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奥黛丽霓裳曲.mtl</w:t>
        <w:br/>
        <w:t>o Body_奥黛丽霓裳曲</w:t>
        <w:br/>
        <w:t>v -5.691887 15.530149 -0.191932</w:t>
        <w:br/>
        <w:t>v -5.681519 15.560408 -0.242551</w:t>
        <w:br/>
        <w:t>v -5.673954 15.580064 -0.219796</w:t>
        <w:br/>
        <w:t>v -5.681519 15.560408 -0.242551</w:t>
        <w:br/>
        <w:t>v -5.658340 15.557332 -0.249588</w:t>
        <w:br/>
        <w:t>v -5.649375 15.579737 -0.223618</w:t>
        <w:br/>
        <w:t>v -5.673954 15.580064 -0.219796</w:t>
        <w:br/>
        <w:t>v -5.645713 15.586809 -0.189076</w:t>
        <w:br/>
        <w:t>v -5.671052 15.586309 -0.189561</w:t>
        <w:br/>
        <w:t>v -5.671052 15.586309 -0.189561</w:t>
        <w:br/>
        <w:t>v -5.673590 15.577466 -0.159949</w:t>
        <w:br/>
        <w:t>v -5.680889 15.555903 -0.138894</w:t>
        <w:br/>
        <w:t>v -5.690991 15.527399 -0.132039</w:t>
        <w:br/>
        <w:t>v -5.701190 15.499591 -0.141222</w:t>
        <w:br/>
        <w:t>v -5.668124 15.519432 -0.123210</w:t>
        <w:br/>
        <w:t>v -5.679989 15.487701 -0.133644</w:t>
        <w:br/>
        <w:t>v -5.701190 15.499591 -0.141222</w:t>
        <w:br/>
        <w:t>v -5.690991 15.527399 -0.132039</w:t>
        <w:br/>
        <w:t>v -5.708754 15.479933 -0.163976</w:t>
        <w:br/>
        <w:t>v -5.688953 15.465294 -0.159613</w:t>
        <w:br/>
        <w:t>v -5.656538 15.551992 -0.131104</w:t>
        <w:br/>
        <w:t>v -5.680889 15.555903 -0.138894</w:t>
        <w:br/>
        <w:t>v -5.673590 15.577466 -0.159949</w:t>
        <w:br/>
        <w:t>v -5.648335 15.576656 -0.155212</w:t>
        <w:br/>
        <w:t>v -5.691719 15.532599 -0.251731</w:t>
        <w:br/>
        <w:t>v -5.670206 15.525598 -0.260023</w:t>
        <w:br/>
        <w:t>v -5.691719 15.532599 -0.251731</w:t>
        <w:br/>
        <w:t>v -5.701822 15.504098 -0.244874</w:t>
        <w:br/>
        <w:t>v -5.681792 15.493038 -0.252128</w:t>
        <w:br/>
        <w:t>v -5.709119 15.482535 -0.223820</w:t>
        <w:br/>
        <w:t>v -5.689994 15.468378 -0.228019</w:t>
        <w:br/>
        <w:t>v -5.711657 15.473688 -0.194209</w:t>
        <w:br/>
        <w:t>v -5.692615 15.458223 -0.194157</w:t>
        <w:br/>
        <w:t>v -5.711657 15.473688 -0.194209</w:t>
        <w:br/>
        <w:t>v -5.709119 15.482535 -0.223820</w:t>
        <w:br/>
        <w:t>v -5.701822 15.504098 -0.244874</w:t>
        <w:br/>
        <w:t>v -5.708754 15.479933 -0.163976</w:t>
        <w:br/>
        <w:t>v -6.802362 14.272487 -0.160021</w:t>
        <w:br/>
        <w:t>v -6.775920 14.290483 -0.210640</w:t>
        <w:br/>
        <w:t>v -6.758078 14.301677 -0.187886</w:t>
        <w:br/>
        <w:t>v -6.775920 14.290483 -0.210640</w:t>
        <w:br/>
        <w:t>v -6.759216 14.274120 -0.217678</w:t>
        <w:br/>
        <w:t>v -6.738606 14.286675 -0.191708</w:t>
        <w:br/>
        <w:t>v -6.758078 14.301677 -0.187886</w:t>
        <w:br/>
        <w:t>v -6.731435 14.290137 -0.157165</w:t>
        <w:br/>
        <w:t>v -6.752010 14.304933 -0.157651</w:t>
        <w:br/>
        <w:t>v -6.752010 14.304933 -0.157651</w:t>
        <w:br/>
        <w:t>v -6.759345 14.299378 -0.128039</w:t>
        <w:br/>
        <w:t>v -6.778117 14.286502 -0.106983</w:t>
        <w:br/>
        <w:t>v -6.803295 14.269749 -0.100129</w:t>
        <w:br/>
        <w:t>v -6.828134 14.253612 -0.109311</w:t>
        <w:br/>
        <w:t>v -6.789774 14.249660 -0.091300</w:t>
        <w:br/>
        <w:t>v -6.818299 14.231383 -0.101733</w:t>
        <w:br/>
        <w:t>v -6.828134 14.253612 -0.109311</w:t>
        <w:br/>
        <w:t>v -6.803295 14.269749 -0.100129</w:t>
        <w:br/>
        <w:t>v -6.845974 14.242417 -0.132066</w:t>
        <w:br/>
        <w:t>v -6.838908 14.218830 -0.127702</w:t>
        <w:br/>
        <w:t>v -6.760975 14.268767 -0.099194</w:t>
        <w:br/>
        <w:t>v -6.778117 14.286502 -0.106983</w:t>
        <w:br/>
        <w:t>v -6.759345 14.299378 -0.128039</w:t>
        <w:br/>
        <w:t>v -6.739621 14.283585 -0.123301</w:t>
        <w:br/>
        <w:t>v -6.800756 14.274347 -0.219820</w:t>
        <w:br/>
        <w:t>v -6.787742 14.255844 -0.228113</w:t>
        <w:br/>
        <w:t>v -6.800756 14.274347 -0.219820</w:t>
        <w:br/>
        <w:t>v -6.825935 14.257599 -0.212964</w:t>
        <w:br/>
        <w:t>v -6.816539 14.236735 -0.220218</w:t>
        <w:br/>
        <w:t>v -6.844707 14.244720 -0.191909</w:t>
        <w:br/>
        <w:t>v -6.837893 14.221922 -0.196109</w:t>
        <w:br/>
        <w:t>v -6.852042 14.239162 -0.162298</w:t>
        <w:br/>
        <w:t>v -6.846079 14.215366 -0.162247</w:t>
        <w:br/>
        <w:t>v -6.852042 14.239162 -0.162298</w:t>
        <w:br/>
        <w:t>v -6.844707 14.244720 -0.191909</w:t>
        <w:br/>
        <w:t>v -6.825935 14.257599 -0.212964</w:t>
        <w:br/>
        <w:t>v -6.845974 14.242417 -0.132066</w:t>
        <w:br/>
        <w:t>v 5.681491 15.560415 -0.242534</w:t>
        <w:br/>
        <w:t>v 5.691858 15.530158 -0.191915</w:t>
        <w:br/>
        <w:t>v 5.673925 15.580072 -0.219779</w:t>
        <w:br/>
        <w:t>v 5.649347 15.579743 -0.223601</w:t>
        <w:br/>
        <w:t>v 5.658312 15.557340 -0.249571</w:t>
        <w:br/>
        <w:t>v 5.681491 15.560415 -0.242534</w:t>
        <w:br/>
        <w:t>v 5.673925 15.580072 -0.219779</w:t>
        <w:br/>
        <w:t>v 5.645684 15.586817 -0.189059</w:t>
        <w:br/>
        <w:t>v 5.671023 15.586316 -0.189544</w:t>
        <w:br/>
        <w:t>v 5.671023 15.586316 -0.189544</w:t>
        <w:br/>
        <w:t>v 5.673562 15.577473 -0.159932</w:t>
        <w:br/>
        <w:t>v 5.680860 15.555910 -0.138876</w:t>
        <w:br/>
        <w:t>v 5.690962 15.527406 -0.132022</w:t>
        <w:br/>
        <w:t>v 5.701161 15.499598 -0.141205</w:t>
        <w:br/>
        <w:t>v 5.701161 15.499598 -0.141205</w:t>
        <w:br/>
        <w:t>v 5.679960 15.487708 -0.133627</w:t>
        <w:br/>
        <w:t>v 5.668095 15.519440 -0.123193</w:t>
        <w:br/>
        <w:t>v 5.690962 15.527406 -0.132022</w:t>
        <w:br/>
        <w:t>v 5.708726 15.479939 -0.163959</w:t>
        <w:br/>
        <w:t>v 5.688925 15.465302 -0.159596</w:t>
        <w:br/>
        <w:t>v 5.656508 15.552000 -0.131087</w:t>
        <w:br/>
        <w:t>v 5.680860 15.555910 -0.138876</w:t>
        <w:br/>
        <w:t>v 5.673562 15.577473 -0.159932</w:t>
        <w:br/>
        <w:t>v 5.648306 15.576663 -0.155195</w:t>
        <w:br/>
        <w:t>v 5.670177 15.525606 -0.260006</w:t>
        <w:br/>
        <w:t>v 5.691690 15.532608 -0.251713</w:t>
        <w:br/>
        <w:t>v 5.691690 15.532608 -0.251713</w:t>
        <w:br/>
        <w:t>v 5.681763 15.493045 -0.252111</w:t>
        <w:br/>
        <w:t>v 5.701793 15.504106 -0.244857</w:t>
        <w:br/>
        <w:t>v 5.689966 15.468385 -0.228002</w:t>
        <w:br/>
        <w:t>v 5.709091 15.482542 -0.223802</w:t>
        <w:br/>
        <w:t>v 5.692586 15.458231 -0.194140</w:t>
        <w:br/>
        <w:t>v 5.711629 15.473696 -0.194191</w:t>
        <w:br/>
        <w:t>v 5.711629 15.473696 -0.194191</w:t>
        <w:br/>
        <w:t>v 5.709091 15.482542 -0.223802</w:t>
        <w:br/>
        <w:t>v 5.701793 15.504106 -0.244857</w:t>
        <w:br/>
        <w:t>v 5.708726 15.479939 -0.163959</w:t>
        <w:br/>
        <w:t>v 6.775891 14.290488 -0.210619</w:t>
        <w:br/>
        <w:t>v 6.802334 14.272494 -0.160000</w:t>
        <w:br/>
        <w:t>v 6.758049 14.301684 -0.187864</w:t>
        <w:br/>
        <w:t>v 6.738579 14.286681 -0.191687</w:t>
        <w:br/>
        <w:t>v 6.759188 14.274129 -0.217656</w:t>
        <w:br/>
        <w:t>v 6.775891 14.290488 -0.210619</w:t>
        <w:br/>
        <w:t>v 6.758049 14.301684 -0.187864</w:t>
        <w:br/>
        <w:t>v 6.731405 14.290145 -0.157144</w:t>
        <w:br/>
        <w:t>v 6.751983 14.304941 -0.157629</w:t>
        <w:br/>
        <w:t>v 6.751983 14.304941 -0.157629</w:t>
        <w:br/>
        <w:t>v 6.759316 14.299385 -0.128017</w:t>
        <w:br/>
        <w:t>v 6.778089 14.286508 -0.106962</w:t>
        <w:br/>
        <w:t>v 6.803267 14.269755 -0.100107</w:t>
        <w:br/>
        <w:t>v 6.828105 14.253620 -0.109290</w:t>
        <w:br/>
        <w:t>v 6.828105 14.253620 -0.109290</w:t>
        <w:br/>
        <w:t>v 6.818270 14.231391 -0.101712</w:t>
        <w:br/>
        <w:t>v 6.789744 14.249667 -0.091278</w:t>
        <w:br/>
        <w:t>v 6.803267 14.269755 -0.100107</w:t>
        <w:br/>
        <w:t>v 6.845946 14.242424 -0.132044</w:t>
        <w:br/>
        <w:t>v 6.838879 14.218836 -0.127681</w:t>
        <w:br/>
        <w:t>v 6.760946 14.268774 -0.099172</w:t>
        <w:br/>
        <w:t>v 6.778089 14.286508 -0.106962</w:t>
        <w:br/>
        <w:t>v 6.759316 14.299385 -0.128017</w:t>
        <w:br/>
        <w:t>v 6.739593 14.283592 -0.123280</w:t>
        <w:br/>
        <w:t>v 6.787713 14.255851 -0.228091</w:t>
        <w:br/>
        <w:t>v 6.800729 14.274355 -0.219799</w:t>
        <w:br/>
        <w:t>v 6.800729 14.274355 -0.219799</w:t>
        <w:br/>
        <w:t>v 6.816510 14.236743 -0.220196</w:t>
        <w:br/>
        <w:t>v 6.825907 14.257607 -0.212942</w:t>
        <w:br/>
        <w:t>v 6.837864 14.221929 -0.196087</w:t>
        <w:br/>
        <w:t>v 6.844678 14.244726 -0.191887</w:t>
        <w:br/>
        <w:t>v 6.846050 14.215375 -0.162225</w:t>
        <w:br/>
        <w:t>v 6.852014 14.239170 -0.162276</w:t>
        <w:br/>
        <w:t>v 6.852014 14.239170 -0.162276</w:t>
        <w:br/>
        <w:t>v 6.844678 14.244726 -0.191887</w:t>
        <w:br/>
        <w:t>v 6.825907 14.257607 -0.212942</w:t>
        <w:br/>
        <w:t>v 6.845946 14.242424 -0.132044</w:t>
        <w:br/>
        <w:t>v 0.187146 12.578137 1.536062</w:t>
        <w:br/>
        <w:t>v 0.264149 12.449210 1.509929</w:t>
        <w:br/>
        <w:t>v 0.272208 12.440020 1.539072</w:t>
        <w:br/>
        <w:t>v 0.208477 12.547015 1.559588</w:t>
        <w:br/>
        <w:t>v 0.316238 12.294014 1.527456</w:t>
        <w:br/>
        <w:t>v 0.315691 12.348214 1.524933</w:t>
        <w:br/>
        <w:t>v 0.311315 12.349572 1.494682</w:t>
        <w:br/>
        <w:t>v 0.310885 12.289285 1.497933</w:t>
        <w:br/>
        <w:t>v 0.276820 12.257243 1.516299</w:t>
        <w:br/>
        <w:t>v 0.286833 12.266232 1.542611</w:t>
        <w:br/>
        <w:t>v 0.231422 12.262485 1.537940</w:t>
        <w:br/>
        <w:t>v 0.248059 12.271070 1.561795</w:t>
        <w:br/>
        <w:t>v 0.221350 12.316452 1.572577</w:t>
        <w:br/>
        <w:t>v 0.200832 12.312339 1.550466</w:t>
        <w:br/>
        <w:t>v 0.315691 12.348214 1.524933</w:t>
        <w:br/>
        <w:t>v 0.316238 12.294014 1.527456</w:t>
        <w:br/>
        <w:t>v 0.248059 12.271070 1.561795</w:t>
        <w:br/>
        <w:t>v 0.221350 12.316452 1.572577</w:t>
        <w:br/>
        <w:t>v 0.272208 12.440020 1.539072</w:t>
        <w:br/>
        <w:t>v 0.211334 12.419600 1.569967</w:t>
        <w:br/>
        <w:t>v 0.286833 12.266232 1.542611</w:t>
        <w:br/>
        <w:t>v 0.189852 12.424202 1.547629</w:t>
        <w:br/>
        <w:t>v 0.211334 12.419600 1.569967</w:t>
        <w:br/>
        <w:t>v 0.187146 12.578137 1.536062</w:t>
        <w:br/>
        <w:t>v 0.208477 12.547015 1.559588</w:t>
        <w:br/>
        <w:t>v 0.208477 12.547015 1.559588</w:t>
        <w:br/>
        <w:t>v -0.000018 11.996787 1.648381</w:t>
        <w:br/>
        <w:t>v -0.000018 12.046391 1.643873</w:t>
        <w:br/>
        <w:t>v 0.084100 12.164122 1.632317</w:t>
        <w:br/>
        <w:t>v 0.117364 12.164439 1.631923</w:t>
        <w:br/>
        <w:t>v -0.000018 12.434465 1.605779</w:t>
        <w:br/>
        <w:t>v -0.000018 12.516003 1.597413</w:t>
        <w:br/>
        <w:t>v 0.117364 12.164439 1.631923</w:t>
        <w:br/>
        <w:t>v -0.000018 12.516003 1.597413</w:t>
        <w:br/>
        <w:t>v -0.000018 12.532228 1.561509</w:t>
        <w:br/>
        <w:t>v 0.125043 12.159853 1.598063</w:t>
        <w:br/>
        <w:t>v -0.000018 11.981946 1.615527</w:t>
        <w:br/>
        <w:t>v -0.000018 11.996787 1.648381</w:t>
        <w:br/>
        <w:t>v -0.000018 12.170122 1.687257</w:t>
        <w:br/>
        <w:t>v 0.125043 12.159853 1.598063</w:t>
        <w:br/>
        <w:t>v -0.000018 12.532228 1.561509</w:t>
        <w:br/>
        <w:t>v -0.000018 11.981946 1.615527</w:t>
        <w:br/>
        <w:t>v -0.084136 12.164122 1.632317</w:t>
        <w:br/>
        <w:t>v -0.000018 12.046391 1.643873</w:t>
        <w:br/>
        <w:t>v -0.000018 11.996787 1.648381</w:t>
        <w:br/>
        <w:t>v -0.117400 12.164439 1.631923</w:t>
        <w:br/>
        <w:t>v -0.000018 12.516003 1.597413</w:t>
        <w:br/>
        <w:t>v -0.000018 12.434465 1.605779</w:t>
        <w:br/>
        <w:t>v -0.117400 12.164439 1.631923</w:t>
        <w:br/>
        <w:t>v -0.125078 12.159853 1.598063</w:t>
        <w:br/>
        <w:t>v -0.000018 12.532228 1.561509</w:t>
        <w:br/>
        <w:t>v -0.000018 12.516003 1.597413</w:t>
        <w:br/>
        <w:t>v -0.000018 11.996787 1.648381</w:t>
        <w:br/>
        <w:t>v -0.000018 11.981946 1.615527</w:t>
        <w:br/>
        <w:t>v -0.000018 12.170122 1.687257</w:t>
        <w:br/>
        <w:t>v -0.125078 12.159853 1.598063</w:t>
        <w:br/>
        <w:t>v -0.187181 12.578138 1.536062</w:t>
        <w:br/>
        <w:t>v -0.208512 12.547015 1.559587</w:t>
        <w:br/>
        <w:t>v -0.272244 12.440022 1.539071</w:t>
        <w:br/>
        <w:t>v -0.264184 12.449211 1.509929</w:t>
        <w:br/>
        <w:t>v -0.316274 12.294015 1.527455</w:t>
        <w:br/>
        <w:t>v -0.310920 12.289285 1.497932</w:t>
        <w:br/>
        <w:t>v -0.311350 12.349572 1.494681</w:t>
        <w:br/>
        <w:t>v -0.315727 12.348215 1.524932</w:t>
        <w:br/>
        <w:t>v -0.286868 12.266232 1.542610</w:t>
        <w:br/>
        <w:t>v -0.276855 12.257244 1.516298</w:t>
        <w:br/>
        <w:t>v -0.231458 12.262486 1.537939</w:t>
        <w:br/>
        <w:t>v -0.248094 12.271070 1.561795</w:t>
        <w:br/>
        <w:t>v -0.221385 12.316452 1.572577</w:t>
        <w:br/>
        <w:t>v -0.200868 12.312340 1.550465</w:t>
        <w:br/>
        <w:t>v -0.315727 12.348215 1.524932</w:t>
        <w:br/>
        <w:t>v -0.221385 12.316452 1.572577</w:t>
        <w:br/>
        <w:t>v -0.248094 12.271070 1.561795</w:t>
        <w:br/>
        <w:t>v -0.316274 12.294015 1.527455</w:t>
        <w:br/>
        <w:t>v -0.272244 12.440022 1.539071</w:t>
        <w:br/>
        <w:t>v -0.211370 12.419600 1.569966</w:t>
        <w:br/>
        <w:t>v -0.286868 12.266232 1.542610</w:t>
        <w:br/>
        <w:t>v -0.211370 12.419600 1.569966</w:t>
        <w:br/>
        <w:t>v -0.189887 12.424204 1.547628</w:t>
        <w:br/>
        <w:t>v -0.187181 12.578138 1.536062</w:t>
        <w:br/>
        <w:t>v -0.208512 12.547015 1.559587</w:t>
        <w:br/>
        <w:t>v -0.208512 12.547015 1.559587</w:t>
        <w:br/>
        <w:t>v -0.654666 18.600147 0.118499</w:t>
        <w:br/>
        <w:t>v -0.636933 18.600147 0.111154</w:t>
        <w:br/>
        <w:t>v -0.636933 18.621479 0.095656</w:t>
        <w:br/>
        <w:t>v -0.665625 18.621479 0.107540</w:t>
        <w:br/>
        <w:t>v -0.636933 18.600147 0.111154</w:t>
        <w:br/>
        <w:t>v -0.619201 18.600147 0.118500</w:t>
        <w:br/>
        <w:t>v -0.608241 18.621479 0.107540</w:t>
        <w:br/>
        <w:t>v -0.636933 18.621479 0.095656</w:t>
        <w:br/>
        <w:t>v -0.611856 18.600147 0.136232</w:t>
        <w:br/>
        <w:t>v -0.596357 18.621479 0.136232</w:t>
        <w:br/>
        <w:t>v -0.619201 18.600147 0.153965</w:t>
        <w:br/>
        <w:t>v -0.608241 18.621479 0.164924</w:t>
        <w:br/>
        <w:t>v -0.636933 18.600147 0.161310</w:t>
        <w:br/>
        <w:t>v -0.636933 18.621479 0.176809</w:t>
        <w:br/>
        <w:t>v -0.654666 18.600147 0.153965</w:t>
        <w:br/>
        <w:t>v -0.665625 18.621479 0.164924</w:t>
        <w:br/>
        <w:t>v -0.662011 18.600147 0.136232</w:t>
        <w:br/>
        <w:t>v -0.677510 18.621479 0.136232</w:t>
        <w:br/>
        <w:t>v -0.636933 18.647850 0.095656</w:t>
        <w:br/>
        <w:t>v -0.665625 18.647850 0.107540</w:t>
        <w:br/>
        <w:t>v -0.608241 18.647850 0.107540</w:t>
        <w:br/>
        <w:t>v -0.636933 18.647850 0.095656</w:t>
        <w:br/>
        <w:t>v -0.596357 18.647850 0.136232</w:t>
        <w:br/>
        <w:t>v -0.608241 18.647850 0.164924</w:t>
        <w:br/>
        <w:t>v -0.636933 18.647850 0.176809</w:t>
        <w:br/>
        <w:t>v -0.665625 18.647850 0.164924</w:t>
        <w:br/>
        <w:t>v -0.677510 18.647850 0.136232</w:t>
        <w:br/>
        <w:t>v -0.636933 18.669178 0.111155</w:t>
        <w:br/>
        <w:t>v -0.654666 18.669178 0.118500</w:t>
        <w:br/>
        <w:t>v -0.619201 18.669178 0.118500</w:t>
        <w:br/>
        <w:t>v -0.636933 18.669178 0.111155</w:t>
        <w:br/>
        <w:t>v -0.611856 18.669178 0.136232</w:t>
        <w:br/>
        <w:t>v -0.619201 18.669178 0.153965</w:t>
        <w:br/>
        <w:t>v -0.636933 18.669178 0.161310</w:t>
        <w:br/>
        <w:t>v -0.654666 18.669178 0.153965</w:t>
        <w:br/>
        <w:t>v -0.662011 18.669178 0.136232</w:t>
        <w:br/>
        <w:t>v -0.636933 18.591999 0.136232</w:t>
        <w:br/>
        <w:t>v -0.636933 18.677330 0.136232</w:t>
        <w:br/>
        <w:t>v -1.054669 15.596904 0.517898</w:t>
        <w:br/>
        <w:t>v -1.069717 15.627884 0.554433</w:t>
        <w:br/>
        <w:t>v -1.081193 15.620996 0.553880</w:t>
        <w:br/>
        <w:t>v -1.066797 15.591358 0.518930</w:t>
        <w:br/>
        <w:t>v -1.039160 15.551510 0.503075</w:t>
        <w:br/>
        <w:t>v -1.051961 15.547933 0.504749</w:t>
        <w:br/>
        <w:t>v -1.031147 15.519228 0.510380</w:t>
        <w:br/>
        <w:t>v -1.044295 15.517050 0.511738</w:t>
        <w:br/>
        <w:t>v -1.026183 15.482148 0.543868</w:t>
        <w:br/>
        <w:t>v -1.039547 15.481579 0.543774</w:t>
        <w:br/>
        <w:t>v -1.029433 15.465595 0.591159</w:t>
        <w:br/>
        <w:t>v -1.042656 15.465743 0.589014</w:t>
        <w:br/>
        <w:t>v -1.036594 15.471243 0.623969</w:t>
        <w:br/>
        <w:t>v -1.049506 15.471147 0.620401</w:t>
        <w:br/>
        <w:t>v -1.046277 15.488812 0.651486</w:t>
        <w:br/>
        <w:t>v -1.058770 15.487955 0.646724</w:t>
        <w:br/>
        <w:t>v -1.087444 15.550594 0.710227</w:t>
        <w:br/>
        <w:t>v -1.075250 15.554087 0.712288</w:t>
        <w:br/>
        <w:t>v -1.060187 15.498717 0.717010</w:t>
        <w:br/>
        <w:t>v -1.072999 15.497601 0.714580</w:t>
        <w:br/>
        <w:t>v -1.100264 15.602394 0.698279</w:t>
        <w:br/>
        <w:t>v -1.088689 15.608262 0.699970</w:t>
        <w:br/>
        <w:t>v -1.080429 15.626395 0.620351</w:t>
        <w:br/>
        <w:t>v -1.079828 15.607561 0.648717</w:t>
        <w:br/>
        <w:t>v -1.090865 15.601553 0.644075</w:t>
        <w:br/>
        <w:t>v -1.091440 15.619573 0.616939</w:t>
        <w:br/>
        <w:t>v -1.076879 15.633533 0.587243</w:t>
        <w:br/>
        <w:t>v -1.088045 15.626396 0.585267</w:t>
        <w:br/>
        <w:t>v -1.066313 15.576197 0.541765</w:t>
        <w:br/>
        <w:t>v -1.075889 15.595912 0.565015</w:t>
        <w:br/>
        <w:t>v -1.063093 15.596556 0.568340</w:t>
        <w:br/>
        <w:t>v -1.054064 15.577968 0.546419</w:t>
        <w:br/>
        <w:t>v -1.056443 15.547310 0.532332</w:t>
        <w:br/>
        <w:t>v -1.044758 15.550732 0.537525</w:t>
        <w:br/>
        <w:t>v -1.051344 15.526766 0.536981</w:t>
        <w:br/>
        <w:t>v -1.039950 15.531363 0.541908</w:t>
        <w:br/>
        <w:t>v -1.048185 15.503169 0.558292</w:t>
        <w:br/>
        <w:t>v -1.036972 15.509114 0.562001</w:t>
        <w:br/>
        <w:t>v -1.050253 15.492636 0.588387</w:t>
        <w:br/>
        <w:t>v -1.038922 15.499182 0.590376</w:t>
        <w:br/>
        <w:t>v -1.054811 15.496228 0.609266</w:t>
        <w:br/>
        <w:t>v -1.043219 15.502570 0.610062</w:t>
        <w:br/>
        <w:t>v -1.060973 15.507410 0.626777</w:t>
        <w:br/>
        <w:t>v -1.049029 15.513114 0.626572</w:t>
        <w:br/>
        <w:t>v -1.067801 15.524478 0.638254</w:t>
        <w:br/>
        <w:t>v -1.055467 15.529205 0.637393</w:t>
        <w:br/>
        <w:t>v -1.074257 15.544833 0.641949</w:t>
        <w:br/>
        <w:t>v -1.061553 15.548397 0.640877</w:t>
        <w:br/>
        <w:t>v -1.079356 15.565375 0.637300</w:t>
        <w:br/>
        <w:t>v -1.066361 15.567765 0.636494</w:t>
        <w:br/>
        <w:t>v -1.082323 15.582979 0.625015</w:t>
        <w:br/>
        <w:t>v -1.069159 15.584363 0.624911</w:t>
        <w:br/>
        <w:t>v -1.082706 15.594965 0.606964</w:t>
        <w:br/>
        <w:t>v -1.069520 15.595663 0.607891</w:t>
        <w:br/>
        <w:t>v -1.080447 15.599505 0.585894</w:t>
        <w:br/>
        <w:t>v -1.067390 15.599945 0.588026</w:t>
        <w:br/>
        <w:t>v -1.081193 15.620996 0.553880</w:t>
        <w:br/>
        <w:t>v -1.088045 15.626396 0.585267</w:t>
        <w:br/>
        <w:t>v -1.080447 15.599505 0.585894</w:t>
        <w:br/>
        <w:t>v -1.075889 15.595912 0.565015</w:t>
        <w:br/>
        <w:t>v -1.091440 15.619573 0.616939</w:t>
        <w:br/>
        <w:t>v -1.082706 15.594965 0.606964</w:t>
        <w:br/>
        <w:t>v -1.090865 15.601553 0.644075</w:t>
        <w:br/>
        <w:t>v -1.082323 15.582979 0.625015</w:t>
        <w:br/>
        <w:t>v -1.058770 15.487955 0.646724</w:t>
        <w:br/>
        <w:t>v -1.049506 15.471147 0.620401</w:t>
        <w:br/>
        <w:t>v -1.054811 15.496228 0.609266</w:t>
        <w:br/>
        <w:t>v -1.060973 15.507410 0.626777</w:t>
        <w:br/>
        <w:t>v -1.042656 15.465743 0.589014</w:t>
        <w:br/>
        <w:t>v -1.050253 15.492636 0.588387</w:t>
        <w:br/>
        <w:t>v -1.039547 15.481579 0.543774</w:t>
        <w:br/>
        <w:t>v -1.048185 15.503169 0.558292</w:t>
        <w:br/>
        <w:t>v -1.044295 15.517050 0.511738</w:t>
        <w:br/>
        <w:t>v -1.051344 15.526766 0.536981</w:t>
        <w:br/>
        <w:t>v -1.051961 15.547933 0.504749</w:t>
        <w:br/>
        <w:t>v -1.056443 15.547310 0.532332</w:t>
        <w:br/>
        <w:t>v -1.066797 15.591358 0.518930</w:t>
        <w:br/>
        <w:t>v -1.066313 15.576197 0.541765</w:t>
        <w:br/>
        <w:t>v -1.072999 15.497601 0.714580</w:t>
        <w:br/>
        <w:t>v -1.060187 15.498717 0.717010</w:t>
        <w:br/>
        <w:t>v -1.072999 15.497601 0.714580</w:t>
        <w:br/>
        <w:t>v -1.074257 15.544833 0.641949</w:t>
        <w:br/>
        <w:t>v -1.087444 15.550594 0.710227</w:t>
        <w:br/>
        <w:t>v -1.067801 15.524478 0.638254</w:t>
        <w:br/>
        <w:t>v -1.100264 15.602394 0.698279</w:t>
        <w:br/>
        <w:t>v -1.079356 15.565375 0.637300</w:t>
        <w:br/>
        <w:t>v -1.088689 15.608262 0.699970</w:t>
        <w:br/>
        <w:t>v -1.100264 15.602394 0.698279</w:t>
        <w:br/>
        <w:t>v -1.090139 2.615431 -1.098043</w:t>
        <w:br/>
        <w:t>v -1.070799 2.615431 -1.106053</w:t>
        <w:br/>
        <w:t>v -1.070799 2.638696 -1.122957</w:t>
        <w:br/>
        <w:t>v -1.102091 2.638696 -1.109995</w:t>
        <w:br/>
        <w:t>v -1.070799 2.615431 -1.106053</w:t>
        <w:br/>
        <w:t>v -1.051459 2.615431 -1.098043</w:t>
        <w:br/>
        <w:t>v -1.039506 2.638696 -1.109995</w:t>
        <w:br/>
        <w:t>v -1.070799 2.638696 -1.122957</w:t>
        <w:br/>
        <w:t>v -1.043448 2.615431 -1.078703</w:t>
        <w:br/>
        <w:t>v -1.026545 2.638696 -1.078703</w:t>
        <w:br/>
        <w:t>v -1.051459 2.615431 -1.059363</w:t>
        <w:br/>
        <w:t>v -1.039506 2.638696 -1.047410</w:t>
        <w:br/>
        <w:t>v -1.070799 2.615431 -1.051352</w:t>
        <w:br/>
        <w:t>v -1.070799 2.638696 -1.034448</w:t>
        <w:br/>
        <w:t>v -1.090139 2.615431 -1.059363</w:t>
        <w:br/>
        <w:t>v -1.102092 2.638696 -1.047410</w:t>
        <w:br/>
        <w:t>v -1.098150 2.615431 -1.078703</w:t>
        <w:br/>
        <w:t>v -1.115053 2.638696 -1.078703</w:t>
        <w:br/>
        <w:t>v -1.070799 2.667454 -1.122957</w:t>
        <w:br/>
        <w:t>v -1.102091 2.667454 -1.109995</w:t>
        <w:br/>
        <w:t>v -1.039506 2.667454 -1.109995</w:t>
        <w:br/>
        <w:t>v -1.070799 2.667454 -1.122957</w:t>
        <w:br/>
        <w:t>v -1.026545 2.667454 -1.078703</w:t>
        <w:br/>
        <w:t>v -1.039506 2.667454 -1.047410</w:t>
        <w:br/>
        <w:t>v -1.070799 2.667454 -1.034448</w:t>
        <w:br/>
        <w:t>v -1.102092 2.667454 -1.047410</w:t>
        <w:br/>
        <w:t>v -1.115053 2.667454 -1.078703</w:t>
        <w:br/>
        <w:t>v -1.070799 2.690720 -1.106053</w:t>
        <w:br/>
        <w:t>v -1.090139 2.690720 -1.098042</w:t>
        <w:br/>
        <w:t>v -1.051459 2.690720 -1.098042</w:t>
        <w:br/>
        <w:t>v -1.070799 2.690720 -1.106053</w:t>
        <w:br/>
        <w:t>v -1.043448 2.690720 -1.078703</w:t>
        <w:br/>
        <w:t>v -1.051459 2.690720 -1.059363</w:t>
        <w:br/>
        <w:t>v -1.070799 2.690720 -1.051352</w:t>
        <w:br/>
        <w:t>v -1.090139 2.690720 -1.059363</w:t>
        <w:br/>
        <w:t>v -1.098150 2.690720 -1.078703</w:t>
        <w:br/>
        <w:t>v -1.070799 2.606544 -1.078703</w:t>
        <w:br/>
        <w:t>v -1.070799 2.699607 -1.078703</w:t>
        <w:br/>
        <w:t>v 0.034915 16.187775 1.742111</w:t>
        <w:br/>
        <w:t>v -0.000017 16.178585 1.774929</w:t>
        <w:br/>
        <w:t>v -0.000016 16.296898 1.729188</w:t>
        <w:br/>
        <w:t>v 0.014935 16.275330 1.730381</w:t>
        <w:br/>
        <w:t>v 0.064030 16.107521 1.750024</w:t>
        <w:br/>
        <w:t>v -0.000017 16.104748 1.781546</w:t>
        <w:br/>
        <w:t>v -0.000017 16.054478 1.742451</w:t>
        <w:br/>
        <w:t>v -0.000017 16.006008 1.724810</w:t>
        <w:br/>
        <w:t>v -0.000017 16.013641 1.742254</w:t>
        <w:br/>
        <w:t>v 0.072703 16.059738 1.750989</w:t>
        <w:br/>
        <w:t>v 0.073555 16.053104 1.732359</w:t>
        <w:br/>
        <w:t>v 0.205628 16.185650 1.784058</w:t>
        <w:br/>
        <w:t>v 0.198103 16.128258 1.785632</w:t>
        <w:br/>
        <w:t>v 0.177353 16.088333 1.776954</w:t>
        <w:br/>
        <w:t>v 0.072703 16.059738 1.750989</w:t>
        <w:br/>
        <w:t>v -0.000017 16.013641 1.742254</w:t>
        <w:br/>
        <w:t>v 0.072703 16.059738 1.750989</w:t>
        <w:br/>
        <w:t>v 0.103247 16.034996 1.755337</w:t>
        <w:br/>
        <w:t>v 0.102554 16.033520 1.736850</w:t>
        <w:br/>
        <w:t>v 0.073555 16.053104 1.732359</w:t>
        <w:br/>
        <w:t>v 0.136074 15.977388 1.738938</w:t>
        <w:br/>
        <w:t>v 0.136510 15.977655 1.757423</w:t>
        <w:br/>
        <w:t>v 0.215932 16.182648 1.768251</w:t>
        <w:br/>
        <w:t>v 0.205628 16.185650 1.784058</w:t>
        <w:br/>
        <w:t>v 0.192149 16.243969 1.775756</w:t>
        <w:br/>
        <w:t>v 0.207691 16.236042 1.758687</w:t>
        <w:br/>
        <w:t>v 0.192149 16.243969 1.775756</w:t>
        <w:br/>
        <w:t>v 0.163710 16.047028 1.771889</w:t>
        <w:br/>
        <w:t>v 0.103247 16.034996 1.755337</w:t>
        <w:br/>
        <w:t>v 0.170676 15.987537 1.768700</w:t>
        <w:br/>
        <w:t>v 0.136510 15.977655 1.757423</w:t>
        <w:br/>
        <w:t>v 0.196204 15.941736 1.749426</w:t>
        <w:br/>
        <w:t>v 0.185703 15.939697 1.764138</w:t>
        <w:br/>
        <w:t>v 0.170676 15.987537 1.768700</w:t>
        <w:br/>
        <w:t>v 0.181112 15.991231 1.753932</w:t>
        <w:br/>
        <w:t>v 0.174188 15.921803 1.756267</w:t>
        <w:br/>
        <w:t>v 0.185703 15.939697 1.764138</w:t>
        <w:br/>
        <w:t>v 0.182823 15.925088 1.760012</w:t>
        <w:br/>
        <w:t>v 0.174020 16.048504 1.756697</w:t>
        <w:br/>
        <w:t>v 0.163710 16.047028 1.771889</w:t>
        <w:br/>
        <w:t>v 0.177353 16.088333 1.776954</w:t>
        <w:br/>
        <w:t>v 0.187195 16.086124 1.761458</w:t>
        <w:br/>
        <w:t>v 0.198103 16.128258 1.785632</w:t>
        <w:br/>
        <w:t>v 0.209002 16.125942 1.770181</w:t>
        <w:br/>
        <w:t>v 0.032654 16.363285 1.725613</w:t>
        <w:br/>
        <w:t>v 0.171530 16.349842 1.756379</w:t>
        <w:br/>
        <w:t>v -0.000016 16.363098 1.724697</w:t>
        <w:br/>
        <w:t>v -0.000016 16.464359 1.710521</w:t>
        <w:br/>
        <w:t>v 0.043090 16.466068 1.711875</w:t>
        <w:br/>
        <w:t>v 0.030142 16.571327 1.685813</w:t>
        <w:br/>
        <w:t>v -0.000016 16.564106 1.688111</w:t>
        <w:br/>
        <w:t>v 0.030142 16.571327 1.685813</w:t>
        <w:br/>
        <w:t>v -0.000016 16.564106 1.688111</w:t>
        <w:br/>
        <w:t>v -0.000016 16.567421 1.668958</w:t>
        <w:br/>
        <w:t>v 0.026169 16.571053 1.666895</w:t>
        <w:br/>
        <w:t>v 0.088313 16.651760 1.652290</w:t>
        <w:br/>
        <w:t>v 0.091509 16.653282 1.671326</w:t>
        <w:br/>
        <w:t>v 0.198811 16.437344 1.743823</w:t>
        <w:br/>
        <w:t>v 0.230733 16.522713 1.727292</w:t>
        <w:br/>
        <w:t>v 0.091509 16.653282 1.671326</w:t>
        <w:br/>
        <w:t>v 0.261042 16.606083 1.701027</w:t>
        <w:br/>
        <w:t>v 0.274823 16.254864 1.783829</w:t>
        <w:br/>
        <w:t>v 0.319192 16.296509 1.785635</w:t>
        <w:br/>
        <w:t>v 0.282494 16.247768 1.767965</w:t>
        <w:br/>
        <w:t>v 0.207691 16.236042 1.758687</w:t>
        <w:br/>
        <w:t>v 0.192149 16.243969 1.775756</w:t>
        <w:br/>
        <w:t>v 0.274823 16.254864 1.783829</w:t>
        <w:br/>
        <w:t>v 0.365719 16.372601 1.759941</w:t>
        <w:br/>
        <w:t>v 0.326880 16.291698 1.769428</w:t>
        <w:br/>
        <w:t>v 0.319192 16.296509 1.785635</w:t>
        <w:br/>
        <w:t>v 0.358132 16.377758 1.776226</w:t>
        <w:br/>
        <w:t>v 0.358132 16.377758 1.776226</w:t>
        <w:br/>
        <w:t>v 0.418540 16.444813 1.762987</w:t>
        <w:br/>
        <w:t>v 0.418540 16.444813 1.762987</w:t>
        <w:br/>
        <w:t>v 0.425330 16.439583 1.746178</w:t>
        <w:br/>
        <w:t>v 0.335692 16.651417 1.685879</w:t>
        <w:br/>
        <w:t>v 0.239075 16.701599 1.666253</w:t>
        <w:br/>
        <w:t>v 0.363118 16.702229 1.666418</w:t>
        <w:br/>
        <w:t>v 0.495277 16.671577 1.685647</w:t>
        <w:br/>
        <w:t>v 0.497422 16.640038 1.697783</w:t>
        <w:br/>
        <w:t>v 0.457114 16.603397 1.706623</w:t>
        <w:br/>
        <w:t>v 0.454200 16.523491 1.737002</w:t>
        <w:br/>
        <w:t>v 0.454200 16.523491 1.737002</w:t>
        <w:br/>
        <w:t>v 0.460951 16.517914 1.720123</w:t>
        <w:br/>
        <w:t>v 0.463937 16.596420 1.689765</w:t>
        <w:br/>
        <w:t>v 0.457114 16.603397 1.706623</w:t>
        <w:br/>
        <w:t>v 0.497422 16.640038 1.697783</w:t>
        <w:br/>
        <w:t>v 0.504446 16.633492 1.681428</w:t>
        <w:br/>
        <w:t>v 0.504011 16.671024 1.667884</w:t>
        <w:br/>
        <w:t>v 0.495277 16.671577 1.685647</w:t>
        <w:br/>
        <w:t>v 0.504011 16.671024 1.667884</w:t>
        <w:br/>
        <w:t>v 0.495277 16.671577 1.685647</w:t>
        <w:br/>
        <w:t>v 0.363118 16.702229 1.666418</w:t>
        <w:br/>
        <w:t>v 0.366955 16.702705 1.646080</w:t>
        <w:br/>
        <w:t>v 0.239075 16.701599 1.666253</w:t>
        <w:br/>
        <w:t>v 0.244586 16.701923 1.645089</w:t>
        <w:br/>
        <w:t>v 0.149035 16.716095 1.654887</w:t>
        <w:br/>
        <w:t>v 0.184867 16.740246 1.623121</w:t>
        <w:br/>
        <w:t>v 0.184211 16.739616 1.643209</w:t>
        <w:br/>
        <w:t>v 0.149035 16.716095 1.654887</w:t>
        <w:br/>
        <w:t>v 0.145883 16.714882 1.635051</w:t>
        <w:br/>
        <w:t>v 0.184867 16.740246 1.623121</w:t>
        <w:br/>
        <w:t>v 0.211404 16.726734 1.629908</w:t>
        <w:br/>
        <w:t>v 0.206343 16.728245 1.649491</w:t>
        <w:br/>
        <w:t>v 0.184211 16.739616 1.643209</w:t>
        <w:br/>
        <w:t>v 0.184211 16.739616 1.643209</w:t>
        <w:br/>
        <w:t>v 0.206343 16.728245 1.649491</w:t>
        <w:br/>
        <w:t>v 0.182823 15.925088 1.760012</w:t>
        <w:br/>
        <w:t>v 0.189956 15.924372 1.743471</w:t>
        <w:br/>
        <w:t>v 0.177030 15.918660 1.738566</w:t>
        <w:br/>
        <w:t>v 0.174188 15.921803 1.756267</w:t>
        <w:br/>
        <w:t>v 0.177030 15.918660 1.738566</w:t>
        <w:br/>
        <w:t>v 0.174188 15.921803 1.756267</w:t>
        <w:br/>
        <w:t>v -0.000017 16.178585 1.774929</w:t>
        <w:br/>
        <w:t>v -0.034948 16.187775 1.742111</w:t>
        <w:br/>
        <w:t>v -0.014968 16.275330 1.730381</w:t>
        <w:br/>
        <w:t>v -0.064063 16.107521 1.750024</w:t>
        <w:br/>
        <w:t>v -0.000017 16.104748 1.781546</w:t>
        <w:br/>
        <w:t>v -0.000017 16.054478 1.742451</w:t>
        <w:br/>
        <w:t>v -0.000017 16.104748 1.781546</w:t>
        <w:br/>
        <w:t>v -0.072736 16.059738 1.750989</w:t>
        <w:br/>
        <w:t>v -0.000017 16.013641 1.742254</w:t>
        <w:br/>
        <w:t>v -0.000017 16.006008 1.724810</w:t>
        <w:br/>
        <w:t>v -0.073588 16.053104 1.732359</w:t>
        <w:br/>
        <w:t>v -0.198136 16.128258 1.785631</w:t>
        <w:br/>
        <w:t>v -0.205661 16.185650 1.784057</w:t>
        <w:br/>
        <w:t>v -0.072736 16.059738 1.750989</w:t>
        <w:br/>
        <w:t>v -0.177386 16.088333 1.776953</w:t>
        <w:br/>
        <w:t>v -0.000017 16.013641 1.742254</w:t>
        <w:br/>
        <w:t>v -0.072736 16.059738 1.750989</w:t>
        <w:br/>
        <w:t>v -0.073588 16.053104 1.732359</w:t>
        <w:br/>
        <w:t>v -0.102587 16.033520 1.736849</w:t>
        <w:br/>
        <w:t>v -0.103280 16.034996 1.755337</w:t>
        <w:br/>
        <w:t>v -0.136107 15.977388 1.738938</w:t>
        <w:br/>
        <w:t>v -0.136543 15.977655 1.757423</w:t>
        <w:br/>
        <w:t>v -0.192182 16.243969 1.775755</w:t>
        <w:br/>
        <w:t>v -0.205661 16.185650 1.784057</w:t>
        <w:br/>
        <w:t>v -0.215965 16.182648 1.768250</w:t>
        <w:br/>
        <w:t>v -0.207724 16.236042 1.758686</w:t>
        <w:br/>
        <w:t>v -0.192182 16.243969 1.775755</w:t>
        <w:br/>
        <w:t>v -0.163744 16.047028 1.771889</w:t>
        <w:br/>
        <w:t>v -0.103280 16.034996 1.755337</w:t>
        <w:br/>
        <w:t>v -0.170709 15.987537 1.768699</w:t>
        <w:br/>
        <w:t>v -0.136543 15.977655 1.757423</w:t>
        <w:br/>
        <w:t>v -0.170709 15.987537 1.768699</w:t>
        <w:br/>
        <w:t>v -0.185737 15.939697 1.764137</w:t>
        <w:br/>
        <w:t>v -0.196237 15.941736 1.749426</w:t>
        <w:br/>
        <w:t>v -0.181145 15.991231 1.753932</w:t>
        <w:br/>
        <w:t>v -0.174222 15.921803 1.756267</w:t>
        <w:br/>
        <w:t>v -0.185737 15.939697 1.764137</w:t>
        <w:br/>
        <w:t>v -0.174053 16.048504 1.756697</w:t>
        <w:br/>
        <w:t>v -0.163744 16.047028 1.771889</w:t>
        <w:br/>
        <w:t>v -0.187228 16.086124 1.761458</w:t>
        <w:br/>
        <w:t>v -0.177386 16.088333 1.776953</w:t>
        <w:br/>
        <w:t>v -0.209035 16.125942 1.770181</w:t>
        <w:br/>
        <w:t>v -0.198136 16.128258 1.785631</w:t>
        <w:br/>
        <w:t>v -0.032687 16.363285 1.725613</w:t>
        <w:br/>
        <w:t>v -0.171563 16.349842 1.756378</w:t>
        <w:br/>
        <w:t>v -0.043123 16.466068 1.711874</w:t>
        <w:br/>
        <w:t>v -0.030175 16.571327 1.685813</w:t>
        <w:br/>
        <w:t>v -0.000016 16.567421 1.668958</w:t>
        <w:br/>
        <w:t>v -0.030175 16.571327 1.685813</w:t>
        <w:br/>
        <w:t>v -0.026201 16.571053 1.666895</w:t>
        <w:br/>
        <w:t>v -0.091542 16.653282 1.671326</w:t>
        <w:br/>
        <w:t>v -0.088346 16.651760 1.652290</w:t>
        <w:br/>
        <w:t>v -0.198844 16.437344 1.743822</w:t>
        <w:br/>
        <w:t>v -0.230766 16.522713 1.727292</w:t>
        <w:br/>
        <w:t>v -0.261075 16.606083 1.701026</w:t>
        <w:br/>
        <w:t>v -0.091542 16.653282 1.671326</w:t>
        <w:br/>
        <w:t>v -0.274856 16.254864 1.783829</w:t>
        <w:br/>
        <w:t>v -0.319225 16.296509 1.785634</w:t>
        <w:br/>
        <w:t>v -0.282527 16.247768 1.767964</w:t>
        <w:br/>
        <w:t>v -0.274856 16.254864 1.783829</w:t>
        <w:br/>
        <w:t>v -0.192182 16.243969 1.775755</w:t>
        <w:br/>
        <w:t>v -0.207724 16.236042 1.758686</w:t>
        <w:br/>
        <w:t>v -0.365752 16.372601 1.759940</w:t>
        <w:br/>
        <w:t>v -0.358165 16.377758 1.776225</w:t>
        <w:br/>
        <w:t>v -0.319225 16.296509 1.785634</w:t>
        <w:br/>
        <w:t>v -0.326913 16.291698 1.769427</w:t>
        <w:br/>
        <w:t>v -0.358165 16.377758 1.776225</w:t>
        <w:br/>
        <w:t>v -0.418573 16.444813 1.762985</w:t>
        <w:br/>
        <w:t>v -0.425363 16.439583 1.746177</w:t>
        <w:br/>
        <w:t>v -0.418573 16.444813 1.762985</w:t>
        <w:br/>
        <w:t>v -0.239108 16.701599 1.666252</w:t>
        <w:br/>
        <w:t>v -0.335725 16.651417 1.685878</w:t>
        <w:br/>
        <w:t>v -0.363150 16.702229 1.666417</w:t>
        <w:br/>
        <w:t>v -0.497454 16.640038 1.697782</w:t>
        <w:br/>
        <w:t>v -0.495309 16.671577 1.685646</w:t>
        <w:br/>
        <w:t>v -0.457147 16.603397 1.706621</w:t>
        <w:br/>
        <w:t>v -0.454232 16.523491 1.737000</w:t>
        <w:br/>
        <w:t>v -0.460984 16.517914 1.720122</w:t>
        <w:br/>
        <w:t>v -0.454232 16.523491 1.737000</w:t>
        <w:br/>
        <w:t>v -0.463970 16.596420 1.689764</w:t>
        <w:br/>
        <w:t>v -0.457147 16.603397 1.706621</w:t>
        <w:br/>
        <w:t>v -0.504479 16.633492 1.681426</w:t>
        <w:br/>
        <w:t>v -0.497454 16.640038 1.697782</w:t>
        <w:br/>
        <w:t>v -0.504044 16.671024 1.667883</w:t>
        <w:br/>
        <w:t>v -0.495309 16.671577 1.685646</w:t>
        <w:br/>
        <w:t>v -0.363150 16.702229 1.666417</w:t>
        <w:br/>
        <w:t>v -0.495309 16.671577 1.685646</w:t>
        <w:br/>
        <w:t>v -0.504044 16.671024 1.667883</w:t>
        <w:br/>
        <w:t>v -0.366988 16.702705 1.646079</w:t>
        <w:br/>
        <w:t>v -0.239108 16.701599 1.666252</w:t>
        <w:br/>
        <w:t>v -0.244619 16.701923 1.645089</w:t>
        <w:br/>
        <w:t>v -0.149068 16.716095 1.654887</w:t>
        <w:br/>
        <w:t>v -0.149068 16.716095 1.654887</w:t>
        <w:br/>
        <w:t>v -0.184244 16.739616 1.643209</w:t>
        <w:br/>
        <w:t>v -0.184899 16.740246 1.623121</w:t>
        <w:br/>
        <w:t>v -0.145916 16.714882 1.635051</w:t>
        <w:br/>
        <w:t>v -0.184899 16.740246 1.623121</w:t>
        <w:br/>
        <w:t>v -0.184244 16.739616 1.643209</w:t>
        <w:br/>
        <w:t>v -0.206375 16.728245 1.649490</w:t>
        <w:br/>
        <w:t>v -0.211437 16.726734 1.629907</w:t>
        <w:br/>
        <w:t>v -0.184244 16.739616 1.643209</w:t>
        <w:br/>
        <w:t>v -0.206375 16.728245 1.649490</w:t>
        <w:br/>
        <w:t>v -0.182857 15.925088 1.760012</w:t>
        <w:br/>
        <w:t>v -0.174222 15.921803 1.756267</w:t>
        <w:br/>
        <w:t>v -0.177063 15.918660 1.738566</w:t>
        <w:br/>
        <w:t>v -0.189989 15.924372 1.743470</w:t>
        <w:br/>
        <w:t>v -0.177063 15.918660 1.738566</w:t>
        <w:br/>
        <w:t>v -0.174222 15.921803 1.756267</w:t>
        <w:br/>
        <w:t>v -0.182857 15.925088 1.760012</w:t>
        <w:br/>
        <w:t>v 1.054637 15.596904 0.517901</w:t>
        <w:br/>
        <w:t>v 1.066766 15.591358 0.518933</w:t>
        <w:br/>
        <w:t>v 1.081161 15.620996 0.553883</w:t>
        <w:br/>
        <w:t>v 1.069685 15.627884 0.554436</w:t>
        <w:br/>
        <w:t>v 1.039128 15.551510 0.503078</w:t>
        <w:br/>
        <w:t>v 1.051929 15.547933 0.504752</w:t>
        <w:br/>
        <w:t>v 1.031115 15.519228 0.510383</w:t>
        <w:br/>
        <w:t>v 1.044263 15.517050 0.511741</w:t>
        <w:br/>
        <w:t>v 1.026151 15.482148 0.543871</w:t>
        <w:br/>
        <w:t>v 1.039515 15.481579 0.543777</w:t>
        <w:br/>
        <w:t>v 1.029400 15.465595 0.591162</w:t>
        <w:br/>
        <w:t>v 1.042623 15.465743 0.589017</w:t>
        <w:br/>
        <w:t>v 1.036561 15.471243 0.623972</w:t>
        <w:br/>
        <w:t>v 1.049474 15.471147 0.620404</w:t>
        <w:br/>
        <w:t>v 1.046245 15.488812 0.651489</w:t>
        <w:br/>
        <w:t>v 1.058737 15.487955 0.646727</w:t>
        <w:br/>
        <w:t>v 1.060154 15.498717 0.717013</w:t>
        <w:br/>
        <w:t>v 1.075217 15.554087 0.712291</w:t>
        <w:br/>
        <w:t>v 1.087411 15.550594 0.710231</w:t>
        <w:br/>
        <w:t>v 1.072966 15.497601 0.714583</w:t>
        <w:br/>
        <w:t>v 1.088656 15.608263 0.699973</w:t>
        <w:br/>
        <w:t>v 1.100232 15.602394 0.698282</w:t>
        <w:br/>
        <w:t>v 1.080397 15.626395 0.620354</w:t>
        <w:br/>
        <w:t>v 1.091408 15.619573 0.616942</w:t>
        <w:br/>
        <w:t>v 1.090832 15.601553 0.644078</w:t>
        <w:br/>
        <w:t>v 1.079795 15.607561 0.648720</w:t>
        <w:br/>
        <w:t>v 1.076848 15.633533 0.587246</w:t>
        <w:br/>
        <w:t>v 1.088013 15.626396 0.585270</w:t>
        <w:br/>
        <w:t>v 1.066281 15.576197 0.541768</w:t>
        <w:br/>
        <w:t>v 1.054032 15.577968 0.546422</w:t>
        <w:br/>
        <w:t>v 1.063061 15.596556 0.568343</w:t>
        <w:br/>
        <w:t>v 1.075858 15.595912 0.565018</w:t>
        <w:br/>
        <w:t>v 1.056411 15.547310 0.532335</w:t>
        <w:br/>
        <w:t>v 1.044726 15.550732 0.537528</w:t>
        <w:br/>
        <w:t>v 1.051311 15.526766 0.536983</w:t>
        <w:br/>
        <w:t>v 1.039918 15.531363 0.541911</w:t>
        <w:br/>
        <w:t>v 1.048153 15.503169 0.558294</w:t>
        <w:br/>
        <w:t>v 1.036940 15.509114 0.562004</w:t>
        <w:br/>
        <w:t>v 1.050221 15.492636 0.588390</w:t>
        <w:br/>
        <w:t>v 1.038890 15.499182 0.590379</w:t>
        <w:br/>
        <w:t>v 1.054778 15.496228 0.609269</w:t>
        <w:br/>
        <w:t>v 1.043186 15.502570 0.610065</w:t>
        <w:br/>
        <w:t>v 1.060940 15.507410 0.626780</w:t>
        <w:br/>
        <w:t>v 1.048996 15.513114 0.626575</w:t>
        <w:br/>
        <w:t>v 1.067769 15.524478 0.638257</w:t>
        <w:br/>
        <w:t>v 1.055435 15.529205 0.637396</w:t>
        <w:br/>
        <w:t>v 1.074224 15.544833 0.641952</w:t>
        <w:br/>
        <w:t>v 1.061521 15.548397 0.640880</w:t>
        <w:br/>
        <w:t>v 1.079324 15.565375 0.637303</w:t>
        <w:br/>
        <w:t>v 1.066329 15.567765 0.636497</w:t>
        <w:br/>
        <w:t>v 1.082291 15.582979 0.625018</w:t>
        <w:br/>
        <w:t>v 1.069127 15.584363 0.624913</w:t>
        <w:br/>
        <w:t>v 1.082674 15.594965 0.606966</w:t>
        <w:br/>
        <w:t>v 1.069488 15.595663 0.607894</w:t>
        <w:br/>
        <w:t>v 1.080415 15.599505 0.585897</w:t>
        <w:br/>
        <w:t>v 1.067358 15.599945 0.588029</w:t>
        <w:br/>
        <w:t>v 1.081161 15.620996 0.553883</w:t>
        <w:br/>
        <w:t>v 1.075858 15.595912 0.565018</w:t>
        <w:br/>
        <w:t>v 1.080415 15.599505 0.585897</w:t>
        <w:br/>
        <w:t>v 1.088013 15.626396 0.585270</w:t>
        <w:br/>
        <w:t>v 1.082674 15.594965 0.606966</w:t>
        <w:br/>
        <w:t>v 1.091408 15.619573 0.616942</w:t>
        <w:br/>
        <w:t>v 1.082291 15.582979 0.625018</w:t>
        <w:br/>
        <w:t>v 1.090832 15.601553 0.644078</w:t>
        <w:br/>
        <w:t>v 1.058737 15.487955 0.646727</w:t>
        <w:br/>
        <w:t>v 1.060940 15.507410 0.626780</w:t>
        <w:br/>
        <w:t>v 1.054778 15.496228 0.609269</w:t>
        <w:br/>
        <w:t>v 1.049474 15.471147 0.620404</w:t>
        <w:br/>
        <w:t>v 1.050221 15.492636 0.588390</w:t>
        <w:br/>
        <w:t>v 1.042623 15.465743 0.589017</w:t>
        <w:br/>
        <w:t>v 1.048153 15.503169 0.558294</w:t>
        <w:br/>
        <w:t>v 1.039515 15.481579 0.543777</w:t>
        <w:br/>
        <w:t>v 1.051311 15.526766 0.536983</w:t>
        <w:br/>
        <w:t>v 1.044263 15.517050 0.511741</w:t>
        <w:br/>
        <w:t>v 1.056411 15.547310 0.532335</w:t>
        <w:br/>
        <w:t>v 1.051929 15.547933 0.504752</w:t>
        <w:br/>
        <w:t>v 1.066281 15.576197 0.541768</w:t>
        <w:br/>
        <w:t>v 1.066766 15.591358 0.518933</w:t>
        <w:br/>
        <w:t>v 1.060154 15.498717 0.717013</w:t>
        <w:br/>
        <w:t>v 1.072966 15.497601 0.714583</w:t>
        <w:br/>
        <w:t>v 1.074224 15.544833 0.641952</w:t>
        <w:br/>
        <w:t>v 1.072966 15.497601 0.714583</w:t>
        <w:br/>
        <w:t>v 1.087411 15.550594 0.710231</w:t>
        <w:br/>
        <w:t>v 1.067769 15.524478 0.638257</w:t>
        <w:br/>
        <w:t>v 1.100232 15.602394 0.698282</w:t>
        <w:br/>
        <w:t>v 1.079324 15.565375 0.637303</w:t>
        <w:br/>
        <w:t>v 1.100232 15.602394 0.698282</w:t>
        <w:br/>
        <w:t>v 1.088656 15.608263 0.699973</w:t>
        <w:br/>
        <w:t>v 7.007894 14.126511 -0.240452</w:t>
        <w:br/>
        <w:t>v 7.040838 14.113373 -0.191136</w:t>
        <w:br/>
        <w:t>v 7.045385 14.130494 -0.191216</w:t>
        <w:br/>
        <w:t>v 7.013860 14.143064 -0.238408</w:t>
        <w:br/>
        <w:t>v 6.966977 14.167480 -0.262594</w:t>
        <w:br/>
        <w:t>v 6.958903 14.152027 -0.265727</w:t>
        <w:br/>
        <w:t>v 6.917300 14.197197 -0.257293</w:t>
        <w:br/>
        <w:t>v 6.906993 14.183086 -0.260188</w:t>
        <w:br/>
        <w:t>v 6.866072 14.211364 -0.225318</w:t>
        <w:br/>
        <w:t>v 6.878139 14.224254 -0.223925</w:t>
        <w:br/>
        <w:t>v 6.859988 14.241400 -0.171431</w:t>
        <w:br/>
        <w:t>v 6.847104 14.229282 -0.170463</w:t>
        <w:br/>
        <w:t>v 6.867709 14.244041 -0.113878</w:t>
        <w:br/>
        <w:t>v 6.855174 14.232044 -0.110319</w:t>
        <w:br/>
        <w:t>v 6.888117 14.218905 -0.061003</w:t>
        <w:br/>
        <w:t>v 6.899235 14.231470 -0.066685</w:t>
        <w:br/>
        <w:t>v 6.946118 14.207054 -0.042499</w:t>
        <w:br/>
        <w:t>v 6.937108 14.193389 -0.035728</w:t>
        <w:br/>
        <w:t>v 6.995794 14.177337 -0.047800</w:t>
        <w:br/>
        <w:t>v 6.989019 14.162331 -0.041267</w:t>
        <w:br/>
        <w:t>v 7.029940 14.134054 -0.076136</w:t>
        <w:br/>
        <w:t>v 7.034955 14.150281 -0.081168</w:t>
        <w:br/>
        <w:t>v 7.053107 14.133135 -0.133662</w:t>
        <w:br/>
        <w:t>v 7.048907 14.116133 -0.130992</w:t>
        <w:br/>
        <w:t>v 6.988777 14.162406 -0.200853</w:t>
        <w:br/>
        <w:t>v 7.006516 14.155332 -0.174299</w:t>
        <w:br/>
        <w:t>v 6.993431 14.143672 -0.170502</w:t>
        <w:br/>
        <w:t>v 6.977305 14.150104 -0.194644</w:t>
        <w:br/>
        <w:t>v 6.953322 14.162596 -0.207016</w:t>
        <w:br/>
        <w:t>v 6.962397 14.176146 -0.214462</w:t>
        <w:br/>
        <w:t>v 6.927911 14.177798 -0.204305</w:t>
        <w:br/>
        <w:t>v 6.934444 14.192865 -0.211479</w:t>
        <w:br/>
        <w:t>v 6.912409 14.208091 -0.192704</w:t>
        <w:br/>
        <w:t>v 6.907878 14.191641 -0.187235</w:t>
        <w:br/>
        <w:t>v 6.898593 14.200413 -0.160382</w:t>
        <w:br/>
        <w:t>v 6.902195 14.217738 -0.163166</w:t>
        <w:br/>
        <w:t>v 6.902543 14.201765 -0.130940</w:t>
        <w:br/>
        <w:t>v 6.906541 14.219224 -0.130781</w:t>
        <w:br/>
        <w:t>v 6.924279 14.212152 -0.104226</w:t>
        <w:br/>
        <w:t>v 6.918670 14.195334 -0.106798</w:t>
        <w:br/>
        <w:t>v 6.942654 14.182843 -0.094425</w:t>
        <w:br/>
        <w:t>v 6.950660 14.198412 -0.090617</w:t>
        <w:br/>
        <w:t>v 6.968065 14.167639 -0.097137</w:t>
        <w:br/>
        <w:t>v 6.978612 14.181690 -0.093600</w:t>
        <w:br/>
        <w:t>v 7.000648 14.166466 -0.112376</w:t>
        <w:br/>
        <w:t>v 6.988097 14.153796 -0.114206</w:t>
        <w:br/>
        <w:t>v 6.997382 14.145025 -0.141060</w:t>
        <w:br/>
        <w:t>v 7.010861 14.156816 -0.141914</w:t>
        <w:br/>
        <w:t>v 7.006516 14.155332 -0.174299</w:t>
        <w:br/>
        <w:t>v 7.045385 14.130494 -0.191216</w:t>
        <w:br/>
        <w:t>v 7.053107 14.133135 -0.133662</w:t>
        <w:br/>
        <w:t>v 7.010861 14.156816 -0.141914</w:t>
        <w:br/>
        <w:t>v 7.034955 14.150281 -0.081168</w:t>
        <w:br/>
        <w:t>v 7.000648 14.166466 -0.112376</w:t>
        <w:br/>
        <w:t>v 6.995794 14.177337 -0.047800</w:t>
        <w:br/>
        <w:t>v 6.978612 14.181690 -0.093600</w:t>
        <w:br/>
        <w:t>v 6.946118 14.207054 -0.042499</w:t>
        <w:br/>
        <w:t>v 6.950660 14.198412 -0.090617</w:t>
        <w:br/>
        <w:t>v 6.899235 14.231470 -0.066685</w:t>
        <w:br/>
        <w:t>v 6.924279 14.212152 -0.104226</w:t>
        <w:br/>
        <w:t>v 6.867709 14.244041 -0.113878</w:t>
        <w:br/>
        <w:t>v 6.906541 14.219224 -0.130781</w:t>
        <w:br/>
        <w:t>v 6.859988 14.241400 -0.171431</w:t>
        <w:br/>
        <w:t>v 6.902195 14.217738 -0.163166</w:t>
        <w:br/>
        <w:t>v 6.878139 14.224254 -0.223925</w:t>
        <w:br/>
        <w:t>v 6.912409 14.208091 -0.192704</w:t>
        <w:br/>
        <w:t>v 6.917300 14.197197 -0.257293</w:t>
        <w:br/>
        <w:t>v 6.934444 14.192865 -0.211479</w:t>
        <w:br/>
        <w:t>v 6.966977 14.167480 -0.262594</w:t>
        <w:br/>
        <w:t>v 6.962397 14.176146 -0.214462</w:t>
        <w:br/>
        <w:t>v 7.013860 14.143064 -0.238408</w:t>
        <w:br/>
        <w:t>v 6.988777 14.162406 -0.200853</w:t>
        <w:br/>
        <w:t>v -1.012763 5.245304 -1.767188</w:t>
        <w:br/>
        <w:t>v -0.819794 4.972168 -1.655744</w:t>
        <w:br/>
        <w:t>v -0.816692 4.953088 -1.687353</w:t>
        <w:br/>
        <w:t>v -1.013238 5.231272 -1.800868</w:t>
        <w:br/>
        <w:t>v -1.013238 5.231272 -1.800868</w:t>
        <w:br/>
        <w:t>v -0.843210 5.529226 -1.873271</w:t>
        <w:br/>
        <w:t>v -0.846197 5.537188 -1.840675</w:t>
        <w:br/>
        <w:t>v -1.012763 5.245304 -1.767188</w:t>
        <w:br/>
        <w:t>v -0.846197 5.537188 -1.840675</w:t>
        <w:br/>
        <w:t>v -0.843210 5.529226 -1.873271</w:t>
        <w:br/>
        <w:t>v -0.647497 5.249544 -1.765240</w:t>
        <w:br/>
        <w:t>v -0.653678 5.263237 -1.732216</w:t>
        <w:br/>
        <w:t>v -0.816692 4.953088 -1.687353</w:t>
        <w:br/>
        <w:t>v -0.820734 5.200481 -1.896851</w:t>
        <w:br/>
        <w:t>v -1.013238 5.231272 -1.800868</w:t>
        <w:br/>
        <w:t>v -0.816692 4.953088 -1.687353</w:t>
        <w:br/>
        <w:t>v -0.647497 5.249544 -1.765240</w:t>
        <w:br/>
        <w:t>v -0.820734 5.200481 -1.896851</w:t>
        <w:br/>
        <w:t>v -0.653678 5.263237 -1.732216</w:t>
        <w:br/>
        <w:t>v -0.819794 4.972168 -1.655744</w:t>
        <w:br/>
        <w:t>v -0.000016 16.648834 1.703753</w:t>
        <w:br/>
        <w:t>v 0.025461 16.638096 1.707980</w:t>
        <w:br/>
        <w:t>v 0.024298 16.633389 1.723247</w:t>
        <w:br/>
        <w:t>v -0.000016 16.641689 1.728399</w:t>
        <w:br/>
        <w:t>v 0.026160 16.466515 1.743312</w:t>
        <w:br/>
        <w:t>v -0.000016 16.456875 1.743771</w:t>
        <w:br/>
        <w:t>v -0.000016 16.460720 1.763580</w:t>
        <w:br/>
        <w:t>v 0.027285 16.468689 1.758458</w:t>
        <w:br/>
        <w:t>v 0.038438 16.597923 1.711567</w:t>
        <w:br/>
        <w:t>v 0.029465 16.600220 1.752867</w:t>
        <w:br/>
        <w:t>v 0.032591 16.541119 1.777183</w:t>
        <w:br/>
        <w:t>v 0.041833 16.528675 1.731503</w:t>
        <w:br/>
        <w:t>v -0.000017 16.483192 1.790997</w:t>
        <w:br/>
        <w:t>v 0.027753 16.487942 1.777491</w:t>
        <w:br/>
        <w:t>v -0.000017 16.538918 1.797081</w:t>
        <w:br/>
        <w:t>v -0.000016 16.605324 1.766546</w:t>
        <w:br/>
        <w:t>v -0.000016 16.464752 1.711983</w:t>
        <w:br/>
        <w:t>v 0.016629 16.456825 1.724371</w:t>
        <w:br/>
        <w:t>v 0.016629 16.456825 1.724371</w:t>
        <w:br/>
        <w:t>v 0.026160 16.466515 1.743312</w:t>
        <w:br/>
        <w:t>v 0.041318 16.398045 1.765833</w:t>
        <w:br/>
        <w:t>v 0.039739 16.392399 1.749735</w:t>
        <w:br/>
        <w:t>v 0.063621 16.329597 1.789477</w:t>
        <w:br/>
        <w:t>v 0.062009 16.324234 1.773503</w:t>
        <w:br/>
        <w:t>v 0.152141 16.393475 1.813968</w:t>
        <w:br/>
        <w:t>v 0.146652 16.364902 1.816839</w:t>
        <w:br/>
        <w:t>v 0.120940 16.698673 1.705919</w:t>
        <w:br/>
        <w:t>v 0.120629 16.695084 1.724249</w:t>
        <w:br/>
        <w:t>v 0.070905 16.643097 1.714321</w:t>
        <w:br/>
        <w:t>v 0.071566 16.647247 1.695776</w:t>
        <w:br/>
        <w:t>v 0.168199 16.735821 1.719943</w:t>
        <w:br/>
        <w:t>v 0.167326 16.731762 1.738189</w:t>
        <w:br/>
        <w:t>v 0.202920 16.754257 1.732549</w:t>
        <w:br/>
        <w:t>v 0.200168 16.749580 1.749529</w:t>
        <w:br/>
        <w:t>v 0.217685 16.747364 1.758449</w:t>
        <w:br/>
        <w:t>v 0.223681 16.751141 1.742632</w:t>
        <w:br/>
        <w:t>v 0.236904 16.729740 1.752926</w:t>
        <w:br/>
        <w:t>v 0.228393 16.729939 1.766797</w:t>
        <w:br/>
        <w:t>v 0.235440 16.698368 1.758701</w:t>
        <w:br/>
        <w:t>v 0.226542 16.702484 1.771658</w:t>
        <w:br/>
        <w:t>v 0.226542 16.702484 1.771658</w:t>
        <w:br/>
        <w:t>v 0.209297 16.656956 1.773819</w:t>
        <w:br/>
        <w:t>v 0.200168 16.749580 1.749529</w:t>
        <w:br/>
        <w:t>v 0.228393 16.729939 1.766797</w:t>
        <w:br/>
        <w:t>v 0.217685 16.747364 1.758449</w:t>
        <w:br/>
        <w:t>v 0.201534 16.598557 1.783380</w:t>
        <w:br/>
        <w:t>v 0.218185 16.652252 1.761048</w:t>
        <w:br/>
        <w:t>v 0.209297 16.656956 1.773819</w:t>
        <w:br/>
        <w:t>v 0.210780 16.595940 1.770406</w:t>
        <w:br/>
        <w:t>v 0.201534 16.598557 1.783380</w:t>
        <w:br/>
        <w:t>v 0.209885 16.538506 1.800087</w:t>
        <w:br/>
        <w:t>v 0.038438 16.597923 1.711567</w:t>
        <w:br/>
        <w:t>v 0.209885 16.538506 1.800087</w:t>
        <w:br/>
        <w:t>v 0.218547 16.536980 1.787065</w:t>
        <w:br/>
        <w:t>v 0.033327 16.598484 1.694172</w:t>
        <w:br/>
        <w:t>v 0.142443 16.450459 1.794008</w:t>
        <w:br/>
        <w:t>v 0.174578 16.449886 1.808780</w:t>
        <w:br/>
        <w:t>v 0.179559 16.440487 1.795679</w:t>
        <w:br/>
        <w:t>v 0.148813 16.442062 1.781151</w:t>
        <w:br/>
        <w:t>v 0.200743 16.458839 1.818497</w:t>
        <w:br/>
        <w:t>v 0.208235 16.451237 1.806293</w:t>
        <w:br/>
        <w:t>v 0.221780 16.480518 1.802339</w:t>
        <w:br/>
        <w:t>v 0.213307 16.483833 1.814835</w:t>
        <w:br/>
        <w:t>v 0.041833 16.528675 1.731503</w:t>
        <w:br/>
        <w:t>v 0.213307 16.483833 1.814835</w:t>
        <w:br/>
        <w:t>v 0.200743 16.458839 1.818497</w:t>
        <w:br/>
        <w:t>v 0.174578 16.449886 1.808780</w:t>
        <w:br/>
        <w:t>v 0.142443 16.450459 1.794008</w:t>
        <w:br/>
        <w:t>v 0.133005 16.429996 1.795638</w:t>
        <w:br/>
        <w:t>v 0.142443 16.450459 1.794008</w:t>
        <w:br/>
        <w:t>v 0.148813 16.442062 1.781151</w:t>
        <w:br/>
        <w:t>v 0.142572 16.427013 1.783041</w:t>
        <w:br/>
        <w:t>v 0.133005 16.429996 1.795638</w:t>
        <w:br/>
        <w:t>v 0.161377 16.391998 1.801745</w:t>
        <w:br/>
        <w:t>v 0.152141 16.393475 1.813968</w:t>
        <w:br/>
        <w:t>v 0.137077 16.336040 1.801247</w:t>
        <w:br/>
        <w:t>v 0.126227 16.309334 1.802028</w:t>
        <w:br/>
        <w:t>v 0.117129 16.310310 1.814472</w:t>
        <w:br/>
        <w:t>v 0.128843 16.341518 1.813112</w:t>
        <w:br/>
        <w:t>v 0.132593 16.286686 1.808967</w:t>
        <w:br/>
        <w:t>v 0.124471 16.284286 1.822428</w:t>
        <w:br/>
        <w:t>v 0.156754 16.360046 1.805437</w:t>
        <w:br/>
        <w:t>v 0.146652 16.364902 1.816839</w:t>
        <w:br/>
        <w:t>v 0.128843 16.341518 1.813112</w:t>
        <w:br/>
        <w:t>v 0.063621 16.329597 1.789477</w:t>
        <w:br/>
        <w:t>v 0.117129 16.310310 1.814472</w:t>
        <w:br/>
        <w:t>v -0.000016 16.651180 1.660825</w:t>
        <w:br/>
        <w:t>v 0.027962 16.635689 1.678227</w:t>
        <w:br/>
        <w:t>v 0.033327 16.598484 1.694172</w:t>
        <w:br/>
        <w:t>v 0.088626 16.268650 1.810686</w:t>
        <w:br/>
        <w:t>v 0.087721 16.261631 1.795244</w:t>
        <w:br/>
        <w:t>v 0.108667 16.236465 1.807588</w:t>
        <w:br/>
        <w:t>v 0.107231 16.245300 1.821949</w:t>
        <w:br/>
        <w:t>v 0.124427 16.244171 1.828910</w:t>
        <w:br/>
        <w:t>v 0.129621 16.235577 1.816169</w:t>
        <w:br/>
        <w:t>v 0.107231 16.245300 1.821949</w:t>
        <w:br/>
        <w:t>v 0.133110 16.262634 1.829519</w:t>
        <w:br/>
        <w:t>v 0.133925 16.250954 1.831451</w:t>
        <w:br/>
        <w:t>v 0.124427 16.244171 1.828910</w:t>
        <w:br/>
        <w:t>v 0.133925 16.250954 1.831451</w:t>
        <w:br/>
        <w:t>v 0.142167 16.246140 1.819348</w:t>
        <w:br/>
        <w:t>v 0.088626 16.268650 1.810686</w:t>
        <w:br/>
        <w:t>v 0.124471 16.284286 1.822428</w:t>
        <w:br/>
        <w:t>v 0.133110 16.262634 1.829519</w:t>
        <w:br/>
        <w:t>v 0.142158 16.263107 1.816927</w:t>
        <w:br/>
        <w:t>v -0.024331 16.633389 1.723247</w:t>
        <w:br/>
        <w:t>v -0.025494 16.638096 1.707980</w:t>
        <w:br/>
        <w:t>v -0.026193 16.466515 1.743312</w:t>
        <w:br/>
        <w:t>v -0.027318 16.468689 1.758458</w:t>
        <w:br/>
        <w:t>v -0.029498 16.600220 1.752867</w:t>
        <w:br/>
        <w:t>v -0.038471 16.597923 1.711566</w:t>
        <w:br/>
        <w:t>v -0.032624 16.541119 1.777183</w:t>
        <w:br/>
        <w:t>v -0.041866 16.528675 1.731503</w:t>
        <w:br/>
        <w:t>v -0.027786 16.487942 1.777491</w:t>
        <w:br/>
        <w:t>v -0.000017 16.538918 1.797081</w:t>
        <w:br/>
        <w:t>v -0.016662 16.456825 1.724371</w:t>
        <w:br/>
        <w:t>v -0.016662 16.456825 1.724371</w:t>
        <w:br/>
        <w:t>v -0.039772 16.392399 1.749735</w:t>
        <w:br/>
        <w:t>v -0.041351 16.398045 1.765832</w:t>
        <w:br/>
        <w:t>v -0.026193 16.466515 1.743312</w:t>
        <w:br/>
        <w:t>v -0.063654 16.329597 1.789477</w:t>
        <w:br/>
        <w:t>v -0.062042 16.324234 1.773503</w:t>
        <w:br/>
        <w:t>v -0.152174 16.393475 1.813968</w:t>
        <w:br/>
        <w:t>v -0.133038 16.429996 1.795638</w:t>
        <w:br/>
        <w:t>v -0.070938 16.643097 1.714321</w:t>
        <w:br/>
        <w:t>v -0.120661 16.695084 1.724249</w:t>
        <w:br/>
        <w:t>v -0.120972 16.698673 1.705919</w:t>
        <w:br/>
        <w:t>v -0.071598 16.647247 1.695776</w:t>
        <w:br/>
        <w:t>v -0.167358 16.731762 1.738189</w:t>
        <w:br/>
        <w:t>v -0.168232 16.735821 1.719942</w:t>
        <w:br/>
        <w:t>v -0.200201 16.749580 1.749529</w:t>
        <w:br/>
        <w:t>v -0.202952 16.754257 1.732549</w:t>
        <w:br/>
        <w:t>v -0.217718 16.747364 1.758448</w:t>
        <w:br/>
        <w:t>v -0.223713 16.751141 1.742631</w:t>
        <w:br/>
        <w:t>v -0.228426 16.729939 1.766797</w:t>
        <w:br/>
        <w:t>v -0.236937 16.729740 1.752926</w:t>
        <w:br/>
        <w:t>v -0.226575 16.702484 1.771657</w:t>
        <w:br/>
        <w:t>v -0.235472 16.698368 1.758700</w:t>
        <w:br/>
        <w:t>v -0.226575 16.702484 1.771657</w:t>
        <w:br/>
        <w:t>v -0.209330 16.656956 1.773818</w:t>
        <w:br/>
        <w:t>v -0.200201 16.749580 1.749529</w:t>
        <w:br/>
        <w:t>v -0.228426 16.729939 1.766797</w:t>
        <w:br/>
        <w:t>v -0.217718 16.747364 1.758448</w:t>
        <w:br/>
        <w:t>v -0.201567 16.598557 1.783380</w:t>
        <w:br/>
        <w:t>v -0.218218 16.652252 1.761047</w:t>
        <w:br/>
        <w:t>v -0.209330 16.656956 1.773818</w:t>
        <w:br/>
        <w:t>v -0.201567 16.598557 1.783380</w:t>
        <w:br/>
        <w:t>v -0.210813 16.595940 1.770406</w:t>
        <w:br/>
        <w:t>v -0.038471 16.597923 1.711566</w:t>
        <w:br/>
        <w:t>v -0.209919 16.538506 1.800087</w:t>
        <w:br/>
        <w:t>v -0.209919 16.538506 1.800087</w:t>
        <w:br/>
        <w:t>v -0.218580 16.536980 1.787065</w:t>
        <w:br/>
        <w:t>v -0.033360 16.598484 1.694172</w:t>
        <w:br/>
        <w:t>v -0.142476 16.450459 1.794007</w:t>
        <w:br/>
        <w:t>v -0.148846 16.442062 1.781150</w:t>
        <w:br/>
        <w:t>v -0.179592 16.440487 1.795678</w:t>
        <w:br/>
        <w:t>v -0.174611 16.449886 1.808780</w:t>
        <w:br/>
        <w:t>v -0.208268 16.451237 1.806293</w:t>
        <w:br/>
        <w:t>v -0.200776 16.458839 1.818496</w:t>
        <w:br/>
        <w:t>v -0.221813 16.480518 1.802338</w:t>
        <w:br/>
        <w:t>v -0.213340 16.483833 1.814835</w:t>
        <w:br/>
        <w:t>v -0.041866 16.528675 1.731503</w:t>
        <w:br/>
        <w:t>v -0.213340 16.483833 1.814835</w:t>
        <w:br/>
        <w:t>v -0.200776 16.458839 1.818496</w:t>
        <w:br/>
        <w:t>v -0.174611 16.449886 1.808780</w:t>
        <w:br/>
        <w:t>v -0.142476 16.450459 1.794007</w:t>
        <w:br/>
        <w:t>v -0.142605 16.427013 1.783041</w:t>
        <w:br/>
        <w:t>v -0.148846 16.442062 1.781150</w:t>
        <w:br/>
        <w:t>v -0.142476 16.450459 1.794007</w:t>
        <w:br/>
        <w:t>v -0.133038 16.429996 1.795638</w:t>
        <w:br/>
        <w:t>v -0.161410 16.391998 1.801744</w:t>
        <w:br/>
        <w:t>v -0.152174 16.393475 1.813968</w:t>
        <w:br/>
        <w:t>v -0.137110 16.336040 1.801246</w:t>
        <w:br/>
        <w:t>v -0.128876 16.341518 1.813111</w:t>
        <w:br/>
        <w:t>v -0.117163 16.310310 1.814472</w:t>
        <w:br/>
        <w:t>v -0.126260 16.309334 1.802028</w:t>
        <w:br/>
        <w:t>v -0.124504 16.284286 1.822428</w:t>
        <w:br/>
        <w:t>v -0.132626 16.286686 1.808966</w:t>
        <w:br/>
        <w:t>v -0.156787 16.360046 1.805436</w:t>
        <w:br/>
        <w:t>v -0.146685 16.364902 1.816838</w:t>
        <w:br/>
        <w:t>v -0.128876 16.341518 1.813111</w:t>
        <w:br/>
        <w:t>v -0.146685 16.364902 1.816838</w:t>
        <w:br/>
        <w:t>v -0.063654 16.329597 1.789477</w:t>
        <w:br/>
        <w:t>v -0.117163 16.310310 1.814472</w:t>
        <w:br/>
        <w:t>v -0.000016 16.651180 1.660825</w:t>
        <w:br/>
        <w:t>v -0.027995 16.635689 1.678227</w:t>
        <w:br/>
        <w:t>v -0.033360 16.598484 1.694172</w:t>
        <w:br/>
        <w:t>v -0.087754 16.261631 1.795244</w:t>
        <w:br/>
        <w:t>v -0.088659 16.268650 1.810685</w:t>
        <w:br/>
        <w:t>v -0.108700 16.236465 1.807587</w:t>
        <w:br/>
        <w:t>v -0.107264 16.245300 1.821948</w:t>
        <w:br/>
        <w:t>v -0.129654 16.235577 1.816168</w:t>
        <w:br/>
        <w:t>v -0.124460 16.244171 1.828909</w:t>
        <w:br/>
        <w:t>v -0.133958 16.250954 1.831450</w:t>
        <w:br/>
        <w:t>v -0.133143 16.262634 1.829519</w:t>
        <w:br/>
        <w:t>v -0.107264 16.245300 1.821948</w:t>
        <w:br/>
        <w:t>v -0.124460 16.244171 1.828909</w:t>
        <w:br/>
        <w:t>v -0.133958 16.250954 1.831450</w:t>
        <w:br/>
        <w:t>v -0.142200 16.246140 1.819348</w:t>
        <w:br/>
        <w:t>v -0.124504 16.284286 1.822428</w:t>
        <w:br/>
        <w:t>v -0.088659 16.268650 1.810685</w:t>
        <w:br/>
        <w:t>v -0.142191 16.263107 1.816926</w:t>
        <w:br/>
        <w:t>v -0.133143 16.262634 1.829519</w:t>
        <w:br/>
        <w:t>v -1.052187 17.825632 0.658783</w:t>
        <w:br/>
        <w:t>v -1.209648 17.613750 0.786500</w:t>
        <w:br/>
        <w:t>v -1.212030 17.605463 0.770630</w:t>
        <w:br/>
        <w:t>v -1.052802 17.818296 0.642477</w:t>
        <w:br/>
        <w:t>v -1.044216 17.819529 0.635847</w:t>
        <w:br/>
        <w:t>v -1.046857 17.827742 0.657875</w:t>
        <w:br/>
        <w:t>v -1.037865 17.824421 0.661032</w:t>
        <w:br/>
        <w:t>v -1.033438 17.817549 0.644921</w:t>
        <w:br/>
        <w:t>v -1.031787 17.811783 0.648990</w:t>
        <w:br/>
        <w:t>v -1.036638 17.819456 0.664517</w:t>
        <w:br/>
        <w:t>v -1.133289 17.574371 0.799552</w:t>
        <w:br/>
        <w:t>v -1.138753 17.585361 0.812799</w:t>
        <w:br/>
        <w:t>v -1.151674 17.575956 0.817878</w:t>
        <w:br/>
        <w:t>v -1.148489 17.562988 0.805737</w:t>
        <w:br/>
        <w:t>v -1.167721 17.572790 0.818417</w:t>
        <w:br/>
        <w:t>v -1.166384 17.559401 0.806375</w:t>
        <w:br/>
        <w:t>v -1.186693 17.576691 0.813881</w:t>
        <w:br/>
        <w:t>v -1.187192 17.563643 0.801424</w:t>
        <w:br/>
        <w:t>v -1.202450 17.586586 0.805610</w:t>
        <w:br/>
        <w:t>v -1.204389 17.574406 0.792415</w:t>
        <w:br/>
        <w:t>v -1.209909 17.599199 0.796325</w:t>
        <w:br/>
        <w:t>v -1.212613 17.588306 0.782184</w:t>
        <w:br/>
        <w:t>v -1.036638 17.819456 0.664517</w:t>
        <w:br/>
        <w:t>v -1.052187 17.825632 0.658783</w:t>
        <w:br/>
        <w:t>v -1.046857 17.827742 0.657875</w:t>
        <w:br/>
        <w:t>v -1.037865 17.824421 0.661032</w:t>
        <w:br/>
        <w:t>v -1.138753 17.585361 0.812799</w:t>
        <w:br/>
        <w:t>v -1.209648 17.613750 0.786500</w:t>
        <w:br/>
        <w:t>v -1.151674 17.575956 0.817878</w:t>
        <w:br/>
        <w:t>v -1.209909 17.599199 0.796325</w:t>
        <w:br/>
        <w:t>v -1.167721 17.572790 0.818417</w:t>
        <w:br/>
        <w:t>v -1.202450 17.586586 0.805610</w:t>
        <w:br/>
        <w:t>v -1.186693 17.576691 0.813881</w:t>
        <w:br/>
        <w:t>v -1.052245 17.871311 0.605880</w:t>
        <w:br/>
        <w:t>v -1.049560 17.875862 0.619171</w:t>
        <w:br/>
        <w:t>v -1.052474 17.862932 0.626003</w:t>
        <w:br/>
        <w:t>v -1.055791 17.855572 0.614193</w:t>
        <w:br/>
        <w:t>v -1.040492 17.884344 0.601252</w:t>
        <w:br/>
        <w:t>v -1.039902 17.886572 0.615368</w:t>
        <w:br/>
        <w:t>v -1.023683 17.891176 0.601550</w:t>
        <w:br/>
        <w:t>v -1.026089 17.892187 0.615612</w:t>
        <w:br/>
        <w:t>v -1.006321 17.889980 0.606694</w:t>
        <w:br/>
        <w:t>v -1.011822 17.891205 0.619839</w:t>
        <w:br/>
        <w:t>v -0.993057 17.881077 0.615305</w:t>
        <w:br/>
        <w:t>v -1.000923 17.883888 0.626916</w:t>
        <w:br/>
        <w:t>v -0.987448 17.866852 0.625077</w:t>
        <w:br/>
        <w:t>v -0.996312 17.872198 0.634946</w:t>
        <w:br/>
        <w:t>v -0.990994 17.851116 0.633391</w:t>
        <w:br/>
        <w:t>v -0.999226 17.859268 0.641778</w:t>
        <w:br/>
        <w:t>v -1.002746 17.838085 0.638019</w:t>
        <w:br/>
        <w:t>v -1.008884 17.848558 0.645581</w:t>
        <w:br/>
        <w:t>v -1.019555 17.831251 0.637721</w:t>
        <w:br/>
        <w:t>v -1.022696 17.842941 0.645336</w:t>
        <w:br/>
        <w:t>v -1.036917 17.832443 0.632577</w:t>
        <w:br/>
        <w:t>v -1.036964 17.843925 0.641109</w:t>
        <w:br/>
        <w:t>v -1.050180 17.841351 0.623965</w:t>
        <w:br/>
        <w:t>v -1.047863 17.851240 0.634033</w:t>
        <w:br/>
        <w:t>v -1.049560 17.875862 0.619171</w:t>
        <w:br/>
        <w:t>v -1.024393 17.867563 0.630475</w:t>
        <w:br/>
        <w:t>v -1.052474 17.862932 0.626003</w:t>
        <w:br/>
        <w:t>v -1.039902 17.886572 0.615368</w:t>
        <w:br/>
        <w:t>v -1.026089 17.892187 0.615612</w:t>
        <w:br/>
        <w:t>v -1.011822 17.891205 0.619839</w:t>
        <w:br/>
        <w:t>v -1.000923 17.883888 0.626916</w:t>
        <w:br/>
        <w:t>v -0.996312 17.872198 0.634946</w:t>
        <w:br/>
        <w:t>v -0.999226 17.859268 0.641778</w:t>
        <w:br/>
        <w:t>v -1.008884 17.848558 0.645581</w:t>
        <w:br/>
        <w:t>v -1.022696 17.842941 0.645336</w:t>
        <w:br/>
        <w:t>v -1.036964 17.843925 0.641109</w:t>
        <w:br/>
        <w:t>v -1.047863 17.851240 0.634033</w:t>
        <w:br/>
        <w:t>v 1.637069 13.364164 0.180745</w:t>
        <w:br/>
        <w:t>v 1.650976 13.391233 0.166839</w:t>
        <w:br/>
        <w:t>v 1.614568 13.391233 0.151758</w:t>
        <w:br/>
        <w:t>v 1.614568 13.364164 0.171425</w:t>
        <w:br/>
        <w:t>v 1.614568 13.364164 0.171425</w:t>
        <w:br/>
        <w:t>v 1.614568 13.391233 0.151758</w:t>
        <w:br/>
        <w:t>v 1.578160 13.391233 0.166839</w:t>
        <w:br/>
        <w:t>v 1.592066 13.364164 0.180745</w:t>
        <w:br/>
        <w:t>v 1.563079 13.391233 0.203247</w:t>
        <w:br/>
        <w:t>v 1.582746 13.364164 0.203247</w:t>
        <w:br/>
        <w:t>v 1.578160 13.391233 0.239655</w:t>
        <w:br/>
        <w:t>v 1.592066 13.364164 0.225748</w:t>
        <w:br/>
        <w:t>v 1.614568 13.391233 0.254736</w:t>
        <w:br/>
        <w:t>v 1.614568 13.364164 0.235069</w:t>
        <w:br/>
        <w:t>v 1.650976 13.391233 0.239655</w:t>
        <w:br/>
        <w:t>v 1.637069 13.364164 0.225748</w:t>
        <w:br/>
        <w:t>v 1.666057 13.391233 0.203247</w:t>
        <w:br/>
        <w:t>v 1.646390 13.364164 0.203247</w:t>
        <w:br/>
        <w:t>v 1.650976 13.424693 0.166839</w:t>
        <w:br/>
        <w:t>v 1.614568 13.424693 0.151758</w:t>
        <w:br/>
        <w:t>v 1.614568 13.424693 0.151758</w:t>
        <w:br/>
        <w:t>v 1.578160 13.424693 0.166839</w:t>
        <w:br/>
        <w:t>v 1.563079 13.424693 0.203247</w:t>
        <w:br/>
        <w:t>v 1.578160 13.424693 0.239655</w:t>
        <w:br/>
        <w:t>v 1.614568 13.424693 0.254736</w:t>
        <w:br/>
        <w:t>v 1.650976 13.424693 0.239655</w:t>
        <w:br/>
        <w:t>v 1.666057 13.424693 0.203247</w:t>
        <w:br/>
        <w:t>v 1.637069 13.451763 0.180746</w:t>
        <w:br/>
        <w:t>v 1.614568 13.451763 0.171425</w:t>
        <w:br/>
        <w:t>v 1.614568 13.451763 0.171425</w:t>
        <w:br/>
        <w:t>v 1.592066 13.451763 0.180746</w:t>
        <w:br/>
        <w:t>v 1.582746 13.451763 0.203247</w:t>
        <w:br/>
        <w:t>v 1.592066 13.451763 0.225748</w:t>
        <w:br/>
        <w:t>v 1.614568 13.451763 0.235069</w:t>
        <w:br/>
        <w:t>v 1.637069 13.451763 0.225749</w:t>
        <w:br/>
        <w:t>v 1.646390 13.451763 0.203247</w:t>
        <w:br/>
        <w:t>v 1.614568 13.353826 0.203247</w:t>
        <w:br/>
        <w:t>v 1.614568 13.462101 0.203247</w:t>
        <w:br/>
        <w:t>v -0.000013 17.819550 -0.707821</w:t>
        <w:br/>
        <w:t>v 0.078527 17.738464 -0.731452</w:t>
        <w:br/>
        <w:t>v 0.075440 17.729259 -0.699862</w:t>
        <w:br/>
        <w:t>v -0.000013 17.807159 -0.677160</w:t>
        <w:br/>
        <w:t>v -0.000013 17.753448 -0.782853</w:t>
        <w:br/>
        <w:t>v -0.000013 17.819550 -0.707821</w:t>
        <w:br/>
        <w:t>v -0.078552 17.738464 -0.731452</w:t>
        <w:br/>
        <w:t>v -0.000013 17.657379 -0.755083</w:t>
        <w:br/>
        <w:t>v -0.000013 17.657379 -0.755083</w:t>
        <w:br/>
        <w:t>v 0.078527 17.738464 -0.731452</w:t>
        <w:br/>
        <w:t>v -0.000013 17.753448 -0.782853</w:t>
        <w:br/>
        <w:t>v -0.000013 17.651363 -0.722564</w:t>
        <w:br/>
        <w:t>v 0.075440 17.729259 -0.699862</w:t>
        <w:br/>
        <w:t>v -0.075465 17.729259 -0.699862</w:t>
        <w:br/>
        <w:t>v -0.000013 17.651363 -0.722564</w:t>
        <w:br/>
        <w:t>v -0.078552 17.738464 -0.731452</w:t>
        <w:br/>
        <w:t>v -0.075465 17.729259 -0.699862</w:t>
        <w:br/>
        <w:t>v -0.078552 17.738464 -0.731452</w:t>
        <w:br/>
        <w:t>v -0.000013 17.807159 -0.677160</w:t>
        <w:br/>
        <w:t>v 0.581263 21.292511 -0.544507</w:t>
        <w:br/>
        <w:t>v 0.491057 21.300154 -0.491682</w:t>
        <w:br/>
        <w:t>v 0.513420 21.258322 -0.503289</w:t>
        <w:br/>
        <w:t>v 0.535278 21.343681 -0.519143</w:t>
        <w:br/>
        <w:t>v 0.481776 21.361883 -0.489545</w:t>
        <w:br/>
        <w:t>v 0.458777 21.308418 -0.477491</w:t>
        <w:br/>
        <w:t>v 0.407669 21.311476 -0.456231</w:t>
        <w:br/>
        <w:t>v 0.420539 21.366892 -0.465517</w:t>
        <w:br/>
        <w:t>v 0.358014 21.364386 -0.443435</w:t>
        <w:br/>
        <w:t>v 0.355483 21.303648 -0.438774</w:t>
        <w:br/>
        <w:t>v 0.293261 21.265198 -0.438559</w:t>
        <w:br/>
        <w:t>v 0.335824 21.358908 -0.438953</w:t>
        <w:br/>
        <w:t>v 0.310764 21.219707 -0.437363</w:t>
        <w:br/>
        <w:t>v 0.380195 21.273792 -0.441888</w:t>
        <w:br/>
        <w:t>v 0.341043 21.175289 -0.439561</w:t>
        <w:br/>
        <w:t>v 0.399409 21.250711 -0.447467</w:t>
        <w:br/>
        <w:t>v 0.376444 21.138960 -0.447971</w:t>
        <w:br/>
        <w:t>v 0.421054 21.204794 -0.463250</w:t>
        <w:br/>
        <w:t>v 0.466956 21.233587 -0.482500</w:t>
        <w:br/>
        <w:t>v 0.443139 21.277481 -0.469295</w:t>
        <w:br/>
        <w:t>v 0.340970 21.399523 -0.439133</w:t>
        <w:br/>
        <w:t>v 0.260132 21.420502 -0.430699</w:t>
        <w:br/>
        <w:t>v 0.260378 21.389194 -0.429945</w:t>
        <w:br/>
        <w:t>v 0.220019 21.369774 -0.423798</w:t>
        <w:br/>
        <w:t>v 0.188239 21.343374 -0.411623</w:t>
        <w:br/>
        <w:t>v 0.230340 21.239935 -0.420525</w:t>
        <w:br/>
        <w:t>v 0.187356 21.238342 -0.402552</w:t>
        <w:br/>
        <w:t>v 0.168992 21.344473 -0.403106</w:t>
        <w:br/>
        <w:t>v 0.154102 21.163326 -0.381204</w:t>
        <w:br/>
        <w:t>v 0.236329 21.159744 -0.425747</w:t>
        <w:br/>
        <w:t>v 0.240287 21.172035 -0.422697</w:t>
        <w:br/>
        <w:t>v 0.326599 21.447392 -0.440095</w:t>
        <w:br/>
        <w:t>v 0.277646 21.478401 -0.434654</w:t>
        <w:br/>
        <w:t>v 0.236983 21.452433 -0.428694</w:t>
        <w:br/>
        <w:t>v 0.223484 21.493160 -0.424159</w:t>
        <w:br/>
        <w:t>v 0.212111 21.466780 -0.420547</w:t>
        <w:br/>
        <w:t>v 0.174087 21.488176 -0.406793</w:t>
        <w:br/>
        <w:t>v 0.174276 21.481218 -0.406776</w:t>
        <w:br/>
        <w:t>v 0.105203 21.243555 -0.364916</w:t>
        <w:br/>
        <w:t>v 0.105295 21.514515 -0.363861</w:t>
        <w:br/>
        <w:t>v 0.049976 21.578957 -0.346489</w:t>
        <w:br/>
        <w:t>v 0.049976 21.243870 -0.351886</w:t>
        <w:br/>
        <w:t>v 0.049976 21.162996 -0.344952</w:t>
        <w:br/>
        <w:t>v 0.101927 21.162992 -0.359390</w:t>
        <w:br/>
        <w:t>v 0.144465 21.430094 -0.393093</w:t>
        <w:br/>
        <w:t>v 0.094347 21.505436 -0.347310</w:t>
        <w:br/>
        <w:t>v 0.049976 21.561722 -0.331023</w:t>
        <w:br/>
        <w:t>v 0.049976 21.578957 -0.346489</w:t>
        <w:br/>
        <w:t>v 0.105295 21.514515 -0.363861</w:t>
        <w:br/>
        <w:t>v 0.049976 21.171734 -0.328674</w:t>
        <w:br/>
        <w:t>v 0.096899 21.173241 -0.338783</w:t>
        <w:br/>
        <w:t>v 0.101927 21.162992 -0.359390</w:t>
        <w:br/>
        <w:t>v 0.049976 21.162996 -0.344952</w:t>
        <w:br/>
        <w:t>v 0.573643 21.298616 -0.515517</w:t>
        <w:br/>
        <w:t>v 0.576678 21.311741 -0.515990</w:t>
        <w:br/>
        <w:t>v 0.584360 21.315344 -0.548708</w:t>
        <w:br/>
        <w:t>v 0.581263 21.292511 -0.544507</w:t>
        <w:br/>
        <w:t>v 0.519960 21.277071 -0.484303</w:t>
        <w:br/>
        <w:t>v 0.513420 21.258322 -0.503289</w:t>
        <w:br/>
        <w:t>v 0.458777 21.308418 -0.477491</w:t>
        <w:br/>
        <w:t>v 0.461357 21.320417 -0.459175</w:t>
        <w:br/>
        <w:t>v 0.511816 21.302652 -0.480747</w:t>
        <w:br/>
        <w:t>v 0.491057 21.300154 -0.491682</w:t>
        <w:br/>
        <w:t>v 0.443139 21.277481 -0.469295</w:t>
        <w:br/>
        <w:t>v 0.491057 21.300154 -0.491682</w:t>
        <w:br/>
        <w:t>v 0.511816 21.302652 -0.480747</w:t>
        <w:br/>
        <w:t>v 0.456527 21.273779 -0.452282</w:t>
        <w:br/>
        <w:t>v 0.530515 21.336941 -0.493396</w:t>
        <w:br/>
        <w:t>v 0.535278 21.343681 -0.519143</w:t>
        <w:br/>
        <w:t>v 0.584360 21.315344 -0.548708</w:t>
        <w:br/>
        <w:t>v 0.576678 21.311741 -0.515990</w:t>
        <w:br/>
        <w:t>v 0.400239 21.323465 -0.436239</w:t>
        <w:br/>
        <w:t>v 0.407669 21.311476 -0.456231</w:t>
        <w:br/>
        <w:t>v 0.476796 21.353798 -0.466152</w:t>
        <w:br/>
        <w:t>v 0.481776 21.361883 -0.489545</w:t>
        <w:br/>
        <w:t>v 0.395358 21.238419 -0.430696</w:t>
        <w:br/>
        <w:t>v 0.399409 21.250711 -0.447467</w:t>
        <w:br/>
        <w:t>v 0.360795 21.352478 -0.423147</w:t>
        <w:br/>
        <w:t>v 0.358014 21.364386 -0.443435</w:t>
        <w:br/>
        <w:t>v 0.420539 21.366892 -0.465517</w:t>
        <w:br/>
        <w:t>v 0.419692 21.356428 -0.443191</w:t>
        <w:br/>
        <w:t>v 0.336872 21.313280 -0.419630</w:t>
        <w:br/>
        <w:t>v 0.355483 21.303648 -0.438774</w:t>
        <w:br/>
        <w:t>v 0.322864 21.338831 -0.417983</w:t>
        <w:br/>
        <w:t>v 0.335824 21.358908 -0.438953</w:t>
        <w:br/>
        <w:t>v 0.336872 21.313280 -0.419630</w:t>
        <w:br/>
        <w:t>v 0.355483 21.303648 -0.438774</w:t>
        <w:br/>
        <w:t>v 0.380195 21.273792 -0.441888</w:t>
        <w:br/>
        <w:t>v 0.370686 21.265905 -0.425222</w:t>
        <w:br/>
        <w:t>v 0.322864 21.338831 -0.417983</w:t>
        <w:br/>
        <w:t>v 0.332363 21.399158 -0.421790</w:t>
        <w:br/>
        <w:t>v 0.340970 21.399523 -0.439133</w:t>
        <w:br/>
        <w:t>v 0.335824 21.358908 -0.438953</w:t>
        <w:br/>
        <w:t>v 0.395358 21.238419 -0.430696</w:t>
        <w:br/>
        <w:t>v 0.399409 21.250711 -0.447467</w:t>
        <w:br/>
        <w:t>v 0.303749 21.286749 -0.413083</w:t>
        <w:br/>
        <w:t>v 0.293261 21.265198 -0.438559</w:t>
        <w:br/>
        <w:t>v 0.230340 21.239935 -0.420525</w:t>
        <w:br/>
        <w:t>v 0.238027 21.256697 -0.383397</w:t>
        <w:br/>
        <w:t>v 0.303749 21.286749 -0.413083</w:t>
        <w:br/>
        <w:t>v 0.323352 21.226994 -0.408915</w:t>
        <w:br/>
        <w:t>v 0.310764 21.219707 -0.437363</w:t>
        <w:br/>
        <w:t>v 0.293261 21.265198 -0.438559</w:t>
        <w:br/>
        <w:t>v 0.354762 21.185404 -0.415036</w:t>
        <w:br/>
        <w:t>v 0.341043 21.175289 -0.439561</w:t>
        <w:br/>
        <w:t>v 0.388864 21.150467 -0.423361</w:t>
        <w:br/>
        <w:t>v 0.376444 21.138960 -0.447971</w:t>
        <w:br/>
        <w:t>v 0.436178 21.123266 -0.437267</w:t>
        <w:br/>
        <w:t>v 0.426846 21.106148 -0.463525</w:t>
        <w:br/>
        <w:t>v 0.319051 21.441629 -0.420020</w:t>
        <w:br/>
        <w:t>v 0.326599 21.447392 -0.440095</w:t>
        <w:br/>
        <w:t>v 0.269445 21.386353 -0.409327</w:t>
        <w:br/>
        <w:t>v 0.243140 21.373550 -0.403835</w:t>
        <w:br/>
        <w:t>v 0.220019 21.369774 -0.423798</w:t>
        <w:br/>
        <w:t>v 0.260378 21.389194 -0.429945</w:t>
        <w:br/>
        <w:t>v 0.260132 21.420502 -0.430699</w:t>
        <w:br/>
        <w:t>v 0.271608 21.421358 -0.412641</w:t>
        <w:br/>
        <w:t>v 0.200790 21.334209 -0.381522</w:t>
        <w:br/>
        <w:t>v 0.188239 21.343374 -0.411623</w:t>
        <w:br/>
        <w:t>v 0.163982 21.248928 -0.363582</w:t>
        <w:br/>
        <w:t>v 0.187356 21.238342 -0.402552</w:t>
        <w:br/>
        <w:t>v 0.163982 21.248928 -0.363582</w:t>
        <w:br/>
        <w:t>v 0.187356 21.238342 -0.402552</w:t>
        <w:br/>
        <w:t>v 0.240287 21.172035 -0.422697</w:t>
        <w:br/>
        <w:t>v 0.235452 21.173887 -0.405387</w:t>
        <w:br/>
        <w:t>v 0.156638 21.328716 -0.368189</w:t>
        <w:br/>
        <w:t>v 0.135198 21.426088 -0.367570</w:t>
        <w:br/>
        <w:t>v 0.144465 21.430094 -0.393093</w:t>
        <w:br/>
        <w:t>v 0.168992 21.344473 -0.403106</w:t>
        <w:br/>
        <w:t>v 0.167040 21.173170 -0.365117</w:t>
        <w:br/>
        <w:t>v 0.233004 21.170122 -0.403329</w:t>
        <w:br/>
        <w:t>v 0.236329 21.159744 -0.425747</w:t>
        <w:br/>
        <w:t>v 0.154102 21.163326 -0.381204</w:t>
        <w:br/>
        <w:t>v 0.278117 21.470289 -0.412998</w:t>
        <w:br/>
        <w:t>v 0.228798 21.484486 -0.403214</w:t>
        <w:br/>
        <w:t>v 0.223484 21.493160 -0.424159</w:t>
        <w:br/>
        <w:t>v 0.277646 21.478401 -0.434654</w:t>
        <w:br/>
        <w:t>v 0.249105 21.458992 -0.410351</w:t>
        <w:br/>
        <w:t>v 0.236983 21.452433 -0.428694</w:t>
        <w:br/>
        <w:t>v 0.212111 21.466780 -0.420547</w:t>
        <w:br/>
        <w:t>v 0.223956 21.475677 -0.403214</w:t>
        <w:br/>
        <w:t>v 0.185534 21.487057 -0.396778</w:t>
        <w:br/>
        <w:t>v 0.174087 21.488176 -0.406793</w:t>
        <w:br/>
        <w:t>v 0.185507 21.484787 -0.396778</w:t>
        <w:br/>
        <w:t>v 0.185534 21.487057 -0.396778</w:t>
        <w:br/>
        <w:t>v 0.228798 21.484486 -0.403214</w:t>
        <w:br/>
        <w:t>v 0.174276 21.481218 -0.406776</w:t>
        <w:br/>
        <w:t>v 0.174087 21.488176 -0.406793</w:t>
        <w:br/>
        <w:t>v 0.360795 21.352478 -0.423147</w:t>
        <w:br/>
        <w:t>v 0.303749 21.286749 -0.413083</w:t>
        <w:br/>
        <w:t>v 0.323352 21.226994 -0.408915</w:t>
        <w:br/>
        <w:t>v 0.354762 21.185404 -0.415036</w:t>
        <w:br/>
        <w:t>v 0.439700 21.164146 -0.439833</w:t>
        <w:br/>
        <w:t>v 0.388864 21.150467 -0.423361</w:t>
        <w:br/>
        <w:t>v 0.421679 21.228609 -0.437955</w:t>
        <w:br/>
        <w:t>v 0.271608 21.421358 -0.412641</w:t>
        <w:br/>
        <w:t>v 0.269445 21.386353 -0.409327</w:t>
        <w:br/>
        <w:t>v 0.243140 21.373550 -0.403835</w:t>
        <w:br/>
        <w:t>v 0.167040 21.173170 -0.365117</w:t>
        <w:br/>
        <w:t>v 0.319051 21.441629 -0.420020</w:t>
        <w:br/>
        <w:t>v 0.249105 21.458992 -0.410351</w:t>
        <w:br/>
        <w:t>v 0.278117 21.470289 -0.412998</w:t>
        <w:br/>
        <w:t>v 0.095747 21.245550 -0.336419</w:t>
        <w:br/>
        <w:t>v 0.049976 21.244427 -0.325804</w:t>
        <w:br/>
        <w:t>v 0.174276 21.481218 -0.406776</w:t>
        <w:br/>
        <w:t>v 0.620247 20.930107 -0.585060</w:t>
        <w:br/>
        <w:t>v 0.560531 21.011202 -0.513663</w:t>
        <w:br/>
        <w:t>v 0.574351 21.109108 -0.532372</w:t>
        <w:br/>
        <w:t>v 0.633990 20.996172 -0.608115</w:t>
        <w:br/>
        <w:t>v 0.456688 21.151281 -0.462643</w:t>
        <w:br/>
        <w:t>v 0.442757 21.222607 -0.456957</w:t>
        <w:br/>
        <w:t>v 0.458308 21.232597 -0.464449</w:t>
        <w:br/>
        <w:t>v 0.652484 20.844889 -0.679766</w:t>
        <w:br/>
        <w:t>v 0.657862 20.881733 -0.694928</w:t>
        <w:br/>
        <w:t>v 0.572196 21.118505 -0.551407</w:t>
        <w:br/>
        <w:t>v 0.537959 20.996145 -0.530244</w:t>
        <w:br/>
        <w:t>v 0.599446 20.908516 -0.599350</w:t>
        <w:br/>
        <w:t>v 0.624430 21.005060 -0.628196</w:t>
        <w:br/>
        <w:t>v 0.439695 21.097080 -0.475184</w:t>
        <w:br/>
        <w:t>v 0.634426 20.818199 -0.691841</w:t>
        <w:br/>
        <w:t>v 0.643456 20.881571 -0.712911</w:t>
        <w:br/>
        <w:t>v 0.599446 20.908516 -0.599350</w:t>
        <w:br/>
        <w:t>v 0.537959 20.996145 -0.530244</w:t>
        <w:br/>
        <w:t>v 0.560531 21.011202 -0.513663</w:t>
        <w:br/>
        <w:t>v 0.620247 20.930107 -0.585060</w:t>
        <w:br/>
        <w:t>v 0.572196 21.118505 -0.551407</w:t>
        <w:br/>
        <w:t>v 0.624430 21.005060 -0.628196</w:t>
        <w:br/>
        <w:t>v 0.439695 21.097080 -0.475184</w:t>
        <w:br/>
        <w:t>v 0.452063 21.120630 -0.461941</w:t>
        <w:br/>
        <w:t>v 0.466956 21.233587 -0.482500</w:t>
        <w:br/>
        <w:t>v 0.634426 20.818199 -0.691841</w:t>
        <w:br/>
        <w:t>v 0.643456 20.881571 -0.712911</w:t>
        <w:br/>
        <w:t>v 0.647962 20.738554 -0.781040</w:t>
        <w:br/>
        <w:t>v 0.664855 20.767574 -0.769630</w:t>
        <w:br/>
        <w:t>v 0.665979 20.770363 -0.774329</w:t>
        <w:br/>
        <w:t>v 0.649457 20.763498 -0.796754</w:t>
        <w:br/>
        <w:t>v 0.426846 21.106148 -0.463525</w:t>
        <w:br/>
        <w:t>v 0.436178 21.123266 -0.437267</w:t>
        <w:br/>
        <w:t>v 0.096506 21.401405 -0.343644</w:t>
        <w:br/>
        <w:t>v 0.049976 21.403078 -0.306917</w:t>
        <w:br/>
        <w:t>v 0.468141 21.252666 -0.456703</w:t>
        <w:br/>
        <w:t>v 0.456527 21.273779 -0.452282</w:t>
        <w:br/>
        <w:t>v 0.419692 21.356428 -0.443191</w:t>
        <w:br/>
        <w:t>v 0.156638 21.328716 -0.368189</w:t>
        <w:br/>
        <w:t>v 0.168992 21.344473 -0.403106</w:t>
        <w:br/>
        <w:t>v 0.200790 21.334209 -0.381522</w:t>
        <w:br/>
        <w:t>v 0.238027 21.256697 -0.383397</w:t>
        <w:br/>
        <w:t>v 0.647962 20.738554 -0.781040</w:t>
        <w:br/>
        <w:t>v 0.649457 20.763498 -0.796754</w:t>
        <w:br/>
        <w:t>v 0.511816 21.302652 -0.480747</w:t>
        <w:br/>
        <w:t>v 0.530515 21.336941 -0.493396</w:t>
        <w:br/>
        <w:t>v 0.476796 21.353798 -0.466152</w:t>
        <w:br/>
        <w:t>v 0.461357 21.320417 -0.459175</w:t>
        <w:br/>
        <w:t>v 0.466956 21.233587 -0.482500</w:t>
        <w:br/>
        <w:t>v 0.584360 21.315344 -0.548708</w:t>
        <w:br/>
        <w:t>v -0.391105 21.300154 -0.491683</w:t>
        <w:br/>
        <w:t>v -0.481311 21.292511 -0.544508</w:t>
        <w:br/>
        <w:t>v -0.413467 21.258320 -0.503290</w:t>
        <w:br/>
        <w:t>v -0.435326 21.343681 -0.519145</w:t>
        <w:br/>
        <w:t>v -0.358825 21.308418 -0.477492</w:t>
        <w:br/>
        <w:t>v -0.381824 21.361883 -0.489546</w:t>
        <w:br/>
        <w:t>v -0.307717 21.311476 -0.456232</w:t>
        <w:br/>
        <w:t>v -0.258062 21.364386 -0.443436</w:t>
        <w:br/>
        <w:t>v -0.320587 21.366892 -0.465518</w:t>
        <w:br/>
        <w:t>v -0.255531 21.303648 -0.438775</w:t>
        <w:br/>
        <w:t>v -0.193309 21.265198 -0.438560</w:t>
        <w:br/>
        <w:t>v -0.235871 21.358908 -0.438954</w:t>
        <w:br/>
        <w:t>v -0.210811 21.219707 -0.437364</w:t>
        <w:br/>
        <w:t>v -0.280243 21.273792 -0.441889</w:t>
        <w:br/>
        <w:t>v -0.299457 21.250711 -0.447468</w:t>
        <w:br/>
        <w:t>v -0.241091 21.175289 -0.439562</w:t>
        <w:br/>
        <w:t>v -0.276492 21.138960 -0.447972</w:t>
        <w:br/>
        <w:t>v -0.321102 21.204794 -0.463251</w:t>
        <w:br/>
        <w:t>v -0.367004 21.233587 -0.482501</w:t>
        <w:br/>
        <w:t>v -0.343187 21.277481 -0.469296</w:t>
        <w:br/>
        <w:t>v -0.160180 21.420502 -0.430700</w:t>
        <w:br/>
        <w:t>v -0.241018 21.399523 -0.439134</w:t>
        <w:br/>
        <w:t>v -0.160426 21.389194 -0.429945</w:t>
        <w:br/>
        <w:t>v -0.120066 21.369774 -0.423799</w:t>
        <w:br/>
        <w:t>v -0.088287 21.343374 -0.411624</w:t>
        <w:br/>
        <w:t>v -0.130388 21.239935 -0.420525</w:t>
        <w:br/>
        <w:t>v -0.087404 21.238342 -0.402552</w:t>
        <w:br/>
        <w:t>v -0.069040 21.344473 -0.403106</w:t>
        <w:br/>
        <w:t>v -0.140334 21.172035 -0.422698</w:t>
        <w:br/>
        <w:t>v -0.136377 21.159744 -0.425748</w:t>
        <w:br/>
        <w:t>v -0.054150 21.163326 -0.381205</w:t>
        <w:br/>
        <w:t>v -0.226647 21.447392 -0.440096</w:t>
        <w:br/>
        <w:t>v -0.137031 21.452433 -0.428694</w:t>
        <w:br/>
        <w:t>v -0.177693 21.478401 -0.434655</w:t>
        <w:br/>
        <w:t>v -0.112159 21.466780 -0.420547</w:t>
        <w:br/>
        <w:t>v -0.123532 21.493160 -0.424159</w:t>
        <w:br/>
        <w:t>v -0.074324 21.481218 -0.406776</w:t>
        <w:br/>
        <w:t>v -0.074135 21.488176 -0.406794</w:t>
        <w:br/>
        <w:t>v 0.049976 21.578957 -0.346489</w:t>
        <w:br/>
        <w:t>v -0.005343 21.514515 -0.363861</w:t>
        <w:br/>
        <w:t>v -0.005251 21.243559 -0.364916</w:t>
        <w:br/>
        <w:t>v 0.049976 21.243870 -0.351886</w:t>
        <w:br/>
        <w:t>v 0.049976 21.162996 -0.344952</w:t>
        <w:br/>
        <w:t>v -0.001976 21.162992 -0.359390</w:t>
        <w:br/>
        <w:t>v -0.044513 21.430094 -0.393093</w:t>
        <w:br/>
        <w:t>v 0.005605 21.505436 -0.347310</w:t>
        <w:br/>
        <w:t>v -0.005343 21.514515 -0.363861</w:t>
        <w:br/>
        <w:t>v 0.049976 21.578957 -0.346489</w:t>
        <w:br/>
        <w:t>v 0.049976 21.561722 -0.331023</w:t>
        <w:br/>
        <w:t>v 0.049976 21.171734 -0.328674</w:t>
        <w:br/>
        <w:t>v 0.049976 21.162996 -0.344952</w:t>
        <w:br/>
        <w:t>v -0.001976 21.162992 -0.359390</w:t>
        <w:br/>
        <w:t>v 0.003053 21.173241 -0.338784</w:t>
        <w:br/>
        <w:t>v -0.473690 21.298616 -0.515518</w:t>
        <w:br/>
        <w:t>v -0.481311 21.292511 -0.544508</w:t>
        <w:br/>
        <w:t>v -0.484407 21.315344 -0.548710</w:t>
        <w:br/>
        <w:t>v -0.476725 21.311741 -0.515991</w:t>
        <w:br/>
        <w:t>v -0.420008 21.277071 -0.484304</w:t>
        <w:br/>
        <w:t>v -0.413467 21.258320 -0.503290</w:t>
        <w:br/>
        <w:t>v -0.411864 21.302652 -0.480749</w:t>
        <w:br/>
        <w:t>v -0.361404 21.320417 -0.459176</w:t>
        <w:br/>
        <w:t>v -0.358825 21.308418 -0.477492</w:t>
        <w:br/>
        <w:t>v -0.391105 21.300154 -0.491683</w:t>
        <w:br/>
        <w:t>v -0.411864 21.302652 -0.480749</w:t>
        <w:br/>
        <w:t>v -0.391105 21.300154 -0.491683</w:t>
        <w:br/>
        <w:t>v -0.343187 21.277481 -0.469296</w:t>
        <w:br/>
        <w:t>v -0.356575 21.273779 -0.452283</w:t>
        <w:br/>
        <w:t>v -0.484407 21.315344 -0.548710</w:t>
        <w:br/>
        <w:t>v -0.435326 21.343681 -0.519145</w:t>
        <w:br/>
        <w:t>v -0.430563 21.336941 -0.493397</w:t>
        <w:br/>
        <w:t>v -0.476725 21.311741 -0.515991</w:t>
        <w:br/>
        <w:t>v -0.300287 21.323465 -0.436240</w:t>
        <w:br/>
        <w:t>v -0.307717 21.311476 -0.456232</w:t>
        <w:br/>
        <w:t>v -0.381824 21.361883 -0.489546</w:t>
        <w:br/>
        <w:t>v -0.376843 21.353798 -0.466154</w:t>
        <w:br/>
        <w:t>v -0.299457 21.250711 -0.447468</w:t>
        <w:br/>
        <w:t>v -0.295406 21.238419 -0.430697</w:t>
        <w:br/>
        <w:t>v -0.320587 21.366892 -0.465518</w:t>
        <w:br/>
        <w:t>v -0.258062 21.364386 -0.443436</w:t>
        <w:br/>
        <w:t>v -0.260843 21.352478 -0.423148</w:t>
        <w:br/>
        <w:t>v -0.319739 21.356428 -0.443192</w:t>
        <w:br/>
        <w:t>v -0.236920 21.313280 -0.419631</w:t>
        <w:br/>
        <w:t>v -0.255531 21.303648 -0.438775</w:t>
        <w:br/>
        <w:t>v -0.235871 21.358908 -0.438954</w:t>
        <w:br/>
        <w:t>v -0.222912 21.338831 -0.417984</w:t>
        <w:br/>
        <w:t>v -0.280243 21.273792 -0.441889</w:t>
        <w:br/>
        <w:t>v -0.255531 21.303648 -0.438775</w:t>
        <w:br/>
        <w:t>v -0.236920 21.313280 -0.419631</w:t>
        <w:br/>
        <w:t>v -0.270733 21.265905 -0.425223</w:t>
        <w:br/>
        <w:t>v -0.222912 21.338831 -0.417984</w:t>
        <w:br/>
        <w:t>v -0.235871 21.358908 -0.438954</w:t>
        <w:br/>
        <w:t>v -0.241018 21.399523 -0.439134</w:t>
        <w:br/>
        <w:t>v -0.232411 21.399158 -0.421791</w:t>
        <w:br/>
        <w:t>v -0.295406 21.238419 -0.430697</w:t>
        <w:br/>
        <w:t>v -0.299457 21.250711 -0.447468</w:t>
        <w:br/>
        <w:t>v -0.130388 21.239935 -0.420525</w:t>
        <w:br/>
        <w:t>v -0.193309 21.265198 -0.438560</w:t>
        <w:br/>
        <w:t>v -0.203797 21.286749 -0.413083</w:t>
        <w:br/>
        <w:t>v -0.138075 21.256697 -0.383398</w:t>
        <w:br/>
        <w:t>v -0.203797 21.286749 -0.413083</w:t>
        <w:br/>
        <w:t>v -0.193309 21.265198 -0.438560</w:t>
        <w:br/>
        <w:t>v -0.210811 21.219707 -0.437364</w:t>
        <w:br/>
        <w:t>v -0.223400 21.226994 -0.408915</w:t>
        <w:br/>
        <w:t>v -0.241091 21.175289 -0.439562</w:t>
        <w:br/>
        <w:t>v -0.254810 21.185404 -0.415037</w:t>
        <w:br/>
        <w:t>v -0.276492 21.138960 -0.447972</w:t>
        <w:br/>
        <w:t>v -0.288912 21.150467 -0.423362</w:t>
        <w:br/>
        <w:t>v -0.326894 21.106148 -0.463526</w:t>
        <w:br/>
        <w:t>v -0.336226 21.123266 -0.437268</w:t>
        <w:br/>
        <w:t>v -0.226647 21.447392 -0.440096</w:t>
        <w:br/>
        <w:t>v -0.219099 21.441629 -0.420020</w:t>
        <w:br/>
        <w:t>v -0.169493 21.386353 -0.409327</w:t>
        <w:br/>
        <w:t>v -0.160426 21.389194 -0.429945</w:t>
        <w:br/>
        <w:t>v -0.120066 21.369774 -0.423799</w:t>
        <w:br/>
        <w:t>v -0.143188 21.373549 -0.403836</w:t>
        <w:br/>
        <w:t>v -0.160180 21.420502 -0.430700</w:t>
        <w:br/>
        <w:t>v -0.171656 21.421358 -0.412641</w:t>
        <w:br/>
        <w:t>v -0.088287 21.343374 -0.411624</w:t>
        <w:br/>
        <w:t>v -0.100838 21.334209 -0.381523</w:t>
        <w:br/>
        <w:t>v -0.064030 21.248928 -0.363583</w:t>
        <w:br/>
        <w:t>v -0.087404 21.238342 -0.402552</w:t>
        <w:br/>
        <w:t>v -0.140334 21.172035 -0.422698</w:t>
        <w:br/>
        <w:t>v -0.087404 21.238342 -0.402552</w:t>
        <w:br/>
        <w:t>v -0.064030 21.248928 -0.363583</w:t>
        <w:br/>
        <w:t>v -0.135500 21.173887 -0.405387</w:t>
        <w:br/>
        <w:t>v -0.056686 21.328716 -0.368189</w:t>
        <w:br/>
        <w:t>v -0.069040 21.344473 -0.403106</w:t>
        <w:br/>
        <w:t>v -0.044513 21.430094 -0.393093</w:t>
        <w:br/>
        <w:t>v -0.035246 21.426088 -0.367570</w:t>
        <w:br/>
        <w:t>v -0.067088 21.173170 -0.365118</w:t>
        <w:br/>
        <w:t>v -0.054150 21.163326 -0.381205</w:t>
        <w:br/>
        <w:t>v -0.136377 21.159744 -0.425748</w:t>
        <w:br/>
        <w:t>v -0.133052 21.170122 -0.403330</w:t>
        <w:br/>
        <w:t>v -0.178165 21.470289 -0.412998</w:t>
        <w:br/>
        <w:t>v -0.177693 21.478401 -0.434655</w:t>
        <w:br/>
        <w:t>v -0.123532 21.493160 -0.424159</w:t>
        <w:br/>
        <w:t>v -0.128846 21.484486 -0.403215</w:t>
        <w:br/>
        <w:t>v -0.112159 21.466780 -0.420547</w:t>
        <w:br/>
        <w:t>v -0.137031 21.452433 -0.428694</w:t>
        <w:br/>
        <w:t>v -0.149153 21.458992 -0.410352</w:t>
        <w:br/>
        <w:t>v -0.124004 21.475677 -0.403215</w:t>
        <w:br/>
        <w:t>v -0.074135 21.488176 -0.406794</w:t>
        <w:br/>
        <w:t>v -0.085582 21.487057 -0.396779</w:t>
        <w:br/>
        <w:t>v -0.128846 21.484486 -0.403215</w:t>
        <w:br/>
        <w:t>v -0.085582 21.487057 -0.396779</w:t>
        <w:br/>
        <w:t>v -0.085554 21.484787 -0.396779</w:t>
        <w:br/>
        <w:t>v -0.074135 21.488176 -0.406794</w:t>
        <w:br/>
        <w:t>v -0.074324 21.481218 -0.406776</w:t>
        <w:br/>
        <w:t>v -0.260843 21.352478 -0.423148</w:t>
        <w:br/>
        <w:t>v -0.203797 21.286749 -0.413083</w:t>
        <w:br/>
        <w:t>v -0.223400 21.226994 -0.408915</w:t>
        <w:br/>
        <w:t>v -0.254810 21.185404 -0.415037</w:t>
        <w:br/>
        <w:t>v -0.288912 21.150467 -0.423362</w:t>
        <w:br/>
        <w:t>v -0.339748 21.164146 -0.439834</w:t>
        <w:br/>
        <w:t>v -0.321727 21.228609 -0.437956</w:t>
        <w:br/>
        <w:t>v -0.171656 21.421358 -0.412641</w:t>
        <w:br/>
        <w:t>v -0.169493 21.386353 -0.409327</w:t>
        <w:br/>
        <w:t>v -0.143188 21.373549 -0.403836</w:t>
        <w:br/>
        <w:t>v -0.067088 21.173170 -0.365118</w:t>
        <w:br/>
        <w:t>v -0.219099 21.441629 -0.420020</w:t>
        <w:br/>
        <w:t>v -0.178165 21.470289 -0.412998</w:t>
        <w:br/>
        <w:t>v -0.149153 21.458992 -0.410352</w:t>
        <w:br/>
        <w:t>v 0.004205 21.245550 -0.336419</w:t>
        <w:br/>
        <w:t>v 0.049976 21.244427 -0.325804</w:t>
        <w:br/>
        <w:t>v -0.074324 21.481218 -0.406776</w:t>
        <w:br/>
        <w:t>v -0.474399 21.109108 -0.532373</w:t>
        <w:br/>
        <w:t>v -0.460579 21.011202 -0.513665</w:t>
        <w:br/>
        <w:t>v -0.520295 20.930107 -0.585062</w:t>
        <w:br/>
        <w:t>v -0.534037 20.996172 -0.608116</w:t>
        <w:br/>
        <w:t>v -0.342805 21.222607 -0.456959</w:t>
        <w:br/>
        <w:t>v -0.356736 21.151281 -0.462644</w:t>
        <w:br/>
        <w:t>v -0.358356 21.232597 -0.464451</w:t>
        <w:br/>
        <w:t>v -0.552532 20.844889 -0.679768</w:t>
        <w:br/>
        <w:t>v -0.557909 20.881733 -0.694930</w:t>
        <w:br/>
        <w:t>v -0.499494 20.908516 -0.599352</w:t>
        <w:br/>
        <w:t>v -0.438007 20.996145 -0.530245</w:t>
        <w:br/>
        <w:t>v -0.472244 21.118505 -0.551408</w:t>
        <w:br/>
        <w:t>v -0.524477 21.005060 -0.628197</w:t>
        <w:br/>
        <w:t>v -0.339742 21.097080 -0.475185</w:t>
        <w:br/>
        <w:t>v -0.534473 20.818199 -0.691842</w:t>
        <w:br/>
        <w:t>v -0.543503 20.881571 -0.712912</w:t>
        <w:br/>
        <w:t>v -0.499494 20.908516 -0.599352</w:t>
        <w:br/>
        <w:t>v -0.520295 20.930107 -0.585062</w:t>
        <w:br/>
        <w:t>v -0.460579 21.011202 -0.513665</w:t>
        <w:br/>
        <w:t>v -0.438007 20.996145 -0.530245</w:t>
        <w:br/>
        <w:t>v -0.472244 21.118505 -0.551408</w:t>
        <w:br/>
        <w:t>v -0.524477 21.005060 -0.628197</w:t>
        <w:br/>
        <w:t>v -0.352110 21.120630 -0.461942</w:t>
        <w:br/>
        <w:t>v -0.339742 21.097080 -0.475185</w:t>
        <w:br/>
        <w:t>v -0.367004 21.233587 -0.482501</w:t>
        <w:br/>
        <w:t>v -0.534473 20.818199 -0.691842</w:t>
        <w:br/>
        <w:t>v -0.543503 20.881571 -0.712912</w:t>
        <w:br/>
        <w:t>v -0.566026 20.770363 -0.774331</w:t>
        <w:br/>
        <w:t>v -0.564902 20.767574 -0.769632</w:t>
        <w:br/>
        <w:t>v -0.548009 20.738554 -0.781041</w:t>
        <w:br/>
        <w:t>v -0.549504 20.763498 -0.796756</w:t>
        <w:br/>
        <w:t>v -0.326894 21.106148 -0.463526</w:t>
        <w:br/>
        <w:t>v -0.336226 21.123266 -0.437268</w:t>
        <w:br/>
        <w:t>v 0.049976 21.403078 -0.306917</w:t>
        <w:br/>
        <w:t>v 0.003446 21.401405 -0.343644</w:t>
        <w:br/>
        <w:t>v -0.368188 21.252666 -0.456704</w:t>
        <w:br/>
        <w:t>v -0.356575 21.273779 -0.452283</w:t>
        <w:br/>
        <w:t>v -0.319739 21.356428 -0.443192</w:t>
        <w:br/>
        <w:t>v -0.069040 21.344473 -0.403106</w:t>
        <w:br/>
        <w:t>v -0.056686 21.328716 -0.368189</w:t>
        <w:br/>
        <w:t>v -0.100838 21.334209 -0.381523</w:t>
        <w:br/>
        <w:t>v -0.138075 21.256697 -0.383398</w:t>
        <w:br/>
        <w:t>v -0.548009 20.738554 -0.781041</w:t>
        <w:br/>
        <w:t>v -0.549504 20.763498 -0.796756</w:t>
        <w:br/>
        <w:t>v -0.411864 21.302652 -0.480749</w:t>
        <w:br/>
        <w:t>v -0.430563 21.336941 -0.493397</w:t>
        <w:br/>
        <w:t>v -0.376843 21.353798 -0.466154</w:t>
        <w:br/>
        <w:t>v -0.361404 21.320417 -0.459176</w:t>
        <w:br/>
        <w:t>v -0.367004 21.233587 -0.482501</w:t>
        <w:br/>
        <w:t>v -0.484407 21.315344 -0.548710</w:t>
        <w:br/>
        <w:t>v 0.049976 21.403078 -0.306917</w:t>
        <w:br/>
        <w:t>v 5.906410 14.559314 -0.419543</w:t>
        <w:br/>
        <w:t>v 5.830197 14.526690 -0.408930</w:t>
        <w:br/>
        <w:t>v 5.718434 14.759315 -0.460936</w:t>
        <w:br/>
        <w:t>v 5.809317 14.786868 -0.472892</w:t>
        <w:br/>
        <w:t>v 5.762962 14.492041 -0.380717</w:t>
        <w:br/>
        <w:t>v 5.639155 14.725992 -0.428259</w:t>
        <w:br/>
        <w:t>v 5.500843 14.623231 -0.155450</w:t>
        <w:br/>
        <w:t>v 5.643082 14.398335 -0.142055</w:t>
        <w:br/>
        <w:t>v 5.652716 14.407146 -0.073393</w:t>
        <w:br/>
        <w:t>v 5.511764 14.633565 -0.076976</w:t>
        <w:br/>
        <w:t>v 5.679286 14.428297 -0.009982</w:t>
        <w:br/>
        <w:t>v 5.542275 14.657276 -0.004466</w:t>
        <w:br/>
        <w:t>v 5.534874 14.656493 -0.309107</w:t>
        <w:br/>
        <w:t>v 5.673003 14.427540 -0.276677</w:t>
        <w:br/>
        <w:t>v 5.650174 14.406471 -0.211102</w:t>
        <w:br/>
        <w:t>v 5.508825 14.632607 -0.234257</w:t>
        <w:br/>
        <w:t>v 5.643082 14.398335 -0.142055</w:t>
        <w:br/>
        <w:t>v 5.500843 14.623231 -0.155450</w:t>
        <w:br/>
        <w:t>v 5.710582 14.457529 -0.334924</w:t>
        <w:br/>
        <w:t>v 5.578143 14.689670 -0.375712</w:t>
        <w:br/>
        <w:t>v 5.660135 14.722035 0.103366</w:t>
        <w:br/>
        <w:t>v 5.780535 14.490471 0.084303</w:t>
        <w:br/>
        <w:t>v 5.848557 14.524855 0.110799</w:t>
        <w:br/>
        <w:t>v 5.739513 14.755567 0.133887</w:t>
        <w:br/>
        <w:t>v 5.923444 14.556359 0.120506</w:t>
        <w:br/>
        <w:t>v 5.827377 14.784030 0.145172</w:t>
        <w:br/>
        <w:t>v 5.722999 14.457180 0.043313</w:t>
        <w:br/>
        <w:t>v 5.593060 14.688020 0.056448</w:t>
        <w:br/>
        <w:t>v 6.001561 14.581020 0.111128</w:t>
        <w:br/>
        <w:t>v 5.919908 14.802841 0.134378</w:t>
        <w:br/>
        <w:t>v 6.076350 14.599261 0.083499</w:t>
        <w:br/>
        <w:t>v 6.009701 14.812433 0.102680</w:t>
        <w:br/>
        <w:t>v 6.063095 14.608538 -0.387791</w:t>
        <w:br/>
        <w:t>v 5.985729 14.587751 -0.412531</w:t>
        <w:br/>
        <w:t>v 5.905134 14.805887 -0.463276</w:t>
        <w:br/>
        <w:t>v 5.999197 14.814897 -0.432839</w:t>
        <w:br/>
        <w:t>v 6.190742 14.619177 -0.289069</w:t>
        <w:br/>
        <w:t>v 6.133443 14.618201 -0.345215</w:t>
        <w:br/>
        <w:t>v 6.084803 14.812424 -0.382333</w:t>
        <w:br/>
        <w:t>v 6.154562 14.804735 -0.317338</w:t>
        <w:br/>
        <w:t>v 6.257633 14.605504 -0.153518</w:t>
        <w:br/>
        <w:t>v 6.228957 14.613903 -0.223619</w:t>
        <w:br/>
        <w:t>v 6.201082 14.798096 -0.243432</w:t>
        <w:br/>
        <w:t>v 6.235983 14.791982 -0.165072</w:t>
        <w:br/>
        <w:t>v 6.154310 14.808337 -0.014095</w:t>
        <w:br/>
        <w:t>v 6.193270 14.616535 -0.019144</w:t>
        <w:br/>
        <w:t>v 6.229420 14.613129 -0.084412</w:t>
        <w:br/>
        <w:t>v 6.199969 14.800815 -0.087555</w:t>
        <w:br/>
        <w:t>v 6.141251 14.611506 0.038450</w:t>
        <w:br/>
        <w:t>v 6.089364 14.813236 0.051253</w:t>
        <w:br/>
        <w:t>v 6.019746 14.796453 -0.461506</w:t>
        <w:br/>
        <w:t>v 5.999197 14.814897 -0.432839</w:t>
        <w:br/>
        <w:t>v 5.905134 14.805887 -0.463276</w:t>
        <w:br/>
        <w:t>v 5.919382 14.785319 -0.494547</w:t>
        <w:br/>
        <w:t>v 5.809317 14.786868 -0.472892</w:t>
        <w:br/>
        <w:t>v 5.817071 14.764137 -0.504866</w:t>
        <w:br/>
        <w:t>v 5.718434 14.759315 -0.460936</w:t>
        <w:br/>
        <w:t>v 5.719564 14.734268 -0.491801</w:t>
        <w:br/>
        <w:t>v 5.639155 14.725992 -0.428259</w:t>
        <w:br/>
        <w:t>v 5.633826 14.698585 -0.456165</w:t>
        <w:br/>
        <w:t>v 5.578143 14.689670 -0.375712</w:t>
        <w:br/>
        <w:t>v 5.566812 14.659938 -0.398778</w:t>
        <w:br/>
        <w:t>v 5.534874 14.656493 -0.309107</w:t>
        <w:br/>
        <w:t>v 5.518646 14.624898 -0.325489</w:t>
        <w:br/>
        <w:t>v 5.673003 14.427540 -0.276677</w:t>
        <w:br/>
        <w:t>v 5.710582 14.457529 -0.334924</w:t>
        <w:br/>
        <w:t>v 5.683350 14.455660 -0.362882</w:t>
        <w:br/>
        <w:t>v 5.640139 14.423513 -0.296961</w:t>
        <w:br/>
        <w:t>v 5.762962 14.492041 -0.380717</w:t>
        <w:br/>
        <w:t>v 5.742712 14.492863 -0.414366</w:t>
        <w:br/>
        <w:t>v 5.830197 14.526690 -0.408930</w:t>
        <w:br/>
        <w:t>v 5.817591 14.530335 -0.446223</w:t>
        <w:br/>
        <w:t>v 5.906410 14.559314 -0.419543</w:t>
        <w:br/>
        <w:t>v 5.901728 14.565864 -0.458454</w:t>
        <w:br/>
        <w:t>v 5.985729 14.587751 -0.412531</w:t>
        <w:br/>
        <w:t>v 5.988877 14.597230 -0.451060</w:t>
        <w:br/>
        <w:t>v 6.063095 14.608538 -0.387791</w:t>
        <w:br/>
        <w:t>v 6.073965 14.620961 -0.423693</w:t>
        <w:br/>
        <w:t>v 5.508825 14.632607 -0.234257</w:t>
        <w:br/>
        <w:t>v 5.489457 14.600026 -0.242150</w:t>
        <w:br/>
        <w:t>v 5.500843 14.623231 -0.155450</w:t>
        <w:br/>
        <w:t>v 5.480357 14.590687 -0.153891</w:t>
        <w:br/>
        <w:t>v 5.511764 14.633565 -0.076976</w:t>
        <w:br/>
        <w:t>v 5.492461 14.602242 -0.065840</w:t>
        <w:br/>
        <w:t>v 5.480357 14.590687 -0.153891</w:t>
        <w:br/>
        <w:t>v 5.500843 14.623231 -0.155450</w:t>
        <w:br/>
        <w:t>v 5.542275 14.657276 -0.004466</w:t>
        <w:br/>
        <w:t>v 5.526104 14.628002 0.015307</w:t>
        <w:br/>
        <w:t>v 5.593060 14.688020 0.056448</w:t>
        <w:br/>
        <w:t>v 5.581618 14.661268 0.082856</w:t>
        <w:br/>
        <w:t>v 5.660135 14.722035 0.103366</w:t>
        <w:br/>
        <w:t>v 5.654491 14.698034 0.134394</w:t>
        <w:br/>
        <w:t>v 5.760092 14.494988 0.117689</w:t>
        <w:br/>
        <w:t>v 5.780535 14.490471 0.084303</w:t>
        <w:br/>
        <w:t>v 5.722999 14.457180 0.043313</w:t>
        <w:br/>
        <w:t>v 5.695817 14.458419 0.071322</w:t>
        <w:br/>
        <w:t>v 5.679286 14.428297 -0.009982</w:t>
        <w:br/>
        <w:t>v 5.646619 14.426598 0.010457</w:t>
        <w:br/>
        <w:t>v 5.652716 14.407146 -0.073393</w:t>
        <w:br/>
        <w:t>v 5.616417 14.403121 -0.062696</w:t>
        <w:br/>
        <w:t>v 5.643082 14.398335 -0.142055</w:t>
        <w:br/>
        <w:t>v 5.605392 14.392991 -0.142117</w:t>
        <w:br/>
        <w:t>v 5.643082 14.398335 -0.142055</w:t>
        <w:br/>
        <w:t>v 5.650174 14.406471 -0.211102</w:t>
        <w:br/>
        <w:t>v 5.613727 14.401206 -0.221789</w:t>
        <w:br/>
        <w:t>v 5.605392 14.392991 -0.142117</w:t>
        <w:br/>
        <w:t>v 5.739513 14.755567 0.133887</w:t>
        <w:br/>
        <w:t>v 5.740201 14.734292 0.167510</w:t>
        <w:br/>
        <w:t>v 5.827377 14.784030 0.145172</w:t>
        <w:br/>
        <w:t>v 5.834810 14.765410 0.179482</w:t>
        <w:br/>
        <w:t>v 5.919908 14.802841 0.134378</w:t>
        <w:br/>
        <w:t>v 5.934372 14.786757 0.167587</w:t>
        <w:br/>
        <w:t>v 6.009701 14.812433 0.102680</w:t>
        <w:br/>
        <w:t>v 6.031016 14.798623 0.132981</w:t>
        <w:br/>
        <w:t>v 6.076350 14.599261 0.083499</w:t>
        <w:br/>
        <w:t>v 6.001561 14.581020 0.111128</w:t>
        <w:br/>
        <w:t>v 6.004790 14.595325 0.147624</w:t>
        <w:br/>
        <w:t>v 6.087814 14.616446 0.116738</w:t>
        <w:br/>
        <w:t>v 5.923444 14.556359 0.120506</w:t>
        <w:br/>
        <w:t>v 5.918347 14.567513 0.158069</w:t>
        <w:br/>
        <w:t>v 5.848557 14.524855 0.110799</w:t>
        <w:br/>
        <w:t>v 5.835524 14.532707 0.147348</w:t>
        <w:br/>
        <w:t>v 6.089364 14.813236 0.051253</w:t>
        <w:br/>
        <w:t>v 6.116870 14.801291 0.076818</w:t>
        <w:br/>
        <w:t>v 6.154310 14.808337 -0.014095</w:t>
        <w:br/>
        <w:t>v 6.186814 14.797510 0.004884</w:t>
        <w:br/>
        <w:t>v 6.193270 14.616535 -0.019144</w:t>
        <w:br/>
        <w:t>v 6.141251 14.611506 0.038450</w:t>
        <w:br/>
        <w:t>v 6.160379 14.631156 0.066133</w:t>
        <w:br/>
        <w:t>v 6.218732 14.637823 0.000699</w:t>
        <w:br/>
        <w:t>v 6.186357 14.790479 -0.334774</w:t>
        <w:br/>
        <w:t>v 6.154562 14.804735 -0.317338</w:t>
        <w:br/>
        <w:t>v 6.084803 14.812424 -0.382333</w:t>
        <w:br/>
        <w:t>v 6.111428 14.796164 -0.406409</w:t>
        <w:br/>
        <w:t>v 6.133443 14.618201 -0.345215</w:t>
        <w:br/>
        <w:t>v 6.151925 14.633578 -0.376006</w:t>
        <w:br/>
        <w:t>v 6.190742 14.619177 -0.289069</w:t>
        <w:br/>
        <w:t>v 6.215747 14.637161 -0.312229</w:t>
        <w:br/>
        <w:t>v 6.274144 14.780691 -0.163949</w:t>
        <w:br/>
        <w:t>v 6.235983 14.791982 -0.165072</w:t>
        <w:br/>
        <w:t>v 6.201082 14.798096 -0.243432</w:t>
        <w:br/>
        <w:t>v 6.236457 14.785426 -0.252117</w:t>
        <w:br/>
        <w:t>v 6.228957 14.613903 -0.223619</w:t>
        <w:br/>
        <w:t>v 6.258420 14.633799 -0.236590</w:t>
        <w:br/>
        <w:t>v 6.257633 14.605504 -0.153518</w:t>
        <w:br/>
        <w:t>v 6.290521 14.626960 -0.155022</w:t>
        <w:br/>
        <w:t>v 6.199969 14.800815 -0.087555</w:t>
        <w:br/>
        <w:t>v 6.235736 14.790026 -0.077036</w:t>
        <w:br/>
        <w:t>v 6.229420 14.613129 -0.084412</w:t>
        <w:br/>
        <w:t>v 6.259119 14.634808 -0.074676</w:t>
        <w:br/>
        <w:t>v 5.719564 14.734268 -0.491801</w:t>
        <w:br/>
        <w:t>v 5.817591 14.530335 -0.446223</w:t>
        <w:br/>
        <w:t>v 5.901728 14.565864 -0.458454</w:t>
        <w:br/>
        <w:t>v 5.817071 14.764137 -0.504866</w:t>
        <w:br/>
        <w:t>v 5.633826 14.698585 -0.456165</w:t>
        <w:br/>
        <w:t>v 5.742712 14.492863 -0.414366</w:t>
        <w:br/>
        <w:t>v 5.492461 14.602242 -0.065840</w:t>
        <w:br/>
        <w:t>v 5.616417 14.403121 -0.062696</w:t>
        <w:br/>
        <w:t>v 5.605392 14.392991 -0.142117</w:t>
        <w:br/>
        <w:t>v 5.480357 14.590687 -0.153891</w:t>
        <w:br/>
        <w:t>v 5.526104 14.628002 0.015307</w:t>
        <w:br/>
        <w:t>v 5.646619 14.426598 0.010457</w:t>
        <w:br/>
        <w:t>v 5.613727 14.401206 -0.221789</w:t>
        <w:br/>
        <w:t>v 5.640139 14.423513 -0.296961</w:t>
        <w:br/>
        <w:t>v 5.518646 14.624898 -0.325489</w:t>
        <w:br/>
        <w:t>v 5.489457 14.600026 -0.242150</w:t>
        <w:br/>
        <w:t>v 5.480357 14.590687 -0.153891</w:t>
        <w:br/>
        <w:t>v 5.605392 14.392991 -0.142117</w:t>
        <w:br/>
        <w:t>v 5.683350 14.455660 -0.362882</w:t>
        <w:br/>
        <w:t>v 5.566812 14.659938 -0.398778</w:t>
        <w:br/>
        <w:t>v 5.740201 14.734292 0.167510</w:t>
        <w:br/>
        <w:t>v 5.835524 14.532707 0.147348</w:t>
        <w:br/>
        <w:t>v 5.760092 14.494988 0.117689</w:t>
        <w:br/>
        <w:t>v 5.654491 14.698034 0.134394</w:t>
        <w:br/>
        <w:t>v 5.834810 14.765410 0.179482</w:t>
        <w:br/>
        <w:t>v 5.918347 14.567513 0.158069</w:t>
        <w:br/>
        <w:t>v 5.581618 14.661268 0.082856</w:t>
        <w:br/>
        <w:t>v 5.695817 14.458419 0.071322</w:t>
        <w:br/>
        <w:t>v 6.004790 14.595325 0.147624</w:t>
        <w:br/>
        <w:t>v 5.934372 14.786757 0.167587</w:t>
        <w:br/>
        <w:t>v 6.031016 14.798623 0.132981</w:t>
        <w:br/>
        <w:t>v 6.087814 14.616446 0.116738</w:t>
        <w:br/>
        <w:t>v 5.919382 14.785319 -0.494547</w:t>
        <w:br/>
        <w:t>v 5.988877 14.597230 -0.451060</w:t>
        <w:br/>
        <w:t>v 6.073965 14.620961 -0.423693</w:t>
        <w:br/>
        <w:t>v 6.019746 14.796453 -0.461506</w:t>
        <w:br/>
        <w:t>v 6.111428 14.796164 -0.406409</w:t>
        <w:br/>
        <w:t>v 6.151925 14.633578 -0.376006</w:t>
        <w:br/>
        <w:t>v 6.215747 14.637161 -0.312229</w:t>
        <w:br/>
        <w:t>v 6.186357 14.790479 -0.334774</w:t>
        <w:br/>
        <w:t>v 6.236457 14.785426 -0.252117</w:t>
        <w:br/>
        <w:t>v 6.258420 14.633799 -0.236590</w:t>
        <w:br/>
        <w:t>v 6.290521 14.626960 -0.155022</w:t>
        <w:br/>
        <w:t>v 6.274144 14.780691 -0.163949</w:t>
        <w:br/>
        <w:t>v 6.259119 14.634808 -0.074676</w:t>
        <w:br/>
        <w:t>v 6.218732 14.637823 0.000699</w:t>
        <w:br/>
        <w:t>v 6.186814 14.797510 0.004884</w:t>
        <w:br/>
        <w:t>v 6.235736 14.790026 -0.077036</w:t>
        <w:br/>
        <w:t>v 6.160379 14.631156 0.066133</w:t>
        <w:br/>
        <w:t>v 6.116870 14.801291 0.076818</w:t>
        <w:br/>
        <w:t>v -1.040414 20.303318 -0.438013</w:t>
        <w:br/>
        <w:t>v -1.020287 20.303318 -0.446349</w:t>
        <w:br/>
        <w:t>v -1.020287 20.327532 -0.463941</w:t>
        <w:br/>
        <w:t>v -1.052853 20.327532 -0.450452</w:t>
        <w:br/>
        <w:t>v -1.020287 20.303318 -0.446349</w:t>
        <w:br/>
        <w:t>v -1.000160 20.303318 -0.438013</w:t>
        <w:br/>
        <w:t>v -0.987721 20.327532 -0.450451</w:t>
        <w:br/>
        <w:t>v -1.020287 20.327532 -0.463941</w:t>
        <w:br/>
        <w:t>v -0.991824 20.303318 -0.417886</w:t>
        <w:br/>
        <w:t>v -0.974232 20.327532 -0.417886</w:t>
        <w:br/>
        <w:t>v -1.000160 20.303318 -0.397759</w:t>
        <w:br/>
        <w:t>v -0.987721 20.327532 -0.385320</w:t>
        <w:br/>
        <w:t>v -1.020287 20.303318 -0.389422</w:t>
        <w:br/>
        <w:t>v -1.020287 20.327532 -0.371830</w:t>
        <w:br/>
        <w:t>v -1.040414 20.303318 -0.397759</w:t>
        <w:br/>
        <w:t>v -1.052853 20.327532 -0.385320</w:t>
        <w:br/>
        <w:t>v -1.048751 20.303320 -0.417886</w:t>
        <w:br/>
        <w:t>v -1.066343 20.327532 -0.417886</w:t>
        <w:br/>
        <w:t>v -1.020287 20.357460 -0.463941</w:t>
        <w:br/>
        <w:t>v -1.052853 20.357462 -0.450452</w:t>
        <w:br/>
        <w:t>v -0.987721 20.357460 -0.450451</w:t>
        <w:br/>
        <w:t>v -1.020287 20.357460 -0.463941</w:t>
        <w:br/>
        <w:t>v -0.974232 20.357460 -0.417886</w:t>
        <w:br/>
        <w:t>v -0.987721 20.357460 -0.385320</w:t>
        <w:br/>
        <w:t>v -1.020287 20.357462 -0.371830</w:t>
        <w:br/>
        <w:t>v -1.052853 20.357460 -0.385320</w:t>
        <w:br/>
        <w:t>v -1.066343 20.357460 -0.417886</w:t>
        <w:br/>
        <w:t>v -1.020287 20.381674 -0.446349</w:t>
        <w:br/>
        <w:t>v -1.040414 20.381674 -0.438013</w:t>
        <w:br/>
        <w:t>v -1.000160 20.381672 -0.438012</w:t>
        <w:br/>
        <w:t>v -1.020287 20.381674 -0.446349</w:t>
        <w:br/>
        <w:t>v -0.991823 20.381674 -0.417886</w:t>
        <w:br/>
        <w:t>v -1.000160 20.381674 -0.397759</w:t>
        <w:br/>
        <w:t>v -1.020287 20.381674 -0.389422</w:t>
        <w:br/>
        <w:t>v -1.040414 20.381672 -0.397759</w:t>
        <w:br/>
        <w:t>v -1.048751 20.381674 -0.417886</w:t>
        <w:br/>
        <w:t>v -1.020287 20.294071 -0.417886</w:t>
        <w:br/>
        <w:t>v -1.020287 20.390921 -0.417886</w:t>
        <w:br/>
        <w:t>v -0.135766 16.041470 -0.642540</w:t>
        <w:br/>
        <w:t>v -0.095602 16.063896 -0.673176</w:t>
        <w:br/>
        <w:t>v -0.090345 16.071632 -0.662596</w:t>
        <w:br/>
        <w:t>v -0.131370 16.048065 -0.631157</w:t>
        <w:br/>
        <w:t>v -0.160315 16.017128 -0.605650</w:t>
        <w:br/>
        <w:t>v -0.163758 16.011654 -0.618012</w:t>
        <w:br/>
        <w:t>v -0.187476 15.969176 -0.593723</w:t>
        <w:br/>
        <w:t>v -0.154002 15.936147 -0.608583</w:t>
        <w:br/>
        <w:t>v -0.107134 15.937959 -0.639310</w:t>
        <w:br/>
        <w:t>v -0.163758 16.011654 -0.618012</w:t>
        <w:br/>
        <w:t>v -0.186199 15.973903 -0.579937</w:t>
        <w:br/>
        <w:t>v -0.187476 15.969176 -0.593723</w:t>
        <w:br/>
        <w:t>v -0.107134 15.937959 -0.639310</w:t>
        <w:br/>
        <w:t>v -0.154002 15.936147 -0.608583</w:t>
        <w:br/>
        <w:t>v -0.147438 15.932292 -0.596401</w:t>
        <w:br/>
        <w:t>v -0.099004 15.934299 -0.628373</w:t>
        <w:br/>
        <w:t>v -0.070535 15.956931 -0.666948</w:t>
        <w:br/>
        <w:t>v -0.061232 15.954353 -0.657091</w:t>
        <w:br/>
        <w:t>v -0.026577 15.992733 -0.687520</w:t>
        <w:br/>
        <w:t>v -0.037651 15.994153 -0.696115</w:t>
        <w:br/>
        <w:t>v -0.070535 15.956931 -0.666948</w:t>
        <w:br/>
        <w:t>v -0.135766 16.041470 -0.642540</w:t>
        <w:br/>
        <w:t>v -0.037651 15.994153 -0.696115</w:t>
        <w:br/>
        <w:t>v -0.095602 16.063896 -0.673176</w:t>
        <w:br/>
        <w:t>v -0.003205 16.043774 -0.713202</w:t>
        <w:br/>
        <w:t>v -0.015247 16.042633 -0.720863</w:t>
        <w:br/>
        <w:t>v -0.004177 16.083939 -0.721106</w:t>
        <w:br/>
        <w:t>v -0.014095 16.078548 -0.729486</w:t>
        <w:br/>
        <w:t>v -0.048619 16.077530 -0.706463</w:t>
        <w:br/>
        <w:t>v -0.015247 16.042633 -0.720863</w:t>
        <w:br/>
        <w:t>v -0.014095 16.078548 -0.729486</w:t>
        <w:br/>
        <w:t>v -0.048619 16.077530 -0.706463</w:t>
        <w:br/>
        <w:t>v -0.041818 16.085667 -0.696829</w:t>
        <w:br/>
        <w:t>v -0.014095 16.078548 -0.729486</w:t>
        <w:br/>
        <w:t>v -0.004177 16.083939 -0.721106</w:t>
        <w:br/>
        <w:t>v -0.190948 15.939775 -0.569880</w:t>
        <w:br/>
        <w:t>v -0.194572 15.939842 -0.583480</w:t>
        <w:br/>
        <w:t>v -0.190948 15.939775 -0.569880</w:t>
        <w:br/>
        <w:t>v -0.194572 15.939842 -0.583480</w:t>
        <w:br/>
        <w:t>v -0.194572 15.939842 -0.583480</w:t>
        <w:br/>
        <w:t>v 0.556621 2.578590 -0.293235</w:t>
        <w:br/>
        <w:t>v 0.568574 2.601856 -0.305187</w:t>
        <w:br/>
        <w:t>v 0.537281 2.601856 -0.318149</w:t>
        <w:br/>
        <w:t>v 0.537281 2.578591 -0.301246</w:t>
        <w:br/>
        <w:t>v 0.537281 2.578591 -0.301246</w:t>
        <w:br/>
        <w:t>v 0.537281 2.601856 -0.318149</w:t>
        <w:br/>
        <w:t>v 0.505989 2.601856 -0.305187</w:t>
        <w:br/>
        <w:t>v 0.517942 2.578590 -0.293235</w:t>
        <w:br/>
        <w:t>v 0.493027 2.601856 -0.273895</w:t>
        <w:br/>
        <w:t>v 0.509931 2.578590 -0.273895</w:t>
        <w:br/>
        <w:t>v 0.505989 2.601856 -0.242602</w:t>
        <w:br/>
        <w:t>v 0.517942 2.578590 -0.254555</w:t>
        <w:br/>
        <w:t>v 0.537281 2.601856 -0.229641</w:t>
        <w:br/>
        <w:t>v 0.537281 2.578590 -0.246544</w:t>
        <w:br/>
        <w:t>v 0.568574 2.601856 -0.242602</w:t>
        <w:br/>
        <w:t>v 0.556621 2.578590 -0.254555</w:t>
        <w:br/>
        <w:t>v 0.581536 2.601856 -0.273895</w:t>
        <w:br/>
        <w:t>v 0.564632 2.578590 -0.273895</w:t>
        <w:br/>
        <w:t>v 0.568574 2.630615 -0.305187</w:t>
        <w:br/>
        <w:t>v 0.537281 2.630615 -0.318149</w:t>
        <w:br/>
        <w:t>v 0.537281 2.630615 -0.318149</w:t>
        <w:br/>
        <w:t>v 0.505989 2.630615 -0.305187</w:t>
        <w:br/>
        <w:t>v 0.493027 2.630614 -0.273895</w:t>
        <w:br/>
        <w:t>v 0.505989 2.630614 -0.242602</w:t>
        <w:br/>
        <w:t>v 0.537281 2.630614 -0.229641</w:t>
        <w:br/>
        <w:t>v 0.568574 2.630614 -0.242602</w:t>
        <w:br/>
        <w:t>v 0.581536 2.630614 -0.273895</w:t>
        <w:br/>
        <w:t>v 0.556621 2.653880 -0.293235</w:t>
        <w:br/>
        <w:t>v 0.537281 2.653880 -0.301245</w:t>
        <w:br/>
        <w:t>v 0.537281 2.653880 -0.301245</w:t>
        <w:br/>
        <w:t>v 0.517942 2.653880 -0.293235</w:t>
        <w:br/>
        <w:t>v 0.509931 2.653880 -0.273895</w:t>
        <w:br/>
        <w:t>v 0.517942 2.653880 -0.254555</w:t>
        <w:br/>
        <w:t>v 0.537281 2.653880 -0.246544</w:t>
        <w:br/>
        <w:t>v 0.556621 2.653880 -0.254555</w:t>
        <w:br/>
        <w:t>v 0.564632 2.653880 -0.273895</w:t>
        <w:br/>
        <w:t>v 0.537281 2.569704 -0.273895</w:t>
        <w:br/>
        <w:t>v 0.537281 2.662767 -0.273895</w:t>
        <w:br/>
        <w:t>v 1.097418 2.570909 -0.840185</w:t>
        <w:br/>
        <w:t>v 1.078710 2.537792 -0.853731</w:t>
        <w:br/>
        <w:t>v 1.046907 2.599748 -0.961268</w:t>
        <w:br/>
        <w:t>v 1.065610 2.632865 -0.947721</w:t>
        <w:br/>
        <w:t>v 0.982977 2.670765 -1.046609</w:t>
        <w:br/>
        <w:t>v 1.001680 2.703882 -1.033063</w:t>
        <w:br/>
        <w:t>v 0.893183 2.743902 -1.101402</w:t>
        <w:br/>
        <w:t>v 0.911887 2.777010 -1.087855</w:t>
        <w:br/>
        <w:t>v 0.786318 2.811984 -1.120282</w:t>
        <w:br/>
        <w:t>v 0.805021 2.845102 -1.106735</w:t>
        <w:br/>
        <w:t>v 0.672834 2.868368 -1.101401</w:t>
        <w:br/>
        <w:t>v 0.691537 2.901484 -1.087855</w:t>
        <w:br/>
        <w:t>v 0.563844 2.907513 -1.046609</w:t>
        <w:br/>
        <w:t>v 0.582547 2.940629 -1.033063</w:t>
        <w:br/>
        <w:t>v 0.470016 2.925604 -0.961268</w:t>
        <w:br/>
        <w:t>v 0.488719 2.958722 -0.947721</w:t>
        <w:br/>
        <w:t>v 0.400537 2.920871 -0.853731</w:t>
        <w:br/>
        <w:t>v 0.419240 2.953989 -0.840185</w:t>
        <w:br/>
        <w:t>v 0.362207 2.893756 -0.734527</w:t>
        <w:br/>
        <w:t>v 0.380910 2.926874 -0.720980</w:t>
        <w:br/>
        <w:t>v 0.358773 2.846938 -0.615322</w:t>
        <w:br/>
        <w:t>v 0.377476 2.880055 -0.601775</w:t>
        <w:br/>
        <w:t>v 0.390582 2.784986 -0.507785</w:t>
        <w:br/>
        <w:t>v 0.409285 2.818104 -0.494239</w:t>
        <w:br/>
        <w:t>v 0.454511 2.713973 -0.422444</w:t>
        <w:br/>
        <w:t>v 0.473214 2.747091 -0.408898</w:t>
        <w:br/>
        <w:t>v 0.544305 2.640842 -0.367652</w:t>
        <w:br/>
        <w:t>v 0.563008 2.673954 -0.354105</w:t>
        <w:br/>
        <w:t>v 0.563008 2.673954 -0.354105</w:t>
        <w:br/>
        <w:t>v 0.544305 2.640842 -0.367652</w:t>
        <w:br/>
        <w:t>v 0.651175 2.572745 -0.348771</w:t>
        <w:br/>
        <w:t>v 0.669878 2.605862 -0.335225</w:t>
        <w:br/>
        <w:t>v 0.764659 2.516366 -0.367651</w:t>
        <w:br/>
        <w:t>v 0.783362 2.549485 -0.354105</w:t>
        <w:br/>
        <w:t>v 0.871260 2.477675 -0.420279</w:t>
        <w:br/>
        <w:t>v 0.889968 2.510793 -0.406732</w:t>
        <w:br/>
        <w:t>v 0.964840 2.493330 -0.467441</w:t>
        <w:br/>
        <w:t>v 0.946137 2.460214 -0.480987</w:t>
        <w:br/>
        <w:t>v 0.980734 2.456564 -0.519850</w:t>
        <w:br/>
        <w:t>v 0.999437 2.489682 -0.506304</w:t>
        <w:br/>
        <w:t>v 1.036951 2.463867 -0.615321</w:t>
        <w:br/>
        <w:t>v 1.055655 2.496980 -0.601775</w:t>
        <w:br/>
        <w:t>v 1.075281 2.490972 -0.734526</w:t>
        <w:br/>
        <w:t>v 1.093984 2.524090 -0.720980</w:t>
        <w:br/>
        <w:t>v 1.065610 2.632865 -0.947721</w:t>
        <w:br/>
        <w:t>v 1.101766 2.634643 -0.964439</w:t>
        <w:br/>
        <w:t>v 1.136510 2.566967 -0.846969</w:t>
        <w:br/>
        <w:t>v 1.097418 2.570909 -0.840185</w:t>
        <w:br/>
        <w:t>v 1.001680 2.703882 -1.033063</w:t>
        <w:br/>
        <w:t>v 1.031931 2.712226 -1.057663</w:t>
        <w:br/>
        <w:t>v 0.911887 2.777010 -1.087855</w:t>
        <w:br/>
        <w:t>v 0.933838 2.792104 -1.117517</w:t>
        <w:br/>
        <w:t>v 0.805021 2.845102 -1.106735</w:t>
        <w:br/>
        <w:t>v 0.817101 2.866487 -1.138142</w:t>
        <w:br/>
        <w:t>v 0.691537 2.901484 -1.087855</w:t>
        <w:br/>
        <w:t>v 0.693135 2.928071 -1.117517</w:t>
        <w:br/>
        <w:t>v 0.582547 2.940629 -1.033063</w:t>
        <w:br/>
        <w:t>v 0.574077 2.970845 -1.057663</w:t>
        <w:br/>
        <w:t>v 0.488719 2.958722 -0.947721</w:t>
        <w:br/>
        <w:t>v 0.471584 2.990604 -0.964439</w:t>
        <w:br/>
        <w:t>v 0.419240 2.953989 -0.840185</w:t>
        <w:br/>
        <w:t>v 0.395687 2.985431 -0.846969</w:t>
        <w:br/>
        <w:t>v 0.380910 2.926874 -0.720980</w:t>
        <w:br/>
        <w:t>v 0.353815 2.955820 -0.716753</w:t>
        <w:br/>
        <w:t>v 0.377476 2.880055 -0.601775</w:t>
        <w:br/>
        <w:t>v 0.350064 2.904668 -0.586536</w:t>
        <w:br/>
        <w:t>v 0.409285 2.818104 -0.494239</w:t>
        <w:br/>
        <w:t>v 0.384808 2.836992 -0.469066</w:t>
        <w:br/>
        <w:t>v 0.473214 2.747091 -0.408898</w:t>
        <w:br/>
        <w:t>v 0.454643 2.759414 -0.375842</w:t>
        <w:br/>
        <w:t>v 0.563008 2.673954 -0.354105</w:t>
        <w:br/>
        <w:t>v 0.552735 2.679527 -0.315988</w:t>
        <w:br/>
        <w:t>v 0.669878 2.605862 -0.335225</w:t>
        <w:br/>
        <w:t>v 0.669477 2.605149 -0.295364</w:t>
        <w:br/>
        <w:t>v 0.552735 2.679527 -0.315988</w:t>
        <w:br/>
        <w:t>v 0.563008 2.673954 -0.354105</w:t>
        <w:br/>
        <w:t>v 0.783362 2.549485 -0.354105</w:t>
        <w:br/>
        <w:t>v 0.793444 2.543564 -0.315988</w:t>
        <w:br/>
        <w:t>v 0.889968 2.510793 -0.406732</w:t>
        <w:br/>
        <w:t>v 0.909898 2.501292 -0.373476</w:t>
        <w:br/>
        <w:t>v 1.029478 2.478237 -0.482245</w:t>
        <w:br/>
        <w:t>v 0.991685 2.482219 -0.439793</w:t>
        <w:br/>
        <w:t>v 0.964840 2.493330 -0.467441</w:t>
        <w:br/>
        <w:t>v 0.999437 2.489682 -0.506304</w:t>
        <w:br/>
        <w:t>v 1.055655 2.496980 -0.601775</w:t>
        <w:br/>
        <w:t>v 1.090892 2.486204 -0.586536</w:t>
        <w:br/>
        <w:t>v 1.093984 2.524090 -0.720980</w:t>
        <w:br/>
        <w:t>v 1.132758 2.515820 -0.716752</w:t>
        <w:br/>
        <w:t>v 1.101766 2.634643 -0.964439</w:t>
        <w:br/>
        <w:t>v 1.105419 2.602429 -0.988462</w:t>
        <w:br/>
        <w:t>v 1.141990 2.531193 -0.864816</w:t>
        <w:br/>
        <w:t>v 1.136510 2.566967 -0.846969</w:t>
        <w:br/>
        <w:t>v 1.031931 2.712226 -1.057663</w:t>
        <w:br/>
        <w:t>v 1.031911 2.684090 -1.086588</w:t>
        <w:br/>
        <w:t>v 0.933838 2.792104 -1.117517</w:t>
        <w:br/>
        <w:t>v 0.928665 2.768178 -1.149588</w:t>
        <w:br/>
        <w:t>v 0.817101 2.866487 -1.138142</w:t>
        <w:br/>
        <w:t>v 0.805793 2.846464 -1.171297</w:t>
        <w:br/>
        <w:t>v 0.693135 2.928071 -1.117517</w:t>
        <w:br/>
        <w:t>v 0.675306 2.911293 -1.149588</w:t>
        <w:br/>
        <w:t>v 0.574077 2.970845 -1.057663</w:t>
        <w:br/>
        <w:t>v 0.549986 2.956310 -1.086588</w:t>
        <w:br/>
        <w:t>v 0.471584 2.990604 -0.964439</w:t>
        <w:br/>
        <w:t>v 0.442105 2.977107 -0.988462</w:t>
        <w:br/>
        <w:t>v 0.395687 2.985431 -0.846969</w:t>
        <w:br/>
        <w:t>v 0.362222 2.971656 -0.864816</w:t>
        <w:br/>
        <w:t>v 0.353815 2.955820 -0.716753</w:t>
        <w:br/>
        <w:t>v 0.318143 2.940492 -0.727753</w:t>
        <w:br/>
        <w:t>v 0.350064 2.904668 -0.586536</w:t>
        <w:br/>
        <w:t>v 0.314201 2.886655 -0.590691</w:t>
        <w:br/>
        <w:t>v 0.384808 2.836992 -0.469066</w:t>
        <w:br/>
        <w:t>v 0.350772 2.815417 -0.467045</w:t>
        <w:br/>
        <w:t>v 0.454643 2.759414 -0.375842</w:t>
        <w:br/>
        <w:t>v 0.424275 2.733766 -0.368919</w:t>
        <w:br/>
        <w:t>v 0.552735 2.679527 -0.315988</w:t>
        <w:br/>
        <w:t>v 0.527526 2.649673 -0.305918</w:t>
        <w:br/>
        <w:t>v 0.669477 2.605149 -0.295364</w:t>
        <w:br/>
        <w:t>v 0.650403 2.571386 -0.284210</w:t>
        <w:br/>
        <w:t>v 0.527526 2.649673 -0.305918</w:t>
        <w:br/>
        <w:t>v 0.552735 2.679527 -0.315988</w:t>
        <w:br/>
        <w:t>v 0.793444 2.543564 -0.315988</w:t>
        <w:br/>
        <w:t>v 0.780890 2.506564 -0.305918</w:t>
        <w:br/>
        <w:t>v 0.909898 2.501292 -0.373476</w:t>
        <w:br/>
        <w:t>v 0.903465 2.462070 -0.366429</w:t>
        <w:br/>
        <w:t>v 1.029336 2.437797 -0.480917</w:t>
        <w:br/>
        <w:t>v 0.989556 2.441988 -0.436233</w:t>
        <w:br/>
        <w:t>v 0.991685 2.482219 -0.439793</w:t>
        <w:br/>
        <w:t>v 1.029478 2.478237 -0.482245</w:t>
        <w:br/>
        <w:t>v 1.090892 2.486204 -0.586536</w:t>
        <w:br/>
        <w:t>v 1.093969 2.446190 -0.590691</w:t>
        <w:br/>
        <w:t>v 1.132758 2.515820 -0.716752</w:t>
        <w:br/>
        <w:t>v 1.138048 2.477358 -0.727753</w:t>
        <w:br/>
        <w:t>v 1.105419 2.602429 -0.988462</w:t>
        <w:br/>
        <w:t>v 1.071384 2.580854 -0.986440</w:t>
        <w:br/>
        <w:t>v 1.106127 2.513177 -0.868970</w:t>
        <w:br/>
        <w:t>v 1.141990 2.531193 -0.864816</w:t>
        <w:br/>
        <w:t>v 1.031911 2.684090 -1.086588</w:t>
        <w:br/>
        <w:t>v 1.001544 2.658436 -1.079665</w:t>
        <w:br/>
        <w:t>v 0.928665 2.768178 -1.149588</w:t>
        <w:br/>
        <w:t>v 0.903456 2.738329 -1.139519</w:t>
        <w:br/>
        <w:t>v 0.805793 2.846464 -1.171297</w:t>
        <w:br/>
        <w:t>v 0.786719 2.812697 -1.160143</w:t>
        <w:br/>
        <w:t>v 0.675306 2.911293 -1.149588</w:t>
        <w:br/>
        <w:t>v 0.662748 2.874287 -1.139519</w:t>
        <w:br/>
        <w:t>v 0.549986 2.956310 -1.086588</w:t>
        <w:br/>
        <w:t>v 0.543690 2.917057 -1.079665</w:t>
        <w:br/>
        <w:t>v 0.442105 2.977107 -0.988462</w:t>
        <w:br/>
        <w:t>v 0.441201 2.936815 -0.986441</w:t>
        <w:br/>
        <w:t>v 0.362222 2.971656 -0.864816</w:t>
        <w:br/>
        <w:t>v 0.365299 2.931642 -0.868971</w:t>
        <w:br/>
        <w:t>v 0.318143 2.940492 -0.727753</w:t>
        <w:br/>
        <w:t>v 0.323433 2.902032 -0.738754</w:t>
        <w:br/>
        <w:t>v 0.314201 2.886655 -0.590691</w:t>
        <w:br/>
        <w:t>v 0.319682 2.850880 -0.608538</w:t>
        <w:br/>
        <w:t>v 0.350772 2.815417 -0.467045</w:t>
        <w:br/>
        <w:t>v 0.354426 2.783203 -0.491068</w:t>
        <w:br/>
        <w:t>v 0.424275 2.733766 -0.368919</w:t>
        <w:br/>
        <w:t>v 0.424261 2.705630 -0.397844</w:t>
        <w:br/>
        <w:t>v 0.527526 2.649673 -0.305918</w:t>
        <w:br/>
        <w:t>v 0.522348 2.625742 -0.337990</w:t>
        <w:br/>
        <w:t>v 0.650403 2.571386 -0.284210</w:t>
        <w:br/>
        <w:t>v 0.639095 2.551360 -0.317365</w:t>
        <w:br/>
        <w:t>v 0.522348 2.625742 -0.337990</w:t>
        <w:br/>
        <w:t>v 0.527526 2.649673 -0.305918</w:t>
        <w:br/>
        <w:t>v 0.780890 2.506564 -0.305918</w:t>
        <w:br/>
        <w:t>v 0.763057 2.489776 -0.337990</w:t>
        <w:br/>
        <w:t>v 0.903465 2.462070 -0.366429</w:t>
        <w:br/>
        <w:t>v 0.879515 2.447508 -0.395478</w:t>
        <w:br/>
        <w:t>v 1.029336 2.437797 -0.480917</w:t>
        <w:br/>
        <w:t>v 0.999095 2.424448 -0.504247</w:t>
        <w:br/>
        <w:t>v 0.961303 2.428435 -0.461795</w:t>
        <w:br/>
        <w:t>v 0.989556 2.441988 -0.436233</w:t>
        <w:br/>
        <w:t>v 1.060505 2.432415 -0.608538</w:t>
        <w:br/>
        <w:t>v 1.093969 2.446190 -0.590691</w:t>
        <w:br/>
        <w:t>v 1.138048 2.477358 -0.727753</w:t>
        <w:br/>
        <w:t>v 1.102376 2.462031 -0.738754</w:t>
        <w:br/>
        <w:t>v 1.071384 2.580854 -0.986440</w:t>
        <w:br/>
        <w:t>v 1.046907 2.599748 -0.961268</w:t>
        <w:br/>
        <w:t>v 1.078710 2.537792 -0.853731</w:t>
        <w:br/>
        <w:t>v 1.106127 2.513177 -0.868970</w:t>
        <w:br/>
        <w:t>v 1.001544 2.658436 -1.079665</w:t>
        <w:br/>
        <w:t>v 0.982977 2.670765 -1.046609</w:t>
        <w:br/>
        <w:t>v 0.903456 2.738329 -1.139519</w:t>
        <w:br/>
        <w:t>v 0.893183 2.743902 -1.101402</w:t>
        <w:br/>
        <w:t>v 0.786719 2.812697 -1.160143</w:t>
        <w:br/>
        <w:t>v 0.786318 2.811984 -1.120282</w:t>
        <w:br/>
        <w:t>v 0.662748 2.874287 -1.139519</w:t>
        <w:br/>
        <w:t>v 0.672834 2.868368 -1.101401</w:t>
        <w:br/>
        <w:t>v 0.543690 2.917057 -1.079665</w:t>
        <w:br/>
        <w:t>v 0.563844 2.907513 -1.046609</w:t>
        <w:br/>
        <w:t>v 0.441201 2.936815 -0.986441</w:t>
        <w:br/>
        <w:t>v 0.470016 2.925604 -0.961268</w:t>
        <w:br/>
        <w:t>v 0.365299 2.931642 -0.868971</w:t>
        <w:br/>
        <w:t>v 0.400537 2.920871 -0.853731</w:t>
        <w:br/>
        <w:t>v 0.323433 2.902032 -0.738754</w:t>
        <w:br/>
        <w:t>v 0.362207 2.893756 -0.734527</w:t>
        <w:br/>
        <w:t>v 0.319682 2.850880 -0.608538</w:t>
        <w:br/>
        <w:t>v 0.358773 2.846938 -0.615322</w:t>
        <w:br/>
        <w:t>v 0.354426 2.783203 -0.491068</w:t>
        <w:br/>
        <w:t>v 0.390582 2.784986 -0.507785</w:t>
        <w:br/>
        <w:t>v 0.424261 2.705630 -0.397844</w:t>
        <w:br/>
        <w:t>v 0.454511 2.713973 -0.422444</w:t>
        <w:br/>
        <w:t>v 0.522348 2.625742 -0.337990</w:t>
        <w:br/>
        <w:t>v 0.544305 2.640842 -0.367652</w:t>
        <w:br/>
        <w:t>v 0.639095 2.551360 -0.317365</w:t>
        <w:br/>
        <w:t>v 0.651175 2.572745 -0.348771</w:t>
        <w:br/>
        <w:t>v 0.544305 2.640842 -0.367652</w:t>
        <w:br/>
        <w:t>v 0.522348 2.625742 -0.337990</w:t>
        <w:br/>
        <w:t>v 0.763057 2.489776 -0.337990</w:t>
        <w:br/>
        <w:t>v 0.764659 2.516366 -0.367651</w:t>
        <w:br/>
        <w:t>v 0.879515 2.447508 -0.395478</w:t>
        <w:br/>
        <w:t>v 0.871260 2.477675 -0.420279</w:t>
        <w:br/>
        <w:t>v 0.999095 2.424448 -0.504247</w:t>
        <w:br/>
        <w:t>v 0.980734 2.456564 -0.519850</w:t>
        <w:br/>
        <w:t>v 0.946137 2.460214 -0.480987</w:t>
        <w:br/>
        <w:t>v 0.961303 2.428435 -0.461795</w:t>
        <w:br/>
        <w:t>v 1.036951 2.463867 -0.615321</w:t>
        <w:br/>
        <w:t>v 1.060505 2.432415 -0.608538</w:t>
        <w:br/>
        <w:t>v 1.102376 2.462031 -0.738754</w:t>
        <w:br/>
        <w:t>v 1.075281 2.490972 -0.734526</w:t>
        <w:br/>
        <w:t>v 0.015716 15.536615 1.699066</w:t>
        <w:br/>
        <w:t>v 0.025468 15.551636 1.689314</w:t>
        <w:br/>
        <w:t>v -0.000064 15.551636 1.678738</w:t>
        <w:br/>
        <w:t>v -0.000064 15.536615 1.692530</w:t>
        <w:br/>
        <w:t>v -0.000064 15.536615 1.692530</w:t>
        <w:br/>
        <w:t>v -0.000064 15.551636 1.678738</w:t>
        <w:br/>
        <w:t>v -0.025596 15.551636 1.689314</w:t>
        <w:br/>
        <w:t>v -0.015843 15.536615 1.699066</w:t>
        <w:br/>
        <w:t>v -0.036171 15.551636 1.714845</w:t>
        <w:br/>
        <w:t>v -0.022379 15.536615 1.714845</w:t>
        <w:br/>
        <w:t>v -0.025596 15.551636 1.740377</w:t>
        <w:br/>
        <w:t>v -0.015843 15.536615 1.730625</w:t>
        <w:br/>
        <w:t>v -0.000064 15.551636 1.750953</w:t>
        <w:br/>
        <w:t>v -0.000064 15.536615 1.737161</w:t>
        <w:br/>
        <w:t>v 0.025468 15.551636 1.740377</w:t>
        <w:br/>
        <w:t>v 0.015716 15.536615 1.730625</w:t>
        <w:br/>
        <w:t>v 0.036044 15.551636 1.714846</w:t>
        <w:br/>
        <w:t>v 0.022252 15.536615 1.714846</w:t>
        <w:br/>
        <w:t>v 0.025468 15.570203 1.689314</w:t>
        <w:br/>
        <w:t>v -0.000064 15.570203 1.678738</w:t>
        <w:br/>
        <w:t>v -0.000064 15.570203 1.678738</w:t>
        <w:br/>
        <w:t>v -0.025596 15.570203 1.689314</w:t>
        <w:br/>
        <w:t>v -0.036171 15.570203 1.714845</w:t>
        <w:br/>
        <w:t>v -0.025596 15.570203 1.740377</w:t>
        <w:br/>
        <w:t>v -0.000064 15.570203 1.750953</w:t>
        <w:br/>
        <w:t>v 0.025468 15.570203 1.740377</w:t>
        <w:br/>
        <w:t>v 0.036044 15.570203 1.714846</w:t>
        <w:br/>
        <w:t>v 0.015716 15.585224 1.699066</w:t>
        <w:br/>
        <w:t>v -0.000064 15.585224 1.692530</w:t>
        <w:br/>
        <w:t>v -0.000064 15.585224 1.692530</w:t>
        <w:br/>
        <w:t>v -0.015843 15.585224 1.699066</w:t>
        <w:br/>
        <w:t>v -0.022379 15.585224 1.714846</w:t>
        <w:br/>
        <w:t>v -0.015843 15.585224 1.730625</w:t>
        <w:br/>
        <w:t>v -0.000064 15.585224 1.737161</w:t>
        <w:br/>
        <w:t>v 0.015716 15.585224 1.730625</w:t>
        <w:br/>
        <w:t>v 0.022252 15.585224 1.714846</w:t>
        <w:br/>
        <w:t>v -0.000064 15.530877 1.714845</w:t>
        <w:br/>
        <w:t>v -0.000064 15.590962 1.714846</w:t>
        <w:br/>
        <w:t>v -0.059715 12.435719 -1.554357</w:t>
        <w:br/>
        <w:t>v -0.000013 12.467152 -1.544518</w:t>
        <w:br/>
        <w:t>v -0.068220 12.468178 -1.543360</w:t>
        <w:br/>
        <w:t>v -0.077992 12.460669 -1.517854</w:t>
        <w:br/>
        <w:t>v -0.068207 12.423696 -1.530769</w:t>
        <w:br/>
        <w:t>v -0.059715 12.435719 -1.554357</w:t>
        <w:br/>
        <w:t>v -0.068220 12.468178 -1.543360</w:t>
        <w:br/>
        <w:t>v -0.066885 12.497312 -1.505067</w:t>
        <w:br/>
        <w:t>v -0.058450 12.500326 -1.532506</w:t>
        <w:br/>
        <w:t>v -0.058450 12.500326 -1.532506</w:t>
        <w:br/>
        <w:t>v -0.033023 12.523552 -1.524706</w:t>
        <w:br/>
        <w:t>v 0.001247 12.531631 -1.522047</w:t>
        <w:br/>
        <w:t>v 0.035178 12.522399 -1.525244</w:t>
        <w:br/>
        <w:t>v 0.059679 12.498329 -1.533438</w:t>
        <w:br/>
        <w:t>v 0.059679 12.498329 -1.533438</w:t>
        <w:br/>
        <w:t>v 0.068169 12.495174 -1.505894</w:t>
        <w:br/>
        <w:t>v 0.040112 12.522572 -1.496312</w:t>
        <w:br/>
        <w:t>v 0.035178 12.522399 -1.525244</w:t>
        <w:br/>
        <w:t>v 0.068184 12.465871 -1.544436</w:t>
        <w:br/>
        <w:t>v 0.077954 12.458202 -1.518809</w:t>
        <w:br/>
        <w:t>v 0.001303 12.533051 -1.492630</w:t>
        <w:br/>
        <w:t>v 0.001247 12.531631 -1.522047</w:t>
        <w:br/>
        <w:t>v -0.033023 12.523552 -1.524706</w:t>
        <w:br/>
        <w:t>v -0.037861 12.523805 -1.495834</w:t>
        <w:br/>
        <w:t>v -0.040150 12.396298 -1.540352</w:t>
        <w:br/>
        <w:t>v -0.035214 12.411651 -1.562552</w:t>
        <w:br/>
        <w:t>v -0.035214 12.411651 -1.562552</w:t>
        <w:br/>
        <w:t>v -0.001341 12.385819 -1.544034</w:t>
        <w:br/>
        <w:t>v -0.001282 12.402418 -1.565748</w:t>
        <w:br/>
        <w:t>v 0.037823 12.395066 -1.540829</w:t>
        <w:br/>
        <w:t>v 0.032988 12.410497 -1.563090</w:t>
        <w:br/>
        <w:t>v 0.066847 12.421559 -1.531596</w:t>
        <w:br/>
        <w:t>v 0.058414 12.433722 -1.555289</w:t>
        <w:br/>
        <w:t>v 0.058414 12.433722 -1.555289</w:t>
        <w:br/>
        <w:t>v 0.032988 12.410497 -1.563090</w:t>
        <w:br/>
        <w:t>v -0.001282 12.402418 -1.565748</w:t>
        <w:br/>
        <w:t>v 0.068184 12.465871 -1.544436</w:t>
        <w:br/>
        <w:t>v 0.027942 19.832207 1.494393</w:t>
        <w:br/>
        <w:t>v 0.033240 19.829601 1.475383</w:t>
        <w:br/>
        <w:t>v 0.000614 19.816191 1.473662</w:t>
        <w:br/>
        <w:t>v 0.000614 19.820799 1.492929</w:t>
        <w:br/>
        <w:t>v 0.039981 19.861563 1.497105</w:t>
        <w:br/>
        <w:t>v 0.047066 19.863323 1.478535</w:t>
        <w:br/>
        <w:t>v 0.025160 19.931009 1.503528</w:t>
        <w:br/>
        <w:t>v 0.031784 19.934938 1.485261</w:t>
        <w:br/>
        <w:t>v 0.000614 20.043200 1.496822</w:t>
        <w:br/>
        <w:t>v 0.000614 20.017338 1.512526</w:t>
        <w:br/>
        <w:t>v -0.023932 19.931009 1.503527</w:t>
        <w:br/>
        <w:t>v 0.000614 20.017338 1.512526</w:t>
        <w:br/>
        <w:t>v 0.025160 19.931009 1.503528</w:t>
        <w:br/>
        <w:t>v 0.039981 19.861563 1.497105</w:t>
        <w:br/>
        <w:t>v -0.038753 19.861563 1.497105</w:t>
        <w:br/>
        <w:t>v 0.027942 19.832207 1.494393</w:t>
        <w:br/>
        <w:t>v -0.026714 19.832207 1.494392</w:t>
        <w:br/>
        <w:t>v 0.000614 19.820799 1.492929</w:t>
        <w:br/>
        <w:t>v -0.026714 19.832207 1.494392</w:t>
        <w:br/>
        <w:t>v -0.032012 19.829601 1.475383</w:t>
        <w:br/>
        <w:t>v -0.038753 19.861563 1.497105</w:t>
        <w:br/>
        <w:t>v -0.045838 19.863323 1.478535</w:t>
        <w:br/>
        <w:t>v -0.023932 19.931009 1.503527</w:t>
        <w:br/>
        <w:t>v -0.030556 19.934938 1.485260</w:t>
        <w:br/>
        <w:t>v 0.000614 20.043200 1.496822</w:t>
        <w:br/>
        <w:t>v 0.000614 20.017338 1.512526</w:t>
        <w:br/>
        <w:t>v -0.021609 15.454523 -0.538785</w:t>
        <w:br/>
        <w:t>v -0.000014 15.454523 -0.547730</w:t>
        <w:br/>
        <w:t>v -0.000014 15.475168 -0.566604</w:t>
        <w:br/>
        <w:t>v -0.034955 15.475168 -0.552131</w:t>
        <w:br/>
        <w:t>v -0.000014 15.454523 -0.547730</w:t>
        <w:br/>
        <w:t>v 0.021580 15.454523 -0.538785</w:t>
        <w:br/>
        <w:t>v 0.034927 15.475168 -0.552131</w:t>
        <w:br/>
        <w:t>v -0.000014 15.475168 -0.566604</w:t>
        <w:br/>
        <w:t>v 0.030525 15.454523 -0.517191</w:t>
        <w:br/>
        <w:t>v 0.049400 15.475168 -0.517191</w:t>
        <w:br/>
        <w:t>v 0.021580 15.454523 -0.495596</w:t>
        <w:br/>
        <w:t>v 0.034926 15.475168 -0.482250</w:t>
        <w:br/>
        <w:t>v -0.000014 15.454523 -0.486651</w:t>
        <w:br/>
        <w:t>v -0.000014 15.475168 -0.467777</w:t>
        <w:br/>
        <w:t>v -0.021609 15.454523 -0.495596</w:t>
        <w:br/>
        <w:t>v -0.034955 15.475168 -0.482250</w:t>
        <w:br/>
        <w:t>v -0.030554 15.454523 -0.517191</w:t>
        <w:br/>
        <w:t>v -0.049428 15.475168 -0.517191</w:t>
        <w:br/>
        <w:t>v -0.000014 15.500688 -0.566604</w:t>
        <w:br/>
        <w:t>v -0.034955 15.500688 -0.552131</w:t>
        <w:br/>
        <w:t>v 0.034927 15.500688 -0.552131</w:t>
        <w:br/>
        <w:t>v -0.000014 15.500688 -0.566604</w:t>
        <w:br/>
        <w:t>v 0.049400 15.500688 -0.517191</w:t>
        <w:br/>
        <w:t>v 0.034926 15.500688 -0.482250</w:t>
        <w:br/>
        <w:t>v -0.000014 15.500688 -0.467777</w:t>
        <w:br/>
        <w:t>v -0.034955 15.500688 -0.482250</w:t>
        <w:br/>
        <w:t>v -0.049428 15.500688 -0.517191</w:t>
        <w:br/>
        <w:t>v -0.000014 15.521333 -0.547730</w:t>
        <w:br/>
        <w:t>v -0.021609 15.521333 -0.538785</w:t>
        <w:br/>
        <w:t>v 0.021580 15.521333 -0.538785</w:t>
        <w:br/>
        <w:t>v -0.000014 15.521333 -0.547730</w:t>
        <w:br/>
        <w:t>v 0.030525 15.521333 -0.517191</w:t>
        <w:br/>
        <w:t>v 0.021580 15.521333 -0.495596</w:t>
        <w:br/>
        <w:t>v -0.000014 15.521333 -0.486651</w:t>
        <w:br/>
        <w:t>v -0.021609 15.521333 -0.495596</w:t>
        <w:br/>
        <w:t>v -0.030554 15.521333 -0.517191</w:t>
        <w:br/>
        <w:t>v -0.000014 15.446638 -0.517191</w:t>
        <w:br/>
        <w:t>v -0.000014 15.529218 -0.517191</w:t>
        <w:br/>
        <w:t>v -0.561906 20.709129 -0.774683</w:t>
        <w:br/>
        <w:t>v -0.549850 20.709129 -0.779677</w:t>
        <w:br/>
        <w:t>v -0.549850 20.723631 -0.790214</w:t>
        <w:br/>
        <w:t>v -0.569357 20.723631 -0.782134</w:t>
        <w:br/>
        <w:t>v -0.549850 20.709129 -0.779677</w:t>
        <w:br/>
        <w:t>v -0.537794 20.709129 -0.774683</w:t>
        <w:br/>
        <w:t>v -0.530342 20.723633 -0.782134</w:t>
        <w:br/>
        <w:t>v -0.549850 20.723631 -0.790214</w:t>
        <w:br/>
        <w:t>v -0.532800 20.709131 -0.762626</w:t>
        <w:br/>
        <w:t>v -0.522262 20.723631 -0.762626</w:t>
        <w:br/>
        <w:t>v -0.537794 20.709129 -0.750570</w:t>
        <w:br/>
        <w:t>v -0.530342 20.723633 -0.743119</w:t>
        <w:br/>
        <w:t>v -0.549850 20.709129 -0.745577</w:t>
        <w:br/>
        <w:t>v -0.549850 20.723631 -0.735039</w:t>
        <w:br/>
        <w:t>v -0.561907 20.709129 -0.750570</w:t>
        <w:br/>
        <w:t>v -0.569357 20.723631 -0.743119</w:t>
        <w:br/>
        <w:t>v -0.566900 20.709131 -0.762627</w:t>
        <w:br/>
        <w:t>v -0.577437 20.723633 -0.762626</w:t>
        <w:br/>
        <w:t>v -0.549850 20.741560 -0.790214</w:t>
        <w:br/>
        <w:t>v -0.569357 20.741564 -0.782134</w:t>
        <w:br/>
        <w:t>v -0.530342 20.741560 -0.782133</w:t>
        <w:br/>
        <w:t>v -0.549850 20.741560 -0.790214</w:t>
        <w:br/>
        <w:t>v -0.522262 20.741566 -0.762626</w:t>
        <w:br/>
        <w:t>v -0.530343 20.741566 -0.743119</w:t>
        <w:br/>
        <w:t>v -0.549850 20.741560 -0.735038</w:t>
        <w:br/>
        <w:t>v -0.569358 20.741560 -0.743119</w:t>
        <w:br/>
        <w:t>v -0.577438 20.741564 -0.762626</w:t>
        <w:br/>
        <w:t>v -0.549851 20.756065 -0.779677</w:t>
        <w:br/>
        <w:t>v -0.561907 20.756065 -0.774683</w:t>
        <w:br/>
        <w:t>v -0.537794 20.756065 -0.774683</w:t>
        <w:br/>
        <w:t>v -0.549851 20.756065 -0.779677</w:t>
        <w:br/>
        <w:t>v -0.532800 20.756065 -0.762627</w:t>
        <w:br/>
        <w:t>v -0.537794 20.756065 -0.750570</w:t>
        <w:br/>
        <w:t>v -0.549850 20.756062 -0.745576</w:t>
        <w:br/>
        <w:t>v -0.561907 20.756065 -0.750570</w:t>
        <w:br/>
        <w:t>v -0.566900 20.756065 -0.762626</w:t>
        <w:br/>
        <w:t>v -0.549851 20.703588 -0.762627</w:t>
        <w:br/>
        <w:t>v -0.549851 20.761604 -0.762627</w:t>
        <w:br/>
        <w:t>v 1.135098 14.255661 0.060282</w:t>
        <w:br/>
        <w:t>v 1.050413 14.231904 -0.049914</w:t>
        <w:br/>
        <w:t>v 1.068281 14.202450 -0.057239</w:t>
        <w:br/>
        <w:t>v 1.148611 14.228031 0.052795</w:t>
        <w:br/>
        <w:t>v 0.860025 14.147943 -0.255848</w:t>
        <w:br/>
        <w:t>v 0.737724 14.067419 -0.361350</w:t>
        <w:br/>
        <w:t>v 0.764290 14.038169 -0.369863</w:t>
        <w:br/>
        <w:t>v 0.885099 14.117312 -0.263472</w:t>
        <w:br/>
        <w:t>v 0.606938 13.962968 -0.464445</w:t>
        <w:br/>
        <w:t>v 0.633110 13.935669 -0.473561</w:t>
        <w:br/>
        <w:t>v 0.460977 13.826859 -0.574809</w:t>
        <w:br/>
        <w:t>v 0.484756 13.800544 -0.583880</w:t>
        <w:br/>
        <w:t>v 0.317391 13.673986 -0.681817</w:t>
        <w:br/>
        <w:t>v 0.337659 13.645916 -0.689768</w:t>
        <w:br/>
        <w:t>v 0.964581 14.201542 -0.152719</w:t>
        <w:br/>
        <w:t>v 0.986485 14.170888 -0.159898</w:t>
        <w:br/>
        <w:t>v 1.148611 14.228031 0.052795</w:t>
        <w:br/>
        <w:t>v 1.068281 14.202450 -0.057239</w:t>
        <w:br/>
        <w:t>v 1.063838 14.194082 -0.051051</w:t>
        <w:br/>
        <w:t>v 1.143327 14.219790 0.058220</w:t>
        <w:br/>
        <w:t>v 1.135098 14.255661 0.060282</w:t>
        <w:br/>
        <w:t>v 1.124553 14.252028 0.065221</w:t>
        <w:br/>
        <w:t>v 1.040701 14.228148 -0.044211</w:t>
        <w:br/>
        <w:t>v 1.050413 14.231904 -0.049914</w:t>
        <w:br/>
        <w:t>v 0.885099 14.117312 -0.263472</w:t>
        <w:br/>
        <w:t>v 0.764290 14.038169 -0.369863</w:t>
        <w:br/>
        <w:t>v 0.762696 14.029632 -0.361629</w:t>
        <w:br/>
        <w:t>v 0.882493 14.108774 -0.255843</w:t>
        <w:br/>
        <w:t>v 0.860025 14.147943 -0.255848</w:t>
        <w:br/>
        <w:t>v 0.852144 14.144018 -0.248704</w:t>
        <w:br/>
        <w:t>v 0.730859 14.063494 -0.353602</w:t>
        <w:br/>
        <w:t>v 0.737724 14.067419 -0.361350</w:t>
        <w:br/>
        <w:t>v 0.633110 13.935669 -0.473561</w:t>
        <w:br/>
        <w:t>v 0.632413 13.927330 -0.464815</w:t>
        <w:br/>
        <w:t>v 0.600978 13.959239 -0.456185</w:t>
        <w:br/>
        <w:t>v 0.606938 13.962968 -0.464445</w:t>
        <w:br/>
        <w:t>v 0.484756 13.800544 -0.583880</w:t>
        <w:br/>
        <w:t>v 0.484715 13.792599 -0.574718</w:t>
        <w:br/>
        <w:t>v 0.455676 13.823523 -0.566132</w:t>
        <w:br/>
        <w:t>v 0.460977 13.826859 -0.574809</w:t>
        <w:br/>
        <w:t>v 0.337659 13.645916 -0.689768</w:t>
        <w:br/>
        <w:t>v 0.338017 13.638460 -0.680253</w:t>
        <w:br/>
        <w:t>v 0.312490 13.671138 -0.672789</w:t>
        <w:br/>
        <w:t>v 0.317391 13.673986 -0.681817</w:t>
        <w:br/>
        <w:t>v 0.986485 14.170888 -0.159898</w:t>
        <w:br/>
        <w:t>v 0.982910 14.162428 -0.152967</w:t>
        <w:br/>
        <w:t>v 0.955731 14.197694 -0.146273</w:t>
        <w:br/>
        <w:t>v 0.964581 14.201542 -0.152719</w:t>
        <w:br/>
        <w:t>v -0.044798 12.236294 -1.615135</w:t>
        <w:br/>
        <w:t>v -0.005626 12.236294 -1.631360</w:t>
        <w:br/>
        <w:t>v -0.005626 12.283418 -1.665598</w:t>
        <w:br/>
        <w:t>v -0.069007 12.283418 -1.639344</w:t>
        <w:br/>
        <w:t>v -0.005626 12.236294 -1.631360</w:t>
        <w:br/>
        <w:t>v 0.033546 12.236294 -1.615134</w:t>
        <w:br/>
        <w:t>v 0.057756 12.283418 -1.639344</w:t>
        <w:br/>
        <w:t>v -0.005626 12.283418 -1.665598</w:t>
        <w:br/>
        <w:t>v 0.049772 12.236294 -1.575962</w:t>
        <w:br/>
        <w:t>v 0.084010 12.283418 -1.575962</w:t>
        <w:br/>
        <w:t>v 0.033546 12.236293 -1.536790</w:t>
        <w:br/>
        <w:t>v 0.057756 12.283417 -1.512581</w:t>
        <w:br/>
        <w:t>v -0.044798 12.236293 -1.536790</w:t>
        <w:br/>
        <w:t>v -0.069008 12.283417 -1.512581</w:t>
        <w:br/>
        <w:t>v -0.061023 12.236294 -1.575963</w:t>
        <w:br/>
        <w:t>v -0.095261 12.283418 -1.575963</w:t>
        <w:br/>
        <w:t>v -0.005626 12.341666 -1.665598</w:t>
        <w:br/>
        <w:t>v -0.069007 12.341666 -1.639344</w:t>
        <w:br/>
        <w:t>v 0.057756 12.341666 -1.639344</w:t>
        <w:br/>
        <w:t>v -0.005626 12.341666 -1.665598</w:t>
        <w:br/>
        <w:t>v 0.084010 12.341666 -1.575962</w:t>
        <w:br/>
        <w:t>v 0.057756 12.341665 -1.512581</w:t>
        <w:br/>
        <w:t>v 0.057756 12.341665 -1.512581</w:t>
        <w:br/>
        <w:t>v -0.069008 12.341665 -1.512581</w:t>
        <w:br/>
        <w:t>v -0.095261 12.341666 -1.575962</w:t>
        <w:br/>
        <w:t>v -0.069008 12.341665 -1.512581</w:t>
        <w:br/>
        <w:t>v -0.005626 12.388789 -1.631360</w:t>
        <w:br/>
        <w:t>v -0.044798 12.388789 -1.615134</w:t>
        <w:br/>
        <w:t>v 0.033546 12.388789 -1.615134</w:t>
        <w:br/>
        <w:t>v -0.005626 12.388789 -1.631360</w:t>
        <w:br/>
        <w:t>v 0.049772 12.388789 -1.575962</w:t>
        <w:br/>
        <w:t>v 0.033546 12.388788 -1.536790</w:t>
        <w:br/>
        <w:t>v -0.044798 12.388788 -1.536790</w:t>
        <w:br/>
        <w:t>v -0.061023 12.388789 -1.575962</w:t>
        <w:br/>
        <w:t>v -0.005626 12.218293 -1.575963</w:t>
        <w:br/>
        <w:t>v -0.005626 12.406788 -1.575962</w:t>
        <w:br/>
        <w:t>v -0.000018 17.237339 -0.731605</w:t>
        <w:br/>
        <w:t>v 0.036859 17.245476 -0.730909</w:t>
        <w:br/>
        <w:t>v 0.032945 17.255638 -0.755168</w:t>
        <w:br/>
        <w:t>v -0.000091 17.248192 -0.755803</w:t>
        <w:br/>
        <w:t>v -0.059502 17.277615 -0.753298</w:t>
        <w:br/>
        <w:t>v -0.066434 17.269794 -0.728834</w:t>
        <w:br/>
        <w:t>v -0.036890 17.245495 -0.730909</w:t>
        <w:br/>
        <w:t>v -0.033071 17.255680 -0.755166</w:t>
        <w:br/>
        <w:t>v -0.081263 17.320461 -0.749646</w:t>
        <w:br/>
        <w:t>v -0.090124 17.316597 -0.724837</w:t>
        <w:br/>
        <w:t>v -0.018154 17.641491 -0.722288</w:t>
        <w:br/>
        <w:t>v -0.023698 17.646259 -0.696681</w:t>
        <w:br/>
        <w:t>v 0.090098 17.316597 -0.724834</w:t>
        <w:br/>
        <w:t>v 0.081228 17.320412 -0.749647</w:t>
        <w:br/>
        <w:t>v 0.059433 17.277576 -0.753298</w:t>
        <w:br/>
        <w:t>v 0.066408 17.269787 -0.728832</w:t>
        <w:br/>
        <w:t>v 0.023670 17.646259 -0.696681</w:t>
        <w:br/>
        <w:t>v 0.018124 17.641491 -0.722287</w:t>
        <w:br/>
        <w:t>v 0.018124 17.641491 -0.722287</w:t>
        <w:br/>
        <w:t>v 0.023670 17.646259 -0.696681</w:t>
        <w:br/>
        <w:t>v -0.023698 17.646259 -0.696681</w:t>
        <w:br/>
        <w:t>v -0.018154 17.641491 -0.722288</w:t>
        <w:br/>
        <w:t>v -0.081263 17.320461 -0.749646</w:t>
        <w:br/>
        <w:t>v 0.081228 17.320412 -0.749647</w:t>
        <w:br/>
        <w:t>v 0.018124 17.641491 -0.722287</w:t>
        <w:br/>
        <w:t>v -0.018154 17.641491 -0.722288</w:t>
        <w:br/>
        <w:t>v -0.059502 17.277615 -0.753298</w:t>
        <w:br/>
        <w:t>v 0.059433 17.277576 -0.753298</w:t>
        <w:br/>
        <w:t>v -0.033071 17.255680 -0.755166</w:t>
        <w:br/>
        <w:t>v 0.032945 17.255638 -0.755168</w:t>
        <w:br/>
        <w:t>v -0.000091 17.248192 -0.755803</w:t>
        <w:br/>
        <w:t>v -1.005687 2.764944 -0.832168</w:t>
        <w:br/>
        <w:t>v -0.962751 2.793205 -0.911535</w:t>
        <w:br/>
        <w:t>v -0.962751 2.740686 -0.930244</w:t>
        <w:br/>
        <w:t>v -1.005687 2.712414 -0.850877</w:t>
        <w:br/>
        <w:t>v -0.895891 2.815635 -0.974521</w:t>
        <w:br/>
        <w:t>v -0.895891 2.763106 -0.993230</w:t>
        <w:br/>
        <w:t>v -0.811646 2.830046 -1.014961</w:t>
        <w:br/>
        <w:t>v -0.811646 2.777506 -1.033670</w:t>
        <w:br/>
        <w:t>v -0.718252 2.835009 -1.028896</w:t>
        <w:br/>
        <w:t>v -0.718252 2.782469 -1.047604</w:t>
        <w:br/>
        <w:t>v -0.624859 2.830046 -1.014960</w:t>
        <w:br/>
        <w:t>v -0.624859 2.777506 -1.033670</w:t>
        <w:br/>
        <w:t>v -0.540609 2.815635 -0.974521</w:t>
        <w:br/>
        <w:t>v -0.540609 2.763106 -0.993230</w:t>
        <w:br/>
        <w:t>v -0.473749 2.793205 -0.911535</w:t>
        <w:br/>
        <w:t>v -0.473749 2.740686 -0.930243</w:t>
        <w:br/>
        <w:t>v -0.430824 2.764933 -0.832167</w:t>
        <w:br/>
        <w:t>v -0.430824 2.712414 -0.850876</w:t>
        <w:br/>
        <w:t>v -0.416033 2.733613 -0.744188</w:t>
        <w:br/>
        <w:t>v -0.416033 2.681083 -0.762897</w:t>
        <w:br/>
        <w:t>v -0.430824 2.702282 -0.656209</w:t>
        <w:br/>
        <w:t>v -0.430824 2.649745 -0.674918</w:t>
        <w:br/>
        <w:t>v -0.473750 2.674011 -0.576842</w:t>
        <w:br/>
        <w:t>v -0.473750 2.621483 -0.595551</w:t>
        <w:br/>
        <w:t>v -0.540610 2.651580 -0.513856</w:t>
        <w:br/>
        <w:t>v -0.540610 2.599051 -0.532565</w:t>
        <w:br/>
        <w:t>v -0.624859 2.637182 -0.473417</w:t>
        <w:br/>
        <w:t>v -0.624859 2.584653 -0.492126</w:t>
        <w:br/>
        <w:t>v -0.624859 2.637182 -0.473417</w:t>
        <w:br/>
        <w:t>v -0.718253 2.632218 -0.459483</w:t>
        <w:br/>
        <w:t>v -0.718253 2.579690 -0.478192</w:t>
        <w:br/>
        <w:t>v -0.624859 2.584653 -0.492126</w:t>
        <w:br/>
        <w:t>v -0.811647 2.637182 -0.473418</w:t>
        <w:br/>
        <w:t>v -0.811647 2.584653 -0.492126</w:t>
        <w:br/>
        <w:t>v -0.895891 2.651580 -0.513857</w:t>
        <w:br/>
        <w:t>v -0.895891 2.599051 -0.532566</w:t>
        <w:br/>
        <w:t>v -0.962752 2.674011 -0.576843</w:t>
        <w:br/>
        <w:t>v -0.962752 2.621483 -0.595552</w:t>
        <w:br/>
        <w:t>v -1.005678 2.702283 -0.656210</w:t>
        <w:br/>
        <w:t>v -1.005687 2.649745 -0.674919</w:t>
        <w:br/>
        <w:t>v -1.020479 2.733613 -0.744189</w:t>
        <w:br/>
        <w:t>v -1.020479 2.681083 -0.762898</w:t>
        <w:br/>
        <w:t>v -0.962751 2.793205 -0.911535</w:t>
        <w:br/>
        <w:t>v -1.005687 2.764944 -0.832168</w:t>
        <w:br/>
        <w:t>v -1.055237 2.786378 -0.841628</w:t>
        <w:br/>
        <w:t>v -1.004915 2.819514 -0.934679</w:t>
        <w:br/>
        <w:t>v -0.895891 2.815635 -0.974521</w:t>
        <w:br/>
        <w:t>v -0.926517 2.845814 -1.008525</w:t>
        <w:br/>
        <w:t>v -0.811646 2.830046 -1.014961</w:t>
        <w:br/>
        <w:t>v -0.827745 2.862703 -1.055938</w:t>
        <w:br/>
        <w:t>v -0.718252 2.835009 -1.028896</w:t>
        <w:br/>
        <w:t>v -0.718252 2.868516 -1.072274</w:t>
        <w:br/>
        <w:t>v -0.624859 2.830046 -1.014960</w:t>
        <w:br/>
        <w:t>v -0.608759 2.862703 -1.055937</w:t>
        <w:br/>
        <w:t>v -0.540609 2.815635 -0.974521</w:t>
        <w:br/>
        <w:t>v -0.509983 2.845814 -1.008524</w:t>
        <w:br/>
        <w:t>v -0.473749 2.793205 -0.911535</w:t>
        <w:br/>
        <w:t>v -0.431595 2.819513 -0.934678</w:t>
        <w:br/>
        <w:t>v -0.430824 2.764933 -0.832167</w:t>
        <w:br/>
        <w:t>v -0.381264 2.786378 -0.841627</w:t>
        <w:br/>
        <w:t>v -0.416033 2.733613 -0.744188</w:t>
        <w:br/>
        <w:t>v -0.363924 2.749645 -0.738479</w:t>
        <w:br/>
        <w:t>v -0.430824 2.702282 -0.656209</w:t>
        <w:br/>
        <w:t>v -0.381265 2.712913 -0.635330</w:t>
        <w:br/>
        <w:t>v -0.473750 2.674011 -0.576842</w:t>
        <w:br/>
        <w:t>v -0.431596 2.679765 -0.542279</w:t>
        <w:br/>
        <w:t>v -0.540610 2.651580 -0.513856</w:t>
        <w:br/>
        <w:t>v -0.509984 2.653466 -0.468433</w:t>
        <w:br/>
        <w:t>v -0.624859 2.637182 -0.473417</w:t>
        <w:br/>
        <w:t>v -0.608760 2.636584 -0.421021</w:t>
        <w:br/>
        <w:t>v -0.718253 2.632218 -0.459483</w:t>
        <w:br/>
        <w:t>v -0.624859 2.637182 -0.473417</w:t>
        <w:br/>
        <w:t>v -0.608760 2.636584 -0.421021</w:t>
        <w:br/>
        <w:t>v -0.718253 2.630762 -0.404684</w:t>
        <w:br/>
        <w:t>v -0.811647 2.637182 -0.473418</w:t>
        <w:br/>
        <w:t>v -0.827746 2.636584 -0.421022</w:t>
        <w:br/>
        <w:t>v -0.895891 2.651580 -0.513857</w:t>
        <w:br/>
        <w:t>v -0.926518 2.653466 -0.468434</w:t>
        <w:br/>
        <w:t>v -0.962752 2.674011 -0.576843</w:t>
        <w:br/>
        <w:t>v -1.004916 2.679765 -0.542279</w:t>
        <w:br/>
        <w:t>v -1.005678 2.702283 -0.656210</w:t>
        <w:br/>
        <w:t>v -1.055238 2.712913 -0.635331</w:t>
        <w:br/>
        <w:t>v -1.020479 2.733613 -0.744189</w:t>
        <w:br/>
        <w:t>v -1.072588 2.749645 -0.738480</w:t>
        <w:br/>
        <w:t>v -1.004915 2.819514 -0.934679</w:t>
        <w:br/>
        <w:t>v -1.055237 2.786378 -0.841628</w:t>
        <w:br/>
        <w:t>v -1.085639 2.747398 -0.865997</w:t>
        <w:br/>
        <w:t>v -1.030775 2.783525 -0.967443</w:t>
        <w:br/>
        <w:t>v -0.926517 2.845814 -1.008525</w:t>
        <w:br/>
        <w:t>v -0.945313 2.812197 -1.047951</w:t>
        <w:br/>
        <w:t>v -0.827745 2.862703 -1.055938</w:t>
        <w:br/>
        <w:t>v -0.837627 2.830602 -1.099640</w:t>
        <w:br/>
        <w:t>v -0.718252 2.868516 -1.072274</w:t>
        <w:br/>
        <w:t>v -0.718252 2.836944 -1.117451</w:t>
        <w:br/>
        <w:t>v -0.608759 2.862703 -1.055937</w:t>
        <w:br/>
        <w:t>v -0.598882 2.830602 -1.099640</w:t>
        <w:br/>
        <w:t>v -0.509983 2.845814 -1.008524</w:t>
        <w:br/>
        <w:t>v -0.491197 2.812197 -1.047951</w:t>
        <w:br/>
        <w:t>v -0.431595 2.819513 -0.934678</w:t>
        <w:br/>
        <w:t>v -0.405736 2.783525 -0.967442</w:t>
        <w:br/>
        <w:t>v -0.381264 2.786378 -0.841627</w:t>
        <w:br/>
        <w:t>v -0.350863 2.747398 -0.865996</w:t>
        <w:br/>
        <w:t>v -0.363924 2.749645 -0.738479</w:t>
        <w:br/>
        <w:t>v -0.331959 2.707353 -0.753542</w:t>
        <w:br/>
        <w:t>v -0.381265 2.712913 -0.635330</w:t>
        <w:br/>
        <w:t>v -0.350863 2.667300 -0.641089</w:t>
        <w:br/>
        <w:t>v -0.431596 2.679765 -0.542279</w:t>
        <w:br/>
        <w:t>v -0.405737 2.631163 -0.539643</w:t>
        <w:br/>
        <w:t>v -0.509984 2.653466 -0.468433</w:t>
        <w:br/>
        <w:t>v -0.491198 2.602490 -0.459136</w:t>
        <w:br/>
        <w:t>v -0.608760 2.636584 -0.421021</w:t>
        <w:br/>
        <w:t>v -0.598883 2.584085 -0.407447</w:t>
        <w:br/>
        <w:t>v -0.718253 2.630762 -0.404684</w:t>
        <w:br/>
        <w:t>v -0.608760 2.636584 -0.421021</w:t>
        <w:br/>
        <w:t>v -0.598883 2.584085 -0.407447</w:t>
        <w:br/>
        <w:t>v -0.718253 2.577746 -0.389636</w:t>
        <w:br/>
        <w:t>v -0.827746 2.636584 -0.421022</w:t>
        <w:br/>
        <w:t>v -0.837628 2.584085 -0.407447</w:t>
        <w:br/>
        <w:t>v -0.926518 2.653466 -0.468434</w:t>
        <w:br/>
        <w:t>v -0.945314 2.602500 -0.459137</w:t>
        <w:br/>
        <w:t>v -1.004916 2.679765 -0.542279</w:t>
        <w:br/>
        <w:t>v -1.030776 2.631163 -0.539644</w:t>
        <w:br/>
        <w:t>v -1.055238 2.712913 -0.635331</w:t>
        <w:br/>
        <w:t>v -1.085639 2.667300 -0.641090</w:t>
        <w:br/>
        <w:t>v -1.072588 2.749645 -0.738480</w:t>
        <w:br/>
        <w:t>v -1.104553 2.707353 -0.753544</w:t>
        <w:br/>
        <w:t>v -1.030775 2.783525 -0.967443</w:t>
        <w:br/>
        <w:t>v -1.085639 2.747398 -0.865997</w:t>
        <w:br/>
        <w:t>v -1.055237 2.701786 -0.871756</w:t>
        <w:br/>
        <w:t>v -1.004915 2.734932 -0.964808</w:t>
        <w:br/>
        <w:t>v -0.945313 2.812197 -1.047951</w:t>
        <w:br/>
        <w:t>v -0.926517 2.761222 -1.038654</w:t>
        <w:br/>
        <w:t>v -0.837627 2.830602 -1.099640</w:t>
        <w:br/>
        <w:t>v -0.827745 2.778102 -1.086066</w:t>
        <w:br/>
        <w:t>v -0.718252 2.836944 -1.117451</w:t>
        <w:br/>
        <w:t>v -0.718252 2.783924 -1.102403</w:t>
        <w:br/>
        <w:t>v -0.598882 2.830602 -1.099640</w:t>
        <w:br/>
        <w:t>v -0.608759 2.778102 -1.086066</w:t>
        <w:br/>
        <w:t>v -0.491197 2.812197 -1.047951</w:t>
        <w:br/>
        <w:t>v -0.509983 2.761222 -1.038653</w:t>
        <w:br/>
        <w:t>v -0.405736 2.783525 -0.967442</w:t>
        <w:br/>
        <w:t>v -0.431595 2.734932 -0.964807</w:t>
        <w:br/>
        <w:t>v -0.350863 2.747398 -0.865996</w:t>
        <w:br/>
        <w:t>v -0.381264 2.701786 -0.871755</w:t>
        <w:br/>
        <w:t>v -0.331959 2.707353 -0.753542</w:t>
        <w:br/>
        <w:t>v -0.363924 2.665053 -0.768607</w:t>
        <w:br/>
        <w:t>v -0.350863 2.667300 -0.641089</w:t>
        <w:br/>
        <w:t>v -0.381265 2.628311 -0.665459</w:t>
        <w:br/>
        <w:t>v -0.405737 2.631163 -0.539643</w:t>
        <w:br/>
        <w:t>v -0.431596 2.595173 -0.572407</w:t>
        <w:br/>
        <w:t>v -0.491198 2.602490 -0.459136</w:t>
        <w:br/>
        <w:t>v -0.509984 2.568874 -0.498562</w:t>
        <w:br/>
        <w:t>v -0.598883 2.584085 -0.407447</w:t>
        <w:br/>
        <w:t>v -0.608760 2.551983 -0.451150</w:t>
        <w:br/>
        <w:t>v -0.718253 2.577746 -0.389636</w:t>
        <w:br/>
        <w:t>v -0.598883 2.584085 -0.407447</w:t>
        <w:br/>
        <w:t>v -0.608760 2.551983 -0.451150</w:t>
        <w:br/>
        <w:t>v -0.718253 2.546170 -0.434813</w:t>
        <w:br/>
        <w:t>v -0.837628 2.584085 -0.407447</w:t>
        <w:br/>
        <w:t>v -0.827746 2.551983 -0.451150</w:t>
        <w:br/>
        <w:t>v -0.945314 2.602500 -0.459137</w:t>
        <w:br/>
        <w:t>v -0.926518 2.568874 -0.498562</w:t>
        <w:br/>
        <w:t>v -1.030776 2.631163 -0.539644</w:t>
        <w:br/>
        <w:t>v -1.004916 2.595173 -0.572408</w:t>
        <w:br/>
        <w:t>v -1.085639 2.667300 -0.641090</w:t>
        <w:br/>
        <w:t>v -1.055238 2.628321 -0.665460</w:t>
        <w:br/>
        <w:t>v -1.104553 2.707353 -0.753544</w:t>
        <w:br/>
        <w:t>v -1.072588 2.665054 -0.768608</w:t>
        <w:br/>
        <w:t>v -1.004915 2.734932 -0.964808</w:t>
        <w:br/>
        <w:t>v -1.055237 2.701786 -0.871756</w:t>
        <w:br/>
        <w:t>v -1.005687 2.712414 -0.850877</w:t>
        <w:br/>
        <w:t>v -0.962751 2.740686 -0.930244</w:t>
        <w:br/>
        <w:t>v -0.926517 2.761222 -1.038654</w:t>
        <w:br/>
        <w:t>v -0.895891 2.763106 -0.993230</w:t>
        <w:br/>
        <w:t>v -0.827745 2.778102 -1.086066</w:t>
        <w:br/>
        <w:t>v -0.811646 2.777506 -1.033670</w:t>
        <w:br/>
        <w:t>v -0.718252 2.783924 -1.102403</w:t>
        <w:br/>
        <w:t>v -0.718252 2.782469 -1.047604</w:t>
        <w:br/>
        <w:t>v -0.608759 2.778102 -1.086066</w:t>
        <w:br/>
        <w:t>v -0.624859 2.777506 -1.033670</w:t>
        <w:br/>
        <w:t>v -0.509983 2.761222 -1.038653</w:t>
        <w:br/>
        <w:t>v -0.540609 2.763106 -0.993230</w:t>
        <w:br/>
        <w:t>v -0.431595 2.734932 -0.964807</w:t>
        <w:br/>
        <w:t>v -0.473749 2.740686 -0.930243</w:t>
        <w:br/>
        <w:t>v -0.381264 2.701786 -0.871755</w:t>
        <w:br/>
        <w:t>v -0.430824 2.712414 -0.850876</w:t>
        <w:br/>
        <w:t>v -0.363924 2.665053 -0.768607</w:t>
        <w:br/>
        <w:t>v -0.416033 2.681083 -0.762897</w:t>
        <w:br/>
        <w:t>v -0.381265 2.628311 -0.665459</w:t>
        <w:br/>
        <w:t>v -0.430824 2.649745 -0.674918</w:t>
        <w:br/>
        <w:t>v -0.431596 2.595173 -0.572407</w:t>
        <w:br/>
        <w:t>v -0.473750 2.621483 -0.595551</w:t>
        <w:br/>
        <w:t>v -0.509984 2.568874 -0.498562</w:t>
        <w:br/>
        <w:t>v -0.540610 2.599051 -0.532565</w:t>
        <w:br/>
        <w:t>v -0.608760 2.551983 -0.451150</w:t>
        <w:br/>
        <w:t>v -0.624859 2.584653 -0.492126</w:t>
        <w:br/>
        <w:t>v -0.718253 2.546170 -0.434813</w:t>
        <w:br/>
        <w:t>v -0.608760 2.551983 -0.451150</w:t>
        <w:br/>
        <w:t>v -0.624859 2.584653 -0.492126</w:t>
        <w:br/>
        <w:t>v -0.718253 2.579690 -0.478192</w:t>
        <w:br/>
        <w:t>v -0.827746 2.551983 -0.451150</w:t>
        <w:br/>
        <w:t>v -0.811647 2.584653 -0.492126</w:t>
        <w:br/>
        <w:t>v -0.926518 2.568874 -0.498562</w:t>
        <w:br/>
        <w:t>v -0.895891 2.599051 -0.532566</w:t>
        <w:br/>
        <w:t>v -1.004916 2.595173 -0.572408</w:t>
        <w:br/>
        <w:t>v -0.962752 2.621483 -0.595552</w:t>
        <w:br/>
        <w:t>v -1.055238 2.628321 -0.665460</w:t>
        <w:br/>
        <w:t>v -1.005687 2.649745 -0.674919</w:t>
        <w:br/>
        <w:t>v -1.072588 2.665054 -0.768608</w:t>
        <w:br/>
        <w:t>v -1.020479 2.681083 -0.762898</w:t>
        <w:br/>
        <w:t>v -0.733098 19.984161 1.071471</w:t>
        <w:br/>
        <w:t>v -0.722411 19.982170 1.060894</w:t>
        <w:br/>
        <w:t>v -0.737807 19.960167 1.053925</w:t>
        <w:br/>
        <w:t>v -0.746483 19.965031 1.065401</w:t>
        <w:br/>
        <w:t>v -0.767923 19.962692 1.055087</w:t>
        <w:br/>
        <w:t>v -0.762923 19.957430 1.041858</w:t>
        <w:br/>
        <w:t>v -0.729626 20.038519 1.067035</w:t>
        <w:br/>
        <w:t>v -0.718859 20.038155 1.056772</w:t>
        <w:br/>
        <w:t>v -0.727994 20.106701 1.066252</w:t>
        <w:br/>
        <w:t>v -0.716809 20.123705 1.055830</w:t>
        <w:br/>
        <w:t>v -0.783939 19.977592 1.047014</w:t>
        <w:br/>
        <w:t>v -0.781755 19.974947 1.032369</w:t>
        <w:br/>
        <w:t>v -0.785743 20.001860 1.045590</w:t>
        <w:br/>
        <w:t>v -0.783825 20.002808 1.030727</w:t>
        <w:br/>
        <w:t>v -0.761594 20.049185 1.051450</w:t>
        <w:br/>
        <w:t>v -0.758950 20.051596 1.037283</w:t>
        <w:br/>
        <w:t>v -0.716809 20.123705 1.055830</w:t>
        <w:br/>
        <w:t>v -0.727994 20.106701 1.066252</w:t>
        <w:br/>
        <w:t>v -0.729626 20.038519 1.067035</w:t>
        <w:br/>
        <w:t>v -0.761594 20.049185 1.051450</w:t>
        <w:br/>
        <w:t>v -0.727994 20.106701 1.066252</w:t>
        <w:br/>
        <w:t>v -0.785743 20.001860 1.045590</w:t>
        <w:br/>
        <w:t>v -0.733098 19.984161 1.071471</w:t>
        <w:br/>
        <w:t>v -0.746483 19.965031 1.065401</w:t>
        <w:br/>
        <w:t>v -0.783939 19.977592 1.047014</w:t>
        <w:br/>
        <w:t>v -0.767923 19.962692 1.055087</w:t>
        <w:br/>
        <w:t>v 0.245884 13.786334 -0.419838</w:t>
        <w:br/>
        <w:t>v -0.000015 13.756786 -0.383338</w:t>
        <w:br/>
        <w:t>v -0.000015 13.606441 -0.460166</w:t>
        <w:br/>
        <w:t>v 0.259003 13.664595 -0.506910</w:t>
        <w:br/>
        <w:t>v 0.377946 13.804869 -0.455858</w:t>
        <w:br/>
        <w:t>v 0.449953 13.740429 -0.480939</w:t>
        <w:br/>
        <w:t>v 0.599230 13.856781 -0.423786</w:t>
        <w:br/>
        <w:t>v 0.370061 13.519583 1.258431</w:t>
        <w:br/>
        <w:t>v 0.149796 13.587647 1.306527</w:t>
        <w:br/>
        <w:t>v 0.347855 13.748382 1.227710</w:t>
        <w:br/>
        <w:t>v 0.345516 13.686094 -0.527256</w:t>
        <w:br/>
        <w:t>v 0.234104 14.074148 -0.300480</w:t>
        <w:br/>
        <w:t>v -0.000015 14.044683 -0.279346</w:t>
        <w:br/>
        <w:t>v 0.505913 14.098854 -0.283391</w:t>
        <w:br/>
        <w:t>v 0.173919 13.746725 1.248457</w:t>
        <w:br/>
        <w:t>v -0.000017 13.745070 1.269205</w:t>
        <w:br/>
        <w:t>v -0.000017 14.053181 1.247652</w:t>
        <w:br/>
        <w:t>v 0.159973 14.056106 1.233718</w:t>
        <w:br/>
        <w:t>v 0.738048 14.107510 -0.261488</w:t>
        <w:br/>
        <w:t>v 0.802778 13.971663 -0.313278</w:t>
        <w:br/>
        <w:t>v 1.040081 13.868536 0.896217</w:t>
        <w:br/>
        <w:t>v 0.981680 13.832351 0.974272</w:t>
        <w:br/>
        <w:t>v 0.933863 14.027502 0.940721</w:t>
        <w:br/>
        <w:t>v 0.854101 14.064091 -0.263375</w:t>
        <w:br/>
        <w:t>v 0.913905 14.131790 -0.206470</w:t>
        <w:br/>
        <w:t>v 0.942566 15.443794 0.710901</w:t>
        <w:br/>
        <w:t>v 0.996275 15.513422 0.628436</w:t>
        <w:br/>
        <w:t>v 1.011199 15.513107 0.446576</w:t>
        <w:br/>
        <w:t>v 0.985237 15.460193 0.459469</w:t>
        <w:br/>
        <w:t>v 0.975693 14.713824 0.461824</w:t>
        <w:br/>
        <w:t>v 0.913330 15.017691 0.465265</w:t>
        <w:br/>
        <w:t>v 0.885230 15.018962 0.253060</w:t>
        <w:br/>
        <w:t>v 0.963530 14.713238 0.259381</w:t>
        <w:br/>
        <w:t>v 0.922856 14.701427 0.692867</w:t>
        <w:br/>
        <w:t>v 0.873301 14.992252 0.706973</w:t>
        <w:br/>
        <w:t>v 0.826741 14.676357 0.954186</w:t>
        <w:br/>
        <w:t>v 0.788875 14.957649 0.964079</w:t>
        <w:br/>
        <w:t>v 0.656605 15.409138 1.186618</w:t>
        <w:br/>
        <w:t>v 0.599020 15.174007 1.183215</w:t>
        <w:br/>
        <w:t>v 0.549686 15.398269 1.254017</w:t>
        <w:br/>
        <w:t>v 0.823111 15.440717 1.000485</w:t>
        <w:br/>
        <w:t>v 0.786159 15.209812 0.982419</w:t>
        <w:br/>
        <w:t>v 0.692590 15.191910 1.082817</w:t>
        <w:br/>
        <w:t>v 0.745352 15.422354 1.098475</w:t>
        <w:br/>
        <w:t>v 0.884966 14.396852 0.949336</w:t>
        <w:br/>
        <w:t>v 0.822197 14.069651 1.036905</w:t>
        <w:br/>
        <w:t>v 0.678625 14.082488 1.114357</w:t>
        <w:br/>
        <w:t>v 0.650133 14.348279 1.113487</w:t>
        <w:br/>
        <w:t>v 0.617079 14.632192 1.126548</w:t>
        <w:br/>
        <w:t>v 0.595786 14.916022 1.151931</w:t>
        <w:br/>
        <w:t>v 1.051738 14.440482 0.254053</w:t>
        <w:br/>
        <w:t>v 1.038142 14.522721 0.353448</w:t>
        <w:br/>
        <w:t>v 1.011350 14.414163 0.676489</w:t>
        <w:br/>
        <w:t>v 1.002396 15.523488 0.251332</w:t>
        <w:br/>
        <w:t>v 0.955547 15.460874 0.252680</w:t>
        <w:br/>
        <w:t>v 0.313877 14.597990 1.225980</w:t>
        <w:br/>
        <w:t>v 0.311864 14.886709 1.249338</w:t>
        <w:br/>
        <w:t>v 0.884791 14.702083 0.078528</w:t>
        <w:br/>
        <w:t>v 0.994773 14.412904 0.053124</w:t>
        <w:br/>
        <w:t>v 0.822013 15.000264 0.087009</w:t>
        <w:br/>
        <w:t>v 0.701618 14.964724 -0.049855</w:t>
        <w:br/>
        <w:t>v 0.748730 14.668535 -0.042848</w:t>
        <w:br/>
        <w:t>v 0.961775 15.548247 -0.014674</w:t>
        <w:br/>
        <w:t>v 0.912711 15.452470 0.005037</w:t>
        <w:br/>
        <w:t>v 1.069370 14.342938 0.131793</w:t>
        <w:br/>
        <w:t>v 0.839998 15.239013 0.054368</w:t>
        <w:br/>
        <w:t>v 0.704524 15.193205 -0.087475</w:t>
        <w:br/>
        <w:t>v 1.029577 14.180050 -0.105836</w:t>
        <w:br/>
        <w:t>v 0.848206 14.387093 -0.077183</w:t>
        <w:br/>
        <w:t>v 0.635403 14.356761 -0.179346</w:t>
        <w:br/>
        <w:t>v 1.082072 14.178408 -0.055108</w:t>
        <w:br/>
        <w:t>v 0.912369 15.268954 0.247504</w:t>
        <w:br/>
        <w:t>v 0.310750 15.153951 1.280701</w:t>
        <w:br/>
        <w:t>v 0.901211 15.244698 0.716601</w:t>
        <w:br/>
        <w:t>v 0.949794 15.279290 0.465261</w:t>
        <w:br/>
        <w:t>v 0.769973 15.414283 -0.146240</w:t>
        <w:br/>
        <w:t>v 0.851028 15.576396 -0.213653</w:t>
        <w:br/>
        <w:t>v 0.154509 15.383137 1.344175</w:t>
        <w:br/>
        <w:t>v -0.000018 15.380626 1.359229</w:t>
        <w:br/>
        <w:t>v -0.000016 15.707368 1.389801</w:t>
        <w:br/>
        <w:t>v 0.162495 15.681397 1.390021</w:t>
        <w:br/>
        <w:t>v 0.593706 15.608626 1.304409</w:t>
        <w:br/>
        <w:t>v 0.483353 15.627418 1.355485</w:t>
        <w:br/>
        <w:t>v 0.716102 15.592330 1.210155</w:t>
        <w:br/>
        <w:t>v 0.789787 15.580067 1.117908</w:t>
        <w:br/>
        <w:t>v -0.000017 14.308517 1.239077</w:t>
        <w:br/>
        <w:t>v 0.157914 14.308561 1.227528</w:t>
        <w:br/>
        <w:t>v -0.000017 14.595059 1.247317</w:t>
        <w:br/>
        <w:t>v 0.156930 14.596524 1.236649</w:t>
        <w:br/>
        <w:t>v 0.315846 14.308607 1.215979</w:t>
        <w:br/>
        <w:t>v 0.319964 14.059032 1.219783</w:t>
        <w:br/>
        <w:t>v -0.000018 14.880612 1.273263</w:t>
        <w:br/>
        <w:t>v 0.155923 14.883661 1.261300</w:t>
        <w:br/>
        <w:t>v -0.000015 14.587432 -0.159836</w:t>
        <w:br/>
        <w:t>v 0.220241 14.598157 -0.177622</w:t>
        <w:br/>
        <w:t>v 0.207199 14.872223 -0.191229</w:t>
        <w:br/>
        <w:t>v -0.000016 14.870162 -0.166702</w:t>
        <w:br/>
        <w:t>v 0.567614 15.161446 -0.180154</w:t>
        <w:br/>
        <w:t>v 0.611693 15.387642 -0.255453</w:t>
        <w:br/>
        <w:t>v 0.552765 14.930336 -0.128703</w:t>
        <w:br/>
        <w:t>v 0.382820 14.896876 -0.175615</w:t>
        <w:br/>
        <w:t>v 0.394973 14.616339 -0.171022</w:t>
        <w:br/>
        <w:t>v 0.573720 14.639237 -0.128304</w:t>
        <w:br/>
        <w:t>v 0.435916 14.340886 -0.213203</w:t>
        <w:br/>
        <w:t>v 0.679990 15.619277 -0.361330</w:t>
        <w:br/>
        <w:t>v -0.000018 15.151498 1.312390</w:t>
        <w:br/>
        <w:t>v 0.155366 15.152724 1.296545</w:t>
        <w:br/>
        <w:t>v 0.393097 15.120289 -0.223830</w:t>
        <w:br/>
        <w:t>v 0.421780 15.367146 -0.306607</w:t>
        <w:br/>
        <w:t>v -0.000016 15.086613 -0.211746</w:t>
        <w:br/>
        <w:t>v 0.201601 15.090902 -0.238532</w:t>
        <w:br/>
        <w:t>v 0.207927 15.357435 -0.316346</w:t>
        <w:br/>
        <w:t>v -0.000015 15.356878 -0.294802</w:t>
        <w:br/>
        <w:t>v 0.212710 15.612128 -0.405273</w:t>
        <w:br/>
        <w:t>v -0.000015 15.612217 -0.373369</w:t>
        <w:br/>
        <w:t>v -0.000014 15.787833 -0.444879</w:t>
        <w:br/>
        <w:t>v 0.215576 15.735284 -0.455006</w:t>
        <w:br/>
        <w:t>v 0.458239 15.616446 -0.402599</w:t>
        <w:br/>
        <w:t>v 0.461916 15.677172 -0.434934</w:t>
        <w:br/>
        <w:t>v -0.000015 14.306732 -0.201297</w:t>
        <w:br/>
        <w:t>v 0.231002 14.326945 -0.214865</w:t>
        <w:br/>
        <w:t>v 0.861207 15.556344 1.024548</w:t>
        <w:br/>
        <w:t>v 0.966309 15.521039 0.808269</w:t>
        <w:br/>
        <w:t>v 1.071056 14.431107 0.425311</w:t>
        <w:br/>
        <w:t>v 1.103282 14.320848 0.501790</w:t>
        <w:br/>
        <w:t>v 1.135276 14.208867 0.564565</w:t>
        <w:br/>
        <w:t>v 0.997170 14.077284 0.857290</w:t>
        <w:br/>
        <w:t>v 1.164420 14.092167 0.596155</w:t>
        <w:br/>
        <w:t>v 1.073581 14.102914 0.734464</w:t>
        <w:br/>
        <w:t>v 0.905681 13.904737 1.012888</w:t>
        <w:br/>
        <w:t>v 0.909945 13.835319 1.020196</w:t>
        <w:br/>
        <w:t>v 0.779613 13.972813 1.073694</w:t>
        <w:br/>
        <w:t>v 0.737325 13.919494 1.095978</w:t>
        <w:br/>
        <w:t>v 0.651210 13.842582 1.133404</w:t>
        <w:br/>
        <w:t>v 0.613631 13.802731 1.154465</w:t>
        <w:br/>
        <w:t>v 0.497819 13.663470 1.244403</w:t>
        <w:br/>
        <w:t>v 0.878743 13.989617 1.017373</w:t>
        <w:br/>
        <w:t>v 0.904644 13.779924 1.057272</w:t>
        <w:br/>
        <w:t>v -0.000017 13.645325 1.328120</w:t>
        <w:br/>
        <w:t>v 0.074889 13.616485 1.317324</w:t>
        <w:br/>
        <w:t>v 0.894140 14.008645 -0.246075</w:t>
        <w:br/>
        <w:t>v 1.096958 14.249997 0.056991</w:t>
        <w:br/>
        <w:t>v 1.139309 14.158285 -0.018094</w:t>
        <w:br/>
        <w:t>v 0.882839 15.442255 0.855693</w:t>
        <w:br/>
        <w:t>v 0.429850 15.389509 1.297465</w:t>
        <w:br/>
        <w:t>v 0.405620 15.641290 1.379165</w:t>
        <w:br/>
        <w:t>v 0.309036 15.385648 1.329121</w:t>
        <w:br/>
        <w:t>v 0.325006 15.655426 1.390241</w:t>
        <w:br/>
        <w:t>v 0.915867 15.538178 0.928519</w:t>
        <w:br/>
        <w:t>v 0.186660 13.456166 -0.700183</w:t>
        <w:br/>
        <w:t>v 0.057995 13.300487 -0.631379</w:t>
        <w:br/>
        <w:t>v -0.000015 13.281441 -0.596572</w:t>
        <w:br/>
        <w:t>v 0.005165 16.535820 1.645141</w:t>
        <w:br/>
        <w:t>v 0.043634 16.518150 1.655120</w:t>
        <w:br/>
        <w:t>v 0.124464 16.623665 1.611606</w:t>
        <w:br/>
        <w:t>v 0.088152 16.645844 1.600096</w:t>
        <w:br/>
        <w:t>v 0.301134 16.838299 1.440504</w:t>
        <w:br/>
        <w:t>v 0.419585 16.935314 1.334169</w:t>
        <w:br/>
        <w:t>v 0.393312 16.969631 1.325505</w:t>
        <w:br/>
        <w:t>v 0.273061 16.870331 1.429142</w:t>
        <w:br/>
        <w:t>v 0.175735 16.758034 1.517947</w:t>
        <w:br/>
        <w:t>v 0.207204 16.730362 1.531616</w:t>
        <w:br/>
        <w:t>v 0.527093 15.920113 1.688271</w:t>
        <w:br/>
        <w:t>v 0.495263 15.949685 1.695700</w:t>
        <w:br/>
        <w:t>v 0.434453 15.933599 1.696976</w:t>
        <w:br/>
        <w:t>v 0.467131 15.905143 1.688887</w:t>
        <w:br/>
        <w:t>v 0.574872 15.959699 1.694057</w:t>
        <w:br/>
        <w:t>v 0.544626 15.990927 1.701328</w:t>
        <w:br/>
        <w:t>v 0.619823 16.057171 1.714273</w:t>
        <w:br/>
        <w:t>v 0.574303 16.038815 1.710093</w:t>
        <w:br/>
        <w:t>v 0.603032 16.006037 1.703521</w:t>
        <w:br/>
        <w:t>v 0.761044 16.994793 1.168443</w:t>
        <w:br/>
        <w:t>v 0.927807 16.976349 1.119206</w:t>
        <w:br/>
        <w:t>v 0.889908 17.117374 0.992204</w:t>
        <w:br/>
        <w:t>v 0.713872 17.096878 1.098239</w:t>
        <w:br/>
        <w:t>v 1.187896 17.078609 0.861731</w:t>
        <w:br/>
        <w:t>v 1.047733 17.105770 0.920645</w:t>
        <w:br/>
        <w:t>v 1.075860 16.953568 1.069411</w:t>
        <w:br/>
        <w:t>v 1.215370 16.931564 1.002930</w:t>
        <w:br/>
        <w:t>v 0.566176 17.010567 1.220478</w:t>
        <w:br/>
        <w:t>v 0.541205 17.046154 1.213195</w:t>
        <w:br/>
        <w:t>v 0.966500 16.469526 1.535988</w:t>
        <w:br/>
        <w:t>v 1.006611 16.450073 1.535320</w:t>
        <w:br/>
        <w:t>v 1.128010 16.565388 1.416650</w:t>
        <w:br/>
        <w:t>v 1.092517 16.585266 1.428517</w:t>
        <w:br/>
        <w:t>v 1.213478 16.802673 1.149912</w:t>
        <w:br/>
        <w:t>v 1.087621 16.833282 1.197669</w:t>
        <w:br/>
        <w:t>v 1.096969 16.715576 1.316530</w:t>
        <w:br/>
        <w:t>v 1.197063 16.682253 1.286443</w:t>
        <w:br/>
        <w:t>v 0.941417 16.867575 1.240764</w:t>
        <w:br/>
        <w:t>v 0.959766 16.750420 1.356443</w:t>
        <w:br/>
        <w:t>v 0.777755 16.893902 1.275674</w:t>
        <w:br/>
        <w:t>v 0.795458 16.781855 1.390296</w:t>
        <w:br/>
        <w:t>v 0.977423 16.619909 1.463249</w:t>
        <w:br/>
        <w:t>v 0.794839 16.648699 1.488645</w:t>
        <w:br/>
        <w:t>v 0.606874 16.915943 1.306104</w:t>
        <w:br/>
        <w:t>v 0.621521 16.800440 1.406232</w:t>
        <w:br/>
        <w:t>v 0.624734 16.710672 1.464191</w:t>
        <w:br/>
        <w:t>v 0.454411 16.820953 1.425145</w:t>
        <w:br/>
        <w:t>v 0.298652 16.587349 1.625766</w:t>
        <w:br/>
        <w:t>v 0.468426 16.583939 1.553221</w:t>
        <w:br/>
        <w:t>v 0.462301 16.704872 1.481889</w:t>
        <w:br/>
        <w:t>v 0.307984 16.728386 1.527594</w:t>
        <w:br/>
        <w:t>v 0.326956 16.432209 1.626036</w:t>
        <w:br/>
        <w:t>v 0.363570 16.059883 1.687063</w:t>
        <w:br/>
        <w:t>v 0.495551 16.053619 1.696993</w:t>
        <w:br/>
        <w:t>v 0.141023 16.551189 1.643528</w:t>
        <w:br/>
        <w:t>v 0.186755 16.398479 1.622859</w:t>
        <w:br/>
        <w:t>v 0.181777 16.069984 1.668307</w:t>
        <w:br/>
        <w:t>v 0.226246 15.902409 1.696356</w:t>
        <w:br/>
        <w:t>v 0.391876 15.932004 1.699999</w:t>
        <w:br/>
        <w:t>v -0.000016 16.353222 1.616775</w:t>
        <w:br/>
        <w:t>v -0.000016 16.080082 1.649550</w:t>
        <w:br/>
        <w:t>v 0.065910 15.873838 1.692104</w:t>
        <w:br/>
        <w:t>v 0.087674 15.741715 1.683967</w:t>
        <w:br/>
        <w:t>v 0.239144 15.781016 1.674302</w:t>
        <w:br/>
        <w:t>v 0.416849 15.825887 1.669017</w:t>
        <w:br/>
        <w:t>v 0.456967 15.845600 1.669335</w:t>
        <w:br/>
        <w:t>v 0.427488 15.908739 1.692030</w:t>
        <w:br/>
        <w:t>v 0.471474 15.780831 1.652874</w:t>
        <w:br/>
        <w:t>v 0.255350 15.651160 1.657707</w:t>
        <w:br/>
        <w:t>v 0.368169 15.676898 1.647331</w:t>
        <w:br/>
        <w:t>v 0.108797 15.616681 1.673759</w:t>
        <w:br/>
        <w:t>v 0.285508 15.501922 1.640383</w:t>
        <w:br/>
        <w:t>v 0.136536 15.486789 1.661685</w:t>
        <w:br/>
        <w:t>v 0.389052 15.517941 1.625015</w:t>
        <w:br/>
        <w:t>v 0.477654 15.714921 1.637303</w:t>
        <w:br/>
        <w:t>v 0.470078 15.642301 1.629646</w:t>
        <w:br/>
        <w:t>v 0.381159 15.472710 1.618726</w:t>
        <w:br/>
        <w:t>v 0.319672 15.371943 1.623227</w:t>
        <w:br/>
        <w:t>v 0.397244 15.396406 1.607447</w:t>
        <w:br/>
        <w:t>v 0.310796 15.274667 1.617737</w:t>
        <w:br/>
        <w:t>v 0.169847 15.359479 1.649836</w:t>
        <w:br/>
        <w:t>v 0.221634 15.237888 1.633244</w:t>
        <w:br/>
        <w:t>v 0.396273 15.347271 1.604174</w:t>
        <w:br/>
        <w:t>v 0.335760 15.116776 1.592414</w:t>
        <w:br/>
        <w:t>v 0.320580 15.109168 1.594432</w:t>
        <w:br/>
        <w:t>v 0.365053 15.239749 1.606434</w:t>
        <w:br/>
        <w:t>v 0.381010 15.301269 1.604641</w:t>
        <w:br/>
        <w:t>v 0.345893 15.131958 1.592650</w:t>
        <w:br/>
        <w:t>v 0.125020 16.634758 1.631825</w:t>
        <w:br/>
        <w:t>v 0.042346 16.526329 1.676631</w:t>
        <w:br/>
        <w:t>v 0.004153 16.545269 1.666185</w:t>
        <w:br/>
        <w:t>v 0.088695 16.656876 1.620232</w:t>
        <w:br/>
        <w:t>v 0.401305 16.980606 1.344157</w:t>
        <w:br/>
        <w:t>v 0.427498 16.946175 1.352598</w:t>
        <w:br/>
        <w:t>v 0.306542 16.849888 1.459524</w:t>
        <w:br/>
        <w:t>v 0.278728 16.882118 1.448105</w:t>
        <w:br/>
        <w:t>v 0.210085 16.742542 1.550990</w:t>
        <w:br/>
        <w:t>v 0.178872 16.770416 1.537151</w:t>
        <w:br/>
        <w:t>v 0.445062 15.930975 1.719447</w:t>
        <w:br/>
        <w:t>v 0.495755 15.944245 1.719239</w:t>
        <w:br/>
        <w:t>v 0.528192 15.915590 1.710891</w:t>
        <w:br/>
        <w:t>v 0.468692 15.900188 1.711371</w:t>
        <w:br/>
        <w:t>v 0.575519 15.955308 1.716710</w:t>
        <w:br/>
        <w:t>v 0.546132 15.987195 1.724620</w:t>
        <w:br/>
        <w:t>v 0.594640 16.088781 1.742952</w:t>
        <w:br/>
        <w:t>v 0.621215 16.054115 1.737037</w:t>
        <w:br/>
        <w:t>v 0.604052 16.002312 1.726230</w:t>
        <w:br/>
        <w:t>v 0.575627 16.035347 1.732841</w:t>
        <w:br/>
        <w:t>v 0.721901 17.106297 1.112784</w:t>
        <w:br/>
        <w:t>v 0.898945 17.128613 1.010229</w:t>
        <w:br/>
        <w:t>v 0.921027 17.093067 1.022303</w:t>
        <w:br/>
        <w:t>v 0.748688 17.071911 1.123205</w:t>
        <w:br/>
        <w:t>v 1.066786 17.080875 0.958601</w:t>
        <w:br/>
        <w:t>v 1.055422 17.115520 0.935181</w:t>
        <w:br/>
        <w:t>v 1.196012 17.090809 0.876029</w:t>
        <w:br/>
        <w:t>v 1.162036 17.063114 0.927082</w:t>
        <w:br/>
        <w:t>v 1.224494 16.947361 1.017054</w:t>
        <w:br/>
        <w:t>v 1.182565 16.949570 1.045817</w:t>
        <w:br/>
        <w:t>v 0.575433 17.020931 1.238501</w:t>
        <w:br/>
        <w:t>v 0.549973 17.056984 1.228824</w:t>
        <w:br/>
        <w:t>v 0.723299 16.090054 1.727976</w:t>
        <w:br/>
        <w:t>v 0.696260 16.121151 1.733146</w:t>
        <w:br/>
        <w:t>v 0.750712 16.155043 1.724636</w:t>
        <w:br/>
        <w:t>v 0.780699 16.127005 1.719198</w:t>
        <w:br/>
        <w:t>v 0.822492 16.275517 1.700484</w:t>
        <w:br/>
        <w:t>v 0.858375 16.255098 1.693662</w:t>
        <w:br/>
        <w:t>v 0.825649 16.178581 1.708164</w:t>
        <w:br/>
        <w:t>v 0.792352 16.204557 1.714300</w:t>
        <w:br/>
        <w:t>v 0.949317 16.407539 1.614039</w:t>
        <w:br/>
        <w:t>v 0.883100 16.360107 1.665523</w:t>
        <w:br/>
        <w:t>v 0.840325 16.379219 1.674540</w:t>
        <w:br/>
        <w:t>v 0.922054 16.435274 1.621695</w:t>
        <w:br/>
        <w:t>v 1.139369 16.575537 1.433914</w:t>
        <w:br/>
        <w:t>v 1.019290 16.460945 1.558676</w:t>
        <w:br/>
        <w:t>v 0.985932 16.485678 1.565331</w:t>
        <w:br/>
        <w:t>v 1.104963 16.595881 1.445170</w:t>
        <w:br/>
        <w:t>v 1.208285 16.695311 1.301715</w:t>
        <w:br/>
        <w:t>v 1.164404 16.709820 1.319399</w:t>
        <w:br/>
        <w:t>v 1.223879 16.817743 1.163961</w:t>
        <w:br/>
        <w:t>v 1.183477 16.826862 1.184572</w:t>
        <w:br/>
        <w:t>v 1.083965 16.966694 1.086784</w:t>
        <w:br/>
        <w:t>v 0.935627 16.988070 1.138821</w:t>
        <w:br/>
        <w:t>v 0.766096 17.005653 1.189832</w:t>
        <w:br/>
        <w:t>v 1.105365 16.728270 1.333912</w:t>
        <w:br/>
        <w:t>v 1.096073 16.849489 1.212193</w:t>
        <w:br/>
        <w:t>v 0.811194 16.676493 1.521099</w:t>
        <w:br/>
        <w:t>v 0.840810 16.532715 1.604707</w:t>
        <w:br/>
        <w:t>v 0.657173 16.636339 1.603961</w:t>
        <w:br/>
        <w:t>v 0.986281 16.630100 1.482369</w:t>
        <w:br/>
        <w:t>v 0.679821 16.393183 1.712272</w:t>
        <w:br/>
        <w:t>v 0.669954 16.520327 1.670933</w:t>
        <w:br/>
        <w:t>v 0.683765 16.259848 1.729940</w:t>
        <w:br/>
        <w:t>v 0.521443 16.215872 1.753986</w:t>
        <w:br/>
        <w:t>v 0.508732 16.358538 1.742036</w:t>
        <w:br/>
        <w:t>v 0.612317 16.929142 1.328766</w:t>
        <w:br/>
        <w:t>v 0.457641 16.838825 1.450033</w:t>
        <w:br/>
        <w:t>v 0.624092 16.824945 1.431963</w:t>
        <w:br/>
        <w:t>v 0.643824 16.737869 1.516922</w:t>
        <w:br/>
        <w:t>v 0.471656 16.736258 1.549891</w:t>
        <w:br/>
        <w:t>v 0.480806 16.624016 1.638909</w:t>
        <w:br/>
        <w:t>v 0.496343 16.496328 1.703039</w:t>
        <w:br/>
        <w:t>v 0.308373 16.730278 1.556023</w:t>
        <w:br/>
        <w:t>v 0.299112 16.594162 1.654726</w:t>
        <w:br/>
        <w:t>v 0.328274 16.467846 1.713164</w:t>
        <w:br/>
        <w:t>v 0.340969 16.329700 1.747407</w:t>
        <w:br/>
        <w:t>v 0.353335 16.188723 1.758652</w:t>
        <w:br/>
        <w:t>v 0.479351 16.068705 1.741331</w:t>
        <w:br/>
        <w:t>v 0.144095 16.564209 1.677624</w:t>
        <w:br/>
        <w:t>v 0.168370 16.441696 1.709964</w:t>
        <w:br/>
        <w:t>v 0.181309 16.303009 1.740477</w:t>
        <w:br/>
        <w:t>v 0.192603 16.167469 1.747459</w:t>
        <w:br/>
        <w:t>v 0.357409 16.051678 1.744529</w:t>
        <w:br/>
        <w:t>v 0.210508 16.029514 1.740264</w:t>
        <w:br/>
        <w:t>v 0.393153 15.930144 1.719557</w:t>
        <w:br/>
        <w:t>v 0.223485 15.899153 1.722133</w:t>
        <w:br/>
        <w:t>v -0.000016 16.400986 1.704738</w:t>
        <w:br/>
        <w:t>v -0.000017 16.267017 1.723407</w:t>
        <w:br/>
        <w:t>v -0.000017 16.135418 1.727502</w:t>
        <w:br/>
        <w:t>v 0.032527 16.005596 1.728078</w:t>
        <w:br/>
        <w:t>v 0.072385 15.872032 1.719944</w:t>
        <w:br/>
        <w:t>v 0.236940 15.775198 1.700137</w:t>
        <w:br/>
        <w:t>v 0.095051 15.739563 1.703415</w:t>
        <w:br/>
        <w:t>v 0.418893 15.821776 1.691615</w:t>
        <w:br/>
        <w:t>v 0.454978 15.836520 1.690515</w:t>
        <w:br/>
        <w:t>v 0.430532 15.902499 1.711460</w:t>
        <w:br/>
        <w:t>v 0.469710 15.776292 1.675558</w:t>
        <w:br/>
        <w:t>v 0.394593 15.673635 1.667176</w:t>
        <w:br/>
        <w:t>v 0.259403 15.641691 1.682912</w:t>
        <w:br/>
        <w:t>v 0.117839 15.611312 1.691217</w:t>
        <w:br/>
        <w:t>v 0.288954 15.500420 1.663172</w:t>
        <w:br/>
        <w:t>v 0.143202 15.486376 1.681241</w:t>
        <w:br/>
        <w:t>v 0.388520 15.518034 1.648093</w:t>
        <w:br/>
        <w:t>v 0.476769 15.711336 1.661120</w:t>
        <w:br/>
        <w:t>v 0.465328 15.643394 1.654444</w:t>
        <w:br/>
        <w:t>v 0.324186 15.370167 1.645802</w:t>
        <w:br/>
        <w:t>v 0.376348 15.470027 1.641697</w:t>
        <w:br/>
        <w:t>v 0.394121 15.391422 1.631954</w:t>
        <w:br/>
        <w:t>v 0.315679 15.272337 1.640183</w:t>
        <w:br/>
        <w:t>v 0.236086 15.235694 1.653222</w:t>
        <w:br/>
        <w:t>v 0.180878 15.358117 1.668620</w:t>
        <w:br/>
        <w:t>v 0.390207 15.349718 1.628232</w:t>
        <w:br/>
        <w:t>v 0.357235 15.236011 1.628856</w:t>
        <w:br/>
        <w:t>v 0.374804 15.303835 1.628697</w:t>
        <w:br/>
        <w:t>v 0.088695 16.656876 1.620232</w:t>
        <w:br/>
        <w:t>v 0.004153 16.545269 1.666185</w:t>
        <w:br/>
        <w:t>v 0.005165 16.535820 1.645141</w:t>
        <w:br/>
        <w:t>v 0.088152 16.645844 1.600096</w:t>
        <w:br/>
        <w:t>v 0.042346 16.526329 1.676631</w:t>
        <w:br/>
        <w:t>v 0.043634 16.518150 1.655120</w:t>
        <w:br/>
        <w:t>v 0.005165 16.535820 1.645141</w:t>
        <w:br/>
        <w:t>v 0.004153 16.545269 1.666185</w:t>
        <w:br/>
        <w:t>v 0.401305 16.980606 1.344157</w:t>
        <w:br/>
        <w:t>v 0.278728 16.882118 1.448105</w:t>
        <w:br/>
        <w:t>v 0.273061 16.870331 1.429142</w:t>
        <w:br/>
        <w:t>v 0.393312 16.969631 1.325505</w:t>
        <w:br/>
        <w:t>v 0.178872 16.770416 1.537151</w:t>
        <w:br/>
        <w:t>v 0.175735 16.758034 1.517947</w:t>
        <w:br/>
        <w:t>v 0.468692 15.900188 1.711371</w:t>
        <w:br/>
        <w:t>v 0.528192 15.915590 1.710891</w:t>
        <w:br/>
        <w:t>v 0.527093 15.920113 1.688271</w:t>
        <w:br/>
        <w:t>v 0.467131 15.905143 1.688887</w:t>
        <w:br/>
        <w:t>v 0.575519 15.955308 1.716710</w:t>
        <w:br/>
        <w:t>v 0.574872 15.959699 1.694057</w:t>
        <w:br/>
        <w:t>v 0.621215 16.054115 1.737037</w:t>
        <w:br/>
        <w:t>v 0.619823 16.057171 1.714273</w:t>
        <w:br/>
        <w:t>v 0.603032 16.006037 1.703521</w:t>
        <w:br/>
        <w:t>v 0.604052 16.002312 1.726230</w:t>
        <w:br/>
        <w:t>v 0.898945 17.128613 1.010229</w:t>
        <w:br/>
        <w:t>v 0.721901 17.106297 1.112784</w:t>
        <w:br/>
        <w:t>v 0.713872 17.096878 1.098239</w:t>
        <w:br/>
        <w:t>v 0.889908 17.117374 0.992204</w:t>
        <w:br/>
        <w:t>v 1.196012 17.090809 0.876029</w:t>
        <w:br/>
        <w:t>v 1.055422 17.115520 0.935181</w:t>
        <w:br/>
        <w:t>v 1.047733 17.105770 0.920645</w:t>
        <w:br/>
        <w:t>v 1.187896 17.078609 0.861731</w:t>
        <w:br/>
        <w:t>v 1.224494 16.947361 1.017054</w:t>
        <w:br/>
        <w:t>v 1.196012 17.090809 0.876029</w:t>
        <w:br/>
        <w:t>v 1.187896 17.078609 0.861731</w:t>
        <w:br/>
        <w:t>v 1.215370 16.931564 1.002930</w:t>
        <w:br/>
        <w:t>v 0.549973 17.056984 1.228824</w:t>
        <w:br/>
        <w:t>v 0.541205 17.046154 1.213195</w:t>
        <w:br/>
        <w:t>v 0.723299 16.090054 1.727976</w:t>
        <w:br/>
        <w:t>v 0.719960 16.091080 1.705171</w:t>
        <w:br/>
        <w:t>v 0.780699 16.127005 1.719198</w:t>
        <w:br/>
        <w:t>v 0.776406 16.126789 1.696513</w:t>
        <w:br/>
        <w:t>v 0.858375 16.255098 1.693662</w:t>
        <w:br/>
        <w:t>v 0.852278 16.252014 1.671646</w:t>
        <w:br/>
        <w:t>v 0.814982 16.166622 1.687344</w:t>
        <w:br/>
        <w:t>v 0.825649 16.178581 1.708164</w:t>
        <w:br/>
        <w:t>v 0.883100 16.360107 1.665523</w:t>
        <w:br/>
        <w:t>v 0.949317 16.407539 1.614039</w:t>
        <w:br/>
        <w:t>v 0.942972 16.400471 1.590654</w:t>
        <w:br/>
        <w:t>v 0.875215 16.354136 1.644792</w:t>
        <w:br/>
        <w:t>v 1.139369 16.575537 1.433914</w:t>
        <w:br/>
        <w:t>v 1.128010 16.565388 1.416650</w:t>
        <w:br/>
        <w:t>v 1.006611 16.450073 1.535320</w:t>
        <w:br/>
        <w:t>v 1.019290 16.460945 1.558676</w:t>
        <w:br/>
        <w:t>v 1.208285 16.695311 1.301715</w:t>
        <w:br/>
        <w:t>v 1.197063 16.682253 1.286443</w:t>
        <w:br/>
        <w:t>v 1.223879 16.817743 1.163961</w:t>
        <w:br/>
        <w:t>v 1.213478 16.802673 1.149912</w:t>
        <w:br/>
        <w:t>v 0.042346 16.526329 1.676631</w:t>
        <w:br/>
        <w:t>v -0.000016 16.400986 1.704738</w:t>
        <w:br/>
        <w:t>v -0.000016 16.353222 1.616775</w:t>
        <w:br/>
        <w:t>v 0.043634 16.518150 1.655120</w:t>
        <w:br/>
        <w:t>v 0.032527 16.005596 1.728078</w:t>
        <w:br/>
        <w:t>v -0.000016 16.080082 1.649550</w:t>
        <w:br/>
        <w:t>v -0.000017 16.135418 1.727502</w:t>
        <w:br/>
        <w:t>v 0.072385 15.872032 1.719944</w:t>
        <w:br/>
        <w:t>v 0.065910 15.873838 1.692104</w:t>
        <w:br/>
        <w:t>v 0.095051 15.739563 1.703415</w:t>
        <w:br/>
        <w:t>v 0.087674 15.741715 1.683967</w:t>
        <w:br/>
        <w:t>v 0.454978 15.836520 1.690515</w:t>
        <w:br/>
        <w:t>v 0.430532 15.902499 1.711460</w:t>
        <w:br/>
        <w:t>v 0.427488 15.908739 1.692030</w:t>
        <w:br/>
        <w:t>v 0.456967 15.845600 1.669335</w:t>
        <w:br/>
        <w:t>v 0.469710 15.776292 1.675558</w:t>
        <w:br/>
        <w:t>v 0.471474 15.780831 1.652874</w:t>
        <w:br/>
        <w:t>v 0.117839 15.611312 1.691217</w:t>
        <w:br/>
        <w:t>v 0.108797 15.616681 1.673759</w:t>
        <w:br/>
        <w:t>v 0.143202 15.486376 1.681241</w:t>
        <w:br/>
        <w:t>v 0.136536 15.486789 1.661685</w:t>
        <w:br/>
        <w:t>v 0.476769 15.711336 1.661120</w:t>
        <w:br/>
        <w:t>v 0.477654 15.714921 1.637303</w:t>
        <w:br/>
        <w:t>v 0.470078 15.642301 1.629646</w:t>
        <w:br/>
        <w:t>v 0.465328 15.643394 1.654444</w:t>
        <w:br/>
        <w:t>v 0.388520 15.518034 1.648093</w:t>
        <w:br/>
        <w:t>v 0.439023 15.574476 1.646957</w:t>
        <w:br/>
        <w:t>v 0.442432 15.574743 1.625112</w:t>
        <w:br/>
        <w:t>v 0.389052 15.517941 1.625015</w:t>
        <w:br/>
        <w:t>v 0.376348 15.470027 1.641697</w:t>
        <w:br/>
        <w:t>v 0.381159 15.472710 1.618726</w:t>
        <w:br/>
        <w:t>v 0.397244 15.396406 1.607447</w:t>
        <w:br/>
        <w:t>v 0.394121 15.391422 1.631954</w:t>
        <w:br/>
        <w:t>v 0.236086 15.235694 1.653222</w:t>
        <w:br/>
        <w:t>v 0.221634 15.237888 1.633244</w:t>
        <w:br/>
        <w:t>v 0.169847 15.359479 1.649836</w:t>
        <w:br/>
        <w:t>v 0.180878 15.358117 1.668620</w:t>
        <w:br/>
        <w:t>v 0.396273 15.347271 1.604174</w:t>
        <w:br/>
        <w:t>v 0.390207 15.349718 1.628232</w:t>
        <w:br/>
        <w:t>v 0.294580 15.121978 1.624896</w:t>
        <w:br/>
        <w:t>v 0.287988 15.119049 1.602993</w:t>
        <w:br/>
        <w:t>v 0.325690 15.111478 1.616456</w:t>
        <w:br/>
        <w:t>v 0.340011 15.118862 1.614527</w:t>
        <w:br/>
        <w:t>v 0.335760 15.116776 1.592414</w:t>
        <w:br/>
        <w:t>v 0.320580 15.109168 1.594432</w:t>
        <w:br/>
        <w:t>v 0.357235 15.236011 1.628856</w:t>
        <w:br/>
        <w:t>v 0.374804 15.303835 1.628697</w:t>
        <w:br/>
        <w:t>v 0.381010 15.301269 1.604641</w:t>
        <w:br/>
        <w:t>v 0.365053 15.239749 1.606434</w:t>
        <w:br/>
        <w:t>v 0.345893 15.131958 1.592650</w:t>
        <w:br/>
        <w:t>v 0.349522 15.133650 1.614793</w:t>
        <w:br/>
        <w:t>v 0.309291 15.112134 1.620186</w:t>
        <w:br/>
        <w:t>v 0.303914 15.109085 1.598758</w:t>
        <w:br/>
        <w:t>v 0.303914 15.109085 1.598758</w:t>
        <w:br/>
        <w:t>v 0.439023 15.574476 1.646957</w:t>
        <w:br/>
        <w:t>v 0.442432 15.574743 1.625112</w:t>
        <w:br/>
        <w:t>v 0.427488 15.908739 1.692030</w:t>
        <w:br/>
        <w:t>v 0.430532 15.902499 1.711460</w:t>
        <w:br/>
        <w:t>v 0.783843 16.907694 1.293503</w:t>
        <w:br/>
        <w:t>v 0.948373 16.882978 1.257034</w:t>
        <w:br/>
        <w:t>v 0.800890 16.800272 1.404814</w:t>
        <w:br/>
        <w:t>v 0.967269 16.764328 1.373990</w:t>
        <w:br/>
        <w:t>v 0.656237 19.271700 -0.173069</w:t>
        <w:br/>
        <w:t>v 0.529071 19.148918 -0.170547</w:t>
        <w:br/>
        <w:t>v 0.546035 19.085583 0.040760</w:t>
        <w:br/>
        <w:t>v 0.661096 19.196493 -0.067500</w:t>
        <w:br/>
        <w:t>v 0.737018 19.306356 -0.106236</w:t>
        <w:br/>
        <w:t>v 0.100522 18.631752 0.358446</w:t>
        <w:br/>
        <w:t>v 0.105977 18.574598 0.353103</w:t>
        <w:br/>
        <w:t>v -0.000015 18.538275 0.380386</w:t>
        <w:br/>
        <w:t>v -0.000015 18.600382 0.404738</w:t>
        <w:br/>
        <w:t>v 0.420516 19.093010 -0.220359</w:t>
        <w:br/>
        <w:t>v 0.325464 18.897276 -0.170582</w:t>
        <w:br/>
        <w:t>v 0.373387 18.847113 -0.021254</w:t>
        <w:br/>
        <w:t>v 0.490163 18.991499 0.000048</w:t>
        <w:br/>
        <w:t>v -0.000014 18.920927 -0.379859</w:t>
        <w:br/>
        <w:t>v 0.172291 18.921576 -0.312572</w:t>
        <w:br/>
        <w:t>v 0.193654 19.063265 -0.334865</w:t>
        <w:br/>
        <w:t>v -0.000014 19.058825 -0.418459</w:t>
        <w:br/>
        <w:t>v 0.293800 18.730803 0.194994</w:t>
        <w:br/>
        <w:t>v 0.326176 18.791004 0.203051</w:t>
        <w:br/>
        <w:t>v 0.439151 18.932705 0.106343</w:t>
        <w:br/>
        <w:t>v 0.339839 18.783682 0.097377</w:t>
        <w:br/>
        <w:t>v 0.279849 18.760946 -0.211990</w:t>
        <w:br/>
        <w:t>v 0.339218 18.721409 -0.072243</w:t>
        <w:br/>
        <w:t>v 0.212209 18.693142 0.297667</w:t>
        <w:br/>
        <w:t>v 0.156854 18.605562 0.320798</w:t>
        <w:br/>
        <w:t>v 0.501578 19.021101 0.066308</w:t>
        <w:br/>
        <w:t>v 0.169632 18.783318 -0.332379</w:t>
        <w:br/>
        <w:t>v -0.000014 18.787464 -0.399239</w:t>
        <w:br/>
        <w:t>v 0.322259 18.720675 0.067451</w:t>
        <w:br/>
        <w:t>v 0.301189 18.716997 0.149048</w:t>
        <w:br/>
        <w:t>v -0.056668 5.338736 -0.503189</w:t>
        <w:br/>
        <w:t>v 0.369020 5.381301 0.080048</w:t>
        <w:br/>
        <w:t>v 1.133215 5.698247 -0.812930</w:t>
        <w:br/>
        <w:t>v 1.794055 5.362779 0.017828</w:t>
        <w:br/>
        <w:t>v 2.073748 5.314620 -0.504573</w:t>
        <w:br/>
        <w:t>v 1.133215 5.698247 -0.812930</w:t>
        <w:br/>
        <w:t>v 0.047009 5.337431 -1.147120</w:t>
        <w:br/>
        <w:t>v 0.490223 5.386422 -1.603826</w:t>
        <w:br/>
        <w:t>v 0.980967 5.393519 -1.726689</w:t>
        <w:br/>
        <w:t>v 1.454157 5.380369 -1.697968</w:t>
        <w:br/>
        <w:t>v 2.009558 5.327703 -1.069342</w:t>
        <w:br/>
        <w:t>v 1.720996 5.357338 -1.446752</w:t>
        <w:br/>
        <w:t>v 0.933807 5.267915 0.344869</w:t>
        <w:br/>
        <w:t>v 1.001765 5.040123 0.273437</w:t>
        <w:br/>
        <w:t>v 1.039590 4.747821 0.082992</w:t>
        <w:br/>
        <w:t>v 1.262298 4.718132 0.058545</w:t>
        <w:br/>
        <w:t>v 1.359361 5.038344 0.214015</w:t>
        <w:br/>
        <w:t>v 1.743460 5.042246 -0.182371</w:t>
        <w:br/>
        <w:t>v 1.649632 4.576609 -0.320362</w:t>
        <w:br/>
        <w:t>v 1.750572 4.544322 -0.525118</w:t>
        <w:br/>
        <w:t>v 1.899941 5.043583 -0.416112</w:t>
        <w:br/>
        <w:t>v 1.776761 4.550002 -0.717118</w:t>
        <w:br/>
        <w:t>v 1.968331 5.043505 -0.707843</w:t>
        <w:br/>
        <w:t>v 1.729273 4.547343 -0.902035</w:t>
        <w:br/>
        <w:t>v 1.928690 5.042163 -0.934993</w:t>
        <w:br/>
        <w:t>v 1.620292 4.559616 -1.043460</w:t>
        <w:br/>
        <w:t>v 1.773086 5.039231 -1.160777</w:t>
        <w:br/>
        <w:t>v 1.475025 4.574590 -1.178651</w:t>
        <w:br/>
        <w:t>v 1.610227 5.036408 -1.326721</w:t>
        <w:br/>
        <w:t>v 1.283097 4.662387 -1.281294</w:t>
        <w:br/>
        <w:t>v 1.129992 4.700574 -1.466245</w:t>
        <w:br/>
        <w:t>v 1.192896 5.029630 -1.621487</w:t>
        <w:br/>
        <w:t>v 1.351866 5.031767 -1.636063</w:t>
        <w:br/>
        <w:t>v 0.954611 4.689850 -1.412973</w:t>
        <w:br/>
        <w:t>v 1.036540 5.027551 -1.600330</w:t>
        <w:br/>
        <w:t>v 0.230834 4.637654 -1.179555</w:t>
        <w:br/>
        <w:t>v 0.161495 5.016754 -1.242006</w:t>
        <w:br/>
        <w:t>v 0.396216 5.019217 -1.462187</w:t>
        <w:br/>
        <w:t>v 0.386404 4.669070 -1.297979</w:t>
        <w:br/>
        <w:t>v 0.023368 4.611876 -0.743398</w:t>
        <w:br/>
        <w:t>v 0.079585 4.560132 -0.544218</w:t>
        <w:br/>
        <w:t>v 0.037479 5.017971 -0.406357</w:t>
        <w:br/>
        <w:t>v -0.057253 5.015629 -0.702563</w:t>
        <w:br/>
        <w:t>v 0.228550 4.483370 -0.309926</w:t>
        <w:br/>
        <w:t>v 0.243828 5.021691 -0.155080</w:t>
        <w:br/>
        <w:t>v 0.521220 4.742098 -0.068615</w:t>
        <w:br/>
        <w:t>v 0.474631 5.025523 0.031443</w:t>
        <w:br/>
        <w:t>v 0.377317 4.726697 -0.148099</w:t>
        <w:br/>
        <w:t>v 0.788235 5.032674 0.184445</w:t>
        <w:br/>
        <w:t>v 0.933807 5.267915 0.344869</w:t>
        <w:br/>
        <w:t>v 0.369020 5.381301 0.080048</w:t>
        <w:br/>
        <w:t>v 0.413226 4.503999 -0.174887</w:t>
        <w:br/>
        <w:t>v 0.442515 4.298334 -0.180012</w:t>
        <w:br/>
        <w:t>v 0.529320 4.523160 -0.127614</w:t>
        <w:br/>
        <w:t>v 1.014755 4.444239 -1.250418</w:t>
        <w:br/>
        <w:t>v 1.145057 4.368406 -0.153271</w:t>
        <w:br/>
        <w:t>v 1.352435 4.746324 -0.138965</w:t>
        <w:br/>
        <w:t>v 1.574952 5.040551 -0.003745</w:t>
        <w:br/>
        <w:t>v 1.406319 5.379290 0.361220</w:t>
        <w:br/>
        <w:t>v 1.794055 5.362779 0.017828</w:t>
        <w:br/>
        <w:t>v 2.073748 5.314620 -0.504573</w:t>
        <w:br/>
        <w:t>v 2.009558 5.327703 -1.069342</w:t>
        <w:br/>
        <w:t>v 1.720996 5.357338 -1.446752</w:t>
        <w:br/>
        <w:t>v 1.454157 5.380369 -1.697968</w:t>
        <w:br/>
        <w:t>v 1.507677 5.034426 -1.489597</w:t>
        <w:br/>
        <w:t>v 0.980967 5.393519 -1.726689</w:t>
        <w:br/>
        <w:t>v 0.047009 5.337431 -1.147120</w:t>
        <w:br/>
        <w:t>v -0.000404 5.015510 -0.960664</w:t>
        <w:br/>
        <w:t>v -0.056668 5.338736 -0.503189</w:t>
        <w:br/>
        <w:t>v 0.657313 4.761051 0.028279</w:t>
        <w:br/>
        <w:t>v 1.406319 5.379290 0.361220</w:t>
        <w:br/>
        <w:t>v 0.968808 5.259127 0.342331</w:t>
        <w:br/>
        <w:t>v 0.888912 5.124323 -1.587561</w:t>
        <w:br/>
        <w:t>v 0.980967 5.393519 -1.726689</w:t>
        <w:br/>
        <w:t>v 0.980967 5.393519 -1.726689</w:t>
        <w:br/>
        <w:t>v 0.888912 5.124323 -1.587561</w:t>
        <w:br/>
        <w:t>v 0.862399 5.127004 -1.586230</w:t>
        <w:br/>
        <w:t>v 0.490223 5.386422 -1.603826</w:t>
        <w:br/>
        <w:t>v 0.659859 5.022451 -1.575280</w:t>
        <w:br/>
        <w:t>v 0.593935 4.631875 -1.284011</w:t>
        <w:br/>
        <w:t>v 1.467959 4.315843 -0.298607</w:t>
        <w:br/>
        <w:t>v 0.092233 4.594574 -0.927477</w:t>
        <w:br/>
        <w:t>v 0.472918 4.279024 -1.164229</w:t>
        <w:br/>
        <w:t>v 0.231631 4.229574 -0.983041</w:t>
        <w:br/>
        <w:t>v 0.152608 4.215313 -0.649975</w:t>
        <w:br/>
        <w:t>v 0.254606 4.213375 -0.363750</w:t>
        <w:br/>
        <w:t>v 1.628501 4.330833 -0.527995</w:t>
        <w:br/>
        <w:t>v 1.627696 4.333144 -0.812701</w:t>
        <w:br/>
        <w:t>v 1.441392 4.335181 -1.104759</w:t>
        <w:br/>
        <w:t>v 1.035038 4.285058 -1.198331</w:t>
        <w:br/>
        <w:t>v 6.180195 14.060185 0.116477</w:t>
        <w:br/>
        <w:t>v 6.103131 14.163441 0.051080</w:t>
        <w:br/>
        <w:t>v 6.070910 14.256504 0.162690</w:t>
        <w:br/>
        <w:t>v 6.133390 14.156199 0.238169</w:t>
        <w:br/>
        <w:t>v 6.226609 14.047911 0.322278</w:t>
        <w:br/>
        <w:t>v 6.266570 13.975079 0.217748</w:t>
        <w:br/>
        <w:t>v 7.066121 14.017119 -0.048360</w:t>
        <w:br/>
        <w:t>v 7.084197 14.005282 -0.052823</w:t>
        <w:br/>
        <w:t>v 7.060668 13.905332 -0.027858</w:t>
        <w:br/>
        <w:t>v 7.041920 13.914837 -0.018091</w:t>
        <w:br/>
        <w:t>v 6.915518 13.818300 -0.126462</w:t>
        <w:br/>
        <w:t>v 6.937805 13.826612 -0.032732</w:t>
        <w:br/>
        <w:t>v 7.019014 13.826690 -0.049574</w:t>
        <w:br/>
        <w:t>v 6.995461 13.806823 -0.135079</w:t>
        <w:br/>
        <w:t>v 7.041920 13.914837 -0.018091</w:t>
        <w:br/>
        <w:t>v 7.060668 13.905332 -0.027858</w:t>
        <w:br/>
        <w:t>v 7.018606 13.928183 -0.007296</w:t>
        <w:br/>
        <w:t>v 7.009872 14.028903 0.006720</w:t>
        <w:br/>
        <w:t>v 6.852842 14.213396 -0.115839</w:t>
        <w:br/>
        <w:t>v 6.968340 14.140644 -0.115941</w:t>
        <w:br/>
        <w:t>v 6.948570 14.112674 0.016327</w:t>
        <w:br/>
        <w:t>v 7.081277 14.027472 -0.193646</w:t>
        <w:br/>
        <w:t>v 7.095877 14.047535 -0.124916</w:t>
        <w:br/>
        <w:t>v 7.077991 14.060163 -0.122082</w:t>
        <w:br/>
        <w:t>v 7.063841 14.039366 -0.192495</w:t>
        <w:br/>
        <w:t>v 6.990595 14.050894 -0.261801</w:t>
        <w:br/>
        <w:t>v 6.994363 13.971930 -0.260416</w:t>
        <w:br/>
        <w:t>v 7.025295 13.959075 -0.242476</w:t>
        <w:br/>
        <w:t>v 6.893206 13.858002 -0.225875</w:t>
        <w:br/>
        <w:t>v 6.921476 13.829620 -0.196370</w:t>
        <w:br/>
        <w:t>v 7.025295 13.959075 -0.242476</w:t>
        <w:br/>
        <w:t>v 6.810349 14.189611 -0.368891</w:t>
        <w:br/>
        <w:t>v 6.943892 14.126433 -0.266164</w:t>
        <w:br/>
        <w:t>v 6.886693 13.839146 0.089706</w:t>
        <w:br/>
        <w:t>v 6.819944 13.847948 0.083201</w:t>
        <w:br/>
        <w:t>v 6.801306 13.896614 0.189985</w:t>
        <w:br/>
        <w:t>v 6.896973 13.871898 0.179612</w:t>
        <w:br/>
        <w:t>v 6.963357 13.821587 0.084214</w:t>
        <w:br/>
        <w:t>v 6.971903 13.844152 0.162062</w:t>
        <w:br/>
        <w:t>v 7.016756 13.921653 -0.001435</w:t>
        <w:br/>
        <w:t>v 7.034723 13.999273 0.041820</w:t>
        <w:br/>
        <w:t>v 7.009872 14.028903 0.006720</w:t>
        <w:br/>
        <w:t>v 7.018606 13.928183 -0.007296</w:t>
        <w:br/>
        <w:t>v 7.016756 13.921653 -0.001435</w:t>
        <w:br/>
        <w:t>v 7.018606 13.928183 -0.007296</w:t>
        <w:br/>
        <w:t>v 6.916399 13.851440 -0.007573</w:t>
        <w:br/>
        <w:t>v 6.846254 13.840899 -0.009021</w:t>
        <w:br/>
        <w:t>v 6.907036 13.851673 0.019338</w:t>
        <w:br/>
        <w:t>v 6.918919 14.118784 0.135721</w:t>
        <w:br/>
        <w:t>v 6.808061 14.170284 0.149752</w:t>
        <w:br/>
        <w:t>v 6.983654 14.070168 0.122752</w:t>
        <w:br/>
        <w:t>v 6.998339 14.055398 0.046803</w:t>
        <w:br/>
        <w:t>v 7.037493 14.027682 0.114277</w:t>
        <w:br/>
        <w:t>v 6.976973 13.838904 -0.281849</w:t>
        <w:br/>
        <w:t>v 7.036302 13.933644 -0.288013</w:t>
        <w:br/>
        <w:t>v 7.129729 13.864614 -0.293350</w:t>
        <w:br/>
        <w:t>v 7.080873 13.788490 -0.293354</w:t>
        <w:br/>
        <w:t>v 7.050454 14.003167 -0.331059</w:t>
        <w:br/>
        <w:t>v 7.157204 13.909747 -0.339007</w:t>
        <w:br/>
        <w:t>v 7.129729 13.864614 -0.293350</w:t>
        <w:br/>
        <w:t>v 7.036302 13.933644 -0.288013</w:t>
        <w:br/>
        <w:t>v 6.944271 13.807586 -0.346317</w:t>
        <w:br/>
        <w:t>v 7.049584 13.745984 -0.351754</w:t>
        <w:br/>
        <w:t>v 7.041013 14.018086 -0.405463</w:t>
        <w:br/>
        <w:t>v 7.164059 13.920234 -0.403563</w:t>
        <w:br/>
        <w:t>v 7.005872 13.960635 -0.281098</w:t>
        <w:br/>
        <w:t>v 6.893206 13.858002 -0.225875</w:t>
        <w:br/>
        <w:t>v 6.994363 13.971930 -0.260416</w:t>
        <w:br/>
        <w:t>v 6.887226 13.843451 -0.257457</w:t>
        <w:br/>
        <w:t>v 6.990595 14.050894 -0.261801</w:t>
        <w:br/>
        <w:t>v 7.017646 14.027325 -0.325408</w:t>
        <w:br/>
        <w:t>v 7.005872 13.960635 -0.281098</w:t>
        <w:br/>
        <w:t>v 6.994363 13.971930 -0.260416</w:t>
        <w:br/>
        <w:t>v 6.909398 14.117310 -0.394258</w:t>
        <w:br/>
        <w:t>v 6.980062 13.896740 -0.461854</w:t>
        <w:br/>
        <w:t>v 6.949004 13.818180 -0.414142</w:t>
        <w:br/>
        <w:t>v 7.064505 13.766309 -0.415154</w:t>
        <w:br/>
        <w:t>v 7.099222 13.823829 -0.460965</w:t>
        <w:br/>
        <w:t>v 7.099222 13.823829 -0.460965</w:t>
        <w:br/>
        <w:t>v 7.139585 13.884345 -0.452567</w:t>
        <w:br/>
        <w:t>v 7.013588 13.977866 -0.456296</w:t>
        <w:br/>
        <w:t>v 6.980062 13.896740 -0.461854</w:t>
        <w:br/>
        <w:t>v 6.900549 14.014017 -0.493524</w:t>
        <w:br/>
        <w:t>v 6.899841 13.928225 -0.478062</w:t>
        <w:br/>
        <w:t>v 6.952920 13.911307 -0.468468</w:t>
        <w:br/>
        <w:t>v 6.969877 14.005146 -0.465913</w:t>
        <w:br/>
        <w:t>v 6.811381 13.847795 -0.436367</w:t>
        <w:br/>
        <w:t>v 6.857840 13.828382 -0.421131</w:t>
        <w:br/>
        <w:t>v 6.952920 13.911307 -0.468468</w:t>
        <w:br/>
        <w:t>v 6.858931 14.076123 -0.488348</w:t>
        <w:br/>
        <w:t>v 6.918242 13.962885 -0.537935</w:t>
        <w:br/>
        <w:t>v 7.056038 13.840816 -0.568820</w:t>
        <w:br/>
        <w:t>v 7.042732 13.801495 -0.529367</w:t>
        <w:br/>
        <w:t>v 6.907866 13.903349 -0.504668</w:t>
        <w:br/>
        <w:t>v 6.855014 13.850451 -0.491094</w:t>
        <w:br/>
        <w:t>v 6.907866 13.903349 -0.504668</w:t>
        <w:br/>
        <w:t>v 7.042732 13.801495 -0.529367</w:t>
        <w:br/>
        <w:t>v 7.008128 13.749851 -0.529492</w:t>
        <w:br/>
        <w:t>v 6.822793 13.818967 -0.539990</w:t>
        <w:br/>
        <w:t>v 6.980121 13.723553 -0.570218</w:t>
        <w:br/>
        <w:t>v 6.903773 13.972179 -0.600892</w:t>
        <w:br/>
        <w:t>v 7.050220 13.846724 -0.626189</w:t>
        <w:br/>
        <w:t>v 6.877264 13.926661 -0.492010</w:t>
        <w:br/>
        <w:t>v 6.811381 13.847795 -0.436367</w:t>
        <w:br/>
        <w:t>v 6.899841 13.928225 -0.478062</w:t>
        <w:br/>
        <w:t>v 6.877264 13.926661 -0.492010</w:t>
        <w:br/>
        <w:t>v 6.882109 13.992855 -0.528344</w:t>
        <w:br/>
        <w:t>v 6.786107 13.868822 -0.455234</w:t>
        <w:br/>
        <w:t>v 6.765558 13.856877 -0.417696</w:t>
        <w:br/>
        <w:t>v 6.804652 14.072164 -0.568417</w:t>
        <w:br/>
        <w:t>v 6.831068 14.042479 -0.582223</w:t>
        <w:br/>
        <w:t>v 6.854713 14.030203 -0.518180</w:t>
        <w:br/>
        <w:t>v 6.996025 13.769663 -0.676121</w:t>
        <w:br/>
        <w:t>v 7.026828 13.819094 -0.663933</w:t>
        <w:br/>
        <w:t>v 6.877355 13.940373 -0.647154</w:t>
        <w:br/>
        <w:t>v 6.845300 13.889305 -0.661758</w:t>
        <w:br/>
        <w:t>v 6.822447 13.837797 -0.610435</w:t>
        <w:br/>
        <w:t>v 6.974155 13.730744 -0.630001</w:t>
        <w:br/>
        <w:t>v 6.733518 13.894662 -0.592915</w:t>
        <w:br/>
        <w:t>v 6.743354 13.869347 -0.520042</w:t>
        <w:br/>
        <w:t>v 6.617257 13.910933 -0.350108</w:t>
        <w:br/>
        <w:t>v 6.705175 13.874626 -0.492160</w:t>
        <w:br/>
        <w:t>v 6.676598 13.921998 -0.569168</w:t>
        <w:br/>
        <w:t>v 6.577532 13.964513 -0.524538</w:t>
        <w:br/>
        <w:t>v 6.697746 13.997449 -0.624891</w:t>
        <w:br/>
        <w:t>v 6.760336 14.049483 -0.609307</w:t>
        <w:br/>
        <w:t>v 6.717607 14.146208 -0.535703</w:t>
        <w:br/>
        <w:t>v 6.615790 14.052771 -0.588810</w:t>
        <w:br/>
        <w:t>v 6.295507 13.967436 0.365416</w:t>
        <w:br/>
        <w:t>v 6.342083 13.912088 0.384725</w:t>
        <w:br/>
        <w:t>v 6.373778 13.863764 0.310867</w:t>
        <w:br/>
        <w:t>v 6.324391 13.909973 0.275350</w:t>
        <w:br/>
        <w:t>v 6.451446 13.871052 0.247979</w:t>
        <w:br/>
        <w:t>v 6.422180 13.897251 0.209827</w:t>
        <w:br/>
        <w:t>v 6.387574 13.975874 0.432057</w:t>
        <w:br/>
        <w:t>v 6.343688 14.039221 0.405762</w:t>
        <w:br/>
        <w:t>v 6.429455 14.087595 0.399975</w:t>
        <w:br/>
        <w:t>v 6.459609 14.023563 0.424313</w:t>
        <w:br/>
        <w:t>v 6.576868 13.977243 0.322764</w:t>
        <w:br/>
        <w:t>v 6.582376 13.993564 0.285407</w:t>
        <w:br/>
        <w:t>v 6.548482 13.939517 0.237785</w:t>
        <w:br/>
        <w:t>v 6.552738 13.919380 0.286061</w:t>
        <w:br/>
        <w:t>v 6.562584 14.080084 0.317483</w:t>
        <w:br/>
        <w:t>v 6.576868 13.977243 0.322764</w:t>
        <w:br/>
        <w:t>v 6.514607 14.035391 0.378069</w:t>
        <w:br/>
        <w:t>v 6.582376 13.993564 0.285407</w:t>
        <w:br/>
        <w:t>v 6.499451 14.090502 0.361158</w:t>
        <w:br/>
        <w:t>v 6.598176 14.228373 -0.510158</w:t>
        <w:br/>
        <w:t>v 6.693251 14.276513 -0.355433</w:t>
        <w:br/>
        <w:t>v 6.695117 13.900944 0.020696</w:t>
        <w:br/>
        <w:t>v 6.836411 13.831853 -0.119018</w:t>
        <w:br/>
        <w:t>v 6.667839 13.897432 -0.156993</w:t>
        <w:br/>
        <w:t>v 6.767977 14.113845 0.213383</w:t>
        <w:br/>
        <w:t>v 6.719266 14.043163 0.251491</w:t>
        <w:br/>
        <w:t>v 6.642118 14.070555 0.279765</w:t>
        <w:br/>
        <w:t>v 6.674117 14.149075 0.235013</w:t>
        <w:br/>
        <w:t>v 6.621235 14.008100 0.265482</w:t>
        <w:br/>
        <w:t>v 6.696776 14.009176 0.245129</w:t>
        <w:br/>
        <w:t>v 6.696776 14.009176 0.245129</w:t>
        <w:br/>
        <w:t>v 6.674541 13.934879 0.193641</w:t>
        <w:br/>
        <w:t>v 6.587029 13.947669 0.214603</w:t>
        <w:br/>
        <w:t>v 6.621235 14.008100 0.265482</w:t>
        <w:br/>
        <w:t>v 6.791224 13.835684 -0.319474</w:t>
        <w:br/>
        <w:t>v 6.290218 14.032464 -0.018506</w:t>
        <w:br/>
        <w:t>v 6.304992 14.070393 -0.260708</w:t>
        <w:br/>
        <w:t>v 6.177943 14.161282 -0.242643</w:t>
        <w:br/>
        <w:t>v 6.163053 14.154642 -0.078287</w:t>
        <w:br/>
        <w:t>v 6.321072 14.126085 -0.447171</w:t>
        <w:br/>
        <w:t>v 6.202621 14.217919 -0.407771</w:t>
        <w:br/>
        <w:t>v 6.394556 14.224131 -0.522801</w:t>
        <w:br/>
        <w:t>v 6.222542 14.308766 -0.489161</w:t>
        <w:br/>
        <w:t>v 6.436601 14.044458 -0.480954</w:t>
        <w:br/>
        <w:t>v 6.505847 14.138163 -0.558699</w:t>
        <w:br/>
        <w:t>v 6.435517 14.347128 -0.438028</w:t>
        <w:br/>
        <w:t>v 6.394556 14.224131 -0.522801</w:t>
        <w:br/>
        <w:t>v 6.432885 14.000889 -0.290830</w:t>
        <w:br/>
        <w:t>v 6.382477 13.939929 0.120631</w:t>
        <w:br/>
        <w:t>v 6.527834 13.935550 0.063832</w:t>
        <w:br/>
        <w:t>v 6.280452 14.123909 0.363562</w:t>
        <w:br/>
        <w:t>v 6.383201 14.179991 0.349013</w:t>
        <w:br/>
        <w:t>v 6.429451 14.352856 0.184851</w:t>
        <w:br/>
        <w:t>v 6.589957 14.257380 0.187586</w:t>
        <w:br/>
        <w:t>v 6.584642 14.176296 0.263605</w:t>
        <w:br/>
        <w:t>v 6.471234 14.185638 0.309002</w:t>
        <w:br/>
        <w:t>v 6.838996 13.849541 -0.204536</w:t>
        <w:br/>
        <w:t>v 7.012070 14.061797 -0.043580</w:t>
        <w:br/>
        <w:t>v 7.011329 14.074437 -0.194597</w:t>
        <w:br/>
        <w:t>v 6.985851 14.069873 -0.319779</w:t>
        <w:br/>
        <w:t>v 6.931451 14.041313 -0.459260</w:t>
        <w:br/>
        <w:t>v 6.582376 13.993564 0.285407</w:t>
        <w:br/>
        <w:t>v 6.827826 13.983826 0.239428</w:t>
        <w:br/>
        <w:t>v 6.827826 13.983826 0.239428</w:t>
        <w:br/>
        <w:t>v 6.221322 14.309537 0.253442</w:t>
        <w:br/>
        <w:t>v 6.321404 14.337235 0.238537</w:t>
        <w:br/>
        <w:t>v 6.961916 14.034265 0.188838</w:t>
        <w:br/>
        <w:t>v 7.019403 13.992789 0.174675</w:t>
        <w:br/>
        <w:t>v 6.986659 13.921762 0.211874</w:t>
        <w:br/>
        <w:t>v 6.925547 13.949244 0.227319</w:t>
        <w:br/>
        <w:t>v 6.880089 14.075396 0.203352</w:t>
        <w:br/>
        <w:t>v 6.800416 13.919606 -0.655703</w:t>
        <w:br/>
        <w:t>v 6.833578 13.969747 -0.639971</w:t>
        <w:br/>
        <w:t>v 6.792632 14.010667 -0.628452</w:t>
        <w:br/>
        <w:t>v 6.752052 13.959850 -0.644727</w:t>
        <w:br/>
        <w:t>v 6.800416 13.919606 -0.655703</w:t>
        <w:br/>
        <w:t>v 6.986659 13.921762 0.211874</w:t>
        <w:br/>
        <w:t>v 6.617190 13.669606 0.453206</w:t>
        <w:br/>
        <w:t>v 6.567894 13.714249 0.416835</w:t>
        <w:br/>
        <w:t>v 6.537988 13.729569 0.476678</w:t>
        <w:br/>
        <w:t>v 6.593222 13.679555 0.508155</w:t>
        <w:br/>
        <w:t>v 6.637500 13.640431 0.538098</w:t>
        <w:br/>
        <w:t>v 6.700200 13.586294 0.581383</w:t>
        <w:br/>
        <w:t>v 6.726893 13.564009 0.533854</w:t>
        <w:br/>
        <w:t>v 6.661572 13.625840 0.478228</w:t>
        <w:br/>
        <w:t>v 6.593222 13.679555 0.508155</w:t>
        <w:br/>
        <w:t>v 6.608047 13.735222 0.539792</w:t>
        <w:br/>
        <w:t>v 6.623610 13.719998 0.548763</w:t>
        <w:br/>
        <w:t>v 6.618922 13.735009 0.375402</w:t>
        <w:br/>
        <w:t>v 6.663527 13.690827 0.418612</w:t>
        <w:br/>
        <w:t>v 6.768845 13.582710 0.508216</w:t>
        <w:br/>
        <w:t>v 6.703285 13.645924 0.447549</w:t>
        <w:br/>
        <w:t>v 6.773250 13.539338 0.582744</w:t>
        <w:br/>
        <w:t>v 6.802724 13.531532 0.630927</w:t>
        <w:br/>
        <w:t>v 6.840920 13.538031 0.619996</w:t>
        <w:br/>
        <w:t>v 6.811745 13.553690 0.562437</w:t>
        <w:br/>
        <w:t>v 6.850204 13.553603 0.672254</w:t>
        <w:br/>
        <w:t>v 6.847035 13.554201 0.665105</w:t>
        <w:br/>
        <w:t>v 6.830100 13.543639 0.671694</w:t>
        <w:br/>
        <w:t>v 6.609699 13.817275 0.515985</w:t>
        <w:br/>
        <w:t>v 6.562166 13.776702 0.515252</w:t>
        <w:br/>
        <w:t>v 6.424624 13.925295 0.449948</w:t>
        <w:br/>
        <w:t>v 6.485977 13.970971 0.444446</w:t>
        <w:br/>
        <w:t>v 6.342083 13.912088 0.384725</w:t>
        <w:br/>
        <w:t>v 6.295507 13.967436 0.365416</w:t>
        <w:br/>
        <w:t>v 6.797690 13.611541 0.643708</w:t>
        <w:br/>
        <w:t>v 6.830100 13.543639 0.671694</w:t>
        <w:br/>
        <w:t>v 6.813880 13.539306 0.666303</w:t>
        <w:br/>
        <w:t>v 6.767717 13.576154 0.643118</w:t>
        <w:br/>
        <w:t>v 6.668362 13.781982 0.386780</w:t>
        <w:br/>
        <w:t>v 6.682624 13.826380 0.428922</w:t>
        <w:br/>
        <w:t>v 6.709686 13.730493 0.427333</w:t>
        <w:br/>
        <w:t>v 6.726979 13.773434 0.463786</w:t>
        <w:br/>
        <w:t>v 6.726979 13.773434 0.463786</w:t>
        <w:br/>
        <w:t>v 6.713253 13.766538 0.524549</w:t>
        <w:br/>
        <w:t>v 6.702734 13.777509 0.516948</w:t>
        <w:br/>
        <w:t>v 6.859190 13.572783 0.608442</w:t>
        <w:br/>
        <w:t>v 6.841791 13.588795 0.564063</w:t>
        <w:br/>
        <w:t>v 6.538699 13.986455 0.398507</w:t>
        <w:br/>
        <w:t>v 6.654639 13.839290 0.481152</w:t>
        <w:br/>
        <w:t>v 6.850204 13.553603 0.672254</w:t>
        <w:br/>
        <w:t>v 6.863361 13.565301 0.662174</w:t>
        <w:br/>
        <w:t>v 6.804565 13.621161 0.510694</w:t>
        <w:br/>
        <w:t>v 6.745522 13.685160 0.453939</w:t>
        <w:br/>
        <w:t>v 6.682624 13.826380 0.428922</w:t>
        <w:br/>
        <w:t>v 6.422272 13.828977 0.337463</w:t>
        <w:br/>
        <w:t>v 6.494407 13.851127 0.278721</w:t>
        <w:br/>
        <w:t>v 6.537988 13.729569 0.476678</w:t>
        <w:br/>
        <w:t>v 6.394419 13.863925 0.407001</w:t>
        <w:br/>
        <w:t>v 6.758143 13.547140 0.619410</w:t>
        <w:br/>
        <w:t>v 6.764126 13.727113 0.497889</w:t>
        <w:br/>
        <w:t>v 6.814560 13.670138 0.544166</w:t>
        <w:br/>
        <w:t>v 6.675804 13.745881 0.558137</w:t>
        <w:br/>
        <w:t>v 6.663781 13.758426 0.549997</w:t>
        <w:br/>
        <w:t>v 6.634281 13.709268 0.555314</w:t>
        <w:br/>
        <w:t>v 6.851667 13.620554 0.583016</w:t>
        <w:br/>
        <w:t>v 6.833194 13.625181 0.619731</w:t>
        <w:br/>
        <w:t>v 6.787220 13.679583 0.583006</w:t>
        <w:br/>
        <w:t>v 6.814560 13.670138 0.544166</w:t>
        <w:br/>
        <w:t>v 6.851667 13.620554 0.583016</w:t>
        <w:br/>
        <w:t>v 6.865148 13.575968 0.649833</w:t>
        <w:br/>
        <w:t>v 6.863361 13.565301 0.662174</w:t>
        <w:br/>
        <w:t>v 6.758143 13.547140 0.619410</w:t>
        <w:br/>
        <w:t>v 6.700200 13.586294 0.581383</w:t>
        <w:br/>
        <w:t>v 6.713703 13.631142 0.603577</w:t>
        <w:br/>
        <w:t>v 6.767717 13.576154 0.643118</w:t>
        <w:br/>
        <w:t>v 6.851667 13.620554 0.583016</w:t>
        <w:br/>
        <w:t>v 6.859190 13.572783 0.608442</w:t>
        <w:br/>
        <w:t>v 6.865148 13.575968 0.649833</w:t>
        <w:br/>
        <w:t>v 6.813880 13.539306 0.666303</w:t>
        <w:br/>
        <w:t>v 6.802724 13.531532 0.630927</w:t>
        <w:br/>
        <w:t>v 7.048443 13.975874 0.168819</w:t>
        <w:br/>
        <w:t>v 7.018951 13.904560 0.202323</w:t>
        <w:br/>
        <w:t>v 7.018951 13.904560 0.202323</w:t>
        <w:br/>
        <w:t>v 7.288270 13.739247 0.159481</w:t>
        <w:br/>
        <w:t>v 7.223802 13.777021 0.167819</w:t>
        <w:br/>
        <w:t>v 7.261245 13.827673 0.140917</w:t>
        <w:br/>
        <w:t>v 7.306898 13.792820 0.136796</w:t>
        <w:br/>
        <w:t>v 7.185328 13.722967 0.131786</w:t>
        <w:br/>
        <w:t>v 7.056531 13.794327 0.145636</w:t>
        <w:br/>
        <w:t>v 7.094806 13.858686 0.185493</w:t>
        <w:br/>
        <w:t>v 7.223802 13.777021 0.167819</w:t>
        <w:br/>
        <w:t>v 7.300061 13.664072 0.124309</w:t>
        <w:br/>
        <w:t>v 7.339635 13.705929 0.154745</w:t>
        <w:br/>
        <w:t>v 7.451974 13.633160 0.141272</w:t>
        <w:br/>
        <w:t>v 7.423221 13.596336 0.111733</w:t>
        <w:br/>
        <w:t>v 7.509931 13.599041 0.135580</w:t>
        <w:br/>
        <w:t>v 7.482080 13.565710 0.107320</w:t>
        <w:br/>
        <w:t>v 7.339635 13.705929 0.154745</w:t>
        <w:br/>
        <w:t>v 7.377487 13.744846 0.131098</w:t>
        <w:br/>
        <w:t>v 7.479562 13.675137 0.120192</w:t>
        <w:br/>
        <w:t>v 7.451974 13.633160 0.141272</w:t>
        <w:br/>
        <w:t>v 7.041854 13.770350 0.074582</w:t>
        <w:br/>
        <w:t>v 7.171164 13.706430 0.065342</w:t>
        <w:br/>
        <w:t>v 7.284528 13.651485 0.060601</w:t>
        <w:br/>
        <w:t>v 7.409917 13.585184 0.055688</w:t>
        <w:br/>
        <w:t>v 7.471773 13.553115 0.053596</w:t>
        <w:br/>
        <w:t>v 7.730236 13.499406 0.091050</w:t>
        <w:br/>
        <w:t>v 7.737934 13.493773 0.058359</w:t>
        <w:br/>
        <w:t>v 7.681398 13.487185 0.052398</w:t>
        <w:br/>
        <w:t>v 7.684330 13.493275 0.090173</w:t>
        <w:br/>
        <w:t>v 7.756290 13.518669 0.062450</w:t>
        <w:br/>
        <w:t>v 7.730236 13.499406 0.091050</w:t>
        <w:br/>
        <w:t>v 7.751222 13.515783 0.088894</w:t>
        <w:br/>
        <w:t>v 7.396494 13.768116 0.081699</w:t>
        <w:br/>
        <w:t>v 7.496787 13.697126 0.074625</w:t>
        <w:br/>
        <w:t>v 7.064555 14.010736 0.112102</w:t>
        <w:br/>
        <w:t>v 7.555568 13.627043 0.114162</w:t>
        <w:br/>
        <w:t>v 7.570763 13.646902 0.071568</w:t>
        <w:br/>
        <w:t>v 7.654045 13.591881 0.065626</w:t>
        <w:br/>
        <w:t>v 7.646058 13.571814 0.105629</w:t>
        <w:br/>
        <w:t>v 7.036943 13.911388 -0.000306</w:t>
        <w:br/>
        <w:t>v 7.058496 13.984436 0.040325</w:t>
        <w:br/>
        <w:t>v 7.223311 13.807737 -0.002434</w:t>
        <w:br/>
        <w:t>v 7.285248 13.767983 -0.002000</w:t>
        <w:br/>
        <w:t>v 7.309926 13.813367 0.032277</w:t>
        <w:br/>
        <w:t>v 7.264380 13.848032 0.033897</w:t>
        <w:br/>
        <w:t>v 7.254697 13.707534 0.008666</w:t>
        <w:br/>
        <w:t>v 7.285248 13.767983 -0.002000</w:t>
        <w:br/>
        <w:t>v 7.223311 13.807737 -0.002434</w:t>
        <w:br/>
        <w:t>v 7.191674 13.741442 0.008782</w:t>
        <w:br/>
        <w:t>v 7.104940 13.873379 -0.003912</w:t>
        <w:br/>
        <w:t>v 7.063767 13.803843 0.007460</w:t>
        <w:br/>
        <w:t>v 7.138259 13.928688 0.038635</w:t>
        <w:br/>
        <w:t>v 7.104940 13.873379 -0.003912</w:t>
        <w:br/>
        <w:t>v 7.456676 13.660128 -0.003638</w:t>
        <w:br/>
        <w:t>v 7.341588 13.732756 -0.002027</w:t>
        <w:br/>
        <w:t>v 7.306209 13.683046 0.009049</w:t>
        <w:br/>
        <w:t>v 7.425178 13.612143 0.009601</w:t>
        <w:br/>
        <w:t>v 7.486272 13.691878 0.026058</w:t>
        <w:br/>
        <w:t>v 7.382246 13.761593 0.029522</w:t>
        <w:br/>
        <w:t>v 7.341588 13.732756 -0.002027</w:t>
        <w:br/>
        <w:t>v 7.456676 13.660128 -0.003638</w:t>
        <w:br/>
        <w:t>v 6.986454 13.844402 0.013588</w:t>
        <w:br/>
        <w:t>v 7.235430 13.674932 0.062516</w:t>
        <w:br/>
        <w:t>v 7.487785 13.582531 0.008381</w:t>
        <w:br/>
        <w:t>v 7.688503 13.509840 0.019043</w:t>
        <w:br/>
        <w:t>v 7.733523 13.511772 0.028461</w:t>
        <w:br/>
        <w:t>v 7.562889 13.640770 0.028086</w:t>
        <w:br/>
        <w:t>v 7.649495 13.585799 0.029349</w:t>
        <w:br/>
        <w:t>v 7.631785 13.538728 0.121249</w:t>
        <w:br/>
        <w:t>v 7.613209 13.509923 0.097193</w:t>
        <w:br/>
        <w:t>v 7.604305 13.499807 0.050965</w:t>
        <w:br/>
        <w:t>v 7.615433 13.526583 0.010529</w:t>
        <w:br/>
        <w:t>v 7.697248 13.514448 0.108043</w:t>
        <w:br/>
        <w:t>v 7.708266 13.535777 0.018743</w:t>
        <w:br/>
        <w:t>v 7.634768 13.563281 0.005253</w:t>
        <w:br/>
        <w:t>v 7.516877 13.626627 -0.001842</w:t>
        <w:br/>
        <w:t>v 7.288270 13.739247 0.159481</w:t>
        <w:br/>
        <w:t>v 7.247561 13.692077 0.125225</w:t>
        <w:br/>
        <w:t>v 7.552112 13.648306 0.027832</w:t>
        <w:br/>
        <w:t>v 7.516877 13.626627 -0.001842</w:t>
        <w:br/>
        <w:t>v 7.509931 13.599041 0.135580</w:t>
        <w:br/>
        <w:t>v 7.529349 13.643572 0.116094</w:t>
        <w:br/>
        <w:t>v 7.543777 13.665104 0.072561</w:t>
        <w:br/>
        <w:t>v 7.535634 13.658880 0.027114</w:t>
        <w:br/>
        <w:t>v 7.631785 13.538728 0.121249</w:t>
        <w:br/>
        <w:t>v 7.751222 13.515783 0.088894</w:t>
        <w:br/>
        <w:t>v 7.730236 13.499406 0.091050</w:t>
        <w:br/>
        <w:t>v 7.697248 13.514448 0.108043</w:t>
        <w:br/>
        <w:t>v 7.710264 13.537111 0.098671</w:t>
        <w:br/>
        <w:t>v 7.714318 13.549996 0.032204</w:t>
        <w:br/>
        <w:t>v 7.634768 13.563281 0.005253</w:t>
        <w:br/>
        <w:t>v 7.708266 13.535777 0.018743</w:t>
        <w:br/>
        <w:t>v 7.752871 13.534549 0.064163</w:t>
        <w:br/>
        <w:t>v 7.751222 13.515783 0.088894</w:t>
        <w:br/>
        <w:t>v 7.710264 13.537111 0.098671</w:t>
        <w:br/>
        <w:t>v 7.718312 13.555254 0.065348</w:t>
        <w:br/>
        <w:t>v 7.714318 13.549996 0.032204</w:t>
        <w:br/>
        <w:t>v 7.764230 13.521862 0.047040</w:t>
        <w:br/>
        <w:t>v 7.756290 13.518669 0.062450</w:t>
        <w:br/>
        <w:t>v 7.771237 13.517462 0.063643</w:t>
        <w:br/>
        <w:t>v 7.733523 13.511772 0.028461</w:t>
        <w:br/>
        <w:t>v 7.753703 13.528043 0.037409</w:t>
        <w:br/>
        <w:t>v 7.221528 13.828055 -0.035639</w:t>
        <w:br/>
        <w:t>v 7.124622 13.877539 -0.022187</w:t>
        <w:br/>
        <w:t>v 7.134869 13.984807 -0.050467</w:t>
        <w:br/>
        <w:t>v 7.247799 13.919068 -0.060603</w:t>
        <w:br/>
        <w:t>v 7.183311 13.743068 -0.067499</w:t>
        <w:br/>
        <w:t>v 7.099592 13.785750 -0.057413</w:t>
        <w:br/>
        <w:t>v 7.124622 13.877539 -0.022187</w:t>
        <w:br/>
        <w:t>v 7.221528 13.828055 -0.035639</w:t>
        <w:br/>
        <w:t>v 7.578894 13.576884 -0.137301</w:t>
        <w:br/>
        <w:t>v 7.507354 13.609884 -0.127831</w:t>
        <w:br/>
        <w:t>v 7.531543 13.656747 -0.100734</w:t>
        <w:br/>
        <w:t>v 7.600588 13.614891 -0.111891</w:t>
        <w:br/>
        <w:t>v 7.775374 13.578674 -0.155440</w:t>
        <w:br/>
        <w:t>v 7.758173 13.544658 -0.137286</w:t>
        <w:br/>
        <w:t>v 7.600588 13.614891 -0.111891</w:t>
        <w:br/>
        <w:t>v 7.649005 13.648424 -0.138746</w:t>
        <w:br/>
        <w:t>v 7.622583 13.664403 -0.135246</w:t>
        <w:br/>
        <w:t>v 7.531543 13.656747 -0.100734</w:t>
        <w:br/>
        <w:t>v 7.559105 13.702429 -0.127472</w:t>
        <w:br/>
        <w:t>v 7.076791 13.759435 -0.128829</w:t>
        <w:br/>
        <w:t>v 7.145870 13.723588 -0.150652</w:t>
        <w:br/>
        <w:t>v 7.491707 13.591603 -0.191630</w:t>
        <w:br/>
        <w:t>v 7.563004 13.561265 -0.197557</w:t>
        <w:br/>
        <w:t>v 7.834789 13.491697 -0.168353</w:t>
        <w:br/>
        <w:t>v 7.868413 13.497761 -0.174823</w:t>
        <w:br/>
        <w:t>v 7.881307 13.493295 -0.209797</w:t>
        <w:br/>
        <w:t>v 7.827850 13.478506 -0.212765</w:t>
        <w:br/>
        <w:t>v 7.904618 13.528210 -0.208822</w:t>
        <w:br/>
        <w:t>v 7.907263 13.527653 -0.192630</w:t>
        <w:br/>
        <w:t>v 7.914519 13.530065 -0.209782</w:t>
        <w:br/>
        <w:t>v 7.661108 13.668112 -0.182422</w:t>
        <w:br/>
        <w:t>v 7.773856 13.598693 -0.194326</w:t>
        <w:br/>
        <w:t>v 7.634110 13.685444 -0.179971</w:t>
        <w:br/>
        <w:t>v 7.573198 13.723478 -0.174200</w:t>
        <w:br/>
        <w:t>v 7.141568 14.028201 -0.120658</w:t>
        <w:br/>
        <w:t>v 7.252304 13.970351 -0.138885</w:t>
        <w:br/>
        <w:t>v 7.119507 14.016222 -0.198397</w:t>
        <w:br/>
        <w:t>v 7.084328 13.933672 -0.255566</w:t>
        <w:br/>
        <w:t>v 7.194908 13.866739 -0.263114</w:t>
        <w:br/>
        <w:t>v 7.233375 13.947064 -0.222545</w:t>
        <w:br/>
        <w:t>v 7.070224 13.797866 -0.218473</w:t>
        <w:br/>
        <w:t>v 7.161839 13.758826 -0.236926</w:t>
        <w:br/>
        <w:t>v 7.599379 13.631533 -0.259478</w:t>
        <w:br/>
        <w:t>v 7.743748 13.552994 -0.258702</w:t>
        <w:br/>
        <w:t>v 7.768219 13.584717 -0.236199</w:t>
        <w:br/>
        <w:t>v 7.646618 13.660034 -0.230694</w:t>
        <w:br/>
        <w:t>v 7.571305 13.589075 -0.244277</w:t>
        <w:br/>
        <w:t>v 7.726196 13.523671 -0.245963</w:t>
        <w:br/>
        <w:t>v 7.503952 13.620463 -0.242556</w:t>
        <w:br/>
        <w:t>v 7.530788 13.673029 -0.256322</w:t>
        <w:br/>
        <w:t>v 7.621918 13.675282 -0.229246</w:t>
        <w:br/>
        <w:t>v 7.558530 13.713591 -0.224184</w:t>
        <w:br/>
        <w:t>v 7.827392 13.497139 -0.245263</w:t>
        <w:br/>
        <w:t>v 7.865614 13.505435 -0.241399</w:t>
        <w:br/>
        <w:t>v 7.265093 13.738493 -0.217502</w:t>
        <w:br/>
        <w:t>v 7.324956 13.712687 -0.230426</w:t>
        <w:br/>
        <w:t>v 7.362152 13.771136 -0.248383</w:t>
        <w:br/>
        <w:t>v 7.306724 13.798018 -0.246184</w:t>
        <w:br/>
        <w:t>v 7.455961 13.808015 -0.163534</w:t>
        <w:br/>
        <w:t>v 7.415351 13.837693 -0.158907</w:t>
        <w:br/>
        <w:t>v 7.395708 13.823052 -0.217347</w:t>
        <w:br/>
        <w:t>v 7.438705 13.794271 -0.219417</w:t>
        <w:br/>
        <w:t>v 7.247769 13.715961 -0.166410</w:t>
        <w:br/>
        <w:t>v 7.277309 13.724931 -0.099537</w:t>
        <w:br/>
        <w:t>v 7.330640 13.701742 -0.105330</w:t>
        <w:br/>
        <w:t>v 7.313079 13.680996 -0.171936</w:t>
        <w:br/>
        <w:t>v 7.735930 13.517808 -0.156824</w:t>
        <w:br/>
        <w:t>v 7.721220 13.503836 -0.205334</w:t>
        <w:br/>
        <w:t>v 7.758173 13.544658 -0.137286</w:t>
        <w:br/>
        <w:t>v 7.842763 13.510547 -0.159717</w:t>
        <w:br/>
        <w:t>v 7.834496 13.518868 -0.250684</w:t>
        <w:br/>
        <w:t>v 7.782577 13.589011 -0.194861</w:t>
        <w:br/>
        <w:t>v 7.788233 13.577340 -0.163737</w:t>
        <w:br/>
        <w:t>v 7.783367 13.582127 -0.229134</w:t>
        <w:br/>
        <w:t>v 7.842763 13.510547 -0.159717</w:t>
        <w:br/>
        <w:t>v 7.849829 13.543396 -0.170265</w:t>
        <w:br/>
        <w:t>v 7.890870 13.524979 -0.181296</w:t>
        <w:br/>
        <w:t>v 7.868413 13.497761 -0.174823</w:t>
        <w:br/>
        <w:t>v 7.847316 13.548551 -0.236133</w:t>
        <w:br/>
        <w:t>v 7.907263 13.527653 -0.192630</w:t>
        <w:br/>
        <w:t>v 7.890870 13.524979 -0.181296</w:t>
        <w:br/>
        <w:t>v 7.849829 13.543396 -0.170265</w:t>
        <w:br/>
        <w:t>v 7.854090 13.557227 -0.201760</w:t>
        <w:br/>
        <w:t>v 7.903821 13.531325 -0.225769</w:t>
        <w:br/>
        <w:t>v 7.914519 13.530065 -0.209782</w:t>
        <w:br/>
        <w:t>v 7.317970 13.780882 -0.074937</w:t>
        <w:br/>
        <w:t>v 7.370123 13.755180 -0.079794</w:t>
        <w:br/>
        <w:t>v 7.903821 13.531325 -0.225769</w:t>
        <w:br/>
        <w:t>v 7.889502 13.531362 -0.235148</w:t>
        <w:br/>
        <w:t>v 7.303025 13.758622 -0.307483</w:t>
        <w:br/>
        <w:t>v 7.230390 13.802692 -0.301659</w:t>
        <w:br/>
        <w:t>v 7.255598 13.848422 -0.341973</w:t>
        <w:br/>
        <w:t>v 7.311958 13.810026 -0.346708</w:t>
        <w:br/>
        <w:t>v 7.230390 13.802692 -0.301659</w:t>
        <w:br/>
        <w:t>v 7.188291 13.732844 -0.305361</w:t>
        <w:br/>
        <w:t>v 7.375636 13.709602 -0.310836</w:t>
        <w:br/>
        <w:t>v 7.337679 13.654762 -0.320318</w:t>
        <w:br/>
        <w:t>v 7.265026 13.698492 -0.315236</w:t>
        <w:br/>
        <w:t>v 7.303025 13.758622 -0.307483</w:t>
        <w:br/>
        <w:t>v 7.548941 13.541000 -0.337524</w:t>
        <w:br/>
        <w:t>v 7.488514 13.573111 -0.332528</w:t>
        <w:br/>
        <w:t>v 7.511530 13.622669 -0.320741</w:t>
        <w:br/>
        <w:t>v 7.573814 13.587186 -0.328654</w:t>
        <w:br/>
        <w:t>v 7.587582 13.622394 -0.364888</w:t>
        <w:br/>
        <w:t>v 7.573814 13.587186 -0.328654</w:t>
        <w:br/>
        <w:t>v 7.511530 13.622669 -0.320741</w:t>
        <w:br/>
        <w:t>v 7.533411 13.657846 -0.359621</w:t>
        <w:br/>
        <w:t>v 7.407516 13.745467 -0.352263</w:t>
        <w:br/>
        <w:t>v 7.375636 13.709602 -0.310836</w:t>
        <w:br/>
        <w:t>v 7.352416 13.783092 -0.348214</w:t>
        <w:br/>
        <w:t>v 7.163145 13.694564 -0.355910</w:t>
        <w:br/>
        <w:t>v 7.313037 13.617296 -0.365398</w:t>
        <w:br/>
        <w:t>v 7.239404 13.658618 -0.362897</w:t>
        <w:br/>
        <w:t>v 7.529660 13.512329 -0.380791</w:t>
        <w:br/>
        <w:t>v 7.469375 13.542332 -0.376608</w:t>
        <w:br/>
        <w:t>v 7.793098 13.454329 -0.416708</w:t>
        <w:br/>
        <w:t>v 7.729829 13.443275 -0.402744</w:t>
        <w:br/>
        <w:t>v 7.738199 13.461164 -0.371133</w:t>
        <w:br/>
        <w:t>v 7.787807 13.474478 -0.378802</w:t>
        <w:br/>
        <w:t>v 7.813636 13.481380 -0.425518</w:t>
        <w:br/>
        <w:t>v 7.820913 13.483678 -0.409762</w:t>
        <w:br/>
        <w:t>v 7.825229 13.481577 -0.427153</w:t>
        <w:br/>
        <w:t>v 7.591233 13.627226 -0.417457</w:t>
        <w:br/>
        <w:t>v 7.538858 13.661520 -0.415331</w:t>
        <w:br/>
        <w:t>v 7.355833 13.789057 -0.408185</w:t>
        <w:br/>
        <w:t>v 7.411597 13.750694 -0.410865</w:t>
        <w:br/>
        <w:t>v 7.256241 13.856544 -0.405085</w:t>
        <w:br/>
        <w:t>v 7.314942 13.816375 -0.407499</w:t>
        <w:br/>
        <w:t>v 7.621805 13.607094 -0.419269</w:t>
        <w:br/>
        <w:t>v 7.689891 13.562422 -0.421618</w:t>
        <w:br/>
        <w:t>v 7.698940 13.555141 -0.377443</w:t>
        <w:br/>
        <w:t>v 7.618592 13.602193 -0.368268</w:t>
        <w:br/>
        <w:t>v 7.271342 13.722855 -0.467035</w:t>
        <w:br/>
        <w:t>v 7.293755 13.784507 -0.454536</w:t>
        <w:br/>
        <w:t>v 7.236473 13.823671 -0.452949</w:t>
        <w:br/>
        <w:t>v 7.198707 13.767187 -0.465570</w:t>
        <w:br/>
        <w:t>v 7.246233 13.673257 -0.428560</w:t>
        <w:br/>
        <w:t>v 7.271342 13.722855 -0.467035</w:t>
        <w:br/>
        <w:t>v 7.198707 13.767187 -0.465570</w:t>
        <w:br/>
        <w:t>v 7.170532 13.712676 -0.425031</w:t>
        <w:br/>
        <w:t>v 7.554511 13.554838 -0.468038</w:t>
        <w:br/>
        <w:t>v 7.575263 13.601533 -0.457449</w:t>
        <w:br/>
        <w:t>v 7.519232 13.637333 -0.456576</w:t>
        <w:br/>
        <w:t>v 7.490821 13.592326 -0.468479</w:t>
        <w:br/>
        <w:t>v 7.471756 13.552228 -0.434321</w:t>
        <w:br/>
        <w:t>v 7.529267 13.518617 -0.436909</w:t>
        <w:br/>
        <w:t>v 7.554511 13.554838 -0.468038</w:t>
        <w:br/>
        <w:t>v 7.490821 13.592326 -0.468479</w:t>
        <w:br/>
        <w:t>v 7.321330 13.629581 -0.431170</w:t>
        <w:br/>
        <w:t>v 7.349877 13.676549 -0.467754</w:t>
        <w:br/>
        <w:t>v 7.349877 13.676549 -0.467754</w:t>
        <w:br/>
        <w:t>v 7.389987 13.722360 -0.455622</w:t>
        <w:br/>
        <w:t>v 7.333267 13.758718 -0.454612</w:t>
        <w:br/>
        <w:t>v 7.727054 13.446115 -0.438943</w:t>
        <w:br/>
        <w:t>v 7.775633 13.451169 -0.452099</w:t>
        <w:br/>
        <w:t>v 7.682458 13.535689 -0.457278</w:t>
        <w:br/>
        <w:t>v 7.604497 13.582984 -0.458299</w:t>
        <w:br/>
        <w:t>v 7.686062 13.523725 -0.343599</w:t>
        <w:br/>
        <w:t>v 7.669849 13.490703 -0.352650</w:t>
        <w:br/>
        <w:t>v 7.646707 13.465282 -0.390569</w:t>
        <w:br/>
        <w:t>v 7.645473 13.473753 -0.438219</w:t>
        <w:br/>
        <w:t>v 7.755291 13.487610 -0.364441</w:t>
        <w:br/>
        <w:t>v 7.738102 13.461864 -0.458812</w:t>
        <w:br/>
        <w:t>v 7.658865 13.496479 -0.464331</w:t>
        <w:br/>
        <w:t>v 7.658865 13.496479 -0.464331</w:t>
        <w:br/>
        <w:t>v 7.686062 13.523725 -0.343599</w:t>
        <w:br/>
        <w:t>v 7.699480 13.535583 -0.448982</w:t>
        <w:br/>
        <w:t>v 7.770110 13.510263 -0.389426</w:t>
        <w:br/>
        <w:t>v 7.755291 13.487610 -0.364441</w:t>
        <w:br/>
        <w:t>v 7.738102 13.461864 -0.458812</w:t>
        <w:br/>
        <w:t>v 7.757091 13.494981 -0.453769</w:t>
        <w:br/>
        <w:t>v 7.820913 13.483678 -0.409762</w:t>
        <w:br/>
        <w:t>v 7.811996 13.485419 -0.401206</w:t>
        <w:br/>
        <w:t>v 7.770110 13.510263 -0.389426</w:t>
        <w:br/>
        <w:t>v 7.769629 13.515843 -0.424111</w:t>
        <w:br/>
        <w:t>v 7.825229 13.481577 -0.427153</w:t>
        <w:br/>
        <w:t>v 7.815569 13.477062 -0.440927</w:t>
        <w:br/>
        <w:t>v 7.775633 13.451169 -0.452099</w:t>
        <w:br/>
        <w:t>v 7.801420 13.474656 -0.448198</w:t>
        <w:br/>
        <w:t>v 7.100176 13.757022 -0.542072</w:t>
        <w:br/>
        <w:t>v 7.111662 13.797425 -0.582191</w:t>
        <w:br/>
        <w:t>v 7.269090 13.623425 -0.573803</w:t>
        <w:br/>
        <w:t>v 7.241538 13.589161 -0.573517</w:t>
        <w:br/>
        <w:t>v 7.180694 13.629312 -0.561680</w:t>
        <w:br/>
        <w:t>v 7.211927 13.669268 -0.564094</w:t>
        <w:br/>
        <w:t>v 7.269090 13.623425 -0.573803</w:t>
        <w:br/>
        <w:t>v 7.211927 13.669268 -0.564094</w:t>
        <w:br/>
        <w:t>v 7.231259 13.691898 -0.602735</w:t>
        <w:br/>
        <w:t>v 7.278368 13.654605 -0.609800</w:t>
        <w:br/>
        <w:t>v 7.085441 13.647109 -0.585240</w:t>
        <w:br/>
        <w:t>v 7.033336 13.689419 -0.577935</w:t>
        <w:br/>
        <w:t>v 7.058267 13.716836 -0.537875</w:t>
        <w:br/>
        <w:t>v 7.111617 13.677829 -0.548085</w:t>
        <w:br/>
        <w:t>v 7.156108 13.600921 -0.598660</w:t>
        <w:br/>
        <w:t>v 7.220109 13.563963 -0.609399</w:t>
        <w:br/>
        <w:t>v 7.434151 13.494931 -0.662109</w:t>
        <w:br/>
        <w:t>v 7.391160 13.489558 -0.644699</w:t>
        <w:br/>
        <w:t>v 7.402108 13.507140 -0.620047</w:t>
        <w:br/>
        <w:t>v 7.435601 13.509418 -0.636754</w:t>
        <w:br/>
        <w:t>v 7.457278 13.515943 -0.676892</w:t>
        <w:br/>
        <w:t>v 7.464140 13.519473 -0.665441</w:t>
        <w:br/>
        <w:t>v 7.464128 13.515925 -0.678581</w:t>
        <w:br/>
        <w:t>v 7.274333 13.654443 -0.653028</w:t>
        <w:br/>
        <w:t>v 7.229571 13.691630 -0.649246</w:t>
        <w:br/>
        <w:t>v 7.298940 13.635256 -0.655782</w:t>
        <w:br/>
        <w:t>v 7.357407 13.592407 -0.663176</w:t>
        <w:br/>
        <w:t>v 7.370362 13.588268 -0.630082</w:t>
        <w:br/>
        <w:t>v 7.300676 13.637478 -0.613592</w:t>
        <w:br/>
        <w:t>v 7.054078 13.722386 -0.677887</w:t>
        <w:br/>
        <w:t>v 7.080064 13.776042 -0.671628</w:t>
        <w:br/>
        <w:t>v 7.028460 13.690557 -0.634595</w:t>
        <w:br/>
        <w:t>v 7.168972 13.630765 -0.684484</w:t>
        <w:br/>
        <w:t>v 7.229298 13.590920 -0.686309</w:t>
        <w:br/>
        <w:t>v 7.252306 13.633041 -0.683051</w:t>
        <w:br/>
        <w:t>v 7.204039 13.669437 -0.681764</w:t>
        <w:br/>
        <w:t>v 7.152725 13.604157 -0.648512</w:t>
        <w:br/>
        <w:t>v 7.215773 13.566612 -0.654175</w:t>
        <w:br/>
        <w:t>v 7.083484 13.651343 -0.641133</w:t>
        <w:br/>
        <w:t>v 7.103046 13.682633 -0.680435</w:t>
        <w:br/>
        <w:t>v 7.142287 13.722815 -0.678373</w:t>
        <w:br/>
        <w:t>v 7.109884 13.750202 -0.675124</w:t>
        <w:br/>
        <w:t>v 7.381464 13.488202 -0.675120</w:t>
        <w:br/>
        <w:t>v 7.419082 13.491638 -0.686215</w:t>
        <w:br/>
        <w:t>v 7.172204 13.747556 -0.643811</w:t>
        <w:br/>
        <w:t>v 7.140461 13.776525 -0.639134</w:t>
        <w:br/>
        <w:t>v 7.347496 13.569137 -0.687828</w:t>
        <w:br/>
        <w:t>v 7.276735 13.615223 -0.684838</w:t>
        <w:br/>
        <w:t>v 7.361713 13.562006 -0.599174</w:t>
        <w:br/>
        <w:t>v 7.340242 13.532501 -0.600137</w:t>
        <w:br/>
        <w:t>v 7.321655 13.510046 -0.625738</w:t>
        <w:br/>
        <w:t>v 7.317169 13.512584 -0.664603</w:t>
        <w:br/>
        <w:t>v 7.140499 13.773999 -0.588513</w:t>
        <w:br/>
        <w:t>v 7.172145 13.746853 -0.593325</w:t>
        <w:br/>
        <w:t>v 7.147462 13.722873 -0.552019</w:t>
        <w:br/>
        <w:t>v 7.100176 13.757022 -0.542072</w:t>
        <w:br/>
        <w:t>v 7.147462 13.722873 -0.552019</w:t>
        <w:br/>
        <w:t>v 7.420089 13.526794 -0.619530</w:t>
        <w:br/>
        <w:t>v 7.389448 13.500504 -0.690302</w:t>
        <w:br/>
        <w:t>v 7.324917 13.531355 -0.688459</w:t>
        <w:br/>
        <w:t>v 7.361713 13.562006 -0.599174</w:t>
        <w:br/>
        <w:t>v 7.375363 13.584926 -0.638825</w:t>
        <w:br/>
        <w:t>v 7.411418 13.528502 -0.692400</w:t>
        <w:br/>
        <w:t>v 7.422182 13.549202 -0.672956</w:t>
        <w:br/>
        <w:t>v 7.358036 13.570245 -0.683809</w:t>
        <w:br/>
        <w:t>v 7.420089 13.526794 -0.619530</w:t>
        <w:br/>
        <w:t>v 7.428801 13.544731 -0.645095</w:t>
        <w:br/>
        <w:t>v 7.458670 13.522471 -0.654977</w:t>
        <w:br/>
        <w:t>v 7.435601 13.509418 -0.636754</w:t>
        <w:br/>
        <w:t>v 7.411418 13.528502 -0.692400</w:t>
        <w:br/>
        <w:t>v 7.464140 13.519473 -0.665441</w:t>
        <w:br/>
        <w:t>v 7.458670 13.522471 -0.654977</w:t>
        <w:br/>
        <w:t>v 7.428801 13.544731 -0.645095</w:t>
        <w:br/>
        <w:t>v 7.464128 13.515925 -0.678581</w:t>
        <w:br/>
        <w:t>v 7.455801 13.511411 -0.688416</w:t>
        <w:br/>
        <w:t>v 7.419082 13.491638 -0.686215</w:t>
        <w:br/>
        <w:t>v 7.446089 13.508254 -0.692927</w:t>
        <w:br/>
        <w:t>v 6.925547 13.949244 0.227319</w:t>
        <w:br/>
        <w:t>v 6.226609 14.047911 0.322278</w:t>
        <w:br/>
        <w:t>v 6.135098 14.282724 0.221611</w:t>
        <w:br/>
        <w:t>v 6.473931 13.975955 -0.102852</w:t>
        <w:br/>
        <w:t>v 6.151395 14.292526 -0.436719</w:t>
        <w:br/>
        <w:t>v 6.836138 14.192841 0.027608</w:t>
        <w:br/>
        <w:t>v 6.737763 14.259033 0.040590</w:t>
        <w:br/>
        <w:t>v 6.729446 14.293640 -0.150321</w:t>
        <w:br/>
        <w:t>v 6.967919 14.078731 -0.405733</w:t>
        <w:br/>
        <w:t>v 6.394419 13.863925 0.407001</w:t>
        <w:br/>
        <w:t>v 7.131306 13.917585 0.153854</w:t>
        <w:br/>
        <w:t>v 7.151239 13.946518 0.101509</w:t>
        <w:br/>
        <w:t>v 7.276984 13.854084 0.089059</w:t>
        <w:br/>
        <w:t>v 7.094806 13.858686 0.185493</w:t>
        <w:br/>
        <w:t>v 7.400273 13.812139 -0.104496</w:t>
        <w:br/>
        <w:t>v 7.441373 13.783813 -0.111285</w:t>
        <w:br/>
        <w:t>v 7.323578 13.818885 0.086204</w:t>
        <w:br/>
        <w:t>v 7.109128 13.804592 -0.634133</w:t>
        <w:br/>
        <w:t>v 6.688172 13.793857 0.505095</w:t>
        <w:br/>
        <w:t>v 6.647491 13.774753 0.539674</w:t>
        <w:br/>
        <w:t>v 7.024540 14.102284 -0.117697</w:t>
        <w:br/>
        <w:t>v 7.002305 14.038491 -0.407102</w:t>
        <w:br/>
        <w:t>v 6.866228 14.005604 -0.593248</w:t>
        <w:br/>
        <w:t>v 6.046012 14.252190 -0.103232</w:t>
        <w:br/>
        <w:t>v 6.054118 14.259661 -0.195113</w:t>
        <w:br/>
        <w:t>v 6.036613 14.247211 -0.013482</w:t>
        <w:br/>
        <w:t>v 6.107557 14.285069 -0.365237</w:t>
        <w:br/>
        <w:t>v 6.076385 14.262458 -0.279102</w:t>
        <w:br/>
        <w:t>v 6.057111 14.249353 0.072842</w:t>
        <w:br/>
        <w:t>v 7.046942 13.946480 -0.237483</w:t>
        <w:br/>
        <w:t>v 6.707652 14.212848 0.167204</w:t>
        <w:br/>
        <w:t>v 7.811996 13.485419 -0.401206</w:t>
        <w:br/>
        <w:t>v 7.787807 13.474478 -0.378802</w:t>
        <w:br/>
        <w:t>v 7.458670 13.522471 -0.654977</w:t>
        <w:br/>
        <w:t>v 7.434151 13.494931 -0.662109</w:t>
        <w:br/>
        <w:t>v 7.446089 13.508254 -0.692927</w:t>
        <w:br/>
        <w:t>v 7.419082 13.491638 -0.686215</w:t>
        <w:br/>
        <w:t>v 7.787807 13.474478 -0.378802</w:t>
        <w:br/>
        <w:t>v 7.811996 13.485419 -0.401206</w:t>
        <w:br/>
        <w:t>v 7.793098 13.454329 -0.416708</w:t>
        <w:br/>
        <w:t>v 7.801420 13.474656 -0.448198</w:t>
        <w:br/>
        <w:t>v 7.775633 13.451169 -0.452099</w:t>
        <w:br/>
        <w:t>v 7.329258 13.776795 0.135753</w:t>
        <w:br/>
        <w:t>v 7.348126 13.801650 0.084623</w:t>
        <w:br/>
        <w:t>v 7.335121 13.796147 0.031296</w:t>
        <w:br/>
        <w:t>v 7.350704 13.784117 0.030612</w:t>
        <w:br/>
        <w:t>v 7.365042 13.790644 0.083384</w:t>
        <w:br/>
        <w:t>v 7.345611 13.766749 0.134310</w:t>
        <w:br/>
        <w:t>v 7.543530 13.634027 0.115310</w:t>
        <w:br/>
        <w:t>v 7.559012 13.654570 0.072067</w:t>
        <w:br/>
        <w:t>v 7.370123 13.755180 -0.079794</w:t>
        <w:br/>
        <w:t>v 7.384863 13.823178 -0.102600</w:t>
        <w:br/>
        <w:t>v 7.399190 13.850521 -0.157790</w:t>
        <w:br/>
        <w:t>v 7.344687 13.836845 -0.102542</w:t>
        <w:br/>
        <w:t>v 7.349741 13.870384 -0.154640</w:t>
        <w:br/>
        <w:t>v 7.335101 13.852557 -0.212078</w:t>
        <w:br/>
        <w:t>v 7.381420 13.833419 -0.216387</w:t>
        <w:br/>
        <w:t>v 7.635180 13.656497 -0.136810</w:t>
        <w:br/>
        <w:t>v 7.648478 13.675966 -0.181242</w:t>
        <w:br/>
        <w:t>v 7.634882 13.667045 -0.230157</w:t>
        <w:br/>
        <w:t>v 7.336491 13.794293 -0.347877</w:t>
        <w:br/>
        <w:t>v 7.340107 13.800182 -0.408192</w:t>
        <w:br/>
        <w:t>v 7.318100 13.768857 -0.455037</w:t>
        <w:br/>
        <w:t>v 7.604943 13.610562 -0.366785</w:t>
        <w:br/>
        <w:t>v 7.608464 13.615863 -0.418978</w:t>
        <w:br/>
        <w:t>v 7.590787 13.591215 -0.457897</w:t>
        <w:br/>
        <w:t>v 7.128494 13.784823 -0.586301</w:t>
        <w:br/>
        <w:t>v 7.128323 13.787434 -0.637185</w:t>
        <w:br/>
        <w:t>v 7.098730 13.760183 -0.674478</w:t>
        <w:br/>
        <w:t>v 7.291154 13.645000 -0.611997</w:t>
        <w:br/>
        <w:t>v 7.288568 13.643582 -0.654585</w:t>
        <w:br/>
        <w:t>v 7.266529 13.622756 -0.683989</w:t>
        <w:br/>
        <w:t>v 6.537988 13.729569 0.476678</w:t>
        <w:br/>
        <w:t>v 6.662833 13.681010 0.571521</w:t>
        <w:br/>
        <w:t>v 6.637500 13.640431 0.538098</w:t>
        <w:br/>
        <w:t>v 6.700298 13.718102 0.574651</w:t>
        <w:br/>
        <w:t>v 6.746925 13.668474 0.605181</w:t>
        <w:br/>
        <w:t>v 6.739955 13.734342 0.545139</w:t>
        <w:br/>
        <w:t>v 6.764126 13.727113 0.497889</w:t>
        <w:br/>
        <w:t>v 7.391500 13.757194 -0.250115</w:t>
        <w:br/>
        <w:t>v 7.353486 13.700672 -0.232490</w:t>
        <w:br/>
        <w:t>v 7.340333 13.669918 -0.174332</w:t>
        <w:br/>
        <w:t>v 7.358718 13.689679 -0.108840</w:t>
        <w:br/>
        <w:t>v 7.398612 13.741084 -0.083275</w:t>
        <w:br/>
        <w:t>v 7.398612 13.741084 -0.083275</w:t>
        <w:br/>
        <w:t>v 6.916399 13.851440 -0.007573</w:t>
        <w:br/>
        <w:t>v 7.018606 13.928183 -0.007296</w:t>
        <w:br/>
        <w:t>v 7.005959 13.841650 -0.204156</w:t>
        <w:br/>
        <w:t>v 6.887226 13.843451 -0.257457</w:t>
        <w:br/>
        <w:t>v 6.853220 13.824018 -0.329809</w:t>
        <w:br/>
        <w:t>v 7.046942 13.946480 -0.237483</w:t>
        <w:br/>
        <w:t>v 7.036943 13.911388 -0.000306</w:t>
        <w:br/>
        <w:t>v 7.134869 13.984807 -0.050467</w:t>
        <w:br/>
        <w:t>v 7.124622 13.877539 -0.022187</w:t>
        <w:br/>
        <w:t>v 7.111641 13.881377 -0.039486</w:t>
        <w:br/>
        <w:t>v 7.127486 13.969774 -0.059341</w:t>
        <w:br/>
        <w:t>v 7.127512 14.018847 -0.127634</w:t>
        <w:br/>
        <w:t>v 7.141568 14.028201 -0.120658</w:t>
        <w:br/>
        <w:t>v 7.112083 14.000398 -0.196821</w:t>
        <w:br/>
        <w:t>v 7.119507 14.016222 -0.198397</w:t>
        <w:br/>
        <w:t>v 7.077590 13.928579 -0.233650</w:t>
        <w:br/>
        <w:t>v 7.084328 13.933672 -0.255566</w:t>
        <w:br/>
        <w:t>v 7.075222 13.815816 -0.207162</w:t>
        <w:br/>
        <w:t>v 7.070224 13.797866 -0.218473</w:t>
        <w:br/>
        <w:t>v 7.077400 13.779242 -0.132819</w:t>
        <w:br/>
        <w:t>v 7.076791 13.759435 -0.128829</w:t>
        <w:br/>
        <w:t>v 7.091975 13.795961 -0.062505</w:t>
        <w:br/>
        <w:t>v 7.111641 13.881377 -0.039486</w:t>
        <w:br/>
        <w:t>v 6.786107 13.868822 -0.455234</w:t>
        <w:br/>
        <w:t>v 6.324181 14.337313 -0.484658</w:t>
        <w:br/>
        <w:t>v 6.551479 14.338590 -0.362805</w:t>
        <w:br/>
        <w:t>v 6.663130 14.314240 -0.267288</w:t>
        <w:br/>
        <w:t>v 6.655222 14.318991 -0.018967</w:t>
        <w:br/>
        <w:t>v 6.994363 13.971930 -0.260416</w:t>
        <w:br/>
        <w:t>v 6.877264 13.926661 -0.492010</w:t>
        <w:br/>
        <w:t>v 6.899841 13.928225 -0.478062</w:t>
        <w:br/>
        <w:t>v 7.016756 13.921653 -0.001435</w:t>
        <w:br/>
        <w:t>v 6.907036 13.851673 0.019338</w:t>
        <w:br/>
        <w:t>v 7.761060 13.515408 0.079131</w:t>
        <w:br/>
        <w:t>v 7.751222 13.515783 0.088894</w:t>
        <w:br/>
        <w:t>v 7.753703 13.528043 0.037409</w:t>
        <w:br/>
        <w:t>v 7.761060 13.515408 0.079131</w:t>
        <w:br/>
        <w:t>v 7.764230 13.521862 0.047040</w:t>
        <w:br/>
        <w:t>v 7.753703 13.528043 0.037409</w:t>
        <w:br/>
        <w:t>v 7.771237 13.517462 0.063643</w:t>
        <w:br/>
        <w:t>v 7.753703 13.528043 0.037409</w:t>
        <w:br/>
        <w:t>v 7.670101 13.579855 0.036236</w:t>
        <w:br/>
        <w:t>v 7.670101 13.579855 0.036236</w:t>
        <w:br/>
        <w:t>v 7.667040 13.580731 0.065086</w:t>
        <w:br/>
        <w:t>v 7.663791 13.571585 0.096686</w:t>
        <w:br/>
        <w:t>v 7.667040 13.580731 0.065086</w:t>
        <w:br/>
        <w:t>v 7.663791 13.571585 0.096686</w:t>
        <w:br/>
        <w:t>v 7.737934 13.493773 0.058359</w:t>
        <w:br/>
        <w:t>v 7.847316 13.548551 -0.236133</w:t>
        <w:br/>
        <w:t>v 7.783367 13.582127 -0.229134</w:t>
        <w:br/>
        <w:t>v 7.788233 13.577340 -0.163737</w:t>
        <w:br/>
        <w:t>v 7.782577 13.589011 -0.194861</w:t>
        <w:br/>
        <w:t>v 7.904618 13.528210 -0.208822</w:t>
        <w:br/>
        <w:t>v 7.889502 13.531362 -0.235148</w:t>
        <w:br/>
        <w:t>v 7.890870 13.524979 -0.181296</w:t>
        <w:br/>
        <w:t>v 7.881307 13.493295 -0.209797</w:t>
        <w:br/>
        <w:t>v 7.889502 13.531362 -0.235148</w:t>
        <w:br/>
        <w:t>v 7.890870 13.524979 -0.181296</w:t>
        <w:br/>
        <w:t>v 7.889502 13.531362 -0.235148</w:t>
        <w:br/>
        <w:t>v 7.699480 13.535583 -0.448982</w:t>
        <w:br/>
        <w:t>v 7.757091 13.494981 -0.453769</w:t>
        <w:br/>
        <w:t>v 7.704352 13.550259 -0.420996</w:t>
        <w:br/>
        <w:t>v 7.712715 13.548735 -0.388738</w:t>
        <w:br/>
        <w:t>v 7.712715 13.548735 -0.388738</w:t>
        <w:br/>
        <w:t>v 7.704352 13.550259 -0.420996</w:t>
        <w:br/>
        <w:t>v 7.801420 13.474656 -0.448198</w:t>
        <w:br/>
        <w:t>v 7.813636 13.481380 -0.425518</w:t>
        <w:br/>
        <w:t>v 7.815569 13.477062 -0.440927</w:t>
        <w:br/>
        <w:t>v 7.801420 13.474656 -0.448198</w:t>
        <w:br/>
        <w:t>v 7.811996 13.485419 -0.401206</w:t>
        <w:br/>
        <w:t>v 7.358036 13.570245 -0.683809</w:t>
        <w:br/>
        <w:t>v 7.363408 13.585824 -0.662953</w:t>
        <w:br/>
        <w:t>v 7.375363 13.584926 -0.638825</w:t>
        <w:br/>
        <w:t>v 7.446089 13.508254 -0.692927</w:t>
        <w:br/>
        <w:t>v 7.457278 13.515943 -0.676892</w:t>
        <w:br/>
        <w:t>v 7.446089 13.508254 -0.692927</w:t>
        <w:br/>
        <w:t>v 7.455801 13.511411 -0.688416</w:t>
        <w:br/>
        <w:t>v 7.458670 13.522471 -0.654977</w:t>
        <w:br/>
        <w:t>v 7.363408 13.585824 -0.662953</w:t>
        <w:br/>
        <w:t>v 6.788866 13.668211 0.595129</w:t>
        <w:br/>
        <w:t>v 6.833194 13.625181 0.619731</w:t>
        <w:br/>
        <w:t>v 6.788866 13.668211 0.595129</w:t>
        <w:br/>
        <w:t>v 6.754893 13.657962 0.608289</w:t>
        <w:br/>
        <w:t>v 6.732026 13.626819 0.615316</w:t>
        <w:br/>
        <w:t>v 6.732026 13.626819 0.615316</w:t>
        <w:br/>
        <w:t>v 6.754893 13.657962 0.608289</w:t>
        <w:br/>
        <w:t>v 6.865148 13.575968 0.649833</w:t>
        <w:br/>
        <w:t>v 6.840920 13.538031 0.619996</w:t>
        <w:br/>
        <w:t>v 6.847035 13.554201 0.665105</w:t>
        <w:br/>
        <w:t>v 6.865148 13.575968 0.649833</w:t>
        <w:br/>
        <w:t>v 6.813880 13.539306 0.666303</w:t>
        <w:br/>
        <w:t>v 6.813880 13.539306 0.666303</w:t>
        <w:br/>
        <w:t>v 6.547858 14.344653 0.088299</w:t>
        <w:br/>
        <w:t>v 2.114601 17.139086 -0.686950</w:t>
        <w:br/>
        <w:t>v 2.183138 17.089600 -0.674745</w:t>
        <w:br/>
        <w:t>v 2.243437 17.163357 -0.622660</w:t>
        <w:br/>
        <w:t>v 2.177999 17.202982 -0.636077</w:t>
        <w:br/>
        <w:t>v 2.301776 17.224947 -0.543529</w:t>
        <w:br/>
        <w:t>v 2.180587 17.325108 -0.517597</w:t>
        <w:br/>
        <w:t>v 2.176421 17.283312 -0.579522</w:t>
        <w:br/>
        <w:t>v 2.211699 17.252382 -0.589197</w:t>
        <w:br/>
        <w:t>v 2.211699 17.252382 -0.589197</w:t>
        <w:br/>
        <w:t>v 2.176421 17.283312 -0.579522</w:t>
        <w:br/>
        <w:t>v 2.128662 17.247210 -0.556743</w:t>
        <w:br/>
        <w:t>v 2.162841 17.221989 -0.565885</w:t>
        <w:br/>
        <w:t>v 2.123261 17.184980 -0.591081</w:t>
        <w:br/>
        <w:t>v 1.946142 17.247690 -0.634336</w:t>
        <w:br/>
        <w:t>v 2.128662 17.247210 -0.556743</w:t>
        <w:br/>
        <w:t>v 1.975972 17.289856 -0.677438</w:t>
        <w:br/>
        <w:t>v 1.750436 17.299990 -0.755697</w:t>
        <w:br/>
        <w:t>v 1.752075 17.258884 -0.705133</w:t>
        <w:br/>
        <w:t>v 1.698357 17.231518 -0.770349</w:t>
        <w:br/>
        <w:t>v 1.680730 17.177155 -0.687649</w:t>
        <w:br/>
        <w:t>v 1.880105 17.391153 -0.598107</w:t>
        <w:br/>
        <w:t>v 1.909858 17.466621 -0.631959</w:t>
        <w:br/>
        <w:t>v 1.794318 17.349640 -0.738583</w:t>
        <w:br/>
        <w:t>v 1.827627 17.339172 -0.651874</w:t>
        <w:br/>
        <w:t>v 1.750436 17.299990 -0.755697</w:t>
        <w:br/>
        <w:t>v 1.975972 17.289856 -0.677438</w:t>
        <w:br/>
        <w:t>v 1.988701 17.331388 -0.639397</w:t>
        <w:br/>
        <w:t>v 1.794318 17.349640 -0.738583</w:t>
        <w:br/>
        <w:t>v 1.988701 17.331388 -0.639397</w:t>
        <w:br/>
        <w:t>v 2.133084 17.325085 -0.471488</w:t>
        <w:br/>
        <w:t>v 1.970768 17.327370 -0.579525</w:t>
        <w:br/>
        <w:t>v 1.794318 17.349640 -0.738583</w:t>
        <w:br/>
        <w:t>v 1.827627 17.339172 -0.651874</w:t>
        <w:br/>
        <w:t>v 1.827627 17.339172 -0.651874</w:t>
        <w:br/>
        <w:t>v 1.970768 17.327370 -0.579525</w:t>
        <w:br/>
        <w:t>v 1.880105 17.391153 -0.598107</w:t>
        <w:br/>
        <w:t>v 1.954331 17.451622 -0.492732</w:t>
        <w:br/>
        <w:t>v 1.964179 17.513792 -0.541070</w:t>
        <w:br/>
        <w:t>v 1.954331 17.451622 -0.492732</w:t>
        <w:br/>
        <w:t>v 1.997458 17.480101 -0.371400</w:t>
        <w:br/>
        <w:t>v 2.004534 17.547714 -0.436395</w:t>
        <w:br/>
        <w:t>v 2.231500 17.320583 -0.363647</w:t>
        <w:br/>
        <w:t>v 1.997458 17.480101 -0.371400</w:t>
        <w:br/>
        <w:t>v 1.854168 17.526476 -0.635454</w:t>
        <w:br/>
        <w:t>v 1.777044 17.446884 -0.716405</w:t>
        <w:br/>
        <w:t>v 1.744622 17.439997 -0.672073</w:t>
        <w:br/>
        <w:t>v 1.777044 17.446884 -0.716405</w:t>
        <w:br/>
        <w:t>v 1.854168 17.526476 -0.635454</w:t>
        <w:br/>
        <w:t>v 1.811741 17.510674 -0.601340</w:t>
        <w:br/>
        <w:t>v 1.941770 17.609589 -0.439547</w:t>
        <w:br/>
        <w:t>v 1.891285 17.581654 -0.422254</w:t>
        <w:br/>
        <w:t>v 1.856228 17.552549 -0.518573</w:t>
        <w:br/>
        <w:t>v 1.903301 17.576365 -0.545864</w:t>
        <w:br/>
        <w:t>v 1.903301 17.576365 -0.545864</w:t>
        <w:br/>
        <w:t>v 1.964179 17.513792 -0.541070</w:t>
        <w:br/>
        <w:t>v 2.004534 17.547714 -0.436395</w:t>
        <w:br/>
        <w:t>v 1.941770 17.609589 -0.439547</w:t>
        <w:br/>
        <w:t>v 1.669788 17.355993 -0.717808</w:t>
        <w:br/>
        <w:t>v 1.690434 17.350513 -0.766791</w:t>
        <w:br/>
        <w:t>v 1.548776 17.037821 -0.706685</w:t>
        <w:br/>
        <w:t>v 1.620561 17.128202 -0.747960</w:t>
        <w:br/>
        <w:t>v 1.559435 17.191620 -0.761505</w:t>
        <w:br/>
        <w:t>v 1.488534 17.095778 -0.712803</w:t>
        <w:br/>
        <w:t>v 1.620561 17.128202 -0.747960</w:t>
        <w:br/>
        <w:t>v 1.548776 17.037821 -0.706685</w:t>
        <w:br/>
        <w:t>v 1.557961 17.014942 -0.610173</w:t>
        <w:br/>
        <w:t>v 1.613312 17.094696 -0.661329</w:t>
        <w:br/>
        <w:t>v 1.810693 16.815659 -0.600091</w:t>
        <w:br/>
        <w:t>v 1.867924 16.906511 -0.648530</w:t>
        <w:br/>
        <w:t>v 1.613312 17.094696 -0.661329</w:t>
        <w:br/>
        <w:t>v 1.557961 17.014942 -0.610173</w:t>
        <w:br/>
        <w:t>v 1.752075 17.258884 -0.705133</w:t>
        <w:br/>
        <w:t>v 2.016020 17.086203 -0.660094</w:t>
        <w:br/>
        <w:t>v 2.083401 17.152071 -0.630848</w:t>
        <w:br/>
        <w:t>v 1.946142 17.247690 -0.634336</w:t>
        <w:br/>
        <w:t>v 1.489745 16.945871 -0.630574</w:t>
        <w:br/>
        <w:t>v 1.448944 16.871685 -0.524211</w:t>
        <w:br/>
        <w:t>v 1.506972 16.895599 -0.430843</w:t>
        <w:br/>
        <w:t>v 1.527280 16.954716 -0.523240</w:t>
        <w:br/>
        <w:t>v 1.448944 16.871685 -0.524211</w:t>
        <w:br/>
        <w:t>v 1.489745 16.945871 -0.630574</w:t>
        <w:br/>
        <w:t>v 1.427595 17.004139 -0.636632</w:t>
        <w:br/>
        <w:t>v 1.384901 16.930664 -0.529425</w:t>
        <w:br/>
        <w:t>v 1.393605 16.967861 -0.503505</w:t>
        <w:br/>
        <w:t>v 1.384901 16.930664 -0.529425</w:t>
        <w:br/>
        <w:t>v 1.427595 17.004139 -0.636632</w:t>
        <w:br/>
        <w:t>v 1.431237 17.035770 -0.600893</w:t>
        <w:br/>
        <w:t>v 1.361943 16.900867 -0.257948</w:t>
        <w:br/>
        <w:t>v 1.349533 16.858162 -0.257951</w:t>
        <w:br/>
        <w:t>v 1.355770 16.876726 -0.401303</w:t>
        <w:br/>
        <w:t>v 1.367603 16.918129 -0.387644</w:t>
        <w:br/>
        <w:t>v 1.559435 17.191620 -0.761505</w:t>
        <w:br/>
        <w:t>v 1.548483 17.206959 -0.714217</w:t>
        <w:br/>
        <w:t>v 1.485371 17.120104 -0.670168</w:t>
        <w:br/>
        <w:t>v 1.488534 17.095778 -0.712803</w:t>
        <w:br/>
        <w:t>v 1.355770 16.876726 -0.401303</w:t>
        <w:br/>
        <w:t>v 1.349533 16.858162 -0.257951</w:t>
        <w:br/>
        <w:t>v 1.415122 16.799528 -0.257951</w:t>
        <w:br/>
        <w:t>v 1.421026 16.818035 -0.398538</w:t>
        <w:br/>
        <w:t>v 1.425853 16.813141 -0.120740</w:t>
        <w:br/>
        <w:t>v 1.360074 16.871817 -0.117899</w:t>
        <w:br/>
        <w:t>v 1.393097 16.924101 0.013569</w:t>
        <w:br/>
        <w:t>v 1.457712 16.864885 0.008356</w:t>
        <w:br/>
        <w:t>v 1.425853 16.813141 -0.120740</w:t>
        <w:br/>
        <w:t>v 1.457712 16.864885 0.008356</w:t>
        <w:br/>
        <w:t>v 1.510548 16.892756 -0.086177</w:t>
        <w:br/>
        <w:t>v 1.415122 16.799528 -0.257951</w:t>
        <w:br/>
        <w:t>v 1.487570 16.860130 -0.257945</w:t>
        <w:br/>
        <w:t>v 1.421026 16.818035 -0.398538</w:t>
        <w:br/>
        <w:t>v 2.177999 17.202982 -0.636077</w:t>
        <w:br/>
        <w:t>v 2.083401 17.152071 -0.630848</w:t>
        <w:br/>
        <w:t>v 2.114601 17.139086 -0.686950</w:t>
        <w:br/>
        <w:t>v 2.041393 17.053642 -0.723920</w:t>
        <w:br/>
        <w:t>v 1.833787 16.772715 -0.666479</w:t>
        <w:br/>
        <w:t>v 1.896026 16.865496 -0.716088</w:t>
        <w:br/>
        <w:t>v 1.747846 16.679585 -0.419800</w:t>
        <w:br/>
        <w:t>v 1.746498 16.629915 -0.498256</w:t>
        <w:br/>
        <w:t>v 1.782258 16.692110 -0.595816</w:t>
        <w:br/>
        <w:t>v 1.774172 16.741808 -0.516178</w:t>
        <w:br/>
        <w:t>v 1.798407 16.586283 -0.494297</w:t>
        <w:br/>
        <w:t>v 1.835431 16.646395 -0.590295</w:t>
        <w:br/>
        <w:t>v 1.782258 16.692110 -0.595816</w:t>
        <w:br/>
        <w:t>v 1.746498 16.629915 -0.498256</w:t>
        <w:br/>
        <w:t>v 1.725316 16.587925 -0.385257</w:t>
        <w:br/>
        <w:t>v 1.722377 16.575102 -0.259935</w:t>
        <w:br/>
        <w:t>v 1.771615 16.535116 -0.259934</w:t>
        <w:br/>
        <w:t>v 1.775663 16.546633 -0.383182</w:t>
        <w:br/>
        <w:t>v 1.771615 16.535116 -0.259934</w:t>
        <w:br/>
        <w:t>v 1.823246 16.551855 -0.259907</w:t>
        <w:br/>
        <w:t>v 1.836246 16.580572 -0.420378</w:t>
        <w:br/>
        <w:t>v 1.775663 16.546633 -0.383182</w:t>
        <w:br/>
        <w:t>v 1.878238 16.653763 -0.556581</w:t>
        <w:br/>
        <w:t>v 1.753484 16.625753 -0.020036</w:t>
        <w:br/>
        <w:t>v 1.803896 16.583410 -0.023993</w:t>
        <w:br/>
        <w:t>v 1.778671 16.544172 -0.138491</w:t>
        <w:br/>
        <w:t>v 1.729369 16.584600 -0.136480</w:t>
        <w:br/>
        <w:t>v 1.840287 16.578129 -0.099437</w:t>
        <w:br/>
        <w:t>v 1.788907 16.686302 0.076075</w:t>
        <w:br/>
        <w:t>v 1.840909 16.641665 0.070530</w:t>
        <w:br/>
        <w:t>v 1.897585 16.650749 0.033799</w:t>
        <w:br/>
        <w:t>v 1.736769 16.639317 -0.257983</w:t>
        <w:br/>
        <w:t>v 1.722377 16.575102 -0.259935</w:t>
        <w:br/>
        <w:t>v 1.725316 16.587925 -0.385257</w:t>
        <w:br/>
        <w:t>v 1.753484 16.625753 -0.020036</w:t>
        <w:br/>
        <w:t>v 1.729369 16.584600 -0.136480</w:t>
        <w:br/>
        <w:t>v 1.753984 16.675735 -0.097450</w:t>
        <w:br/>
        <w:t>v 1.888263 16.724485 -0.659715</w:t>
        <w:br/>
        <w:t>v 1.952854 16.814577 -0.708979</w:t>
        <w:br/>
        <w:t>v 2.041393 17.053642 -0.723920</w:t>
        <w:br/>
        <w:t>v 2.105888 17.002392 -0.715474</w:t>
        <w:br/>
        <w:t>v 2.105888 17.002392 -0.715474</w:t>
        <w:br/>
        <w:t>v 2.080610 16.933590 -0.668893</w:t>
        <w:br/>
        <w:t>v 2.169046 17.033003 -0.640319</w:t>
        <w:br/>
        <w:t>v 1.924773 16.725010 -0.618935</w:t>
        <w:br/>
        <w:t>v 2.004171 16.831758 -0.664041</w:t>
        <w:br/>
        <w:t>v 2.351783 17.226923 -0.375822</w:t>
        <w:br/>
        <w:t>v 2.361596 17.270702 -0.387665</w:t>
        <w:br/>
        <w:t>v 2.301776 17.224947 -0.543529</w:t>
        <w:br/>
        <w:t>v 2.298302 17.180378 -0.511972</w:t>
        <w:br/>
        <w:t>v 2.239330 17.116766 -0.593526</w:t>
        <w:br/>
        <w:t>v 2.361596 17.270702 -0.387665</w:t>
        <w:br/>
        <w:t>v 2.294176 17.318419 -0.382376</w:t>
        <w:br/>
        <w:t>v 2.349402 17.225229 -0.129769</w:t>
        <w:br/>
        <w:t>v 2.301679 17.185802 -0.012078</w:t>
        <w:br/>
        <w:t>v 2.300805 17.225861 0.027673</w:t>
        <w:br/>
        <w:t>v 2.361284 17.269690 -0.128190</w:t>
        <w:br/>
        <w:t>v 2.183532 17.323669 0.001746</w:t>
        <w:br/>
        <w:t>v 2.295123 17.316725 -0.134217</w:t>
        <w:br/>
        <w:t>v 2.361284 17.269690 -0.128190</w:t>
        <w:br/>
        <w:t>v 2.300805 17.225861 0.027673</w:t>
        <w:br/>
        <w:t>v 2.176020 17.284777 0.063702</w:t>
        <w:br/>
        <w:t>v 2.210123 17.254492 0.073343</w:t>
        <w:br/>
        <w:t>v 2.210123 17.254492 0.073343</w:t>
        <w:br/>
        <w:t>v 2.174268 17.207104 0.123899</w:t>
        <w:br/>
        <w:t>v 2.158402 17.226532 0.049256</w:t>
        <w:br/>
        <w:t>v 2.085272 17.160082 0.110840</w:t>
        <w:br/>
        <w:t>v 2.111678 17.142559 0.171110</w:t>
        <w:br/>
        <w:t>v 2.038579 17.056625 0.206025</w:t>
        <w:br/>
        <w:t>v 2.010194 17.080843 0.147891</w:t>
        <w:br/>
        <w:t>v 1.869854 16.898321 0.132725</w:t>
        <w:br/>
        <w:t>v 1.936469 16.989786 0.152504</w:t>
        <w:br/>
        <w:t>v 1.969804 16.960474 0.216626</w:t>
        <w:br/>
        <w:t>v 1.899659 16.861565 0.202171</w:t>
        <w:br/>
        <w:t>v 1.688480 17.172861 0.172135</w:t>
        <w:br/>
        <w:t>v 1.624894 17.086946 0.146467</w:t>
        <w:br/>
        <w:t>v 1.756989 17.257477 0.189295</w:t>
        <w:br/>
        <w:t>v 1.947566 17.248940 0.118639</w:t>
        <w:br/>
        <w:t>v 2.085272 17.160082 0.110840</w:t>
        <w:br/>
        <w:t>v 2.010194 17.080843 0.147891</w:t>
        <w:br/>
        <w:t>v 2.180109 17.092836 0.158908</w:t>
        <w:br/>
        <w:t>v 2.103292 17.003731 0.196485</w:t>
        <w:br/>
        <w:t>v 2.038579 17.056625 0.206025</w:t>
        <w:br/>
        <w:t>v 2.111678 17.142559 0.171110</w:t>
        <w:br/>
        <w:t>v 2.157054 17.026096 0.132141</w:t>
        <w:br/>
        <w:t>v 2.245898 17.163477 0.107878</w:t>
        <w:br/>
        <w:t>v 2.174268 17.207104 0.123899</w:t>
        <w:br/>
        <w:t>v 2.235659 17.118183 0.078216</w:t>
        <w:br/>
        <w:t>v 2.245898 17.163477 0.107878</w:t>
        <w:br/>
        <w:t>v 1.955083 16.811876 0.195058</w:t>
        <w:br/>
        <w:t>v 1.899659 16.861565 0.202171</w:t>
        <w:br/>
        <w:t>v 1.969804 16.960474 0.216626</w:t>
        <w:br/>
        <w:t>v 2.026865 16.908211 0.209052</w:t>
        <w:br/>
        <w:t>v 2.210123 17.254492 0.073343</w:t>
        <w:br/>
        <w:t>v 2.158402 17.226532 0.049256</w:t>
        <w:br/>
        <w:t>v 2.130295 17.247337 0.041698</w:t>
        <w:br/>
        <w:t>v 2.176020 17.284777 0.063702</w:t>
        <w:br/>
        <w:t>v 1.947566 17.248940 0.118639</w:t>
        <w:br/>
        <w:t>v 1.976299 17.292154 0.161603</w:t>
        <w:br/>
        <w:t>v 1.976299 17.292154 0.161603</w:t>
        <w:br/>
        <w:t>v 1.990695 17.332531 0.123559</w:t>
        <w:br/>
        <w:t>v 1.754839 17.299183 0.239859</w:t>
        <w:br/>
        <w:t>v 1.756989 17.257477 0.189295</w:t>
        <w:br/>
        <w:t>v 1.754839 17.299183 0.239859</w:t>
        <w:br/>
        <w:t>v 1.808769 17.351727 0.217189</w:t>
        <w:br/>
        <w:t>v 2.130295 17.247337 0.041698</w:t>
        <w:br/>
        <w:t>v 2.136816 17.323183 -0.044359</w:t>
        <w:br/>
        <w:t>v 2.233380 17.318605 -0.152609</w:t>
        <w:br/>
        <w:t>v 1.990695 17.332531 0.123559</w:t>
        <w:br/>
        <w:t>v 1.974623 17.327040 0.063688</w:t>
        <w:br/>
        <w:t>v 1.808769 17.351727 0.217189</w:t>
        <w:br/>
        <w:t>v 1.831806 17.338982 0.136037</w:t>
        <w:br/>
        <w:t>v 1.886143 17.389610 0.082269</w:t>
        <w:br/>
        <w:t>v 1.831806 17.338982 0.136037</w:t>
        <w:br/>
        <w:t>v 1.808769 17.351727 0.217189</w:t>
        <w:br/>
        <w:t>v 1.854171 17.402309 0.185781</w:t>
        <w:br/>
        <w:t>v 1.974623 17.327040 0.063688</w:t>
        <w:br/>
        <w:t>v 1.831806 17.338982 0.136037</w:t>
        <w:br/>
        <w:t>v 1.886143 17.389610 0.082269</w:t>
        <w:br/>
        <w:t>v 1.971489 17.510782 0.025233</w:t>
        <w:br/>
        <w:t>v 2.011047 17.544674 -0.078850</w:t>
        <w:br/>
        <w:t>v 2.001146 17.478455 -0.144358</w:t>
        <w:br/>
        <w:t>v 1.943277 17.435818 0.004999</w:t>
        <w:br/>
        <w:t>v 1.943277 17.435818 0.004999</w:t>
        <w:br/>
        <w:t>v 2.001146 17.478455 -0.144358</w:t>
        <w:br/>
        <w:t>v 1.919821 17.461868 0.111289</w:t>
        <w:br/>
        <w:t>v 2.027654 17.559433 -0.167345</w:t>
        <w:br/>
        <w:t>v 1.948351 17.606466 -0.075765</w:t>
        <w:br/>
        <w:t>v 1.963973 17.620564 -0.165923</w:t>
        <w:br/>
        <w:t>v 2.027654 17.559433 -0.167345</w:t>
        <w:br/>
        <w:t>v 2.011047 17.544674 -0.078850</w:t>
        <w:br/>
        <w:t>v 1.910635 17.573397 0.030027</w:t>
        <w:br/>
        <w:t>v 1.971489 17.510782 0.025233</w:t>
        <w:br/>
        <w:t>v 1.862925 17.550055 0.002736</w:t>
        <w:br/>
        <w:t>v 1.896644 17.579494 -0.093122</w:t>
        <w:br/>
        <w:t>v 1.948351 17.606466 -0.075765</w:t>
        <w:br/>
        <w:t>v 1.910635 17.573397 0.030027</w:t>
        <w:br/>
        <w:t>v 1.910729 17.591852 -0.174715</w:t>
        <w:br/>
        <w:t>v 1.963973 17.620564 -0.165923</w:t>
        <w:br/>
        <w:t>v 2.023882 17.561350 -0.348278</w:t>
        <w:br/>
        <w:t>v 1.960066 17.622444 -0.349716</w:t>
        <w:br/>
        <w:t>v 2.023882 17.561350 -0.348278</w:t>
        <w:br/>
        <w:t>v 1.556163 17.199900 0.200763</w:t>
        <w:br/>
        <w:t>v 1.625637 17.292124 0.208939</w:t>
        <w:br/>
        <w:t>v 1.645254 17.285860 0.257262</w:t>
        <w:br/>
        <w:t>v 1.567013 17.184317 0.248319</w:t>
        <w:br/>
        <w:t>v 1.437077 16.994131 0.118407</w:t>
        <w:br/>
        <w:t>v 1.393097 16.924101 0.013569</w:t>
        <w:br/>
        <w:t>v 1.401557 16.961508 -0.012349</w:t>
        <w:br/>
        <w:t>v 1.440947 17.025908 0.082909</w:t>
        <w:br/>
        <w:t>v 1.645254 17.285860 0.257262</w:t>
        <w:br/>
        <w:t>v 1.705567 17.227947 0.254511</w:t>
        <w:br/>
        <w:t>v 1.628517 17.120853 0.232957</w:t>
        <w:br/>
        <w:t>v 1.567013 17.184317 0.248319</w:t>
        <w:br/>
        <w:t>v 1.693986 17.377234 0.192221</w:t>
        <w:br/>
        <w:t>v 1.721650 17.380428 0.238719</w:t>
        <w:br/>
        <w:t>v 1.360074 16.871817 -0.117899</w:t>
        <w:br/>
        <w:t>v 1.371723 16.913464 -0.131258</w:t>
        <w:br/>
        <w:t>v 1.736769 16.639317 -0.257983</w:t>
        <w:br/>
        <w:t>v 1.747846 16.679585 -0.419800</w:t>
        <w:br/>
        <w:t>v 1.614384 16.799273 -0.425918</w:t>
        <w:br/>
        <w:t>v 1.588399 16.770786 -0.257961</w:t>
        <w:br/>
        <w:t>v 1.537578 16.946102 0.007491</w:t>
        <w:br/>
        <w:t>v 1.705567 17.227947 0.254511</w:t>
        <w:br/>
        <w:t>v 1.688480 17.172861 0.172135</w:t>
        <w:br/>
        <w:t>v 1.624894 17.086946 0.146467</w:t>
        <w:br/>
        <w:t>v 1.628517 17.120853 0.232957</w:t>
        <w:br/>
        <w:t>v 1.960066 17.622444 -0.349716</w:t>
        <w:br/>
        <w:t>v 1.907689 17.593042 -0.340960</w:t>
        <w:br/>
        <w:t>v 1.858031 17.527010 0.120317</w:t>
        <w:br/>
        <w:t>v 1.816288 17.509003 0.086605</w:t>
        <w:br/>
        <w:t>v 1.858031 17.527010 0.120317</w:t>
        <w:br/>
        <w:t>v 1.919821 17.461868 0.111289</w:t>
        <w:br/>
        <w:t>v 1.995201 16.821108 0.158373</w:t>
        <w:br/>
        <w:t>v 2.079057 16.926828 0.161101</w:t>
        <w:br/>
        <w:t>v 1.788907 16.686302 0.076075</w:t>
        <w:br/>
        <w:t>v 1.781521 16.736122 -0.001453</w:t>
        <w:br/>
        <w:t>v 1.721650 17.380428 0.238719</w:t>
        <w:br/>
        <w:t>v 1.437077 16.994131 0.118407</w:t>
        <w:br/>
        <w:t>v 1.499524 16.935019 0.113895</w:t>
        <w:br/>
        <w:t>v 4.198086 15.970694 -0.674242</w:t>
        <w:br/>
        <w:t>v 4.653870 15.716663 -0.702968</w:t>
        <w:br/>
        <w:t>v 4.738007 15.830881 -0.543466</w:t>
        <w:br/>
        <w:t>v 4.269858 16.076466 -0.508650</w:t>
        <w:br/>
        <w:t>v 4.792861 15.905754 -0.391553</w:t>
        <w:br/>
        <w:t>v 4.305183 16.128586 -0.370456</w:t>
        <w:br/>
        <w:t>v 4.311220 16.145098 -0.220996</w:t>
        <w:br/>
        <w:t>v 4.819706 15.943155 -0.221910</w:t>
        <w:br/>
        <w:t>v 3.916494 16.330280 -0.219149</w:t>
        <w:br/>
        <w:t>v 3.916875 16.322617 -0.358750</w:t>
        <w:br/>
        <w:t>v 3.887273 16.276455 -0.496748</w:t>
        <w:br/>
        <w:t>v 4.792226 15.907810 -0.049788</w:t>
        <w:br/>
        <w:t>v 4.733767 15.830692 0.102774</w:t>
        <w:br/>
        <w:t>v 4.240387 16.048166 0.064720</w:t>
        <w:br/>
        <w:t>v 4.283465 16.105572 -0.073411</w:t>
        <w:br/>
        <w:t>v 4.032392 15.730324 -0.804732</w:t>
        <w:br/>
        <w:t>v 4.465343 15.463177 -0.866878</w:t>
        <w:br/>
        <w:t>v 4.572981 15.610788 -0.811705</w:t>
        <w:br/>
        <w:t>v 4.116449 15.850595 -0.758720</w:t>
        <w:br/>
        <w:t>v 3.662326 15.967005 -0.763529</w:t>
        <w:br/>
        <w:t>v 3.577733 15.853245 -0.766834</w:t>
        <w:br/>
        <w:t>v 3.946245 15.605644 -0.805903</w:t>
        <w:br/>
        <w:t>v 3.859601 15.483755 -0.775568</w:t>
        <w:br/>
        <w:t>v 4.237973 15.162094 -0.864581</w:t>
        <w:br/>
        <w:t>v 4.346872 15.307884 -0.898563</w:t>
        <w:br/>
        <w:t>v 3.796256 15.398958 -0.691274</w:t>
        <w:br/>
        <w:t>v 4.159129 15.052622 -0.748187</w:t>
        <w:br/>
        <w:t>v 3.696070 15.330378 -0.577921</w:t>
        <w:br/>
        <w:t>v 4.070614 14.940258 -0.626703</w:t>
        <w:br/>
        <w:t>v 3.500034 15.750786 -0.704027</w:t>
        <w:br/>
        <w:t>v 2.844629 16.035088 -0.575580</w:t>
        <w:br/>
        <w:t>v 2.975649 15.940586 -0.578724</w:t>
        <w:br/>
        <w:t>v 3.040435 16.038317 -0.673806</w:t>
        <w:br/>
        <w:t>v 2.908436 16.128572 -0.668822</w:t>
        <w:br/>
        <w:t>v 3.112036 16.146326 -0.724278</w:t>
        <w:br/>
        <w:t>v 2.982225 16.236681 -0.712902</w:t>
        <w:br/>
        <w:t>v 2.940387 15.887396 -0.454317</w:t>
        <w:br/>
        <w:t>v 3.076725 15.784609 -0.455744</w:t>
        <w:br/>
        <w:t>v 3.113288 15.842542 -0.579819</w:t>
        <w:br/>
        <w:t>v 2.921187 15.858433 -0.317150</w:t>
        <w:br/>
        <w:t>v 3.056358 15.752338 -0.315349</w:t>
        <w:br/>
        <w:t>v 2.808971 15.982846 -0.452862</w:t>
        <w:br/>
        <w:t>v 2.789514 15.954341 -0.316865</w:t>
        <w:br/>
        <w:t>v 2.921187 15.858433 -0.317150</w:t>
        <w:br/>
        <w:t>v 2.924527 15.863470 -0.173793</w:t>
        <w:br/>
        <w:t>v 3.060457 15.758835 -0.166044</w:t>
        <w:br/>
        <w:t>v 3.056358 15.752338 -0.315349</w:t>
        <w:br/>
        <w:t>v 2.789514 15.954341 -0.316865</w:t>
        <w:br/>
        <w:t>v 2.791881 15.957806 -0.176920</w:t>
        <w:br/>
        <w:t>v 3.346387 15.568409 -0.460104</w:t>
        <w:br/>
        <w:t>v 3.313154 15.532909 -0.310390</w:t>
        <w:br/>
        <w:t>v 3.625436 15.205853 -0.285395</w:t>
        <w:br/>
        <w:t>v 3.646392 15.226973 -0.459111</w:t>
        <w:br/>
        <w:t>v 3.644056 15.232582 -0.111244</w:t>
        <w:br/>
        <w:t>v 3.625436 15.205853 -0.285395</w:t>
        <w:br/>
        <w:t>v 3.313154 15.532909 -0.310390</w:t>
        <w:br/>
        <w:t>v 3.317248 15.547297 -0.141475</w:t>
        <w:br/>
        <w:t>v 3.170918 15.933851 -0.668284</w:t>
        <w:br/>
        <w:t>v 3.742127 16.073217 -0.721590</w:t>
        <w:br/>
        <w:t>v 3.253346 16.359495 -0.684432</w:t>
        <w:br/>
        <w:t>v 3.391121 16.282753 -0.694680</w:t>
        <w:br/>
        <w:t>v 3.458016 16.388742 -0.614913</w:t>
        <w:br/>
        <w:t>v 3.331593 16.469046 -0.600239</w:t>
        <w:br/>
        <w:t>v 3.820164 16.180435 -0.633281</w:t>
        <w:br/>
        <w:t>v 3.380454 16.550974 -0.478836</w:t>
        <w:br/>
        <w:t>v 3.512145 16.474506 -0.487040</w:t>
        <w:br/>
        <w:t>v 2.763581 16.937885 -0.422029</w:t>
        <w:br/>
        <w:t>v 2.775189 16.904770 -0.414249</w:t>
        <w:br/>
        <w:t>v 2.998549 16.813465 -0.265398</w:t>
        <w:br/>
        <w:t>v 3.406120 16.590239 -0.350774</w:t>
        <w:br/>
        <w:t>v 3.538782 16.516712 -0.354533</w:t>
        <w:br/>
        <w:t>v 3.214118 16.251287 -0.722929</w:t>
        <w:br/>
        <w:t>v 3.326872 16.180954 -0.734903</w:t>
        <w:br/>
        <w:t>v 4.555036 15.592928 0.337042</w:t>
        <w:br/>
        <w:t>v 4.455314 15.459585 0.387115</w:t>
        <w:br/>
        <w:t>v 3.997475 15.710615 0.305409</w:t>
        <w:br/>
        <w:t>v 4.079151 15.825665 0.282327</w:t>
        <w:br/>
        <w:t>v 3.592984 15.927986 0.227517</w:t>
        <w:br/>
        <w:t>v 3.676564 16.036545 0.211559</w:t>
        <w:br/>
        <w:t>v 3.909460 15.585337 0.281682</w:t>
        <w:br/>
        <w:t>v 4.340928 15.306059 0.376969</w:t>
        <w:br/>
        <w:t>v 3.517109 15.826845 0.193610</w:t>
        <w:br/>
        <w:t>v 3.417478 16.324514 0.127373</w:t>
        <w:br/>
        <w:t>v 3.357723 16.229836 0.171261</w:t>
        <w:br/>
        <w:t>v 3.224450 16.308315 0.147573</w:t>
        <w:br/>
        <w:t>v 3.274277 16.389275 0.118368</w:t>
        <w:br/>
        <w:t>v 3.758257 16.140471 0.155032</w:t>
        <w:br/>
        <w:t>v 4.159554 15.937418 0.203694</w:t>
        <w:br/>
        <w:t>v 4.641000 15.707548 0.255514</w:t>
        <w:br/>
        <w:t>v 3.893080 16.306892 -0.080395</w:t>
        <w:br/>
        <w:t>v 3.342675 16.493343 0.029544</w:t>
        <w:br/>
        <w:t>v 3.391090 16.567362 -0.083665</w:t>
        <w:br/>
        <w:t>v 3.526886 16.497864 -0.082755</w:t>
        <w:br/>
        <w:t>v 3.479461 16.422722 0.035184</w:t>
        <w:br/>
        <w:t>v 2.871496 16.074450 0.057889</w:t>
        <w:br/>
        <w:t>v 2.931837 16.162857 0.135982</w:t>
        <w:br/>
        <w:t>v 3.065732 16.076479 0.144699</w:t>
        <w:br/>
        <w:t>v 3.005599 15.985768 0.064687</w:t>
        <w:br/>
        <w:t>v 2.822709 16.002974 -0.049378</w:t>
        <w:br/>
        <w:t>v 2.956752 15.912081 -0.043384</w:t>
        <w:br/>
        <w:t>v 3.147789 16.200262 0.181667</w:t>
        <w:br/>
        <w:t>v 3.005430 16.270678 0.172315</w:t>
        <w:br/>
        <w:t>v 3.836699 16.238529 0.048797</w:t>
        <w:br/>
        <w:t>v 3.409866 16.596060 -0.210426</w:t>
        <w:br/>
        <w:t>v 3.544052 16.525063 -0.217450</w:t>
        <w:br/>
        <w:t>v 3.715130 15.303030 0.016408</w:t>
        <w:br/>
        <w:t>v 3.767767 15.381197 0.151776</w:t>
        <w:br/>
        <w:t>v 4.153519 15.053457 0.235152</w:t>
        <w:br/>
        <w:t>v 4.084138 14.959234 0.099318</w:t>
        <w:br/>
        <w:t>v 3.824609 15.463406 0.215716</w:t>
        <w:br/>
        <w:t>v 3.443341 15.726320 0.119615</w:t>
        <w:br/>
        <w:t>v 4.229422 15.156015 0.321979</w:t>
        <w:br/>
        <w:t>v 3.094579 15.812898 -0.025763</w:t>
        <w:br/>
        <w:t>v 1.495909 17.112396 0.154328</w:t>
        <w:br/>
        <w:t>v 1.498732 17.088259 0.196963</w:t>
        <w:br/>
        <w:t>v 1.560288 17.029234 0.190846</w:t>
        <w:br/>
        <w:t>v 1.498732 17.088259 0.196963</w:t>
        <w:br/>
        <w:t>v 1.573167 17.005705 0.090767</w:t>
        <w:br/>
        <w:t>v 1.560288 17.029234 0.190846</w:t>
        <w:br/>
        <w:t>v 1.816165 16.807369 0.080154</w:t>
        <w:br/>
        <w:t>v 1.573167 17.005705 0.090767</w:t>
        <w:br/>
        <w:t>v 1.839689 16.769825 0.149680</w:t>
        <w:br/>
        <w:t>v 1.893465 16.722290 0.142915</w:t>
        <w:br/>
        <w:t>v 1.839689 16.769825 0.149680</w:t>
        <w:br/>
        <w:t>v 1.929685 16.723091 0.102147</w:t>
        <w:br/>
        <w:t>v 1.781521 16.736122 -0.001453</w:t>
        <w:br/>
        <w:t>v 1.537578 16.946102 0.007491</w:t>
        <w:br/>
        <w:t>v 1.499524 16.935019 0.113895</w:t>
        <w:br/>
        <w:t>v 1.349533 16.858162 -0.257951</w:t>
        <w:br/>
        <w:t>v 1.361943 16.900867 -0.257948</w:t>
        <w:br/>
        <w:t>v 1.415122 16.799528 -0.257951</w:t>
        <w:br/>
        <w:t>v 1.349533 16.858162 -0.257951</w:t>
        <w:br/>
        <w:t>v 1.487570 16.860130 -0.257945</w:t>
        <w:br/>
        <w:t>v 1.722377 16.575102 -0.259935</w:t>
        <w:br/>
        <w:t>v 1.736769 16.639317 -0.257983</w:t>
        <w:br/>
        <w:t>v 1.771615 16.535116 -0.259934</w:t>
        <w:br/>
        <w:t>v 1.722377 16.575102 -0.259935</w:t>
        <w:br/>
        <w:t>v 1.771615 16.535116 -0.259934</w:t>
        <w:br/>
        <w:t>v 1.823246 16.551855 -0.259907</w:t>
        <w:br/>
        <w:t>v 1.774172 16.741808 -0.516178</w:t>
        <w:br/>
        <w:t>v 1.527280 16.954716 -0.523240</w:t>
        <w:br/>
        <w:t>v 1.638308 17.289095 -0.773101</w:t>
        <w:br/>
        <w:t>v 1.618996 17.295141 -0.724778</w:t>
        <w:br/>
        <w:t>v 1.698357 17.231518 -0.770349</w:t>
        <w:br/>
        <w:t>v 1.638308 17.289095 -0.773101</w:t>
        <w:br/>
        <w:t>v 1.937219 16.999252 -0.669201</w:t>
        <w:br/>
        <w:t>v 1.680730 17.177155 -0.687649</w:t>
        <w:br/>
        <w:t>v 1.966461 16.961460 -0.732609</w:t>
        <w:br/>
        <w:t>v 1.966461 16.961460 -0.732609</w:t>
        <w:br/>
        <w:t>v 2.025361 16.907690 -0.725038</w:t>
        <w:br/>
        <w:t>v 1.690434 17.350513 -0.766791</w:t>
        <w:br/>
        <w:t>v 2.211699 17.252382 -0.589197</w:t>
        <w:br/>
        <w:t>v 1.969293 17.626974 -0.257899</w:t>
        <w:br/>
        <w:t>v 1.915721 17.597260 -0.257910</w:t>
        <w:br/>
        <w:t>v 2.033506 17.566292 -0.257906</w:t>
        <w:br/>
        <w:t>v 1.969293 17.626974 -0.257899</w:t>
        <w:br/>
        <w:t>v 2.033506 17.566292 -0.257906</w:t>
        <w:br/>
        <w:t>v 2.014127 17.487820 -0.258035</w:t>
        <w:br/>
        <w:t>v 2.277672 17.314129 -0.258608</w:t>
        <w:br/>
        <w:t>v 2.014127 17.487820 -0.258035</w:t>
        <w:br/>
        <w:t>v 2.348246 17.309416 -0.258650</w:t>
        <w:br/>
        <w:t>v 2.383955 17.283506 -0.257880</w:t>
        <w:br/>
        <w:t>v 2.373176 17.240778 -0.257757</w:t>
        <w:br/>
        <w:t>v 2.383955 17.283506 -0.257880</w:t>
        <w:br/>
        <w:t>v 1.795887 17.465092 0.191046</w:t>
        <w:br/>
        <w:t>v 1.760558 17.453112 0.149081</w:t>
        <w:br/>
        <w:t>v 1.795887 17.465092 0.191046</w:t>
        <w:br/>
        <w:t>v 1.854171 17.402309 0.185781</w:t>
        <w:br/>
        <w:t>v 1.943508 16.765673 -0.597259</w:t>
        <w:br/>
        <w:t>v 1.894838 16.694447 -0.514221</w:t>
        <w:br/>
        <w:t>v 2.001269 16.846699 -0.655256</w:t>
        <w:br/>
        <w:t>v 2.080610 16.933590 -0.668893</w:t>
        <w:br/>
        <w:t>v 2.004171 16.831758 -0.664041</w:t>
        <w:br/>
        <w:t>v 2.384227 16.765440 -0.676578</w:t>
        <w:br/>
        <w:t>v 2.687843 16.597288 -0.684264</w:t>
        <w:br/>
        <w:t>v 2.765576 16.696724 -0.647310</w:t>
        <w:br/>
        <w:t>v 2.467311 16.864864 -0.643814</w:t>
        <w:br/>
        <w:t>v 2.805387 16.793390 -0.568520</w:t>
        <w:br/>
        <w:t>v 2.522358 16.955078 -0.581023</w:t>
        <w:br/>
        <w:t>v 2.869149 16.853971 -0.068998</w:t>
        <w:br/>
        <w:t>v 2.845999 16.794645 0.022389</w:t>
        <w:br/>
        <w:t>v 2.717503 16.974705 -0.075785</w:t>
        <w:br/>
        <w:t>v 2.780530 16.712320 0.103296</w:t>
        <w:br/>
        <w:t>v 2.508094 16.915251 0.090756</w:t>
        <w:br/>
        <w:t>v 2.573839 16.990225 0.005156</w:t>
        <w:br/>
        <w:t>v 2.703807 16.615263 0.147245</w:t>
        <w:br/>
        <w:t>v 2.430431 16.820681 0.139693</w:t>
        <w:br/>
        <w:t>v 2.623968 16.512547 0.150952</w:t>
        <w:br/>
        <w:t>v 2.351513 16.719688 0.156026</w:t>
        <w:br/>
        <w:t>v 2.547271 16.413155 0.112964</w:t>
        <w:br/>
        <w:t>v 2.271236 16.617134 0.135669</w:t>
        <w:br/>
        <w:t>v 2.481193 16.330408 0.036417</w:t>
        <w:br/>
        <w:t>v 2.205439 16.526751 0.069282</w:t>
        <w:br/>
        <w:t>v 2.428399 16.269247 -0.066550</w:t>
        <w:br/>
        <w:t>v 2.162992 16.459999 -0.016376</w:t>
        <w:br/>
        <w:t>v 1.849565 16.600405 -0.115076</w:t>
        <w:br/>
        <w:t>v 1.835846 16.595530 -0.267731</w:t>
        <w:br/>
        <w:t>v 1.856017 16.635117 -0.418800</w:t>
        <w:br/>
        <w:t>v 1.835846 16.595530 -0.267731</w:t>
        <w:br/>
        <w:t>v 2.460485 16.313030 -0.564339</w:t>
        <w:br/>
        <w:t>v 2.177661 16.503740 -0.539280</w:t>
        <w:br/>
        <w:t>v 2.136794 16.448978 -0.434261</w:t>
        <w:br/>
        <w:t>v 2.417570 16.262840 -0.449723</w:t>
        <w:br/>
        <w:t>v 2.114453 16.413618 -0.294299</w:t>
        <w:br/>
        <w:t>v 2.393059 16.231701 -0.320867</w:t>
        <w:br/>
        <w:t>v 2.123189 16.417667 -0.151544</w:t>
        <w:br/>
        <w:t>v 2.396812 16.234926 -0.188012</w:t>
        <w:br/>
        <w:t>v 2.393059 16.231701 -0.320867</w:t>
        <w:br/>
        <w:t>v 2.114453 16.413618 -0.294299</w:t>
        <w:br/>
        <w:t>v 2.304156 16.669897 -0.666945</w:t>
        <w:br/>
        <w:t>v 2.607044 16.493095 -0.678635</w:t>
        <w:br/>
        <w:t>v 2.233850 16.577574 -0.624627</w:t>
        <w:br/>
        <w:t>v 2.524193 16.389475 -0.651995</w:t>
        <w:br/>
        <w:t>v 2.349402 17.225229 -0.129769</w:t>
        <w:br/>
        <w:t>v 2.373176 17.240778 -0.257757</w:t>
        <w:br/>
        <w:t>v 2.419262 17.204023 -0.267979</w:t>
        <w:br/>
        <w:t>v 2.823098 16.910208 -0.145745</w:t>
        <w:br/>
        <w:t>v 2.828296 16.876465 -0.154163</w:t>
        <w:br/>
        <w:t>v 2.868542 16.836494 -0.088081</w:t>
        <w:br/>
        <w:t>v 2.869149 16.853971 -0.068998</w:t>
        <w:br/>
        <w:t>v 2.478377 17.209793 -0.263410</w:t>
        <w:br/>
        <w:t>v 2.755559 17.034382 -0.429547</w:t>
        <w:br/>
        <w:t>v 2.788146 17.083675 -0.264950</w:t>
        <w:br/>
        <w:t>v 2.755559 17.034382 -0.429547</w:t>
        <w:br/>
        <w:t>v 2.976404 16.900513 -0.266075</w:t>
        <w:br/>
        <w:t>v 2.419262 17.204023 -0.267979</w:t>
        <w:br/>
        <w:t>v 2.478377 17.209793 -0.263410</w:t>
        <w:br/>
        <w:t>v 2.759663 17.033195 -0.105169</w:t>
        <w:br/>
        <w:t>v 2.717503 16.974705 -0.075785</w:t>
        <w:br/>
        <w:t>v 2.823098 16.910208 -0.145745</w:t>
        <w:br/>
        <w:t>v 2.419262 17.204023 -0.267979</w:t>
        <w:br/>
        <w:t>v 2.707985 16.969692 -0.455297</w:t>
        <w:br/>
        <w:t>v 2.707985 16.969692 -0.455297</w:t>
        <w:br/>
        <w:t>v 2.351783 17.226923 -0.375822</w:t>
        <w:br/>
        <w:t>v 2.298302 17.180378 -0.511972</w:t>
        <w:br/>
        <w:t>v 2.555242 17.015911 -0.508878</w:t>
        <w:br/>
        <w:t>v 3.462824 15.712099 -0.623569</w:t>
        <w:br/>
        <w:t>v 3.333582 15.824814 -0.651637</w:t>
        <w:br/>
        <w:t>v 3.311993 15.811711 -0.660981</w:t>
        <w:br/>
        <w:t>v 3.448976 15.693388 -0.634484</w:t>
        <w:br/>
        <w:t>v 2.947183 16.711775 0.014613</w:t>
        <w:br/>
        <w:t>v 2.932789 16.738192 0.027996</w:t>
        <w:br/>
        <w:t>v 3.002544 16.542988 0.108935</w:t>
        <w:br/>
        <w:t>v 2.997261 16.535229 0.137278</w:t>
        <w:br/>
        <w:t>v 3.099069 16.407869 0.137252</w:t>
        <w:br/>
        <w:t>v 3.151931 16.206509 0.165249</w:t>
        <w:br/>
        <w:t>v 3.147789 16.200262 0.181667</w:t>
        <w:br/>
        <w:t>v 3.093093 16.399113 0.160800</w:t>
        <w:br/>
        <w:t>v 3.273359 16.096167 0.174262</w:t>
        <w:br/>
        <w:t>v 3.265272 16.083353 0.190545</w:t>
        <w:br/>
        <w:t>v 3.327346 15.955371 0.161313</w:t>
        <w:br/>
        <w:t>v 3.301957 15.956479 0.175292</w:t>
        <w:br/>
        <w:t>v 3.426308 15.704578 0.130011</w:t>
        <w:br/>
        <w:t>v 3.309233 15.817378 0.136443</w:t>
        <w:br/>
        <w:t>v 3.334914 15.831552 0.130627</w:t>
        <w:br/>
        <w:t>v 3.606810 15.522215 0.102874</w:t>
        <w:br/>
        <w:t>v 3.586702 15.501646 0.104230</w:t>
        <w:br/>
        <w:t>v 3.685361 15.285452 0.009954</w:t>
        <w:br/>
        <w:t>v 3.747531 15.162876 -0.114848</w:t>
        <w:br/>
        <w:t>v 3.718953 15.162531 -0.107436</w:t>
        <w:br/>
        <w:t>v 3.777665 15.089649 -0.270505</w:t>
        <w:br/>
        <w:t>v 3.741955 15.083530 -0.272078</w:t>
        <w:br/>
        <w:t>v 3.777665 15.089649 -0.270505</w:t>
        <w:br/>
        <w:t>v 3.739921 15.167368 -0.447078</w:t>
        <w:br/>
        <w:t>v 3.710259 15.168234 -0.456365</w:t>
        <w:br/>
        <w:t>v 3.741955 15.083530 -0.272078</w:t>
        <w:br/>
        <w:t>v 3.670311 15.297182 -0.565829</w:t>
        <w:br/>
        <w:t>v 3.577198 15.523952 -0.630298</w:t>
        <w:br/>
        <w:t>v 3.598704 15.539751 -0.624647</w:t>
        <w:br/>
        <w:t>v 3.328114 15.935109 -0.691860</w:t>
        <w:br/>
        <w:t>v 3.256094 16.068810 -0.718030</w:t>
        <w:br/>
        <w:t>v 3.249253 16.057972 -0.740173</w:t>
        <w:br/>
        <w:t>v 3.305799 15.929792 -0.707707</w:t>
        <w:br/>
        <w:t>v 3.159051 16.190834 -0.716301</w:t>
        <w:br/>
        <w:t>v 3.138820 16.186731 -0.735870</w:t>
        <w:br/>
        <w:t>v 3.168164 16.310785 -0.707622</w:t>
        <w:br/>
        <w:t>v 3.123002 16.407490 -0.683924</w:t>
        <w:br/>
        <w:t>v 3.098127 16.406488 -0.711112</w:t>
        <w:br/>
        <w:t>v 3.150545 16.310801 -0.731892</w:t>
        <w:br/>
        <w:t>v 2.997272 16.533810 -0.650301</w:t>
        <w:br/>
        <w:t>v 2.905411 16.722221 -0.553554</w:t>
        <w:br/>
        <w:t>v 2.886115 16.746996 -0.579685</w:t>
        <w:br/>
        <w:t>v 2.994299 16.530878 -0.685391</w:t>
        <w:br/>
        <w:t>v 2.825967 16.835203 -0.484838</w:t>
        <w:br/>
        <w:t>v 2.812182 16.851446 -0.505784</w:t>
        <w:br/>
        <w:t>v 4.023675 14.873571 -0.436480</w:t>
        <w:br/>
        <w:t>v 3.256094 16.068810 -0.718030</w:t>
        <w:br/>
        <w:t>v 3.328114 15.935109 -0.691860</w:t>
        <w:br/>
        <w:t>v 3.199960 16.555681 -0.580652</w:t>
        <w:br/>
        <w:t>v 4.023574 14.876398 -0.087979</w:t>
        <w:br/>
        <w:t>v 4.003481 14.849346 -0.253995</w:t>
        <w:br/>
        <w:t>v 4.003481 14.849346 -0.253995</w:t>
        <w:br/>
        <w:t>v 3.333582 15.824814 -0.651637</w:t>
        <w:br/>
        <w:t>v 3.462824 15.712099 -0.623569</w:t>
        <w:br/>
        <w:t>v 3.151931 16.206509 0.165249</w:t>
        <w:br/>
        <w:t>v 3.206904 16.565857 0.024109</w:t>
        <w:br/>
        <w:t>v 3.255073 16.636427 -0.084710</w:t>
        <w:br/>
        <w:t>v 3.133255 16.457954 0.112148</w:t>
        <w:br/>
        <w:t>v 3.099069 16.407869 0.137252</w:t>
        <w:br/>
        <w:t>v 3.093093 16.399113 0.160800</w:t>
        <w:br/>
        <w:t>v 3.210255 15.996182 0.158654</w:t>
        <w:br/>
        <w:t>v 3.265272 16.083353 0.190545</w:t>
        <w:br/>
        <w:t>v 3.147072 15.896070 0.085250</w:t>
        <w:br/>
        <w:t>v 3.364231 15.618231 0.034913</w:t>
        <w:br/>
        <w:t>v 3.710259 15.168234 -0.456365</w:t>
        <w:br/>
        <w:t>v 3.399619 15.631542 -0.582689</w:t>
        <w:br/>
        <w:t>v 3.249253 16.057972 -0.740173</w:t>
        <w:br/>
        <w:t>v 3.138820 16.186731 -0.735870</w:t>
        <w:br/>
        <w:t>v 3.022051 16.295029 -0.721294</w:t>
        <w:br/>
        <w:t>v 2.994299 16.530878 -0.685391</w:t>
        <w:br/>
        <w:t>v 3.598704 15.539751 -0.624647</w:t>
        <w:br/>
        <w:t>v 2.763581 16.937885 -0.422029</w:t>
        <w:br/>
        <w:t>v 2.952408 16.469336 0.157241</w:t>
        <w:br/>
        <w:t>v 6.290420 14.553604 -0.235634</w:t>
        <w:br/>
        <w:t>v 6.264750 14.504890 -0.343859</w:t>
        <w:br/>
        <w:t>v 6.435978 14.459093 -0.251649</w:t>
        <w:br/>
        <w:t>v 6.112906 14.590428 -0.350857</w:t>
        <w:br/>
        <w:t>v 6.021263 14.657041 -0.382117</w:t>
        <w:br/>
        <w:t>v 6.073010 14.491319 -0.400365</w:t>
        <w:br/>
        <w:t>v 5.991196 14.415851 -0.399209</w:t>
        <w:br/>
        <w:t>v 5.958745 14.546345 -0.394373</w:t>
        <w:br/>
        <w:t>v 5.926194 14.727230 -0.390006</w:t>
        <w:br/>
        <w:t>v 5.885410 14.614787 -0.397881</w:t>
        <w:br/>
        <w:t>v 5.897537 14.444077 -0.357613</w:t>
        <w:br/>
        <w:t>v 5.848372 14.500472 -0.364081</w:t>
        <w:br/>
        <w:t>v 5.933417 14.370839 -0.353547</w:t>
        <w:br/>
        <w:t>v 5.825232 14.464945 -0.268392</w:t>
        <w:br/>
        <w:t>v 5.773653 14.555194 -0.366711</w:t>
        <w:br/>
        <w:t>v 5.752566 14.510539 -0.283967</w:t>
        <w:br/>
        <w:t>v 5.810056 14.450166 -0.159007</w:t>
        <w:br/>
        <w:t>v 5.738367 14.491808 -0.168495</w:t>
        <w:br/>
        <w:t>v 5.805623 14.700273 -0.400616</w:t>
        <w:br/>
        <w:t>v 6.057402 14.731511 -0.307886</w:t>
        <w:br/>
        <w:t>v 6.146406 14.675650 -0.240492</w:t>
        <w:br/>
        <w:t>v 6.074025 14.756558 -0.224888</w:t>
        <w:br/>
        <w:t>v 5.978123 14.798499 -0.333824</w:t>
        <w:br/>
        <w:t>v 6.005730 14.830584 -0.236692</w:t>
        <w:br/>
        <w:t>v 6.108204 14.291135 -0.497453</w:t>
        <w:br/>
        <w:t>v 6.003215 14.244538 -0.343337</w:t>
        <w:br/>
        <w:t>v 6.042542 14.260719 -0.420003</w:t>
        <w:br/>
        <w:t>v 5.914337 14.356075 -0.252688</w:t>
        <w:br/>
        <w:t>v 5.895407 14.342095 -0.146881</w:t>
        <w:br/>
        <w:t>v 5.960732 14.225452 -0.137360</w:t>
        <w:br/>
        <w:t>v 5.975666 14.228271 -0.242100</w:t>
        <w:br/>
        <w:t>v 6.318392 14.363411 -0.511914</w:t>
        <w:br/>
        <w:t>v 6.184247 14.443408 -0.437043</w:t>
        <w:br/>
        <w:t>v 6.206105 14.330940 -0.530394</w:t>
        <w:br/>
        <w:t>v 6.440093 14.375185 -0.459819</w:t>
        <w:br/>
        <w:t>v 6.304322 14.572130 -0.121040</w:t>
        <w:br/>
        <w:t>v 6.156980 14.683039 -0.128116</w:t>
        <w:br/>
        <w:t>v 6.140470 14.666775 -0.011548</w:t>
        <w:br/>
        <w:t>v 6.062574 14.750224 -0.044487</w:t>
        <w:br/>
        <w:t>v 6.069994 14.760456 -0.135906</w:t>
        <w:br/>
        <w:t>v 5.998319 14.828484 -0.053542</w:t>
        <w:br/>
        <w:t>v 6.002486 14.839622 -0.141931</w:t>
        <w:br/>
        <w:t>v 6.284387 14.556906 -0.006788</w:t>
        <w:br/>
        <w:t>v 6.261792 14.509442 0.092229</w:t>
        <w:br/>
        <w:t>v 6.110662 14.595153 0.087091</w:t>
        <w:br/>
        <w:t>v 6.462148 14.474715 -0.131955</w:t>
        <w:br/>
        <w:t>v 6.432133 14.466669 -0.007372</w:t>
        <w:br/>
        <w:t>v 6.682446 14.341221 -0.275498</w:t>
        <w:br/>
        <w:t>v 6.565289 14.366389 -0.377180</w:t>
        <w:br/>
        <w:t>v 6.752415 14.320304 -0.152777</w:t>
        <w:br/>
        <w:t>v 6.671667 14.345905 -0.010249</w:t>
        <w:br/>
        <w:t>v 5.808815 14.962380 -0.359495</w:t>
        <w:br/>
        <w:t>v 5.865036 15.016863 -0.278431</w:t>
        <w:br/>
        <w:t>v 5.811450 15.117838 -0.287554</w:t>
        <w:br/>
        <w:t>v 5.800381 15.079636 -0.332668</w:t>
        <w:br/>
        <w:t>v 5.752586 14.840626 -0.456085</w:t>
        <w:br/>
        <w:t>v 5.818981 14.965090 -0.371477</w:t>
        <w:br/>
        <w:t>v 5.756399 15.022939 -0.441344</w:t>
        <w:br/>
        <w:t>v 5.435289 14.732754 -0.681187</w:t>
        <w:br/>
        <w:t>v 5.591829 14.788739 -0.558561</w:t>
        <w:br/>
        <w:t>v 5.516579 14.900386 -0.703766</w:t>
        <w:br/>
        <w:t>v 5.737030 15.185940 -0.471007</w:t>
        <w:br/>
        <w:t>v 5.627080 15.086233 -0.549154</w:t>
        <w:br/>
        <w:t>v 5.745202 15.021015 -0.430442</w:t>
        <w:br/>
        <w:t>v 5.666937 15.364094 -0.492975</w:t>
        <w:br/>
        <w:t>v 5.587797 15.253089 -0.609780</w:t>
        <w:br/>
        <w:t>v 5.516273 15.113727 -0.736301</w:t>
        <w:br/>
        <w:t>v 5.592912 14.989159 -0.643611</w:t>
        <w:br/>
        <w:t>v 5.671833 14.919914 -0.525497</w:t>
        <w:br/>
        <w:t>v 5.416322 14.982947 -0.815322</w:t>
        <w:br/>
        <w:t>v 5.348924 14.852345 -0.838596</w:t>
        <w:br/>
        <w:t>v 5.163095 14.875654 -0.941391</w:t>
        <w:br/>
        <w:t>v 5.285776 15.064945 -0.903757</w:t>
        <w:br/>
        <w:t>v 4.974224 14.930545 -0.986858</w:t>
        <w:br/>
        <w:t>v 4.834559 14.734842 -0.931016</w:t>
        <w:br/>
        <w:t>v 5.049874 14.687485 -0.883574</w:t>
        <w:br/>
        <w:t>v 5.262220 14.694386 -0.792892</w:t>
        <w:br/>
        <w:t>v 4.748075 14.617135 -0.767907</w:t>
        <w:br/>
        <w:t>v 4.982812 14.591181 -0.715413</w:t>
        <w:br/>
        <w:t>v 5.197808 14.662460 -0.624667</w:t>
        <w:br/>
        <w:t>v 5.123537 15.142739 -0.936724</w:t>
        <w:br/>
        <w:t>v 4.757047 15.045560 -0.983151</w:t>
        <w:br/>
        <w:t>v 4.898684 15.246080 -0.944581</w:t>
        <w:br/>
        <w:t>v 4.621985 14.857234 -0.930223</w:t>
        <w:br/>
        <w:t>v 5.400599 15.234363 -0.789755</w:t>
        <w:br/>
        <w:t>v 5.256075 15.333200 -0.814388</w:t>
        <w:br/>
        <w:t>v 5.161468 14.540457 -0.502735</w:t>
        <w:br/>
        <w:t>v 5.356400 14.588232 -0.492240</w:t>
        <w:br/>
        <w:t>v 5.571198 14.682493 -0.413200</w:t>
        <w:br/>
        <w:t>v 5.682238 14.756138 -0.469425</w:t>
        <w:br/>
        <w:t>v 5.698644 14.628356 -0.394176</w:t>
        <w:br/>
        <w:t>v 5.540977 14.650115 -0.295781</w:t>
        <w:br/>
        <w:t>v 5.675003 14.594699 -0.287469</w:t>
        <w:br/>
        <w:t>v 5.477296 14.592740 -0.352696</w:t>
        <w:br/>
        <w:t>v 5.467777 14.561448 -0.203753</w:t>
        <w:br/>
        <w:t>v 5.528189 14.641877 -0.176422</w:t>
        <w:br/>
        <w:t>v 5.540977 14.650115 -0.295781</w:t>
        <w:br/>
        <w:t>v 5.315896 14.497916 -0.333188</w:t>
        <w:br/>
        <w:t>v 5.489182 14.676621 -0.470879</w:t>
        <w:br/>
        <w:t>v 5.130715 14.470035 -0.346814</w:t>
        <w:br/>
        <w:t>v 5.147133 14.415025 -0.178689</w:t>
        <w:br/>
        <w:t>v 5.329505 14.470736 -0.180120</w:t>
        <w:br/>
        <w:t>v 5.467777 14.561448 -0.203753</w:t>
        <w:br/>
        <w:t>v 5.482558 14.589854 -0.049369</w:t>
        <w:br/>
        <w:t>v 5.540283 14.667716 -0.059271</w:t>
        <w:br/>
        <w:t>v 5.528189 14.641877 -0.176422</w:t>
        <w:br/>
        <w:t>v 5.509864 14.659743 0.081504</w:t>
        <w:br/>
        <w:t>v 5.566277 14.712088 0.050291</w:t>
        <w:br/>
        <w:t>v 5.673285 14.607218 -0.072678</w:t>
        <w:br/>
        <w:t>v 5.540283 14.667716 -0.059271</w:t>
        <w:br/>
        <w:t>v 5.566277 14.712088 0.050291</w:t>
        <w:br/>
        <w:t>v 5.683662 14.644122 0.025915</w:t>
        <w:br/>
        <w:t>v 5.663144 14.585542 -0.180442</w:t>
        <w:br/>
        <w:t>v 5.528189 14.641877 -0.176422</w:t>
        <w:br/>
        <w:t>v 5.528189 14.641877 -0.176422</w:t>
        <w:br/>
        <w:t>v 5.663144 14.585542 -0.180442</w:t>
        <w:br/>
        <w:t>v 5.929119 14.944257 -0.148844</w:t>
        <w:br/>
        <w:t>v 5.922776 14.928834 -0.050857</w:t>
        <w:br/>
        <w:t>v 5.925990 14.921337 -0.264847</w:t>
        <w:br/>
        <w:t>v 5.880823 14.873549 -0.357965</w:t>
        <w:br/>
        <w:t>v 5.878103 15.047139 -0.156434</w:t>
        <w:br/>
        <w:t>v 5.860881 15.024280 -0.043601</w:t>
        <w:br/>
        <w:t>v 5.835527 15.155524 -0.162880</w:t>
        <w:br/>
        <w:t>v 5.756374 15.304130 -0.239100</w:t>
        <w:br/>
        <w:t>v 5.776067 15.194269 -0.291701</w:t>
        <w:br/>
        <w:t>v 5.786290 15.264394 -0.165035</w:t>
        <w:br/>
        <w:t>v 5.791071 15.136234 -0.033300</w:t>
        <w:br/>
        <w:t>v 5.767105 15.256218 -0.091797</w:t>
        <w:br/>
        <w:t>v 5.878148 14.861049 0.033742</w:t>
        <w:br/>
        <w:t>v 5.814451 14.971570 0.009082</w:t>
        <w:br/>
        <w:t>v 5.826426 14.805184 0.048819</w:t>
        <w:br/>
        <w:t>v 5.970845 14.791348 0.032779</w:t>
        <w:br/>
        <w:t>v 5.732927 15.245720 0.012332</w:t>
        <w:br/>
        <w:t>v 5.683628 15.394494 0.013446</w:t>
        <w:br/>
        <w:t>v 5.709763 15.375395 -0.079189</w:t>
        <w:br/>
        <w:t>v 5.643584 15.602744 -0.167081</w:t>
        <w:br/>
        <w:t>v 5.523732 15.728357 -0.178410</w:t>
        <w:br/>
        <w:t>v 5.489937 15.675660 -0.362278</w:t>
        <w:br/>
        <w:t>v 5.617034 15.564592 -0.347789</w:t>
        <w:br/>
        <w:t>v 5.276820 15.796444 -0.200684</w:t>
        <w:br/>
        <w:t>v 5.246695 15.749025 -0.385618</w:t>
        <w:br/>
        <w:t>v 5.434436 15.592779 -0.528943</w:t>
        <w:br/>
        <w:t>v 5.192353 15.667606 -0.552274</w:t>
        <w:br/>
        <w:t>v 5.124668 15.568467 -0.685033</w:t>
        <w:br/>
        <w:t>v 5.365243 15.491551 -0.659208</w:t>
        <w:br/>
        <w:t>v 5.493229 15.690590 0.017600</w:t>
        <w:br/>
        <w:t>v 5.255080 15.777777 -0.004306</w:t>
        <w:br/>
        <w:t>v 5.751023 15.316473 -0.132573</w:t>
        <w:br/>
        <w:t>v 5.713023 15.208987 0.120570</w:t>
        <w:br/>
        <w:t>v 5.671412 15.346998 0.152588</w:t>
        <w:br/>
        <w:t>v 5.551796 15.486406 0.221576</w:t>
        <w:br/>
        <w:t>v 5.607453 15.562487 0.021811</w:t>
        <w:br/>
        <w:t>v 5.417327 15.588205 0.194685</w:t>
        <w:br/>
        <w:t>v 5.584133 15.026979 0.289962</w:t>
        <w:br/>
        <w:t>v 5.660755 15.135791 0.186809</w:t>
        <w:br/>
        <w:t>v 5.739932 15.038978 0.072616</w:t>
        <w:br/>
        <w:t>v 5.653855 14.924559 0.193933</w:t>
        <w:br/>
        <w:t>v 5.517839 15.167080 0.357770</w:t>
        <w:br/>
        <w:t>v 5.587214 15.276169 0.253898</w:t>
        <w:br/>
        <w:t>v 5.472209 15.382273 0.325722</w:t>
        <w:br/>
        <w:t>v 5.230329 15.332726 0.435259</w:t>
        <w:br/>
        <w:t>v 5.330591 15.469354 0.328524</w:t>
        <w:br/>
        <w:t>v 5.393424 15.261599 0.412322</w:t>
        <w:br/>
        <w:t>v 5.573735 15.502022 -0.518158</w:t>
        <w:br/>
        <w:t>v 5.694961 15.416202 -0.334685</w:t>
        <w:br/>
        <w:t>v 5.495628 15.390070 -0.639523</w:t>
        <w:br/>
        <w:t>v 4.526504 14.728091 -0.788560</w:t>
        <w:br/>
        <w:t>v 4.552332 14.340560 -0.215238</w:t>
        <w:br/>
        <w:t>v 4.599497 14.400245 -0.419649</w:t>
        <w:br/>
        <w:t>v 4.379954 14.534666 -0.440973</w:t>
        <w:br/>
        <w:t>v 4.351276 14.480294 -0.230795</w:t>
        <w:br/>
        <w:t>v 4.433177 14.602534 -0.639446</w:t>
        <w:br/>
        <w:t>v 4.667386 14.494517 -0.605636</w:t>
        <w:br/>
        <w:t>v 5.024463 15.423524 -0.826863</w:t>
        <w:br/>
        <w:t>v 6.559461 14.372750 0.104476</w:t>
        <w:br/>
        <w:t>v 6.433606 14.380728 0.205196</w:t>
        <w:br/>
        <w:t>v 6.429451 14.352856 0.184851</w:t>
        <w:br/>
        <w:t>v 6.321404 14.337235 0.238537</w:t>
        <w:br/>
        <w:t>v 6.315897 14.366564 0.269779</w:t>
        <w:br/>
        <w:t>v 6.433606 14.380728 0.205196</w:t>
        <w:br/>
        <w:t>v 6.204655 14.333842 0.288328</w:t>
        <w:br/>
        <w:t>v 6.221322 14.309537 0.253442</w:t>
        <w:br/>
        <w:t>v 6.135098 14.282724 0.221611</w:t>
        <w:br/>
        <w:t>v 6.107005 14.294614 0.257371</w:t>
        <w:br/>
        <w:t>v 6.035359 14.261124 0.172993</w:t>
        <w:br/>
        <w:t>v 6.070910 14.256504 0.162690</w:t>
        <w:br/>
        <w:t>v 6.057111 14.249353 0.072842</w:t>
        <w:br/>
        <w:t>v 5.992982 14.239857 0.070587</w:t>
        <w:br/>
        <w:t>v 6.559461 14.372750 0.104476</w:t>
        <w:br/>
        <w:t>v 6.671667 14.345905 -0.010249</w:t>
        <w:br/>
        <w:t>v 6.655222 14.318991 -0.018967</w:t>
        <w:br/>
        <w:t>v 6.547858 14.344653 0.088299</w:t>
        <w:br/>
        <w:t>v 6.752415 14.320304 -0.152777</w:t>
        <w:br/>
        <w:t>v 6.729446 14.293640 -0.150321</w:t>
        <w:br/>
        <w:t>v 6.663130 14.314240 -0.267288</w:t>
        <w:br/>
        <w:t>v 6.682446 14.341221 -0.275498</w:t>
        <w:br/>
        <w:t>v 6.551479 14.338590 -0.362805</w:t>
        <w:br/>
        <w:t>v 6.565289 14.366389 -0.377180</w:t>
        <w:br/>
        <w:t>v 6.204655 14.333842 0.288328</w:t>
        <w:br/>
        <w:t>v 6.107005 14.294614 0.257371</w:t>
        <w:br/>
        <w:t>v 6.182917 14.446871 0.193864</w:t>
        <w:br/>
        <w:t>v 5.987609 14.418037 0.135737</w:t>
        <w:br/>
        <w:t>v 5.943184 14.510658 0.112800</w:t>
        <w:br/>
        <w:t>v 6.063624 14.478618 0.154118</w:t>
        <w:br/>
        <w:t>v 5.892083 14.444984 0.046689</w:t>
        <w:br/>
        <w:t>v 5.841257 14.500527 0.036756</w:t>
        <w:br/>
        <w:t>v 5.885416 14.585903 0.084890</w:t>
        <w:br/>
        <w:t>v 5.859155 14.406357 -0.048031</w:t>
        <w:br/>
        <w:t>v 5.812734 14.457415 -0.054356</w:t>
        <w:br/>
        <w:t>v 5.744836 14.507426 -0.064265</w:t>
        <w:br/>
        <w:t>v 5.767055 14.554994 0.016010</w:t>
        <w:br/>
        <w:t>v 5.811330 14.665263 0.060035</w:t>
        <w:br/>
        <w:t>v 5.923894 14.723375 0.069680</w:t>
        <w:br/>
        <w:t>v 6.010546 14.660516 0.089118</w:t>
        <w:br/>
        <w:t>v 5.928610 14.373171 0.054323</w:t>
        <w:br/>
        <w:t>v 6.035359 14.261124 0.172993</w:t>
        <w:br/>
        <w:t>v 5.992982 14.239857 0.070587</w:t>
        <w:br/>
        <w:t>v 5.898806 14.346572 -0.043021</w:t>
        <w:br/>
        <w:t>v 5.879028 14.423074 -0.258860</w:t>
        <w:br/>
        <w:t>v 5.857673 14.401940 -0.152392</w:t>
        <w:br/>
        <w:t>v 6.315897 14.366564 0.269779</w:t>
        <w:br/>
        <w:t>v 6.054118 14.259661 -0.195113</w:t>
        <w:br/>
        <w:t>v 5.960732 14.225452 -0.137360</w:t>
        <w:br/>
        <w:t>v 6.046012 14.252190 -0.103232</w:t>
        <w:br/>
        <w:t>v 5.964668 14.229574 -0.034340</w:t>
        <w:br/>
        <w:t>v 5.735794 14.859806 0.086752</w:t>
        <w:br/>
        <w:t>v 5.665987 14.779194 0.109401</w:t>
        <w:br/>
        <w:t>v 5.578150 14.790922 0.178101</w:t>
        <w:br/>
        <w:t>v 5.447712 14.789377 0.316128</w:t>
        <w:br/>
        <w:t>v 5.522146 14.924438 0.344559</w:t>
        <w:br/>
        <w:t>v 5.726638 14.718640 0.080628</w:t>
        <w:br/>
        <w:t>v 5.809643 14.661660 0.075735</w:t>
        <w:br/>
        <w:t>v 5.758671 14.547597 0.026698</w:t>
        <w:br/>
        <w:t>v 5.689793 14.624549 0.033246</w:t>
        <w:br/>
        <w:t>v 5.272207 14.765481 0.404927</w:t>
        <w:br/>
        <w:t>v 5.345454 14.885445 0.462000</w:t>
        <w:br/>
        <w:t>v 5.433912 15.025445 0.429586</w:t>
        <w:br/>
        <w:t>v 5.831058 14.805720 0.064170</w:t>
        <w:br/>
        <w:t>v 5.751724 14.855742 0.095196</w:t>
        <w:br/>
        <w:t>v 5.765601 15.029881 0.084965</w:t>
        <w:br/>
        <w:t>v 5.823982 14.974363 0.022274</w:t>
        <w:br/>
        <w:t>v 5.341382 14.508769 -0.023492</w:t>
        <w:br/>
        <w:t>v 5.383283 14.617161 0.135981</w:t>
        <w:br/>
        <w:t>v 5.194492 14.569236 0.138794</w:t>
        <w:br/>
        <w:t>v 5.231544 14.696814 0.252541</w:t>
        <w:br/>
        <w:t>v 4.934209 14.506234 0.160612</w:t>
        <w:br/>
        <w:t>v 4.993302 14.641356 0.301420</w:t>
        <w:br/>
        <w:t>v 4.664981 14.518346 0.160513</w:t>
        <w:br/>
        <w:t>v 4.748032 14.646409 0.316023</w:t>
        <w:br/>
        <w:t>v 4.428215 14.622206 0.147426</w:t>
        <w:br/>
        <w:t>v 4.508989 14.740601 0.306869</w:t>
        <w:br/>
        <w:t>v 4.591412 14.400084 -0.006983</w:t>
        <w:br/>
        <w:t>v 4.370380 14.534702 -0.039202</w:t>
        <w:br/>
        <w:t>v 4.873419 14.388528 0.004665</w:t>
        <w:br/>
        <w:t>v 4.839211 14.341214 -0.192791</w:t>
        <w:br/>
        <w:t>v 4.552332 14.340560 -0.215238</w:t>
        <w:br/>
        <w:t>v 4.351276 14.480294 -0.230795</w:t>
        <w:br/>
        <w:t>v 4.831391 14.768488 0.477511</w:t>
        <w:br/>
        <w:t>v 4.602027 14.877581 0.445557</w:t>
        <w:br/>
        <w:t>v 4.962235 14.956656 0.586870</w:t>
        <w:br/>
        <w:t>v 4.737711 15.072634 0.522418</w:t>
        <w:br/>
        <w:t>v 5.159493 14.897604 0.549710</w:t>
        <w:br/>
        <w:t>v 5.057077 14.732738 0.475673</w:t>
        <w:br/>
        <w:t>v 5.163053 14.460827 0.004218</w:t>
        <w:br/>
        <w:t>v 5.147133 14.415025 -0.178689</w:t>
        <w:br/>
        <w:t>v 5.329505 14.470736 -0.180120</w:t>
        <w:br/>
        <w:t>v 5.183014 15.678617 0.168043</w:t>
        <w:br/>
        <w:t>v 5.097882 15.564095 0.305271</w:t>
        <w:br/>
        <w:t>v 4.889815 15.285286 0.487670</w:t>
        <w:br/>
        <w:t>v 4.998866 15.432926 0.411517</w:t>
        <w:br/>
        <w:t>v 5.124225 15.184767 0.517096</w:t>
        <w:br/>
        <w:t>v 5.294635 15.112364 0.496939</w:t>
        <w:br/>
        <w:t>v 6.435517 14.347128 -0.438028</w:t>
        <w:br/>
        <w:t>v 6.440093 14.375185 -0.459819</w:t>
        <w:br/>
        <w:t>v 6.318392 14.363411 -0.511914</w:t>
        <w:br/>
        <w:t>v 6.324181 14.337313 -0.484658</w:t>
        <w:br/>
        <w:t>v 6.042542 14.260719 -0.420003</w:t>
        <w:br/>
        <w:t>v 6.151395 14.292526 -0.436719</w:t>
        <w:br/>
        <w:t>v 6.108204 14.291135 -0.497453</w:t>
        <w:br/>
        <w:t>v 6.107557 14.285069 -0.365237</w:t>
        <w:br/>
        <w:t>v 6.003215 14.244538 -0.343337</w:t>
        <w:br/>
        <w:t>v 6.206105 14.330940 -0.530394</w:t>
        <w:br/>
        <w:t>v 6.222542 14.308766 -0.489161</w:t>
        <w:br/>
        <w:t>v 6.049726 14.729440 0.027260</w:t>
        <w:br/>
        <w:t>v 4.918403 14.509105 -0.545247</w:t>
        <w:br/>
        <w:t>v 4.860723 14.418138 -0.370164</w:t>
        <w:br/>
        <w:t>v 4.839211 14.341214 -0.192791</w:t>
        <w:br/>
        <w:t>v 5.810056 14.450166 -0.159007</w:t>
        <w:br/>
        <w:t>v 5.738367 14.491808 -0.168495</w:t>
        <w:br/>
        <w:t>v 5.964668 14.229574 -0.034340</w:t>
        <w:br/>
        <w:t>v 6.036613 14.247211 -0.013482</w:t>
        <w:br/>
        <w:t>v 5.814634 14.811753 -0.390208</w:t>
        <w:br/>
        <w:t>v 5.732409 14.497587 -0.059873</w:t>
        <w:br/>
        <w:t>v 5.725843 14.481126 -0.168136</w:t>
        <w:br/>
        <w:t>v 5.648838 14.538901 -0.183112</w:t>
        <w:br/>
        <w:t>v 5.656411 14.561879 -0.070840</w:t>
        <w:br/>
        <w:t>v 2.955542 16.473940 -0.702500</w:t>
        <w:br/>
        <w:t>v 2.976404 16.900513 -0.266075</w:t>
        <w:br/>
        <w:t>v 2.828296 16.876465 -0.154163</w:t>
        <w:br/>
        <w:t>v 2.998549 16.813465 -0.265398</w:t>
        <w:br/>
        <w:t>v 3.275026 16.665661 -0.205825</w:t>
        <w:br/>
        <w:t>v 2.775189 16.904770 -0.414249</w:t>
        <w:br/>
        <w:t>v 3.273115 16.662863 -0.344270</w:t>
        <w:br/>
        <w:t>v 3.249760 16.628645 -0.466097</w:t>
        <w:br/>
        <w:t>v 2.823098 16.910208 -0.145745</w:t>
        <w:br/>
        <w:t>v 6.070910 14.256504 0.162690</w:t>
        <w:br/>
        <w:t>v 6.133390 14.156199 0.238169</w:t>
        <w:br/>
        <w:t>v 6.046012 14.252190 -0.103232</w:t>
        <w:br/>
        <w:t>v 5.960732 14.225452 -0.137360</w:t>
        <w:br/>
        <w:t>v 5.895407 14.342095 -0.146881</w:t>
        <w:br/>
        <w:t>v 5.960732 14.225452 -0.137360</w:t>
        <w:br/>
        <w:t>v 5.857673 14.401940 -0.152392</w:t>
        <w:br/>
        <w:t>v 5.975666 14.228271 -0.242100</w:t>
        <w:br/>
        <w:t>v 6.076385 14.262458 -0.279102</w:t>
        <w:br/>
        <w:t>v 1.843990 17.276484 -0.563493</w:t>
        <w:br/>
        <w:t>v 1.744622 17.439997 -0.672073</w:t>
        <w:br/>
        <w:t>v 1.811741 17.510674 -0.601340</w:t>
        <w:br/>
        <w:t>v 1.917225 17.409836 -0.436344</w:t>
        <w:br/>
        <w:t>v 1.856228 17.552549 -0.518573</w:t>
        <w:br/>
        <w:t>v 1.891285 17.581654 -0.422254</w:t>
        <w:br/>
        <w:t>v 1.778606 17.147923 -0.603047</w:t>
        <w:br/>
        <w:t>v 1.669788 17.355993 -0.717808</w:t>
        <w:br/>
        <w:t>v 1.635234 16.926365 -0.479333</w:t>
        <w:br/>
        <w:t>v 1.393605 16.967861 -0.503505</w:t>
        <w:br/>
        <w:t>v 1.431237 17.035770 -0.600893</w:t>
        <w:br/>
        <w:t>v 1.361943 16.900867 -0.257948</w:t>
        <w:br/>
        <w:t>v 1.367603 16.918129 -0.387644</w:t>
        <w:br/>
        <w:t>v 1.595593 16.888594 -0.253979</w:t>
        <w:br/>
        <w:t>v 1.700465 17.029251 -0.579644</w:t>
        <w:br/>
        <w:t>v 1.485371 17.120104 -0.670168</w:t>
        <w:br/>
        <w:t>v 1.548483 17.206959 -0.714217</w:t>
        <w:br/>
        <w:t>v 1.941008 17.451069 -0.075954</w:t>
        <w:br/>
        <w:t>v 1.962589 17.488571 -0.269878</w:t>
        <w:br/>
        <w:t>v 1.915721 17.597260 -0.257910</w:t>
        <w:br/>
        <w:t>v 1.910729 17.591852 -0.174715</w:t>
        <w:br/>
        <w:t>v 1.890665 17.367720 0.041287</w:t>
        <w:br/>
        <w:t>v 1.816288 17.509003 0.086605</w:t>
        <w:br/>
        <w:t>v 1.760558 17.453112 0.149081</w:t>
        <w:br/>
        <w:t>v 1.774209 17.170574 0.117100</w:t>
        <w:br/>
        <w:t>v 1.693986 17.377234 0.192221</w:t>
        <w:br/>
        <w:t>v 1.625637 17.292124 0.208939</w:t>
        <w:br/>
        <w:t>v 1.495909 17.112396 0.154328</w:t>
        <w:br/>
        <w:t>v 1.680959 17.010881 0.096296</w:t>
        <w:br/>
        <w:t>v 1.556163 17.199900 0.200763</w:t>
        <w:br/>
        <w:t>v 1.624081 16.914404 -0.035514</w:t>
        <w:br/>
        <w:t>v 1.440947 17.025908 0.082909</w:t>
        <w:br/>
        <w:t>v 1.907689 17.593042 -0.340960</w:t>
        <w:br/>
        <w:t>v 1.595593 16.888594 -0.253979</w:t>
        <w:br/>
        <w:t>v 1.401557 16.961508 -0.012349</w:t>
        <w:br/>
        <w:t>v 1.371723 16.913464 -0.131258</w:t>
        <w:br/>
        <w:t>v 1.361943 16.900867 -0.257948</w:t>
        <w:br/>
        <w:t>v 1.618996 17.295141 -0.724778</w:t>
        <w:br/>
        <w:t>v 1.896644 17.579494 -0.093122</w:t>
        <w:br/>
        <w:t>v 1.862925 17.550055 0.002736</w:t>
        <w:br/>
        <w:t>v -0.000017 13.711223 1.379529</w:t>
        <w:br/>
        <w:t>v 0.054737 13.719047 1.383658</w:t>
        <w:br/>
        <w:t>v 0.062852 13.806565 1.403861</w:t>
        <w:br/>
        <w:t>v -0.000017 13.800109 1.412041</w:t>
        <w:br/>
        <w:t>v 0.074889 13.616485 1.317324</w:t>
        <w:br/>
        <w:t>v -0.000017 13.645325 1.328120</w:t>
        <w:br/>
        <w:t>v 0.216323 13.813019 1.379125</w:t>
        <w:br/>
        <w:t>v 0.125721 13.813019 1.395681</w:t>
        <w:br/>
        <w:t>v 0.109491 13.726871 1.387786</w:t>
        <w:br/>
        <w:t>v 0.209404 13.709295 1.385878</w:t>
        <w:br/>
        <w:t>v 0.291857 13.816682 1.351378</w:t>
        <w:br/>
        <w:t>v 0.283190 13.697968 1.360840</w:t>
        <w:br/>
        <w:t>v 0.497819 13.663470 1.244403</w:t>
        <w:br/>
        <w:t>v 0.377437 13.817775 1.299848</w:t>
        <w:br/>
        <w:t>v 0.463610 13.823139 1.247545</w:t>
        <w:br/>
        <w:t>v -0.000018 12.515948 1.443965</w:t>
        <w:br/>
        <w:t>v 0.143568 12.523445 1.450268</w:t>
        <w:br/>
        <w:t>v -0.000017 12.761119 1.362796</w:t>
        <w:br/>
        <w:t>v 0.341109 12.761119 1.313302</w:t>
        <w:br/>
        <w:t>v 0.282197 12.540950 1.423268</w:t>
        <w:br/>
        <w:t>v 0.420896 12.567632 1.374067</w:t>
        <w:br/>
        <w:t>v 0.507551 12.587385 1.262192</w:t>
        <w:br/>
        <w:t>v 0.505362 12.761119 1.272247</w:t>
        <w:br/>
        <w:t>v 0.270902 12.290771 1.446562</w:t>
        <w:br/>
        <w:t>v 0.410045 12.298177 1.383482</w:t>
        <w:br/>
        <w:t>v 0.521115 12.293178 1.338943</w:t>
        <w:br/>
        <w:t>v 0.792927 12.895647 1.198376</w:t>
        <w:br/>
        <w:t>v 0.962868 13.048018 1.179247</w:t>
        <w:br/>
        <w:t>v 0.875949 13.108042 1.205744</w:t>
        <w:br/>
        <w:t>v 1.157080 12.766068 1.041030</w:t>
        <w:br/>
        <w:t>v 1.126135 12.945017 1.117139</w:t>
        <w:br/>
        <w:t>v 1.316329 12.832880 1.024193</w:t>
        <w:br/>
        <w:t>v 1.556321 12.690236 0.880097</w:t>
        <w:br/>
        <w:t>v 0.425312 12.047944 1.393887</w:t>
        <w:br/>
        <w:t>v 0.547783 12.047655 1.333521</w:t>
        <w:br/>
        <w:t>v 0.282730 12.042974 1.457659</w:t>
        <w:br/>
        <w:t>v 0.304463 11.795612 1.461214</w:t>
        <w:br/>
        <w:t>v 0.456191 11.798993 1.399504</w:t>
        <w:br/>
        <w:t>v 0.587651 11.803993 1.335344</w:t>
        <w:br/>
        <w:t>v 0.494063 11.586920 1.395447</w:t>
        <w:br/>
        <w:t>v 0.329347 11.580261 1.467467</w:t>
        <w:br/>
        <w:t>v 0.636024 11.594716 1.322798</w:t>
        <w:br/>
        <w:t>v 0.430622 11.160323 1.463857</w:t>
        <w:br/>
        <w:t>v 0.582203 11.166570 1.364719</w:t>
        <w:br/>
        <w:t>v 0.548518 11.379091 1.379957</w:t>
        <w:br/>
        <w:t>v 0.767799 11.187930 1.275440</w:t>
        <w:br/>
        <w:t>v 0.699592 11.390060 1.303587</w:t>
        <w:br/>
        <w:t>v 0.658449 10.965136 1.364748</w:t>
        <w:br/>
        <w:t>v 0.482414 10.960336 1.475115</w:t>
        <w:br/>
        <w:t>v 0.843751 10.988210 1.250214</w:t>
        <w:br/>
        <w:t>v 0.724302 10.759398 1.339966</w:t>
        <w:br/>
        <w:t>v 0.488703 10.825190 1.471655</w:t>
        <w:br/>
        <w:t>v 0.328372 10.929265 1.551410</w:t>
        <w:br/>
        <w:t>v 0.914376 10.828729 1.220085</w:t>
        <w:br/>
        <w:t>v 0.608708 10.663417 1.413693</w:t>
        <w:br/>
        <w:t>v 0.695540 10.607447 1.371990</w:t>
        <w:br/>
        <w:t>v 0.806913 10.581700 1.309907</w:t>
        <w:br/>
        <w:t>v 0.362294 11.366075 1.471721</w:t>
        <w:br/>
        <w:t>v 0.170607 12.761119 1.338242</w:t>
        <w:br/>
        <w:t>v -0.000018 12.297302 1.472252</w:t>
        <w:br/>
        <w:t>v 0.137846 12.292315 1.466955</w:t>
        <w:br/>
        <w:t>v -0.000018 12.048972 1.492473</w:t>
        <w:br/>
        <w:t>v 0.145729 12.044647 1.481556</w:t>
        <w:br/>
        <w:t>v -0.000018 11.801365 1.520133</w:t>
        <w:br/>
        <w:t>v 0.153826 11.797075 1.497619</w:t>
        <w:br/>
        <w:t>v -0.000018 11.586153 1.539239</w:t>
        <w:br/>
        <w:t>v 0.162920 11.584244 1.504599</w:t>
        <w:br/>
        <w:t>v -0.000018 11.371286 1.561817</w:t>
        <w:br/>
        <w:t>v 0.177678 11.372601 1.524223</w:t>
        <w:br/>
        <w:t>v -0.000018 11.135963 1.587013</w:t>
        <w:br/>
        <w:t>v 0.159763 11.143921 1.549740</w:t>
        <w:br/>
        <w:t>v -0.000018 10.798541 1.653664</w:t>
        <w:br/>
        <w:t>v 0.209594 10.923334 1.600176</w:t>
        <w:br/>
        <w:t>v 1.573705 12.440836 0.688031</w:t>
        <w:br/>
        <w:t>v 1.694941 12.588067 0.774897</w:t>
        <w:br/>
        <w:t>v 1.781967 12.109982 0.354258</w:t>
        <w:br/>
        <w:t>v 1.832927 12.500364 0.632499</w:t>
        <w:br/>
        <w:t>v 1.944483 12.440717 0.439662</w:t>
        <w:br/>
        <w:t>v 1.821739 12.091925 -0.066399</w:t>
        <w:br/>
        <w:t>v 2.007612 12.400419 0.221648</w:t>
        <w:br/>
        <w:t>v 1.681856 12.074385 -0.428437</w:t>
        <w:br/>
        <w:t>v 1.968227 12.394567 -0.286715</w:t>
        <w:br/>
        <w:t>v 1.502680 12.396955 -0.725140</w:t>
        <w:br/>
        <w:t>v 1.691083 12.555291 -0.702532</w:t>
        <w:br/>
        <w:t>v 1.964052 11.067820 -0.630751</w:t>
        <w:br/>
        <w:t>v 1.826975 11.226018 -0.767555</w:t>
        <w:br/>
        <w:t>v 1.778075 11.454259 -0.356462</w:t>
        <w:br/>
        <w:t>v 1.223429 12.692515 -0.967845</w:t>
        <w:br/>
        <w:t>v 1.298049 12.799668 -0.959700</w:t>
        <w:br/>
        <w:t>v 1.503615 12.676405 -0.845125</w:t>
        <w:br/>
        <w:t>v 1.673376 11.398252 -0.867029</w:t>
        <w:br/>
        <w:t>v 1.454974 11.641670 -0.973018</w:t>
        <w:br/>
        <w:t>v 1.372859 11.933216 -0.855736</w:t>
        <w:br/>
        <w:t>v 1.443764 11.825220 -0.782033</w:t>
        <w:br/>
        <w:t>v 0.894350 12.844813 -1.053290</w:t>
        <w:br/>
        <w:t>v 0.843514 13.049315 -1.030878</w:t>
        <w:br/>
        <w:t>v 1.071350 12.924471 -1.009099</w:t>
        <w:br/>
        <w:t>v 1.590516 11.654306 -0.600682</w:t>
        <w:br/>
        <w:t>v 1.855829 12.456999 -0.520015</w:t>
        <w:br/>
        <w:t>v 2.060717 10.976675 -0.465603</w:t>
        <w:br/>
        <w:t>v 1.195608 11.916628 -1.045466</w:t>
        <w:br/>
        <w:t>v 1.244422 12.090761 -0.963622</w:t>
        <w:br/>
        <w:t>v 0.943538 12.255219 -1.072153</w:t>
        <w:br/>
        <w:t>v 1.205672 11.811789 -1.197063</w:t>
        <w:br/>
        <w:t>v 0.867140 11.769426 -1.304245</w:t>
        <w:br/>
        <w:t>v 0.759329 12.159186 -1.214098</w:t>
        <w:br/>
        <w:t>v 1.087795 12.192618 -1.128656</w:t>
        <w:br/>
        <w:t>v 0.676453 12.355854 -1.114918</w:t>
        <w:br/>
        <w:t>v 0.903289 12.252134 -1.092001</w:t>
        <w:br/>
        <w:t>v 0.121964 12.082750 -1.402274</w:t>
        <w:br/>
        <w:t>v 0.406159 12.121275 -1.304270</w:t>
        <w:br/>
        <w:t>v 0.512601 11.734419 -1.440058</w:t>
        <w:br/>
        <w:t>v 0.192753 11.693794 -1.531896</w:t>
        <w:br/>
        <w:t>v 0.968883 11.398637 -1.403745</w:t>
        <w:br/>
        <w:t>v 0.579285 11.355783 -1.524472</w:t>
        <w:br/>
        <w:t>v 1.074055 11.017037 -1.492811</w:t>
        <w:br/>
        <w:t>v 0.689525 10.979610 -1.648454</w:t>
        <w:br/>
        <w:t>v 0.253450 11.324554 -1.651011</w:t>
        <w:br/>
        <w:t>v 0.314247 10.943341 -1.792850</w:t>
        <w:br/>
        <w:t>v 1.166390 10.682461 -1.572912</w:t>
        <w:br/>
        <w:t>v 0.767786 10.648322 -1.753740</w:t>
        <w:br/>
        <w:t>v 0.386456 10.536665 -1.948802</w:t>
        <w:br/>
        <w:t>v 0.524848 10.372256 -1.942444</w:t>
        <w:br/>
        <w:t>v 1.339512 10.057063 -1.653148</w:t>
        <w:br/>
        <w:t>v 0.985956 10.022097 -1.835272</w:t>
        <w:br/>
        <w:t>v 0.858319 10.307171 -1.811901</w:t>
        <w:br/>
        <w:t>v 1.259591 10.345692 -1.617352</w:t>
        <w:br/>
        <w:t>v 1.418081 9.770692 -1.728563</w:t>
        <w:br/>
        <w:t>v 1.114385 9.790934 -1.882448</w:t>
        <w:br/>
        <w:t>v 1.924476 11.305711 -0.125257</w:t>
        <w:br/>
        <w:t>v 2.091549 10.944092 -0.243702</w:t>
        <w:br/>
        <w:t>v 2.034822 12.380462 -0.006457</w:t>
        <w:br/>
        <w:t>v 1.966841 11.229776 0.202984</w:t>
        <w:br/>
        <w:t>v 2.037369 11.040904 0.231092</w:t>
        <w:br/>
        <w:t>v 2.086256 10.973356 -0.003370</w:t>
        <w:br/>
        <w:t>v 2.000104 11.234521 0.057502</w:t>
        <w:br/>
        <w:t>v 0.092337 13.467482 1.439614</w:t>
        <w:br/>
        <w:t>v -0.000017 13.467649 1.441162</w:t>
        <w:br/>
        <w:t>v -0.000017 13.644046 1.446331</w:t>
        <w:br/>
        <w:t>v 0.086263 13.644669 1.437670</w:t>
        <w:br/>
        <w:t>v -0.000017 13.764548 1.443138</w:t>
        <w:br/>
        <w:t>v 0.012917 13.763658 1.450536</w:t>
        <w:br/>
        <w:t>v 0.046507 13.705719 1.447106</w:t>
        <w:br/>
        <w:t>v -0.000017 13.707041 1.441944</w:t>
        <w:br/>
        <w:t>v 0.018618 13.788656 1.482197</w:t>
        <w:br/>
        <w:t>v 0.050306 13.727149 1.480264</w:t>
        <w:br/>
        <w:t>v 0.046507 13.705719 1.447106</w:t>
        <w:br/>
        <w:t>v 0.012917 13.763658 1.450536</w:t>
        <w:br/>
        <w:t>v 0.138942 13.592661 1.431316</w:t>
        <w:br/>
        <w:t>v 0.218181 13.467682 1.414321</w:t>
        <w:br/>
        <w:t>v 0.082547 13.677103 1.478086</w:t>
        <w:br/>
        <w:t>v 0.142352 13.607952 1.463214</w:t>
        <w:br/>
        <w:t>v 0.138942 13.592661 1.431316</w:t>
        <w:br/>
        <w:t>v 0.086263 13.644669 1.437670</w:t>
        <w:br/>
        <w:t>v 0.210496 13.546503 1.417382</w:t>
        <w:br/>
        <w:t>v 0.210496 13.546503 1.417382</w:t>
        <w:br/>
        <w:t>v 0.211326 13.560928 1.447657</w:t>
        <w:br/>
        <w:t>v 0.277052 13.518596 1.397903</w:t>
        <w:br/>
        <w:t>v 0.275672 13.532001 1.422691</w:t>
        <w:br/>
        <w:t>v 0.277052 13.518596 1.397903</w:t>
        <w:br/>
        <w:t>v 0.326047 13.499452 1.378078</w:t>
        <w:br/>
        <w:t>v 0.322088 13.455887 1.380932</w:t>
        <w:br/>
        <w:t>v 0.337276 13.511465 1.387138</w:t>
        <w:br/>
        <w:t>v 0.326047 13.499452 1.378078</w:t>
        <w:br/>
        <w:t>v 0.277052 13.518596 1.397903</w:t>
        <w:br/>
        <w:t>v 0.142352 13.607952 1.463214</w:t>
        <w:br/>
        <w:t>v 0.082547 13.677103 1.478086</w:t>
        <w:br/>
        <w:t>v 0.114978 13.694119 1.473148</w:t>
        <w:br/>
        <w:t>v 0.160084 13.640442 1.466097</w:t>
        <w:br/>
        <w:t>v 0.211326 13.560928 1.447657</w:t>
        <w:br/>
        <w:t>v 0.214631 13.600413 1.451598</w:t>
        <w:br/>
        <w:t>v 0.281593 13.567727 1.421255</w:t>
        <w:br/>
        <w:t>v 0.343805 13.544824 1.384223</w:t>
        <w:br/>
        <w:t>v -0.000017 13.841729 1.478634</w:t>
        <w:br/>
        <w:t>v 0.077724 13.841050 1.462307</w:t>
        <w:br/>
        <w:t>v 0.086152 13.796130 1.471946</w:t>
        <w:br/>
        <w:t>v 0.018618 13.788656 1.482197</w:t>
        <w:br/>
        <w:t>v 0.153686 13.803606 1.461694</w:t>
        <w:br/>
        <w:t>v 0.127035 13.762222 1.464902</w:t>
        <w:br/>
        <w:t>v 0.094334 13.736754 1.475558</w:t>
        <w:br/>
        <w:t>v 0.050306 13.727149 1.480264</w:t>
        <w:br/>
        <w:t>v 0.149397 13.762045 1.429722</w:t>
        <w:br/>
        <w:t>v 0.101157 13.730919 1.436653</w:t>
        <w:br/>
        <w:t>v 0.094334 13.736754 1.475558</w:t>
        <w:br/>
        <w:t>v 0.127035 13.762222 1.464902</w:t>
        <w:br/>
        <w:t>v 0.153686 13.803606 1.461694</w:t>
        <w:br/>
        <w:t>v 0.163959 13.813019 1.424380</w:t>
        <w:br/>
        <w:t>v 0.094334 13.736754 1.475558</w:t>
        <w:br/>
        <w:t>v 0.101157 13.730919 1.436653</w:t>
        <w:br/>
        <w:t>v 0.133755 13.686703 1.432327</w:t>
        <w:br/>
        <w:t>v 0.114978 13.694119 1.473148</w:t>
        <w:br/>
        <w:t>v 0.172793 13.647229 1.425645</w:t>
        <w:br/>
        <w:t>v 0.160084 13.640442 1.466097</w:t>
        <w:br/>
        <w:t>v 0.215286 13.614943 1.413785</w:t>
        <w:br/>
        <w:t>v 0.214631 13.600413 1.451598</w:t>
        <w:br/>
        <w:t>v 0.275169 13.580718 1.392341</w:t>
        <w:br/>
        <w:t>v 0.281593 13.567727 1.421255</w:t>
        <w:br/>
        <w:t>v 0.337551 13.553807 1.368124</w:t>
        <w:br/>
        <w:t>v 0.343805 13.544824 1.384223</w:t>
        <w:br/>
        <w:t>v 0.155465 13.840372 1.445980</w:t>
        <w:br/>
        <w:t>v 0.160218 13.845648 1.421874</w:t>
        <w:br/>
        <w:t>v -0.000017 13.841729 1.478634</w:t>
        <w:br/>
        <w:t>v -0.000017 13.854932 1.440268</w:t>
        <w:br/>
        <w:t>v 0.080100 13.850290 1.431071</w:t>
        <w:br/>
        <w:t>v 0.077724 13.841050 1.462307</w:t>
        <w:br/>
        <w:t>v 0.217546 13.713939 1.418124</w:t>
        <w:br/>
        <w:t>v 0.149397 13.762045 1.429722</w:t>
        <w:br/>
        <w:t>v 0.163959 13.813019 1.424380</w:t>
        <w:br/>
        <w:t>v 0.222945 13.813019 1.410341</w:t>
        <w:br/>
        <w:t>v 0.133755 13.686703 1.432327</w:t>
        <w:br/>
        <w:t>v 0.215286 13.614943 1.413785</w:t>
        <w:br/>
        <w:t>v 0.172793 13.647229 1.425645</w:t>
        <w:br/>
        <w:t>v 0.101157 13.730919 1.436653</w:t>
        <w:br/>
        <w:t>v 0.275169 13.580718 1.392341</w:t>
        <w:br/>
        <w:t>v 0.300012 13.702746 1.390052</w:t>
        <w:br/>
        <w:t>v 0.306579 13.816682 1.379414</w:t>
        <w:br/>
        <w:t>v 0.386943 13.670134 1.341639</w:t>
        <w:br/>
        <w:t>v 0.386686 13.817775 1.333832</w:t>
        <w:br/>
        <w:t>v 0.337551 13.553807 1.368124</w:t>
        <w:br/>
        <w:t>v 0.463610 13.823139 1.280325</w:t>
        <w:br/>
        <w:t>v 0.487222 13.744437 1.280372</w:t>
        <w:br/>
        <w:t>v 0.397366 13.674366 1.361386</w:t>
        <w:br/>
        <w:t>v 0.386943 13.670134 1.341639</w:t>
        <w:br/>
        <w:t>v 0.487222 13.744437 1.280372</w:t>
        <w:br/>
        <w:t>v 0.485636 13.749750 1.325969</w:t>
        <w:br/>
        <w:t>v 0.343805 13.544824 1.384223</w:t>
        <w:br/>
        <w:t>v 0.337551 13.553807 1.368124</w:t>
        <w:br/>
        <w:t>v 0.337276 13.511465 1.387138</w:t>
        <w:br/>
        <w:t>v 0.333939 13.458452 1.391393</w:t>
        <w:br/>
        <w:t>v 0.322088 13.455887 1.380932</w:t>
        <w:br/>
        <w:t>v 0.326047 13.499452 1.378078</w:t>
        <w:br/>
        <w:t>v 0.094855 13.350995 1.440083</w:t>
        <w:br/>
        <w:t>v -0.000017 13.352637 1.444551</w:t>
        <w:br/>
        <w:t>v 0.229861 13.347345 1.415233</w:t>
        <w:br/>
        <w:t>v 0.336609 13.348697 1.380336</w:t>
        <w:br/>
        <w:t>v 0.349576 13.337959 1.387374</w:t>
        <w:br/>
        <w:t>v 0.336609 13.348697 1.380336</w:t>
        <w:br/>
        <w:t>v 0.322088 13.455887 1.380932</w:t>
        <w:br/>
        <w:t>v 0.394361 13.219147 1.367708</w:t>
        <w:br/>
        <w:t>v 0.387255 13.211475 1.363016</w:t>
        <w:br/>
        <w:t>v 0.459456 13.130209 1.349201</w:t>
        <w:br/>
        <w:t>v 0.439769 13.121926 1.327769</w:t>
        <w:br/>
        <w:t>v 0.387255 13.211475 1.363016</w:t>
        <w:br/>
        <w:t>v 0.246517 13.192856 1.416364</w:t>
        <w:br/>
        <w:t>v 0.102182 13.182611 1.446086</w:t>
        <w:br/>
        <w:t>v -0.000017 13.181354 1.451664</w:t>
        <w:br/>
        <w:t>v 0.103493 12.945275 1.465280</w:t>
        <w:br/>
        <w:t>v -0.000017 12.923502 1.467845</w:t>
        <w:br/>
        <w:t>v 0.223995 12.959571 1.442890</w:t>
        <w:br/>
        <w:t>v 0.400198 12.960962 1.375187</w:t>
        <w:br/>
        <w:t>v 0.512894 12.962100 1.332331</w:t>
        <w:br/>
        <w:t>v 0.439769 13.121926 1.327769</w:t>
        <w:br/>
        <w:t>v 0.413112 13.526765 1.385432</w:t>
        <w:br/>
        <w:t>v 0.498425 13.517509 1.352313</w:t>
        <w:br/>
        <w:t>v 0.516021 13.426493 1.338446</w:t>
        <w:br/>
        <w:t>v 0.425089 13.429059 1.377972</w:t>
        <w:br/>
        <w:t>v 0.529835 13.580215 1.341462</w:t>
        <w:br/>
        <w:t>v 0.462396 13.628790 1.366613</w:t>
        <w:br/>
        <w:t>v 0.589369 13.628484 1.293399</w:t>
        <w:br/>
        <w:t>v 0.537188 13.709964 1.310998</w:t>
        <w:br/>
        <w:t>v 0.397366 13.674366 1.361386</w:t>
        <w:br/>
        <w:t>v 0.485636 13.749750 1.325969</w:t>
        <w:br/>
        <w:t>v 0.343805 13.544824 1.384223</w:t>
        <w:br/>
        <w:t>v 0.337276 13.511465 1.387138</w:t>
        <w:br/>
        <w:t>v 0.451169 13.346000 1.366044</w:t>
        <w:br/>
        <w:t>v 0.684065 13.304313 1.277517</w:t>
        <w:br/>
        <w:t>v 0.584294 13.271419 1.316463</w:t>
        <w:br/>
        <w:t>v 0.545985 13.342460 1.315775</w:t>
        <w:br/>
        <w:t>v 0.492811 13.240527 1.355188</w:t>
        <w:br/>
        <w:t>v 0.633721 13.173706 1.307323</w:t>
        <w:br/>
        <w:t>v 0.768206 13.200603 1.269398</w:t>
        <w:br/>
        <w:t>v 0.700016 13.107007 1.299466</w:t>
        <w:br/>
        <w:t>v 0.595167 13.050766 1.323239</w:t>
        <w:br/>
        <w:t>v 0.804395 13.160026 1.267057</w:t>
        <w:br/>
        <w:t>v 0.565789 13.028315 1.302716</w:t>
        <w:br/>
        <w:t>v 0.741651 12.989334 1.303553</w:t>
        <w:br/>
        <w:t>v 0.706870 12.955265 1.282628</w:t>
        <w:br/>
        <w:t>v 0.772337 13.046945 1.289289</w:t>
        <w:br/>
        <w:t>v 0.875796 13.106301 1.251114</w:t>
        <w:br/>
        <w:t>v 0.565789 13.028315 1.302716</w:t>
        <w:br/>
        <w:t>v 0.706870 12.955265 1.282628</w:t>
        <w:br/>
        <w:t>v 0.512894 12.962100 1.332331</w:t>
        <w:br/>
        <w:t>v 0.439769 13.121926 1.327769</w:t>
        <w:br/>
        <w:t>v 0.103493 12.945275 1.465280</w:t>
        <w:br/>
        <w:t>v 0.120600 12.738392 1.476764</w:t>
        <w:br/>
        <w:t>v -0.000018 12.721658 1.486877</w:t>
        <w:br/>
        <w:t>v -0.000017 12.923502 1.467845</w:t>
        <w:br/>
        <w:t>v 0.226941 12.753160 1.453722</w:t>
        <w:br/>
        <w:t>v 0.223995 12.959571 1.442890</w:t>
        <w:br/>
        <w:t>v 0.111400 12.957409 1.526276</w:t>
        <w:br/>
        <w:t>v 0.187138 12.748127 1.500037</w:t>
        <w:br/>
        <w:t>v 0.223995 12.959571 1.442890</w:t>
        <w:br/>
        <w:t>v 0.226941 12.753160 1.453722</w:t>
        <w:br/>
        <w:t>v 0.111400 12.957409 1.526276</w:t>
        <w:br/>
        <w:t>v 0.223995 12.959571 1.442890</w:t>
        <w:br/>
        <w:t>v 0.276782 12.951692 1.447853</w:t>
        <w:br/>
        <w:t>v 0.141691 12.952290 1.536622</w:t>
        <w:br/>
        <w:t>v 0.300984 12.763586 1.448685</w:t>
        <w:br/>
        <w:t>v 0.276782 12.951692 1.447853</w:t>
        <w:br/>
        <w:t>v 0.400198 12.960962 1.375187</w:t>
        <w:br/>
        <w:t>v 0.404273 12.777311 1.379213</w:t>
        <w:br/>
        <w:t>v 0.512894 12.962100 1.332331</w:t>
        <w:br/>
        <w:t>v 0.506455 12.791427 1.351388</w:t>
        <w:br/>
        <w:t>v 0.125614 12.500465 1.496132</w:t>
        <w:br/>
        <w:t>v -0.000018 12.488862 1.510410</w:t>
        <w:br/>
        <w:t>v 0.215178 12.503013 1.528903</w:t>
        <w:br/>
        <w:t>v 0.212748 12.751898 1.510869</w:t>
        <w:br/>
        <w:t>v 0.314513 12.519232 1.456935</w:t>
        <w:br/>
        <w:t>v 0.412619 12.531443 1.397202</w:t>
        <w:br/>
        <w:t>v 0.503877 12.541895 1.354066</w:t>
        <w:br/>
        <w:t>v 0.263518 12.256426 1.516814</w:t>
        <w:br/>
        <w:t>v 0.340776 12.275682 1.456751</w:t>
        <w:br/>
        <w:t>v 0.410543 12.284662 1.397439</w:t>
        <w:br/>
        <w:t>v 0.518220 12.292921 1.364406</w:t>
        <w:br/>
        <w:t>v 0.506455 12.791427 1.351388</w:t>
        <w:br/>
        <w:t>v 0.725460 12.796034 1.319719</w:t>
        <w:br/>
        <w:t>v 0.699034 12.579252 1.342784</w:t>
        <w:br/>
        <w:t>v 0.909624 12.943017 1.258881</w:t>
        <w:br/>
        <w:t>v 0.861239 12.902385 1.226784</w:t>
        <w:br/>
        <w:t>v 0.958443 13.051414 1.225060</w:t>
        <w:br/>
        <w:t>v 0.887490 12.570342 1.289034</w:t>
        <w:br/>
        <w:t>v 0.914102 12.306703 1.318022</w:t>
        <w:br/>
        <w:t>v 1.080248 12.847912 1.208187</w:t>
        <w:br/>
        <w:t>v 1.114644 12.956448 1.166785</w:t>
        <w:br/>
        <w:t>v 1.048651 12.812543 1.187896</w:t>
        <w:br/>
        <w:t>v 1.319922 12.844203 1.074153</w:t>
        <w:br/>
        <w:t>v 1.285346 12.781010 1.109795</w:t>
        <w:br/>
        <w:t>v 1.267924 12.743979 1.090789</w:t>
        <w:br/>
        <w:t>v 1.564873 12.699346 0.905001</w:t>
        <w:br/>
        <w:t>v 1.546799 12.718440 0.952142</w:t>
        <w:br/>
        <w:t>v 1.319922 12.844203 1.074153</w:t>
        <w:br/>
        <w:t>v 1.546799 12.718440 0.952142</w:t>
        <w:br/>
        <w:t>v 1.564873 12.699346 0.905001</w:t>
        <w:br/>
        <w:t>v 1.267924 12.743979 1.090789</w:t>
        <w:br/>
        <w:t>v 1.219368 12.665565 1.121850</w:t>
        <w:br/>
        <w:t>v 1.048651 12.812543 1.187896</w:t>
        <w:br/>
        <w:t>v 1.564873 12.699346 0.905001</w:t>
        <w:br/>
        <w:t>v 1.412762 12.539290 1.026136</w:t>
        <w:br/>
        <w:t>v 1.343516 12.387381 1.052223</w:t>
        <w:br/>
        <w:t>v 1.338794 12.325762 1.143924</w:t>
        <w:br/>
        <w:t>v 1.113505 12.478172 1.209475</w:t>
        <w:br/>
        <w:t>v 1.117267 12.515251 1.141673</w:t>
        <w:br/>
        <w:t>v 0.260626 12.008345 1.545130</w:t>
        <w:br/>
        <w:t>v 0.339304 12.031558 1.477411</w:t>
        <w:br/>
        <w:t>v 0.545332 12.044785 1.364041</w:t>
        <w:br/>
        <w:t>v 0.429116 12.038910 1.411216</w:t>
        <w:br/>
        <w:t>v 0.303087 11.761604 1.544217</w:t>
        <w:br/>
        <w:t>v 0.341953 11.787227 1.493543</w:t>
        <w:br/>
        <w:t>v 0.461905 11.794606 1.420472</w:t>
        <w:br/>
        <w:t>v 0.585926 11.798556 1.363909</w:t>
        <w:br/>
        <w:t>v 0.238269 11.561444 1.602293</w:t>
        <w:br/>
        <w:t>v 0.355993 11.575661 1.499371</w:t>
        <w:br/>
        <w:t>v 0.502325 11.584556 1.413546</w:t>
        <w:br/>
        <w:t>v 0.636783 11.589787 1.354138</w:t>
        <w:br/>
        <w:t>v 0.435922 11.162572 1.487673</w:t>
        <w:br/>
        <w:t>v 0.257755 11.133189 1.620367</w:t>
        <w:br/>
        <w:t>v 0.215337 11.345920 1.628306</w:t>
        <w:br/>
        <w:t>v 0.388376 11.366084 1.495972</w:t>
        <w:br/>
        <w:t>v 0.604528 11.168859 1.384532</w:t>
        <w:br/>
        <w:t>v 0.553417 11.378723 1.400286</w:t>
        <w:br/>
        <w:t>v 0.770228 11.183441 1.310211</w:t>
        <w:br/>
        <w:t>v 0.697730 11.384238 1.336512</w:t>
        <w:br/>
        <w:t>v 0.662091 10.965716 1.367781</w:t>
        <w:br/>
        <w:t>v 0.479531 10.963204 1.478777</w:t>
        <w:br/>
        <w:t>v 0.850362 10.986132 1.279917</w:t>
        <w:br/>
        <w:t>v 0.726530 10.769709 1.344839</w:t>
        <w:br/>
        <w:t>v 0.509791 10.839270 1.493066</w:t>
        <w:br/>
        <w:t>v 0.358317 10.944742 1.575643</w:t>
        <w:br/>
        <w:t>v 0.918619 10.825243 1.253005</w:t>
        <w:br/>
        <w:t>v 0.831340 10.600830 1.322743</w:t>
        <w:br/>
        <w:t>v 0.712256 10.623196 1.393454</w:t>
        <w:br/>
        <w:t>v 0.624926 10.683921 1.431944</w:t>
        <w:br/>
        <w:t>v 1.016315 10.647987 1.205074</w:t>
        <w:br/>
        <w:t>v 0.923827 10.604261 1.263909</w:t>
        <w:br/>
        <w:t>v 0.246312 12.511512 1.461425</w:t>
        <w:br/>
        <w:t>v 0.136306 12.262553 1.513466</w:t>
        <w:br/>
        <w:t>v -0.000018 12.255997 1.533468</w:t>
        <w:br/>
        <w:t>v 0.280625 12.271444 1.466149</w:t>
        <w:br/>
        <w:t>v 1.070150 12.407254 1.255707</w:t>
        <w:br/>
        <w:t>v 1.262417 12.222565 1.199012</w:t>
        <w:br/>
        <w:t>v 0.521115 12.293177 1.338944</w:t>
        <w:br/>
        <w:t>v 0.616467 12.194454 1.322400</w:t>
        <w:br/>
        <w:t>v 0.581952 12.193884 1.283318</w:t>
        <w:br/>
        <w:t>v 0.136147 12.024759 1.535116</w:t>
        <w:br/>
        <w:t>v -0.000018 12.023055 1.555665</w:t>
        <w:br/>
        <w:t>v 0.273808 12.030224 1.497017</w:t>
        <w:br/>
        <w:t>v 0.145099 11.786825 1.553044</w:t>
        <w:br/>
        <w:t>v -0.000018 11.790156 1.578324</w:t>
        <w:br/>
        <w:t>v 0.288937 11.788426 1.510712</w:t>
        <w:br/>
        <w:t>v 0.159057 11.572948 1.573770</w:t>
        <w:br/>
        <w:t>v -0.000018 11.572432 1.602268</w:t>
        <w:br/>
        <w:t>v 0.317464 11.577320 1.510219</w:t>
        <w:br/>
        <w:t>v 0.170166 11.358756 1.591585</w:t>
        <w:br/>
        <w:t>v -0.000018 11.354656 1.625744</w:t>
        <w:br/>
        <w:t>v 0.332884 11.364753 1.526722</w:t>
        <w:br/>
        <w:t>v 0.196691 11.145461 1.604757</w:t>
        <w:br/>
        <w:t>v -0.000018 11.136821 1.648675</w:t>
        <w:br/>
        <w:t>v 0.331647 11.153584 1.528165</w:t>
        <w:br/>
        <w:t>v 0.205919 10.925057 1.618291</w:t>
        <w:br/>
        <w:t>v -0.000018 10.804177 1.671896</w:t>
        <w:br/>
        <w:t>v 0.328372 10.929265 1.551410</w:t>
        <w:br/>
        <w:t>v 1.082329 12.073132 1.265550</w:t>
        <w:br/>
        <w:t>v 0.886590 11.938023 1.315797</w:t>
        <w:br/>
        <w:t>v 0.616467 12.194454 1.322400</w:t>
        <w:br/>
        <w:t>v 0.890879 12.301682 1.305599</w:t>
        <w:br/>
        <w:t>v 1.107095 12.082533 1.280832</w:t>
        <w:br/>
        <w:t>v 1.438745 12.020934 1.133280</w:t>
        <w:br/>
        <w:t>v 1.313443 11.885102 1.199493</w:t>
        <w:br/>
        <w:t>v 1.293575 11.855616 1.186927</w:t>
        <w:br/>
        <w:t>v 1.617477 11.855443 1.026079</w:t>
        <w:br/>
        <w:t>v 1.545197 11.646605 1.056323</w:t>
        <w:br/>
        <w:t>v 1.519855 11.605652 1.058560</w:t>
        <w:br/>
        <w:t>v 1.754556 11.399216 0.855309</w:t>
        <w:br/>
        <w:t>v 1.781894 11.691323 0.894584</w:t>
        <w:br/>
        <w:t>v 1.759932 11.306410 0.834390</w:t>
        <w:br/>
        <w:t>v 1.530563 12.199392 1.043881</w:t>
        <w:br/>
        <w:t>v 1.432975 12.060117 1.102149</w:t>
        <w:br/>
        <w:t>v 1.509951 12.277636 0.978279</w:t>
        <w:br/>
        <w:t>v 1.691325 12.136481 0.838452</w:t>
        <w:br/>
        <w:t>v 1.723834 12.073903 0.897128</w:t>
        <w:br/>
        <w:t>v 1.589215 12.447126 0.910379</w:t>
        <w:br/>
        <w:t>v 1.711497 12.584869 0.786990</w:t>
        <w:br/>
        <w:t>v 1.597802 11.903804 0.987604</w:t>
        <w:br/>
        <w:t>v 1.852329 11.958968 0.748666</w:t>
        <w:br/>
        <w:t>v 1.750065 11.751666 0.851242</w:t>
        <w:br/>
        <w:t>v 1.737292 12.323705 0.782443</w:t>
        <w:br/>
        <w:t>v 1.854830 12.495301 0.636988</w:t>
        <w:br/>
        <w:t>v 0.232922 11.121335 1.597558</w:t>
        <w:br/>
        <w:t>v 0.331647 11.153584 1.528165</w:t>
        <w:br/>
        <w:t>v 0.332884 11.364753 1.526722</w:t>
        <w:br/>
        <w:t>v 0.189928 11.333277 1.610507</w:t>
        <w:br/>
        <w:t>v 0.317464 11.577320 1.510219</w:t>
        <w:br/>
        <w:t>v 0.207371 11.551823 1.589869</w:t>
        <w:br/>
        <w:t>v 0.288937 11.788426 1.510712</w:t>
        <w:br/>
        <w:t>v 0.270338 11.753294 1.531826</w:t>
        <w:br/>
        <w:t>v 0.273808 12.030224 1.497017</w:t>
        <w:br/>
        <w:t>v 0.237775 12.002038 1.531046</w:t>
        <w:br/>
        <w:t>v 0.280625 12.271444 1.466149</w:t>
        <w:br/>
        <w:t>v 0.235255 12.251069 1.505378</w:t>
        <w:br/>
        <w:t>v 0.246312 12.511512 1.461425</w:t>
        <w:br/>
        <w:t>v 0.187092 12.498246 1.511475</w:t>
        <w:br/>
        <w:t>v 1.918696 11.549795 0.721594</w:t>
        <w:br/>
        <w:t>v 1.902182 11.202826 0.613179</w:t>
        <w:br/>
        <w:t>v 1.884941 11.604135 0.697019</w:t>
        <w:br/>
        <w:t>v 1.973172 11.843992 0.593896</w:t>
        <w:br/>
        <w:t>v 1.874043 12.013618 0.538174</w:t>
        <w:br/>
        <w:t>v 1.887547 11.948987 0.559953</w:t>
        <w:br/>
        <w:t>v 1.777428 12.044208 0.717023</w:t>
        <w:br/>
        <w:t>v 1.936156 12.149222 0.406963</w:t>
        <w:br/>
        <w:t>v 1.851923 12.229877 0.607717</w:t>
        <w:br/>
        <w:t>v 1.968819 12.435144 0.441984</w:t>
        <w:br/>
        <w:t>v 2.032495 12.394748 0.218965</w:t>
        <w:br/>
        <w:t>v 1.976311 12.073070 0.194418</w:t>
        <w:br/>
        <w:t>v 1.985083 11.947310 0.264285</w:t>
        <w:br/>
        <w:t>v 2.013868 11.808683 0.288565</w:t>
        <w:br/>
        <w:t>v 2.063789 11.746944 0.411091</w:t>
        <w:br/>
        <w:t>v 1.998874 11.472715 0.499406</w:t>
        <w:br/>
        <w:t>v 2.033433 11.414774 0.510776</w:t>
        <w:br/>
        <w:t>v 1.978113 11.113479 0.448984</w:t>
        <w:br/>
        <w:t>v 2.062453 12.375591 -0.013795</w:t>
        <w:br/>
        <w:t>v 1.993793 12.391636 -0.299311</w:t>
        <w:br/>
        <w:t>v 1.947767 12.037292 -0.309937</w:t>
        <w:br/>
        <w:t>v 1.993205 12.019328 -0.029580</w:t>
        <w:br/>
        <w:t>v 2.028836 11.900201 -0.026986</w:t>
        <w:br/>
        <w:t>v 2.017514 11.904449 -0.242348</w:t>
        <w:br/>
        <w:t>v 2.034179 11.696898 -0.275479</w:t>
        <w:br/>
        <w:t>v 2.063664 11.701941 -0.038280</w:t>
        <w:br/>
        <w:t>v 2.136479 11.601042 -0.018115</w:t>
        <w:br/>
        <w:t>v 2.099187 11.581224 -0.248410</w:t>
        <w:br/>
        <w:t>v 2.101433 11.292739 -0.245155</w:t>
        <w:br/>
        <w:t>v 2.108811 11.321694 0.014280</w:t>
        <w:br/>
        <w:t>v 2.170418 11.233068 0.019471</w:t>
        <w:br/>
        <w:t>v 2.187473 11.210161 -0.252422</w:t>
        <w:br/>
        <w:t>v 2.125897 10.921225 -0.243549</w:t>
        <w:br/>
        <w:t>v 2.118296 10.959846 0.015083</w:t>
        <w:br/>
        <w:t>v 1.714068 12.551214 -0.723017</w:t>
        <w:br/>
        <w:t>v 1.708069 12.196794 -0.691183</w:t>
        <w:br/>
        <w:t>v 1.844154 12.104851 -0.516624</w:t>
        <w:br/>
        <w:t>v 1.879900 12.454356 -0.535739</w:t>
        <w:br/>
        <w:t>v 1.729363 12.066119 -0.808517</w:t>
        <w:br/>
        <w:t>v 1.729282 11.818101 -0.785845</w:t>
        <w:br/>
        <w:t>v 1.862873 11.714695 -0.654034</w:t>
        <w:br/>
        <w:t>v 1.862695 11.990340 -0.648052</w:t>
        <w:br/>
        <w:t>v 1.780387 11.659114 -0.813719</w:t>
        <w:br/>
        <w:t>v 1.922046 11.530108 -0.661878</w:t>
        <w:br/>
        <w:t>v 1.868797 11.543148 -0.817698</w:t>
        <w:br/>
        <w:t>v 1.842458 11.215692 -0.779744</w:t>
        <w:br/>
        <w:t>v 1.992600 11.037892 -0.643104</w:t>
        <w:br/>
        <w:t>v 2.034775 11.365372 -0.667239</w:t>
        <w:br/>
        <w:t>v 1.310699 12.796875 -0.978129</w:t>
        <w:br/>
        <w:t>v 1.349575 12.401181 -0.933708</w:t>
        <w:br/>
        <w:t>v 1.537865 12.296195 -0.827626</w:t>
        <w:br/>
        <w:t>v 1.522676 12.672540 -0.866666</w:t>
        <w:br/>
        <w:t>v 1.390984 12.264724 -1.011018</w:t>
        <w:br/>
        <w:t>v 1.568674 12.157267 -0.931612</w:t>
        <w:br/>
        <w:t>v 1.423367 12.056550 -1.013100</w:t>
        <w:br/>
        <w:t>v 1.439053 11.956991 -1.013553</w:t>
        <w:br/>
        <w:t>v 1.619203 11.801779 -0.930010</w:t>
        <w:br/>
        <w:t>v 1.601120 11.937307 -0.909573</w:t>
        <w:br/>
        <w:t>v 1.461087 11.933008 -1.052190</w:t>
        <w:br/>
        <w:t>v 1.452388 11.640130 -0.999559</w:t>
        <w:br/>
        <w:t>v 1.672686 11.395486 -0.889094</w:t>
        <w:br/>
        <w:t>v 1.689949 11.732479 -0.937822</w:t>
        <w:br/>
        <w:t>v 1.152150 12.505244 -1.023766</w:t>
        <w:br/>
        <w:t>v 1.080717 12.924134 -1.029105</w:t>
        <w:br/>
        <w:t>v 0.843514 13.049315 -1.030878</w:t>
        <w:br/>
        <w:t>v 0.960580 12.629505 -1.085060</w:t>
        <w:br/>
        <w:t>v 1.461087 11.933008 -1.052190</w:t>
        <w:br/>
        <w:t>v 1.689949 11.732479 -0.937822</w:t>
        <w:br/>
        <w:t>v 2.124439 11.665534 0.203502</w:t>
        <w:br/>
        <w:t>v 2.083543 11.384913 0.259095</w:t>
        <w:br/>
        <w:t>v 2.124552 11.295054 0.273265</w:t>
        <w:br/>
        <w:t>v 2.059846 11.019949 0.242198</w:t>
        <w:br/>
        <w:t>v 1.962542 11.936324 -0.454281</w:t>
        <w:br/>
        <w:t>v 1.954012 11.730830 -0.482296</w:t>
        <w:br/>
        <w:t>v 1.992385 11.564826 -0.461921</w:t>
        <w:br/>
        <w:t>v 2.126373 11.246638 -0.511508</w:t>
        <w:br/>
        <w:t>v 2.019473 11.387589 -0.483680</w:t>
        <w:br/>
        <w:t>v 2.080463 10.962093 -0.477652</w:t>
        <w:br/>
        <w:t>v 0.657028 13.804064 1.230312</w:t>
        <w:br/>
        <w:t>v 0.665044 13.755669 1.225864</w:t>
        <w:br/>
        <w:t>v 0.676986 13.647468 1.224546</w:t>
        <w:br/>
        <w:t>v 0.772030 13.768800 1.174082</w:t>
        <w:br/>
        <w:t>v 0.767967 13.699882 1.184623</w:t>
        <w:br/>
        <w:t>v 0.778183 13.801318 1.169045</w:t>
        <w:br/>
        <w:t>v 0.885280 13.782708 1.095108</w:t>
        <w:br/>
        <w:t>v 0.867036 13.756501 1.124325</w:t>
        <w:br/>
        <w:t>v 0.867036 13.756501 1.124325</w:t>
        <w:br/>
        <w:t>v 0.921986 13.688539 1.149329</w:t>
        <w:br/>
        <w:t>v 0.767967 13.699882 1.184623</w:t>
        <w:br/>
        <w:t>v 0.602751 13.502245 1.254919</w:t>
        <w:br/>
        <w:t>v 0.514517 13.438594 1.292685</w:t>
        <w:br/>
        <w:t>v 0.499600 13.493007 1.299576</w:t>
        <w:br/>
        <w:t>v 0.584201 13.597788 1.266679</w:t>
        <w:br/>
        <w:t>v 0.531033 13.559761 1.293036</w:t>
        <w:br/>
        <w:t>v 0.681875 13.309974 1.253345</w:t>
        <w:br/>
        <w:t>v 0.596098 13.370284 1.283149</w:t>
        <w:br/>
        <w:t>v 0.646733 13.414554 1.284030</w:t>
        <w:br/>
        <w:t>v 0.732837 13.514368 1.260039</w:t>
        <w:br/>
        <w:t>v 0.826879 13.595428 1.218596</w:t>
        <w:br/>
        <w:t>v 0.837593 13.537279 1.192885</w:t>
        <w:br/>
        <w:t>v 1.010093 13.588770 1.057004</w:t>
        <w:br/>
        <w:t>v 0.743166 13.456352 1.237764</w:t>
        <w:br/>
        <w:t>v 0.775087 13.336286 1.229745</w:t>
        <w:br/>
        <w:t>v 0.844028 13.506252 1.180338</w:t>
        <w:br/>
        <w:t>v 0.885084 13.392306 1.174877</w:t>
        <w:br/>
        <w:t>v 1.058205 13.473079 1.055798</w:t>
        <w:br/>
        <w:t>v 0.812658 13.159319 1.228835</w:t>
        <w:br/>
        <w:t>v 0.804395 13.160026 1.267057</w:t>
        <w:br/>
        <w:t>v 0.768206 13.200603 1.269398</w:t>
        <w:br/>
        <w:t>v 0.773038 13.199596 1.238882</w:t>
        <w:br/>
        <w:t>v 0.957543 13.186429 1.160369</w:t>
        <w:br/>
        <w:t>v 0.812658 13.159319 1.228835</w:t>
        <w:br/>
        <w:t>v 0.773038 13.199596 1.238882</w:t>
        <w:br/>
        <w:t>v 0.923822 13.265201 1.157165</w:t>
        <w:br/>
        <w:t>v 1.095595 13.339728 1.036926</w:t>
        <w:br/>
        <w:t>v 1.142255 13.220445 1.039284</w:t>
        <w:br/>
        <w:t>v 1.015167 13.736624 1.043309</w:t>
        <w:br/>
        <w:t>v 0.924228 13.782670 1.081914</w:t>
        <w:br/>
        <w:t>v 0.924228 13.782670 1.081914</w:t>
        <w:br/>
        <w:t>v 1.010481 13.822977 0.985635</w:t>
        <w:br/>
        <w:t>v 1.077634 13.866647 0.905762</w:t>
        <w:br/>
        <w:t>v 1.120550 13.800076 0.872097</w:t>
        <w:br/>
        <w:t>v 1.120550 13.800076 0.872097</w:t>
        <w:br/>
        <w:t>v 1.077634 13.866647 0.905762</w:t>
        <w:br/>
        <w:t>v 1.109878 13.878214 0.912301</w:t>
        <w:br/>
        <w:t>v 1.152382 13.830556 0.884686</w:t>
        <w:br/>
        <w:t>v 1.077634 13.866647 0.905762</w:t>
        <w:br/>
        <w:t>v 0.967943 14.026772 0.966196</w:t>
        <w:br/>
        <w:t>v 1.006776 14.022468 0.960577</w:t>
        <w:br/>
        <w:t>v 1.040081 13.868536 0.896217</w:t>
        <w:br/>
        <w:t>v 0.933863 14.027502 0.940721</w:t>
        <w:br/>
        <w:t>v 1.077634 13.866647 0.905762</w:t>
        <w:br/>
        <w:t>v 0.981680 13.832351 0.974272</w:t>
        <w:br/>
        <w:t>v 1.040081 13.868536 0.896217</w:t>
        <w:br/>
        <w:t>v 0.904644 13.779924 1.057272</w:t>
        <w:br/>
        <w:t>v 0.638038 13.803481 1.197122</w:t>
        <w:br/>
        <w:t>v 0.657028 13.804064 1.230312</w:t>
        <w:br/>
        <w:t>v 0.761002 13.809656 1.138283</w:t>
        <w:br/>
        <w:t>v 0.778183 13.801318 1.169045</w:t>
        <w:br/>
        <w:t>v 0.885868 13.789256 1.074930</w:t>
        <w:br/>
        <w:t>v 0.904644 13.779924 1.057272</w:t>
        <w:br/>
        <w:t>v 1.165989 13.676352 0.868332</w:t>
        <w:br/>
        <w:t>v 1.213099 13.722692 0.777594</w:t>
        <w:br/>
        <w:t>v 1.253584 13.745521 0.784004</w:t>
        <w:br/>
        <w:t>v 1.213099 13.722692 0.777594</w:t>
        <w:br/>
        <w:t>v 1.362672 13.685772 0.648015</w:t>
        <w:br/>
        <w:t>v 1.333833 13.664518 0.642526</w:t>
        <w:br/>
        <w:t>v 1.445330 13.643261 0.527650</w:t>
        <w:br/>
        <w:t>v 1.414536 13.621126 0.518604</w:t>
        <w:br/>
        <w:t>v 1.561213 13.550417 0.319260</w:t>
        <w:br/>
        <w:t>v 1.517712 13.527023 0.299216</w:t>
        <w:br/>
        <w:t>v 1.638243 13.511494 0.208117</w:t>
        <w:br/>
        <w:t>v 1.589890 13.462898 0.202680</w:t>
        <w:br/>
        <w:t>v 1.333833 13.664518 0.642526</w:t>
        <w:br/>
        <w:t>v 1.294358 13.624246 0.745083</w:t>
        <w:br/>
        <w:t>v 1.095595 13.339728 1.036926</w:t>
        <w:br/>
        <w:t>v 1.104859 13.358044 1.045184</w:t>
        <w:br/>
        <w:t>v 1.291239 13.436052 0.869846</w:t>
        <w:br/>
        <w:t>v 1.278534 13.425569 0.853898</w:t>
        <w:br/>
        <w:t>v 1.403041 13.490870 0.700660</w:t>
        <w:br/>
        <w:t>v 1.383428 13.464462 0.691572</w:t>
        <w:br/>
        <w:t>v 1.278534 13.425569 0.853898</w:t>
        <w:br/>
        <w:t>v 1.383428 13.464462 0.691572</w:t>
        <w:br/>
        <w:t>v 1.392691 13.268595 0.775469</w:t>
        <w:br/>
        <w:t>v 1.468310 13.511449 0.472162</w:t>
        <w:br/>
        <w:t>v 1.403041 13.490870 0.700660</w:t>
        <w:br/>
        <w:t>v 1.414536 13.621126 0.518604</w:t>
        <w:br/>
        <w:t>v 1.476209 13.486173 0.458473</w:t>
        <w:br/>
        <w:t>v 1.545793 13.297751 0.454019</w:t>
        <w:br/>
        <w:t>v 1.527376 13.539360 0.118489</w:t>
        <w:br/>
        <w:t>v 1.517712 13.527023 0.299216</w:t>
        <w:br/>
        <w:t>v 1.589890 13.462898 0.202680</w:t>
        <w:br/>
        <w:t>v 1.576434 13.299273 0.072347</w:t>
        <w:br/>
        <w:t>v 1.510821 13.510532 0.075233</w:t>
        <w:br/>
        <w:t>v 1.043124 14.076396 0.868344</w:t>
        <w:br/>
        <w:t>v 0.967943 14.026772 0.966196</w:t>
        <w:br/>
        <w:t>v 0.933863 14.027502 0.940721</w:t>
        <w:br/>
        <w:t>v 0.997170 14.077284 0.857290</w:t>
        <w:br/>
        <w:t>v 1.006776 14.022468 0.960577</w:t>
        <w:br/>
        <w:t>v 1.052855 14.055503 0.921216</w:t>
        <w:br/>
        <w:t>v 1.566442 13.590817 0.106459</w:t>
        <w:br/>
        <w:t>v 1.527376 13.539360 0.118489</w:t>
        <w:br/>
        <w:t>v 1.589890 13.462898 0.202680</w:t>
        <w:br/>
        <w:t>v 1.638243 13.511494 0.208117</w:t>
        <w:br/>
        <w:t>v 1.452761 13.710251 -0.069116</w:t>
        <w:br/>
        <w:t>v 1.397420 13.682972 -0.068534</w:t>
        <w:br/>
        <w:t>v 1.280204 13.761870 -0.204787</w:t>
        <w:br/>
        <w:t>v 1.446914 13.521925 -0.300658</w:t>
        <w:br/>
        <w:t>v 1.397420 13.682972 -0.068534</w:t>
        <w:br/>
        <w:t>v 1.527376 13.539360 0.118489</w:t>
        <w:br/>
        <w:t>v 1.446914 13.521925 -0.300658</w:t>
        <w:br/>
        <w:t>v 1.428337 13.494199 -0.278058</w:t>
        <w:br/>
        <w:t>v 1.280204 13.761870 -0.204787</w:t>
        <w:br/>
        <w:t>v 1.325721 13.786871 -0.221554</w:t>
        <w:br/>
        <w:t>v 1.528763 13.295352 -0.284006</w:t>
        <w:br/>
        <w:t>v 1.149548 13.698895 -0.492699</w:t>
        <w:br/>
        <w:t>v 1.329041 13.496351 -0.529782</w:t>
        <w:br/>
        <w:t>v 1.329041 13.496351 -0.529782</w:t>
        <w:br/>
        <w:t>v 1.317483 13.476846 -0.504805</w:t>
        <w:br/>
        <w:t>v 1.343016 13.255499 -0.642305</w:t>
        <w:br/>
        <w:t>v 1.317483 13.476846 -0.504805</w:t>
        <w:br/>
        <w:t>v 1.028309 13.951113 -0.331146</w:t>
        <w:br/>
        <w:t>v 1.030188 13.911953 -0.302784</w:t>
        <w:br/>
        <w:t>v 1.175074 13.824751 -0.287066</w:t>
        <w:br/>
        <w:t>v 1.200994 13.838051 -0.301948</w:t>
        <w:br/>
        <w:t>v 1.030188 13.911953 -0.302784</w:t>
        <w:br/>
        <w:t>v 0.993369 13.810868 -0.438695</w:t>
        <w:br/>
        <w:t>v 1.175074 13.824751 -0.287066</w:t>
        <w:br/>
        <w:t>v 0.892600 14.016335 -0.278232</w:t>
        <w:br/>
        <w:t>v 0.892600 14.016335 -0.278232</w:t>
        <w:br/>
        <w:t>v 0.810091 13.996072 -0.335583</w:t>
        <w:br/>
        <w:t>v 0.110671 13.569600 -0.630968</w:t>
        <w:br/>
        <w:t>v -0.000014 13.516644 -0.671507</w:t>
        <w:br/>
        <w:t>v -0.000014 13.216547 -0.912548</w:t>
        <w:br/>
        <w:t>v 0.199215 13.289819 -0.880112</w:t>
        <w:br/>
        <w:t>v 0.359755 13.357031 -0.822274</w:t>
        <w:br/>
        <w:t>v 0.211199 13.623587 -0.598644</w:t>
        <w:br/>
        <w:t>v 0.498665 13.440961 -0.775199</w:t>
        <w:br/>
        <w:t>v 0.600665 13.621696 -0.664881</w:t>
        <w:br/>
        <w:t>v 0.445402 13.766939 -0.507654</w:t>
        <w:br/>
        <w:t>v 0.341022 13.704312 -0.552880</w:t>
        <w:br/>
        <w:t>v 0.708056 13.793305 -0.522684</w:t>
        <w:br/>
        <w:t>v 0.598655 13.877165 -0.441840</w:t>
        <w:br/>
        <w:t>v 1.013329 13.578486 -0.663275</w:t>
        <w:br/>
        <w:t>v 0.838573 13.705477 -0.567859</w:t>
        <w:br/>
        <w:t>v 1.159554 13.446554 -0.717548</w:t>
        <w:br/>
        <w:t>v 1.159554 13.446554 -0.717548</w:t>
        <w:br/>
        <w:t>v 1.156334 13.427676 -0.697242</w:t>
        <w:br/>
        <w:t>v 1.156334 13.427676 -0.697242</w:t>
        <w:br/>
        <w:t>v 0.648020 13.320894 -0.916351</w:t>
        <w:br/>
        <w:t>v 0.813890 13.435963 -0.807357</w:t>
        <w:br/>
        <w:t>v 0.660124 13.555863 -0.688371</w:t>
        <w:br/>
        <w:t>v 0.765680 13.237900 -0.987661</w:t>
        <w:br/>
        <w:t>v 0.962053 13.362631 -0.870866</w:t>
        <w:br/>
        <w:t>v 0.976461 13.351872 -0.837820</w:t>
        <w:br/>
        <w:t>v 0.770023 13.242619 -0.947365</w:t>
        <w:br/>
        <w:t>v 0.816631 13.117458 -0.995288</w:t>
        <w:br/>
        <w:t>v 1.082518 13.191511 -0.880640</w:t>
        <w:br/>
        <w:t>v -0.000014 13.021582 -1.122515</w:t>
        <w:br/>
        <w:t>v 0.235883 13.063557 -1.097762</w:t>
        <w:br/>
        <w:t>v 0.457675 13.201193 -1.002798</w:t>
        <w:br/>
        <w:t>v 0.962053 13.362631 -0.870866</w:t>
        <w:br/>
        <w:t>v 0.976461 13.351872 -0.837820</w:t>
        <w:br/>
        <w:t>v 0.507157 13.091890 -1.074293</w:t>
        <w:br/>
        <w:t>v 0.809209 13.141058 -1.029632</w:t>
        <w:br/>
        <w:t>v 0.765680 13.237900 -0.987661</w:t>
        <w:br/>
        <w:t>v 0.507157 13.091890 -1.074293</w:t>
        <w:br/>
        <w:t>v 0.681084 13.037115 -1.085032</w:t>
        <w:br/>
        <w:t>v -0.000014 13.021582 -1.122515</w:t>
        <w:br/>
        <w:t>v 0.350179 12.559301 -1.291650</w:t>
        <w:br/>
        <w:t>v 0.235883 13.063557 -1.097762</w:t>
        <w:br/>
        <w:t>v 0.967665 12.636638 -1.120751</w:t>
        <w:br/>
        <w:t>v 0.960580 12.629505 -1.085060</w:t>
        <w:br/>
        <w:t>v 0.843514 13.049315 -1.030878</w:t>
        <w:br/>
        <w:t>v 1.029285 12.430652 -1.163613</w:t>
        <w:br/>
        <w:t>v 1.020070 12.432900 -1.188287</w:t>
        <w:br/>
        <w:t>v 1.085559 12.198811 -1.223581</w:t>
        <w:br/>
        <w:t>v 1.095622 12.200494 -1.200797</w:t>
        <w:br/>
        <w:t>v 1.087795 12.192618 -1.128656</w:t>
        <w:br/>
        <w:t>v 1.023865 12.406820 -1.109681</w:t>
        <w:br/>
        <w:t>v 1.210703 11.818064 -1.256296</w:t>
        <w:br/>
        <w:t>v 1.205672 11.811789 -1.197063</w:t>
        <w:br/>
        <w:t>v 1.212686 12.388213 -1.055383</w:t>
        <w:br/>
        <w:t>v 1.255222 12.144801 -1.089797</w:t>
        <w:br/>
        <w:t>v 1.260150 12.121657 -1.101737</w:t>
        <w:br/>
        <w:t>v 1.260150 12.121657 -1.101737</w:t>
        <w:br/>
        <w:t>v 1.197427 11.912066 -1.071762</w:t>
        <w:br/>
        <w:t>v 1.023865 12.406819 -1.109680</w:t>
        <w:br/>
        <w:t>v 1.023865 12.406819 -1.109680</w:t>
        <w:br/>
        <w:t>v 0.939897 12.244830 -1.103773</w:t>
        <w:br/>
        <w:t>v -0.000014 12.523097 -1.324112</w:t>
        <w:br/>
        <w:t>v 0.132469 12.087392 -1.463338</w:t>
        <w:br/>
        <w:t>v 0.452394 12.130388 -1.400478</w:t>
        <w:br/>
        <w:t>v 1.194967 11.815414 -1.282337</w:t>
        <w:br/>
        <w:t>v 1.048856 12.193312 -1.235726</w:t>
        <w:br/>
        <w:t>v 1.161606 11.810558 -1.296057</w:t>
        <w:br/>
        <w:t>v 0.975460 12.426959 -1.200520</w:t>
        <w:br/>
        <w:t>v 0.204047 11.698759 -1.583354</w:t>
        <w:br/>
        <w:t>v 0.531746 11.741353 -1.491137</w:t>
        <w:br/>
        <w:t>v 1.059631 14.525180 0.358787</w:t>
        <w:br/>
        <w:t>v 1.196715 14.421775 0.330949</w:t>
        <w:br/>
        <w:t>v 1.163455 14.361945 0.450662</w:t>
        <w:br/>
        <w:t>v 1.100429 14.436704 0.420591</w:t>
        <w:br/>
        <w:t>v 1.421187 14.182166 0.288906</w:t>
        <w:br/>
        <w:t>v 1.344494 14.132388 0.445213</w:t>
        <w:br/>
        <w:t>v 1.246383 14.245976 0.461332</w:t>
        <w:br/>
        <w:t>v 1.323520 14.315955 0.310383</w:t>
        <w:br/>
        <w:t>v 1.231149 14.085179 0.592158</w:t>
        <w:br/>
        <w:t>v 1.186224 14.220527 0.548162</w:t>
        <w:br/>
        <w:t>v 1.144930 14.331979 0.494516</w:t>
        <w:br/>
        <w:t>v 1.481863 14.052772 0.265772</w:t>
        <w:br/>
        <w:t>v 1.419424 14.009182 0.424758</w:t>
        <w:br/>
        <w:t>v 1.317555 13.947266 0.559474</w:t>
        <w:br/>
        <w:t>v 1.588113 13.784327 0.226892</w:t>
        <w:br/>
        <w:t>v 1.542969 13.731602 0.322189</w:t>
        <w:br/>
        <w:t>v 1.464520 13.875429 0.381768</w:t>
        <w:br/>
        <w:t>v 1.540628 13.933198 0.244113</w:t>
        <w:br/>
        <w:t>v 1.383952 13.800856 0.516313</w:t>
        <w:br/>
        <w:t>v 1.486393 13.675787 0.444646</w:t>
        <w:br/>
        <w:t>v 1.561213 13.550417 0.319260</w:t>
        <w:br/>
        <w:t>v 1.362672 13.685772 0.648015</w:t>
        <w:br/>
        <w:t>v 1.445330 13.643261 0.527650</w:t>
        <w:br/>
        <w:t>v 1.267876 13.808393 0.743008</w:t>
        <w:br/>
        <w:t>v 1.197385 14.016094 0.708877</w:t>
        <w:br/>
        <w:t>v 1.231149 14.085179 0.592158</w:t>
        <w:br/>
        <w:t>v 1.136953 14.095819 0.734782</w:t>
        <w:br/>
        <w:t>v 1.073581 14.102914 0.734464</w:t>
        <w:br/>
        <w:t>v 1.164420 14.092167 0.596155</w:t>
        <w:br/>
        <w:t>v 1.052855 14.055503 0.921216</w:t>
        <w:br/>
        <w:t>v 1.151930 13.918783 0.852935</w:t>
        <w:br/>
        <w:t>v 1.043124 14.076396 0.868344</w:t>
        <w:br/>
        <w:t>v 1.151944 13.942974 0.819786</w:t>
        <w:br/>
        <w:t>v 1.136953 14.095819 0.734782</w:t>
        <w:br/>
        <w:t>v 1.135276 14.208867 0.564565</w:t>
        <w:br/>
        <w:t>v 1.164420 14.092167 0.596155</w:t>
        <w:br/>
        <w:t>v 1.103282 14.320848 0.501790</w:t>
        <w:br/>
        <w:t>v 1.038142 14.522721 0.353448</w:t>
        <w:br/>
        <w:t>v 1.071056 14.431107 0.425311</w:t>
        <w:br/>
        <w:t>v 1.051738 14.440482 0.254053</w:t>
        <w:br/>
        <w:t>v 1.076007 14.460038 0.263903</w:t>
        <w:br/>
        <w:t>v 1.059631 14.525180 0.358787</w:t>
        <w:br/>
        <w:t>v 1.038142 14.522721 0.353448</w:t>
        <w:br/>
        <w:t>v 1.154330 14.389142 0.223720</w:t>
        <w:br/>
        <w:t>v 1.069370 14.342938 0.131793</w:t>
        <w:br/>
        <w:t>v 1.106775 14.363108 0.149704</w:t>
        <w:br/>
        <w:t>v 1.242865 14.284938 0.185825</w:t>
        <w:br/>
        <w:t>v 1.327274 14.173813 0.156942</w:t>
        <w:br/>
        <w:t>v 1.421187 14.182166 0.288906</w:t>
        <w:br/>
        <w:t>v 1.323520 14.315955 0.310383</w:t>
        <w:br/>
        <w:t>v 1.151992 14.255342 0.051930</w:t>
        <w:br/>
        <w:t>v 1.187403 14.154346 -0.017520</w:t>
        <w:br/>
        <w:t>v 1.096958 14.249997 0.056991</w:t>
        <w:br/>
        <w:t>v 1.139309 14.158285 -0.018094</w:t>
        <w:br/>
        <w:t>v 1.481863 14.052772 0.265772</w:t>
        <w:br/>
        <w:t>v 1.393513 14.044793 0.136500</w:t>
        <w:br/>
        <w:t>v 1.273063 14.013157 -0.028800</w:t>
        <w:br/>
        <w:t>v 1.512209 13.753624 0.130207</w:t>
        <w:br/>
        <w:t>v 1.588113 13.784327 0.226892</w:t>
        <w:br/>
        <w:t>v 1.540628 13.933198 0.244113</w:t>
        <w:br/>
        <w:t>v 1.438639 13.905089 0.134244</w:t>
        <w:br/>
        <w:t>v 1.361378 13.856052 -0.028804</w:t>
        <w:br/>
        <w:t>v 1.483874 13.726308 0.003868</w:t>
        <w:br/>
        <w:t>v 1.566442 13.590817 0.106459</w:t>
        <w:br/>
        <w:t>v 1.638243 13.511494 0.208117</w:t>
        <w:br/>
        <w:t>v 1.452761 13.710251 -0.069116</w:t>
        <w:br/>
        <w:t>v 1.029577 14.180050 -0.105836</w:t>
        <w:br/>
        <w:t>v 1.055653 14.181054 -0.129169</w:t>
        <w:br/>
        <w:t>v 1.121334 14.181014 -0.066350</w:t>
        <w:br/>
        <w:t>v 1.082072 14.178408 -0.055108</w:t>
        <w:br/>
        <w:t>v 1.029577 14.180050 -0.105836</w:t>
        <w:br/>
        <w:t>v 0.913905 14.131790 -0.206470</w:t>
        <w:br/>
        <w:t>v 0.930938 14.129754 -0.237877</w:t>
        <w:br/>
        <w:t>v 0.854101 14.064091 -0.263375</w:t>
        <w:br/>
        <w:t>v 0.879020 14.069944 -0.303329</w:t>
        <w:br/>
        <w:t>v 0.879020 14.069944 -0.303329</w:t>
        <w:br/>
        <w:t>v 0.854101 14.064091 -0.263375</w:t>
        <w:br/>
        <w:t>v 1.200628 13.994168 -0.149377</w:t>
        <w:br/>
        <w:t>v 1.121334 14.181014 -0.066350</w:t>
        <w:br/>
        <w:t>v 1.055653 14.181054 -0.129169</w:t>
        <w:br/>
        <w:t>v 0.934232 14.123508 -0.283529</w:t>
        <w:br/>
        <w:t>v 1.084702 14.010711 -0.300384</w:t>
        <w:br/>
        <w:t>v 1.092294 13.992804 -0.261343</w:t>
        <w:br/>
        <w:t>v 0.930938 14.129754 -0.237877</w:t>
        <w:br/>
        <w:t>v 1.311964 13.848210 -0.176809</w:t>
        <w:br/>
        <w:t>v 1.325721 13.786871 -0.221554</w:t>
        <w:br/>
        <w:t>v 1.055759 13.979640 -0.334799</w:t>
        <w:br/>
        <w:t>v 1.211500 13.868417 -0.298067</w:t>
        <w:br/>
        <w:t>v 0.907307 14.088009 -0.313590</w:t>
        <w:br/>
        <w:t>v 1.224834 13.903530 -0.244939</w:t>
        <w:br/>
        <w:t>v 0.907307 14.088009 -0.313590</w:t>
        <w:br/>
        <w:t>v 0.934232 14.123508 -0.283529</w:t>
        <w:br/>
        <w:t>v 0.813210 13.987785 1.089245</w:t>
        <w:br/>
        <w:t>v 0.836895 14.060189 1.064600</w:t>
        <w:br/>
        <w:t>v 0.890529 13.974483 1.051559</w:t>
        <w:br/>
        <w:t>v 0.772513 13.923399 1.113770</w:t>
        <w:br/>
        <w:t>v 0.847539 13.919352 1.081066</w:t>
        <w:br/>
        <w:t>v 0.912763 13.905375 1.041519</w:t>
        <w:br/>
        <w:t>v 0.638038 13.803481 1.197122</w:t>
        <w:br/>
        <w:t>v 0.706059 13.860841 1.146601</w:t>
        <w:br/>
        <w:t>v 0.807455 13.850813 1.104063</w:t>
        <w:br/>
        <w:t>v 0.761002 13.809656 1.138283</w:t>
        <w:br/>
        <w:t>v 0.910748 13.848014 1.059473</w:t>
        <w:br/>
        <w:t>v 0.885868 13.789256 1.074930</w:t>
        <w:br/>
        <w:t>v 0.772513 13.923399 1.113770</w:t>
        <w:br/>
        <w:t>v 0.706059 13.860841 1.146601</w:t>
        <w:br/>
        <w:t>v 0.651210 13.842582 1.133404</w:t>
        <w:br/>
        <w:t>v 0.737325 13.919494 1.095978</w:t>
        <w:br/>
        <w:t>v 0.813210 13.987785 1.089245</w:t>
        <w:br/>
        <w:t>v 0.779613 13.972813 1.073694</w:t>
        <w:br/>
        <w:t>v 0.822197 14.069651 1.036905</w:t>
        <w:br/>
        <w:t>v 0.836895 14.060189 1.064600</w:t>
        <w:br/>
        <w:t>v 0.890529 13.974483 1.051559</w:t>
        <w:br/>
        <w:t>v 0.836895 14.060189 1.064600</w:t>
        <w:br/>
        <w:t>v 0.822197 14.069651 1.036905</w:t>
        <w:br/>
        <w:t>v 0.878743 13.989617 1.017373</w:t>
        <w:br/>
        <w:t>v 0.912763 13.905375 1.041519</w:t>
        <w:br/>
        <w:t>v 0.905681 13.904737 1.012888</w:t>
        <w:br/>
        <w:t>v 0.909945 13.835319 1.020196</w:t>
        <w:br/>
        <w:t>v 0.910748 13.848014 1.059473</w:t>
        <w:br/>
        <w:t>v 0.904644 13.779924 1.057272</w:t>
        <w:br/>
        <w:t>v 1.312911 11.429160 -1.343828</w:t>
        <w:br/>
        <w:t>v 1.324197 11.433547 -1.318843</w:t>
        <w:br/>
        <w:t>v 1.315165 11.427468 -1.251551</w:t>
        <w:br/>
        <w:t>v 1.273004 11.423133 -1.358106</w:t>
        <w:br/>
        <w:t>v 0.273045 11.328531 -1.696006</w:t>
        <w:br/>
        <w:t>v 0.601763 11.360664 -1.575252</w:t>
        <w:br/>
        <w:t>v 1.425300 11.047500 -1.412101</w:t>
        <w:br/>
        <w:t>v 1.440859 11.053102 -1.386758</w:t>
        <w:br/>
        <w:t>v 1.430481 11.046358 -1.333030</w:t>
        <w:br/>
        <w:t>v 1.376423 11.042281 -1.426672</w:t>
        <w:br/>
        <w:t>v 0.329753 10.947644 -1.826137</w:t>
        <w:br/>
        <w:t>v 0.703672 10.982892 -1.678262</w:t>
        <w:br/>
        <w:t>v 1.527456 10.722522 -1.472057</w:t>
        <w:br/>
        <w:t>v 1.541088 10.728637 -1.444182</w:t>
        <w:br/>
        <w:t>v 1.531469 10.721027 -1.398590</w:t>
        <w:br/>
        <w:t>v 1.465129 10.714666 -1.495520</w:t>
        <w:br/>
        <w:t>v 0.403982 10.535852 -1.971003</w:t>
        <w:br/>
        <w:t>v 0.780330 10.643207 -1.761863</w:t>
        <w:br/>
        <w:t>v 1.638805 10.402957 -1.506244</w:t>
        <w:br/>
        <w:t>v 1.629390 10.395765 -1.536947</w:t>
        <w:br/>
        <w:t>v 1.713095 10.119957 -1.588893</w:t>
        <w:br/>
        <w:t>v 1.719079 10.133804 -1.558328</w:t>
        <w:br/>
        <w:t>v 1.709821 10.128807 -1.523353</w:t>
        <w:br/>
        <w:t>v 1.629574 10.396326 -1.478539</w:t>
        <w:br/>
        <w:t>v 1.618529 10.219347 -1.593651</w:t>
        <w:br/>
        <w:t>v 1.674200 10.056699 -1.622135</w:t>
        <w:br/>
        <w:t>v 1.538525 10.283429 -1.601760</w:t>
        <w:br/>
        <w:t>v 1.469443 10.383407 -1.592694</w:t>
        <w:br/>
        <w:t>v 0.836790 10.042359 -1.983035</w:t>
        <w:br/>
        <w:t>v 0.962263 10.043723 -1.919344</w:t>
        <w:br/>
        <w:t>v 0.869823 10.317286 -1.853868</w:t>
        <w:br/>
        <w:t>v 0.723406 10.215937 -1.969654</w:t>
        <w:br/>
        <w:t>v 0.630752 12.624641 -1.214154</w:t>
        <w:br/>
        <w:t>v 0.757677 12.163614 -1.311532</w:t>
        <w:br/>
        <w:t>v 0.862884 11.781713 -1.388547</w:t>
        <w:br/>
        <w:t>v 0.889154 12.631228 1.255638</w:t>
        <w:br/>
        <w:t>v 0.906396 12.645823 1.218315</w:t>
        <w:br/>
        <w:t>v 0.955213 12.645102 -1.158174</w:t>
        <w:br/>
        <w:t>v 0.908627 12.640960 -1.168603</w:t>
        <w:br/>
        <w:t>v 1.258241 10.021497 -1.768381</w:t>
        <w:br/>
        <w:t>v 1.256992 10.351830 -1.665993</w:t>
        <w:br/>
        <w:t>v 0.676986 13.647468 1.224546</w:t>
        <w:br/>
        <w:t>v 0.732873 12.793606 1.264274</w:t>
        <w:br/>
        <w:t>v 0.861239 12.902385 1.226784</w:t>
        <w:br/>
        <w:t>v 0.725460 12.796034 1.319719</w:t>
        <w:br/>
        <w:t>v 0.732873 12.793606 1.264274</w:t>
        <w:br/>
        <w:t>v 1.253584 13.745521 0.784004</w:t>
        <w:br/>
        <w:t>v 0.160218 13.845648 1.421874</w:t>
        <w:br/>
        <w:t>v 0.125721 13.813019 1.395681</w:t>
        <w:br/>
        <w:t>v 0.163959 13.813019 1.424380</w:t>
        <w:br/>
        <w:t>v 0.080100 13.850290 1.431071</w:t>
        <w:br/>
        <w:t>v -0.000017 13.854932 1.440268</w:t>
        <w:br/>
        <w:t>v 0.222945 13.813019 1.410341</w:t>
        <w:br/>
        <w:t>v 0.163959 13.813019 1.424380</w:t>
        <w:br/>
        <w:t>v 0.125721 13.813019 1.395681</w:t>
        <w:br/>
        <w:t>v 0.216323 13.813019 1.379125</w:t>
        <w:br/>
        <w:t>v 0.306579 13.816682 1.379414</w:t>
        <w:br/>
        <w:t>v 0.291857 13.816682 1.351378</w:t>
        <w:br/>
        <w:t>v 0.377437 13.817775 1.299848</w:t>
        <w:br/>
        <w:t>v 0.386686 13.817775 1.333832</w:t>
        <w:br/>
        <w:t>v 0.463610 13.823139 1.280325</w:t>
        <w:br/>
        <w:t>v 0.463610 13.823139 1.247545</w:t>
        <w:br/>
        <w:t>v 0.497819 13.663470 1.244403</w:t>
        <w:br/>
        <w:t>v 0.487222 13.744437 1.280372</w:t>
        <w:br/>
        <w:t>v 0.463610 13.823139 1.247545</w:t>
        <w:br/>
        <w:t>v 0.463610 13.823139 1.280325</w:t>
        <w:br/>
        <w:t>v 0.792927 12.895647 1.198376</w:t>
        <w:br/>
        <w:t>v 0.812658 13.159319 1.228835</w:t>
        <w:br/>
        <w:t>v 0.784788 13.162080 1.189335</w:t>
        <w:br/>
        <w:t>v 0.875796 13.106301 1.251114</w:t>
        <w:br/>
        <w:t>v 0.875949 13.108042 1.205744</w:t>
        <w:br/>
        <w:t>v 0.962868 13.048018 1.179247</w:t>
        <w:br/>
        <w:t>v 0.958443 13.051414 1.225060</w:t>
        <w:br/>
        <w:t>v 1.126135 12.945017 1.117139</w:t>
        <w:br/>
        <w:t>v 1.114644 12.956448 1.166785</w:t>
        <w:br/>
        <w:t>v 1.316329 12.832880 1.024193</w:t>
        <w:br/>
        <w:t>v 1.316329 12.832880 1.024193</w:t>
        <w:br/>
        <w:t>v 1.556321 12.690236 0.880097</w:t>
        <w:br/>
        <w:t>v 0.545332 12.044785 1.364041</w:t>
        <w:br/>
        <w:t>v 0.518220 12.292921 1.364406</w:t>
        <w:br/>
        <w:t>v 0.521115 12.293178 1.338943</w:t>
        <w:br/>
        <w:t>v 0.547783 12.047655 1.333521</w:t>
        <w:br/>
        <w:t>v 0.585926 11.798556 1.363909</w:t>
        <w:br/>
        <w:t>v 0.587651 11.803993 1.335344</w:t>
        <w:br/>
        <w:t>v 0.636783 11.589787 1.354138</w:t>
        <w:br/>
        <w:t>v 0.636024 11.594716 1.322798</w:t>
        <w:br/>
        <w:t>v 0.770228 11.183441 1.310211</w:t>
        <w:br/>
        <w:t>v 0.697730 11.384238 1.336512</w:t>
        <w:br/>
        <w:t>v 0.699592 11.390060 1.303587</w:t>
        <w:br/>
        <w:t>v 0.767799 11.187930 1.275440</w:t>
        <w:br/>
        <w:t>v 0.850362 10.986132 1.279917</w:t>
        <w:br/>
        <w:t>v 0.843751 10.988210 1.250214</w:t>
        <w:br/>
        <w:t>v 0.918619 10.825243 1.253005</w:t>
        <w:br/>
        <w:t>v 0.914376 10.828729 1.220085</w:t>
        <w:br/>
        <w:t>v 1.017819 10.633766 1.174489</w:t>
        <w:br/>
        <w:t>v 1.016315 10.647987 1.205074</w:t>
        <w:br/>
        <w:t>v 0.328372 10.929265 1.551410</w:t>
        <w:br/>
        <w:t>v 0.232922 11.121335 1.597558</w:t>
        <w:br/>
        <w:t>v 0.257755 11.133189 1.620367</w:t>
        <w:br/>
        <w:t>v 0.358317 10.944742 1.575643</w:t>
        <w:br/>
        <w:t>v 0.509791 10.839270 1.493066</w:t>
        <w:br/>
        <w:t>v 0.488703 10.825190 1.471655</w:t>
        <w:br/>
        <w:t>v 0.624926 10.683921 1.431944</w:t>
        <w:br/>
        <w:t>v 0.608708 10.663417 1.413693</w:t>
        <w:br/>
        <w:t>v 0.712256 10.623196 1.393454</w:t>
        <w:br/>
        <w:t>v 0.695540 10.607447 1.371990</w:t>
        <w:br/>
        <w:t>v 0.831340 10.600830 1.322743</w:t>
        <w:br/>
        <w:t>v 0.806913 10.581700 1.309907</w:t>
        <w:br/>
        <w:t>v 0.912366 10.587586 1.242198</w:t>
        <w:br/>
        <w:t>v 0.205919 10.925057 1.618291</w:t>
        <w:br/>
        <w:t>v 0.209594 10.923334 1.600176</w:t>
        <w:br/>
        <w:t>v -0.000018 10.798541 1.653664</w:t>
        <w:br/>
        <w:t>v -0.000018 10.804177 1.671896</w:t>
        <w:br/>
        <w:t>v 0.328372 10.929265 1.551410</w:t>
        <w:br/>
        <w:t>v 0.303472 10.926784 1.542324</w:t>
        <w:br/>
        <w:t>v 0.886590 11.938023 1.315797</w:t>
        <w:br/>
        <w:t>v 0.855522 11.934187 1.267737</w:t>
        <w:br/>
        <w:t>v 1.110947 11.772826 1.265475</w:t>
        <w:br/>
        <w:t>v 1.084914 11.755345 1.235688</w:t>
        <w:br/>
        <w:t>v 1.134725 11.755318 1.260142</w:t>
        <w:br/>
        <w:t>v 1.470883 11.503307 1.082373</w:t>
        <w:br/>
        <w:t>v 1.455614 11.493336 1.066904</w:t>
        <w:br/>
        <w:t>v 1.131211 11.719250 1.229220</w:t>
        <w:br/>
        <w:t>v 1.759932 11.306410 0.834390</w:t>
        <w:br/>
        <w:t>v 1.721981 11.313314 0.799720</w:t>
        <w:br/>
        <w:t>v 1.564873 12.699346 0.905001</w:t>
        <w:br/>
        <w:t>v 1.556321 12.690236 0.880097</w:t>
        <w:br/>
        <w:t>v 1.694941 12.588067 0.774897</w:t>
        <w:br/>
        <w:t>v 1.711497 12.584869 0.786990</w:t>
        <w:br/>
        <w:t>v 1.854830 12.495301 0.636988</w:t>
        <w:br/>
        <w:t>v 1.832927 12.500364 0.632499</w:t>
        <w:br/>
        <w:t>v 1.902182 11.202826 0.613179</w:t>
        <w:br/>
        <w:t>v 1.863560 11.220642 0.592283</w:t>
        <w:br/>
        <w:t>v 1.968819 12.435144 0.441984</w:t>
        <w:br/>
        <w:t>v 1.944483 12.440717 0.439662</w:t>
        <w:br/>
        <w:t>v 2.032495 12.394748 0.218965</w:t>
        <w:br/>
        <w:t>v 2.007612 12.400419 0.221648</w:t>
        <w:br/>
        <w:t>v 1.978113 11.113479 0.448984</w:t>
        <w:br/>
        <w:t>v 1.958900 11.135425 0.434627</w:t>
        <w:br/>
        <w:t>v 1.993793 12.391636 -0.299311</w:t>
        <w:br/>
        <w:t>v 2.062453 12.375591 -0.013795</w:t>
        <w:br/>
        <w:t>v 2.034822 12.380462 -0.006457</w:t>
        <w:br/>
        <w:t>v 1.968227 12.394567 -0.286715</w:t>
        <w:br/>
        <w:t>v 2.118296 10.959846 0.015083</w:t>
        <w:br/>
        <w:t>v 2.125897 10.921225 -0.243549</w:t>
        <w:br/>
        <w:t>v 2.091549 10.944092 -0.243702</w:t>
        <w:br/>
        <w:t>v 2.086256 10.973356 -0.003370</w:t>
        <w:br/>
        <w:t>v 1.879900 12.454356 -0.535739</w:t>
        <w:br/>
        <w:t>v 1.855829 12.456999 -0.520015</w:t>
        <w:br/>
        <w:t>v 1.691083 12.555291 -0.702532</w:t>
        <w:br/>
        <w:t>v 1.714068 12.551214 -0.723017</w:t>
        <w:br/>
        <w:t>v 1.992600 11.037892 -0.643104</w:t>
        <w:br/>
        <w:t>v 1.842458 11.215692 -0.779744</w:t>
        <w:br/>
        <w:t>v 1.826975 11.226018 -0.767555</w:t>
        <w:br/>
        <w:t>v 1.964052 11.067820 -0.630751</w:t>
        <w:br/>
        <w:t>v 1.522676 12.672540 -0.866666</w:t>
        <w:br/>
        <w:t>v 1.503615 12.676405 -0.845125</w:t>
        <w:br/>
        <w:t>v 1.298049 12.799668 -0.959700</w:t>
        <w:br/>
        <w:t>v 1.310699 12.796875 -0.978129</w:t>
        <w:br/>
        <w:t>v 1.452388 11.640130 -0.999559</w:t>
        <w:br/>
        <w:t>v 1.454974 11.641670 -0.973018</w:t>
        <w:br/>
        <w:t>v 1.673376 11.398252 -0.867029</w:t>
        <w:br/>
        <w:t>v 1.672686 11.395486 -0.889094</w:t>
        <w:br/>
        <w:t>v 1.080717 12.924134 -1.029105</w:t>
        <w:br/>
        <w:t>v 1.071350 12.924471 -1.009099</w:t>
        <w:br/>
        <w:t>v 0.843514 13.049315 -1.030878</w:t>
        <w:br/>
        <w:t>v 2.059846 11.019949 0.242198</w:t>
        <w:br/>
        <w:t>v 2.037369 11.040904 0.231092</w:t>
        <w:br/>
        <w:t>v 2.080463 10.962093 -0.477652</w:t>
        <w:br/>
        <w:t>v 2.060717 10.976675 -0.465603</w:t>
        <w:br/>
        <w:t>v 0.957543 13.186429 1.160369</w:t>
        <w:br/>
        <w:t>v 0.784788 13.162080 1.189335</w:t>
        <w:br/>
        <w:t>v 0.812658 13.159319 1.228835</w:t>
        <w:br/>
        <w:t>v 1.142255 13.220445 1.039284</w:t>
        <w:br/>
        <w:t>v 1.091822 13.212434 1.025330</w:t>
        <w:br/>
        <w:t>v 1.392691 13.268595 0.775469</w:t>
        <w:br/>
        <w:t>v 1.337915 13.265079 0.768215</w:t>
        <w:br/>
        <w:t>v 1.528763 13.295352 -0.284006</w:t>
        <w:br/>
        <w:t>v 1.475177 13.277029 -0.255818</w:t>
        <w:br/>
        <w:t>v 1.533740 13.294099 0.101046</w:t>
        <w:br/>
        <w:t>v 1.576434 13.299273 0.072347</w:t>
        <w:br/>
        <w:t>v 1.343016 13.255499 -0.642305</w:t>
        <w:br/>
        <w:t>v 1.319256 13.250581 -0.574653</w:t>
        <w:br/>
        <w:t>v 0.810091 13.996072 -0.335583</w:t>
        <w:br/>
        <w:t>v 0.892600 14.016335 -0.278232</w:t>
        <w:br/>
        <w:t>v 0.894140 14.008645 -0.246075</w:t>
        <w:br/>
        <w:t>v 0.802778 13.971663 -0.313278</w:t>
        <w:br/>
        <w:t>v -0.000014 13.516644 -0.671507</w:t>
        <w:br/>
        <w:t>v 0.110671 13.569600 -0.630968</w:t>
        <w:br/>
        <w:t>v 0.113683 13.550717 -0.606131</w:t>
        <w:br/>
        <w:t>v -0.000014 13.492130 -0.642019</w:t>
        <w:br/>
        <w:t>v 0.211199 13.623587 -0.598644</w:t>
        <w:br/>
        <w:t>v 0.218541 13.593397 -0.571825</w:t>
        <w:br/>
        <w:t>v 0.341022 13.704312 -0.552880</w:t>
        <w:br/>
        <w:t>v 0.445402 13.766939 -0.507654</w:t>
        <w:br/>
        <w:t>v 0.449953 13.740429 -0.480939</w:t>
        <w:br/>
        <w:t>v 0.345516 13.686094 -0.527256</w:t>
        <w:br/>
        <w:t>v 0.599230 13.856781 -0.423786</w:t>
        <w:br/>
        <w:t>v 0.598655 13.877165 -0.441840</w:t>
        <w:br/>
        <w:t>v 0.816631 13.117458 -0.995288</w:t>
        <w:br/>
        <w:t>v 1.088895 13.190335 -0.842234</w:t>
        <w:br/>
        <w:t>v 1.082518 13.191511 -0.880640</w:t>
        <w:br/>
        <w:t>v 1.197427 11.912066 -1.071762</w:t>
        <w:br/>
        <w:t>v 1.195608 11.916628 -1.045466</w:t>
        <w:br/>
        <w:t>v 0.939897 12.244830 -1.103773</w:t>
        <w:br/>
        <w:t>v 0.943538 12.255219 -1.072153</w:t>
        <w:br/>
        <w:t>v 0.894140 14.008645 -0.246075</w:t>
        <w:br/>
        <w:t>v 1.315165 11.427468 -1.251551</w:t>
        <w:br/>
        <w:t>v 1.430481 11.046358 -1.333030</w:t>
        <w:br/>
        <w:t>v 1.531469 10.721027 -1.398590</w:t>
        <w:br/>
        <w:t>v 1.709821 10.128807 -1.523353</w:t>
        <w:br/>
        <w:t>v 1.629574 10.396326 -1.478539</w:t>
        <w:br/>
        <w:t>v 1.799414 9.740231 -1.591038</w:t>
        <w:br/>
        <w:t>v 0.189928 11.333277 1.610507</w:t>
        <w:br/>
        <w:t>v 0.215337 11.345920 1.628306</w:t>
        <w:br/>
        <w:t>v 0.207371 11.551823 1.589869</w:t>
        <w:br/>
        <w:t>v 0.238269 11.561444 1.602293</w:t>
        <w:br/>
        <w:t>v 0.270338 11.753294 1.531826</w:t>
        <w:br/>
        <w:t>v 0.303087 11.761604 1.544217</w:t>
        <w:br/>
        <w:t>v 0.237775 12.002038 1.531046</w:t>
        <w:br/>
        <w:t>v 0.260626 12.008345 1.545130</w:t>
        <w:br/>
        <w:t>v 0.235255 12.251069 1.505378</w:t>
        <w:br/>
        <w:t>v 0.263518 12.256426 1.516814</w:t>
        <w:br/>
        <w:t>v 0.187092 12.498246 1.511475</w:t>
        <w:br/>
        <w:t>v 0.215178 12.503013 1.528903</w:t>
        <w:br/>
        <w:t>v 0.187138 12.748127 1.500037</w:t>
        <w:br/>
        <w:t>v 0.212748 12.751898 1.510869</w:t>
        <w:br/>
        <w:t>v 0.111400 12.957409 1.526276</w:t>
        <w:br/>
        <w:t>v 0.141691 12.952290 1.536622</w:t>
        <w:br/>
        <w:t>v 0.482414 10.960336 1.475115</w:t>
        <w:br/>
        <w:t>v 0.303472 10.926784 1.542324</w:t>
        <w:br/>
        <w:t>v 0.328372 10.929265 1.551410</w:t>
        <w:br/>
        <w:t>v 0.317768 11.149808 1.506592</w:t>
        <w:br/>
        <w:t>v 0.303472 10.926784 1.542324</w:t>
        <w:br/>
        <w:t>v 0.328372 10.929265 1.551410</w:t>
        <w:br/>
        <w:t>v 0.149796 13.587647 1.306527</w:t>
        <w:br/>
        <w:t>v 0.370061 13.519583 1.258431</w:t>
        <w:br/>
        <w:t>v 0.113683 13.550717 -0.606131</w:t>
        <w:br/>
        <w:t>v 0.057995 13.300487 -0.631379</w:t>
        <w:br/>
        <w:t>v -0.000015 13.281441 -0.596572</w:t>
        <w:br/>
        <w:t>v -0.000014 13.492130 -0.642019</w:t>
        <w:br/>
        <w:t>v 0.218541 13.593397 -0.571825</w:t>
        <w:br/>
        <w:t>v 0.186660 13.456166 -0.700183</w:t>
        <w:br/>
        <w:t>v 0.113683 13.550717 -0.606131</w:t>
        <w:br/>
        <w:t>v 0.345516 13.686094 -0.527256</w:t>
        <w:br/>
        <w:t>v 1.502680 12.396955 -0.725140</w:t>
        <w:br/>
        <w:t>v 1.512593 12.575743 -0.711084</w:t>
        <w:br/>
        <w:t>v 1.223429 12.692515 -0.967845</w:t>
        <w:br/>
        <w:t>v 1.821739 12.091925 -0.066399</w:t>
        <w:br/>
        <w:t>v 1.781967 12.109982 0.354258</w:t>
        <w:br/>
        <w:t>v 1.734364 12.479935 0.369427</w:t>
        <w:br/>
        <w:t>v 1.767087 12.511873 0.001215</w:t>
        <w:br/>
        <w:t>v 1.681856 12.074385 -0.428437</w:t>
        <w:br/>
        <w:t>v 1.698040 12.536299 -0.376013</w:t>
        <w:br/>
        <w:t>v 1.573705 12.440836 0.688031</w:t>
        <w:br/>
        <w:t>v 1.533740 13.294099 0.101046</w:t>
        <w:br/>
        <w:t>v 1.475177 13.277029 -0.255818</w:t>
        <w:br/>
        <w:t>v 1.562050 12.965617 -0.323676</w:t>
        <w:br/>
        <w:t>v 1.645332 12.946671 0.051362</w:t>
        <w:br/>
        <w:t>v 1.157080 12.766068 1.041030</w:t>
        <w:br/>
        <w:t>v 1.426879 12.837578 0.744620</w:t>
        <w:br/>
        <w:t>v 0.843514 13.049315 -1.030878</w:t>
        <w:br/>
        <w:t>v 0.894350 12.844813 -1.053290</w:t>
        <w:br/>
        <w:t>v 1.144844 13.022884 -0.915791</w:t>
        <w:br/>
        <w:t>v 1.186953 17.786789 0.146030</w:t>
        <w:br/>
        <w:t>v 1.128119 17.457848 0.223863</w:t>
        <w:br/>
        <w:t>v 1.018031 17.396370 0.308928</w:t>
        <w:br/>
        <w:t>v 1.057228 17.791115 0.184062</w:t>
        <w:br/>
        <w:t>v 0.918832 17.487400 0.345282</w:t>
        <w:br/>
        <w:t>v 0.936675 17.774277 0.230903</w:t>
        <w:br/>
        <w:t>v 0.781917 17.514488 0.420673</w:t>
        <w:br/>
        <w:t>v 0.795647 17.772030 0.273865</w:t>
        <w:br/>
        <w:t>v 0.575345 17.821873 0.264482</w:t>
        <w:br/>
        <w:t>v 0.248377 17.756351 0.411223</w:t>
        <w:br/>
        <w:t>v 0.311066 17.527763 0.571019</w:t>
        <w:br/>
        <w:t>v 0.130604 17.497890 0.607731</w:t>
        <w:br/>
        <w:t>v 0.148232 17.751213 0.430947</w:t>
        <w:br/>
        <w:t>v 0.551947 17.795738 0.305480</w:t>
        <w:br/>
        <w:t>v 0.612925 17.520153 0.488270</w:t>
        <w:br/>
        <w:t>v 0.363786 17.760471 0.389894</w:t>
        <w:br/>
        <w:t>v -0.000015 17.450714 0.626944</w:t>
        <w:br/>
        <w:t>v -0.000014 17.669346 0.455613</w:t>
        <w:br/>
        <w:t>v 0.076808 17.726395 0.434015</w:t>
        <w:br/>
        <w:t>v 1.131466 17.244656 0.232023</w:t>
        <w:br/>
        <w:t>v 1.089346 17.054565 0.278754</w:t>
        <w:br/>
        <w:t>v 0.948917 17.236507 0.469574</w:t>
        <w:br/>
        <w:t>v 1.068854 16.983883 0.427266</w:t>
        <w:br/>
        <w:t>v 1.058721 16.915394 0.611697</w:t>
        <w:br/>
        <w:t>v 0.916786 17.094166 0.637559</w:t>
        <w:br/>
        <w:t>v 0.650507 17.341602 0.579242</w:t>
        <w:br/>
        <w:t>v 0.676766 17.191441 0.727244</w:t>
        <w:br/>
        <w:t>v 0.386674 17.162083 0.860403</w:t>
        <w:br/>
        <w:t>v 0.336857 17.300652 0.709502</w:t>
        <w:br/>
        <w:t>v 0.193639 17.014755 0.972462</w:t>
        <w:br/>
        <w:t>v 0.133970 17.179729 0.812020</w:t>
        <w:br/>
        <w:t>v -0.000015 16.813782 1.061576</w:t>
        <w:br/>
        <w:t>v -0.000015 17.141277 0.834611</w:t>
        <w:br/>
        <w:t>v 0.848284 17.335255 0.448948</w:t>
        <w:br/>
        <w:t>v 1.088767 17.978733 -0.524594</w:t>
        <w:br/>
        <w:t>v 1.242057 17.941982 -0.518469</w:t>
        <w:br/>
        <w:t>v 1.253430 18.043056 -0.258259</w:t>
        <w:br/>
        <w:t>v 1.093137 18.074860 -0.268165</w:t>
        <w:br/>
        <w:t>v 1.235276 17.991627 -0.044740</w:t>
        <w:br/>
        <w:t>v 1.085501 18.014347 -0.055033</w:t>
        <w:br/>
        <w:t>v 1.225089 17.967598 0.025981</w:t>
        <w:br/>
        <w:t>v 1.078570 17.975121 0.059108</w:t>
        <w:br/>
        <w:t>v 0.947500 17.938507 0.094055</w:t>
        <w:br/>
        <w:t>v 0.951808 18.001839 -0.067480</w:t>
        <w:br/>
        <w:t>v 1.102203 17.649612 -0.684618</w:t>
        <w:br/>
        <w:t>v 1.233321 17.635094 -0.652383</w:t>
        <w:br/>
        <w:t>v 0.966201 17.626793 -0.710554</w:t>
        <w:br/>
        <w:t>v 0.944294 17.977234 -0.530218</w:t>
        <w:br/>
        <w:t>v 0.796849 17.879215 0.135970</w:t>
        <w:br/>
        <w:t>v 0.808641 17.990898 -0.062968</w:t>
        <w:br/>
        <w:t>v 0.229906 17.835178 -0.670430</w:t>
        <w:br/>
        <w:t>v 0.173236 17.805210 -0.676897</w:t>
        <w:br/>
        <w:t>v 0.224717 17.806244 -0.677570</w:t>
        <w:br/>
        <w:t>v 0.225964 17.585091 -0.727986</w:t>
        <w:br/>
        <w:t>v 0.160876 17.582874 -0.702928</w:t>
        <w:br/>
        <w:t>v 0.152655 17.344368 -0.717922</w:t>
        <w:br/>
        <w:t>v 0.223966 17.345844 -0.744485</w:t>
        <w:br/>
        <w:t>v 0.440051 17.356258 -0.763682</w:t>
        <w:br/>
        <w:t>v 0.434922 17.595596 -0.745343</w:t>
        <w:br/>
        <w:t>v 0.829275 17.387238 -0.754133</w:t>
        <w:br/>
        <w:t>v 0.808959 17.617252 -0.731387</w:t>
        <w:br/>
        <w:t>v 0.635063 17.609554 -0.743688</w:t>
        <w:br/>
        <w:t>v 0.656721 17.373444 -0.765212</w:t>
        <w:br/>
        <w:t>v 0.983520 17.399738 -0.733743</w:t>
        <w:br/>
        <w:t>v 1.114886 17.419250 -0.706329</w:t>
        <w:br/>
        <w:t>v 1.230567 17.433170 -0.679255</w:t>
        <w:br/>
        <w:t>v 0.415896 17.946133 -0.630495</w:t>
        <w:br/>
        <w:t>v 0.423820 17.800133 -0.678329</w:t>
        <w:br/>
        <w:t>v 0.565136 17.789265 -0.674257</w:t>
        <w:br/>
        <w:t>v 0.795502 17.972603 -0.559591</w:t>
        <w:br/>
        <w:t>v 0.932519 18.075790 -0.283999</w:t>
        <w:br/>
        <w:t>v 0.287796 17.884560 -0.660079</w:t>
        <w:br/>
        <w:t>v 0.640840 17.917316 -0.616284</w:t>
        <w:br/>
        <w:t>v 0.684105 17.121223 -0.740839</w:t>
        <w:br/>
        <w:t>v 0.849585 17.141834 -0.729238</w:t>
        <w:br/>
        <w:t>v 1.151938 17.202484 -0.665789</w:t>
        <w:br/>
        <w:t>v 1.029835 17.164032 -0.702377</w:t>
        <w:br/>
        <w:t>v 1.233745 17.255398 -0.646646</w:t>
        <w:br/>
        <w:t>v 0.228938 17.094463 -0.732012</w:t>
        <w:br/>
        <w:t>v 0.457186 17.101646 -0.758517</w:t>
        <w:br/>
        <w:t>v 1.212072 16.860298 -0.191899</w:t>
        <w:br/>
        <w:t>v 1.199425 16.664345 -0.122091</w:t>
        <w:br/>
        <w:t>v 1.172080 16.722839 0.078845</w:t>
        <w:br/>
        <w:t>v 1.171569 16.921951 0.027264</w:t>
        <w:br/>
        <w:t>v 1.199425 16.664345 -0.122091</w:t>
        <w:br/>
        <w:t>v 1.212072 16.860298 -0.191899</w:t>
        <w:br/>
        <w:t>v 1.197885 16.849380 -0.416862</w:t>
        <w:br/>
        <w:t>v 1.177141 16.629910 -0.334266</w:t>
        <w:br/>
        <w:t>v 0.155444 17.092186 -0.704790</w:t>
        <w:br/>
        <w:t>v 1.154255 17.133675 0.153365</w:t>
        <w:br/>
        <w:t>v 1.129424 16.999504 0.182479</w:t>
        <w:br/>
        <w:t>v 1.212274 16.970142 -0.224593</w:t>
        <w:br/>
        <w:t>v 1.181239 17.038567 0.001327</w:t>
        <w:br/>
        <w:t>v 1.141948 16.714119 0.234038</w:t>
        <w:br/>
        <w:t>v 0.238238 16.808899 -0.727150</w:t>
        <w:br/>
        <w:t>v 0.469534 16.824100 -0.722774</w:t>
        <w:br/>
        <w:t>v 0.165194 16.809174 -0.687424</w:t>
        <w:br/>
        <w:t>v 1.212274 16.970142 -0.224593</w:t>
        <w:br/>
        <w:t>v 1.194939 17.018364 -0.477213</w:t>
        <w:br/>
        <w:t>v 1.104231 16.865231 -0.621960</w:t>
        <w:br/>
        <w:t>v 0.701089 16.837780 -0.711398</w:t>
        <w:br/>
        <w:t>v 0.873090 16.851700 -0.700256</w:t>
        <w:br/>
        <w:t>v 0.240065 16.562099 -0.670907</w:t>
        <w:br/>
        <w:t>v 0.499820 16.554943 -0.673529</w:t>
        <w:br/>
        <w:t>v 1.415743 17.404909 0.155899</w:t>
        <w:br/>
        <w:t>v 1.275170 17.464397 0.171993</w:t>
        <w:br/>
        <w:t>v 1.354083 17.717070 0.105870</w:t>
        <w:br/>
        <w:t>v 1.522826 17.602901 0.075242</w:t>
        <w:br/>
        <w:t>v 1.272685 17.037989 -0.249182</w:t>
        <w:br/>
        <w:t>v 1.225512 17.023762 -0.238018</w:t>
        <w:br/>
        <w:t>v 1.217094 17.095095 -0.011811</w:t>
        <w:br/>
        <w:t>v 1.291314 17.093412 -0.020807</w:t>
        <w:br/>
        <w:t>v 1.229089 17.216223 0.124429</w:t>
        <w:br/>
        <w:t>v 1.337964 17.229439 0.144211</w:t>
        <w:br/>
        <w:t>v 1.237753 17.275307 0.168153</w:t>
        <w:br/>
        <w:t>v 1.306503 17.087370 -0.484851</w:t>
        <w:br/>
        <w:t>v 1.234265 17.077591 -0.485282</w:t>
        <w:br/>
        <w:t>v 1.225512 17.023762 -0.238018</w:t>
        <w:br/>
        <w:t>v 1.272685 17.037989 -0.249182</w:t>
        <w:br/>
        <w:t>v 1.379021 17.225416 -0.594339</w:t>
        <w:br/>
        <w:t>v 1.323988 17.248756 -0.607756</w:t>
        <w:br/>
        <w:t>v 1.479872 17.163303 -0.599117</w:t>
        <w:br/>
        <w:t>v 1.399337 17.045750 -0.482934</w:t>
        <w:br/>
        <w:t>v 1.355458 17.011446 -0.253923</w:t>
        <w:br/>
        <w:t>v 1.355458 17.011446 -0.253923</w:t>
        <w:br/>
        <w:t>v 1.376503 17.050547 -0.025474</w:t>
        <w:br/>
        <w:t>v 1.450831 17.159397 0.121628</w:t>
        <w:br/>
        <w:t>v 1.547555 17.316217 0.139959</w:t>
        <w:br/>
        <w:t>v 1.624081 16.914404 -0.035514</w:t>
        <w:br/>
        <w:t>v 1.680959 17.010881 0.096296</w:t>
        <w:br/>
        <w:t>v 1.363749 17.588396 -0.620712</w:t>
        <w:br/>
        <w:t>v 1.403736 17.844162 -0.494481</w:t>
        <w:br/>
        <w:t>v 1.342101 17.420750 -0.650991</w:t>
        <w:br/>
        <w:t>v 1.445723 17.377798 -0.639738</w:t>
        <w:br/>
        <w:t>v 1.496789 17.509977 -0.600551</w:t>
        <w:br/>
        <w:t>v 1.565455 17.288979 -0.630042</w:t>
        <w:br/>
        <w:t>v 1.700465 17.029251 -0.579644</w:t>
        <w:br/>
        <w:t>v 1.635234 16.926365 -0.479333</w:t>
        <w:br/>
        <w:t>v 1.640427 17.415659 -0.590011</w:t>
        <w:br/>
        <w:t>v 1.778606 17.147923 -0.603047</w:t>
        <w:br/>
        <w:t>v 1.563976 17.690201 -0.456450</w:t>
        <w:br/>
        <w:t>v 1.595593 16.888594 -0.253979</w:t>
        <w:br/>
        <w:t>v 1.674357 17.499706 0.060593</w:t>
        <w:br/>
        <w:t>v 1.583295 17.735270 -0.052301</w:t>
        <w:br/>
        <w:t>v 1.742068 17.599609 -0.067552</w:t>
        <w:br/>
        <w:t>v 1.409850 17.887169 -0.043425</w:t>
        <w:br/>
        <w:t>v 1.435854 17.926332 -0.250754</w:t>
        <w:br/>
        <w:t>v 1.604287 17.769381 -0.250804</w:t>
        <w:br/>
        <w:t>v 1.843990 17.276484 -0.563493</w:t>
        <w:br/>
        <w:t>v 1.774209 17.170574 0.117100</w:t>
        <w:br/>
        <w:t>v 0.310513 18.702881 -0.209107</w:t>
        <w:br/>
        <w:t>v 0.689341 17.999672 -0.033222</w:t>
        <w:br/>
        <w:t>v 0.749021 18.049759 -0.167124</w:t>
        <w:br/>
        <w:t>v -0.000014 18.644829 -0.443307</w:t>
        <w:br/>
        <w:t>v 0.167363 18.640480 -0.408683</w:t>
        <w:br/>
        <w:t>v 0.761314 18.061775 -0.422145</w:t>
        <w:br/>
        <w:t>v 0.786245 18.077175 -0.319101</w:t>
        <w:br/>
        <w:t>v 0.661067 17.847828 0.203578</w:t>
        <w:br/>
        <w:t>v 0.617768 17.870884 0.185434</w:t>
        <w:br/>
        <w:t>v 0.649908 17.931229 0.086454</w:t>
        <w:br/>
        <w:t>v 0.691356 18.010628 -0.539846</w:t>
        <w:br/>
        <w:t>v 1.962589 17.488571 -0.269878</w:t>
        <w:br/>
        <w:t>v 1.941008 17.451069 -0.075954</w:t>
        <w:br/>
        <w:t>v 1.757981 17.632526 -0.261019</w:t>
        <w:br/>
        <w:t>v 1.917225 17.409836 -0.436344</w:t>
        <w:br/>
        <w:t>v 1.712583 17.561897 -0.442369</w:t>
        <w:br/>
        <w:t>v 1.595593 16.888594 -0.253979</w:t>
        <w:br/>
        <w:t>v 1.890665 17.367720 0.041287</w:t>
        <w:br/>
        <w:t>v 0.389850 17.885040 0.254880</w:t>
        <w:br/>
        <w:t>v 0.462148 17.883537 0.226682</w:t>
        <w:br/>
        <w:t>v 0.373462 17.815376 0.305563</w:t>
        <w:br/>
        <w:t>v 0.306842 16.662327 1.404498</w:t>
        <w:br/>
        <w:t>v 0.196902 16.575832 1.402453</w:t>
        <w:br/>
        <w:t>v 0.255957 16.744926 1.308970</w:t>
        <w:br/>
        <w:t>v 1.129772 16.711147 0.367744</w:t>
        <w:br/>
        <w:t>v 1.136961 16.705563 0.521984</w:t>
        <w:br/>
        <w:t>v 0.151104 16.787064 1.209126</w:t>
        <w:br/>
        <w:t>v 0.079559 16.589500 1.284042</w:t>
        <w:br/>
        <w:t>v -0.000016 16.596554 1.202157</w:t>
        <w:br/>
        <w:t>v 0.487203 16.771090 1.367685</w:t>
        <w:br/>
        <w:t>v 0.360692 16.868763 1.229247</w:t>
        <w:br/>
        <w:t>v 0.528860 16.958496 1.129207</w:t>
        <w:br/>
        <w:t>v 0.615681 16.820728 1.284719</w:t>
        <w:br/>
        <w:t>v 0.264554 16.943691 1.114079</w:t>
        <w:br/>
        <w:t>v 0.458141 17.057690 0.999807</w:t>
        <w:br/>
        <w:t>v 0.125024 17.759785 -0.679927</w:t>
        <w:br/>
        <w:t>v 0.066304 17.724728 -0.689185</w:t>
        <w:br/>
        <w:t>v -0.000013 17.341408 -0.722609</w:t>
        <w:br/>
        <w:t>v -0.000013 17.578342 -0.707241</w:t>
        <w:br/>
        <w:t>v -0.000013 17.086113 -0.711349</w:t>
        <w:br/>
        <w:t>v -0.000013 16.804543 -0.682486</w:t>
        <w:br/>
        <w:t>v -0.000013 16.565411 -0.649375</w:t>
        <w:br/>
        <w:t>v 0.237917 18.659801 -0.360695</w:t>
        <w:br/>
        <w:t>v 0.065582 18.529558 0.365739</w:t>
        <w:br/>
        <w:t>v 0.133396 17.774071 0.396588</w:t>
        <w:br/>
        <w:t>v 0.182117 17.815544 0.364019</w:t>
        <w:br/>
        <w:t>v 0.240934 17.817829 0.341672</w:t>
        <w:br/>
        <w:t>v 0.282583 17.859013 0.318608</w:t>
        <w:br/>
        <w:t>v 0.346810 17.881241 0.262962</w:t>
        <w:br/>
        <w:t>v 0.412592 17.931213 0.204939</w:t>
        <w:br/>
        <w:t>v 0.664833 17.116528 0.889691</w:t>
        <w:br/>
        <w:t>v 0.660886 16.969078 1.082883</w:t>
        <w:br/>
        <w:t>v 0.653450 16.812857 1.285567</w:t>
        <w:br/>
        <w:t>v 0.635522 16.746264 1.369367</w:t>
        <w:br/>
        <w:t>v 0.518850 16.717150 1.425565</w:t>
        <w:br/>
        <w:t>v 0.416759 16.692665 1.425394</w:t>
        <w:br/>
        <w:t>v -0.000013 16.372314 -0.590139</w:t>
        <w:br/>
        <w:t>v 0.247797 16.465340 -0.641078</w:t>
        <w:br/>
        <w:t>v 0.747315 16.617687 -0.672593</w:t>
        <w:br/>
        <w:t>v 0.955407 16.636608 -0.621651</w:t>
        <w:br/>
        <w:t>v 1.097411 16.631008 -0.503647</w:t>
        <w:br/>
        <w:t>v 1.169944 16.565483 -0.314196</w:t>
        <w:br/>
        <w:t>v 1.188292 16.528004 -0.053786</w:t>
        <w:br/>
        <w:t>v 1.188292 16.528004 -0.053786</w:t>
        <w:br/>
        <w:t>v 1.177885 16.536339 0.165766</w:t>
        <w:br/>
        <w:t>v 1.175346 16.558525 0.374279</w:t>
        <w:br/>
        <w:t>v 1.174701 16.578373 0.542399</w:t>
        <w:br/>
        <w:t>v 1.174467 16.596493 0.680676</w:t>
        <w:br/>
        <w:t>v 1.133746 16.710625 0.669656</w:t>
        <w:br/>
        <w:t>v 1.048916 16.893074 0.744378</w:t>
        <w:br/>
        <w:t>v 1.024653 16.882175 0.852697</w:t>
        <w:br/>
        <w:t>v -0.000013 17.694279 -0.697721</w:t>
        <w:br/>
        <w:t>v 1.089185 16.752270 0.960316</w:t>
        <w:br/>
        <w:t>v 1.112307 16.730614 0.814363</w:t>
        <w:br/>
        <w:t>v 1.109966 16.698605 0.981693</w:t>
        <w:br/>
        <w:t>v 0.042541 18.496626 0.369376</w:t>
        <w:br/>
        <w:t>v 0.018872 18.476225 0.370035</w:t>
        <w:br/>
        <w:t>v -0.000015 18.447584 0.363578</w:t>
        <w:br/>
        <w:t>v 0.277373 18.685268 -0.296085</w:t>
        <w:br/>
        <w:t>v 0.098308 18.598858 -0.448028</w:t>
        <w:br/>
        <w:t>v 0.057543 18.546892 -0.474484</w:t>
        <w:br/>
        <w:t>v -0.000014 18.465075 -0.498308</w:t>
        <w:br/>
        <w:t>v 0.021411 18.495173 -0.508758</w:t>
        <w:br/>
        <w:t>v -0.000014 18.457685 -0.514834</w:t>
        <w:br/>
        <w:t>v -0.000014 18.414835 -0.522301</w:t>
        <w:br/>
        <w:t>v 0.044930 18.473715 -0.512631</w:t>
        <w:br/>
        <w:t>v 0.064293 18.547705 -0.492929</w:t>
        <w:br/>
        <w:t>v 0.084668 18.518465 -0.497095</w:t>
        <w:br/>
        <w:t>v 0.102594 18.599964 -0.461704</w:t>
        <w:br/>
        <w:t>v 0.129536 18.567459 -0.471034</w:t>
        <w:br/>
        <w:t>v 0.172779 18.641102 -0.430410</w:t>
        <w:br/>
        <w:t>v 0.175339 18.604607 -0.441655</w:t>
        <w:br/>
        <w:t>v 0.117236 18.461191 -0.482447</w:t>
        <w:br/>
        <w:t>v 0.082001 18.503576 -0.479733</w:t>
        <w:br/>
        <w:t>v 0.044748 18.456537 -0.498570</w:t>
        <w:br/>
        <w:t>v 0.088180 18.261459 -0.548835</w:t>
        <w:br/>
        <w:t>v 0.126145 18.397482 -0.499262</w:t>
        <w:br/>
        <w:t>v 0.057125 18.396589 -0.512886</w:t>
        <w:br/>
        <w:t>v -0.000013 18.265408 -0.553805</w:t>
        <w:br/>
        <w:t>v 0.129070 18.560730 -0.452953</w:t>
        <w:br/>
        <w:t>v 0.184835 18.458109 -0.469875</w:t>
        <w:br/>
        <w:t>v 0.172604 18.550678 -0.440943</w:t>
        <w:br/>
        <w:t>v 0.340412 18.659714 -0.217945</w:t>
        <w:br/>
        <w:t>v 0.376436 18.670845 -0.081727</w:t>
        <w:br/>
        <w:t>v 0.381866 18.714487 -0.079030</w:t>
        <w:br/>
        <w:t>v 0.342709 18.698185 -0.215733</w:t>
        <w:br/>
        <w:t>v 0.324150 18.642994 -0.214357</w:t>
        <w:br/>
        <w:t>v 0.351910 18.655745 -0.087124</w:t>
        <w:br/>
        <w:t>v 0.322853 18.575348 -0.230852</w:t>
        <w:br/>
        <w:t>v 0.347188 18.585060 -0.088055</w:t>
        <w:br/>
        <w:t>v 0.297614 18.681805 -0.298710</w:t>
        <w:br/>
        <w:t>v 0.308254 18.643066 -0.302070</w:t>
        <w:br/>
        <w:t>v 0.295466 18.628410 -0.292708</w:t>
        <w:br/>
        <w:t>v 0.288837 18.569176 -0.320033</w:t>
        <w:br/>
        <w:t>v 0.247156 18.655220 -0.383074</w:t>
        <w:br/>
        <w:t>v 0.275523 18.625877 -0.360725</w:t>
        <w:br/>
        <w:t>v 0.275523 18.625877 -0.360725</w:t>
        <w:br/>
        <w:t>v 0.264852 18.610054 -0.346595</w:t>
        <w:br/>
        <w:t>v 0.169428 18.393686 -0.491926</w:t>
        <w:br/>
        <w:t>v 0.164829 18.265045 -0.540975</w:t>
        <w:br/>
        <w:t>v -0.000015 18.393400 0.378437</w:t>
        <w:br/>
        <w:t>v -0.000015 18.431803 0.388031</w:t>
        <w:br/>
        <w:t>v 0.023575 18.461218 0.396886</w:t>
        <w:br/>
        <w:t>v 0.039792 18.393190 0.375915</w:t>
        <w:br/>
        <w:t>v 0.049040 18.480398 0.394474</w:t>
        <w:br/>
        <w:t>v 0.054211 18.439211 0.382814</w:t>
        <w:br/>
        <w:t>v 0.043336 18.389841 0.354756</w:t>
        <w:br/>
        <w:t>v 0.039792 18.393190 0.375915</w:t>
        <w:br/>
        <w:t>v 0.058744 18.438650 0.361681</w:t>
        <w:br/>
        <w:t>v -0.000015 18.393400 0.378437</w:t>
        <w:br/>
        <w:t>v 0.039792 18.393190 0.375915</w:t>
        <w:br/>
        <w:t>v 0.043336 18.389841 0.354756</w:t>
        <w:br/>
        <w:t>v -0.000015 18.389391 0.357545</w:t>
        <w:br/>
        <w:t>v 0.072456 18.515036 0.390431</w:t>
        <w:br/>
        <w:t>v 0.091922 18.480547 0.377535</w:t>
        <w:br/>
        <w:t>v 0.091922 18.480547 0.377535</w:t>
        <w:br/>
        <w:t>v 0.084268 18.470079 0.357670</w:t>
        <w:br/>
        <w:t>v 0.117219 18.558214 0.379295</w:t>
        <w:br/>
        <w:t>v 0.127451 18.519335 0.363057</w:t>
        <w:br/>
        <w:t>v 0.127451 18.519335 0.363057</w:t>
        <w:br/>
        <w:t>v 0.121739 18.516363 0.345850</w:t>
        <w:br/>
        <w:t>v 0.172194 18.594877 0.339692</w:t>
        <w:br/>
        <w:t>v 0.167470 18.555956 0.335257</w:t>
        <w:br/>
        <w:t>v 0.164040 18.552183 0.316469</w:t>
        <w:br/>
        <w:t>v 0.239715 18.612928 0.280905</w:t>
        <w:br/>
        <w:t>v 0.220010 18.576590 0.286919</w:t>
        <w:br/>
        <w:t>v 0.204428 18.567053 0.284783</w:t>
        <w:br/>
        <w:t>v 0.091565 18.300882 0.321454</w:t>
        <w:br/>
        <w:t>v -0.000015 18.299288 0.345246</w:t>
        <w:br/>
        <w:t>v 0.043336 18.389841 0.354756</w:t>
        <w:br/>
        <w:t>v 0.086912 18.380022 0.330949</w:t>
        <w:br/>
        <w:t>v 0.135531 18.472021 0.318259</w:t>
        <w:br/>
        <w:t>v 0.133069 18.387114 0.303937</w:t>
        <w:br/>
        <w:t>v 0.166262 18.298540 0.278827</w:t>
        <w:br/>
        <w:t>v 0.187054 18.488451 0.281995</w:t>
        <w:br/>
        <w:t>v 0.172256 18.388464 0.276972</w:t>
        <w:br/>
        <w:t>v 0.310476 18.696180 0.223920</w:t>
        <w:br/>
        <w:t>v 0.343746 18.710428 0.165044</w:t>
        <w:br/>
        <w:t>v 0.337331 18.670242 0.156548</w:t>
        <w:br/>
        <w:t>v 0.312913 18.659214 0.200185</w:t>
        <w:br/>
        <w:t>v 0.375068 18.716673 0.067030</w:t>
        <w:br/>
        <w:t>v 0.370259 18.675192 0.065180</w:t>
        <w:br/>
        <w:t>v 0.348746 18.665470 0.059699</w:t>
        <w:br/>
        <w:t>v 0.320887 18.661949 0.145414</w:t>
        <w:br/>
        <w:t>v 0.295231 18.649511 0.181076</w:t>
        <w:br/>
        <w:t>v 0.335780 18.588163 0.056594</w:t>
        <w:br/>
        <w:t>v 0.304066 18.578869 0.147972</w:t>
        <w:br/>
        <w:t>v 0.220010 18.576590 0.286919</w:t>
        <w:br/>
        <w:t>v 0.239715 18.612928 0.280905</w:t>
        <w:br/>
        <w:t>v 0.252146 18.607939 0.283218</w:t>
        <w:br/>
        <w:t>v 0.240848 18.578962 0.291799</w:t>
        <w:br/>
        <w:t>v 0.204428 18.567053 0.284783</w:t>
        <w:br/>
        <w:t>v 0.217609 18.488043 0.292393</w:t>
        <w:br/>
        <w:t>v 0.198488 18.397009 0.290123</w:t>
        <w:br/>
        <w:t>v 0.191115 18.307203 0.289687</w:t>
        <w:br/>
        <w:t>v 0.278848 18.663782 0.258926</w:t>
        <w:br/>
        <w:t>v 0.286924 18.629591 0.230331</w:t>
        <w:br/>
        <w:t>v 0.267863 18.586691 0.249058</w:t>
        <w:br/>
        <w:t>v 0.252146 18.607939 0.283218</w:t>
        <w:br/>
        <w:t>v 0.259738 18.563799 0.254666</w:t>
        <w:br/>
        <w:t>v 0.240848 18.578962 0.291799</w:t>
        <w:br/>
        <w:t>v 0.245399 18.624371 -0.397386</w:t>
        <w:br/>
        <w:t>v 0.084668 18.518465 -0.497095</w:t>
        <w:br/>
        <w:t>v 0.044930 18.473715 -0.512631</w:t>
        <w:br/>
        <w:t>v 0.044748 18.456537 -0.498570</w:t>
        <w:br/>
        <w:t>v 0.082001 18.503576 -0.479733</w:t>
        <w:br/>
        <w:t>v 0.129536 18.567459 -0.471034</w:t>
        <w:br/>
        <w:t>v 0.129070 18.560730 -0.452953</w:t>
        <w:br/>
        <w:t>v 0.175339 18.604607 -0.441655</w:t>
        <w:br/>
        <w:t>v 0.168735 18.595394 -0.428970</w:t>
        <w:br/>
        <w:t>v -0.000014 18.414835 -0.522301</w:t>
        <w:br/>
        <w:t>v -0.000014 18.407667 -0.513874</w:t>
        <w:br/>
        <w:t>v -0.000014 18.387609 -0.519474</w:t>
        <w:br/>
        <w:t>v -0.000014 18.407667 -0.513874</w:t>
        <w:br/>
        <w:t>v 0.245399 18.624371 -0.397386</w:t>
        <w:br/>
        <w:t>v 0.220410 18.606258 -0.402949</w:t>
        <w:br/>
        <w:t>v 0.206732 18.545399 -0.432458</w:t>
        <w:br/>
        <w:t>v 0.168735 18.595394 -0.428970</w:t>
        <w:br/>
        <w:t>v 0.220410 18.606258 -0.402949</w:t>
        <w:br/>
        <w:t>v 0.223987 18.543259 -0.440935</w:t>
        <w:br/>
        <w:t>v 0.202444 18.457312 -0.481193</w:t>
        <w:br/>
        <w:t>v 0.188952 18.399500 -0.509195</w:t>
        <w:br/>
        <w:t>v 0.184676 18.280865 -0.556270</w:t>
        <w:br/>
        <w:t>v 0.251953 18.542995 -0.415663</w:t>
        <w:br/>
        <w:t>v 0.202444 18.457312 -0.481193</w:t>
        <w:br/>
        <w:t>v 0.230327 18.448500 -0.468482</w:t>
        <w:br/>
        <w:t>v 0.188952 18.399500 -0.509195</w:t>
        <w:br/>
        <w:t>v 0.219627 18.390524 -0.497188</w:t>
        <w:br/>
        <w:t>v 0.213063 18.277252 -0.547043</w:t>
        <w:br/>
        <w:t>v 0.184676 18.280865 -0.556270</w:t>
        <w:br/>
        <w:t>v 0.204299 18.130543 -0.587002</w:t>
        <w:br/>
        <w:t>v 0.216741 18.143047 -0.599947</w:t>
        <w:br/>
        <w:t>v 0.193410 18.211956 -0.579366</w:t>
        <w:br/>
        <w:t>v 0.176945 18.200577 -0.565100</w:t>
        <w:br/>
        <w:t>v 0.255969 18.152309 -0.591562</w:t>
        <w:br/>
        <w:t>v 0.226752 18.215195 -0.569348</w:t>
        <w:br/>
        <w:t>v 0.096369 18.133194 -0.591949</w:t>
        <w:br/>
        <w:t>v -0.000013 18.137539 -0.596049</w:t>
        <w:br/>
        <w:t>v -0.000013 18.024979 -0.632703</w:t>
        <w:br/>
        <w:t>v 0.096631 18.022964 -0.628794</w:t>
        <w:br/>
        <w:t>v 0.206832 18.024864 -0.619427</w:t>
        <w:br/>
        <w:t>v -0.000014 18.381861 -0.520958</w:t>
        <w:br/>
        <w:t>v 0.256571 18.579397 0.226765</w:t>
        <w:br/>
        <w:t>v 0.274351 18.617750 0.207649</w:t>
        <w:br/>
        <w:t>v 0.096739 17.910683 -0.658509</w:t>
        <w:br/>
        <w:t>v 0.213004 17.918549 -0.649108</w:t>
        <w:br/>
        <w:t>v -0.000013 17.910351 -0.661826</w:t>
        <w:br/>
        <w:t>v -0.000013 17.796413 -0.681770</w:t>
        <w:br/>
        <w:t>v 0.097611 17.800629 -0.678520</w:t>
        <w:br/>
        <w:t>v 0.353212 17.910538 -0.667878</w:t>
        <w:br/>
        <w:t>v 0.416227 17.970749 -0.652442</w:t>
        <w:br/>
        <w:t>v 0.388864 17.991268 -0.646424</w:t>
        <w:br/>
        <w:t>v 0.333497 17.940300 -0.659479</w:t>
        <w:br/>
        <w:t>v 0.272132 17.930752 -0.661130</w:t>
        <w:br/>
        <w:t>v 0.286341 17.898605 -0.672436</w:t>
        <w:br/>
        <w:t>v 0.211863 17.880219 -0.678127</w:t>
        <w:br/>
        <w:t>v 0.227805 17.851711 -0.686229</w:t>
        <w:br/>
        <w:t>v 0.152613 17.847412 -0.688724</w:t>
        <w:br/>
        <w:t>v 0.167374 17.821598 -0.693908</w:t>
        <w:br/>
        <w:t>v 0.105767 17.795639 -0.701219</w:t>
        <w:br/>
        <w:t>v 0.116842 17.774151 -0.703030</w:t>
        <w:br/>
        <w:t>v 0.052609 17.757702 -0.709342</w:t>
        <w:br/>
        <w:t>v 0.062817 17.736889 -0.713246</w:t>
        <w:br/>
        <w:t>v -0.000013 17.707653 -0.717673</w:t>
        <w:br/>
        <w:t>v -0.000013 17.733574 -0.712638</w:t>
        <w:br/>
        <w:t>v -0.000013 17.733574 -0.712638</w:t>
        <w:br/>
        <w:t>v 0.052609 17.757702 -0.709342</w:t>
        <w:br/>
        <w:t>v 0.044558 17.764462 -0.686264</w:t>
        <w:br/>
        <w:t>v -0.000013 17.741539 -0.689047</w:t>
        <w:br/>
        <w:t>v 0.105767 17.795639 -0.701219</w:t>
        <w:br/>
        <w:t>v 0.097611 17.800629 -0.678520</w:t>
        <w:br/>
        <w:t>v -0.000013 17.741539 -0.689047</w:t>
        <w:br/>
        <w:t>v 0.044558 17.764462 -0.686264</w:t>
        <w:br/>
        <w:t>v 0.145734 17.852448 -0.666565</w:t>
        <w:br/>
        <w:t>v 0.152613 17.847412 -0.688724</w:t>
        <w:br/>
        <w:t>v 0.211863 17.880219 -0.678127</w:t>
        <w:br/>
        <w:t>v 0.206676 17.882858 -0.657362</w:t>
        <w:br/>
        <w:t>v 0.206676 17.882858 -0.657362</w:t>
        <w:br/>
        <w:t>v 0.145734 17.852448 -0.666565</w:t>
        <w:br/>
        <w:t>v 0.266681 17.933514 -0.642433</w:t>
        <w:br/>
        <w:t>v 0.272132 17.930752 -0.661130</w:t>
        <w:br/>
        <w:t>v 0.266681 17.933514 -0.642433</w:t>
        <w:br/>
        <w:t>v 0.276039 18.050583 -0.605365</w:t>
        <w:br/>
        <w:t>v 0.324488 18.088646 -0.607627</w:t>
        <w:br/>
        <w:t>v 0.292217 18.065243 -0.625490</w:t>
        <w:br/>
        <w:t>v 0.292217 18.065243 -0.625490</w:t>
        <w:br/>
        <w:t>v 0.333497 17.940300 -0.659479</w:t>
        <w:br/>
        <w:t>v 0.329982 17.943199 -0.637822</w:t>
        <w:br/>
        <w:t>v 0.329982 17.943199 -0.637822</w:t>
        <w:br/>
        <w:t>v 0.388864 17.991268 -0.646424</w:t>
        <w:br/>
        <w:t>v 0.372625 17.980114 -0.622533</w:t>
        <w:br/>
        <w:t>v 0.372625 17.980114 -0.622533</w:t>
        <w:br/>
        <w:t>v 0.372625 17.980114 -0.622533</w:t>
        <w:br/>
        <w:t>v 0.400170 18.023991 -0.634747</w:t>
        <w:br/>
        <w:t>v 0.438433 17.991730 -0.644321</w:t>
        <w:br/>
        <w:t>v 0.251953 18.542995 -0.415663</w:t>
        <w:br/>
        <w:t>v 0.243839 18.529678 -0.400403</w:t>
        <w:br/>
        <w:t>v 0.277254 18.494057 -0.374737</w:t>
        <w:br/>
        <w:t>v 0.230065 18.437181 -0.453756</w:t>
        <w:br/>
        <w:t>v 0.274580 18.422846 -0.418430</w:t>
        <w:br/>
        <w:t>v 0.220203 18.377165 -0.484924</w:t>
        <w:br/>
        <w:t>v 0.281499 18.332388 -0.456701</w:t>
        <w:br/>
        <w:t>v 0.217007 18.268154 -0.531043</w:t>
        <w:br/>
        <w:t>v 0.273204 18.260757 -0.507464</w:t>
        <w:br/>
        <w:t>v 0.230327 18.448500 -0.468482</w:t>
        <w:br/>
        <w:t>v 0.219627 18.390524 -0.497188</w:t>
        <w:br/>
        <w:t>v 0.213063 18.277252 -0.547043</w:t>
        <w:br/>
        <w:t>v 0.230176 18.210896 -0.551443</w:t>
        <w:br/>
        <w:t>v 0.226752 18.215195 -0.569348</w:t>
        <w:br/>
        <w:t>v 0.255969 18.152309 -0.591562</w:t>
        <w:br/>
        <w:t>v 0.258871 18.152809 -0.571751</w:t>
        <w:br/>
        <w:t>v 0.324488 18.088646 -0.607627</w:t>
        <w:br/>
        <w:t>v 0.325254 18.086632 -0.593991</w:t>
        <w:br/>
        <w:t>v 0.400170 18.023991 -0.634747</w:t>
        <w:br/>
        <w:t>v 0.395893 18.032990 -0.610137</w:t>
        <w:br/>
        <w:t>v 0.438433 17.991730 -0.644321</w:t>
        <w:br/>
        <w:t>v 0.445682 17.989372 -0.624185</w:t>
        <w:br/>
        <w:t>v 0.156854 18.605562 0.320798</w:t>
        <w:br/>
        <w:t>v 0.172194 18.594877 0.339692</w:t>
        <w:br/>
        <w:t>v 0.117219 18.558214 0.379295</w:t>
        <w:br/>
        <w:t>v 0.105977 18.574598 0.353103</w:t>
        <w:br/>
        <w:t>v 0.225345 18.622988 0.266266</w:t>
        <w:br/>
        <w:t>v 0.278848 18.663782 0.258926</w:t>
        <w:br/>
        <w:t>v 0.251074 18.674875 0.242412</w:t>
        <w:br/>
        <w:t>v 0.301189 18.716997 0.149048</w:t>
        <w:br/>
        <w:t>v 0.343746 18.710428 0.165044</w:t>
        <w:br/>
        <w:t>v 0.310476 18.696180 0.223920</w:t>
        <w:br/>
        <w:t>v 0.279364 18.704340 0.208808</w:t>
        <w:br/>
        <w:t>v 0.375068 18.716673 0.067030</w:t>
        <w:br/>
        <w:t>v 0.322259 18.720675 0.067451</w:t>
        <w:br/>
        <w:t>v 0.339218 18.721409 -0.072243</w:t>
        <w:br/>
        <w:t>v 0.381866 18.714487 -0.079030</w:t>
        <w:br/>
        <w:t>v 0.310513 18.702881 -0.209107</w:t>
        <w:br/>
        <w:t>v 0.342709 18.698185 -0.215733</w:t>
        <w:br/>
        <w:t>v 0.277373 18.685268 -0.296085</w:t>
        <w:br/>
        <w:t>v 0.297614 18.681805 -0.298710</w:t>
        <w:br/>
        <w:t>v 0.237917 18.659801 -0.360695</w:t>
        <w:br/>
        <w:t>v 0.172779 18.641102 -0.430410</w:t>
        <w:br/>
        <w:t>v 0.167363 18.640480 -0.408683</w:t>
        <w:br/>
        <w:t>v 0.102594 18.599964 -0.461704</w:t>
        <w:br/>
        <w:t>v 0.098308 18.598858 -0.448028</w:t>
        <w:br/>
        <w:t>v 0.064293 18.547705 -0.492929</w:t>
        <w:br/>
        <w:t>v 0.057543 18.546892 -0.474484</w:t>
        <w:br/>
        <w:t>v -0.000014 18.465075 -0.498308</w:t>
        <w:br/>
        <w:t>v 0.021411 18.495173 -0.508758</w:t>
        <w:br/>
        <w:t>v -0.000014 18.457685 -0.514834</w:t>
        <w:br/>
        <w:t>v 0.300432 18.174046 -0.550721</w:t>
        <w:br/>
        <w:t>v 0.258871 18.152809 -0.571751</w:t>
        <w:br/>
        <w:t>v 0.470502 18.063179 -0.575550</w:t>
        <w:br/>
        <w:t>v 0.377179 18.174042 -0.518986</w:t>
        <w:br/>
        <w:t>v 0.331230 18.258572 -0.469192</w:t>
        <w:br/>
        <w:t>v 0.304016 18.485584 -0.328303</w:t>
        <w:br/>
        <w:t>v 0.331142 18.485981 -0.239544</w:t>
        <w:br/>
        <w:t>v 0.342180 18.487192 -0.094777</w:t>
        <w:br/>
        <w:t>v 0.327359 18.490273 0.054902</w:t>
        <w:br/>
        <w:t>v 0.291848 18.490822 0.146351</w:t>
        <w:br/>
        <w:t>v 0.238084 18.485201 0.229792</w:t>
        <w:br/>
        <w:t>v 0.324112 18.405874 -0.348116</w:t>
        <w:br/>
        <w:t>v 0.341384 18.323877 -0.364697</w:t>
        <w:br/>
        <w:t>v 0.396706 18.256584 -0.397596</w:t>
        <w:br/>
        <w:t>v 0.460362 18.197212 -0.438648</w:t>
        <w:br/>
        <w:t>v 0.566024 18.114120 -0.491517</w:t>
        <w:br/>
        <w:t>v 0.348956 18.398256 -0.253513</w:t>
        <w:br/>
        <w:t>v 0.344982 18.387659 -0.104944</w:t>
        <w:br/>
        <w:t>v 0.375163 18.317991 -0.270734</w:t>
        <w:br/>
        <w:t>v 0.243615 18.488684 0.258490</w:t>
        <w:br/>
        <w:t>v 0.217609 18.488043 0.292393</w:t>
        <w:br/>
        <w:t>v 0.231215 18.387175 0.257425</w:t>
        <w:br/>
        <w:t>v 0.198488 18.397009 0.290123</w:t>
        <w:br/>
        <w:t>v 0.226183 18.381804 0.227507</w:t>
        <w:br/>
        <w:t>v 0.326982 18.387476 0.048688</w:t>
        <w:br/>
        <w:t>v 0.289986 18.387465 0.143302</w:t>
        <w:br/>
        <w:t>v 0.374132 18.300631 -0.114600</w:t>
        <w:br/>
        <w:t>v 0.226573 18.302103 0.256104</w:t>
        <w:br/>
        <w:t>v 0.191115 18.307203 0.289687</w:t>
        <w:br/>
        <w:t>v 0.224622 18.296656 0.228604</w:t>
        <w:br/>
        <w:t>v 0.335617 18.276163 0.044811</w:t>
        <w:br/>
        <w:t>v 0.297736 18.274218 0.144549</w:t>
        <w:br/>
        <w:t>v 0.422039 18.243271 -0.295983</w:t>
        <w:br/>
        <w:t>v 0.417052 18.219543 -0.127406</w:t>
        <w:br/>
        <w:t>v 0.493847 18.195213 -0.324920</w:t>
        <w:br/>
        <w:t>v 0.486908 18.165409 -0.151482</w:t>
        <w:br/>
        <w:t>v 0.378819 18.173626 0.041425</w:t>
        <w:br/>
        <w:t>v 0.451241 18.095318 0.029749</w:t>
        <w:br/>
        <w:t>v 0.614540 18.141090 -0.371208</w:t>
        <w:br/>
        <w:t>v 0.610239 18.112801 -0.181809</w:t>
        <w:br/>
        <w:t>v 0.542086 18.041630 0.001609</w:t>
        <w:br/>
        <w:t>v 0.416227 17.970749 -0.652442</w:t>
        <w:br/>
        <w:t>v 0.353212 17.910538 -0.667878</w:t>
        <w:br/>
        <w:t>v 0.359320 17.897751 -0.648996</w:t>
        <w:br/>
        <w:t>v 0.415896 17.946133 -0.630495</w:t>
        <w:br/>
        <w:t>v 0.286341 17.898605 -0.672436</w:t>
        <w:br/>
        <w:t>v 0.287796 17.884560 -0.660079</w:t>
        <w:br/>
        <w:t>v 0.229906 17.835178 -0.670430</w:t>
        <w:br/>
        <w:t>v 0.227805 17.851711 -0.686229</w:t>
        <w:br/>
        <w:t>v 0.173236 17.805210 -0.676897</w:t>
        <w:br/>
        <w:t>v 0.229906 17.835178 -0.670430</w:t>
        <w:br/>
        <w:t>v 0.125024 17.759785 -0.679927</w:t>
        <w:br/>
        <w:t>v 0.062817 17.736889 -0.713246</w:t>
        <w:br/>
        <w:t>v 0.066304 17.724728 -0.689185</w:t>
        <w:br/>
        <w:t>v -0.000013 17.707653 -0.717673</w:t>
        <w:br/>
        <w:t>v -0.000013 17.694279 -0.697721</w:t>
        <w:br/>
        <w:t>v 0.565506 17.816216 -0.687485</w:t>
        <w:br/>
        <w:t>v 0.565631 17.844639 -0.676033</w:t>
        <w:br/>
        <w:t>v 0.565136 17.789265 -0.674257</w:t>
        <w:br/>
        <w:t>v 0.565506 17.816216 -0.687485</w:t>
        <w:br/>
        <w:t>v 0.416227 17.970749 -0.652442</w:t>
        <w:br/>
        <w:t>v 0.415896 17.946133 -0.630495</w:t>
        <w:br/>
        <w:t>v 0.636896 17.935631 -0.627079</w:t>
        <w:br/>
        <w:t>v 0.620968 17.939911 -0.624121</w:t>
        <w:br/>
        <w:t>v 0.636896 17.935631 -0.627079</w:t>
        <w:br/>
        <w:t>v 0.565506 17.816216 -0.687485</w:t>
        <w:br/>
        <w:t>v 0.565136 17.789265 -0.674257</w:t>
        <w:br/>
        <w:t>v 0.640840 17.917316 -0.616284</w:t>
        <w:br/>
        <w:t>v 0.565631 17.844639 -0.676033</w:t>
        <w:br/>
        <w:t>v 0.561059 17.856438 -0.655376</w:t>
        <w:br/>
        <w:t>v 0.611195 17.935715 -0.615126</w:t>
        <w:br/>
        <w:t>v 0.561059 17.856438 -0.655376</w:t>
        <w:br/>
        <w:t>v 0.659972 18.033222 -0.532216</w:t>
        <w:br/>
        <w:t>v 0.686981 18.029881 -0.546751</w:t>
        <w:br/>
        <w:t>v 0.691356 18.010628 -0.539846</w:t>
        <w:br/>
        <w:t>v 0.760404 18.081711 -0.424382</w:t>
        <w:br/>
        <w:t>v 0.747767 18.090561 -0.421166</w:t>
        <w:br/>
        <w:t>v 0.675634 18.040836 -0.539791</w:t>
        <w:br/>
        <w:t>v 0.761314 18.061775 -0.422145</w:t>
        <w:br/>
        <w:t>v 0.785665 18.098927 -0.319993</w:t>
        <w:br/>
        <w:t>v 0.773333 18.107578 -0.319438</w:t>
        <w:br/>
        <w:t>v 0.786245 18.077175 -0.319101</w:t>
        <w:br/>
        <w:t>v 0.734715 18.085434 -0.156622</w:t>
        <w:br/>
        <w:t>v 0.748276 18.076931 -0.155818</w:t>
        <w:br/>
        <w:t>v 0.749021 18.049759 -0.167124</w:t>
        <w:br/>
        <w:t>v 0.664631 18.024796 -0.012692</w:t>
        <w:br/>
        <w:t>v 0.687506 18.016518 -0.020800</w:t>
        <w:br/>
        <w:t>v 0.687506 18.016518 -0.020800</w:t>
        <w:br/>
        <w:t>v 0.689341 17.999672 -0.033222</w:t>
        <w:br/>
        <w:t>v 0.747767 18.090561 -0.421166</w:t>
        <w:br/>
        <w:t>v 0.732968 18.079666 -0.419286</w:t>
        <w:br/>
        <w:t>v 0.773333 18.107578 -0.319438</w:t>
        <w:br/>
        <w:t>v 0.754668 18.095829 -0.315145</w:t>
        <w:br/>
        <w:t>v 0.648668 18.015392 -0.014419</w:t>
        <w:br/>
        <w:t>v 0.719510 18.074451 -0.158086</w:t>
        <w:br/>
        <w:t>v 0.734715 18.085434 -0.156622</w:t>
        <w:br/>
        <w:t>v 0.664631 18.024796 -0.012692</w:t>
        <w:br/>
        <w:t>v 0.310186 18.169029 0.160270</w:t>
        <w:br/>
        <w:t>v 0.229597 18.211752 0.225786</w:t>
        <w:br/>
        <w:t>v 0.226551 18.217035 0.251897</w:t>
        <w:br/>
        <w:t>v 0.192328 18.215288 0.296262</w:t>
        <w:br/>
        <w:t>v 0.192328 18.215288 0.296262</w:t>
        <w:br/>
        <w:t>v 0.172403 18.206652 0.288150</w:t>
        <w:br/>
        <w:t>v 0.088402 18.201487 0.327730</w:t>
        <w:br/>
        <w:t>v -0.000015 18.200628 0.345802</w:t>
        <w:br/>
        <w:t>v -0.000015 18.389391 0.357545</w:t>
        <w:br/>
        <w:t>v 0.268593 18.138111 0.246121</w:t>
        <w:br/>
        <w:t>v 0.227346 18.124573 0.291777</w:t>
        <w:br/>
        <w:t>v 0.265968 18.139084 0.222658</w:t>
        <w:br/>
        <w:t>v 0.227346 18.124573 0.291777</w:t>
        <w:br/>
        <w:t>v 0.204591 18.109478 0.288491</w:t>
        <w:br/>
        <w:t>v 0.095305 18.117691 0.335554</w:t>
        <w:br/>
        <w:t>v -0.000015 18.108566 0.354241</w:t>
        <w:br/>
        <w:t>v 0.331480 18.077866 0.211929</w:t>
        <w:br/>
        <w:t>v 0.303008 18.053799 0.248481</w:t>
        <w:br/>
        <w:t>v 0.280551 18.035469 0.244960</w:t>
        <w:br/>
        <w:t>v 0.186021 18.027100 0.308684</w:t>
        <w:br/>
        <w:t>v -0.000014 18.028664 0.365456</w:t>
        <w:br/>
        <w:t>v 0.089143 18.014187 0.353539</w:t>
        <w:br/>
        <w:t>v 0.085862 17.965660 0.365894</w:t>
        <w:br/>
        <w:t>v 0.088108 17.933060 0.370195</w:t>
        <w:br/>
        <w:t>v -0.000014 17.926048 0.382728</w:t>
        <w:br/>
        <w:t>v 0.123337 17.926048 0.359913</w:t>
        <w:br/>
        <w:t>v 0.190042 17.935795 0.330653</w:t>
        <w:br/>
        <w:t>v 0.254669 17.941780 0.291983</w:t>
        <w:br/>
        <w:t>v 0.335244 18.076077 0.180557</w:t>
        <w:br/>
        <w:t>v 0.362011 18.086189 0.144677</w:t>
        <w:br/>
        <w:t>v 0.526493 17.982414 0.096700</w:t>
        <w:br/>
        <w:t>v 0.440319 18.021164 0.118249</w:t>
        <w:br/>
        <w:t>v 0.616465 17.947781 0.087944</w:t>
        <w:br/>
        <w:t>v 0.502875 17.919430 0.179282</w:t>
        <w:br/>
        <w:t>v 0.422148 18.000694 0.152134</w:t>
        <w:br/>
        <w:t>v 0.583175 17.885094 0.185946</w:t>
        <w:br/>
        <w:t>v 0.559174 17.851601 0.239352</w:t>
        <w:br/>
        <w:t>v 0.509065 17.922848 0.211611</w:t>
        <w:br/>
        <w:t>v 0.422638 18.000938 0.182685</w:t>
        <w:br/>
        <w:t>v 0.560774 17.854725 0.271854</w:t>
        <w:br/>
        <w:t>v 0.583175 17.885094 0.185946</w:t>
        <w:br/>
        <w:t>v 0.598013 17.898567 0.194755</w:t>
        <w:br/>
        <w:t>v 0.560774 17.854725 0.271854</w:t>
        <w:br/>
        <w:t>v 0.559174 17.851601 0.239352</w:t>
        <w:br/>
        <w:t>v 0.616465 17.947781 0.087944</w:t>
        <w:br/>
        <w:t>v 0.631802 17.959457 0.099708</w:t>
        <w:br/>
        <w:t>v 0.559558 17.822960 0.316452</w:t>
        <w:br/>
        <w:t>v 0.485070 17.907845 0.240660</w:t>
        <w:br/>
        <w:t>v 0.416681 17.971607 0.212756</w:t>
        <w:br/>
        <w:t>v 0.280551 18.035469 0.244960</w:t>
        <w:br/>
        <w:t>v 0.392445 17.964836 0.215440</w:t>
        <w:br/>
        <w:t>v 0.378013 17.964664 0.206443</w:t>
        <w:br/>
        <w:t>v 0.413540 17.946133 0.215769</w:t>
        <w:br/>
        <w:t>v 0.559558 17.822960 0.316452</w:t>
        <w:br/>
        <w:t>v 0.551947 17.795738 0.305480</w:t>
        <w:br/>
        <w:t>v 0.462148 17.883537 0.226682</w:t>
        <w:br/>
        <w:t>v 0.598013 17.898567 0.194755</w:t>
        <w:br/>
        <w:t>v 0.615335 17.883896 0.201556</w:t>
        <w:br/>
        <w:t>v 0.578157 17.840309 0.283301</w:t>
        <w:br/>
        <w:t>v 0.631802 17.959457 0.099708</w:t>
        <w:br/>
        <w:t>v 0.647366 17.951225 0.098616</w:t>
        <w:br/>
        <w:t>v 0.647366 17.951225 0.098616</w:t>
        <w:br/>
        <w:t>v 0.649908 17.931229 0.086454</w:t>
        <w:br/>
        <w:t>v 0.615335 17.883896 0.201556</w:t>
        <w:br/>
        <w:t>v 0.617768 17.870884 0.185434</w:t>
        <w:br/>
        <w:t>v 0.578157 17.840309 0.283301</w:t>
        <w:br/>
        <w:t>v 0.575345 17.821873 0.264482</w:t>
        <w:br/>
        <w:t>v 0.412592 17.931213 0.204939</w:t>
        <w:br/>
        <w:t>v 0.413540 17.946133 0.215769</w:t>
        <w:br/>
        <w:t>v 0.412592 17.931213 0.204939</w:t>
        <w:br/>
        <w:t>v 0.346810 17.881241 0.262962</w:t>
        <w:br/>
        <w:t>v 0.354651 17.899643 0.276732</w:t>
        <w:br/>
        <w:t>v 0.337412 17.920910 0.275270</w:t>
        <w:br/>
        <w:t>v 0.392445 17.964836 0.215440</w:t>
        <w:br/>
        <w:t>v 0.413540 17.946133 0.215769</w:t>
        <w:br/>
        <w:t>v 0.354651 17.899643 0.276732</w:t>
        <w:br/>
        <w:t>v 0.280891 17.868034 0.330741</w:t>
        <w:br/>
        <w:t>v 0.262848 17.900124 0.321792</w:t>
        <w:br/>
        <w:t>v 0.280891 17.868034 0.330741</w:t>
        <w:br/>
        <w:t>v 0.282583 17.859013 0.318608</w:t>
        <w:br/>
        <w:t>v 0.240934 17.817829 0.341672</w:t>
        <w:br/>
        <w:t>v 0.245576 17.837368 0.364116</w:t>
        <w:br/>
        <w:t>v 0.194752 17.870651 0.359759</w:t>
        <w:br/>
        <w:t>v 0.245576 17.837368 0.364116</w:t>
        <w:br/>
        <w:t>v 0.182234 17.829472 0.382373</w:t>
        <w:br/>
        <w:t>v 0.182117 17.815544 0.364019</w:t>
        <w:br/>
        <w:t>v 0.182234 17.829472 0.382373</w:t>
        <w:br/>
        <w:t>v 0.153143 17.855865 0.386328</w:t>
        <w:br/>
        <w:t>v 0.129980 17.783474 0.416342</w:t>
        <w:br/>
        <w:t>v 0.133396 17.774071 0.396588</w:t>
        <w:br/>
        <w:t>v 0.093216 17.798771 0.424561</w:t>
        <w:br/>
        <w:t>v 0.129980 17.783474 0.416342</w:t>
        <w:br/>
        <w:t>v 0.075497 17.738010 0.450629</w:t>
        <w:br/>
        <w:t>v 0.076808 17.726395 0.434015</w:t>
        <w:br/>
        <w:t>v -0.000014 17.669346 0.455613</w:t>
        <w:br/>
        <w:t>v -0.000014 17.677761 0.470279</w:t>
        <w:br/>
        <w:t>v 0.049536 17.761089 0.450731</w:t>
        <w:br/>
        <w:t>v 0.075497 17.738010 0.450629</w:t>
        <w:br/>
        <w:t>v -0.000014 17.677761 0.470279</w:t>
        <w:br/>
        <w:t>v -0.000014 17.718868 0.464875</w:t>
        <w:br/>
        <w:t>v 0.093216 17.798771 0.424561</w:t>
        <w:br/>
        <w:t>v 0.049536 17.761089 0.450731</w:t>
        <w:br/>
        <w:t>v 0.039623 17.759308 0.426961</w:t>
        <w:br/>
        <w:t>v 0.081848 17.794483 0.411809</w:t>
        <w:br/>
        <w:t>v -0.000014 17.718868 0.464875</w:t>
        <w:br/>
        <w:t>v -0.000014 17.727448 0.439467</w:t>
        <w:br/>
        <w:t>v 0.142588 17.853462 0.374645</w:t>
        <w:br/>
        <w:t>v 0.153143 17.855865 0.386328</w:t>
        <w:br/>
        <w:t>v 0.191143 17.873913 0.347951</w:t>
        <w:br/>
        <w:t>v 0.262176 17.904793 0.310580</w:t>
        <w:br/>
        <w:t>v 0.142588 17.853462 0.374645</w:t>
        <w:br/>
        <w:t>v 0.085569 17.871944 0.385020</w:t>
        <w:br/>
        <w:t>v 0.144090 17.882362 0.360476</w:t>
        <w:br/>
        <w:t>v -0.000014 17.870968 0.394971</w:t>
        <w:br/>
        <w:t>v 0.081848 17.794483 0.411809</w:t>
        <w:br/>
        <w:t>v 0.039623 17.759308 0.426961</w:t>
        <w:br/>
        <w:t>v -0.000014 17.799496 0.415130</w:t>
        <w:br/>
        <w:t>v 0.328444 17.921455 0.274563</w:t>
        <w:br/>
        <w:t>v 1.203033 16.223515 0.209310</w:t>
        <w:br/>
        <w:t>v 1.205045 16.319847 0.192891</w:t>
        <w:br/>
        <w:t>v 1.208754 16.317287 -0.035186</w:t>
        <w:br/>
        <w:t>v 1.198733 16.213966 -0.018076</w:t>
        <w:br/>
        <w:t>v 1.139586 16.107098 -0.216309</w:t>
        <w:br/>
        <w:t>v 1.116509 15.990129 -0.184216</w:t>
        <w:br/>
        <w:t>v 1.165424 16.004753 0.022077</w:t>
        <w:br/>
        <w:t>v 1.184531 16.108921 0.001808</w:t>
        <w:br/>
        <w:t>v 1.062688 16.358894 -0.489926</w:t>
        <w:br/>
        <w:t>v 1.037524 16.220184 -0.460180</w:t>
        <w:br/>
        <w:t>v 1.159638 16.224419 -0.249101</w:t>
        <w:br/>
        <w:t>v 1.174796 16.332592 -0.277921</w:t>
        <w:br/>
        <w:t>v 1.074767 15.695758 0.075319</w:t>
        <w:br/>
        <w:t>v 1.041636 15.520881 0.250388</w:t>
        <w:br/>
        <w:t>v 1.095018 15.701521 0.287950</w:t>
        <w:br/>
        <w:t>v 1.064318 15.762508 -0.124206</w:t>
        <w:br/>
        <w:t>v 1.091883 15.875617 -0.155397</w:t>
        <w:br/>
        <w:t>v 0.958961 15.852350 -0.340043</w:t>
        <w:br/>
        <w:t>v 0.936518 15.735987 -0.299914</w:t>
        <w:br/>
        <w:t>v 1.178230 16.025127 0.245479</w:t>
        <w:br/>
        <w:t>v 1.194222 16.123924 0.227707</w:t>
        <w:br/>
        <w:t>v 1.141165 15.901498 0.040691</w:t>
        <w:br/>
        <w:t>v 1.110904 15.799594 0.058214</w:t>
        <w:br/>
        <w:t>v 1.125855 15.815305 0.275620</w:t>
        <w:br/>
        <w:t>v 1.153938 15.919998 0.261894</w:t>
        <w:br/>
        <w:t>v 1.010117 16.093109 -0.424251</w:t>
        <w:br/>
        <w:t>v 0.982193 15.967899 -0.382176</w:t>
        <w:br/>
        <w:t>v 0.799768 16.205875 -0.593629</w:t>
        <w:br/>
        <w:t>v 0.827076 16.339577 -0.627949</w:t>
        <w:br/>
        <w:t>v 0.251942 16.280994 -0.648424</w:t>
        <w:br/>
        <w:t>v -0.000013 16.267086 -0.630615</w:t>
        <w:br/>
        <w:t>v -0.000013 16.173878 -0.618487</w:t>
        <w:br/>
        <w:t>v 0.243128 16.180485 -0.633133</w:t>
        <w:br/>
        <w:t>v 0.488146 15.949533 -0.583322</w:t>
        <w:br/>
        <w:t>v 0.755300 15.960582 -0.519669</w:t>
        <w:br/>
        <w:t>v 0.776093 16.083858 -0.554817</w:t>
        <w:br/>
        <w:t>v 0.496801 16.068417 -0.610891</w:t>
        <w:br/>
        <w:t>v -0.000014 15.954101 -0.568903</w:t>
        <w:br/>
        <w:t>v 0.222963 15.954244 -0.583420</w:t>
        <w:br/>
        <w:t>v 0.232518 16.067333 -0.608711</w:t>
        <w:br/>
        <w:t>v -0.000013 16.063862 -0.594524</w:t>
        <w:br/>
        <w:t>v 0.717864 15.697338 -0.463831</w:t>
        <w:br/>
        <w:t>v 0.737346 15.826310 -0.497232</w:t>
        <w:br/>
        <w:t>v 0.506644 16.186798 -0.640510</w:t>
        <w:br/>
        <w:t>v 0.519795 16.307873 -0.667082</w:t>
        <w:br/>
        <w:t>v 0.998949 15.534685 -0.029615</w:t>
        <w:br/>
        <w:t>v 1.037297 15.664495 -0.091052</w:t>
        <w:br/>
        <w:t>v -0.000014 15.865933 -0.553597</w:t>
        <w:br/>
        <w:t>v -0.000014 15.786036 -0.523091</w:t>
        <w:br/>
        <w:t>v 0.211814 15.758160 -0.536114</w:t>
        <w:br/>
        <w:t>v 0.216769 15.853438 -0.565876</w:t>
        <w:br/>
        <w:t>v 0.467412 15.719982 -0.527593</w:t>
        <w:br/>
        <w:t>v 0.478758 15.830858 -0.563373</w:t>
        <w:br/>
        <w:t>v 0.913751 15.626429 -0.267771</w:t>
        <w:br/>
        <w:t>v 0.695296 15.595717 -0.400217</w:t>
        <w:br/>
        <w:t>v 0.890925 15.556823 -0.251155</w:t>
        <w:br/>
        <w:t>v 0.672543 15.715301 1.505450</w:t>
        <w:br/>
        <w:t>v 0.616126 15.666529 1.421188</w:t>
        <w:br/>
        <w:t>v 0.520483 15.681552 1.452985</w:t>
        <w:br/>
        <w:t>v 0.556988 15.728719 1.521968</w:t>
        <w:br/>
        <w:t>v -0.000016 15.803883 1.551021</w:t>
        <w:br/>
        <w:t>v 0.169108 15.784887 1.547479</w:t>
        <w:br/>
        <w:t>v 0.165728 15.734759 1.491906</w:t>
        <w:br/>
        <w:t>v -0.000016 15.753985 1.494774</w:t>
        <w:br/>
        <w:t>v 0.177252 15.871834 1.606409</w:t>
        <w:br/>
        <w:t>v -0.000016 15.889091 1.602263</w:t>
        <w:br/>
        <w:t>v -0.000016 15.982398 1.634743</w:t>
        <w:br/>
        <w:t>v 0.181505 15.967676 1.647566</w:t>
        <w:br/>
        <w:t>v 0.617527 15.939293 1.658714</w:t>
        <w:br/>
        <w:t>v 0.594883 15.826473 1.597911</w:t>
        <w:br/>
        <w:t>v 0.475200 15.840385 1.609374</w:t>
        <w:br/>
        <w:t>v 0.490564 15.942351 1.663327</w:t>
        <w:br/>
        <w:t>v 0.318560 16.573620 1.510095</w:t>
        <w:br/>
        <w:t>v 0.159272 16.558697 1.496503</w:t>
        <w:br/>
        <w:t>v 0.153535 16.651531 1.428071</w:t>
        <w:br/>
        <w:t>v 0.307086 16.669025 1.440712</w:t>
        <w:br/>
        <w:t>v 1.109133 15.812861 1.241384</w:t>
        <w:br/>
        <w:t>v 1.036419 15.729686 1.203550</w:t>
        <w:br/>
        <w:t>v 0.998490 15.723476 1.282334</w:t>
        <w:br/>
        <w:t>v 1.064962 15.803049 1.327861</w:t>
        <w:br/>
        <w:t>v 0.745447 15.916902 1.637074</w:t>
        <w:br/>
        <w:t>v 0.716547 15.813442 1.580092</w:t>
        <w:br/>
        <w:t>v 1.165828 15.908414 1.273047</w:t>
        <w:br/>
        <w:t>v 1.118695 15.902339 1.368859</w:t>
        <w:br/>
        <w:t>v 1.157293 16.254318 1.403753</w:t>
        <w:br/>
        <w:t>v 1.217133 16.245445 1.300164</w:t>
        <w:br/>
        <w:t>v 1.218718 16.129980 1.304128</w:t>
        <w:br/>
        <w:t>v 1.161503 16.134325 1.407416</w:t>
        <w:br/>
        <w:t>v 1.171351 16.472872 1.239804</w:t>
        <w:br/>
        <w:t>v 1.199105 16.361994 1.277676</w:t>
        <w:br/>
        <w:t>v 1.139181 16.375803 1.380843</w:t>
        <w:br/>
        <w:t>v 1.106872 16.488914 1.338680</w:t>
        <w:br/>
        <w:t>v 0.971675 16.735706 1.234249</w:t>
        <w:br/>
        <w:t>v 1.034188 16.728821 1.156983</w:t>
        <w:br/>
        <w:t>v 1.111423 16.600533 1.196876</w:t>
        <w:br/>
        <w:t>v 1.048386 16.611267 1.289693</w:t>
        <w:br/>
        <w:t>v 1.165317 15.933650 0.477254</w:t>
        <w:br/>
        <w:t>v 1.132971 15.828044 0.486718</w:t>
        <w:br/>
        <w:t>v 1.148651 15.838781 0.659324</w:t>
        <w:br/>
        <w:t>v 1.181662 15.921261 0.656353</w:t>
        <w:br/>
        <w:t>v 1.197081 16.046055 0.465683</w:t>
        <w:br/>
        <w:t>v 1.216194 16.147854 0.447571</w:t>
        <w:br/>
        <w:t>v 1.249805 16.176117 0.628639</w:t>
        <w:br/>
        <w:t>v 1.235892 16.089378 0.641979</w:t>
        <w:br/>
        <w:t>v 1.223233 16.246399 0.428899</w:t>
        <w:br/>
        <w:t>v 1.219853 16.342453 0.410105</w:t>
        <w:br/>
        <w:t>v 1.251022 16.270756 0.611081</w:t>
        <w:br/>
        <w:t>v 1.239726 16.363163 0.590892</w:t>
        <w:br/>
        <w:t>v 1.273872 16.294323 0.766737</w:t>
        <w:br/>
        <w:t>v 1.255769 16.386566 0.744481</w:t>
        <w:br/>
        <w:t>v 1.276921 16.199261 0.783946</w:t>
        <w:br/>
        <w:t>v 1.263553 16.106701 0.795771</w:t>
        <w:br/>
        <w:t>v 1.202816 15.928848 0.804343</w:t>
        <w:br/>
        <w:t>v 1.161305 15.844180 0.803369</w:t>
        <w:br/>
        <w:t>v 1.061373 15.613152 0.777331</w:t>
        <w:br/>
        <w:t>v 1.078138 15.614530 0.642610</w:t>
        <w:br/>
        <w:t>v 1.062353 15.516717 0.625400</w:t>
        <w:br/>
        <w:t>v 1.076346 15.605425 0.477216</w:t>
        <w:br/>
        <w:t>v 1.101283 15.712373 0.491590</w:t>
        <w:br/>
        <w:t>v 1.207507 16.559692 0.374066</w:t>
        <w:br/>
        <w:t>v 1.213719 16.451050 0.391983</w:t>
        <w:br/>
        <w:t>v 1.222827 16.472664 0.567299</w:t>
        <w:br/>
        <w:t>v 1.206252 16.582161 0.543783</w:t>
        <w:br/>
        <w:t>v 1.210136 16.534924 0.165469</w:t>
        <w:br/>
        <w:t>v 1.207590 16.427387 0.179180</w:t>
        <w:br/>
        <w:t>v 1.229382 16.494362 0.714692</w:t>
        <w:br/>
        <w:t>v 1.203915 16.602081 0.683708</w:t>
        <w:br/>
        <w:t>v 1.204183 16.541349 0.978996</w:t>
        <w:br/>
        <w:t>v 1.172034 16.645317 0.930242</w:t>
        <w:br/>
        <w:t>v 1.190832 16.624687 0.822450</w:t>
        <w:br/>
        <w:t>v 1.222980 16.519718 0.861289</w:t>
        <w:br/>
        <w:t>v 1.080264 16.730240 1.072227</w:t>
        <w:br/>
        <w:t>v 1.125561 16.652538 1.089412</w:t>
        <w:br/>
        <w:t>v 1.255609 16.414362 0.897882</w:t>
        <w:br/>
        <w:t>v 1.278115 16.318787 0.923521</w:t>
        <w:br/>
        <w:t>v 1.261996 16.336077 1.053279</w:t>
        <w:br/>
        <w:t>v 1.237307 16.435886 1.023738</w:t>
        <w:br/>
        <w:t>v 1.211955 16.450954 1.131274</w:t>
        <w:br/>
        <w:t>v 1.239436 16.346777 1.165072</w:t>
        <w:br/>
        <w:t>v 1.255472 16.236946 1.184133</w:t>
        <w:br/>
        <w:t>v 1.254135 16.127428 1.189306</w:t>
        <w:br/>
        <w:t>v 0.983327 15.640236 1.084072</w:t>
        <w:br/>
        <w:t>v 0.885272 15.564529 1.047103</w:t>
        <w:br/>
        <w:t>v 0.954034 15.642579 1.152107</w:t>
        <w:br/>
        <w:t>v 1.063115 15.733093 1.119015</w:t>
        <w:br/>
        <w:t>v 1.139480 15.826117 1.148563</w:t>
        <w:br/>
        <w:t>v 1.195058 15.918298 1.169501</w:t>
        <w:br/>
        <w:t>v 1.004148 15.797601 1.416657</w:t>
        <w:br/>
        <w:t>v 0.924358 15.801991 1.489131</w:t>
        <w:br/>
        <w:t>v 0.965929 15.905118 1.541626</w:t>
        <w:br/>
        <w:t>v 1.045374 15.904069 1.458193</w:t>
        <w:br/>
        <w:t>v 0.987397 16.265434 1.588280</w:t>
        <w:br/>
        <w:t>v 1.073726 16.260769 1.497782</w:t>
        <w:br/>
        <w:t>v 1.079279 16.139473 1.501596</w:t>
        <w:br/>
        <w:t>v 0.993888 16.142872 1.593009</w:t>
        <w:br/>
        <w:t>v 0.942972 16.400471 1.590654</w:t>
        <w:br/>
        <w:t>v 0.966500 16.469526 1.535988</w:t>
        <w:br/>
        <w:t>v 0.974271 16.373705 1.575448</w:t>
        <w:br/>
        <w:t>v 0.832741 16.744274 1.373437</w:t>
        <w:br/>
        <w:t>v 0.909615 16.738428 1.316991</w:t>
        <w:br/>
        <w:t>v 0.976426 16.619331 1.374956</w:t>
        <w:br/>
        <w:t>v 0.894484 16.636168 1.440668</w:t>
        <w:br/>
        <w:t>v 0.938735 15.712239 1.358534</w:t>
        <w:br/>
        <w:t>v 0.868155 15.706292 1.425529</w:t>
        <w:br/>
        <w:t>v 0.447984 15.746880 1.536569</w:t>
        <w:br/>
        <w:t>v 0.638225 16.768480 1.391416</w:t>
        <w:br/>
        <w:t>v 0.660097 16.837238 1.305317</w:t>
        <w:br/>
        <w:t>v 0.749236 16.735764 1.418569</w:t>
        <w:br/>
        <w:t>v 0.768251 16.875889 1.239081</w:t>
        <w:br/>
        <w:t>v 0.878276 16.853703 1.167685</w:t>
        <w:br/>
        <w:t>v 0.958203 16.846539 1.086305</w:t>
        <w:br/>
        <w:t>v 1.024023 16.839088 1.009385</w:t>
        <w:br/>
        <w:t>v 0.798085 16.983994 1.032315</w:t>
        <w:br/>
        <w:t>v 0.672044 16.993267 1.101134</w:t>
        <w:br/>
        <w:t>v 0.920798 16.964657 0.959682</w:t>
        <w:br/>
        <w:t>v 0.766609 17.129597 0.861128</w:t>
        <w:br/>
        <w:t>v 0.860855 17.116600 0.826581</w:t>
        <w:br/>
        <w:t>v 0.986836 17.059437 0.755731</w:t>
        <w:br/>
        <w:t>v 1.044751 16.903126 0.866734</w:t>
        <w:br/>
        <w:t>v 0.677553 17.139774 0.908139</w:t>
        <w:br/>
        <w:t>v 0.826187 17.234123 0.733834</w:t>
        <w:br/>
        <w:t>v 0.938959 17.186333 0.675486</w:t>
        <w:br/>
        <w:t>v 0.675081 17.248741 0.780785</w:t>
        <w:br/>
        <w:t>v 0.640870 17.553707 0.512457</w:t>
        <w:br/>
        <w:t>v 0.772426 17.391937 0.613192</w:t>
        <w:br/>
        <w:t>v 0.665514 17.403568 0.634436</w:t>
        <w:br/>
        <w:t>v 0.852244 17.376793 0.574049</w:t>
        <w:br/>
        <w:t>v 0.733795 17.561024 0.469306</w:t>
        <w:br/>
        <w:t>v 1.220236 16.524586 -0.055978</w:t>
        <w:br/>
        <w:t>v 1.214495 16.420937 -0.045582</w:t>
        <w:br/>
        <w:t>v 1.199682 16.559601 -0.323845</w:t>
        <w:br/>
        <w:t>v 1.186909 16.443081 -0.300274</w:t>
        <w:br/>
        <w:t>v 1.121188 16.623451 -0.523184</w:t>
        <w:br/>
        <w:t>v 1.091938 16.491177 -0.506555</w:t>
        <w:br/>
        <w:t>v 0.753262 16.611153 -0.703497</w:t>
        <w:br/>
        <w:t>v 0.813896 16.475529 -0.648965</w:t>
        <w:br/>
        <w:t>v 0.960110 16.625843 -0.640567</w:t>
        <w:br/>
        <w:t>v 0.510236 16.428391 -0.686139</w:t>
        <w:br/>
        <w:t>v 0.500676 16.548912 -0.705196</w:t>
        <w:br/>
        <w:t>v 0.247784 16.461533 -0.673242</w:t>
        <w:br/>
        <w:t>v -0.000013 16.368618 -0.621897</w:t>
        <w:br/>
        <w:t>v 0.998949 15.534685 -0.029615</w:t>
        <w:br/>
        <w:t>v 0.961775 15.548247 -0.014674</w:t>
        <w:br/>
        <w:t>v 1.002396 15.523488 0.251332</w:t>
        <w:br/>
        <w:t>v 1.041636 15.520881 0.250388</w:t>
        <w:br/>
        <w:t>v 0.210263 15.716261 -0.506187</w:t>
        <w:br/>
        <w:t>v 0.215576 15.735284 -0.455006</w:t>
        <w:br/>
        <w:t>v 0.461916 15.677172 -0.434934</w:t>
        <w:br/>
        <w:t>v 0.458988 15.657832 -0.478978</w:t>
        <w:br/>
        <w:t>v 0.679990 15.619277 -0.361330</w:t>
        <w:br/>
        <w:t>v 0.695296 15.595717 -0.400217</w:t>
        <w:br/>
        <w:t>v 0.890925 15.556823 -0.251155</w:t>
        <w:br/>
        <w:t>v 0.851028 15.576396 -0.213653</w:t>
        <w:br/>
        <w:t>v 0.483977 15.634386 1.384002</w:t>
        <w:br/>
        <w:t>v 0.607169 15.612872 1.327756</w:t>
        <w:br/>
        <w:t>v 0.593706 15.608626 1.304409</w:t>
        <w:br/>
        <w:t>v 0.483353 15.627418 1.355485</w:t>
        <w:br/>
        <w:t>v -0.000016 15.704089 1.438526</w:t>
        <w:br/>
        <w:t>v 0.162349 15.684628 1.436333</w:t>
        <w:br/>
        <w:t>v 0.162495 15.681397 1.390021</w:t>
        <w:br/>
        <w:t>v -0.000016 15.707368 1.389801</w:t>
        <w:br/>
        <w:t>v 0.526600 16.728069 1.449111</w:t>
        <w:br/>
        <w:t>v 0.413925 16.697359 1.446864</w:t>
        <w:br/>
        <w:t>v 0.416759 16.692665 1.425394</w:t>
        <w:br/>
        <w:t>v 0.518850 16.717150 1.425565</w:t>
        <w:br/>
        <w:t>v 0.153535 16.651531 1.428071</w:t>
        <w:br/>
        <w:t>v 0.175787 16.644077 1.396948</w:t>
        <w:br/>
        <w:t>v 0.306842 16.662327 1.404498</w:t>
        <w:br/>
        <w:t>v 0.307086 16.669025 1.440712</w:t>
        <w:br/>
        <w:t>v 1.062353 15.516717 0.625400</w:t>
        <w:br/>
        <w:t>v 0.996275 15.513422 0.628436</w:t>
        <w:br/>
        <w:t>v 0.966309 15.521039 0.808269</w:t>
        <w:br/>
        <w:t>v 0.990847 15.527772 0.816400</w:t>
        <w:br/>
        <w:t>v 1.059985 15.510490 0.461494</w:t>
        <w:br/>
        <w:t>v 1.011199 15.513107 0.446576</w:t>
        <w:br/>
        <w:t>v 1.206252 16.582161 0.543783</w:t>
        <w:br/>
        <w:t>v 1.174701 16.578373 0.542399</w:t>
        <w:br/>
        <w:t>v 1.175346 16.558525 0.374279</w:t>
        <w:br/>
        <w:t>v 1.207507 16.559692 0.374066</w:t>
        <w:br/>
        <w:t>v 1.210136 16.534924 0.165469</w:t>
        <w:br/>
        <w:t>v 1.177885 16.536339 0.165766</w:t>
        <w:br/>
        <w:t>v 1.203915 16.602081 0.683708</w:t>
        <w:br/>
        <w:t>v 1.174467 16.596493 0.680676</w:t>
        <w:br/>
        <w:t>v 1.172034 16.645317 0.930242</w:t>
        <w:br/>
        <w:t>v 1.149253 16.636456 0.924605</w:t>
        <w:br/>
        <w:t>v 1.165779 16.615879 0.818398</w:t>
        <w:br/>
        <w:t>v 1.190832 16.624687 0.822450</w:t>
        <w:br/>
        <w:t>v 0.815437 15.580063 1.149513</w:t>
        <w:br/>
        <w:t>v 0.861207 15.556344 1.024548</w:t>
        <w:br/>
        <w:t>v 0.789787 15.580067 1.117908</w:t>
        <w:br/>
        <w:t>v 0.741779 15.595566 1.230988</w:t>
        <w:br/>
        <w:t>v 0.716102 15.592330 1.210155</w:t>
        <w:br/>
        <w:t>v 0.635522 16.746264 1.369367</w:t>
        <w:br/>
        <w:t>v 0.638225 16.768480 1.391416</w:t>
        <w:br/>
        <w:t>v 1.106061 16.769363 0.971353</w:t>
        <w:br/>
        <w:t>v 1.089185 16.752270 0.960316</w:t>
        <w:br/>
        <w:t>v 1.109966 16.698605 0.981693</w:t>
        <w:br/>
        <w:t>v 1.130349 16.713634 0.991590</w:t>
        <w:br/>
        <w:t>v 0.672044 16.993267 1.101134</w:t>
        <w:br/>
        <w:t>v 0.660097 16.837238 1.305317</w:t>
        <w:br/>
        <w:t>v 0.653450 16.812857 1.285567</w:t>
        <w:br/>
        <w:t>v 0.660886 16.969078 1.082883</w:t>
        <w:br/>
        <w:t>v 1.044751 16.903126 0.866734</w:t>
        <w:br/>
        <w:t>v 1.024653 16.882175 0.852697</w:t>
        <w:br/>
        <w:t>v 0.986836 17.059437 0.755731</w:t>
        <w:br/>
        <w:t>v 0.967982 17.039738 0.738493</w:t>
        <w:br/>
        <w:t>v 0.677553 17.139774 0.908139</w:t>
        <w:br/>
        <w:t>v 0.664833 17.116528 0.889691</w:t>
        <w:br/>
        <w:t>v 0.938959 17.186333 0.675486</w:t>
        <w:br/>
        <w:t>v 0.921708 17.166847 0.656368</w:t>
        <w:br/>
        <w:t>v 0.675081 17.248741 0.780785</w:t>
        <w:br/>
        <w:t>v 0.664951 17.226669 0.759847</w:t>
        <w:br/>
        <w:t>v 0.836726 17.356606 0.554196</w:t>
        <w:br/>
        <w:t>v 0.852244 17.376793 0.574049</w:t>
        <w:br/>
        <w:t>v 0.733795 17.561024 0.469306</w:t>
        <w:br/>
        <w:t>v 0.737854 17.537998 0.441702</w:t>
        <w:br/>
        <w:t>v 0.640870 17.553707 0.512457</w:t>
        <w:br/>
        <w:t>v 0.665514 17.403568 0.634436</w:t>
        <w:br/>
        <w:t>v 0.659347 17.383137 0.610250</w:t>
        <w:br/>
        <w:t>v 0.629674 17.529198 0.491891</w:t>
        <w:br/>
        <w:t>v 1.220236 16.524586 -0.055978</w:t>
        <w:br/>
        <w:t>v 1.188292 16.528004 -0.053786</w:t>
        <w:br/>
        <w:t>v 1.199682 16.559601 -0.323845</w:t>
        <w:br/>
        <w:t>v 1.169944 16.565483 -0.314196</w:t>
        <w:br/>
        <w:t>v 1.121188 16.623451 -0.523184</w:t>
        <w:br/>
        <w:t>v 1.097411 16.631008 -0.503647</w:t>
        <w:br/>
        <w:t>v 0.753262 16.611153 -0.703497</w:t>
        <w:br/>
        <w:t>v 0.960110 16.625843 -0.640567</w:t>
        <w:br/>
        <w:t>v 0.955407 16.636608 -0.621651</w:t>
        <w:br/>
        <w:t>v 0.747315 16.617687 -0.672593</w:t>
        <w:br/>
        <w:t>v 0.500676 16.548912 -0.705196</w:t>
        <w:br/>
        <w:t>v 0.499820 16.554943 -0.673529</w:t>
        <w:br/>
        <w:t>v 0.247797 16.465340 -0.641078</w:t>
        <w:br/>
        <w:t>v 0.247784 16.461533 -0.673242</w:t>
        <w:br/>
        <w:t>v -0.000013 16.372314 -0.590139</w:t>
        <w:br/>
        <w:t>v -0.000013 16.368618 -0.621897</w:t>
        <w:br/>
        <w:t>v 0.578157 17.840309 0.283301</w:t>
        <w:br/>
        <w:t>v 0.559558 17.822960 0.316452</w:t>
        <w:br/>
        <w:t>v 0.559558 17.822960 0.316452</w:t>
        <w:br/>
        <w:t>v 0.551947 17.795738 0.305480</w:t>
        <w:br/>
        <w:t>v 0.578157 17.840309 0.283301</w:t>
        <w:br/>
        <w:t>v 0.575345 17.821873 0.264482</w:t>
        <w:br/>
        <w:t>v -0.000015 18.431803 0.388031</w:t>
        <w:br/>
        <w:t>v -0.000015 18.447584 0.363578</w:t>
        <w:br/>
        <w:t>v 0.018872 18.476225 0.370035</w:t>
        <w:br/>
        <w:t>v 0.023575 18.461218 0.396886</w:t>
        <w:br/>
        <w:t>v 0.042541 18.496626 0.369376</w:t>
        <w:br/>
        <w:t>v 0.049040 18.480398 0.394474</w:t>
        <w:br/>
        <w:t>v 0.065582 18.529558 0.365739</w:t>
        <w:br/>
        <w:t>v 0.072456 18.515036 0.390431</w:t>
        <w:br/>
        <w:t>v 0.526600 16.728069 1.449111</w:t>
        <w:br/>
        <w:t>v 0.624734 16.710672 1.464191</w:t>
        <w:br/>
        <w:t>v 0.378013 17.964664 0.206443</w:t>
        <w:br/>
        <w:t>v 0.167217 17.926456 0.337465</w:t>
        <w:br/>
        <w:t>v 0.191143 17.873913 0.347951</w:t>
        <w:br/>
        <w:t>v 0.194752 17.870651 0.359759</w:t>
        <w:br/>
        <w:t>v 0.167433 17.933987 0.350653</w:t>
        <w:br/>
        <w:t>v 0.152743 17.886482 0.371210</w:t>
        <w:br/>
        <w:t>v 0.144090 17.882362 0.360476</w:t>
        <w:br/>
        <w:t>v 0.152743 17.886482 0.371210</w:t>
        <w:br/>
        <w:t>v 0.167217 17.926456 0.337465</w:t>
        <w:br/>
        <w:t>v 0.132777 17.933727 0.367920</w:t>
        <w:br/>
        <w:t>v 0.167433 17.933987 0.350653</w:t>
        <w:br/>
        <w:t>v 0.132777 17.933727 0.367920</w:t>
        <w:br/>
        <w:t>v 0.123337 17.926048 0.359913</w:t>
        <w:br/>
        <w:t>v 0.129504 17.977459 0.344258</w:t>
        <w:br/>
        <w:t>v 0.128763 17.984470 0.358069</w:t>
        <w:br/>
        <w:t>v 0.091291 18.011375 0.366030</w:t>
        <w:br/>
        <w:t>v 0.089143 18.014187 0.353539</w:t>
        <w:br/>
        <w:t>v -0.000014 18.028664 0.365456</w:t>
        <w:br/>
        <w:t>v 0.129504 17.977459 0.344258</w:t>
        <w:br/>
        <w:t>v 0.128763 17.984470 0.358069</w:t>
        <w:br/>
        <w:t>v 0.091291 18.011375 0.366030</w:t>
        <w:br/>
        <w:t>v 0.088336 17.978710 0.375030</w:t>
        <w:br/>
        <w:t>v 1.100442 15.722857 0.658180</w:t>
        <w:br/>
        <w:t>v 1.123087 16.666512 0.974787</w:t>
        <w:br/>
        <w:t>v 1.147170 16.679670 0.985468</w:t>
        <w:br/>
        <w:t>v 1.172231 16.569654 1.075961</w:t>
        <w:br/>
        <w:t>v 1.136563 16.644833 0.956154</w:t>
        <w:br/>
        <w:t>v 1.160649 16.656637 0.965225</w:t>
        <w:br/>
        <w:t>v 0.921708 17.166847 0.656368</w:t>
        <w:br/>
        <w:t>v 0.664833 17.116528 0.889691</w:t>
        <w:br/>
        <w:t>v 0.967982 17.039738 0.738493</w:t>
        <w:br/>
        <w:t>v 0.629674 17.529198 0.491891</w:t>
        <w:br/>
        <w:t>v 0.737854 17.537998 0.441702</w:t>
        <w:br/>
        <w:t>v 0.575345 17.821873 0.264482</w:t>
        <w:br/>
        <w:t>v 0.551947 17.795738 0.305480</w:t>
        <w:br/>
        <w:t>v 0.664951 17.226669 0.759847</w:t>
        <w:br/>
        <w:t>v 0.659347 17.383137 0.610250</w:t>
        <w:br/>
        <w:t>v 0.836726 17.356606 0.554196</w:t>
        <w:br/>
        <w:t>v 0.359320 17.897751 -0.648996</w:t>
        <w:br/>
        <w:t>v 1.059985 15.510490 0.461494</w:t>
        <w:br/>
        <w:t>v 1.419898 12.993917 -0.651320</w:t>
        <w:br/>
        <w:t>v 1.605000 12.908872 0.426212</w:t>
        <w:br/>
        <w:t>v 0.792927 12.895647 1.198376</w:t>
        <w:br/>
        <w:t>v 0.784788 13.162080 1.189335</w:t>
        <w:br/>
        <w:t>v 1.091822 13.212434 1.025330</w:t>
        <w:br/>
        <w:t>v 1.337915 13.265079 0.768215</w:t>
        <w:br/>
        <w:t>v 1.502826 13.293815 0.464565</w:t>
        <w:br/>
        <w:t>v 1.319256 13.250581 -0.574653</w:t>
        <w:br/>
        <w:t>v 1.088895 13.190335 -0.842234</w:t>
        <w:br/>
        <w:t>v 0.816631 13.117458 -0.995288</w:t>
        <w:br/>
        <w:t>v 0.302318 12.535009 -1.050843</w:t>
        <w:br/>
        <w:t>v 0.142258 12.535008 -1.050843</w:t>
        <w:br/>
        <w:t>v 1.230229 13.559661 0.872627</w:t>
        <w:br/>
        <w:t>v 1.545793 13.297751 0.454019</w:t>
        <w:br/>
        <w:t>v 1.502826 13.293815 0.464565</w:t>
        <w:br/>
        <w:t>v 0.086202 16.407749 1.290326</w:t>
        <w:br/>
        <w:t>v -0.000016 16.280762 1.202157</w:t>
        <w:br/>
        <w:t>v 0.306842 16.662327 1.404498</w:t>
        <w:br/>
        <w:t>v 0.175787 16.644077 1.396948</w:t>
        <w:br/>
        <w:t>v 0.196902 16.575832 1.402453</w:t>
        <w:br/>
        <w:t>v -0.000016 16.280762 1.202157</w:t>
        <w:br/>
        <w:t>v 0.086202 16.407749 1.290326</w:t>
        <w:br/>
        <w:t>v -0.000016 16.619595 1.386820</w:t>
        <w:br/>
        <w:t>v 1.517712 13.527023 0.299216</w:t>
        <w:br/>
        <w:t>v 1.527376 13.539360 0.118489</w:t>
        <w:br/>
        <w:t>v 0.926139 13.278360 1.169416</w:t>
        <w:br/>
        <w:t>v 0.773038 13.199596 1.238882</w:t>
        <w:br/>
        <w:t>v 1.291239 13.436052 0.869846</w:t>
        <w:br/>
        <w:t>v 1.187403 14.154346 -0.017520</w:t>
        <w:br/>
        <w:t>v 1.139309 14.158285 -0.018094</w:t>
        <w:br/>
        <w:t>v 0.498425 13.517509 1.352313</w:t>
        <w:br/>
        <w:t>v 0.499600 13.493007 1.299576</w:t>
        <w:br/>
        <w:t>v 0.514517 13.438594 1.292685</w:t>
        <w:br/>
        <w:t>v 0.516021 13.426493 1.338446</w:t>
        <w:br/>
        <w:t>v 0.596098 13.370284 1.283149</w:t>
        <w:br/>
        <w:t>v 0.580056 13.370618 1.310933</w:t>
        <w:br/>
        <w:t>v 0.499600 13.493007 1.299576</w:t>
        <w:br/>
        <w:t>v 0.531033 13.559761 1.293036</w:t>
        <w:br/>
        <w:t>v 0.584201 13.597788 1.266679</w:t>
        <w:br/>
        <w:t>v 0.681875 13.309974 1.253345</w:t>
        <w:br/>
        <w:t>v 0.580056 13.370618 1.310933</w:t>
        <w:br/>
        <w:t>v 0.812658 13.159319 1.228835</w:t>
        <w:br/>
        <w:t>v 1.517712 13.527023 0.299216</w:t>
        <w:br/>
        <w:t>v 0.939897 12.244830 -1.103773</w:t>
        <w:br/>
        <w:t>v 1.023865 12.406819 -1.109680</w:t>
        <w:br/>
        <w:t>v 0.765680 13.237900 -0.987661</w:t>
        <w:br/>
        <w:t>v 0.770023 13.242619 -0.947365</w:t>
        <w:br/>
        <w:t>v 0.508264 13.073607 -1.057900</w:t>
        <w:br/>
        <w:t>v 0.967887 11.400681 -1.463488</w:t>
        <w:br/>
        <w:t>v 1.069200 11.017588 -1.525937</w:t>
        <w:br/>
        <w:t>v 1.162812 10.678334 -1.585989</w:t>
        <w:br/>
        <w:t>v 0.507157 13.091890 -1.074293</w:t>
        <w:br/>
        <w:t>v 0.235883 13.063557 -1.097762</w:t>
        <w:br/>
        <w:t>v 0.508264 13.073607 -1.057900</w:t>
        <w:br/>
        <w:t>v 1.503003 9.847613 -1.785640</w:t>
        <w:br/>
        <w:t>v 1.504584 9.853476 -1.713212</w:t>
        <w:br/>
        <w:t>v 1.349170 9.958017 -1.722733</w:t>
        <w:br/>
        <w:t>v 1.383209 9.963426 -1.799319</w:t>
        <w:br/>
        <w:t>v 1.258241 10.021497 -1.768381</w:t>
        <w:br/>
        <w:t>v 1.302109 10.010304 -1.822212</w:t>
        <w:br/>
        <w:t>v 1.258241 10.021497 -1.768381</w:t>
        <w:br/>
        <w:t>v 1.246126 9.866508 -1.836241</w:t>
        <w:br/>
        <w:t>v 1.287834 9.883137 -1.884111</w:t>
        <w:br/>
        <w:t>v 1.302109 10.010304 -1.822212</w:t>
        <w:br/>
        <w:t>v 1.271986 9.738044 -1.930483</w:t>
        <w:br/>
        <w:t>v 1.240029 9.734646 -1.893125</w:t>
        <w:br/>
        <w:t>v 1.271986 9.738044 -1.930483</w:t>
        <w:br/>
        <w:t>v 1.503003 9.847613 -1.785640</w:t>
        <w:br/>
        <w:t>v 1.383209 9.963426 -1.799319</w:t>
        <w:br/>
        <w:t>v 1.287834 9.883137 -1.884111</w:t>
        <w:br/>
        <w:t>v 1.302109 10.010304 -1.822212</w:t>
        <w:br/>
        <w:t>v 1.965171 9.842251 -1.543739</w:t>
        <w:br/>
        <w:t>v 1.971329 9.853099 -1.507169</w:t>
        <w:br/>
        <w:t>v 1.940572 9.943271 -1.482580</w:t>
        <w:br/>
        <w:t>v 1.943203 9.871284 -1.542908</w:t>
        <w:br/>
        <w:t>v 1.940572 9.943271 -1.482580</w:t>
        <w:br/>
        <w:t>v 1.971329 9.853099 -1.507169</w:t>
        <w:br/>
        <w:t>v 1.939031 9.819012 -1.460996</w:t>
        <w:br/>
        <w:t>v 1.911783 9.908198 -1.429633</w:t>
        <w:br/>
        <w:t>v 1.998973 9.754761 -1.536642</w:t>
        <w:br/>
        <w:t>v 1.966774 9.707850 -1.500778</w:t>
        <w:br/>
        <w:t>v 1.980612 9.759675 -1.570958</w:t>
        <w:br/>
        <w:t>v 1.998973 9.754761 -1.536642</w:t>
        <w:br/>
        <w:t>v 1.975853 9.640605 -1.624484</w:t>
        <w:br/>
        <w:t>v 2.002738 9.629691 -1.588271</w:t>
        <w:br/>
        <w:t>v 2.002738 9.629691 -1.588271</w:t>
        <w:br/>
        <w:t>v 1.968324 9.590384 -1.545164</w:t>
        <w:br/>
        <w:t>v 1.953973 9.515898 -1.689474</w:t>
        <w:br/>
        <w:t>v 1.972078 9.490398 -1.661474</w:t>
        <w:br/>
        <w:t>v 1.972078 9.490398 -1.661474</w:t>
        <w:br/>
        <w:t>v 1.937332 9.461720 -1.616773</w:t>
        <w:br/>
        <w:t>v 1.930101 9.393900 -1.721530</w:t>
        <w:br/>
        <w:t>v 1.898991 9.388728 -1.668089</w:t>
        <w:br/>
        <w:t>v 1.922119 9.416987 -1.748681</w:t>
        <w:br/>
        <w:t>v 1.832259 9.321654 -1.837003</w:t>
        <w:br/>
        <w:t>v 1.834091 9.295796 -1.816174</w:t>
        <w:br/>
        <w:t>v 1.750715 9.256482 -1.908011</w:t>
        <w:br/>
        <w:t>v 1.750263 9.232765 -1.885291</w:t>
        <w:br/>
        <w:t>v 1.716533 9.175006 -1.960978</w:t>
        <w:br/>
        <w:t>v 1.717898 9.163436 -1.930762</w:t>
        <w:br/>
        <w:t>v 1.828702 9.094292 -1.922401</w:t>
        <w:br/>
        <w:t>v 1.820472 9.097731 -1.899407</w:t>
        <w:br/>
        <w:t>v 1.717898 9.163436 -1.930762</w:t>
        <w:br/>
        <w:t>v 1.722033 9.162286 -1.948459</w:t>
        <w:br/>
        <w:t>v 1.949844 9.066249 -1.871384</w:t>
        <w:br/>
        <w:t>v 1.937830 9.064993 -1.849117</w:t>
        <w:br/>
        <w:t>v 2.006429 9.013173 -1.864970</w:t>
        <w:br/>
        <w:t>v 2.005127 9.007771 -1.841817</w:t>
        <w:br/>
        <w:t>v 2.021034 8.946843 -1.886243</w:t>
        <w:br/>
        <w:t>v 2.018997 8.931433 -1.865436</w:t>
        <w:br/>
        <w:t>v 1.949760 8.758945 -1.957572</w:t>
        <w:br/>
        <w:t>v 2.015730 8.897286 -1.889441</w:t>
        <w:br/>
        <w:t>v 2.018883 8.908057 -1.904263</w:t>
        <w:br/>
        <w:t>v 1.972085 8.817533 -1.968127</w:t>
        <w:br/>
        <w:t>v 2.029172 8.990420 -1.832932</w:t>
        <w:br/>
        <w:t>v 2.032607 8.889240 -1.851489</w:t>
        <w:br/>
        <w:t>v 2.038460 8.976838 -1.811959</w:t>
        <w:br/>
        <w:t>v 2.015082 9.064290 -1.808148</w:t>
        <w:br/>
        <w:t>v 2.023458 9.061094 -1.784963</w:t>
        <w:br/>
        <w:t>v 1.994429 9.157495 -1.754515</w:t>
        <w:br/>
        <w:t>v 1.987980 9.157938 -1.780740</w:t>
        <w:br/>
        <w:t>v 1.942978 9.296637 -1.722238</w:t>
        <w:br/>
        <w:t>v 1.936911 9.297989 -1.745770</w:t>
        <w:br/>
        <w:t>v 1.913012 9.381391 -1.698911</w:t>
        <w:br/>
        <w:t>v 1.913053 9.369615 -1.726790</w:t>
        <w:br/>
        <w:t>v 1.850340 9.237201 -1.819199</w:t>
        <w:br/>
        <w:t>v 1.937830 9.064993 -1.849117</w:t>
        <w:br/>
        <w:t>v 1.717898 9.163436 -1.930762</w:t>
        <w:br/>
        <w:t>v 1.820472 9.097731 -1.899407</w:t>
        <w:br/>
        <w:t>v 2.005127 9.007771 -1.841817</w:t>
        <w:br/>
        <w:t>v 1.934729 8.741791 -1.923018</w:t>
        <w:br/>
        <w:t>v 2.016463 8.871325 -1.825825</w:t>
        <w:br/>
        <w:t>v 2.024284 8.976202 -1.780252</w:t>
        <w:br/>
        <w:t>v 2.009702 9.052170 -1.753727</w:t>
        <w:br/>
        <w:t>v 1.980307 9.151875 -1.728609</w:t>
        <w:br/>
        <w:t>v 1.930699 9.285866 -1.696251</w:t>
        <w:br/>
        <w:t>v 1.925776 8.767344 -1.962472</w:t>
        <w:br/>
        <w:t>v 1.972085 8.817533 -1.968127</w:t>
        <w:br/>
        <w:t>v 1.961614 8.841587 -1.963114</w:t>
        <w:br/>
        <w:t>v 1.904332 8.850652 -1.936458</w:t>
        <w:br/>
        <w:t>v 1.949760 8.758945 -1.957572</w:t>
        <w:br/>
        <w:t>v 1.925776 8.767344 -1.962472</w:t>
        <w:br/>
        <w:t>v 1.909255 8.754079 -1.930531</w:t>
        <w:br/>
        <w:t>v 1.934729 8.741791 -1.923018</w:t>
        <w:br/>
        <w:t>v 1.888706 8.839487 -1.908429</w:t>
        <w:br/>
        <w:t>v 1.909255 8.754079 -1.930531</w:t>
        <w:br/>
        <w:t>v 1.858641 8.922864 -1.936502</w:t>
        <w:br/>
        <w:t>v 1.836908 8.903291 -1.905359</w:t>
        <w:br/>
        <w:t>v 1.895759 8.950534 -1.950027</w:t>
        <w:br/>
        <w:t>v 1.802559 9.022540 -1.967305</w:t>
        <w:br/>
        <w:t>v 1.771221 8.993437 -1.950984</w:t>
        <w:br/>
        <w:t>v 1.754323 8.974255 -1.924031</w:t>
        <w:br/>
        <w:t>v 1.710372 9.075235 -1.992469</w:t>
        <w:br/>
        <w:t>v 1.680531 9.046651 -1.979658</w:t>
        <w:br/>
        <w:t>v 1.663424 9.032509 -1.943471</w:t>
        <w:br/>
        <w:t>v 1.828702 9.094292 -1.922401</w:t>
        <w:br/>
        <w:t>v 1.722033 9.162286 -1.948459</w:t>
        <w:br/>
        <w:t>v 1.949844 9.066249 -1.871384</w:t>
        <w:br/>
        <w:t>v 2.021034 8.946843 -1.886243</w:t>
        <w:br/>
        <w:t>v 2.018883 8.908057 -1.904263</w:t>
        <w:br/>
        <w:t>v 2.006429 9.013173 -1.864970</w:t>
        <w:br/>
        <w:t>v 1.716533 9.175006 -1.960978</w:t>
        <w:br/>
        <w:t>v 1.599682 9.148911 -2.030473</w:t>
        <w:br/>
        <w:t>v 1.703927 9.087315 -2.005208</w:t>
        <w:br/>
        <w:t>v 1.589281 9.077124 -2.070510</w:t>
        <w:br/>
        <w:t>v 1.621201 8.990595 -2.090356</w:t>
        <w:br/>
        <w:t>v 1.750715 9.256482 -1.908011</w:t>
        <w:br/>
        <w:t>v 1.603957 9.293598 -1.957814</w:t>
        <w:br/>
        <w:t>v 1.739010 9.480340 -1.818289</w:t>
        <w:br/>
        <w:t>v 1.793031 9.615390 -1.731887</w:t>
        <w:br/>
        <w:t>v 1.835021 9.716183 -1.666518</w:t>
        <w:br/>
        <w:t>v 1.806719 9.651914 -1.712139</w:t>
        <w:br/>
        <w:t>v 1.285985 9.538407 -2.008615</w:t>
        <w:br/>
        <w:t>v 1.601498 9.717966 -1.789142</w:t>
        <w:br/>
        <w:t>v 1.284912 9.375267 -2.071606</w:t>
        <w:br/>
        <w:t>v 1.654930 9.619967 -1.802895</w:t>
        <w:br/>
        <w:t>v 1.284267 9.430363 -2.055812</w:t>
        <w:br/>
        <w:t>v 1.198613 9.759237 -1.914703</w:t>
        <w:br/>
        <w:t>v 1.210429 9.748804 -1.934247</w:t>
        <w:br/>
        <w:t>v 1.271986 9.738044 -1.930483</w:t>
        <w:br/>
        <w:t>v 1.240029 9.734646 -1.893125</w:t>
        <w:br/>
        <w:t>v 0.955108 9.919054 -1.975071</w:t>
        <w:br/>
        <w:t>v 0.949100 9.916561 -1.995236</w:t>
        <w:br/>
        <w:t>v 0.826491 10.042566 -2.002961</w:t>
        <w:br/>
        <w:t>v 0.836790 10.042359 -1.983035</w:t>
        <w:br/>
        <w:t>v 0.723406 10.215937 -1.969654</w:t>
        <w:br/>
        <w:t>v 0.716402 10.220843 -1.981290</w:t>
        <w:br/>
        <w:t>v 0.636576 10.410643 -1.928000</w:t>
        <w:br/>
        <w:t>v 0.522242 10.450621 -1.965707</w:t>
        <w:br/>
        <w:t>v 0.525288 10.445350 -1.979518</w:t>
        <w:br/>
        <w:t>v 0.636102 10.407194 -1.939684</w:t>
        <w:br/>
        <w:t>v 0.344503 10.600331 -1.969128</w:t>
        <w:br/>
        <w:t>v 0.375962 10.564778 -2.003732</w:t>
        <w:br/>
        <w:t>v 0.444537 10.494937 -1.998886</w:t>
        <w:br/>
        <w:t>v 0.403982 10.535852 -1.971003</w:t>
        <w:br/>
        <w:t>v 0.403982 10.535852 -1.971003</w:t>
        <w:br/>
        <w:t>v 0.340351 10.595574 -1.956932</w:t>
        <w:br/>
        <w:t>v 0.386456 10.536665 -1.948802</w:t>
        <w:br/>
        <w:t>v 0.403982 10.535852 -1.971003</w:t>
        <w:br/>
        <w:t>v 0.329753 10.947644 -1.826137</w:t>
        <w:br/>
        <w:t>v 0.314247 10.943341 -1.792850</w:t>
        <w:br/>
        <w:t>v 0.386456 10.536665 -1.948802</w:t>
        <w:br/>
        <w:t>v 0.453773 10.399860 -2.036344</w:t>
        <w:br/>
        <w:t>v 0.394389 10.444977 -2.047968</w:t>
        <w:br/>
        <w:t>v 0.523725 10.369201 -2.013915</w:t>
        <w:br/>
        <w:t>v 0.593067 10.351850 -1.985675</w:t>
        <w:br/>
        <w:t>v 0.684767 10.201741 -2.005648</w:t>
        <w:br/>
        <w:t>v 0.788329 10.040793 -2.024077</w:t>
        <w:br/>
        <w:t>v 0.509689 10.343239 -2.009170</w:t>
        <w:br/>
        <w:t>v 0.583487 10.327198 -1.980617</w:t>
        <w:br/>
        <w:t>v 0.439177 10.378915 -2.031336</w:t>
        <w:br/>
        <w:t>v 0.379736 10.431865 -2.045008</w:t>
        <w:br/>
        <w:t>v 0.354597 10.416695 -2.024610</w:t>
        <w:br/>
        <w:t>v 0.379736 10.431865 -2.045008</w:t>
        <w:br/>
        <w:t>v 0.344503 10.600331 -1.969128</w:t>
        <w:br/>
        <w:t>v 0.340351 10.595574 -1.956932</w:t>
        <w:br/>
        <w:t>v 0.375962 10.564778 -2.003732</w:t>
        <w:br/>
        <w:t>v 0.367826 10.265896 -2.084890</w:t>
        <w:br/>
        <w:t>v 0.394955 10.285671 -2.093681</w:t>
        <w:br/>
        <w:t>v 0.394955 10.285671 -2.093681</w:t>
        <w:br/>
        <w:t>v 0.469971 10.239008 -2.074921</w:t>
        <w:br/>
        <w:t>v 0.539646 10.182209 -2.063812</w:t>
        <w:br/>
        <w:t>v 0.448548 10.219218 -2.064750</w:t>
        <w:br/>
        <w:t>v 0.520185 10.158652 -2.053485</w:t>
        <w:br/>
        <w:t>v 0.764767 10.029484 -2.016684</w:t>
        <w:br/>
        <w:t>v 0.669856 10.178526 -2.002484</w:t>
        <w:br/>
        <w:t>v 0.720239 9.989408 -2.055823</w:t>
        <w:br/>
        <w:t>v 0.609364 10.111946 -2.058970</w:t>
        <w:br/>
        <w:t>v 0.891964 9.878020 -2.017802</w:t>
        <w:br/>
        <w:t>v 0.902064 9.896526 -2.022786</w:t>
        <w:br/>
        <w:t>v 0.819296 9.798689 -2.054177</w:t>
        <w:br/>
        <w:t>v 0.820729 9.857337 -2.061831</w:t>
        <w:br/>
        <w:t>v 0.714893 9.957001 -2.042546</w:t>
        <w:br/>
        <w:t>v 1.038520 9.714753 -2.009801</w:t>
        <w:br/>
        <w:t>v 1.061138 9.724628 -2.022972</w:t>
        <w:br/>
        <w:t>v 0.914542 9.635110 -2.068479</w:t>
        <w:br/>
        <w:t>v 0.945689 9.649898 -2.093817</w:t>
        <w:br/>
        <w:t>v 0.945689 9.649898 -2.093817</w:t>
        <w:br/>
        <w:t>v 0.980255 9.644703 -2.124616</w:t>
        <w:br/>
        <w:t>v 1.072814 9.710755 -2.047412</w:t>
        <w:br/>
        <w:t>v 1.038520 9.714753 -2.009801</w:t>
        <w:br/>
        <w:t>v 0.923138 9.548625 -2.101459</w:t>
        <w:br/>
        <w:t>v 0.941162 9.564128 -2.137460</w:t>
        <w:br/>
        <w:t>v 1.122770 9.558444 -2.086270</w:t>
        <w:br/>
        <w:t>v 0.960013 9.487805 -2.108775</w:t>
        <w:br/>
        <w:t>v 0.977503 9.504416 -2.145034</w:t>
        <w:br/>
        <w:t>v 1.045368 9.456672 -2.133492</w:t>
        <w:br/>
        <w:t>v 1.024420 9.443274 -2.094868</w:t>
        <w:br/>
        <w:t>v 1.083709 9.423252 -2.072997</w:t>
        <w:br/>
        <w:t>v 1.106227 9.437812 -2.113491</w:t>
        <w:br/>
        <w:t>v 1.209180 9.425393 -2.048917</w:t>
        <w:br/>
        <w:t>v 1.190937 9.413426 -2.022028</w:t>
        <w:br/>
        <w:t>v 0.971442 9.579597 -2.157165</w:t>
        <w:br/>
        <w:t>v 1.208906 9.453630 -2.085662</w:t>
        <w:br/>
        <w:t>v 1.112702 9.461066 -2.133308</w:t>
        <w:br/>
        <w:t>v 1.190937 9.413426 -2.022028</w:t>
        <w:br/>
        <w:t>v 1.189831 9.400414 -2.033790</w:t>
        <w:br/>
        <w:t>v 1.205200 9.404163 -2.053573</w:t>
        <w:br/>
        <w:t>v 1.209180 9.425393 -2.048917</w:t>
        <w:br/>
        <w:t>v 1.189831 9.400414 -2.033790</w:t>
        <w:br/>
        <w:t>v 1.145681 9.390290 -2.063344</w:t>
        <w:br/>
        <w:t>v 1.166945 9.402331 -2.103684</w:t>
        <w:br/>
        <w:t>v 1.205200 9.404163 -2.053573</w:t>
        <w:br/>
        <w:t>v 1.118781 9.339706 -2.094240</w:t>
        <w:br/>
        <w:t>v 1.137127 9.346747 -2.130157</w:t>
        <w:br/>
        <w:t>v 1.142992 9.282563 -2.099466</w:t>
        <w:br/>
        <w:t>v 1.160890 9.292277 -2.138159</w:t>
        <w:br/>
        <w:t>v 1.194176 9.253940 -2.085613</w:t>
        <w:br/>
        <w:t>v 1.213188 9.265488 -2.128346</w:t>
        <w:br/>
        <w:t>v 1.250038 9.263172 -2.116551</w:t>
        <w:br/>
        <w:t>v 1.238139 9.251709 -2.075826</w:t>
        <w:br/>
        <w:t>v 1.137880 9.000300 -2.229023</w:t>
        <w:br/>
        <w:t>v 1.165247 9.027833 -2.276237</w:t>
        <w:br/>
        <w:t>v 1.215421 9.103276 -2.214775</w:t>
        <w:br/>
        <w:t>v 1.189901 9.075073 -2.172924</w:t>
        <w:br/>
        <w:t>v 1.229457 9.194588 -2.163140</w:t>
        <w:br/>
        <w:t>v 1.203274 9.169125 -2.122501</w:t>
        <w:br/>
        <w:t>v 1.250038 9.263172 -2.116551</w:t>
        <w:br/>
        <w:t>v 1.238139 9.251709 -2.075826</w:t>
        <w:br/>
        <w:t>v 1.260675 8.968890 -2.176718</w:t>
        <w:br/>
        <w:t>v 1.286486 8.995912 -2.232813</w:t>
        <w:br/>
        <w:t>v 1.165247 9.027833 -2.276237</w:t>
        <w:br/>
        <w:t>v 1.137880 9.000300 -2.229023</w:t>
        <w:br/>
        <w:t>v 1.360037 8.957206 -2.130321</w:t>
        <w:br/>
        <w:t>v 1.386613 8.982887 -2.190407</w:t>
        <w:br/>
        <w:t>v 1.528073 9.007945 -2.023796</w:t>
        <w:br/>
        <w:t>v 1.554174 9.038664 -2.081388</w:t>
        <w:br/>
        <w:t>v 1.482324 9.007178 -2.131849</w:t>
        <w:br/>
        <w:t>v 1.458230 8.979100 -2.077312</w:t>
        <w:br/>
        <w:t>v 1.582083 8.941817 -2.115297</w:t>
        <w:br/>
        <w:t>v 1.554174 9.038664 -2.081388</w:t>
        <w:br/>
        <w:t>v 1.528073 9.007945 -2.023796</w:t>
        <w:br/>
        <w:t>v 1.551777 8.922594 -2.044606</w:t>
        <w:br/>
        <w:t>v 1.582083 8.941817 -2.115297</w:t>
        <w:br/>
        <w:t>v 1.551777 8.922594 -2.044606</w:t>
        <w:br/>
        <w:t>v 1.663424 9.032509 -1.943471</w:t>
        <w:br/>
        <w:t>v 1.680531 9.046651 -1.979658</w:t>
        <w:br/>
        <w:t>v 1.703927 9.087315 -2.005208</w:t>
        <w:br/>
        <w:t>v 1.621201 8.990595 -2.090356</w:t>
        <w:br/>
        <w:t>v 1.554174 9.038664 -2.081388</w:t>
        <w:br/>
        <w:t>v 1.582083 8.941817 -2.115297</w:t>
        <w:br/>
        <w:t>v 1.484980 9.029932 -2.143766</w:t>
        <w:br/>
        <w:t>v 1.383135 9.007113 -2.203945</w:t>
        <w:br/>
        <w:t>v 1.287674 9.021075 -2.243103</w:t>
        <w:br/>
        <w:t>v 1.231784 9.039973 -2.260797</w:t>
        <w:br/>
        <w:t>v 1.257273 9.100420 -2.219028</w:t>
        <w:br/>
        <w:t>v 1.215421 9.103276 -2.214775</w:t>
        <w:br/>
        <w:t>v 1.165247 9.027833 -2.276237</w:t>
        <w:br/>
        <w:t>v 1.256887 9.194371 -2.173370</w:t>
        <w:br/>
        <w:t>v 0.971442 9.579597 -2.157165</w:t>
        <w:br/>
        <w:t>v 1.003096 9.519528 -2.166175</w:t>
        <w:br/>
        <w:t>v 1.059320 9.481663 -2.152690</w:t>
        <w:br/>
        <w:t>v 1.112702 9.461066 -2.133308</w:t>
        <w:br/>
        <w:t>v 1.208906 9.453630 -2.085662</w:t>
        <w:br/>
        <w:t>v 1.270123 9.414001 -2.051596</w:t>
        <w:br/>
        <w:t>v 1.284267 9.430363 -2.055812</w:t>
        <w:br/>
        <w:t>v 1.284912 9.375267 -2.071606</w:t>
        <w:br/>
        <w:t>v 1.284267 9.430363 -2.055812</w:t>
        <w:br/>
        <w:t>v 1.270123 9.414001 -2.051596</w:t>
        <w:br/>
        <w:t>v 1.269074 9.390118 -2.055010</w:t>
        <w:br/>
        <w:t>v 1.180216 9.388597 -2.115520</w:t>
        <w:br/>
        <w:t>v 1.224038 9.394171 -2.091697</w:t>
        <w:br/>
        <w:t>v 1.215955 9.410477 -2.072026</w:t>
        <w:br/>
        <w:t>v 1.269074 9.390118 -2.055010</w:t>
        <w:br/>
        <w:t>v 1.162985 9.346314 -2.144449</w:t>
        <w:br/>
        <w:t>v 1.179245 9.312397 -2.153169</w:t>
        <w:br/>
        <w:t>v 1.220443 9.287225 -2.145613</w:t>
        <w:br/>
        <w:t>v 1.278608 9.275197 -2.123471</w:t>
        <w:br/>
        <w:t>v 1.278608 9.275197 -2.123471</w:t>
        <w:br/>
        <w:t>v 1.220443 9.287225 -2.145613</w:t>
        <w:br/>
        <w:t>v 1.179245 9.312397 -2.153169</w:t>
        <w:br/>
        <w:t>v 1.848876 9.820286 -1.505094</w:t>
        <w:br/>
        <w:t>v 1.878659 9.852509 -1.555611</w:t>
        <w:br/>
        <w:t>v 1.940572 9.943271 -1.482580</w:t>
        <w:br/>
        <w:t>v 1.911783 9.908198 -1.429633</w:t>
        <w:br/>
        <w:t>v 1.799414 9.740231 -1.591038</w:t>
        <w:br/>
        <w:t>v 1.826918 9.774961 -1.621332</w:t>
        <w:br/>
        <w:t>v 1.878659 9.852509 -1.555611</w:t>
        <w:br/>
        <w:t>v 1.908713 9.828908 -1.579286</w:t>
        <w:br/>
        <w:t>v 1.826918 9.774961 -1.621332</w:t>
        <w:br/>
        <w:t>v 1.826918 9.774961 -1.621332</w:t>
        <w:br/>
        <w:t>v 1.799414 9.740231 -1.591038</w:t>
        <w:br/>
        <w:t>v 1.607648 9.716761 -1.709369</w:t>
        <w:br/>
        <w:t>v 1.660877 9.616176 -1.724208</w:t>
        <w:br/>
        <w:t>v 1.714093 9.511913 -1.766334</w:t>
        <w:br/>
        <w:t>v 1.767091 9.613560 -1.722612</w:t>
        <w:br/>
        <w:t>v 1.714093 9.511913 -1.766334</w:t>
        <w:br/>
        <w:t>v 1.714093 9.511913 -1.766334</w:t>
        <w:br/>
        <w:t>v 1.767091 9.613560 -1.722612</w:t>
        <w:br/>
        <w:t>v 1.660877 9.616176 -1.724208</w:t>
        <w:br/>
        <w:t>v 1.240029 9.734646 -1.893125</w:t>
        <w:br/>
        <w:t>v 1.246126 9.866508 -1.836241</w:t>
        <w:br/>
        <w:t>v 1.198613 9.759237 -1.914703</w:t>
        <w:br/>
        <w:t>v 0.955108 9.919054 -1.975071</w:t>
        <w:br/>
        <w:t>v 1.003096 9.519528 -2.166175</w:t>
        <w:br/>
        <w:t>v 1.059320 9.481663 -2.152690</w:t>
        <w:br/>
        <w:t>v 1.349170 9.958017 -1.722733</w:t>
        <w:br/>
        <w:t>v -0.000014 12.518763 -1.281347</w:t>
        <w:br/>
        <w:t>v 0.121964 12.082750 -1.402274</w:t>
        <w:br/>
        <w:t>v 0.132469 12.087392 -1.463338</w:t>
        <w:br/>
        <w:t>v -0.000014 12.523097 -1.324112</w:t>
        <w:br/>
        <w:t>v 0.192753 11.693794 -1.531896</w:t>
        <w:br/>
        <w:t>v 0.204047 11.698759 -1.583354</w:t>
        <w:br/>
        <w:t>v 0.253450 11.324554 -1.651011</w:t>
        <w:br/>
        <w:t>v 0.273045 11.328531 -1.696006</w:t>
        <w:br/>
        <w:t>v -0.000014 15.787833 -0.444879</w:t>
        <w:br/>
        <w:t>v -0.000014 15.762531 -0.499561</w:t>
        <w:br/>
        <w:t>v 0.613631 13.802731 1.154465</w:t>
        <w:br/>
        <w:t>v 0.497819 13.663470 1.244403</w:t>
        <w:br/>
        <w:t>v 0.638038 13.803481 1.197122</w:t>
        <w:br/>
        <w:t>v 0.487222 13.744437 1.280372</w:t>
        <w:br/>
        <w:t>v 0.497819 13.663470 1.244403</w:t>
        <w:br/>
        <w:t>v 1.966774 9.707850 -1.500778</w:t>
        <w:br/>
        <w:t>v 1.848876 9.820286 -1.505094</w:t>
        <w:br/>
        <w:t>v 1.911783 9.908198 -1.429633</w:t>
        <w:br/>
        <w:t>v 1.939031 9.819012 -1.460996</w:t>
        <w:br/>
        <w:t>v 1.528073 9.007945 -2.023796</w:t>
        <w:br/>
        <w:t>v 1.663424 9.032509 -1.943471</w:t>
        <w:br/>
        <w:t>v 1.551777 8.922594 -2.044606</w:t>
        <w:br/>
        <w:t>v 1.260675 8.968890 -2.176718</w:t>
        <w:br/>
        <w:t>v 1.137880 9.000300 -2.229023</w:t>
        <w:br/>
        <w:t>v 1.189901 9.075073 -2.172924</w:t>
        <w:br/>
        <w:t>v 0.354597 10.416695 -2.024610</w:t>
        <w:br/>
        <w:t>v 0.340351 10.595574 -1.956932</w:t>
        <w:br/>
        <w:t>v 0.819296 9.798689 -2.054177</w:t>
        <w:br/>
        <w:t>v 0.714893 9.957001 -2.042546</w:t>
        <w:br/>
        <w:t>v 1.228867 9.555050 -1.941241</w:t>
        <w:br/>
        <w:t>v 0.960013 9.487805 -2.108775</w:t>
        <w:br/>
        <w:t>v 0.923138 9.548625 -2.101459</w:t>
        <w:br/>
        <w:t>v 0.914542 9.635110 -2.068479</w:t>
        <w:br/>
        <w:t>v 1.083709 9.423252 -2.072997</w:t>
        <w:br/>
        <w:t>v 1.024420 9.443274 -2.094868</w:t>
        <w:br/>
        <w:t>v 1.483399 9.532620 -1.791258</w:t>
        <w:br/>
        <w:t>v 1.565580 9.400359 -1.834753</w:t>
        <w:br/>
        <w:t>v 1.190937 9.413426 -2.022028</w:t>
        <w:br/>
        <w:t>v 1.968324 9.590384 -1.545164</w:t>
        <w:br/>
        <w:t>v 1.909255 8.754079 -1.930531</w:t>
        <w:br/>
        <w:t>v 1.888706 8.839487 -1.908429</w:t>
        <w:br/>
        <w:t>v 2.016463 8.871325 -1.825825</w:t>
        <w:br/>
        <w:t>v 1.934729 8.741791 -1.923018</w:t>
        <w:br/>
        <w:t>v 1.937332 9.461720 -1.616773</w:t>
        <w:br/>
        <w:t>v 1.898991 9.388728 -1.668089</w:t>
        <w:br/>
        <w:t>v 1.836908 8.903291 -1.905359</w:t>
        <w:br/>
        <w:t>v 2.009702 9.052170 -1.753727</w:t>
        <w:br/>
        <w:t>v 2.024284 8.976202 -1.780252</w:t>
        <w:br/>
        <w:t>v 1.980307 9.151875 -1.728609</w:t>
        <w:br/>
        <w:t>v 1.754323 8.974255 -1.924031</w:t>
        <w:br/>
        <w:t>v 1.930699 9.285866 -1.696251</w:t>
        <w:br/>
        <w:t>v 1.194176 9.253940 -2.085613</w:t>
        <w:br/>
        <w:t>v 1.142992 9.282563 -2.099466</w:t>
        <w:br/>
        <w:t>v 1.145681 9.390290 -2.063344</w:t>
        <w:br/>
        <w:t>v 1.189831 9.400414 -2.033790</w:t>
        <w:br/>
        <w:t>v 0.669833 10.198959 -1.922885</w:t>
        <w:br/>
        <w:t>v 0.448548 10.219218 -2.064750</w:t>
        <w:br/>
        <w:t>v 0.520185 10.158652 -2.053485</w:t>
        <w:br/>
        <w:t>v 0.585772 10.096231 -2.047776</w:t>
        <w:br/>
        <w:t>v 0.367826 10.265896 -2.084890</w:t>
        <w:br/>
        <w:t>v 1.360037 8.957206 -2.130321</w:t>
        <w:br/>
        <w:t>v 1.203274 9.169125 -2.122501</w:t>
        <w:br/>
        <w:t>v 1.238139 9.251709 -2.075826</w:t>
        <w:br/>
        <w:t>v 1.458230 8.979100 -2.077312</w:t>
        <w:br/>
        <w:t>v 1.600489 9.269116 -1.873541</w:t>
        <w:br/>
        <w:t>v 0.680630 12.579012 1.327155</w:t>
        <w:br/>
        <w:t>v 0.506245 12.539001 1.317182</w:t>
        <w:br/>
        <w:t>v 0.503877 12.541895 1.354066</w:t>
        <w:br/>
        <w:t>v 0.506455 12.791427 1.351388</w:t>
        <w:br/>
        <w:t>v 0.507902 12.785725 1.324585</w:t>
        <w:br/>
        <w:t>v 0.699034 12.579252 1.342784</w:t>
        <w:br/>
        <w:t>v 0.507902 12.785725 1.324585</w:t>
        <w:br/>
        <w:t>v 0.506455 12.791427 1.351388</w:t>
        <w:br/>
        <w:t>v 1.110947 11.772826 1.265475</w:t>
        <w:br/>
        <w:t>v 1.470883 11.503307 1.082373</w:t>
        <w:br/>
        <w:t>v 0.507902 12.785725 1.324585</w:t>
        <w:br/>
        <w:t>v 0.506245 12.539001 1.317183</w:t>
        <w:br/>
        <w:t>v 0.521115 12.293177 1.338944</w:t>
        <w:br/>
        <w:t>v 1.907764 4.835070 -0.433348</w:t>
        <w:br/>
        <w:t>v 2.053289 4.994925 -0.712403</w:t>
        <w:br/>
        <w:t>v 2.095631 4.952378 -0.712403</w:t>
        <w:br/>
        <w:t>v 1.944075 4.820040 -0.444675</w:t>
        <w:br/>
        <w:t>v 1.685373 4.626921 -0.221138</w:t>
        <w:br/>
        <w:t>v 1.612809 4.634806 -0.236886</w:t>
        <w:br/>
        <w:t>v 1.446581 4.486001 -0.128987</w:t>
        <w:br/>
        <w:t>v 1.432993 4.503450 -0.146718</w:t>
        <w:br/>
        <w:t>v 1.619720 4.610365 -0.213689</w:t>
        <w:br/>
        <w:t>v 1.220656 4.393778 -1.356296</w:t>
        <w:br/>
        <w:t>v 1.122565 4.377857 -1.345718</w:t>
        <w:br/>
        <w:t>v 0.941548 4.237763 -1.374961</w:t>
        <w:br/>
        <w:t>v 0.985259 4.198771 -1.409485</w:t>
        <w:br/>
        <w:t>v 1.211206 4.453805 -1.317472</w:t>
        <w:br/>
        <w:t>v 1.451121 4.606996 -1.232610</w:t>
        <w:br/>
        <w:t>v 1.479583 4.559969 -1.273991</w:t>
        <w:br/>
        <w:t>v 1.239999 4.340969 -1.338532</w:t>
        <w:br/>
        <w:t>v 1.036461 4.166212 -1.394488</w:t>
        <w:br/>
        <w:t>v 1.493791 4.504663 -1.252518</w:t>
        <w:br/>
        <w:t>v 1.959996 4.750435 -0.473334</w:t>
        <w:br/>
        <w:t>v 2.074832 4.875244 -0.712403</w:t>
        <w:br/>
        <w:t>v 1.725093 4.576981 -0.256854</w:t>
        <w:br/>
        <w:t>v 1.480360 4.424890 -0.152633</w:t>
        <w:br/>
        <w:t>v 0.757620 4.373773 -1.503655</w:t>
        <w:br/>
        <w:t>v 0.854496 4.332304 -1.456138</w:t>
        <w:br/>
        <w:t>v 0.870381 4.378378 -1.402909</w:t>
        <w:br/>
        <w:t>v 0.759239 4.424444 -1.453508</w:t>
        <w:br/>
        <w:t>v 0.655403 4.394018 -1.414407</w:t>
        <w:br/>
        <w:t>v 0.661841 4.344126 -1.464953</w:t>
        <w:br/>
        <w:t>v 0.909907 4.279002 -1.413362</w:t>
        <w:br/>
        <w:t>v 0.941548 4.237763 -1.374961</w:t>
        <w:br/>
        <w:t>v 0.987528 4.241035 -1.281871</w:t>
        <w:br/>
        <w:t>v 0.934517 4.315497 -1.347370</w:t>
        <w:br/>
        <w:t>v 0.588482 4.323736 -1.367145</w:t>
        <w:br/>
        <w:t>v 0.604110 4.283432 -1.420514</w:t>
        <w:br/>
        <w:t>v 0.572631 4.225110 -1.376654</w:t>
        <w:br/>
        <w:t>v 0.454357 4.370725 -1.344872</w:t>
        <w:br/>
        <w:t>v 0.417098 4.337133 -1.372964</w:t>
        <w:br/>
        <w:t>v 0.524109 4.217609 -1.408057</w:t>
        <w:br/>
        <w:t>v 0.641765 4.080322 -1.364834</w:t>
        <w:br/>
        <w:t>v 0.593348 4.078966 -1.413764</w:t>
        <w:br/>
        <w:t>v 0.108189 4.614502 -1.188743</w:t>
        <w:br/>
        <w:t>v 0.299057 4.453235 -1.316405</w:t>
        <w:br/>
        <w:t>v 0.349637 4.487461 -1.288084</w:t>
        <w:br/>
        <w:t>v 0.135884 4.650898 -1.194227</w:t>
        <w:br/>
        <w:t>v -0.018851 4.784688 -0.976086</w:t>
        <w:br/>
        <w:t>v -0.072323 4.746688 -0.990300</w:t>
        <w:br/>
        <w:t>v -0.146602 4.903588 -0.712406</w:t>
        <w:br/>
        <w:t>v -0.184573 4.850064 -0.712406</w:t>
        <w:br/>
        <w:t>v -0.146602 4.903588 -0.712406</w:t>
        <w:br/>
        <w:t>v -0.018520 4.770645 -0.474262</w:t>
        <w:br/>
        <w:t>v -0.069377 4.720468 -0.467185</w:t>
        <w:br/>
        <w:t>v -0.184573 4.850064 -0.712406</w:t>
        <w:br/>
        <w:t>v 0.155510 4.543138 -0.222920</w:t>
        <w:br/>
        <w:t>v 0.198593 4.579869 -0.232068</w:t>
        <w:br/>
        <w:t>v 0.413073 4.377301 -0.106056</w:t>
        <w:br/>
        <w:t>v 0.360568 4.371012 -0.088511</w:t>
        <w:br/>
        <w:t>v 0.817584 3.940499 -1.324264</w:t>
        <w:br/>
        <w:t>v 0.863988 3.930069 -1.380491</w:t>
        <w:br/>
        <w:t>v 0.923823 4.104455 -1.415029</w:t>
        <w:br/>
        <w:t>v 0.848315 4.090112 -1.370830</w:t>
        <w:br/>
        <w:t>v 0.833291 3.883324 -1.352800</w:t>
        <w:br/>
        <w:t>v 0.632963 3.937751 -1.385348</w:t>
        <w:br/>
        <w:t>v 0.685804 3.928195 -1.319556</w:t>
        <w:br/>
        <w:t>v 0.803941 4.152116 -1.382585</w:t>
        <w:br/>
        <w:t>v 0.854496 4.332304 -1.456138</w:t>
        <w:br/>
        <w:t>v 0.941548 4.237763 -1.374961</w:t>
        <w:br/>
        <w:t>v 0.848315 4.090112 -1.370830</w:t>
        <w:br/>
        <w:t>v 0.792965 4.122191 -1.401536</w:t>
        <w:br/>
        <w:t>v 0.748652 4.180860 -1.402181</w:t>
        <w:br/>
        <w:t>v 0.754218 4.140435 -1.417864</w:t>
        <w:br/>
        <w:t>v 0.686202 4.156892 -1.384448</w:t>
        <w:br/>
        <w:t>v 0.706496 4.126260 -1.411857</w:t>
        <w:br/>
        <w:t>v 0.641765 4.080322 -1.364834</w:t>
        <w:br/>
        <w:t>v 0.675855 4.075832 -1.388384</w:t>
        <w:br/>
        <w:t>v 0.604110 4.283432 -1.420514</w:t>
        <w:br/>
        <w:t>v 0.661841 4.344126 -1.464953</w:t>
        <w:br/>
        <w:t>v 0.572631 4.225110 -1.376654</w:t>
        <w:br/>
        <w:t>v 0.641765 4.080322 -1.364834</w:t>
        <w:br/>
        <w:t>v 0.816751 4.075294 -1.375075</w:t>
        <w:br/>
        <w:t>v 0.754514 4.070614 -1.396126</w:t>
        <w:br/>
        <w:t>v 0.785111 3.926723 -1.317804</w:t>
        <w:br/>
        <w:t>v 0.817584 3.940499 -1.324264</w:t>
        <w:br/>
        <w:t>v 0.685804 3.928195 -1.319556</w:t>
        <w:br/>
        <w:t>v 0.701895 3.928991 -1.319087</w:t>
        <w:br/>
        <w:t>v 0.741898 3.925835 -1.328093</w:t>
        <w:br/>
        <w:t>v 0.738721 3.882012 -1.354922</w:t>
        <w:br/>
        <w:t>v 0.741898 3.925835 -1.328093</w:t>
        <w:br/>
        <w:t>v 0.701895 3.928991 -1.319087</w:t>
        <w:br/>
        <w:t>v 0.785111 3.926723 -1.317804</w:t>
        <w:br/>
        <w:t>v 0.649756 3.880661 -1.352929</w:t>
        <w:br/>
        <w:t>v 0.917516 3.933549 -1.371933</w:t>
        <w:br/>
        <w:t>v 0.976769 4.089840 -1.403072</w:t>
        <w:br/>
        <w:t>v 0.940311 3.884192 -1.329168</w:t>
        <w:br/>
        <w:t>v 0.833291 3.883324 -1.352800</w:t>
        <w:br/>
        <w:t>v 0.633886 3.702811 -1.115787</w:t>
        <w:br/>
        <w:t>v 0.649756 3.880661 -1.352929</w:t>
        <w:br/>
        <w:t>v 0.553106 3.878835 -1.338364</w:t>
        <w:br/>
        <w:t>v 0.534912 4.059063 -1.407053</w:t>
        <w:br/>
        <w:t>v 0.471389 4.178470 -1.394069</w:t>
        <w:br/>
        <w:t>v 0.382087 4.285543 -1.349978</w:t>
        <w:br/>
        <w:t>v 0.271665 4.401716 -1.291170</w:t>
        <w:br/>
        <w:t>v 0.088442 4.548217 -1.161776</w:t>
        <w:br/>
        <w:t>v -0.078414 4.676151 -0.975752</w:t>
        <w:br/>
        <w:t>v -0.174977 4.777691 -0.712406</w:t>
        <w:br/>
        <w:t>v -0.184573 4.850064 -0.712406</w:t>
        <w:br/>
        <w:t>v -0.071366 4.655416 -0.489497</w:t>
        <w:br/>
        <w:t>v -0.174977 4.777691 -0.712406</w:t>
        <w:br/>
        <w:t>v 0.135683 4.479643 -0.252459</w:t>
        <w:br/>
        <w:t>v 0.324388 4.320226 -0.109801</w:t>
        <w:br/>
        <w:t>v 0.509913 4.028111 -1.347300</w:t>
        <w:br/>
        <w:t>v 0.556447 3.926290 -1.374117</w:t>
        <w:br/>
        <w:t>v 0.417575 4.187595 -1.321554</w:t>
        <w:br/>
        <w:t>v 0.990276 3.989730 -1.330754</w:t>
        <w:br/>
        <w:t>v 1.257465 4.319813 -1.302454</w:t>
        <w:br/>
        <w:t>v 1.068438 4.150564 -1.340189</w:t>
        <w:br/>
        <w:t>v 1.186712 4.167365 -1.274978</w:t>
        <w:br/>
        <w:t>v 0.758382 3.702811 -1.127551</w:t>
        <w:br/>
        <w:t>v 0.738721 3.882012 -1.354922</w:t>
        <w:br/>
        <w:t>v 0.880761 3.702810 -1.101290</w:t>
        <w:br/>
        <w:t>v 1.120159 3.989977 -1.248963</w:t>
        <w:br/>
        <w:t>v 1.090409 3.883478 -1.229501</w:t>
        <w:br/>
        <w:t>v 0.990148 3.702810 -1.039337</w:t>
        <w:br/>
        <w:t>v 1.200691 4.336775 -0.057784</w:t>
        <w:br/>
        <w:t>v 1.033265 4.182485 -0.013002</w:t>
        <w:br/>
        <w:t>v 0.935639 4.172387 -0.044332</w:t>
        <w:br/>
        <w:t>v 1.130989 4.342732 -0.071574</w:t>
        <w:br/>
        <w:t>v 1.253647 4.288243 -0.075569</w:t>
        <w:br/>
        <w:t>v 1.084785 4.148885 -0.031617</w:t>
        <w:br/>
        <w:t>v 0.859087 4.333247 -0.009791</w:t>
        <w:br/>
        <w:t>v 0.853601 4.283062 0.033478</w:t>
        <w:br/>
        <w:t>v 0.755119 4.313038 0.075578</w:t>
        <w:br/>
        <w:t>v 0.756589 4.361497 0.029821</w:t>
        <w:br/>
        <w:t>v 0.663343 4.287081 0.048155</w:t>
        <w:br/>
        <w:t>v 0.658936 4.337913 0.000863</w:t>
        <w:br/>
        <w:t>v 0.984474 4.194081 -0.122046</w:t>
        <w:br/>
        <w:t>v 0.935639 4.172387 -0.044332</w:t>
        <w:br/>
        <w:t>v 0.906655 4.228374 -0.010515</w:t>
        <w:br/>
        <w:t>v 0.933131 4.259666 -0.067201</w:t>
        <w:br/>
        <w:t>v 0.616502 4.237784 0.003434</w:t>
        <w:br/>
        <w:t>v 0.575231 4.175498 -0.043796</w:t>
        <w:br/>
        <w:t>v 0.539355 4.190907 -0.112742</w:t>
        <w:br/>
        <w:t>v 0.594648 4.273326 -0.055289</w:t>
        <w:br/>
        <w:t>v 0.575231 4.175498 -0.043796</w:t>
        <w:br/>
        <w:t>v 0.488355 4.208663 -0.032193</w:t>
        <w:br/>
        <w:t>v 0.634386 4.026953 -0.041965</w:t>
        <w:br/>
        <w:t>v 0.590137 4.025303 -0.007583</w:t>
        <w:br/>
        <w:t>v 0.851531 4.039854 -0.050358</w:t>
        <w:br/>
        <w:t>v 0.928723 4.045256 -0.005144</w:t>
        <w:br/>
        <w:t>v 0.855902 3.895498 -0.029479</w:t>
        <w:br/>
        <w:t>v 0.831516 3.845762 -0.060019</w:t>
        <w:br/>
        <w:t>v 0.803782 3.883807 -0.099238</w:t>
        <w:br/>
        <w:t>v 0.681394 3.871562 -0.094901</w:t>
        <w:br/>
        <w:t>v 0.629281 3.884486 -0.031638</w:t>
        <w:br/>
        <w:t>v 0.682786 4.102573 -0.018285</w:t>
        <w:br/>
        <w:t>v 0.663343 4.287081 0.048155</w:t>
        <w:br/>
        <w:t>v 0.755119 4.313038 0.075578</w:t>
        <w:br/>
        <w:t>v 0.748671 4.127574 -0.003199</w:t>
        <w:br/>
        <w:t>v 0.790874 4.056363 0.008993</w:t>
        <w:br/>
        <w:t>v 0.749032 4.075199 0.022739</w:t>
        <w:br/>
        <w:t>v 0.800525 4.097798 -0.020148</w:t>
        <w:br/>
        <w:t>v 0.705831 4.061970 0.014713</w:t>
        <w:br/>
        <w:t>v 0.935639 4.172387 -0.044332</w:t>
        <w:br/>
        <w:t>v 0.851531 4.039854 -0.050358</w:t>
        <w:br/>
        <w:t>v 0.674719 4.015915 -0.015103</w:t>
        <w:br/>
        <w:t>v 0.634386 4.026953 -0.041965</w:t>
        <w:br/>
        <w:t>v 0.810823 4.013196 -0.020233</w:t>
        <w:br/>
        <w:t>v 0.744278 4.010142 -0.008026</w:t>
        <w:br/>
        <w:t>v 0.781695 3.871915 -0.084929</w:t>
        <w:br/>
        <w:t>v 0.803782 3.883807 -0.099238</w:t>
        <w:br/>
        <w:t>v 0.698479 3.869795 -0.083646</w:t>
        <w:br/>
        <w:t>v 0.681394 3.871562 -0.094901</w:t>
        <w:br/>
        <w:t>v 0.738482 3.871516 -0.074640</w:t>
        <w:br/>
        <w:t>v 0.738482 3.871516 -0.074640</w:t>
        <w:br/>
        <w:t>v 0.734477 3.844452 -0.063440</w:t>
        <w:br/>
        <w:t>v 0.698479 3.869795 -0.083646</w:t>
        <w:br/>
        <w:t>v 0.781695 3.871915 -0.084929</w:t>
        <w:br/>
        <w:t>v 0.831516 3.845762 -0.060019</w:t>
        <w:br/>
        <w:t>v 0.781695 3.871915 -0.084929</w:t>
        <w:br/>
        <w:t>v 0.803782 3.883807 -0.099238</w:t>
        <w:br/>
        <w:t>v 0.681394 3.871562 -0.094901</w:t>
        <w:br/>
        <w:t>v 0.698479 3.869795 -0.083646</w:t>
        <w:br/>
        <w:t>v 0.659260 3.843295 -0.061218</w:t>
        <w:br/>
        <w:t>v 0.986343 4.029156 -0.014641</w:t>
        <w:br/>
        <w:t>v 0.855902 3.895498 -0.029479</w:t>
        <w:br/>
        <w:t>v 0.925050 3.894910 -0.034273</w:t>
        <w:br/>
        <w:t>v 0.538932 4.010615 -0.012199</w:t>
        <w:br/>
        <w:t>v 0.564249 3.879786 -0.038755</w:t>
        <w:br/>
        <w:t>v 0.443917 4.176649 -0.044858</w:t>
        <w:br/>
        <w:t>v 0.541869 3.842323 -0.086473</w:t>
        <w:br/>
        <w:t>v 0.494760 4.022119 -0.070063</w:t>
        <w:br/>
        <w:t>v 0.422865 4.135540 -0.099756</w:t>
        <w:br/>
        <w:t>v 0.342785 4.240615 -0.140186</w:t>
        <w:br/>
        <w:t>v 0.938401 3.847765 -0.097697</w:t>
        <w:br/>
        <w:t>v 1.008404 4.002609 -0.069965</w:t>
        <w:br/>
        <w:t>v 1.116312 4.139983 -0.083877</w:t>
        <w:br/>
        <w:t>v 1.277569 4.259638 -0.122351</w:t>
        <w:br/>
        <w:t>v 1.208617 4.158801 -0.154999</w:t>
        <w:br/>
        <w:t>v 1.134902 3.986921 -0.161523</w:t>
        <w:br/>
        <w:t>v 1.095330 3.855873 -0.188079</w:t>
        <w:br/>
        <w:t>v 0.773398 3.702809 -0.272774</w:t>
        <w:br/>
        <w:t>v 0.648566 3.702809 -0.280104</w:t>
        <w:br/>
        <w:t>v 0.734477 3.844452 -0.063440</w:t>
        <w:br/>
        <w:t>v 0.831516 3.845762 -0.060019</w:t>
        <w:br/>
        <w:t>v 0.894778 3.702809 -0.303369</w:t>
        <w:br/>
        <w:t>v 0.659260 3.843295 -0.061218</w:t>
        <w:br/>
        <w:t>v 0.531374 3.702809 -0.324709</w:t>
        <w:br/>
        <w:t>v 1.444331 4.357377 -0.188373</w:t>
        <w:br/>
        <w:t>v 1.714630 4.542504 -0.322266</w:t>
        <w:br/>
        <w:t>v 1.902340 4.694136 -0.504326</w:t>
        <w:br/>
        <w:t>v 2.017036 4.817037 -0.712403</w:t>
        <w:br/>
        <w:t>v 1.488808 4.456177 -1.209306</w:t>
        <w:br/>
        <w:t>v 1.945377 4.699327 -0.712403</w:t>
        <w:br/>
        <w:t>v 1.846447 4.550002 -0.712404</w:t>
        <w:br/>
        <w:t>v 1.817764 4.544322 -0.508114</w:t>
        <w:br/>
        <w:t>v 1.359381 4.166309 -0.219607</w:t>
        <w:br/>
        <w:t>v 1.274449 3.987036 -0.264018</w:t>
        <w:br/>
        <w:t>v 1.239073 3.864312 -0.303232</w:t>
        <w:br/>
        <w:t>v 1.575934 4.155614 -0.526866</w:t>
        <w:br/>
        <w:t>v 1.684068 4.330833 -0.511265</w:t>
        <w:br/>
        <w:t>v 1.712440 4.331677 -0.712404</w:t>
        <w:br/>
        <w:t>v 1.596790 4.147130 -0.712405</w:t>
        <w:br/>
        <w:t>v 1.467304 3.991027 -0.547697</w:t>
        <w:br/>
        <w:t>v 1.355946 3.865649 -0.490351</w:t>
        <w:br/>
        <w:t>v 1.392822 3.987346 -0.389721</w:t>
        <w:br/>
        <w:t>v 1.382421 3.873217 -0.712406</w:t>
        <w:br/>
        <w:t>v 1.477978 3.990547 -0.712405</w:t>
        <w:br/>
        <w:t>v 1.542558 4.155550 -0.921511</w:t>
        <w:br/>
        <w:t>v 1.653931 4.334611 -0.926081</w:t>
        <w:br/>
        <w:t>v 1.428994 3.991675 -0.912278</w:t>
        <w:br/>
        <w:t>v 1.345280 3.878145 -0.910807</w:t>
        <w:br/>
        <w:t>v 1.549416 4.333878 -1.081748</w:t>
        <w:br/>
        <w:t>v 1.452799 4.161063 -1.059557</w:t>
        <w:br/>
        <w:t>v 1.408862 4.336484 -1.204164</w:t>
        <w:br/>
        <w:t>v 1.335891 4.165965 -1.175410</w:t>
        <w:br/>
        <w:t>v 1.349171 3.986207 -1.044117</w:t>
        <w:br/>
        <w:t>v 1.224354 3.881556 -1.096273</w:t>
        <w:br/>
        <w:t>v 1.135975 3.702810 -0.578561</w:t>
        <w:br/>
        <w:t>v 1.087415 3.702810 -0.464889</w:t>
        <w:br/>
        <w:t>v 1.001921 3.702809 -0.369171</w:t>
        <w:br/>
        <w:t>v 1.156341 3.702810 -0.712406</w:t>
        <w:br/>
        <w:t>v 1.133880 3.702810 -0.830508</w:t>
        <w:br/>
        <w:t>v 1.088301 3.702810 -0.944012</w:t>
        <w:br/>
        <w:t>v 0.262771 4.357050 -1.232417</w:t>
        <w:br/>
        <w:t>v 0.128056 4.490874 -1.124189</w:t>
        <w:br/>
        <w:t>v -0.000486 4.603561 -0.950519</w:t>
        <w:br/>
        <w:t>v -0.095237 4.692025 -0.712406</w:t>
        <w:br/>
        <w:t>v -0.026598 4.617284 -0.546824</w:t>
        <w:br/>
        <w:t>v -0.095237 4.692025 -0.712406</w:t>
        <w:br/>
        <w:t>v 0.145221 4.446168 -0.304880</w:t>
        <w:br/>
        <w:t>v 0.017414 4.461379 -0.544599</w:t>
        <w:br/>
        <w:t>v -0.020319 4.464418 -0.712407</w:t>
        <w:br/>
        <w:t>v 0.083101 4.213778 -0.538657</w:t>
        <w:br/>
        <w:t>v 0.052139 4.216849 -0.712407</w:t>
        <w:br/>
        <w:t>v 0.129477 4.020908 -0.531579</w:t>
        <w:br/>
        <w:t>v 0.102379 4.025626 -0.712407</w:t>
        <w:br/>
        <w:t>v 0.179399 3.849009 -0.518818</w:t>
        <w:br/>
        <w:t>v 0.152573 3.852351 -0.712406</w:t>
        <w:br/>
        <w:t>v 0.086098 4.220124 -0.910286</w:t>
        <w:br/>
        <w:t>v 0.160486 4.218936 -1.068864</w:t>
        <w:br/>
        <w:t>v 0.029869 4.465797 -0.933772</w:t>
        <w:br/>
        <w:t>v 0.133635 4.025482 -0.905448</w:t>
        <w:br/>
        <w:t>v 0.221038 4.024251 -1.081164</w:t>
        <w:br/>
        <w:t>v 0.267773 3.865754 -1.065550</w:t>
        <w:br/>
        <w:t>v 0.184372 3.858412 -0.896673</w:t>
        <w:br/>
        <w:t>v 0.179331 4.213375 -0.331378</w:t>
        <w:br/>
        <w:t>v 0.215795 4.023895 -0.348437</w:t>
        <w:br/>
        <w:t>v 0.247037 3.845571 -0.341027</w:t>
        <w:br/>
        <w:t>v 0.305088 4.223810 -1.221799</w:t>
        <w:br/>
        <w:t>v 0.355262 4.026183 -1.225846</w:t>
        <w:br/>
        <w:t>v 0.397617 3.873039 -1.214742</w:t>
        <w:br/>
        <w:t>v 0.359096 4.023126 -0.178703</w:t>
        <w:br/>
        <w:t>v 0.382467 3.843214 -0.196910</w:t>
        <w:br/>
        <w:t>v 0.415213 3.702809 -0.412614</w:t>
        <w:br/>
        <w:t>v 0.353729 3.702810 -0.553201</w:t>
        <w:br/>
        <w:t>v 0.333417 3.702810 -0.712407</w:t>
        <w:br/>
        <w:t>v 0.333068 3.702810 -0.817082</w:t>
        <w:br/>
        <w:t>v 0.375761 3.702810 -0.922577</w:t>
        <w:br/>
        <w:t>v 0.488741 3.702810 -1.042814</w:t>
        <w:br/>
        <w:t>v 1.486558 4.162901 -0.351524</w:t>
        <w:br/>
        <w:t>v 1.586479 4.333542 -0.332686</w:t>
        <w:br/>
        <w:t>v 1.869270 4.707465 -0.916196</w:t>
        <w:br/>
        <w:t>v 1.245100 3.987098 -1.158747</w:t>
        <w:br/>
        <w:t>v -0.020319 4.464418 -0.712407</w:t>
        <w:br/>
        <w:t>v 0.052139 4.216849 -0.712407</w:t>
        <w:br/>
        <w:t>v 0.102379 4.025626 -0.712407</w:t>
        <w:br/>
        <w:t>v 0.152573 3.852351 -0.712406</w:t>
        <w:br/>
        <w:t>v 0.333417 3.702810 -0.712407</w:t>
        <w:br/>
        <w:t>v 1.794437 4.547343 -0.920927</w:t>
        <w:br/>
        <w:t>v 1.689935 4.585131 -1.081873</w:t>
        <w:br/>
        <w:t>v 0.851531 4.039854 -0.050358</w:t>
        <w:br/>
        <w:t>v 0.659260 3.843295 -0.061218</w:t>
        <w:br/>
        <w:t>v 0.649756 3.880661 -1.352929</w:t>
        <w:br/>
        <w:t>v 0.644798 3.418101 -1.133991</w:t>
        <w:br/>
        <w:t>v 0.771405 3.418378 -1.145702</w:t>
        <w:br/>
        <w:t>v 0.895436 3.418568 -1.118214</w:t>
        <w:br/>
        <w:t>v 1.003856 3.418680 -1.052980</w:t>
        <w:br/>
        <w:t>v 1.090877 3.418534 -0.949096</w:t>
        <w:br/>
        <w:t>v 0.499506 3.417891 -1.058063</w:t>
        <w:br/>
        <w:t>v 0.786240 3.417109 -0.282450</w:t>
        <w:br/>
        <w:t>v 0.660661 3.416948 -0.289905</w:t>
        <w:br/>
        <w:t>v 0.908089 3.417418 -0.313766</w:t>
        <w:br/>
        <w:t>v 1.092692 3.418418 -0.481413</w:t>
        <w:br/>
        <w:t>v 1.013406 3.417918 -0.382335</w:t>
        <w:br/>
        <w:t>v 0.543680 3.417079 -0.335788</w:t>
        <w:br/>
        <w:t>v 1.137029 3.418628 -0.593678</w:t>
        <w:br/>
        <w:t>v 1.150697 3.418640 -0.712406</w:t>
        <w:br/>
        <w:t>v 1.135841 3.418646 -0.838915</w:t>
        <w:br/>
        <w:t>v 0.436017 3.418246 -0.431802</w:t>
        <w:br/>
        <w:t>v 0.364750 3.417154 -0.565826</w:t>
        <w:br/>
        <w:t>v 0.342304 3.417089 -0.712408</w:t>
        <w:br/>
        <w:t>v 0.342304 3.417089 -0.712408</w:t>
        <w:br/>
        <w:t>v 0.354325 3.418254 -0.826044</w:t>
        <w:br/>
        <w:t>v 0.391998 3.418078 -0.932010</w:t>
        <w:br/>
        <w:t>v 0.636790 3.369963 -1.167058</w:t>
        <w:br/>
        <w:t>v 0.773366 3.370262 -1.179691</w:t>
        <w:br/>
        <w:t>v 0.907164 3.370468 -1.150038</w:t>
        <w:br/>
        <w:t>v 1.024122 3.370588 -1.079667</w:t>
        <w:br/>
        <w:t>v 1.117995 3.370430 -0.967603</w:t>
        <w:br/>
        <w:t>v 0.480056 3.369737 -1.085151</w:t>
        <w:br/>
        <w:t>v 0.789370 3.368894 -0.248462</w:t>
        <w:br/>
        <w:t>v 0.653901 3.368719 -0.256504</w:t>
        <w:br/>
        <w:t>v 0.920814 3.369227 -0.282244</w:t>
        <w:br/>
        <w:t>v 1.119953 3.370306 -0.463092</w:t>
        <w:br/>
        <w:t>v 1.034423 3.369766 -0.356212</w:t>
        <w:br/>
        <w:t>v 0.527709 3.368862 -0.306000</w:t>
        <w:br/>
        <w:t>v 1.167781 3.370532 -0.584197</w:t>
        <w:br/>
        <w:t>v 1.182526 3.370545 -0.712406</w:t>
        <w:br/>
        <w:t>v 1.166500 3.370551 -0.848746</w:t>
        <w:br/>
        <w:t>v 0.411568 3.370120 -0.409575</w:t>
        <w:br/>
        <w:t>v 0.334688 3.368942 -0.554153</w:t>
        <w:br/>
        <w:t>v 0.310476 3.368871 -0.712408</w:t>
        <w:br/>
        <w:t>v 0.310476 3.368871 -0.712408</w:t>
        <w:br/>
        <w:t>v 0.323443 3.370129 -0.834861</w:t>
        <w:br/>
        <w:t>v 0.364082 3.369939 -0.949172</w:t>
        <w:br/>
        <w:t>v 0.636789 3.324034 -1.167058</w:t>
        <w:br/>
        <w:t>v 0.773366 3.324332 -1.179691</w:t>
        <w:br/>
        <w:t>v 0.907164 3.324538 -1.150038</w:t>
        <w:br/>
        <w:t>v 1.024122 3.324659 -1.079667</w:t>
        <w:br/>
        <w:t>v 1.117995 3.324501 -0.967603</w:t>
        <w:br/>
        <w:t>v 0.480056 3.323807 -1.085151</w:t>
        <w:br/>
        <w:t>v 0.789370 3.322965 -0.248462</w:t>
        <w:br/>
        <w:t>v 0.653901 3.322790 -0.256504</w:t>
        <w:br/>
        <w:t>v 0.920814 3.323297 -0.282244</w:t>
        <w:br/>
        <w:t>v 1.119953 3.324376 -0.463092</w:t>
        <w:br/>
        <w:t>v 1.034423 3.323837 -0.356212</w:t>
        <w:br/>
        <w:t>v 0.527709 3.322932 -0.306000</w:t>
        <w:br/>
        <w:t>v 1.167781 3.324602 -0.584197</w:t>
        <w:br/>
        <w:t>v 1.182526 3.324615 -0.712406</w:t>
        <w:br/>
        <w:t>v 1.166500 3.324622 -0.848746</w:t>
        <w:br/>
        <w:t>v 0.411568 3.324191 -0.409575</w:t>
        <w:br/>
        <w:t>v 0.334688 3.323013 -0.554153</w:t>
        <w:br/>
        <w:t>v 0.310476 3.322942 -0.712408</w:t>
        <w:br/>
        <w:t>v 0.310476 3.322942 -0.712408</w:t>
        <w:br/>
        <w:t>v 0.323443 3.324200 -0.834861</w:t>
        <w:br/>
        <w:t>v 0.364082 3.324009 -0.949172</w:t>
        <w:br/>
        <w:t>v 0.636789 3.324034 -1.167058</w:t>
        <w:br/>
        <w:t>v 0.647012 3.307922 -1.124849</w:t>
        <w:br/>
        <w:t>v 0.770863 3.308192 -1.136305</w:t>
        <w:br/>
        <w:t>v 0.773366 3.324332 -1.179691</w:t>
        <w:br/>
        <w:t>v 0.892193 3.308379 -1.109415</w:t>
        <w:br/>
        <w:t>v 0.907164 3.324538 -1.150038</w:t>
        <w:br/>
        <w:t>v 1.024122 3.324659 -1.079667</w:t>
        <w:br/>
        <w:t>v 0.998253 3.308488 -1.045601</w:t>
        <w:br/>
        <w:t>v 1.083380 3.308345 -0.943980</w:t>
        <w:br/>
        <w:t>v 1.117995 3.324501 -0.967603</w:t>
        <w:br/>
        <w:t>v 0.504883 3.307716 -1.050575</w:t>
        <w:br/>
        <w:t>v 0.480056 3.323807 -1.085151</w:t>
        <w:br/>
        <w:t>v 0.789370 3.322965 -0.248462</w:t>
        <w:br/>
        <w:t>v 0.785375 3.306952 -0.291847</w:t>
        <w:br/>
        <w:t>v 0.662529 3.306794 -0.299140</w:t>
        <w:br/>
        <w:t>v 0.653901 3.322790 -0.256504</w:t>
        <w:br/>
        <w:t>v 0.904572 3.307254 -0.322481</w:t>
        <w:br/>
        <w:t>v 0.920814 3.323297 -0.282244</w:t>
        <w:br/>
        <w:t>v 1.085155 3.308232 -0.486478</w:t>
        <w:br/>
        <w:t>v 1.007595 3.307743 -0.389557</w:t>
        <w:br/>
        <w:t>v 1.034423 3.323837 -0.356212</w:t>
        <w:br/>
        <w:t>v 1.119953 3.324376 -0.463092</w:t>
        <w:br/>
        <w:t>v 0.548096 3.306923 -0.344024</w:t>
        <w:br/>
        <w:t>v 0.527709 3.322932 -0.306000</w:t>
        <w:br/>
        <w:t>v 1.128527 3.308437 -0.596299</w:t>
        <w:br/>
        <w:t>v 1.167781 3.324602 -0.584197</w:t>
        <w:br/>
        <w:t>v 1.141898 3.308449 -0.712407</w:t>
        <w:br/>
        <w:t>v 1.182526 3.324615 -0.712406</w:t>
        <w:br/>
        <w:t>v 1.166500 3.324622 -0.848746</w:t>
        <w:br/>
        <w:t>v 1.127365 3.308455 -0.836198</w:t>
        <w:br/>
        <w:t>v 0.442777 3.308064 -0.437948</w:t>
        <w:br/>
        <w:t>v 0.411568 3.324191 -0.409575</w:t>
        <w:br/>
        <w:t>v 0.373061 3.306996 -0.569054</w:t>
        <w:br/>
        <w:t>v 0.334688 3.323013 -0.554153</w:t>
        <w:br/>
        <w:t>v 0.351104 3.306931 -0.712408</w:t>
        <w:br/>
        <w:t>v 0.310476 3.322942 -0.712408</w:t>
        <w:br/>
        <w:t>v 0.351104 3.306931 -0.712408</w:t>
        <w:br/>
        <w:t>v 0.362863 3.308072 -0.823606</w:t>
        <w:br/>
        <w:t>v 0.323443 3.324200 -0.834861</w:t>
        <w:br/>
        <w:t>v 0.310476 3.322942 -0.712408</w:t>
        <w:br/>
        <w:t>v 0.399716 3.307899 -0.927266</w:t>
        <w:br/>
        <w:t>v 0.364082 3.324009 -0.949172</w:t>
        <w:br/>
        <w:t>v 0.747955 3.714155 -0.712407</w:t>
        <w:br/>
        <w:t>v 0.770863 3.308192 -1.136305</w:t>
        <w:br/>
        <w:t>v 0.647012 3.307922 -1.124849</w:t>
        <w:br/>
        <w:t>v 0.892193 3.308379 -1.109415</w:t>
        <w:br/>
        <w:t>v 1.083380 3.308345 -0.943980</w:t>
        <w:br/>
        <w:t>v 0.998253 3.308488 -1.045601</w:t>
        <w:br/>
        <w:t>v 0.504883 3.307716 -1.050575</w:t>
        <w:br/>
        <w:t>v 0.747955 3.714155 -0.712407</w:t>
        <w:br/>
        <w:t>v 0.662529 3.306794 -0.299140</w:t>
        <w:br/>
        <w:t>v 0.785375 3.306952 -0.291847</w:t>
        <w:br/>
        <w:t>v 0.904572 3.307254 -0.322481</w:t>
        <w:br/>
        <w:t>v 1.007595 3.307743 -0.389557</w:t>
        <w:br/>
        <w:t>v 1.085155 3.308232 -0.486478</w:t>
        <w:br/>
        <w:t>v 0.548096 3.306923 -0.344024</w:t>
        <w:br/>
        <w:t>v 1.128527 3.308437 -0.596299</w:t>
        <w:br/>
        <w:t>v 1.141898 3.308449 -0.712407</w:t>
        <w:br/>
        <w:t>v 1.127365 3.308455 -0.836198</w:t>
        <w:br/>
        <w:t>v 0.442777 3.308064 -0.437948</w:t>
        <w:br/>
        <w:t>v 0.373061 3.306996 -0.569054</w:t>
        <w:br/>
        <w:t>v 0.351104 3.306931 -0.712408</w:t>
        <w:br/>
        <w:t>v 0.362863 3.308072 -0.823606</w:t>
        <w:br/>
        <w:t>v 0.399716 3.307899 -0.927266</w:t>
        <w:br/>
        <w:t>v 1.130989 4.342732 -0.071574</w:t>
        <w:br/>
        <w:t>v 0.935639 4.172387 -0.044332</w:t>
        <w:br/>
        <w:t>v 0.984474 4.194081 -0.122046</w:t>
        <w:br/>
        <w:t>v 0.413073 4.377301 -0.106056</w:t>
        <w:br/>
        <w:t>v 0.539355 4.190907 -0.112742</w:t>
        <w:br/>
        <w:t>v 0.454357 4.370725 -1.344872</w:t>
        <w:br/>
        <w:t>v 0.572631 4.225110 -1.376654</w:t>
        <w:br/>
        <w:t>v 0.538356 4.206978 -1.282421</w:t>
        <w:br/>
        <w:t>v 1.122565 4.377857 -1.345718</w:t>
        <w:br/>
        <w:t>v 0.987528 4.241035 -1.281871</w:t>
        <w:br/>
        <w:t>v 0.749987 3.762750 -0.717835</w:t>
        <w:br/>
        <w:t>v 0.749987 3.762750 -0.717835</w:t>
        <w:br/>
        <w:t>v 0.759239 4.424444 -1.453508</w:t>
        <w:br/>
        <w:t>v 0.870381 4.378378 -1.402909</w:t>
        <w:br/>
        <w:t>v 0.655403 4.394018 -1.414407</w:t>
        <w:br/>
        <w:t>v 0.934517 4.315497 -1.347370</w:t>
        <w:br/>
        <w:t>v 0.987528 4.241035 -1.281871</w:t>
        <w:br/>
        <w:t>v 0.538356 4.206978 -1.282421</w:t>
        <w:br/>
        <w:t>v 0.588482 4.323736 -1.367145</w:t>
        <w:br/>
        <w:t>v 0.859087 4.333247 -0.009791</w:t>
        <w:br/>
        <w:t>v 0.756589 4.361497 0.029821</w:t>
        <w:br/>
        <w:t>v 0.658936 4.337913 0.000863</w:t>
        <w:br/>
        <w:t>v 0.984474 4.194081 -0.122046</w:t>
        <w:br/>
        <w:t>v 0.933131 4.259666 -0.067201</w:t>
        <w:br/>
        <w:t>v 0.594648 4.273326 -0.055289</w:t>
        <w:br/>
        <w:t>v 0.539355 4.190907 -0.112742</w:t>
        <w:br/>
        <w:t>v 0.749987 3.762750 -0.717835</w:t>
        <w:br/>
        <w:t>v 0.472918 4.279024 -1.164229</w:t>
        <w:br/>
        <w:t>v 0.464662 4.288614 -1.228596</w:t>
        <w:br/>
        <w:t>v 2.301679 17.185802 -0.012078</w:t>
        <w:br/>
        <w:t>v 0.538356 4.206978 -1.282421</w:t>
        <w:br/>
        <w:t>v 0.572631 4.225110 -1.376654</w:t>
        <w:br/>
        <w:t>v 0.585772 10.096231 -2.047776</w:t>
        <w:br/>
        <w:t>v 0.636576 10.410643 -1.928000</w:t>
        <w:br/>
        <w:t>v 1.445351 10.542140 -1.553101</w:t>
        <w:br/>
        <w:t>v 0.522242 10.450621 -1.965707</w:t>
        <w:br/>
        <w:t>v 1.902444 11.225533 0.451224</w:t>
        <w:br/>
        <w:t>v 1.958900 11.135425 0.434627</w:t>
        <w:br/>
        <w:t>v -0.000017 13.788656 1.482197</w:t>
        <w:br/>
        <w:t>v -0.000017 13.764548 1.443138</w:t>
        <w:br/>
        <w:t>v 0.251074 18.674875 0.242412</w:t>
        <w:br/>
        <w:t>v 0.225345 18.622988 0.266266</w:t>
        <w:br/>
        <w:t>v 0.279364 18.704340 0.208808</w:t>
        <w:br/>
        <w:t>v 1.826451 4.832513 -0.978933</w:t>
        <w:br/>
        <w:t>v 1.842887 4.822238 -1.001979</w:t>
        <w:br/>
        <w:t>v 1.888291 4.872720 -0.922734</w:t>
        <w:br/>
        <w:t>v 1.928455 4.832502 -0.941486</w:t>
        <w:br/>
        <w:t>v 1.721891 4.700648 -1.133865</w:t>
        <w:br/>
        <w:t>v 1.720224 4.634777 -1.115114</w:t>
        <w:br/>
        <w:t>v 1.916978 4.760005 -0.933541</w:t>
        <w:br/>
        <w:t>v 2.095631 4.952378 -0.712403</w:t>
        <w:br/>
        <w:t>v 2.053289 4.994925 -0.712403</w:t>
        <w:br/>
        <w:t>v 1.693853 4.746300 -1.099435</w:t>
        <w:br/>
        <w:t>v 1.722596 4.745748 -1.110605</w:t>
        <w:br/>
        <w:t>v 0.941548 4.237763 -1.374961</w:t>
        <w:br/>
        <w:t>v 0.575231 4.175498 -0.043796</w:t>
        <w:br/>
        <w:t>v 1.130989 4.342732 -0.071574</w:t>
        <w:br/>
        <w:t>v 0.634386 4.026953 -0.041965</w:t>
        <w:br/>
        <w:t>v 0.757620 4.373773 -1.503655</w:t>
        <w:br/>
        <w:t>v 1.506972 16.895599 -0.430843</w:t>
        <w:br/>
        <w:t>v 1.481084 16.826515 -0.257932</w:t>
        <w:br/>
        <w:t>v 1.570761 16.761635 -0.257975</w:t>
        <w:br/>
        <w:t>v 1.614845 16.799776 -0.091007</w:t>
        <w:br/>
        <w:t>v 1.753984 16.675735 -0.097450</w:t>
        <w:br/>
        <w:t>v 1.736769 16.639317 -0.257983</w:t>
        <w:br/>
        <w:t>v 1.588399 16.770786 -0.257961</w:t>
        <w:br/>
        <w:t>v 1.510548 16.892756 -0.086177</w:t>
        <w:br/>
        <w:t>v 1.570761 16.761635 -0.257975</w:t>
        <w:br/>
        <w:t>v 1.481084 16.826515 -0.257932</w:t>
        <w:br/>
        <w:t>v 1.570761 16.761635 -0.257975</w:t>
        <w:br/>
        <w:t>v 1.588399 16.770786 -0.257961</w:t>
        <w:br/>
        <w:t>v 1.614384 16.799273 -0.425918</w:t>
        <w:br/>
        <w:t>v 1.481084 16.826515 -0.257932</w:t>
        <w:br/>
        <w:t>v 1.506972 16.895599 -0.430843</w:t>
        <w:br/>
        <w:t>v 1.487570 16.860130 -0.257945</w:t>
        <w:br/>
        <w:t>v 1.481084 16.826515 -0.257932</w:t>
        <w:br/>
        <w:t>v 1.487570 16.860130 -0.257945</w:t>
        <w:br/>
        <w:t>v 1.510548 16.892756 -0.086177</w:t>
        <w:br/>
        <w:t>v 1.570761 16.761635 -0.257975</w:t>
        <w:br/>
        <w:t>v 1.614845 16.799776 -0.091007</w:t>
        <w:br/>
        <w:t>v 1.588399 16.770786 -0.257961</w:t>
        <w:br/>
        <w:t>v 1.415122 16.799528 -0.257951</w:t>
        <w:br/>
        <w:t>v 7.317970 13.780882 -0.074937</w:t>
        <w:br/>
        <w:t>v 7.319082 13.780954 -0.058338</w:t>
        <w:br/>
        <w:t>v 7.351199 13.852297 -0.081184</w:t>
        <w:br/>
        <w:t>v 7.344687 13.836845 -0.102542</w:t>
        <w:br/>
        <w:t>v 7.347946 13.867482 -0.231228</w:t>
        <w:br/>
        <w:t>v 7.308474 13.801143 -0.263036</w:t>
        <w:br/>
        <w:t>v 7.306724 13.798018 -0.246184</w:t>
        <w:br/>
        <w:t>v 7.335101 13.852557 -0.212078</w:t>
        <w:br/>
        <w:t>v 7.264290 13.735779 -0.233650</w:t>
        <w:br/>
        <w:t>v 7.265093 13.738493 -0.217502</w:t>
        <w:br/>
        <w:t>v 7.233385 13.709962 -0.163775</w:t>
        <w:br/>
        <w:t>v 7.247769 13.715961 -0.166410</w:t>
        <w:br/>
        <w:t>v 7.277309 13.724931 -0.099537</w:t>
        <w:br/>
        <w:t>v 7.270763 13.717020 -0.092045</w:t>
        <w:br/>
        <w:t>v 7.319082 13.780954 -0.058338</w:t>
        <w:br/>
        <w:t>v 7.317970 13.780882 -0.074937</w:t>
        <w:br/>
        <w:t>v 7.247769 13.715961 -0.166410</w:t>
        <w:br/>
        <w:t>v 7.356718 13.904614 -0.147189</w:t>
        <w:br/>
        <w:t>v 7.349741 13.870384 -0.154640</w:t>
        <w:br/>
        <w:t>v 7.127486 13.969774 -0.059341</w:t>
        <w:br/>
        <w:t>v 7.111641 13.881377 -0.039486</w:t>
        <w:br/>
        <w:t>v 7.127512 14.018847 -0.127634</w:t>
        <w:br/>
        <w:t>v 7.112083 14.000398 -0.196821</w:t>
        <w:br/>
        <w:t>v 7.077590 13.928579 -0.233650</w:t>
        <w:br/>
        <w:t>v 7.075222 13.815816 -0.207162</w:t>
        <w:br/>
        <w:t>v 7.077590 13.928579 -0.233650</w:t>
        <w:br/>
        <w:t>v 7.077400 13.779242 -0.132819</w:t>
        <w:br/>
        <w:t>v 7.091975 13.795961 -0.062505</w:t>
        <w:br/>
        <w:t>v 7.111641 13.881377 -0.039486</w:t>
        <w:br/>
        <w:t>v 7.317970 13.780882 -0.074937</w:t>
        <w:br/>
        <w:t>v -0.000014 17.727448 0.439467</w:t>
        <w:br/>
        <w:t>v 7.351199 13.852297 -0.081184</w:t>
        <w:br/>
        <w:t>v 7.356718 13.904614 -0.147189</w:t>
        <w:br/>
        <w:t>v 7.347946 13.867482 -0.231228</w:t>
        <w:br/>
        <w:t>v 7.308474 13.801143 -0.263036</w:t>
        <w:br/>
        <w:t>v 7.264290 13.735779 -0.233650</w:t>
        <w:br/>
        <w:t>v 7.319082 13.780954 -0.058338</w:t>
        <w:br/>
        <w:t>v 7.270763 13.717020 -0.092045</w:t>
        <w:br/>
        <w:t>v 7.319082 13.780954 -0.058338</w:t>
        <w:br/>
        <w:t>v 0.402008 12.371617 1.292165</w:t>
        <w:br/>
        <w:t>v 1.806719 9.651914 -1.712139</w:t>
        <w:br/>
        <w:t>v 1.835021 9.716183 -1.666518</w:t>
        <w:br/>
        <w:t>v 1.118781 9.339706 -2.094240</w:t>
        <w:br/>
        <w:t>v 0.512894 12.962100 1.332331</w:t>
        <w:br/>
        <w:t>v 0.400198 12.960962 1.375187</w:t>
        <w:br/>
        <w:t>v 1.024653 16.882175 0.852697</w:t>
        <w:br/>
        <w:t>v 1.065346 16.382215 1.482630</w:t>
        <w:br/>
        <w:t>v 1.286248 16.219475 0.941400</w:t>
        <w:br/>
        <w:t>v 1.274755 16.231806 1.072323</w:t>
        <w:br/>
        <w:t>v 1.070986 16.019030 1.487980</w:t>
        <w:br/>
        <w:t>v 0.987133 16.021103 1.575283</w:t>
        <w:br/>
        <w:t>v 1.202065 16.016228 1.294082</w:t>
        <w:br/>
        <w:t>v 1.149613 16.015535 1.395293</w:t>
        <w:br/>
        <w:t>v 1.234071 16.019817 1.183674</w:t>
        <w:br/>
        <w:t>v 0.619823 16.057171 1.714273</w:t>
        <w:br/>
        <w:t>v 0.756377 16.030857 1.674561</w:t>
        <w:br/>
        <w:t>v 0.495551 16.053619 1.696993</w:t>
        <w:br/>
        <w:t>v -0.000016 16.080082 1.649550</w:t>
        <w:br/>
        <w:t>v 0.181777 16.069984 1.668307</w:t>
        <w:br/>
        <w:t>v 1.010454 15.634166 1.015269</w:t>
        <w:br/>
        <w:t>v 1.038450 15.626638 0.914022</w:t>
        <w:br/>
        <w:t>v 0.941445 15.547113 0.942342</w:t>
        <w:br/>
        <w:t>v 1.276503 16.120329 0.951576</w:t>
        <w:br/>
        <w:t>v 1.270242 16.126930 1.080560</w:t>
        <w:br/>
        <w:t>v 1.098865 15.729742 0.796068</w:t>
        <w:br/>
        <w:t>v 0.458988 15.657832 -0.478978</w:t>
        <w:br/>
        <w:t>v 0.210263 15.716261 -0.506187</w:t>
        <w:br/>
        <w:t>v -0.000014 15.762531 -0.499561</w:t>
        <w:br/>
        <w:t>v 1.213855 16.003975 0.653278</w:t>
        <w:br/>
        <w:t>v 1.238443 16.016068 0.803127</w:t>
        <w:br/>
        <w:t>v 1.251886 16.023232 0.954839</w:t>
        <w:br/>
        <w:t>v 1.248332 16.023895 1.080305</w:t>
        <w:br/>
        <w:t>v 1.166789 15.842525 0.947824</w:t>
        <w:br/>
        <w:t>v 1.158371 15.834993 1.062747</w:t>
        <w:br/>
        <w:t>v 1.210310 15.925965 1.073768</w:t>
        <w:br/>
        <w:t>v 1.214689 15.930343 0.953492</w:t>
        <w:br/>
        <w:t>v 1.094625 15.734179 0.933981</w:t>
        <w:br/>
        <w:t>v 1.082737 15.735010 1.042421</w:t>
        <w:br/>
        <w:t>v 1.036368 16.491541 1.435116</w:t>
        <w:br/>
        <w:t>v 0.864394 15.641275 1.285087</w:t>
        <w:br/>
        <w:t>v 0.913859 15.642408 1.221731</w:t>
        <w:br/>
        <w:t>v 0.808781 15.641402 1.343130</w:t>
        <w:br/>
        <w:t>v 1.165779 16.615879 0.818398</w:t>
        <w:br/>
        <w:t>v 0.915867 15.538178 0.928519</w:t>
        <w:br/>
        <w:t>v 0.794839 16.648699 1.488645</w:t>
        <w:br/>
        <w:t>v 0.888095 16.137859 1.659649</w:t>
        <w:br/>
        <w:t>v 0.880057 16.257765 1.655626</w:t>
        <w:br/>
        <w:t>v 0.882853 16.018707 1.636566</w:t>
        <w:br/>
        <w:t>v 0.866465 15.905979 1.599765</w:t>
        <w:br/>
        <w:t>v 0.832564 15.804379 1.544283</w:t>
        <w:br/>
        <w:t>v 0.783599 15.707858 1.474020</w:t>
        <w:br/>
        <w:t>v 0.710413 15.653732 1.384276</w:t>
        <w:br/>
        <w:t>v 0.326956 16.432209 1.626036</w:t>
        <w:br/>
        <w:t>v 0.186755 16.398479 1.622859</w:t>
        <w:br/>
        <w:t>v 1.160649 16.656637 0.965225</w:t>
        <w:br/>
        <w:t>v 0.861207 15.556344 1.024548</w:t>
        <w:br/>
        <w:t>v 0.427031 15.698905 1.476480</w:t>
        <w:br/>
        <w:t>v 0.405842 15.650261 1.415195</w:t>
        <w:br/>
        <w:t>v 0.405620 15.641290 1.379165</w:t>
        <w:br/>
        <w:t>v 0.306842 16.662327 1.404498</w:t>
        <w:br/>
        <w:t>v 0.363018 15.952776 1.660317</w:t>
        <w:br/>
        <w:t>v 0.363570 16.059883 1.687063</w:t>
        <w:br/>
        <w:t>v 0.354519 15.854577 1.610555</w:t>
        <w:br/>
        <w:t>v 0.338232 15.765894 1.543938</w:t>
        <w:br/>
        <w:t>v 0.331473 15.715530 1.489039</w:t>
        <w:br/>
        <w:t>v 0.324713 15.665166 1.434140</w:t>
        <w:br/>
        <w:t>v 0.325006 15.655426 1.390241</w:t>
        <w:br/>
        <w:t>v 0.776406 16.126789 1.696513</w:t>
        <w:br/>
        <w:t>v 0.719960 16.091080 1.705171</w:t>
        <w:br/>
        <w:t>v 0.814982 16.166622 1.687344</w:t>
        <w:br/>
        <w:t>v 0.852278 16.252014 1.671646</w:t>
        <w:br/>
        <w:t>v 0.875215 16.354136 1.644792</w:t>
        <w:br/>
        <w:t>v 0.468426 16.583939 1.553221</w:t>
        <w:br/>
        <w:t>v 0.462301 16.704872 1.481889</w:t>
        <w:br/>
        <w:t>v -0.000016 16.634033 1.415429</w:t>
        <w:br/>
        <w:t>v -0.000016 16.619595 1.386820</w:t>
        <w:br/>
        <w:t>v -0.000016 16.543774 1.482910</w:t>
        <w:br/>
        <w:t>v -0.000016 16.634033 1.415429</w:t>
        <w:br/>
        <w:t>v -0.000016 16.353222 1.616775</w:t>
        <w:br/>
        <w:t>v 0.155465 13.840372 1.445980</w:t>
        <w:br/>
        <w:t>v 0.160218 13.845648 1.421874</w:t>
        <w:br/>
        <w:t>v 0.160218 13.845648 1.421874</w:t>
        <w:br/>
        <w:t>v 0.942972 16.400471 1.590654</w:t>
        <w:br/>
        <w:t>v 1.147170 16.679670 0.985468</w:t>
        <w:br/>
        <w:t>v 1.130349 16.713634 0.991590</w:t>
        <w:br/>
        <w:t>v 1.106061 16.769363 0.971353</w:t>
        <w:br/>
        <w:t>v 3.071077 16.638803 -0.557310</w:t>
        <w:br/>
        <w:t>v 2.775189 16.904770 -0.414249</w:t>
        <w:br/>
        <w:t>v 3.117711 16.703316 -0.449646</w:t>
        <w:br/>
        <w:t>v 3.137352 16.729486 -0.334936</w:t>
        <w:br/>
        <w:t>v 2.998549 16.813465 -0.265398</w:t>
        <w:br/>
        <w:t>v 3.133070 16.734739 -0.212388</w:t>
        <w:br/>
        <w:t>v 3.114837 16.707952 -0.086008</w:t>
        <w:br/>
        <w:t>v 3.070695 16.643106 0.019399</w:t>
        <w:br/>
        <w:t>v 2.874205 16.354448 0.164915</w:t>
        <w:br/>
        <w:t>v 2.801727 16.247972 0.127972</w:t>
        <w:br/>
        <w:t>v 2.741744 16.159853 0.050562</w:t>
        <w:br/>
        <w:t>v 2.694158 16.089949 -0.055026</w:t>
        <w:br/>
        <w:t>v 2.664768 16.046772 -0.180411</w:t>
        <w:br/>
        <w:t>v 2.662200 16.043001 -0.318126</w:t>
        <w:br/>
        <w:t>v 2.662200 16.043001 -0.318126</w:t>
        <w:br/>
        <w:t>v 2.682531 16.072866 -0.451916</w:t>
        <w:br/>
        <w:t>v 2.718574 16.125816 -0.572015</w:t>
        <w:br/>
        <w:t>v 2.779757 16.215698 -0.663267</w:t>
        <w:br/>
        <w:t>v 2.853748 16.324394 -0.701061</w:t>
        <w:br/>
        <w:t>v 2.905867 16.400963 -0.707863</w:t>
        <w:br/>
        <w:t>v 3.305799 15.929792 -0.707707</w:t>
        <w:br/>
        <w:t>v 1.943508 16.765673 -0.597259</w:t>
        <w:br/>
        <w:t>v 1.894838 16.694447 -0.514221</w:t>
        <w:br/>
        <w:t>v 2.001269 16.846699 -0.655256</w:t>
        <w:br/>
        <w:t>v 2.080610 16.933590 -0.668893</w:t>
        <w:br/>
        <w:t>v 2.169046 17.033003 -0.640319</w:t>
        <w:br/>
        <w:t>v 2.239330 17.116766 -0.593526</w:t>
        <w:br/>
        <w:t>v 2.235659 17.118183 0.078216</w:t>
        <w:br/>
        <w:t>v 2.157054 17.026096 0.132141</w:t>
        <w:br/>
        <w:t>v 2.079057 16.926828 0.161101</w:t>
        <w:br/>
        <w:t>v 1.995201 16.821108 0.158373</w:t>
        <w:br/>
        <w:t>v 1.929685 16.723091 0.102147</w:t>
        <w:br/>
        <w:t>v 1.897585 16.650749 0.033799</w:t>
        <w:br/>
        <w:t>v 1.849565 16.600405 -0.115076</w:t>
        <w:br/>
        <w:t>v 1.835846 16.595530 -0.267731</w:t>
        <w:br/>
        <w:t>v 1.835846 16.595530 -0.267731</w:t>
        <w:br/>
        <w:t>v 1.856017 16.635117 -0.418800</w:t>
        <w:br/>
        <w:t>v 1.149253 16.636456 0.924605</w:t>
        <w:br/>
        <w:t>v 1.136563 16.644833 0.956154</w:t>
        <w:br/>
        <w:t>v 1.123087 16.666512 0.974787</w:t>
        <w:br/>
        <w:t>v 5.710141 14.721370 0.065036</w:t>
        <w:br/>
        <w:t>v 5.714487 14.748106 -0.443040</w:t>
        <w:br/>
        <w:t>v 5.734986 14.845863 -0.448969</w:t>
        <w:br/>
        <w:t>v 5.742569 15.207688 -0.381345</w:t>
        <w:br/>
        <w:t>v 5.712729 15.464509 -0.188984</w:t>
        <w:br/>
        <w:t>v 5.732877 15.384182 -0.296059</w:t>
        <w:br/>
        <w:t>v 5.771454 15.310228 -0.242326</w:t>
        <w:br/>
        <w:t>v 5.755610 15.365251 -0.183170</w:t>
        <w:br/>
        <w:t>v 5.695411 15.455473 -0.190438</w:t>
        <w:br/>
        <w:t>v 5.765511 15.323216 -0.131581</w:t>
        <w:br/>
        <w:t>v 5.780285 15.262724 -0.084509</w:t>
        <w:br/>
        <w:t>v 5.754204 15.244964 0.011240</w:t>
        <w:br/>
        <w:t>v 5.735234 15.380237 -0.077631</w:t>
        <w:br/>
        <w:t>v 5.802382 15.141266 -0.022440</w:t>
        <w:br/>
        <w:t>v 5.658811 14.552755 -0.295599</w:t>
        <w:br/>
        <w:t>v 5.648838 14.538901 -0.183112</w:t>
        <w:br/>
        <w:t>v 5.725843 14.481126 -0.168136</w:t>
        <w:br/>
        <w:t>v 5.740938 14.499864 -0.288245</w:t>
        <w:br/>
        <w:t>v 5.693793 14.620336 -0.405415</w:t>
        <w:br/>
        <w:t>v 5.768802 14.547175 -0.377949</w:t>
        <w:br/>
        <w:t>v 5.728445 14.740575 -0.450826</w:t>
        <w:br/>
        <w:t>v 5.809768 14.697074 -0.415881</w:t>
        <w:br/>
        <w:t>v 5.821988 14.811426 -0.405061</w:t>
        <w:br/>
        <w:t>v 5.813692 15.084739 -0.341080</w:t>
        <w:br/>
        <w:t>v 5.791520 15.200617 -0.298280</w:t>
        <w:br/>
        <w:t>v 5.756064 15.211945 -0.388458</w:t>
        <w:br/>
        <w:t>v 5.741478 15.357214 -0.185125</w:t>
        <w:br/>
        <w:t>v 5.717796 15.378082 -0.292833</w:t>
        <w:br/>
        <w:t>v 5.752586 14.840626 -0.456085</w:t>
        <w:br/>
        <w:t>v 5.756399 15.022939 -0.441344</w:t>
        <w:br/>
        <w:t>v 5.745202 15.021015 -0.430442</w:t>
        <w:br/>
        <w:t>v 5.734986 14.845863 -0.448969</w:t>
        <w:br/>
        <w:t>v 5.710141 14.721370 0.065036</w:t>
        <w:br/>
        <w:t>v 5.683662 14.644122 0.025915</w:t>
        <w:br/>
        <w:t>v 5.758671 14.547597 0.026698</w:t>
        <w:br/>
        <w:t>v 5.809643 14.661660 0.075735</w:t>
        <w:br/>
        <w:t>v 5.811330 14.665263 0.060035</w:t>
        <w:br/>
        <w:t>v 5.767055 14.554994 0.016010</w:t>
        <w:br/>
        <w:t>v 5.739932 15.038978 0.072616</w:t>
        <w:br/>
        <w:t>v 5.765601 15.029881 0.084965</w:t>
        <w:br/>
        <w:t>v 5.735794 14.859806 0.086752</w:t>
        <w:br/>
        <w:t>v 5.831058 14.805720 0.064170</w:t>
        <w:br/>
        <w:t>v 5.823982 14.974363 0.022274</w:t>
        <w:br/>
        <w:t>v 5.814451 14.971570 0.009082</w:t>
        <w:br/>
        <w:t>v 5.826426 14.805184 0.048819</w:t>
        <w:br/>
        <w:t>v 5.673285 14.607218 -0.072678</w:t>
        <w:br/>
        <w:t>v 5.656411 14.561879 -0.070840</w:t>
        <w:br/>
        <w:t>v 5.648838 14.538901 -0.183112</w:t>
        <w:br/>
        <w:t>v 5.663144 14.585542 -0.180442</w:t>
        <w:br/>
        <w:t>v 5.738367 14.491808 -0.168495</w:t>
        <w:br/>
        <w:t>v 5.725843 14.481126 -0.168136</w:t>
        <w:br/>
        <w:t>v 5.732409 14.497587 -0.059873</w:t>
        <w:br/>
        <w:t>v 5.744836 14.507426 -0.064265</w:t>
        <w:br/>
        <w:t>v 5.755610 15.365251 -0.183170</w:t>
        <w:br/>
        <w:t>v 5.771454 15.310228 -0.242326</w:t>
        <w:br/>
        <w:t>v 5.756374 15.304130 -0.239100</w:t>
        <w:br/>
        <w:t>v 5.741478 15.357214 -0.185125</w:t>
        <w:br/>
        <w:t>v 5.717796 15.378082 -0.292833</w:t>
        <w:br/>
        <w:t>v 5.732877 15.384182 -0.296059</w:t>
        <w:br/>
        <w:t>v 5.712729 15.464509 -0.188984</w:t>
        <w:br/>
        <w:t>v 5.695411 15.455473 -0.190438</w:t>
        <w:br/>
        <w:t>v 5.709763 15.375395 -0.079189</w:t>
        <w:br/>
        <w:t>v 5.735234 15.380237 -0.077631</w:t>
        <w:br/>
        <w:t>v 5.754204 15.244964 0.011240</w:t>
        <w:br/>
        <w:t>v 5.732927 15.245720 0.012332</w:t>
        <w:br/>
        <w:t>v 5.767105 15.256218 -0.091797</w:t>
        <w:br/>
        <w:t>v 5.780285 15.262724 -0.084509</w:t>
        <w:br/>
        <w:t>v 5.765511 15.323216 -0.131581</w:t>
        <w:br/>
        <w:t>v 5.751023 15.316473 -0.132573</w:t>
        <w:br/>
        <w:t>v 5.802382 15.141266 -0.022440</w:t>
        <w:br/>
        <w:t>v 5.791071 15.136234 -0.033300</w:t>
        <w:br/>
        <w:t>v 5.710141 14.721370 0.065036</w:t>
        <w:br/>
        <w:t>v 5.683662 14.644122 0.025915</w:t>
        <w:br/>
        <w:t>v 5.752566 14.510539 -0.283967</w:t>
        <w:br/>
        <w:t>v 5.740938 14.499864 -0.288245</w:t>
        <w:br/>
        <w:t>v 5.725843 14.481126 -0.168136</w:t>
        <w:br/>
        <w:t>v 5.738367 14.491808 -0.168495</w:t>
        <w:br/>
        <w:t>v 5.648838 14.538901 -0.183112</w:t>
        <w:br/>
        <w:t>v 5.658811 14.552755 -0.295599</w:t>
        <w:br/>
        <w:t>v 5.675003 14.594699 -0.287469</w:t>
        <w:br/>
        <w:t>v 5.663144 14.585542 -0.180442</w:t>
        <w:br/>
        <w:t>v 5.768802 14.547175 -0.377949</w:t>
        <w:br/>
        <w:t>v 5.773653 14.555194 -0.366711</w:t>
        <w:br/>
        <w:t>v 5.693793 14.620336 -0.405415</w:t>
        <w:br/>
        <w:t>v 5.698644 14.628356 -0.394176</w:t>
        <w:br/>
        <w:t>v 5.805623 14.700273 -0.400616</w:t>
        <w:br/>
        <w:t>v 5.809768 14.697074 -0.415881</w:t>
        <w:br/>
        <w:t>v 5.728445 14.740575 -0.450826</w:t>
        <w:br/>
        <w:t>v 5.714487 14.748106 -0.443040</w:t>
        <w:br/>
        <w:t>v 5.814634 14.811753 -0.390208</w:t>
        <w:br/>
        <w:t>v 5.821988 14.811426 -0.405061</w:t>
        <w:br/>
        <w:t>v 5.714487 14.748106 -0.443040</w:t>
        <w:br/>
        <w:t>v 5.813692 15.084739 -0.341080</w:t>
        <w:br/>
        <w:t>v 5.818981 14.965090 -0.371477</w:t>
        <w:br/>
        <w:t>v 5.808815 14.962380 -0.359495</w:t>
        <w:br/>
        <w:t>v 5.800381 15.079636 -0.332668</w:t>
        <w:br/>
        <w:t>v 5.776067 15.194269 -0.291701</w:t>
        <w:br/>
        <w:t>v 5.791520 15.200617 -0.298280</w:t>
        <w:br/>
        <w:t>v 5.756064 15.211945 -0.388458</w:t>
        <w:br/>
        <w:t>v 5.742569 15.207688 -0.381345</w:t>
        <w:br/>
        <w:t>v 5.695411 15.455473 -0.190438</w:t>
        <w:br/>
        <w:t>v 5.712729 15.464509 -0.188984</w:t>
        <w:br/>
        <w:t>v 1.721981 11.313314 0.799720</w:t>
        <w:br/>
        <w:t>v 1.863560 11.220642 0.592283</w:t>
        <w:br/>
        <w:t>v 1.997058 11.240749 0.026232</w:t>
        <w:br/>
        <w:t>v 0.939897 12.244831 -1.103774</w:t>
        <w:br/>
        <w:t>v 0.915055 12.241137 -1.115325</w:t>
        <w:br/>
        <w:t>v 1.412201 4.523376 -0.163750</w:t>
        <w:br/>
        <w:t>v 0.202359 8.485616 0.341236</w:t>
        <w:br/>
        <w:t>v 0.202788 7.846684 0.258008</w:t>
        <w:br/>
        <w:t>v 0.144316 7.846685 -0.115330</w:t>
        <w:br/>
        <w:t>v 0.146654 8.485618 -0.022034</w:t>
        <w:br/>
        <w:t>v 1.036959 7.846684 0.646559</w:t>
        <w:br/>
        <w:t>v 1.050882 8.485616 0.698985</w:t>
        <w:br/>
        <w:t>v 1.349442 8.488002 0.592306</w:t>
        <w:br/>
        <w:t>v 1.330224 7.846684 0.558771</w:t>
        <w:br/>
        <w:t>v 0.154675 7.846686 -0.477526</w:t>
        <w:br/>
        <w:t>v 0.155796 8.485902 -0.383963</w:t>
        <w:br/>
        <w:t>v 0.366299 7.847397 -1.009917</w:t>
        <w:br/>
        <w:t>v 0.390493 8.485422 -0.871940</w:t>
        <w:br/>
        <w:t>v 0.240782 8.485662 -0.641687</w:t>
        <w:br/>
        <w:t>v 0.224157 7.847055 -0.757872</w:t>
        <w:br/>
        <w:t>v 0.659518 9.111266 0.827999</w:t>
        <w:br/>
        <w:t>v 0.666360 9.717021 0.953288</w:t>
        <w:br/>
        <w:t>v 1.033422 9.718481 0.941957</w:t>
        <w:br/>
        <w:t>v 1.020171 9.109298 0.808492</w:t>
        <w:br/>
        <w:t>v 0.104736 9.727995 0.133426</w:t>
        <w:br/>
        <w:t>v 0.131174 9.125434 0.061311</w:t>
        <w:br/>
        <w:t>v 0.163226 9.129735 -0.307443</w:t>
        <w:br/>
        <w:t>v 0.148941 9.733848 -0.244704</w:t>
        <w:br/>
        <w:t>v 0.400978 9.133757 -0.784038</w:t>
        <w:br/>
        <w:t>v 0.406806 9.741919 -0.727814</w:t>
        <w:br/>
        <w:t>v 0.249198 9.738022 -0.500911</w:t>
        <w:br/>
        <w:t>v 0.251457 9.132157 -0.559695</w:t>
        <w:br/>
        <w:t>v 1.372564 9.108226 0.672794</w:t>
        <w:br/>
        <w:t>v 1.064708 9.109067 0.798985</w:t>
        <w:br/>
        <w:t>v 1.078369 9.718724 0.934632</w:t>
        <w:br/>
        <w:t>v 1.406551 9.721095 0.787111</w:t>
        <w:br/>
        <w:t>v 0.145428 9.722286 0.518394</w:t>
        <w:br/>
        <w:t>v 0.162669 9.119447 0.433103</w:t>
        <w:br/>
        <w:t>v 0.672730 10.269157 1.059977</w:t>
        <w:br/>
        <w:t>v 0.679148 10.809459 1.154110</w:t>
        <w:br/>
        <w:t>v 1.057713 10.823676 1.142530</w:t>
        <w:br/>
        <w:t>v 1.045835 10.287461 1.058644</w:t>
        <w:br/>
        <w:t>v 1.429052 10.307296 0.894355</w:t>
        <w:br/>
        <w:t>v 1.091136 10.289710 1.054548</w:t>
        <w:br/>
        <w:t>v 1.102921 10.825412 1.137321</w:t>
        <w:br/>
        <w:t>v 1.449042 10.837971 0.978425</w:t>
        <w:br/>
        <w:t>v 1.855982 10.869452 0.386677</w:t>
        <w:br/>
        <w:t>v 1.879001 10.879430 0.218906</w:t>
        <w:br/>
        <w:t>v 1.872879 10.333234 0.235534</w:t>
        <w:br/>
        <w:t>v 1.855950 10.331982 0.302243</w:t>
        <w:br/>
        <w:t>v 1.838547 10.869060 -0.202777</w:t>
        <w:br/>
        <w:t>v 1.784232 10.861156 -0.388409</w:t>
        <w:br/>
        <w:t>v 1.806934 10.334203 -0.427476</w:t>
        <w:br/>
        <w:t>v 1.833953 10.334866 -0.323071</w:t>
        <w:br/>
        <w:t>v 0.244038 10.724275 -0.418557</w:t>
        <w:br/>
        <w:t>v 0.239986 10.257535 -0.454000</w:t>
        <w:br/>
        <w:t>v 0.395758 10.266653 -0.687672</w:t>
        <w:br/>
        <w:t>v 0.399601 10.732224 -0.656250</w:t>
        <w:br/>
        <w:t>v 0.102577 10.724233 0.609915</w:t>
        <w:br/>
        <w:t>v 0.118836 10.245086 0.572729</w:t>
        <w:br/>
        <w:t>v 0.085851 10.245946 0.181958</w:t>
        <w:br/>
        <w:t>v 0.081222 10.710254 0.211345</w:t>
        <w:br/>
        <w:t>v 0.140020 10.250972 -0.191883</w:t>
        <w:br/>
        <w:t>v 0.143733 10.718683 -0.152902</w:t>
        <w:br/>
        <w:t>v 1.604958 10.326132 -0.716514</w:t>
        <w:br/>
        <w:t>v 1.588115 10.836740 -0.675720</w:t>
        <w:br/>
        <w:t>v 0.185717 7.514637 0.213490</w:t>
        <w:br/>
        <w:t>v 0.168647 7.182589 0.168971</w:t>
        <w:br/>
        <w:t>v 0.081549 7.177495 -0.234519</w:t>
        <w:br/>
        <w:t>v 0.112933 7.512089 -0.174925</w:t>
        <w:br/>
        <w:t>v 1.327078 7.169070 0.540215</w:t>
        <w:br/>
        <w:t>v 1.022187 7.175908 0.602430</w:t>
        <w:br/>
        <w:t>v 1.029569 7.511021 0.624623</w:t>
        <w:br/>
        <w:t>v 1.328367 7.507576 0.550067</w:t>
        <w:br/>
        <w:t>v 0.098888 7.173467 -0.657440</w:t>
        <w:br/>
        <w:t>v 0.126781 7.510077 -0.567483</w:t>
        <w:br/>
        <w:t>v 2.069173 7.140719 -0.781831</w:t>
        <w:br/>
        <w:t>v 2.098496 7.148664 -0.367297</w:t>
        <w:br/>
        <w:t>v 2.042680 7.497622 -0.337788</w:t>
        <w:br/>
        <w:t>v 2.007544 7.498085 -0.727908</w:t>
        <w:br/>
        <w:t>v 0.115238 6.712518 0.133184</w:t>
        <w:br/>
        <w:t>v 0.088533 6.477483 0.115291</w:t>
        <w:br/>
        <w:t>v -0.016693 6.477483 -0.347834</w:t>
        <w:br/>
        <w:t>v 0.016054 6.710820 -0.310062</w:t>
        <w:br/>
        <w:t>v 1.006754 6.477481 0.596381</w:t>
        <w:br/>
        <w:t>v 1.011903 6.710463 0.598395</w:t>
        <w:br/>
        <w:t>v 1.326996 6.708238 0.543171</w:t>
        <w:br/>
        <w:t>v 1.327438 6.477481 0.542548</w:t>
        <w:br/>
        <w:t>v -0.027827 6.477483 -0.772232</w:t>
        <w:br/>
        <w:t>v 0.014411 6.709477 -0.733968</w:t>
        <w:br/>
        <w:t>v 0.258874 6.481272 -1.568606</w:t>
        <w:br/>
        <w:t>v 0.281546 6.716384 -1.465509</w:t>
        <w:br/>
        <w:t>v 0.086750 6.710635 -1.127097</w:t>
        <w:br/>
        <w:t>v 0.032856 6.477320 -1.208620</w:t>
        <w:br/>
        <w:t>v 1.239545 6.481209 -1.850587</w:t>
        <w:br/>
        <w:t>v 1.551590 6.479278 -1.729383</w:t>
        <w:br/>
        <w:t>v 1.530931 6.705380 -1.637983</w:t>
        <w:br/>
        <w:t>v 1.228716 6.708720 -1.747073</w:t>
        <w:br/>
        <w:t>v 2.183449 6.701439 -0.424576</w:t>
        <w:br/>
        <w:t>v 2.144066 6.701973 -0.821397</w:t>
        <w:br/>
        <w:t>v 2.179896 6.474549 -0.851045</w:t>
        <w:br/>
        <w:t>v 2.226165 6.477483 -0.463440</w:t>
        <w:br/>
        <w:t>v 2.122155 6.477481 -0.080200</w:t>
        <w:br/>
        <w:t>v 2.079963 6.706099 -0.049785</w:t>
        <w:br/>
        <w:t>v -0.038374 6.144985 -0.269256</w:t>
        <w:br/>
        <w:t>v 1.388551 5.763638 0.556483</w:t>
        <w:br/>
        <w:t>v 1.400656 6.140635 0.540319</w:t>
        <w:br/>
        <w:t>v 1.644541 5.763679 0.474580</w:t>
        <w:br/>
        <w:t>v -0.130784 5.759999 -1.039994</w:t>
        <w:br/>
        <w:t>v -0.055872 6.152332 -0.996597</w:t>
        <w:br/>
        <w:t>v -0.089036 6.147027 -0.649447</w:t>
        <w:br/>
        <w:t>v -0.172086 5.756249 -0.656023</w:t>
        <w:br/>
        <w:t>v 0.238036 5.764643 -1.666231</w:t>
        <w:br/>
        <w:t>v 0.249305 6.152206 -1.613434</w:t>
        <w:br/>
        <w:t>v 0.046593 6.150686 -1.330299</w:t>
        <w:br/>
        <w:t>v 0.016826 5.764363 -1.395597</w:t>
        <w:br/>
        <w:t>v 1.244462 6.162568 -1.963068</w:t>
        <w:br/>
        <w:t>v 1.558304 6.159426 -1.817929</w:t>
        <w:br/>
        <w:t>v 0.063745 5.764021 0.077508</w:t>
        <w:br/>
        <w:t>v 0.070602 5.361383 -0.024270</w:t>
        <w:br/>
        <w:t>v -0.125830 5.355213 -0.315006</w:t>
        <w:br/>
        <w:t>v -0.101082 5.758057 -0.274135</w:t>
        <w:br/>
        <w:t>v 1.305919 5.355169 0.482956</w:t>
        <w:br/>
        <w:t>v 1.599342 5.353867 0.442205</w:t>
        <w:br/>
        <w:t>v 2.132118 5.350792 -0.290276</w:t>
        <w:br/>
        <w:t>v 1.925589 5.353837 0.014659</w:t>
        <w:br/>
        <w:t>v 1.975892 5.763710 0.113049</w:t>
        <w:br/>
        <w:t>v 2.202926 5.755778 -0.193235</w:t>
        <w:br/>
        <w:t>v -0.207260 5.359786 -0.658243</w:t>
        <w:br/>
        <w:t>v -0.153706 5.358423 -1.018833</w:t>
        <w:br/>
        <w:t>v 0.029466 5.368330 -1.360571</w:t>
        <w:br/>
        <w:t>v 0.279889 5.368064 -1.623252</w:t>
        <w:br/>
        <w:t>v 1.497933 5.764626 -1.877088</w:t>
        <w:br/>
        <w:t>v 1.199643 5.763591 -1.979633</w:t>
        <w:br/>
        <w:t>v 1.166034 5.364418 -1.823459</w:t>
        <w:br/>
        <w:t>v 1.426015 5.363141 -1.826265</w:t>
        <w:br/>
        <w:t>v 2.244641 5.745210 -0.933969</w:t>
        <w:br/>
        <w:t>v 2.180713 5.749436 -1.185545</w:t>
        <w:br/>
        <w:t>v 2.092715 5.343147 -1.137667</w:t>
        <w:br/>
        <w:t>v 2.172464 5.346973 -0.969507</w:t>
        <w:br/>
        <w:t>v 2.247202 5.347901 -0.673573</w:t>
        <w:br/>
        <w:t>v 2.321485 5.742692 -0.602279</w:t>
        <w:br/>
        <w:t>v 0.594697 5.366997 -1.755991</w:t>
        <w:br/>
        <w:t>v 0.509853 5.763239 -1.867004</w:t>
        <w:br/>
        <w:t>v 0.514711 6.153338 -1.824060</w:t>
        <w:br/>
        <w:t>v 0.518834 6.484412 -1.787614</w:t>
        <w:br/>
        <w:t>v 0.014411 6.709477 -0.733968</w:t>
        <w:br/>
        <w:t>v -0.027827 6.477483 -0.772232</w:t>
        <w:br/>
        <w:t>v 0.126781 7.510077 -0.567483</w:t>
        <w:br/>
        <w:t>v 0.098888 7.173467 -0.657440</w:t>
        <w:br/>
        <w:t>v 0.171625 7.177350 -0.979022</w:t>
        <w:br/>
        <w:t>v 0.204899 7.516814 -0.858906</w:t>
        <w:br/>
        <w:t>v 0.155796 8.485902 -0.383963</w:t>
        <w:br/>
        <w:t>v 0.154675 7.846686 -0.477526</w:t>
        <w:br/>
        <w:t>v 0.163226 9.129735 -0.307443</w:t>
        <w:br/>
        <w:t>v 0.148941 9.733848 -0.244704</w:t>
        <w:br/>
        <w:t>v 0.140020 10.250972 -0.191883</w:t>
        <w:br/>
        <w:t>v 0.143733 10.718683 -0.152902</w:t>
        <w:br/>
        <w:t>v 1.668619 5.361520 -1.713371</w:t>
        <w:br/>
        <w:t>v 1.831085 5.359725 -1.446112</w:t>
        <w:br/>
        <w:t>v 1.943636 5.765521 -1.471150</w:t>
        <w:br/>
        <w:t>v 1.806274 5.751431 -1.726948</w:t>
        <w:br/>
        <w:t>v 2.269120 6.146363 -0.526005</w:t>
        <w:br/>
        <w:t>v 2.243201 6.145304 -0.894680</w:t>
        <w:br/>
        <w:t>v 0.652348 8.485616 0.704370</w:t>
        <w:br/>
        <w:t>v 1.006462 8.485616 0.709022</w:t>
        <w:br/>
        <w:t>v 0.644210 7.846684 0.623763</w:t>
        <w:br/>
        <w:t>v 0.992167 7.846684 0.654782</w:t>
        <w:br/>
        <w:t>v 0.635440 7.178662 0.554031</w:t>
        <w:br/>
        <w:t>v 0.639823 7.512670 0.589007</w:t>
        <w:br/>
        <w:t>v 0.984741 7.511498 0.632631</w:t>
        <w:br/>
        <w:t>v 0.977330 7.176829 0.610236</w:t>
        <w:br/>
        <w:t>v 0.625342 6.477775 0.531093</w:t>
        <w:br/>
        <w:t>v 0.628708 6.711403 0.538733</w:t>
        <w:br/>
        <w:t>v 0.967039 6.710745 0.606209</w:t>
        <w:br/>
        <w:t>v 0.961889 6.477481 0.604197</w:t>
        <w:br/>
        <w:t>v 0.615807 5.765780 0.467257</w:t>
        <w:br/>
        <w:t>v 0.620825 6.140845 0.501121</w:t>
        <w:br/>
        <w:t>v 0.954223 6.140393 0.585108</w:t>
        <w:br/>
        <w:t>v 0.945818 5.764735 0.564489</w:t>
        <w:br/>
        <w:t>v 0.622224 5.335862 0.346141</w:t>
        <w:br/>
        <w:t>v 0.936843 5.302536 0.459943</w:t>
        <w:br/>
        <w:t>v 0.536931 6.722530 -1.678641</w:t>
        <w:br/>
        <w:t>v 1.250612 10.310170 -0.939568</w:t>
        <w:br/>
        <w:t>v 1.226865 10.827087 -0.921773</w:t>
        <w:br/>
        <w:t>v 1.271496 9.748135 -0.970606</w:t>
        <w:br/>
        <w:t>v 1.624024 9.746135 -0.770103</w:t>
        <w:br/>
        <w:t>v 1.286430 9.129813 -1.023282</w:t>
        <w:br/>
        <w:t>v 1.636148 9.125086 -0.860709</w:t>
        <w:br/>
        <w:t>v 1.295697 8.485619 -1.109707</w:t>
        <w:br/>
        <w:t>v 1.633038 8.495763 -0.941326</w:t>
        <w:br/>
        <w:t>v 1.326018 7.843099 -1.242959</w:t>
        <w:br/>
        <w:t>v 1.679224 7.856832 -1.090639</w:t>
        <w:br/>
        <w:t>v 1.307294 7.503568 -1.366731</w:t>
        <w:br/>
        <w:t>v 1.708114 7.498850 -1.196610</w:t>
        <w:br/>
        <w:t>v 1.841617 6.487490 -1.563361</w:t>
        <w:br/>
        <w:t>v 1.813067 6.708665 -1.482952</w:t>
        <w:br/>
        <w:t>v 1.841733 6.160019 -1.630016</w:t>
        <w:br/>
        <w:t>v 1.255819 5.045122 0.333438</w:t>
        <w:br/>
        <w:t>v 1.214481 4.726914 0.164892</w:t>
        <w:br/>
        <w:t>v 1.049122 4.754463 0.136755</w:t>
        <w:br/>
        <w:t>v 1.001185 5.033787 0.321224</w:t>
        <w:br/>
        <w:t>v 1.441012 5.031781 0.354668</w:t>
        <w:br/>
        <w:t>v 1.330036 4.695510 0.160101</w:t>
        <w:br/>
        <w:t>v 1.612809 4.634806 -0.236886</w:t>
        <w:br/>
        <w:t>v 1.794328 5.031705 -0.091953</w:t>
        <w:br/>
        <w:t>v 1.981396 5.044801 -0.388717</w:t>
        <w:br/>
        <w:t>v 1.907764 4.835070 -0.433348</w:t>
        <w:br/>
        <w:t>v 1.694826 5.037559 -1.330892</w:t>
        <w:br/>
        <w:t>v 1.632389 5.036354 -1.429418</w:t>
        <w:br/>
        <w:t>v 1.306392 4.666088 -1.300082</w:t>
        <w:br/>
        <w:t>v 1.451121 4.606996 -1.232610</w:t>
        <w:br/>
        <w:t>v 1.342718 4.677124 -1.438420</w:t>
        <w:br/>
        <w:t>v 1.570825 5.035210 -1.514033</w:t>
        <w:br/>
        <w:t>v 1.532616 5.034331 -1.614864</w:t>
        <w:br/>
        <w:t>v 1.693853 4.746300 -1.099435</w:t>
        <w:br/>
        <w:t>v 1.825683 5.030581 -1.197128</w:t>
        <w:br/>
        <w:t>v 1.381065 5.031859 -1.724864</w:t>
        <w:br/>
        <w:t>v 1.206939 5.029517 -1.708905</w:t>
        <w:br/>
        <w:t>v 1.123893 4.672788 -1.502021</w:t>
        <w:br/>
        <w:t>v 1.307875 4.677309 -1.501356</w:t>
        <w:br/>
        <w:t>v 0.964325 4.672189 -1.463136</w:t>
        <w:br/>
        <w:t>v 1.035679 5.027240 -1.685736</w:t>
        <w:br/>
        <w:t>v 0.358294 4.681964 -1.344260</w:t>
        <w:br/>
        <w:t>v 0.245283 5.017075 -1.480075</w:t>
        <w:br/>
        <w:t>v 0.058493 5.012256 -1.308912</w:t>
        <w:br/>
        <w:t>v 0.239599 4.653991 -1.306006</w:t>
        <w:br/>
        <w:t>v -0.161435 5.015147 -0.699161</w:t>
        <w:br/>
        <w:t>v -0.093989 5.011724 -0.401890</w:t>
        <w:br/>
        <w:t>v -0.018520 4.770645 -0.474262</w:t>
        <w:br/>
        <w:t>v -0.146602 4.903588 -0.712406</w:t>
        <w:br/>
        <w:t>v 0.098721 5.018224 -0.173704</w:t>
        <w:br/>
        <w:t>v 0.198593 4.579869 -0.232068</w:t>
        <w:br/>
        <w:t>v -0.018520 4.770645 -0.474262</w:t>
        <w:br/>
        <w:t>v 0.327996 5.019126 -0.006866</w:t>
        <w:br/>
        <w:t>v 0.438221 4.712100 -0.091081</w:t>
        <w:br/>
        <w:t>v 0.301571 4.728813 -0.074977</w:t>
        <w:br/>
        <w:t>v 0.753888 5.032489 0.266737</w:t>
        <w:br/>
        <w:t>v 0.548538 5.025734 0.226442</w:t>
        <w:br/>
        <w:t>v 0.413073 4.377301 -0.106056</w:t>
        <w:br/>
        <w:t>v 0.459202 4.441467 -0.120299</w:t>
        <w:br/>
        <w:t>v 1.211206 4.453805 -1.317472</w:t>
        <w:br/>
        <w:t>v 1.451121 4.606996 -1.232610</w:t>
        <w:br/>
        <w:t>v 1.011751 4.446939 -1.318658</w:t>
        <w:br/>
        <w:t>v 1.122565 4.377857 -1.345718</w:t>
        <w:br/>
        <w:t>v 1.467788 4.742954 -0.134409</w:t>
        <w:br/>
        <w:t>v 1.130989 4.342732 -0.071574</w:t>
        <w:br/>
        <w:t>v 1.381388 4.702860 0.060546</w:t>
        <w:br/>
        <w:t>v 1.130989 4.342732 -0.071574</w:t>
        <w:br/>
        <w:t>v 0.198593 4.579869 -0.232068</w:t>
        <w:br/>
        <w:t>v 0.413073 4.377301 -0.106056</w:t>
        <w:br/>
        <w:t>v 0.582076 11.527590 1.219561</w:t>
        <w:br/>
        <w:t>v 0.640345 11.177999 1.197204</w:t>
        <w:br/>
        <w:t>v 0.257304 11.092446 1.003064</w:t>
        <w:br/>
        <w:t>v 0.239104 11.382199 1.006462</w:t>
        <w:br/>
        <w:t>v 1.068910 11.248569 1.213128</w:t>
        <w:br/>
        <w:t>v 1.110555 11.254662 1.195734</w:t>
        <w:br/>
        <w:t>v 1.445289 11.314940 1.020540</w:t>
        <w:br/>
        <w:t>v 1.206834 11.196757 -0.909100</w:t>
        <w:br/>
        <w:t>v 1.575760 11.264659 -0.640896</w:t>
        <w:br/>
        <w:t>v 1.590516 11.654306 -0.600682</w:t>
        <w:br/>
        <w:t>v 1.204242 11.484233 -0.894748</w:t>
        <w:br/>
        <w:t>v 0.242839 11.015808 -0.422420</w:t>
        <w:br/>
        <w:t>v 0.394941 11.046317 -0.668840</w:t>
        <w:br/>
        <w:t>v 0.375767 11.305769 -0.698025</w:t>
        <w:br/>
        <w:t>v 0.224820 11.263442 -0.448346</w:t>
        <w:br/>
        <w:t>v 0.079626 11.007558 0.220431</w:t>
        <w:br/>
        <w:t>v 0.074585 11.231705 0.213949</w:t>
        <w:br/>
        <w:t>v 0.089214 11.277276 0.604150</w:t>
        <w:br/>
        <w:t>v 0.097605 11.035073 0.612813</w:t>
        <w:br/>
        <w:t>v 0.129544 11.232863 -0.165087</w:t>
        <w:br/>
        <w:t>v 0.144705 11.000007 -0.147528</w:t>
        <w:br/>
        <w:t>v -0.000014 11.845641 -0.823608</w:t>
        <w:br/>
        <w:t>v 0.079395 11.833073 -0.848858</w:t>
        <w:br/>
        <w:t>v 0.094940 12.076003 -0.950429</w:t>
        <w:br/>
        <w:t>v -0.000014 12.082797 -0.920333</w:t>
        <w:br/>
        <w:t>v -0.000015 11.628053 -0.588574</w:t>
        <w:br/>
        <w:t>v 0.036595 11.640286 -0.603187</w:t>
        <w:br/>
        <w:t>v 0.205974 11.698545 1.079485</w:t>
        <w:br/>
        <w:t>v -0.000017 11.706529 1.065097</w:t>
        <w:br/>
        <w:t>v -0.000017 12.088369 1.253729</w:t>
        <w:br/>
        <w:t>v 0.292606 11.926476 1.206098</w:t>
        <w:br/>
        <w:t>v -0.000016 11.449076 0.219642</w:t>
        <w:br/>
        <w:t>v 0.018780 11.435631 0.193174</w:t>
        <w:br/>
        <w:t>v 0.048116 11.491286 -0.247370</w:t>
        <w:br/>
        <w:t>v -0.000015 11.495090 -0.182351</w:t>
        <w:br/>
        <w:t>v -0.000016 11.547492 0.613275</w:t>
        <w:br/>
        <w:t>v 0.021704 11.492313 0.609771</w:t>
        <w:br/>
        <w:t>v -0.000015 11.495090 -0.182351</w:t>
        <w:br/>
        <w:t>v 0.048116 11.491286 -0.247370</w:t>
        <w:br/>
        <w:t>v 0.054245 11.374957 0.200946</w:t>
        <w:br/>
        <w:t>v 0.101973 11.379635 -0.200344</w:t>
        <w:br/>
        <w:t>v 0.073548 11.409316 0.600121</w:t>
        <w:br/>
        <w:t>v 0.224219 11.590033 1.023461</w:t>
        <w:br/>
        <w:t>v 0.518461 11.817187 1.219610</w:t>
        <w:br/>
        <w:t>v 0.245868 11.830148 -0.934514</w:t>
        <w:br/>
        <w:t>v 0.226439 11.654253 -0.779301</w:t>
        <w:br/>
        <w:t>v 0.195367 11.427735 -0.529363</w:t>
        <w:br/>
        <w:t>v 0.248076 12.070309 -1.018388</w:t>
        <w:br/>
        <w:t>v 0.401529 11.476740 -0.792975</w:t>
        <w:br/>
        <w:t>v 0.416687 11.845484 -1.013123</w:t>
        <w:br/>
        <w:t>v 0.433252 11.679117 -0.911948</w:t>
        <w:br/>
        <w:t>v 1.443764 11.825220 -0.782033</w:t>
        <w:br/>
        <w:t>v 1.218826 11.727892 -0.900141</w:t>
        <w:br/>
        <w:t>v 0.339494 12.603808 1.283869</w:t>
        <w:br/>
        <w:t>v 0.169734 12.610853 1.294665</w:t>
        <w:br/>
        <w:t>v 0.170607 12.761119 1.338242</w:t>
        <w:br/>
        <w:t>v 0.341109 12.761119 1.313302</w:t>
        <w:br/>
        <w:t>v 0.402008 12.371617 1.292165</w:t>
        <w:br/>
        <w:t>v 0.581952 12.193884 1.283318</w:t>
        <w:br/>
        <w:t>v 0.176107 12.335458 1.286954</w:t>
        <w:br/>
        <w:t>v 0.099705 12.326509 -0.991630</w:t>
        <w:br/>
        <w:t>v -0.000014 12.320492 -0.966391</w:t>
        <w:br/>
        <w:t>v 0.307635 10.756024 0.986020</w:t>
        <w:br/>
        <w:t>v 0.664551 11.879227 -1.056538</w:t>
        <w:br/>
        <w:t>v 0.669539 12.080716 -1.105578</w:t>
        <w:br/>
        <w:t>v 0.405709 12.070660 -1.076219</w:t>
        <w:br/>
        <w:t>v 0.243822 12.337283 -1.049295</w:t>
        <w:br/>
        <w:t>v 0.676453 12.355853 -1.114917</w:t>
        <w:br/>
        <w:t>v 0.391321 12.346718 -1.101107</w:t>
        <w:br/>
        <w:t>v 0.660638 11.718296 -0.992013</w:t>
        <w:br/>
        <w:t>v 0.656589 11.554824 -0.953091</w:t>
        <w:br/>
        <w:t>v 0.101973 11.379635 -0.200344</w:t>
        <w:br/>
        <w:t>v 0.129544 11.232863 -0.165087</w:t>
        <w:br/>
        <w:t>v 0.144705 11.000007 -0.147528</w:t>
        <w:br/>
        <w:t>v 1.778075 11.454259 -0.356462</w:t>
        <w:br/>
        <w:t>v 1.779675 11.300094 -0.364766</w:t>
        <w:br/>
        <w:t>v 1.896978 11.320355 -0.121244</w:t>
        <w:br/>
        <w:t>v 1.372859 11.933216 -0.855736</w:t>
        <w:br/>
        <w:t>v 1.228997 11.878572 -0.920531</w:t>
        <w:br/>
        <w:t>v 1.244422 12.090761 -0.963622</w:t>
        <w:br/>
        <w:t>v 0.505362 12.761119 1.272247</w:t>
        <w:br/>
        <w:t>v 0.855522 11.934187 1.267737</w:t>
        <w:br/>
        <w:t>v 1.084914 11.755345 1.235688</w:t>
        <w:br/>
        <w:t>v 1.131211 11.719250 1.229220</w:t>
        <w:br/>
        <w:t>v 1.455614 11.493336 1.066904</w:t>
        <w:br/>
        <w:t>v 1.721981 11.313314 0.799720</w:t>
        <w:br/>
        <w:t>v 1.902444 11.225533 0.451224</w:t>
        <w:br/>
        <w:t>v 1.711751 10.853866 0.717198</w:t>
        <w:br/>
        <w:t>v 0.302318 12.535009 -1.050843</w:t>
        <w:br/>
        <w:t>v 0.142258 12.535008 -1.050843</w:t>
        <w:br/>
        <w:t>v -0.000014 12.535009 -1.050844</w:t>
        <w:br/>
        <w:t>v 1.570154 5.041326 0.236740</w:t>
        <w:br/>
        <w:t>v 1.647901 5.040178 0.042298</w:t>
        <w:br/>
        <w:t>v 1.849679 5.763842 0.266692</w:t>
        <w:br/>
        <w:t>v 1.804965 5.353848 0.172729</w:t>
        <w:br/>
        <w:t>v 1.842363 6.141997 0.286462</w:t>
        <w:br/>
        <w:t>v 1.636353 6.141177 0.446701</w:t>
        <w:br/>
        <w:t>v 2.083037 5.049076 -0.706446</w:t>
        <w:br/>
        <w:t>v 1.946979 5.043655 -1.054984</w:t>
        <w:br/>
        <w:t>v 1.992743 5.044415 -0.940225</w:t>
        <w:br/>
        <w:t>v 0.419985 5.019077 -1.595494</w:t>
        <w:br/>
        <w:t>v -0.122634 5.009369 -0.988879</w:t>
        <w:br/>
        <w:t>v 0.607649 4.748206 0.070367</w:t>
        <w:br/>
        <w:t>v 0.980299 5.294353 0.449055</w:t>
        <w:br/>
        <w:t>v 0.500907 4.515622 -0.111978</w:t>
        <w:br/>
        <w:t>v 0.520921 4.736351 0.005615</w:t>
        <w:br/>
        <w:t>v 0.319219 5.362547 0.198458</w:t>
        <w:br/>
        <w:t>v 0.856047 5.764823 -1.960740</w:t>
        <w:br/>
        <w:t>v 0.858217 6.161541 -2.004928</w:t>
        <w:br/>
        <w:t>v 0.855759 5.177636 -1.675329</w:t>
        <w:br/>
        <w:t>v 0.623149 5.021656 -1.658294</w:t>
        <w:br/>
        <w:t>v 0.580413 4.652031 -1.446180</w:t>
        <w:br/>
        <w:t>v 0.482285 4.638447 -1.394472</w:t>
        <w:br/>
        <w:t>v 0.464662 4.288614 -1.228596</w:t>
        <w:br/>
        <w:t>v 0.135884 4.650898 -1.194227</w:t>
        <w:br/>
        <w:t>v 0.344913 7.516049 -1.124680</w:t>
        <w:br/>
        <w:t>v 2.159450 6.144248 -0.132392</w:t>
        <w:br/>
        <w:t>v 1.122565 4.377857 -1.345718</w:t>
        <w:br/>
        <w:t>v 1.211206 4.453805 -1.317472</w:t>
        <w:br/>
        <w:t>v 2.058236 5.756107 -1.342040</w:t>
        <w:br/>
        <w:t>v 1.983660 5.354042 -1.303572</w:t>
        <w:br/>
        <w:t>v 2.092103 6.156978 -1.323929</w:t>
        <w:br/>
        <w:t>v 1.306392 4.666088 -1.300082</w:t>
        <w:br/>
        <w:t>v 0.521115 12.293177 1.338944</w:t>
        <w:br/>
        <w:t>v -0.161435 5.015147 -0.699161</w:t>
        <w:br/>
        <w:t>v -0.146602 4.903588 -0.712406</w:t>
        <w:br/>
        <w:t>v -0.018851 4.784688 -0.976086</w:t>
        <w:br/>
        <w:t>v 0.349637 4.487461 -1.288084</w:t>
        <w:br/>
        <w:t>v 0.349637 4.487461 -1.288084</w:t>
        <w:br/>
        <w:t>v 0.454357 4.370725 -1.344872</w:t>
        <w:br/>
        <w:t>v 0.464662 4.288614 -1.228596</w:t>
        <w:br/>
        <w:t>v 0.358294 4.681964 -1.344260</w:t>
        <w:br/>
        <w:t>v -0.207260 5.359786 -0.658243</w:t>
        <w:br/>
        <w:t>v -0.172086 5.756249 -0.656023</w:t>
        <w:br/>
        <w:t>v -0.089036 6.147027 -0.649447</w:t>
        <w:br/>
        <w:t>v 1.412201 4.523376 -0.163750</w:t>
        <w:br/>
        <w:t>v 0.529320 4.523160 -0.127614</w:t>
        <w:br/>
        <w:t>v 0.442515 4.298334 -0.180012</w:t>
        <w:br/>
        <w:t>v 0.657313 4.761051 0.028279</w:t>
        <w:br/>
        <w:t>v 1.145057 4.368406 -0.153271</w:t>
        <w:br/>
        <w:t>v 1.039590 4.747821 0.082992</w:t>
        <w:br/>
        <w:t>v 1.049122 4.754463 0.136755</w:t>
        <w:br/>
        <w:t>v 1.130989 4.342732 -0.071574</w:t>
        <w:br/>
        <w:t>v 1.001185 5.033787 0.321224</w:t>
        <w:br/>
        <w:t>v 1.001765 5.040123 0.273437</w:t>
        <w:br/>
        <w:t>v 0.968808 5.259127 0.342331</w:t>
        <w:br/>
        <w:t>v 0.980299 5.294353 0.449055</w:t>
        <w:br/>
        <w:t>v 0.936843 5.302536 0.459943</w:t>
        <w:br/>
        <w:t>v 0.933807 5.267915 0.344869</w:t>
        <w:br/>
        <w:t>v 0.788235 5.032674 0.184445</w:t>
        <w:br/>
        <w:t>v 0.753888 5.032489 0.266737</w:t>
        <w:br/>
        <w:t>v 1.035038 4.285058 -1.198331</w:t>
        <w:br/>
        <w:t>v 0.964325 4.672189 -1.463136</w:t>
        <w:br/>
        <w:t>v 0.954611 4.689850 -1.412973</w:t>
        <w:br/>
        <w:t>v 1.014755 4.444239 -1.250418</w:t>
        <w:br/>
        <w:t>v 1.011751 4.446939 -1.318658</w:t>
        <w:br/>
        <w:t>v 0.593935 4.631875 -1.284011</w:t>
        <w:br/>
        <w:t>v 0.862399 5.127004 -1.586230</w:t>
        <w:br/>
        <w:t>v 0.580413 4.652031 -1.446180</w:t>
        <w:br/>
        <w:t>v 0.472918 4.279024 -1.164229</w:t>
        <w:br/>
        <w:t>v 0.076912 6.143013 0.097578</w:t>
        <w:br/>
        <w:t>v 0.860009 6.486136 -1.877416</w:t>
        <w:br/>
        <w:t>v 1.835968 9.742038 -0.446509</w:t>
        <w:br/>
        <w:t>v 1.837829 9.120420 -0.575652</w:t>
        <w:br/>
        <w:t>v 1.841442 8.489388 -0.708933</w:t>
        <w:br/>
        <w:t>v 1.868240 7.862824 -0.856518</w:t>
        <w:br/>
        <w:t>v 1.755968 7.151015 -1.322134</w:t>
        <w:br/>
        <w:t>v 2.012401 7.140430 -1.081361</w:t>
        <w:br/>
        <w:t>v 1.940544 7.501592 -0.969330</w:t>
        <w:br/>
        <w:t>v 2.098644 6.484474 -1.258112</w:t>
        <w:br/>
        <w:t>v 2.069850 6.703118 -1.199195</w:t>
        <w:br/>
        <w:t>v 2.161706 6.154850 -1.137685</w:t>
        <w:br/>
        <w:t>v 0.507552 12.587384 1.262193</w:t>
        <w:br/>
        <w:t>v 0.521115 12.293177 1.338944</w:t>
        <w:br/>
        <w:t>v -0.000017 12.617933 1.305502</w:t>
        <w:br/>
        <w:t>v -0.000017 12.761119 1.362796</w:t>
        <w:br/>
        <w:t>v -0.000017 12.344802 1.283475</w:t>
        <w:br/>
        <w:t>v 0.141942 6.947553 0.151078</w:t>
        <w:br/>
        <w:t>v 0.048802 6.944157 -0.272291</w:t>
        <w:br/>
        <w:t>v 0.056650 6.941473 -0.695704</w:t>
        <w:br/>
        <w:t>v 0.056650 6.941473 -0.695704</w:t>
        <w:br/>
        <w:t>v 0.140644 6.943949 -1.045574</w:t>
        <w:br/>
        <w:t>v 0.304217 6.951497 -1.362412</w:t>
        <w:br/>
        <w:t>v 0.555029 6.960651 -1.569668</w:t>
        <w:br/>
        <w:t>v 1.510249 6.931435 -1.546662</w:t>
        <w:br/>
        <w:t>v 1.217896 6.936504 -1.643239</w:t>
        <w:br/>
        <w:t>v 1.784518 6.929841 -1.402543</w:t>
        <w:br/>
        <w:t>v 2.041101 6.921771 -1.140278</w:t>
        <w:br/>
        <w:t>v 2.140733 6.925395 -0.385713</w:t>
        <w:br/>
        <w:t>v 2.104660 6.921609 -0.796852</w:t>
        <w:br/>
        <w:t>v 2.037771 6.934718 -0.019371</w:t>
        <w:br/>
        <w:t>v 1.017048 6.943277 0.600411</w:t>
        <w:br/>
        <w:t>v 1.325626 6.938783 0.542362</w:t>
        <w:br/>
        <w:t>v 0.632074 6.945033 0.546378</w:t>
        <w:br/>
        <w:t>v 0.972186 6.943867 0.608221</w:t>
        <w:br/>
        <w:t>v 0.331548 7.191048 -1.259046</w:t>
        <w:br/>
        <w:t>v 0.573126 7.198770 -1.460695</w:t>
        <w:br/>
        <w:t>v 1.489543 7.157436 -1.455424</w:t>
        <w:br/>
        <w:t>v 1.206949 7.164600 -1.539139</w:t>
        <w:br/>
        <w:t>v 1.986627 7.848724 -0.308090</w:t>
        <w:br/>
        <w:t>v 1.946364 7.857308 -0.673756</w:t>
        <w:br/>
        <w:t>v 0.586714 7.512178 -1.306520</w:t>
        <w:br/>
        <w:t>v 0.991350 5.764622 0.563666</w:t>
        <w:br/>
        <w:t>v 0.999536 6.140418 0.580562</w:t>
        <w:br/>
        <w:t>v 0.310217 10.252557 0.874644</w:t>
        <w:br/>
        <w:t>v 0.321919 9.717940 0.794102</w:t>
        <w:br/>
        <w:t>v 0.336303 9.114351 0.699553</w:t>
        <w:br/>
        <w:t>v 0.365888 8.485616 0.556048</w:t>
        <w:br/>
        <w:t>v 0.374958 7.846684 0.474943</w:t>
        <w:br/>
        <w:t>v 0.375229 7.513307 0.446383</w:t>
        <w:br/>
        <w:t>v 0.375620 7.179808 0.417441</w:t>
        <w:br/>
        <w:t>v 0.370368 6.945760 0.414169</w:t>
        <w:br/>
        <w:t>v 0.365285 6.711791 0.410381</w:t>
        <w:br/>
        <w:t>v 0.360349 6.477892 0.406148</w:t>
        <w:br/>
        <w:t>v 0.362184 6.141536 0.372516</w:t>
        <w:br/>
        <w:t>v 0.363962 5.765862 0.335792</w:t>
        <w:br/>
        <w:t>v 1.962376 6.142850 0.127931</w:t>
        <w:br/>
        <w:t>v 1.953417 6.477481 0.146856</w:t>
        <w:br/>
        <w:t>v 1.934571 6.705505 0.148618</w:t>
        <w:br/>
        <w:t>v 1.915369 6.933666 0.150204</w:t>
        <w:br/>
        <w:t>v 1.899885 7.162035 0.145821</w:t>
        <w:br/>
        <w:t>v 1.995579 7.163336 0.011043</w:t>
        <w:br/>
        <w:t>v 1.887011 7.504681 0.128038</w:t>
        <w:br/>
        <w:t>v 1.934359 7.505011 0.065370</w:t>
        <w:br/>
        <w:t>v 1.878210 7.846684 0.113437</w:t>
        <w:br/>
        <w:t>v 1.850523 8.487124 0.071768</w:t>
        <w:br/>
        <w:t>v 1.934363 8.487144 -0.250556</w:t>
        <w:br/>
        <w:t>v 1.888583 10.877165 0.020314</w:t>
        <w:br/>
        <w:t>v 1.978128 11.249214 0.045756</w:t>
        <w:br/>
        <w:t>v 1.894338 10.877176 -0.012101</w:t>
        <w:br/>
        <w:t>v 1.940054 11.243441 0.207743</w:t>
        <w:br/>
        <w:t>v 1.834632 9.731022 0.268898</w:t>
        <w:br/>
        <w:t>v 1.786791 9.110103 0.259094</w:t>
        <w:br/>
        <w:t>v 1.631682 9.108615 0.477731</w:t>
        <w:br/>
        <w:t>v 1.670203 9.725019 0.553343</w:t>
        <w:br/>
        <w:t>v 1.761210 8.469282 0.248518</w:t>
        <w:br/>
        <w:t>v 1.611558 8.499085 0.427833</w:t>
        <w:br/>
        <w:t>v 1.753069 7.846685 0.267955</w:t>
        <w:br/>
        <w:t>v 1.596175 7.846685 0.416809</w:t>
        <w:br/>
        <w:t>v 1.604076 7.504801 0.424448</w:t>
        <w:br/>
        <w:t>v 1.767150 7.503849 0.286684</w:t>
        <w:br/>
        <w:t>v 1.784777 7.160471 0.307943</w:t>
        <w:br/>
        <w:t>v 1.613810 7.163136 0.431353</w:t>
        <w:br/>
        <w:t>v 1.798997 6.932665 0.311426</w:t>
        <w:br/>
        <w:t>v 1.617850 6.934694 0.439223</w:t>
        <w:br/>
        <w:t>v 1.817042 6.705024 0.309000</w:t>
        <w:br/>
        <w:t>v 1.626282 6.706151 0.442540</w:t>
        <w:br/>
        <w:t>v 1.833030 6.477481 0.305105</w:t>
        <w:br/>
        <w:t>v 1.633052 6.477481 0.443289</w:t>
        <w:br/>
        <w:t>v 1.691594 10.321834 0.631781</w:t>
        <w:br/>
        <w:t>v 1.896019 10.336343 -0.075861</w:t>
        <w:br/>
        <w:t>v 1.883769 10.336089 -0.130580</w:t>
        <w:br/>
        <w:t>v 1.891636 9.739367 -0.255643</w:t>
        <w:br/>
        <w:t>v 1.898027 9.737489 -0.133176</w:t>
        <w:br/>
        <w:t>v 1.891753 9.117776 -0.384286</w:t>
        <w:br/>
        <w:t>v 1.893798 9.115257 -0.193178</w:t>
        <w:br/>
        <w:t>v 1.917796 8.488999 -0.525341</w:t>
        <w:br/>
        <w:t>v 1.887614 10.335215 0.037254</w:t>
        <w:br/>
        <w:t>v 1.886493 9.734134 0.076969</w:t>
        <w:br/>
        <w:t>v 1.865037 9.111749 0.076307</w:t>
        <w:br/>
        <w:t>v 0.824615 5.422046 -1.791048</w:t>
        <w:br/>
        <w:t>v 0.861228 6.719248 -1.766769</w:t>
        <w:br/>
        <w:t>v 0.862480 6.952465 -1.653413</w:t>
        <w:br/>
        <w:t>v 0.863878 7.185953 -1.540168</w:t>
        <w:br/>
        <w:t>v 0.866166 7.508310 -1.419122</w:t>
        <w:br/>
        <w:t>v 0.890334 12.074751 -1.094036</w:t>
        <w:br/>
        <w:t>v 0.890213 11.924759 -1.044627</w:t>
        <w:br/>
        <w:t>v 0.903289 12.252133 -1.092000</w:t>
        <w:br/>
        <w:t>v 0.935657 12.072865 -1.090008</w:t>
        <w:br/>
        <w:t>v 0.943538 12.255219 -1.072153</w:t>
        <w:br/>
        <w:t>v 0.934223 11.934733 -1.038497</w:t>
        <w:br/>
        <w:t>v 0.933291 11.782396 -1.001858</w:t>
        <w:br/>
        <w:t>v 0.932235 11.627015 -0.971311</w:t>
        <w:br/>
        <w:t>v 0.931200 11.409724 -0.950203</w:t>
        <w:br/>
        <w:t>v 0.928298 10.776194 -0.939728</w:t>
        <w:br/>
        <w:t>v 0.930168 11.148767 -0.950903</w:t>
        <w:br/>
        <w:t>v 0.925996 10.294347 -0.954769</w:t>
        <w:br/>
        <w:t>v 0.923031 9.747697 -1.009327</w:t>
        <w:br/>
        <w:t>v 0.918819 9.132824 -1.035246</w:t>
        <w:br/>
        <w:t>v 0.915128 8.487909 -1.121717</w:t>
        <w:br/>
        <w:t>v 0.911077 7.859455 -1.303966</w:t>
        <w:br/>
        <w:t>v 0.910232 7.507892 -1.430610</w:t>
        <w:br/>
        <w:t>v 0.909041 7.183498 -1.545473</w:t>
        <w:br/>
        <w:t>v 0.907945 6.950616 -1.655278</w:t>
        <w:br/>
        <w:t>v 0.906704 6.717967 -1.764711</w:t>
        <w:br/>
        <w:t>v 0.905433 6.485546 -1.874205</w:t>
        <w:br/>
        <w:t>v 0.903733 6.161662 -2.003428</w:t>
        <w:br/>
        <w:t>v 0.901580 5.764661 -1.961585</w:t>
        <w:br/>
        <w:t>v 0.870155 5.421820 -1.790867</w:t>
        <w:br/>
        <w:t>v 0.900149 5.169350 -1.669434</w:t>
        <w:br/>
        <w:t>v 0.889466 11.770663 -1.005808</w:t>
        <w:br/>
        <w:t>v 0.888814 11.613792 -0.975023</w:t>
        <w:br/>
        <w:t>v 0.600751 11.332747 -0.910817</w:t>
        <w:br/>
        <w:t>v 0.887478 11.398106 -0.955421</w:t>
        <w:br/>
        <w:t>v 0.615579 11.085731 -0.858509</w:t>
        <w:br/>
        <w:t>v 0.885676 11.140460 -0.955935</w:t>
        <w:br/>
        <w:t>v 0.622652 10.745668 -0.831055</w:t>
        <w:br/>
        <w:t>v 0.883484 10.768555 -0.942423</w:t>
        <w:br/>
        <w:t>v 0.617507 10.278606 -0.857895</w:t>
        <w:br/>
        <w:t>v 0.880559 10.292134 -0.956897</w:t>
        <w:br/>
        <w:t>v 0.877596 9.747517 -1.006236</w:t>
        <w:br/>
        <w:t>v 0.626739 9.745037 -0.891156</w:t>
        <w:br/>
        <w:t>v 0.875120 9.133005 -1.022426</w:t>
        <w:br/>
        <w:t>v 0.623408 9.133808 -0.928604</w:t>
        <w:br/>
        <w:t>v 0.871819 8.487638 -1.107638</w:t>
        <w:br/>
        <w:t>v 0.611892 8.486012 -1.023139</w:t>
        <w:br/>
        <w:t>v 0.869091 7.858046 -1.286383</w:t>
        <w:br/>
        <w:t>v 0.601388 7.851261 -1.176864</w:t>
        <w:br/>
        <w:t>v 0.888912 5.124323 -1.587561</w:t>
        <w:br/>
        <w:t>v 1.894293 7.847975 0.136332</w:t>
        <w:br/>
        <w:t>v 1.878210 7.846684 0.113437</w:t>
        <w:br/>
        <w:t>v 1.887011 7.504681 0.128038</w:t>
        <w:br/>
        <w:t>v 1.903067 7.506340 0.151507</w:t>
        <w:br/>
        <w:t>v 1.850523 8.487124 0.071768</w:t>
        <w:br/>
        <w:t>v 1.870106 8.486405 0.092681</w:t>
        <w:br/>
        <w:t>v 1.886440 9.110471 0.094781</w:t>
        <w:br/>
        <w:t>v 1.865037 9.111749 0.076307</w:t>
        <w:br/>
        <w:t>v 1.788922 8.470187 0.253344</w:t>
        <w:br/>
        <w:t>v 1.761210 8.469282 0.248518</w:t>
        <w:br/>
        <w:t>v 1.786791 9.110103 0.259094</w:t>
        <w:br/>
        <w:t>v 1.815296 9.108974 0.260977</w:t>
        <w:br/>
        <w:t>v 1.780516 7.847975 0.276818</w:t>
        <w:br/>
        <w:t>v 1.753069 7.846685 0.267955</w:t>
        <w:br/>
        <w:t>v 1.794076 7.505582 0.295764</w:t>
        <w:br/>
        <w:t>v 1.767150 7.503849 0.286684</w:t>
        <w:br/>
        <w:t>v 1.910182 9.732947 0.092413</w:t>
        <w:br/>
        <w:t>v 1.886493 9.734134 0.076969</w:t>
        <w:br/>
        <w:t>v 1.786791 9.110103 0.259094</w:t>
        <w:br/>
        <w:t>v 1.834632 9.731022 0.268898</w:t>
        <w:br/>
        <w:t>v 1.863028 9.730118 0.266921</w:t>
        <w:br/>
        <w:t>v 1.900356 10.332966 0.229444</w:t>
        <w:br/>
        <w:t>v 1.872879 10.333234 0.235534</w:t>
        <w:br/>
        <w:t>v 1.879001 10.879430 0.218906</w:t>
        <w:br/>
        <w:t>v 1.906048 10.876546 0.212222</w:t>
        <w:br/>
        <w:t>v 1.834632 9.731022 0.268898</w:t>
        <w:br/>
        <w:t>v 1.887614 10.335215 0.037254</w:t>
        <w:br/>
        <w:t>v 1.913752 10.334767 0.049168</w:t>
        <w:br/>
        <w:t>v 1.888583 10.877165 0.020314</w:t>
        <w:br/>
        <w:t>v 1.914759 10.874485 0.031689</w:t>
        <w:br/>
        <w:t>v 1.916510 7.163800 0.168957</w:t>
        <w:br/>
        <w:t>v 1.899885 7.162035 0.145821</w:t>
        <w:br/>
        <w:t>v 1.915369 6.933666 0.150204</w:t>
        <w:br/>
        <w:t>v 1.931969 6.934986 0.173306</w:t>
        <w:br/>
        <w:t>v 1.811850 7.162279 0.316377</w:t>
        <w:br/>
        <w:t>v 1.784777 7.160471 0.307943</w:t>
        <w:br/>
        <w:t>v 1.826114 6.934686 0.319893</w:t>
        <w:br/>
        <w:t>v 1.798997 6.932665 0.311426</w:t>
        <w:br/>
        <w:t>v 1.969500 6.478044 0.170299</w:t>
        <w:br/>
        <w:t>v 1.953417 6.477481 0.146856</w:t>
        <w:br/>
        <w:t>v 1.962376 6.142850 0.127931</w:t>
        <w:br/>
        <w:t>v 1.978328 6.142093 0.151598</w:t>
        <w:br/>
        <w:t>v 1.950955 6.707031 0.171887</w:t>
        <w:br/>
        <w:t>v 1.934571 6.705505 0.148618</w:t>
        <w:br/>
        <w:t>v 1.844094 6.706593 0.317711</w:t>
        <w:br/>
        <w:t>v 1.817042 6.705024 0.309000</w:t>
        <w:br/>
        <w:t>v 1.860041 6.478043 0.314183</w:t>
        <w:br/>
        <w:t>v 1.833030 6.477481 0.305105</w:t>
        <w:br/>
        <w:t>v 1.869201 6.141782 0.295762</w:t>
        <w:br/>
        <w:t>v 1.842363 6.141997 0.286462</w:t>
        <w:br/>
        <w:t>v 1.940054 11.243441 0.207743</w:t>
        <w:br/>
        <w:t>v 1.966841 11.229776 0.202984</w:t>
        <w:br/>
        <w:t>v 1.978128 11.249214 0.045756</w:t>
        <w:br/>
        <w:t>v 2.000104 11.234521 0.057502</w:t>
        <w:br/>
        <w:t>v 1.939076 5.343900 0.037764</w:t>
        <w:br/>
        <w:t>v 1.925589 5.353837 0.014659</w:t>
        <w:br/>
        <w:t>v 1.794328 5.031705 -0.091953</w:t>
        <w:br/>
        <w:t>v 1.801707 5.017712 -0.068185</w:t>
        <w:br/>
        <w:t>v 1.991004 5.760516 0.136632</w:t>
        <w:br/>
        <w:t>v 1.975892 5.763710 0.113049</w:t>
        <w:br/>
        <w:t>v 1.876261 5.760636 0.276313</w:t>
        <w:br/>
        <w:t>v 1.849679 5.763842 0.266692</w:t>
        <w:br/>
        <w:t>v 1.829433 5.343911 0.181443</w:t>
        <w:br/>
        <w:t>v 1.804965 5.353848 0.172729</w:t>
        <w:br/>
        <w:t>v 1.647901 5.040178 0.042298</w:t>
        <w:br/>
        <w:t>v 1.668602 5.025414 0.053851</w:t>
        <w:br/>
        <w:t>v 1.794328 5.031705 -0.091953</w:t>
        <w:br/>
        <w:t>v 1.612809 4.634806 -0.236886</w:t>
        <w:br/>
        <w:t>v 1.619720 4.610365 -0.213689</w:t>
        <w:br/>
        <w:t>v 1.467788 4.742954 -0.134409</w:t>
        <w:br/>
        <w:t>v 1.485888 4.729463 -0.116753</w:t>
        <w:br/>
        <w:t>v 1.432993 4.503450 -0.146718</w:t>
        <w:br/>
        <w:t>v 1.412201 4.523376 -0.163750</w:t>
        <w:br/>
        <w:t>v 0.903626 9.135054 -1.058734</w:t>
        <w:br/>
        <w:t>v 0.918819 9.132824 -1.035246</w:t>
        <w:br/>
        <w:t>v 0.923031 9.747697 -1.009327</w:t>
        <w:br/>
        <w:t>v 0.911607 9.749412 -1.035458</w:t>
        <w:br/>
        <w:t>v 0.898056 8.493106 -1.143948</w:t>
        <w:br/>
        <w:t>v 0.915128 8.487909 -1.121717</w:t>
        <w:br/>
        <w:t>v 0.893775 7.867174 -1.324630</w:t>
        <w:br/>
        <w:t>v 0.911077 7.859455 -1.303966</w:t>
        <w:br/>
        <w:t>v 0.871912 8.492943 -1.135450</w:t>
        <w:br/>
        <w:t>v 0.871819 8.487638 -1.107638</w:t>
        <w:br/>
        <w:t>v 0.869091 7.858046 -1.286383</w:t>
        <w:br/>
        <w:t>v 0.868490 7.866325 -1.314042</w:t>
        <w:br/>
        <w:t>v 0.877246 9.135163 -1.050994</w:t>
        <w:br/>
        <w:t>v 0.875120 9.133005 -1.022426</w:t>
        <w:br/>
        <w:t>v 0.884170 9.749303 -1.033591</w:t>
        <w:br/>
        <w:t>v 0.877596 9.747517 -1.006236</w:t>
        <w:br/>
        <w:t>v 0.890187 10.294271 -0.983399</w:t>
        <w:br/>
        <w:t>v 0.880559 10.292134 -0.956897</w:t>
        <w:br/>
        <w:t>v 0.894323 10.770034 -0.968813</w:t>
        <w:br/>
        <w:t>v 0.883484 10.768555 -0.942423</w:t>
        <w:br/>
        <w:t>v 0.925996 10.294347 -0.954769</w:t>
        <w:br/>
        <w:t>v 0.917612 10.295608 -0.982115</w:t>
        <w:br/>
        <w:t>v 0.928298 10.776194 -0.939728</w:t>
        <w:br/>
        <w:t>v 0.921252 10.774624 -0.967194</w:t>
        <w:br/>
        <w:t>v 0.866166 7.508310 -1.419122</w:t>
        <w:br/>
        <w:t>v 0.868585 7.517285 -1.445975</w:t>
        <w:br/>
        <w:t>v 0.895149 7.517033 -1.452900</w:t>
        <w:br/>
        <w:t>v 0.910232 7.507892 -1.430610</w:t>
        <w:br/>
        <w:t>v 0.897492 11.139970 -0.981721</w:t>
        <w:br/>
        <w:t>v 0.885676 11.140460 -0.955935</w:t>
        <w:br/>
        <w:t>v 0.930168 11.148767 -0.950903</w:t>
        <w:br/>
        <w:t>v 0.924044 11.148381 -0.978770</w:t>
        <w:br/>
        <w:t>v 0.902071 12.067506 -1.119119</w:t>
        <w:br/>
        <w:t>v 0.890334 12.074751 -1.094036</w:t>
        <w:br/>
        <w:t>v 0.890213 11.924759 -1.044627</w:t>
        <w:br/>
        <w:t>v 0.903270 11.919159 -1.068933</w:t>
        <w:br/>
        <w:t>v 0.903289 12.252133 -1.092000</w:t>
        <w:br/>
        <w:t>v 0.915055 12.241136 -1.115324</w:t>
        <w:br/>
        <w:t>v 0.943538 12.255219 -1.072153</w:t>
        <w:br/>
        <w:t>v 0.939897 12.244830 -1.103773</w:t>
        <w:br/>
        <w:t>v 0.929428 12.066367 -1.116688</w:t>
        <w:br/>
        <w:t>v 0.935657 12.072865 -1.090008</w:t>
        <w:br/>
        <w:t>v 0.934223 11.934733 -1.038497</w:t>
        <w:br/>
        <w:t>v 0.929683 11.925147 -1.065254</w:t>
        <w:br/>
        <w:t>v 0.889466 11.770663 -1.005808</w:t>
        <w:br/>
        <w:t>v 0.902415 11.767233 -1.031063</w:t>
        <w:br/>
        <w:t>v 0.928633 11.774251 -1.028700</w:t>
        <w:br/>
        <w:t>v 0.933291 11.782396 -1.001858</w:t>
        <w:br/>
        <w:t>v 0.926982 11.620462 -0.998528</w:t>
        <w:br/>
        <w:t>v 0.932235 11.627015 -0.971311</w:t>
        <w:br/>
        <w:t>v 0.925655 11.406138 -0.978011</w:t>
        <w:br/>
        <w:t>v 0.931200 11.409724 -0.950203</w:t>
        <w:br/>
        <w:t>v 0.901118 11.612586 -1.000738</w:t>
        <w:br/>
        <w:t>v 0.888814 11.613792 -0.975023</w:t>
        <w:br/>
        <w:t>v 0.887478 11.398106 -0.955421</w:t>
        <w:br/>
        <w:t>v 0.899552 11.399201 -0.981126</w:t>
        <w:br/>
        <w:t>v 0.855759 5.177636 -1.675329</w:t>
        <w:br/>
        <w:t>v 0.862399 5.127004 -1.586230</w:t>
        <w:br/>
        <w:t>v 0.864578 5.154831 -1.689027</w:t>
        <w:br/>
        <w:t>v 0.824615 5.422046 -1.791048</w:t>
        <w:br/>
        <w:t>v 0.833474 5.408893 -1.814256</w:t>
        <w:br/>
        <w:t>v 0.864966 5.760017 -1.987065</w:t>
        <w:br/>
        <w:t>v 0.856047 5.764823 -1.960740</w:t>
        <w:br/>
        <w:t>v 0.870155 5.421820 -1.790867</w:t>
        <w:br/>
        <w:t>v 0.901580 5.764661 -1.961585</w:t>
        <w:br/>
        <w:t>v 0.892466 5.759919 -1.987576</w:t>
        <w:br/>
        <w:t>v 0.860986 5.408756 -1.814147</w:t>
        <w:br/>
        <w:t>v 0.891036 5.149893 -1.685513</w:t>
        <w:br/>
        <w:t>v 0.900149 5.169350 -1.669434</w:t>
        <w:br/>
        <w:t>v 0.888912 5.124323 -1.587561</w:t>
        <w:br/>
        <w:t>v 0.903733 6.161662 -2.003428</w:t>
        <w:br/>
        <w:t>v 0.895516 6.165535 -2.030133</w:t>
        <w:br/>
        <w:t>v 0.868025 6.165462 -2.031038</w:t>
        <w:br/>
        <w:t>v 0.858217 6.161541 -2.004928</w:t>
        <w:br/>
        <w:t>v 0.898015 6.495366 -1.899927</w:t>
        <w:br/>
        <w:t>v 0.905433 6.485546 -1.874205</w:t>
        <w:br/>
        <w:t>v 0.906704 6.717967 -1.764711</w:t>
        <w:br/>
        <w:t>v 0.898814 6.729805 -1.789490</w:t>
        <w:br/>
        <w:t>v 0.860009 6.486136 -1.877416</w:t>
        <w:br/>
        <w:t>v 0.870581 6.495723 -1.901866</w:t>
        <w:br/>
        <w:t>v 0.861228 6.719248 -1.766769</w:t>
        <w:br/>
        <w:t>v 0.871347 6.730578 -1.790733</w:t>
        <w:br/>
        <w:t>v 0.863878 7.185953 -1.540168</w:t>
        <w:br/>
        <w:t>v 0.870021 7.195862 -1.565912</w:t>
        <w:br/>
        <w:t>v 0.909041 7.183498 -1.545473</w:t>
        <w:br/>
        <w:t>v 0.897250 7.194382 -1.569111</w:t>
        <w:br/>
        <w:t>v 0.871020 6.963749 -1.678135</w:t>
        <w:br/>
        <w:t>v 0.862480 6.952465 -1.653413</w:t>
        <w:br/>
        <w:t>v 0.907945 6.950616 -1.655278</w:t>
        <w:br/>
        <w:t>v 0.898463 6.962632 -1.679260</w:t>
        <w:br/>
        <w:t>v 1.946979 5.043655 -1.054984</w:t>
        <w:br/>
        <w:t>v 2.092715 5.343147 -1.137667</w:t>
        <w:br/>
        <w:t>v 2.107608 5.333899 -1.160154</w:t>
        <w:br/>
        <w:t>v 1.959292 5.030683 -1.076486</w:t>
        <w:br/>
        <w:t>v 1.826451 4.832513 -0.978933</w:t>
        <w:br/>
        <w:t>v 1.842887 4.822238 -1.001979</w:t>
        <w:br/>
        <w:t>v 1.849682 5.016367 -1.204827</w:t>
        <w:br/>
        <w:t>v 1.825683 5.030581 -1.197128</w:t>
        <w:br/>
        <w:t>v 1.693853 4.746300 -1.099435</w:t>
        <w:br/>
        <w:t>v 1.722596 4.745748 -1.110605</w:t>
        <w:br/>
        <w:t>v 2.008456 5.343804 -1.310993</w:t>
        <w:br/>
        <w:t>v 1.983660 5.354042 -1.303572</w:t>
        <w:br/>
        <w:t>v 1.896978 11.320355 -0.121244</w:t>
        <w:br/>
        <w:t>v 1.838547 10.869060 -0.202777</w:t>
        <w:br/>
        <w:t>v 1.866646 10.868749 -0.202435</w:t>
        <w:br/>
        <w:t>v 1.924476 11.305711 -0.125257</w:t>
        <w:br/>
        <w:t>v 1.833953 10.334866 -0.323071</w:t>
        <w:br/>
        <w:t>v 1.862302 10.334482 -0.321675</w:t>
        <w:br/>
        <w:t>v 1.917313 10.876120 -0.029273</w:t>
        <w:br/>
        <w:t>v 1.894338 10.877176 -0.012101</w:t>
        <w:br/>
        <w:t>v 1.978128 11.249214 0.045756</w:t>
        <w:br/>
        <w:t>v 1.997058 11.240749 0.026232</w:t>
        <w:br/>
        <w:t>v 1.907489 10.339371 -0.146208</w:t>
        <w:br/>
        <w:t>v 1.883769 10.336089 -0.130580</w:t>
        <w:br/>
        <w:t>v 2.085950 5.753171 -1.349649</w:t>
        <w:br/>
        <w:t>v 2.058236 5.756107 -1.342040</w:t>
        <w:br/>
        <w:t>v 2.119952 6.158094 -1.326008</w:t>
        <w:br/>
        <w:t>v 2.092103 6.156978 -1.323929</w:t>
        <w:br/>
        <w:t>v 2.058236 5.756107 -1.342040</w:t>
        <w:br/>
        <w:t>v 2.126740 6.488066 -1.257181</w:t>
        <w:br/>
        <w:t>v 2.098644 6.484474 -1.258112</w:t>
        <w:br/>
        <w:t>v 2.092103 6.156978 -1.323929</w:t>
        <w:br/>
        <w:t>v 2.180713 5.749436 -1.185545</w:t>
        <w:br/>
        <w:t>v 2.197262 5.747108 -1.207421</w:t>
        <w:br/>
        <w:t>v 2.161706 6.154850 -1.137685</w:t>
        <w:br/>
        <w:t>v 2.183164 6.156160 -1.156867</w:t>
        <w:br/>
        <w:t>v 2.154583 6.483907 -1.067307</w:t>
        <w:br/>
        <w:t>v 2.177543 6.487551 -1.083892</w:t>
        <w:br/>
        <w:t>v 2.123682 6.702175 -1.007786</w:t>
        <w:br/>
        <w:t>v 2.146697 6.707637 -1.023706</w:t>
        <w:br/>
        <w:t>v 2.097834 6.708492 -1.197447</w:t>
        <w:br/>
        <w:t>v 2.069850 6.703118 -1.199195</w:t>
        <w:br/>
        <w:t>v 2.092694 6.920431 -0.948256</w:t>
        <w:br/>
        <w:t>v 2.115910 6.925843 -0.963898</w:t>
        <w:br/>
        <w:t>v 2.069050 6.927060 -1.138301</w:t>
        <w:br/>
        <w:t>v 2.041101 6.921771 -1.140278</w:t>
        <w:br/>
        <w:t>v 2.061612 7.138669 -0.888719</w:t>
        <w:br/>
        <w:t>v 2.084751 7.144793 -0.904451</w:t>
        <w:br/>
        <w:t>v 2.040052 7.146394 -1.079430</w:t>
        <w:br/>
        <w:t>v 2.012401 7.140430 -1.081361</w:t>
        <w:br/>
        <w:t>v 2.002806 7.498149 -0.780524</w:t>
        <w:br/>
        <w:t>v 2.024745 7.505256 -0.797293</w:t>
        <w:br/>
        <w:t>v 1.968176 7.508384 -0.968835</w:t>
        <w:br/>
        <w:t>v 1.940544 7.501592 -0.969330</w:t>
        <w:br/>
        <w:t>v 1.946364 7.857308 -0.673756</w:t>
        <w:br/>
        <w:t>v 1.967325 7.862889 -0.691898</w:t>
        <w:br/>
        <w:t>v 1.896332 7.867901 -0.857977</w:t>
        <w:br/>
        <w:t>v 1.868240 7.862824 -0.856518</w:t>
        <w:br/>
        <w:t>v 1.917796 8.488999 -0.525341</w:t>
        <w:br/>
        <w:t>v 1.939306 8.492037 -0.543453</w:t>
        <w:br/>
        <w:t>v 1.869986 8.492390 -0.710133</w:t>
        <w:br/>
        <w:t>v 1.841442 8.489388 -0.708933</w:t>
        <w:br/>
        <w:t>v 1.891753 9.117776 -0.384286</w:t>
        <w:br/>
        <w:t>v 1.914980 9.119943 -0.401072</w:t>
        <w:br/>
        <w:t>v 1.866011 9.122344 -0.574855</w:t>
        <w:br/>
        <w:t>v 1.837829 9.120420 -0.575652</w:t>
        <w:br/>
        <w:t>v 1.891636 9.739367 -0.255643</w:t>
        <w:br/>
        <w:t>v 1.915019 9.741134 -0.271771</w:t>
        <w:br/>
        <w:t>v 1.864464 9.743559 -0.445102</w:t>
        <w:br/>
        <w:t>v 1.835968 9.742038 -0.446509</w:t>
        <w:br/>
        <w:t>v 1.057913 10.283049 1.084213</w:t>
        <w:br/>
        <w:t>v 1.045835 10.287461 1.058644</w:t>
        <w:br/>
        <w:t>v 1.057713 10.823676 1.142530</w:t>
        <w:br/>
        <w:t>v 1.071372 10.819891 1.167675</w:t>
        <w:br/>
        <w:t>v 1.057713 10.823676 1.142530</w:t>
        <w:br/>
        <w:t>v 1.068910 11.248569 1.213128</w:t>
        <w:br/>
        <w:t>v 1.084883 11.246967 1.235292</w:t>
        <w:br/>
        <w:t>v 1.084914 11.755345 1.235688</w:t>
        <w:br/>
        <w:t>v 1.110947 11.772826 1.265475</w:t>
        <w:br/>
        <w:t>v 1.098640 10.820938 1.164533</w:t>
        <w:br/>
        <w:t>v 1.102921 10.825412 1.137321</w:t>
        <w:br/>
        <w:t>v 1.091136 10.289710 1.054548</w:t>
        <w:br/>
        <w:t>v 1.085263 10.284407 1.081740</w:t>
        <w:br/>
        <w:t>v 1.109845 11.250620 1.224865</w:t>
        <w:br/>
        <w:t>v 1.110555 11.254662 1.195734</w:t>
        <w:br/>
        <w:t>v 1.134725 11.755318 1.260142</w:t>
        <w:br/>
        <w:t>v 1.131211 11.719250 1.229220</w:t>
        <w:br/>
        <w:t>v 1.046512 9.712855 0.966573</w:t>
        <w:br/>
        <w:t>v 1.033422 9.718481 0.941957</w:t>
        <w:br/>
        <w:t>v 1.078369 9.718724 0.934632</w:t>
        <w:br/>
        <w:t>v 1.073660 9.713001 0.962149</w:t>
        <w:br/>
        <w:t>v 1.064708 9.109067 0.798985</w:t>
        <w:br/>
        <w:t>v 1.061222 9.104050 0.826847</w:t>
        <w:br/>
        <w:t>v 1.034323 9.104189 0.832589</w:t>
        <w:br/>
        <w:t>v 1.020171 9.109298 0.808492</w:t>
        <w:br/>
        <w:t>v 1.020869 8.482310 0.733232</w:t>
        <w:br/>
        <w:t>v 1.006462 8.485616 0.709022</w:t>
        <w:br/>
        <w:t>v 1.050882 8.485616 0.698985</w:t>
        <w:br/>
        <w:t>v 1.047699 8.482310 0.727169</w:t>
        <w:br/>
        <w:t>v 1.036959 7.846684 0.646559</w:t>
        <w:br/>
        <w:t>v 1.033147 7.844599 0.674639</w:t>
        <w:br/>
        <w:t>v 1.006090 7.844517 0.679600</w:t>
        <w:br/>
        <w:t>v 0.992167 7.846684 0.654782</w:t>
        <w:br/>
        <w:t>v 0.998338 7.509544 0.657579</w:t>
        <w:br/>
        <w:t>v 0.984741 7.511498 0.632631</w:t>
        <w:br/>
        <w:t>v 1.029569 7.511021 0.624623</w:t>
        <w:br/>
        <w:t>v 1.025416 7.509256 0.652742</w:t>
        <w:br/>
        <w:t>v 0.990844 7.175546 0.635271</w:t>
        <w:br/>
        <w:t>v 0.977330 7.176829 0.610236</w:t>
        <w:br/>
        <w:t>v 1.022187 7.175908 0.602430</w:t>
        <w:br/>
        <w:t>v 1.017939 7.174989 0.630556</w:t>
        <w:br/>
        <w:t>v 1.017048 6.943277 0.600411</w:t>
        <w:br/>
        <w:t>v 1.012794 6.943061 0.628571</w:t>
        <w:br/>
        <w:t>v 0.985696 6.943418 0.633288</w:t>
        <w:br/>
        <w:t>v 0.972186 6.943867 0.608221</w:t>
        <w:br/>
        <w:t>v 0.980554 6.710357 0.631274</w:t>
        <w:br/>
        <w:t>v 0.967039 6.710745 0.606209</w:t>
        <w:br/>
        <w:t>v 1.011903 6.710463 0.598395</w:t>
        <w:br/>
        <w:t>v 1.007652 6.710186 0.626555</w:t>
        <w:br/>
        <w:t>v 0.975005 6.476583 0.629304</w:t>
        <w:br/>
        <w:t>v 0.961889 6.477481 0.604197</w:t>
        <w:br/>
        <w:t>v 1.006754 6.477481 0.596381</w:t>
        <w:br/>
        <w:t>v 1.002100 6.476583 0.624583</w:t>
        <w:br/>
        <w:t>v 0.999536 6.140418 0.580562</w:t>
        <w:br/>
        <w:t>v 0.993202 6.138991 0.608290</w:t>
        <w:br/>
        <w:t>v 0.965833 6.138976 0.611036</w:t>
        <w:br/>
        <w:t>v 0.954223 6.140393 0.585108</w:t>
        <w:br/>
        <w:t>v 0.991350 5.764622 0.563666</w:t>
        <w:br/>
        <w:t>v 0.984251 5.760853 0.590369</w:t>
        <w:br/>
        <w:t>v 0.956778 5.760921 0.590866</w:t>
        <w:br/>
        <w:t>v 0.945818 5.764735 0.564489</w:t>
        <w:br/>
        <w:t>v 0.980299 5.294353 0.449055</w:t>
        <w:br/>
        <w:t>v 0.970844 5.279823 0.466882</w:t>
        <w:br/>
        <w:t>v 0.945251 5.284642 0.473295</w:t>
        <w:br/>
        <w:t>v 0.936843 5.302536 0.459943</w:t>
        <w:br/>
        <w:t>v 0.968808 5.259127 0.342331</w:t>
        <w:br/>
        <w:t>v 0.933807 5.267915 0.344869</w:t>
        <w:br/>
        <w:t>v 1.780516 7.847975 0.276818</w:t>
        <w:br/>
        <w:t>v 1.788922 8.470187 0.253344</w:t>
        <w:br/>
        <w:t>v 1.870106 8.486405 0.092681</w:t>
        <w:br/>
        <w:t>v 1.894293 7.847975 0.136332</w:t>
        <w:br/>
        <w:t>v 1.815296 9.108974 0.260977</w:t>
        <w:br/>
        <w:t>v 1.886440 9.110471 0.094781</w:t>
        <w:br/>
        <w:t>v 1.913752 10.334767 0.049168</w:t>
        <w:br/>
        <w:t>v 1.910182 9.732947 0.092413</w:t>
        <w:br/>
        <w:t>v 1.863028 9.730118 0.266921</w:t>
        <w:br/>
        <w:t>v 1.900356 10.332966 0.229444</w:t>
        <w:br/>
        <w:t>v 1.811850 7.162279 0.316377</w:t>
        <w:br/>
        <w:t>v 1.794076 7.505582 0.295764</w:t>
        <w:br/>
        <w:t>v 1.903067 7.506340 0.151507</w:t>
        <w:br/>
        <w:t>v 1.916510 7.163800 0.168957</w:t>
        <w:br/>
        <w:t>v 1.969500 6.478044 0.170299</w:t>
        <w:br/>
        <w:t>v 1.860041 6.478043 0.314183</w:t>
        <w:br/>
        <w:t>v 1.844094 6.706593 0.317711</w:t>
        <w:br/>
        <w:t>v 1.950955 6.707031 0.171887</w:t>
        <w:br/>
        <w:t>v 0.903626 9.135054 -1.058734</w:t>
        <w:br/>
        <w:t>v 0.877246 9.135163 -1.050994</w:t>
        <w:br/>
        <w:t>v 0.871912 8.492943 -1.135450</w:t>
        <w:br/>
        <w:t>v 0.898056 8.493106 -1.143948</w:t>
        <w:br/>
        <w:t>v 0.911607 9.749412 -1.035458</w:t>
        <w:br/>
        <w:t>v 0.917612 10.295608 -0.982115</w:t>
        <w:br/>
        <w:t>v 0.890187 10.294271 -0.983399</w:t>
        <w:br/>
        <w:t>v 0.884170 9.749303 -1.033591</w:t>
        <w:br/>
        <w:t>v 1.914759 10.874485 0.031689</w:t>
        <w:br/>
        <w:t>v 1.906048 10.876546 0.212222</w:t>
        <w:br/>
        <w:t>v 0.893775 7.867174 -1.324630</w:t>
        <w:br/>
        <w:t>v 0.868490 7.866325 -1.314042</w:t>
        <w:br/>
        <w:t>v 0.921252 10.774624 -0.967194</w:t>
        <w:br/>
        <w:t>v 0.894323 10.770034 -0.968813</w:t>
        <w:br/>
        <w:t>v 1.959292 5.030683 -1.076486</w:t>
        <w:br/>
        <w:t>v 1.849682 5.016367 -1.204827</w:t>
        <w:br/>
        <w:t>v 1.722596 4.745748 -1.110605</w:t>
        <w:br/>
        <w:t>v 1.842887 4.822238 -1.001979</w:t>
        <w:br/>
        <w:t>v 0.939897 12.244830 -1.103773</w:t>
        <w:br/>
        <w:t>v 0.915055 12.241136 -1.115324</w:t>
        <w:br/>
        <w:t>v 0.902071 12.067506 -1.119119</w:t>
        <w:br/>
        <w:t>v 0.929428 12.066367 -1.116688</w:t>
        <w:br/>
        <w:t>v 0.903270 11.919159 -1.068933</w:t>
        <w:br/>
        <w:t>v 0.929683 11.925147 -1.065254</w:t>
        <w:br/>
        <w:t>v 1.966841 11.229776 0.202984</w:t>
        <w:br/>
        <w:t>v 2.000104 11.234521 0.057502</w:t>
        <w:br/>
        <w:t>v 0.928633 11.774251 -1.028700</w:t>
        <w:br/>
        <w:t>v 0.902415 11.767233 -1.031063</w:t>
        <w:br/>
        <w:t>v 0.901118 11.612586 -1.000738</w:t>
        <w:br/>
        <w:t>v 0.926982 11.620462 -0.998528</w:t>
        <w:br/>
        <w:t>v 0.899552 11.399201 -0.981126</w:t>
        <w:br/>
        <w:t>v 0.925655 11.406138 -0.978011</w:t>
        <w:br/>
        <w:t>v 0.897492 11.139970 -0.981721</w:t>
        <w:br/>
        <w:t>v 0.924044 11.148381 -0.978770</w:t>
        <w:br/>
        <w:t>v 0.891036 5.149893 -1.685513</w:t>
        <w:br/>
        <w:t>v 0.860986 5.408756 -1.814147</w:t>
        <w:br/>
        <w:t>v 0.833474 5.408893 -1.814256</w:t>
        <w:br/>
        <w:t>v 0.864578 5.154831 -1.689027</w:t>
        <w:br/>
        <w:t>v 0.892466 5.759919 -1.987576</w:t>
        <w:br/>
        <w:t>v 0.864966 5.760017 -1.987065</w:t>
        <w:br/>
        <w:t>v 0.898015 6.495366 -1.899927</w:t>
        <w:br/>
        <w:t>v 0.870581 6.495723 -1.901866</w:t>
        <w:br/>
        <w:t>v 0.868025 6.165462 -2.031038</w:t>
        <w:br/>
        <w:t>v 0.895516 6.165535 -2.030133</w:t>
        <w:br/>
        <w:t>v 0.895149 7.517033 -1.452900</w:t>
        <w:br/>
        <w:t>v 0.868585 7.517285 -1.445975</w:t>
        <w:br/>
        <w:t>v 0.898814 6.729805 -1.789490</w:t>
        <w:br/>
        <w:t>v 0.871347 6.730578 -1.790733</w:t>
        <w:br/>
        <w:t>v 1.939076 5.343900 0.037764</w:t>
        <w:br/>
        <w:t>v 1.829433 5.343911 0.181443</w:t>
        <w:br/>
        <w:t>v 1.876261 5.760636 0.276313</w:t>
        <w:br/>
        <w:t>v 1.991004 5.760516 0.136632</w:t>
        <w:br/>
        <w:t>v 1.668602 5.025414 0.053851</w:t>
        <w:br/>
        <w:t>v 1.801707 5.017712 -0.068185</w:t>
        <w:br/>
        <w:t>v 1.619720 4.610365 -0.213689</w:t>
        <w:br/>
        <w:t>v 1.485888 4.729463 -0.116753</w:t>
        <w:br/>
        <w:t>v 1.432993 4.503450 -0.146718</w:t>
        <w:br/>
        <w:t>v 0.862399 5.127004 -1.586230</w:t>
        <w:br/>
        <w:t>v 0.888912 5.124323 -1.587561</w:t>
        <w:br/>
        <w:t>v 1.978328 6.142093 0.151598</w:t>
        <w:br/>
        <w:t>v 1.869201 6.141782 0.295762</w:t>
        <w:br/>
        <w:t>v 0.898463 6.962632 -1.679260</w:t>
        <w:br/>
        <w:t>v 0.871020 6.963749 -1.678135</w:t>
        <w:br/>
        <w:t>v 1.826114 6.934686 0.319893</w:t>
        <w:br/>
        <w:t>v 1.931969 6.934986 0.173306</w:t>
        <w:br/>
        <w:t>v 0.897250 7.194382 -1.569111</w:t>
        <w:br/>
        <w:t>v 0.870021 7.195862 -1.565912</w:t>
        <w:br/>
        <w:t>v 1.109845 11.250620 1.224865</w:t>
        <w:br/>
        <w:t>v 1.098640 10.820938 1.164533</w:t>
        <w:br/>
        <w:t>v 1.071372 10.819891 1.167675</w:t>
        <w:br/>
        <w:t>v 1.084883 11.246967 1.235292</w:t>
        <w:br/>
        <w:t>v 1.110947 11.772826 1.265475</w:t>
        <w:br/>
        <w:t>v 1.134725 11.755318 1.260142</w:t>
        <w:br/>
        <w:t>v 1.085263 10.284407 1.081740</w:t>
        <w:br/>
        <w:t>v 1.057913 10.283049 1.084213</w:t>
        <w:br/>
        <w:t>v 1.073660 9.713001 0.962149</w:t>
        <w:br/>
        <w:t>v 1.046512 9.712855 0.966573</w:t>
        <w:br/>
        <w:t>v 1.061222 9.104050 0.826847</w:t>
        <w:br/>
        <w:t>v 1.034323 9.104189 0.832589</w:t>
        <w:br/>
        <w:t>v 1.047699 8.482310 0.727169</w:t>
        <w:br/>
        <w:t>v 1.020869 8.482310 0.733232</w:t>
        <w:br/>
        <w:t>v 1.033147 7.844599 0.674639</w:t>
        <w:br/>
        <w:t>v 1.006090 7.844517 0.679600</w:t>
        <w:br/>
        <w:t>v 1.025416 7.509256 0.652742</w:t>
        <w:br/>
        <w:t>v 0.998338 7.509544 0.657579</w:t>
        <w:br/>
        <w:t>v 1.017939 7.174989 0.630556</w:t>
        <w:br/>
        <w:t>v 0.990844 7.175546 0.635271</w:t>
        <w:br/>
        <w:t>v 1.012794 6.943061 0.628571</w:t>
        <w:br/>
        <w:t>v 0.985696 6.943418 0.633288</w:t>
        <w:br/>
        <w:t>v 1.007652 6.710186 0.626555</w:t>
        <w:br/>
        <w:t>v 0.980554 6.710357 0.631274</w:t>
        <w:br/>
        <w:t>v 1.002100 6.476583 0.624583</w:t>
        <w:br/>
        <w:t>v 0.975005 6.476583 0.629304</w:t>
        <w:br/>
        <w:t>v 0.993202 6.138991 0.608290</w:t>
        <w:br/>
        <w:t>v 0.965833 6.138976 0.611036</w:t>
        <w:br/>
        <w:t>v 0.984251 5.760853 0.590369</w:t>
        <w:br/>
        <w:t>v 0.956778 5.760921 0.590866</w:t>
        <w:br/>
        <w:t>v 0.970844 5.279823 0.466882</w:t>
        <w:br/>
        <w:t>v 0.945251 5.284642 0.473295</w:t>
        <w:br/>
        <w:t>v 0.968808 5.259127 0.342331</w:t>
        <w:br/>
        <w:t>v 0.933807 5.267915 0.344869</w:t>
        <w:br/>
        <w:t>v 0.945251 5.284642 0.473295</w:t>
        <w:br/>
        <w:t>v 0.970844 5.279823 0.466882</w:t>
        <w:br/>
        <w:t>v 1.866646 10.868749 -0.202435</w:t>
        <w:br/>
        <w:t>v 1.917313 10.876120 -0.029273</w:t>
        <w:br/>
        <w:t>v 1.997058 11.240749 0.026232</w:t>
        <w:br/>
        <w:t>v 1.924476 11.305711 -0.125257</w:t>
        <w:br/>
        <w:t>v 2.183164 6.156160 -1.156867</w:t>
        <w:br/>
        <w:t>v 2.119952 6.158094 -1.326008</w:t>
        <w:br/>
        <w:t>v 2.085950 5.753171 -1.349649</w:t>
        <w:br/>
        <w:t>v 2.197262 5.747108 -1.207421</w:t>
        <w:br/>
        <w:t>v 2.107608 5.333899 -1.160154</w:t>
        <w:br/>
        <w:t>v 2.008456 5.343804 -1.310993</w:t>
        <w:br/>
        <w:t>v 2.177543 6.487551 -1.083892</w:t>
        <w:br/>
        <w:t>v 2.126740 6.488066 -1.257181</w:t>
        <w:br/>
        <w:t>v 2.146697 6.707637 -1.023706</w:t>
        <w:br/>
        <w:t>v 2.097834 6.708492 -1.197447</w:t>
        <w:br/>
        <w:t>v 2.115910 6.925843 -0.963898</w:t>
        <w:br/>
        <w:t>v 2.069050 6.927060 -1.138301</w:t>
        <w:br/>
        <w:t>v 2.084751 7.144793 -0.904451</w:t>
        <w:br/>
        <w:t>v 2.040052 7.146394 -1.079430</w:t>
        <w:br/>
        <w:t>v 2.024745 7.505256 -0.797293</w:t>
        <w:br/>
        <w:t>v 1.968176 7.508384 -0.968835</w:t>
        <w:br/>
        <w:t>v 1.967325 7.862889 -0.691898</w:t>
        <w:br/>
        <w:t>v 1.896332 7.867901 -0.857977</w:t>
        <w:br/>
        <w:t>v 1.939306 8.492037 -0.543453</w:t>
        <w:br/>
        <w:t>v 1.869986 8.492390 -0.710133</w:t>
        <w:br/>
        <w:t>v 1.914980 9.119943 -0.401072</w:t>
        <w:br/>
        <w:t>v 1.866011 9.122344 -0.574855</w:t>
        <w:br/>
        <w:t>v 1.915019 9.741134 -0.271771</w:t>
        <w:br/>
        <w:t>v 1.864464 9.743559 -0.445102</w:t>
        <w:br/>
        <w:t>v 1.907489 10.339371 -0.146208</w:t>
        <w:br/>
        <w:t>v 1.862302 10.334482 -0.321675</w:t>
        <w:br/>
        <w:t>v 2.154583 6.483907 -1.067307</w:t>
        <w:br/>
        <w:t>v 2.123682 6.702175 -1.007786</w:t>
        <w:br/>
        <w:t>v 2.092694 6.920431 -0.948256</w:t>
        <w:br/>
        <w:t>v 2.061612 7.138669 -0.888719</w:t>
        <w:br/>
        <w:t>v 2.002806 7.498149 -0.780524</w:t>
        <w:br/>
        <w:t>v 2.053289 4.994925 -0.712403</w:t>
        <w:br/>
        <w:t>v 1.826451 4.832513 -0.978933</w:t>
        <w:br/>
        <w:t>v 1.888291 4.872720 -0.922734</w:t>
        <w:br/>
        <w:t>v 0.968808 5.259127 0.342331</w:t>
        <w:br/>
        <w:t>v 0.933807 5.267915 0.344869</w:t>
        <w:br/>
        <w:t>v 5.755610 15.365251 -0.183170</w:t>
        <w:br/>
        <w:t>v 5.741478 15.357214 -0.185125</w:t>
        <w:br/>
        <w:t>v -0.000014 12.518763 -1.281347</w:t>
        <w:br/>
        <w:t>v -0.000014 12.535009 -1.050844</w:t>
        <w:br/>
        <w:t>v -0.000014 12.518763 -1.281347</w:t>
        <w:br/>
        <w:t>v 0.670465 13.017499 -1.057991</w:t>
        <w:br/>
        <w:t>v 0.769228 12.958050 -1.075517</w:t>
        <w:br/>
        <w:t>v 0.892979 12.638882 -1.152838</w:t>
        <w:br/>
        <w:t>v 0.960183 12.425296 -1.192705</w:t>
        <w:br/>
        <w:t>v 1.032532 12.191604 -1.230023</w:t>
        <w:br/>
        <w:t>v 1.144581 11.808003 -1.288744</w:t>
        <w:br/>
        <w:t>v 1.256309 11.421427 -1.351008</w:t>
        <w:br/>
        <w:t>v 1.366034 11.039870 -1.410028</w:t>
        <w:br/>
        <w:t>v 1.451878 10.707619 -1.471903</w:t>
        <w:br/>
        <w:t>v 1.440453 10.457813 -1.573463</w:t>
        <w:br/>
        <w:t>v 1.437785 10.538471 -1.548742</w:t>
        <w:br/>
        <w:t>v 1.667379 10.056447 -1.616876</w:t>
        <w:br/>
        <w:t>v 1.610572 10.215522 -1.589459</w:t>
        <w:br/>
        <w:t>v 1.504584 9.853476 -1.713212</w:t>
        <w:br/>
        <w:t>v 1.607648 9.716761 -1.709369</w:t>
        <w:br/>
        <w:t>v 1.788530 9.665584 -1.698773</w:t>
        <w:br/>
        <w:t>v 0.781223 12.977070 -1.102613</w:t>
        <w:br/>
        <w:t>v 0.841453 13.038340 -1.066889</w:t>
        <w:br/>
        <w:t>v 1.530569 10.279604 -1.597568</w:t>
        <w:br/>
        <w:t>v 1.461682 10.379660 -1.588419</w:t>
        <w:br/>
        <w:t>v 0.770023 13.242619 -0.947365</w:t>
        <w:br/>
        <w:t>v 0.765680 13.237900 -0.987661</w:t>
        <w:br/>
        <w:t>v 0.809209 13.141058 -1.029632</w:t>
        <w:br/>
        <w:t>v 0.816631 13.117458 -0.995288</w:t>
        <w:br/>
        <w:t>v 0.670465 13.017499 -1.057991</w:t>
        <w:br/>
        <w:t>v 0.681084 13.037115 -1.085032</w:t>
        <w:br/>
        <w:t>v 0.507157 13.091890 -1.074293</w:t>
        <w:br/>
        <w:t>v 0.508264 13.073607 -1.057900</w:t>
        <w:br/>
        <w:t>v 1.032532 12.191604 -1.230023</w:t>
        <w:br/>
        <w:t>v 1.144581 11.808003 -1.288744</w:t>
        <w:br/>
        <w:t>v 0.960183 12.425296 -1.192705</w:t>
        <w:br/>
        <w:t>v 1.256309 11.421427 -1.351008</w:t>
        <w:br/>
        <w:t>v 1.366034 11.039870 -1.410028</w:t>
        <w:br/>
        <w:t>v 1.451878 10.707619 -1.471903</w:t>
        <w:br/>
        <w:t>v 1.465129 10.714666 -1.495520</w:t>
        <w:br/>
        <w:t>v 1.461682 10.379660 -1.588419</w:t>
        <w:br/>
        <w:t>v 1.530569 10.279604 -1.597568</w:t>
        <w:br/>
        <w:t>v 1.610572 10.215522 -1.589459</w:t>
        <w:br/>
        <w:t>v 1.667379 10.056447 -1.616876</w:t>
        <w:br/>
        <w:t>v 0.892979 12.638882 -1.152838</w:t>
        <w:br/>
        <w:t>v 1.437785 10.538471 -1.548742</w:t>
        <w:br/>
        <w:t>v 1.445351 10.542140 -1.553101</w:t>
        <w:br/>
        <w:t>v 1.440453 10.457813 -1.573463</w:t>
        <w:br/>
        <w:t>v 1.451482 10.459170 -1.577493</w:t>
        <w:br/>
        <w:t>v 1.437785 10.538471 -1.548742</w:t>
        <w:br/>
        <w:t>v 1.806719 9.651914 -1.712139</w:t>
        <w:br/>
        <w:t>v 1.788530 9.665584 -1.698773</w:t>
        <w:br/>
        <w:t>v 0.769228 12.958050 -1.075517</w:t>
        <w:br/>
        <w:t>v 0.781223 12.977070 -1.102613</w:t>
        <w:br/>
        <w:t>v 0.841453 13.038340 -1.066889</w:t>
        <w:br/>
        <w:t>v 1.788530 9.665584 -1.698773</w:t>
        <w:br/>
        <w:t>v 0.843514 13.049315 -1.030878</w:t>
        <w:br/>
        <w:t>v -0.245914 13.786334 -0.419838</w:t>
        <w:br/>
        <w:t>v -0.259033 13.664595 -0.506911</w:t>
        <w:br/>
        <w:t>v -0.000015 13.606441 -0.460166</w:t>
        <w:br/>
        <w:t>v -0.000015 13.756786 -0.383338</w:t>
        <w:br/>
        <w:t>v -0.449982 13.740429 -0.480940</w:t>
        <w:br/>
        <w:t>v -0.377975 13.804869 -0.455859</w:t>
        <w:br/>
        <w:t>v -0.599259 13.856781 -0.423787</w:t>
        <w:br/>
        <w:t>v -0.149830 13.587647 1.306527</w:t>
        <w:br/>
        <w:t>v -0.370095 13.519583 1.258430</w:t>
        <w:br/>
        <w:t>v -0.347889 13.748382 1.227709</w:t>
        <w:br/>
        <w:t>v -0.345545 13.686094 -0.527257</w:t>
        <w:br/>
        <w:t>v -0.234134 14.074148 -0.300480</w:t>
        <w:br/>
        <w:t>v -0.000015 14.044683 -0.279346</w:t>
        <w:br/>
        <w:t>v -0.505942 14.098854 -0.283392</w:t>
        <w:br/>
        <w:t>v -0.173953 13.746725 1.248457</w:t>
        <w:br/>
        <w:t>v -0.160007 14.056106 1.233717</w:t>
        <w:br/>
        <w:t>v -0.000017 14.053181 1.247652</w:t>
        <w:br/>
        <w:t>v -0.000017 13.745070 1.269205</w:t>
        <w:br/>
        <w:t>v -0.738078 14.107511 -0.261490</w:t>
        <w:br/>
        <w:t>v -0.802808 13.971665 -0.313281</w:t>
        <w:br/>
        <w:t>v -0.981713 13.832352 0.974269</w:t>
        <w:br/>
        <w:t>v -1.040114 13.868537 0.896214</w:t>
        <w:br/>
        <w:t>v -0.933896 14.027503 0.940719</w:t>
        <w:br/>
        <w:t>v -0.854131 14.064092 -0.263378</w:t>
        <w:br/>
        <w:t>v -0.913935 14.131790 -0.206473</w:t>
        <w:br/>
        <w:t>v -0.942600 15.443794 0.710899</w:t>
        <w:br/>
        <w:t>v -0.985270 15.460193 0.459467</w:t>
        <w:br/>
        <w:t>v -1.011232 15.513107 0.446573</w:t>
        <w:br/>
        <w:t>v -0.996307 15.513422 0.628434</w:t>
        <w:br/>
        <w:t>v -0.885263 15.018962 0.253057</w:t>
        <w:br/>
        <w:t>v -0.913364 15.017691 0.465263</w:t>
        <w:br/>
        <w:t>v -0.975725 14.713824 0.461821</w:t>
        <w:br/>
        <w:t>v -0.963562 14.713239 0.259378</w:t>
        <w:br/>
        <w:t>v -0.922889 14.701427 0.692864</w:t>
        <w:br/>
        <w:t>v -0.873335 14.992252 0.706970</w:t>
        <w:br/>
        <w:t>v -0.826775 14.676359 0.954183</w:t>
        <w:br/>
        <w:t>v -0.788910 14.957649 0.964077</w:t>
        <w:br/>
        <w:t>v -0.599056 15.174007 1.183213</w:t>
        <w:br/>
        <w:t>v -0.656639 15.409138 1.186616</w:t>
        <w:br/>
        <w:t>v -0.549721 15.398269 1.254015</w:t>
        <w:br/>
        <w:t>v -0.692625 15.191910 1.082815</w:t>
        <w:br/>
        <w:t>v -0.786194 15.209813 0.982417</w:t>
        <w:br/>
        <w:t>v -0.823146 15.440717 1.000483</w:t>
        <w:br/>
        <w:t>v -0.745386 15.422354 1.098472</w:t>
        <w:br/>
        <w:t>v -0.678659 14.082488 1.114355</w:t>
        <w:br/>
        <w:t>v -0.822231 14.069651 1.036903</w:t>
        <w:br/>
        <w:t>v -0.884999 14.396852 0.949333</w:t>
        <w:br/>
        <w:t>v -0.650167 14.348279 1.113485</w:t>
        <w:br/>
        <w:t>v -0.617113 14.632192 1.126546</w:t>
        <w:br/>
        <w:t>v -0.595822 14.916022 1.151930</w:t>
        <w:br/>
        <w:t>v -1.038173 14.522721 0.353446</w:t>
        <w:br/>
        <w:t>v -1.051770 14.440483 0.254050</w:t>
        <w:br/>
        <w:t>v -1.011383 14.414163 0.676486</w:t>
        <w:br/>
        <w:t>v -1.002428 15.523490 0.251329</w:t>
        <w:br/>
        <w:t>v -0.955579 15.460874 0.252678</w:t>
        <w:br/>
        <w:t>v -0.313912 14.597990 1.225979</w:t>
        <w:br/>
        <w:t>v -0.311900 14.886709 1.249337</w:t>
        <w:br/>
        <w:t>v -0.994804 14.412904 0.053121</w:t>
        <w:br/>
        <w:t>v -0.884822 14.702083 0.078525</w:t>
        <w:br/>
        <w:t>v -0.822046 15.000264 0.087007</w:t>
        <w:br/>
        <w:t>v -0.748761 14.668535 -0.042850</w:t>
        <w:br/>
        <w:t>v -0.701650 14.964724 -0.049857</w:t>
        <w:br/>
        <w:t>v -0.961806 15.548247 -0.014677</w:t>
        <w:br/>
        <w:t>v -0.912743 15.452470 0.005034</w:t>
        <w:br/>
        <w:t>v -1.069401 14.342938 0.131790</w:t>
        <w:br/>
        <w:t>v -0.704556 15.193205 -0.087477</w:t>
        <w:br/>
        <w:t>v -0.840031 15.239013 0.054366</w:t>
        <w:br/>
        <w:t>v -1.029607 14.180050 -0.105839</w:t>
        <w:br/>
        <w:t>v -0.635433 14.356761 -0.179348</w:t>
        <w:br/>
        <w:t>v -0.848236 14.387093 -0.077185</w:t>
        <w:br/>
        <w:t>v -1.082102 14.178408 -0.055111</w:t>
        <w:br/>
        <w:t>v -0.912401 15.268955 0.247502</w:t>
        <w:br/>
        <w:t>v -0.310786 15.153951 1.280700</w:t>
        <w:br/>
        <w:t>v -0.901246 15.244698 0.716599</w:t>
        <w:br/>
        <w:t>v -0.949828 15.279290 0.465258</w:t>
        <w:br/>
        <w:t>v -0.770005 15.414283 -0.146242</w:t>
        <w:br/>
        <w:t>v -0.851058 15.576396 -0.213655</w:t>
        <w:br/>
        <w:t>v -0.154544 15.383137 1.344175</w:t>
        <w:br/>
        <w:t>v -0.162528 15.681397 1.390020</w:t>
        <w:br/>
        <w:t>v -0.000016 15.707368 1.389801</w:t>
        <w:br/>
        <w:t>v -0.000018 15.380626 1.359229</w:t>
        <w:br/>
        <w:t>v -0.593739 15.608626 1.304407</w:t>
        <w:br/>
        <w:t>v -0.483386 15.627418 1.355484</w:t>
        <w:br/>
        <w:t>v -0.789820 15.580067 1.117906</w:t>
        <w:br/>
        <w:t>v -0.716136 15.592330 1.210153</w:t>
        <w:br/>
        <w:t>v -0.157948 14.308561 1.227528</w:t>
        <w:br/>
        <w:t>v -0.000017 14.308517 1.239077</w:t>
        <w:br/>
        <w:t>v -0.156965 14.596524 1.236648</w:t>
        <w:br/>
        <w:t>v -0.000017 14.595059 1.247317</w:t>
        <w:br/>
        <w:t>v -0.315880 14.308607 1.215979</w:t>
        <w:br/>
        <w:t>v -0.319998 14.059032 1.219783</w:t>
        <w:br/>
        <w:t>v -0.155959 14.883661 1.261300</w:t>
        <w:br/>
        <w:t>v -0.000018 14.880612 1.273263</w:t>
        <w:br/>
        <w:t>v -0.000015 14.587432 -0.159836</w:t>
        <w:br/>
        <w:t>v -0.000016 14.870162 -0.166702</w:t>
        <w:br/>
        <w:t>v -0.207230 14.872223 -0.191230</w:t>
        <w:br/>
        <w:t>v -0.220272 14.598157 -0.177623</w:t>
        <w:br/>
        <w:t>v -0.567646 15.161446 -0.180155</w:t>
        <w:br/>
        <w:t>v -0.611724 15.387642 -0.255455</w:t>
        <w:br/>
        <w:t>v -0.395004 14.616339 -0.171023</w:t>
        <w:br/>
        <w:t>v -0.382851 14.896876 -0.175616</w:t>
        <w:br/>
        <w:t>v -0.552796 14.930336 -0.128704</w:t>
        <w:br/>
        <w:t>v -0.573751 14.639237 -0.128306</w:t>
        <w:br/>
        <w:t>v -0.435946 14.340886 -0.213204</w:t>
        <w:br/>
        <w:t>v -0.680020 15.619277 -0.361332</w:t>
        <w:br/>
        <w:t>v -0.000018 15.151498 1.312390</w:t>
        <w:br/>
        <w:t>v -0.155402 15.152724 1.296545</w:t>
        <w:br/>
        <w:t>v -0.393129 15.120289 -0.223831</w:t>
        <w:br/>
        <w:t>v -0.421811 15.367147 -0.306608</w:t>
        <w:br/>
        <w:t>v -0.207958 15.357437 -0.316346</w:t>
        <w:br/>
        <w:t>v -0.201633 15.090902 -0.238532</w:t>
        <w:br/>
        <w:t>v -0.000016 15.086613 -0.211746</w:t>
        <w:br/>
        <w:t>v -0.000015 15.356878 -0.294802</w:t>
        <w:br/>
        <w:t>v -0.212739 15.612128 -0.405274</w:t>
        <w:br/>
        <w:t>v -0.000015 15.612217 -0.373369</w:t>
        <w:br/>
        <w:t>v -0.000014 15.787833 -0.444879</w:t>
        <w:br/>
        <w:t>v -0.215604 15.735284 -0.455006</w:t>
        <w:br/>
        <w:t>v -0.458268 15.616446 -0.402600</w:t>
        <w:br/>
        <w:t>v -0.461945 15.677172 -0.434935</w:t>
        <w:br/>
        <w:t>v -0.231032 14.326945 -0.214866</w:t>
        <w:br/>
        <w:t>v -0.000015 14.306732 -0.201297</w:t>
        <w:br/>
        <w:t>v -0.861240 15.556344 1.024546</w:t>
        <w:br/>
        <w:t>v -0.966342 15.521039 0.808267</w:t>
        <w:br/>
        <w:t>v -1.071088 14.431107 0.425308</w:t>
        <w:br/>
        <w:t>v -1.135308 14.208867 0.564562</w:t>
        <w:br/>
        <w:t>v -1.103314 14.320848 0.501787</w:t>
        <w:br/>
        <w:t>v -0.997203 14.077286 0.857288</w:t>
        <w:br/>
        <w:t>v -1.164452 14.092167 0.596152</w:t>
        <w:br/>
        <w:t>v -1.073613 14.102914 0.734461</w:t>
        <w:br/>
        <w:t>v -0.905714 13.904737 1.012885</w:t>
        <w:br/>
        <w:t>v -0.909978 13.835319 1.020194</w:t>
        <w:br/>
        <w:t>v -0.779647 13.972813 1.073692</w:t>
        <w:br/>
        <w:t>v -0.651244 13.842582 1.133402</w:t>
        <w:br/>
        <w:t>v -0.737358 13.919494 1.095976</w:t>
        <w:br/>
        <w:t>v -0.497853 13.663470 1.244401</w:t>
        <w:br/>
        <w:t>v -0.613665 13.802731 1.154463</w:t>
        <w:br/>
        <w:t>v -0.878776 13.989617 1.017371</w:t>
        <w:br/>
        <w:t>v -0.904678 13.779924 1.057270</w:t>
        <w:br/>
        <w:t>v -0.000017 13.645325 1.328120</w:t>
        <w:br/>
        <w:t>v -0.074924 13.616485 1.317323</w:t>
        <w:br/>
        <w:t>v -0.894169 14.008647 -0.246077</w:t>
        <w:br/>
        <w:t>v -1.096989 14.249997 0.056988</w:t>
        <w:br/>
        <w:t>v -1.139340 14.158285 -0.018097</w:t>
        <w:br/>
        <w:t>v -0.882873 15.442257 0.855691</w:t>
        <w:br/>
        <w:t>v -0.429885 15.389509 1.297464</w:t>
        <w:br/>
        <w:t>v -0.405653 15.641290 1.379163</w:t>
        <w:br/>
        <w:t>v -0.309071 15.385648 1.329120</w:t>
        <w:br/>
        <w:t>v -0.325039 15.655426 1.390240</w:t>
        <w:br/>
        <w:t>v -0.915900 15.538179 0.928517</w:t>
        <w:br/>
        <w:t>v -0.186688 13.456166 -0.700183</w:t>
        <w:br/>
        <w:t>v -0.058024 13.300487 -0.631379</w:t>
        <w:br/>
        <w:t>v -0.000015 13.281441 -0.596572</w:t>
        <w:br/>
        <w:t>v -0.124496 16.623665 1.611605</w:t>
        <w:br/>
        <w:t>v -0.043667 16.518150 1.655120</w:t>
        <w:br/>
        <w:t>v -0.005198 16.535820 1.645141</w:t>
        <w:br/>
        <w:t>v -0.088185 16.645844 1.600096</w:t>
        <w:br/>
        <w:t>v -0.393344 16.969631 1.325504</w:t>
        <w:br/>
        <w:t>v -0.419618 16.935314 1.334168</w:t>
        <w:br/>
        <w:t>v -0.301167 16.838299 1.440503</w:t>
        <w:br/>
        <w:t>v -0.273094 16.870331 1.429141</w:t>
        <w:br/>
        <w:t>v -0.207237 16.730362 1.531615</w:t>
        <w:br/>
        <w:t>v -0.175767 16.758034 1.517946</w:t>
        <w:br/>
        <w:t>v -0.434487 15.933597 1.696975</w:t>
        <w:br/>
        <w:t>v -0.495296 15.949683 1.695698</w:t>
        <w:br/>
        <w:t>v -0.527127 15.920111 1.688269</w:t>
        <w:br/>
        <w:t>v -0.467165 15.905141 1.688886</w:t>
        <w:br/>
        <w:t>v -0.574906 15.959697 1.694055</w:t>
        <w:br/>
        <w:t>v -0.544660 15.990925 1.701326</w:t>
        <w:br/>
        <w:t>v -0.574337 16.038813 1.710092</w:t>
        <w:br/>
        <w:t>v -0.619857 16.057169 1.714271</w:t>
        <w:br/>
        <w:t>v -0.603066 16.006035 1.703520</w:t>
        <w:br/>
        <w:t>v -0.889940 17.117373 0.992202</w:t>
        <w:br/>
        <w:t>v -0.927839 16.976347 1.119204</w:t>
        <w:br/>
        <w:t>v -0.761076 16.994795 1.168441</w:t>
        <w:br/>
        <w:t>v -0.713903 17.096878 1.098237</w:t>
        <w:br/>
        <w:t>v -1.075892 16.953568 1.069408</w:t>
        <w:br/>
        <w:t>v -1.047764 17.105770 0.920642</w:t>
        <w:br/>
        <w:t>v -1.187926 17.078608 0.861728</w:t>
        <w:br/>
        <w:t>v -1.215401 16.931564 1.002927</w:t>
        <w:br/>
        <w:t>v -0.541236 17.046154 1.213194</w:t>
        <w:br/>
        <w:t>v -0.566208 17.010569 1.220477</w:t>
        <w:br/>
        <w:t>v -1.128043 16.565386 1.416646</w:t>
        <w:br/>
        <w:t>v -1.006645 16.450071 1.535317</w:t>
        <w:br/>
        <w:t>v -0.966534 16.469524 1.535985</w:t>
        <w:br/>
        <w:t>v -1.092550 16.585264 1.428514</w:t>
        <w:br/>
        <w:t>v -1.097002 16.715574 1.316527</w:t>
        <w:br/>
        <w:t>v -1.087653 16.833282 1.197666</w:t>
        <w:br/>
        <w:t>v -1.213511 16.802675 1.149909</w:t>
        <w:br/>
        <w:t>v -1.197096 16.682253 1.286439</w:t>
        <w:br/>
        <w:t>v -0.959799 16.750418 1.356440</w:t>
        <w:br/>
        <w:t>v -0.941450 16.867575 1.240761</w:t>
        <w:br/>
        <w:t>v -0.795491 16.781853 1.390293</w:t>
        <w:br/>
        <w:t>v -0.777787 16.893904 1.275672</w:t>
        <w:br/>
        <w:t>v -0.977457 16.619907 1.463246</w:t>
        <w:br/>
        <w:t>v -0.794873 16.648697 1.488642</w:t>
        <w:br/>
        <w:t>v -0.621554 16.800438 1.406230</w:t>
        <w:br/>
        <w:t>v -0.606907 16.915941 1.306102</w:t>
        <w:br/>
        <w:t>v -0.624768 16.710670 1.464189</w:t>
        <w:br/>
        <w:t>v -0.454444 16.820951 1.425143</w:t>
        <w:br/>
        <w:t>v -0.298685 16.587349 1.625765</w:t>
        <w:br/>
        <w:t>v -0.308017 16.728386 1.527593</w:t>
        <w:br/>
        <w:t>v -0.462334 16.704870 1.481887</w:t>
        <w:br/>
        <w:t>v -0.468459 16.583937 1.553220</w:t>
        <w:br/>
        <w:t>v -0.326990 16.432207 1.626035</w:t>
        <w:br/>
        <w:t>v -0.363604 16.059881 1.691243</w:t>
        <w:br/>
        <w:t>v -0.495585 16.053617 1.696992</w:t>
        <w:br/>
        <w:t>v -0.141056 16.551189 1.643527</w:t>
        <w:br/>
        <w:t>v -0.186789 16.398479 1.622858</w:t>
        <w:br/>
        <w:t>v -0.181810 16.069984 1.672487</w:t>
        <w:br/>
        <w:t>v -0.391910 15.932003 1.699998</w:t>
        <w:br/>
        <w:t>v -0.226280 15.902409 1.696355</w:t>
        <w:br/>
        <w:t>v -0.000016 16.353222 1.616775</w:t>
        <w:br/>
        <w:t>v -0.065944 15.873838 1.692104</w:t>
        <w:br/>
        <w:t>v -0.239178 15.781016 1.674301</w:t>
        <w:br/>
        <w:t>v -0.087708 15.741715 1.683967</w:t>
        <w:br/>
        <w:t>v -0.416883 15.825887 1.669016</w:t>
        <w:br/>
        <w:t>v -0.457001 15.845599 1.669334</w:t>
        <w:br/>
        <w:t>v -0.427522 15.908738 1.692029</w:t>
        <w:br/>
        <w:t>v -0.471508 15.780831 1.652873</w:t>
        <w:br/>
        <w:t>v -0.368204 15.676898 1.647330</w:t>
        <w:br/>
        <w:t>v -0.255384 15.651160 1.657706</w:t>
        <w:br/>
        <w:t>v -0.108832 15.616681 1.673759</w:t>
        <w:br/>
        <w:t>v -0.285543 15.501922 1.640383</w:t>
        <w:br/>
        <w:t>v -0.136571 15.486789 1.661685</w:t>
        <w:br/>
        <w:t>v -0.389087 15.517941 1.625013</w:t>
        <w:br/>
        <w:t>v -0.477688 15.714921 1.637301</w:t>
        <w:br/>
        <w:t>v -0.470113 15.642301 1.629644</w:t>
        <w:br/>
        <w:t>v -0.319707 15.371943 1.623226</w:t>
        <w:br/>
        <w:t>v -0.381194 15.472710 1.618725</w:t>
        <w:br/>
        <w:t>v -0.397279 15.396406 1.607446</w:t>
        <w:br/>
        <w:t>v -0.310831 15.274667 1.617736</w:t>
        <w:br/>
        <w:t>v -0.221669 15.237888 1.633244</w:t>
        <w:br/>
        <w:t>v -0.169882 15.359479 1.649835</w:t>
        <w:br/>
        <w:t>v -0.396308 15.347271 1.604173</w:t>
        <w:br/>
        <w:t>v -0.335795 15.116776 1.592413</w:t>
        <w:br/>
        <w:t>v -0.320615 15.109168 1.594432</w:t>
        <w:br/>
        <w:t>v -0.381045 15.301269 1.604640</w:t>
        <w:br/>
        <w:t>v -0.365088 15.239749 1.606433</w:t>
        <w:br/>
        <w:t>v -0.345928 15.131958 1.592649</w:t>
        <w:br/>
        <w:t>v -0.004186 16.545269 1.666185</w:t>
        <w:br/>
        <w:t>v -0.042379 16.526329 1.676631</w:t>
        <w:br/>
        <w:t>v -0.125053 16.634758 1.631825</w:t>
        <w:br/>
        <w:t>v -0.088728 16.656876 1.620232</w:t>
        <w:br/>
        <w:t>v -0.306574 16.849886 1.459523</w:t>
        <w:br/>
        <w:t>v -0.427530 16.946173 1.352597</w:t>
        <w:br/>
        <w:t>v -0.401338 16.980606 1.344156</w:t>
        <w:br/>
        <w:t>v -0.278761 16.882118 1.448104</w:t>
        <w:br/>
        <w:t>v -0.178904 16.770416 1.537150</w:t>
        <w:br/>
        <w:t>v -0.210118 16.742542 1.550990</w:t>
        <w:br/>
        <w:t>v -0.445096 15.930973 1.719445</w:t>
        <w:br/>
        <w:t>v -0.468726 15.900187 1.711370</w:t>
        <w:br/>
        <w:t>v -0.528226 15.915588 1.710890</w:t>
        <w:br/>
        <w:t>v -0.495789 15.944243 1.719238</w:t>
        <w:br/>
        <w:t>v -0.575554 15.955306 1.716708</w:t>
        <w:br/>
        <w:t>v -0.546166 15.987193 1.724618</w:t>
        <w:br/>
        <w:t>v -0.604086 16.002310 1.726228</w:t>
        <w:br/>
        <w:t>v -0.621250 16.054113 1.737036</w:t>
        <w:br/>
        <w:t>v -0.594674 16.088779 1.742950</w:t>
        <w:br/>
        <w:t>v -0.575661 16.035345 1.732839</w:t>
        <w:br/>
        <w:t>v -0.721933 17.106295 1.112781</w:t>
        <w:br/>
        <w:t>v -0.748720 17.071911 1.123203</w:t>
        <w:br/>
        <w:t>v -0.921058 17.093065 1.022300</w:t>
        <w:br/>
        <w:t>v -0.898976 17.128611 1.010227</w:t>
        <w:br/>
        <w:t>v -1.066817 17.080873 0.958598</w:t>
        <w:br/>
        <w:t>v -1.162067 17.063114 0.927079</w:t>
        <w:br/>
        <w:t>v -1.196043 17.090809 0.876025</w:t>
        <w:br/>
        <w:t>v -1.055453 17.115520 0.935178</w:t>
        <w:br/>
        <w:t>v -1.182597 16.949568 1.045813</w:t>
        <w:br/>
        <w:t>v -1.224525 16.947359 1.017050</w:t>
        <w:br/>
        <w:t>v -0.550005 17.056988 1.228822</w:t>
        <w:br/>
        <w:t>v -0.575465 17.020933 1.238499</w:t>
        <w:br/>
        <w:t>v -0.723334 16.090052 1.727974</w:t>
        <w:br/>
        <w:t>v -0.696295 16.121149 1.733144</w:t>
        <w:br/>
        <w:t>v -0.780733 16.127003 1.719195</w:t>
        <w:br/>
        <w:t>v -0.750746 16.155041 1.724633</w:t>
        <w:br/>
        <w:t>v -0.825684 16.178579 1.708161</w:t>
        <w:br/>
        <w:t>v -0.858410 16.255096 1.693659</w:t>
        <w:br/>
        <w:t>v -0.822527 16.275515 1.700481</w:t>
        <w:br/>
        <w:t>v -0.792387 16.204556 1.714297</w:t>
        <w:br/>
        <w:t>v -0.949351 16.407537 1.614036</w:t>
        <w:br/>
        <w:t>v -0.922089 16.435272 1.621692</w:t>
        <w:br/>
        <w:t>v -0.840359 16.379217 1.674538</w:t>
        <w:br/>
        <w:t>v -0.883134 16.360106 1.665520</w:t>
        <w:br/>
        <w:t>v -0.985966 16.485676 1.565328</w:t>
        <w:br/>
        <w:t>v -1.019325 16.460943 1.558673</w:t>
        <w:br/>
        <w:t>v -1.139403 16.575535 1.433910</w:t>
        <w:br/>
        <w:t>v -1.104997 16.595879 1.445167</w:t>
        <w:br/>
        <w:t>v -1.208318 16.695312 1.301711</w:t>
        <w:br/>
        <w:t>v -1.164437 16.709820 1.319395</w:t>
        <w:br/>
        <w:t>v -1.183509 16.826862 1.184569</w:t>
        <w:br/>
        <w:t>v -1.223912 16.817743 1.163958</w:t>
        <w:br/>
        <w:t>v -1.083997 16.966692 1.086781</w:t>
        <w:br/>
        <w:t>v -0.935659 16.988070 1.138819</w:t>
        <w:br/>
        <w:t>v -0.766128 17.005655 1.189830</w:t>
        <w:br/>
        <w:t>v -1.105398 16.728268 1.333909</w:t>
        <w:br/>
        <w:t>v -1.096105 16.849487 1.212189</w:t>
        <w:br/>
        <w:t>v -0.840844 16.532713 1.604704</w:t>
        <w:br/>
        <w:t>v -0.811228 16.676491 1.521097</w:t>
        <w:br/>
        <w:t>v -0.657207 16.636337 1.603959</w:t>
        <w:br/>
        <w:t>v -0.986315 16.630098 1.482366</w:t>
        <w:br/>
        <w:t>v -0.679856 16.393181 1.712270</w:t>
        <w:br/>
        <w:t>v -0.669988 16.520325 1.670931</w:t>
        <w:br/>
        <w:t>v -0.683800 16.259846 1.729938</w:t>
        <w:br/>
        <w:t>v -0.521477 16.215870 1.753984</w:t>
        <w:br/>
        <w:t>v -0.508766 16.358536 1.742034</w:t>
        <w:br/>
        <w:t>v -0.612350 16.929140 1.328764</w:t>
        <w:br/>
        <w:t>v -0.643857 16.737867 1.516920</w:t>
        <w:br/>
        <w:t>v -0.624125 16.824944 1.431961</w:t>
        <w:br/>
        <w:t>v -0.457674 16.838825 1.450031</w:t>
        <w:br/>
        <w:t>v -0.471689 16.736256 1.549889</w:t>
        <w:br/>
        <w:t>v -0.480839 16.624014 1.638907</w:t>
        <w:br/>
        <w:t>v -0.496377 16.496326 1.703038</w:t>
        <w:br/>
        <w:t>v -0.308406 16.730276 1.556022</w:t>
        <w:br/>
        <w:t>v -0.299146 16.594160 1.654725</w:t>
        <w:br/>
        <w:t>v -0.328308 16.467844 1.713163</w:t>
        <w:br/>
        <w:t>v -0.341003 16.329699 1.747406</w:t>
        <w:br/>
        <w:t>v -0.353368 16.188721 1.758651</w:t>
        <w:br/>
        <w:t>v -0.479385 16.068703 1.741330</w:t>
        <w:br/>
        <w:t>v -0.144129 16.564209 1.677623</w:t>
        <w:br/>
        <w:t>v -0.168404 16.441696 1.709963</w:t>
        <w:br/>
        <w:t>v -0.181343 16.303007 1.740477</w:t>
        <w:br/>
        <w:t>v -0.192637 16.167469 1.747458</w:t>
        <w:br/>
        <w:t>v -0.210541 16.029514 1.740263</w:t>
        <w:br/>
        <w:t>v -0.357443 16.051676 1.744529</w:t>
        <w:br/>
        <w:t>v -0.223519 15.899153 1.722132</w:t>
        <w:br/>
        <w:t>v -0.393186 15.930143 1.719556</w:t>
        <w:br/>
        <w:t>v -0.000017 16.267017 1.723407</w:t>
        <w:br/>
        <w:t>v -0.000017 16.135418 1.727502</w:t>
        <w:br/>
        <w:t>v -0.032560 16.005596 1.728078</w:t>
        <w:br/>
        <w:t>v -0.072419 15.872032 1.719944</w:t>
        <w:br/>
        <w:t>v -0.095085 15.739563 1.703414</w:t>
        <w:br/>
        <w:t>v -0.236974 15.775198 1.700137</w:t>
        <w:br/>
        <w:t>v -0.418927 15.821776 1.691614</w:t>
        <w:br/>
        <w:t>v -0.455012 15.836519 1.690513</w:t>
        <w:br/>
        <w:t>v -0.430566 15.902498 1.711459</w:t>
        <w:br/>
        <w:t>v -0.469744 15.776292 1.675557</w:t>
        <w:br/>
        <w:t>v -0.259437 15.641691 1.682912</w:t>
        <w:br/>
        <w:t>v -0.394628 15.673635 1.667175</w:t>
        <w:br/>
        <w:t>v -0.117873 15.611312 1.691217</w:t>
        <w:br/>
        <w:t>v -0.288989 15.500420 1.663171</w:t>
        <w:br/>
        <w:t>v -0.143237 15.486376 1.681240</w:t>
        <w:br/>
        <w:t>v -0.388555 15.518034 1.648092</w:t>
        <w:br/>
        <w:t>v -0.465363 15.643394 1.654443</w:t>
        <w:br/>
        <w:t>v -0.476804 15.711336 1.661119</w:t>
        <w:br/>
        <w:t>v -0.376383 15.470027 1.641696</w:t>
        <w:br/>
        <w:t>v -0.324221 15.370167 1.645801</w:t>
        <w:br/>
        <w:t>v -0.394156 15.391422 1.631953</w:t>
        <w:br/>
        <w:t>v -0.315714 15.272337 1.640182</w:t>
        <w:br/>
        <w:t>v -0.180913 15.358117 1.668620</w:t>
        <w:br/>
        <w:t>v -0.236121 15.235694 1.653221</w:t>
        <w:br/>
        <w:t>v -0.390242 15.349718 1.628231</w:t>
        <w:br/>
        <w:t>v -0.357270 15.236011 1.628855</w:t>
        <w:br/>
        <w:t>v -0.374839 15.303835 1.628696</w:t>
        <w:br/>
        <w:t>v -0.088728 16.656876 1.620232</w:t>
        <w:br/>
        <w:t>v -0.088185 16.645844 1.600096</w:t>
        <w:br/>
        <w:t>v -0.005198 16.535820 1.645141</w:t>
        <w:br/>
        <w:t>v -0.004186 16.545269 1.666185</w:t>
        <w:br/>
        <w:t>v -0.005198 16.535820 1.645141</w:t>
        <w:br/>
        <w:t>v -0.043667 16.518150 1.655120</w:t>
        <w:br/>
        <w:t>v -0.042379 16.526329 1.676631</w:t>
        <w:br/>
        <w:t>v -0.004186 16.545269 1.666185</w:t>
        <w:br/>
        <w:t>v -0.401338 16.980606 1.344156</w:t>
        <w:br/>
        <w:t>v -0.393344 16.969631 1.325504</w:t>
        <w:br/>
        <w:t>v -0.273094 16.870331 1.429141</w:t>
        <w:br/>
        <w:t>v -0.278761 16.882118 1.448104</w:t>
        <w:br/>
        <w:t>v -0.175767 16.758034 1.517946</w:t>
        <w:br/>
        <w:t>v -0.178904 16.770416 1.537150</w:t>
        <w:br/>
        <w:t>v -0.468726 15.900187 1.711370</w:t>
        <w:br/>
        <w:t>v -0.467165 15.905141 1.688886</w:t>
        <w:br/>
        <w:t>v -0.527127 15.920111 1.688269</w:t>
        <w:br/>
        <w:t>v -0.528226 15.915588 1.710890</w:t>
        <w:br/>
        <w:t>v -0.574906 15.959697 1.694055</w:t>
        <w:br/>
        <w:t>v -0.575554 15.955306 1.716708</w:t>
        <w:br/>
        <w:t>v -0.603066 16.006035 1.703520</w:t>
        <w:br/>
        <w:t>v -0.619857 16.057169 1.714271</w:t>
        <w:br/>
        <w:t>v -0.621250 16.054113 1.737036</w:t>
        <w:br/>
        <w:t>v -0.604086 16.002310 1.726228</w:t>
        <w:br/>
        <w:t>v -0.898976 17.128611 1.010227</w:t>
        <w:br/>
        <w:t>v -0.889940 17.117373 0.992202</w:t>
        <w:br/>
        <w:t>v -0.713903 17.096878 1.098237</w:t>
        <w:br/>
        <w:t>v -0.721933 17.106295 1.112781</w:t>
        <w:br/>
        <w:t>v -1.196043 17.090809 0.876025</w:t>
        <w:br/>
        <w:t>v -1.187926 17.078608 0.861728</w:t>
        <w:br/>
        <w:t>v -1.047764 17.105770 0.920642</w:t>
        <w:br/>
        <w:t>v -1.055453 17.115520 0.935178</w:t>
        <w:br/>
        <w:t>v -1.224525 16.947359 1.017050</w:t>
        <w:br/>
        <w:t>v -1.215401 16.931564 1.002927</w:t>
        <w:br/>
        <w:t>v -1.187926 17.078608 0.861728</w:t>
        <w:br/>
        <w:t>v -1.196043 17.090809 0.876025</w:t>
        <w:br/>
        <w:t>v -0.541236 17.046154 1.213194</w:t>
        <w:br/>
        <w:t>v -0.550005 17.056988 1.228822</w:t>
        <w:br/>
        <w:t>v -0.719994 16.091078 1.705169</w:t>
        <w:br/>
        <w:t>v -0.723334 16.090052 1.727974</w:t>
        <w:br/>
        <w:t>v -0.776440 16.126787 1.696511</w:t>
        <w:br/>
        <w:t>v -0.780733 16.127003 1.719195</w:t>
        <w:br/>
        <w:t>v -0.815017 16.166620 1.687342</w:t>
        <w:br/>
        <w:t>v -0.852313 16.252012 1.671644</w:t>
        <w:br/>
        <w:t>v -0.858410 16.255096 1.693659</w:t>
        <w:br/>
        <w:t>v -0.825684 16.178579 1.708161</w:t>
        <w:br/>
        <w:t>v -0.883134 16.360106 1.665520</w:t>
        <w:br/>
        <w:t>v -0.875250 16.354134 1.644789</w:t>
        <w:br/>
        <w:t>v -0.943006 16.400469 1.590651</w:t>
        <w:br/>
        <w:t>v -0.949351 16.407537 1.614036</w:t>
        <w:br/>
        <w:t>v -1.006645 16.450071 1.535317</w:t>
        <w:br/>
        <w:t>v -1.128043 16.565386 1.416646</w:t>
        <w:br/>
        <w:t>v -1.139403 16.575535 1.433910</w:t>
        <w:br/>
        <w:t>v -1.019325 16.460943 1.558673</w:t>
        <w:br/>
        <w:t>v -1.197096 16.682253 1.286439</w:t>
        <w:br/>
        <w:t>v -1.208318 16.695312 1.301711</w:t>
        <w:br/>
        <w:t>v -1.223912 16.817743 1.163958</w:t>
        <w:br/>
        <w:t>v -1.213511 16.802675 1.149909</w:t>
        <w:br/>
        <w:t>v -0.042379 16.526329 1.676631</w:t>
        <w:br/>
        <w:t>v -0.043667 16.518150 1.655120</w:t>
        <w:br/>
        <w:t>v -0.000016 16.353222 1.616775</w:t>
        <w:br/>
        <w:t>v -0.000016 16.400986 1.704738</w:t>
        <w:br/>
        <w:t>v -0.000016 16.080082 1.649550</w:t>
        <w:br/>
        <w:t>v -0.032560 16.005596 1.728078</w:t>
        <w:br/>
        <w:t>v -0.000017 16.135418 1.727502</w:t>
        <w:br/>
        <w:t>v -0.065944 15.873838 1.692104</w:t>
        <w:br/>
        <w:t>v -0.072419 15.872032 1.719944</w:t>
        <w:br/>
        <w:t>v -0.087708 15.741715 1.683967</w:t>
        <w:br/>
        <w:t>v -0.095085 15.739563 1.703414</w:t>
        <w:br/>
        <w:t>v -0.455012 15.836519 1.690513</w:t>
        <w:br/>
        <w:t>v -0.457001 15.845599 1.669334</w:t>
        <w:br/>
        <w:t>v -0.427522 15.908738 1.692029</w:t>
        <w:br/>
        <w:t>v -0.430566 15.902498 1.711459</w:t>
        <w:br/>
        <w:t>v -0.469744 15.776292 1.675557</w:t>
        <w:br/>
        <w:t>v -0.471508 15.780831 1.652873</w:t>
        <w:br/>
        <w:t>v -0.108832 15.616681 1.673759</w:t>
        <w:br/>
        <w:t>v -0.117873 15.611312 1.691217</w:t>
        <w:br/>
        <w:t>v -0.136571 15.486789 1.661685</w:t>
        <w:br/>
        <w:t>v -0.143237 15.486376 1.681240</w:t>
        <w:br/>
        <w:t>v -0.470113 15.642301 1.629644</w:t>
        <w:br/>
        <w:t>v -0.477688 15.714921 1.637301</w:t>
        <w:br/>
        <w:t>v -0.476804 15.711336 1.661119</w:t>
        <w:br/>
        <w:t>v -0.465363 15.643394 1.654443</w:t>
        <w:br/>
        <w:t>v -0.388555 15.518034 1.648092</w:t>
        <w:br/>
        <w:t>v -0.389087 15.517941 1.625013</w:t>
        <w:br/>
        <w:t>v -0.442466 15.574743 1.625111</w:t>
        <w:br/>
        <w:t>v -0.439058 15.574476 1.646956</w:t>
        <w:br/>
        <w:t>v -0.397279 15.396406 1.607446</w:t>
        <w:br/>
        <w:t>v -0.381194 15.472710 1.618725</w:t>
        <w:br/>
        <w:t>v -0.376383 15.470027 1.641696</w:t>
        <w:br/>
        <w:t>v -0.394156 15.391422 1.631953</w:t>
        <w:br/>
        <w:t>v -0.169882 15.359479 1.649835</w:t>
        <w:br/>
        <w:t>v -0.221669 15.237888 1.633244</w:t>
        <w:br/>
        <w:t>v -0.236121 15.235694 1.653221</w:t>
        <w:br/>
        <w:t>v -0.180913 15.358117 1.668620</w:t>
        <w:br/>
        <w:t>v -0.396308 15.347271 1.604173</w:t>
        <w:br/>
        <w:t>v -0.390242 15.349718 1.628231</w:t>
        <w:br/>
        <w:t>v -0.288023 15.119049 1.602992</w:t>
        <w:br/>
        <w:t>v -0.294615 15.121978 1.624896</w:t>
        <w:br/>
        <w:t>v -0.340046 15.118862 1.614526</w:t>
        <w:br/>
        <w:t>v -0.335795 15.116776 1.592413</w:t>
        <w:br/>
        <w:t>v -0.345928 15.131958 1.592649</w:t>
        <w:br/>
        <w:t>v -0.349557 15.133650 1.614792</w:t>
        <w:br/>
        <w:t>v -0.357270 15.236011 1.628855</w:t>
        <w:br/>
        <w:t>v -0.365088 15.239749 1.606433</w:t>
        <w:br/>
        <w:t>v -0.381045 15.301269 1.604640</w:t>
        <w:br/>
        <w:t>v -0.374839 15.303835 1.628696</w:t>
        <w:br/>
        <w:t>v -0.325725 15.111478 1.616455</w:t>
        <w:br/>
        <w:t>v -0.309326 15.112136 1.620185</w:t>
        <w:br/>
        <w:t>v -0.303949 15.109085 1.598757</w:t>
        <w:br/>
        <w:t>v -0.320615 15.109168 1.594432</w:t>
        <w:br/>
        <w:t>v -0.303949 15.109085 1.598757</w:t>
        <w:br/>
        <w:t>v -0.288023 15.119049 1.602992</w:t>
        <w:br/>
        <w:t>v -0.439058 15.574476 1.646956</w:t>
        <w:br/>
        <w:t>v -0.442466 15.574743 1.625111</w:t>
        <w:br/>
        <w:t>v -0.427522 15.908738 1.692029</w:t>
        <w:br/>
        <w:t>v -0.430566 15.902498 1.711459</w:t>
        <w:br/>
        <w:t>v -0.783875 16.907694 1.293501</w:t>
        <w:br/>
        <w:t>v -0.948405 16.882978 1.257032</w:t>
        <w:br/>
        <w:t>v -0.800923 16.800270 1.404812</w:t>
        <w:br/>
        <w:t>v -0.967302 16.764326 1.373987</w:t>
        <w:br/>
        <w:t>v -0.546064 19.085583 0.040759</w:t>
        <w:br/>
        <w:t>v -0.529100 19.148918 -0.170548</w:t>
        <w:br/>
        <w:t>v -0.656266 19.271700 -0.173071</w:t>
        <w:br/>
        <w:t>v -0.661125 19.196495 -0.067502</w:t>
        <w:br/>
        <w:t>v -0.737047 19.306356 -0.106238</w:t>
        <w:br/>
        <w:t>v -0.106008 18.574598 0.353103</w:t>
        <w:br/>
        <w:t>v -0.100553 18.631752 0.358446</w:t>
        <w:br/>
        <w:t>v -0.373416 18.847116 -0.021255</w:t>
        <w:br/>
        <w:t>v -0.325493 18.897276 -0.170583</w:t>
        <w:br/>
        <w:t>v -0.420545 19.093010 -0.220360</w:t>
        <w:br/>
        <w:t>v -0.490192 18.991501 0.000047</w:t>
        <w:br/>
        <w:t>v -0.000014 18.920927 -0.379859</w:t>
        <w:br/>
        <w:t>v -0.193682 19.063265 -0.334865</w:t>
        <w:br/>
        <w:t>v -0.172320 18.921576 -0.312572</w:t>
        <w:br/>
        <w:t>v -0.439181 18.932705 0.106341</w:t>
        <w:br/>
        <w:t>v -0.326206 18.791004 0.203050</w:t>
        <w:br/>
        <w:t>v -0.293830 18.730803 0.194993</w:t>
        <w:br/>
        <w:t>v -0.339869 18.783682 0.097376</w:t>
        <w:br/>
        <w:t>v -0.339247 18.721409 -0.072244</w:t>
        <w:br/>
        <w:t>v -0.279878 18.760946 -0.211991</w:t>
        <w:br/>
        <w:t>v -0.212239 18.693142 0.297666</w:t>
        <w:br/>
        <w:t>v -0.156884 18.605562 0.320798</w:t>
        <w:br/>
        <w:t>v -0.501608 19.021101 0.066307</w:t>
        <w:br/>
        <w:t>v -0.169661 18.783318 -0.332379</w:t>
        <w:br/>
        <w:t>v -0.322289 18.720675 0.067450</w:t>
        <w:br/>
        <w:t>v -0.301219 18.716997 0.149047</w:t>
        <w:br/>
        <w:t>v -0.369052 5.381303 0.080047</w:t>
        <w:br/>
        <w:t>v 0.056637 5.338737 -0.503189</w:t>
        <w:br/>
        <w:t>v -1.133245 5.698249 -0.812933</w:t>
        <w:br/>
        <w:t>v -2.073779 5.314622 -0.504579</w:t>
        <w:br/>
        <w:t>v -1.794088 5.362781 0.017823</w:t>
        <w:br/>
        <w:t>v -1.133245 5.698249 -0.812933</w:t>
        <w:br/>
        <w:t>v -0.047038 5.337432 -1.147120</w:t>
        <w:br/>
        <w:t>v -0.490250 5.386424 -1.603827</w:t>
        <w:br/>
        <w:t>v -0.980994 5.393521 -1.726692</w:t>
        <w:br/>
        <w:t>v -1.454184 5.380371 -1.697972</w:t>
        <w:br/>
        <w:t>v -1.721025 5.357339 -1.446757</w:t>
        <w:br/>
        <w:t>v -2.009587 5.327704 -1.069348</w:t>
        <w:br/>
        <w:t>v -0.933841 5.267917 0.344866</w:t>
        <w:br/>
        <w:t>v -1.262331 4.718133 0.058541</w:t>
        <w:br/>
        <w:t>v -1.039623 4.747823 0.082988</w:t>
        <w:br/>
        <w:t>v -1.001798 5.040124 0.273434</w:t>
        <w:br/>
        <w:t>v -1.359394 5.038346 0.214011</w:t>
        <w:br/>
        <w:t>v -1.750603 4.544324 -0.525123</w:t>
        <w:br/>
        <w:t>v -1.649663 4.576611 -0.320366</w:t>
        <w:br/>
        <w:t>v -1.743492 5.042248 -0.182376</w:t>
        <w:br/>
        <w:t>v -1.899972 5.043585 -0.416118</w:t>
        <w:br/>
        <w:t>v -1.776791 4.550004 -0.717124</w:t>
        <w:br/>
        <w:t>v -1.968361 5.043507 -0.707848</w:t>
        <w:br/>
        <w:t>v -1.729303 4.547345 -0.902040</w:t>
        <w:br/>
        <w:t>v -1.928720 5.042166 -0.934999</w:t>
        <w:br/>
        <w:t>v -1.620321 4.559618 -1.043464</w:t>
        <w:br/>
        <w:t>v -1.773115 5.039233 -1.160782</w:t>
        <w:br/>
        <w:t>v -1.475055 4.574592 -1.178656</w:t>
        <w:br/>
        <w:t>v -1.610256 5.036410 -1.326726</w:t>
        <w:br/>
        <w:t>v -1.192923 5.029632 -1.621491</w:t>
        <w:br/>
        <w:t>v -1.130021 4.700576 -1.466248</w:t>
        <w:br/>
        <w:t>v -1.283126 4.662388 -1.281298</w:t>
        <w:br/>
        <w:t>v -1.351894 5.031769 -1.636066</w:t>
        <w:br/>
        <w:t>v -0.954640 4.689852 -1.412976</w:t>
        <w:br/>
        <w:t>v -1.036567 5.027552 -1.600333</w:t>
        <w:br/>
        <w:t>v -0.396245 5.019218 -1.462188</w:t>
        <w:br/>
        <w:t>v -0.161524 5.016756 -1.242006</w:t>
        <w:br/>
        <w:t>v -0.230863 4.637655 -1.179556</w:t>
        <w:br/>
        <w:t>v -0.386433 4.669072 -1.297980</w:t>
        <w:br/>
        <w:t>v -0.023399 4.611878 -0.743398</w:t>
        <w:br/>
        <w:t>v 0.057222 5.015631 -0.702563</w:t>
        <w:br/>
        <w:t>v -0.037510 5.017972 -0.406357</w:t>
        <w:br/>
        <w:t>v -0.079616 4.560133 -0.544219</w:t>
        <w:br/>
        <w:t>v -0.243860 5.021693 -0.155081</w:t>
        <w:br/>
        <w:t>v -0.228582 4.483372 -0.309927</w:t>
        <w:br/>
        <w:t>v -0.474664 5.025524 0.031441</w:t>
        <w:br/>
        <w:t>v -0.521253 4.742099 -0.068617</w:t>
        <w:br/>
        <w:t>v -0.377350 4.726699 -0.148101</w:t>
        <w:br/>
        <w:t>v -0.369052 5.381303 0.080047</w:t>
        <w:br/>
        <w:t>v -0.933841 5.267917 0.344866</w:t>
        <w:br/>
        <w:t>v -0.788268 5.032676 0.184443</w:t>
        <w:br/>
        <w:t>v -0.442547 4.298336 -0.180014</w:t>
        <w:br/>
        <w:t>v -0.413259 4.504000 -0.174888</w:t>
        <w:br/>
        <w:t>v -0.529352 4.523162 -0.127616</w:t>
        <w:br/>
        <w:t>v -1.014784 4.444240 -1.250421</w:t>
        <w:br/>
        <w:t>v -1.352467 4.746326 -0.138969</w:t>
        <w:br/>
        <w:t>v -1.145090 4.368408 -0.153274</w:t>
        <w:br/>
        <w:t>v -1.574985 5.040553 -0.003750</w:t>
        <w:br/>
        <w:t>v -1.406352 5.379292 0.361216</w:t>
        <w:br/>
        <w:t>v -1.794088 5.362781 0.017823</w:t>
        <w:br/>
        <w:t>v -2.073779 5.314622 -0.504579</w:t>
        <w:br/>
        <w:t>v -2.009587 5.327704 -1.069348</w:t>
        <w:br/>
        <w:t>v -1.721025 5.357339 -1.446757</w:t>
        <w:br/>
        <w:t>v -1.454184 5.380371 -1.697972</w:t>
        <w:br/>
        <w:t>v -1.507705 5.034428 -1.489601</w:t>
        <w:br/>
        <w:t>v -0.980994 5.393521 -1.726692</w:t>
        <w:br/>
        <w:t>v -0.047038 5.337432 -1.147120</w:t>
        <w:br/>
        <w:t>v 0.000375 5.015511 -0.960664</w:t>
        <w:br/>
        <w:t>v 0.056637 5.338737 -0.503189</w:t>
        <w:br/>
        <w:t>v -0.657346 4.761052 0.028277</w:t>
        <w:br/>
        <w:t>v -1.406352 5.379292 0.361216</w:t>
        <w:br/>
        <w:t>v -0.968841 5.259129 0.342328</w:t>
        <w:br/>
        <w:t>v -0.888940 5.124324 -1.587563</w:t>
        <w:br/>
        <w:t>v -0.980994 5.393521 -1.726692</w:t>
        <w:br/>
        <w:t>v -0.888940 5.124324 -1.587563</w:t>
        <w:br/>
        <w:t>v -0.980994 5.393521 -1.726692</w:t>
        <w:br/>
        <w:t>v -0.862427 5.127005 -1.586232</w:t>
        <w:br/>
        <w:t>v -0.490250 5.386424 -1.603827</w:t>
        <w:br/>
        <w:t>v -0.659887 5.022452 -1.575282</w:t>
        <w:br/>
        <w:t>v -0.593964 4.631876 -1.284013</w:t>
        <w:br/>
        <w:t>v -1.467991 4.315845 -0.298611</w:t>
        <w:br/>
        <w:t>v -0.092263 4.594576 -0.927478</w:t>
        <w:br/>
        <w:t>v -0.231661 4.229576 -0.983042</w:t>
        <w:br/>
        <w:t>v -0.472948 4.279026 -1.164230</w:t>
        <w:br/>
        <w:t>v -0.152639 4.215315 -0.649976</w:t>
        <w:br/>
        <w:t>v -0.254637 4.213377 -0.363751</w:t>
        <w:br/>
        <w:t>v -1.628532 4.330835 -0.528000</w:t>
        <w:br/>
        <w:t>v -1.627726 4.333147 -0.812705</w:t>
        <w:br/>
        <w:t>v -1.441421 4.335183 -1.104763</w:t>
        <w:br/>
        <w:t>v -1.035067 4.285060 -1.198334</w:t>
        <w:br/>
        <w:t>v -6.070939 14.256497 0.162671</w:t>
        <w:br/>
        <w:t>v -6.103160 14.163433 0.051060</w:t>
        <w:br/>
        <w:t>v -6.180224 14.060179 0.116458</w:t>
        <w:br/>
        <w:t>v -6.133420 14.156193 0.238150</w:t>
        <w:br/>
        <w:t>v -6.266600 13.975072 0.217728</w:t>
        <w:br/>
        <w:t>v -6.226640 14.047907 0.322259</w:t>
        <w:br/>
        <w:t>v -7.060696 13.905328 -0.027882</w:t>
        <w:br/>
        <w:t>v -7.084225 14.005279 -0.052848</w:t>
        <w:br/>
        <w:t>v -7.066148 14.017116 -0.048385</w:t>
        <w:br/>
        <w:t>v -7.041947 13.914832 -0.018116</w:t>
        <w:br/>
        <w:t>v -7.019042 13.826686 -0.049598</w:t>
        <w:br/>
        <w:t>v -6.937834 13.826606 -0.032756</w:t>
        <w:br/>
        <w:t>v -6.915546 13.818294 -0.126485</w:t>
        <w:br/>
        <w:t>v -6.995490 13.806819 -0.135103</w:t>
        <w:br/>
        <w:t>v -7.060696 13.905328 -0.027882</w:t>
        <w:br/>
        <w:t>v -7.041947 13.914832 -0.018116</w:t>
        <w:br/>
        <w:t>v -7.009899 14.028899 0.006695</w:t>
        <w:br/>
        <w:t>v -7.018632 13.928179 -0.007323</w:t>
        <w:br/>
        <w:t>v -6.968369 14.140637 -0.115964</w:t>
        <w:br/>
        <w:t>v -6.852872 14.213389 -0.115860</w:t>
        <w:br/>
        <w:t>v -6.948599 14.112667 0.016304</w:t>
        <w:br/>
        <w:t>v -7.078019 14.060157 -0.122107</w:t>
        <w:br/>
        <w:t>v -7.095903 14.047530 -0.124941</w:t>
        <w:br/>
        <w:t>v -7.081304 14.027467 -0.193670</w:t>
        <w:br/>
        <w:t>v -7.063868 14.039361 -0.192520</w:t>
        <w:br/>
        <w:t>v -6.994394 13.971925 -0.260434</w:t>
        <w:br/>
        <w:t>v -6.990625 14.050888 -0.261821</w:t>
        <w:br/>
        <w:t>v -7.025322 13.959071 -0.242501</w:t>
        <w:br/>
        <w:t>v -6.921503 13.829615 -0.196393</w:t>
        <w:br/>
        <w:t>v -6.893236 13.857996 -0.225895</w:t>
        <w:br/>
        <w:t>v -7.025322 13.959071 -0.242501</w:t>
        <w:br/>
        <w:t>v -6.810377 14.189606 -0.368912</w:t>
        <w:br/>
        <w:t>v -6.943921 14.126429 -0.266185</w:t>
        <w:br/>
        <w:t>v -6.801334 13.896607 0.189962</w:t>
        <w:br/>
        <w:t>v -6.819971 13.847943 0.083177</w:t>
        <w:br/>
        <w:t>v -6.886719 13.839139 0.089680</w:t>
        <w:br/>
        <w:t>v -6.896999 13.871894 0.179586</w:t>
        <w:br/>
        <w:t>v -6.963380 13.821587 0.084184</w:t>
        <w:br/>
        <w:t>v -6.971925 13.844151 0.162033</w:t>
        <w:br/>
        <w:t>v -7.016779 13.921650 -0.001464</w:t>
        <w:br/>
        <w:t>v -7.018632 13.928179 -0.007323</w:t>
        <w:br/>
        <w:t>v -7.009899 14.028899 0.006695</w:t>
        <w:br/>
        <w:t>v -7.034748 13.999271 0.041791</w:t>
        <w:br/>
        <w:t>v -7.018632 13.928179 -0.007323</w:t>
        <w:br/>
        <w:t>v -7.016779 13.921650 -0.001464</w:t>
        <w:br/>
        <w:t>v -6.916427 13.851434 -0.007597</w:t>
        <w:br/>
        <w:t>v -6.846282 13.840893 -0.009044</w:t>
        <w:br/>
        <w:t>v -6.907062 13.851668 0.019312</w:t>
        <w:br/>
        <w:t>v -6.918946 14.118779 0.135697</w:t>
        <w:br/>
        <w:t>v -6.808090 14.170278 0.149730</w:t>
        <w:br/>
        <w:t>v -6.998365 14.055394 0.046776</w:t>
        <w:br/>
        <w:t>v -6.983680 14.070165 0.122726</w:t>
        <w:br/>
        <w:t>v -7.037516 14.027679 0.114249</w:t>
        <w:br/>
        <w:t>v -7.129766 13.864609 -0.293360</w:t>
        <w:br/>
        <w:t>v -7.036338 13.933640 -0.288024</w:t>
        <w:br/>
        <w:t>v -6.977009 13.838900 -0.281860</w:t>
        <w:br/>
        <w:t>v -7.080909 13.788485 -0.293364</w:t>
        <w:br/>
        <w:t>v -7.129766 13.864609 -0.293360</w:t>
        <w:br/>
        <w:t>v -7.157240 13.909741 -0.339018</w:t>
        <w:br/>
        <w:t>v -7.050491 14.003163 -0.331070</w:t>
        <w:br/>
        <w:t>v -7.036338 13.933640 -0.288024</w:t>
        <w:br/>
        <w:t>v -6.944306 13.807581 -0.346329</w:t>
        <w:br/>
        <w:t>v -7.049621 13.745979 -0.351764</w:t>
        <w:br/>
        <w:t>v -7.164095 13.920229 -0.403573</w:t>
        <w:br/>
        <w:t>v -7.041048 14.018080 -0.405474</w:t>
        <w:br/>
        <w:t>v -6.893236 13.857996 -0.225895</w:t>
        <w:br/>
        <w:t>v -7.005908 13.960630 -0.281110</w:t>
        <w:br/>
        <w:t>v -6.994394 13.971925 -0.260434</w:t>
        <w:br/>
        <w:t>v -6.887258 13.843445 -0.257473</w:t>
        <w:br/>
        <w:t>v -7.005908 13.960630 -0.281110</w:t>
        <w:br/>
        <w:t>v -7.017682 14.027319 -0.325420</w:t>
        <w:br/>
        <w:t>v -6.990625 14.050888 -0.261821</w:t>
        <w:br/>
        <w:t>v -6.994394 13.971925 -0.260434</w:t>
        <w:br/>
        <w:t>v -6.909428 14.117303 -0.394278</w:t>
        <w:br/>
        <w:t>v -6.980097 13.896734 -0.461865</w:t>
        <w:br/>
        <w:t>v -7.099257 13.823821 -0.460975</w:t>
        <w:br/>
        <w:t>v -7.064541 13.766302 -0.415164</w:t>
        <w:br/>
        <w:t>v -6.949039 13.818173 -0.414153</w:t>
        <w:br/>
        <w:t>v -7.013623 13.977861 -0.456307</w:t>
        <w:br/>
        <w:t>v -7.139620 13.884338 -0.452578</w:t>
        <w:br/>
        <w:t>v -7.099257 13.823821 -0.460975</w:t>
        <w:br/>
        <w:t>v -6.980097 13.896734 -0.461865</w:t>
        <w:br/>
        <w:t>v -6.900581 14.014010 -0.493538</w:t>
        <w:br/>
        <w:t>v -6.969912 14.005140 -0.465925</w:t>
        <w:br/>
        <w:t>v -6.952955 13.911303 -0.468480</w:t>
        <w:br/>
        <w:t>v -6.899876 13.928218 -0.478073</w:t>
        <w:br/>
        <w:t>v -6.857873 13.828376 -0.421145</w:t>
        <w:br/>
        <w:t>v -6.811413 13.847786 -0.436381</w:t>
        <w:br/>
        <w:t>v -6.952955 13.911303 -0.468480</w:t>
        <w:br/>
        <w:t>v -6.858959 14.076118 -0.488367</w:t>
        <w:br/>
        <w:t>v -7.042770 13.801485 -0.529371</w:t>
        <w:br/>
        <w:t>v -7.056076 13.840807 -0.568824</w:t>
        <w:br/>
        <w:t>v -6.918279 13.962875 -0.537941</w:t>
        <w:br/>
        <w:t>v -6.907904 13.903340 -0.504673</w:t>
        <w:br/>
        <w:t>v -7.042770 13.801485 -0.529371</w:t>
        <w:br/>
        <w:t>v -6.907904 13.903340 -0.504673</w:t>
        <w:br/>
        <w:t>v -6.855051 13.850443 -0.491099</w:t>
        <w:br/>
        <w:t>v -7.008166 13.749844 -0.529496</w:t>
        <w:br/>
        <w:t>v -6.822830 13.818957 -0.539995</w:t>
        <w:br/>
        <w:t>v -6.980158 13.723543 -0.570222</w:t>
        <w:br/>
        <w:t>v -7.050259 13.846713 -0.626193</w:t>
        <w:br/>
        <w:t>v -6.903811 13.972172 -0.600897</w:t>
        <w:br/>
        <w:t>v -6.811413 13.847786 -0.436381</w:t>
        <w:br/>
        <w:t>v -6.877300 13.926652 -0.492017</w:t>
        <w:br/>
        <w:t>v -6.899876 13.928218 -0.478073</w:t>
        <w:br/>
        <w:t>v -6.877300 13.926652 -0.492017</w:t>
        <w:br/>
        <w:t>v -6.882143 13.992846 -0.528352</w:t>
        <w:br/>
        <w:t>v -6.765589 13.856868 -0.417713</w:t>
        <w:br/>
        <w:t>v -6.786140 13.868814 -0.455246</w:t>
        <w:br/>
        <w:t>v -6.831101 14.042469 -0.582236</w:t>
        <w:br/>
        <w:t>v -6.804681 14.072157 -0.568435</w:t>
        <w:br/>
        <w:t>v -6.854746 14.030195 -0.518192</w:t>
        <w:br/>
        <w:t>v -6.877392 13.940366 -0.647159</w:t>
        <w:br/>
        <w:t>v -7.026865 13.819085 -0.663937</w:t>
        <w:br/>
        <w:t>v -6.996063 13.769654 -0.676125</w:t>
        <w:br/>
        <w:t>v -6.845337 13.889295 -0.661763</w:t>
        <w:br/>
        <w:t>v -6.974194 13.730736 -0.630004</w:t>
        <w:br/>
        <w:t>v -6.822483 13.837788 -0.610440</w:t>
        <w:br/>
        <w:t>v -6.733551 13.894652 -0.592927</w:t>
        <w:br/>
        <w:t>v -6.743387 13.869338 -0.520055</w:t>
        <w:br/>
        <w:t>v -6.676627 13.921991 -0.569186</w:t>
        <w:br/>
        <w:t>v -6.705206 13.874617 -0.492177</w:t>
        <w:br/>
        <w:t>v -6.617286 13.910928 -0.350129</w:t>
        <w:br/>
        <w:t>v -6.577559 13.964507 -0.524559</w:t>
        <w:br/>
        <w:t>v -6.717634 14.146201 -0.535725</w:t>
        <w:br/>
        <w:t>v -6.760365 14.049477 -0.609325</w:t>
        <w:br/>
        <w:t>v -6.697776 13.997442 -0.624909</w:t>
        <w:br/>
        <w:t>v -6.615818 14.052763 -0.588831</w:t>
        <w:br/>
        <w:t>v -6.373809 13.863760 0.310847</w:t>
        <w:br/>
        <w:t>v -6.342114 13.912082 0.384705</w:t>
        <w:br/>
        <w:t>v -6.295538 13.967429 0.365397</w:t>
        <w:br/>
        <w:t>v -6.324422 13.909967 0.275330</w:t>
        <w:br/>
        <w:t>v -6.451476 13.871045 0.247959</w:t>
        <w:br/>
        <w:t>v -6.422210 13.897245 0.209807</w:t>
        <w:br/>
        <w:t>v -6.387605 13.975866 0.432037</w:t>
        <w:br/>
        <w:t>v -6.459640 14.023558 0.424293</w:t>
        <w:br/>
        <w:t>v -6.429485 14.087589 0.399955</w:t>
        <w:br/>
        <w:t>v -6.343719 14.039215 0.405742</w:t>
        <w:br/>
        <w:t>v -6.576899 13.977240 0.322744</w:t>
        <w:br/>
        <w:t>v -6.552769 13.919376 0.286041</w:t>
        <w:br/>
        <w:t>v -6.548513 13.939510 0.237764</w:t>
        <w:br/>
        <w:t>v -6.582407 13.993559 0.285386</w:t>
        <w:br/>
        <w:t>v -6.576899 13.977240 0.322744</w:t>
        <w:br/>
        <w:t>v -6.562615 14.080079 0.317463</w:t>
        <w:br/>
        <w:t>v -6.514638 14.035385 0.378049</w:t>
        <w:br/>
        <w:t>v -6.582407 13.993559 0.285386</w:t>
        <w:br/>
        <w:t>v -6.499482 14.090496 0.361138</w:t>
        <w:br/>
        <w:t>v -6.598204 14.228366 -0.510179</w:t>
        <w:br/>
        <w:t>v -6.693279 14.276509 -0.355455</w:t>
        <w:br/>
        <w:t>v -6.836439 13.831845 -0.119041</w:t>
        <w:br/>
        <w:t>v -6.695147 13.900937 0.020675</w:t>
        <w:br/>
        <w:t>v -6.667868 13.897424 -0.157015</w:t>
        <w:br/>
        <w:t>v -6.642148 14.070548 0.279744</w:t>
        <w:br/>
        <w:t>v -6.719296 14.043157 0.251470</w:t>
        <w:br/>
        <w:t>v -6.768007 14.113836 0.213362</w:t>
        <w:br/>
        <w:t>v -6.674147 14.149066 0.234991</w:t>
        <w:br/>
        <w:t>v -6.621265 14.008094 0.265460</w:t>
        <w:br/>
        <w:t>v -6.696807 14.009170 0.245108</w:t>
        <w:br/>
        <w:t>v -6.587060 13.947662 0.214582</w:t>
        <w:br/>
        <w:t>v -6.674570 13.934872 0.193619</w:t>
        <w:br/>
        <w:t>v -6.696807 14.009170 0.245108</w:t>
        <w:br/>
        <w:t>v -6.621265 14.008094 0.265460</w:t>
        <w:br/>
        <w:t>v -6.791254 13.835678 -0.319492</w:t>
        <w:br/>
        <w:t>v -6.177972 14.161273 -0.242663</w:t>
        <w:br/>
        <w:t>v -6.305021 14.070385 -0.260728</w:t>
        <w:br/>
        <w:t>v -6.290248 14.032457 -0.018527</w:t>
        <w:br/>
        <w:t>v -6.163082 14.154634 -0.078307</w:t>
        <w:br/>
        <w:t>v -6.321099 14.126078 -0.447191</w:t>
        <w:br/>
        <w:t>v -6.202650 14.217912 -0.407791</w:t>
        <w:br/>
        <w:t>v -6.222569 14.308761 -0.489181</w:t>
        <w:br/>
        <w:t>v -6.394584 14.224125 -0.522822</w:t>
        <w:br/>
        <w:t>v -6.505875 14.138156 -0.558720</w:t>
        <w:br/>
        <w:t>v -6.436628 14.044451 -0.480974</w:t>
        <w:br/>
        <w:t>v -6.435546 14.347120 -0.438048</w:t>
        <w:br/>
        <w:t>v -6.394584 14.224125 -0.522822</w:t>
        <w:br/>
        <w:t>v -6.432913 14.000883 -0.290851</w:t>
        <w:br/>
        <w:t>v -6.382506 13.939924 0.120611</w:t>
        <w:br/>
        <w:t>v -6.527864 13.935543 0.063811</w:t>
        <w:br/>
        <w:t>v -6.383232 14.179985 0.348994</w:t>
        <w:br/>
        <w:t>v -6.280483 14.123902 0.363542</w:t>
        <w:br/>
        <w:t>v -6.584673 14.176291 0.263584</w:t>
        <w:br/>
        <w:t>v -6.589987 14.257371 0.187565</w:t>
        <w:br/>
        <w:t>v -6.429481 14.352849 0.184830</w:t>
        <w:br/>
        <w:t>v -6.471265 14.185632 0.308982</w:t>
        <w:br/>
        <w:t>v -6.839025 13.849534 -0.204557</w:t>
        <w:br/>
        <w:t>v -7.012099 14.061791 -0.043604</w:t>
        <w:br/>
        <w:t>v -7.011356 14.074430 -0.194620</w:t>
        <w:br/>
        <w:t>v -6.985884 14.069867 -0.319795</w:t>
        <w:br/>
        <w:t>v -6.931484 14.041307 -0.459276</w:t>
        <w:br/>
        <w:t>v -6.582407 13.993559 0.285386</w:t>
        <w:br/>
        <w:t>v -6.827854 13.983820 0.239405</w:t>
        <w:br/>
        <w:t>v -6.827854 13.983820 0.239405</w:t>
        <w:br/>
        <w:t>v -6.321433 14.337229 0.238517</w:t>
        <w:br/>
        <w:t>v -6.221352 14.309531 0.253423</w:t>
        <w:br/>
        <w:t>v -6.986683 13.921761 0.211846</w:t>
        <w:br/>
        <w:t>v -7.019426 13.992786 0.174646</w:t>
        <w:br/>
        <w:t>v -6.961942 14.034259 0.188812</w:t>
        <w:br/>
        <w:t>v -6.925573 13.949241 0.227293</w:t>
        <w:br/>
        <w:t>v -6.880116 14.075391 0.203329</w:t>
        <w:br/>
        <w:t>v -6.792664 14.010657 -0.628465</w:t>
        <w:br/>
        <w:t>v -6.833613 13.969740 -0.639980</w:t>
        <w:br/>
        <w:t>v -6.800451 13.919600 -0.655711</w:t>
        <w:br/>
        <w:t>v -6.752084 13.959842 -0.644739</w:t>
        <w:br/>
        <w:t>v -6.800451 13.919600 -0.655711</w:t>
        <w:br/>
        <w:t>v -6.986683 13.921761 0.211846</w:t>
        <w:br/>
        <w:t>v -6.538019 13.729565 0.476658</w:t>
        <w:br/>
        <w:t>v -6.567924 13.714245 0.416815</w:t>
        <w:br/>
        <w:t>v -6.617221 13.669600 0.453185</w:t>
        <w:br/>
        <w:t>v -6.593253 13.679550 0.508134</w:t>
        <w:br/>
        <w:t>v -6.726925 13.564001 0.533832</w:t>
        <w:br/>
        <w:t>v -6.700232 13.586287 0.581361</w:t>
        <w:br/>
        <w:t>v -6.637531 13.640425 0.538076</w:t>
        <w:br/>
        <w:t>v -6.661602 13.625834 0.478207</w:t>
        <w:br/>
        <w:t>v -6.608078 13.735216 0.539772</w:t>
        <w:br/>
        <w:t>v -6.593253 13.679550 0.508134</w:t>
        <w:br/>
        <w:t>v -6.623642 13.719992 0.548742</w:t>
        <w:br/>
        <w:t>v -6.618952 13.735004 0.375382</w:t>
        <w:br/>
        <w:t>v -6.663558 13.690823 0.418591</w:t>
        <w:br/>
        <w:t>v -6.703315 13.645916 0.447527</w:t>
        <w:br/>
        <w:t>v -6.768876 13.582705 0.508194</w:t>
        <w:br/>
        <w:t>v -6.840951 13.538023 0.619974</w:t>
        <w:br/>
        <w:t>v -6.802755 13.531524 0.630905</w:t>
        <w:br/>
        <w:t>v -6.773280 13.539332 0.582722</w:t>
        <w:br/>
        <w:t>v -6.811776 13.553683 0.562415</w:t>
        <w:br/>
        <w:t>v -6.847066 13.554195 0.665083</w:t>
        <w:br/>
        <w:t>v -6.850235 13.553596 0.672232</w:t>
        <w:br/>
        <w:t>v -6.830131 13.543631 0.671672</w:t>
        <w:br/>
        <w:t>v -6.424654 13.925291 0.449928</w:t>
        <w:br/>
        <w:t>v -6.562197 13.776697 0.515232</w:t>
        <w:br/>
        <w:t>v -6.609730 13.817270 0.515965</w:t>
        <w:br/>
        <w:t>v -6.486008 13.970964 0.444426</w:t>
        <w:br/>
        <w:t>v -6.295538 13.967429 0.365397</w:t>
        <w:br/>
        <w:t>v -6.342114 13.912082 0.384705</w:t>
        <w:br/>
        <w:t>v -6.797722 13.611533 0.643686</w:t>
        <w:br/>
        <w:t>v -6.767749 13.576146 0.643096</w:t>
        <w:br/>
        <w:t>v -6.813911 13.539299 0.666282</w:t>
        <w:br/>
        <w:t>v -6.830131 13.543631 0.671672</w:t>
        <w:br/>
        <w:t>v -6.682654 13.826374 0.428902</w:t>
        <w:br/>
        <w:t>v -6.668392 13.781977 0.386759</w:t>
        <w:br/>
        <w:t>v -6.709717 13.730488 0.427312</w:t>
        <w:br/>
        <w:t>v -6.727009 13.773426 0.463765</w:t>
        <w:br/>
        <w:t>v -6.713284 13.766531 0.524528</w:t>
        <w:br/>
        <w:t>v -6.727009 13.773426 0.463765</w:t>
        <w:br/>
        <w:t>v -6.702765 13.777503 0.516927</w:t>
        <w:br/>
        <w:t>v -6.841823 13.588788 0.564041</w:t>
        <w:br/>
        <w:t>v -6.859221 13.572776 0.608420</w:t>
        <w:br/>
        <w:t>v -6.538729 13.986448 0.398487</w:t>
        <w:br/>
        <w:t>v -6.654670 13.839285 0.481132</w:t>
        <w:br/>
        <w:t>v -6.850235 13.553596 0.672232</w:t>
        <w:br/>
        <w:t>v -6.863393 13.565294 0.662152</w:t>
        <w:br/>
        <w:t>v -6.804597 13.621154 0.510672</w:t>
        <w:br/>
        <w:t>v -6.745553 13.685151 0.453918</w:t>
        <w:br/>
        <w:t>v -6.682654 13.826374 0.428902</w:t>
        <w:br/>
        <w:t>v -6.422302 13.828970 0.337443</w:t>
        <w:br/>
        <w:t>v -6.494437 13.851120 0.278701</w:t>
        <w:br/>
        <w:t>v -6.394450 13.863918 0.406981</w:t>
        <w:br/>
        <w:t>v -6.538019 13.729565 0.476658</w:t>
        <w:br/>
        <w:t>v -6.758174 13.547133 0.619388</w:t>
        <w:br/>
        <w:t>v -6.764156 13.727106 0.497867</w:t>
        <w:br/>
        <w:t>v -6.814592 13.670132 0.544144</w:t>
        <w:br/>
        <w:t>v -6.675836 13.745874 0.558115</w:t>
        <w:br/>
        <w:t>v -6.663813 13.758421 0.549976</w:t>
        <w:br/>
        <w:t>v -6.634312 13.709261 0.555293</w:t>
        <w:br/>
        <w:t>v -6.851698 13.620547 0.582994</w:t>
        <w:br/>
        <w:t>v -6.814592 13.670132 0.544144</w:t>
        <w:br/>
        <w:t>v -6.787251 13.679575 0.582984</w:t>
        <w:br/>
        <w:t>v -6.833225 13.625173 0.619709</w:t>
        <w:br/>
        <w:t>v -6.851698 13.620547 0.582994</w:t>
        <w:br/>
        <w:t>v -6.865179 13.575960 0.649811</w:t>
        <w:br/>
        <w:t>v -6.863393 13.565294 0.662152</w:t>
        <w:br/>
        <w:t>v -6.713735 13.631135 0.603556</w:t>
        <w:br/>
        <w:t>v -6.700232 13.586287 0.581361</w:t>
        <w:br/>
        <w:t>v -6.758174 13.547133 0.619388</w:t>
        <w:br/>
        <w:t>v -6.767749 13.576146 0.643096</w:t>
        <w:br/>
        <w:t>v -6.851698 13.620547 0.582994</w:t>
        <w:br/>
        <w:t>v -6.865179 13.575960 0.649811</w:t>
        <w:br/>
        <w:t>v -6.859221 13.572776 0.608420</w:t>
        <w:br/>
        <w:t>v -6.802755 13.531524 0.630905</w:t>
        <w:br/>
        <w:t>v -6.813911 13.539299 0.666282</w:t>
        <w:br/>
        <w:t>v -7.018974 13.904560 0.202294</w:t>
        <w:br/>
        <w:t>v -7.048465 13.975872 0.168790</w:t>
        <w:br/>
        <w:t>v -7.018974 13.904560 0.202294</w:t>
        <w:br/>
        <w:t>v -7.261267 13.827673 0.140886</w:t>
        <w:br/>
        <w:t>v -7.223824 13.777023 0.167787</w:t>
        <w:br/>
        <w:t>v -7.288293 13.739248 0.159450</w:t>
        <w:br/>
        <w:t>v -7.306920 13.792818 0.136764</w:t>
        <w:br/>
        <w:t>v -7.094829 13.858686 0.185462</w:t>
        <w:br/>
        <w:t>v -7.056553 13.794325 0.145605</w:t>
        <w:br/>
        <w:t>v -7.185350 13.722967 0.131754</w:t>
        <w:br/>
        <w:t>v -7.223824 13.777023 0.167787</w:t>
        <w:br/>
        <w:t>v -7.451994 13.633156 0.141238</w:t>
        <w:br/>
        <w:t>v -7.339657 13.705928 0.154712</w:t>
        <w:br/>
        <w:t>v -7.300081 13.664070 0.124277</w:t>
        <w:br/>
        <w:t>v -7.423241 13.596335 0.111700</w:t>
        <w:br/>
        <w:t>v -7.509952 13.599039 0.135547</w:t>
        <w:br/>
        <w:t>v -7.482100 13.565709 0.107286</w:t>
        <w:br/>
        <w:t>v -7.479582 13.675135 0.120159</w:t>
        <w:br/>
        <w:t>v -7.377508 13.744844 0.131065</w:t>
        <w:br/>
        <w:t>v -7.339657 13.705928 0.154712</w:t>
        <w:br/>
        <w:t>v -7.451994 13.633156 0.141238</w:t>
        <w:br/>
        <w:t>v -7.041875 13.770348 0.074551</w:t>
        <w:br/>
        <w:t>v -7.171185 13.706429 0.065311</w:t>
        <w:br/>
        <w:t>v -7.284548 13.651483 0.060569</w:t>
        <w:br/>
        <w:t>v -7.409937 13.585180 0.055655</w:t>
        <w:br/>
        <w:t>v -7.471794 13.553113 0.053563</w:t>
        <w:br/>
        <w:t>v -7.681419 13.487185 0.052365</w:t>
        <w:br/>
        <w:t>v -7.737955 13.493771 0.058326</w:t>
        <w:br/>
        <w:t>v -7.730257 13.499405 0.091017</w:t>
        <w:br/>
        <w:t>v -7.684350 13.493274 0.090140</w:t>
        <w:br/>
        <w:t>v -7.730257 13.499405 0.091017</w:t>
        <w:br/>
        <w:t>v -7.756311 13.518669 0.062417</w:t>
        <w:br/>
        <w:t>v -7.751243 13.515782 0.088860</w:t>
        <w:br/>
        <w:t>v -7.496808 13.697125 0.074592</w:t>
        <w:br/>
        <w:t>v -7.396515 13.768113 0.081666</w:t>
        <w:br/>
        <w:t>v -7.064578 14.010736 0.112073</w:t>
        <w:br/>
        <w:t>v -7.555589 13.627042 0.114129</w:t>
        <w:br/>
        <w:t>v -7.646079 13.571813 0.105596</w:t>
        <w:br/>
        <w:t>v -7.654067 13.591881 0.065593</w:t>
        <w:br/>
        <w:t>v -7.570784 13.646900 0.071535</w:t>
        <w:br/>
        <w:t>v -7.036966 13.911385 -0.000336</w:t>
        <w:br/>
        <w:t>v -7.058520 13.984436 0.040295</w:t>
        <w:br/>
        <w:t>v -7.223333 13.807735 -0.002466</w:t>
        <w:br/>
        <w:t>v -7.264401 13.848030 0.033866</w:t>
        <w:br/>
        <w:t>v -7.309947 13.813364 0.032246</w:t>
        <w:br/>
        <w:t>v -7.285270 13.767982 -0.002031</w:t>
        <w:br/>
        <w:t>v -7.223333 13.807735 -0.002466</w:t>
        <w:br/>
        <w:t>v -7.285270 13.767982 -0.002031</w:t>
        <w:br/>
        <w:t>v -7.254719 13.707531 0.008634</w:t>
        <w:br/>
        <w:t>v -7.191696 13.741440 0.008751</w:t>
        <w:br/>
        <w:t>v -7.063789 13.803841 0.007429</w:t>
        <w:br/>
        <w:t>v -7.104962 13.873377 -0.003943</w:t>
        <w:br/>
        <w:t>v -7.104962 13.873377 -0.003943</w:t>
        <w:br/>
        <w:t>v -7.138281 13.928686 0.038604</w:t>
        <w:br/>
        <w:t>v -7.306229 13.683044 0.009017</w:t>
        <w:br/>
        <w:t>v -7.341609 13.732754 -0.002060</w:t>
        <w:br/>
        <w:t>v -7.456696 13.660124 -0.003671</w:t>
        <w:br/>
        <w:t>v -7.425198 13.612140 0.009568</w:t>
        <w:br/>
        <w:t>v -7.341609 13.732754 -0.002060</w:t>
        <w:br/>
        <w:t>v -7.382267 13.761589 0.029489</w:t>
        <w:br/>
        <w:t>v -7.486293 13.691875 0.026025</w:t>
        <w:br/>
        <w:t>v -7.456696 13.660124 -0.003671</w:t>
        <w:br/>
        <w:t>v -6.986477 13.844400 0.013558</w:t>
        <w:br/>
        <w:t>v -7.235452 13.674929 0.062484</w:t>
        <w:br/>
        <w:t>v -7.487805 13.582529 0.008348</w:t>
        <w:br/>
        <w:t>v -7.688524 13.509839 0.019010</w:t>
        <w:br/>
        <w:t>v -7.733544 13.511771 0.028428</w:t>
        <w:br/>
        <w:t>v -7.562909 13.640769 0.028053</w:t>
        <w:br/>
        <w:t>v -7.649517 13.585798 0.029316</w:t>
        <w:br/>
        <w:t>v -7.613229 13.509921 0.097160</w:t>
        <w:br/>
        <w:t>v -7.631806 13.538726 0.121216</w:t>
        <w:br/>
        <w:t>v -7.604326 13.499805 0.050932</w:t>
        <w:br/>
        <w:t>v -7.615453 13.526581 0.010497</w:t>
        <w:br/>
        <w:t>v -7.697269 13.514447 0.108010</w:t>
        <w:br/>
        <w:t>v -7.708287 13.535777 0.018710</w:t>
        <w:br/>
        <w:t>v -7.516898 13.626624 -0.001876</w:t>
        <w:br/>
        <w:t>v -7.634789 13.563279 0.005220</w:t>
        <w:br/>
        <w:t>v -7.247583 13.692074 0.125193</w:t>
        <w:br/>
        <w:t>v -7.288293 13.739248 0.159450</w:t>
        <w:br/>
        <w:t>v -7.552133 13.648306 0.027799</w:t>
        <w:br/>
        <w:t>v -7.516898 13.626624 -0.001876</w:t>
        <w:br/>
        <w:t>v -7.509952 13.599039 0.135547</w:t>
        <w:br/>
        <w:t>v -7.529370 13.643570 0.116061</w:t>
        <w:br/>
        <w:t>v -7.543797 13.665101 0.072528</w:t>
        <w:br/>
        <w:t>v -7.535655 13.658878 0.027081</w:t>
        <w:br/>
        <w:t>v -7.631806 13.538726 0.121216</w:t>
        <w:br/>
        <w:t>v -7.751243 13.515782 0.088860</w:t>
        <w:br/>
        <w:t>v -7.710285 13.537109 0.098638</w:t>
        <w:br/>
        <w:t>v -7.697269 13.514447 0.108010</w:t>
        <w:br/>
        <w:t>v -7.730257 13.499405 0.091017</w:t>
        <w:br/>
        <w:t>v -7.714338 13.549994 0.032171</w:t>
        <w:br/>
        <w:t>v -7.708287 13.535777 0.018710</w:t>
        <w:br/>
        <w:t>v -7.634789 13.563279 0.005220</w:t>
        <w:br/>
        <w:t>v -7.751243 13.515782 0.088860</w:t>
        <w:br/>
        <w:t>v -7.752891 13.534548 0.064130</w:t>
        <w:br/>
        <w:t>v -7.710285 13.537109 0.098638</w:t>
        <w:br/>
        <w:t>v -7.718333 13.555254 0.065315</w:t>
        <w:br/>
        <w:t>v -7.714338 13.549994 0.032171</w:t>
        <w:br/>
        <w:t>v -7.756311 13.518669 0.062417</w:t>
        <w:br/>
        <w:t>v -7.764250 13.521860 0.047007</w:t>
        <w:br/>
        <w:t>v -7.771258 13.517460 0.063610</w:t>
        <w:br/>
        <w:t>v -7.753723 13.528043 0.037376</w:t>
        <w:br/>
        <w:t>v -7.733544 13.511771 0.028428</w:t>
        <w:br/>
        <w:t>v -7.221555 13.828049 -0.035664</w:t>
        <w:br/>
        <w:t>v -7.247826 13.919065 -0.060628</w:t>
        <w:br/>
        <w:t>v -7.134896 13.984803 -0.050492</w:t>
        <w:br/>
        <w:t>v -7.124650 13.877533 -0.022213</w:t>
        <w:br/>
        <w:t>v -7.183338 13.743064 -0.067525</w:t>
        <w:br/>
        <w:t>v -7.221555 13.828049 -0.035664</w:t>
        <w:br/>
        <w:t>v -7.124650 13.877533 -0.022213</w:t>
        <w:br/>
        <w:t>v -7.099619 13.785746 -0.057438</w:t>
        <w:br/>
        <w:t>v -7.531569 13.656737 -0.100761</w:t>
        <w:br/>
        <w:t>v -7.507380 13.609877 -0.127859</w:t>
        <w:br/>
        <w:t>v -7.578919 13.576877 -0.137328</w:t>
        <w:br/>
        <w:t>v -7.600614 13.614883 -0.111918</w:t>
        <w:br/>
        <w:t>v -7.600614 13.614883 -0.111918</w:t>
        <w:br/>
        <w:t>v -7.758199 13.544650 -0.137314</w:t>
        <w:br/>
        <w:t>v -7.775400 13.578668 -0.155468</w:t>
        <w:br/>
        <w:t>v -7.649030 13.648417 -0.138773</w:t>
        <w:br/>
        <w:t>v -7.622610 13.664392 -0.135273</w:t>
        <w:br/>
        <w:t>v -7.559131 13.702419 -0.127500</w:t>
        <w:br/>
        <w:t>v -7.531569 13.656737 -0.100761</w:t>
        <w:br/>
        <w:t>v -7.076818 13.759430 -0.128854</w:t>
        <w:br/>
        <w:t>v -7.145897 13.723583 -0.150678</w:t>
        <w:br/>
        <w:t>v -7.491734 13.591594 -0.191657</w:t>
        <w:br/>
        <w:t>v -7.563030 13.561257 -0.197584</w:t>
        <w:br/>
        <w:t>v -7.881334 13.493288 -0.209825</w:t>
        <w:br/>
        <w:t>v -7.868438 13.497753 -0.174851</w:t>
        <w:br/>
        <w:t>v -7.834815 13.491689 -0.168381</w:t>
        <w:br/>
        <w:t>v -7.827876 13.478499 -0.212793</w:t>
        <w:br/>
        <w:t>v -7.907289 13.527646 -0.192658</w:t>
        <w:br/>
        <w:t>v -7.904644 13.528203 -0.208851</w:t>
        <w:br/>
        <w:t>v -7.914545 13.530057 -0.209811</w:t>
        <w:br/>
        <w:t>v -7.773881 13.598686 -0.194354</w:t>
        <w:br/>
        <w:t>v -7.661134 13.668106 -0.182450</w:t>
        <w:br/>
        <w:t>v -7.634137 13.685434 -0.179999</w:t>
        <w:br/>
        <w:t>v -7.573225 13.723470 -0.174228</w:t>
        <w:br/>
        <w:t>v -7.252331 13.970347 -0.138911</w:t>
        <w:br/>
        <w:t>v -7.141595 14.028197 -0.120683</w:t>
        <w:br/>
        <w:t>v -7.194934 13.866735 -0.263139</w:t>
        <w:br/>
        <w:t>v -7.084355 13.933669 -0.255591</w:t>
        <w:br/>
        <w:t>v -7.119533 14.016218 -0.198422</w:t>
        <w:br/>
        <w:t>v -7.233400 13.947060 -0.222571</w:t>
        <w:br/>
        <w:t>v -7.161866 13.758821 -0.236952</w:t>
        <w:br/>
        <w:t>v -7.070251 13.797862 -0.218498</w:t>
        <w:br/>
        <w:t>v -7.768245 13.584711 -0.236227</w:t>
        <w:br/>
        <w:t>v -7.743774 13.552989 -0.258730</w:t>
        <w:br/>
        <w:t>v -7.599404 13.631525 -0.259505</w:t>
        <w:br/>
        <w:t>v -7.646644 13.660027 -0.230722</w:t>
        <w:br/>
        <w:t>v -7.571332 13.589067 -0.244305</w:t>
        <w:br/>
        <w:t>v -7.726222 13.523663 -0.245991</w:t>
        <w:br/>
        <w:t>v -7.503979 13.620455 -0.242583</w:t>
        <w:br/>
        <w:t>v -7.530814 13.673020 -0.256349</w:t>
        <w:br/>
        <w:t>v -7.558556 13.713582 -0.224211</w:t>
        <w:br/>
        <w:t>v -7.621943 13.675274 -0.229274</w:t>
        <w:br/>
        <w:t>v -7.827417 13.497130 -0.245292</w:t>
        <w:br/>
        <w:t>v -7.865640 13.505429 -0.241428</w:t>
        <w:br/>
        <w:t>v -7.265119 13.738489 -0.217527</w:t>
        <w:br/>
        <w:t>v -7.306751 13.798015 -0.246210</w:t>
        <w:br/>
        <w:t>v -7.362178 13.771131 -0.248410</w:t>
        <w:br/>
        <w:t>v -7.324983 13.712682 -0.230453</w:t>
        <w:br/>
        <w:t>v -7.455987 13.808007 -0.163560</w:t>
        <w:br/>
        <w:t>v -7.438731 13.794266 -0.219443</w:t>
        <w:br/>
        <w:t>v -7.395734 13.823047 -0.217373</w:t>
        <w:br/>
        <w:t>v -7.415378 13.837687 -0.158933</w:t>
        <w:br/>
        <w:t>v -7.330667 13.701736 -0.105356</w:t>
        <w:br/>
        <w:t>v -7.277337 13.724927 -0.099563</w:t>
        <w:br/>
        <w:t>v -7.247796 13.715956 -0.166436</w:t>
        <w:br/>
        <w:t>v -7.313106 13.680990 -0.171962</w:t>
        <w:br/>
        <w:t>v -7.735955 13.517801 -0.156852</w:t>
        <w:br/>
        <w:t>v -7.721246 13.503828 -0.205362</w:t>
        <w:br/>
        <w:t>v -7.758199 13.544650 -0.137314</w:t>
        <w:br/>
        <w:t>v -7.842789 13.510540 -0.159745</w:t>
        <w:br/>
        <w:t>v -7.834522 13.518863 -0.250712</w:t>
        <w:br/>
        <w:t>v -7.782603 13.589005 -0.194889</w:t>
        <w:br/>
        <w:t>v -7.788259 13.577333 -0.163765</w:t>
        <w:br/>
        <w:t>v -7.783392 13.582121 -0.229162</w:t>
        <w:br/>
        <w:t>v -7.842789 13.510540 -0.159745</w:t>
        <w:br/>
        <w:t>v -7.868438 13.497753 -0.174851</w:t>
        <w:br/>
        <w:t>v -7.890895 13.524972 -0.181325</w:t>
        <w:br/>
        <w:t>v -7.849855 13.543389 -0.170293</w:t>
        <w:br/>
        <w:t>v -7.847342 13.548543 -0.236161</w:t>
        <w:br/>
        <w:t>v -7.849855 13.543389 -0.170293</w:t>
        <w:br/>
        <w:t>v -7.890895 13.524972 -0.181325</w:t>
        <w:br/>
        <w:t>v -7.907289 13.527646 -0.192658</w:t>
        <w:br/>
        <w:t>v -7.854115 13.557220 -0.201788</w:t>
        <w:br/>
        <w:t>v -7.903847 13.531319 -0.225797</w:t>
        <w:br/>
        <w:t>v -7.914545 13.530057 -0.209811</w:t>
        <w:br/>
        <w:t>v -7.370150 13.755173 -0.079820</w:t>
        <w:br/>
        <w:t>v -7.317998 13.780878 -0.074963</w:t>
        <w:br/>
        <w:t>v -7.903847 13.531319 -0.225797</w:t>
        <w:br/>
        <w:t>v -7.889527 13.531353 -0.235177</w:t>
        <w:br/>
        <w:t>v -7.255635 13.848417 -0.341983</w:t>
        <w:br/>
        <w:t>v -7.230426 13.802688 -0.301670</w:t>
        <w:br/>
        <w:t>v -7.303061 13.758617 -0.307494</w:t>
        <w:br/>
        <w:t>v -7.311993 13.810019 -0.346719</w:t>
        <w:br/>
        <w:t>v -7.230426 13.802688 -0.301670</w:t>
        <w:br/>
        <w:t>v -7.188327 13.732840 -0.305371</w:t>
        <w:br/>
        <w:t>v -7.375669 13.709599 -0.310848</w:t>
        <w:br/>
        <w:t>v -7.303061 13.758617 -0.307494</w:t>
        <w:br/>
        <w:t>v -7.265062 13.698488 -0.315247</w:t>
        <w:br/>
        <w:t>v -7.337714 13.654757 -0.320330</w:t>
        <w:br/>
        <w:t>v -7.511564 13.622665 -0.320754</w:t>
        <w:br/>
        <w:t>v -7.488548 13.573107 -0.332541</w:t>
        <w:br/>
        <w:t>v -7.548976 13.540993 -0.337536</w:t>
        <w:br/>
        <w:t>v -7.573850 13.587177 -0.328666</w:t>
        <w:br/>
        <w:t>v -7.587616 13.622387 -0.364900</w:t>
        <w:br/>
        <w:t>v -7.533444 13.657842 -0.359634</w:t>
        <w:br/>
        <w:t>v -7.511564 13.622665 -0.320754</w:t>
        <w:br/>
        <w:t>v -7.573850 13.587177 -0.328666</w:t>
        <w:br/>
        <w:t>v -7.407550 13.745462 -0.352275</w:t>
        <w:br/>
        <w:t>v -7.352451 13.783087 -0.348226</w:t>
        <w:br/>
        <w:t>v -7.375669 13.709599 -0.310848</w:t>
        <w:br/>
        <w:t>v -7.163182 13.694558 -0.355920</w:t>
        <w:br/>
        <w:t>v -7.239440 13.658614 -0.362908</w:t>
        <w:br/>
        <w:t>v -7.313073 13.617291 -0.365410</w:t>
        <w:br/>
        <w:t>v -7.469409 13.542327 -0.376621</w:t>
        <w:br/>
        <w:t>v -7.529695 13.512322 -0.380803</w:t>
        <w:br/>
        <w:t>v -7.738236 13.461154 -0.371145</w:t>
        <w:br/>
        <w:t>v -7.729866 13.443267 -0.402756</w:t>
        <w:br/>
        <w:t>v -7.793137 13.454321 -0.416720</w:t>
        <w:br/>
        <w:t>v -7.787844 13.474469 -0.378815</w:t>
        <w:br/>
        <w:t>v -7.820950 13.483669 -0.409775</w:t>
        <w:br/>
        <w:t>v -7.813673 13.481371 -0.425530</w:t>
        <w:br/>
        <w:t>v -7.825265 13.481569 -0.427165</w:t>
        <w:br/>
        <w:t>v -7.591269 13.627219 -0.417469</w:t>
        <w:br/>
        <w:t>v -7.538892 13.661513 -0.415344</w:t>
        <w:br/>
        <w:t>v -7.411631 13.750690 -0.410877</w:t>
        <w:br/>
        <w:t>v -7.355867 13.789050 -0.408197</w:t>
        <w:br/>
        <w:t>v -7.256276 13.856537 -0.405096</w:t>
        <w:br/>
        <w:t>v -7.314976 13.816368 -0.407510</w:t>
        <w:br/>
        <w:t>v -7.698978 13.555134 -0.377455</w:t>
        <w:br/>
        <w:t>v -7.689929 13.562413 -0.421630</w:t>
        <w:br/>
        <w:t>v -7.621842 13.607084 -0.419281</w:t>
        <w:br/>
        <w:t>v -7.618630 13.602186 -0.368280</w:t>
        <w:br/>
        <w:t>v -7.236509 13.823667 -0.452959</w:t>
        <w:br/>
        <w:t>v -7.293790 13.784502 -0.454547</w:t>
        <w:br/>
        <w:t>v -7.271378 13.722849 -0.467047</w:t>
        <w:br/>
        <w:t>v -7.198742 13.767180 -0.465581</w:t>
        <w:br/>
        <w:t>v -7.198742 13.767180 -0.465581</w:t>
        <w:br/>
        <w:t>v -7.271378 13.722849 -0.467047</w:t>
        <w:br/>
        <w:t>v -7.246268 13.673252 -0.428571</w:t>
        <w:br/>
        <w:t>v -7.170567 13.712668 -0.425041</w:t>
        <w:br/>
        <w:t>v -7.519266 13.637328 -0.456589</w:t>
        <w:br/>
        <w:t>v -7.575298 13.601524 -0.457461</w:t>
        <w:br/>
        <w:t>v -7.554547 13.554831 -0.468050</w:t>
        <w:br/>
        <w:t>v -7.490856 13.592320 -0.468492</w:t>
        <w:br/>
        <w:t>v -7.471791 13.552223 -0.434333</w:t>
        <w:br/>
        <w:t>v -7.490856 13.592320 -0.468492</w:t>
        <w:br/>
        <w:t>v -7.554547 13.554831 -0.468050</w:t>
        <w:br/>
        <w:t>v -7.529302 13.518610 -0.436921</w:t>
        <w:br/>
        <w:t>v -7.349911 13.676543 -0.467767</w:t>
        <w:br/>
        <w:t>v -7.321364 13.629578 -0.431182</w:t>
        <w:br/>
        <w:t>v -7.333300 13.758712 -0.454624</w:t>
        <w:br/>
        <w:t>v -7.390020 13.722354 -0.455635</w:t>
        <w:br/>
        <w:t>v -7.349911 13.676543 -0.467767</w:t>
        <w:br/>
        <w:t>v -7.727092 13.446107 -0.438955</w:t>
        <w:br/>
        <w:t>v -7.775670 13.451161 -0.452111</w:t>
        <w:br/>
        <w:t>v -7.682495 13.535681 -0.457290</w:t>
        <w:br/>
        <w:t>v -7.604533 13.582976 -0.458311</w:t>
        <w:br/>
        <w:t>v -7.669887 13.490695 -0.352662</w:t>
        <w:br/>
        <w:t>v -7.686100 13.523718 -0.343611</w:t>
        <w:br/>
        <w:t>v -7.646744 13.465273 -0.390581</w:t>
        <w:br/>
        <w:t>v -7.645511 13.473743 -0.438230</w:t>
        <w:br/>
        <w:t>v -7.755329 13.487603 -0.364453</w:t>
        <w:br/>
        <w:t>v -7.738139 13.461857 -0.458824</w:t>
        <w:br/>
        <w:t>v -7.658902 13.496470 -0.464343</w:t>
        <w:br/>
        <w:t>v -7.658902 13.496470 -0.464343</w:t>
        <w:br/>
        <w:t>v -7.686100 13.523718 -0.343611</w:t>
        <w:br/>
        <w:t>v -7.699517 13.535576 -0.448994</w:t>
        <w:br/>
        <w:t>v -7.770148 13.510256 -0.389438</w:t>
        <w:br/>
        <w:t>v -7.755329 13.487603 -0.364453</w:t>
        <w:br/>
        <w:t>v -7.757127 13.494974 -0.453782</w:t>
        <w:br/>
        <w:t>v -7.738139 13.461857 -0.458824</w:t>
        <w:br/>
        <w:t>v -7.770148 13.510256 -0.389438</w:t>
        <w:br/>
        <w:t>v -7.812034 13.485412 -0.401218</w:t>
        <w:br/>
        <w:t>v -7.820950 13.483669 -0.409775</w:t>
        <w:br/>
        <w:t>v -7.769667 13.515837 -0.424123</w:t>
        <w:br/>
        <w:t>v -7.825265 13.481569 -0.427165</w:t>
        <w:br/>
        <w:t>v -7.815605 13.477054 -0.440940</w:t>
        <w:br/>
        <w:t>v -7.801456 13.474647 -0.448211</w:t>
        <w:br/>
        <w:t>v -7.775670 13.451161 -0.452111</w:t>
        <w:br/>
        <w:t>v -7.100213 13.757013 -0.542076</w:t>
        <w:br/>
        <w:t>v -7.111701 13.797417 -0.582196</w:t>
        <w:br/>
        <w:t>v -7.269128 13.623419 -0.573809</w:t>
        <w:br/>
        <w:t>v -7.211965 13.669260 -0.564099</w:t>
        <w:br/>
        <w:t>v -7.180731 13.629304 -0.561685</w:t>
        <w:br/>
        <w:t>v -7.241573 13.589153 -0.573522</w:t>
        <w:br/>
        <w:t>v -7.231297 13.691891 -0.602740</w:t>
        <w:br/>
        <w:t>v -7.211965 13.669260 -0.564099</w:t>
        <w:br/>
        <w:t>v -7.269128 13.623419 -0.573809</w:t>
        <w:br/>
        <w:t>v -7.278404 13.654597 -0.609806</w:t>
        <w:br/>
        <w:t>v -7.058305 13.716829 -0.537879</w:t>
        <w:br/>
        <w:t>v -7.033374 13.689411 -0.577938</w:t>
        <w:br/>
        <w:t>v -7.085479 13.647102 -0.585245</w:t>
        <w:br/>
        <w:t>v -7.111656 13.677820 -0.548089</w:t>
        <w:br/>
        <w:t>v -7.156147 13.600914 -0.598665</w:t>
        <w:br/>
        <w:t>v -7.220146 13.563955 -0.609404</w:t>
        <w:br/>
        <w:t>v -7.402143 13.507133 -0.620054</w:t>
        <w:br/>
        <w:t>v -7.391195 13.489552 -0.644705</w:t>
        <w:br/>
        <w:t>v -7.434185 13.494925 -0.662116</w:t>
        <w:br/>
        <w:t>v -7.435635 13.509412 -0.636760</w:t>
        <w:br/>
        <w:t>v -7.464175 13.519466 -0.665447</w:t>
        <w:br/>
        <w:t>v -7.457312 13.515936 -0.676898</w:t>
        <w:br/>
        <w:t>v -7.464163 13.515918 -0.678588</w:t>
        <w:br/>
        <w:t>v -7.274370 13.654437 -0.653034</w:t>
        <w:br/>
        <w:t>v -7.229608 13.691623 -0.649251</w:t>
        <w:br/>
        <w:t>v -7.370396 13.588262 -0.630089</w:t>
        <w:br/>
        <w:t>v -7.357441 13.592401 -0.663183</w:t>
        <w:br/>
        <w:t>v -7.298975 13.635248 -0.655788</w:t>
        <w:br/>
        <w:t>v -7.300712 13.637470 -0.613598</w:t>
        <w:br/>
        <w:t>v -7.080103 13.776035 -0.671632</w:t>
        <w:br/>
        <w:t>v -7.054116 13.722378 -0.677891</w:t>
        <w:br/>
        <w:t>v -7.028498 13.690550 -0.634599</w:t>
        <w:br/>
        <w:t>v -7.169009 13.630756 -0.684489</w:t>
        <w:br/>
        <w:t>v -7.204075 13.669431 -0.681769</w:t>
        <w:br/>
        <w:t>v -7.252342 13.633034 -0.683056</w:t>
        <w:br/>
        <w:t>v -7.229334 13.590914 -0.686315</w:t>
        <w:br/>
        <w:t>v -7.152763 13.604150 -0.648517</w:t>
        <w:br/>
        <w:t>v -7.215809 13.566606 -0.654181</w:t>
        <w:br/>
        <w:t>v -7.103085 13.682625 -0.680439</w:t>
        <w:br/>
        <w:t>v -7.083521 13.651335 -0.641138</w:t>
        <w:br/>
        <w:t>v -7.109922 13.750193 -0.675128</w:t>
        <w:br/>
        <w:t>v -7.142324 13.722807 -0.678377</w:t>
        <w:br/>
        <w:t>v -7.381498 13.488195 -0.675127</w:t>
        <w:br/>
        <w:t>v -7.419116 13.491632 -0.686221</w:t>
        <w:br/>
        <w:t>v -7.140500 13.776516 -0.639139</w:t>
        <w:br/>
        <w:t>v -7.172243 13.747549 -0.643815</w:t>
        <w:br/>
        <w:t>v -7.347530 13.569131 -0.687835</w:t>
        <w:br/>
        <w:t>v -7.276770 13.615215 -0.684843</w:t>
        <w:br/>
        <w:t>v -7.340277 13.532494 -0.600143</w:t>
        <w:br/>
        <w:t>v -7.361748 13.561999 -0.599180</w:t>
        <w:br/>
        <w:t>v -7.321689 13.510040 -0.625745</w:t>
        <w:br/>
        <w:t>v -7.317203 13.512578 -0.664609</w:t>
        <w:br/>
        <w:t>v -7.140537 13.773990 -0.588517</w:t>
        <w:br/>
        <w:t>v -7.172184 13.746845 -0.593329</w:t>
        <w:br/>
        <w:t>v -7.147499 13.722864 -0.552024</w:t>
        <w:br/>
        <w:t>v -7.147499 13.722864 -0.552024</w:t>
        <w:br/>
        <w:t>v -7.100213 13.757013 -0.542076</w:t>
        <w:br/>
        <w:t>v -7.420124 13.526789 -0.619537</w:t>
        <w:br/>
        <w:t>v -7.389483 13.500497 -0.690308</w:t>
        <w:br/>
        <w:t>v -7.324952 13.531350 -0.688466</w:t>
        <w:br/>
        <w:t>v -7.361748 13.561999 -0.599180</w:t>
        <w:br/>
        <w:t>v -7.375398 13.584920 -0.638831</w:t>
        <w:br/>
        <w:t>v -7.422216 13.549195 -0.672962</w:t>
        <w:br/>
        <w:t>v -7.411453 13.528496 -0.692406</w:t>
        <w:br/>
        <w:t>v -7.358070 13.570239 -0.683815</w:t>
        <w:br/>
        <w:t>v -7.420124 13.526789 -0.619537</w:t>
        <w:br/>
        <w:t>v -7.435635 13.509412 -0.636760</w:t>
        <w:br/>
        <w:t>v -7.458704 13.522465 -0.654984</w:t>
        <w:br/>
        <w:t>v -7.428835 13.544724 -0.645102</w:t>
        <w:br/>
        <w:t>v -7.411453 13.528496 -0.692406</w:t>
        <w:br/>
        <w:t>v -7.428835 13.544724 -0.645102</w:t>
        <w:br/>
        <w:t>v -7.458704 13.522465 -0.654984</w:t>
        <w:br/>
        <w:t>v -7.464175 13.519466 -0.665447</w:t>
        <w:br/>
        <w:t>v -7.464163 13.515918 -0.678588</w:t>
        <w:br/>
        <w:t>v -7.455835 13.511405 -0.688423</w:t>
        <w:br/>
        <w:t>v -7.446124 13.508246 -0.692933</w:t>
        <w:br/>
        <w:t>v -7.419116 13.491632 -0.686221</w:t>
        <w:br/>
        <w:t>v -6.925573 13.949241 0.227293</w:t>
        <w:br/>
        <w:t>v -6.226640 14.047907 0.322259</w:t>
        <w:br/>
        <w:t>v -6.135127 14.282719 0.221592</w:t>
        <w:br/>
        <w:t>v -6.473961 13.975947 -0.102873</w:t>
        <w:br/>
        <w:t>v -6.151423 14.292520 -0.436739</w:t>
        <w:br/>
        <w:t>v -6.729476 14.293633 -0.150342</w:t>
        <w:br/>
        <w:t>v -6.737792 14.259027 0.040568</w:t>
        <w:br/>
        <w:t>v -6.836168 14.192835 0.027586</w:t>
        <w:br/>
        <w:t>v -6.967951 14.078723 -0.405749</w:t>
        <w:br/>
        <w:t>v -6.394450 13.863918 0.406981</w:t>
        <w:br/>
        <w:t>v -7.277005 13.854082 0.089028</w:t>
        <w:br/>
        <w:t>v -7.151260 13.946516 0.101478</w:t>
        <w:br/>
        <w:t>v -7.131328 13.917583 0.153823</w:t>
        <w:br/>
        <w:t>v -7.094829 13.858686 0.185462</w:t>
        <w:br/>
        <w:t>v -7.400301 13.812133 -0.104523</w:t>
        <w:br/>
        <w:t>v -7.441400 13.783806 -0.111312</w:t>
        <w:br/>
        <w:t>v -7.323599 13.818884 0.086172</w:t>
        <w:br/>
        <w:t>v -7.109166 13.804583 -0.634137</w:t>
        <w:br/>
        <w:t>v -6.688203 13.793850 0.505074</w:t>
        <w:br/>
        <w:t>v -6.647521 13.774746 0.539653</w:t>
        <w:br/>
        <w:t>v -7.024568 14.102276 -0.117721</w:t>
        <w:br/>
        <w:t>v -7.002340 14.038486 -0.407114</w:t>
        <w:br/>
        <w:t>v -6.866262 14.005597 -0.593256</w:t>
        <w:br/>
        <w:t>v -6.046041 14.252182 -0.103252</w:t>
        <w:br/>
        <w:t>v -6.054147 14.259654 -0.195133</w:t>
        <w:br/>
        <w:t>v -6.036643 14.247205 -0.013502</w:t>
        <w:br/>
        <w:t>v -6.076413 14.262450 -0.279122</w:t>
        <w:br/>
        <w:t>v -6.107586 14.285063 -0.365256</w:t>
        <w:br/>
        <w:t>v -6.057140 14.249346 0.072823</w:t>
        <w:br/>
        <w:t>v -7.046967 13.946475 -0.237508</w:t>
        <w:br/>
        <w:t>v -6.707682 14.212841 0.167182</w:t>
        <w:br/>
        <w:t>v -7.812034 13.485412 -0.401218</w:t>
        <w:br/>
        <w:t>v -7.787844 13.474469 -0.378815</w:t>
        <w:br/>
        <w:t>v -7.458704 13.522465 -0.654984</w:t>
        <w:br/>
        <w:t>v -7.434185 13.494925 -0.662116</w:t>
        <w:br/>
        <w:t>v -7.446124 13.508246 -0.692933</w:t>
        <w:br/>
        <w:t>v -7.419116 13.491632 -0.686221</w:t>
        <w:br/>
        <w:t>v -7.812034 13.485412 -0.401218</w:t>
        <w:br/>
        <w:t>v -7.787844 13.474469 -0.378815</w:t>
        <w:br/>
        <w:t>v -7.793137 13.454321 -0.416720</w:t>
        <w:br/>
        <w:t>v -7.801456 13.474647 -0.448211</w:t>
        <w:br/>
        <w:t>v -7.775670 13.451161 -0.452111</w:t>
        <w:br/>
        <w:t>v -7.329280 13.776794 0.135721</w:t>
        <w:br/>
        <w:t>v -7.348146 13.801651 0.084591</w:t>
        <w:br/>
        <w:t>v -7.335142 13.796146 0.031264</w:t>
        <w:br/>
        <w:t>v -7.365063 13.790642 0.083352</w:t>
        <w:br/>
        <w:t>v -7.350724 13.784113 0.030579</w:t>
        <w:br/>
        <w:t>v -7.345633 13.766748 0.134278</w:t>
        <w:br/>
        <w:t>v -7.543551 13.634025 0.115277</w:t>
        <w:br/>
        <w:t>v -7.559033 13.654569 0.072034</w:t>
        <w:br/>
        <w:t>v -7.370150 13.755173 -0.079820</w:t>
        <w:br/>
        <w:t>v -7.384891 13.823174 -0.102626</w:t>
        <w:br/>
        <w:t>v -7.399218 13.850516 -0.157816</w:t>
        <w:br/>
        <w:t>v -7.349768 13.870380 -0.154666</w:t>
        <w:br/>
        <w:t>v -7.344715 13.836840 -0.102568</w:t>
        <w:br/>
        <w:t>v -7.335129 13.852553 -0.212104</w:t>
        <w:br/>
        <w:t>v -7.381446 13.833414 -0.216413</w:t>
        <w:br/>
        <w:t>v -7.635207 13.656489 -0.136838</w:t>
        <w:br/>
        <w:t>v -7.648504 13.675958 -0.181270</w:t>
        <w:br/>
        <w:t>v -7.634908 13.667037 -0.230184</w:t>
        <w:br/>
        <w:t>v -7.336526 13.794287 -0.347888</w:t>
        <w:br/>
        <w:t>v -7.340141 13.800176 -0.408204</w:t>
        <w:br/>
        <w:t>v -7.318135 13.768851 -0.455049</w:t>
        <w:br/>
        <w:t>v -7.604980 13.610556 -0.366798</w:t>
        <w:br/>
        <w:t>v -7.608500 13.615857 -0.418990</w:t>
        <w:br/>
        <w:t>v -7.590824 13.591208 -0.457909</w:t>
        <w:br/>
        <w:t>v -7.128532 13.784816 -0.586305</w:t>
        <w:br/>
        <w:t>v -7.128361 13.787426 -0.637189</w:t>
        <w:br/>
        <w:t>v -7.098767 13.760177 -0.674482</w:t>
        <w:br/>
        <w:t>v -7.291191 13.644993 -0.612002</w:t>
        <w:br/>
        <w:t>v -7.288603 13.643575 -0.654591</w:t>
        <w:br/>
        <w:t>v -7.266564 13.622749 -0.683995</w:t>
        <w:br/>
        <w:t>v -6.538019 13.729565 0.476658</w:t>
        <w:br/>
        <w:t>v -6.662864 13.681004 0.571499</w:t>
        <w:br/>
        <w:t>v -6.637531 13.640425 0.538076</w:t>
        <w:br/>
        <w:t>v -6.746957 13.668468 0.605160</w:t>
        <w:br/>
        <w:t>v -6.700330 13.718095 0.574629</w:t>
        <w:br/>
        <w:t>v -6.739986 13.734334 0.545118</w:t>
        <w:br/>
        <w:t>v -6.764156 13.727106 0.497867</w:t>
        <w:br/>
        <w:t>v -7.391527 13.757186 -0.250142</w:t>
        <w:br/>
        <w:t>v -7.353512 13.700665 -0.232517</w:t>
        <w:br/>
        <w:t>v -7.340360 13.669910 -0.174358</w:t>
        <w:br/>
        <w:t>v -7.358745 13.689672 -0.108867</w:t>
        <w:br/>
        <w:t>v -7.398639 13.741076 -0.083302</w:t>
        <w:br/>
        <w:t>v -7.398639 13.741076 -0.083302</w:t>
        <w:br/>
        <w:t>v -6.916427 13.851434 -0.007597</w:t>
        <w:br/>
        <w:t>v -7.018632 13.928179 -0.007323</w:t>
        <w:br/>
        <w:t>v -7.005985 13.841646 -0.204180</w:t>
        <w:br/>
        <w:t>v -6.887258 13.843445 -0.257473</w:t>
        <w:br/>
        <w:t>v -6.853253 13.824012 -0.329825</w:t>
        <w:br/>
        <w:t>v -7.046967 13.946475 -0.237508</w:t>
        <w:br/>
        <w:t>v -7.036966 13.911385 -0.000336</w:t>
        <w:br/>
        <w:t>v -7.111668 13.881372 -0.039511</w:t>
        <w:br/>
        <w:t>v -7.124650 13.877533 -0.022213</w:t>
        <w:br/>
        <w:t>v -7.134896 13.984803 -0.050492</w:t>
        <w:br/>
        <w:t>v -7.127514 13.969769 -0.059366</w:t>
        <w:br/>
        <w:t>v -7.141595 14.028197 -0.120683</w:t>
        <w:br/>
        <w:t>v -7.127539 14.018843 -0.127659</w:t>
        <w:br/>
        <w:t>v -7.112109 14.000393 -0.196846</w:t>
        <w:br/>
        <w:t>v -7.119533 14.016218 -0.198422</w:t>
        <w:br/>
        <w:t>v -7.084355 13.933669 -0.255591</w:t>
        <w:br/>
        <w:t>v -7.077616 13.928576 -0.233675</w:t>
        <w:br/>
        <w:t>v -7.070251 13.797862 -0.218498</w:t>
        <w:br/>
        <w:t>v -7.075248 13.815812 -0.207187</w:t>
        <w:br/>
        <w:t>v -7.076818 13.759430 -0.128854</w:t>
        <w:br/>
        <w:t>v -7.077427 13.779238 -0.132845</w:t>
        <w:br/>
        <w:t>v -7.092002 13.795958 -0.062530</w:t>
        <w:br/>
        <w:t>v -7.111668 13.881372 -0.039511</w:t>
        <w:br/>
        <w:t>v -6.786140 13.868814 -0.455246</w:t>
        <w:br/>
        <w:t>v -6.324208 14.337305 -0.484678</w:t>
        <w:br/>
        <w:t>v -6.551508 14.338583 -0.362826</w:t>
        <w:br/>
        <w:t>v -6.663158 14.314233 -0.267309</w:t>
        <w:br/>
        <w:t>v -6.655252 14.318984 -0.018988</w:t>
        <w:br/>
        <w:t>v -6.994394 13.971925 -0.260434</w:t>
        <w:br/>
        <w:t>v -6.877300 13.926652 -0.492017</w:t>
        <w:br/>
        <w:t>v -6.899876 13.928218 -0.478073</w:t>
        <w:br/>
        <w:t>v -7.016779 13.921650 -0.001464</w:t>
        <w:br/>
        <w:t>v -6.907062 13.851668 0.019312</w:t>
        <w:br/>
        <w:t>v -7.761081 13.515407 0.079098</w:t>
        <w:br/>
        <w:t>v -7.751243 13.515782 0.088860</w:t>
        <w:br/>
        <w:t>v -7.753723 13.528043 0.037376</w:t>
        <w:br/>
        <w:t>v -7.761081 13.515407 0.079098</w:t>
        <w:br/>
        <w:t>v -7.764250 13.521860 0.047007</w:t>
        <w:br/>
        <w:t>v -7.753723 13.528043 0.037376</w:t>
        <w:br/>
        <w:t>v -7.771258 13.517460 0.063610</w:t>
        <w:br/>
        <w:t>v -7.753723 13.528043 0.037376</w:t>
        <w:br/>
        <w:t>v -7.670122 13.579853 0.036203</w:t>
        <w:br/>
        <w:t>v -7.670122 13.579853 0.036203</w:t>
        <w:br/>
        <w:t>v -7.667061 13.580731 0.065053</w:t>
        <w:br/>
        <w:t>v -7.663811 13.571583 0.096653</w:t>
        <w:br/>
        <w:t>v -7.667061 13.580731 0.065053</w:t>
        <w:br/>
        <w:t>v -7.663811 13.571583 0.096653</w:t>
        <w:br/>
        <w:t>v -7.737955 13.493771 0.058326</w:t>
        <w:br/>
        <w:t>v -7.847342 13.548543 -0.236161</w:t>
        <w:br/>
        <w:t>v -7.783392 13.582121 -0.229162</w:t>
        <w:br/>
        <w:t>v -7.788259 13.577333 -0.163765</w:t>
        <w:br/>
        <w:t>v -7.782603 13.589005 -0.194889</w:t>
        <w:br/>
        <w:t>v -7.904644 13.528203 -0.208851</w:t>
        <w:br/>
        <w:t>v -7.889527 13.531353 -0.235177</w:t>
        <w:br/>
        <w:t>v -7.890895 13.524972 -0.181325</w:t>
        <w:br/>
        <w:t>v -7.881334 13.493288 -0.209825</w:t>
        <w:br/>
        <w:t>v -7.889527 13.531353 -0.235177</w:t>
        <w:br/>
        <w:t>v -7.890895 13.524972 -0.181325</w:t>
        <w:br/>
        <w:t>v -7.889527 13.531353 -0.235177</w:t>
        <w:br/>
        <w:t>v -7.699517 13.535576 -0.448994</w:t>
        <w:br/>
        <w:t>v -7.757127 13.494974 -0.453782</w:t>
        <w:br/>
        <w:t>v -7.704390 13.550251 -0.421008</w:t>
        <w:br/>
        <w:t>v -7.712753 13.548726 -0.388750</w:t>
        <w:br/>
        <w:t>v -7.712753 13.548726 -0.388750</w:t>
        <w:br/>
        <w:t>v -7.704390 13.550251 -0.421008</w:t>
        <w:br/>
        <w:t>v -7.801456 13.474647 -0.448211</w:t>
        <w:br/>
        <w:t>v -7.813673 13.481371 -0.425530</w:t>
        <w:br/>
        <w:t>v -7.815605 13.477054 -0.440940</w:t>
        <w:br/>
        <w:t>v -7.801456 13.474647 -0.448211</w:t>
        <w:br/>
        <w:t>v -7.812034 13.485412 -0.401218</w:t>
        <w:br/>
        <w:t>v -7.358070 13.570239 -0.683815</w:t>
        <w:br/>
        <w:t>v -7.363442 13.585817 -0.662960</w:t>
        <w:br/>
        <w:t>v -7.375398 13.584920 -0.638831</w:t>
        <w:br/>
        <w:t>v -7.446124 13.508246 -0.692933</w:t>
        <w:br/>
        <w:t>v -7.457312 13.515936 -0.676898</w:t>
        <w:br/>
        <w:t>v -7.446124 13.508246 -0.692933</w:t>
        <w:br/>
        <w:t>v -7.455835 13.511405 -0.688423</w:t>
        <w:br/>
        <w:t>v -7.458704 13.522465 -0.654984</w:t>
        <w:br/>
        <w:t>v -7.363442 13.585817 -0.662960</w:t>
        <w:br/>
        <w:t>v -6.788897 13.668205 0.595107</w:t>
        <w:br/>
        <w:t>v -6.833225 13.625173 0.619709</w:t>
        <w:br/>
        <w:t>v -6.788897 13.668205 0.595107</w:t>
        <w:br/>
        <w:t>v -6.754924 13.657955 0.608267</w:t>
        <w:br/>
        <w:t>v -6.732058 13.626812 0.615295</w:t>
        <w:br/>
        <w:t>v -6.732058 13.626812 0.615295</w:t>
        <w:br/>
        <w:t>v -6.754924 13.657955 0.608267</w:t>
        <w:br/>
        <w:t>v -6.865179 13.575960 0.649811</w:t>
        <w:br/>
        <w:t>v -6.847066 13.554195 0.665083</w:t>
        <w:br/>
        <w:t>v -6.840951 13.538023 0.619974</w:t>
        <w:br/>
        <w:t>v -6.865179 13.575960 0.649811</w:t>
        <w:br/>
        <w:t>v -6.813911 13.539299 0.666282</w:t>
        <w:br/>
        <w:t>v -6.813911 13.539299 0.666282</w:t>
        <w:br/>
        <w:t>v -6.547888 14.344645 0.088278</w:t>
        <w:br/>
        <w:t>v -2.243464 17.163351 -0.622666</w:t>
        <w:br/>
        <w:t>v -2.183165 17.089594 -0.674751</w:t>
        <w:br/>
        <w:t>v -2.114628 17.139078 -0.686955</w:t>
        <w:br/>
        <w:t>v -2.178026 17.202974 -0.636083</w:t>
        <w:br/>
        <w:t>v -2.301803 17.224939 -0.543535</w:t>
        <w:br/>
        <w:t>v -2.211727 17.252373 -0.589203</w:t>
        <w:br/>
        <w:t>v -2.176448 17.283306 -0.579528</w:t>
        <w:br/>
        <w:t>v -2.180615 17.325100 -0.517603</w:t>
        <w:br/>
        <w:t>v -2.211727 17.252373 -0.589203</w:t>
        <w:br/>
        <w:t>v -2.162868 17.221981 -0.565891</w:t>
        <w:br/>
        <w:t>v -2.128690 17.247202 -0.556749</w:t>
        <w:br/>
        <w:t>v -2.176448 17.283306 -0.579528</w:t>
        <w:br/>
        <w:t>v -2.123288 17.184973 -0.591087</w:t>
        <w:br/>
        <w:t>v -1.946169 17.247684 -0.634342</w:t>
        <w:br/>
        <w:t>v -1.975999 17.289850 -0.677443</w:t>
        <w:br/>
        <w:t>v -2.128690 17.247202 -0.556749</w:t>
        <w:br/>
        <w:t>v -1.752102 17.258877 -0.705138</w:t>
        <w:br/>
        <w:t>v -1.750463 17.299982 -0.755702</w:t>
        <w:br/>
        <w:t>v -1.680757 17.177147 -0.687653</w:t>
        <w:br/>
        <w:t>v -1.698384 17.231512 -0.770354</w:t>
        <w:br/>
        <w:t>v -1.880132 17.391144 -0.598112</w:t>
        <w:br/>
        <w:t>v -1.827654 17.339165 -0.651879</w:t>
        <w:br/>
        <w:t>v -1.794345 17.349632 -0.738588</w:t>
        <w:br/>
        <w:t>v -1.909885 17.466616 -0.631964</w:t>
        <w:br/>
        <w:t>v -1.988729 17.331381 -0.639402</w:t>
        <w:br/>
        <w:t>v -1.975999 17.289850 -0.677443</w:t>
        <w:br/>
        <w:t>v -1.750463 17.299982 -0.755702</w:t>
        <w:br/>
        <w:t>v -1.794345 17.349632 -0.738588</w:t>
        <w:br/>
        <w:t>v -1.988729 17.331381 -0.639402</w:t>
        <w:br/>
        <w:t>v -1.970795 17.327362 -0.579531</w:t>
        <w:br/>
        <w:t>v -2.133112 17.325077 -0.471494</w:t>
        <w:br/>
        <w:t>v -1.794345 17.349632 -0.738588</w:t>
        <w:br/>
        <w:t>v -1.827654 17.339165 -0.651879</w:t>
        <w:br/>
        <w:t>v -1.970795 17.327362 -0.579531</w:t>
        <w:br/>
        <w:t>v -1.827654 17.339165 -0.651879</w:t>
        <w:br/>
        <w:t>v -1.880132 17.391144 -0.598112</w:t>
        <w:br/>
        <w:t>v -1.954359 17.451614 -0.492737</w:t>
        <w:br/>
        <w:t>v -1.997486 17.480093 -0.371406</w:t>
        <w:br/>
        <w:t>v -1.954359 17.451614 -0.492737</w:t>
        <w:br/>
        <w:t>v -1.964206 17.513784 -0.541075</w:t>
        <w:br/>
        <w:t>v -2.004562 17.547707 -0.436400</w:t>
        <w:br/>
        <w:t>v -2.231528 17.320576 -0.363653</w:t>
        <w:br/>
        <w:t>v -1.997486 17.480093 -0.371406</w:t>
        <w:br/>
        <w:t>v -1.854195 17.526468 -0.635459</w:t>
        <w:br/>
        <w:t>v -1.777071 17.446878 -0.716410</w:t>
        <w:br/>
        <w:t>v -1.854195 17.526468 -0.635459</w:t>
        <w:br/>
        <w:t>v -1.777071 17.446878 -0.716410</w:t>
        <w:br/>
        <w:t>v -1.744650 17.439991 -0.672078</w:t>
        <w:br/>
        <w:t>v -1.811768 17.510668 -0.601345</w:t>
        <w:br/>
        <w:t>v -1.856255 17.552542 -0.518578</w:t>
        <w:br/>
        <w:t>v -1.891313 17.581646 -0.422259</w:t>
        <w:br/>
        <w:t>v -1.941798 17.609583 -0.439552</w:t>
        <w:br/>
        <w:t>v -1.903328 17.576357 -0.545870</w:t>
        <w:br/>
        <w:t>v -1.903328 17.576357 -0.545870</w:t>
        <w:br/>
        <w:t>v -1.941798 17.609583 -0.439552</w:t>
        <w:br/>
        <w:t>v -2.004562 17.547707 -0.436400</w:t>
        <w:br/>
        <w:t>v -1.964206 17.513784 -0.541075</w:t>
        <w:br/>
        <w:t>v -1.690461 17.350506 -0.766796</w:t>
        <w:br/>
        <w:t>v -1.669815 17.355984 -0.717812</w:t>
        <w:br/>
        <w:t>v -1.548803 17.037813 -0.706690</w:t>
        <w:br/>
        <w:t>v -1.488562 17.095770 -0.712807</w:t>
        <w:br/>
        <w:t>v -1.559463 17.191612 -0.761509</w:t>
        <w:br/>
        <w:t>v -1.620588 17.128193 -0.747964</w:t>
        <w:br/>
        <w:t>v -1.620588 17.128193 -0.747964</w:t>
        <w:br/>
        <w:t>v -1.613339 17.094688 -0.661334</w:t>
        <w:br/>
        <w:t>v -1.557989 17.014933 -0.610178</w:t>
        <w:br/>
        <w:t>v -1.548803 17.037813 -0.706690</w:t>
        <w:br/>
        <w:t>v -1.810721 16.815653 -0.600096</w:t>
        <w:br/>
        <w:t>v -1.557989 17.014933 -0.610178</w:t>
        <w:br/>
        <w:t>v -1.613339 17.094688 -0.661334</w:t>
        <w:br/>
        <w:t>v -1.867951 16.906504 -0.648535</w:t>
        <w:br/>
        <w:t>v -2.083428 17.152063 -0.630854</w:t>
        <w:br/>
        <w:t>v -2.016047 17.086195 -0.660100</w:t>
        <w:br/>
        <w:t>v -1.752102 17.258877 -0.705138</w:t>
        <w:br/>
        <w:t>v -1.946169 17.247684 -0.634342</w:t>
        <w:br/>
        <w:t>v -1.489772 16.945864 -0.630578</w:t>
        <w:br/>
        <w:t>v -1.527307 16.954708 -0.523244</w:t>
        <w:br/>
        <w:t>v -1.507000 16.895590 -0.430847</w:t>
        <w:br/>
        <w:t>v -1.448972 16.871677 -0.524216</w:t>
        <w:br/>
        <w:t>v -1.448972 16.871677 -0.524216</w:t>
        <w:br/>
        <w:t>v -1.384929 16.930656 -0.529429</w:t>
        <w:br/>
        <w:t>v -1.427623 17.004131 -0.636636</w:t>
        <w:br/>
        <w:t>v -1.489772 16.945864 -0.630578</w:t>
        <w:br/>
        <w:t>v -1.393632 16.967852 -0.503509</w:t>
        <w:br/>
        <w:t>v -1.431264 17.035763 -0.600897</w:t>
        <w:br/>
        <w:t>v -1.427623 17.004131 -0.636636</w:t>
        <w:br/>
        <w:t>v -1.384929 16.930656 -0.529429</w:t>
        <w:br/>
        <w:t>v -1.361971 16.900860 -0.257952</w:t>
        <w:br/>
        <w:t>v -1.367631 16.918121 -0.387648</w:t>
        <w:br/>
        <w:t>v -1.355798 16.876717 -0.401307</w:t>
        <w:br/>
        <w:t>v -1.349561 16.858154 -0.257955</w:t>
        <w:br/>
        <w:t>v -1.485398 17.120096 -0.670172</w:t>
        <w:br/>
        <w:t>v -1.548511 17.206953 -0.714222</w:t>
        <w:br/>
        <w:t>v -1.559463 17.191612 -0.761509</w:t>
        <w:br/>
        <w:t>v -1.488562 17.095770 -0.712807</w:t>
        <w:br/>
        <w:t>v -1.355798 16.876717 -0.401307</w:t>
        <w:br/>
        <w:t>v -1.421054 16.818027 -0.398543</w:t>
        <w:br/>
        <w:t>v -1.415150 16.799520 -0.257955</w:t>
        <w:br/>
        <w:t>v -1.349561 16.858154 -0.257955</w:t>
        <w:br/>
        <w:t>v -1.393126 16.924093 0.013565</w:t>
        <w:br/>
        <w:t>v -1.360104 16.871811 -0.117904</w:t>
        <w:br/>
        <w:t>v -1.425883 16.813137 -0.120744</w:t>
        <w:br/>
        <w:t>v -1.457742 16.864880 0.008352</w:t>
        <w:br/>
        <w:t>v -1.457742 16.864880 0.008352</w:t>
        <w:br/>
        <w:t>v -1.425883 16.813137 -0.120744</w:t>
        <w:br/>
        <w:t>v -1.510577 16.892750 -0.086181</w:t>
        <w:br/>
        <w:t>v -1.487598 16.860123 -0.257950</w:t>
        <w:br/>
        <w:t>v -1.415150 16.799520 -0.257955</w:t>
        <w:br/>
        <w:t>v -1.421054 16.818027 -0.398543</w:t>
        <w:br/>
        <w:t>v -2.083428 17.152063 -0.630854</w:t>
        <w:br/>
        <w:t>v -2.178026 17.202974 -0.636083</w:t>
        <w:br/>
        <w:t>v -2.114628 17.139078 -0.686955</w:t>
        <w:br/>
        <w:t>v -2.041420 17.053637 -0.723925</w:t>
        <w:br/>
        <w:t>v -1.896053 16.865488 -0.716093</w:t>
        <w:br/>
        <w:t>v -1.833815 16.772707 -0.666484</w:t>
        <w:br/>
        <w:t>v -1.782285 16.692102 -0.595821</w:t>
        <w:br/>
        <w:t>v -1.746526 16.629906 -0.498261</w:t>
        <w:br/>
        <w:t>v -1.747874 16.679577 -0.419805</w:t>
        <w:br/>
        <w:t>v -1.774199 16.741800 -0.516183</w:t>
        <w:br/>
        <w:t>v -1.798435 16.586275 -0.494302</w:t>
        <w:br/>
        <w:t>v -1.746526 16.629906 -0.498261</w:t>
        <w:br/>
        <w:t>v -1.782285 16.692102 -0.595821</w:t>
        <w:br/>
        <w:t>v -1.835458 16.646387 -0.590300</w:t>
        <w:br/>
        <w:t>v -1.725344 16.587917 -0.385262</w:t>
        <w:br/>
        <w:t>v -1.775691 16.546625 -0.383187</w:t>
        <w:br/>
        <w:t>v -1.771643 16.535109 -0.259940</w:t>
        <w:br/>
        <w:t>v -1.722405 16.575096 -0.259940</w:t>
        <w:br/>
        <w:t>v -1.836275 16.580564 -0.420383</w:t>
        <w:br/>
        <w:t>v -1.823274 16.551847 -0.259912</w:t>
        <w:br/>
        <w:t>v -1.771643 16.535109 -0.259940</w:t>
        <w:br/>
        <w:t>v -1.775691 16.546625 -0.383187</w:t>
        <w:br/>
        <w:t>v -1.878266 16.653757 -0.556587</w:t>
        <w:br/>
        <w:t>v -1.778700 16.544167 -0.138496</w:t>
        <w:br/>
        <w:t>v -1.803925 16.583405 -0.023998</w:t>
        <w:br/>
        <w:t>v -1.753514 16.625750 -0.020041</w:t>
        <w:br/>
        <w:t>v -1.729398 16.584593 -0.136485</w:t>
        <w:br/>
        <w:t>v -1.840316 16.578121 -0.099442</w:t>
        <w:br/>
        <w:t>v -1.788937 16.686296 0.076070</w:t>
        <w:br/>
        <w:t>v -1.840938 16.641659 0.070525</w:t>
        <w:br/>
        <w:t>v -1.897614 16.650745 0.033793</w:t>
        <w:br/>
        <w:t>v -1.725344 16.587917 -0.385262</w:t>
        <w:br/>
        <w:t>v -1.722405 16.575096 -0.259940</w:t>
        <w:br/>
        <w:t>v -1.736797 16.639307 -0.257988</w:t>
        <w:br/>
        <w:t>v -1.729398 16.584593 -0.136485</w:t>
        <w:br/>
        <w:t>v -1.753514 16.625750 -0.020041</w:t>
        <w:br/>
        <w:t>v -1.754013 16.675730 -0.097455</w:t>
        <w:br/>
        <w:t>v -1.952881 16.814569 -0.708985</w:t>
        <w:br/>
        <w:t>v -1.888291 16.724476 -0.659721</w:t>
        <w:br/>
        <w:t>v -2.041420 17.053637 -0.723925</w:t>
        <w:br/>
        <w:t>v -2.105915 17.002384 -0.715480</w:t>
        <w:br/>
        <w:t>v -2.080637 16.933582 -0.668899</w:t>
        <w:br/>
        <w:t>v -2.105915 17.002384 -0.715480</w:t>
        <w:br/>
        <w:t>v -2.169073 17.032995 -0.640325</w:t>
        <w:br/>
        <w:t>v -2.004199 16.831753 -0.664047</w:t>
        <w:br/>
        <w:t>v -1.924800 16.725002 -0.618940</w:t>
        <w:br/>
        <w:t>v -2.301803 17.224939 -0.543535</w:t>
        <w:br/>
        <w:t>v -2.361623 17.270695 -0.387671</w:t>
        <w:br/>
        <w:t>v -2.351811 17.226915 -0.375828</w:t>
        <w:br/>
        <w:t>v -2.298330 17.180370 -0.511978</w:t>
        <w:br/>
        <w:t>v -2.239357 17.116758 -0.593532</w:t>
        <w:br/>
        <w:t>v -2.361623 17.270695 -0.387671</w:t>
        <w:br/>
        <w:t>v -2.294204 17.318409 -0.382382</w:t>
        <w:br/>
        <w:t>v -2.349431 17.225224 -0.129775</w:t>
        <w:br/>
        <w:t>v -2.361312 17.269682 -0.128197</w:t>
        <w:br/>
        <w:t>v -2.300834 17.225855 0.027667</w:t>
        <w:br/>
        <w:t>v -2.301708 17.185795 -0.012084</w:t>
        <w:br/>
        <w:t>v -2.361312 17.269682 -0.128197</w:t>
        <w:br/>
        <w:t>v -2.295151 17.316719 -0.134223</w:t>
        <w:br/>
        <w:t>v -2.183561 17.323664 0.001740</w:t>
        <w:br/>
        <w:t>v -2.300834 17.225855 0.027667</w:t>
        <w:br/>
        <w:t>v -2.176049 17.284771 0.063696</w:t>
        <w:br/>
        <w:t>v -2.210153 17.254486 0.073337</w:t>
        <w:br/>
        <w:t>v -2.174297 17.207098 0.123893</w:t>
        <w:br/>
        <w:t>v -2.210153 17.254486 0.073337</w:t>
        <w:br/>
        <w:t>v -2.158431 17.226526 0.049250</w:t>
        <w:br/>
        <w:t>v -2.038609 17.056618 0.206020</w:t>
        <w:br/>
        <w:t>v -2.111708 17.142553 0.171104</w:t>
        <w:br/>
        <w:t>v -2.085302 17.160074 0.110834</w:t>
        <w:br/>
        <w:t>v -2.010224 17.080837 0.147885</w:t>
        <w:br/>
        <w:t>v -1.869884 16.898315 0.132720</w:t>
        <w:br/>
        <w:t>v -1.899689 16.861557 0.202166</w:t>
        <w:br/>
        <w:t>v -1.969833 16.960464 0.216621</w:t>
        <w:br/>
        <w:t>v -1.936499 16.989780 0.152498</w:t>
        <w:br/>
        <w:t>v -1.688509 17.172855 0.172130</w:t>
        <w:br/>
        <w:t>v -1.624923 17.086939 0.146462</w:t>
        <w:br/>
        <w:t>v -2.085302 17.160074 0.110834</w:t>
        <w:br/>
        <w:t>v -1.947596 17.248934 0.118634</w:t>
        <w:br/>
        <w:t>v -1.757018 17.257469 0.189291</w:t>
        <w:br/>
        <w:t>v -2.010224 17.080837 0.147885</w:t>
        <w:br/>
        <w:t>v -2.180139 17.092829 0.158902</w:t>
        <w:br/>
        <w:t>v -2.111708 17.142553 0.171104</w:t>
        <w:br/>
        <w:t>v -2.038609 17.056618 0.206020</w:t>
        <w:br/>
        <w:t>v -2.103322 17.003723 0.196480</w:t>
        <w:br/>
        <w:t>v -2.157084 17.026089 0.132135</w:t>
        <w:br/>
        <w:t>v -2.174297 17.207098 0.123893</w:t>
        <w:br/>
        <w:t>v -2.245928 17.163471 0.107872</w:t>
        <w:br/>
        <w:t>v -2.245928 17.163471 0.107872</w:t>
        <w:br/>
        <w:t>v -2.235688 17.118177 0.078210</w:t>
        <w:br/>
        <w:t>v -1.969833 16.960464 0.216621</w:t>
        <w:br/>
        <w:t>v -1.899689 16.861557 0.202166</w:t>
        <w:br/>
        <w:t>v -1.955112 16.811867 0.195052</w:t>
        <w:br/>
        <w:t>v -2.026894 16.908203 0.209046</w:t>
        <w:br/>
        <w:t>v -2.210153 17.254486 0.073337</w:t>
        <w:br/>
        <w:t>v -2.176049 17.284771 0.063696</w:t>
        <w:br/>
        <w:t>v -2.130325 17.247332 0.041693</w:t>
        <w:br/>
        <w:t>v -2.158431 17.226526 0.049250</w:t>
        <w:br/>
        <w:t>v -1.976328 17.292147 0.161598</w:t>
        <w:br/>
        <w:t>v -1.947596 17.248934 0.118634</w:t>
        <w:br/>
        <w:t>v -1.990725 17.332527 0.123554</w:t>
        <w:br/>
        <w:t>v -1.976328 17.292147 0.161598</w:t>
        <w:br/>
        <w:t>v -1.754869 17.299175 0.239854</w:t>
        <w:br/>
        <w:t>v -1.757018 17.257469 0.189291</w:t>
        <w:br/>
        <w:t>v -1.754869 17.299175 0.239854</w:t>
        <w:br/>
        <w:t>v -1.808799 17.351717 0.217184</w:t>
        <w:br/>
        <w:t>v -2.130325 17.247332 0.041693</w:t>
        <w:br/>
        <w:t>v -2.233409 17.318600 -0.152615</w:t>
        <w:br/>
        <w:t>v -2.136845 17.323179 -0.044365</w:t>
        <w:br/>
        <w:t>v -1.974652 17.327034 0.063682</w:t>
        <w:br/>
        <w:t>v -1.990725 17.332527 0.123554</w:t>
        <w:br/>
        <w:t>v -1.831836 17.338976 0.136032</w:t>
        <w:br/>
        <w:t>v -1.808799 17.351717 0.217184</w:t>
        <w:br/>
        <w:t>v -1.808799 17.351717 0.217184</w:t>
        <w:br/>
        <w:t>v -1.831836 17.338976 0.136032</w:t>
        <w:br/>
        <w:t>v -1.886172 17.389603 0.082264</w:t>
        <w:br/>
        <w:t>v -1.854200 17.402302 0.185776</w:t>
        <w:br/>
        <w:t>v -1.831836 17.338976 0.136032</w:t>
        <w:br/>
        <w:t>v -1.974652 17.327034 0.063682</w:t>
        <w:br/>
        <w:t>v -1.886172 17.389603 0.082264</w:t>
        <w:br/>
        <w:t>v -1.971519 17.510777 0.025227</w:t>
        <w:br/>
        <w:t>v -1.943306 17.435812 0.004994</w:t>
        <w:br/>
        <w:t>v -2.001175 17.478447 -0.144363</w:t>
        <w:br/>
        <w:t>v -2.011076 17.544668 -0.078855</w:t>
        <w:br/>
        <w:t>v -2.001175 17.478447 -0.144363</w:t>
        <w:br/>
        <w:t>v -1.943306 17.435812 0.004994</w:t>
        <w:br/>
        <w:t>v -1.919851 17.461863 0.111284</w:t>
        <w:br/>
        <w:t>v -2.027683 17.559429 -0.167350</w:t>
        <w:br/>
        <w:t>v -1.948380 17.606461 -0.075770</w:t>
        <w:br/>
        <w:t>v -2.011076 17.544668 -0.078855</w:t>
        <w:br/>
        <w:t>v -2.027683 17.559429 -0.167350</w:t>
        <w:br/>
        <w:t>v -1.964002 17.620560 -0.165928</w:t>
        <w:br/>
        <w:t>v -1.910664 17.573391 0.030022</w:t>
        <w:br/>
        <w:t>v -1.971519 17.510777 0.025227</w:t>
        <w:br/>
        <w:t>v -1.862954 17.550049 0.002731</w:t>
        <w:br/>
        <w:t>v -1.910664 17.573391 0.030022</w:t>
        <w:br/>
        <w:t>v -1.948380 17.606461 -0.075770</w:t>
        <w:br/>
        <w:t>v -1.896673 17.579489 -0.093128</w:t>
        <w:br/>
        <w:t>v -1.964002 17.620560 -0.165928</w:t>
        <w:br/>
        <w:t>v -1.910758 17.591846 -0.174720</w:t>
        <w:br/>
        <w:t>v -2.023910 17.561342 -0.348284</w:t>
        <w:br/>
        <w:t>v -1.960094 17.622437 -0.349721</w:t>
        <w:br/>
        <w:t>v -2.023910 17.561342 -0.348284</w:t>
        <w:br/>
        <w:t>v -1.556193 17.199892 0.200758</w:t>
        <w:br/>
        <w:t>v -1.567043 17.184309 0.248314</w:t>
        <w:br/>
        <w:t>v -1.645283 17.285851 0.257258</w:t>
        <w:br/>
        <w:t>v -1.625666 17.292116 0.208935</w:t>
        <w:br/>
        <w:t>v -1.437107 16.994127 0.118402</w:t>
        <w:br/>
        <w:t>v -1.440976 17.025900 0.082905</w:t>
        <w:br/>
        <w:t>v -1.401587 16.961504 -0.012353</w:t>
        <w:br/>
        <w:t>v -1.393126 16.924093 0.013565</w:t>
        <w:br/>
        <w:t>v -1.628547 17.120846 0.232953</w:t>
        <w:br/>
        <w:t>v -1.705597 17.227940 0.254506</w:t>
        <w:br/>
        <w:t>v -1.645283 17.285851 0.257258</w:t>
        <w:br/>
        <w:t>v -1.567043 17.184309 0.248314</w:t>
        <w:br/>
        <w:t>v -1.721680 17.380421 0.238714</w:t>
        <w:br/>
        <w:t>v -1.694016 17.377224 0.192217</w:t>
        <w:br/>
        <w:t>v -1.371752 16.913458 -0.131262</w:t>
        <w:br/>
        <w:t>v -1.360104 16.871811 -0.117904</w:t>
        <w:br/>
        <w:t>v -1.736797 16.639307 -0.257988</w:t>
        <w:br/>
        <w:t>v -1.588427 16.770779 -0.257965</w:t>
        <w:br/>
        <w:t>v -1.614412 16.799267 -0.425923</w:t>
        <w:br/>
        <w:t>v -1.747874 16.679577 -0.419805</w:t>
        <w:br/>
        <w:t>v -1.537607 16.946096 0.007486</w:t>
        <w:br/>
        <w:t>v -1.705597 17.227940 0.254506</w:t>
        <w:br/>
        <w:t>v -1.628547 17.120846 0.232953</w:t>
        <w:br/>
        <w:t>v -1.624923 17.086939 0.146462</w:t>
        <w:br/>
        <w:t>v -1.688509 17.172855 0.172130</w:t>
        <w:br/>
        <w:t>v -1.960094 17.622437 -0.349721</w:t>
        <w:br/>
        <w:t>v -1.907717 17.593035 -0.340966</w:t>
        <w:br/>
        <w:t>v -1.816317 17.508995 0.086600</w:t>
        <w:br/>
        <w:t>v -1.858061 17.527002 0.120312</w:t>
        <w:br/>
        <w:t>v -1.858061 17.527002 0.120312</w:t>
        <w:br/>
        <w:t>v -1.919851 17.461863 0.111284</w:t>
        <w:br/>
        <w:t>v -1.995231 16.821102 0.158368</w:t>
        <w:br/>
        <w:t>v -2.079087 16.926823 0.161095</w:t>
        <w:br/>
        <w:t>v -1.788937 16.686296 0.076070</w:t>
        <w:br/>
        <w:t>v -1.781551 16.736116 -0.001458</w:t>
        <w:br/>
        <w:t>v -1.721680 17.380421 0.238714</w:t>
        <w:br/>
        <w:t>v -1.437107 16.994127 0.118402</w:t>
        <w:br/>
        <w:t>v -1.499554 16.935015 0.113890</w:t>
        <w:br/>
        <w:t>v -4.198112 15.970684 -0.674255</w:t>
        <w:br/>
        <w:t>v -4.269885 16.076456 -0.508663</w:t>
        <w:br/>
        <w:t>v -4.738033 15.830873 -0.543480</w:t>
        <w:br/>
        <w:t>v -4.653897 15.716654 -0.702982</w:t>
        <w:br/>
        <w:t>v -4.305211 16.128576 -0.370469</w:t>
        <w:br/>
        <w:t>v -4.792889 15.905746 -0.391567</w:t>
        <w:br/>
        <w:t>v -4.311248 16.145090 -0.221009</w:t>
        <w:br/>
        <w:t>v -4.819734 15.943148 -0.221925</w:t>
        <w:br/>
        <w:t>v -3.916903 16.322607 -0.358761</w:t>
        <w:br/>
        <w:t>v -3.916522 16.330273 -0.219161</w:t>
        <w:br/>
        <w:t>v -3.887299 16.276445 -0.496759</w:t>
        <w:br/>
        <w:t>v -4.240416 16.048159 0.064707</w:t>
        <w:br/>
        <w:t>v -4.733796 15.830682 0.102759</w:t>
        <w:br/>
        <w:t>v -4.792255 15.907802 -0.049802</w:t>
        <w:br/>
        <w:t>v -4.283494 16.105562 -0.073424</w:t>
        <w:br/>
        <w:t>v -4.032417 15.730313 -0.804745</w:t>
        <w:br/>
        <w:t>v -4.116475 15.850587 -0.758733</w:t>
        <w:br/>
        <w:t>v -4.573008 15.610782 -0.811719</w:t>
        <w:br/>
        <w:t>v -4.465370 15.463170 -0.866892</w:t>
        <w:br/>
        <w:t>v -3.946272 15.605636 -0.805915</w:t>
        <w:br/>
        <w:t>v -3.577759 15.853235 -0.766845</w:t>
        <w:br/>
        <w:t>v -3.662352 15.966995 -0.763539</w:t>
        <w:br/>
        <w:t>v -4.346899 15.307877 -0.898577</w:t>
        <w:br/>
        <w:t>v -4.238000 15.162086 -0.864595</w:t>
        <w:br/>
        <w:t>v -3.859627 15.483747 -0.775580</w:t>
        <w:br/>
        <w:t>v -4.159156 15.052613 -0.748200</w:t>
        <w:br/>
        <w:t>v -3.796283 15.398950 -0.691286</w:t>
        <w:br/>
        <w:t>v -3.696097 15.330371 -0.577932</w:t>
        <w:br/>
        <w:t>v -4.070642 14.940251 -0.626716</w:t>
        <w:br/>
        <w:t>v -3.500060 15.750775 -0.704037</w:t>
        <w:br/>
        <w:t>v -2.844656 16.035078 -0.575588</w:t>
        <w:br/>
        <w:t>v -2.908463 16.128563 -0.668830</w:t>
        <w:br/>
        <w:t>v -3.040462 16.038307 -0.673814</w:t>
        <w:br/>
        <w:t>v -2.975676 15.940578 -0.578732</w:t>
        <w:br/>
        <w:t>v -2.982252 16.236670 -0.712910</w:t>
        <w:br/>
        <w:t>v -3.112062 16.146317 -0.724286</w:t>
        <w:br/>
        <w:t>v -3.113314 15.842532 -0.579827</w:t>
        <w:br/>
        <w:t>v -3.076752 15.784599 -0.455753</w:t>
        <w:br/>
        <w:t>v -2.940415 15.887386 -0.454325</w:t>
        <w:br/>
        <w:t>v -3.056386 15.752333 -0.315358</w:t>
        <w:br/>
        <w:t>v -2.921215 15.858424 -0.317158</w:t>
        <w:br/>
        <w:t>v -2.808999 15.982837 -0.452870</w:t>
        <w:br/>
        <w:t>v -2.789542 15.954331 -0.316872</w:t>
        <w:br/>
        <w:t>v -2.921215 15.858424 -0.317158</w:t>
        <w:br/>
        <w:t>v -3.056386 15.752333 -0.315358</w:t>
        <w:br/>
        <w:t>v -3.060487 15.758828 -0.166053</w:t>
        <w:br/>
        <w:t>v -2.924555 15.863463 -0.173801</w:t>
        <w:br/>
        <w:t>v -2.789542 15.954331 -0.316872</w:t>
        <w:br/>
        <w:t>v -2.791909 15.957798 -0.176928</w:t>
        <w:br/>
        <w:t>v -3.346414 15.568401 -0.460114</w:t>
        <w:br/>
        <w:t>v -3.646420 15.226965 -0.459123</w:t>
        <w:br/>
        <w:t>v -3.625464 15.205843 -0.285407</w:t>
        <w:br/>
        <w:t>v -3.313182 15.532899 -0.310401</w:t>
        <w:br/>
        <w:t>v -3.644084 15.232574 -0.111255</w:t>
        <w:br/>
        <w:t>v -3.317276 15.547289 -0.141485</w:t>
        <w:br/>
        <w:t>v -3.313182 15.532899 -0.310401</w:t>
        <w:br/>
        <w:t>v -3.625464 15.205843 -0.285407</w:t>
        <w:br/>
        <w:t>v -3.170945 15.933843 -0.668293</w:t>
        <w:br/>
        <w:t>v -3.742153 16.073210 -0.721601</w:t>
        <w:br/>
        <w:t>v -3.253373 16.359486 -0.684441</w:t>
        <w:br/>
        <w:t>v -3.331620 16.469036 -0.600248</w:t>
        <w:br/>
        <w:t>v -3.458043 16.388735 -0.614923</w:t>
        <w:br/>
        <w:t>v -3.391148 16.282743 -0.694689</w:t>
        <w:br/>
        <w:t>v -3.820190 16.180424 -0.633293</w:t>
        <w:br/>
        <w:t>v -3.380482 16.550964 -0.478845</w:t>
        <w:br/>
        <w:t>v -3.512172 16.474497 -0.487050</w:t>
        <w:br/>
        <w:t>v -2.775216 16.904760 -0.414256</w:t>
        <w:br/>
        <w:t>v -2.763608 16.937876 -0.422036</w:t>
        <w:br/>
        <w:t>v -2.998577 16.813459 -0.265406</w:t>
        <w:br/>
        <w:t>v -3.406147 16.590227 -0.350783</w:t>
        <w:br/>
        <w:t>v -3.538810 16.516705 -0.354543</w:t>
        <w:br/>
        <w:t>v -3.326898 16.180944 -0.734912</w:t>
        <w:br/>
        <w:t>v -3.214146 16.251280 -0.722938</w:t>
        <w:br/>
        <w:t>v -4.555065 15.592919 0.337028</w:t>
        <w:br/>
        <w:t>v -4.079182 15.825657 0.282315</w:t>
        <w:br/>
        <w:t>v -3.997505 15.710608 0.305397</w:t>
        <w:br/>
        <w:t>v -4.455344 15.459577 0.387101</w:t>
        <w:br/>
        <w:t>v -3.676593 16.036537 0.211548</w:t>
        <w:br/>
        <w:t>v -3.593013 15.927978 0.227507</w:t>
        <w:br/>
        <w:t>v -3.909489 15.585327 0.281670</w:t>
        <w:br/>
        <w:t>v -4.340958 15.306049 0.376956</w:t>
        <w:br/>
        <w:t>v -3.517138 15.826838 0.193600</w:t>
        <w:br/>
        <w:t>v -3.224479 16.308308 0.147564</w:t>
        <w:br/>
        <w:t>v -3.357752 16.229828 0.171251</w:t>
        <w:br/>
        <w:t>v -3.417507 16.324507 0.127364</w:t>
        <w:br/>
        <w:t>v -3.274307 16.389267 0.118359</w:t>
        <w:br/>
        <w:t>v -4.159583 15.937411 0.203681</w:t>
        <w:br/>
        <w:t>v -3.758286 16.140461 0.155021</w:t>
        <w:br/>
        <w:t>v -4.641030 15.707541 0.255500</w:t>
        <w:br/>
        <w:t>v -3.893109 16.306883 -0.080406</w:t>
        <w:br/>
        <w:t>v -3.526914 16.497856 -0.082765</w:t>
        <w:br/>
        <w:t>v -3.391119 16.567354 -0.083674</w:t>
        <w:br/>
        <w:t>v -3.342704 16.493334 0.029535</w:t>
        <w:br/>
        <w:t>v -3.479491 16.422714 0.035175</w:t>
        <w:br/>
        <w:t>v -3.065762 16.076471 0.144690</w:t>
        <w:br/>
        <w:t>v -2.931866 16.162849 0.135974</w:t>
        <w:br/>
        <w:t>v -2.871525 16.074444 0.057881</w:t>
        <w:br/>
        <w:t>v -3.005629 15.985761 0.064679</w:t>
        <w:br/>
        <w:t>v -2.822738 16.002966 -0.049385</w:t>
        <w:br/>
        <w:t>v -2.956780 15.912073 -0.043392</w:t>
        <w:br/>
        <w:t>v -3.147819 16.200253 0.181658</w:t>
        <w:br/>
        <w:t>v -3.005460 16.270670 0.172307</w:t>
        <w:br/>
        <w:t>v -3.836728 16.238522 0.048785</w:t>
        <w:br/>
        <w:t>v -3.544080 16.525055 -0.217460</w:t>
        <w:br/>
        <w:t>v -3.409894 16.596050 -0.210435</w:t>
        <w:br/>
        <w:t>v -3.715159 15.303022 0.016397</w:t>
        <w:br/>
        <w:t>v -4.084167 14.959227 0.099306</w:t>
        <w:br/>
        <w:t>v -4.153548 15.053450 0.235139</w:t>
        <w:br/>
        <w:t>v -3.767797 15.381188 0.151765</w:t>
        <w:br/>
        <w:t>v -3.443370 15.726311 0.119605</w:t>
        <w:br/>
        <w:t>v -3.824638 15.463398 0.215704</w:t>
        <w:br/>
        <w:t>v -4.229452 15.156007 0.321966</w:t>
        <w:br/>
        <w:t>v -3.094607 15.812890 -0.025771</w:t>
        <w:br/>
        <w:t>v -1.495938 17.112391 0.154324</w:t>
        <w:br/>
        <w:t>v -1.498762 17.088251 0.196959</w:t>
        <w:br/>
        <w:t>v -1.560318 17.029224 0.190841</w:t>
        <w:br/>
        <w:t>v -1.498762 17.088251 0.196959</w:t>
        <w:br/>
        <w:t>v -1.560318 17.029224 0.190841</w:t>
        <w:br/>
        <w:t>v -1.573196 17.005699 0.090762</w:t>
        <w:br/>
        <w:t>v -1.816194 16.807364 0.080148</w:t>
        <w:br/>
        <w:t>v -1.573196 17.005699 0.090762</w:t>
        <w:br/>
        <w:t>v -1.839719 16.769819 0.149674</w:t>
        <w:br/>
        <w:t>v -1.839719 16.769819 0.149674</w:t>
        <w:br/>
        <w:t>v -1.893495 16.722284 0.142910</w:t>
        <w:br/>
        <w:t>v -1.929714 16.723085 0.102142</w:t>
        <w:br/>
        <w:t>v -1.537607 16.946096 0.007486</w:t>
        <w:br/>
        <w:t>v -1.781551 16.736116 -0.001458</w:t>
        <w:br/>
        <w:t>v -1.499554 16.935015 0.113890</w:t>
        <w:br/>
        <w:t>v -1.361971 16.900860 -0.257952</w:t>
        <w:br/>
        <w:t>v -1.349561 16.858154 -0.257955</w:t>
        <w:br/>
        <w:t>v -1.349561 16.858154 -0.257955</w:t>
        <w:br/>
        <w:t>v -1.415150 16.799520 -0.257955</w:t>
        <w:br/>
        <w:t>v -1.487598 16.860123 -0.257950</w:t>
        <w:br/>
        <w:t>v -1.722405 16.575096 -0.259940</w:t>
        <w:br/>
        <w:t>v -1.736797 16.639307 -0.257988</w:t>
        <w:br/>
        <w:t>v -1.771643 16.535109 -0.259940</w:t>
        <w:br/>
        <w:t>v -1.722405 16.575096 -0.259940</w:t>
        <w:br/>
        <w:t>v -1.771643 16.535109 -0.259940</w:t>
        <w:br/>
        <w:t>v -1.823274 16.551847 -0.259912</w:t>
        <w:br/>
        <w:t>v -1.774199 16.741800 -0.516183</w:t>
        <w:br/>
        <w:t>v -1.527307 16.954708 -0.523244</w:t>
        <w:br/>
        <w:t>v -1.619023 17.295135 -0.724782</w:t>
        <w:br/>
        <w:t>v -1.638335 17.289087 -0.773106</w:t>
        <w:br/>
        <w:t>v -1.638335 17.289087 -0.773106</w:t>
        <w:br/>
        <w:t>v -1.698384 17.231512 -0.770354</w:t>
        <w:br/>
        <w:t>v -1.680757 17.177147 -0.687653</w:t>
        <w:br/>
        <w:t>v -1.937246 16.999245 -0.669206</w:t>
        <w:br/>
        <w:t>v -1.966488 16.961451 -0.732615</w:t>
        <w:br/>
        <w:t>v -1.966488 16.961451 -0.732615</w:t>
        <w:br/>
        <w:t>v -2.025388 16.907682 -0.725043</w:t>
        <w:br/>
        <w:t>v -1.690461 17.350506 -0.766796</w:t>
        <w:br/>
        <w:t>v -2.211727 17.252373 -0.589203</w:t>
        <w:br/>
        <w:t>v -1.969322 17.626966 -0.257904</w:t>
        <w:br/>
        <w:t>v -1.915749 17.597252 -0.257915</w:t>
        <w:br/>
        <w:t>v -2.033535 17.566284 -0.257911</w:t>
        <w:br/>
        <w:t>v -1.969322 17.626966 -0.257904</w:t>
        <w:br/>
        <w:t>v -2.033535 17.566284 -0.257911</w:t>
        <w:br/>
        <w:t>v -2.014155 17.487812 -0.258040</w:t>
        <w:br/>
        <w:t>v -2.277700 17.314121 -0.258614</w:t>
        <w:br/>
        <w:t>v -2.014155 17.487812 -0.258040</w:t>
        <w:br/>
        <w:t>v -2.348274 17.309408 -0.258657</w:t>
        <w:br/>
        <w:t>v -2.383983 17.283499 -0.257886</w:t>
        <w:br/>
        <w:t>v -2.383983 17.283499 -0.257886</w:t>
        <w:br/>
        <w:t>v -2.373204 17.240770 -0.257763</w:t>
        <w:br/>
        <w:t>v -1.760587 17.453104 0.149076</w:t>
        <w:br/>
        <w:t>v -1.795916 17.465082 0.191041</w:t>
        <w:br/>
        <w:t>v -1.795916 17.465082 0.191041</w:t>
        <w:br/>
        <w:t>v -1.854200 17.402302 0.185776</w:t>
        <w:br/>
        <w:t>v -1.943536 16.765665 -0.597265</w:t>
        <w:br/>
        <w:t>v -1.894865 16.694439 -0.514226</w:t>
        <w:br/>
        <w:t>v -2.001296 16.846691 -0.655261</w:t>
        <w:br/>
        <w:t>v -2.080637 16.933582 -0.668899</w:t>
        <w:br/>
        <w:t>v -2.004199 16.831753 -0.664047</w:t>
        <w:br/>
        <w:t>v -2.384254 16.765432 -0.676585</w:t>
        <w:br/>
        <w:t>v -2.467338 16.864855 -0.643821</w:t>
        <w:br/>
        <w:t>v -2.765603 16.696714 -0.647317</w:t>
        <w:br/>
        <w:t>v -2.687870 16.597279 -0.684271</w:t>
        <w:br/>
        <w:t>v -2.522385 16.955069 -0.581030</w:t>
        <w:br/>
        <w:t>v -2.805414 16.793379 -0.568527</w:t>
        <w:br/>
        <w:t>v -2.846028 16.794640 0.022382</w:t>
        <w:br/>
        <w:t>v -2.869178 16.853964 -0.069005</w:t>
        <w:br/>
        <w:t>v -2.717531 16.974695 -0.075792</w:t>
        <w:br/>
        <w:t>v -2.508123 16.915245 0.090749</w:t>
        <w:br/>
        <w:t>v -2.780559 16.712313 0.103289</w:t>
        <w:br/>
        <w:t>v -2.573868 16.990215 0.005149</w:t>
        <w:br/>
        <w:t>v -2.430460 16.820671 0.139687</w:t>
        <w:br/>
        <w:t>v -2.703836 16.615253 0.147238</w:t>
        <w:br/>
        <w:t>v -2.351542 16.719681 0.156020</w:t>
        <w:br/>
        <w:t>v -2.623998 16.512539 0.150945</w:t>
        <w:br/>
        <w:t>v -2.271266 16.617125 0.135663</w:t>
        <w:br/>
        <w:t>v -2.547300 16.413147 0.112957</w:t>
        <w:br/>
        <w:t>v -2.205468 16.526743 0.069276</w:t>
        <w:br/>
        <w:t>v -2.481222 16.330400 0.036410</w:t>
        <w:br/>
        <w:t>v -2.163021 16.459991 -0.016382</w:t>
        <w:br/>
        <w:t>v -2.428428 16.269239 -0.066557</w:t>
        <w:br/>
        <w:t>v -1.849595 16.600399 -0.115082</w:t>
        <w:br/>
        <w:t>v -1.835875 16.595522 -0.267737</w:t>
        <w:br/>
        <w:t>v -1.856045 16.635109 -0.418805</w:t>
        <w:br/>
        <w:t>v -1.835875 16.595522 -0.267737</w:t>
        <w:br/>
        <w:t>v -2.136821 16.448969 -0.434267</w:t>
        <w:br/>
        <w:t>v -2.177689 16.503731 -0.539286</w:t>
        <w:br/>
        <w:t>v -2.460512 16.313021 -0.564346</w:t>
        <w:br/>
        <w:t>v -2.417598 16.262831 -0.449729</w:t>
        <w:br/>
        <w:t>v -2.114481 16.413607 -0.294305</w:t>
        <w:br/>
        <w:t>v -2.393087 16.231693 -0.320874</w:t>
        <w:br/>
        <w:t>v -2.123218 16.417660 -0.151550</w:t>
        <w:br/>
        <w:t>v -2.114481 16.413607 -0.294305</w:t>
        <w:br/>
        <w:t>v -2.393087 16.231693 -0.320874</w:t>
        <w:br/>
        <w:t>v -2.396841 16.234919 -0.188018</w:t>
        <w:br/>
        <w:t>v -2.304183 16.669886 -0.666952</w:t>
        <w:br/>
        <w:t>v -2.607071 16.493084 -0.678642</w:t>
        <w:br/>
        <w:t>v -2.233877 16.577564 -0.624633</w:t>
        <w:br/>
        <w:t>v -2.524220 16.389467 -0.652002</w:t>
        <w:br/>
        <w:t>v -2.419291 17.204016 -0.267985</w:t>
        <w:br/>
        <w:t>v -2.373204 17.240770 -0.257763</w:t>
        <w:br/>
        <w:t>v -2.349431 17.225224 -0.129775</w:t>
        <w:br/>
        <w:t>v -2.823127 16.910198 -0.145752</w:t>
        <w:br/>
        <w:t>v -2.869178 16.853964 -0.069005</w:t>
        <w:br/>
        <w:t>v -2.868571 16.836487 -0.088089</w:t>
        <w:br/>
        <w:t>v -2.828324 16.876455 -0.154170</w:t>
        <w:br/>
        <w:t>v -2.755587 17.034372 -0.429554</w:t>
        <w:br/>
        <w:t>v -2.478405 17.209785 -0.263416</w:t>
        <w:br/>
        <w:t>v -2.788174 17.083670 -0.264957</w:t>
        <w:br/>
        <w:t>v -2.755587 17.034372 -0.429554</w:t>
        <w:br/>
        <w:t>v -2.976432 16.900503 -0.266083</w:t>
        <w:br/>
        <w:t>v -2.419291 17.204016 -0.267985</w:t>
        <w:br/>
        <w:t>v -2.717531 16.974695 -0.075792</w:t>
        <w:br/>
        <w:t>v -2.759691 17.033186 -0.105177</w:t>
        <w:br/>
        <w:t>v -2.478405 17.209785 -0.263416</w:t>
        <w:br/>
        <w:t>v -2.823127 16.910198 -0.145752</w:t>
        <w:br/>
        <w:t>v -2.708012 16.969683 -0.455304</w:t>
        <w:br/>
        <w:t>v -2.419291 17.204016 -0.267985</w:t>
        <w:br/>
        <w:t>v -2.708012 16.969683 -0.455304</w:t>
        <w:br/>
        <w:t>v -2.555269 17.015903 -0.508884</w:t>
        <w:br/>
        <w:t>v -2.298330 17.180370 -0.511978</w:t>
        <w:br/>
        <w:t>v -2.351811 17.226915 -0.375828</w:t>
        <w:br/>
        <w:t>v -3.462850 15.712090 -0.623580</w:t>
        <w:br/>
        <w:t>v -3.449003 15.693378 -0.634494</w:t>
        <w:br/>
        <w:t>v -3.312019 15.811701 -0.660990</w:t>
        <w:br/>
        <w:t>v -3.333609 15.824804 -0.651647</w:t>
        <w:br/>
        <w:t>v -2.932818 16.738186 0.027988</w:t>
        <w:br/>
        <w:t>v -2.947212 16.711769 0.014605</w:t>
        <w:br/>
        <w:t>v -2.997290 16.535221 0.137270</w:t>
        <w:br/>
        <w:t>v -3.002573 16.542980 0.108928</w:t>
        <w:br/>
        <w:t>v -3.099099 16.407862 0.137244</w:t>
        <w:br/>
        <w:t>v -3.093122 16.399105 0.160792</w:t>
        <w:br/>
        <w:t>v -3.147819 16.200253 0.181658</w:t>
        <w:br/>
        <w:t>v -3.151960 16.206501 0.165240</w:t>
        <w:br/>
        <w:t>v -3.265302 16.083344 0.190536</w:t>
        <w:br/>
        <w:t>v -3.273388 16.096157 0.174253</w:t>
        <w:br/>
        <w:t>v -3.301986 15.956470 0.175283</w:t>
        <w:br/>
        <w:t>v -3.327376 15.955364 0.161303</w:t>
        <w:br/>
        <w:t>v -3.309262 15.817369 0.136434</w:t>
        <w:br/>
        <w:t>v -3.426337 15.704571 0.130001</w:t>
        <w:br/>
        <w:t>v -3.334943 15.831545 0.130617</w:t>
        <w:br/>
        <w:t>v -3.586730 15.501637 0.104219</w:t>
        <w:br/>
        <w:t>v -3.606839 15.522205 0.102863</w:t>
        <w:br/>
        <w:t>v -3.685390 15.285443 0.009942</w:t>
        <w:br/>
        <w:t>v -3.718981 15.162521 -0.107448</w:t>
        <w:br/>
        <w:t>v -3.747559 15.162868 -0.114860</w:t>
        <w:br/>
        <w:t>v -3.741982 15.083521 -0.272090</w:t>
        <w:br/>
        <w:t>v -3.777693 15.089641 -0.270517</w:t>
        <w:br/>
        <w:t>v -3.777693 15.089641 -0.270517</w:t>
        <w:br/>
        <w:t>v -3.741982 15.083521 -0.272090</w:t>
        <w:br/>
        <w:t>v -3.710287 15.168225 -0.456377</w:t>
        <w:br/>
        <w:t>v -3.739949 15.167359 -0.447090</w:t>
        <w:br/>
        <w:t>v -3.670338 15.297174 -0.565841</w:t>
        <w:br/>
        <w:t>v -3.577224 15.523944 -0.630309</w:t>
        <w:br/>
        <w:t>v -3.598730 15.539742 -0.624658</w:t>
        <w:br/>
        <w:t>v -3.328141 15.935100 -0.691869</w:t>
        <w:br/>
        <w:t>v -3.305826 15.929784 -0.707717</w:t>
        <w:br/>
        <w:t>v -3.249280 16.057961 -0.740182</w:t>
        <w:br/>
        <w:t>v -3.256120 16.068800 -0.718039</w:t>
        <w:br/>
        <w:t>v -3.138846 16.186722 -0.735879</w:t>
        <w:br/>
        <w:t>v -3.159078 16.190825 -0.716309</w:t>
        <w:br/>
        <w:t>v -3.168191 16.310776 -0.707630</w:t>
        <w:br/>
        <w:t>v -3.150572 16.310789 -0.731900</w:t>
        <w:br/>
        <w:t>v -3.098154 16.406479 -0.711120</w:t>
        <w:br/>
        <w:t>v -3.123029 16.407480 -0.683933</w:t>
        <w:br/>
        <w:t>v -2.997299 16.533800 -0.650309</w:t>
        <w:br/>
        <w:t>v -2.994326 16.530869 -0.685399</w:t>
        <w:br/>
        <w:t>v -2.886142 16.746986 -0.579692</w:t>
        <w:br/>
        <w:t>v -2.905438 16.722210 -0.553562</w:t>
        <w:br/>
        <w:t>v -2.812209 16.851437 -0.505791</w:t>
        <w:br/>
        <w:t>v -2.825994 16.835196 -0.484845</w:t>
        <w:br/>
        <w:t>v -4.023703 14.873562 -0.436493</w:t>
        <w:br/>
        <w:t>v -3.328141 15.935100 -0.691869</w:t>
        <w:br/>
        <w:t>v -3.256120 16.068800 -0.718039</w:t>
        <w:br/>
        <w:t>v -3.199986 16.555674 -0.580661</w:t>
        <w:br/>
        <w:t>v -4.003509 14.849339 -0.254008</w:t>
        <w:br/>
        <w:t>v -4.023602 14.876391 -0.087992</w:t>
        <w:br/>
        <w:t>v -4.003509 14.849339 -0.254008</w:t>
        <w:br/>
        <w:t>v -3.333609 15.824804 -0.651647</w:t>
        <w:br/>
        <w:t>v -3.462850 15.712090 -0.623580</w:t>
        <w:br/>
        <w:t>v -3.151960 16.206501 0.165240</w:t>
        <w:br/>
        <w:t>v -3.206933 16.565849 0.024100</w:t>
        <w:br/>
        <w:t>v -3.255102 16.636419 -0.084718</w:t>
        <w:br/>
        <w:t>v -3.133285 16.457947 0.112140</w:t>
        <w:br/>
        <w:t>v -3.099099 16.407862 0.137244</w:t>
        <w:br/>
        <w:t>v -3.093122 16.399105 0.160792</w:t>
        <w:br/>
        <w:t>v -3.210284 15.996175 0.158645</w:t>
        <w:br/>
        <w:t>v -3.265302 16.083344 0.190536</w:t>
        <w:br/>
        <w:t>v -3.147101 15.896064 0.085241</w:t>
        <w:br/>
        <w:t>v -3.364260 15.618222 0.034902</w:t>
        <w:br/>
        <w:t>v -3.710287 15.168225 -0.456377</w:t>
        <w:br/>
        <w:t>v -3.399646 15.631533 -0.582700</w:t>
        <w:br/>
        <w:t>v -3.249280 16.057961 -0.740182</w:t>
        <w:br/>
        <w:t>v -3.138846 16.186722 -0.735879</w:t>
        <w:br/>
        <w:t>v -3.022078 16.295019 -0.721302</w:t>
        <w:br/>
        <w:t>v -2.994326 16.530869 -0.685399</w:t>
        <w:br/>
        <w:t>v -3.598730 15.539742 -0.624658</w:t>
        <w:br/>
        <w:t>v -2.763608 16.937876 -0.422036</w:t>
        <w:br/>
        <w:t>v -2.952438 16.469328 0.157233</w:t>
        <w:br/>
        <w:t>v -6.264778 14.504882 -0.343879</w:t>
        <w:br/>
        <w:t>v -6.290448 14.553596 -0.235654</w:t>
        <w:br/>
        <w:t>v -6.436007 14.459087 -0.251670</w:t>
        <w:br/>
        <w:t>v -6.021291 14.657034 -0.382136</w:t>
        <w:br/>
        <w:t>v -6.112936 14.590422 -0.350876</w:t>
        <w:br/>
        <w:t>v -6.073039 14.491311 -0.400384</w:t>
        <w:br/>
        <w:t>v -5.991224 14.415843 -0.399228</w:t>
        <w:br/>
        <w:t>v -5.958774 14.546337 -0.394392</w:t>
        <w:br/>
        <w:t>v -5.885438 14.614779 -0.397899</w:t>
        <w:br/>
        <w:t>v -5.926223 14.727222 -0.390024</w:t>
        <w:br/>
        <w:t>v -5.897566 14.444070 -0.357631</w:t>
        <w:br/>
        <w:t>v -5.848401 14.500464 -0.364099</w:t>
        <w:br/>
        <w:t>v -5.933447 14.370831 -0.353565</w:t>
        <w:br/>
        <w:t>v -5.825261 14.464937 -0.268410</w:t>
        <w:br/>
        <w:t>v -5.752595 14.510530 -0.283985</w:t>
        <w:br/>
        <w:t>v -5.773681 14.555186 -0.366729</w:t>
        <w:br/>
        <w:t>v -5.810085 14.450158 -0.159025</w:t>
        <w:br/>
        <w:t>v -5.738396 14.491800 -0.168513</w:t>
        <w:br/>
        <w:t>v -5.805652 14.700266 -0.400634</w:t>
        <w:br/>
        <w:t>v -6.057430 14.731503 -0.307905</w:t>
        <w:br/>
        <w:t>v -6.074054 14.756552 -0.224906</w:t>
        <w:br/>
        <w:t>v -6.146435 14.675643 -0.240511</w:t>
        <w:br/>
        <w:t>v -5.978150 14.798491 -0.333842</w:t>
        <w:br/>
        <w:t>v -6.005759 14.830577 -0.236710</w:t>
        <w:br/>
        <w:t>v -6.108232 14.291129 -0.497472</w:t>
        <w:br/>
        <w:t>v -6.042569 14.260713 -0.420023</w:t>
        <w:br/>
        <w:t>v -6.003243 14.244531 -0.343356</w:t>
        <w:br/>
        <w:t>v -5.914366 14.356069 -0.252706</w:t>
        <w:br/>
        <w:t>v -5.975696 14.228264 -0.242119</w:t>
        <w:br/>
        <w:t>v -5.960760 14.225445 -0.137379</w:t>
        <w:br/>
        <w:t>v -5.895436 14.342088 -0.146900</w:t>
        <w:br/>
        <w:t>v -6.184276 14.443401 -0.437063</w:t>
        <w:br/>
        <w:t>v -6.318419 14.363403 -0.511934</w:t>
        <w:br/>
        <w:t>v -6.206134 14.330935 -0.530413</w:t>
        <w:br/>
        <w:t>v -6.440121 14.375179 -0.459840</w:t>
        <w:br/>
        <w:t>v -6.157008 14.683031 -0.128135</w:t>
        <w:br/>
        <w:t>v -6.304352 14.572124 -0.121060</w:t>
        <w:br/>
        <w:t>v -6.070023 14.760449 -0.135925</w:t>
        <w:br/>
        <w:t>v -6.062603 14.750216 -0.044506</w:t>
        <w:br/>
        <w:t>v -6.140500 14.666767 -0.011567</w:t>
        <w:br/>
        <w:t>v -6.002515 14.839613 -0.141949</w:t>
        <w:br/>
        <w:t>v -5.998349 14.828477 -0.053560</w:t>
        <w:br/>
        <w:t>v -6.110693 14.595145 0.087072</w:t>
        <w:br/>
        <w:t>v -6.261822 14.509434 0.092209</w:t>
        <w:br/>
        <w:t>v -6.284416 14.556900 -0.006808</w:t>
        <w:br/>
        <w:t>v -6.462176 14.474709 -0.131976</w:t>
        <w:br/>
        <w:t>v -6.432163 14.466660 -0.007392</w:t>
        <w:br/>
        <w:t>v -6.682476 14.341215 -0.275520</w:t>
        <w:br/>
        <w:t>v -6.565317 14.366383 -0.377201</w:t>
        <w:br/>
        <w:t>v -6.752443 14.320295 -0.152798</w:t>
        <w:br/>
        <w:t>v -6.671697 14.345898 -0.010270</w:t>
        <w:br/>
        <w:t>v -5.808844 14.962372 -0.359513</w:t>
        <w:br/>
        <w:t>v -5.800408 15.079627 -0.332686</w:t>
        <w:br/>
        <w:t>v -5.811479 15.117829 -0.287571</w:t>
        <w:br/>
        <w:t>v -5.865064 15.016854 -0.278449</w:t>
        <w:br/>
        <w:t>v -5.819010 14.965082 -0.371495</w:t>
        <w:br/>
        <w:t>v -5.752614 14.840617 -0.456103</w:t>
        <w:br/>
        <w:t>v -5.756427 15.022931 -0.441362</w:t>
        <w:br/>
        <w:t>v -5.591857 14.788733 -0.558578</w:t>
        <w:br/>
        <w:t>v -5.435317 14.732746 -0.681204</w:t>
        <w:br/>
        <w:t>v -5.516606 14.900379 -0.703784</w:t>
        <w:br/>
        <w:t>v -5.627108 15.086225 -0.549171</w:t>
        <w:br/>
        <w:t>v -5.737058 15.185934 -0.471025</w:t>
        <w:br/>
        <w:t>v -5.745231 15.021008 -0.430460</w:t>
        <w:br/>
        <w:t>v -5.666964 15.364087 -0.492992</w:t>
        <w:br/>
        <w:t>v -5.587824 15.253079 -0.609797</w:t>
        <w:br/>
        <w:t>v -5.592940 14.989151 -0.643629</w:t>
        <w:br/>
        <w:t>v -5.516301 15.113720 -0.736318</w:t>
        <w:br/>
        <w:t>v -5.671862 14.919908 -0.525515</w:t>
        <w:br/>
        <w:t>v -5.348952 14.852338 -0.838613</w:t>
        <w:br/>
        <w:t>v -5.416349 14.982941 -0.815339</w:t>
        <w:br/>
        <w:t>v -5.163122 14.875647 -0.941407</w:t>
        <w:br/>
        <w:t>v -5.285802 15.064937 -0.903774</w:t>
        <w:br/>
        <w:t>v -4.834586 14.734834 -0.931031</w:t>
        <w:br/>
        <w:t>v -4.974250 14.930536 -0.986873</w:t>
        <w:br/>
        <w:t>v -5.049901 14.687477 -0.883590</w:t>
        <w:br/>
        <w:t>v -5.262248 14.694379 -0.792908</w:t>
        <w:br/>
        <w:t>v -4.982839 14.591174 -0.715428</w:t>
        <w:br/>
        <w:t>v -4.748101 14.617127 -0.767922</w:t>
        <w:br/>
        <w:t>v -5.197836 14.662455 -0.624683</w:t>
        <w:br/>
        <w:t>v -5.123564 15.142731 -0.936740</w:t>
        <w:br/>
        <w:t>v -4.757074 15.045553 -0.983166</w:t>
        <w:br/>
        <w:t>v -4.898710 15.246074 -0.944596</w:t>
        <w:br/>
        <w:t>v -4.622012 14.857227 -0.930237</w:t>
        <w:br/>
        <w:t>v -5.400627 15.234356 -0.789771</w:t>
        <w:br/>
        <w:t>v -5.256101 15.333194 -0.814405</w:t>
        <w:br/>
        <w:t>v -5.161496 14.540450 -0.502751</w:t>
        <w:br/>
        <w:t>v -5.356430 14.588223 -0.492257</w:t>
        <w:br/>
        <w:t>v -5.682265 14.756132 -0.469442</w:t>
        <w:br/>
        <w:t>v -5.571226 14.682485 -0.413217</w:t>
        <w:br/>
        <w:t>v -5.698672 14.628347 -0.394194</w:t>
        <w:br/>
        <w:t>v -5.675032 14.594689 -0.287487</w:t>
        <w:br/>
        <w:t>v -5.541007 14.650107 -0.295799</w:t>
        <w:br/>
        <w:t>v -5.477324 14.592731 -0.352713</w:t>
        <w:br/>
        <w:t>v -5.541007 14.650107 -0.295799</w:t>
        <w:br/>
        <w:t>v -5.528218 14.641870 -0.176439</w:t>
        <w:br/>
        <w:t>v -5.467806 14.561441 -0.203770</w:t>
        <w:br/>
        <w:t>v -5.315925 14.497908 -0.333205</w:t>
        <w:br/>
        <w:t>v -5.489210 14.676616 -0.470896</w:t>
        <w:br/>
        <w:t>v -5.130744 14.470027 -0.346830</w:t>
        <w:br/>
        <w:t>v -5.329534 14.470729 -0.180137</w:t>
        <w:br/>
        <w:t>v -5.147162 14.415018 -0.178705</w:t>
        <w:br/>
        <w:t>v -5.467806 14.561441 -0.203770</w:t>
        <w:br/>
        <w:t>v -5.528218 14.641870 -0.176439</w:t>
        <w:br/>
        <w:t>v -5.540313 14.667708 -0.059288</w:t>
        <w:br/>
        <w:t>v -5.482587 14.589848 -0.049386</w:t>
        <w:br/>
        <w:t>v -5.566306 14.712081 0.050274</w:t>
        <w:br/>
        <w:t>v -5.509893 14.659737 0.081487</w:t>
        <w:br/>
        <w:t>v -5.673315 14.607210 -0.072696</w:t>
        <w:br/>
        <w:t>v -5.683692 14.644114 0.025897</w:t>
        <w:br/>
        <w:t>v -5.566306 14.712081 0.050274</w:t>
        <w:br/>
        <w:t>v -5.540313 14.667708 -0.059288</w:t>
        <w:br/>
        <w:t>v -5.663173 14.585535 -0.180460</w:t>
        <w:br/>
        <w:t>v -5.528218 14.641870 -0.176439</w:t>
        <w:br/>
        <w:t>v -5.663173 14.585535 -0.180460</w:t>
        <w:br/>
        <w:t>v -5.528218 14.641870 -0.176439</w:t>
        <w:br/>
        <w:t>v -5.929148 14.944248 -0.148862</w:t>
        <w:br/>
        <w:t>v -5.922805 14.928826 -0.050875</w:t>
        <w:br/>
        <w:t>v -5.926019 14.921329 -0.264865</w:t>
        <w:br/>
        <w:t>v -5.880852 14.873543 -0.357983</w:t>
        <w:br/>
        <w:t>v -5.878131 15.047132 -0.156452</w:t>
        <w:br/>
        <w:t>v -5.860910 15.024272 -0.043619</w:t>
        <w:br/>
        <w:t>v -5.835556 15.155517 -0.162897</w:t>
        <w:br/>
        <w:t>v -5.776096 15.194262 -0.291719</w:t>
        <w:br/>
        <w:t>v -5.756403 15.304122 -0.239118</w:t>
        <w:br/>
        <w:t>v -5.786320 15.264387 -0.165053</w:t>
        <w:br/>
        <w:t>v -5.791100 15.136226 -0.033317</w:t>
        <w:br/>
        <w:t>v -5.767134 15.256211 -0.091815</w:t>
        <w:br/>
        <w:t>v -5.814481 14.971563 0.009065</w:t>
        <w:br/>
        <w:t>v -5.878178 14.861041 0.033724</w:t>
        <w:br/>
        <w:t>v -5.826456 14.805176 0.048801</w:t>
        <w:br/>
        <w:t>v -5.970875 14.791342 0.032760</w:t>
        <w:br/>
        <w:t>v -5.683657 15.394486 0.013429</w:t>
        <w:br/>
        <w:t>v -5.732956 15.245713 0.012314</w:t>
        <w:br/>
        <w:t>v -5.709792 15.375387 -0.079207</w:t>
        <w:br/>
        <w:t>v -5.489965 15.675652 -0.362294</w:t>
        <w:br/>
        <w:t>v -5.523760 15.728350 -0.178426</w:t>
        <w:br/>
        <w:t>v -5.643612 15.602736 -0.167098</w:t>
        <w:br/>
        <w:t>v -5.617062 15.564586 -0.347806</w:t>
        <w:br/>
        <w:t>v -5.246723 15.749017 -0.385633</w:t>
        <w:br/>
        <w:t>v -5.276849 15.796437 -0.200700</w:t>
        <w:br/>
        <w:t>v -5.434464 15.592772 -0.528959</w:t>
        <w:br/>
        <w:t>v -5.365270 15.491543 -0.659224</w:t>
        <w:br/>
        <w:t>v -5.124695 15.568459 -0.685049</w:t>
        <w:br/>
        <w:t>v -5.192381 15.667597 -0.552290</w:t>
        <w:br/>
        <w:t>v -5.255108 15.777770 -0.004322</w:t>
        <w:br/>
        <w:t>v -5.493258 15.690582 0.017583</w:t>
        <w:br/>
        <w:t>v -5.751052 15.316466 -0.132590</w:t>
        <w:br/>
        <w:t>v -5.671441 15.346990 0.152571</w:t>
        <w:br/>
        <w:t>v -5.713053 15.208981 0.120553</w:t>
        <w:br/>
        <w:t>v -5.607482 15.562480 0.021795</w:t>
        <w:br/>
        <w:t>v -5.551825 15.486399 0.221559</w:t>
        <w:br/>
        <w:t>v -5.417357 15.588199 0.194669</w:t>
        <w:br/>
        <w:t>v -5.739962 15.038970 0.072598</w:t>
        <w:br/>
        <w:t>v -5.660785 15.135784 0.186791</w:t>
        <w:br/>
        <w:t>v -5.584163 15.026972 0.289945</w:t>
        <w:br/>
        <w:t>v -5.653884 14.924551 0.193916</w:t>
        <w:br/>
        <w:t>v -5.587244 15.276161 0.253881</w:t>
        <w:br/>
        <w:t>v -5.517869 15.167072 0.357753</w:t>
        <w:br/>
        <w:t>v -5.472239 15.382266 0.325705</w:t>
        <w:br/>
        <w:t>v -5.330621 15.469344 0.328508</w:t>
        <w:br/>
        <w:t>v -5.230360 15.332719 0.435243</w:t>
        <w:br/>
        <w:t>v -5.393454 15.261590 0.412305</w:t>
        <w:br/>
        <w:t>v -5.573763 15.502016 -0.518175</w:t>
        <w:br/>
        <w:t>v -5.694989 15.416195 -0.334702</w:t>
        <w:br/>
        <w:t>v -5.495656 15.390061 -0.639539</w:t>
        <w:br/>
        <w:t>v -4.526532 14.728085 -0.788575</w:t>
        <w:br/>
        <w:t>v -4.379982 14.534657 -0.440987</w:t>
        <w:br/>
        <w:t>v -4.599525 14.400236 -0.419664</w:t>
        <w:br/>
        <w:t>v -4.552361 14.340550 -0.215253</w:t>
        <w:br/>
        <w:t>v -4.351305 14.480286 -0.230809</w:t>
        <w:br/>
        <w:t>v -4.433204 14.602528 -0.639460</w:t>
        <w:br/>
        <w:t>v -4.667414 14.494511 -0.605650</w:t>
        <w:br/>
        <w:t>v -5.024489 15.423517 -0.826879</w:t>
        <w:br/>
        <w:t>v -6.433636 14.380721 0.205176</w:t>
        <w:br/>
        <w:t>v -6.559489 14.372744 0.104456</w:t>
        <w:br/>
        <w:t>v -6.315928 14.366558 0.269759</w:t>
        <w:br/>
        <w:t>v -6.321433 14.337229 0.238517</w:t>
        <w:br/>
        <w:t>v -6.429481 14.352849 0.184830</w:t>
        <w:br/>
        <w:t>v -6.433636 14.380721 0.205176</w:t>
        <w:br/>
        <w:t>v -6.204686 14.333836 0.288309</w:t>
        <w:br/>
        <w:t>v -6.221352 14.309531 0.253423</w:t>
        <w:br/>
        <w:t>v -6.107036 14.294608 0.257351</w:t>
        <w:br/>
        <w:t>v -6.135127 14.282719 0.221592</w:t>
        <w:br/>
        <w:t>v -6.035390 14.261116 0.172974</w:t>
        <w:br/>
        <w:t>v -6.070939 14.256497 0.162671</w:t>
        <w:br/>
        <w:t>v -5.993011 14.239849 0.070568</w:t>
        <w:br/>
        <w:t>v -6.057140 14.249346 0.072823</w:t>
        <w:br/>
        <w:t>v -6.559489 14.372744 0.104456</w:t>
        <w:br/>
        <w:t>v -6.547888 14.344645 0.088278</w:t>
        <w:br/>
        <w:t>v -6.655252 14.318984 -0.018988</w:t>
        <w:br/>
        <w:t>v -6.671697 14.345898 -0.010270</w:t>
        <w:br/>
        <w:t>v -6.752443 14.320295 -0.152798</w:t>
        <w:br/>
        <w:t>v -6.729476 14.293633 -0.150342</w:t>
        <w:br/>
        <w:t>v -6.663158 14.314233 -0.267309</w:t>
        <w:br/>
        <w:t>v -6.682476 14.341215 -0.275520</w:t>
        <w:br/>
        <w:t>v -6.551508 14.338583 -0.362826</w:t>
        <w:br/>
        <w:t>v -6.565317 14.366383 -0.377201</w:t>
        <w:br/>
        <w:t>v -6.107036 14.294608 0.257351</w:t>
        <w:br/>
        <w:t>v -6.204686 14.333836 0.288309</w:t>
        <w:br/>
        <w:t>v -6.182947 14.446863 0.193844</w:t>
        <w:br/>
        <w:t>v -5.943213 14.510650 0.112782</w:t>
        <w:br/>
        <w:t>v -5.987638 14.418031 0.135718</w:t>
        <w:br/>
        <w:t>v -6.063654 14.478609 0.154099</w:t>
        <w:br/>
        <w:t>v -5.892114 14.444978 0.046671</w:t>
        <w:br/>
        <w:t>v -5.885446 14.585896 0.084871</w:t>
        <w:br/>
        <w:t>v -5.841287 14.500520 0.036738</w:t>
        <w:br/>
        <w:t>v -5.812763 14.457406 -0.054374</w:t>
        <w:br/>
        <w:t>v -5.859184 14.406349 -0.048049</w:t>
        <w:br/>
        <w:t>v -5.744865 14.507420 -0.064282</w:t>
        <w:br/>
        <w:t>v -5.767084 14.554986 0.015992</w:t>
        <w:br/>
        <w:t>v -5.811359 14.665256 0.060017</w:t>
        <w:br/>
        <w:t>v -5.923924 14.723368 0.069662</w:t>
        <w:br/>
        <w:t>v -6.010575 14.660507 0.089100</w:t>
        <w:br/>
        <w:t>v -5.928639 14.373163 0.054305</w:t>
        <w:br/>
        <w:t>v -6.035390 14.261116 0.172974</w:t>
        <w:br/>
        <w:t>v -5.993011 14.239849 0.070568</w:t>
        <w:br/>
        <w:t>v -5.898836 14.346564 -0.043039</w:t>
        <w:br/>
        <w:t>v -5.857703 14.401933 -0.152410</w:t>
        <w:br/>
        <w:t>v -5.879057 14.423065 -0.258878</w:t>
        <w:br/>
        <w:t>v -6.315928 14.366558 0.269759</w:t>
        <w:br/>
        <w:t>v -5.960760 14.225445 -0.137379</w:t>
        <w:br/>
        <w:t>v -6.054147 14.259654 -0.195133</w:t>
        <w:br/>
        <w:t>v -6.046041 14.252182 -0.103252</w:t>
        <w:br/>
        <w:t>v -5.964698 14.229568 -0.034359</w:t>
        <w:br/>
        <w:t>v -5.578180 14.790913 0.178083</w:t>
        <w:br/>
        <w:t>v -5.666017 14.779185 0.109384</w:t>
        <w:br/>
        <w:t>v -5.735824 14.859799 0.086734</w:t>
        <w:br/>
        <w:t>v -5.447742 14.789369 0.316111</w:t>
        <w:br/>
        <w:t>v -5.522176 14.924428 0.344542</w:t>
        <w:br/>
        <w:t>v -5.726668 14.718634 0.080611</w:t>
        <w:br/>
        <w:t>v -5.689822 14.624542 0.033228</w:t>
        <w:br/>
        <w:t>v -5.758702 14.547590 0.026680</w:t>
        <w:br/>
        <w:t>v -5.809672 14.661652 0.075717</w:t>
        <w:br/>
        <w:t>v -5.345485 14.885437 0.461984</w:t>
        <w:br/>
        <w:t>v -5.272237 14.765472 0.404910</w:t>
        <w:br/>
        <w:t>v -5.433942 15.025438 0.429569</w:t>
        <w:br/>
        <w:t>v -5.765632 15.029875 0.084948</w:t>
        <w:br/>
        <w:t>v -5.751755 14.855736 0.095178</w:t>
        <w:br/>
        <w:t>v -5.831087 14.805713 0.064153</w:t>
        <w:br/>
        <w:t>v -5.824012 14.974357 0.022257</w:t>
        <w:br/>
        <w:t>v -5.341412 14.508760 -0.023509</w:t>
        <w:br/>
        <w:t>v -5.383312 14.617154 0.135964</w:t>
        <w:br/>
        <w:t>v -5.194522 14.569229 0.138778</w:t>
        <w:br/>
        <w:t>v -5.231575 14.696805 0.252525</w:t>
        <w:br/>
        <w:t>v -4.993332 14.641347 0.301404</w:t>
        <w:br/>
        <w:t>v -4.934239 14.506225 0.160596</w:t>
        <w:br/>
        <w:t>v -4.665010 14.518336 0.160498</w:t>
        <w:br/>
        <w:t>v -4.748062 14.646401 0.316008</w:t>
        <w:br/>
        <w:t>v -4.509019 14.740591 0.306855</w:t>
        <w:br/>
        <w:t>v -4.428245 14.622196 0.147412</w:t>
        <w:br/>
        <w:t>v -4.370409 14.534695 -0.039216</w:t>
        <w:br/>
        <w:t>v -4.591441 14.400078 -0.006998</w:t>
        <w:br/>
        <w:t>v -4.552361 14.340550 -0.215253</w:t>
        <w:br/>
        <w:t>v -4.839240 14.341208 -0.192806</w:t>
        <w:br/>
        <w:t>v -4.873448 14.388521 0.004650</w:t>
        <w:br/>
        <w:t>v -4.351305 14.480286 -0.230809</w:t>
        <w:br/>
        <w:t>v -4.831423 14.768480 0.477496</w:t>
        <w:br/>
        <w:t>v -4.602057 14.877573 0.445543</w:t>
        <w:br/>
        <w:t>v -4.962266 14.956646 0.586855</w:t>
        <w:br/>
        <w:t>v -4.737741 15.072625 0.522403</w:t>
        <w:br/>
        <w:t>v -5.057107 14.732730 0.475657</w:t>
        <w:br/>
        <w:t>v -5.159524 14.897595 0.549694</w:t>
        <w:br/>
        <w:t>v -5.163082 14.460819 0.004202</w:t>
        <w:br/>
        <w:t>v -5.147162 14.415018 -0.178705</w:t>
        <w:br/>
        <w:t>v -5.329534 14.470729 -0.180137</w:t>
        <w:br/>
        <w:t>v -5.183043 15.678610 0.168027</w:t>
        <w:br/>
        <w:t>v -5.097912 15.564085 0.305255</w:t>
        <w:br/>
        <w:t>v -4.889846 15.285279 0.487655</w:t>
        <w:br/>
        <w:t>v -5.124255 15.184757 0.517081</w:t>
        <w:br/>
        <w:t>v -4.998896 15.432919 0.411502</w:t>
        <w:br/>
        <w:t>v -5.294666 15.112357 0.496923</w:t>
        <w:br/>
        <w:t>v -6.435546 14.347120 -0.438048</w:t>
        <w:br/>
        <w:t>v -6.324208 14.337305 -0.484678</w:t>
        <w:br/>
        <w:t>v -6.318419 14.363403 -0.511934</w:t>
        <w:br/>
        <w:t>v -6.440121 14.375179 -0.459840</w:t>
        <w:br/>
        <w:t>v -6.151423 14.292520 -0.436739</w:t>
        <w:br/>
        <w:t>v -6.042569 14.260713 -0.420023</w:t>
        <w:br/>
        <w:t>v -6.108232 14.291129 -0.497472</w:t>
        <w:br/>
        <w:t>v -6.107586 14.285063 -0.365256</w:t>
        <w:br/>
        <w:t>v -6.003243 14.244531 -0.343356</w:t>
        <w:br/>
        <w:t>v -6.206134 14.330935 -0.530413</w:t>
        <w:br/>
        <w:t>v -6.222569 14.308761 -0.489181</w:t>
        <w:br/>
        <w:t>v -6.049756 14.729432 0.027241</w:t>
        <w:br/>
        <w:t>v -4.918431 14.509097 -0.545262</w:t>
        <w:br/>
        <w:t>v -4.860752 14.418129 -0.370179</w:t>
        <w:br/>
        <w:t>v -4.839240 14.341208 -0.192806</w:t>
        <w:br/>
        <w:t>v -5.738396 14.491800 -0.168513</w:t>
        <w:br/>
        <w:t>v -5.810085 14.450158 -0.159025</w:t>
        <w:br/>
        <w:t>v -5.964698 14.229568 -0.034359</w:t>
        <w:br/>
        <w:t>v -6.036643 14.247205 -0.013502</w:t>
        <w:br/>
        <w:t>v -5.814662 14.811746 -0.390226</w:t>
        <w:br/>
        <w:t>v -5.732438 14.497581 -0.059891</w:t>
        <w:br/>
        <w:t>v -5.656440 14.561871 -0.070858</w:t>
        <w:br/>
        <w:t>v -5.648867 14.538893 -0.183129</w:t>
        <w:br/>
        <w:t>v -5.725873 14.481119 -0.168154</w:t>
        <w:br/>
        <w:t>v -2.955568 16.473930 -0.702508</w:t>
        <w:br/>
        <w:t>v -2.976432 16.900503 -0.266083</w:t>
        <w:br/>
        <w:t>v -2.828324 16.876455 -0.154170</w:t>
        <w:br/>
        <w:t>v -2.998577 16.813459 -0.265406</w:t>
        <w:br/>
        <w:t>v -3.275055 16.665653 -0.205833</w:t>
        <w:br/>
        <w:t>v -2.775216 16.904760 -0.414256</w:t>
        <w:br/>
        <w:t>v -3.273142 16.662853 -0.344279</w:t>
        <w:br/>
        <w:t>v -3.249788 16.628637 -0.466106</w:t>
        <w:br/>
        <w:t>v -2.823127 16.910198 -0.145752</w:t>
        <w:br/>
        <w:t>v -6.070939 14.256497 0.162671</w:t>
        <w:br/>
        <w:t>v -6.133420 14.156193 0.238150</w:t>
        <w:br/>
        <w:t>v -6.046041 14.252182 -0.103252</w:t>
        <w:br/>
        <w:t>v -5.960760 14.225445 -0.137379</w:t>
        <w:br/>
        <w:t>v -5.895436 14.342088 -0.146900</w:t>
        <w:br/>
        <w:t>v -5.960760 14.225445 -0.137379</w:t>
        <w:br/>
        <w:t>v -5.857703 14.401933 -0.152410</w:t>
        <w:br/>
        <w:t>v -5.975696 14.228264 -0.242119</w:t>
        <w:br/>
        <w:t>v -6.076413 14.262450 -0.279122</w:t>
        <w:br/>
        <w:t>v -1.744650 17.439991 -0.672078</w:t>
        <w:br/>
        <w:t>v -1.844017 17.276476 -0.563498</w:t>
        <w:br/>
        <w:t>v -1.811768 17.510668 -0.601345</w:t>
        <w:br/>
        <w:t>v -1.856255 17.552542 -0.518578</w:t>
        <w:br/>
        <w:t>v -1.917253 17.409828 -0.436350</w:t>
        <w:br/>
        <w:t>v -1.891313 17.581646 -0.422259</w:t>
        <w:br/>
        <w:t>v -1.669815 17.355984 -0.717812</w:t>
        <w:br/>
        <w:t>v -1.778633 17.147915 -0.603052</w:t>
        <w:br/>
        <w:t>v -1.393632 16.967852 -0.503509</w:t>
        <w:br/>
        <w:t>v -1.635262 16.926357 -0.479337</w:t>
        <w:br/>
        <w:t>v -1.431264 17.035763 -0.600897</w:t>
        <w:br/>
        <w:t>v -1.367631 16.918121 -0.387648</w:t>
        <w:br/>
        <w:t>v -1.361971 16.900860 -0.257952</w:t>
        <w:br/>
        <w:t>v -1.595621 16.888588 -0.253984</w:t>
        <w:br/>
        <w:t>v -1.485398 17.120096 -0.670172</w:t>
        <w:br/>
        <w:t>v -1.700493 17.029243 -0.579649</w:t>
        <w:br/>
        <w:t>v -1.548511 17.206953 -0.714222</w:t>
        <w:br/>
        <w:t>v -1.915749 17.597252 -0.257915</w:t>
        <w:br/>
        <w:t>v -1.962617 17.488564 -0.269883</w:t>
        <w:br/>
        <w:t>v -1.941037 17.451063 -0.075960</w:t>
        <w:br/>
        <w:t>v -1.910758 17.591846 -0.174720</w:t>
        <w:br/>
        <w:t>v -1.816317 17.508995 0.086600</w:t>
        <w:br/>
        <w:t>v -1.890694 17.367714 0.041282</w:t>
        <w:br/>
        <w:t>v -1.760587 17.453104 0.149076</w:t>
        <w:br/>
        <w:t>v -1.694016 17.377224 0.192217</w:t>
        <w:br/>
        <w:t>v -1.774239 17.170568 0.117095</w:t>
        <w:br/>
        <w:t>v -1.625666 17.292116 0.208935</w:t>
        <w:br/>
        <w:t>v -1.495938 17.112391 0.154324</w:t>
        <w:br/>
        <w:t>v -1.556193 17.199892 0.200758</w:t>
        <w:br/>
        <w:t>v -1.680988 17.010874 0.096291</w:t>
        <w:br/>
        <w:t>v -1.624110 16.914396 -0.035519</w:t>
        <w:br/>
        <w:t>v -1.440976 17.025900 0.082905</w:t>
        <w:br/>
        <w:t>v -1.907717 17.593035 -0.340966</w:t>
        <w:br/>
        <w:t>v -1.401587 16.961504 -0.012353</w:t>
        <w:br/>
        <w:t>v -1.595621 16.888588 -0.253984</w:t>
        <w:br/>
        <w:t>v -1.371752 16.913458 -0.131262</w:t>
        <w:br/>
        <w:t>v -1.361971 16.900860 -0.257952</w:t>
        <w:br/>
        <w:t>v -1.619023 17.295135 -0.724782</w:t>
        <w:br/>
        <w:t>v -1.896673 17.579489 -0.093128</w:t>
        <w:br/>
        <w:t>v -1.862954 17.550049 0.002731</w:t>
        <w:br/>
        <w:t>v -0.000017 13.800109 1.412041</w:t>
        <w:br/>
        <w:t>v -0.062886 13.806565 1.403861</w:t>
        <w:br/>
        <w:t>v -0.054771 13.719047 1.383657</w:t>
        <w:br/>
        <w:t>v -0.074924 13.616485 1.317323</w:t>
        <w:br/>
        <w:t>v -0.000017 13.645325 1.328120</w:t>
        <w:br/>
        <w:t>v -0.216358 13.813019 1.379124</w:t>
        <w:br/>
        <w:t>v -0.209438 13.709295 1.385878</w:t>
        <w:br/>
        <w:t>v -0.109526 13.726871 1.387786</w:t>
        <w:br/>
        <w:t>v -0.125755 13.813019 1.395680</w:t>
        <w:br/>
        <w:t>v -0.291891 13.816682 1.351377</w:t>
        <w:br/>
        <w:t>v -0.283225 13.697968 1.360839</w:t>
        <w:br/>
        <w:t>v -0.497853 13.663470 1.244401</w:t>
        <w:br/>
        <w:t>v -0.377471 13.817775 1.299847</w:t>
        <w:br/>
        <w:t>v -0.463644 13.823139 1.247544</w:t>
        <w:br/>
        <w:t>v -0.143603 12.523445 1.450268</w:t>
        <w:br/>
        <w:t>v -0.000018 12.515948 1.443965</w:t>
        <w:br/>
        <w:t>v -0.000017 12.761119 1.362796</w:t>
        <w:br/>
        <w:t>v -0.282232 12.540950 1.423268</w:t>
        <w:br/>
        <w:t>v -0.341143 12.761119 1.313301</w:t>
        <w:br/>
        <w:t>v -0.420931 12.567632 1.374066</w:t>
        <w:br/>
        <w:t>v -0.507586 12.587385 1.262191</w:t>
        <w:br/>
        <w:t>v -0.505396 12.761119 1.272245</w:t>
        <w:br/>
        <w:t>v -0.270938 12.290771 1.446561</w:t>
        <w:br/>
        <w:t>v -0.410080 12.298177 1.383481</w:t>
        <w:br/>
        <w:t>v -0.521150 12.293178 1.338941</w:t>
        <w:br/>
        <w:t>v -0.962902 13.048018 1.179244</w:t>
        <w:br/>
        <w:t>v -0.792961 12.895647 1.198374</w:t>
        <w:br/>
        <w:t>v -0.875983 13.108042 1.205741</w:t>
        <w:br/>
        <w:t>v -1.126168 12.945017 1.117135</w:t>
        <w:br/>
        <w:t>v -1.157113 12.766068 1.041026</w:t>
        <w:br/>
        <w:t>v -1.316362 12.832881 1.024189</w:t>
        <w:br/>
        <w:t>v -1.556355 12.690236 0.880093</w:t>
        <w:br/>
        <w:t>v -0.547818 12.047655 1.333519</w:t>
        <w:br/>
        <w:t>v -0.425348 12.047944 1.393886</w:t>
        <w:br/>
        <w:t>v -0.282765 12.042974 1.457658</w:t>
        <w:br/>
        <w:t>v -0.456226 11.798993 1.399503</w:t>
        <w:br/>
        <w:t>v -0.304498 11.795612 1.461214</w:t>
        <w:br/>
        <w:t>v -0.587686 11.803993 1.335342</w:t>
        <w:br/>
        <w:t>v -0.494099 11.586920 1.395446</w:t>
        <w:br/>
        <w:t>v -0.329383 11.580261 1.467466</w:t>
        <w:br/>
        <w:t>v -0.636059 11.594716 1.322796</w:t>
        <w:br/>
        <w:t>v -0.582238 11.166570 1.364718</w:t>
        <w:br/>
        <w:t>v -0.430657 11.160323 1.463856</w:t>
        <w:br/>
        <w:t>v -0.548553 11.379091 1.379955</w:t>
        <w:br/>
        <w:t>v -0.767834 11.187930 1.275438</w:t>
        <w:br/>
        <w:t>v -0.699627 11.390060 1.303585</w:t>
        <w:br/>
        <w:t>v -0.658484 10.965136 1.364746</w:t>
        <w:br/>
        <w:t>v -0.482449 10.960336 1.475114</w:t>
        <w:br/>
        <w:t>v -0.843786 10.988210 1.250212</w:t>
        <w:br/>
        <w:t>v -0.724338 10.759398 1.339964</w:t>
        <w:br/>
        <w:t>v -0.488739 10.825190 1.471654</w:t>
        <w:br/>
        <w:t>v -0.328408 10.929266 1.551409</w:t>
        <w:br/>
        <w:t>v -0.914411 10.828729 1.220083</w:t>
        <w:br/>
        <w:t>v -0.806948 10.581700 1.309905</w:t>
        <w:br/>
        <w:t>v -0.695576 10.607447 1.371988</w:t>
        <w:br/>
        <w:t>v -0.608743 10.663417 1.413691</w:t>
        <w:br/>
        <w:t>v -1.017854 10.633766 1.174486</w:t>
        <w:br/>
        <w:t>v -0.912401 10.587586 1.242196</w:t>
        <w:br/>
        <w:t>v -0.362330 11.366075 1.471720</w:t>
        <w:br/>
        <w:t>v -0.170642 12.761119 1.338241</w:t>
        <w:br/>
        <w:t>v -0.137882 12.292315 1.466955</w:t>
        <w:br/>
        <w:t>v -0.000018 12.297302 1.472252</w:t>
        <w:br/>
        <w:t>v -0.145764 12.044647 1.481556</w:t>
        <w:br/>
        <w:t>v -0.000018 12.048972 1.492473</w:t>
        <w:br/>
        <w:t>v -0.153862 11.797075 1.497618</w:t>
        <w:br/>
        <w:t>v -0.000018 11.801365 1.520133</w:t>
        <w:br/>
        <w:t>v -0.162955 11.584244 1.504599</w:t>
        <w:br/>
        <w:t>v -0.000018 11.586153 1.539239</w:t>
        <w:br/>
        <w:t>v -0.177714 11.372602 1.524222</w:t>
        <w:br/>
        <w:t>v -0.000018 11.371286 1.561817</w:t>
        <w:br/>
        <w:t>v -0.159799 11.143921 1.549739</w:t>
        <w:br/>
        <w:t>v -0.000018 11.135963 1.587013</w:t>
        <w:br/>
        <w:t>v -0.209631 10.923334 1.600175</w:t>
        <w:br/>
        <w:t>v -0.000018 10.798541 1.653664</w:t>
        <w:br/>
        <w:t>v -1.573738 12.440835 0.688027</w:t>
        <w:br/>
        <w:t>v -1.694974 12.588066 0.774892</w:t>
        <w:br/>
        <w:t>v -1.781999 12.109980 0.354253</w:t>
        <w:br/>
        <w:t>v -1.832960 12.500361 0.632494</w:t>
        <w:br/>
        <w:t>v -1.944515 12.440715 0.439656</w:t>
        <w:br/>
        <w:t>v -2.007644 12.400417 0.221642</w:t>
        <w:br/>
        <w:t>v -1.821770 12.091922 -0.066404</w:t>
        <w:br/>
        <w:t>v -1.968257 12.394565 -0.286721</w:t>
        <w:br/>
        <w:t>v -1.681886 12.074382 -0.428442</w:t>
        <w:br/>
        <w:t>v -1.691112 12.555290 -0.702536</w:t>
        <w:br/>
        <w:t>v -1.502709 12.396955 -0.725144</w:t>
        <w:br/>
        <w:t>v -1.827004 11.226013 -0.767560</w:t>
        <w:br/>
        <w:t>v -1.964082 11.067815 -0.630757</w:t>
        <w:br/>
        <w:t>v -1.778105 11.454256 -0.356467</w:t>
        <w:br/>
        <w:t>v -1.298077 12.799669 -0.959704</w:t>
        <w:br/>
        <w:t>v -1.223457 12.692516 -0.967848</w:t>
        <w:br/>
        <w:t>v -1.503643 12.676404 -0.845129</w:t>
        <w:br/>
        <w:t>v -1.372887 11.933214 -0.855740</w:t>
        <w:br/>
        <w:t>v -1.455002 11.641668 -0.973022</w:t>
        <w:br/>
        <w:t>v -1.673405 11.398249 -0.867034</w:t>
        <w:br/>
        <w:t>v -1.443793 11.825217 -0.782037</w:t>
        <w:br/>
        <w:t>v -0.843542 13.049315 -1.030880</w:t>
        <w:br/>
        <w:t>v -0.894377 12.844813 -1.053292</w:t>
        <w:br/>
        <w:t>v -1.071378 12.924472 -1.009103</w:t>
        <w:br/>
        <w:t>v -1.590545 11.654302 -0.600686</w:t>
        <w:br/>
        <w:t>v -1.855859 12.456996 -0.520020</w:t>
        <w:br/>
        <w:t>v -2.060747 10.976671 -0.465609</w:t>
        <w:br/>
        <w:t>v -1.244451 12.090761 -0.963626</w:t>
        <w:br/>
        <w:t>v -1.195636 11.916627 -1.045470</w:t>
        <w:br/>
        <w:t>v -0.943566 12.255219 -1.072156</w:t>
        <w:br/>
        <w:t>v -1.205700 11.811789 -1.197067</w:t>
        <w:br/>
        <w:t>v -1.087822 12.192618 -1.128659</w:t>
        <w:br/>
        <w:t>v -0.759357 12.159186 -1.214100</w:t>
        <w:br/>
        <w:t>v -0.867168 11.769426 -1.304248</w:t>
        <w:br/>
        <w:t>v -0.903317 12.252134 -1.092003</w:t>
        <w:br/>
        <w:t>v -0.676481 12.355854 -1.114920</w:t>
        <w:br/>
        <w:t>v -0.121991 12.082750 -1.402274</w:t>
        <w:br/>
        <w:t>v -0.192779 11.693794 -1.531896</w:t>
        <w:br/>
        <w:t>v -0.512629 11.734419 -1.440059</w:t>
        <w:br/>
        <w:t>v -0.406187 12.121275 -1.304271</w:t>
        <w:br/>
        <w:t>v -0.968910 11.398637 -1.403748</w:t>
        <w:br/>
        <w:t>v -0.579312 11.355784 -1.524474</w:t>
        <w:br/>
        <w:t>v -0.689552 10.979610 -1.648456</w:t>
        <w:br/>
        <w:t>v -1.074082 11.017039 -1.492814</w:t>
        <w:br/>
        <w:t>v -0.253477 11.324554 -1.651012</w:t>
        <w:br/>
        <w:t>v -0.314273 10.943341 -1.792850</w:t>
        <w:br/>
        <w:t>v -0.767812 10.648322 -1.753743</w:t>
        <w:br/>
        <w:t>v -1.166417 10.682462 -1.572915</w:t>
        <w:br/>
        <w:t>v -0.386482 10.536665 -1.948803</w:t>
        <w:br/>
        <w:t>v -0.524874 10.372256 -1.942446</w:t>
        <w:br/>
        <w:t>v -0.858345 10.307171 -1.811904</w:t>
        <w:br/>
        <w:t>v -0.985983 10.022097 -1.835275</w:t>
        <w:br/>
        <w:t>v -1.339539 10.057064 -1.653152</w:t>
        <w:br/>
        <w:t>v -1.259618 10.345693 -1.617356</w:t>
        <w:br/>
        <w:t>v -1.418108 9.770692 -1.728566</w:t>
        <w:br/>
        <w:t>v -1.114412 9.790934 -1.882451</w:t>
        <w:br/>
        <w:t>v -2.091579 10.944088 -0.243708</w:t>
        <w:br/>
        <w:t>v -1.924507 11.305706 -0.125263</w:t>
        <w:br/>
        <w:t>v -2.034853 12.380459 -0.006462</w:t>
        <w:br/>
        <w:t>v -1.966873 11.229772 0.202978</w:t>
        <w:br/>
        <w:t>v -2.000135 11.234516 0.057496</w:t>
        <w:br/>
        <w:t>v -2.086287 10.973351 -0.003376</w:t>
        <w:br/>
        <w:t>v -2.037401 11.040900 0.231086</w:t>
        <w:br/>
        <w:t>v -0.000017 13.644046 1.446331</w:t>
        <w:br/>
        <w:t>v -0.092371 13.467482 1.439614</w:t>
        <w:br/>
        <w:t>v -0.086297 13.644669 1.437670</w:t>
        <w:br/>
        <w:t>v -0.046541 13.705719 1.447106</w:t>
        <w:br/>
        <w:t>v -0.012952 13.763658 1.450536</w:t>
        <w:br/>
        <w:t>v -0.000017 13.764548 1.443138</w:t>
        <w:br/>
        <w:t>v -0.000017 13.707041 1.441944</w:t>
        <w:br/>
        <w:t>v -0.046541 13.705719 1.447106</w:t>
        <w:br/>
        <w:t>v -0.050341 13.727149 1.480264</w:t>
        <w:br/>
        <w:t>v -0.018653 13.788656 1.482197</w:t>
        <w:br/>
        <w:t>v -0.012952 13.763658 1.450536</w:t>
        <w:br/>
        <w:t>v -0.218216 13.467682 1.414320</w:t>
        <w:br/>
        <w:t>v -0.138977 13.592661 1.431316</w:t>
        <w:br/>
        <w:t>v -0.138977 13.592661 1.431316</w:t>
        <w:br/>
        <w:t>v -0.142387 13.607952 1.463214</w:t>
        <w:br/>
        <w:t>v -0.082582 13.677103 1.478085</w:t>
        <w:br/>
        <w:t>v -0.086297 13.644669 1.437670</w:t>
        <w:br/>
        <w:t>v -0.210531 13.546503 1.417382</w:t>
        <w:br/>
        <w:t>v -0.210531 13.546503 1.417382</w:t>
        <w:br/>
        <w:t>v -0.211360 13.560928 1.447656</w:t>
        <w:br/>
        <w:t>v -0.277087 13.518596 1.397902</w:t>
        <w:br/>
        <w:t>v -0.277087 13.518596 1.397902</w:t>
        <w:br/>
        <w:t>v -0.275706 13.532001 1.422691</w:t>
        <w:br/>
        <w:t>v -0.326081 13.499452 1.378077</w:t>
        <w:br/>
        <w:t>v -0.322122 13.455887 1.380931</w:t>
        <w:br/>
        <w:t>v -0.326081 13.499452 1.378077</w:t>
        <w:br/>
        <w:t>v -0.337311 13.511465 1.387137</w:t>
        <w:br/>
        <w:t>v -0.277087 13.518596 1.397902</w:t>
        <w:br/>
        <w:t>v -0.115013 13.694119 1.473147</w:t>
        <w:br/>
        <w:t>v -0.082582 13.677103 1.478085</w:t>
        <w:br/>
        <w:t>v -0.142387 13.607952 1.463214</w:t>
        <w:br/>
        <w:t>v -0.160119 13.640442 1.466097</w:t>
        <w:br/>
        <w:t>v -0.211360 13.560928 1.447656</w:t>
        <w:br/>
        <w:t>v -0.214665 13.600413 1.451598</w:t>
        <w:br/>
        <w:t>v -0.281628 13.567727 1.421255</w:t>
        <w:br/>
        <w:t>v -0.343839 13.544824 1.384222</w:t>
        <w:br/>
        <w:t>v -0.018653 13.788656 1.482197</w:t>
        <w:br/>
        <w:t>v -0.086187 13.796130 1.471946</w:t>
        <w:br/>
        <w:t>v -0.077759 13.841050 1.462307</w:t>
        <w:br/>
        <w:t>v -0.094369 13.736754 1.475558</w:t>
        <w:br/>
        <w:t>v -0.127070 13.762222 1.464902</w:t>
        <w:br/>
        <w:t>v -0.153721 13.803606 1.461694</w:t>
        <w:br/>
        <w:t>v -0.050341 13.727149 1.480264</w:t>
        <w:br/>
        <w:t>v -0.094369 13.736754 1.475558</w:t>
        <w:br/>
        <w:t>v -0.101192 13.730919 1.436653</w:t>
        <w:br/>
        <w:t>v -0.149432 13.762045 1.429721</w:t>
        <w:br/>
        <w:t>v -0.127070 13.762222 1.464902</w:t>
        <w:br/>
        <w:t>v -0.163994 13.813019 1.424379</w:t>
        <w:br/>
        <w:t>v -0.153721 13.803606 1.461694</w:t>
        <w:br/>
        <w:t>v -0.094369 13.736754 1.475558</w:t>
        <w:br/>
        <w:t>v -0.115013 13.694119 1.473147</w:t>
        <w:br/>
        <w:t>v -0.133790 13.686703 1.432326</w:t>
        <w:br/>
        <w:t>v -0.101192 13.730919 1.436653</w:t>
        <w:br/>
        <w:t>v -0.172828 13.647229 1.425645</w:t>
        <w:br/>
        <w:t>v -0.160119 13.640442 1.466097</w:t>
        <w:br/>
        <w:t>v -0.215320 13.614943 1.413785</w:t>
        <w:br/>
        <w:t>v -0.214665 13.600413 1.451598</w:t>
        <w:br/>
        <w:t>v -0.275203 13.580718 1.392340</w:t>
        <w:br/>
        <w:t>v -0.281628 13.567727 1.421255</w:t>
        <w:br/>
        <w:t>v -0.337585 13.553807 1.368123</w:t>
        <w:br/>
        <w:t>v -0.343839 13.544824 1.384222</w:t>
        <w:br/>
        <w:t>v -0.160252 13.845648 1.421874</w:t>
        <w:br/>
        <w:t>v -0.155500 13.840372 1.445979</w:t>
        <w:br/>
        <w:t>v -0.077759 13.841050 1.462307</w:t>
        <w:br/>
        <w:t>v -0.080135 13.850290 1.431071</w:t>
        <w:br/>
        <w:t>v -0.000017 13.854932 1.440268</w:t>
        <w:br/>
        <w:t>v -0.163994 13.813019 1.424379</w:t>
        <w:br/>
        <w:t>v -0.149432 13.762045 1.429721</w:t>
        <w:br/>
        <w:t>v -0.217581 13.713939 1.418123</w:t>
        <w:br/>
        <w:t>v -0.222980 13.813019 1.410340</w:t>
        <w:br/>
        <w:t>v -0.133790 13.686703 1.432326</w:t>
        <w:br/>
        <w:t>v -0.215320 13.614943 1.413785</w:t>
        <w:br/>
        <w:t>v -0.172828 13.647229 1.425645</w:t>
        <w:br/>
        <w:t>v -0.101192 13.730919 1.436653</w:t>
        <w:br/>
        <w:t>v -0.275203 13.580718 1.392340</w:t>
        <w:br/>
        <w:t>v -0.300046 13.702746 1.390051</w:t>
        <w:br/>
        <w:t>v -0.306614 13.816682 1.379413</w:t>
        <w:br/>
        <w:t>v -0.386977 13.670134 1.341638</w:t>
        <w:br/>
        <w:t>v -0.386721 13.817775 1.333831</w:t>
        <w:br/>
        <w:t>v -0.337585 13.553807 1.368123</w:t>
        <w:br/>
        <w:t>v -0.463644 13.823139 1.280323</w:t>
        <w:br/>
        <w:t>v -0.487256 13.744437 1.280371</w:t>
        <w:br/>
        <w:t>v -0.397401 13.674366 1.361385</w:t>
        <w:br/>
        <w:t>v -0.485670 13.749750 1.325968</w:t>
        <w:br/>
        <w:t>v -0.487256 13.744437 1.280371</w:t>
        <w:br/>
        <w:t>v -0.386977 13.670134 1.341638</w:t>
        <w:br/>
        <w:t>v -0.337585 13.553807 1.368123</w:t>
        <w:br/>
        <w:t>v -0.343839 13.544824 1.384222</w:t>
        <w:br/>
        <w:t>v -0.322122 13.455887 1.380931</w:t>
        <w:br/>
        <w:t>v -0.333974 13.458452 1.391392</w:t>
        <w:br/>
        <w:t>v -0.337311 13.511465 1.387137</w:t>
        <w:br/>
        <w:t>v -0.326081 13.499452 1.378077</w:t>
        <w:br/>
        <w:t>v -0.094890 13.350995 1.440083</w:t>
        <w:br/>
        <w:t>v -0.229896 13.347345 1.415232</w:t>
        <w:br/>
        <w:t>v -0.336644 13.348697 1.380335</w:t>
        <w:br/>
        <w:t>v -0.349611 13.337959 1.387373</w:t>
        <w:br/>
        <w:t>v -0.322122 13.455887 1.380931</w:t>
        <w:br/>
        <w:t>v -0.336644 13.348697 1.380335</w:t>
        <w:br/>
        <w:t>v -0.387290 13.211475 1.363014</w:t>
        <w:br/>
        <w:t>v -0.394395 13.219147 1.367707</w:t>
        <w:br/>
        <w:t>v -0.439804 13.121926 1.327768</w:t>
        <w:br/>
        <w:t>v -0.459490 13.130209 1.349200</w:t>
        <w:br/>
        <w:t>v -0.246552 13.192856 1.416363</w:t>
        <w:br/>
        <w:t>v -0.387290 13.211475 1.363014</w:t>
        <w:br/>
        <w:t>v -0.102217 13.182611 1.446086</w:t>
        <w:br/>
        <w:t>v -0.000017 13.181354 1.451664</w:t>
        <w:br/>
        <w:t>v -0.000017 12.923502 1.467845</w:t>
        <w:br/>
        <w:t>v -0.103528 12.945275 1.465280</w:t>
        <w:br/>
        <w:t>v -0.224030 12.959571 1.442889</w:t>
        <w:br/>
        <w:t>v -0.400232 12.960962 1.375186</w:t>
        <w:br/>
        <w:t>v -0.512928 12.962100 1.332329</w:t>
        <w:br/>
        <w:t>v -0.439804 13.121926 1.327768</w:t>
        <w:br/>
        <w:t>v -0.413147 13.526765 1.385432</w:t>
        <w:br/>
        <w:t>v -0.425124 13.429059 1.377971</w:t>
        <w:br/>
        <w:t>v -0.516055 13.426493 1.338445</w:t>
        <w:br/>
        <w:t>v -0.498460 13.517509 1.352311</w:t>
        <w:br/>
        <w:t>v -0.529869 13.580215 1.341461</w:t>
        <w:br/>
        <w:t>v -0.462431 13.628790 1.366612</w:t>
        <w:br/>
        <w:t>v -0.589403 13.628484 1.293398</w:t>
        <w:br/>
        <w:t>v -0.537222 13.709964 1.310997</w:t>
        <w:br/>
        <w:t>v -0.485670 13.749750 1.325968</w:t>
        <w:br/>
        <w:t>v -0.397401 13.674366 1.361385</w:t>
        <w:br/>
        <w:t>v -0.343839 13.544824 1.384222</w:t>
        <w:br/>
        <w:t>v -0.337311 13.511465 1.387137</w:t>
        <w:br/>
        <w:t>v -0.451204 13.346000 1.366042</w:t>
        <w:br/>
        <w:t>v -0.584328 13.271419 1.316461</w:t>
        <w:br/>
        <w:t>v -0.684099 13.304313 1.277515</w:t>
        <w:br/>
        <w:t>v -0.546019 13.342460 1.315774</w:t>
        <w:br/>
        <w:t>v -0.492845 13.240527 1.355187</w:t>
        <w:br/>
        <w:t>v -0.633755 13.173706 1.307321</w:t>
        <w:br/>
        <w:t>v -0.768241 13.200603 1.269396</w:t>
        <w:br/>
        <w:t>v -0.700050 13.107007 1.299464</w:t>
        <w:br/>
        <w:t>v -0.595202 13.050766 1.323237</w:t>
        <w:br/>
        <w:t>v -0.804429 13.160026 1.267055</w:t>
        <w:br/>
        <w:t>v -0.565823 13.028315 1.302714</w:t>
        <w:br/>
        <w:t>v -0.741685 12.989334 1.303551</w:t>
        <w:br/>
        <w:t>v -0.706905 12.955265 1.282626</w:t>
        <w:br/>
        <w:t>v -0.772372 13.046945 1.289286</w:t>
        <w:br/>
        <w:t>v -0.875830 13.106301 1.251112</w:t>
        <w:br/>
        <w:t>v -0.706905 12.955265 1.282626</w:t>
        <w:br/>
        <w:t>v -0.565823 13.028315 1.302714</w:t>
        <w:br/>
        <w:t>v -0.512928 12.962100 1.332329</w:t>
        <w:br/>
        <w:t>v -0.439804 13.121926 1.327768</w:t>
        <w:br/>
        <w:t>v -0.120635 12.738392 1.476764</w:t>
        <w:br/>
        <w:t>v -0.103528 12.945275 1.465280</w:t>
        <w:br/>
        <w:t>v -0.226976 12.753160 1.453721</w:t>
        <w:br/>
        <w:t>v -0.187173 12.748127 1.500037</w:t>
        <w:br/>
        <w:t>v -0.111435 12.957411 1.526276</w:t>
        <w:br/>
        <w:t>v -0.224030 12.959571 1.442889</w:t>
        <w:br/>
        <w:t>v -0.226976 12.753160 1.453721</w:t>
        <w:br/>
        <w:t>v -0.224030 12.959571 1.442889</w:t>
        <w:br/>
        <w:t>v -0.276817 12.951692 1.447852</w:t>
        <w:br/>
        <w:t>v -0.224030 12.959571 1.442889</w:t>
        <w:br/>
        <w:t>v -0.111435 12.957411 1.526276</w:t>
        <w:br/>
        <w:t>v -0.141726 12.952291 1.536622</w:t>
        <w:br/>
        <w:t>v -0.400232 12.960962 1.375186</w:t>
        <w:br/>
        <w:t>v -0.276817 12.951692 1.447852</w:t>
        <w:br/>
        <w:t>v -0.301019 12.763586 1.448684</w:t>
        <w:br/>
        <w:t>v -0.404308 12.777311 1.379212</w:t>
        <w:br/>
        <w:t>v -0.506490 12.791427 1.351387</w:t>
        <w:br/>
        <w:t>v -0.512928 12.962100 1.332329</w:t>
        <w:br/>
        <w:t>v -0.125649 12.500465 1.496131</w:t>
        <w:br/>
        <w:t>v -0.212784 12.751898 1.510868</w:t>
        <w:br/>
        <w:t>v -0.215213 12.503014 1.528903</w:t>
        <w:br/>
        <w:t>v -0.314548 12.519232 1.456934</w:t>
        <w:br/>
        <w:t>v -0.412654 12.531443 1.397201</w:t>
        <w:br/>
        <w:t>v -0.503912 12.541895 1.354064</w:t>
        <w:br/>
        <w:t>v -0.263553 12.256427 1.516813</w:t>
        <w:br/>
        <w:t>v -0.340811 12.275682 1.456750</w:t>
        <w:br/>
        <w:t>v -0.410578 12.284662 1.397438</w:t>
        <w:br/>
        <w:t>v -0.518255 12.292921 1.364405</w:t>
        <w:br/>
        <w:t>v -0.725495 12.796034 1.319717</w:t>
        <w:br/>
        <w:t>v -0.506490 12.791427 1.351387</w:t>
        <w:br/>
        <w:t>v -0.699069 12.579252 1.342782</w:t>
        <w:br/>
        <w:t>v -0.861273 12.902385 1.226781</w:t>
        <w:br/>
        <w:t>v -0.909658 12.943017 1.258879</w:t>
        <w:br/>
        <w:t>v -0.958478 13.051414 1.225058</w:t>
        <w:br/>
        <w:t>v -0.887525 12.570342 1.289031</w:t>
        <w:br/>
        <w:t>v -0.914137 12.306702 1.318019</w:t>
        <w:br/>
        <w:t>v -1.080282 12.847912 1.208184</w:t>
        <w:br/>
        <w:t>v -1.114678 12.956448 1.166782</w:t>
        <w:br/>
        <w:t>v -1.048685 12.812543 1.187893</w:t>
        <w:br/>
        <w:t>v -1.285380 12.781010 1.109792</w:t>
        <w:br/>
        <w:t>v -1.319956 12.844203 1.074150</w:t>
        <w:br/>
        <w:t>v -1.267958 12.743979 1.090786</w:t>
        <w:br/>
        <w:t>v -1.546833 12.718439 0.952138</w:t>
        <w:br/>
        <w:t>v -1.564906 12.699346 0.904996</w:t>
        <w:br/>
        <w:t>v -1.546833 12.718439 0.952138</w:t>
        <w:br/>
        <w:t>v -1.219402 12.665565 1.121847</w:t>
        <w:br/>
        <w:t>v -1.267958 12.743979 1.090786</w:t>
        <w:br/>
        <w:t>v -1.048685 12.812543 1.187893</w:t>
        <w:br/>
        <w:t>v -1.412796 12.539290 1.026132</w:t>
        <w:br/>
        <w:t>v -1.564906 12.699346 0.904996</w:t>
        <w:br/>
        <w:t>v -1.343550 12.387380 1.052219</w:t>
        <w:br/>
        <w:t>v -1.117302 12.515250 1.141670</w:t>
        <w:br/>
        <w:t>v -1.113539 12.478171 1.209471</w:t>
        <w:br/>
        <w:t>v -1.338829 12.325761 1.143920</w:t>
        <w:br/>
        <w:t>v -0.260662 12.008345 1.545130</w:t>
        <w:br/>
        <w:t>v -0.339339 12.031558 1.477410</w:t>
        <w:br/>
        <w:t>v -0.429152 12.038910 1.411215</w:t>
        <w:br/>
        <w:t>v -0.545367 12.044785 1.364039</w:t>
        <w:br/>
        <w:t>v -0.303122 11.761605 1.544217</w:t>
        <w:br/>
        <w:t>v -0.341989 11.787227 1.493542</w:t>
        <w:br/>
        <w:t>v -0.461941 11.794606 1.420471</w:t>
        <w:br/>
        <w:t>v -0.585961 11.798556 1.363908</w:t>
        <w:br/>
        <w:t>v -0.238305 11.561444 1.602292</w:t>
        <w:br/>
        <w:t>v -0.356028 11.575661 1.499370</w:t>
        <w:br/>
        <w:t>v -0.502360 11.584556 1.413545</w:t>
        <w:br/>
        <w:t>v -0.636818 11.589787 1.354137</w:t>
        <w:br/>
        <w:t>v -0.435958 11.162572 1.487671</w:t>
        <w:br/>
        <w:t>v -0.388412 11.366084 1.495971</w:t>
        <w:br/>
        <w:t>v -0.215373 11.345920 1.628305</w:t>
        <w:br/>
        <w:t>v -0.257791 11.133189 1.620367</w:t>
        <w:br/>
        <w:t>v -0.604564 11.168859 1.384531</w:t>
        <w:br/>
        <w:t>v -0.553452 11.378723 1.400285</w:t>
        <w:br/>
        <w:t>v -0.770263 11.183441 1.310209</w:t>
        <w:br/>
        <w:t>v -0.697766 11.384238 1.336510</w:t>
        <w:br/>
        <w:t>v -0.662126 10.965716 1.367780</w:t>
        <w:br/>
        <w:t>v -0.479567 10.963204 1.478776</w:t>
        <w:br/>
        <w:t>v -0.850397 10.986132 1.279915</w:t>
        <w:br/>
        <w:t>v -0.726565 10.769709 1.344837</w:t>
        <w:br/>
        <w:t>v -0.509827 10.839270 1.493064</w:t>
        <w:br/>
        <w:t>v -0.358353 10.944742 1.575642</w:t>
        <w:br/>
        <w:t>v -0.918654 10.825243 1.253003</w:t>
        <w:br/>
        <w:t>v -0.624961 10.683921 1.431943</w:t>
        <w:br/>
        <w:t>v -0.712292 10.623196 1.393452</w:t>
        <w:br/>
        <w:t>v -0.831375 10.600830 1.322740</w:t>
        <w:br/>
        <w:t>v -0.246347 12.511512 1.461424</w:t>
        <w:br/>
        <w:t>v -0.000018 12.255997 1.533468</w:t>
        <w:br/>
        <w:t>v -0.136342 12.262553 1.513466</w:t>
        <w:br/>
        <w:t>v -0.280661 12.271444 1.466148</w:t>
        <w:br/>
        <w:t>v -1.070184 12.407253 1.255704</w:t>
        <w:br/>
        <w:t>v -1.262451 12.222564 1.199008</w:t>
        <w:br/>
        <w:t>v -0.616502 12.194453 1.322398</w:t>
        <w:br/>
        <w:t>v -0.521150 12.293177 1.338942</w:t>
        <w:br/>
        <w:t>v -0.581987 12.193883 1.283317</w:t>
        <w:br/>
        <w:t>v -0.000018 12.023055 1.555665</w:t>
        <w:br/>
        <w:t>v -0.136183 12.024760 1.535115</w:t>
        <w:br/>
        <w:t>v -0.273844 12.030224 1.497016</w:t>
        <w:br/>
        <w:t>v -0.145135 11.786825 1.553043</w:t>
        <w:br/>
        <w:t>v -0.288972 11.788427 1.510712</w:t>
        <w:br/>
        <w:t>v -0.000018 11.572432 1.602268</w:t>
        <w:br/>
        <w:t>v -0.159093 11.572948 1.573769</w:t>
        <w:br/>
        <w:t>v -0.317499 11.577320 1.510219</w:t>
        <w:br/>
        <w:t>v -0.000018 11.354656 1.625744</w:t>
        <w:br/>
        <w:t>v -0.170202 11.358756 1.591585</w:t>
        <w:br/>
        <w:t>v -0.332920 11.364754 1.526721</w:t>
        <w:br/>
        <w:t>v -0.196727 11.145461 1.604757</w:t>
        <w:br/>
        <w:t>v -0.331683 11.153586 1.528164</w:t>
        <w:br/>
        <w:t>v -0.205955 10.925057 1.618290</w:t>
        <w:br/>
        <w:t>v -0.328408 10.929266 1.551409</w:t>
        <w:br/>
        <w:t>v -0.616502 12.194453 1.322398</w:t>
        <w:br/>
        <w:t>v -0.886625 11.938020 1.315795</w:t>
        <w:br/>
        <w:t>v -1.082363 12.073130 1.265547</w:t>
        <w:br/>
        <w:t>v -0.890913 12.301681 1.305597</w:t>
        <w:br/>
        <w:t>v -1.107129 12.082531 1.280829</w:t>
        <w:br/>
        <w:t>v -1.313477 11.885099 1.199489</w:t>
        <w:br/>
        <w:t>v -1.438779 12.020931 1.133276</w:t>
        <w:br/>
        <w:t>v -1.293610 11.855613 1.186924</w:t>
        <w:br/>
        <w:t>v -1.545231 11.646601 1.056318</w:t>
        <w:br/>
        <w:t>v -1.617511 11.855440 1.026075</w:t>
        <w:br/>
        <w:t>v -1.519890 11.605648 1.058556</w:t>
        <w:br/>
        <w:t>v -1.754590 11.399212 0.855304</w:t>
        <w:br/>
        <w:t>v -1.781928 11.691319 0.894579</w:t>
        <w:br/>
        <w:t>v -1.759965 11.306407 0.834385</w:t>
        <w:br/>
        <w:t>v -1.530597 12.199389 1.043877</w:t>
        <w:br/>
        <w:t>v -1.433009 12.060114 1.102144</w:t>
        <w:br/>
        <w:t>v -1.723867 12.073902 0.897123</w:t>
        <w:br/>
        <w:t>v -1.691359 12.136479 0.838447</w:t>
        <w:br/>
        <w:t>v -1.509984 12.277635 0.978275</w:t>
        <w:br/>
        <w:t>v -1.589248 12.447127 0.910375</w:t>
        <w:br/>
        <w:t>v -1.711530 12.584870 0.786985</w:t>
        <w:br/>
        <w:t>v -1.597836 11.903803 0.987599</w:t>
        <w:br/>
        <w:t>v -1.852362 11.958965 0.748661</w:t>
        <w:br/>
        <w:t>v -1.750098 11.751663 0.851237</w:t>
        <w:br/>
        <w:t>v -1.737325 12.323704 0.782438</w:t>
        <w:br/>
        <w:t>v -1.854863 12.495298 0.636982</w:t>
        <w:br/>
        <w:t>v -0.232958 11.121335 1.597558</w:t>
        <w:br/>
        <w:t>v -0.189964 11.333277 1.610506</w:t>
        <w:br/>
        <w:t>v -0.332920 11.364754 1.526721</w:t>
        <w:br/>
        <w:t>v -0.331683 11.153586 1.528164</w:t>
        <w:br/>
        <w:t>v -0.207407 11.551823 1.589868</w:t>
        <w:br/>
        <w:t>v -0.317499 11.577320 1.510219</w:t>
        <w:br/>
        <w:t>v -0.270374 11.753296 1.531826</w:t>
        <w:br/>
        <w:t>v -0.288972 11.788427 1.510712</w:t>
        <w:br/>
        <w:t>v -0.237810 12.002039 1.531045</w:t>
        <w:br/>
        <w:t>v -0.273844 12.030224 1.497016</w:t>
        <w:br/>
        <w:t>v -0.235290 12.251069 1.505377</w:t>
        <w:br/>
        <w:t>v -0.280661 12.271444 1.466148</w:t>
        <w:br/>
        <w:t>v -0.187127 12.498246 1.511474</w:t>
        <w:br/>
        <w:t>v -0.246347 12.511512 1.461424</w:t>
        <w:br/>
        <w:t>v -1.902215 11.202822 0.613174</w:t>
        <w:br/>
        <w:t>v -1.918729 11.549790 0.721589</w:t>
        <w:br/>
        <w:t>v -1.884974 11.604130 0.697014</w:t>
        <w:br/>
        <w:t>v -1.973204 11.843988 0.593891</w:t>
        <w:br/>
        <w:t>v -1.887580 11.948983 0.559948</w:t>
        <w:br/>
        <w:t>v -1.874075 12.013616 0.538168</w:t>
        <w:br/>
        <w:t>v -1.777461 12.044205 0.717018</w:t>
        <w:br/>
        <w:t>v -1.936188 12.149220 0.406957</w:t>
        <w:br/>
        <w:t>v -1.968851 12.435143 0.441979</w:t>
        <w:br/>
        <w:t>v -1.851956 12.229875 0.607711</w:t>
        <w:br/>
        <w:t>v -1.976342 12.073067 0.194413</w:t>
        <w:br/>
        <w:t>v -2.032526 12.394745 0.218959</w:t>
        <w:br/>
        <w:t>v -2.013900 11.808680 0.288559</w:t>
        <w:br/>
        <w:t>v -1.985115 11.947308 0.264279</w:t>
        <w:br/>
        <w:t>v -1.998906 11.472711 0.499400</w:t>
        <w:br/>
        <w:t>v -2.063822 11.746942 0.411085</w:t>
        <w:br/>
        <w:t>v -1.978146 11.113475 0.448978</w:t>
        <w:br/>
        <w:t>v -2.033466 11.414769 0.510770</w:t>
        <w:br/>
        <w:t>v -2.062485 12.375588 -0.013801</w:t>
        <w:br/>
        <w:t>v -1.993235 12.019325 -0.029586</w:t>
        <w:br/>
        <w:t>v -1.947797 12.037291 -0.309942</w:t>
        <w:br/>
        <w:t>v -1.993823 12.391633 -0.299317</w:t>
        <w:br/>
        <w:t>v -2.028867 11.900197 -0.026992</w:t>
        <w:br/>
        <w:t>v -2.063695 11.701936 -0.038286</w:t>
        <w:br/>
        <w:t>v -2.034209 11.696894 -0.275485</w:t>
        <w:br/>
        <w:t>v -2.017545 11.904446 -0.242354</w:t>
        <w:br/>
        <w:t>v -2.136510 11.601037 -0.018122</w:t>
        <w:br/>
        <w:t>v -2.108842 11.321690 0.014274</w:t>
        <w:br/>
        <w:t>v -2.101463 11.292735 -0.245161</w:t>
        <w:br/>
        <w:t>v -2.099218 11.581221 -0.248416</w:t>
        <w:br/>
        <w:t>v -2.170449 11.233064 0.019465</w:t>
        <w:br/>
        <w:t>v -2.118327 10.959841 0.015077</w:t>
        <w:br/>
        <w:t>v -2.125928 10.921221 -0.243555</w:t>
        <w:br/>
        <w:t>v -2.187503 11.210157 -0.252428</w:t>
        <w:br/>
        <w:t>v -1.844184 12.104848 -0.516629</w:t>
        <w:br/>
        <w:t>v -1.708098 12.196791 -0.691188</w:t>
        <w:br/>
        <w:t>v -1.714096 12.551213 -0.723022</w:t>
        <w:br/>
        <w:t>v -1.879929 12.454353 -0.535745</w:t>
        <w:br/>
        <w:t>v -1.729391 12.066117 -0.808522</w:t>
        <w:br/>
        <w:t>v -1.862725 11.990337 -0.648057</w:t>
        <w:br/>
        <w:t>v -1.862903 11.714690 -0.654039</w:t>
        <w:br/>
        <w:t>v -1.729311 11.818098 -0.785850</w:t>
        <w:br/>
        <w:t>v -1.922075 11.530104 -0.661884</w:t>
        <w:br/>
        <w:t>v -1.780416 11.659111 -0.813725</w:t>
        <w:br/>
        <w:t>v -1.992629 11.037888 -0.643110</w:t>
        <w:br/>
        <w:t>v -1.842487 11.215687 -0.779749</w:t>
        <w:br/>
        <w:t>v -1.868826 11.543144 -0.817704</w:t>
        <w:br/>
        <w:t>v -2.034804 11.365367 -0.667245</w:t>
        <w:br/>
        <w:t>v -1.537893 12.296195 -0.827630</w:t>
        <w:br/>
        <w:t>v -1.349603 12.401181 -0.933712</w:t>
        <w:br/>
        <w:t>v -1.310728 12.796876 -0.978132</w:t>
        <w:br/>
        <w:t>v -1.522704 12.672540 -0.866670</w:t>
        <w:br/>
        <w:t>v -1.568702 12.157267 -0.931616</w:t>
        <w:br/>
        <w:t>v -1.391012 12.264724 -1.011022</w:t>
        <w:br/>
        <w:t>v -1.619232 11.801776 -0.930015</w:t>
        <w:br/>
        <w:t>v -1.439081 11.956988 -1.013558</w:t>
        <w:br/>
        <w:t>v -1.423396 12.056551 -1.013104</w:t>
        <w:br/>
        <w:t>v -1.601148 11.937305 -0.909577</w:t>
        <w:br/>
        <w:t>v -1.672714 11.395484 -0.889099</w:t>
        <w:br/>
        <w:t>v -1.452417 11.640128 -0.999564</w:t>
        <w:br/>
        <w:t>v -1.461115 11.933007 -1.052194</w:t>
        <w:br/>
        <w:t>v -1.689977 11.732477 -0.937827</w:t>
        <w:br/>
        <w:t>v -0.843542 13.049315 -1.030880</w:t>
        <w:br/>
        <w:t>v -1.080745 12.924136 -1.029108</w:t>
        <w:br/>
        <w:t>v -1.152178 12.505245 -1.023770</w:t>
        <w:br/>
        <w:t>v -0.960608 12.629505 -1.085063</w:t>
        <w:br/>
        <w:t>v -1.689977 11.732477 -0.937827</w:t>
        <w:br/>
        <w:t>v -1.461115 11.933007 -1.052194</w:t>
        <w:br/>
        <w:t>v -2.083574 11.384910 0.259089</w:t>
        <w:br/>
        <w:t>v -2.124470 11.665531 0.203496</w:t>
        <w:br/>
        <w:t>v -2.124584 11.295051 0.273259</w:t>
        <w:br/>
        <w:t>v -2.059878 11.019945 0.242192</w:t>
        <w:br/>
        <w:t>v -1.962572 11.936321 -0.454287</w:t>
        <w:br/>
        <w:t>v -1.954042 11.730828 -0.482302</w:t>
        <w:br/>
        <w:t>v -1.992415 11.564823 -0.461927</w:t>
        <w:br/>
        <w:t>v -2.019503 11.387585 -0.483686</w:t>
        <w:br/>
        <w:t>v -2.126403 11.246635 -0.511514</w:t>
        <w:br/>
        <w:t>v -2.080493 10.962090 -0.477658</w:t>
        <w:br/>
        <w:t>v -0.665078 13.755669 1.225862</w:t>
        <w:br/>
        <w:t>v -0.657063 13.804064 1.230311</w:t>
        <w:br/>
        <w:t>v -0.677020 13.647468 1.224544</w:t>
        <w:br/>
        <w:t>v -0.772064 13.768800 1.174079</w:t>
        <w:br/>
        <w:t>v -0.768001 13.699882 1.184621</w:t>
        <w:br/>
        <w:t>v -0.778216 13.801318 1.169043</w:t>
        <w:br/>
        <w:t>v -0.867070 13.756501 1.124322</w:t>
        <w:br/>
        <w:t>v -0.885314 13.782708 1.095106</w:t>
        <w:br/>
        <w:t>v -0.922020 13.688539 1.149327</w:t>
        <w:br/>
        <w:t>v -0.867070 13.756501 1.124322</w:t>
        <w:br/>
        <w:t>v -0.768001 13.699882 1.184621</w:t>
        <w:br/>
        <w:t>v -0.514552 13.438594 1.292683</w:t>
        <w:br/>
        <w:t>v -0.602785 13.502245 1.254917</w:t>
        <w:br/>
        <w:t>v -0.499635 13.493007 1.299574</w:t>
        <w:br/>
        <w:t>v -0.584236 13.597788 1.266678</w:t>
        <w:br/>
        <w:t>v -0.531068 13.559761 1.293034</w:t>
        <w:br/>
        <w:t>v -0.596132 13.370284 1.283148</w:t>
        <w:br/>
        <w:t>v -0.681910 13.309974 1.253343</w:t>
        <w:br/>
        <w:t>v -0.646767 13.414554 1.284029</w:t>
        <w:br/>
        <w:t>v -0.826913 13.595428 1.218594</w:t>
        <w:br/>
        <w:t>v -0.732871 13.514368 1.260037</w:t>
        <w:br/>
        <w:t>v -0.837627 13.537279 1.192883</w:t>
        <w:br/>
        <w:t>v -1.010126 13.588770 1.057002</w:t>
        <w:br/>
        <w:t>v -0.775121 13.336286 1.229743</w:t>
        <w:br/>
        <w:t>v -0.743200 13.456352 1.237762</w:t>
        <w:br/>
        <w:t>v -0.885118 13.392306 1.174875</w:t>
        <w:br/>
        <w:t>v -0.844062 13.506252 1.180336</w:t>
        <w:br/>
        <w:t>v -1.058239 13.473079 1.055795</w:t>
        <w:br/>
        <w:t>v -0.812692 13.159319 1.228833</w:t>
        <w:br/>
        <w:t>v -0.773073 13.199596 1.238880</w:t>
        <w:br/>
        <w:t>v -0.768241 13.200603 1.269396</w:t>
        <w:br/>
        <w:t>v -0.804429 13.160026 1.267055</w:t>
        <w:br/>
        <w:t>v -0.773073 13.199596 1.238880</w:t>
        <w:br/>
        <w:t>v -0.812692 13.159319 1.228833</w:t>
        <w:br/>
        <w:t>v -0.957577 13.186429 1.160366</w:t>
        <w:br/>
        <w:t>v -0.923857 13.265201 1.157162</w:t>
        <w:br/>
        <w:t>v -1.142289 13.220445 1.039281</w:t>
        <w:br/>
        <w:t>v -1.095629 13.339728 1.036923</w:t>
        <w:br/>
        <w:t>v -1.015200 13.736624 1.043306</w:t>
        <w:br/>
        <w:t>v -0.924261 13.782670 1.081911</w:t>
        <w:br/>
        <w:t>v -0.924261 13.782670 1.081911</w:t>
        <w:br/>
        <w:t>v -1.010514 13.822979 0.985632</w:t>
        <w:br/>
        <w:t>v -1.077667 13.866648 0.905760</w:t>
        <w:br/>
        <w:t>v -1.120583 13.800078 0.872095</w:t>
        <w:br/>
        <w:t>v -1.109911 13.878215 0.912298</w:t>
        <w:br/>
        <w:t>v -1.077667 13.866648 0.905760</w:t>
        <w:br/>
        <w:t>v -1.120583 13.800078 0.872095</w:t>
        <w:br/>
        <w:t>v -1.152415 13.830556 0.884683</w:t>
        <w:br/>
        <w:t>v -1.006810 14.022470 0.960574</w:t>
        <w:br/>
        <w:t>v -0.967976 14.026773 0.966193</w:t>
        <w:br/>
        <w:t>v -1.077667 13.866648 0.905760</w:t>
        <w:br/>
        <w:t>v -0.933896 14.027503 0.940719</w:t>
        <w:br/>
        <w:t>v -1.040114 13.868537 0.896214</w:t>
        <w:br/>
        <w:t>v -0.981713 13.832352 0.974269</w:t>
        <w:br/>
        <w:t>v -1.077667 13.866648 0.905760</w:t>
        <w:br/>
        <w:t>v -1.040114 13.868537 0.896214</w:t>
        <w:br/>
        <w:t>v -0.904678 13.779924 1.057270</w:t>
        <w:br/>
        <w:t>v -0.657063 13.804064 1.230311</w:t>
        <w:br/>
        <w:t>v -0.638072 13.803481 1.197121</w:t>
        <w:br/>
        <w:t>v -0.778216 13.801318 1.169043</w:t>
        <w:br/>
        <w:t>v -0.761035 13.809656 1.138281</w:t>
        <w:br/>
        <w:t>v -0.904678 13.779924 1.057270</w:t>
        <w:br/>
        <w:t>v -0.885901 13.789256 1.074927</w:t>
        <w:br/>
        <w:t>v -1.166022 13.676353 0.868329</w:t>
        <w:br/>
        <w:t>v -1.213131 13.722692 0.777591</w:t>
        <w:br/>
        <w:t>v -1.213131 13.722692 0.777591</w:t>
        <w:br/>
        <w:t>v -1.253617 13.745521 0.784001</w:t>
        <w:br/>
        <w:t>v -1.362704 13.685772 0.648011</w:t>
        <w:br/>
        <w:t>v -1.333865 13.664518 0.642522</w:t>
        <w:br/>
        <w:t>v -1.414568 13.621126 0.518600</w:t>
        <w:br/>
        <w:t>v -1.445362 13.643261 0.527646</w:t>
        <w:br/>
        <w:t>v -1.517743 13.527024 0.299211</w:t>
        <w:br/>
        <w:t>v -1.561245 13.550417 0.319255</w:t>
        <w:br/>
        <w:t>v -1.589922 13.462898 0.202676</w:t>
        <w:br/>
        <w:t>v -1.638274 13.511495 0.208113</w:t>
        <w:br/>
        <w:t>v -1.294391 13.624246 0.745080</w:t>
        <w:br/>
        <w:t>v -1.333865 13.664518 0.642522</w:t>
        <w:br/>
        <w:t>v -1.291272 13.436053 0.869842</w:t>
        <w:br/>
        <w:t>v -1.104892 13.358044 1.045181</w:t>
        <w:br/>
        <w:t>v -1.095629 13.339728 1.036923</w:t>
        <w:br/>
        <w:t>v -1.278567 13.425570 0.853894</w:t>
        <w:br/>
        <w:t>v -1.383460 13.464462 0.691568</w:t>
        <w:br/>
        <w:t>v -1.403073 13.490870 0.700656</w:t>
        <w:br/>
        <w:t>v -1.383460 13.464462 0.691568</w:t>
        <w:br/>
        <w:t>v -1.278567 13.425570 0.853894</w:t>
        <w:br/>
        <w:t>v -1.392724 13.268595 0.775465</w:t>
        <w:br/>
        <w:t>v -1.403073 13.490870 0.700656</w:t>
        <w:br/>
        <w:t>v -1.468342 13.511449 0.472158</w:t>
        <w:br/>
        <w:t>v -1.414568 13.621126 0.518600</w:t>
        <w:br/>
        <w:t>v -1.476241 13.486173 0.458469</w:t>
        <w:br/>
        <w:t>v -1.545825 13.297751 0.454015</w:t>
        <w:br/>
        <w:t>v -1.517743 13.527024 0.299211</w:t>
        <w:br/>
        <w:t>v -1.527407 13.539360 0.118485</w:t>
        <w:br/>
        <w:t>v -1.589922 13.462898 0.202676</w:t>
        <w:br/>
        <w:t>v -1.576465 13.299273 0.072343</w:t>
        <w:br/>
        <w:t>v -1.510852 13.510532 0.075229</w:t>
        <w:br/>
        <w:t>v -0.933896 14.027503 0.940719</w:t>
        <w:br/>
        <w:t>v -0.967976 14.026773 0.966193</w:t>
        <w:br/>
        <w:t>v -1.043157 14.076397 0.868341</w:t>
        <w:br/>
        <w:t>v -0.997203 14.077286 0.857288</w:t>
        <w:br/>
        <w:t>v -1.006810 14.022470 0.960574</w:t>
        <w:br/>
        <w:t>v -1.052888 14.055505 0.921213</w:t>
        <w:br/>
        <w:t>v -1.589922 13.462898 0.202676</w:t>
        <w:br/>
        <w:t>v -1.527407 13.539360 0.118485</w:t>
        <w:br/>
        <w:t>v -1.566472 13.590817 0.106454</w:t>
        <w:br/>
        <w:t>v -1.638274 13.511495 0.208113</w:t>
        <w:br/>
        <w:t>v -1.452791 13.710251 -0.069120</w:t>
        <w:br/>
        <w:t>v -1.397450 13.682972 -0.068538</w:t>
        <w:br/>
        <w:t>v -1.446943 13.521926 -0.300662</w:t>
        <w:br/>
        <w:t>v -1.280234 13.761870 -0.204790</w:t>
        <w:br/>
        <w:t>v -1.397450 13.682972 -0.068538</w:t>
        <w:br/>
        <w:t>v -1.527407 13.539360 0.118485</w:t>
        <w:br/>
        <w:t>v -1.428367 13.494200 -0.278062</w:t>
        <w:br/>
        <w:t>v -1.446943 13.521926 -0.300662</w:t>
        <w:br/>
        <w:t>v -1.280234 13.761870 -0.204790</w:t>
        <w:br/>
        <w:t>v -1.325750 13.786873 -0.221557</w:t>
        <w:br/>
        <w:t>v -1.528793 13.295353 -0.284010</w:t>
        <w:br/>
        <w:t>v -1.329070 13.496351 -0.529786</w:t>
        <w:br/>
        <w:t>v -1.149577 13.698895 -0.492702</w:t>
        <w:br/>
        <w:t>v -1.317512 13.476846 -0.504808</w:t>
        <w:br/>
        <w:t>v -1.329070 13.496351 -0.529786</w:t>
        <w:br/>
        <w:t>v -1.343045 13.255499 -0.642309</w:t>
        <w:br/>
        <w:t>v -1.317512 13.476846 -0.504808</w:t>
        <w:br/>
        <w:t>v -1.028338 13.951114 -0.331149</w:t>
        <w:br/>
        <w:t>v -1.201023 13.838051 -0.301952</w:t>
        <w:br/>
        <w:t>v -1.175104 13.824753 -0.287070</w:t>
        <w:br/>
        <w:t>v -1.030218 13.911955 -0.302787</w:t>
        <w:br/>
        <w:t>v -1.030218 13.911955 -0.302787</w:t>
        <w:br/>
        <w:t>v -1.175104 13.824753 -0.287070</w:t>
        <w:br/>
        <w:t>v -0.993398 13.810868 -0.438698</w:t>
        <w:br/>
        <w:t>v -0.892630 14.016337 -0.278235</w:t>
        <w:br/>
        <w:t>v -0.810121 13.996073 -0.335586</w:t>
        <w:br/>
        <w:t>v -0.892630 14.016337 -0.278235</w:t>
        <w:br/>
        <w:t>v -0.110699 13.569600 -0.630968</w:t>
        <w:br/>
        <w:t>v -0.199243 13.289819 -0.880113</w:t>
        <w:br/>
        <w:t>v -0.000014 13.516644 -0.671507</w:t>
        <w:br/>
        <w:t>v -0.211228 13.623587 -0.598644</w:t>
        <w:br/>
        <w:t>v -0.359783 13.357031 -0.822275</w:t>
        <w:br/>
        <w:t>v -0.445431 13.766939 -0.507655</w:t>
        <w:br/>
        <w:t>v -0.600694 13.621696 -0.664883</w:t>
        <w:br/>
        <w:t>v -0.498693 13.440961 -0.775201</w:t>
        <w:br/>
        <w:t>v -0.341052 13.704312 -0.552881</w:t>
        <w:br/>
        <w:t>v -0.708085 13.793305 -0.522686</w:t>
        <w:br/>
        <w:t>v -0.598684 13.877165 -0.441841</w:t>
        <w:br/>
        <w:t>v -1.013358 13.578486 -0.663278</w:t>
        <w:br/>
        <w:t>v -0.838602 13.705477 -0.567862</w:t>
        <w:br/>
        <w:t>v -1.159583 13.446554 -0.717552</w:t>
        <w:br/>
        <w:t>v -1.156363 13.427676 -0.697245</w:t>
        <w:br/>
        <w:t>v -1.159583 13.446554 -0.717552</w:t>
        <w:br/>
        <w:t>v -1.156363 13.427676 -0.697245</w:t>
        <w:br/>
        <w:t>v -0.660152 13.555863 -0.688373</w:t>
        <w:br/>
        <w:t>v -0.813918 13.435963 -0.807360</w:t>
        <w:br/>
        <w:t>v -0.648048 13.320895 -0.916352</w:t>
        <w:br/>
        <w:t>v -0.962081 13.362632 -0.870869</w:t>
        <w:br/>
        <w:t>v -0.765708 13.237901 -0.987664</w:t>
        <w:br/>
        <w:t>v -0.976490 13.351872 -0.837822</w:t>
        <w:br/>
        <w:t>v -1.082546 13.191512 -0.880643</w:t>
        <w:br/>
        <w:t>v -0.816659 13.117458 -0.995291</w:t>
        <w:br/>
        <w:t>v -0.770051 13.242620 -0.947367</w:t>
        <w:br/>
        <w:t>v -0.000014 13.021582 -1.122515</w:t>
        <w:br/>
        <w:t>v -0.235911 13.063557 -1.097763</w:t>
        <w:br/>
        <w:t>v -0.457703 13.201193 -1.002800</w:t>
        <w:br/>
        <w:t>v -0.962081 13.362632 -0.870869</w:t>
        <w:br/>
        <w:t>v -0.976490 13.351872 -0.837822</w:t>
        <w:br/>
        <w:t>v -0.507184 13.091890 -1.074294</w:t>
        <w:br/>
        <w:t>v -0.507184 13.091890 -1.074294</w:t>
        <w:br/>
        <w:t>v -0.765708 13.237901 -0.987664</w:t>
        <w:br/>
        <w:t>v -0.809237 13.141058 -1.029634</w:t>
        <w:br/>
        <w:t>v -0.681112 13.037115 -1.085034</w:t>
        <w:br/>
        <w:t>v -0.350206 12.559301 -1.291651</w:t>
        <w:br/>
        <w:t>v -0.000014 13.021582 -1.122515</w:t>
        <w:br/>
        <w:t>v -0.235911 13.063557 -1.097763</w:t>
        <w:br/>
        <w:t>v -0.960608 12.629505 -1.085063</w:t>
        <w:br/>
        <w:t>v -0.967693 12.636638 -1.120754</w:t>
        <w:br/>
        <w:t>v -0.843542 13.049315 -1.030880</w:t>
        <w:br/>
        <w:t>v -1.085587 12.198811 -1.223584</w:t>
        <w:br/>
        <w:t>v -1.020098 12.432900 -1.188290</w:t>
        <w:br/>
        <w:t>v -1.029312 12.430652 -1.163616</w:t>
        <w:br/>
        <w:t>v -1.095649 12.200494 -1.200800</w:t>
        <w:br/>
        <w:t>v -1.023893 12.406820 -1.109684</w:t>
        <w:br/>
        <w:t>v -1.087822 12.192618 -1.128659</w:t>
        <w:br/>
        <w:t>v -1.205700 11.811789 -1.197067</w:t>
        <w:br/>
        <w:t>v -1.210731 11.818064 -1.256299</w:t>
        <w:br/>
        <w:t>v -1.212714 12.388213 -1.055387</w:t>
        <w:br/>
        <w:t>v -1.260177 12.121656 -1.101741</w:t>
        <w:br/>
        <w:t>v -1.255250 12.144800 -1.089801</w:t>
        <w:br/>
        <w:t>v -1.197455 11.912065 -1.071766</w:t>
        <w:br/>
        <w:t>v -1.260177 12.121656 -1.101741</w:t>
        <w:br/>
        <w:t>v -1.023893 12.406819 -1.109683</w:t>
        <w:br/>
        <w:t>v -0.939925 12.244830 -1.103776</w:t>
        <w:br/>
        <w:t>v -1.023893 12.406819 -1.109683</w:t>
        <w:br/>
        <w:t>v -0.452421 12.130388 -1.400480</w:t>
        <w:br/>
        <w:t>v -0.132496 12.087392 -1.463339</w:t>
        <w:br/>
        <w:t>v -1.194995 11.815414 -1.282341</w:t>
        <w:br/>
        <w:t>v -1.161634 11.810558 -1.296060</w:t>
        <w:br/>
        <w:t>v -1.048884 12.193312 -1.235729</w:t>
        <w:br/>
        <w:t>v -0.975488 12.426959 -1.200523</w:t>
        <w:br/>
        <w:t>v -0.531773 11.741353 -1.491138</w:t>
        <w:br/>
        <w:t>v -0.204074 11.698759 -1.583354</w:t>
        <w:br/>
        <w:t>v -1.059663 14.525182 0.358784</w:t>
        <w:br/>
        <w:t>v -1.100461 14.436704 0.420588</w:t>
        <w:br/>
        <w:t>v -1.163487 14.361945 0.450658</w:t>
        <w:br/>
        <w:t>v -1.196746 14.421776 0.330946</w:t>
        <w:br/>
        <w:t>v -1.246415 14.245976 0.461329</w:t>
        <w:br/>
        <w:t>v -1.344526 14.132388 0.445209</w:t>
        <w:br/>
        <w:t>v -1.421218 14.182167 0.288902</w:t>
        <w:br/>
        <w:t>v -1.323552 14.315955 0.310379</w:t>
        <w:br/>
        <w:t>v -1.231181 14.085179 0.592155</w:t>
        <w:br/>
        <w:t>v -1.186256 14.220527 0.548158</w:t>
        <w:br/>
        <w:t>v -1.144962 14.331979 0.494513</w:t>
        <w:br/>
        <w:t>v -1.419456 14.009182 0.424754</w:t>
        <w:br/>
        <w:t>v -1.481894 14.052773 0.265768</w:t>
        <w:br/>
        <w:t>v -1.317587 13.947266 0.559470</w:t>
        <w:br/>
        <w:t>v -1.588144 13.784328 0.226887</w:t>
        <w:br/>
        <w:t>v -1.540659 13.933199 0.244109</w:t>
        <w:br/>
        <w:t>v -1.464551 13.875430 0.381764</w:t>
        <w:br/>
        <w:t>v -1.543001 13.731602 0.322185</w:t>
        <w:br/>
        <w:t>v -1.383984 13.800856 0.516309</w:t>
        <w:br/>
        <w:t>v -1.486424 13.675787 0.444641</w:t>
        <w:br/>
        <w:t>v -1.561245 13.550417 0.319255</w:t>
        <w:br/>
        <w:t>v -1.362704 13.685772 0.648011</w:t>
        <w:br/>
        <w:t>v -1.445362 13.643261 0.527646</w:t>
        <w:br/>
        <w:t>v -1.267909 13.808393 0.743004</w:t>
        <w:br/>
        <w:t>v -1.197418 14.016094 0.708874</w:t>
        <w:br/>
        <w:t>v -1.073613 14.102914 0.734461</w:t>
        <w:br/>
        <w:t>v -1.136986 14.095819 0.734779</w:t>
        <w:br/>
        <w:t>v -1.231181 14.085179 0.592155</w:t>
        <w:br/>
        <w:t>v -1.164452 14.092167 0.596152</w:t>
        <w:br/>
        <w:t>v -1.151963 13.918785 0.852932</w:t>
        <w:br/>
        <w:t>v -1.052888 14.055505 0.921213</w:t>
        <w:br/>
        <w:t>v -1.043157 14.076397 0.868341</w:t>
        <w:br/>
        <w:t>v -1.151976 13.942975 0.819782</w:t>
        <w:br/>
        <w:t>v -1.136986 14.095819 0.734779</w:t>
        <w:br/>
        <w:t>v -1.135308 14.208867 0.564562</w:t>
        <w:br/>
        <w:t>v -1.164452 14.092167 0.596152</w:t>
        <w:br/>
        <w:t>v -1.103314 14.320848 0.501787</w:t>
        <w:br/>
        <w:t>v -1.038173 14.522721 0.353446</w:t>
        <w:br/>
        <w:t>v -1.071088 14.431107 0.425308</w:t>
        <w:br/>
        <w:t>v -1.051770 14.440483 0.254050</w:t>
        <w:br/>
        <w:t>v -1.038173 14.522721 0.353446</w:t>
        <w:br/>
        <w:t>v -1.059663 14.525182 0.358784</w:t>
        <w:br/>
        <w:t>v -1.076038 14.460039 0.263900</w:t>
        <w:br/>
        <w:t>v -1.154361 14.389142 0.223717</w:t>
        <w:br/>
        <w:t>v -1.106806 14.363108 0.149701</w:t>
        <w:br/>
        <w:t>v -1.069401 14.342938 0.131790</w:t>
        <w:br/>
        <w:t>v -1.421218 14.182167 0.288902</w:t>
        <w:br/>
        <w:t>v -1.327305 14.173813 0.156938</w:t>
        <w:br/>
        <w:t>v -1.242897 14.284939 0.185821</w:t>
        <w:br/>
        <w:t>v -1.323552 14.315955 0.310379</w:t>
        <w:br/>
        <w:t>v -1.187433 14.154346 -0.017523</w:t>
        <w:br/>
        <w:t>v -1.152023 14.255342 0.051927</w:t>
        <w:br/>
        <w:t>v -1.096989 14.249997 0.056988</w:t>
        <w:br/>
        <w:t>v -1.139340 14.158285 -0.018097</w:t>
        <w:br/>
        <w:t>v -1.481894 14.052773 0.265768</w:t>
        <w:br/>
        <w:t>v -1.393544 14.044793 0.136496</w:t>
        <w:br/>
        <w:t>v -1.273093 14.013157 -0.028804</w:t>
        <w:br/>
        <w:t>v -1.512239 13.753624 0.130203</w:t>
        <w:br/>
        <w:t>v -1.438670 13.905089 0.134240</w:t>
        <w:br/>
        <w:t>v -1.540659 13.933199 0.244109</w:t>
        <w:br/>
        <w:t>v -1.588144 13.784328 0.226887</w:t>
        <w:br/>
        <w:t>v -1.361409 13.856052 -0.028807</w:t>
        <w:br/>
        <w:t>v -1.483904 13.726308 0.003864</w:t>
        <w:br/>
        <w:t>v -1.638274 13.511495 0.208113</w:t>
        <w:br/>
        <w:t>v -1.566472 13.590817 0.106454</w:t>
        <w:br/>
        <w:t>v -1.452791 13.710251 -0.069120</w:t>
        <w:br/>
        <w:t>v -1.121364 14.181014 -0.066353</w:t>
        <w:br/>
        <w:t>v -1.055683 14.181054 -0.129172</w:t>
        <w:br/>
        <w:t>v -1.029607 14.180050 -0.105839</w:t>
        <w:br/>
        <w:t>v -1.082102 14.178408 -0.055111</w:t>
        <w:br/>
        <w:t>v -0.930968 14.129754 -0.237879</w:t>
        <w:br/>
        <w:t>v -0.913935 14.131790 -0.206473</w:t>
        <w:br/>
        <w:t>v -1.029607 14.180050 -0.105839</w:t>
        <w:br/>
        <w:t>v -0.854131 14.064092 -0.263378</w:t>
        <w:br/>
        <w:t>v -0.879050 14.069945 -0.303332</w:t>
        <w:br/>
        <w:t>v -0.879050 14.069945 -0.303332</w:t>
        <w:br/>
        <w:t>v -0.854131 14.064092 -0.263378</w:t>
        <w:br/>
        <w:t>v -1.121364 14.181014 -0.066353</w:t>
        <w:br/>
        <w:t>v -1.200658 13.994168 -0.149381</w:t>
        <w:br/>
        <w:t>v -1.055683 14.181054 -0.129172</w:t>
        <w:br/>
        <w:t>v -1.092323 13.992805 -0.261346</w:t>
        <w:br/>
        <w:t>v -1.084732 14.010711 -0.300387</w:t>
        <w:br/>
        <w:t>v -0.934262 14.123509 -0.283531</w:t>
        <w:br/>
        <w:t>v -0.930968 14.129754 -0.237879</w:t>
        <w:br/>
        <w:t>v -1.311994 13.848210 -0.176813</w:t>
        <w:br/>
        <w:t>v -1.325750 13.786873 -0.221557</w:t>
        <w:br/>
        <w:t>v -1.055788 13.979640 -0.334802</w:t>
        <w:br/>
        <w:t>v -1.211530 13.868417 -0.298070</w:t>
        <w:br/>
        <w:t>v -0.907336 14.088010 -0.313592</w:t>
        <w:br/>
        <w:t>v -1.224864 13.903531 -0.244943</w:t>
        <w:br/>
        <w:t>v -0.934262 14.123509 -0.283531</w:t>
        <w:br/>
        <w:t>v -0.907336 14.088010 -0.313592</w:t>
        <w:br/>
        <w:t>v -0.836929 14.060189 1.064597</w:t>
        <w:br/>
        <w:t>v -0.813244 13.987785 1.089242</w:t>
        <w:br/>
        <w:t>v -0.890562 13.974483 1.051556</w:t>
        <w:br/>
        <w:t>v -0.772547 13.923399 1.113768</w:t>
        <w:br/>
        <w:t>v -0.847573 13.919352 1.081064</w:t>
        <w:br/>
        <w:t>v -0.912797 13.905375 1.041516</w:t>
        <w:br/>
        <w:t>v -0.807489 13.850813 1.104060</w:t>
        <w:br/>
        <w:t>v -0.706093 13.860841 1.146599</w:t>
        <w:br/>
        <w:t>v -0.638072 13.803481 1.197121</w:t>
        <w:br/>
        <w:t>v -0.761035 13.809656 1.138281</w:t>
        <w:br/>
        <w:t>v -0.910782 13.848014 1.059470</w:t>
        <w:br/>
        <w:t>v -0.885901 13.789256 1.074927</w:t>
        <w:br/>
        <w:t>v -0.651244 13.842582 1.133402</w:t>
        <w:br/>
        <w:t>v -0.706093 13.860841 1.146599</w:t>
        <w:br/>
        <w:t>v -0.772547 13.923399 1.113768</w:t>
        <w:br/>
        <w:t>v -0.737358 13.919494 1.095976</w:t>
        <w:br/>
        <w:t>v -0.813244 13.987785 1.089242</w:t>
        <w:br/>
        <w:t>v -0.779647 13.972813 1.073692</w:t>
        <w:br/>
        <w:t>v -0.836929 14.060189 1.064597</w:t>
        <w:br/>
        <w:t>v -0.822231 14.069651 1.036903</w:t>
        <w:br/>
        <w:t>v -0.822231 14.069651 1.036903</w:t>
        <w:br/>
        <w:t>v -0.836929 14.060189 1.064597</w:t>
        <w:br/>
        <w:t>v -0.890562 13.974483 1.051556</w:t>
        <w:br/>
        <w:t>v -0.878776 13.989617 1.017371</w:t>
        <w:br/>
        <w:t>v -0.912797 13.905375 1.041516</w:t>
        <w:br/>
        <w:t>v -0.905714 13.904737 1.012885</w:t>
        <w:br/>
        <w:t>v -0.909978 13.835319 1.020194</w:t>
        <w:br/>
        <w:t>v -0.910782 13.848014 1.059470</w:t>
        <w:br/>
        <w:t>v -0.904678 13.779924 1.057270</w:t>
        <w:br/>
        <w:t>v -1.312938 11.429160 -1.343832</w:t>
        <w:br/>
        <w:t>v -1.324225 11.433547 -1.318847</w:t>
        <w:br/>
        <w:t>v -1.315192 11.427468 -1.251555</w:t>
        <w:br/>
        <w:t>v -1.273031 11.423133 -1.358109</w:t>
        <w:br/>
        <w:t>v -0.273072 11.328531 -1.696007</w:t>
        <w:br/>
        <w:t>v -0.601790 11.360665 -1.575253</w:t>
        <w:br/>
        <w:t>v -1.425328 11.047500 -1.412105</w:t>
        <w:br/>
        <w:t>v -1.440886 11.053102 -1.386762</w:t>
        <w:br/>
        <w:t>v -1.430509 11.046358 -1.333034</w:t>
        <w:br/>
        <w:t>v -1.376450 11.042281 -1.426676</w:t>
        <w:br/>
        <w:t>v -0.703698 10.982892 -1.656619</w:t>
        <w:br/>
        <w:t>v -0.329780 10.947644 -1.826138</w:t>
        <w:br/>
        <w:t>v -1.527483 10.722523 -1.472062</w:t>
        <w:br/>
        <w:t>v -1.541115 10.728637 -1.444187</w:t>
        <w:br/>
        <w:t>v -1.531496 10.721027 -1.398594</w:t>
        <w:br/>
        <w:t>v -1.465157 10.714666 -1.495524</w:t>
        <w:br/>
        <w:t>v -0.780357 10.643207 -1.761865</w:t>
        <w:br/>
        <w:t>v -0.404008 10.535852 -1.971004</w:t>
        <w:br/>
        <w:t>v -1.713122 10.119958 -1.588898</w:t>
        <w:br/>
        <w:t>v -1.629417 10.395766 -1.536952</w:t>
        <w:br/>
        <w:t>v -1.638832 10.402958 -1.506249</w:t>
        <w:br/>
        <w:t>v -1.719106 10.133805 -1.558333</w:t>
        <w:br/>
        <w:t>v -1.629602 10.396328 -1.478543</w:t>
        <w:br/>
        <w:t>v -1.709848 10.128808 -1.523358</w:t>
        <w:br/>
        <w:t>v -1.618556 10.219348 -1.593655</w:t>
        <w:br/>
        <w:t>v -1.674227 10.056700 -1.622139</w:t>
        <w:br/>
        <w:t>v -1.538552 10.283430 -1.601764</w:t>
        <w:br/>
        <w:t>v -1.469471 10.383407 -1.592698</w:t>
        <w:br/>
        <w:t>v -0.836816 10.042359 -1.983037</w:t>
        <w:br/>
        <w:t>v -0.723432 10.215937 -1.969656</w:t>
        <w:br/>
        <w:t>v -0.869850 10.317286 -1.853870</w:t>
        <w:br/>
        <w:t>v -0.962289 10.043723 -1.919347</w:t>
        <w:br/>
        <w:t>v -0.630779 12.624641 -1.214156</w:t>
        <w:br/>
        <w:t>v -0.757705 12.163614 -1.311534</w:t>
        <w:br/>
        <w:t>v -0.862912 11.781713 -1.388550</w:t>
        <w:br/>
        <w:t>v -0.889189 12.631228 1.255636</w:t>
        <w:br/>
        <w:t>v -0.906430 12.645823 1.218312</w:t>
        <w:br/>
        <w:t>v -0.908654 12.640960 -1.168605</w:t>
        <w:br/>
        <w:t>v -0.955241 12.645102 -1.158177</w:t>
        <w:br/>
        <w:t>v -1.257020 10.351832 -1.665996</w:t>
        <w:br/>
        <w:t>v -1.258267 10.021497 -1.768384</w:t>
        <w:br/>
        <w:t>v -0.677020 13.647468 1.224544</w:t>
        <w:br/>
        <w:t>v -0.861273 12.902385 1.226781</w:t>
        <w:br/>
        <w:t>v -0.732907 12.793606 1.264272</w:t>
        <w:br/>
        <w:t>v -0.725495 12.796034 1.319717</w:t>
        <w:br/>
        <w:t>v -0.732907 12.793606 1.264272</w:t>
        <w:br/>
        <w:t>v -1.253617 13.745521 0.784001</w:t>
        <w:br/>
        <w:t>v -0.125755 13.813019 1.395680</w:t>
        <w:br/>
        <w:t>v -0.160252 13.845648 1.421874</w:t>
        <w:br/>
        <w:t>v -0.163994 13.813019 1.424379</w:t>
        <w:br/>
        <w:t>v -0.080135 13.850290 1.431071</w:t>
        <w:br/>
        <w:t>v -0.222980 13.813019 1.410340</w:t>
        <w:br/>
        <w:t>v -0.216358 13.813019 1.379124</w:t>
        <w:br/>
        <w:t>v -0.125755 13.813019 1.395680</w:t>
        <w:br/>
        <w:t>v -0.163994 13.813019 1.424379</w:t>
        <w:br/>
        <w:t>v -0.306614 13.816682 1.379413</w:t>
        <w:br/>
        <w:t>v -0.291891 13.816682 1.351377</w:t>
        <w:br/>
        <w:t>v -0.377471 13.817775 1.299847</w:t>
        <w:br/>
        <w:t>v -0.386721 13.817775 1.333831</w:t>
        <w:br/>
        <w:t>v -0.497853 13.663470 1.244401</w:t>
        <w:br/>
        <w:t>v -0.463644 13.823139 1.247544</w:t>
        <w:br/>
        <w:t>v -0.463644 13.823139 1.280323</w:t>
        <w:br/>
        <w:t>v -0.487256 13.744437 1.280371</w:t>
        <w:br/>
        <w:t>v -0.463644 13.823139 1.247544</w:t>
        <w:br/>
        <w:t>v -0.463644 13.823139 1.280323</w:t>
        <w:br/>
        <w:t>v -0.812692 13.159319 1.228833</w:t>
        <w:br/>
        <w:t>v -0.792961 12.895647 1.198374</w:t>
        <w:br/>
        <w:t>v -0.784822 13.162080 1.189332</w:t>
        <w:br/>
        <w:t>v -0.962902 13.048018 1.179244</w:t>
        <w:br/>
        <w:t>v -0.875983 13.108042 1.205741</w:t>
        <w:br/>
        <w:t>v -0.875830 13.106301 1.251112</w:t>
        <w:br/>
        <w:t>v -0.958478 13.051414 1.225058</w:t>
        <w:br/>
        <w:t>v -1.126168 12.945017 1.117135</w:t>
        <w:br/>
        <w:t>v -1.114678 12.956448 1.166782</w:t>
        <w:br/>
        <w:t>v -1.316362 12.832881 1.024189</w:t>
        <w:br/>
        <w:t>v -1.319956 12.844203 1.074150</w:t>
        <w:br/>
        <w:t>v -1.556355 12.690236 0.880093</w:t>
        <w:br/>
        <w:t>v -1.316362 12.832881 1.024189</w:t>
        <w:br/>
        <w:t>v -1.564906 12.699346 0.904996</w:t>
        <w:br/>
        <w:t>v -0.545367 12.044785 1.364039</w:t>
        <w:br/>
        <w:t>v -0.547818 12.047655 1.333519</w:t>
        <w:br/>
        <w:t>v -0.521150 12.293178 1.338941</w:t>
        <w:br/>
        <w:t>v -0.518255 12.292921 1.364405</w:t>
        <w:br/>
        <w:t>v -0.585961 11.798556 1.363908</w:t>
        <w:br/>
        <w:t>v -0.587686 11.803993 1.335342</w:t>
        <w:br/>
        <w:t>v -0.636818 11.589787 1.354137</w:t>
        <w:br/>
        <w:t>v -0.636059 11.594716 1.322796</w:t>
        <w:br/>
        <w:t>v -0.770263 11.183441 1.310209</w:t>
        <w:br/>
        <w:t>v -0.767834 11.187930 1.275438</w:t>
        <w:br/>
        <w:t>v -0.699627 11.390060 1.303585</w:t>
        <w:br/>
        <w:t>v -0.697766 11.384238 1.336510</w:t>
        <w:br/>
        <w:t>v -0.850397 10.986132 1.279915</w:t>
        <w:br/>
        <w:t>v -0.843786 10.988210 1.250212</w:t>
        <w:br/>
        <w:t>v -0.918654 10.825243 1.253003</w:t>
        <w:br/>
        <w:t>v -0.914411 10.828729 1.220083</w:t>
        <w:br/>
        <w:t>v -1.017854 10.633766 1.174486</w:t>
        <w:br/>
        <w:t>v -1.016350 10.647987 1.205071</w:t>
        <w:br/>
        <w:t>v -0.328408 10.929266 1.551409</w:t>
        <w:br/>
        <w:t>v -0.358353 10.944742 1.575642</w:t>
        <w:br/>
        <w:t>v -0.257791 11.133189 1.620367</w:t>
        <w:br/>
        <w:t>v -0.232958 11.121335 1.597558</w:t>
        <w:br/>
        <w:t>v -0.488739 10.825190 1.471654</w:t>
        <w:br/>
        <w:t>v -0.509827 10.839270 1.493064</w:t>
        <w:br/>
        <w:t>v -0.608743 10.663417 1.413691</w:t>
        <w:br/>
        <w:t>v -0.624961 10.683921 1.431943</w:t>
        <w:br/>
        <w:t>v -0.695576 10.607447 1.371988</w:t>
        <w:br/>
        <w:t>v -0.712292 10.623196 1.393452</w:t>
        <w:br/>
        <w:t>v -0.806948 10.581700 1.309905</w:t>
        <w:br/>
        <w:t>v -0.831375 10.600830 1.322740</w:t>
        <w:br/>
        <w:t>v -0.912401 10.587586 1.242196</w:t>
        <w:br/>
        <w:t>v -0.923863 10.604261 1.263906</w:t>
        <w:br/>
        <w:t>v -0.000018 10.798541 1.653664</w:t>
        <w:br/>
        <w:t>v -0.209631 10.923334 1.600175</w:t>
        <w:br/>
        <w:t>v -0.205955 10.925057 1.618290</w:t>
        <w:br/>
        <w:t>v -0.000018 10.804177 1.671896</w:t>
        <w:br/>
        <w:t>v -0.303508 10.926784 1.542323</w:t>
        <w:br/>
        <w:t>v -0.328408 10.929266 1.551409</w:t>
        <w:br/>
        <w:t>v -0.855557 11.934184 1.267735</w:t>
        <w:br/>
        <w:t>v -0.886625 11.938020 1.315795</w:t>
        <w:br/>
        <w:t>v -1.084949 11.755342 1.235685</w:t>
        <w:br/>
        <w:t>v -1.110981 11.772823 1.265472</w:t>
        <w:br/>
        <w:t>v -1.134760 11.755315 1.260138</w:t>
        <w:br/>
        <w:t>v -1.131246 11.719247 1.229216</w:t>
        <w:br/>
        <w:t>v -1.455648 11.493331 1.066900</w:t>
        <w:br/>
        <w:t>v -1.470917 11.503303 1.082369</w:t>
        <w:br/>
        <w:t>v -1.722015 11.313311 0.799715</w:t>
        <w:br/>
        <w:t>v -1.759965 11.306407 0.834385</w:t>
        <w:br/>
        <w:t>v -1.694974 12.588066 0.774892</w:t>
        <w:br/>
        <w:t>v -1.556355 12.690236 0.880093</w:t>
        <w:br/>
        <w:t>v -1.564906 12.699346 0.904996</w:t>
        <w:br/>
        <w:t>v -1.711530 12.584870 0.786985</w:t>
        <w:br/>
        <w:t>v -1.854863 12.495298 0.636982</w:t>
        <w:br/>
        <w:t>v -1.832960 12.500361 0.632494</w:t>
        <w:br/>
        <w:t>v -1.863593 11.220637 0.592277</w:t>
        <w:br/>
        <w:t>v -1.902215 11.202822 0.613174</w:t>
        <w:br/>
        <w:t>v -1.968851 12.435143 0.441979</w:t>
        <w:br/>
        <w:t>v -1.944515 12.440715 0.439656</w:t>
        <w:br/>
        <w:t>v -2.032526 12.394745 0.218959</w:t>
        <w:br/>
        <w:t>v -2.007644 12.400417 0.221642</w:t>
        <w:br/>
        <w:t>v -1.958933 11.135421 0.434622</w:t>
        <w:br/>
        <w:t>v -1.978146 11.113475 0.448978</w:t>
        <w:br/>
        <w:t>v -1.993823 12.391633 -0.299317</w:t>
        <w:br/>
        <w:t>v -1.968257 12.394565 -0.286721</w:t>
        <w:br/>
        <w:t>v -2.034853 12.380459 -0.006462</w:t>
        <w:br/>
        <w:t>v -2.062485 12.375588 -0.013801</w:t>
        <w:br/>
        <w:t>v -2.118327 10.959841 0.015077</w:t>
        <w:br/>
        <w:t>v -2.086287 10.973351 -0.003376</w:t>
        <w:br/>
        <w:t>v -2.091579 10.944088 -0.243708</w:t>
        <w:br/>
        <w:t>v -2.125928 10.921221 -0.243555</w:t>
        <w:br/>
        <w:t>v -1.691112 12.555290 -0.702536</w:t>
        <w:br/>
        <w:t>v -1.855859 12.456996 -0.520020</w:t>
        <w:br/>
        <w:t>v -1.879929 12.454353 -0.535745</w:t>
        <w:br/>
        <w:t>v -1.714096 12.551213 -0.723022</w:t>
        <w:br/>
        <w:t>v -1.992629 11.037888 -0.643110</w:t>
        <w:br/>
        <w:t>v -1.964082 11.067815 -0.630757</w:t>
        <w:br/>
        <w:t>v -1.827004 11.226013 -0.767560</w:t>
        <w:br/>
        <w:t>v -1.842487 11.215687 -0.779749</w:t>
        <w:br/>
        <w:t>v -1.298077 12.799669 -0.959704</w:t>
        <w:br/>
        <w:t>v -1.503643 12.676404 -0.845129</w:t>
        <w:br/>
        <w:t>v -1.522704 12.672540 -0.866670</w:t>
        <w:br/>
        <w:t>v -1.310728 12.796876 -0.978132</w:t>
        <w:br/>
        <w:t>v -1.673405 11.398249 -0.867034</w:t>
        <w:br/>
        <w:t>v -1.455002 11.641668 -0.973022</w:t>
        <w:br/>
        <w:t>v -1.452417 11.640128 -0.999564</w:t>
        <w:br/>
        <w:t>v -1.672714 11.395484 -0.889099</w:t>
        <w:br/>
        <w:t>v -1.071378 12.924472 -1.009103</w:t>
        <w:br/>
        <w:t>v -1.080745 12.924136 -1.029108</w:t>
        <w:br/>
        <w:t>v -0.843542 13.049315 -1.030880</w:t>
        <w:br/>
        <w:t>v -2.037401 11.040900 0.231086</w:t>
        <w:br/>
        <w:t>v -2.059878 11.019945 0.242192</w:t>
        <w:br/>
        <w:t>v -2.080493 10.962090 -0.477658</w:t>
        <w:br/>
        <w:t>v -2.060747 10.976671 -0.465609</w:t>
        <w:br/>
        <w:t>v -0.784822 13.162080 1.189332</w:t>
        <w:br/>
        <w:t>v -0.957577 13.186429 1.160366</w:t>
        <w:br/>
        <w:t>v -0.812692 13.159319 1.228833</w:t>
        <w:br/>
        <w:t>v -1.091856 13.212434 1.025327</w:t>
        <w:br/>
        <w:t>v -1.142289 13.220445 1.039281</w:t>
        <w:br/>
        <w:t>v -1.337948 13.265079 0.768212</w:t>
        <w:br/>
        <w:t>v -1.392724 13.268595 0.775465</w:t>
        <w:br/>
        <w:t>v -1.533771 13.294099 0.101042</w:t>
        <w:br/>
        <w:t>v -1.475207 13.277030 -0.255822</w:t>
        <w:br/>
        <w:t>v -1.528793 13.295353 -0.284010</w:t>
        <w:br/>
        <w:t>v -1.576465 13.299273 0.072343</w:t>
        <w:br/>
        <w:t>v -1.319285 13.250581 -0.574657</w:t>
        <w:br/>
        <w:t>v -1.343045 13.255499 -0.642309</w:t>
        <w:br/>
        <w:t>v -0.810121 13.996073 -0.335586</w:t>
        <w:br/>
        <w:t>v -0.802808 13.971665 -0.313281</w:t>
        <w:br/>
        <w:t>v -0.894169 14.008647 -0.246077</w:t>
        <w:br/>
        <w:t>v -0.892630 14.016337 -0.278235</w:t>
        <w:br/>
        <w:t>v -0.000014 13.516644 -0.671507</w:t>
        <w:br/>
        <w:t>v -0.113712 13.550717 -0.606131</w:t>
        <w:br/>
        <w:t>v -0.110699 13.569600 -0.630968</w:t>
        <w:br/>
        <w:t>v -0.218570 13.593397 -0.571825</w:t>
        <w:br/>
        <w:t>v -0.211228 13.623587 -0.598644</w:t>
        <w:br/>
        <w:t>v -0.341052 13.704312 -0.552881</w:t>
        <w:br/>
        <w:t>v -0.345545 13.686094 -0.527257</w:t>
        <w:br/>
        <w:t>v -0.449982 13.740429 -0.480940</w:t>
        <w:br/>
        <w:t>v -0.445431 13.766939 -0.507655</w:t>
        <w:br/>
        <w:t>v -0.599259 13.856781 -0.423787</w:t>
        <w:br/>
        <w:t>v -0.598684 13.877165 -0.441841</w:t>
        <w:br/>
        <w:t>v -1.088923 13.190335 -0.842237</w:t>
        <w:br/>
        <w:t>v -0.816659 13.117458 -0.995291</w:t>
        <w:br/>
        <w:t>v -1.082546 13.191512 -0.880643</w:t>
        <w:br/>
        <w:t>v -1.195636 11.916627 -1.045470</w:t>
        <w:br/>
        <w:t>v -1.197455 11.912065 -1.071766</w:t>
        <w:br/>
        <w:t>v -0.943566 12.255219 -1.072156</w:t>
        <w:br/>
        <w:t>v -0.939925 12.244830 -1.103776</w:t>
        <w:br/>
        <w:t>v -0.894169 14.008647 -0.246077</w:t>
        <w:br/>
        <w:t>v -1.315192 11.427468 -1.251555</w:t>
        <w:br/>
        <w:t>v -1.430509 11.046358 -1.333034</w:t>
        <w:br/>
        <w:t>v -1.531496 10.721027 -1.398594</w:t>
        <w:br/>
        <w:t>v -1.709848 10.128808 -1.523358</w:t>
        <w:br/>
        <w:t>v -1.629602 10.396328 -1.478543</w:t>
        <w:br/>
        <w:t>v -1.799441 9.740232 -1.591043</w:t>
        <w:br/>
        <w:t>v -0.215373 11.345920 1.628305</w:t>
        <w:br/>
        <w:t>v -0.189964 11.333277 1.610506</w:t>
        <w:br/>
        <w:t>v -0.238305 11.561444 1.602292</w:t>
        <w:br/>
        <w:t>v -0.207407 11.551823 1.589868</w:t>
        <w:br/>
        <w:t>v -0.303122 11.761605 1.544217</w:t>
        <w:br/>
        <w:t>v -0.270374 11.753296 1.531826</w:t>
        <w:br/>
        <w:t>v -0.260662 12.008345 1.545130</w:t>
        <w:br/>
        <w:t>v -0.237810 12.002039 1.531045</w:t>
        <w:br/>
        <w:t>v -0.263553 12.256427 1.516813</w:t>
        <w:br/>
        <w:t>v -0.235290 12.251069 1.505377</w:t>
        <w:br/>
        <w:t>v -0.215213 12.503014 1.528903</w:t>
        <w:br/>
        <w:t>v -0.187127 12.498246 1.511474</w:t>
        <w:br/>
        <w:t>v -0.212784 12.751898 1.510868</w:t>
        <w:br/>
        <w:t>v -0.187173 12.748127 1.500037</w:t>
        <w:br/>
        <w:t>v -0.111435 12.957411 1.526276</w:t>
        <w:br/>
        <w:t>v -0.141726 12.952291 1.536622</w:t>
        <w:br/>
        <w:t>v -0.303508 10.926784 1.542323</w:t>
        <w:br/>
        <w:t>v -0.482449 10.960336 1.475114</w:t>
        <w:br/>
        <w:t>v -0.328408 10.929266 1.551409</w:t>
        <w:br/>
        <w:t>v -0.317803 11.149808 1.506591</w:t>
        <w:br/>
        <w:t>v -0.303508 10.926784 1.542323</w:t>
        <w:br/>
        <w:t>v -0.328408 10.929266 1.551409</w:t>
        <w:br/>
        <w:t>v -0.149830 13.587647 1.306527</w:t>
        <w:br/>
        <w:t>v -0.370095 13.519583 1.258430</w:t>
        <w:br/>
        <w:t>v -0.113712 13.550717 -0.606131</w:t>
        <w:br/>
        <w:t>v -0.000014 13.492130 -0.642019</w:t>
        <w:br/>
        <w:t>v -0.000015 13.281441 -0.596572</w:t>
        <w:br/>
        <w:t>v -0.058024 13.300487 -0.631379</w:t>
        <w:br/>
        <w:t>v -0.218570 13.593397 -0.571825</w:t>
        <w:br/>
        <w:t>v -0.113712 13.550717 -0.606131</w:t>
        <w:br/>
        <w:t>v -0.186688 13.456166 -0.700183</w:t>
        <w:br/>
        <w:t>v -0.345545 13.686094 -0.527257</w:t>
        <w:br/>
        <w:t>v -1.512622 12.575742 -0.711088</w:t>
        <w:br/>
        <w:t>v -1.502709 12.396955 -0.725144</w:t>
        <w:br/>
        <w:t>v -1.223457 12.692516 -0.967848</w:t>
        <w:br/>
        <w:t>v -1.734396 12.479935 0.369422</w:t>
        <w:br/>
        <w:t>v -1.781999 12.109980 0.354253</w:t>
        <w:br/>
        <w:t>v -1.821770 12.091922 -0.066404</w:t>
        <w:br/>
        <w:t>v -1.767118 12.511872 0.001210</w:t>
        <w:br/>
        <w:t>v -1.681886 12.074382 -0.428442</w:t>
        <w:br/>
        <w:t>v -1.698069 12.536300 -0.376018</w:t>
        <w:br/>
        <w:t>v -1.573738 12.440835 0.688027</w:t>
        <w:br/>
        <w:t>v -1.533771 13.294099 0.101042</w:t>
        <w:br/>
        <w:t>v -1.645363 12.946671 0.051357</w:t>
        <w:br/>
        <w:t>v -1.562080 12.965619 -0.323681</w:t>
        <w:br/>
        <w:t>v -1.475207 13.277030 -0.255822</w:t>
        <w:br/>
        <w:t>v -1.157113 12.766068 1.041026</w:t>
        <w:br/>
        <w:t>v -1.426911 12.837578 0.744616</w:t>
        <w:br/>
        <w:t>v -0.843542 13.049315 -1.030880</w:t>
        <w:br/>
        <w:t>v -1.144872 13.022885 -0.915794</w:t>
        <w:br/>
        <w:t>v -0.894377 12.844813 -1.053292</w:t>
        <w:br/>
        <w:t>v -1.186983 17.786785 0.146028</w:t>
        <w:br/>
        <w:t>v -1.057258 17.791117 0.184060</w:t>
        <w:br/>
        <w:t>v -1.018060 17.396372 0.308926</w:t>
        <w:br/>
        <w:t>v -1.128149 17.457850 0.223860</w:t>
        <w:br/>
        <w:t>v -0.936705 17.774279 0.230902</w:t>
        <w:br/>
        <w:t>v -0.918862 17.487400 0.345280</w:t>
        <w:br/>
        <w:t>v -0.795677 17.772030 0.273864</w:t>
        <w:br/>
        <w:t>v -0.781946 17.514488 0.420671</w:t>
        <w:br/>
        <w:t>v -0.575374 17.821873 0.264481</w:t>
        <w:br/>
        <w:t>v -0.248406 17.756351 0.411222</w:t>
        <w:br/>
        <w:t>v -0.148261 17.751213 0.430947</w:t>
        <w:br/>
        <w:t>v -0.130634 17.497890 0.607731</w:t>
        <w:br/>
        <w:t>v -0.311095 17.527763 0.571018</w:t>
        <w:br/>
        <w:t>v -0.612954 17.520153 0.488268</w:t>
        <w:br/>
        <w:t>v -0.551975 17.795738 0.305479</w:t>
        <w:br/>
        <w:t>v -0.363814 17.760471 0.389892</w:t>
        <w:br/>
        <w:t>v -0.000015 17.450714 0.626944</w:t>
        <w:br/>
        <w:t>v -0.076836 17.726395 0.434015</w:t>
        <w:br/>
        <w:t>v -0.000014 17.669346 0.455613</w:t>
        <w:br/>
        <w:t>v -1.131494 17.244656 0.232020</w:t>
        <w:br/>
        <w:t>v -1.089374 17.054565 0.278750</w:t>
        <w:br/>
        <w:t>v -1.058751 16.915394 0.611694</w:t>
        <w:br/>
        <w:t>v -1.068883 16.983883 0.427263</w:t>
        <w:br/>
        <w:t>v -0.948946 17.236507 0.469571</w:t>
        <w:br/>
        <w:t>v -0.916815 17.094166 0.637556</w:t>
        <w:br/>
        <w:t>v -0.386705 17.162083 0.860402</w:t>
        <w:br/>
        <w:t>v -0.676796 17.191441 0.727242</w:t>
        <w:br/>
        <w:t>v -0.650536 17.341602 0.579240</w:t>
        <w:br/>
        <w:t>v -0.336886 17.300652 0.709501</w:t>
        <w:br/>
        <w:t>v -0.193670 17.014755 0.972461</w:t>
        <w:br/>
        <w:t>v -0.134000 17.179729 0.812020</w:t>
        <w:br/>
        <w:t>v -0.000015 16.813782 1.061576</w:t>
        <w:br/>
        <w:t>v -0.000015 17.141277 0.834611</w:t>
        <w:br/>
        <w:t>v -0.848313 17.335255 0.448945</w:t>
        <w:br/>
        <w:t>v -1.088795 17.978735 -0.524596</w:t>
        <w:br/>
        <w:t>v -1.093166 18.074862 -0.268166</w:t>
        <w:br/>
        <w:t>v -1.253458 18.043058 -0.258261</w:t>
        <w:br/>
        <w:t>v -1.242085 17.941984 -0.518472</w:t>
        <w:br/>
        <w:t>v -1.085530 18.014349 -0.055035</w:t>
        <w:br/>
        <w:t>v -1.235305 17.991629 -0.044742</w:t>
        <w:br/>
        <w:t>v -1.078599 17.975126 0.059106</w:t>
        <w:br/>
        <w:t>v -1.225119 17.967596 0.025979</w:t>
        <w:br/>
        <w:t>v -0.947529 17.938509 0.094054</w:t>
        <w:br/>
        <w:t>v -0.951837 18.001844 -0.067481</w:t>
        <w:br/>
        <w:t>v -1.233348 17.635094 -0.652385</w:t>
        <w:br/>
        <w:t>v -1.102230 17.649612 -0.684620</w:t>
        <w:br/>
        <w:t>v -0.966228 17.626795 -0.710556</w:t>
        <w:br/>
        <w:t>v -0.944322 17.977236 -0.530219</w:t>
        <w:br/>
        <w:t>v -0.796878 17.879217 0.135969</w:t>
        <w:br/>
        <w:t>v -0.808670 17.990900 -0.062969</w:t>
        <w:br/>
        <w:t>v -0.173262 17.805210 -0.676897</w:t>
        <w:br/>
        <w:t>v -0.229932 17.835178 -0.670431</w:t>
        <w:br/>
        <w:t>v -0.224742 17.806244 -0.677570</w:t>
        <w:br/>
        <w:t>v -0.152681 17.344368 -0.717922</w:t>
        <w:br/>
        <w:t>v -0.160902 17.582874 -0.702928</w:t>
        <w:br/>
        <w:t>v -0.225989 17.585091 -0.727987</w:t>
        <w:br/>
        <w:t>v -0.223991 17.345844 -0.744486</w:t>
        <w:br/>
        <w:t>v -0.434947 17.595596 -0.745344</w:t>
        <w:br/>
        <w:t>v -0.440076 17.356258 -0.763683</w:t>
        <w:br/>
        <w:t>v -0.635089 17.609554 -0.743689</w:t>
        <w:br/>
        <w:t>v -0.808986 17.617252 -0.731389</w:t>
        <w:br/>
        <w:t>v -0.829301 17.387238 -0.754135</w:t>
        <w:br/>
        <w:t>v -0.656747 17.373444 -0.765214</w:t>
        <w:br/>
        <w:t>v -0.983547 17.399738 -0.733745</w:t>
        <w:br/>
        <w:t>v -1.114913 17.419249 -0.706331</w:t>
        <w:br/>
        <w:t>v -1.230594 17.433170 -0.679257</w:t>
        <w:br/>
        <w:t>v -0.423846 17.800133 -0.678330</w:t>
        <w:br/>
        <w:t>v -0.415922 17.946133 -0.630496</w:t>
        <w:br/>
        <w:t>v -0.565163 17.789265 -0.674258</w:t>
        <w:br/>
        <w:t>v -0.795529 17.972605 -0.559592</w:t>
        <w:br/>
        <w:t>v -0.932548 18.075792 -0.284000</w:t>
        <w:br/>
        <w:t>v -0.287821 17.884560 -0.660080</w:t>
        <w:br/>
        <w:t>v -0.640867 17.917316 -0.616285</w:t>
        <w:br/>
        <w:t>v -0.849611 17.141834 -0.729240</w:t>
        <w:br/>
        <w:t>v -0.684131 17.121223 -0.740841</w:t>
        <w:br/>
        <w:t>v -1.151964 17.202482 -0.665792</w:t>
        <w:br/>
        <w:t>v -1.029862 17.164032 -0.702380</w:t>
        <w:br/>
        <w:t>v -1.233772 17.255394 -0.646650</w:t>
        <w:br/>
        <w:t>v -0.228964 17.094463 -0.732012</w:t>
        <w:br/>
        <w:t>v -0.457211 17.101646 -0.758519</w:t>
        <w:br/>
        <w:t>v -1.172108 16.722843 0.078841</w:t>
        <w:br/>
        <w:t>v -1.199452 16.664345 -0.122095</w:t>
        <w:br/>
        <w:t>v -1.212099 16.860298 -0.191902</w:t>
        <w:br/>
        <w:t>v -1.171597 16.921955 0.027261</w:t>
        <w:br/>
        <w:t>v -1.197912 16.849380 -0.416865</w:t>
        <w:br/>
        <w:t>v -1.212099 16.860298 -0.191902</w:t>
        <w:br/>
        <w:t>v -1.199452 16.664345 -0.122095</w:t>
        <w:br/>
        <w:t>v -1.177168 16.629910 -0.334269</w:t>
        <w:br/>
        <w:t>v -0.155470 17.092186 -0.704790</w:t>
        <w:br/>
        <w:t>v -1.129453 16.999504 0.182476</w:t>
        <w:br/>
        <w:t>v -1.154283 17.133671 0.153362</w:t>
        <w:br/>
        <w:t>v -1.212301 16.970142 -0.224597</w:t>
        <w:br/>
        <w:t>v -1.181267 17.038567 0.001324</w:t>
        <w:br/>
        <w:t>v -1.141976 16.714119 0.234035</w:t>
        <w:br/>
        <w:t>v -0.469560 16.824100 -0.722776</w:t>
        <w:br/>
        <w:t>v -0.238264 16.808899 -0.727150</w:t>
        <w:br/>
        <w:t>v -0.165220 16.809174 -0.687424</w:t>
        <w:br/>
        <w:t>v -1.194966 17.018360 -0.477217</w:t>
        <w:br/>
        <w:t>v -1.212301 16.970142 -0.224597</w:t>
        <w:br/>
        <w:t>v -1.104257 16.865231 -0.621963</w:t>
        <w:br/>
        <w:t>v -0.873116 16.851700 -0.700259</w:t>
        <w:br/>
        <w:t>v -0.701114 16.837780 -0.711400</w:t>
        <w:br/>
        <w:t>v -0.499846 16.554943 -0.673531</w:t>
        <w:br/>
        <w:t>v -0.240091 16.562099 -0.670907</w:t>
        <w:br/>
        <w:t>v -1.354113 17.717068 0.105867</w:t>
        <w:br/>
        <w:t>v -1.275200 17.464392 0.171990</w:t>
        <w:br/>
        <w:t>v -1.415773 17.404903 0.155895</w:t>
        <w:br/>
        <w:t>v -1.522856 17.602896 0.075237</w:t>
        <w:br/>
        <w:t>v -1.272713 17.037983 -0.249185</w:t>
        <w:br/>
        <w:t>v -1.291344 17.093409 -0.020811</w:t>
        <w:br/>
        <w:t>v -1.217123 17.095093 -0.011814</w:t>
        <w:br/>
        <w:t>v -1.225540 17.023758 -0.238021</w:t>
        <w:br/>
        <w:t>v -1.229118 17.216221 0.124425</w:t>
        <w:br/>
        <w:t>v -1.237782 17.275301 0.168150</w:t>
        <w:br/>
        <w:t>v -1.337994 17.229433 0.144207</w:t>
        <w:br/>
        <w:t>v -1.225540 17.023758 -0.238021</w:t>
        <w:br/>
        <w:t>v -1.234292 17.077585 -0.485286</w:t>
        <w:br/>
        <w:t>v -1.306531 17.087362 -0.484855</w:t>
        <w:br/>
        <w:t>v -1.272713 17.037983 -0.249185</w:t>
        <w:br/>
        <w:t>v -1.379049 17.225409 -0.594343</w:t>
        <w:br/>
        <w:t>v -1.324016 17.248751 -0.607760</w:t>
        <w:br/>
        <w:t>v -1.479900 17.163296 -0.599121</w:t>
        <w:br/>
        <w:t>v -1.399365 17.045742 -0.482939</w:t>
        <w:br/>
        <w:t>v -1.355487 17.011438 -0.253927</w:t>
        <w:br/>
        <w:t>v -1.355487 17.011438 -0.253927</w:t>
        <w:br/>
        <w:t>v -1.376532 17.050541 -0.025478</w:t>
        <w:br/>
        <w:t>v -1.450861 17.159391 0.121624</w:t>
        <w:br/>
        <w:t>v -1.547585 17.316208 0.139955</w:t>
        <w:br/>
        <w:t>v -1.624110 16.914396 -0.035519</w:t>
        <w:br/>
        <w:t>v -1.680988 17.010874 0.096291</w:t>
        <w:br/>
        <w:t>v -1.403764 17.844158 -0.494485</w:t>
        <w:br/>
        <w:t>v -1.363777 17.588390 -0.620715</w:t>
        <w:br/>
        <w:t>v -1.342128 17.420744 -0.650995</w:t>
        <w:br/>
        <w:t>v -1.496816 17.509970 -0.600555</w:t>
        <w:br/>
        <w:t>v -1.445751 17.377790 -0.639742</w:t>
        <w:br/>
        <w:t>v -1.565482 17.288971 -0.630046</w:t>
        <w:br/>
        <w:t>v -1.700493 17.029243 -0.579649</w:t>
        <w:br/>
        <w:t>v -1.635262 16.926357 -0.479337</w:t>
        <w:br/>
        <w:t>v -1.640454 17.415649 -0.590016</w:t>
        <w:br/>
        <w:t>v -1.778633 17.147915 -0.603052</w:t>
        <w:br/>
        <w:t>v -1.564004 17.690195 -0.456454</w:t>
        <w:br/>
        <w:t>v -1.595621 16.888588 -0.253984</w:t>
        <w:br/>
        <w:t>v -1.674386 17.499701 0.060588</w:t>
        <w:br/>
        <w:t>v -1.742097 17.599602 -0.067556</w:t>
        <w:br/>
        <w:t>v -1.583325 17.735264 -0.052305</w:t>
        <w:br/>
        <w:t>v -1.409880 17.887167 -0.043429</w:t>
        <w:br/>
        <w:t>v -1.435883 17.926327 -0.250757</w:t>
        <w:br/>
        <w:t>v -1.604316 17.769375 -0.250808</w:t>
        <w:br/>
        <w:t>v -1.844017 17.276476 -0.563498</w:t>
        <w:br/>
        <w:t>v -1.774239 17.170568 0.117095</w:t>
        <w:br/>
        <w:t>v -0.310542 18.702881 -0.209108</w:t>
        <w:br/>
        <w:t>v -0.749050 18.049761 -0.167125</w:t>
        <w:br/>
        <w:t>v -0.689369 17.999674 -0.033223</w:t>
        <w:br/>
        <w:t>v -0.167392 18.640480 -0.408683</w:t>
        <w:br/>
        <w:t>v -0.761342 18.061775 -0.422146</w:t>
        <w:br/>
        <w:t>v -0.786273 18.077177 -0.319102</w:t>
        <w:br/>
        <w:t>v -0.617796 17.870884 0.185433</w:t>
        <w:br/>
        <w:t>v -0.661096 17.847828 0.203577</w:t>
        <w:br/>
        <w:t>v -0.649937 17.931229 0.086453</w:t>
        <w:br/>
        <w:t>v -0.691383 18.010630 -0.539847</w:t>
        <w:br/>
        <w:t>v -1.941037 17.451063 -0.075960</w:t>
        <w:br/>
        <w:t>v -1.962617 17.488564 -0.269883</w:t>
        <w:br/>
        <w:t>v -1.758009 17.632521 -0.261024</w:t>
        <w:br/>
        <w:t>v -1.712611 17.561890 -0.442374</w:t>
        <w:br/>
        <w:t>v -1.917253 17.409828 -0.436350</w:t>
        <w:br/>
        <w:t>v -1.595621 16.888588 -0.253984</w:t>
        <w:br/>
        <w:t>v -1.890694 17.367714 0.041282</w:t>
        <w:br/>
        <w:t>v -0.462176 17.883537 0.226681</w:t>
        <w:br/>
        <w:t>v -0.389878 17.885040 0.254879</w:t>
        <w:br/>
        <w:t>v -0.373491 17.815376 0.305562</w:t>
        <w:br/>
        <w:t>v -0.196934 16.575832 1.402452</w:t>
        <w:br/>
        <w:t>v -0.306874 16.662327 1.404497</w:t>
        <w:br/>
        <w:t>v -0.255989 16.744926 1.308969</w:t>
        <w:br/>
        <w:t>v -1.129801 16.711147 0.367741</w:t>
        <w:br/>
        <w:t>v -1.136991 16.705563 0.521980</w:t>
        <w:br/>
        <w:t>v -0.079591 16.589500 1.284042</w:t>
        <w:br/>
        <w:t>v -0.151136 16.787064 1.209126</w:t>
        <w:br/>
        <w:t>v -0.000016 16.596554 1.202157</w:t>
        <w:br/>
        <w:t>v -0.528891 16.958496 1.129205</w:t>
        <w:br/>
        <w:t>v -0.360724 16.868763 1.229246</w:t>
        <w:br/>
        <w:t>v -0.487236 16.771088 1.367684</w:t>
        <w:br/>
        <w:t>v -0.615713 16.820726 1.284717</w:t>
        <w:br/>
        <w:t>v -0.458171 17.057690 0.999806</w:t>
        <w:br/>
        <w:t>v -0.264585 16.943691 1.114078</w:t>
        <w:br/>
        <w:t>v -0.066330 17.724728 -0.689185</w:t>
        <w:br/>
        <w:t>v -0.125050 17.759785 -0.679927</w:t>
        <w:br/>
        <w:t>v -0.000013 17.341408 -0.722609</w:t>
        <w:br/>
        <w:t>v -0.000013 17.578342 -0.707241</w:t>
        <w:br/>
        <w:t>v -0.000013 17.086113 -0.711349</w:t>
        <w:br/>
        <w:t>v -0.000013 16.804543 -0.682486</w:t>
        <w:br/>
        <w:t>v -0.000013 16.565411 -0.649375</w:t>
        <w:br/>
        <w:t>v -0.237946 18.659801 -0.360696</w:t>
        <w:br/>
        <w:t>v -0.065612 18.529558 0.365739</w:t>
        <w:br/>
        <w:t>v -0.133425 17.774071 0.396587</w:t>
        <w:br/>
        <w:t>v -0.182145 17.815544 0.364019</w:t>
        <w:br/>
        <w:t>v -0.282611 17.859013 0.318607</w:t>
        <w:br/>
        <w:t>v -0.240963 17.817829 0.341672</w:t>
        <w:br/>
        <w:t>v -0.346839 17.881241 0.262962</w:t>
        <w:br/>
        <w:t>v -0.412620 17.931213 0.204938</w:t>
        <w:br/>
        <w:t>v -0.660917 16.969078 1.082881</w:t>
        <w:br/>
        <w:t>v -0.664864 17.116528 0.889689</w:t>
        <w:br/>
        <w:t>v -0.653482 16.812855 1.285565</w:t>
        <w:br/>
        <w:t>v -0.635555 16.746262 1.369365</w:t>
        <w:br/>
        <w:t>v -0.518883 16.717148 1.425564</w:t>
        <w:br/>
        <w:t>v -0.416792 16.692663 1.425393</w:t>
        <w:br/>
        <w:t>v -0.247823 16.465340 -0.641079</w:t>
        <w:br/>
        <w:t>v -0.000013 16.372314 -0.590139</w:t>
        <w:br/>
        <w:t>v -0.747341 16.617687 -0.672595</w:t>
        <w:br/>
        <w:t>v -0.955433 16.636608 -0.621654</w:t>
        <w:br/>
        <w:t>v -1.097438 16.631008 -0.503650</w:t>
        <w:br/>
        <w:t>v -1.169971 16.565483 -0.314200</w:t>
        <w:br/>
        <w:t>v -1.188320 16.528008 -0.053790</w:t>
        <w:br/>
        <w:t>v -1.177913 16.536339 0.165762</w:t>
        <w:br/>
        <w:t>v -1.188320 16.528008 -0.053790</w:t>
        <w:br/>
        <w:t>v -1.175376 16.558525 0.374276</w:t>
        <w:br/>
        <w:t>v -1.174731 16.578373 0.542396</w:t>
        <w:br/>
        <w:t>v -1.174497 16.596493 0.680672</w:t>
        <w:br/>
        <w:t>v -1.133776 16.710625 0.669652</w:t>
        <w:br/>
        <w:t>v -1.048946 16.893074 0.744375</w:t>
        <w:br/>
        <w:t>v -1.024684 16.882175 0.852694</w:t>
        <w:br/>
        <w:t>v -0.000013 17.694279 -0.697721</w:t>
        <w:br/>
        <w:t>v -1.089216 16.752270 0.960313</w:t>
        <w:br/>
        <w:t>v -1.112338 16.730614 0.814360</w:t>
        <w:br/>
        <w:t>v -1.109998 16.698605 0.981690</w:t>
        <w:br/>
        <w:t>v -0.018903 18.476225 0.370035</w:t>
        <w:br/>
        <w:t>v -0.042571 18.496626 0.369376</w:t>
        <w:br/>
        <w:t>v -0.000015 18.447584 0.363578</w:t>
        <w:br/>
        <w:t>v -0.277401 18.685268 -0.296086</w:t>
        <w:br/>
        <w:t>v -0.098336 18.598858 -0.448028</w:t>
        <w:br/>
        <w:t>v -0.057571 18.546892 -0.474484</w:t>
        <w:br/>
        <w:t>v -0.000014 18.465075 -0.498308</w:t>
        <w:br/>
        <w:t>v -0.021438 18.495173 -0.508758</w:t>
        <w:br/>
        <w:t>v -0.044957 18.473715 -0.512631</w:t>
        <w:br/>
        <w:t>v -0.000014 18.414835 -0.522301</w:t>
        <w:br/>
        <w:t>v -0.000014 18.457685 -0.514834</w:t>
        <w:br/>
        <w:t>v -0.064321 18.547705 -0.492929</w:t>
        <w:br/>
        <w:t>v -0.084696 18.518465 -0.497095</w:t>
        <w:br/>
        <w:t>v -0.102622 18.599964 -0.461704</w:t>
        <w:br/>
        <w:t>v -0.129564 18.567459 -0.471035</w:t>
        <w:br/>
        <w:t>v -0.172807 18.641102 -0.430411</w:t>
        <w:br/>
        <w:t>v -0.175367 18.604607 -0.441656</w:t>
        <w:br/>
        <w:t>v -0.082028 18.503576 -0.479733</w:t>
        <w:br/>
        <w:t>v -0.117263 18.461191 -0.482447</w:t>
        <w:br/>
        <w:t>v -0.044776 18.456537 -0.498570</w:t>
        <w:br/>
        <w:t>v -0.126173 18.397482 -0.499263</w:t>
        <w:br/>
        <w:t>v -0.088207 18.261459 -0.548835</w:t>
        <w:br/>
        <w:t>v -0.057152 18.396589 -0.512886</w:t>
        <w:br/>
        <w:t>v -0.129098 18.560730 -0.452954</w:t>
        <w:br/>
        <w:t>v -0.172632 18.550678 -0.440943</w:t>
        <w:br/>
        <w:t>v -0.184863 18.458109 -0.469875</w:t>
        <w:br/>
        <w:t>v -0.381896 18.714487 -0.079031</w:t>
        <w:br/>
        <w:t>v -0.376465 18.670845 -0.081728</w:t>
        <w:br/>
        <w:t>v -0.340441 18.659714 -0.217946</w:t>
        <w:br/>
        <w:t>v -0.342738 18.698185 -0.215734</w:t>
        <w:br/>
        <w:t>v -0.324179 18.642994 -0.214358</w:t>
        <w:br/>
        <w:t>v -0.351939 18.655745 -0.087125</w:t>
        <w:br/>
        <w:t>v -0.347217 18.585060 -0.088056</w:t>
        <w:br/>
        <w:t>v -0.322882 18.575348 -0.230853</w:t>
        <w:br/>
        <w:t>v -0.308282 18.643066 -0.302071</w:t>
        <w:br/>
        <w:t>v -0.297642 18.681805 -0.298711</w:t>
        <w:br/>
        <w:t>v -0.295495 18.628410 -0.292709</w:t>
        <w:br/>
        <w:t>v -0.288866 18.569176 -0.320034</w:t>
        <w:br/>
        <w:t>v -0.247185 18.655220 -0.383075</w:t>
        <w:br/>
        <w:t>v -0.275551 18.625877 -0.360725</w:t>
        <w:br/>
        <w:t>v -0.264881 18.610054 -0.346596</w:t>
        <w:br/>
        <w:t>v -0.275551 18.625877 -0.360725</w:t>
        <w:br/>
        <w:t>v -0.169456 18.393686 -0.491926</w:t>
        <w:br/>
        <w:t>v -0.164855 18.265045 -0.540975</w:t>
        <w:br/>
        <w:t>v -0.023606 18.461220 0.396885</w:t>
        <w:br/>
        <w:t>v -0.039822 18.393190 0.375915</w:t>
        <w:br/>
        <w:t>v -0.054242 18.439211 0.382814</w:t>
        <w:br/>
        <w:t>v -0.049070 18.480398 0.394474</w:t>
        <w:br/>
        <w:t>v -0.043366 18.389841 0.354756</w:t>
        <w:br/>
        <w:t>v -0.058774 18.438650 0.361680</w:t>
        <w:br/>
        <w:t>v -0.039822 18.393190 0.375915</w:t>
        <w:br/>
        <w:t>v -0.043366 18.389841 0.354756</w:t>
        <w:br/>
        <w:t>v -0.039822 18.393190 0.375915</w:t>
        <w:br/>
        <w:t>v -0.000015 18.389391 0.357545</w:t>
        <w:br/>
        <w:t>v -0.091952 18.480547 0.377535</w:t>
        <w:br/>
        <w:t>v -0.072486 18.515036 0.390430</w:t>
        <w:br/>
        <w:t>v -0.084298 18.470079 0.357669</w:t>
        <w:br/>
        <w:t>v -0.091952 18.480547 0.377535</w:t>
        <w:br/>
        <w:t>v -0.127482 18.519335 0.363057</w:t>
        <w:br/>
        <w:t>v -0.117250 18.558214 0.379295</w:t>
        <w:br/>
        <w:t>v -0.121769 18.516363 0.345850</w:t>
        <w:br/>
        <w:t>v -0.127482 18.519335 0.363057</w:t>
        <w:br/>
        <w:t>v -0.172225 18.594877 0.339692</w:t>
        <w:br/>
        <w:t>v -0.167500 18.555956 0.335257</w:t>
        <w:br/>
        <w:t>v -0.164071 18.552183 0.316468</w:t>
        <w:br/>
        <w:t>v -0.220041 18.576590 0.286918</w:t>
        <w:br/>
        <w:t>v -0.239745 18.612928 0.280904</w:t>
        <w:br/>
        <w:t>v -0.204459 18.567053 0.284783</w:t>
        <w:br/>
        <w:t>v -0.091595 18.300882 0.321454</w:t>
        <w:br/>
        <w:t>v -0.043366 18.389841 0.354756</w:t>
        <w:br/>
        <w:t>v -0.086942 18.380022 0.330949</w:t>
        <w:br/>
        <w:t>v -0.135561 18.472021 0.318259</w:t>
        <w:br/>
        <w:t>v -0.133099 18.387114 0.303936</w:t>
        <w:br/>
        <w:t>v -0.166292 18.298540 0.278827</w:t>
        <w:br/>
        <w:t>v -0.172286 18.388464 0.276971</w:t>
        <w:br/>
        <w:t>v -0.187084 18.488451 0.281995</w:t>
        <w:br/>
        <w:t>v -0.337361 18.670242 0.156547</w:t>
        <w:br/>
        <w:t>v -0.343776 18.710428 0.165044</w:t>
        <w:br/>
        <w:t>v -0.310506 18.696180 0.223919</w:t>
        <w:br/>
        <w:t>v -0.312944 18.659214 0.200184</w:t>
        <w:br/>
        <w:t>v -0.370289 18.675192 0.065179</w:t>
        <w:br/>
        <w:t>v -0.375098 18.716673 0.067029</w:t>
        <w:br/>
        <w:t>v -0.348776 18.665470 0.059698</w:t>
        <w:br/>
        <w:t>v -0.320917 18.661949 0.145413</w:t>
        <w:br/>
        <w:t>v -0.295261 18.649511 0.181075</w:t>
        <w:br/>
        <w:t>v -0.335810 18.588163 0.056593</w:t>
        <w:br/>
        <w:t>v -0.304096 18.578869 0.147972</w:t>
        <w:br/>
        <w:t>v -0.220041 18.576590 0.286918</w:t>
        <w:br/>
        <w:t>v -0.240879 18.578962 0.291798</w:t>
        <w:br/>
        <w:t>v -0.252176 18.607939 0.283217</w:t>
        <w:br/>
        <w:t>v -0.239745 18.612928 0.280904</w:t>
        <w:br/>
        <w:t>v -0.204459 18.567053 0.284783</w:t>
        <w:br/>
        <w:t>v -0.217639 18.488043 0.292393</w:t>
        <w:br/>
        <w:t>v -0.198518 18.397009 0.290122</w:t>
        <w:br/>
        <w:t>v -0.191145 18.307203 0.289687</w:t>
        <w:br/>
        <w:t>v -0.278878 18.663782 0.258925</w:t>
        <w:br/>
        <w:t>v -0.252176 18.607939 0.283217</w:t>
        <w:br/>
        <w:t>v -0.267893 18.586691 0.249058</w:t>
        <w:br/>
        <w:t>v -0.286954 18.629591 0.230330</w:t>
        <w:br/>
        <w:t>v -0.259769 18.563799 0.254665</w:t>
        <w:br/>
        <w:t>v -0.240879 18.578962 0.291798</w:t>
        <w:br/>
        <w:t>v -0.245427 18.624371 -0.397386</w:t>
        <w:br/>
        <w:t>v -0.084696 18.518465 -0.497095</w:t>
        <w:br/>
        <w:t>v -0.082028 18.503576 -0.479733</w:t>
        <w:br/>
        <w:t>v -0.044776 18.456537 -0.498570</w:t>
        <w:br/>
        <w:t>v -0.044957 18.473715 -0.512631</w:t>
        <w:br/>
        <w:t>v -0.129564 18.567459 -0.471035</w:t>
        <w:br/>
        <w:t>v -0.129098 18.560730 -0.452954</w:t>
        <w:br/>
        <w:t>v -0.175367 18.604607 -0.441656</w:t>
        <w:br/>
        <w:t>v -0.168764 18.595394 -0.428970</w:t>
        <w:br/>
        <w:t>v -0.000014 18.407667 -0.513874</w:t>
        <w:br/>
        <w:t>v -0.000014 18.414835 -0.522301</w:t>
        <w:br/>
        <w:t>v -0.000014 18.387609 -0.519474</w:t>
        <w:br/>
        <w:t>v -0.245427 18.624371 -0.397386</w:t>
        <w:br/>
        <w:t>v -0.220438 18.606258 -0.402950</w:t>
        <w:br/>
        <w:t>v -0.206760 18.545399 -0.432459</w:t>
        <w:br/>
        <w:t>v -0.168764 18.595394 -0.428970</w:t>
        <w:br/>
        <w:t>v -0.220438 18.606258 -0.402950</w:t>
        <w:br/>
        <w:t>v -0.224015 18.543259 -0.440936</w:t>
        <w:br/>
        <w:t>v -0.202472 18.457312 -0.481194</w:t>
        <w:br/>
        <w:t>v -0.188980 18.399500 -0.509195</w:t>
        <w:br/>
        <w:t>v -0.184703 18.280865 -0.556270</w:t>
        <w:br/>
        <w:t>v -0.251981 18.542995 -0.415663</w:t>
        <w:br/>
        <w:t>v -0.230355 18.448500 -0.468483</w:t>
        <w:br/>
        <w:t>v -0.202472 18.457312 -0.481194</w:t>
        <w:br/>
        <w:t>v -0.219654 18.390524 -0.497189</w:t>
        <w:br/>
        <w:t>v -0.188980 18.399500 -0.509195</w:t>
        <w:br/>
        <w:t>v -0.213089 18.277252 -0.547043</w:t>
        <w:br/>
        <w:t>v -0.184703 18.280865 -0.556270</w:t>
        <w:br/>
        <w:t>v -0.204325 18.130543 -0.587002</w:t>
        <w:br/>
        <w:t>v -0.176971 18.200577 -0.565101</w:t>
        <w:br/>
        <w:t>v -0.193436 18.211956 -0.579367</w:t>
        <w:br/>
        <w:t>v -0.216767 18.143047 -0.599948</w:t>
        <w:br/>
        <w:t>v -0.255994 18.152309 -0.591562</w:t>
        <w:br/>
        <w:t>v -0.226778 18.215195 -0.569348</w:t>
        <w:br/>
        <w:t>v -0.096395 18.133194 -0.591949</w:t>
        <w:br/>
        <w:t>v -0.000013 18.137539 -0.596049</w:t>
        <w:br/>
        <w:t>v -0.096657 18.022964 -0.628794</w:t>
        <w:br/>
        <w:t>v -0.000013 18.024979 -0.632703</w:t>
        <w:br/>
        <w:t>v -0.206858 18.024864 -0.619428</w:t>
        <w:br/>
        <w:t>v -0.256602 18.579397 0.226764</w:t>
        <w:br/>
        <w:t>v -0.274381 18.617750 0.207648</w:t>
        <w:br/>
        <w:t>v -0.213030 17.918549 -0.649109</w:t>
        <w:br/>
        <w:t>v -0.096765 17.910683 -0.658509</w:t>
        <w:br/>
        <w:t>v -0.000013 17.910351 -0.661826</w:t>
        <w:br/>
        <w:t>v -0.097637 17.800629 -0.678520</w:t>
        <w:br/>
        <w:t>v -0.388890 17.991268 -0.646425</w:t>
        <w:br/>
        <w:t>v -0.416253 17.970749 -0.652443</w:t>
        <w:br/>
        <w:t>v -0.353237 17.910538 -0.667879</w:t>
        <w:br/>
        <w:t>v -0.333522 17.940300 -0.659480</w:t>
        <w:br/>
        <w:t>v -0.286366 17.898605 -0.672437</w:t>
        <w:br/>
        <w:t>v -0.272158 17.930752 -0.661131</w:t>
        <w:br/>
        <w:t>v -0.227831 17.851711 -0.686230</w:t>
        <w:br/>
        <w:t>v -0.211888 17.880219 -0.678128</w:t>
        <w:br/>
        <w:t>v -0.152639 17.847412 -0.688725</w:t>
        <w:br/>
        <w:t>v -0.167400 17.821598 -0.693909</w:t>
        <w:br/>
        <w:t>v -0.116867 17.774151 -0.703030</w:t>
        <w:br/>
        <w:t>v -0.105793 17.795639 -0.701219</w:t>
        <w:br/>
        <w:t>v -0.062842 17.736889 -0.713246</w:t>
        <w:br/>
        <w:t>v -0.052635 17.757702 -0.709342</w:t>
        <w:br/>
        <w:t>v -0.000013 17.733574 -0.712638</w:t>
        <w:br/>
        <w:t>v -0.044584 17.764462 -0.686264</w:t>
        <w:br/>
        <w:t>v -0.052635 17.757702 -0.709342</w:t>
        <w:br/>
        <w:t>v -0.000013 17.733574 -0.712638</w:t>
        <w:br/>
        <w:t>v -0.097637 17.800629 -0.678520</w:t>
        <w:br/>
        <w:t>v -0.105793 17.795639 -0.701219</w:t>
        <w:br/>
        <w:t>v -0.044584 17.764462 -0.686264</w:t>
        <w:br/>
        <w:t>v -0.145760 17.852448 -0.666565</w:t>
        <w:br/>
        <w:t>v -0.152639 17.847412 -0.688725</w:t>
        <w:br/>
        <w:t>v -0.211888 17.880219 -0.678128</w:t>
        <w:br/>
        <w:t>v -0.206701 17.882858 -0.657362</w:t>
        <w:br/>
        <w:t>v -0.206701 17.882858 -0.657362</w:t>
        <w:br/>
        <w:t>v -0.145760 17.852448 -0.666565</w:t>
        <w:br/>
        <w:t>v -0.266707 17.933514 -0.642434</w:t>
        <w:br/>
        <w:t>v -0.272158 17.930752 -0.661131</w:t>
        <w:br/>
        <w:t>v -0.266707 17.933514 -0.642434</w:t>
        <w:br/>
        <w:t>v -0.276064 18.050583 -0.605365</w:t>
        <w:br/>
        <w:t>v -0.324514 18.088646 -0.607628</w:t>
        <w:br/>
        <w:t>v -0.292242 18.065243 -0.625490</w:t>
        <w:br/>
        <w:t>v -0.292242 18.065243 -0.625490</w:t>
        <w:br/>
        <w:t>v -0.330008 17.943199 -0.637823</w:t>
        <w:br/>
        <w:t>v -0.333522 17.940300 -0.659480</w:t>
        <w:br/>
        <w:t>v -0.330008 17.943199 -0.637823</w:t>
        <w:br/>
        <w:t>v -0.372651 17.980114 -0.622534</w:t>
        <w:br/>
        <w:t>v -0.388890 17.991268 -0.646425</w:t>
        <w:br/>
        <w:t>v -0.372651 17.980114 -0.622534</w:t>
        <w:br/>
        <w:t>v -0.372651 17.980114 -0.622534</w:t>
        <w:br/>
        <w:t>v -0.400196 18.023991 -0.634748</w:t>
        <w:br/>
        <w:t>v -0.438458 17.991730 -0.644322</w:t>
        <w:br/>
        <w:t>v -0.243867 18.529678 -0.400404</w:t>
        <w:br/>
        <w:t>v -0.251981 18.542995 -0.415663</w:t>
        <w:br/>
        <w:t>v -0.277282 18.494057 -0.374738</w:t>
        <w:br/>
        <w:t>v -0.274608 18.422846 -0.418431</w:t>
        <w:br/>
        <w:t>v -0.230092 18.437181 -0.453757</w:t>
        <w:br/>
        <w:t>v -0.281526 18.332388 -0.456701</w:t>
        <w:br/>
        <w:t>v -0.220231 18.377165 -0.484925</w:t>
        <w:br/>
        <w:t>v -0.273230 18.260757 -0.507464</w:t>
        <w:br/>
        <w:t>v -0.217034 18.268154 -0.531043</w:t>
        <w:br/>
        <w:t>v -0.230355 18.448500 -0.468483</w:t>
        <w:br/>
        <w:t>v -0.219654 18.390524 -0.497189</w:t>
        <w:br/>
        <w:t>v -0.213089 18.277252 -0.547043</w:t>
        <w:br/>
        <w:t>v -0.230202 18.210896 -0.551443</w:t>
        <w:br/>
        <w:t>v -0.258896 18.152809 -0.571752</w:t>
        <w:br/>
        <w:t>v -0.255994 18.152309 -0.591562</w:t>
        <w:br/>
        <w:t>v -0.226778 18.215195 -0.569348</w:t>
        <w:br/>
        <w:t>v -0.325280 18.086632 -0.593992</w:t>
        <w:br/>
        <w:t>v -0.324514 18.088646 -0.607628</w:t>
        <w:br/>
        <w:t>v -0.395918 18.032990 -0.610138</w:t>
        <w:br/>
        <w:t>v -0.400196 18.023991 -0.634748</w:t>
        <w:br/>
        <w:t>v -0.445708 17.989372 -0.624186</w:t>
        <w:br/>
        <w:t>v -0.438458 17.991730 -0.644322</w:t>
        <w:br/>
        <w:t>v -0.156884 18.605562 0.320798</w:t>
        <w:br/>
        <w:t>v -0.106008 18.574598 0.353103</w:t>
        <w:br/>
        <w:t>v -0.117250 18.558214 0.379295</w:t>
        <w:br/>
        <w:t>v -0.172225 18.594877 0.339692</w:t>
        <w:br/>
        <w:t>v -0.225375 18.622988 0.266265</w:t>
        <w:br/>
        <w:t>v -0.278878 18.663782 0.258925</w:t>
        <w:br/>
        <w:t>v -0.251104 18.674875 0.242412</w:t>
        <w:br/>
        <w:t>v -0.301219 18.716997 0.149047</w:t>
        <w:br/>
        <w:t>v -0.279394 18.704340 0.208807</w:t>
        <w:br/>
        <w:t>v -0.310506 18.696180 0.223919</w:t>
        <w:br/>
        <w:t>v -0.343776 18.710428 0.165044</w:t>
        <w:br/>
        <w:t>v -0.375098 18.716673 0.067029</w:t>
        <w:br/>
        <w:t>v -0.322289 18.720675 0.067450</w:t>
        <w:br/>
        <w:t>v -0.381896 18.714487 -0.079031</w:t>
        <w:br/>
        <w:t>v -0.339247 18.721409 -0.072244</w:t>
        <w:br/>
        <w:t>v -0.310542 18.702881 -0.209108</w:t>
        <w:br/>
        <w:t>v -0.342738 18.698185 -0.215734</w:t>
        <w:br/>
        <w:t>v -0.297642 18.681805 -0.298711</w:t>
        <w:br/>
        <w:t>v -0.277401 18.685268 -0.296086</w:t>
        <w:br/>
        <w:t>v -0.237946 18.659801 -0.360696</w:t>
        <w:br/>
        <w:t>v -0.172807 18.641102 -0.430411</w:t>
        <w:br/>
        <w:t>v -0.167392 18.640480 -0.408683</w:t>
        <w:br/>
        <w:t>v -0.102622 18.599964 -0.461704</w:t>
        <w:br/>
        <w:t>v -0.098336 18.598858 -0.448028</w:t>
        <w:br/>
        <w:t>v -0.064321 18.547705 -0.492929</w:t>
        <w:br/>
        <w:t>v -0.057571 18.546892 -0.474484</w:t>
        <w:br/>
        <w:t>v -0.000014 18.465075 -0.498308</w:t>
        <w:br/>
        <w:t>v -0.021438 18.495173 -0.508758</w:t>
        <w:br/>
        <w:t>v -0.000014 18.457685 -0.514834</w:t>
        <w:br/>
        <w:t>v -0.258896 18.152809 -0.571752</w:t>
        <w:br/>
        <w:t>v -0.300458 18.174046 -0.550722</w:t>
        <w:br/>
        <w:t>v -0.470528 18.063179 -0.575551</w:t>
        <w:br/>
        <w:t>v -0.377205 18.174042 -0.518987</w:t>
        <w:br/>
        <w:t>v -0.331257 18.258572 -0.469193</w:t>
        <w:br/>
        <w:t>v -0.304044 18.485584 -0.328304</w:t>
        <w:br/>
        <w:t>v -0.331170 18.485981 -0.239545</w:t>
        <w:br/>
        <w:t>v -0.342209 18.487192 -0.094778</w:t>
        <w:br/>
        <w:t>v -0.327389 18.490273 0.054901</w:t>
        <w:br/>
        <w:t>v -0.291878 18.490822 0.146350</w:t>
        <w:br/>
        <w:t>v -0.238114 18.485201 0.229791</w:t>
        <w:br/>
        <w:t>v -0.324140 18.405874 -0.348117</w:t>
        <w:br/>
        <w:t>v -0.341412 18.323877 -0.364698</w:t>
        <w:br/>
        <w:t>v -0.396733 18.256584 -0.397597</w:t>
        <w:br/>
        <w:t>v -0.460389 18.197212 -0.438650</w:t>
        <w:br/>
        <w:t>v -0.566051 18.114120 -0.491519</w:t>
        <w:br/>
        <w:t>v -0.348984 18.398256 -0.253514</w:t>
        <w:br/>
        <w:t>v -0.345011 18.387659 -0.104945</w:t>
        <w:br/>
        <w:t>v -0.375191 18.317991 -0.270735</w:t>
        <w:br/>
        <w:t>v -0.217639 18.488043 0.292393</w:t>
        <w:br/>
        <w:t>v -0.243646 18.488684 0.258489</w:t>
        <w:br/>
        <w:t>v -0.231245 18.387175 0.257424</w:t>
        <w:br/>
        <w:t>v -0.198518 18.397009 0.290122</w:t>
        <w:br/>
        <w:t>v -0.226213 18.381804 0.227506</w:t>
        <w:br/>
        <w:t>v -0.327012 18.387476 0.048687</w:t>
        <w:br/>
        <w:t>v -0.290015 18.387465 0.143301</w:t>
        <w:br/>
        <w:t>v -0.374160 18.300631 -0.114601</w:t>
        <w:br/>
        <w:t>v -0.191145 18.307203 0.289687</w:t>
        <w:br/>
        <w:t>v -0.226603 18.302103 0.256103</w:t>
        <w:br/>
        <w:t>v -0.224651 18.296656 0.228604</w:t>
        <w:br/>
        <w:t>v -0.335645 18.276163 0.044810</w:t>
        <w:br/>
        <w:t>v -0.297765 18.274218 0.144549</w:t>
        <w:br/>
        <w:t>v -0.422066 18.243271 -0.295984</w:t>
        <w:br/>
        <w:t>v -0.417080 18.219543 -0.127407</w:t>
        <w:br/>
        <w:t>v -0.493874 18.195213 -0.324921</w:t>
        <w:br/>
        <w:t>v -0.486936 18.165409 -0.151483</w:t>
        <w:br/>
        <w:t>v -0.378847 18.173626 0.041424</w:t>
        <w:br/>
        <w:t>v -0.451269 18.095318 0.029748</w:t>
        <w:br/>
        <w:t>v -0.614567 18.141092 -0.371209</w:t>
        <w:br/>
        <w:t>v -0.610267 18.112801 -0.181810</w:t>
        <w:br/>
        <w:t>v -0.542114 18.041634 0.001608</w:t>
        <w:br/>
        <w:t>v -0.359346 17.897751 -0.648997</w:t>
        <w:br/>
        <w:t>v -0.353237 17.910538 -0.667879</w:t>
        <w:br/>
        <w:t>v -0.416253 17.970749 -0.652443</w:t>
        <w:br/>
        <w:t>v -0.415922 17.946133 -0.630496</w:t>
        <w:br/>
        <w:t>v -0.286366 17.898605 -0.672437</w:t>
        <w:br/>
        <w:t>v -0.287821 17.884560 -0.660080</w:t>
        <w:br/>
        <w:t>v -0.229932 17.835178 -0.670431</w:t>
        <w:br/>
        <w:t>v -0.227831 17.851711 -0.686230</w:t>
        <w:br/>
        <w:t>v -0.173262 17.805210 -0.676897</w:t>
        <w:br/>
        <w:t>v -0.229932 17.835178 -0.670431</w:t>
        <w:br/>
        <w:t>v -0.125050 17.759785 -0.679927</w:t>
        <w:br/>
        <w:t>v -0.066330 17.724728 -0.689185</w:t>
        <w:br/>
        <w:t>v -0.062842 17.736889 -0.713246</w:t>
        <w:br/>
        <w:t>v -0.000013 17.694279 -0.697721</w:t>
        <w:br/>
        <w:t>v -0.565657 17.844639 -0.676034</w:t>
        <w:br/>
        <w:t>v -0.565532 17.816216 -0.687486</w:t>
        <w:br/>
        <w:t>v -0.565163 17.789265 -0.674258</w:t>
        <w:br/>
        <w:t>v -0.415922 17.946133 -0.630496</w:t>
        <w:br/>
        <w:t>v -0.416253 17.970749 -0.652443</w:t>
        <w:br/>
        <w:t>v -0.565532 17.816216 -0.687486</w:t>
        <w:br/>
        <w:t>v -0.620995 17.939911 -0.624122</w:t>
        <w:br/>
        <w:t>v -0.636922 17.935633 -0.627080</w:t>
        <w:br/>
        <w:t>v -0.565163 17.789265 -0.674258</w:t>
        <w:br/>
        <w:t>v -0.565532 17.816216 -0.687486</w:t>
        <w:br/>
        <w:t>v -0.636922 17.935633 -0.627080</w:t>
        <w:br/>
        <w:t>v -0.640867 17.917316 -0.616285</w:t>
        <w:br/>
        <w:t>v -0.565657 17.844639 -0.676034</w:t>
        <w:br/>
        <w:t>v -0.561085 17.856438 -0.655377</w:t>
        <w:br/>
        <w:t>v -0.611221 17.935715 -0.615127</w:t>
        <w:br/>
        <w:t>v -0.561085 17.856438 -0.655377</w:t>
        <w:br/>
        <w:t>v -0.659999 18.033224 -0.532217</w:t>
        <w:br/>
        <w:t>v -0.687008 18.029882 -0.546753</w:t>
        <w:br/>
        <w:t>v -0.691383 18.010630 -0.539847</w:t>
        <w:br/>
        <w:t>v -0.675661 18.040838 -0.539792</w:t>
        <w:br/>
        <w:t>v -0.747795 18.090563 -0.421167</w:t>
        <w:br/>
        <w:t>v -0.760432 18.081713 -0.424383</w:t>
        <w:br/>
        <w:t>v -0.761342 18.061775 -0.422146</w:t>
        <w:br/>
        <w:t>v -0.773361 18.107580 -0.319439</w:t>
        <w:br/>
        <w:t>v -0.785693 18.098928 -0.319994</w:t>
        <w:br/>
        <w:t>v -0.786273 18.077177 -0.319102</w:t>
        <w:br/>
        <w:t>v -0.734744 18.085436 -0.156623</w:t>
        <w:br/>
        <w:t>v -0.748305 18.076931 -0.155819</w:t>
        <w:br/>
        <w:t>v -0.749050 18.049761 -0.167125</w:t>
        <w:br/>
        <w:t>v -0.664660 18.024797 -0.012693</w:t>
        <w:br/>
        <w:t>v -0.687535 18.016520 -0.020801</w:t>
        <w:br/>
        <w:t>v -0.687535 18.016520 -0.020801</w:t>
        <w:br/>
        <w:t>v -0.689369 17.999674 -0.033223</w:t>
        <w:br/>
        <w:t>v -0.732995 18.079666 -0.419287</w:t>
        <w:br/>
        <w:t>v -0.747795 18.090563 -0.421167</w:t>
        <w:br/>
        <w:t>v -0.754696 18.095831 -0.315145</w:t>
        <w:br/>
        <w:t>v -0.773361 18.107580 -0.319439</w:t>
        <w:br/>
        <w:t>v -0.648696 18.015394 -0.014420</w:t>
        <w:br/>
        <w:t>v -0.719538 18.074453 -0.158086</w:t>
        <w:br/>
        <w:t>v -0.734744 18.085436 -0.156623</w:t>
        <w:br/>
        <w:t>v -0.664660 18.024797 -0.012693</w:t>
        <w:br/>
        <w:t>v -0.310214 18.169029 0.160269</w:t>
        <w:br/>
        <w:t>v -0.229626 18.211752 0.225785</w:t>
        <w:br/>
        <w:t>v -0.226581 18.217035 0.251896</w:t>
        <w:br/>
        <w:t>v -0.192357 18.215288 0.296262</w:t>
        <w:br/>
        <w:t>v -0.172432 18.206652 0.288150</w:t>
        <w:br/>
        <w:t>v -0.192357 18.215288 0.296262</w:t>
        <w:br/>
        <w:t>v -0.088431 18.201487 0.327730</w:t>
        <w:br/>
        <w:t>v -0.000015 18.389391 0.357545</w:t>
        <w:br/>
        <w:t>v -0.268622 18.138111 0.246120</w:t>
        <w:br/>
        <w:t>v -0.227375 18.124573 0.291776</w:t>
        <w:br/>
        <w:t>v -0.265996 18.139084 0.222658</w:t>
        <w:br/>
        <w:t>v -0.204620 18.109478 0.288490</w:t>
        <w:br/>
        <w:t>v -0.227375 18.124573 0.291776</w:t>
        <w:br/>
        <w:t>v -0.095334 18.117691 0.335554</w:t>
        <w:br/>
        <w:t>v -0.000015 18.108566 0.354241</w:t>
        <w:br/>
        <w:t>v -0.303036 18.053799 0.248480</w:t>
        <w:br/>
        <w:t>v -0.331509 18.077866 0.211928</w:t>
        <w:br/>
        <w:t>v -0.280579 18.035469 0.244959</w:t>
        <w:br/>
        <w:t>v -0.186050 18.027100 0.308683</w:t>
        <w:br/>
        <w:t>v -0.000014 18.028664 0.365456</w:t>
        <w:br/>
        <w:t>v -0.089172 18.014187 0.353539</w:t>
        <w:br/>
        <w:t>v -0.088137 17.933060 0.370195</w:t>
        <w:br/>
        <w:t>v -0.085891 17.965660 0.365894</w:t>
        <w:br/>
        <w:t>v -0.123365 17.926048 0.359912</w:t>
        <w:br/>
        <w:t>v -0.190070 17.935795 0.330653</w:t>
        <w:br/>
        <w:t>v -0.254697 17.941780 0.291982</w:t>
        <w:br/>
        <w:t>v -0.335272 18.076077 0.180556</w:t>
        <w:br/>
        <w:t>v -0.362039 18.086189 0.144676</w:t>
        <w:br/>
        <w:t>v -0.440347 18.021164 0.118248</w:t>
        <w:br/>
        <w:t>v -0.526521 17.982414 0.096699</w:t>
        <w:br/>
        <w:t>v -0.616493 17.947783 0.087943</w:t>
        <w:br/>
        <w:t>v -0.422176 18.000694 0.152133</w:t>
        <w:br/>
        <w:t>v -0.502903 17.919430 0.179281</w:t>
        <w:br/>
        <w:t>v -0.583204 17.885094 0.185945</w:t>
        <w:br/>
        <w:t>v -0.559202 17.851601 0.239351</w:t>
        <w:br/>
        <w:t>v -0.422666 18.000938 0.182684</w:t>
        <w:br/>
        <w:t>v -0.509094 17.922848 0.211610</w:t>
        <w:br/>
        <w:t>v -0.560803 17.854725 0.271852</w:t>
        <w:br/>
        <w:t>v -0.583204 17.885094 0.185945</w:t>
        <w:br/>
        <w:t>v -0.559202 17.851601 0.239351</w:t>
        <w:br/>
        <w:t>v -0.560803 17.854725 0.271852</w:t>
        <w:br/>
        <w:t>v -0.598042 17.898567 0.194754</w:t>
        <w:br/>
        <w:t>v -0.631830 17.959459 0.099706</w:t>
        <w:br/>
        <w:t>v -0.616493 17.947783 0.087943</w:t>
        <w:br/>
        <w:t>v -0.559587 17.822960 0.316451</w:t>
        <w:br/>
        <w:t>v -0.485099 17.907845 0.240658</w:t>
        <w:br/>
        <w:t>v -0.416709 17.971607 0.212755</w:t>
        <w:br/>
        <w:t>v -0.392473 17.964836 0.215439</w:t>
        <w:br/>
        <w:t>v -0.280579 18.035469 0.244959</w:t>
        <w:br/>
        <w:t>v -0.378041 17.964664 0.206442</w:t>
        <w:br/>
        <w:t>v -0.413568 17.946133 0.215768</w:t>
        <w:br/>
        <w:t>v -0.559587 17.822960 0.316451</w:t>
        <w:br/>
        <w:t>v -0.462176 17.883537 0.226681</w:t>
        <w:br/>
        <w:t>v -0.551975 17.795738 0.305479</w:t>
        <w:br/>
        <w:t>v -0.578185 17.840309 0.283299</w:t>
        <w:br/>
        <w:t>v -0.615364 17.883896 0.201555</w:t>
        <w:br/>
        <w:t>v -0.598042 17.898567 0.194754</w:t>
        <w:br/>
        <w:t>v -0.647395 17.951227 0.098615</w:t>
        <w:br/>
        <w:t>v -0.631830 17.959459 0.099706</w:t>
        <w:br/>
        <w:t>v -0.647395 17.951227 0.098615</w:t>
        <w:br/>
        <w:t>v -0.649937 17.931229 0.086453</w:t>
        <w:br/>
        <w:t>v -0.615364 17.883896 0.201555</w:t>
        <w:br/>
        <w:t>v -0.617796 17.870884 0.185433</w:t>
        <w:br/>
        <w:t>v -0.578185 17.840309 0.283299</w:t>
        <w:br/>
        <w:t>v -0.575374 17.821873 0.264481</w:t>
        <w:br/>
        <w:t>v -0.412620 17.931213 0.204938</w:t>
        <w:br/>
        <w:t>v -0.413568 17.946133 0.215768</w:t>
        <w:br/>
        <w:t>v -0.354679 17.899643 0.276731</w:t>
        <w:br/>
        <w:t>v -0.346839 17.881241 0.262962</w:t>
        <w:br/>
        <w:t>v -0.412620 17.931213 0.204938</w:t>
        <w:br/>
        <w:t>v -0.413568 17.946133 0.215768</w:t>
        <w:br/>
        <w:t>v -0.392473 17.964836 0.215439</w:t>
        <w:br/>
        <w:t>v -0.337440 17.920910 0.275269</w:t>
        <w:br/>
        <w:t>v -0.354679 17.899643 0.276731</w:t>
        <w:br/>
        <w:t>v -0.262876 17.900124 0.321791</w:t>
        <w:br/>
        <w:t>v -0.280919 17.868034 0.330740</w:t>
        <w:br/>
        <w:t>v -0.280919 17.868034 0.330740</w:t>
        <w:br/>
        <w:t>v -0.282611 17.859013 0.318607</w:t>
        <w:br/>
        <w:t>v -0.240963 17.817829 0.341672</w:t>
        <w:br/>
        <w:t>v -0.245604 17.837368 0.364115</w:t>
        <w:br/>
        <w:t>v -0.194780 17.870651 0.359758</w:t>
        <w:br/>
        <w:t>v -0.245604 17.837368 0.364115</w:t>
        <w:br/>
        <w:t>v -0.182263 17.829472 0.382372</w:t>
        <w:br/>
        <w:t>v -0.182145 17.815544 0.364019</w:t>
        <w:br/>
        <w:t>v -0.153172 17.855865 0.386328</w:t>
        <w:br/>
        <w:t>v -0.182263 17.829472 0.382372</w:t>
        <w:br/>
        <w:t>v -0.130008 17.783474 0.416342</w:t>
        <w:br/>
        <w:t>v -0.133425 17.774071 0.396587</w:t>
        <w:br/>
        <w:t>v -0.093245 17.798771 0.424560</w:t>
        <w:br/>
        <w:t>v -0.130008 17.783474 0.416342</w:t>
        <w:br/>
        <w:t>v -0.075525 17.738010 0.450629</w:t>
        <w:br/>
        <w:t>v -0.076836 17.726395 0.434015</w:t>
        <w:br/>
        <w:t>v -0.000014 17.669346 0.455613</w:t>
        <w:br/>
        <w:t>v -0.000014 17.677761 0.470279</w:t>
        <w:br/>
        <w:t>v -0.049565 17.761089 0.450731</w:t>
        <w:br/>
        <w:t>v -0.075525 17.738010 0.450629</w:t>
        <w:br/>
        <w:t>v -0.000014 17.718868 0.464875</w:t>
        <w:br/>
        <w:t>v -0.039652 17.759308 0.426961</w:t>
        <w:br/>
        <w:t>v -0.049565 17.761089 0.450731</w:t>
        <w:br/>
        <w:t>v -0.093245 17.798771 0.424560</w:t>
        <w:br/>
        <w:t>v -0.081876 17.794483 0.411809</w:t>
        <w:br/>
        <w:t>v -0.000014 17.727448 0.439467</w:t>
        <w:br/>
        <w:t>v -0.000014 17.718868 0.464875</w:t>
        <w:br/>
        <w:t>v -0.153172 17.855865 0.386328</w:t>
        <w:br/>
        <w:t>v -0.142616 17.853462 0.374645</w:t>
        <w:br/>
        <w:t>v -0.262205 17.904793 0.310579</w:t>
        <w:br/>
        <w:t>v -0.191171 17.873913 0.347950</w:t>
        <w:br/>
        <w:t>v -0.085597 17.871944 0.385019</w:t>
        <w:br/>
        <w:t>v -0.142616 17.853462 0.374645</w:t>
        <w:br/>
        <w:t>v -0.144118 17.882362 0.360475</w:t>
        <w:br/>
        <w:t>v -0.039652 17.759308 0.426961</w:t>
        <w:br/>
        <w:t>v -0.081876 17.794483 0.411809</w:t>
        <w:br/>
        <w:t>v -0.000014 17.799496 0.415130</w:t>
        <w:br/>
        <w:t>v -0.328472 17.921455 0.274562</w:t>
        <w:br/>
        <w:t>v -1.203062 16.223515 0.209307</w:t>
        <w:br/>
        <w:t>v -1.198761 16.213966 -0.018079</w:t>
        <w:br/>
        <w:t>v -1.208782 16.317287 -0.035190</w:t>
        <w:br/>
        <w:t>v -1.205074 16.319847 0.192888</w:t>
        <w:br/>
        <w:t>v -1.139613 16.107098 -0.216312</w:t>
        <w:br/>
        <w:t>v -1.184560 16.108925 0.001804</w:t>
        <w:br/>
        <w:t>v -1.165452 16.004757 0.022074</w:t>
        <w:br/>
        <w:t>v -1.116538 15.990129 -0.184219</w:t>
        <w:br/>
        <w:t>v -1.062715 16.358894 -0.489929</w:t>
        <w:br/>
        <w:t>v -1.174824 16.332592 -0.277925</w:t>
        <w:br/>
        <w:t>v -1.159665 16.224419 -0.249104</w:t>
        <w:br/>
        <w:t>v -1.037551 16.220184 -0.460183</w:t>
        <w:br/>
        <w:t>v -1.041668 15.520882 0.250385</w:t>
        <w:br/>
        <w:t>v -1.074797 15.695758 0.075316</w:t>
        <w:br/>
        <w:t>v -1.095049 15.701521 0.287946</w:t>
        <w:br/>
        <w:t>v -1.064348 15.762508 -0.124209</w:t>
        <w:br/>
        <w:t>v -0.936547 15.735989 -0.299916</w:t>
        <w:br/>
        <w:t>v -0.958990 15.852352 -0.340046</w:t>
        <w:br/>
        <w:t>v -1.091911 15.875617 -0.155400</w:t>
        <w:br/>
        <w:t>v -1.178259 16.025127 0.245476</w:t>
        <w:br/>
        <w:t>v -1.194251 16.123924 0.227704</w:t>
        <w:br/>
        <w:t>v -1.125885 15.815306 0.275616</w:t>
        <w:br/>
        <w:t>v -1.110934 15.799594 0.058211</w:t>
        <w:br/>
        <w:t>v -1.141194 15.901498 0.040688</w:t>
        <w:br/>
        <w:t>v -1.153968 15.919999 0.261890</w:t>
        <w:br/>
        <w:t>v -0.982221 15.967900 -0.382179</w:t>
        <w:br/>
        <w:t>v -1.010145 16.093109 -0.424254</w:t>
        <w:br/>
        <w:t>v -0.799794 16.205875 -0.593631</w:t>
        <w:br/>
        <w:t>v -0.827102 16.339577 -0.627952</w:t>
        <w:br/>
        <w:t>v -0.000013 16.267086 -0.630615</w:t>
        <w:br/>
        <w:t>v -0.251969 16.280994 -0.648425</w:t>
        <w:br/>
        <w:t>v -0.243154 16.180485 -0.633134</w:t>
        <w:br/>
        <w:t>v -0.776120 16.083858 -0.554820</w:t>
        <w:br/>
        <w:t>v -0.755327 15.960582 -0.519671</w:t>
        <w:br/>
        <w:t>v -0.488173 15.949533 -0.583324</w:t>
        <w:br/>
        <w:t>v -0.496828 16.068417 -0.610892</w:t>
        <w:br/>
        <w:t>v -0.232544 16.067333 -0.608711</w:t>
        <w:br/>
        <w:t>v -0.222990 15.954244 -0.583421</w:t>
        <w:br/>
        <w:t>v -0.000014 15.954101 -0.568903</w:t>
        <w:br/>
        <w:t>v -0.717892 15.697338 -0.463833</w:t>
        <w:br/>
        <w:t>v -0.737373 15.826310 -0.497234</w:t>
        <w:br/>
        <w:t>v -0.506670 16.186798 -0.640512</w:t>
        <w:br/>
        <w:t>v -0.519822 16.307873 -0.667083</w:t>
        <w:br/>
        <w:t>v -0.998979 15.534685 -0.029617</w:t>
        <w:br/>
        <w:t>v -1.037327 15.664495 -0.091055</w:t>
        <w:br/>
        <w:t>v -0.216797 15.853438 -0.565876</w:t>
        <w:br/>
        <w:t>v -0.211842 15.758160 -0.536114</w:t>
        <w:br/>
        <w:t>v -0.000014 15.786036 -0.523091</w:t>
        <w:br/>
        <w:t>v -0.478785 15.830858 -0.563374</w:t>
        <w:br/>
        <w:t>v -0.467441 15.719982 -0.527594</w:t>
        <w:br/>
        <w:t>v -0.695325 15.595717 -0.400219</w:t>
        <w:br/>
        <w:t>v -0.913781 15.626430 -0.267774</w:t>
        <w:br/>
        <w:t>v -0.890955 15.556824 -0.251158</w:t>
        <w:br/>
        <w:t>v -0.520516 15.681552 1.452983</w:t>
        <w:br/>
        <w:t>v -0.616160 15.666529 1.421186</w:t>
        <w:br/>
        <w:t>v -0.672576 15.715301 1.505448</w:t>
        <w:br/>
        <w:t>v -0.557021 15.728720 1.521966</w:t>
        <w:br/>
        <w:t>v -0.165761 15.734759 1.491906</w:t>
        <w:br/>
        <w:t>v -0.169141 15.784889 1.547479</w:t>
        <w:br/>
        <w:t>v -0.177285 15.871834 1.606408</w:t>
        <w:br/>
        <w:t>v -0.181539 15.967676 1.647565</w:t>
        <w:br/>
        <w:t>v -0.000016 15.982398 1.634743</w:t>
        <w:br/>
        <w:t>v -0.617561 15.939291 1.658712</w:t>
        <w:br/>
        <w:t>v -0.490597 15.942349 1.663325</w:t>
        <w:br/>
        <w:t>v -0.475234 15.840384 1.609373</w:t>
        <w:br/>
        <w:t>v -0.594916 15.826471 1.597910</w:t>
        <w:br/>
        <w:t>v -0.153568 16.651531 1.428070</w:t>
        <w:br/>
        <w:t>v -0.159304 16.558697 1.496502</w:t>
        <w:br/>
        <w:t>v -0.318593 16.573618 1.510094</w:t>
        <w:br/>
        <w:t>v -0.307119 16.669025 1.440711</w:t>
        <w:br/>
        <w:t>v -1.109166 15.812860 1.241381</w:t>
        <w:br/>
        <w:t>v -1.064996 15.803047 1.327858</w:t>
        <w:br/>
        <w:t>v -0.998523 15.723476 1.282332</w:t>
        <w:br/>
        <w:t>v -1.036452 15.729686 1.203547</w:t>
        <w:br/>
        <w:t>v -0.745481 15.916900 1.637071</w:t>
        <w:br/>
        <w:t>v -0.716580 15.813442 1.580090</w:t>
        <w:br/>
        <w:t>v -1.165861 15.908412 1.273044</w:t>
        <w:br/>
        <w:t>v -1.118728 15.902337 1.368856</w:t>
        <w:br/>
        <w:t>v -1.157327 16.254316 1.403749</w:t>
        <w:br/>
        <w:t>v -1.161536 16.134323 1.407413</w:t>
        <w:br/>
        <w:t>v -1.218751 16.129980 1.304124</w:t>
        <w:br/>
        <w:t>v -1.217167 16.245445 1.300161</w:t>
        <w:br/>
        <w:t>v -1.139215 16.375801 1.380839</w:t>
        <w:br/>
        <w:t>v -1.199138 16.361992 1.277672</w:t>
        <w:br/>
        <w:t>v -1.171384 16.472872 1.239801</w:t>
        <w:br/>
        <w:t>v -1.106905 16.488913 1.338677</w:t>
        <w:br/>
        <w:t>v -0.971708 16.735706 1.234247</w:t>
        <w:br/>
        <w:t>v -1.048419 16.611267 1.289690</w:t>
        <w:br/>
        <w:t>v -1.111455 16.600534 1.196873</w:t>
        <w:br/>
        <w:t>v -1.034221 16.728821 1.156980</w:t>
        <w:br/>
        <w:t>v -1.165348 15.933650 0.477250</w:t>
        <w:br/>
        <w:t>v -1.181694 15.921261 0.656350</w:t>
        <w:br/>
        <w:t>v -1.148682 15.838781 0.659321</w:t>
        <w:br/>
        <w:t>v -1.133002 15.828044 0.486715</w:t>
        <w:br/>
        <w:t>v -1.197111 16.046055 0.465680</w:t>
        <w:br/>
        <w:t>v -1.216224 16.147854 0.447567</w:t>
        <w:br/>
        <w:t>v -1.249836 16.176117 0.628635</w:t>
        <w:br/>
        <w:t>v -1.235922 16.089378 0.641976</w:t>
        <w:br/>
        <w:t>v -1.223263 16.246399 0.428895</w:t>
        <w:br/>
        <w:t>v -1.219882 16.342453 0.410102</w:t>
        <w:br/>
        <w:t>v -1.251052 16.270756 0.611077</w:t>
        <w:br/>
        <w:t>v -1.239756 16.363163 0.590889</w:t>
        <w:br/>
        <w:t>v -1.273903 16.294321 0.766734</w:t>
        <w:br/>
        <w:t>v -1.255800 16.386564 0.744477</w:t>
        <w:br/>
        <w:t>v -1.276952 16.199259 0.783942</w:t>
        <w:br/>
        <w:t>v -1.263584 16.106701 0.795767</w:t>
        <w:br/>
        <w:t>v -1.202847 15.928850 0.804339</w:t>
        <w:br/>
        <w:t>v -1.161337 15.844180 0.803366</w:t>
        <w:br/>
        <w:t>v -1.078169 15.614530 0.642607</w:t>
        <w:br/>
        <w:t>v -1.061405 15.613152 0.777328</w:t>
        <w:br/>
        <w:t>v -1.062385 15.516717 0.625397</w:t>
        <w:br/>
        <w:t>v -1.076378 15.605425 0.477213</w:t>
        <w:br/>
        <w:t>v -1.101314 15.712373 0.491587</w:t>
        <w:br/>
        <w:t>v -1.207536 16.559692 0.374063</w:t>
        <w:br/>
        <w:t>v -1.206282 16.582161 0.543779</w:t>
        <w:br/>
        <w:t>v -1.222857 16.472664 0.567296</w:t>
        <w:br/>
        <w:t>v -1.213749 16.451050 0.391979</w:t>
        <w:br/>
        <w:t>v -1.207619 16.427387 0.179177</w:t>
        <w:br/>
        <w:t>v -1.210164 16.534924 0.165466</w:t>
        <w:br/>
        <w:t>v -1.229413 16.494362 0.714689</w:t>
        <w:br/>
        <w:t>v -1.203945 16.602081 0.683704</w:t>
        <w:br/>
        <w:t>v -1.204215 16.541348 0.978993</w:t>
        <w:br/>
        <w:t>v -1.223011 16.519718 0.861286</w:t>
        <w:br/>
        <w:t>v -1.190863 16.624685 0.822446</w:t>
        <w:br/>
        <w:t>v -1.172066 16.645317 0.930239</w:t>
        <w:br/>
        <w:t>v -1.080296 16.730238 1.072224</w:t>
        <w:br/>
        <w:t>v -1.125593 16.652536 1.089409</w:t>
        <w:br/>
        <w:t>v -1.255640 16.414360 0.897878</w:t>
        <w:br/>
        <w:t>v -1.237340 16.435884 1.023734</w:t>
        <w:br/>
        <w:t>v -1.262029 16.336075 1.053275</w:t>
        <w:br/>
        <w:t>v -1.278147 16.318785 0.923517</w:t>
        <w:br/>
        <w:t>v -1.239469 16.346777 1.165068</w:t>
        <w:br/>
        <w:t>v -1.211988 16.450954 1.131270</w:t>
        <w:br/>
        <w:t>v -1.254168 16.127430 1.189303</w:t>
        <w:br/>
        <w:t>v -1.255504 16.236946 1.184130</w:t>
        <w:br/>
        <w:t>v -0.885305 15.564529 1.047101</w:t>
        <w:br/>
        <w:t>v -0.983360 15.640236 1.084069</w:t>
        <w:br/>
        <w:t>v -0.954067 15.642579 1.152104</w:t>
        <w:br/>
        <w:t>v -1.063148 15.733093 1.119012</w:t>
        <w:br/>
        <w:t>v -1.139513 15.826116 1.148560</w:t>
        <w:br/>
        <w:t>v -1.195091 15.918296 1.169498</w:t>
        <w:br/>
        <w:t>v -0.965963 15.905117 1.541623</w:t>
        <w:br/>
        <w:t>v -0.924392 15.801991 1.489128</w:t>
        <w:br/>
        <w:t>v -1.004182 15.797599 1.416655</w:t>
        <w:br/>
        <w:t>v -1.045408 15.904069 1.458190</w:t>
        <w:br/>
        <w:t>v -0.987432 16.265432 1.588277</w:t>
        <w:br/>
        <w:t>v -0.993923 16.142870 1.593006</w:t>
        <w:br/>
        <w:t>v -1.079313 16.139471 1.501593</w:t>
        <w:br/>
        <w:t>v -1.073761 16.260767 1.497779</w:t>
        <w:br/>
        <w:t>v -0.966534 16.469524 1.535985</w:t>
        <w:br/>
        <w:t>v -0.943006 16.400469 1.590651</w:t>
        <w:br/>
        <w:t>v -0.974305 16.373703 1.575446</w:t>
        <w:br/>
        <w:t>v -0.976459 16.619329 1.374953</w:t>
        <w:br/>
        <w:t>v -0.909648 16.738426 1.316989</w:t>
        <w:br/>
        <w:t>v -0.832774 16.744272 1.373435</w:t>
        <w:br/>
        <w:t>v -0.894518 16.636166 1.440666</w:t>
        <w:br/>
        <w:t>v -0.868189 15.706292 1.425526</w:t>
        <w:br/>
        <w:t>v -0.938768 15.712239 1.358532</w:t>
        <w:br/>
        <w:t>v -0.448017 15.746881 1.536568</w:t>
        <w:br/>
        <w:t>v -0.660129 16.837236 1.305315</w:t>
        <w:br/>
        <w:t>v -0.638258 16.768478 1.391414</w:t>
        <w:br/>
        <w:t>v -0.749270 16.735762 1.418567</w:t>
        <w:br/>
        <w:t>v -0.768283 16.875893 1.239079</w:t>
        <w:br/>
        <w:t>v -0.878308 16.853704 1.167683</w:t>
        <w:br/>
        <w:t>v -0.958234 16.846539 1.086303</w:t>
        <w:br/>
        <w:t>v -1.024055 16.839087 1.009382</w:t>
        <w:br/>
        <w:t>v -0.798116 16.983994 1.032313</w:t>
        <w:br/>
        <w:t>v -0.672076 16.993267 1.101132</w:t>
        <w:br/>
        <w:t>v -0.920829 16.964657 0.959679</w:t>
        <w:br/>
        <w:t>v -0.860886 17.116600 0.826579</w:t>
        <w:br/>
        <w:t>v -0.766639 17.129597 0.861126</w:t>
        <w:br/>
        <w:t>v -1.044782 16.903126 0.866731</w:t>
        <w:br/>
        <w:t>v -0.986866 17.059437 0.755728</w:t>
        <w:br/>
        <w:t>v -0.677583 17.139774 0.908137</w:t>
        <w:br/>
        <w:t>v -0.938988 17.186333 0.675483</w:t>
        <w:br/>
        <w:t>v -0.826217 17.234123 0.733832</w:t>
        <w:br/>
        <w:t>v -0.675111 17.248741 0.780784</w:t>
        <w:br/>
        <w:t>v -0.772455 17.391937 0.613189</w:t>
        <w:br/>
        <w:t>v -0.640899 17.553707 0.512455</w:t>
        <w:br/>
        <w:t>v -0.665544 17.403568 0.634434</w:t>
        <w:br/>
        <w:t>v -0.852273 17.376793 0.574047</w:t>
        <w:br/>
        <w:t>v -0.733824 17.561024 0.469304</w:t>
        <w:br/>
        <w:t>v -1.220263 16.524586 -0.055981</w:t>
        <w:br/>
        <w:t>v -1.214523 16.420937 -0.045586</w:t>
        <w:br/>
        <w:t>v -1.199709 16.559601 -0.323849</w:t>
        <w:br/>
        <w:t>v -1.186936 16.443081 -0.300277</w:t>
        <w:br/>
        <w:t>v -1.091964 16.491177 -0.506558</w:t>
        <w:br/>
        <w:t>v -1.121214 16.623451 -0.523187</w:t>
        <w:br/>
        <w:t>v -0.813923 16.475529 -0.648968</w:t>
        <w:br/>
        <w:t>v -0.753287 16.611153 -0.703499</w:t>
        <w:br/>
        <w:t>v -0.960136 16.625843 -0.640569</w:t>
        <w:br/>
        <w:t>v -0.500702 16.548912 -0.705197</w:t>
        <w:br/>
        <w:t>v -0.510262 16.428391 -0.686140</w:t>
        <w:br/>
        <w:t>v -0.247810 16.461533 -0.673243</w:t>
        <w:br/>
        <w:t>v -1.002428 15.523490 0.251329</w:t>
        <w:br/>
        <w:t>v -0.961806 15.548247 -0.014677</w:t>
        <w:br/>
        <w:t>v -0.998979 15.534685 -0.029617</w:t>
        <w:br/>
        <w:t>v -1.041668 15.520882 0.250385</w:t>
        <w:br/>
        <w:t>v -0.461945 15.677172 -0.434935</w:t>
        <w:br/>
        <w:t>v -0.215604 15.735284 -0.455006</w:t>
        <w:br/>
        <w:t>v -0.210291 15.716261 -0.506187</w:t>
        <w:br/>
        <w:t>v -0.459017 15.657832 -0.478980</w:t>
        <w:br/>
        <w:t>v -0.680020 15.619277 -0.361332</w:t>
        <w:br/>
        <w:t>v -0.695325 15.595717 -0.400219</w:t>
        <w:br/>
        <w:t>v -0.890955 15.556824 -0.251158</w:t>
        <w:br/>
        <w:t>v -0.851058 15.576396 -0.213655</w:t>
        <w:br/>
        <w:t>v -0.484011 15.634386 1.384001</w:t>
        <w:br/>
        <w:t>v -0.483386 15.627418 1.355484</w:t>
        <w:br/>
        <w:t>v -0.593739 15.608626 1.304407</w:t>
        <w:br/>
        <w:t>v -0.607202 15.612872 1.327754</w:t>
        <w:br/>
        <w:t>v -0.000016 15.704089 1.438526</w:t>
        <w:br/>
        <w:t>v -0.000016 15.707368 1.389801</w:t>
        <w:br/>
        <w:t>v -0.162528 15.681397 1.390020</w:t>
        <w:br/>
        <w:t>v -0.162381 15.684628 1.436332</w:t>
        <w:br/>
        <w:t>v -0.526633 16.728067 1.449109</w:t>
        <w:br/>
        <w:t>v -0.518883 16.717148 1.425564</w:t>
        <w:br/>
        <w:t>v -0.416792 16.692663 1.425393</w:t>
        <w:br/>
        <w:t>v -0.413958 16.697357 1.446863</w:t>
        <w:br/>
        <w:t>v -0.306874 16.662327 1.404497</w:t>
        <w:br/>
        <w:t>v -0.175819 16.644077 1.396947</w:t>
        <w:br/>
        <w:t>v -0.153568 16.651531 1.428070</w:t>
        <w:br/>
        <w:t>v -0.307119 16.669025 1.440711</w:t>
        <w:br/>
        <w:t>v -0.966342 15.521039 0.808267</w:t>
        <w:br/>
        <w:t>v -0.996307 15.513422 0.628434</w:t>
        <w:br/>
        <w:t>v -1.062385 15.516717 0.625397</w:t>
        <w:br/>
        <w:t>v -0.990880 15.527772 0.816398</w:t>
        <w:br/>
        <w:t>v -1.060017 15.510490 0.461491</w:t>
        <w:br/>
        <w:t>v -1.011232 15.513107 0.446573</w:t>
        <w:br/>
        <w:t>v -1.175376 16.558525 0.374276</w:t>
        <w:br/>
        <w:t>v -1.174731 16.578373 0.542396</w:t>
        <w:br/>
        <w:t>v -1.206282 16.582161 0.543779</w:t>
        <w:br/>
        <w:t>v -1.207536 16.559692 0.374063</w:t>
        <w:br/>
        <w:t>v -1.210164 16.534924 0.165466</w:t>
        <w:br/>
        <w:t>v -1.177913 16.536339 0.165762</w:t>
        <w:br/>
        <w:t>v -1.174497 16.596493 0.680672</w:t>
        <w:br/>
        <w:t>v -1.203945 16.602081 0.683704</w:t>
        <w:br/>
        <w:t>v -1.165810 16.615879 0.818395</w:t>
        <w:br/>
        <w:t>v -1.149284 16.636454 0.924602</w:t>
        <w:br/>
        <w:t>v -1.172066 16.645317 0.930239</w:t>
        <w:br/>
        <w:t>v -1.190863 16.624685 0.822446</w:t>
        <w:br/>
        <w:t>v -0.815470 15.580063 1.149511</w:t>
        <w:br/>
        <w:t>v -0.789820 15.580067 1.117906</w:t>
        <w:br/>
        <w:t>v -0.861240 15.556344 1.024546</w:t>
        <w:br/>
        <w:t>v -0.741813 15.595566 1.230986</w:t>
        <w:br/>
        <w:t>v -0.716136 15.592330 1.210153</w:t>
        <w:br/>
        <w:t>v -0.635555 16.746262 1.369365</w:t>
        <w:br/>
        <w:t>v -0.638258 16.768478 1.391414</w:t>
        <w:br/>
        <w:t>v -1.109998 16.698605 0.981690</w:t>
        <w:br/>
        <w:t>v -1.089216 16.752270 0.960313</w:t>
        <w:br/>
        <w:t>v -1.106093 16.769361 0.971350</w:t>
        <w:br/>
        <w:t>v -1.130381 16.713634 0.991587</w:t>
        <w:br/>
        <w:t>v -0.672076 16.993267 1.101132</w:t>
        <w:br/>
        <w:t>v -0.660917 16.969078 1.082881</w:t>
        <w:br/>
        <w:t>v -0.653482 16.812855 1.285565</w:t>
        <w:br/>
        <w:t>v -0.660129 16.837236 1.305315</w:t>
        <w:br/>
        <w:t>v -1.024684 16.882175 0.852694</w:t>
        <w:br/>
        <w:t>v -1.044782 16.903126 0.866731</w:t>
        <w:br/>
        <w:t>v -0.968012 17.039738 0.738490</w:t>
        <w:br/>
        <w:t>v -0.986866 17.059437 0.755728</w:t>
        <w:br/>
        <w:t>v -0.677583 17.139774 0.908137</w:t>
        <w:br/>
        <w:t>v -0.664864 17.116528 0.889689</w:t>
        <w:br/>
        <w:t>v -0.921737 17.166847 0.656365</w:t>
        <w:br/>
        <w:t>v -0.938988 17.186333 0.675483</w:t>
        <w:br/>
        <w:t>v -0.675111 17.248741 0.780784</w:t>
        <w:br/>
        <w:t>v -0.664981 17.226669 0.759845</w:t>
        <w:br/>
        <w:t>v -0.836756 17.356606 0.554194</w:t>
        <w:br/>
        <w:t>v -0.737883 17.537998 0.441700</w:t>
        <w:br/>
        <w:t>v -0.733824 17.561024 0.469304</w:t>
        <w:br/>
        <w:t>v -0.852273 17.376793 0.574047</w:t>
        <w:br/>
        <w:t>v -0.640899 17.553707 0.512455</w:t>
        <w:br/>
        <w:t>v -0.629703 17.529198 0.491890</w:t>
        <w:br/>
        <w:t>v -0.659376 17.383137 0.610249</w:t>
        <w:br/>
        <w:t>v -0.665544 17.403568 0.634434</w:t>
        <w:br/>
        <w:t>v -1.220263 16.524586 -0.055981</w:t>
        <w:br/>
        <w:t>v -1.188320 16.528008 -0.053790</w:t>
        <w:br/>
        <w:t>v -1.199709 16.559601 -0.323849</w:t>
        <w:br/>
        <w:t>v -1.169971 16.565483 -0.314200</w:t>
        <w:br/>
        <w:t>v -1.121214 16.623451 -0.523187</w:t>
        <w:br/>
        <w:t>v -1.097438 16.631008 -0.503650</w:t>
        <w:br/>
        <w:t>v -0.753287 16.611153 -0.703499</w:t>
        <w:br/>
        <w:t>v -0.747341 16.617687 -0.672595</w:t>
        <w:br/>
        <w:t>v -0.955433 16.636608 -0.621654</w:t>
        <w:br/>
        <w:t>v -0.960136 16.625843 -0.640569</w:t>
        <w:br/>
        <w:t>v -0.247823 16.465340 -0.641079</w:t>
        <w:br/>
        <w:t>v -0.499846 16.554943 -0.673531</w:t>
        <w:br/>
        <w:t>v -0.500702 16.548912 -0.705197</w:t>
        <w:br/>
        <w:t>v -0.247810 16.461533 -0.673243</w:t>
        <w:br/>
        <w:t>v -0.000013 16.372314 -0.590139</w:t>
        <w:br/>
        <w:t>v -0.578185 17.840309 0.283299</w:t>
        <w:br/>
        <w:t>v -0.559587 17.822960 0.316451</w:t>
        <w:br/>
        <w:t>v -0.559587 17.822960 0.316451</w:t>
        <w:br/>
        <w:t>v -0.551975 17.795738 0.305479</w:t>
        <w:br/>
        <w:t>v -0.578185 17.840309 0.283299</w:t>
        <w:br/>
        <w:t>v -0.575374 17.821873 0.264481</w:t>
        <w:br/>
        <w:t>v -0.000015 18.431803 0.388031</w:t>
        <w:br/>
        <w:t>v -0.023606 18.461220 0.396885</w:t>
        <w:br/>
        <w:t>v -0.018903 18.476225 0.370035</w:t>
        <w:br/>
        <w:t>v -0.000015 18.447584 0.363578</w:t>
        <w:br/>
        <w:t>v -0.049070 18.480398 0.394474</w:t>
        <w:br/>
        <w:t>v -0.042571 18.496626 0.369376</w:t>
        <w:br/>
        <w:t>v -0.072486 18.515036 0.390430</w:t>
        <w:br/>
        <w:t>v -0.065612 18.529558 0.365739</w:t>
        <w:br/>
        <w:t>v -0.526633 16.728067 1.449109</w:t>
        <w:br/>
        <w:t>v -0.624768 16.710670 1.464189</w:t>
        <w:br/>
        <w:t>v -0.378041 17.964664 0.206442</w:t>
        <w:br/>
        <w:t>v -0.194780 17.870651 0.359758</w:t>
        <w:br/>
        <w:t>v -0.191171 17.873913 0.347950</w:t>
        <w:br/>
        <w:t>v -0.167246 17.926456 0.337465</w:t>
        <w:br/>
        <w:t>v -0.167461 17.933987 0.350653</w:t>
        <w:br/>
        <w:t>v -0.152771 17.886482 0.371210</w:t>
        <w:br/>
        <w:t>v -0.144118 17.882362 0.360475</w:t>
        <w:br/>
        <w:t>v -0.152771 17.886482 0.371210</w:t>
        <w:br/>
        <w:t>v -0.167246 17.926456 0.337465</w:t>
        <w:br/>
        <w:t>v -0.132806 17.933727 0.367919</w:t>
        <w:br/>
        <w:t>v -0.167461 17.933987 0.350653</w:t>
        <w:br/>
        <w:t>v -0.132806 17.933727 0.367919</w:t>
        <w:br/>
        <w:t>v -0.123365 17.926048 0.359912</w:t>
        <w:br/>
        <w:t>v -0.091320 18.011375 0.366030</w:t>
        <w:br/>
        <w:t>v -0.128791 17.984470 0.358069</w:t>
        <w:br/>
        <w:t>v -0.129532 17.977459 0.344257</w:t>
        <w:br/>
        <w:t>v -0.089172 18.014187 0.353539</w:t>
        <w:br/>
        <w:t>v -0.000014 18.028664 0.365456</w:t>
        <w:br/>
        <w:t>v -0.129532 17.977459 0.344257</w:t>
        <w:br/>
        <w:t>v -0.128791 17.984470 0.358069</w:t>
        <w:br/>
        <w:t>v -0.088364 17.978710 0.375030</w:t>
        <w:br/>
        <w:t>v -0.091320 18.011375 0.366030</w:t>
        <w:br/>
        <w:t>v -1.100474 15.722857 0.658177</w:t>
        <w:br/>
        <w:t>v -1.147202 16.679668 0.985465</w:t>
        <w:br/>
        <w:t>v -1.123119 16.666512 0.974784</w:t>
        <w:br/>
        <w:t>v -1.172263 16.569653 1.075958</w:t>
        <w:br/>
        <w:t>v -1.160680 16.656635 0.965222</w:t>
        <w:br/>
        <w:t>v -1.136595 16.644831 0.956151</w:t>
        <w:br/>
        <w:t>v -0.664864 17.116528 0.889689</w:t>
        <w:br/>
        <w:t>v -0.921737 17.166847 0.656365</w:t>
        <w:br/>
        <w:t>v -0.968012 17.039738 0.738490</w:t>
        <w:br/>
        <w:t>v -0.575374 17.821873 0.264481</w:t>
        <w:br/>
        <w:t>v -0.737883 17.537998 0.441700</w:t>
        <w:br/>
        <w:t>v -0.629703 17.529198 0.491890</w:t>
        <w:br/>
        <w:t>v -0.551975 17.795738 0.305479</w:t>
        <w:br/>
        <w:t>v -0.664981 17.226669 0.759845</w:t>
        <w:br/>
        <w:t>v -0.659376 17.383137 0.610249</w:t>
        <w:br/>
        <w:t>v -0.836756 17.356606 0.554194</w:t>
        <w:br/>
        <w:t>v -0.359346 17.897751 -0.648997</w:t>
        <w:br/>
        <w:t>v -1.060017 15.510490 0.461491</w:t>
        <w:br/>
        <w:t>v -1.419927 12.993917 -0.651324</w:t>
        <w:br/>
        <w:t>v -1.605031 12.908873 0.426207</w:t>
        <w:br/>
        <w:t>v -1.091856 13.212434 1.025327</w:t>
        <w:br/>
        <w:t>v -0.784822 13.162080 1.189332</w:t>
        <w:br/>
        <w:t>v -0.792961 12.895647 1.198374</w:t>
        <w:br/>
        <w:t>v -1.337948 13.265079 0.768212</w:t>
        <w:br/>
        <w:t>v -1.502858 13.293815 0.464561</w:t>
        <w:br/>
        <w:t>v -1.319285 13.250581 -0.574657</w:t>
        <w:br/>
        <w:t>v -1.088923 13.190335 -0.842237</w:t>
        <w:br/>
        <w:t>v -0.816659 13.117458 -0.995291</w:t>
        <w:br/>
        <w:t>v -0.302346 12.535009 -1.050844</w:t>
        <w:br/>
        <w:t>v -0.142285 12.535008 -1.050844</w:t>
        <w:br/>
        <w:t>v -1.230262 13.559661 0.872623</w:t>
        <w:br/>
        <w:t>v -1.502858 13.293815 0.464561</w:t>
        <w:br/>
        <w:t>v -1.545825 13.297751 0.454015</w:t>
        <w:br/>
        <w:t>v -0.086234 16.407749 1.290326</w:t>
        <w:br/>
        <w:t>v -0.000016 16.280762 1.202157</w:t>
        <w:br/>
        <w:t>v -0.175819 16.644077 1.396947</w:t>
        <w:br/>
        <w:t>v -0.306874 16.662327 1.404497</w:t>
        <w:br/>
        <w:t>v -0.196934 16.575832 1.402452</w:t>
        <w:br/>
        <w:t>v -0.000016 16.619595 1.386820</w:t>
        <w:br/>
        <w:t>v -0.086234 16.407749 1.290326</w:t>
        <w:br/>
        <w:t>v -1.517743 13.527024 0.299211</w:t>
        <w:br/>
        <w:t>v -1.527407 13.539360 0.118485</w:t>
        <w:br/>
        <w:t>v -0.926173 13.278360 1.169413</w:t>
        <w:br/>
        <w:t>v -0.773073 13.199596 1.238880</w:t>
        <w:br/>
        <w:t>v -1.291272 13.436053 0.869842</w:t>
        <w:br/>
        <w:t>v -1.187433 14.154346 -0.017523</w:t>
        <w:br/>
        <w:t>v -1.139340 14.158285 -0.018097</w:t>
        <w:br/>
        <w:t>v -0.514552 13.438594 1.292683</w:t>
        <w:br/>
        <w:t>v -0.499635 13.493007 1.299574</w:t>
        <w:br/>
        <w:t>v -0.498460 13.517509 1.352311</w:t>
        <w:br/>
        <w:t>v -0.516055 13.426493 1.338445</w:t>
        <w:br/>
        <w:t>v -0.596132 13.370284 1.283148</w:t>
        <w:br/>
        <w:t>v -0.580091 13.370618 1.310932</w:t>
        <w:br/>
        <w:t>v -0.499635 13.493007 1.299574</w:t>
        <w:br/>
        <w:t>v -0.531068 13.559761 1.293034</w:t>
        <w:br/>
        <w:t>v -0.584236 13.597788 1.266678</w:t>
        <w:br/>
        <w:t>v -0.681910 13.309974 1.253343</w:t>
        <w:br/>
        <w:t>v -0.580091 13.370618 1.310932</w:t>
        <w:br/>
        <w:t>v -0.812692 13.159319 1.228833</w:t>
        <w:br/>
        <w:t>v -1.517743 13.527024 0.299211</w:t>
        <w:br/>
        <w:t>v -1.023893 12.406819 -1.109683</w:t>
        <w:br/>
        <w:t>v -0.939925 12.244830 -1.103776</w:t>
        <w:br/>
        <w:t>v -0.770051 13.242620 -0.947367</w:t>
        <w:br/>
        <w:t>v -0.765708 13.237901 -0.987664</w:t>
        <w:br/>
        <w:t>v -0.508292 13.073607 -1.057901</w:t>
        <w:br/>
        <w:t>v -0.967915 11.400681 -1.463491</w:t>
        <w:br/>
        <w:t>v -1.069227 11.017590 -1.525940</w:t>
        <w:br/>
        <w:t>v -1.162839 10.678335 -1.585993</w:t>
        <w:br/>
        <w:t>v -0.235911 13.063557 -1.097763</w:t>
        <w:br/>
        <w:t>v -0.507184 13.091890 -1.074294</w:t>
        <w:br/>
        <w:t>v -0.508292 13.073607 -1.057901</w:t>
        <w:br/>
        <w:t>v -1.503030 9.847613 -1.785645</w:t>
        <w:br/>
        <w:t>v -1.383235 9.963426 -1.799323</w:t>
        <w:br/>
        <w:t>v -1.349197 9.958017 -1.722737</w:t>
        <w:br/>
        <w:t>v -1.504611 9.853476 -1.713216</w:t>
        <w:br/>
        <w:t>v -1.302135 10.010304 -1.822216</w:t>
        <w:br/>
        <w:t>v -1.258267 10.021497 -1.768384</w:t>
        <w:br/>
        <w:t>v -1.287861 9.883137 -1.884114</w:t>
        <w:br/>
        <w:t>v -1.246153 9.866508 -1.836245</w:t>
        <w:br/>
        <w:t>v -1.258267 10.021497 -1.768384</w:t>
        <w:br/>
        <w:t>v -1.302135 10.010304 -1.822216</w:t>
        <w:br/>
        <w:t>v -1.272012 9.738044 -1.930487</w:t>
        <w:br/>
        <w:t>v -1.240055 9.734646 -1.893129</w:t>
        <w:br/>
        <w:t>v -1.383235 9.963426 -1.799323</w:t>
        <w:br/>
        <w:t>v -1.503030 9.847613 -1.785645</w:t>
        <w:br/>
        <w:t>v -1.272012 9.738044 -1.930487</w:t>
        <w:br/>
        <w:t>v -1.287861 9.883137 -1.884114</w:t>
        <w:br/>
        <w:t>v -1.302135 10.010304 -1.822216</w:t>
        <w:br/>
        <w:t>v -1.940600 9.943272 -1.482586</w:t>
        <w:br/>
        <w:t>v -1.971356 9.853100 -1.507175</w:t>
        <w:br/>
        <w:t>v -1.965199 9.842252 -1.543744</w:t>
        <w:br/>
        <w:t>v -1.943230 9.871284 -1.542913</w:t>
        <w:br/>
        <w:t>v -1.939059 9.819014 -1.461001</w:t>
        <w:br/>
        <w:t>v -1.971356 9.853100 -1.507175</w:t>
        <w:br/>
        <w:t>v -1.940600 9.943272 -1.482586</w:t>
        <w:br/>
        <w:t>v -1.911810 9.908199 -1.429638</w:t>
        <w:br/>
        <w:t>v -1.966801 9.707851 -1.500784</w:t>
        <w:br/>
        <w:t>v -1.999000 9.754761 -1.536648</w:t>
        <w:br/>
        <w:t>v -1.980639 9.759675 -1.570964</w:t>
        <w:br/>
        <w:t>v -1.999000 9.754761 -1.536648</w:t>
        <w:br/>
        <w:t>v -2.002765 9.629692 -1.588277</w:t>
        <w:br/>
        <w:t>v -1.975881 9.640607 -1.624490</w:t>
        <w:br/>
        <w:t>v -1.968351 9.590384 -1.545170</w:t>
        <w:br/>
        <w:t>v -2.002765 9.629692 -1.588277</w:t>
        <w:br/>
        <w:t>v -1.972105 9.490399 -1.661480</w:t>
        <w:br/>
        <w:t>v -1.954001 9.515899 -1.689479</w:t>
        <w:br/>
        <w:t>v -1.937359 9.461721 -1.616779</w:t>
        <w:br/>
        <w:t>v -1.972105 9.490399 -1.661480</w:t>
        <w:br/>
        <w:t>v -1.899018 9.388729 -1.668094</w:t>
        <w:br/>
        <w:t>v -1.930128 9.393901 -1.721536</w:t>
        <w:br/>
        <w:t>v -1.922145 9.416987 -1.748687</w:t>
        <w:br/>
        <w:t>v -1.834118 9.295796 -1.816179</w:t>
        <w:br/>
        <w:t>v -1.832286 9.321654 -1.837008</w:t>
        <w:br/>
        <w:t>v -1.750290 9.232765 -1.885295</w:t>
        <w:br/>
        <w:t>v -1.750741 9.256482 -1.908016</w:t>
        <w:br/>
        <w:t>v -1.717925 9.163436 -1.930767</w:t>
        <w:br/>
        <w:t>v -1.716559 9.175006 -1.960983</w:t>
        <w:br/>
        <w:t>v -1.828728 9.094292 -1.922406</w:t>
        <w:br/>
        <w:t>v -1.722060 9.162286 -1.948464</w:t>
        <w:br/>
        <w:t>v -1.717925 9.163436 -1.930767</w:t>
        <w:br/>
        <w:t>v -1.820498 9.097731 -1.899412</w:t>
        <w:br/>
        <w:t>v -1.937857 9.064993 -1.849123</w:t>
        <w:br/>
        <w:t>v -1.949870 9.066249 -1.871389</w:t>
        <w:br/>
        <w:t>v -2.005154 9.007771 -1.841823</w:t>
        <w:br/>
        <w:t>v -2.006456 9.013173 -1.864975</w:t>
        <w:br/>
        <w:t>v -2.019024 8.931433 -1.865442</w:t>
        <w:br/>
        <w:t>v -2.021061 8.946843 -1.886248</w:t>
        <w:br/>
        <w:t>v -2.018909 8.908057 -1.904269</w:t>
        <w:br/>
        <w:t>v -2.015757 8.897286 -1.889447</w:t>
        <w:br/>
        <w:t>v -1.949787 8.758945 -1.957577</w:t>
        <w:br/>
        <w:t>v -1.972111 8.817533 -1.968132</w:t>
        <w:br/>
        <w:t>v -2.032634 8.889240 -1.851495</w:t>
        <w:br/>
        <w:t>v -2.029199 8.990420 -1.832938</w:t>
        <w:br/>
        <w:t>v -2.038487 8.976838 -1.811965</w:t>
        <w:br/>
        <w:t>v -2.015109 9.064290 -1.808153</w:t>
        <w:br/>
        <w:t>v -2.023484 9.061094 -1.784969</w:t>
        <w:br/>
        <w:t>v -1.988007 9.157938 -1.780745</w:t>
        <w:br/>
        <w:t>v -1.994456 9.157495 -1.754521</w:t>
        <w:br/>
        <w:t>v -1.936938 9.297989 -1.745776</w:t>
        <w:br/>
        <w:t>v -1.943005 9.296638 -1.722243</w:t>
        <w:br/>
        <w:t>v -1.913080 9.369617 -1.726795</w:t>
        <w:br/>
        <w:t>v -1.913039 9.381392 -1.698916</w:t>
        <w:br/>
        <w:t>v -1.850367 9.237201 -1.819204</w:t>
        <w:br/>
        <w:t>v -1.937857 9.064993 -1.849123</w:t>
        <w:br/>
        <w:t>v -1.820498 9.097731 -1.899412</w:t>
        <w:br/>
        <w:t>v -1.717925 9.163436 -1.930767</w:t>
        <w:br/>
        <w:t>v -2.005154 9.007771 -1.841823</w:t>
        <w:br/>
        <w:t>v -1.934756 8.741791 -1.923023</w:t>
        <w:br/>
        <w:t>v -2.016490 8.871325 -1.825831</w:t>
        <w:br/>
        <w:t>v -2.024311 8.976202 -1.780258</w:t>
        <w:br/>
        <w:t>v -2.009729 9.052170 -1.753733</w:t>
        <w:br/>
        <w:t>v -1.980334 9.151876 -1.728614</w:t>
        <w:br/>
        <w:t>v -1.930726 9.285867 -1.696256</w:t>
        <w:br/>
        <w:t>v -1.925803 8.767344 -1.962478</w:t>
        <w:br/>
        <w:t>v -1.904359 8.850652 -1.936463</w:t>
        <w:br/>
        <w:t>v -1.961640 8.841587 -1.963119</w:t>
        <w:br/>
        <w:t>v -1.972111 8.817533 -1.968132</w:t>
        <w:br/>
        <w:t>v -1.909282 8.754079 -1.930536</w:t>
        <w:br/>
        <w:t>v -1.925803 8.767344 -1.962478</w:t>
        <w:br/>
        <w:t>v -1.949787 8.758945 -1.957577</w:t>
        <w:br/>
        <w:t>v -1.934756 8.741791 -1.923023</w:t>
        <w:br/>
        <w:t>v -1.909282 8.754079 -1.930536</w:t>
        <w:br/>
        <w:t>v -1.888733 8.839487 -1.908434</w:t>
        <w:br/>
        <w:t>v -1.836935 8.903291 -1.905365</w:t>
        <w:br/>
        <w:t>v -1.858668 8.922864 -1.936508</w:t>
        <w:br/>
        <w:t>v -1.895786 8.950534 -1.950032</w:t>
        <w:br/>
        <w:t>v -1.771248 8.993437 -1.950989</w:t>
        <w:br/>
        <w:t>v -1.802586 9.022540 -1.967310</w:t>
        <w:br/>
        <w:t>v -1.754350 8.974255 -1.924036</w:t>
        <w:br/>
        <w:t>v -1.680557 9.046651 -1.979662</w:t>
        <w:br/>
        <w:t>v -1.710398 9.075235 -1.992474</w:t>
        <w:br/>
        <w:t>v -1.663450 9.032509 -1.943475</w:t>
        <w:br/>
        <w:t>v -1.722060 9.162286 -1.948464</w:t>
        <w:br/>
        <w:t>v -1.828728 9.094292 -1.922406</w:t>
        <w:br/>
        <w:t>v -1.949870 9.066249 -1.871389</w:t>
        <w:br/>
        <w:t>v -2.021061 8.946843 -1.886248</w:t>
        <w:br/>
        <w:t>v -2.018909 8.908057 -1.904269</w:t>
        <w:br/>
        <w:t>v -2.006456 9.013173 -1.864975</w:t>
        <w:br/>
        <w:t>v -1.599708 9.148911 -2.030477</w:t>
        <w:br/>
        <w:t>v -1.716559 9.175006 -1.960983</w:t>
        <w:br/>
        <w:t>v -1.703953 9.087315 -2.005213</w:t>
        <w:br/>
        <w:t>v -1.621227 8.990595 -2.090360</w:t>
        <w:br/>
        <w:t>v -1.589307 9.077125 -2.070515</w:t>
        <w:br/>
        <w:t>v -1.603984 9.293598 -1.957819</w:t>
        <w:br/>
        <w:t>v -1.750741 9.256482 -1.908016</w:t>
        <w:br/>
        <w:t>v -1.739036 9.480340 -1.818294</w:t>
        <w:br/>
        <w:t>v -1.793058 9.615390 -1.731892</w:t>
        <w:br/>
        <w:t>v -1.806746 9.651914 -1.712145</w:t>
        <w:br/>
        <w:t>v -1.835048 9.716184 -1.666523</w:t>
        <w:br/>
        <w:t>v -1.286012 9.538407 -2.008619</w:t>
        <w:br/>
        <w:t>v -1.601525 9.717966 -1.789146</w:t>
        <w:br/>
        <w:t>v -1.284938 9.375268 -2.071609</w:t>
        <w:br/>
        <w:t>v -1.654957 9.619967 -1.802899</w:t>
        <w:br/>
        <w:t>v -1.284293 9.430363 -2.055816</w:t>
        <w:br/>
        <w:t>v -1.198639 9.759237 -1.914706</w:t>
        <w:br/>
        <w:t>v -1.240055 9.734646 -1.893129</w:t>
        <w:br/>
        <w:t>v -1.272012 9.738044 -1.930487</w:t>
        <w:br/>
        <w:t>v -1.210455 9.748804 -1.934250</w:t>
        <w:br/>
        <w:t>v -0.949126 9.916561 -1.995239</w:t>
        <w:br/>
        <w:t>v -0.955134 9.919054 -1.975074</w:t>
        <w:br/>
        <w:t>v -0.826517 10.042566 -2.002964</w:t>
        <w:br/>
        <w:t>v -0.836816 10.042359 -1.983037</w:t>
        <w:br/>
        <w:t>v -0.716428 10.220843 -1.981292</w:t>
        <w:br/>
        <w:t>v -0.723432 10.215937 -1.969656</w:t>
        <w:br/>
        <w:t>v -0.525314 10.445350 -1.979519</w:t>
        <w:br/>
        <w:t>v -0.522269 10.450621 -1.965709</w:t>
        <w:br/>
        <w:t>v -0.636602 10.410643 -1.928002</w:t>
        <w:br/>
        <w:t>v -0.636128 10.407194 -1.939686</w:t>
        <w:br/>
        <w:t>v -0.344529 10.600331 -1.969129</w:t>
        <w:br/>
        <w:t>v -0.404008 10.535852 -1.971004</w:t>
        <w:br/>
        <w:t>v -0.444563 10.494937 -1.998887</w:t>
        <w:br/>
        <w:t>v -0.375988 10.564778 -2.003733</w:t>
        <w:br/>
        <w:t>v -0.340377 10.595574 -1.956933</w:t>
        <w:br/>
        <w:t>v -0.386482 10.536665 -1.948803</w:t>
        <w:br/>
        <w:t>v -0.404008 10.535852 -1.971004</w:t>
        <w:br/>
        <w:t>v -0.386482 10.536665 -1.948803</w:t>
        <w:br/>
        <w:t>v -0.314273 10.943341 -1.792850</w:t>
        <w:br/>
        <w:t>v -0.329780 10.947644 -1.826138</w:t>
        <w:br/>
        <w:t>v -0.453799 10.399860 -2.036345</w:t>
        <w:br/>
        <w:t>v -0.394415 10.444977 -2.047969</w:t>
        <w:br/>
        <w:t>v -0.523751 10.369201 -2.013916</w:t>
        <w:br/>
        <w:t>v -0.593093 10.351850 -1.985677</w:t>
        <w:br/>
        <w:t>v -0.684793 10.201741 -2.005650</w:t>
        <w:br/>
        <w:t>v -0.788355 10.040793 -2.024079</w:t>
        <w:br/>
        <w:t>v -0.509715 10.343239 -2.009171</w:t>
        <w:br/>
        <w:t>v -0.583513 10.327198 -1.980619</w:t>
        <w:br/>
        <w:t>v -0.439203 10.378915 -2.031337</w:t>
        <w:br/>
        <w:t>v -0.379762 10.431865 -2.045009</w:t>
        <w:br/>
        <w:t>v -0.344529 10.600331 -1.969129</w:t>
        <w:br/>
        <w:t>v -0.379762 10.431865 -2.045009</w:t>
        <w:br/>
        <w:t>v -0.354623 10.416695 -2.024611</w:t>
        <w:br/>
        <w:t>v -0.340377 10.595574 -1.956933</w:t>
        <w:br/>
        <w:t>v -0.375988 10.564778 -2.003733</w:t>
        <w:br/>
        <w:t>v -0.394981 10.285671 -2.093683</w:t>
        <w:br/>
        <w:t>v -0.367852 10.265896 -2.084891</w:t>
        <w:br/>
        <w:t>v -0.469997 10.239008 -2.074923</w:t>
        <w:br/>
        <w:t>v -0.394981 10.285671 -2.093683</w:t>
        <w:br/>
        <w:t>v -0.539672 10.182209 -2.063814</w:t>
        <w:br/>
        <w:t>v -0.448573 10.219218 -2.064751</w:t>
        <w:br/>
        <w:t>v -0.520211 10.158652 -2.053487</w:t>
        <w:br/>
        <w:t>v -0.764793 10.029484 -2.016686</w:t>
        <w:br/>
        <w:t>v -0.669882 10.178526 -2.002486</w:t>
        <w:br/>
        <w:t>v -0.720265 9.989408 -2.055825</w:t>
        <w:br/>
        <w:t>v -0.609390 10.111946 -2.058972</w:t>
        <w:br/>
        <w:t>v -0.902090 9.896526 -2.022788</w:t>
        <w:br/>
        <w:t>v -0.891990 9.878020 -2.017805</w:t>
        <w:br/>
        <w:t>v -0.820755 9.857337 -2.061832</w:t>
        <w:br/>
        <w:t>v -0.819322 9.798689 -2.054180</w:t>
        <w:br/>
        <w:t>v -0.714919 9.957001 -2.042547</w:t>
        <w:br/>
        <w:t>v -1.061164 9.724628 -2.022975</w:t>
        <w:br/>
        <w:t>v -1.038546 9.714753 -2.009804</w:t>
        <w:br/>
        <w:t>v -0.945715 9.649898 -2.093820</w:t>
        <w:br/>
        <w:t>v -0.914568 9.635110 -2.068481</w:t>
        <w:br/>
        <w:t>v -0.945715 9.649898 -2.093820</w:t>
        <w:br/>
        <w:t>v -1.038546 9.714753 -2.009804</w:t>
        <w:br/>
        <w:t>v -1.072840 9.710755 -2.047415</w:t>
        <w:br/>
        <w:t>v -0.980281 9.644704 -2.124618</w:t>
        <w:br/>
        <w:t>v -0.941188 9.564128 -2.137463</w:t>
        <w:br/>
        <w:t>v -0.923164 9.548627 -2.101461</w:t>
        <w:br/>
        <w:t>v -1.122796 9.558445 -2.086273</w:t>
        <w:br/>
        <w:t>v -0.960039 9.487806 -2.108778</w:t>
        <w:br/>
        <w:t>v -0.977529 9.504416 -2.145037</w:t>
        <w:br/>
        <w:t>v -1.045394 9.456673 -2.133494</w:t>
        <w:br/>
        <w:t>v -1.024446 9.443276 -2.094871</w:t>
        <w:br/>
        <w:t>v -1.106253 9.437813 -2.113494</w:t>
        <w:br/>
        <w:t>v -1.083735 9.423252 -2.073000</w:t>
        <w:br/>
        <w:t>v -1.209206 9.425393 -2.048920</w:t>
        <w:br/>
        <w:t>v -1.190963 9.413426 -2.022032</w:t>
        <w:br/>
        <w:t>v -0.971468 9.579598 -2.157168</w:t>
        <w:br/>
        <w:t>v -1.208932 9.453631 -2.085665</w:t>
        <w:br/>
        <w:t>v -1.112728 9.461068 -2.133311</w:t>
        <w:br/>
        <w:t>v -1.190963 9.413426 -2.022032</w:t>
        <w:br/>
        <w:t>v -1.209206 9.425393 -2.048920</w:t>
        <w:br/>
        <w:t>v -1.205226 9.404163 -2.053576</w:t>
        <w:br/>
        <w:t>v -1.189857 9.400414 -2.033793</w:t>
        <w:br/>
        <w:t>v -1.189857 9.400414 -2.033793</w:t>
        <w:br/>
        <w:t>v -1.205226 9.404163 -2.053576</w:t>
        <w:br/>
        <w:t>v -1.166971 9.402332 -2.103688</w:t>
        <w:br/>
        <w:t>v -1.145707 9.390290 -2.063348</w:t>
        <w:br/>
        <w:t>v -1.137152 9.346749 -2.130160</w:t>
        <w:br/>
        <w:t>v -1.118807 9.339707 -2.094243</w:t>
        <w:br/>
        <w:t>v -1.160915 9.292278 -2.138163</w:t>
        <w:br/>
        <w:t>v -1.143018 9.282564 -2.099469</w:t>
        <w:br/>
        <w:t>v -1.213214 9.265488 -2.128349</w:t>
        <w:br/>
        <w:t>v -1.194202 9.253940 -2.085617</w:t>
        <w:br/>
        <w:t>v -1.250064 9.263173 -2.116555</w:t>
        <w:br/>
        <w:t>v -1.238165 9.251710 -2.075829</w:t>
        <w:br/>
        <w:t>v -1.137906 9.000302 -2.229027</w:t>
        <w:br/>
        <w:t>v -1.189927 9.075074 -2.172927</w:t>
        <w:br/>
        <w:t>v -1.215447 9.103276 -2.214779</w:t>
        <w:br/>
        <w:t>v -1.165273 9.027833 -2.276240</w:t>
        <w:br/>
        <w:t>v -1.203301 9.169126 -2.122504</w:t>
        <w:br/>
        <w:t>v -1.229483 9.194589 -2.163144</w:t>
        <w:br/>
        <w:t>v -1.250064 9.263173 -2.116555</w:t>
        <w:br/>
        <w:t>v -1.238165 9.251710 -2.075829</w:t>
        <w:br/>
        <w:t>v -1.260701 8.968891 -2.176722</w:t>
        <w:br/>
        <w:t>v -1.137906 9.000302 -2.229027</w:t>
        <w:br/>
        <w:t>v -1.165273 9.027833 -2.276240</w:t>
        <w:br/>
        <w:t>v -1.286511 8.995913 -2.232816</w:t>
        <w:br/>
        <w:t>v -1.360063 8.957207 -2.130324</w:t>
        <w:br/>
        <w:t>v -1.386639 8.982888 -2.190411</w:t>
        <w:br/>
        <w:t>v -1.528099 9.007945 -2.023800</w:t>
        <w:br/>
        <w:t>v -1.458256 8.979102 -2.077317</w:t>
        <w:br/>
        <w:t>v -1.482350 9.007179 -2.131853</w:t>
        <w:br/>
        <w:t>v -1.554200 9.038665 -2.081392</w:t>
        <w:br/>
        <w:t>v -1.528099 9.007945 -2.023800</w:t>
        <w:br/>
        <w:t>v -1.554200 9.038665 -2.081392</w:t>
        <w:br/>
        <w:t>v -1.582109 8.941818 -2.115301</w:t>
        <w:br/>
        <w:t>v -1.551804 8.922594 -2.044611</w:t>
        <w:br/>
        <w:t>v -1.663450 9.032509 -1.943475</w:t>
        <w:br/>
        <w:t>v -1.551804 8.922594 -2.044611</w:t>
        <w:br/>
        <w:t>v -1.582109 8.941818 -2.115301</w:t>
        <w:br/>
        <w:t>v -1.680557 9.046651 -1.979662</w:t>
        <w:br/>
        <w:t>v -1.621227 8.990595 -2.090360</w:t>
        <w:br/>
        <w:t>v -1.703953 9.087315 -2.005213</w:t>
        <w:br/>
        <w:t>v -1.582109 8.941818 -2.115301</w:t>
        <w:br/>
        <w:t>v -1.554200 9.038665 -2.081392</w:t>
        <w:br/>
        <w:t>v -1.485006 9.029933 -2.143770</w:t>
        <w:br/>
        <w:t>v -1.383161 9.007114 -2.203949</w:t>
        <w:br/>
        <w:t>v -1.287700 9.021076 -2.243107</w:t>
        <w:br/>
        <w:t>v -1.231810 9.039974 -2.260801</w:t>
        <w:br/>
        <w:t>v -1.257298 9.100421 -2.219031</w:t>
        <w:br/>
        <w:t>v -1.165273 9.027833 -2.276240</w:t>
        <w:br/>
        <w:t>v -1.215447 9.103276 -2.214779</w:t>
        <w:br/>
        <w:t>v -1.256913 9.194372 -2.173373</w:t>
        <w:br/>
        <w:t>v -0.971468 9.579598 -2.157168</w:t>
        <w:br/>
        <w:t>v -1.003121 9.519529 -2.166178</w:t>
        <w:br/>
        <w:t>v -1.059346 9.481664 -2.152693</w:t>
        <w:br/>
        <w:t>v -1.112728 9.461068 -2.133311</w:t>
        <w:br/>
        <w:t>v -1.208932 9.453631 -2.085665</w:t>
        <w:br/>
        <w:t>v -1.270150 9.414001 -2.051600</w:t>
        <w:br/>
        <w:t>v -1.284293 9.430363 -2.055816</w:t>
        <w:br/>
        <w:t>v -1.270150 9.414001 -2.051600</w:t>
        <w:br/>
        <w:t>v -1.284293 9.430363 -2.055816</w:t>
        <w:br/>
        <w:t>v -1.284938 9.375268 -2.071609</w:t>
        <w:br/>
        <w:t>v -1.269100 9.390118 -2.055013</w:t>
        <w:br/>
        <w:t>v -1.215981 9.410478 -2.072030</w:t>
        <w:br/>
        <w:t>v -1.224064 9.394171 -2.091700</w:t>
        <w:br/>
        <w:t>v -1.180242 9.388597 -2.115523</w:t>
        <w:br/>
        <w:t>v -1.269100 9.390118 -2.055013</w:t>
        <w:br/>
        <w:t>v -1.163010 9.346315 -2.144453</w:t>
        <w:br/>
        <w:t>v -1.179271 9.312398 -2.153172</w:t>
        <w:br/>
        <w:t>v -1.220469 9.287226 -2.145616</w:t>
        <w:br/>
        <w:t>v -1.278634 9.275198 -2.123474</w:t>
        <w:br/>
        <w:t>v -1.278634 9.275198 -2.123474</w:t>
        <w:br/>
        <w:t>v -1.220469 9.287226 -2.145616</w:t>
        <w:br/>
        <w:t>v -1.179271 9.312398 -2.153172</w:t>
        <w:br/>
        <w:t>v -1.940600 9.943272 -1.482586</w:t>
        <w:br/>
        <w:t>v -1.878686 9.852509 -1.555617</w:t>
        <w:br/>
        <w:t>v -1.848904 9.820287 -1.505099</w:t>
        <w:br/>
        <w:t>v -1.911810 9.908199 -1.429638</w:t>
        <w:br/>
        <w:t>v -1.826945 9.774961 -1.621337</w:t>
        <w:br/>
        <w:t>v -1.799441 9.740232 -1.591043</w:t>
        <w:br/>
        <w:t>v -1.908740 9.828910 -1.579292</w:t>
        <w:br/>
        <w:t>v -1.878686 9.852509 -1.555617</w:t>
        <w:br/>
        <w:t>v -1.826945 9.774961 -1.621337</w:t>
        <w:br/>
        <w:t>v -1.799441 9.740232 -1.591043</w:t>
        <w:br/>
        <w:t>v -1.826945 9.774961 -1.621337</w:t>
        <w:br/>
        <w:t>v -1.607675 9.716762 -1.709374</w:t>
        <w:br/>
        <w:t>v -1.660904 9.616176 -1.724213</w:t>
        <w:br/>
        <w:t>v -1.714120 9.511913 -1.766339</w:t>
        <w:br/>
        <w:t>v -1.767118 9.613561 -1.722617</w:t>
        <w:br/>
        <w:t>v -1.714120 9.511913 -1.766339</w:t>
        <w:br/>
        <w:t>v -1.767118 9.613561 -1.722617</w:t>
        <w:br/>
        <w:t>v -1.714120 9.511913 -1.766339</w:t>
        <w:br/>
        <w:t>v -1.660904 9.616176 -1.724213</w:t>
        <w:br/>
        <w:t>v -1.246153 9.866508 -1.836245</w:t>
        <w:br/>
        <w:t>v -1.240055 9.734646 -1.893129</w:t>
        <w:br/>
        <w:t>v -1.198639 9.759237 -1.914706</w:t>
        <w:br/>
        <w:t>v -0.955134 9.919054 -1.975074</w:t>
        <w:br/>
        <w:t>v -1.003121 9.519529 -2.166178</w:t>
        <w:br/>
        <w:t>v -1.059346 9.481664 -2.152693</w:t>
        <w:br/>
        <w:t>v -1.349197 9.958017 -1.722737</w:t>
        <w:br/>
        <w:t>v -0.132496 12.087392 -1.463339</w:t>
        <w:br/>
        <w:t>v -0.121991 12.082750 -1.402274</w:t>
        <w:br/>
        <w:t>v -0.000014 12.518763 -1.281347</w:t>
        <w:br/>
        <w:t>v -0.000014 12.523097 -1.324112</w:t>
        <w:br/>
        <w:t>v -0.204074 11.698759 -1.583354</w:t>
        <w:br/>
        <w:t>v -0.192779 11.693794 -1.531896</w:t>
        <w:br/>
        <w:t>v -0.273072 11.328531 -1.696007</w:t>
        <w:br/>
        <w:t>v -0.253477 11.324554 -1.651012</w:t>
        <w:br/>
        <w:t>v -0.000014 15.787833 -0.444879</w:t>
        <w:br/>
        <w:t>v -0.613665 13.802731 1.154463</w:t>
        <w:br/>
        <w:t>v -0.638072 13.803481 1.197121</w:t>
        <w:br/>
        <w:t>v -0.497853 13.663470 1.244401</w:t>
        <w:br/>
        <w:t>v -0.487256 13.744437 1.280371</w:t>
        <w:br/>
        <w:t>v -0.497853 13.663470 1.244401</w:t>
        <w:br/>
        <w:t>v -1.911810 9.908199 -1.429638</w:t>
        <w:br/>
        <w:t>v -1.848904 9.820287 -1.505099</w:t>
        <w:br/>
        <w:t>v -1.966801 9.707851 -1.500784</w:t>
        <w:br/>
        <w:t>v -1.939059 9.819014 -1.461001</w:t>
        <w:br/>
        <w:t>v -1.663450 9.032509 -1.943475</w:t>
        <w:br/>
        <w:t>v -1.528099 9.007945 -2.023800</w:t>
        <w:br/>
        <w:t>v -1.551804 8.922594 -2.044611</w:t>
        <w:br/>
        <w:t>v -1.137906 9.000302 -2.229027</w:t>
        <w:br/>
        <w:t>v -1.260701 8.968891 -2.176722</w:t>
        <w:br/>
        <w:t>v -1.189927 9.075074 -2.172927</w:t>
        <w:br/>
        <w:t>v -0.354623 10.416695 -2.024611</w:t>
        <w:br/>
        <w:t>v -0.340377 10.595574 -1.956933</w:t>
        <w:br/>
        <w:t>v -0.819322 9.798689 -2.054180</w:t>
        <w:br/>
        <w:t>v -0.714919 9.957001 -2.042547</w:t>
        <w:br/>
        <w:t>v -1.228893 9.555050 -1.941245</w:t>
        <w:br/>
        <w:t>v -0.914568 9.635110 -2.068481</w:t>
        <w:br/>
        <w:t>v -0.923164 9.548627 -2.101461</w:t>
        <w:br/>
        <w:t>v -0.960039 9.487806 -2.108778</w:t>
        <w:br/>
        <w:t>v -1.024446 9.443276 -2.094871</w:t>
        <w:br/>
        <w:t>v -1.083735 9.423252 -2.073000</w:t>
        <w:br/>
        <w:t>v -1.483426 9.532620 -1.791262</w:t>
        <w:br/>
        <w:t>v -1.190963 9.413426 -2.022032</w:t>
        <w:br/>
        <w:t>v -1.565607 9.400359 -1.834757</w:t>
        <w:br/>
        <w:t>v -1.968351 9.590384 -1.545170</w:t>
        <w:br/>
        <w:t>v -1.909282 8.754079 -1.930536</w:t>
        <w:br/>
        <w:t>v -1.934756 8.741791 -1.923023</w:t>
        <w:br/>
        <w:t>v -2.016490 8.871325 -1.825831</w:t>
        <w:br/>
        <w:t>v -1.888733 8.839487 -1.908434</w:t>
        <w:br/>
        <w:t>v -1.937359 9.461721 -1.616779</w:t>
        <w:br/>
        <w:t>v -1.899018 9.388729 -1.668094</w:t>
        <w:br/>
        <w:t>v -1.836935 8.903291 -1.905365</w:t>
        <w:br/>
        <w:t>v -2.024311 8.976202 -1.780258</w:t>
        <w:br/>
        <w:t>v -2.009729 9.052170 -1.753733</w:t>
        <w:br/>
        <w:t>v -1.980334 9.151876 -1.728614</w:t>
        <w:br/>
        <w:t>v -1.754350 8.974255 -1.924036</w:t>
        <w:br/>
        <w:t>v -1.930726 9.285867 -1.696256</w:t>
        <w:br/>
        <w:t>v -1.145707 9.390290 -2.063348</w:t>
        <w:br/>
        <w:t>v -1.143018 9.282564 -2.099469</w:t>
        <w:br/>
        <w:t>v -1.194202 9.253940 -2.085617</w:t>
        <w:br/>
        <w:t>v -1.189857 9.400414 -2.033793</w:t>
        <w:br/>
        <w:t>v -0.669860 10.198959 -1.922887</w:t>
        <w:br/>
        <w:t>v -0.448573 10.219218 -2.064751</w:t>
        <w:br/>
        <w:t>v -0.520211 10.158652 -2.053487</w:t>
        <w:br/>
        <w:t>v -0.585797 10.096231 -2.047778</w:t>
        <w:br/>
        <w:t>v -0.367852 10.265896 -2.084891</w:t>
        <w:br/>
        <w:t>v -1.360063 8.957207 -2.130324</w:t>
        <w:br/>
        <w:t>v -1.458256 8.979102 -2.077317</w:t>
        <w:br/>
        <w:t>v -1.238165 9.251710 -2.075829</w:t>
        <w:br/>
        <w:t>v -1.203301 9.169126 -2.122504</w:t>
        <w:br/>
        <w:t>v -0.680665 12.579012 1.327153</w:t>
        <w:br/>
        <w:t>v -0.506280 12.539001 1.317181</w:t>
        <w:br/>
        <w:t>v -0.507937 12.785725 1.324584</w:t>
        <w:br/>
        <w:t>v -0.506490 12.791427 1.351387</w:t>
        <w:br/>
        <w:t>v -0.503912 12.541895 1.354064</w:t>
        <w:br/>
        <w:t>v -0.699069 12.579252 1.342782</w:t>
        <w:br/>
        <w:t>v -0.506490 12.791427 1.351387</w:t>
        <w:br/>
        <w:t>v -0.507937 12.785725 1.324584</w:t>
        <w:br/>
        <w:t>v -1.110981 11.772823 1.265472</w:t>
        <w:br/>
        <w:t>v -1.470917 11.503303 1.082369</w:t>
        <w:br/>
        <w:t>v -0.507937 12.785725 1.324584</w:t>
        <w:br/>
        <w:t>v -0.506279 12.539001 1.317181</w:t>
        <w:br/>
        <w:t>v -0.521150 12.293177 1.338942</w:t>
        <w:br/>
        <w:t>v -2.095662 4.952380 -0.712409</w:t>
        <w:br/>
        <w:t>v -2.053319 4.994927 -0.712409</w:t>
        <w:br/>
        <w:t>v -1.907795 4.835072 -0.433354</w:t>
        <w:br/>
        <w:t>v -1.944106 4.820042 -0.444681</w:t>
        <w:br/>
        <w:t>v -1.612841 4.634808 -0.236891</w:t>
        <w:br/>
        <w:t>v -1.685405 4.626923 -0.221143</w:t>
        <w:br/>
        <w:t>v -1.619752 4.610367 -0.213694</w:t>
        <w:br/>
        <w:t>v -1.433025 4.503452 -0.146722</w:t>
        <w:br/>
        <w:t>v -1.446613 4.486002 -0.128991</w:t>
        <w:br/>
        <w:t>v -1.220685 4.393780 -1.356299</w:t>
        <w:br/>
        <w:t>v -0.985287 4.198773 -1.409487</w:t>
        <w:br/>
        <w:t>v -0.941577 4.237766 -1.374964</w:t>
        <w:br/>
        <w:t>v -1.122594 4.377859 -1.345721</w:t>
        <w:br/>
        <w:t>v -1.211235 4.453807 -1.317475</w:t>
        <w:br/>
        <w:t>v -1.451150 4.606997 -1.232614</w:t>
        <w:br/>
        <w:t>v -1.479612 4.559971 -1.273995</w:t>
        <w:br/>
        <w:t>v -1.240028 4.340971 -1.338535</w:t>
        <w:br/>
        <w:t>v -1.036490 4.166214 -1.394491</w:t>
        <w:br/>
        <w:t>v -1.493820 4.504665 -1.252522</w:t>
        <w:br/>
        <w:t>v -1.960027 4.750437 -0.473339</w:t>
        <w:br/>
        <w:t>v -2.074863 4.875246 -0.712409</w:t>
        <w:br/>
        <w:t>v -1.725125 4.576983 -0.256860</w:t>
        <w:br/>
        <w:t>v -1.480392 4.424891 -0.152638</w:t>
        <w:br/>
        <w:t>v -0.870410 4.378380 -1.402912</w:t>
        <w:br/>
        <w:t>v -0.854524 4.332305 -1.456141</w:t>
        <w:br/>
        <w:t>v -0.757649 4.373775 -1.503657</w:t>
        <w:br/>
        <w:t>v -0.759268 4.424446 -1.453510</w:t>
        <w:br/>
        <w:t>v -0.661870 4.344128 -1.464955</w:t>
        <w:br/>
        <w:t>v -0.655432 4.394020 -1.414409</w:t>
        <w:br/>
        <w:t>v -0.909935 4.279004 -1.413365</w:t>
        <w:br/>
        <w:t>v -0.934546 4.315499 -1.347373</w:t>
        <w:br/>
        <w:t>v -0.987558 4.241036 -1.281874</w:t>
        <w:br/>
        <w:t>v -0.941577 4.237766 -1.374964</w:t>
        <w:br/>
        <w:t>v -0.604139 4.283433 -1.420516</w:t>
        <w:br/>
        <w:t>v -0.588511 4.323739 -1.367147</w:t>
        <w:br/>
        <w:t>v -0.417126 4.337135 -1.372966</w:t>
        <w:br/>
        <w:t>v -0.454385 4.370727 -1.344873</w:t>
        <w:br/>
        <w:t>v -0.572660 4.225112 -1.376656</w:t>
        <w:br/>
        <w:t>v -0.524138 4.217611 -1.408059</w:t>
        <w:br/>
        <w:t>v -0.641794 4.080325 -1.364836</w:t>
        <w:br/>
        <w:t>v -0.593377 4.078968 -1.413766</w:t>
        <w:br/>
        <w:t>v -0.349666 4.487462 -1.288085</w:t>
        <w:br/>
        <w:t>v -0.299086 4.453237 -1.316406</w:t>
        <w:br/>
        <w:t>v -0.108219 4.614503 -1.188744</w:t>
        <w:br/>
        <w:t>v -0.135914 4.650899 -1.194228</w:t>
        <w:br/>
        <w:t>v 0.072293 4.746689 -0.990300</w:t>
        <w:br/>
        <w:t>v 0.018821 4.784690 -0.976086</w:t>
        <w:br/>
        <w:t>v 0.184542 4.850065 -0.712406</w:t>
        <w:br/>
        <w:t>v 0.146571 4.903590 -0.712406</w:t>
        <w:br/>
        <w:t>v 0.069346 4.720469 -0.467185</w:t>
        <w:br/>
        <w:t>v 0.018489 4.770647 -0.474262</w:t>
        <w:br/>
        <w:t>v 0.146571 4.903590 -0.712406</w:t>
        <w:br/>
        <w:t>v 0.184542 4.850065 -0.712406</w:t>
        <w:br/>
        <w:t>v -0.155542 4.543139 -0.222921</w:t>
        <w:br/>
        <w:t>v -0.360600 4.371013 -0.088513</w:t>
        <w:br/>
        <w:t>v -0.413106 4.377302 -0.106058</w:t>
        <w:br/>
        <w:t>v -0.198625 4.579870 -0.232069</w:t>
        <w:br/>
        <w:t>v -0.817613 3.940500 -1.324267</w:t>
        <w:br/>
        <w:t>v -0.848344 4.090114 -1.370833</w:t>
        <w:br/>
        <w:t>v -0.923851 4.104457 -1.415032</w:t>
        <w:br/>
        <w:t>v -0.864017 3.930070 -1.380494</w:t>
        <w:br/>
        <w:t>v -0.833320 3.883325 -1.352802</w:t>
        <w:br/>
        <w:t>v -0.685833 3.928197 -1.319557</w:t>
        <w:br/>
        <w:t>v -0.632992 3.937753 -1.385350</w:t>
        <w:br/>
        <w:t>v -0.803970 4.152118 -1.382587</w:t>
        <w:br/>
        <w:t>v -0.854524 4.332305 -1.456141</w:t>
        <w:br/>
        <w:t>v -0.941577 4.237766 -1.374964</w:t>
        <w:br/>
        <w:t>v -0.848344 4.090114 -1.370833</w:t>
        <w:br/>
        <w:t>v -0.792994 4.122193 -1.401538</w:t>
        <w:br/>
        <w:t>v -0.754246 4.140437 -1.417866</w:t>
        <w:br/>
        <w:t>v -0.748681 4.180861 -1.402183</w:t>
        <w:br/>
        <w:t>v -0.686231 4.156894 -1.384450</w:t>
        <w:br/>
        <w:t>v -0.706524 4.126262 -1.411859</w:t>
        <w:br/>
        <w:t>v -0.675884 4.075834 -1.388386</w:t>
        <w:br/>
        <w:t>v -0.641794 4.080325 -1.364836</w:t>
        <w:br/>
        <w:t>v -0.604139 4.283433 -1.420516</w:t>
        <w:br/>
        <w:t>v -0.661870 4.344128 -1.464955</w:t>
        <w:br/>
        <w:t>v -0.572660 4.225112 -1.376656</w:t>
        <w:br/>
        <w:t>v -0.641794 4.080325 -1.364836</w:t>
        <w:br/>
        <w:t>v -0.816780 4.075295 -1.375077</w:t>
        <w:br/>
        <w:t>v -0.754543 4.070616 -1.396128</w:t>
        <w:br/>
        <w:t>v -0.785140 3.926725 -1.317806</w:t>
        <w:br/>
        <w:t>v -0.817613 3.940500 -1.324267</w:t>
        <w:br/>
        <w:t>v -0.701924 3.928993 -1.319089</w:t>
        <w:br/>
        <w:t>v -0.685833 3.928197 -1.319557</w:t>
        <w:br/>
        <w:t>v -0.741927 3.925836 -1.328095</w:t>
        <w:br/>
        <w:t>v -0.741927 3.925836 -1.328095</w:t>
        <w:br/>
        <w:t>v -0.738751 3.882013 -1.354924</w:t>
        <w:br/>
        <w:t>v -0.701924 3.928993 -1.319089</w:t>
        <w:br/>
        <w:t>v -0.785140 3.926725 -1.317806</w:t>
        <w:br/>
        <w:t>v -0.649786 3.880663 -1.352930</w:t>
        <w:br/>
        <w:t>v -0.976798 4.089842 -1.403075</w:t>
        <w:br/>
        <w:t>v -0.917545 3.933551 -1.371936</w:t>
        <w:br/>
        <w:t>v -0.940340 3.884194 -1.329171</w:t>
        <w:br/>
        <w:t>v -0.833320 3.883325 -1.352802</w:t>
        <w:br/>
        <w:t>v -0.649786 3.880663 -1.352930</w:t>
        <w:br/>
        <w:t>v -0.633916 3.702812 -1.115789</w:t>
        <w:br/>
        <w:t>v -0.553135 3.878836 -1.338366</w:t>
        <w:br/>
        <w:t>v -0.534941 4.059065 -1.407055</w:t>
        <w:br/>
        <w:t>v -0.471418 4.178472 -1.394070</w:t>
        <w:br/>
        <w:t>v -0.382116 4.285545 -1.349980</w:t>
        <w:br/>
        <w:t>v -0.271694 4.401718 -1.291170</w:t>
        <w:br/>
        <w:t>v -0.088471 4.548218 -1.161777</w:t>
        <w:br/>
        <w:t>v 0.078384 4.676152 -0.975752</w:t>
        <w:br/>
        <w:t>v 0.174946 4.777692 -0.712406</w:t>
        <w:br/>
        <w:t>v 0.071335 4.655417 -0.489497</w:t>
        <w:br/>
        <w:t>v 0.184542 4.850065 -0.712406</w:t>
        <w:br/>
        <w:t>v 0.174946 4.777692 -0.712406</w:t>
        <w:br/>
        <w:t>v -0.135715 4.479645 -0.252460</w:t>
        <w:br/>
        <w:t>v -0.324421 4.320228 -0.109802</w:t>
        <w:br/>
        <w:t>v -0.509942 4.028112 -1.347301</w:t>
        <w:br/>
        <w:t>v -0.556476 3.926292 -1.374119</w:t>
        <w:br/>
        <w:t>v -0.417604 4.187597 -1.321556</w:t>
        <w:br/>
        <w:t>v -0.990305 3.989732 -1.330757</w:t>
        <w:br/>
        <w:t>v -1.257494 4.319815 -1.302458</w:t>
        <w:br/>
        <w:t>v -1.068467 4.150566 -1.340192</w:t>
        <w:br/>
        <w:t>v -1.186741 4.167366 -1.274982</w:t>
        <w:br/>
        <w:t>v -0.738751 3.882013 -1.354924</w:t>
        <w:br/>
        <w:t>v -0.758412 3.702812 -1.127553</w:t>
        <w:br/>
        <w:t>v -0.880791 3.702812 -1.101292</w:t>
        <w:br/>
        <w:t>v -1.120189 3.989980 -1.248967</w:t>
        <w:br/>
        <w:t>v -1.090439 3.883480 -1.229504</w:t>
        <w:br/>
        <w:t>v -0.990178 3.702812 -1.039340</w:t>
        <w:br/>
        <w:t>v -1.200724 4.336777 -0.057788</w:t>
        <w:br/>
        <w:t>v -1.131021 4.342734 -0.071577</w:t>
        <w:br/>
        <w:t>v -0.935672 4.172389 -0.044335</w:t>
        <w:br/>
        <w:t>v -1.033298 4.182487 -0.013005</w:t>
        <w:br/>
        <w:t>v -1.253680 4.288245 -0.075573</w:t>
        <w:br/>
        <w:t>v -1.084817 4.148886 -0.031621</w:t>
        <w:br/>
        <w:t>v -0.755152 4.313040 0.075576</w:t>
        <w:br/>
        <w:t>v -0.853634 4.283063 0.033475</w:t>
        <w:br/>
        <w:t>v -0.859119 4.333248 -0.009793</w:t>
        <w:br/>
        <w:t>v -0.756622 4.361498 0.029819</w:t>
        <w:br/>
        <w:t>v -0.658968 4.337914 0.000861</w:t>
        <w:br/>
        <w:t>v -0.663376 4.287083 0.048153</w:t>
        <w:br/>
        <w:t>v -0.906688 4.228375 -0.010518</w:t>
        <w:br/>
        <w:t>v -0.935672 4.172389 -0.044335</w:t>
        <w:br/>
        <w:t>v -0.984506 4.194083 -0.122049</w:t>
        <w:br/>
        <w:t>v -0.933163 4.259668 -0.067204</w:t>
        <w:br/>
        <w:t>v -0.616535 4.237785 0.003432</w:t>
        <w:br/>
        <w:t>v -0.594680 4.273328 -0.055291</w:t>
        <w:br/>
        <w:t>v -0.539388 4.190909 -0.112743</w:t>
        <w:br/>
        <w:t>v -0.575264 4.175500 -0.043798</w:t>
        <w:br/>
        <w:t>v -0.575264 4.175500 -0.043798</w:t>
        <w:br/>
        <w:t>v -0.488388 4.208664 -0.032194</w:t>
        <w:br/>
        <w:t>v -0.634419 4.026955 -0.041967</w:t>
        <w:br/>
        <w:t>v -0.590170 4.025305 -0.007585</w:t>
        <w:br/>
        <w:t>v -0.851564 4.039855 -0.050361</w:t>
        <w:br/>
        <w:t>v -0.928756 4.045257 -0.005147</w:t>
        <w:br/>
        <w:t>v -0.831548 3.845764 -0.060021</w:t>
        <w:br/>
        <w:t>v -0.855935 3.895500 -0.029481</w:t>
        <w:br/>
        <w:t>v -0.803814 3.883808 -0.099240</w:t>
        <w:br/>
        <w:t>v -0.629313 3.884488 -0.031640</w:t>
        <w:br/>
        <w:t>v -0.681426 3.871564 -0.094904</w:t>
        <w:br/>
        <w:t>v -0.755152 4.313040 0.075576</w:t>
        <w:br/>
        <w:t>v -0.663376 4.287083 0.048153</w:t>
        <w:br/>
        <w:t>v -0.682819 4.102575 -0.018288</w:t>
        <w:br/>
        <w:t>v -0.748704 4.127576 -0.003202</w:t>
        <w:br/>
        <w:t>v -0.790907 4.056365 0.008991</w:t>
        <w:br/>
        <w:t>v -0.800558 4.097799 -0.020151</w:t>
        <w:br/>
        <w:t>v -0.749065 4.075200 0.022737</w:t>
        <w:br/>
        <w:t>v -0.705864 4.061972 0.014711</w:t>
        <w:br/>
        <w:t>v -0.935672 4.172389 -0.044335</w:t>
        <w:br/>
        <w:t>v -0.851564 4.039855 -0.050361</w:t>
        <w:br/>
        <w:t>v -0.634419 4.026955 -0.041967</w:t>
        <w:br/>
        <w:t>v -0.674752 4.015916 -0.015105</w:t>
        <w:br/>
        <w:t>v -0.810855 4.013197 -0.020236</w:t>
        <w:br/>
        <w:t>v -0.744311 4.010143 -0.008028</w:t>
        <w:br/>
        <w:t>v -0.781728 3.871917 -0.084932</w:t>
        <w:br/>
        <w:t>v -0.803814 3.883808 -0.099240</w:t>
        <w:br/>
        <w:t>v -0.681426 3.871564 -0.094904</w:t>
        <w:br/>
        <w:t>v -0.698512 3.869796 -0.083649</w:t>
        <w:br/>
        <w:t>v -0.738515 3.871517 -0.074643</w:t>
        <w:br/>
        <w:t>v -0.734509 3.844454 -0.063442</w:t>
        <w:br/>
        <w:t>v -0.738515 3.871517 -0.074643</w:t>
        <w:br/>
        <w:t>v -0.698512 3.869796 -0.083649</w:t>
        <w:br/>
        <w:t>v -0.781728 3.871917 -0.084932</w:t>
        <w:br/>
        <w:t>v -0.781728 3.871917 -0.084932</w:t>
        <w:br/>
        <w:t>v -0.831548 3.845764 -0.060021</w:t>
        <w:br/>
        <w:t>v -0.803814 3.883808 -0.099240</w:t>
        <w:br/>
        <w:t>v -0.698512 3.869796 -0.083649</w:t>
        <w:br/>
        <w:t>v -0.681426 3.871564 -0.094904</w:t>
        <w:br/>
        <w:t>v -0.659293 3.843297 -0.061220</w:t>
        <w:br/>
        <w:t>v -0.986376 4.029157 -0.014644</w:t>
        <w:br/>
        <w:t>v -0.855935 3.895500 -0.029481</w:t>
        <w:br/>
        <w:t>v -0.925082 3.894911 -0.034276</w:t>
        <w:br/>
        <w:t>v -0.538965 4.010616 -0.012201</w:t>
        <w:br/>
        <w:t>v -0.564281 3.879787 -0.038757</w:t>
        <w:br/>
        <w:t>v -0.443950 4.176651 -0.044859</w:t>
        <w:br/>
        <w:t>v -0.541901 3.842324 -0.086475</w:t>
        <w:br/>
        <w:t>v -0.494793 4.022120 -0.070064</w:t>
        <w:br/>
        <w:t>v -0.422897 4.135541 -0.099758</w:t>
        <w:br/>
        <w:t>v -0.342817 4.240617 -0.140187</w:t>
        <w:br/>
        <w:t>v -0.938433 3.847767 -0.097700</w:t>
        <w:br/>
        <w:t>v -1.008437 4.002611 -0.069969</w:t>
        <w:br/>
        <w:t>v -1.116345 4.139984 -0.083881</w:t>
        <w:br/>
        <w:t>v -1.277601 4.259640 -0.122355</w:t>
        <w:br/>
        <w:t>v -1.134934 3.986923 -0.161526</w:t>
        <w:br/>
        <w:t>v -1.208649 4.158803 -0.155003</w:t>
        <w:br/>
        <w:t>v -1.095363 3.855875 -0.188082</w:t>
        <w:br/>
        <w:t>v -0.648598 3.702811 -0.280106</w:t>
        <w:br/>
        <w:t>v -0.773430 3.702811 -0.272776</w:t>
        <w:br/>
        <w:t>v -0.734509 3.844454 -0.063442</w:t>
        <w:br/>
        <w:t>v -0.894810 3.702811 -0.303372</w:t>
        <w:br/>
        <w:t>v -0.831548 3.845764 -0.060021</w:t>
        <w:br/>
        <w:t>v -0.659293 3.843297 -0.061220</w:t>
        <w:br/>
        <w:t>v -0.531406 3.702811 -0.324711</w:t>
        <w:br/>
        <w:t>v -1.444363 4.357379 -0.188377</w:t>
        <w:br/>
        <w:t>v -1.714662 4.542506 -0.322271</w:t>
        <w:br/>
        <w:t>v -1.902371 4.694138 -0.504331</w:t>
        <w:br/>
        <w:t>v -2.017066 4.817039 -0.712409</w:t>
        <w:br/>
        <w:t>v -1.488837 4.456179 -1.209310</w:t>
        <w:br/>
        <w:t>v -1.945407 4.699329 -0.712409</w:t>
        <w:br/>
        <w:t>v -1.817795 4.544324 -0.508119</w:t>
        <w:br/>
        <w:t>v -1.846477 4.550004 -0.712409</w:t>
        <w:br/>
        <w:t>v -1.359414 4.166312 -0.219611</w:t>
        <w:br/>
        <w:t>v -1.274481 3.987038 -0.264021</w:t>
        <w:br/>
        <w:t>v -1.239105 3.864314 -0.303236</w:t>
        <w:br/>
        <w:t>v -1.575966 4.155616 -0.526871</w:t>
        <w:br/>
        <w:t>v -1.596820 4.147132 -0.712409</w:t>
        <w:br/>
        <w:t>v -1.712471 4.331679 -0.712409</w:t>
        <w:br/>
        <w:t>v -1.684099 4.330835 -0.511270</w:t>
        <w:br/>
        <w:t>v -1.355977 3.865651 -0.490355</w:t>
        <w:br/>
        <w:t>v -1.467335 3.991029 -0.547701</w:t>
        <w:br/>
        <w:t>v -1.392854 3.987348 -0.389726</w:t>
        <w:br/>
        <w:t>v -1.382452 3.873219 -0.712410</w:t>
        <w:br/>
        <w:t>v -1.478009 3.990549 -0.712409</w:t>
        <w:br/>
        <w:t>v -1.542588 4.155551 -0.921515</w:t>
        <w:br/>
        <w:t>v -1.653961 4.334613 -0.926086</w:t>
        <w:br/>
        <w:t>v -1.345310 3.878147 -0.910811</w:t>
        <w:br/>
        <w:t>v -1.429024 3.991677 -0.912282</w:t>
        <w:br/>
        <w:t>v -1.452829 4.161065 -1.059561</w:t>
        <w:br/>
        <w:t>v -1.549446 4.333880 -1.081752</w:t>
        <w:br/>
        <w:t>v -1.408892 4.336486 -1.204168</w:t>
        <w:br/>
        <w:t>v -1.335921 4.165967 -1.175414</w:t>
        <w:br/>
        <w:t>v -1.349201 3.986209 -1.044121</w:t>
        <w:br/>
        <w:t>v -1.224383 3.881557 -1.096277</w:t>
        <w:br/>
        <w:t>v -1.136006 3.702811 -0.578564</w:t>
        <w:br/>
        <w:t>v -1.087446 3.702811 -0.464892</w:t>
        <w:br/>
        <w:t>v -1.001953 3.702811 -0.369175</w:t>
        <w:br/>
        <w:t>v -1.156372 3.702811 -0.712409</w:t>
        <w:br/>
        <w:t>v -1.133910 3.702812 -0.830511</w:t>
        <w:br/>
        <w:t>v -1.088331 3.702812 -0.944015</w:t>
        <w:br/>
        <w:t>v -0.262800 4.357052 -1.232418</w:t>
        <w:br/>
        <w:t>v -0.128086 4.490875 -1.124189</w:t>
        <w:br/>
        <w:t>v 0.000456 4.603563 -0.950519</w:t>
        <w:br/>
        <w:t>v 0.095207 4.692027 -0.712406</w:t>
        <w:br/>
        <w:t>v 0.026567 4.617285 -0.546825</w:t>
        <w:br/>
        <w:t>v 0.095207 4.692027 -0.712406</w:t>
        <w:br/>
        <w:t>v -0.145253 4.446169 -0.304881</w:t>
        <w:br/>
        <w:t>v 0.020289 4.464420 -0.712407</w:t>
        <w:br/>
        <w:t>v -0.017445 4.461380 -0.544600</w:t>
        <w:br/>
        <w:t>v -0.083133 4.213780 -0.538658</w:t>
        <w:br/>
        <w:t>v -0.052170 4.216850 -0.712407</w:t>
        <w:br/>
        <w:t>v -0.129509 4.020910 -0.531580</w:t>
        <w:br/>
        <w:t>v -0.102410 4.025628 -0.712408</w:t>
        <w:br/>
        <w:t>v -0.179431 3.849010 -0.518819</w:t>
        <w:br/>
        <w:t>v -0.152604 3.852353 -0.712407</w:t>
        <w:br/>
        <w:t>v -0.086129 4.220126 -0.910287</w:t>
        <w:br/>
        <w:t>v -0.029899 4.465799 -0.933772</w:t>
        <w:br/>
        <w:t>v -0.160516 4.218938 -1.068865</w:t>
        <w:br/>
        <w:t>v -0.221067 4.024253 -1.081165</w:t>
        <w:br/>
        <w:t>v -0.133665 4.025483 -0.905448</w:t>
        <w:br/>
        <w:t>v -0.267803 3.865756 -1.065551</w:t>
        <w:br/>
        <w:t>v -0.184402 3.858413 -0.896673</w:t>
        <w:br/>
        <w:t>v -0.179363 4.213377 -0.331379</w:t>
        <w:br/>
        <w:t>v -0.215827 4.023897 -0.348438</w:t>
        <w:br/>
        <w:t>v -0.247069 3.845573 -0.341028</w:t>
        <w:br/>
        <w:t>v -0.355291 4.026184 -1.225847</w:t>
        <w:br/>
        <w:t>v -0.305117 4.223811 -1.221800</w:t>
        <w:br/>
        <w:t>v -0.397647 3.873041 -1.214743</w:t>
        <w:br/>
        <w:t>v -0.359129 4.023127 -0.178705</w:t>
        <w:br/>
        <w:t>v -0.382499 3.843216 -0.196911</w:t>
        <w:br/>
        <w:t>v -0.415245 3.702811 -0.412615</w:t>
        <w:br/>
        <w:t>v -0.353761 3.702811 -0.553202</w:t>
        <w:br/>
        <w:t>v -0.333448 3.702811 -0.712408</w:t>
        <w:br/>
        <w:t>v -0.375792 3.702811 -0.922579</w:t>
        <w:br/>
        <w:t>v -0.333098 3.702811 -0.817084</w:t>
        <w:br/>
        <w:t>v -0.488771 3.702812 -1.042816</w:t>
        <w:br/>
        <w:t>v -1.486589 4.162903 -0.351529</w:t>
        <w:br/>
        <w:t>v -1.586510 4.333543 -0.332691</w:t>
        <w:br/>
        <w:t>v -1.869300 4.707467 -0.916201</w:t>
        <w:br/>
        <w:t>v -1.245129 3.987099 -1.158750</w:t>
        <w:br/>
        <w:t>v 0.020289 4.464420 -0.712407</w:t>
        <w:br/>
        <w:t>v -0.052170 4.216850 -0.712407</w:t>
        <w:br/>
        <w:t>v -0.102410 4.025628 -0.712408</w:t>
        <w:br/>
        <w:t>v -0.152604 3.852353 -0.712407</w:t>
        <w:br/>
        <w:t>v -0.333448 3.702811 -0.712408</w:t>
        <w:br/>
        <w:t>v -1.794467 4.547345 -0.920932</w:t>
        <w:br/>
        <w:t>v -1.689964 4.585133 -1.081878</w:t>
        <w:br/>
        <w:t>v -0.851564 4.039855 -0.050361</w:t>
        <w:br/>
        <w:t>v -0.659293 3.843297 -0.061220</w:t>
        <w:br/>
        <w:t>v -0.649786 3.880663 -1.352930</w:t>
        <w:br/>
        <w:t>v -0.771435 3.418379 -1.145705</w:t>
        <w:br/>
        <w:t>v -0.644828 3.418103 -1.133993</w:t>
        <w:br/>
        <w:t>v -0.895465 3.418570 -1.118216</w:t>
        <w:br/>
        <w:t>v -1.090907 3.418536 -0.949099</w:t>
        <w:br/>
        <w:t>v -1.003886 3.418682 -1.052983</w:t>
        <w:br/>
        <w:t>v -0.499536 3.417892 -1.058065</w:t>
        <w:br/>
        <w:t>v -0.660693 3.416949 -0.289907</w:t>
        <w:br/>
        <w:t>v -0.786272 3.417111 -0.282453</w:t>
        <w:br/>
        <w:t>v -0.908122 3.417419 -0.313769</w:t>
        <w:br/>
        <w:t>v -1.013438 3.417919 -0.382338</w:t>
        <w:br/>
        <w:t>v -1.092724 3.418420 -0.481416</w:t>
        <w:br/>
        <w:t>v -0.543712 3.417081 -0.335790</w:t>
        <w:br/>
        <w:t>v -1.137060 3.418629 -0.593681</w:t>
        <w:br/>
        <w:t>v -1.150728 3.418641 -0.712410</w:t>
        <w:br/>
        <w:t>v -1.135872 3.418647 -0.838919</w:t>
        <w:br/>
        <w:t>v -0.436049 3.418248 -0.431804</w:t>
        <w:br/>
        <w:t>v -0.364781 3.417156 -0.565828</w:t>
        <w:br/>
        <w:t>v -0.342335 3.417090 -0.712409</w:t>
        <w:br/>
        <w:t>v -0.354356 3.418256 -0.826045</w:t>
        <w:br/>
        <w:t>v -0.342335 3.417090 -0.712409</w:t>
        <w:br/>
        <w:t>v -0.392028 3.418079 -0.932012</w:t>
        <w:br/>
        <w:t>v -0.773396 3.370263 -1.179693</w:t>
        <w:br/>
        <w:t>v -0.636819 3.369965 -1.167059</w:t>
        <w:br/>
        <w:t>v -0.907193 3.370470 -1.150040</w:t>
        <w:br/>
        <w:t>v -1.118025 3.370433 -0.967606</w:t>
        <w:br/>
        <w:t>v -1.024151 3.370590 -1.079670</w:t>
        <w:br/>
        <w:t>v -0.480086 3.369738 -1.085152</w:t>
        <w:br/>
        <w:t>v -0.653933 3.368721 -0.256506</w:t>
        <w:br/>
        <w:t>v -0.789402 3.368896 -0.248464</w:t>
        <w:br/>
        <w:t>v -0.920846 3.369228 -0.282246</w:t>
        <w:br/>
        <w:t>v -1.034456 3.369768 -0.356215</w:t>
        <w:br/>
        <w:t>v -1.119985 3.370307 -0.463095</w:t>
        <w:br/>
        <w:t>v -0.527741 3.368863 -0.306001</w:t>
        <w:br/>
        <w:t>v -1.167813 3.370533 -0.584201</w:t>
        <w:br/>
        <w:t>v -1.182557 3.370546 -0.712410</w:t>
        <w:br/>
        <w:t>v -1.166531 3.370553 -0.848750</w:t>
        <w:br/>
        <w:t>v -0.411600 3.370122 -0.409576</w:t>
        <w:br/>
        <w:t>v -0.334720 3.368944 -0.554154</w:t>
        <w:br/>
        <w:t>v -0.310507 3.368873 -0.712409</w:t>
        <w:br/>
        <w:t>v -0.323473 3.370131 -0.834862</w:t>
        <w:br/>
        <w:t>v -0.310507 3.368873 -0.712409</w:t>
        <w:br/>
        <w:t>v -0.364112 3.369940 -0.949173</w:t>
        <w:br/>
        <w:t>v -0.773396 3.324334 -1.179693</w:t>
        <w:br/>
        <w:t>v -0.636819 3.324036 -1.167060</w:t>
        <w:br/>
        <w:t>v -0.907193 3.324540 -1.150040</w:t>
        <w:br/>
        <w:t>v -1.118025 3.324503 -0.967606</w:t>
        <w:br/>
        <w:t>v -1.024151 3.324661 -1.079670</w:t>
        <w:br/>
        <w:t>v -0.480086 3.323809 -1.085153</w:t>
        <w:br/>
        <w:t>v -0.653933 3.322792 -0.256506</w:t>
        <w:br/>
        <w:t>v -0.789402 3.322966 -0.248464</w:t>
        <w:br/>
        <w:t>v -0.920846 3.323299 -0.282247</w:t>
        <w:br/>
        <w:t>v -1.034456 3.323838 -0.356215</w:t>
        <w:br/>
        <w:t>v -1.119985 3.324378 -0.463095</w:t>
        <w:br/>
        <w:t>v -0.527741 3.322934 -0.306001</w:t>
        <w:br/>
        <w:t>v -1.167813 3.324604 -0.584201</w:t>
        <w:br/>
        <w:t>v -1.182557 3.324617 -0.712410</w:t>
        <w:br/>
        <w:t>v -1.166531 3.324623 -0.848750</w:t>
        <w:br/>
        <w:t>v -0.411600 3.324193 -0.409576</w:t>
        <w:br/>
        <w:t>v -0.334720 3.323015 -0.554154</w:t>
        <w:br/>
        <w:t>v -0.310507 3.322943 -0.712409</w:t>
        <w:br/>
        <w:t>v -0.323473 3.324201 -0.834862</w:t>
        <w:br/>
        <w:t>v -0.310507 3.322943 -0.712409</w:t>
        <w:br/>
        <w:t>v -0.364113 3.324011 -0.949173</w:t>
        <w:br/>
        <w:t>v -0.636819 3.324036 -1.167060</w:t>
        <w:br/>
        <w:t>v -0.773396 3.324334 -1.179693</w:t>
        <w:br/>
        <w:t>v -0.770893 3.308194 -1.136308</w:t>
        <w:br/>
        <w:t>v -0.647042 3.307924 -1.124851</w:t>
        <w:br/>
        <w:t>v -0.907193 3.324540 -1.150040</w:t>
        <w:br/>
        <w:t>v -0.892223 3.308381 -1.109418</w:t>
        <w:br/>
        <w:t>v -1.024151 3.324661 -1.079670</w:t>
        <w:br/>
        <w:t>v -1.118025 3.324503 -0.967606</w:t>
        <w:br/>
        <w:t>v -1.083410 3.308347 -0.943983</w:t>
        <w:br/>
        <w:t>v -0.998283 3.308490 -1.045604</w:t>
        <w:br/>
        <w:t>v -0.504913 3.307718 -1.050576</w:t>
        <w:br/>
        <w:t>v -0.480086 3.323809 -1.085153</w:t>
        <w:br/>
        <w:t>v -0.789402 3.322966 -0.248464</w:t>
        <w:br/>
        <w:t>v -0.653933 3.322792 -0.256506</w:t>
        <w:br/>
        <w:t>v -0.662562 3.306795 -0.299142</w:t>
        <w:br/>
        <w:t>v -0.785407 3.306954 -0.291850</w:t>
        <w:br/>
        <w:t>v -0.904604 3.307256 -0.322484</w:t>
        <w:br/>
        <w:t>v -0.920846 3.323299 -0.282247</w:t>
        <w:br/>
        <w:t>v -1.034456 3.323838 -0.356215</w:t>
        <w:br/>
        <w:t>v -1.007627 3.307744 -0.389560</w:t>
        <w:br/>
        <w:t>v -1.085187 3.308234 -0.486481</w:t>
        <w:br/>
        <w:t>v -1.119985 3.324378 -0.463095</w:t>
        <w:br/>
        <w:t>v -0.527741 3.322934 -0.306001</w:t>
        <w:br/>
        <w:t>v -0.548128 3.306924 -0.344026</w:t>
        <w:br/>
        <w:t>v -1.128558 3.308438 -0.596303</w:t>
        <w:br/>
        <w:t>v -1.167813 3.324604 -0.584201</w:t>
        <w:br/>
        <w:t>v -1.141929 3.308450 -0.712410</w:t>
        <w:br/>
        <w:t>v -1.182557 3.324617 -0.712410</w:t>
        <w:br/>
        <w:t>v -1.166531 3.324623 -0.848750</w:t>
        <w:br/>
        <w:t>v -1.127396 3.308456 -0.836201</w:t>
        <w:br/>
        <w:t>v -0.411600 3.324193 -0.409576</w:t>
        <w:br/>
        <w:t>v -0.442809 3.308066 -0.437949</w:t>
        <w:br/>
        <w:t>v -0.334720 3.323015 -0.554154</w:t>
        <w:br/>
        <w:t>v -0.373092 3.306998 -0.569055</w:t>
        <w:br/>
        <w:t>v -0.310507 3.322943 -0.712409</w:t>
        <w:br/>
        <w:t>v -0.351135 3.306933 -0.712409</w:t>
        <w:br/>
        <w:t>v -0.323473 3.324201 -0.834862</w:t>
        <w:br/>
        <w:t>v -0.362894 3.308074 -0.823608</w:t>
        <w:br/>
        <w:t>v -0.351135 3.306933 -0.712409</w:t>
        <w:br/>
        <w:t>v -0.310507 3.322943 -0.712409</w:t>
        <w:br/>
        <w:t>v -0.364113 3.324011 -0.949173</w:t>
        <w:br/>
        <w:t>v -0.399746 3.307901 -0.927267</w:t>
        <w:br/>
        <w:t>v -0.770893 3.308194 -1.136308</w:t>
        <w:br/>
        <w:t>v -0.747986 3.714157 -0.712409</w:t>
        <w:br/>
        <w:t>v -0.647042 3.307924 -1.124851</w:t>
        <w:br/>
        <w:t>v -0.892223 3.308381 -1.109418</w:t>
        <w:br/>
        <w:t>v -1.083410 3.308347 -0.943983</w:t>
        <w:br/>
        <w:t>v -0.998283 3.308490 -1.045604</w:t>
        <w:br/>
        <w:t>v -0.504913 3.307718 -1.050576</w:t>
        <w:br/>
        <w:t>v -0.662562 3.306795 -0.299142</w:t>
        <w:br/>
        <w:t>v -0.747986 3.714157 -0.712409</w:t>
        <w:br/>
        <w:t>v -0.785407 3.306954 -0.291850</w:t>
        <w:br/>
        <w:t>v -0.904604 3.307256 -0.322484</w:t>
        <w:br/>
        <w:t>v -1.007627 3.307744 -0.389560</w:t>
        <w:br/>
        <w:t>v -1.085187 3.308234 -0.486481</w:t>
        <w:br/>
        <w:t>v -0.548128 3.306924 -0.344026</w:t>
        <w:br/>
        <w:t>v -1.128558 3.308438 -0.596303</w:t>
        <w:br/>
        <w:t>v -1.141929 3.308450 -0.712410</w:t>
        <w:br/>
        <w:t>v -1.127396 3.308456 -0.836201</w:t>
        <w:br/>
        <w:t>v -0.442809 3.308066 -0.437949</w:t>
        <w:br/>
        <w:t>v -0.373092 3.306998 -0.569055</w:t>
        <w:br/>
        <w:t>v -0.351135 3.306933 -0.712409</w:t>
        <w:br/>
        <w:t>v -0.362894 3.308074 -0.823608</w:t>
        <w:br/>
        <w:t>v -0.399746 3.307901 -0.927267</w:t>
        <w:br/>
        <w:t>v -0.935672 4.172389 -0.044335</w:t>
        <w:br/>
        <w:t>v -1.131021 4.342734 -0.071577</w:t>
        <w:br/>
        <w:t>v -0.984506 4.194083 -0.122049</w:t>
        <w:br/>
        <w:t>v -0.413106 4.377302 -0.106058</w:t>
        <w:br/>
        <w:t>v -0.539388 4.190909 -0.112743</w:t>
        <w:br/>
        <w:t>v -0.572660 4.225112 -1.376656</w:t>
        <w:br/>
        <w:t>v -0.454385 4.370727 -1.344873</w:t>
        <w:br/>
        <w:t>v -0.538385 4.206980 -1.282423</w:t>
        <w:br/>
        <w:t>v -1.122594 4.377859 -1.345721</w:t>
        <w:br/>
        <w:t>v -0.987558 4.241036 -1.281874</w:t>
        <w:br/>
        <w:t>v -0.750018 3.762752 -0.717837</w:t>
        <w:br/>
        <w:t>v -0.750018 3.762752 -0.717837</w:t>
        <w:br/>
        <w:t>v -0.759268 4.424446 -1.453510</w:t>
        <w:br/>
        <w:t>v -0.870410 4.378380 -1.402912</w:t>
        <w:br/>
        <w:t>v -0.655432 4.394020 -1.414409</w:t>
        <w:br/>
        <w:t>v -0.934546 4.315499 -1.347373</w:t>
        <w:br/>
        <w:t>v -0.987558 4.241036 -1.281874</w:t>
        <w:br/>
        <w:t>v -0.588511 4.323739 -1.367147</w:t>
        <w:br/>
        <w:t>v -0.538385 4.206980 -1.282423</w:t>
        <w:br/>
        <w:t>v -0.859119 4.333248 -0.009793</w:t>
        <w:br/>
        <w:t>v -0.756622 4.361498 0.029819</w:t>
        <w:br/>
        <w:t>v -0.658968 4.337914 0.000861</w:t>
        <w:br/>
        <w:t>v -0.933163 4.259668 -0.067204</w:t>
        <w:br/>
        <w:t>v -0.984506 4.194083 -0.122049</w:t>
        <w:br/>
        <w:t>v -0.594680 4.273328 -0.055291</w:t>
        <w:br/>
        <w:t>v -0.539388 4.190909 -0.112743</w:t>
        <w:br/>
        <w:t>v -0.472948 4.279026 -1.164230</w:t>
        <w:br/>
        <w:t>v -0.750018 3.762752 -0.717837</w:t>
        <w:br/>
        <w:t>v -0.464691 4.288616 -1.228598</w:t>
        <w:br/>
        <w:t>v -2.301708 17.185795 -0.012084</w:t>
        <w:br/>
        <w:t>v -0.572660 4.225112 -1.376656</w:t>
        <w:br/>
        <w:t>v -0.538385 4.206980 -1.282423</w:t>
        <w:br/>
        <w:t>v -0.585797 10.096231 -2.047778</w:t>
        <w:br/>
        <w:t>v -0.636602 10.410643 -1.928002</w:t>
        <w:br/>
        <w:t>v -1.445378 10.542141 -1.553105</w:t>
        <w:br/>
        <w:t>v -0.522269 10.450621 -1.965709</w:t>
        <w:br/>
        <w:t>v -1.902476 11.225530 0.451219</w:t>
        <w:br/>
        <w:t>v -1.958933 11.135421 0.434622</w:t>
        <w:br/>
        <w:t>v -0.251104 18.674875 0.242412</w:t>
        <w:br/>
        <w:t>v -0.225375 18.622988 0.266265</w:t>
        <w:br/>
        <w:t>v -0.279394 18.704340 0.208807</w:t>
        <w:br/>
        <w:t>v -1.842916 4.822239 -1.001984</w:t>
        <w:br/>
        <w:t>v -1.826481 4.832515 -0.978938</w:t>
        <w:br/>
        <w:t>v -1.888321 4.872722 -0.922740</w:t>
        <w:br/>
        <w:t>v -1.928485 4.832505 -0.941492</w:t>
        <w:br/>
        <w:t>v -1.917008 4.760008 -0.933547</w:t>
        <w:br/>
        <w:t>v -1.720253 4.634779 -1.115119</w:t>
        <w:br/>
        <w:t>v -1.721920 4.700650 -1.133870</w:t>
        <w:br/>
        <w:t>v -2.095662 4.952380 -0.712409</w:t>
        <w:br/>
        <w:t>v -2.053319 4.994927 -0.712409</w:t>
        <w:br/>
        <w:t>v -1.693882 4.746302 -1.099440</w:t>
        <w:br/>
        <w:t>v -1.722625 4.745749 -1.110610</w:t>
        <w:br/>
        <w:t>v -0.941577 4.237766 -1.374964</w:t>
        <w:br/>
        <w:t>v -0.575264 4.175500 -0.043798</w:t>
        <w:br/>
        <w:t>v -1.131021 4.342734 -0.071577</w:t>
        <w:br/>
        <w:t>v -0.634419 4.026955 -0.041967</w:t>
        <w:br/>
        <w:t>v -0.757649 4.373775 -1.503657</w:t>
        <w:br/>
        <w:t>v -1.570789 16.761627 -0.257979</w:t>
        <w:br/>
        <w:t>v -1.481113 16.826508 -0.257936</w:t>
        <w:br/>
        <w:t>v -1.507000 16.895590 -0.430847</w:t>
        <w:br/>
        <w:t>v -1.614874 16.799770 -0.091011</w:t>
        <w:br/>
        <w:t>v -1.588427 16.770779 -0.257965</w:t>
        <w:br/>
        <w:t>v -1.736797 16.639307 -0.257988</w:t>
        <w:br/>
        <w:t>v -1.754013 16.675730 -0.097455</w:t>
        <w:br/>
        <w:t>v -1.510577 16.892750 -0.086181</w:t>
        <w:br/>
        <w:t>v -1.481113 16.826508 -0.257936</w:t>
        <w:br/>
        <w:t>v -1.570789 16.761627 -0.257979</w:t>
        <w:br/>
        <w:t>v -1.588427 16.770779 -0.257965</w:t>
        <w:br/>
        <w:t>v -1.570789 16.761627 -0.257979</w:t>
        <w:br/>
        <w:t>v -1.614412 16.799267 -0.425923</w:t>
        <w:br/>
        <w:t>v -1.507000 16.895590 -0.430847</w:t>
        <w:br/>
        <w:t>v -1.481113 16.826508 -0.257936</w:t>
        <w:br/>
        <w:t>v -1.487598 16.860123 -0.257950</w:t>
        <w:br/>
        <w:t>v -1.487598 16.860123 -0.257950</w:t>
        <w:br/>
        <w:t>v -1.481113 16.826508 -0.257936</w:t>
        <w:br/>
        <w:t>v -1.510577 16.892750 -0.086181</w:t>
        <w:br/>
        <w:t>v -1.614874 16.799770 -0.091011</w:t>
        <w:br/>
        <w:t>v -1.570789 16.761627 -0.257979</w:t>
        <w:br/>
        <w:t>v -1.588427 16.770779 -0.257965</w:t>
        <w:br/>
        <w:t>v -1.415150 16.799520 -0.257955</w:t>
        <w:br/>
        <w:t>v -7.317998 13.780878 -0.074963</w:t>
        <w:br/>
        <w:t>v -7.344715 13.836840 -0.102568</w:t>
        <w:br/>
        <w:t>v -7.351226 13.852293 -0.081210</w:t>
        <w:br/>
        <w:t>v -7.319109 13.780951 -0.058364</w:t>
        <w:br/>
        <w:t>v -7.306751 13.798015 -0.246210</w:t>
        <w:br/>
        <w:t>v -7.308499 13.801140 -0.263061</w:t>
        <w:br/>
        <w:t>v -7.347973 13.867477 -0.231254</w:t>
        <w:br/>
        <w:t>v -7.335129 13.852553 -0.212104</w:t>
        <w:br/>
        <w:t>v -7.265119 13.738489 -0.217527</w:t>
        <w:br/>
        <w:t>v -7.264316 13.735774 -0.233675</w:t>
        <w:br/>
        <w:t>v -7.247796 13.715956 -0.166436</w:t>
        <w:br/>
        <w:t>v -7.233412 13.709957 -0.163801</w:t>
        <w:br/>
        <w:t>v -7.277337 13.724927 -0.099563</w:t>
        <w:br/>
        <w:t>v -7.317998 13.780878 -0.074963</w:t>
        <w:br/>
        <w:t>v -7.319109 13.780951 -0.058364</w:t>
        <w:br/>
        <w:t>v -7.270791 13.717015 -0.092071</w:t>
        <w:br/>
        <w:t>v -7.247796 13.715956 -0.166436</w:t>
        <w:br/>
        <w:t>v -7.349768 13.870380 -0.154666</w:t>
        <w:br/>
        <w:t>v -7.356746 13.904611 -0.147214</w:t>
        <w:br/>
        <w:t>v -7.111668 13.881372 -0.039511</w:t>
        <w:br/>
        <w:t>v -7.127514 13.969769 -0.059366</w:t>
        <w:br/>
        <w:t>v -7.127539 14.018843 -0.127659</w:t>
        <w:br/>
        <w:t>v -7.112109 14.000393 -0.196846</w:t>
        <w:br/>
        <w:t>v -7.077616 13.928576 -0.233675</w:t>
        <w:br/>
        <w:t>v -7.077616 13.928576 -0.233675</w:t>
        <w:br/>
        <w:t>v -7.075248 13.815812 -0.207187</w:t>
        <w:br/>
        <w:t>v -7.077427 13.779238 -0.132845</w:t>
        <w:br/>
        <w:t>v -7.092002 13.795958 -0.062530</w:t>
        <w:br/>
        <w:t>v -7.111668 13.881372 -0.039511</w:t>
        <w:br/>
        <w:t>v -7.317998 13.780878 -0.074963</w:t>
        <w:br/>
        <w:t>v -0.000014 17.727448 0.439467</w:t>
        <w:br/>
        <w:t>v -7.351226 13.852293 -0.081210</w:t>
        <w:br/>
        <w:t>v -7.356746 13.904611 -0.147214</w:t>
        <w:br/>
        <w:t>v -7.347973 13.867477 -0.231254</w:t>
        <w:br/>
        <w:t>v -7.308499 13.801140 -0.263061</w:t>
        <w:br/>
        <w:t>v -7.264316 13.735774 -0.233675</w:t>
        <w:br/>
        <w:t>v -7.319109 13.780951 -0.058364</w:t>
        <w:br/>
        <w:t>v -7.270791 13.717015 -0.092071</w:t>
        <w:br/>
        <w:t>v -7.319109 13.780951 -0.058364</w:t>
        <w:br/>
        <w:t>v -0.402042 12.371617 1.292164</w:t>
        <w:br/>
        <w:t>v -1.600516 9.269116 -1.873546</w:t>
        <w:br/>
        <w:t>v -1.806746 9.651914 -1.712145</w:t>
        <w:br/>
        <w:t>v -1.835048 9.716184 -1.666523</w:t>
        <w:br/>
        <w:t>v -1.118807 9.339707 -2.094243</w:t>
        <w:br/>
        <w:t>v -0.512928 12.962100 1.332329</w:t>
        <w:br/>
        <w:t>v -0.400232 12.960962 1.375186</w:t>
        <w:br/>
        <w:t>v -1.024684 16.882175 0.852694</w:t>
        <w:br/>
        <w:t>v -1.065380 16.382214 1.482627</w:t>
        <w:br/>
        <w:t>v -1.274788 16.231804 1.072320</w:t>
        <w:br/>
        <w:t>v -1.286280 16.219473 0.941396</w:t>
        <w:br/>
        <w:t>v -0.987167 16.021101 1.575280</w:t>
        <w:br/>
        <w:t>v -1.071020 16.019028 1.487977</w:t>
        <w:br/>
        <w:t>v -1.202098 16.016228 1.294079</w:t>
        <w:br/>
        <w:t>v -1.149647 16.015533 1.395289</w:t>
        <w:br/>
        <w:t>v -1.234104 16.019819 1.183671</w:t>
        <w:br/>
        <w:t>v -0.756411 16.030855 1.674559</w:t>
        <w:br/>
        <w:t>v -0.619857 16.057169 1.714271</w:t>
        <w:br/>
        <w:t>v -0.495585 16.053617 1.696992</w:t>
        <w:br/>
        <w:t>v -0.181810 16.069984 1.672487</w:t>
        <w:br/>
        <w:t>v -1.038483 15.626638 0.914019</w:t>
        <w:br/>
        <w:t>v -1.010487 15.634166 1.015266</w:t>
        <w:br/>
        <w:t>v -0.941478 15.547115 0.942339</w:t>
        <w:br/>
        <w:t>v -1.270274 16.126928 1.080556</w:t>
        <w:br/>
        <w:t>v -1.276535 16.120327 0.951573</w:t>
        <w:br/>
        <w:t>v -1.098897 15.729742 0.796065</w:t>
        <w:br/>
        <w:t>v -0.459017 15.657832 -0.478980</w:t>
        <w:br/>
        <w:t>v -0.210291 15.716261 -0.506187</w:t>
        <w:br/>
        <w:t>v -1.238474 16.016068 0.803123</w:t>
        <w:br/>
        <w:t>v -1.213885 16.003975 0.653275</w:t>
        <w:br/>
        <w:t>v -1.248364 16.023893 1.080302</w:t>
        <w:br/>
        <w:t>v -1.251918 16.023230 0.954835</w:t>
        <w:br/>
        <w:t>v -1.210342 15.925963 1.073765</w:t>
        <w:br/>
        <w:t>v -1.158404 15.834993 1.062744</w:t>
        <w:br/>
        <w:t>v -1.166821 15.842525 0.947821</w:t>
        <w:br/>
        <w:t>v -1.214721 15.930344 0.953488</w:t>
        <w:br/>
        <w:t>v -1.082770 15.735010 1.042418</w:t>
        <w:br/>
        <w:t>v -1.094657 15.734179 0.933978</w:t>
        <w:br/>
        <w:t>v -1.036402 16.491539 1.435113</w:t>
        <w:br/>
        <w:t>v -0.913892 15.642408 1.221728</w:t>
        <w:br/>
        <w:t>v -0.864427 15.641275 1.285085</w:t>
        <w:br/>
        <w:t>v -0.808815 15.641402 1.343128</w:t>
        <w:br/>
        <w:t>v -1.165810 16.615879 0.818395</w:t>
        <w:br/>
        <w:t>v -0.915900 15.538179 0.928517</w:t>
        <w:br/>
        <w:t>v -0.794873 16.648697 1.488642</w:t>
        <w:br/>
        <w:t>v -0.888130 16.137857 1.659647</w:t>
        <w:br/>
        <w:t>v -0.880092 16.257763 1.655623</w:t>
        <w:br/>
        <w:t>v -0.882887 16.018705 1.636563</w:t>
        <w:br/>
        <w:t>v -0.866499 15.905978 1.599762</w:t>
        <w:br/>
        <w:t>v -0.832598 15.804379 1.544281</w:t>
        <w:br/>
        <w:t>v -0.783632 15.707858 1.474017</w:t>
        <w:br/>
        <w:t>v -0.710446 15.653732 1.384274</w:t>
        <w:br/>
        <w:t>v -0.186789 16.398479 1.622858</w:t>
        <w:br/>
        <w:t>v -0.326990 16.432207 1.626035</w:t>
        <w:br/>
        <w:t>v -1.160680 16.656635 0.965222</w:t>
        <w:br/>
        <w:t>v -0.861240 15.556344 1.024546</w:t>
        <w:br/>
        <w:t>v -0.427065 15.698905 1.476479</w:t>
        <w:br/>
        <w:t>v -0.405875 15.650261 1.415194</w:t>
        <w:br/>
        <w:t>v -0.405653 15.641290 1.379163</w:t>
        <w:br/>
        <w:t>v -0.306874 16.662327 1.404497</w:t>
        <w:br/>
        <w:t>v -0.363604 16.059881 1.691243</w:t>
        <w:br/>
        <w:t>v -0.363051 15.952775 1.660316</w:t>
        <w:br/>
        <w:t>v -0.354553 15.854576 1.610553</w:t>
        <w:br/>
        <w:t>v -0.338265 15.765895 1.543937</w:t>
        <w:br/>
        <w:t>v -0.331506 15.715530 1.489038</w:t>
        <w:br/>
        <w:t>v -0.324747 15.665166 1.434139</w:t>
        <w:br/>
        <w:t>v -0.325039 15.655426 1.390240</w:t>
        <w:br/>
        <w:t>v -0.776440 16.126787 1.696511</w:t>
        <w:br/>
        <w:t>v -0.719994 16.091078 1.705169</w:t>
        <w:br/>
        <w:t>v -0.815017 16.166620 1.687342</w:t>
        <w:br/>
        <w:t>v -0.852313 16.252012 1.671644</w:t>
        <w:br/>
        <w:t>v -0.875250 16.354134 1.644789</w:t>
        <w:br/>
        <w:t>v -0.468459 16.583937 1.553220</w:t>
        <w:br/>
        <w:t>v -0.462334 16.704870 1.481887</w:t>
        <w:br/>
        <w:t>v -0.000016 16.619595 1.386820</w:t>
        <w:br/>
        <w:t>v -0.000016 16.543774 1.482910</w:t>
        <w:br/>
        <w:t>v -0.155500 13.840372 1.445979</w:t>
        <w:br/>
        <w:t>v -0.160252 13.845648 1.421874</w:t>
        <w:br/>
        <w:t>v -0.160252 13.845648 1.421874</w:t>
        <w:br/>
        <w:t>v -0.943006 16.400469 1.590651</w:t>
        <w:br/>
        <w:t>v -1.147202 16.679668 0.985465</w:t>
        <w:br/>
        <w:t>v -1.130381 16.713634 0.991587</w:t>
        <w:br/>
        <w:t>v -1.106093 16.769361 0.971350</w:t>
        <w:br/>
        <w:t>v -3.071104 16.638792 -0.557318</w:t>
        <w:br/>
        <w:t>v -2.775216 16.904760 -0.414256</w:t>
        <w:br/>
        <w:t>v -3.117738 16.703308 -0.449654</w:t>
        <w:br/>
        <w:t>v -3.137379 16.729477 -0.334944</w:t>
        <w:br/>
        <w:t>v -2.998577 16.813459 -0.265406</w:t>
        <w:br/>
        <w:t>v -3.133099 16.734732 -0.212396</w:t>
        <w:br/>
        <w:t>v -3.114865 16.707947 -0.086016</w:t>
        <w:br/>
        <w:t>v -3.070724 16.643099 0.019391</w:t>
        <w:br/>
        <w:t>v -2.874234 16.354443 0.164907</w:t>
        <w:br/>
        <w:t>v -2.801756 16.247965 0.127964</w:t>
        <w:br/>
        <w:t>v -2.741773 16.159845 0.050555</w:t>
        <w:br/>
        <w:t>v -2.694187 16.089939 -0.055033</w:t>
        <w:br/>
        <w:t>v -2.664796 16.046762 -0.180418</w:t>
        <w:br/>
        <w:t>v -2.662228 16.042990 -0.318133</w:t>
        <w:br/>
        <w:t>v -2.662228 16.042990 -0.318133</w:t>
        <w:br/>
        <w:t>v -2.682559 16.072857 -0.451923</w:t>
        <w:br/>
        <w:t>v -2.718601 16.125807 -0.572022</w:t>
        <w:br/>
        <w:t>v -2.779784 16.215689 -0.663274</w:t>
        <w:br/>
        <w:t>v -2.853775 16.324387 -0.701069</w:t>
        <w:br/>
        <w:t>v -2.905893 16.400953 -0.707871</w:t>
        <w:br/>
        <w:t>v -3.305826 15.929784 -0.707717</w:t>
        <w:br/>
        <w:t>v -1.894865 16.694439 -0.514226</w:t>
        <w:br/>
        <w:t>v -1.943536 16.765665 -0.597265</w:t>
        <w:br/>
        <w:t>v -2.001296 16.846691 -0.655261</w:t>
        <w:br/>
        <w:t>v -2.080637 16.933582 -0.668899</w:t>
        <w:br/>
        <w:t>v -2.169073 17.032995 -0.640325</w:t>
        <w:br/>
        <w:t>v -2.239357 17.116758 -0.593532</w:t>
        <w:br/>
        <w:t>v -2.235688 17.118177 0.078210</w:t>
        <w:br/>
        <w:t>v -2.157084 17.026089 0.132135</w:t>
        <w:br/>
        <w:t>v -2.079087 16.926823 0.161095</w:t>
        <w:br/>
        <w:t>v -1.995231 16.821102 0.158368</w:t>
        <w:br/>
        <w:t>v -1.929714 16.723085 0.102142</w:t>
        <w:br/>
        <w:t>v -1.897614 16.650745 0.033793</w:t>
        <w:br/>
        <w:t>v -1.849595 16.600399 -0.115082</w:t>
        <w:br/>
        <w:t>v -1.835875 16.595522 -0.267737</w:t>
        <w:br/>
        <w:t>v -1.835875 16.595522 -0.267737</w:t>
        <w:br/>
        <w:t>v -1.856045 16.635109 -0.418805</w:t>
        <w:br/>
        <w:t>v -1.123119 16.666512 0.974784</w:t>
        <w:br/>
        <w:t>v -1.136595 16.644831 0.956151</w:t>
        <w:br/>
        <w:t>v -1.149284 16.636454 0.924602</w:t>
        <w:br/>
        <w:t>v -5.710171 14.721361 0.065019</w:t>
        <w:br/>
        <w:t>v -5.714516 14.748099 -0.443057</w:t>
        <w:br/>
        <w:t>v -5.735016 14.845856 -0.448987</w:t>
        <w:br/>
        <w:t>v -5.742598 15.207681 -0.381363</w:t>
        <w:br/>
        <w:t>v -5.712758 15.464502 -0.189001</w:t>
        <w:br/>
        <w:t>v -5.755639 15.365244 -0.183187</w:t>
        <w:br/>
        <w:t>v -5.771484 15.310222 -0.242343</w:t>
        <w:br/>
        <w:t>v -5.732905 15.384175 -0.296076</w:t>
        <w:br/>
        <w:t>v -5.695439 15.455464 -0.190455</w:t>
        <w:br/>
        <w:t>v -5.765539 15.323208 -0.131599</w:t>
        <w:br/>
        <w:t>v -5.735263 15.380229 -0.077649</w:t>
        <w:br/>
        <w:t>v -5.754232 15.244955 0.011223</w:t>
        <w:br/>
        <w:t>v -5.780314 15.262717 -0.084527</w:t>
        <w:br/>
        <w:t>v -5.802412 15.141257 -0.022458</w:t>
        <w:br/>
        <w:t>v -5.658840 14.552747 -0.295617</w:t>
        <w:br/>
        <w:t>v -5.740967 14.499855 -0.288263</w:t>
        <w:br/>
        <w:t>v -5.725873 14.481119 -0.168154</w:t>
        <w:br/>
        <w:t>v -5.648867 14.538893 -0.183129</w:t>
        <w:br/>
        <w:t>v -5.693822 14.620329 -0.405432</w:t>
        <w:br/>
        <w:t>v -5.768830 14.547167 -0.377967</w:t>
        <w:br/>
        <w:t>v -5.728474 14.740568 -0.450844</w:t>
        <w:br/>
        <w:t>v -5.809797 14.697066 -0.415899</w:t>
        <w:br/>
        <w:t>v -5.822016 14.811419 -0.405079</w:t>
        <w:br/>
        <w:t>v -5.813720 15.084730 -0.341097</w:t>
        <w:br/>
        <w:t>v -5.791549 15.200610 -0.298298</w:t>
        <w:br/>
        <w:t>v -5.756093 15.211938 -0.388476</w:t>
        <w:br/>
        <w:t>v -5.741507 15.357207 -0.185143</w:t>
        <w:br/>
        <w:t>v -5.717825 15.378076 -0.292850</w:t>
        <w:br/>
        <w:t>v -5.745231 15.021008 -0.430460</w:t>
        <w:br/>
        <w:t>v -5.756427 15.022931 -0.441362</w:t>
        <w:br/>
        <w:t>v -5.752614 14.840617 -0.456103</w:t>
        <w:br/>
        <w:t>v -5.735016 14.845856 -0.448987</w:t>
        <w:br/>
        <w:t>v -5.710171 14.721361 0.065019</w:t>
        <w:br/>
        <w:t>v -5.683692 14.644114 0.025897</w:t>
        <w:br/>
        <w:t>v -5.811359 14.665256 0.060017</w:t>
        <w:br/>
        <w:t>v -5.809672 14.661652 0.075717</w:t>
        <w:br/>
        <w:t>v -5.758702 14.547590 0.026680</w:t>
        <w:br/>
        <w:t>v -5.767084 14.554986 0.015992</w:t>
        <w:br/>
        <w:t>v -5.739962 15.038970 0.072598</w:t>
        <w:br/>
        <w:t>v -5.735824 14.859799 0.086734</w:t>
        <w:br/>
        <w:t>v -5.765632 15.029875 0.084948</w:t>
        <w:br/>
        <w:t>v -5.814481 14.971563 0.009065</w:t>
        <w:br/>
        <w:t>v -5.824012 14.974357 0.022257</w:t>
        <w:br/>
        <w:t>v -5.831087 14.805713 0.064153</w:t>
        <w:br/>
        <w:t>v -5.826456 14.805176 0.048801</w:t>
        <w:br/>
        <w:t>v -5.673315 14.607210 -0.072696</w:t>
        <w:br/>
        <w:t>v -5.663173 14.585535 -0.180460</w:t>
        <w:br/>
        <w:t>v -5.648867 14.538893 -0.183129</w:t>
        <w:br/>
        <w:t>v -5.656440 14.561871 -0.070858</w:t>
        <w:br/>
        <w:t>v -5.738396 14.491800 -0.168513</w:t>
        <w:br/>
        <w:t>v -5.744865 14.507420 -0.064282</w:t>
        <w:br/>
        <w:t>v -5.732438 14.497581 -0.059891</w:t>
        <w:br/>
        <w:t>v -5.725873 14.481119 -0.168154</w:t>
        <w:br/>
        <w:t>v -5.755639 15.365244 -0.183187</w:t>
        <w:br/>
        <w:t>v -5.741507 15.357207 -0.185143</w:t>
        <w:br/>
        <w:t>v -5.756403 15.304122 -0.239118</w:t>
        <w:br/>
        <w:t>v -5.771484 15.310222 -0.242343</w:t>
        <w:br/>
        <w:t>v -5.717825 15.378076 -0.292850</w:t>
        <w:br/>
        <w:t>v -5.695439 15.455464 -0.190455</w:t>
        <w:br/>
        <w:t>v -5.712758 15.464502 -0.189001</w:t>
        <w:br/>
        <w:t>v -5.732905 15.384175 -0.296076</w:t>
        <w:br/>
        <w:t>v -5.709792 15.375387 -0.079207</w:t>
        <w:br/>
        <w:t>v -5.732956 15.245713 0.012314</w:t>
        <w:br/>
        <w:t>v -5.754232 15.244955 0.011223</w:t>
        <w:br/>
        <w:t>v -5.735263 15.380229 -0.077649</w:t>
        <w:br/>
        <w:t>v -5.767134 15.256211 -0.091815</w:t>
        <w:br/>
        <w:t>v -5.751052 15.316466 -0.132590</w:t>
        <w:br/>
        <w:t>v -5.765539 15.323208 -0.131599</w:t>
        <w:br/>
        <w:t>v -5.780314 15.262717 -0.084527</w:t>
        <w:br/>
        <w:t>v -5.802412 15.141257 -0.022458</w:t>
        <w:br/>
        <w:t>v -5.791100 15.136226 -0.033317</w:t>
        <w:br/>
        <w:t>v -5.710171 14.721361 0.065019</w:t>
        <w:br/>
        <w:t>v -5.683692 14.644114 0.025897</w:t>
        <w:br/>
        <w:t>v -5.752595 14.510530 -0.283985</w:t>
        <w:br/>
        <w:t>v -5.738396 14.491800 -0.168513</w:t>
        <w:br/>
        <w:t>v -5.725873 14.481119 -0.168154</w:t>
        <w:br/>
        <w:t>v -5.740967 14.499855 -0.288263</w:t>
        <w:br/>
        <w:t>v -5.675032 14.594689 -0.287487</w:t>
        <w:br/>
        <w:t>v -5.658840 14.552747 -0.295617</w:t>
        <w:br/>
        <w:t>v -5.648867 14.538893 -0.183129</w:t>
        <w:br/>
        <w:t>v -5.663173 14.585535 -0.180460</w:t>
        <w:br/>
        <w:t>v -5.768830 14.547167 -0.377967</w:t>
        <w:br/>
        <w:t>v -5.773681 14.555186 -0.366729</w:t>
        <w:br/>
        <w:t>v -5.698672 14.628347 -0.394194</w:t>
        <w:br/>
        <w:t>v -5.693822 14.620329 -0.405432</w:t>
        <w:br/>
        <w:t>v -5.805652 14.700266 -0.400634</w:t>
        <w:br/>
        <w:t>v -5.809797 14.697066 -0.415899</w:t>
        <w:br/>
        <w:t>v -5.714516 14.748099 -0.443057</w:t>
        <w:br/>
        <w:t>v -5.728474 14.740568 -0.450844</w:t>
        <w:br/>
        <w:t>v -5.814662 14.811746 -0.390226</w:t>
        <w:br/>
        <w:t>v -5.822016 14.811419 -0.405079</w:t>
        <w:br/>
        <w:t>v -5.714516 14.748099 -0.443057</w:t>
        <w:br/>
        <w:t>v -5.808844 14.962372 -0.359513</w:t>
        <w:br/>
        <w:t>v -5.819010 14.965082 -0.371495</w:t>
        <w:br/>
        <w:t>v -5.813720 15.084730 -0.341097</w:t>
        <w:br/>
        <w:t>v -5.800408 15.079627 -0.332686</w:t>
        <w:br/>
        <w:t>v -5.776096 15.194262 -0.291719</w:t>
        <w:br/>
        <w:t>v -5.791549 15.200610 -0.298298</w:t>
        <w:br/>
        <w:t>v -5.742598 15.207681 -0.381363</w:t>
        <w:br/>
        <w:t>v -5.756093 15.211938 -0.388476</w:t>
        <w:br/>
        <w:t>v -5.695439 15.455464 -0.190455</w:t>
        <w:br/>
        <w:t>v -5.712758 15.464502 -0.189001</w:t>
        <w:br/>
        <w:t>v -1.863593 11.220637 0.592277</w:t>
        <w:br/>
        <w:t>v -1.722015 11.313311 0.799715</w:t>
        <w:br/>
        <w:t>v -1.997090 11.240745 0.026226</w:t>
        <w:br/>
        <w:t>v -0.939925 12.244831 -1.103777</w:t>
        <w:br/>
        <w:t>v -0.915082 12.241137 -1.115328</w:t>
        <w:br/>
        <w:t>v -1.412233 4.523377 -0.163754</w:t>
        <w:br/>
        <w:t>v -0.202392 8.485611 0.341235</w:t>
        <w:br/>
        <w:t>v -0.146686 8.485613 -0.022034</w:t>
        <w:br/>
        <w:t>v -0.144348 7.846681 -0.115331</w:t>
        <w:br/>
        <w:t>v -0.202821 7.846681 0.258007</w:t>
        <w:br/>
        <w:t>v -1.349476 8.487997 0.592302</w:t>
        <w:br/>
        <w:t>v -1.050916 8.485611 0.698982</w:t>
        <w:br/>
        <w:t>v -1.036993 7.846681 0.646556</w:t>
        <w:br/>
        <w:t>v -1.330258 7.846681 0.558767</w:t>
        <w:br/>
        <w:t>v -0.154705 7.846683 -0.477526</w:t>
        <w:br/>
        <w:t>v -0.155827 8.485897 -0.383963</w:t>
        <w:br/>
        <w:t>v -0.240812 8.485657 -0.641688</w:t>
        <w:br/>
        <w:t>v -0.390523 8.485417 -0.871942</w:t>
        <w:br/>
        <w:t>v -0.366328 7.847393 -1.009919</w:t>
        <w:br/>
        <w:t>v -0.224186 7.847052 -0.757873</w:t>
        <w:br/>
        <w:t>v -1.033456 9.718477 0.941954</w:t>
        <w:br/>
        <w:t>v -0.666394 9.717016 0.953286</w:t>
        <w:br/>
        <w:t>v -0.659552 9.111261 0.827997</w:t>
        <w:br/>
        <w:t>v -1.020205 9.109293 0.808489</w:t>
        <w:br/>
        <w:t>v -0.163257 9.129730 -0.307444</w:t>
        <w:br/>
        <w:t>v -0.131206 9.125429 0.061310</w:t>
        <w:br/>
        <w:t>v -0.104768 9.727990 0.133425</w:t>
        <w:br/>
        <w:t>v -0.148972 9.733843 -0.244705</w:t>
        <w:br/>
        <w:t>v -0.249229 9.738017 -0.500912</w:t>
        <w:br/>
        <w:t>v -0.406835 9.741914 -0.727815</w:t>
        <w:br/>
        <w:t>v -0.401008 9.133752 -0.784040</w:t>
        <w:br/>
        <w:t>v -0.251487 9.132153 -0.559696</w:t>
        <w:br/>
        <w:t>v -1.372597 9.108221 0.672789</w:t>
        <w:br/>
        <w:t>v -1.406584 9.721090 0.787107</w:t>
        <w:br/>
        <w:t>v -1.078403 9.718720 0.934628</w:t>
        <w:br/>
        <w:t>v -1.064742 9.109062 0.798982</w:t>
        <w:br/>
        <w:t>v -0.162702 9.119442 0.433102</w:t>
        <w:br/>
        <w:t>v -0.145462 9.722281 0.518394</w:t>
        <w:br/>
        <w:t>v -1.057748 10.823671 1.142527</w:t>
        <w:br/>
        <w:t>v -0.679183 10.809454 1.154108</w:t>
        <w:br/>
        <w:t>v -0.672765 10.269153 1.059975</w:t>
        <w:br/>
        <w:t>v -1.045870 10.287457 1.058641</w:t>
        <w:br/>
        <w:t>v -1.429086 10.307292 0.894351</w:t>
        <w:br/>
        <w:t>v -1.449076 10.837967 0.978420</w:t>
        <w:br/>
        <w:t>v -1.102956 10.825407 1.137318</w:t>
        <w:br/>
        <w:t>v -1.091170 10.289705 1.054545</w:t>
        <w:br/>
        <w:t>v -1.856014 10.869450 0.386672</w:t>
        <w:br/>
        <w:t>v -1.855982 10.331978 0.302237</w:t>
        <w:br/>
        <w:t>v -1.872911 10.333230 0.235528</w:t>
        <w:br/>
        <w:t>v -1.879032 10.879427 0.218901</w:t>
        <w:br/>
        <w:t>v -1.838577 10.869056 -0.202782</w:t>
        <w:br/>
        <w:t>v -1.833984 10.334862 -0.323077</w:t>
        <w:br/>
        <w:t>v -1.806964 10.334198 -0.427482</w:t>
        <w:br/>
        <w:t>v -1.784262 10.861153 -0.388414</w:t>
        <w:br/>
        <w:t>v -0.395787 10.266648 -0.687673</w:t>
        <w:br/>
        <w:t>v -0.240016 10.257530 -0.454001</w:t>
        <w:br/>
        <w:t>v -0.244068 10.724270 -0.418558</w:t>
        <w:br/>
        <w:t>v -0.399631 10.732219 -0.656252</w:t>
        <w:br/>
        <w:t>v -0.085883 10.245941 0.181958</w:t>
        <w:br/>
        <w:t>v -0.118869 10.245081 0.572728</w:t>
        <w:br/>
        <w:t>v -0.102610 10.724228 0.609915</w:t>
        <w:br/>
        <w:t>v -0.081254 10.710249 0.211344</w:t>
        <w:br/>
        <w:t>v -0.140051 10.250967 -0.191884</w:t>
        <w:br/>
        <w:t>v -0.143764 10.718678 -0.152903</w:t>
        <w:br/>
        <w:t>v -1.604987 10.326127 -0.716519</w:t>
        <w:br/>
        <w:t>v -1.588145 10.836735 -0.675725</w:t>
        <w:br/>
        <w:t>v -0.185750 7.514634 0.213489</w:t>
        <w:br/>
        <w:t>v -0.112964 7.512086 -0.174925</w:t>
        <w:br/>
        <w:t>v -0.081580 7.177493 -0.234520</w:t>
        <w:br/>
        <w:t>v -0.168679 7.182587 0.168970</w:t>
        <w:br/>
        <w:t>v -1.327112 7.169068 0.540211</w:t>
        <w:br/>
        <w:t>v -1.328401 7.507574 0.550063</w:t>
        <w:br/>
        <w:t>v -1.029603 7.511017 0.624620</w:t>
        <w:br/>
        <w:t>v -1.022221 7.175906 0.602427</w:t>
        <w:br/>
        <w:t>v -0.126812 7.510074 -0.567483</w:t>
        <w:br/>
        <w:t>v -0.098918 7.173465 -0.657440</w:t>
        <w:br/>
        <w:t>v -2.069203 7.140717 -0.781837</w:t>
        <w:br/>
        <w:t>v -2.007574 7.498083 -0.727914</w:t>
        <w:br/>
        <w:t>v -2.042711 7.497620 -0.337794</w:t>
        <w:br/>
        <w:t>v -2.098527 7.148663 -0.367303</w:t>
        <w:br/>
        <w:t>v -0.115270 6.712518 0.133184</w:t>
        <w:br/>
        <w:t>v -0.016086 6.710820 -0.310063</w:t>
        <w:br/>
        <w:t>v 0.016662 6.477483 -0.347834</w:t>
        <w:br/>
        <w:t>v -0.088566 6.477483 0.115290</w:t>
        <w:br/>
        <w:t>v -1.327029 6.708238 0.543167</w:t>
        <w:br/>
        <w:t>v -1.011937 6.710462 0.598392</w:t>
        <w:br/>
        <w:t>v -1.006788 6.477481 0.596378</w:t>
        <w:br/>
        <w:t>v -1.327472 6.477481 0.542544</w:t>
        <w:br/>
        <w:t>v -0.014441 6.709477 -0.733968</w:t>
        <w:br/>
        <w:t>v 0.027797 6.477483 -0.772232</w:t>
        <w:br/>
        <w:t>v -0.086779 6.710635 -1.127097</w:t>
        <w:br/>
        <w:t>v -0.281574 6.716384 -1.465510</w:t>
        <w:br/>
        <w:t>v -0.258901 6.481272 -1.568607</w:t>
        <w:br/>
        <w:t>v -0.032885 6.477320 -1.208620</w:t>
        <w:br/>
        <w:t>v -1.530958 6.705380 -1.637987</w:t>
        <w:br/>
        <w:t>v -1.551617 6.479279 -1.729387</w:t>
        <w:br/>
        <w:t>v -1.239572 6.481209 -1.850590</w:t>
        <w:br/>
        <w:t>v -1.228743 6.708720 -1.747076</w:t>
        <w:br/>
        <w:t>v -2.179926 6.474549 -0.851051</w:t>
        <w:br/>
        <w:t>v -2.144095 6.701973 -0.821403</w:t>
        <w:br/>
        <w:t>v -2.183480 6.701439 -0.424583</w:t>
        <w:br/>
        <w:t>v -2.226196 6.477483 -0.463446</w:t>
        <w:br/>
        <w:t>v -2.079995 6.706100 -0.049792</w:t>
        <w:br/>
        <w:t>v -2.122187 6.477482 -0.080206</w:t>
        <w:br/>
        <w:t>v 0.038342 6.144985 -0.269256</w:t>
        <w:br/>
        <w:t>v -1.400690 6.140635 0.540315</w:t>
        <w:br/>
        <w:t>v -1.388585 5.763639 0.556479</w:t>
        <w:br/>
        <w:t>v -1.644575 5.763680 0.474575</w:t>
        <w:br/>
        <w:t>v 0.089005 6.147027 -0.649446</w:t>
        <w:br/>
        <w:t>v 0.055843 6.152333 -0.996597</w:t>
        <w:br/>
        <w:t>v 0.130755 5.760001 -1.039994</w:t>
        <w:br/>
        <w:t>v 0.172055 5.756250 -0.656023</w:t>
        <w:br/>
        <w:t>v -0.046622 6.150686 -1.330299</w:t>
        <w:br/>
        <w:t>v -0.249333 6.152207 -1.613435</w:t>
        <w:br/>
        <w:t>v -0.238064 5.764645 -1.666231</w:t>
        <w:br/>
        <w:t>v -0.016855 5.764364 -1.395597</w:t>
        <w:br/>
        <w:t>v -1.558331 6.159427 -1.817934</w:t>
        <w:br/>
        <w:t>v -1.244489 6.162569 -1.963072</w:t>
        <w:br/>
        <w:t>v -0.063777 5.764023 0.077508</w:t>
        <w:br/>
        <w:t>v 0.101050 5.758058 -0.274135</w:t>
        <w:br/>
        <w:t>v 0.125798 5.355215 -0.315006</w:t>
        <w:br/>
        <w:t>v -0.070634 5.361385 -0.024271</w:t>
        <w:br/>
        <w:t>v -1.305952 5.355171 0.482952</w:t>
        <w:br/>
        <w:t>v -1.599375 5.353868 0.442200</w:t>
        <w:br/>
        <w:t>v -2.132149 5.350794 -0.290282</w:t>
        <w:br/>
        <w:t>v -2.202958 5.755781 -0.193241</w:t>
        <w:br/>
        <w:t>v -1.975924 5.763711 0.113043</w:t>
        <w:br/>
        <w:t>v -1.925621 5.353838 0.014654</w:t>
        <w:br/>
        <w:t>v 0.207229 5.359787 -0.658242</w:t>
        <w:br/>
        <w:t>v 0.153676 5.358425 -1.018833</w:t>
        <w:br/>
        <w:t>v -0.029495 5.368331 -1.360571</w:t>
        <w:br/>
        <w:t>v -0.279917 5.368065 -1.623252</w:t>
        <w:br/>
        <w:t>v -1.166062 5.364420 -1.823462</w:t>
        <w:br/>
        <w:t>v -1.199670 5.763594 -1.979636</w:t>
        <w:br/>
        <w:t>v -1.497960 5.764627 -1.877092</w:t>
        <w:br/>
        <w:t>v -1.426042 5.363143 -1.826269</w:t>
        <w:br/>
        <w:t>v -2.244671 5.745213 -0.933976</w:t>
        <w:br/>
        <w:t>v -2.172493 5.346976 -0.969513</w:t>
        <w:br/>
        <w:t>v -2.092744 5.343149 -1.137673</w:t>
        <w:br/>
        <w:t>v -2.180742 5.749438 -1.185551</w:t>
        <w:br/>
        <w:t>v -2.247232 5.347903 -0.673579</w:t>
        <w:br/>
        <w:t>v -2.321516 5.742694 -0.602286</w:t>
        <w:br/>
        <w:t>v -0.509880 5.763241 -1.867005</w:t>
        <w:br/>
        <w:t>v -0.594725 5.367000 -1.755992</w:t>
        <w:br/>
        <w:t>v -0.518861 6.484412 -1.787616</w:t>
        <w:br/>
        <w:t>v -0.514738 6.153338 -1.824062</w:t>
        <w:br/>
        <w:t>v -0.014441 6.709477 -0.733968</w:t>
        <w:br/>
        <w:t>v 0.027797 6.477483 -0.772232</w:t>
        <w:br/>
        <w:t>v -0.126812 7.510074 -0.567483</w:t>
        <w:br/>
        <w:t>v -0.204928 7.516811 -0.858907</w:t>
        <w:br/>
        <w:t>v -0.171654 7.177348 -0.979022</w:t>
        <w:br/>
        <w:t>v -0.098918 7.173465 -0.657440</w:t>
        <w:br/>
        <w:t>v -0.155827 8.485897 -0.383963</w:t>
        <w:br/>
        <w:t>v -0.154705 7.846683 -0.477526</w:t>
        <w:br/>
        <w:t>v -0.163257 9.129730 -0.307444</w:t>
        <w:br/>
        <w:t>v -0.148972 9.733843 -0.244705</w:t>
        <w:br/>
        <w:t>v -0.140051 10.250967 -0.191884</w:t>
        <w:br/>
        <w:t>v -0.143764 10.718678 -0.152903</w:t>
        <w:br/>
        <w:t>v -1.668646 5.361522 -1.713376</w:t>
        <w:br/>
        <w:t>v -1.806301 5.751432 -1.726953</w:t>
        <w:br/>
        <w:t>v -1.943664 5.765523 -1.471155</w:t>
        <w:br/>
        <w:t>v -1.831113 5.359727 -1.446117</w:t>
        <w:br/>
        <w:t>v -2.243230 6.145305 -0.894686</w:t>
        <w:br/>
        <w:t>v -2.269150 6.146364 -0.526012</w:t>
        <w:br/>
        <w:t>v -0.652382 8.485611 0.704368</w:t>
        <w:br/>
        <w:t>v -1.006495 8.485611 0.709020</w:t>
        <w:br/>
        <w:t>v -0.644243 7.846681 0.623761</w:t>
        <w:br/>
        <w:t>v -0.992201 7.846681 0.654778</w:t>
        <w:br/>
        <w:t>v -0.984775 7.511495 0.632628</w:t>
        <w:br/>
        <w:t>v -0.639857 7.512667 0.589005</w:t>
        <w:br/>
        <w:t>v -0.635474 7.178660 0.554029</w:t>
        <w:br/>
        <w:t>v -0.977364 7.176827 0.610233</w:t>
        <w:br/>
        <w:t>v -0.967072 6.710744 0.606205</w:t>
        <w:br/>
        <w:t>v -0.628741 6.711403 0.538730</w:t>
        <w:br/>
        <w:t>v -0.625375 6.477775 0.531091</w:t>
        <w:br/>
        <w:t>v -0.961923 6.477481 0.604194</w:t>
        <w:br/>
        <w:t>v -0.954257 6.140394 0.585105</w:t>
        <w:br/>
        <w:t>v -0.620859 6.140846 0.501119</w:t>
        <w:br/>
        <w:t>v -0.615841 5.765782 0.467255</w:t>
        <w:br/>
        <w:t>v -0.945852 5.764737 0.564486</w:t>
        <w:br/>
        <w:t>v -0.622257 5.335864 0.346139</w:t>
        <w:br/>
        <w:t>v -0.936876 5.302538 0.459940</w:t>
        <w:br/>
        <w:t>v -0.536959 6.722530 -1.678643</w:t>
        <w:br/>
        <w:t>v -1.250641 10.310165 -0.939571</w:t>
        <w:br/>
        <w:t>v -1.226894 10.827084 -0.921777</w:t>
        <w:br/>
        <w:t>v -1.271525 9.748131 -0.970610</w:t>
        <w:br/>
        <w:t>v -1.624054 9.746130 -0.770108</w:t>
        <w:br/>
        <w:t>v -1.286459 9.129809 -1.023286</w:t>
        <w:br/>
        <w:t>v -1.636178 9.125082 -0.860714</w:t>
        <w:br/>
        <w:t>v -1.633067 8.495760 -0.941331</w:t>
        <w:br/>
        <w:t>v -1.295726 8.485614 -1.109711</w:t>
        <w:br/>
        <w:t>v -1.679253 7.856829 -1.090644</w:t>
        <w:br/>
        <w:t>v -1.326046 7.843095 -1.242962</w:t>
        <w:br/>
        <w:t>v -1.708143 7.498848 -1.196615</w:t>
        <w:br/>
        <w:t>v -1.307322 7.503565 -1.366735</w:t>
        <w:br/>
        <w:t>v -1.813095 6.708664 -1.482957</w:t>
        <w:br/>
        <w:t>v -1.841645 6.487491 -1.563366</w:t>
        <w:br/>
        <w:t>v -1.841760 6.160020 -1.630021</w:t>
        <w:br/>
        <w:t>v -1.255852 5.045123 0.333434</w:t>
        <w:br/>
        <w:t>v -1.001218 5.033789 0.321221</w:t>
        <w:br/>
        <w:t>v -1.049155 4.754465 0.136752</w:t>
        <w:br/>
        <w:t>v -1.214514 4.726916 0.164888</w:t>
        <w:br/>
        <w:t>v -1.441046 5.031783 0.354664</w:t>
        <w:br/>
        <w:t>v -1.330069 4.695511 0.160096</w:t>
        <w:br/>
        <w:t>v -1.612841 4.634808 -0.236891</w:t>
        <w:br/>
        <w:t>v -1.907795 4.835072 -0.433354</w:t>
        <w:br/>
        <w:t>v -1.981427 5.044803 -0.388723</w:t>
        <w:br/>
        <w:t>v -1.794360 5.031707 -0.091958</w:t>
        <w:br/>
        <w:t>v -1.306421 4.666090 -1.300085</w:t>
        <w:br/>
        <w:t>v -1.632418 5.036355 -1.429422</w:t>
        <w:br/>
        <w:t>v -1.694854 5.037560 -1.330896</w:t>
        <w:br/>
        <w:t>v -1.451150 4.606997 -1.232614</w:t>
        <w:br/>
        <w:t>v -1.570853 5.035212 -1.514037</w:t>
        <w:br/>
        <w:t>v -1.342746 4.677126 -1.438423</w:t>
        <w:br/>
        <w:t>v -1.532644 5.034333 -1.614868</w:t>
        <w:br/>
        <w:t>v -1.825712 5.030583 -1.197133</w:t>
        <w:br/>
        <w:t>v -1.693882 4.746302 -1.099440</w:t>
        <w:br/>
        <w:t>v -1.381093 5.031861 -1.724868</w:t>
        <w:br/>
        <w:t>v -1.307904 4.677311 -1.501359</w:t>
        <w:br/>
        <w:t>v -1.123922 4.672791 -1.502024</w:t>
        <w:br/>
        <w:t>v -1.206966 5.029519 -1.708908</w:t>
        <w:br/>
        <w:t>v -0.964353 4.672190 -1.463138</w:t>
        <w:br/>
        <w:t>v -1.035706 5.027242 -1.685739</w:t>
        <w:br/>
        <w:t>v -0.358323 4.681966 -1.344261</w:t>
        <w:br/>
        <w:t>v -0.239628 4.653992 -1.306007</w:t>
        <w:br/>
        <w:t>v -0.058522 5.012257 -1.308913</w:t>
        <w:br/>
        <w:t>v -0.245312 5.017076 -1.480076</w:t>
        <w:br/>
        <w:t>v 0.018489 4.770647 -0.474262</w:t>
        <w:br/>
        <w:t>v 0.093958 5.011725 -0.401890</w:t>
        <w:br/>
        <w:t>v 0.161405 5.015149 -0.699161</w:t>
        <w:br/>
        <w:t>v 0.146571 4.903590 -0.712406</w:t>
        <w:br/>
        <w:t>v -0.198625 4.579870 -0.232069</w:t>
        <w:br/>
        <w:t>v -0.098753 5.018226 -0.173704</w:t>
        <w:br/>
        <w:t>v 0.018489 4.770647 -0.474262</w:t>
        <w:br/>
        <w:t>v -0.438253 4.712101 -0.091083</w:t>
        <w:br/>
        <w:t>v -0.328029 5.019127 -0.006867</w:t>
        <w:br/>
        <w:t>v -0.301604 4.728815 -0.074978</w:t>
        <w:br/>
        <w:t>v -0.548571 5.025736 0.226440</w:t>
        <w:br/>
        <w:t>v -0.753921 5.032491 0.266735</w:t>
        <w:br/>
        <w:t>v -0.413106 4.377302 -0.106058</w:t>
        <w:br/>
        <w:t>v -0.459234 4.441469 -0.120300</w:t>
        <w:br/>
        <w:t>v -1.211235 4.453807 -1.317475</w:t>
        <w:br/>
        <w:t>v -1.451150 4.606997 -1.232614</w:t>
        <w:br/>
        <w:t>v -1.122594 4.377859 -1.345721</w:t>
        <w:br/>
        <w:t>v -1.011779 4.446940 -1.318661</w:t>
        <w:br/>
        <w:t>v -1.131021 4.342734 -0.071577</w:t>
        <w:br/>
        <w:t>v -1.467820 4.742956 -0.134413</w:t>
        <w:br/>
        <w:t>v -1.381421 4.702862 0.060542</w:t>
        <w:br/>
        <w:t>v -1.131021 4.342734 -0.071577</w:t>
        <w:br/>
        <w:t>v -0.198625 4.579870 -0.232069</w:t>
        <w:br/>
        <w:t>v -0.413106 4.377302 -0.106058</w:t>
        <w:br/>
        <w:t>v -0.257338 11.092442 1.003063</w:t>
        <w:br/>
        <w:t>v -0.640380 11.177994 1.197202</w:t>
        <w:br/>
        <w:t>v -0.582111 11.527587 1.219559</w:t>
        <w:br/>
        <w:t>v -0.239138 11.382195 1.006461</w:t>
        <w:br/>
        <w:t>v -1.068945 11.248565 1.213125</w:t>
        <w:br/>
        <w:t>v -1.445323 11.314937 1.020536</w:t>
        <w:br/>
        <w:t>v -1.110589 11.254657 1.195730</w:t>
        <w:br/>
        <w:t>v -1.206863 11.196754 -0.909104</w:t>
        <w:br/>
        <w:t>v -1.204270 11.484228 -0.894752</w:t>
        <w:br/>
        <w:t>v -1.590545 11.654302 -0.600686</w:t>
        <w:br/>
        <w:t>v -1.575789 11.264654 -0.640901</w:t>
        <w:br/>
        <w:t>v -0.242869 11.015803 -0.422421</w:t>
        <w:br/>
        <w:t>v -0.224850 11.263437 -0.448347</w:t>
        <w:br/>
        <w:t>v -0.375796 11.305764 -0.698027</w:t>
        <w:br/>
        <w:t>v -0.394970 11.046312 -0.668841</w:t>
        <w:br/>
        <w:t>v -0.089247 11.277271 0.604150</w:t>
        <w:br/>
        <w:t>v -0.074617 11.231700 0.213949</w:t>
        <w:br/>
        <w:t>v -0.079658 11.007553 0.220431</w:t>
        <w:br/>
        <w:t>v -0.097638 11.035069 0.612813</w:t>
        <w:br/>
        <w:t>v -0.129575 11.232859 -0.165088</w:t>
        <w:br/>
        <w:t>v -0.144736 11.000002 -0.147528</w:t>
        <w:br/>
        <w:t>v -0.094968 12.076003 -0.950429</w:t>
        <w:br/>
        <w:t>v -0.079423 11.833071 -0.848858</w:t>
        <w:br/>
        <w:t>v -0.000014 11.845641 -0.823608</w:t>
        <w:br/>
        <w:t>v -0.000014 12.082797 -0.920333</w:t>
        <w:br/>
        <w:t>v -0.000015 11.628053 -0.588574</w:t>
        <w:br/>
        <w:t>v -0.036624 11.640285 -0.603187</w:t>
        <w:br/>
        <w:t>v -0.206008 11.698542 1.079484</w:t>
        <w:br/>
        <w:t>v -0.292640 11.926475 1.206097</w:t>
        <w:br/>
        <w:t>v -0.000017 12.088369 1.253729</w:t>
        <w:br/>
        <w:t>v -0.000017 11.706529 1.065097</w:t>
        <w:br/>
        <w:t>v -0.048146 11.491283 -0.247370</w:t>
        <w:br/>
        <w:t>v -0.018811 11.435628 0.193174</w:t>
        <w:br/>
        <w:t>v -0.000016 11.449076 0.219642</w:t>
        <w:br/>
        <w:t>v -0.000016 11.547492 0.613275</w:t>
        <w:br/>
        <w:t>v -0.021737 11.492311 0.609771</w:t>
        <w:br/>
        <w:t>v -0.048146 11.491283 -0.247370</w:t>
        <w:br/>
        <w:t>v -0.000015 11.495090 -0.182351</w:t>
        <w:br/>
        <w:t>v -0.054276 11.374953 0.200946</w:t>
        <w:br/>
        <w:t>v -0.102004 11.379631 -0.200344</w:t>
        <w:br/>
        <w:t>v -0.073581 11.409312 0.600121</w:t>
        <w:br/>
        <w:t>v -0.224253 11.590030 1.023461</w:t>
        <w:br/>
        <w:t>v -0.518495 11.817184 1.219608</w:t>
        <w:br/>
        <w:t>v -0.245897 11.830147 -0.934514</w:t>
        <w:br/>
        <w:t>v -0.226468 11.654250 -0.779302</w:t>
        <w:br/>
        <w:t>v -0.195397 11.427732 -0.529364</w:t>
        <w:br/>
        <w:t>v -0.248105 12.070308 -1.018388</w:t>
        <w:br/>
        <w:t>v -0.401558 11.476737 -0.792976</w:t>
        <w:br/>
        <w:t>v -0.416715 11.845482 -1.013124</w:t>
        <w:br/>
        <w:t>v -0.433280 11.679116 -0.911950</w:t>
        <w:br/>
        <w:t>v -1.218855 11.727890 -0.900144</w:t>
        <w:br/>
        <w:t>v -1.443793 11.825217 -0.782037</w:t>
        <w:br/>
        <w:t>v -0.339529 12.603808 1.283868</w:t>
        <w:br/>
        <w:t>v -0.341143 12.761119 1.313301</w:t>
        <w:br/>
        <w:t>v -0.170642 12.761119 1.338241</w:t>
        <w:br/>
        <w:t>v -0.169768 12.610853 1.294664</w:t>
        <w:br/>
        <w:t>v -0.581987 12.193883 1.283317</w:t>
        <w:br/>
        <w:t>v -0.402042 12.371617 1.292164</w:t>
        <w:br/>
        <w:t>v -0.176142 12.335458 1.286954</w:t>
        <w:br/>
        <w:t>v -0.000014 12.320492 -0.966391</w:t>
        <w:br/>
        <w:t>v -0.099733 12.326509 -0.991630</w:t>
        <w:br/>
        <w:t>v -0.307669 10.756020 0.986019</w:t>
        <w:br/>
        <w:t>v -0.669567 12.080715 -1.105580</w:t>
        <w:br/>
        <w:t>v -0.664579 11.879225 -1.056540</w:t>
        <w:br/>
        <w:t>v -0.405737 12.070659 -1.076220</w:t>
        <w:br/>
        <w:t>v -0.243850 12.337283 -1.049296</w:t>
        <w:br/>
        <w:t>v -0.676481 12.355853 -1.114919</w:t>
        <w:br/>
        <w:t>v -0.391348 12.346718 -1.101108</w:t>
        <w:br/>
        <w:t>v -0.660666 11.718294 -0.992015</w:t>
        <w:br/>
        <w:t>v -0.656617 11.554823 -0.953093</w:t>
        <w:br/>
        <w:t>v -0.102004 11.379631 -0.200344</w:t>
        <w:br/>
        <w:t>v -0.144736 11.000002 -0.147528</w:t>
        <w:br/>
        <w:t>v -0.129575 11.232859 -0.165088</w:t>
        <w:br/>
        <w:t>v -1.779705 11.300090 -0.364771</w:t>
        <w:br/>
        <w:t>v -1.778105 11.454256 -0.356467</w:t>
        <w:br/>
        <w:t>v -1.897009 11.320351 -0.121250</w:t>
        <w:br/>
        <w:t>v -1.229026 11.878570 -0.920535</w:t>
        <w:br/>
        <w:t>v -1.372887 11.933214 -0.855740</w:t>
        <w:br/>
        <w:t>v -1.244451 12.090761 -0.963626</w:t>
        <w:br/>
        <w:t>v -0.505396 12.761119 1.272245</w:t>
        <w:br/>
        <w:t>v -0.855557 11.934184 1.267735</w:t>
        <w:br/>
        <w:t>v -1.084949 11.755342 1.235685</w:t>
        <w:br/>
        <w:t>v -1.131246 11.719247 1.229216</w:t>
        <w:br/>
        <w:t>v -1.455648 11.493331 1.066900</w:t>
        <w:br/>
        <w:t>v -1.722015 11.313311 0.799715</w:t>
        <w:br/>
        <w:t>v -1.711784 10.853861 0.717193</w:t>
        <w:br/>
        <w:t>v -1.902476 11.225530 0.451219</w:t>
        <w:br/>
        <w:t>v -0.302346 12.535009 -1.050844</w:t>
        <w:br/>
        <w:t>v -0.142285 12.535008 -1.050844</w:t>
        <w:br/>
        <w:t>v -0.000014 12.535009 -1.050844</w:t>
        <w:br/>
        <w:t>v -1.570187 5.041328 0.236736</w:t>
        <w:br/>
        <w:t>v -1.647933 5.040180 0.042293</w:t>
        <w:br/>
        <w:t>v -1.804998 5.353850 0.172723</w:t>
        <w:br/>
        <w:t>v -1.849712 5.763844 0.266687</w:t>
        <w:br/>
        <w:t>v -1.842396 6.141999 0.286457</w:t>
        <w:br/>
        <w:t>v -1.636386 6.141178 0.446696</w:t>
        <w:br/>
        <w:t>v -2.083067 5.049077 -0.706452</w:t>
        <w:br/>
        <w:t>v -1.947009 5.043657 -1.054989</w:t>
        <w:br/>
        <w:t>v -1.992772 5.044418 -0.940230</w:t>
        <w:br/>
        <w:t>v -0.420013 5.019079 -1.595495</w:t>
        <w:br/>
        <w:t>v 0.122604 5.009370 -0.988879</w:t>
        <w:br/>
        <w:t>v -0.607682 4.748208 0.070365</w:t>
        <w:br/>
        <w:t>v -0.980332 5.294355 0.449052</w:t>
        <w:br/>
        <w:t>v -0.500940 4.515623 -0.111980</w:t>
        <w:br/>
        <w:t>v -0.520954 4.736352 0.005614</w:t>
        <w:br/>
        <w:t>v -0.319252 5.362549 0.198457</w:t>
        <w:br/>
        <w:t>v -0.858244 6.161542 -2.004930</w:t>
        <w:br/>
        <w:t>v -0.856074 5.764825 -1.960742</w:t>
        <w:br/>
        <w:t>v -0.623177 5.021657 -1.658296</w:t>
        <w:br/>
        <w:t>v -0.855786 5.177638 -1.675332</w:t>
        <w:br/>
        <w:t>v -0.580442 4.652034 -1.446182</w:t>
        <w:br/>
        <w:t>v -0.482314 4.638449 -1.394473</w:t>
        <w:br/>
        <w:t>v -0.464691 4.288616 -1.228598</w:t>
        <w:br/>
        <w:t>v -0.135914 4.650899 -1.194228</w:t>
        <w:br/>
        <w:t>v -0.344942 7.516047 -1.124681</w:t>
        <w:br/>
        <w:t>v -2.159482 6.144249 -0.132398</w:t>
        <w:br/>
        <w:t>v -1.122594 4.377859 -1.345721</w:t>
        <w:br/>
        <w:t>v -1.211235 4.453807 -1.317475</w:t>
        <w:br/>
        <w:t>v -2.058264 5.756109 -1.342046</w:t>
        <w:br/>
        <w:t>v -1.983689 5.354043 -1.303577</w:t>
        <w:br/>
        <w:t>v -2.092131 6.156980 -1.323934</w:t>
        <w:br/>
        <w:t>v -1.306421 4.666090 -1.300085</w:t>
        <w:br/>
        <w:t>v -0.521150 12.293177 1.338942</w:t>
        <w:br/>
        <w:t>v 0.161405 5.015149 -0.699161</w:t>
        <w:br/>
        <w:t>v 0.018821 4.784690 -0.976086</w:t>
        <w:br/>
        <w:t>v 0.146571 4.903590 -0.712406</w:t>
        <w:br/>
        <w:t>v -0.349666 4.487462 -1.288085</w:t>
        <w:br/>
        <w:t>v -0.349666 4.487462 -1.288085</w:t>
        <w:br/>
        <w:t>v -0.454385 4.370727 -1.344873</w:t>
        <w:br/>
        <w:t>v -0.358323 4.681966 -1.344261</w:t>
        <w:br/>
        <w:t>v -0.464691 4.288616 -1.228598</w:t>
        <w:br/>
        <w:t>v 0.207229 5.359787 -0.658242</w:t>
        <w:br/>
        <w:t>v 0.172055 5.756250 -0.656023</w:t>
        <w:br/>
        <w:t>v 0.089005 6.147027 -0.649446</w:t>
        <w:br/>
        <w:t>v -1.412233 4.523377 -0.163754</w:t>
        <w:br/>
        <w:t>v -0.442547 4.298336 -0.180014</w:t>
        <w:br/>
        <w:t>v -0.529352 4.523162 -0.127616</w:t>
        <w:br/>
        <w:t>v -0.657346 4.761052 0.028277</w:t>
        <w:br/>
        <w:t>v -1.049155 4.754465 0.136752</w:t>
        <w:br/>
        <w:t>v -1.039623 4.747823 0.082988</w:t>
        <w:br/>
        <w:t>v -1.145090 4.368408 -0.153274</w:t>
        <w:br/>
        <w:t>v -1.131021 4.342734 -0.071577</w:t>
        <w:br/>
        <w:t>v -1.001218 5.033789 0.321221</w:t>
        <w:br/>
        <w:t>v -1.001798 5.040124 0.273434</w:t>
        <w:br/>
        <w:t>v -0.980332 5.294355 0.449052</w:t>
        <w:br/>
        <w:t>v -0.968841 5.259129 0.342328</w:t>
        <w:br/>
        <w:t>v -0.936876 5.302538 0.459940</w:t>
        <w:br/>
        <w:t>v -0.753921 5.032491 0.266735</w:t>
        <w:br/>
        <w:t>v -0.788268 5.032676 0.184443</w:t>
        <w:br/>
        <w:t>v -0.933841 5.267917 0.344866</w:t>
        <w:br/>
        <w:t>v -1.035067 4.285060 -1.198334</w:t>
        <w:br/>
        <w:t>v -0.964353 4.672190 -1.463138</w:t>
        <w:br/>
        <w:t>v -1.011779 4.446940 -1.318661</w:t>
        <w:br/>
        <w:t>v -1.014784 4.444240 -1.250421</w:t>
        <w:br/>
        <w:t>v -0.954640 4.689852 -1.412976</w:t>
        <w:br/>
        <w:t>v -0.862427 5.127005 -1.586232</w:t>
        <w:br/>
        <w:t>v -0.593964 4.631876 -1.284013</w:t>
        <w:br/>
        <w:t>v -0.580442 4.652034 -1.446182</w:t>
        <w:br/>
        <w:t>v -0.472948 4.279026 -1.164230</w:t>
        <w:br/>
        <w:t>v -0.076945 6.143013 0.097578</w:t>
        <w:br/>
        <w:t>v -0.860036 6.486136 -1.877419</w:t>
        <w:br/>
        <w:t>v -1.835998 9.742033 -0.446514</w:t>
        <w:br/>
        <w:t>v -1.837859 9.120416 -0.575657</w:t>
        <w:br/>
        <w:t>v -1.841472 8.489383 -0.708938</w:t>
        <w:br/>
        <w:t>v -1.868269 7.862821 -0.856524</w:t>
        <w:br/>
        <w:t>v -1.755996 7.151013 -1.322139</w:t>
        <w:br/>
        <w:t>v -1.940573 7.501589 -0.969335</w:t>
        <w:br/>
        <w:t>v -2.012430 7.140429 -1.081367</w:t>
        <w:br/>
        <w:t>v -2.069879 6.703118 -1.199200</w:t>
        <w:br/>
        <w:t>v -2.098673 6.484475 -1.258118</w:t>
        <w:br/>
        <w:t>v -2.161735 6.154851 -1.137691</w:t>
        <w:br/>
        <w:t>v -0.507586 12.587384 1.262192</w:t>
        <w:br/>
        <w:t>v -0.521150 12.293177 1.338942</w:t>
        <w:br/>
        <w:t>v -0.000017 12.761119 1.362796</w:t>
        <w:br/>
        <w:t>v -0.000017 12.617933 1.305502</w:t>
        <w:br/>
        <w:t>v -0.000017 12.344802 1.283475</w:t>
        <w:br/>
        <w:t>v -0.141975 6.947553 0.151077</w:t>
        <w:br/>
        <w:t>v -0.048833 6.944156 -0.272291</w:t>
        <w:br/>
        <w:t>v -0.056680 6.941471 -0.695704</w:t>
        <w:br/>
        <w:t>v -0.056680 6.941471 -0.695704</w:t>
        <w:br/>
        <w:t>v -0.140673 6.943948 -1.045574</w:t>
        <w:br/>
        <w:t>v -0.304246 6.951495 -1.362413</w:t>
        <w:br/>
        <w:t>v -0.555057 6.960649 -1.569670</w:t>
        <w:br/>
        <w:t>v -1.510276 6.931433 -1.546666</w:t>
        <w:br/>
        <w:t>v -1.217923 6.936503 -1.643243</w:t>
        <w:br/>
        <w:t>v -1.784546 6.929839 -1.402548</w:t>
        <w:br/>
        <w:t>v -2.041130 6.921770 -1.140284</w:t>
        <w:br/>
        <w:t>v -2.104690 6.921608 -0.796858</w:t>
        <w:br/>
        <w:t>v -2.140764 6.925395 -0.385719</w:t>
        <w:br/>
        <w:t>v -2.037803 6.934718 -0.019377</w:t>
        <w:br/>
        <w:t>v -1.325660 6.938782 0.542358</w:t>
        <w:br/>
        <w:t>v -1.017081 6.943275 0.600408</w:t>
        <w:br/>
        <w:t>v -0.972220 6.943865 0.608218</w:t>
        <w:br/>
        <w:t>v -0.632108 6.945031 0.546376</w:t>
        <w:br/>
        <w:t>v -0.331577 7.191046 -1.259047</w:t>
        <w:br/>
        <w:t>v -0.573154 7.198768 -1.460697</w:t>
        <w:br/>
        <w:t>v -1.489571 7.157435 -1.455428</w:t>
        <w:br/>
        <w:t>v -1.206977 7.164598 -1.539143</w:t>
        <w:br/>
        <w:t>v -1.946395 7.857305 -0.673762</w:t>
        <w:br/>
        <w:t>v -1.986658 7.848722 -0.308096</w:t>
        <w:br/>
        <w:t>v -0.586742 7.512175 -1.306522</w:t>
        <w:br/>
        <w:t>v -0.991384 5.764623 0.563663</w:t>
        <w:br/>
        <w:t>v -0.999570 6.140419 0.580559</w:t>
        <w:br/>
        <w:t>v -0.310251 10.252552 0.874643</w:t>
        <w:br/>
        <w:t>v -0.321953 9.717936 0.794101</w:t>
        <w:br/>
        <w:t>v -0.336337 9.114347 0.699552</w:t>
        <w:br/>
        <w:t>v -0.365921 8.485611 0.556047</w:t>
        <w:br/>
        <w:t>v -0.374992 7.846681 0.474942</w:t>
        <w:br/>
        <w:t>v -0.375262 7.513304 0.446382</w:t>
        <w:br/>
        <w:t>v -0.375653 7.179807 0.417440</w:t>
        <w:br/>
        <w:t>v -0.370401 6.945759 0.414167</w:t>
        <w:br/>
        <w:t>v -0.365319 6.711791 0.410379</w:t>
        <w:br/>
        <w:t>v -0.360383 6.477892 0.406146</w:t>
        <w:br/>
        <w:t>v -0.362217 6.141536 0.372514</w:t>
        <w:br/>
        <w:t>v -0.363995 5.765863 0.335791</w:t>
        <w:br/>
        <w:t>v -1.962409 6.142851 0.127926</w:t>
        <w:br/>
        <w:t>v -1.953450 6.477481 0.146851</w:t>
        <w:br/>
        <w:t>v -1.934603 6.705505 0.148612</w:t>
        <w:br/>
        <w:t>v -1.915401 6.933665 0.150199</w:t>
        <w:br/>
        <w:t>v -1.899918 7.162034 0.145815</w:t>
        <w:br/>
        <w:t>v -1.995611 7.163335 0.011037</w:t>
        <w:br/>
        <w:t>v -1.887044 7.504679 0.128033</w:t>
        <w:br/>
        <w:t>v -1.934391 7.505007 0.065365</w:t>
        <w:br/>
        <w:t>v -1.878242 7.846681 0.113431</w:t>
        <w:br/>
        <w:t>v -1.850555 8.487120 0.071762</w:t>
        <w:br/>
        <w:t>v -1.934395 8.487141 -0.250561</w:t>
        <w:br/>
        <w:t>v -1.978160 11.249209 0.045751</w:t>
        <w:br/>
        <w:t>v -1.888614 10.877160 0.020308</w:t>
        <w:br/>
        <w:t>v -1.894369 10.877172 -0.012106</w:t>
        <w:br/>
        <w:t>v -1.940086 11.243437 0.207738</w:t>
        <w:br/>
        <w:t>v -1.834664 9.731018 0.268893</w:t>
        <w:br/>
        <w:t>v -1.786824 9.110099 0.259088</w:t>
        <w:br/>
        <w:t>v -1.670236 9.725014 0.553338</w:t>
        <w:br/>
        <w:t>v -1.631715 9.108610 0.477727</w:t>
        <w:br/>
        <w:t>v -1.761243 8.469279 0.248513</w:t>
        <w:br/>
        <w:t>v -1.611591 8.499082 0.427828</w:t>
        <w:br/>
        <w:t>v -1.753102 7.846682 0.267950</w:t>
        <w:br/>
        <w:t>v -1.596208 7.846682 0.416804</w:t>
        <w:br/>
        <w:t>v -1.604109 7.504798 0.424443</w:t>
        <w:br/>
        <w:t>v -1.767183 7.503846 0.286679</w:t>
        <w:br/>
        <w:t>v -1.784810 7.160469 0.307938</w:t>
        <w:br/>
        <w:t>v -1.613844 7.163135 0.431348</w:t>
        <w:br/>
        <w:t>v -1.799030 6.932664 0.311421</w:t>
        <w:br/>
        <w:t>v -1.617883 6.934694 0.439218</w:t>
        <w:br/>
        <w:t>v -1.817074 6.705024 0.308995</w:t>
        <w:br/>
        <w:t>v -1.626315 6.706151 0.442535</w:t>
        <w:br/>
        <w:t>v -1.633086 6.477481 0.443284</w:t>
        <w:br/>
        <w:t>v -1.833063 6.477481 0.305100</w:t>
        <w:br/>
        <w:t>v -1.691628 10.321829 0.631776</w:t>
        <w:br/>
        <w:t>v -1.896050 10.336338 -0.075867</w:t>
        <w:br/>
        <w:t>v -1.883800 10.336084 -0.130586</w:t>
        <w:br/>
        <w:t>v -1.891667 9.739363 -0.255648</w:t>
        <w:br/>
        <w:t>v -1.898058 9.737484 -0.133182</w:t>
        <w:br/>
        <w:t>v -1.891784 9.117772 -0.384291</w:t>
        <w:br/>
        <w:t>v -1.893830 9.115253 -0.193183</w:t>
        <w:br/>
        <w:t>v -1.917827 8.488995 -0.525347</w:t>
        <w:br/>
        <w:t>v -1.887645 10.335210 0.037248</w:t>
        <w:br/>
        <w:t>v -1.886525 9.734129 0.076964</w:t>
        <w:br/>
        <w:t>v -1.865069 9.111744 0.076302</w:t>
        <w:br/>
        <w:t>v -0.824643 5.422049 -1.791050</w:t>
        <w:br/>
        <w:t>v -0.861255 6.719248 -1.766772</w:t>
        <w:br/>
        <w:t>v -0.862507 6.952465 -1.653416</w:t>
        <w:br/>
        <w:t>v -0.863905 7.185951 -1.540170</w:t>
        <w:br/>
        <w:t>v -0.866194 7.508307 -1.419124</w:t>
        <w:br/>
        <w:t>v -0.890362 12.074750 -1.094039</w:t>
        <w:br/>
        <w:t>v -0.890242 11.924757 -1.044630</w:t>
        <w:br/>
        <w:t>v -0.903317 12.252133 -1.092002</w:t>
        <w:br/>
        <w:t>v -0.935685 12.072864 -1.090011</w:t>
        <w:br/>
        <w:t>v -0.943566 12.255219 -1.072156</w:t>
        <w:br/>
        <w:t>v -0.934251 11.934731 -1.038500</w:t>
        <w:br/>
        <w:t>v -0.933320 11.782393 -1.001860</w:t>
        <w:br/>
        <w:t>v -0.932263 11.627013 -0.971314</w:t>
        <w:br/>
        <w:t>v -0.931229 11.409720 -0.950206</w:t>
        <w:br/>
        <w:t>v -0.928327 10.776190 -0.939731</w:t>
        <w:br/>
        <w:t>v -0.930197 11.148764 -0.950906</w:t>
        <w:br/>
        <w:t>v -0.926025 10.294344 -0.954772</w:t>
        <w:br/>
        <w:t>v -0.923060 9.747693 -1.009330</w:t>
        <w:br/>
        <w:t>v -0.918848 9.132819 -1.035249</w:t>
        <w:br/>
        <w:t>v -0.915157 8.487905 -1.121720</w:t>
        <w:br/>
        <w:t>v -0.911105 7.859451 -1.303969</w:t>
        <w:br/>
        <w:t>v -0.910260 7.507889 -1.430613</w:t>
        <w:br/>
        <w:t>v -0.909069 7.183496 -1.545476</w:t>
        <w:br/>
        <w:t>v -0.907972 6.950615 -1.655281</w:t>
        <w:br/>
        <w:t>v -0.906731 6.717967 -1.764714</w:t>
        <w:br/>
        <w:t>v -0.905459 6.485546 -1.874208</w:t>
        <w:br/>
        <w:t>v -0.903759 6.161663 -2.003431</w:t>
        <w:br/>
        <w:t>v -0.901606 5.764663 -1.961588</w:t>
        <w:br/>
        <w:t>v -0.870182 5.421822 -1.790869</w:t>
        <w:br/>
        <w:t>v -0.900177 5.169352 -1.669436</w:t>
        <w:br/>
        <w:t>v -0.889494 11.770661 -1.005811</w:t>
        <w:br/>
        <w:t>v -0.888842 11.613791 -0.975025</w:t>
        <w:br/>
        <w:t>v -0.600779 11.332744 -0.910819</w:t>
        <w:br/>
        <w:t>v -0.887506 11.398102 -0.955424</w:t>
        <w:br/>
        <w:t>v -0.615608 11.085726 -0.858511</w:t>
        <w:br/>
        <w:t>v -0.885704 11.140456 -0.955937</w:t>
        <w:br/>
        <w:t>v -0.622681 10.745664 -0.831057</w:t>
        <w:br/>
        <w:t>v -0.883513 10.768551 -0.942426</w:t>
        <w:br/>
        <w:t>v -0.617536 10.278602 -0.857897</w:t>
        <w:br/>
        <w:t>v -0.880588 10.292130 -0.956900</w:t>
        <w:br/>
        <w:t>v -0.877625 9.747513 -1.006239</w:t>
        <w:br/>
        <w:t>v -0.626768 9.745033 -0.891158</w:t>
        <w:br/>
        <w:t>v -0.875149 9.133001 -1.022429</w:t>
        <w:br/>
        <w:t>v -0.623437 9.133804 -0.928606</w:t>
        <w:br/>
        <w:t>v -0.871848 8.487633 -1.107641</w:t>
        <w:br/>
        <w:t>v -0.611921 8.486008 -1.023141</w:t>
        <w:br/>
        <w:t>v -0.869120 7.858042 -1.286386</w:t>
        <w:br/>
        <w:t>v -0.601417 7.851257 -1.176866</w:t>
        <w:br/>
        <w:t>v -0.888940 5.124324 -1.587563</w:t>
        <w:br/>
        <w:t>v -1.894325 7.847971 0.136326</w:t>
        <w:br/>
        <w:t>v -1.903099 7.506337 0.151501</w:t>
        <w:br/>
        <w:t>v -1.887044 7.504679 0.128033</w:t>
        <w:br/>
        <w:t>v -1.878242 7.846681 0.113431</w:t>
        <w:br/>
        <w:t>v -1.850555 8.487120 0.071762</w:t>
        <w:br/>
        <w:t>v -1.870138 8.486401 0.092675</w:t>
        <w:br/>
        <w:t>v -1.886472 9.110466 0.094775</w:t>
        <w:br/>
        <w:t>v -1.865069 9.111744 0.076302</w:t>
        <w:br/>
        <w:t>v -1.788954 8.470183 0.253339</w:t>
        <w:br/>
        <w:t>v -1.815329 9.108971 0.260972</w:t>
        <w:br/>
        <w:t>v -1.786824 9.110099 0.259088</w:t>
        <w:br/>
        <w:t>v -1.761243 8.469279 0.248513</w:t>
        <w:br/>
        <w:t>v -1.780549 7.847972 0.276813</w:t>
        <w:br/>
        <w:t>v -1.753102 7.846682 0.267950</w:t>
        <w:br/>
        <w:t>v -1.794109 7.505580 0.295759</w:t>
        <w:br/>
        <w:t>v -1.767183 7.503846 0.286679</w:t>
        <w:br/>
        <w:t>v -1.910214 9.732943 0.092408</w:t>
        <w:br/>
        <w:t>v -1.886525 9.734129 0.076964</w:t>
        <w:br/>
        <w:t>v -1.863060 9.730114 0.266915</w:t>
        <w:br/>
        <w:t>v -1.834664 9.731018 0.268893</w:t>
        <w:br/>
        <w:t>v -1.786824 9.110099 0.259088</w:t>
        <w:br/>
        <w:t>v -1.900388 10.332962 0.229439</w:t>
        <w:br/>
        <w:t>v -1.906080 10.876541 0.212217</w:t>
        <w:br/>
        <w:t>v -1.879032 10.879427 0.218901</w:t>
        <w:br/>
        <w:t>v -1.872911 10.333230 0.235528</w:t>
        <w:br/>
        <w:t>v -1.834664 9.731018 0.268893</w:t>
        <w:br/>
        <w:t>v -1.887645 10.335210 0.037248</w:t>
        <w:br/>
        <w:t>v -1.913784 10.334763 0.049163</w:t>
        <w:br/>
        <w:t>v -1.888614 10.877160 0.020308</w:t>
        <w:br/>
        <w:t>v -1.914790 10.874480 0.031683</w:t>
        <w:br/>
        <w:t>v -1.916543 7.163798 0.168952</w:t>
        <w:br/>
        <w:t>v -1.932001 6.934985 0.173300</w:t>
        <w:br/>
        <w:t>v -1.915401 6.933665 0.150199</w:t>
        <w:br/>
        <w:t>v -1.899918 7.162034 0.145815</w:t>
        <w:br/>
        <w:t>v -1.811882 7.162278 0.316371</w:t>
        <w:br/>
        <w:t>v -1.784810 7.160469 0.307938</w:t>
        <w:br/>
        <w:t>v -1.826147 6.934685 0.319887</w:t>
        <w:br/>
        <w:t>v -1.799030 6.932664 0.311421</w:t>
        <w:br/>
        <w:t>v -1.969533 6.478044 0.170293</w:t>
        <w:br/>
        <w:t>v -1.978361 6.142094 0.151592</w:t>
        <w:br/>
        <w:t>v -1.962409 6.142851 0.127926</w:t>
        <w:br/>
        <w:t>v -1.953450 6.477481 0.146851</w:t>
        <w:br/>
        <w:t>v -1.950987 6.707030 0.171882</w:t>
        <w:br/>
        <w:t>v -1.934603 6.705505 0.148612</w:t>
        <w:br/>
        <w:t>v -1.844127 6.706593 0.317706</w:t>
        <w:br/>
        <w:t>v -1.817074 6.705024 0.308995</w:t>
        <w:br/>
        <w:t>v -1.860074 6.478044 0.314178</w:t>
        <w:br/>
        <w:t>v -1.833063 6.477481 0.305100</w:t>
        <w:br/>
        <w:t>v -1.869234 6.141783 0.295757</w:t>
        <w:br/>
        <w:t>v -1.842396 6.141999 0.286457</w:t>
        <w:br/>
        <w:t>v -1.966873 11.229772 0.202978</w:t>
        <w:br/>
        <w:t>v -1.940086 11.243437 0.207738</w:t>
        <w:br/>
        <w:t>v -1.978160 11.249209 0.045751</w:t>
        <w:br/>
        <w:t>v -2.000135 11.234516 0.057496</w:t>
        <w:br/>
        <w:t>v -1.939108 5.343902 0.037758</w:t>
        <w:br/>
        <w:t>v -1.801739 5.017714 -0.068191</w:t>
        <w:br/>
        <w:t>v -1.794360 5.031707 -0.091958</w:t>
        <w:br/>
        <w:t>v -1.925621 5.353838 0.014654</w:t>
        <w:br/>
        <w:t>v -1.991036 5.760518 0.136626</w:t>
        <w:br/>
        <w:t>v -1.975924 5.763711 0.113043</w:t>
        <w:br/>
        <w:t>v -1.876294 5.760638 0.276307</w:t>
        <w:br/>
        <w:t>v -1.849712 5.763844 0.266687</w:t>
        <w:br/>
        <w:t>v -1.829466 5.343913 0.181438</w:t>
        <w:br/>
        <w:t>v -1.804998 5.353850 0.172723</w:t>
        <w:br/>
        <w:t>v -1.647933 5.040180 0.042293</w:t>
        <w:br/>
        <w:t>v -1.668634 5.025416 0.053846</w:t>
        <w:br/>
        <w:t>v -1.619752 4.610367 -0.213694</w:t>
        <w:br/>
        <w:t>v -1.612841 4.634808 -0.236891</w:t>
        <w:br/>
        <w:t>v -1.794360 5.031707 -0.091958</w:t>
        <w:br/>
        <w:t>v -1.467820 4.742956 -0.134413</w:t>
        <w:br/>
        <w:t>v -1.485920 4.729465 -0.116757</w:t>
        <w:br/>
        <w:t>v -1.433025 4.503452 -0.146722</w:t>
        <w:br/>
        <w:t>v -1.412233 4.523377 -0.163754</w:t>
        <w:br/>
        <w:t>v -0.903655 9.135049 -1.058737</w:t>
        <w:br/>
        <w:t>v -0.911636 9.749407 -1.035461</w:t>
        <w:br/>
        <w:t>v -0.923060 9.747693 -1.009330</w:t>
        <w:br/>
        <w:t>v -0.918848 9.132819 -1.035249</w:t>
        <w:br/>
        <w:t>v -0.898084 8.493101 -1.143951</w:t>
        <w:br/>
        <w:t>v -0.915157 8.487905 -1.121720</w:t>
        <w:br/>
        <w:t>v -0.893803 7.867170 -1.324633</w:t>
        <w:br/>
        <w:t>v -0.911105 7.859451 -1.303969</w:t>
        <w:br/>
        <w:t>v -0.871941 8.492938 -1.135452</w:t>
        <w:br/>
        <w:t>v -0.868518 7.866321 -1.314045</w:t>
        <w:br/>
        <w:t>v -0.869120 7.858042 -1.286386</w:t>
        <w:br/>
        <w:t>v -0.871848 8.487633 -1.107641</w:t>
        <w:br/>
        <w:t>v -0.877275 9.135159 -1.050997</w:t>
        <w:br/>
        <w:t>v -0.875149 9.133001 -1.022429</w:t>
        <w:br/>
        <w:t>v -0.884199 9.749298 -1.033594</w:t>
        <w:br/>
        <w:t>v -0.877625 9.747513 -1.006239</w:t>
        <w:br/>
        <w:t>v -0.890216 10.294268 -0.983402</w:t>
        <w:br/>
        <w:t>v -0.880588 10.292130 -0.956900</w:t>
        <w:br/>
        <w:t>v -0.894351 10.770030 -0.968816</w:t>
        <w:br/>
        <w:t>v -0.883513 10.768551 -0.942426</w:t>
        <w:br/>
        <w:t>v -0.917640 10.295604 -0.982117</w:t>
        <w:br/>
        <w:t>v -0.926025 10.294344 -0.954772</w:t>
        <w:br/>
        <w:t>v -0.921280 10.774620 -0.967197</w:t>
        <w:br/>
        <w:t>v -0.928327 10.776190 -0.939731</w:t>
        <w:br/>
        <w:t>v -0.868613 7.517282 -1.445977</w:t>
        <w:br/>
        <w:t>v -0.866194 7.508307 -1.419124</w:t>
        <w:br/>
        <w:t>v -0.895177 7.517030 -1.452903</w:t>
        <w:br/>
        <w:t>v -0.910260 7.507889 -1.430613</w:t>
        <w:br/>
        <w:t>v -0.897520 11.139967 -0.981724</w:t>
        <w:br/>
        <w:t>v -0.885704 11.140456 -0.955937</w:t>
        <w:br/>
        <w:t>v -0.924073 11.148377 -0.978773</w:t>
        <w:br/>
        <w:t>v -0.930197 11.148764 -0.950906</w:t>
        <w:br/>
        <w:t>v -0.902098 12.067505 -1.119122</w:t>
        <w:br/>
        <w:t>v -0.903298 11.919157 -1.068936</w:t>
        <w:br/>
        <w:t>v -0.890242 11.924757 -1.044630</w:t>
        <w:br/>
        <w:t>v -0.890362 12.074750 -1.094039</w:t>
        <w:br/>
        <w:t>v -0.903317 12.252133 -1.092002</w:t>
        <w:br/>
        <w:t>v -0.915082 12.241136 -1.115327</w:t>
        <w:br/>
        <w:t>v -0.943566 12.255219 -1.072156</w:t>
        <w:br/>
        <w:t>v -0.935685 12.072864 -1.090011</w:t>
        <w:br/>
        <w:t>v -0.929455 12.066366 -1.116690</w:t>
        <w:br/>
        <w:t>v -0.939925 12.244830 -1.103776</w:t>
        <w:br/>
        <w:t>v -0.934251 11.934731 -1.038500</w:t>
        <w:br/>
        <w:t>v -0.929711 11.925145 -1.065257</w:t>
        <w:br/>
        <w:t>v -0.902443 11.767230 -1.031066</w:t>
        <w:br/>
        <w:t>v -0.889494 11.770661 -1.005811</w:t>
        <w:br/>
        <w:t>v -0.928661 11.774249 -1.028703</w:t>
        <w:br/>
        <w:t>v -0.933320 11.782393 -1.001860</w:t>
        <w:br/>
        <w:t>v -0.927010 11.620461 -0.998530</w:t>
        <w:br/>
        <w:t>v -0.932263 11.627013 -0.971314</w:t>
        <w:br/>
        <w:t>v -0.925683 11.406134 -0.978014</w:t>
        <w:br/>
        <w:t>v -0.931229 11.409720 -0.950206</w:t>
        <w:br/>
        <w:t>v -0.901146 11.612584 -1.000741</w:t>
        <w:br/>
        <w:t>v -0.899580 11.399198 -0.981129</w:t>
        <w:br/>
        <w:t>v -0.887506 11.398102 -0.955424</w:t>
        <w:br/>
        <w:t>v -0.888842 11.613791 -0.975025</w:t>
        <w:br/>
        <w:t>v -0.862427 5.127005 -1.586232</w:t>
        <w:br/>
        <w:t>v -0.855786 5.177638 -1.675332</w:t>
        <w:br/>
        <w:t>v -0.864605 5.154833 -1.689029</w:t>
        <w:br/>
        <w:t>v -0.824643 5.422049 -1.791050</w:t>
        <w:br/>
        <w:t>v -0.833501 5.408894 -1.814259</w:t>
        <w:br/>
        <w:t>v -0.864992 5.760018 -1.987068</w:t>
        <w:br/>
        <w:t>v -0.856074 5.764825 -1.960742</w:t>
        <w:br/>
        <w:t>v -0.892493 5.759921 -1.987578</w:t>
        <w:br/>
        <w:t>v -0.901606 5.764663 -1.961588</w:t>
        <w:br/>
        <w:t>v -0.870182 5.421822 -1.790869</w:t>
        <w:br/>
        <w:t>v -0.861013 5.408757 -1.814149</w:t>
        <w:br/>
        <w:t>v -0.891063 5.149894 -1.685515</w:t>
        <w:br/>
        <w:t>v -0.900177 5.169352 -1.669436</w:t>
        <w:br/>
        <w:t>v -0.888940 5.124324 -1.587563</w:t>
        <w:br/>
        <w:t>v -0.895542 6.165536 -2.030135</w:t>
        <w:br/>
        <w:t>v -0.903759 6.161663 -2.003431</w:t>
        <w:br/>
        <w:t>v -0.868051 6.165463 -2.031041</w:t>
        <w:br/>
        <w:t>v -0.858244 6.161542 -2.004930</w:t>
        <w:br/>
        <w:t>v -0.898042 6.495366 -1.899929</w:t>
        <w:br/>
        <w:t>v -0.898841 6.729805 -1.789492</w:t>
        <w:br/>
        <w:t>v -0.906731 6.717967 -1.764714</w:t>
        <w:br/>
        <w:t>v -0.905459 6.485546 -1.874208</w:t>
        <w:br/>
        <w:t>v -0.860036 6.486136 -1.877419</w:t>
        <w:br/>
        <w:t>v -0.870608 6.495723 -1.901869</w:t>
        <w:br/>
        <w:t>v -0.861255 6.719248 -1.766772</w:t>
        <w:br/>
        <w:t>v -0.871374 6.730579 -1.790735</w:t>
        <w:br/>
        <w:t>v -0.870049 7.195860 -1.565915</w:t>
        <w:br/>
        <w:t>v -0.863905 7.185951 -1.540170</w:t>
        <w:br/>
        <w:t>v -0.909069 7.183496 -1.545476</w:t>
        <w:br/>
        <w:t>v -0.897278 7.194380 -1.569114</w:t>
        <w:br/>
        <w:t>v -0.871047 6.963748 -1.678137</w:t>
        <w:br/>
        <w:t>v -0.862507 6.952465 -1.653416</w:t>
        <w:br/>
        <w:t>v -0.898491 6.962631 -1.679263</w:t>
        <w:br/>
        <w:t>v -0.907972 6.950615 -1.655281</w:t>
        <w:br/>
        <w:t>v -2.107636 5.333901 -1.160160</w:t>
        <w:br/>
        <w:t>v -2.092744 5.343149 -1.137673</w:t>
        <w:br/>
        <w:t>v -1.947009 5.043657 -1.054989</w:t>
        <w:br/>
        <w:t>v -1.959322 5.030685 -1.076492</w:t>
        <w:br/>
        <w:t>v -1.826481 4.832515 -0.978938</w:t>
        <w:br/>
        <w:t>v -1.842916 4.822239 -1.001984</w:t>
        <w:br/>
        <w:t>v -1.849711 5.016369 -1.204832</w:t>
        <w:br/>
        <w:t>v -1.722625 4.745749 -1.110610</w:t>
        <w:br/>
        <w:t>v -1.693882 4.746302 -1.099440</w:t>
        <w:br/>
        <w:t>v -1.825712 5.030583 -1.197133</w:t>
        <w:br/>
        <w:t>v -2.008484 5.343806 -1.310999</w:t>
        <w:br/>
        <w:t>v -1.983689 5.354043 -1.303577</w:t>
        <w:br/>
        <w:t>v -1.866677 10.868745 -0.202441</w:t>
        <w:br/>
        <w:t>v -1.838577 10.869056 -0.202782</w:t>
        <w:br/>
        <w:t>v -1.897009 11.320351 -0.121250</w:t>
        <w:br/>
        <w:t>v -1.924507 11.305706 -0.125263</w:t>
        <w:br/>
        <w:t>v -1.862333 10.334478 -0.321681</w:t>
        <w:br/>
        <w:t>v -1.833984 10.334862 -0.323077</w:t>
        <w:br/>
        <w:t>v -1.917344 10.876115 -0.029279</w:t>
        <w:br/>
        <w:t>v -1.997090 11.240745 0.026226</w:t>
        <w:br/>
        <w:t>v -1.978160 11.249209 0.045751</w:t>
        <w:br/>
        <w:t>v -1.894369 10.877172 -0.012106</w:t>
        <w:br/>
        <w:t>v -1.907520 10.339366 -0.146213</w:t>
        <w:br/>
        <w:t>v -1.883800 10.336084 -0.130586</w:t>
        <w:br/>
        <w:t>v -2.085979 5.753174 -1.349655</w:t>
        <w:br/>
        <w:t>v -2.058264 5.756109 -1.342046</w:t>
        <w:br/>
        <w:t>v -2.119981 6.158095 -1.326014</w:t>
        <w:br/>
        <w:t>v -2.058264 5.756109 -1.342046</w:t>
        <w:br/>
        <w:t>v -2.092131 6.156980 -1.323934</w:t>
        <w:br/>
        <w:t>v -2.126769 6.488067 -1.257187</w:t>
        <w:br/>
        <w:t>v -2.092131 6.156980 -1.323934</w:t>
        <w:br/>
        <w:t>v -2.098673 6.484475 -1.258118</w:t>
        <w:br/>
        <w:t>v -2.197291 5.747110 -1.207427</w:t>
        <w:br/>
        <w:t>v -2.180742 5.749438 -1.185551</w:t>
        <w:br/>
        <w:t>v -2.183193 6.156162 -1.156873</w:t>
        <w:br/>
        <w:t>v -2.161735 6.154851 -1.137691</w:t>
        <w:br/>
        <w:t>v -2.177572 6.487551 -1.083899</w:t>
        <w:br/>
        <w:t>v -2.154612 6.483907 -1.067313</w:t>
        <w:br/>
        <w:t>v -2.146726 6.707637 -1.023712</w:t>
        <w:br/>
        <w:t>v -2.123711 6.702176 -1.007792</w:t>
        <w:br/>
        <w:t>v -2.097863 6.708492 -1.197453</w:t>
        <w:br/>
        <w:t>v -2.069879 6.703118 -1.199200</w:t>
        <w:br/>
        <w:t>v -2.115939 6.925843 -0.963904</w:t>
        <w:br/>
        <w:t>v -2.092723 6.920430 -0.948263</w:t>
        <w:br/>
        <w:t>v -2.069078 6.927059 -1.138307</w:t>
        <w:br/>
        <w:t>v -2.041130 6.921770 -1.140284</w:t>
        <w:br/>
        <w:t>v -2.084781 7.144792 -0.904457</w:t>
        <w:br/>
        <w:t>v -2.061642 7.138668 -0.888725</w:t>
        <w:br/>
        <w:t>v -2.040081 7.146392 -1.079436</w:t>
        <w:br/>
        <w:t>v -2.012430 7.140429 -1.081367</w:t>
        <w:br/>
        <w:t>v -2.024774 7.505253 -0.797299</w:t>
        <w:br/>
        <w:t>v -2.002835 7.498146 -0.780530</w:t>
        <w:br/>
        <w:t>v -1.968205 7.508381 -0.968841</w:t>
        <w:br/>
        <w:t>v -1.940573 7.501589 -0.969335</w:t>
        <w:br/>
        <w:t>v -1.967355 7.862885 -0.691904</w:t>
        <w:br/>
        <w:t>v -1.946395 7.857305 -0.673762</w:t>
        <w:br/>
        <w:t>v -1.896362 7.867898 -0.857982</w:t>
        <w:br/>
        <w:t>v -1.868269 7.862821 -0.856524</w:t>
        <w:br/>
        <w:t>v -1.939337 8.492032 -0.543459</w:t>
        <w:br/>
        <w:t>v -1.917827 8.488995 -0.525347</w:t>
        <w:br/>
        <w:t>v -1.870016 8.492385 -0.710138</w:t>
        <w:br/>
        <w:t>v -1.841472 8.489383 -0.708938</w:t>
        <w:br/>
        <w:t>v -1.915011 9.119939 -0.401077</w:t>
        <w:br/>
        <w:t>v -1.891784 9.117772 -0.384291</w:t>
        <w:br/>
        <w:t>v -1.866041 9.122339 -0.574861</w:t>
        <w:br/>
        <w:t>v -1.837859 9.120416 -0.575657</w:t>
        <w:br/>
        <w:t>v -1.915049 9.741131 -0.271777</w:t>
        <w:br/>
        <w:t>v -1.891667 9.739363 -0.255648</w:t>
        <w:br/>
        <w:t>v -1.864495 9.743556 -0.445108</w:t>
        <w:br/>
        <w:t>v -1.835998 9.742033 -0.446514</w:t>
        <w:br/>
        <w:t>v -1.057948 10.283044 1.084210</w:t>
        <w:br/>
        <w:t>v -1.071407 10.819886 1.167672</w:t>
        <w:br/>
        <w:t>v -1.057748 10.823671 1.142527</w:t>
        <w:br/>
        <w:t>v -1.045870 10.287457 1.058641</w:t>
        <w:br/>
        <w:t>v -1.084917 11.246963 1.235289</w:t>
        <w:br/>
        <w:t>v -1.068945 11.248565 1.213125</w:t>
        <w:br/>
        <w:t>v -1.057748 10.823671 1.142527</w:t>
        <w:br/>
        <w:t>v -1.110981 11.772823 1.265472</w:t>
        <w:br/>
        <w:t>v -1.084949 11.755342 1.235685</w:t>
        <w:br/>
        <w:t>v -1.098675 10.820933 1.164530</w:t>
        <w:br/>
        <w:t>v -1.085298 10.284402 1.081737</w:t>
        <w:br/>
        <w:t>v -1.091170 10.289705 1.054545</w:t>
        <w:br/>
        <w:t>v -1.102956 10.825407 1.137318</w:t>
        <w:br/>
        <w:t>v -1.109880 11.250615 1.224862</w:t>
        <w:br/>
        <w:t>v -1.110589 11.254657 1.195730</w:t>
        <w:br/>
        <w:t>v -1.134760 11.755315 1.260138</w:t>
        <w:br/>
        <w:t>v -1.131246 11.719247 1.229216</w:t>
        <w:br/>
        <w:t>v -1.046546 9.712852 0.966570</w:t>
        <w:br/>
        <w:t>v -1.033456 9.718477 0.941954</w:t>
        <w:br/>
        <w:t>v -1.073695 9.712998 0.962146</w:t>
        <w:br/>
        <w:t>v -1.078403 9.718720 0.934628</w:t>
        <w:br/>
        <w:t>v -1.061257 9.104046 0.826844</w:t>
        <w:br/>
        <w:t>v -1.064742 9.109062 0.798982</w:t>
        <w:br/>
        <w:t>v -1.034357 9.104185 0.832586</w:t>
        <w:br/>
        <w:t>v -1.020205 9.109293 0.808489</w:t>
        <w:br/>
        <w:t>v -1.020903 8.482306 0.733229</w:t>
        <w:br/>
        <w:t>v -1.006495 8.485611 0.709020</w:t>
        <w:br/>
        <w:t>v -1.047733 8.482306 0.727166</w:t>
        <w:br/>
        <w:t>v -1.050916 8.485611 0.698982</w:t>
        <w:br/>
        <w:t>v -1.033181 7.844596 0.674636</w:t>
        <w:br/>
        <w:t>v -1.036993 7.846681 0.646556</w:t>
        <w:br/>
        <w:t>v -1.006124 7.844514 0.679597</w:t>
        <w:br/>
        <w:t>v -0.992201 7.846681 0.654778</w:t>
        <w:br/>
        <w:t>v -0.998372 7.509541 0.657576</w:t>
        <w:br/>
        <w:t>v -0.984775 7.511495 0.632628</w:t>
        <w:br/>
        <w:t>v -1.025450 7.509253 0.652739</w:t>
        <w:br/>
        <w:t>v -1.029603 7.511017 0.624620</w:t>
        <w:br/>
        <w:t>v -0.990878 7.175544 0.635268</w:t>
        <w:br/>
        <w:t>v -0.977364 7.176827 0.610233</w:t>
        <w:br/>
        <w:t>v -1.017973 7.174987 0.630553</w:t>
        <w:br/>
        <w:t>v -1.022221 7.175906 0.602427</w:t>
        <w:br/>
        <w:t>v -1.012828 6.943060 0.628568</w:t>
        <w:br/>
        <w:t>v -1.017081 6.943275 0.600408</w:t>
        <w:br/>
        <w:t>v -0.985730 6.943416 0.633285</w:t>
        <w:br/>
        <w:t>v -0.972220 6.943865 0.608218</w:t>
        <w:br/>
        <w:t>v -0.980588 6.710357 0.631271</w:t>
        <w:br/>
        <w:t>v -0.967072 6.710744 0.606205</w:t>
        <w:br/>
        <w:t>v -1.007686 6.710186 0.626551</w:t>
        <w:br/>
        <w:t>v -1.011937 6.710462 0.598392</w:t>
        <w:br/>
        <w:t>v -0.975039 6.476583 0.629301</w:t>
        <w:br/>
        <w:t>v -0.961923 6.477481 0.604194</w:t>
        <w:br/>
        <w:t>v -1.002134 6.476583 0.624580</w:t>
        <w:br/>
        <w:t>v -1.006788 6.477481 0.596378</w:t>
        <w:br/>
        <w:t>v -0.993236 6.138991 0.608287</w:t>
        <w:br/>
        <w:t>v -0.999570 6.140419 0.580559</w:t>
        <w:br/>
        <w:t>v -0.965867 6.138977 0.611033</w:t>
        <w:br/>
        <w:t>v -0.954257 6.140394 0.585105</w:t>
        <w:br/>
        <w:t>v -0.984285 5.760854 0.590366</w:t>
        <w:br/>
        <w:t>v -0.991384 5.764623 0.563663</w:t>
        <w:br/>
        <w:t>v -0.956812 5.760922 0.590863</w:t>
        <w:br/>
        <w:t>v -0.945852 5.764737 0.564486</w:t>
        <w:br/>
        <w:t>v -0.970878 5.279825 0.466879</w:t>
        <w:br/>
        <w:t>v -0.980332 5.294355 0.449052</w:t>
        <w:br/>
        <w:t>v -0.945285 5.284644 0.473291</w:t>
        <w:br/>
        <w:t>v -0.936876 5.302538 0.459940</w:t>
        <w:br/>
        <w:t>v -0.968841 5.259129 0.342328</w:t>
        <w:br/>
        <w:t>v -0.933841 5.267917 0.344866</w:t>
        <w:br/>
        <w:t>v -1.870138 8.486401 0.092675</w:t>
        <w:br/>
        <w:t>v -1.788954 8.470183 0.253339</w:t>
        <w:br/>
        <w:t>v -1.780549 7.847972 0.276813</w:t>
        <w:br/>
        <w:t>v -1.894325 7.847971 0.136326</w:t>
        <w:br/>
        <w:t>v -1.886472 9.110466 0.094775</w:t>
        <w:br/>
        <w:t>v -1.815329 9.108971 0.260972</w:t>
        <w:br/>
        <w:t>v -1.863060 9.730114 0.266915</w:t>
        <w:br/>
        <w:t>v -1.910214 9.732943 0.092408</w:t>
        <w:br/>
        <w:t>v -1.913784 10.334763 0.049163</w:t>
        <w:br/>
        <w:t>v -1.900388 10.332962 0.229439</w:t>
        <w:br/>
        <w:t>v -1.903099 7.506337 0.151501</w:t>
        <w:br/>
        <w:t>v -1.794109 7.505580 0.295759</w:t>
        <w:br/>
        <w:t>v -1.811882 7.162278 0.316371</w:t>
        <w:br/>
        <w:t>v -1.916543 7.163798 0.168952</w:t>
        <w:br/>
        <w:t>v -1.969533 6.478044 0.170293</w:t>
        <w:br/>
        <w:t>v -1.950987 6.707030 0.171882</w:t>
        <w:br/>
        <w:t>v -1.844127 6.706593 0.317706</w:t>
        <w:br/>
        <w:t>v -1.860074 6.478044 0.314178</w:t>
        <w:br/>
        <w:t>v -0.903655 9.135049 -1.058737</w:t>
        <w:br/>
        <w:t>v -0.898084 8.493101 -1.143951</w:t>
        <w:br/>
        <w:t>v -0.871941 8.492938 -1.135452</w:t>
        <w:br/>
        <w:t>v -0.877275 9.135159 -1.050997</w:t>
        <w:br/>
        <w:t>v -0.911636 9.749407 -1.035461</w:t>
        <w:br/>
        <w:t>v -0.884199 9.749298 -1.033594</w:t>
        <w:br/>
        <w:t>v -0.890216 10.294268 -0.983402</w:t>
        <w:br/>
        <w:t>v -0.917640 10.295604 -0.982117</w:t>
        <w:br/>
        <w:t>v -1.914790 10.874480 0.031683</w:t>
        <w:br/>
        <w:t>v -1.906080 10.876541 0.212217</w:t>
        <w:br/>
        <w:t>v -0.893803 7.867170 -1.324633</w:t>
        <w:br/>
        <w:t>v -0.868518 7.866321 -1.314045</w:t>
        <w:br/>
        <w:t>v -0.894351 10.770030 -0.968816</w:t>
        <w:br/>
        <w:t>v -0.921280 10.774620 -0.967197</w:t>
        <w:br/>
        <w:t>v -1.959322 5.030685 -1.076492</w:t>
        <w:br/>
        <w:t>v -1.842916 4.822239 -1.001984</w:t>
        <w:br/>
        <w:t>v -1.722625 4.745749 -1.110610</w:t>
        <w:br/>
        <w:t>v -1.849711 5.016369 -1.204832</w:t>
        <w:br/>
        <w:t>v -0.902098 12.067505 -1.119122</w:t>
        <w:br/>
        <w:t>v -0.915082 12.241136 -1.115327</w:t>
        <w:br/>
        <w:t>v -0.939925 12.244830 -1.103776</w:t>
        <w:br/>
        <w:t>v -0.929455 12.066366 -1.116690</w:t>
        <w:br/>
        <w:t>v -0.903298 11.919157 -1.068936</w:t>
        <w:br/>
        <w:t>v -0.929711 11.925145 -1.065257</w:t>
        <w:br/>
        <w:t>v -2.000135 11.234516 0.057496</w:t>
        <w:br/>
        <w:t>v -1.966873 11.229772 0.202978</w:t>
        <w:br/>
        <w:t>v -0.928661 11.774249 -1.028703</w:t>
        <w:br/>
        <w:t>v -0.927010 11.620461 -0.998530</w:t>
        <w:br/>
        <w:t>v -0.901146 11.612584 -1.000741</w:t>
        <w:br/>
        <w:t>v -0.902443 11.767230 -1.031066</w:t>
        <w:br/>
        <w:t>v -0.925683 11.406134 -0.978014</w:t>
        <w:br/>
        <w:t>v -0.899580 11.399198 -0.981129</w:t>
        <w:br/>
        <w:t>v -0.897520 11.139967 -0.981724</w:t>
        <w:br/>
        <w:t>v -0.924073 11.148377 -0.978773</w:t>
        <w:br/>
        <w:t>v -0.833501 5.408894 -1.814259</w:t>
        <w:br/>
        <w:t>v -0.861013 5.408757 -1.814149</w:t>
        <w:br/>
        <w:t>v -0.891063 5.149894 -1.685515</w:t>
        <w:br/>
        <w:t>v -0.864605 5.154833 -1.689029</w:t>
        <w:br/>
        <w:t>v -0.892493 5.759921 -1.987578</w:t>
        <w:br/>
        <w:t>v -0.864992 5.760018 -1.987068</w:t>
        <w:br/>
        <w:t>v -0.898042 6.495366 -1.899929</w:t>
        <w:br/>
        <w:t>v -0.895542 6.165536 -2.030135</w:t>
        <w:br/>
        <w:t>v -0.868051 6.165463 -2.031041</w:t>
        <w:br/>
        <w:t>v -0.870608 6.495723 -1.901869</w:t>
        <w:br/>
        <w:t>v -0.895177 7.517030 -1.452903</w:t>
        <w:br/>
        <w:t>v -0.868613 7.517282 -1.445977</w:t>
        <w:br/>
        <w:t>v -0.871374 6.730579 -1.790735</w:t>
        <w:br/>
        <w:t>v -0.898841 6.729805 -1.789492</w:t>
        <w:br/>
        <w:t>v -1.939108 5.343902 0.037758</w:t>
        <w:br/>
        <w:t>v -1.991036 5.760518 0.136626</w:t>
        <w:br/>
        <w:t>v -1.876294 5.760638 0.276307</w:t>
        <w:br/>
        <w:t>v -1.829466 5.343913 0.181438</w:t>
        <w:br/>
        <w:t>v -1.668634 5.025416 0.053846</w:t>
        <w:br/>
        <w:t>v -1.801739 5.017714 -0.068191</w:t>
        <w:br/>
        <w:t>v -1.619752 4.610367 -0.213694</w:t>
        <w:br/>
        <w:t>v -1.485920 4.729465 -0.116757</w:t>
        <w:br/>
        <w:t>v -1.433025 4.503452 -0.146722</w:t>
        <w:br/>
        <w:t>v -0.888940 5.124324 -1.587563</w:t>
        <w:br/>
        <w:t>v -0.862427 5.127005 -1.586232</w:t>
        <w:br/>
        <w:t>v -1.978361 6.142094 0.151592</w:t>
        <w:br/>
        <w:t>v -1.869234 6.141783 0.295757</w:t>
        <w:br/>
        <w:t>v -0.871047 6.963748 -1.678137</w:t>
        <w:br/>
        <w:t>v -0.898491 6.962631 -1.679263</w:t>
        <w:br/>
        <w:t>v -1.932001 6.934985 0.173300</w:t>
        <w:br/>
        <w:t>v -1.826147 6.934685 0.319887</w:t>
        <w:br/>
        <w:t>v -0.870049 7.195860 -1.565915</w:t>
        <w:br/>
        <w:t>v -0.897278 7.194380 -1.569114</w:t>
        <w:br/>
        <w:t>v -1.071407 10.819886 1.167672</w:t>
        <w:br/>
        <w:t>v -1.098675 10.820933 1.164530</w:t>
        <w:br/>
        <w:t>v -1.109880 11.250615 1.224862</w:t>
        <w:br/>
        <w:t>v -1.084917 11.246963 1.235289</w:t>
        <w:br/>
        <w:t>v -1.110981 11.772823 1.265472</w:t>
        <w:br/>
        <w:t>v -1.134760 11.755315 1.260138</w:t>
        <w:br/>
        <w:t>v -1.057948 10.283044 1.084210</w:t>
        <w:br/>
        <w:t>v -1.085298 10.284402 1.081737</w:t>
        <w:br/>
        <w:t>v -1.073695 9.712998 0.962146</w:t>
        <w:br/>
        <w:t>v -1.046546 9.712852 0.966570</w:t>
        <w:br/>
        <w:t>v -1.034357 9.104185 0.832586</w:t>
        <w:br/>
        <w:t>v -1.061257 9.104046 0.826844</w:t>
        <w:br/>
        <w:t>v -1.047733 8.482306 0.727166</w:t>
        <w:br/>
        <w:t>v -1.020903 8.482306 0.733229</w:t>
        <w:br/>
        <w:t>v -1.006124 7.844514 0.679597</w:t>
        <w:br/>
        <w:t>v -1.033181 7.844596 0.674636</w:t>
        <w:br/>
        <w:t>v -0.998372 7.509541 0.657576</w:t>
        <w:br/>
        <w:t>v -1.025450 7.509253 0.652739</w:t>
        <w:br/>
        <w:t>v -1.017973 7.174987 0.630553</w:t>
        <w:br/>
        <w:t>v -0.990878 7.175544 0.635268</w:t>
        <w:br/>
        <w:t>v -0.985730 6.943416 0.633285</w:t>
        <w:br/>
        <w:t>v -1.012828 6.943060 0.628568</w:t>
        <w:br/>
        <w:t>v -0.980588 6.710357 0.631271</w:t>
        <w:br/>
        <w:t>v -1.007686 6.710186 0.626551</w:t>
        <w:br/>
        <w:t>v -1.002134 6.476583 0.624580</w:t>
        <w:br/>
        <w:t>v -0.975039 6.476583 0.629301</w:t>
        <w:br/>
        <w:t>v -0.993236 6.138991 0.608287</w:t>
        <w:br/>
        <w:t>v -0.965867 6.138977 0.611033</w:t>
        <w:br/>
        <w:t>v -0.984285 5.760854 0.590366</w:t>
        <w:br/>
        <w:t>v -0.956812 5.760922 0.590863</w:t>
        <w:br/>
        <w:t>v -0.970878 5.279825 0.466879</w:t>
        <w:br/>
        <w:t>v -0.945285 5.284644 0.473291</w:t>
        <w:br/>
        <w:t>v -0.968841 5.259129 0.342328</w:t>
        <w:br/>
        <w:t>v -0.970878 5.279825 0.466879</w:t>
        <w:br/>
        <w:t>v -0.945285 5.284644 0.473291</w:t>
        <w:br/>
        <w:t>v -0.933841 5.267917 0.344866</w:t>
        <w:br/>
        <w:t>v -1.866677 10.868745 -0.202441</w:t>
        <w:br/>
        <w:t>v -1.924507 11.305706 -0.125263</w:t>
        <w:br/>
        <w:t>v -1.997090 11.240745 0.026226</w:t>
        <w:br/>
        <w:t>v -1.917344 10.876115 -0.029279</w:t>
        <w:br/>
        <w:t>v -2.085979 5.753174 -1.349655</w:t>
        <w:br/>
        <w:t>v -2.119981 6.158095 -1.326014</w:t>
        <w:br/>
        <w:t>v -2.183193 6.156162 -1.156873</w:t>
        <w:br/>
        <w:t>v -2.197291 5.747110 -1.207427</w:t>
        <w:br/>
        <w:t>v -2.008484 5.343806 -1.310999</w:t>
        <w:br/>
        <w:t>v -2.107636 5.333901 -1.160160</w:t>
        <w:br/>
        <w:t>v -2.177572 6.487551 -1.083899</w:t>
        <w:br/>
        <w:t>v -2.126769 6.488067 -1.257187</w:t>
        <w:br/>
        <w:t>v -2.146726 6.707637 -1.023712</w:t>
        <w:br/>
        <w:t>v -2.097863 6.708492 -1.197453</w:t>
        <w:br/>
        <w:t>v -2.115939 6.925843 -0.963904</w:t>
        <w:br/>
        <w:t>v -2.069078 6.927059 -1.138307</w:t>
        <w:br/>
        <w:t>v -2.084781 7.144792 -0.904457</w:t>
        <w:br/>
        <w:t>v -2.040081 7.146392 -1.079436</w:t>
        <w:br/>
        <w:t>v -2.024774 7.505253 -0.797299</w:t>
        <w:br/>
        <w:t>v -1.968205 7.508381 -0.968841</w:t>
        <w:br/>
        <w:t>v -1.967355 7.862885 -0.691904</w:t>
        <w:br/>
        <w:t>v -1.896362 7.867898 -0.857982</w:t>
        <w:br/>
        <w:t>v -1.939337 8.492032 -0.543459</w:t>
        <w:br/>
        <w:t>v -1.870016 8.492385 -0.710138</w:t>
        <w:br/>
        <w:t>v -1.915011 9.119939 -0.401077</w:t>
        <w:br/>
        <w:t>v -1.866041 9.122339 -0.574861</w:t>
        <w:br/>
        <w:t>v -1.915049 9.741131 -0.271777</w:t>
        <w:br/>
        <w:t>v -1.864495 9.743556 -0.445108</w:t>
        <w:br/>
        <w:t>v -1.907520 10.339366 -0.146213</w:t>
        <w:br/>
        <w:t>v -1.862333 10.334478 -0.321681</w:t>
        <w:br/>
        <w:t>v -2.154612 6.483907 -1.067313</w:t>
        <w:br/>
        <w:t>v -2.123711 6.702176 -1.007792</w:t>
        <w:br/>
        <w:t>v -2.092723 6.920430 -0.948263</w:t>
        <w:br/>
        <w:t>v -2.061642 7.138668 -0.888725</w:t>
        <w:br/>
        <w:t>v -2.002835 7.498146 -0.780530</w:t>
        <w:br/>
        <w:t>v -2.053319 4.994927 -0.712409</w:t>
        <w:br/>
        <w:t>v -1.888321 4.872722 -0.922740</w:t>
        <w:br/>
        <w:t>v -1.826481 4.832515 -0.978938</w:t>
        <w:br/>
        <w:t>v -0.968841 5.259129 0.342328</w:t>
        <w:br/>
        <w:t>v -0.933841 5.267917 0.344866</w:t>
        <w:br/>
        <w:t>v -5.741507 15.357207 -0.185143</w:t>
        <w:br/>
        <w:t>v -5.755639 15.365244 -0.183187</w:t>
        <w:br/>
        <w:t>v -0.000014 12.518763 -1.281347</w:t>
        <w:br/>
        <w:t>v -0.000014 12.518763 -1.281347</w:t>
        <w:br/>
        <w:t>v -0.670493 13.017499 -1.057993</w:t>
        <w:br/>
        <w:t>v -0.769256 12.958050 -1.075519</w:t>
        <w:br/>
        <w:t>v -0.893007 12.638882 -1.152840</w:t>
        <w:br/>
        <w:t>v -0.960211 12.425296 -1.192708</w:t>
        <w:br/>
        <w:t>v -1.032560 12.191604 -1.230026</w:t>
        <w:br/>
        <w:t>v -1.144609 11.808003 -1.288748</w:t>
        <w:br/>
        <w:t>v -1.256337 11.421427 -1.351011</w:t>
        <w:br/>
        <w:t>v -1.366062 11.039870 -1.410032</w:t>
        <w:br/>
        <w:t>v -1.451906 10.707620 -1.471907</w:t>
        <w:br/>
        <w:t>v -1.461709 10.379661 -1.588423</w:t>
        <w:br/>
        <w:t>v -1.440481 10.457813 -1.573467</w:t>
        <w:br/>
        <w:t>v -1.667406 10.056448 -1.616881</w:t>
        <w:br/>
        <w:t>v -1.610600 10.215523 -1.589463</w:t>
        <w:br/>
        <w:t>v -1.504611 9.853476 -1.713216</w:t>
        <w:br/>
        <w:t>v -1.607675 9.716762 -1.709374</w:t>
        <w:br/>
        <w:t>v -1.788557 9.665586 -1.698778</w:t>
        <w:br/>
        <w:t>v -0.781251 12.977070 -1.102615</w:t>
        <w:br/>
        <w:t>v -0.841481 13.038340 -1.066892</w:t>
        <w:br/>
        <w:t>v -1.437812 10.538472 -1.548746</w:t>
        <w:br/>
        <w:t>v -1.530596 10.279606 -1.597572</w:t>
        <w:br/>
        <w:t>v -0.770051 13.242620 -0.947367</w:t>
        <w:br/>
        <w:t>v -0.816659 13.117458 -0.995291</w:t>
        <w:br/>
        <w:t>v -0.809237 13.141058 -1.029634</w:t>
        <w:br/>
        <w:t>v -0.765708 13.237901 -0.987664</w:t>
        <w:br/>
        <w:t>v -0.507184 13.091890 -1.074294</w:t>
        <w:br/>
        <w:t>v -0.681112 13.037115 -1.085034</w:t>
        <w:br/>
        <w:t>v -0.670493 13.017499 -1.057993</w:t>
        <w:br/>
        <w:t>v -0.508292 13.073607 -1.057901</w:t>
        <w:br/>
        <w:t>v -1.032560 12.191604 -1.230026</w:t>
        <w:br/>
        <w:t>v -1.144609 11.808003 -1.288748</w:t>
        <w:br/>
        <w:t>v -0.960211 12.425296 -1.192708</w:t>
        <w:br/>
        <w:t>v -1.256337 11.421427 -1.351011</w:t>
        <w:br/>
        <w:t>v -1.366062 11.039870 -1.410032</w:t>
        <w:br/>
        <w:t>v -1.465157 10.714666 -1.495524</w:t>
        <w:br/>
        <w:t>v -1.451906 10.707620 -1.471907</w:t>
        <w:br/>
        <w:t>v -1.461709 10.379661 -1.588423</w:t>
        <w:br/>
        <w:t>v -1.530596 10.279606 -1.597572</w:t>
        <w:br/>
        <w:t>v -1.610600 10.215523 -1.589463</w:t>
        <w:br/>
        <w:t>v -1.667406 10.056448 -1.616881</w:t>
        <w:br/>
        <w:t>v -0.893007 12.638882 -1.152840</w:t>
        <w:br/>
        <w:t>v -1.445378 10.542141 -1.553105</w:t>
        <w:br/>
        <w:t>v -1.437812 10.538472 -1.548746</w:t>
        <w:br/>
        <w:t>v -1.440481 10.457813 -1.573467</w:t>
        <w:br/>
        <w:t>v -1.451509 10.459171 -1.577497</w:t>
        <w:br/>
        <w:t>v -1.806746 9.651914 -1.712145</w:t>
        <w:br/>
        <w:t>v -1.788557 9.665586 -1.698778</w:t>
        <w:br/>
        <w:t>v -0.769256 12.958050 -1.075519</w:t>
        <w:br/>
        <w:t>v -0.781251 12.977070 -1.102615</w:t>
        <w:br/>
        <w:t>v -0.841481 13.038340 -1.066892</w:t>
        <w:br/>
        <w:t>v -1.788557 9.665586 -1.698778</w:t>
        <w:br/>
        <w:t>v -0.843542 13.049315 -1.030880</w:t>
        <w:br/>
        <w:t>v -1.437812 10.538472 -1.548746</w:t>
        <w:br/>
        <w:t>v -0.973755 2.680453 -1.027619</w:t>
        <w:br/>
        <w:t>v -0.989198 2.709594 -1.022307</w:t>
        <w:br/>
        <w:t>v -0.971720 2.722888 -1.037265</w:t>
        <w:br/>
        <w:t>v -0.956531 2.694458 -1.042669</w:t>
        <w:br/>
        <w:t>v -0.994619 2.743254 -1.048651</w:t>
        <w:br/>
        <w:t>v -1.012293 2.730433 -1.034370</w:t>
        <w:br/>
        <w:t>v -1.016481 2.747653 -1.072578</w:t>
        <w:br/>
        <w:t>v -1.034073 2.734926 -1.059091</w:t>
        <w:br/>
        <w:t>v -1.046188 2.721562 -1.086822</w:t>
        <w:br/>
        <w:t>v -1.028859 2.734372 -1.099818</w:t>
        <w:br/>
        <w:t>v -1.044266 2.695664 -1.107108</w:t>
        <w:br/>
        <w:t>v -1.027067 2.708572 -1.119940</w:t>
        <w:br/>
        <w:t>v -1.029116 2.666874 -1.112494</w:t>
        <w:br/>
        <w:t>v -1.011831 2.680090 -1.125339</w:t>
        <w:br/>
        <w:t>v -1.011831 2.680090 -1.125339</w:t>
        <w:br/>
        <w:t>v -1.029116 2.666874 -1.112494</w:t>
        <w:br/>
        <w:t>v -1.006253 2.645940 -1.100815</w:t>
        <w:br/>
        <w:t>v -0.988889 2.659744 -1.113898</w:t>
        <w:br/>
        <w:t>v -0.954732 2.668712 -1.062744</w:t>
        <w:br/>
        <w:t>v -0.971886 2.654253 -1.048240</w:t>
        <w:br/>
        <w:t>v -0.967050 2.655409 -1.089946</w:t>
        <w:br/>
        <w:t>v -0.984324 2.641054 -1.076256</w:t>
        <w:br/>
        <w:t>v -1.034073 2.734926 -1.059091</w:t>
        <w:br/>
        <w:t>v -1.044266 2.695664 -1.107108</w:t>
        <w:br/>
        <w:t>v -1.046188 2.721562 -1.086822</w:t>
        <w:br/>
        <w:t>v -1.012293 2.730433 -1.034370</w:t>
        <w:br/>
        <w:t>v -0.989198 2.709594 -1.022307</w:t>
        <w:br/>
        <w:t>v -0.973755 2.680453 -1.027619</w:t>
        <w:br/>
        <w:t>v -0.971886 2.654253 -1.048240</w:t>
        <w:br/>
        <w:t>v -0.984324 2.641054 -1.076256</w:t>
        <w:br/>
        <w:t>v -1.006253 2.645940 -1.100815</w:t>
        <w:br/>
        <w:t>v -1.029116 2.666874 -1.112494</w:t>
        <w:br/>
        <w:t>v -0.971720 2.722888 -1.037265</w:t>
        <w:br/>
        <w:t>v -0.954732 2.668712 -1.062744</w:t>
        <w:br/>
        <w:t>v -0.956531 2.694458 -1.042669</w:t>
        <w:br/>
        <w:t>v -0.994619 2.743254 -1.048651</w:t>
        <w:br/>
        <w:t>v -1.016481 2.747653 -1.072578</w:t>
        <w:br/>
        <w:t>v -1.028859 2.734372 -1.099818</w:t>
        <w:br/>
        <w:t>v -1.027067 2.708572 -1.119940</w:t>
        <w:br/>
        <w:t>v -1.011831 2.680090 -1.125339</w:t>
        <w:br/>
        <w:t>v -0.988889 2.659744 -1.113898</w:t>
        <w:br/>
        <w:t>v -0.967050 2.655409 -1.089946</w:t>
        <w:br/>
        <w:t>v 0.182902 15.702230 -0.520305</w:t>
        <w:br/>
        <w:t>v 0.188171 15.675378 -0.519193</w:t>
        <w:br/>
        <w:t>v 0.202261 15.684025 -0.519536</w:t>
        <w:br/>
        <w:t>v 0.155524 15.704163 -0.520084</w:t>
        <w:br/>
        <w:t>v 0.157744 15.687547 -0.519607</w:t>
        <w:br/>
        <w:t>v 0.155524 15.704163 -0.520084</w:t>
        <w:br/>
        <w:t>v 0.151869 15.704492 -0.507647</w:t>
        <w:br/>
        <w:t>v 0.153736 15.685884 -0.507802</w:t>
        <w:br/>
        <w:t>v 0.157744 15.687547 -0.519607</w:t>
        <w:br/>
        <w:t>v 0.162487 15.719228 -0.520626</w:t>
        <w:br/>
        <w:t>v 0.162487 15.719228 -0.520626</w:t>
        <w:br/>
        <w:t>v 0.159853 15.721384 -0.507391</w:t>
        <w:br/>
        <w:t>v 0.176699 15.727914 -0.520959</w:t>
        <w:br/>
        <w:t>v 0.175524 15.731166 -0.507188</w:t>
        <w:br/>
        <w:t>v 0.171392 15.675184 -0.519228</w:t>
        <w:br/>
        <w:t>v 0.126758 15.653760 -0.518528</w:t>
        <w:br/>
        <w:t>v 0.133910 15.637919 -0.518180</w:t>
        <w:br/>
        <w:t>v 0.124060 15.655777 -0.508937</w:t>
        <w:br/>
        <w:t>v 0.126758 15.653760 -0.518528</w:t>
        <w:br/>
        <w:t>v 0.088284 15.629779 -0.509766</w:t>
        <w:br/>
        <w:t>v 0.090111 15.626577 -0.517699</w:t>
        <w:br/>
        <w:t>v 0.090111 15.626577 -0.517699</w:t>
        <w:br/>
        <w:t>v 0.094512 15.609483 -0.517341</w:t>
        <w:br/>
        <w:t>v 0.096277 15.606374 -0.510331</w:t>
        <w:br/>
        <w:t>v 0.135924 15.635003 -0.509384</w:t>
        <w:br/>
        <w:t>v 0.133910 15.637919 -0.518180</w:t>
        <w:br/>
        <w:t>v 0.094512 15.609483 -0.517341</w:t>
        <w:br/>
        <w:t>v 0.171752 15.671297 -0.507882</w:t>
        <w:br/>
        <w:t>v 0.171392 15.675184 -0.519228</w:t>
        <w:br/>
        <w:t>v 0.190458 15.672120 -0.507796</w:t>
        <w:br/>
        <w:t>v 0.188171 15.675378 -0.519193</w:t>
        <w:br/>
        <w:t>v 0.176699 15.727914 -0.520959</w:t>
        <w:br/>
        <w:t>v 0.193270 15.726527 -0.520958</w:t>
        <w:br/>
        <w:t>v 0.194071 15.729999 -0.507092</w:t>
        <w:br/>
        <w:t>v 0.193270 15.726527 -0.520958</w:t>
        <w:br/>
        <w:t>v 0.205748 15.715473 -0.520616</w:t>
        <w:br/>
        <w:t>v 0.205748 15.715473 -0.520616</w:t>
        <w:br/>
        <w:t>v 0.208285 15.717963 -0.507151</w:t>
        <w:br/>
        <w:t>v 0.212732 15.699938 -0.507336</w:t>
        <w:br/>
        <w:t>v 0.209183 15.699221 -0.520070</w:t>
        <w:br/>
        <w:t>v 0.202261 15.684025 -0.519536</w:t>
        <w:br/>
        <w:t>v 0.205692 15.682726 -0.507578</w:t>
        <w:br/>
        <w:t>v 0.209183 15.699221 -0.520070</w:t>
        <w:br/>
        <w:t>v 0.050685 15.615031 -0.510318</w:t>
        <w:br/>
        <w:t>v 0.051623 15.611473 -0.517235</w:t>
        <w:br/>
        <w:t>v 0.053211 15.593649 -0.516856</w:t>
        <w:br/>
        <w:t>v 0.051623 15.611473 -0.517235</w:t>
        <w:br/>
        <w:t>v 0.053211 15.593649 -0.516856</w:t>
        <w:br/>
        <w:t>v 0.054147 15.590212 -0.510927</w:t>
        <w:br/>
        <w:t>v 0.029415 15.640979 -0.524850</w:t>
        <w:br/>
        <w:t>v 0.032668 15.573717 -0.524850</w:t>
        <w:br/>
        <w:t>v 0.051623 15.611473 -0.517235</w:t>
        <w:br/>
        <w:t>v 0.050685 15.615031 -0.510318</w:t>
        <w:br/>
        <w:t>v 0.029777 15.641530 -0.510426</w:t>
        <w:br/>
        <w:t>v 0.029415 15.640979 -0.524850</w:t>
        <w:br/>
        <w:t>v -0.000014 15.701723 -0.510246</w:t>
        <w:br/>
        <w:t>v -0.000014 15.701742 -0.524903</w:t>
        <w:br/>
        <w:t>v 0.033045 15.573371 -0.510426</w:t>
        <w:br/>
        <w:t>v 0.032668 15.573717 -0.524850</w:t>
        <w:br/>
        <w:t>v -0.000014 15.531480 -0.524903</w:t>
        <w:br/>
        <w:t>v -0.000015 15.531495 -0.510246</w:t>
        <w:br/>
        <w:t>v -0.000014 15.599070 -0.541172</w:t>
        <w:br/>
        <w:t>v -0.000014 15.531480 -0.524903</w:t>
        <w:br/>
        <w:t>v -0.000014 15.701742 -0.524903</w:t>
        <w:br/>
        <w:t>v -0.188200 15.675378 -0.519194</w:t>
        <w:br/>
        <w:t>v -0.182931 15.702230 -0.520305</w:t>
        <w:br/>
        <w:t>v -0.202290 15.684025 -0.519536</w:t>
        <w:br/>
        <w:t>v -0.155553 15.704163 -0.520084</w:t>
        <w:br/>
        <w:t>v -0.157773 15.687547 -0.519607</w:t>
        <w:br/>
        <w:t>v -0.153765 15.685884 -0.507802</w:t>
        <w:br/>
        <w:t>v -0.151898 15.704492 -0.507647</w:t>
        <w:br/>
        <w:t>v -0.155553 15.704163 -0.520084</w:t>
        <w:br/>
        <w:t>v -0.157773 15.687547 -0.519607</w:t>
        <w:br/>
        <w:t>v -0.162516 15.719228 -0.520627</w:t>
        <w:br/>
        <w:t>v -0.162516 15.719228 -0.520627</w:t>
        <w:br/>
        <w:t>v -0.159882 15.721384 -0.507392</w:t>
        <w:br/>
        <w:t>v -0.176728 15.727914 -0.520960</w:t>
        <w:br/>
        <w:t>v -0.175553 15.731166 -0.507189</w:t>
        <w:br/>
        <w:t>v -0.171421 15.675184 -0.519228</w:t>
        <w:br/>
        <w:t>v -0.133939 15.637919 -0.518180</w:t>
        <w:br/>
        <w:t>v -0.126787 15.653760 -0.518528</w:t>
        <w:br/>
        <w:t>v -0.124089 15.655777 -0.508938</w:t>
        <w:br/>
        <w:t>v -0.126787 15.653760 -0.518528</w:t>
        <w:br/>
        <w:t>v -0.088313 15.629779 -0.509766</w:t>
        <w:br/>
        <w:t>v -0.090140 15.626577 -0.517699</w:t>
        <w:br/>
        <w:t>v -0.094541 15.609483 -0.517342</w:t>
        <w:br/>
        <w:t>v -0.090140 15.626577 -0.517699</w:t>
        <w:br/>
        <w:t>v -0.096306 15.606374 -0.510331</w:t>
        <w:br/>
        <w:t>v -0.094541 15.609483 -0.517342</w:t>
        <w:br/>
        <w:t>v -0.133939 15.637919 -0.518180</w:t>
        <w:br/>
        <w:t>v -0.135953 15.635003 -0.509384</w:t>
        <w:br/>
        <w:t>v -0.171421 15.675184 -0.519228</w:t>
        <w:br/>
        <w:t>v -0.171781 15.671297 -0.507883</w:t>
        <w:br/>
        <w:t>v -0.188200 15.675378 -0.519194</w:t>
        <w:br/>
        <w:t>v -0.190487 15.672120 -0.507797</w:t>
        <w:br/>
        <w:t>v -0.176728 15.727914 -0.520960</w:t>
        <w:br/>
        <w:t>v -0.193299 15.726527 -0.520959</w:t>
        <w:br/>
        <w:t>v -0.194100 15.729999 -0.507093</w:t>
        <w:br/>
        <w:t>v -0.193299 15.726527 -0.520959</w:t>
        <w:br/>
        <w:t>v -0.205777 15.715473 -0.520617</w:t>
        <w:br/>
        <w:t>v -0.205777 15.715473 -0.520617</w:t>
        <w:br/>
        <w:t>v -0.208314 15.717963 -0.507151</w:t>
        <w:br/>
        <w:t>v -0.202290 15.684025 -0.519536</w:t>
        <w:br/>
        <w:t>v -0.209212 15.699221 -0.520071</w:t>
        <w:br/>
        <w:t>v -0.212761 15.699938 -0.507337</w:t>
        <w:br/>
        <w:t>v -0.205721 15.682726 -0.507579</w:t>
        <w:br/>
        <w:t>v -0.209212 15.699221 -0.520071</w:t>
        <w:br/>
        <w:t>v -0.051652 15.611473 -0.517236</w:t>
        <w:br/>
        <w:t>v -0.050714 15.615031 -0.510319</w:t>
        <w:br/>
        <w:t>v -0.053240 15.593649 -0.516856</w:t>
        <w:br/>
        <w:t>v -0.051652 15.611473 -0.517236</w:t>
        <w:br/>
        <w:t>v -0.054176 15.590212 -0.510927</w:t>
        <w:br/>
        <w:t>v -0.053240 15.593649 -0.516856</w:t>
        <w:br/>
        <w:t>v -0.029444 15.640979 -0.524850</w:t>
        <w:br/>
        <w:t>v -0.032697 15.573717 -0.524850</w:t>
        <w:br/>
        <w:t>v -0.029806 15.641530 -0.510426</w:t>
        <w:br/>
        <w:t>v -0.050714 15.615031 -0.510319</w:t>
        <w:br/>
        <w:t>v -0.051652 15.611473 -0.517236</w:t>
        <w:br/>
        <w:t>v -0.029444 15.640979 -0.524850</w:t>
        <w:br/>
        <w:t>v -0.000014 15.701742 -0.524903</w:t>
        <w:br/>
        <w:t>v -0.000014 15.701723 -0.510246</w:t>
        <w:br/>
        <w:t>v -0.033074 15.573371 -0.510426</w:t>
        <w:br/>
        <w:t>v -0.000015 15.531495 -0.510246</w:t>
        <w:br/>
        <w:t>v -0.000014 15.531480 -0.524903</w:t>
        <w:br/>
        <w:t>v -0.032697 15.573717 -0.524850</w:t>
        <w:br/>
        <w:t>v -0.000014 15.531480 -0.524903</w:t>
        <w:br/>
        <w:t>v -0.000014 15.701742 -0.524903</w:t>
        <w:br/>
        <w:t>v -0.996316 13.882601 0.968834</w:t>
        <w:br/>
        <w:t>v -0.968805 13.882601 0.957438</w:t>
        <w:br/>
        <w:t>v -0.968805 13.915697 0.933393</w:t>
        <w:br/>
        <w:t>v -1.013318 13.915697 0.951831</w:t>
        <w:br/>
        <w:t>v -0.968805 13.882601 0.957438</w:t>
        <w:br/>
        <w:t>v -0.941294 13.882601 0.968834</w:t>
        <w:br/>
        <w:t>v -0.924291 13.915697 0.951831</w:t>
        <w:br/>
        <w:t>v -0.968805 13.915697 0.933393</w:t>
        <w:br/>
        <w:t>v -0.929899 13.882601 0.996344</w:t>
        <w:br/>
        <w:t>v -0.905853 13.915697 0.996345</w:t>
        <w:br/>
        <w:t>v -0.941294 13.882601 1.023855</w:t>
        <w:br/>
        <w:t>v -0.924291 13.915697 1.040858</w:t>
        <w:br/>
        <w:t>v -0.968805 13.882601 1.035251</w:t>
        <w:br/>
        <w:t>v -0.968805 13.915697 1.059296</w:t>
        <w:br/>
        <w:t>v -0.996316 13.882601 1.023855</w:t>
        <w:br/>
        <w:t>v -1.013318 13.915697 1.040858</w:t>
        <w:br/>
        <w:t>v -1.007711 13.882601 0.996344</w:t>
        <w:br/>
        <w:t>v -1.031756 13.915697 0.996344</w:t>
        <w:br/>
        <w:t>v -0.968805 13.956606 0.933393</w:t>
        <w:br/>
        <w:t>v -1.013318 13.956606 0.951831</w:t>
        <w:br/>
        <w:t>v -0.924291 13.956606 0.951831</w:t>
        <w:br/>
        <w:t>v -0.968805 13.956606 0.933393</w:t>
        <w:br/>
        <w:t>v -0.905853 13.956605 0.996345</w:t>
        <w:br/>
        <w:t>v -0.924291 13.956605 1.040858</w:t>
        <w:br/>
        <w:t>v -0.968805 13.956605 1.059296</w:t>
        <w:br/>
        <w:t>v -1.013318 13.956605 1.040858</w:t>
        <w:br/>
        <w:t>v -1.031756 13.956606 0.996344</w:t>
        <w:br/>
        <w:t>v -0.968805 13.989701 0.957438</w:t>
        <w:br/>
        <w:t>v -0.996316 13.989701 0.968834</w:t>
        <w:br/>
        <w:t>v -0.941294 13.989701 0.968834</w:t>
        <w:br/>
        <w:t>v -0.968805 13.989701 0.957438</w:t>
        <w:br/>
        <w:t>v -0.929899 13.989701 0.996345</w:t>
        <w:br/>
        <w:t>v -0.941294 13.989699 1.023855</w:t>
        <w:br/>
        <w:t>v -0.968805 13.989699 1.035251</w:t>
        <w:br/>
        <w:t>v -0.996316 13.989699 1.023855</w:t>
        <w:br/>
        <w:t>v -1.007711 13.989701 0.996344</w:t>
        <w:br/>
        <w:t>v -0.968805 13.869960 0.996344</w:t>
        <w:br/>
        <w:t>v -0.968805 14.002342 0.996345</w:t>
        <w:br/>
        <w:t>v 0.596432 18.775341 0.054386</w:t>
        <w:br/>
        <w:t>v 0.617436 18.878059 0.075649</w:t>
        <w:br/>
        <w:t>v 0.617429 18.894283 0.085799</w:t>
        <w:br/>
        <w:t>v 0.597796 18.783199 0.099839</w:t>
        <w:br/>
        <w:t>v 0.637708 18.642124 -0.031390</w:t>
        <w:br/>
        <w:t>v 0.577776 18.676746 0.006043</w:t>
        <w:br/>
        <w:t>v 0.579535 18.679901 0.112984</w:t>
        <w:br/>
        <w:t>v 0.637935 18.641151 0.113976</w:t>
        <w:br/>
        <w:t>v 0.656773 18.894081 0.086760</w:t>
        <w:br/>
        <w:t>v 0.656953 18.878475 0.075580</w:t>
        <w:br/>
        <w:t>v 0.679235 18.776344 0.055005</w:t>
        <w:br/>
        <w:t>v 0.678715 18.783859 0.100855</w:t>
        <w:br/>
        <w:t>v 0.637111 18.900726 0.086568</w:t>
        <w:br/>
        <w:t>v 0.617429 18.894283 0.085799</w:t>
        <w:br/>
        <w:t>v 0.617436 18.878059 0.075649</w:t>
        <w:br/>
        <w:t>v 0.637144 18.878780 0.070530</w:t>
        <w:br/>
        <w:t>v 0.696359 18.676983 0.113635</w:t>
        <w:br/>
        <w:t>v 0.698205 18.673870 0.006694</w:t>
        <w:br/>
        <w:t>v 0.637708 18.642124 -0.031390</w:t>
        <w:br/>
        <w:t>v 0.637935 18.641151 0.113976</w:t>
        <w:br/>
        <w:t>v 0.637055 18.892178 0.109098</w:t>
        <w:br/>
        <w:t>v 0.617824 18.889156 0.106148</w:t>
        <w:br/>
        <w:t>v 0.617429 18.894283 0.085799</w:t>
        <w:br/>
        <w:t>v 0.637111 18.900726 0.086568</w:t>
        <w:br/>
        <w:t>v 0.677948 18.795288 0.149724</w:t>
        <w:br/>
        <w:t>v 0.656317 18.889545 0.106135</w:t>
        <w:br/>
        <w:t>v 0.637668 18.685066 0.260055</w:t>
        <w:br/>
        <w:t>v 0.694220 18.708359 0.220431</w:t>
        <w:br/>
        <w:t>v 0.637668 18.685066 0.260055</w:t>
        <w:br/>
        <w:t>v 0.581002 18.711315 0.219780</w:t>
        <w:br/>
        <w:t>v 0.599262 18.794342 0.149115</w:t>
        <w:br/>
        <w:t>v 0.617824 18.889156 0.106148</w:t>
        <w:br/>
        <w:t>v 0.637111 18.900726 0.086568</w:t>
        <w:br/>
        <w:t>v 0.637144 18.878780 0.070530</w:t>
        <w:br/>
        <w:t>v 0.656953 18.878475 0.075580</w:t>
        <w:br/>
        <w:t>v 0.656773 18.894081 0.086760</w:t>
        <w:br/>
        <w:t>v 0.637055 18.892178 0.109098</w:t>
        <w:br/>
        <w:t>v 0.637111 18.900726 0.086568</w:t>
        <w:br/>
        <w:t>v 0.656773 18.894081 0.086760</w:t>
        <w:br/>
        <w:t>v 0.656317 18.889545 0.106135</w:t>
        <w:br/>
        <w:t>v 0.637590 18.767891 0.037484</w:t>
        <w:br/>
        <w:t>v 0.679235 18.776344 0.055005</w:t>
        <w:br/>
        <w:t>v 0.637590 18.767891 0.037484</w:t>
        <w:br/>
        <w:t>v 0.596432 18.775341 0.054386</w:t>
        <w:br/>
        <w:t>v 0.638905 18.790886 0.165544</w:t>
        <w:br/>
        <w:t>v 0.599262 18.794342 0.149115</w:t>
        <w:br/>
        <w:t>v 0.638905 18.790886 0.165544</w:t>
        <w:br/>
        <w:t>v 0.677948 18.795288 0.149724</w:t>
        <w:br/>
        <w:t>v 0.637708 18.642124 -0.031390</w:t>
        <w:br/>
        <w:t>v 0.698205 18.673870 0.006694</w:t>
        <w:br/>
        <w:t>v 0.577776 18.676746 0.006043</w:t>
        <w:br/>
        <w:t>v 0.577776 18.676746 0.006043</w:t>
        <w:br/>
        <w:t>v 0.579535 18.679901 0.112984</w:t>
        <w:br/>
        <w:t>v 0.581002 18.711315 0.219780</w:t>
        <w:br/>
        <w:t>v 0.637668 18.685066 0.260055</w:t>
        <w:br/>
        <w:t>v 0.581002 18.711315 0.219780</w:t>
        <w:br/>
        <w:t>v 0.694220 18.708359 0.220431</w:t>
        <w:br/>
        <w:t>v 0.694220 18.708359 0.220431</w:t>
        <w:br/>
        <w:t>v 0.696359 18.676983 0.113635</w:t>
        <w:br/>
        <w:t>v 0.698205 18.673870 0.006694</w:t>
        <w:br/>
        <w:t>v 0.039191 15.261704 1.708298</w:t>
        <w:br/>
        <w:t>v 0.059252 15.137601 1.699577</w:t>
        <w:br/>
        <w:t>v -0.000018 15.133273 1.760151</w:t>
        <w:br/>
        <w:t>v -0.000018 15.258466 1.744553</w:t>
        <w:br/>
        <w:t>v -0.000018 15.046825 1.693141</w:t>
        <w:br/>
        <w:t>v 0.032402 15.083660 1.695532</w:t>
        <w:br/>
        <w:t>v 0.046736 15.059793 1.693560</w:t>
        <w:br/>
        <w:t>v 0.052369 15.054687 1.659209</w:t>
        <w:br/>
        <w:t>v -0.000018 14.987226 1.654508</w:t>
        <w:br/>
        <w:t>v -0.000018 14.997300 1.689546</w:t>
        <w:br/>
        <w:t>v 0.084224 15.136717 1.699142</w:t>
        <w:br/>
        <w:t>v 0.060231 15.270589 1.708516</w:t>
        <w:br/>
        <w:t>v 0.064268 15.276120 1.674640</w:t>
        <w:br/>
        <w:t>v 0.089429 15.137338 1.664969</w:t>
        <w:br/>
        <w:t>v 0.084224 15.136717 1.699142</w:t>
        <w:br/>
        <w:t>v 0.060231 15.270589 1.708516</w:t>
        <w:br/>
        <w:t>v 0.046736 15.059793 1.693560</w:t>
        <w:br/>
        <w:t>v -0.000018 15.453347 1.721231</w:t>
        <w:br/>
        <w:t>v -0.000018 15.471727 1.688272</w:t>
        <w:br/>
        <w:t>v -0.000018 14.997300 1.689546</w:t>
        <w:br/>
        <w:t>v -0.000018 15.453347 1.721231</w:t>
        <w:br/>
        <w:t>v -0.000018 15.411574 1.718711</w:t>
        <w:br/>
        <w:t>v -0.000018 15.133273 1.760151</w:t>
        <w:br/>
        <w:t>v -0.059287 15.137601 1.699577</w:t>
        <w:br/>
        <w:t>v -0.039226 15.261704 1.708298</w:t>
        <w:br/>
        <w:t>v -0.000018 15.258466 1.744553</w:t>
        <w:br/>
        <w:t>v -0.000018 15.046825 1.693141</w:t>
        <w:br/>
        <w:t>v -0.032437 15.083660 1.695532</w:t>
        <w:br/>
        <w:t>v -0.000018 14.987226 1.654508</w:t>
        <w:br/>
        <w:t>v -0.052404 15.054687 1.659209</w:t>
        <w:br/>
        <w:t>v -0.046771 15.059793 1.693560</w:t>
        <w:br/>
        <w:t>v -0.000018 14.997300 1.689546</w:t>
        <w:br/>
        <w:t>v -0.084259 15.136717 1.699142</w:t>
        <w:br/>
        <w:t>v -0.089464 15.137338 1.664969</w:t>
        <w:br/>
        <w:t>v -0.064303 15.276120 1.674640</w:t>
        <w:br/>
        <w:t>v -0.060266 15.270589 1.708516</w:t>
        <w:br/>
        <w:t>v -0.084259 15.136717 1.699142</w:t>
        <w:br/>
        <w:t>v -0.060266 15.270589 1.708516</w:t>
        <w:br/>
        <w:t>v -0.046771 15.059793 1.693560</w:t>
        <w:br/>
        <w:t>v -0.000018 15.471727 1.688272</w:t>
        <w:br/>
        <w:t>v -0.000018 15.453347 1.721231</w:t>
        <w:br/>
        <w:t>v -0.000018 14.997300 1.689546</w:t>
        <w:br/>
        <w:t>v -0.000018 15.453347 1.721231</w:t>
        <w:br/>
        <w:t>v -0.000018 15.411574 1.718711</w:t>
        <w:br/>
        <w:t>v -0.000014 15.397387 -0.537121</w:t>
        <w:br/>
        <w:t>v -0.000014 15.352988 -0.529508</w:t>
        <w:br/>
        <w:t>v 0.012303 15.352988 -0.517190</w:t>
        <w:br/>
        <w:t>v 0.019916 15.397387 -0.517191</w:t>
        <w:br/>
        <w:t>v 0.019916 15.397387 -0.517191</w:t>
        <w:br/>
        <w:t>v 0.012303 15.352988 -0.517190</w:t>
        <w:br/>
        <w:t>v -0.000014 15.352988 -0.504873</w:t>
        <w:br/>
        <w:t>v -0.000014 15.397387 -0.497260</w:t>
        <w:br/>
        <w:t>v -0.000014 15.397387 -0.497260</w:t>
        <w:br/>
        <w:t>v -0.000014 15.352988 -0.504873</w:t>
        <w:br/>
        <w:t>v -0.012332 15.352988 -0.517191</w:t>
        <w:br/>
        <w:t>v -0.019945 15.397387 -0.517191</w:t>
        <w:br/>
        <w:t>v -0.019945 15.397387 -0.517191</w:t>
        <w:br/>
        <w:t>v -0.012332 15.352988 -0.517191</w:t>
        <w:br/>
        <w:t>v -0.000014 15.352988 -0.529508</w:t>
        <w:br/>
        <w:t>v -0.000014 15.397387 -0.537121</w:t>
        <w:br/>
        <w:t>v -0.000014 15.441786 -0.529508</w:t>
        <w:br/>
        <w:t>v 0.012303 15.441786 -0.517191</w:t>
        <w:br/>
        <w:t>v 0.012303 15.441786 -0.517191</w:t>
        <w:br/>
        <w:t>v -0.000014 15.441786 -0.504873</w:t>
        <w:br/>
        <w:t>v -0.000014 15.441786 -0.504873</w:t>
        <w:br/>
        <w:t>v -0.012332 15.441786 -0.517191</w:t>
        <w:br/>
        <w:t>v -0.012332 15.441786 -0.517191</w:t>
        <w:br/>
        <w:t>v -0.000014 15.441786 -0.529508</w:t>
        <w:br/>
        <w:t>v -0.000014 15.342508 -0.517191</w:t>
        <w:br/>
        <w:t>v -0.000014 15.342508 -0.517191</w:t>
        <w:br/>
        <w:t>v -0.000014 15.342508 -0.517191</w:t>
        <w:br/>
        <w:t>v -0.000014 15.342508 -0.517191</w:t>
        <w:br/>
        <w:t>v -0.000014 15.452268 -0.517191</w:t>
        <w:br/>
        <w:t>v -0.000014 15.452268 -0.517191</w:t>
        <w:br/>
        <w:t>v -0.000014 15.452268 -0.517191</w:t>
        <w:br/>
        <w:t>v -0.000014 15.452268 -0.517191</w:t>
        <w:br/>
        <w:t>v -7.007922 14.126505 -0.240475</w:t>
        <w:br/>
        <w:t>v -7.013887 14.143058 -0.238430</w:t>
        <w:br/>
        <w:t>v -7.045414 14.130486 -0.191238</w:t>
        <w:br/>
        <w:t>v -7.040867 14.113366 -0.191158</w:t>
        <w:br/>
        <w:t>v -6.967006 14.167474 -0.262616</w:t>
        <w:br/>
        <w:t>v -6.958932 14.152022 -0.265749</w:t>
        <w:br/>
        <w:t>v -6.917328 14.197190 -0.257315</w:t>
        <w:br/>
        <w:t>v -6.907021 14.183080 -0.260210</w:t>
        <w:br/>
        <w:t>v -6.866099 14.211355 -0.225340</w:t>
        <w:br/>
        <w:t>v -6.878167 14.224247 -0.223947</w:t>
        <w:br/>
        <w:t>v -6.860017 14.241393 -0.171453</w:t>
        <w:br/>
        <w:t>v -6.847133 14.229276 -0.170485</w:t>
        <w:br/>
        <w:t>v -6.867739 14.244035 -0.113900</w:t>
        <w:br/>
        <w:t>v -6.855203 14.232038 -0.110341</w:t>
        <w:br/>
        <w:t>v -6.888146 14.218898 -0.061025</w:t>
        <w:br/>
        <w:t>v -6.899264 14.231462 -0.066707</w:t>
        <w:br/>
        <w:t>v -6.946147 14.207047 -0.042521</w:t>
        <w:br/>
        <w:t>v -6.937138 14.193382 -0.035750</w:t>
        <w:br/>
        <w:t>v -6.995825 14.177329 -0.047823</w:t>
        <w:br/>
        <w:t>v -6.989049 14.162324 -0.041290</w:t>
        <w:br/>
        <w:t>v -7.029969 14.134047 -0.076159</w:t>
        <w:br/>
        <w:t>v -7.034985 14.150274 -0.081191</w:t>
        <w:br/>
        <w:t>v -7.053136 14.133128 -0.133684</w:t>
        <w:br/>
        <w:t>v -7.048937 14.116126 -0.131015</w:t>
        <w:br/>
        <w:t>v -6.988806 14.162397 -0.200875</w:t>
        <w:br/>
        <w:t>v -6.977333 14.150098 -0.194666</w:t>
        <w:br/>
        <w:t>v -6.993461 14.143666 -0.170524</w:t>
        <w:br/>
        <w:t>v -7.006545 14.155325 -0.174321</w:t>
        <w:br/>
        <w:t>v -6.953350 14.162587 -0.207039</w:t>
        <w:br/>
        <w:t>v -6.962425 14.176137 -0.214485</w:t>
        <w:br/>
        <w:t>v -6.927938 14.177793 -0.204327</w:t>
        <w:br/>
        <w:t>v -6.934473 14.192859 -0.211502</w:t>
        <w:br/>
        <w:t>v -6.912437 14.208083 -0.192726</w:t>
        <w:br/>
        <w:t>v -6.907907 14.191634 -0.187257</w:t>
        <w:br/>
        <w:t>v -6.898622 14.200406 -0.160404</w:t>
        <w:br/>
        <w:t>v -6.902224 14.217731 -0.163188</w:t>
        <w:br/>
        <w:t>v -6.902572 14.201758 -0.130962</w:t>
        <w:br/>
        <w:t>v -6.906569 14.219217 -0.130803</w:t>
        <w:br/>
        <w:t>v -6.924309 14.212143 -0.104248</w:t>
        <w:br/>
        <w:t>v -6.918700 14.195327 -0.106820</w:t>
        <w:br/>
        <w:t>v -6.942682 14.182837 -0.094447</w:t>
        <w:br/>
        <w:t>v -6.950688 14.198405 -0.090639</w:t>
        <w:br/>
        <w:t>v -6.968094 14.167632 -0.097159</w:t>
        <w:br/>
        <w:t>v -6.978642 14.181684 -0.093622</w:t>
        <w:br/>
        <w:t>v -7.000677 14.166459 -0.112398</w:t>
        <w:br/>
        <w:t>v -6.988127 14.153790 -0.114228</w:t>
        <w:br/>
        <w:t>v -6.997411 14.145018 -0.141082</w:t>
        <w:br/>
        <w:t>v -7.010890 14.156811 -0.141936</w:t>
        <w:br/>
        <w:t>v -7.006545 14.155325 -0.174321</w:t>
        <w:br/>
        <w:t>v -7.010890 14.156811 -0.141936</w:t>
        <w:br/>
        <w:t>v -7.053136 14.133128 -0.133684</w:t>
        <w:br/>
        <w:t>v -7.045414 14.130486 -0.191238</w:t>
        <w:br/>
        <w:t>v -7.000677 14.166459 -0.112398</w:t>
        <w:br/>
        <w:t>v -7.034985 14.150274 -0.081191</w:t>
        <w:br/>
        <w:t>v -6.995825 14.177329 -0.047823</w:t>
        <w:br/>
        <w:t>v -6.978642 14.181684 -0.093622</w:t>
        <w:br/>
        <w:t>v -6.950688 14.198405 -0.090639</w:t>
        <w:br/>
        <w:t>v -6.946147 14.207047 -0.042521</w:t>
        <w:br/>
        <w:t>v -6.924309 14.212143 -0.104248</w:t>
        <w:br/>
        <w:t>v -6.899264 14.231462 -0.066707</w:t>
        <w:br/>
        <w:t>v -6.867739 14.244035 -0.113900</w:t>
        <w:br/>
        <w:t>v -6.906569 14.219217 -0.130803</w:t>
        <w:br/>
        <w:t>v -6.902224 14.217731 -0.163188</w:t>
        <w:br/>
        <w:t>v -6.860017 14.241393 -0.171453</w:t>
        <w:br/>
        <w:t>v -6.912437 14.208083 -0.192726</w:t>
        <w:br/>
        <w:t>v -6.878167 14.224247 -0.223947</w:t>
        <w:br/>
        <w:t>v -6.917328 14.197190 -0.257315</w:t>
        <w:br/>
        <w:t>v -6.934473 14.192859 -0.211502</w:t>
        <w:br/>
        <w:t>v -6.962425 14.176137 -0.214485</w:t>
        <w:br/>
        <w:t>v -6.967006 14.167474 -0.262616</w:t>
        <w:br/>
        <w:t>v -6.988806 14.162397 -0.200875</w:t>
        <w:br/>
        <w:t>v -7.013887 14.143058 -0.238430</w:t>
        <w:br/>
        <w:t>v -1.637100 13.364165 0.180741</w:t>
        <w:br/>
        <w:t>v -1.614599 13.364165 0.171420</w:t>
        <w:br/>
        <w:t>v -1.614599 13.391235 0.151754</w:t>
        <w:br/>
        <w:t>v -1.651007 13.391235 0.166834</w:t>
        <w:br/>
        <w:t>v -1.614599 13.364165 0.171420</w:t>
        <w:br/>
        <w:t>v -1.592098 13.364165 0.180741</w:t>
        <w:br/>
        <w:t>v -1.578191 13.391235 0.166834</w:t>
        <w:br/>
        <w:t>v -1.614599 13.391235 0.151754</w:t>
        <w:br/>
        <w:t>v -1.582778 13.364165 0.203242</w:t>
        <w:br/>
        <w:t>v -1.563110 13.391235 0.203243</w:t>
        <w:br/>
        <w:t>v -1.592098 13.364165 0.225744</w:t>
        <w:br/>
        <w:t>v -1.578191 13.391235 0.239650</w:t>
        <w:br/>
        <w:t>v -1.614599 13.364165 0.235064</w:t>
        <w:br/>
        <w:t>v -1.614599 13.391235 0.254731</w:t>
        <w:br/>
        <w:t>v -1.637100 13.364165 0.225744</w:t>
        <w:br/>
        <w:t>v -1.651007 13.391235 0.239650</w:t>
        <w:br/>
        <w:t>v -1.646421 13.364165 0.203242</w:t>
        <w:br/>
        <w:t>v -1.666088 13.391235 0.203242</w:t>
        <w:br/>
        <w:t>v -1.614599 13.424694 0.151754</w:t>
        <w:br/>
        <w:t>v -1.651007 13.424694 0.166834</w:t>
        <w:br/>
        <w:t>v -1.578191 13.424694 0.166834</w:t>
        <w:br/>
        <w:t>v -1.614599 13.424694 0.151754</w:t>
        <w:br/>
        <w:t>v -1.563110 13.424694 0.203243</w:t>
        <w:br/>
        <w:t>v -1.578191 13.424694 0.239651</w:t>
        <w:br/>
        <w:t>v -1.614599 13.424694 0.254731</w:t>
        <w:br/>
        <w:t>v -1.651007 13.424694 0.239650</w:t>
        <w:br/>
        <w:t>v -1.666088 13.424694 0.203242</w:t>
        <w:br/>
        <w:t>v -1.614599 13.451763 0.171421</w:t>
        <w:br/>
        <w:t>v -1.637100 13.451763 0.180741</w:t>
        <w:br/>
        <w:t>v -1.592098 13.451763 0.180741</w:t>
        <w:br/>
        <w:t>v -1.614599 13.451763 0.171421</w:t>
        <w:br/>
        <w:t>v -1.582778 13.451763 0.203243</w:t>
        <w:br/>
        <w:t>v -1.592098 13.451763 0.225744</w:t>
        <w:br/>
        <w:t>v -1.614599 13.451763 0.235064</w:t>
        <w:br/>
        <w:t>v -1.637100 13.451763 0.225744</w:t>
        <w:br/>
        <w:t>v -1.646421 13.451763 0.203243</w:t>
        <w:br/>
        <w:t>v -1.614599 13.353827 0.203242</w:t>
        <w:br/>
        <w:t>v -1.614599 13.462102 0.203243</w:t>
        <w:br/>
        <w:t>v -0.000017 20.357273 1.402192</w:t>
        <w:br/>
        <w:t>v -0.000017 20.353558 1.381272</w:t>
        <w:br/>
        <w:t>v 0.095561 20.346844 1.370607</w:t>
        <w:br/>
        <w:t>v 0.095952 20.350021 1.391376</w:t>
        <w:br/>
        <w:t>v 0.090338 20.302980 1.398822</w:t>
        <w:br/>
        <w:t>v -0.000017 20.309877 1.409560</w:t>
        <w:br/>
        <w:t>v -0.000017 20.327118 1.421948</w:t>
        <w:br/>
        <w:t>v 0.092566 20.319715 1.411009</w:t>
        <w:br/>
        <w:t>v -0.000017 20.179260 1.448359</w:t>
        <w:br/>
        <w:t>v 0.168782 20.189619 1.419692</w:t>
        <w:br/>
        <w:t>v 0.170288 20.178898 1.401019</w:t>
        <w:br/>
        <w:t>v -0.000017 20.166708 1.430999</w:t>
        <w:br/>
        <w:t>v -0.000017 20.211967 1.440813</w:t>
        <w:br/>
        <w:t>v -0.000017 20.214899 1.419681</w:t>
        <w:br/>
        <w:t>v 0.148131 20.227282 1.396822</w:t>
        <w:br/>
        <w:t>v 0.153220 20.223305 1.416825</w:t>
        <w:br/>
        <w:t>v 0.215738 20.316837 1.370435</w:t>
        <w:br/>
        <w:t>v 0.217172 20.317440 1.350017</w:t>
        <w:br/>
        <w:t>v 0.296219 20.281893 1.333957</w:t>
        <w:br/>
        <w:t>v 0.300830 20.279272 1.357160</w:t>
        <w:br/>
        <w:t>v 0.386378 20.273920 1.302939</w:t>
        <w:br/>
        <w:t>v 0.396658 20.270807 1.316100</w:t>
        <w:br/>
        <w:t>v 0.241613 20.270079 1.380070</w:t>
        <w:br/>
        <w:t>v 0.227132 20.262548 1.365594</w:t>
        <w:br/>
        <w:t>v 0.190636 20.280525 1.371470</w:t>
        <w:br/>
        <w:t>v 0.198241 20.292301 1.387082</w:t>
        <w:br/>
        <w:t>v 0.208324 20.247021 1.377994</w:t>
        <w:br/>
        <w:t>v 0.227132 20.262548 1.365594</w:t>
        <w:br/>
        <w:t>v 0.241613 20.270079 1.380070</w:t>
        <w:br/>
        <w:t>v 0.223403 20.247541 1.394299</w:t>
        <w:br/>
        <w:t>v 0.392943 20.190937 1.337262</w:t>
        <w:br/>
        <w:t>v 0.381135 20.182570 1.322777</w:t>
        <w:br/>
        <w:t>v 0.306223 20.210096 1.349210</w:t>
        <w:br/>
        <w:t>v 0.314734 20.218849 1.365261</w:t>
        <w:br/>
        <w:t>v 0.256517 20.195635 1.377515</w:t>
        <w:br/>
        <w:t>v 0.255680 20.206917 1.396157</w:t>
        <w:br/>
        <w:t>v 0.510806 20.272036 1.225704</w:t>
        <w:br/>
        <w:t>v 0.522888 20.267939 1.242008</w:t>
        <w:br/>
        <w:t>v 0.440061 20.216358 1.285438</w:t>
        <w:br/>
        <w:t>v 0.440189 20.212490 1.305895</w:t>
        <w:br/>
        <w:t>v 0.396739 20.237534 1.323451</w:t>
        <w:br/>
        <w:t>v 0.420427 20.223339 1.289188</w:t>
        <w:br/>
        <w:t>v 0.510853 20.213451 1.235121</w:t>
        <w:br/>
        <w:t>v 0.420427 20.223339 1.289188</w:t>
        <w:br/>
        <w:t>v 0.396739 20.237534 1.323451</w:t>
        <w:br/>
        <w:t>v 0.522845 20.225035 1.248209</w:t>
        <w:br/>
        <w:t>v 0.643417 20.234648 1.151672</w:t>
        <w:br/>
        <w:t>v 0.630203 20.224968 1.138912</w:t>
        <w:br/>
        <w:t>v 0.621797 20.296581 1.136860</w:t>
        <w:br/>
        <w:t>v 0.636868 20.290306 1.150066</w:t>
        <w:br/>
        <w:t>v 0.525447 20.191298 1.235591</w:t>
        <w:br/>
        <w:t>v 0.534923 20.183996 1.252772</w:t>
        <w:br/>
        <w:t>v 0.524376 20.146059 1.262704</w:t>
        <w:br/>
        <w:t>v 0.510432 20.138338 1.249031</w:t>
        <w:br/>
        <w:t>v 0.637261 20.129623 1.179212</w:t>
        <w:br/>
        <w:t>v 0.624784 20.119921 1.165459</w:t>
        <w:br/>
        <w:t>v 0.619156 20.175119 1.163367</w:t>
        <w:br/>
        <w:t>v 0.633197 20.168846 1.177725</w:t>
        <w:br/>
        <w:t>v 0.672754 20.177080 1.103826</w:t>
        <w:br/>
        <w:t>v 0.694913 20.171410 1.114322</w:t>
        <w:br/>
        <w:t>v 0.708318 20.139872 1.107123</w:t>
        <w:br/>
        <w:t>v 0.694696 20.129337 1.096970</w:t>
        <w:br/>
        <w:t>v 0.722808 20.114813 1.063428</w:t>
        <w:br/>
        <w:t>v 0.738142 20.125931 1.073736</w:t>
        <w:br/>
        <w:t>v 0.679526 20.212494 1.082439</w:t>
        <w:br/>
        <w:t>v 0.701890 20.213619 1.092338</w:t>
        <w:br/>
        <w:t>v 0.706246 20.336006 1.041195</w:t>
        <w:br/>
        <w:t>v 0.720618 20.328852 1.049163</w:t>
        <w:br/>
        <w:t>v 0.747625 20.283070 1.022928</w:t>
        <w:br/>
        <w:t>v 0.712661 20.266981 1.024461</w:t>
        <w:br/>
        <w:t>v 0.712661 20.266981 1.024461</w:t>
        <w:br/>
        <w:t>v 0.747625 20.283070 1.022928</w:t>
        <w:br/>
        <w:t>v 0.760485 20.392673 0.940333</w:t>
        <w:br/>
        <w:t>v 0.780799 20.390888 0.946354</w:t>
        <w:br/>
        <w:t>v 0.746130 20.186951 1.044445</w:t>
        <w:br/>
        <w:t>v 0.753610 20.203156 0.997366</w:t>
        <w:br/>
        <w:t>v 0.767584 20.211630 0.977328</w:t>
        <w:br/>
        <w:t>v 0.779189 20.205107 0.996262</w:t>
        <w:br/>
        <w:t>v 0.768396 20.222431 0.978097</w:t>
        <w:br/>
        <w:t>v 0.753610 20.203156 0.997366</w:t>
        <w:br/>
        <w:t>v 0.746130 20.186951 1.044445</w:t>
        <w:br/>
        <w:t>v 0.776742 20.233267 0.992292</w:t>
        <w:br/>
        <w:t>v 0.847064 20.246479 0.892307</w:t>
        <w:br/>
        <w:t>v 0.829144 20.251999 0.883056</w:t>
        <w:br/>
        <w:t>v 0.876639 20.288719 0.791302</w:t>
        <w:br/>
        <w:t>v 0.896633 20.284924 0.796200</w:t>
        <w:br/>
        <w:t>v 0.779185 20.168941 1.009012</w:t>
        <w:br/>
        <w:t>v 0.766255 20.158762 0.995262</w:t>
        <w:br/>
        <w:t>v 0.747271 20.126364 1.028360</w:t>
        <w:br/>
        <w:t>v 0.760593 20.136435 1.042271</w:t>
        <w:br/>
        <w:t>v 0.838815 20.194014 0.879383</w:t>
        <w:br/>
        <w:t>v 0.854045 20.204391 0.889565</w:t>
        <w:br/>
        <w:t>v 0.911991 20.236090 0.784122</w:t>
        <w:br/>
        <w:t>v 0.896769 20.225138 0.775663</w:t>
        <w:br/>
        <w:t>v 0.854716 20.390575 0.813834</w:t>
        <w:br/>
        <w:t>v 0.841803 20.376638 0.804508</w:t>
        <w:br/>
        <w:t>v 0.805414 20.310972 0.892159</w:t>
        <w:br/>
        <w:t>v 0.818574 20.321625 0.905849</w:t>
        <w:br/>
        <w:t>v 0.875059 20.445675 0.713863</w:t>
        <w:br/>
        <w:t>v 0.860976 20.429974 0.707501</w:t>
        <w:br/>
        <w:t>v 0.893417 20.486322 0.583421</w:t>
        <w:br/>
        <w:t>v 0.878950 20.470484 0.577240</w:t>
        <w:br/>
        <w:t>v 0.803128 20.451935 0.834637</w:t>
        <w:br/>
        <w:t>v 0.824553 20.452696 0.839425</w:t>
        <w:br/>
        <w:t>v 0.824017 20.499407 0.722642</w:t>
        <w:br/>
        <w:t>v 0.847141 20.501493 0.726272</w:t>
        <w:br/>
        <w:t>v 0.836758 20.532181 0.595704</w:t>
        <w:br/>
        <w:t>v 0.860708 20.534805 0.597800</w:t>
        <w:br/>
        <w:t>v 0.893014 20.521009 0.455243</w:t>
        <w:br/>
        <w:t>v 0.880209 20.504568 0.449130</w:t>
        <w:br/>
        <w:t>v 0.835364 20.563339 0.476354</w:t>
        <w:br/>
        <w:t>v 0.857985 20.567192 0.476853</w:t>
        <w:br/>
        <w:t>v 0.866784 20.561581 0.353091</w:t>
        <w:br/>
        <w:t>v 0.855608 20.544796 0.345703</w:t>
        <w:br/>
        <w:t>v 0.808907 20.600477 0.380841</w:t>
        <w:br/>
        <w:t>v 0.829601 20.605856 0.381249</w:t>
        <w:br/>
        <w:t>v 0.783571 20.639662 0.330878</w:t>
        <w:br/>
        <w:t>v 0.799941 20.646473 0.324891</w:t>
        <w:br/>
        <w:t>v 0.842031 20.604048 0.290729</w:t>
        <w:br/>
        <w:t>v 0.836209 20.586590 0.288216</w:t>
        <w:br/>
        <w:t>v 0.899857 20.477678 0.222337</w:t>
        <w:br/>
        <w:t>v 0.927415 20.454638 0.302208</w:t>
        <w:br/>
        <w:t>v 0.906550 20.453629 0.305546</w:t>
        <w:br/>
        <w:t>v 0.882947 20.477522 0.233514</w:t>
        <w:br/>
        <w:t>v 0.903667 20.456211 0.211986</w:t>
        <w:br/>
        <w:t>v 0.889307 20.441662 0.216357</w:t>
        <w:br/>
        <w:t>v 0.921641 20.420120 0.288674</w:t>
        <w:br/>
        <w:t>v 0.936420 20.434435 0.291926</w:t>
        <w:br/>
        <w:t>v 0.856972 20.469736 0.212193</w:t>
        <w:br/>
        <w:t>v 0.859533 20.469904 0.194914</w:t>
        <w:br/>
        <w:t>v 0.864464 20.432968 0.195382</w:t>
        <w:br/>
        <w:t>v 0.864071 20.447680 0.184689</w:t>
        <w:br/>
        <w:t>v 0.723132 20.655054 0.322280</w:t>
        <w:br/>
        <w:t>v 0.724077 20.657045 0.302501</w:t>
        <w:br/>
        <w:t>v 0.658667 20.640030 0.347511</w:t>
        <w:br/>
        <w:t>v 0.666676 20.640533 0.322234</w:t>
        <w:br/>
        <w:t>v 0.723244 20.587288 0.299420</w:t>
        <w:br/>
        <w:t>v 0.778064 20.598751 0.276964</w:t>
        <w:br/>
        <w:t>v 0.768283 20.611662 0.266325</w:t>
        <w:br/>
        <w:t>v 0.716953 20.599207 0.285015</w:t>
        <w:br/>
        <w:t>v 0.827662 20.447887 0.213422</w:t>
        <w:br/>
        <w:t>v 0.816989 20.442919 0.197898</w:t>
        <w:br/>
        <w:t>v 0.813583 20.425631 0.228517</w:t>
        <w:br/>
        <w:t>v 0.804492 20.422827 0.211606</w:t>
        <w:br/>
        <w:t>v 0.824499 20.391510 0.219655</w:t>
        <w:br/>
        <w:t>v 0.838992 20.410315 0.197353</w:t>
        <w:br/>
        <w:t>v 0.824032 20.419546 0.187890</w:t>
        <w:br/>
        <w:t>v 0.809675 20.402481 0.206232</w:t>
        <w:br/>
        <w:t>v 0.962819 20.259691 0.588765</w:t>
        <w:br/>
        <w:t>v 0.946271 20.246069 0.590319</w:t>
        <w:br/>
        <w:t>v 0.929884 20.241543 0.676946</w:t>
        <w:br/>
        <w:t>v 0.945885 20.254335 0.680630</w:t>
        <w:br/>
        <w:t>v 0.925746 20.316034 0.708968</w:t>
        <w:br/>
        <w:t>v 0.905207 20.318384 0.708150</w:t>
        <w:br/>
        <w:t>v 0.922588 20.380985 0.522858</w:t>
        <w:br/>
        <w:t>v 0.944246 20.378859 0.524362</w:t>
        <w:br/>
        <w:t>v 0.921439 20.413782 0.418051</w:t>
        <w:br/>
        <w:t>v 0.943852 20.413860 0.418911</w:t>
        <w:br/>
        <w:t>v 0.934435 20.341131 0.515732</w:t>
        <w:br/>
        <w:t>v 0.923568 20.299829 0.628834</w:t>
        <w:br/>
        <w:t>v 0.936667 20.301743 0.660951</w:t>
        <w:br/>
        <w:t>v 0.951236 20.354162 0.519869</w:t>
        <w:br/>
        <w:t>v 0.954326 20.393394 0.412589</w:t>
        <w:br/>
        <w:t>v 0.939435 20.379412 0.407645</w:t>
        <w:br/>
        <w:t>v 0.991484 20.268759 0.465589</w:t>
        <w:br/>
        <w:t>v 0.976850 20.254267 0.463992</w:t>
        <w:br/>
        <w:t>v 0.959431 20.288280 0.569751</w:t>
        <w:br/>
        <w:t>v 0.940775 20.289240 0.561470</w:t>
        <w:br/>
        <w:t>v 0.966729 20.290270 0.450030</w:t>
        <w:br/>
        <w:t>v 0.986570 20.289366 0.454702</w:t>
        <w:br/>
        <w:t>v 0.936667 20.301743 0.660951</w:t>
        <w:br/>
        <w:t>v 0.923568 20.299829 0.628834</w:t>
        <w:br/>
        <w:t>v 1.001974 20.282772 0.347322</w:t>
        <w:br/>
        <w:t>v 0.987549 20.268621 0.347554</w:t>
        <w:br/>
        <w:t>v 0.971608 20.311419 0.345549</w:t>
        <w:br/>
        <w:t>v 0.992103 20.309986 0.346094</w:t>
        <w:br/>
        <w:t>v 0.939749 20.340773 0.243357</w:t>
        <w:br/>
        <w:t>v 0.959476 20.339697 0.238120</w:t>
        <w:br/>
        <w:t>v 0.971318 20.306026 0.233664</w:t>
        <w:br/>
        <w:t>v 0.957305 20.291708 0.237037</w:t>
        <w:br/>
        <w:t>v 0.897051 20.359280 0.179481</w:t>
        <w:br/>
        <w:t>v 0.908779 20.358910 0.164603</w:t>
        <w:br/>
        <w:t>v 0.921288 20.325541 0.158022</w:t>
        <w:br/>
        <w:t>v 0.915372 20.311018 0.170214</w:t>
        <w:br/>
        <w:t>v 0.889039 20.320395 0.148240</w:t>
        <w:br/>
        <w:t>v 0.894839 20.308851 0.163614</w:t>
        <w:br/>
        <w:t>v 0.855422 20.298109 0.159947</w:t>
        <w:br/>
        <w:t>v 0.870943 20.292557 0.167481</w:t>
        <w:br/>
        <w:t>v 0.873184 20.354197 0.173408</w:t>
        <w:br/>
        <w:t>v 0.874376 20.351397 0.155085</w:t>
        <w:br/>
        <w:t>v 0.851961 20.340031 0.179843</w:t>
        <w:br/>
        <w:t>v 0.842304 20.331146 0.168592</w:t>
        <w:br/>
        <w:t>v 0.855934 20.318251 0.220467</w:t>
        <w:br/>
        <w:t>v 0.839886 20.308092 0.209398</w:t>
        <w:br/>
        <w:t>v 0.873946 20.273619 0.208007</w:t>
        <w:br/>
        <w:t>v 0.852024 20.277903 0.201277</w:t>
        <w:br/>
        <w:t>v 0.839886 20.308092 0.209398</w:t>
        <w:br/>
        <w:t>v 0.855934 20.318251 0.220467</w:t>
        <w:br/>
        <w:t>v 0.873946 20.273619 0.208007</w:t>
        <w:br/>
        <w:t>v 0.852024 20.277903 0.201277</w:t>
        <w:br/>
        <w:t>v 0.804492 20.422827 0.211606</w:t>
        <w:br/>
        <w:t>v 0.813583 20.425631 0.228517</w:t>
        <w:br/>
        <w:t>v 0.824499 20.391510 0.219655</w:t>
        <w:br/>
        <w:t>v 0.809675 20.402481 0.206232</w:t>
        <w:br/>
        <w:t>v 0.658667 20.640030 0.347511</w:t>
        <w:br/>
        <w:t>v 0.666676 20.640533 0.322234</w:t>
        <w:br/>
        <w:t>v 0.198241 20.292301 1.387082</w:t>
        <w:br/>
        <w:t>v 0.215738 20.316837 1.370435</w:t>
        <w:br/>
        <w:t>v 0.300830 20.279272 1.357160</w:t>
        <w:br/>
        <w:t>v 0.241613 20.270079 1.380070</w:t>
        <w:br/>
        <w:t>v 0.092566 20.319715 1.411009</w:t>
        <w:br/>
        <w:t>v 0.095952 20.350021 1.391376</w:t>
        <w:br/>
        <w:t>v -0.000017 20.327118 1.421948</w:t>
        <w:br/>
        <w:t>v -0.000017 20.357273 1.402192</w:t>
        <w:br/>
        <w:t>v 0.223403 20.247541 1.394299</w:t>
        <w:br/>
        <w:t>v 0.314734 20.218849 1.365261</w:t>
        <w:br/>
        <w:t>v 0.255680 20.206917 1.396157</w:t>
        <w:br/>
        <w:t>v 0.153220 20.223305 1.416825</w:t>
        <w:br/>
        <w:t>v 0.168782 20.189619 1.419692</w:t>
        <w:br/>
        <w:t>v -0.000017 20.179260 1.448359</w:t>
        <w:br/>
        <w:t>v -0.000017 20.211967 1.440813</w:t>
        <w:br/>
        <w:t>v 0.522888 20.267939 1.242008</w:t>
        <w:br/>
        <w:t>v 0.522845 20.225035 1.248209</w:t>
        <w:br/>
        <w:t>v 0.396739 20.237534 1.323451</w:t>
        <w:br/>
        <w:t>v 0.396658 20.270807 1.316100</w:t>
        <w:br/>
        <w:t>v 0.440189 20.212490 1.305895</w:t>
        <w:br/>
        <w:t>v 0.392943 20.190937 1.337262</w:t>
        <w:br/>
        <w:t>v 0.534923 20.183996 1.252772</w:t>
        <w:br/>
        <w:t>v 0.524376 20.146059 1.262704</w:t>
        <w:br/>
        <w:t>v 0.633197 20.168846 1.177725</w:t>
        <w:br/>
        <w:t>v 0.637261 20.129623 1.179212</w:t>
        <w:br/>
        <w:t>v 0.708318 20.139872 1.107123</w:t>
        <w:br/>
        <w:t>v 0.694913 20.171410 1.114322</w:t>
        <w:br/>
        <w:t>v 0.636868 20.290306 1.150066</w:t>
        <w:br/>
        <w:t>v 0.643417 20.234648 1.151672</w:t>
        <w:br/>
        <w:t>v 0.747625 20.283070 1.022928</w:t>
        <w:br/>
        <w:t>v 0.720618 20.328852 1.049163</w:t>
        <w:br/>
        <w:t>v 0.760593 20.136435 1.042271</w:t>
        <w:br/>
        <w:t>v 0.746130 20.186951 1.044445</w:t>
        <w:br/>
        <w:t>v 0.779189 20.205107 0.996262</w:t>
        <w:br/>
        <w:t>v 0.779185 20.168941 1.009012</w:t>
        <w:br/>
        <w:t>v 0.854716 20.390575 0.813834</w:t>
        <w:br/>
        <w:t>v 0.824553 20.452696 0.839425</w:t>
        <w:br/>
        <w:t>v 0.847141 20.501493 0.726272</w:t>
        <w:br/>
        <w:t>v 0.875059 20.445675 0.713863</w:t>
        <w:br/>
        <w:t>v 0.860708 20.534805 0.597800</w:t>
        <w:br/>
        <w:t>v 0.893417 20.486322 0.583421</w:t>
        <w:br/>
        <w:t>v 0.893014 20.521009 0.455243</w:t>
        <w:br/>
        <w:t>v 0.857985 20.567192 0.476853</w:t>
        <w:br/>
        <w:t>v 0.829601 20.605856 0.381249</w:t>
        <w:br/>
        <w:t>v 0.866784 20.561581 0.353091</w:t>
        <w:br/>
        <w:t>v 0.842031 20.604048 0.290729</w:t>
        <w:br/>
        <w:t>v 0.927415 20.454638 0.302208</w:t>
        <w:br/>
        <w:t>v 0.899857 20.477678 0.222337</w:t>
        <w:br/>
        <w:t>v 0.903667 20.456211 0.211986</w:t>
        <w:br/>
        <w:t>v 0.936420 20.434435 0.291926</w:t>
        <w:br/>
        <w:t>v 0.859533 20.469904 0.194914</w:t>
        <w:br/>
        <w:t>v 0.768283 20.611662 0.266325</w:t>
        <w:br/>
        <w:t>v 0.799941 20.646473 0.324891</w:t>
        <w:br/>
        <w:t>v 0.816989 20.442919 0.197898</w:t>
        <w:br/>
        <w:t>v 0.824032 20.419546 0.187890</w:t>
        <w:br/>
        <w:t>v 0.717102 20.176981 1.084462</w:t>
        <w:br/>
        <w:t>v 0.701890 20.213619 1.092338</w:t>
        <w:br/>
        <w:t>v 0.945885 20.254335 0.680630</w:t>
        <w:br/>
        <w:t>v 0.911991 20.236090 0.784122</w:t>
        <w:br/>
        <w:t>v 0.896633 20.284924 0.796200</w:t>
        <w:br/>
        <w:t>v 0.925746 20.316034 0.708968</w:t>
        <w:br/>
        <w:t>v 0.951236 20.354162 0.519869</w:t>
        <w:br/>
        <w:t>v 0.944246 20.378859 0.524362</w:t>
        <w:br/>
        <w:t>v 0.943852 20.413860 0.418911</w:t>
        <w:br/>
        <w:t>v 0.954326 20.393394 0.412589</w:t>
        <w:br/>
        <w:t>v 0.986570 20.289366 0.454702</w:t>
        <w:br/>
        <w:t>v 0.991484 20.268759 0.465589</w:t>
        <w:br/>
        <w:t>v 0.962819 20.259691 0.588765</w:t>
        <w:br/>
        <w:t>v 0.959431 20.288280 0.569751</w:t>
        <w:br/>
        <w:t>v 0.992103 20.309986 0.346094</w:t>
        <w:br/>
        <w:t>v 1.001974 20.282772 0.347322</w:t>
        <w:br/>
        <w:t>v 0.959476 20.339697 0.238120</w:t>
        <w:br/>
        <w:t>v 0.971318 20.306026 0.233664</w:t>
        <w:br/>
        <w:t>v 0.921288 20.325541 0.158022</w:t>
        <w:br/>
        <w:t>v 0.908779 20.358910 0.164603</w:t>
        <w:br/>
        <w:t>v 0.874376 20.351397 0.155085</w:t>
        <w:br/>
        <w:t>v 0.889039 20.320395 0.148240</w:t>
        <w:br/>
        <w:t>v 0.936667 20.301743 0.660951</w:t>
        <w:br/>
        <w:t>v 0.842304 20.331146 0.168592</w:t>
        <w:br/>
        <w:t>v 0.855422 20.298109 0.159947</w:t>
        <w:br/>
        <w:t>v 0.839886 20.308092 0.209398</w:t>
        <w:br/>
        <w:t>v 0.852024 20.277903 0.201277</w:t>
        <w:br/>
        <w:t>v 0.804492 20.422827 0.211606</w:t>
        <w:br/>
        <w:t>v 0.809675 20.402481 0.206232</w:t>
        <w:br/>
        <w:t>v 0.818574 20.321625 0.905849</w:t>
        <w:br/>
        <w:t>v 0.780799 20.390888 0.946354</w:t>
        <w:br/>
        <w:t>v 0.854045 20.204391 0.889565</w:t>
        <w:br/>
        <w:t>v 0.847064 20.246479 0.892307</w:t>
        <w:br/>
        <w:t>v 0.666676 20.640533 0.322234</w:t>
        <w:br/>
        <w:t>v 0.716953 20.599207 0.285015</w:t>
        <w:br/>
        <w:t>v 0.724077 20.657045 0.302501</w:t>
        <w:br/>
        <w:t>v 0.738142 20.125931 1.073736</w:t>
        <w:br/>
        <w:t>v -0.095985 20.350021 1.391375</w:t>
        <w:br/>
        <w:t>v -0.095594 20.346844 1.370606</w:t>
        <w:br/>
        <w:t>v -0.000017 20.353558 1.381272</w:t>
        <w:br/>
        <w:t>v -0.090371 20.302980 1.398821</w:t>
        <w:br/>
        <w:t>v -0.092599 20.319715 1.411009</w:t>
        <w:br/>
        <w:t>v -0.000017 20.179260 1.448359</w:t>
        <w:br/>
        <w:t>v -0.170322 20.178898 1.401019</w:t>
        <w:br/>
        <w:t>v -0.168815 20.189619 1.419691</w:t>
        <w:br/>
        <w:t>v -0.153253 20.223305 1.416825</w:t>
        <w:br/>
        <w:t>v -0.148164 20.227282 1.396821</w:t>
        <w:br/>
        <w:t>v -0.215771 20.316837 1.370435</w:t>
        <w:br/>
        <w:t>v -0.300863 20.279272 1.357159</w:t>
        <w:br/>
        <w:t>v -0.296252 20.281893 1.333956</w:t>
        <w:br/>
        <w:t>v -0.217205 20.317440 1.350016</w:t>
        <w:br/>
        <w:t>v -0.396691 20.270807 1.316099</w:t>
        <w:br/>
        <w:t>v -0.386411 20.273920 1.302938</w:t>
        <w:br/>
        <w:t>v -0.241647 20.270079 1.380069</w:t>
        <w:br/>
        <w:t>v -0.198274 20.292301 1.387081</w:t>
        <w:br/>
        <w:t>v -0.190669 20.280525 1.371470</w:t>
        <w:br/>
        <w:t>v -0.227165 20.262548 1.365593</w:t>
        <w:br/>
        <w:t>v -0.241647 20.270079 1.380069</w:t>
        <w:br/>
        <w:t>v -0.227165 20.262548 1.365593</w:t>
        <w:br/>
        <w:t>v -0.208357 20.247021 1.377994</w:t>
        <w:br/>
        <w:t>v -0.223436 20.247541 1.394298</w:t>
        <w:br/>
        <w:t>v -0.392976 20.190937 1.337261</w:t>
        <w:br/>
        <w:t>v -0.314767 20.218849 1.365261</w:t>
        <w:br/>
        <w:t>v -0.306256 20.210096 1.349209</w:t>
        <w:br/>
        <w:t>v -0.381168 20.182570 1.322776</w:t>
        <w:br/>
        <w:t>v -0.255713 20.206917 1.396157</w:t>
        <w:br/>
        <w:t>v -0.256550 20.195635 1.377514</w:t>
        <w:br/>
        <w:t>v -0.522920 20.267942 1.242006</w:t>
        <w:br/>
        <w:t>v -0.510839 20.272038 1.225703</w:t>
        <w:br/>
        <w:t>v -0.396772 20.237534 1.323450</w:t>
        <w:br/>
        <w:t>v -0.440222 20.212490 1.305894</w:t>
        <w:br/>
        <w:t>v -0.440094 20.216358 1.285437</w:t>
        <w:br/>
        <w:t>v -0.420460 20.223339 1.289186</w:t>
        <w:br/>
        <w:t>v -0.396772 20.237534 1.323450</w:t>
        <w:br/>
        <w:t>v -0.420460 20.223339 1.289186</w:t>
        <w:br/>
        <w:t>v -0.510885 20.213455 1.235120</w:t>
        <w:br/>
        <w:t>v -0.522878 20.225039 1.248207</w:t>
        <w:br/>
        <w:t>v -0.643449 20.234648 1.151670</w:t>
        <w:br/>
        <w:t>v -0.630235 20.224968 1.138911</w:t>
        <w:br/>
        <w:t>v -0.636900 20.290306 1.150064</w:t>
        <w:br/>
        <w:t>v -0.621829 20.296581 1.136858</w:t>
        <w:br/>
        <w:t>v -0.534956 20.183998 1.252771</w:t>
        <w:br/>
        <w:t>v -0.525480 20.191298 1.235590</w:t>
        <w:br/>
        <w:t>v -0.524408 20.146063 1.262703</w:t>
        <w:br/>
        <w:t>v -0.510465 20.138340 1.249030</w:t>
        <w:br/>
        <w:t>v -0.637293 20.129625 1.179210</w:t>
        <w:br/>
        <w:t>v -0.624816 20.119923 1.165457</w:t>
        <w:br/>
        <w:t>v -0.633230 20.168846 1.177723</w:t>
        <w:br/>
        <w:t>v -0.619188 20.175119 1.163365</w:t>
        <w:br/>
        <w:t>v -0.694946 20.171410 1.114320</w:t>
        <w:br/>
        <w:t>v -0.672786 20.177080 1.103824</w:t>
        <w:br/>
        <w:t>v -0.708350 20.139872 1.107121</w:t>
        <w:br/>
        <w:t>v -0.694728 20.129337 1.096968</w:t>
        <w:br/>
        <w:t>v -0.722840 20.114813 1.063426</w:t>
        <w:br/>
        <w:t>v -0.738175 20.125931 1.073734</w:t>
        <w:br/>
        <w:t>v -0.701922 20.213619 1.092336</w:t>
        <w:br/>
        <w:t>v -0.679558 20.212494 1.082437</w:t>
        <w:br/>
        <w:t>v -0.720650 20.328852 1.049161</w:t>
        <w:br/>
        <w:t>v -0.706278 20.336006 1.041193</w:t>
        <w:br/>
        <w:t>v -0.747657 20.283070 1.022925</w:t>
        <w:br/>
        <w:t>v -0.712693 20.266981 1.024459</w:t>
        <w:br/>
        <w:t>v -0.747657 20.283070 1.022925</w:t>
        <w:br/>
        <w:t>v -0.712693 20.266981 1.024459</w:t>
        <w:br/>
        <w:t>v -0.780830 20.390888 0.946352</w:t>
        <w:br/>
        <w:t>v -0.760516 20.392673 0.940331</w:t>
        <w:br/>
        <w:t>v -0.746162 20.186951 1.044443</w:t>
        <w:br/>
        <w:t>v -0.779221 20.205107 0.996260</w:t>
        <w:br/>
        <w:t>v -0.767615 20.211630 0.977325</w:t>
        <w:br/>
        <w:t>v -0.753642 20.203156 0.997364</w:t>
        <w:br/>
        <w:t>v -0.746162 20.186951 1.044443</w:t>
        <w:br/>
        <w:t>v -0.753642 20.203156 0.997364</w:t>
        <w:br/>
        <w:t>v -0.768428 20.222431 0.978095</w:t>
        <w:br/>
        <w:t>v -0.776774 20.233267 0.992289</w:t>
        <w:br/>
        <w:t>v -0.847096 20.246479 0.892304</w:t>
        <w:br/>
        <w:t>v -0.896664 20.284924 0.796198</w:t>
        <w:br/>
        <w:t>v -0.876670 20.288719 0.791299</w:t>
        <w:br/>
        <w:t>v -0.829176 20.251999 0.883054</w:t>
        <w:br/>
        <w:t>v -0.779217 20.168941 1.009010</w:t>
        <w:br/>
        <w:t>v -0.760625 20.136435 1.042268</w:t>
        <w:br/>
        <w:t>v -0.747303 20.126364 1.028358</w:t>
        <w:br/>
        <w:t>v -0.766287 20.158762 0.995260</w:t>
        <w:br/>
        <w:t>v -0.838847 20.194014 0.879381</w:t>
        <w:br/>
        <w:t>v -0.854077 20.204391 0.889562</w:t>
        <w:br/>
        <w:t>v -0.912022 20.236090 0.784119</w:t>
        <w:br/>
        <w:t>v -0.896800 20.225138 0.775661</w:t>
        <w:br/>
        <w:t>v -0.854747 20.390575 0.813831</w:t>
        <w:br/>
        <w:t>v -0.818606 20.321625 0.905847</w:t>
        <w:br/>
        <w:t>v -0.805446 20.310972 0.892157</w:t>
        <w:br/>
        <w:t>v -0.841834 20.376638 0.804506</w:t>
        <w:br/>
        <w:t>v -0.875090 20.445675 0.713860</w:t>
        <w:br/>
        <w:t>v -0.861007 20.429974 0.707499</w:t>
        <w:br/>
        <w:t>v -0.893448 20.486322 0.583418</w:t>
        <w:br/>
        <w:t>v -0.878980 20.470484 0.577238</w:t>
        <w:br/>
        <w:t>v -0.824584 20.452696 0.839423</w:t>
        <w:br/>
        <w:t>v -0.803160 20.451935 0.834635</w:t>
        <w:br/>
        <w:t>v -0.847172 20.501493 0.726270</w:t>
        <w:br/>
        <w:t>v -0.824047 20.499407 0.722640</w:t>
        <w:br/>
        <w:t>v -0.860738 20.534805 0.597798</w:t>
        <w:br/>
        <w:t>v -0.836789 20.532181 0.595702</w:t>
        <w:br/>
        <w:t>v -0.893045 20.521009 0.455240</w:t>
        <w:br/>
        <w:t>v -0.880239 20.504568 0.449128</w:t>
        <w:br/>
        <w:t>v -0.858015 20.567192 0.476851</w:t>
        <w:br/>
        <w:t>v -0.835394 20.563339 0.476352</w:t>
        <w:br/>
        <w:t>v -0.866814 20.561581 0.353089</w:t>
        <w:br/>
        <w:t>v -0.855637 20.544796 0.345700</w:t>
        <w:br/>
        <w:t>v -0.829631 20.605856 0.381247</w:t>
        <w:br/>
        <w:t>v -0.808937 20.600477 0.380839</w:t>
        <w:br/>
        <w:t>v -0.799970 20.646473 0.324889</w:t>
        <w:br/>
        <w:t>v -0.783601 20.639662 0.330876</w:t>
        <w:br/>
        <w:t>v -0.842061 20.604048 0.290727</w:t>
        <w:br/>
        <w:t>v -0.836239 20.586590 0.288213</w:t>
        <w:br/>
        <w:t>v -0.906579 20.453629 0.305543</w:t>
        <w:br/>
        <w:t>v -0.927444 20.454638 0.302205</w:t>
        <w:br/>
        <w:t>v -0.899887 20.477678 0.222334</w:t>
        <w:br/>
        <w:t>v -0.882977 20.477522 0.233511</w:t>
        <w:br/>
        <w:t>v -0.903697 20.456211 0.211984</w:t>
        <w:br/>
        <w:t>v -0.936449 20.434435 0.291924</w:t>
        <w:br/>
        <w:t>v -0.921671 20.420120 0.288672</w:t>
        <w:br/>
        <w:t>v -0.889336 20.441662 0.216355</w:t>
        <w:br/>
        <w:t>v -0.859563 20.469904 0.194912</w:t>
        <w:br/>
        <w:t>v -0.857001 20.469736 0.212190</w:t>
        <w:br/>
        <w:t>v -0.864493 20.432968 0.195379</w:t>
        <w:br/>
        <w:t>v -0.864101 20.447680 0.184687</w:t>
        <w:br/>
        <w:t>v -0.724106 20.657045 0.302499</w:t>
        <w:br/>
        <w:t>v -0.723161 20.655054 0.322278</w:t>
        <w:br/>
        <w:t>v -0.666706 20.640533 0.322232</w:t>
        <w:br/>
        <w:t>v -0.658697 20.640030 0.347509</w:t>
        <w:br/>
        <w:t>v -0.768313 20.611662 0.266323</w:t>
        <w:br/>
        <w:t>v -0.778094 20.598751 0.276961</w:t>
        <w:br/>
        <w:t>v -0.723274 20.587288 0.299418</w:t>
        <w:br/>
        <w:t>v -0.716983 20.599207 0.285013</w:t>
        <w:br/>
        <w:t>v -0.817019 20.442919 0.197895</w:t>
        <w:br/>
        <w:t>v -0.827691 20.447887 0.213420</w:t>
        <w:br/>
        <w:t>v -0.804522 20.422827 0.211603</w:t>
        <w:br/>
        <w:t>v -0.813613 20.425631 0.228514</w:t>
        <w:br/>
        <w:t>v -0.824062 20.419546 0.187888</w:t>
        <w:br/>
        <w:t>v -0.839021 20.410315 0.197351</w:t>
        <w:br/>
        <w:t>v -0.824529 20.391510 0.219653</w:t>
        <w:br/>
        <w:t>v -0.809704 20.402481 0.206230</w:t>
        <w:br/>
        <w:t>v -0.962849 20.259691 0.588762</w:t>
        <w:br/>
        <w:t>v -0.945916 20.254335 0.680627</w:t>
        <w:br/>
        <w:t>v -0.929915 20.241543 0.676943</w:t>
        <w:br/>
        <w:t>v -0.946301 20.246069 0.590316</w:t>
        <w:br/>
        <w:t>v -0.925777 20.316034 0.708965</w:t>
        <w:br/>
        <w:t>v -0.944276 20.378859 0.524359</w:t>
        <w:br/>
        <w:t>v -0.922619 20.380985 0.522855</w:t>
        <w:br/>
        <w:t>v -0.905238 20.318384 0.708147</w:t>
        <w:br/>
        <w:t>v -0.943883 20.413860 0.418908</w:t>
        <w:br/>
        <w:t>v -0.921469 20.413782 0.418049</w:t>
        <w:br/>
        <w:t>v -0.936698 20.301743 0.660948</w:t>
        <w:br/>
        <w:t>v -0.923599 20.299829 0.628831</w:t>
        <w:br/>
        <w:t>v -0.934466 20.341131 0.515729</w:t>
        <w:br/>
        <w:t>v -0.951267 20.354162 0.519867</w:t>
        <w:br/>
        <w:t>v -0.954356 20.393394 0.412586</w:t>
        <w:br/>
        <w:t>v -0.939465 20.379412 0.407642</w:t>
        <w:br/>
        <w:t>v -0.991515 20.268759 0.465586</w:t>
        <w:br/>
        <w:t>v -0.976881 20.254267 0.463989</w:t>
        <w:br/>
        <w:t>v -0.959461 20.288280 0.569748</w:t>
        <w:br/>
        <w:t>v -0.986601 20.289366 0.454700</w:t>
        <w:br/>
        <w:t>v -0.966759 20.290270 0.450027</w:t>
        <w:br/>
        <w:t>v -0.940805 20.289240 0.561467</w:t>
        <w:br/>
        <w:t>v -0.936698 20.301743 0.660948</w:t>
        <w:br/>
        <w:t>v -0.923599 20.299829 0.628831</w:t>
        <w:br/>
        <w:t>v -1.002005 20.282772 0.347319</w:t>
        <w:br/>
        <w:t>v -0.987579 20.268621 0.347552</w:t>
        <w:br/>
        <w:t>v -0.992133 20.309986 0.346092</w:t>
        <w:br/>
        <w:t>v -0.971638 20.311419 0.345546</w:t>
        <w:br/>
        <w:t>v -0.959505 20.339697 0.238117</w:t>
        <w:br/>
        <w:t>v -0.939779 20.340773 0.243354</w:t>
        <w:br/>
        <w:t>v -0.971348 20.306026 0.233662</w:t>
        <w:br/>
        <w:t>v -0.957335 20.291708 0.237034</w:t>
        <w:br/>
        <w:t>v -0.908809 20.358910 0.164601</w:t>
        <w:br/>
        <w:t>v -0.897080 20.359280 0.179478</w:t>
        <w:br/>
        <w:t>v -0.921318 20.325541 0.158020</w:t>
        <w:br/>
        <w:t>v -0.915402 20.311018 0.170212</w:t>
        <w:br/>
        <w:t>v -0.889068 20.320395 0.148238</w:t>
        <w:br/>
        <w:t>v -0.894868 20.308851 0.163612</w:t>
        <w:br/>
        <w:t>v -0.855451 20.298109 0.159944</w:t>
        <w:br/>
        <w:t>v -0.870973 20.292557 0.167479</w:t>
        <w:br/>
        <w:t>v -0.874405 20.351397 0.155083</w:t>
        <w:br/>
        <w:t>v -0.873213 20.354197 0.173406</w:t>
        <w:br/>
        <w:t>v -0.842333 20.331146 0.168589</w:t>
        <w:br/>
        <w:t>v -0.851991 20.340031 0.179840</w:t>
        <w:br/>
        <w:t>v -0.839915 20.308092 0.209396</w:t>
        <w:br/>
        <w:t>v -0.855963 20.318251 0.220464</w:t>
        <w:br/>
        <w:t>v -0.873975 20.273619 0.208004</w:t>
        <w:br/>
        <w:t>v -0.852054 20.277903 0.201274</w:t>
        <w:br/>
        <w:t>v -0.839915 20.308092 0.209396</w:t>
        <w:br/>
        <w:t>v -0.852054 20.277903 0.201274</w:t>
        <w:br/>
        <w:t>v -0.873975 20.273619 0.208004</w:t>
        <w:br/>
        <w:t>v -0.855963 20.318251 0.220464</w:t>
        <w:br/>
        <w:t>v -0.804522 20.422827 0.211603</w:t>
        <w:br/>
        <w:t>v -0.809704 20.402481 0.206230</w:t>
        <w:br/>
        <w:t>v -0.824529 20.391510 0.219653</w:t>
        <w:br/>
        <w:t>v -0.813613 20.425631 0.228514</w:t>
        <w:br/>
        <w:t>v -0.658697 20.640030 0.347509</w:t>
        <w:br/>
        <w:t>v -0.666706 20.640533 0.322232</w:t>
        <w:br/>
        <w:t>v -0.198274 20.292301 1.387081</w:t>
        <w:br/>
        <w:t>v -0.241647 20.270079 1.380069</w:t>
        <w:br/>
        <w:t>v -0.300863 20.279272 1.357159</w:t>
        <w:br/>
        <w:t>v -0.215771 20.316837 1.370435</w:t>
        <w:br/>
        <w:t>v -0.095985 20.350021 1.391375</w:t>
        <w:br/>
        <w:t>v -0.092599 20.319715 1.411009</w:t>
        <w:br/>
        <w:t>v -0.223436 20.247541 1.394298</w:t>
        <w:br/>
        <w:t>v -0.314767 20.218849 1.365261</w:t>
        <w:br/>
        <w:t>v -0.255713 20.206917 1.396157</w:t>
        <w:br/>
        <w:t>v -0.153253 20.223305 1.416825</w:t>
        <w:br/>
        <w:t>v -0.168815 20.189619 1.419691</w:t>
        <w:br/>
        <w:t>v -0.000017 20.179260 1.448359</w:t>
        <w:br/>
        <w:t>v -0.522920 20.267942 1.242006</w:t>
        <w:br/>
        <w:t>v -0.396691 20.270807 1.316099</w:t>
        <w:br/>
        <w:t>v -0.396772 20.237534 1.323450</w:t>
        <w:br/>
        <w:t>v -0.522878 20.225039 1.248207</w:t>
        <w:br/>
        <w:t>v -0.440222 20.212490 1.305894</w:t>
        <w:br/>
        <w:t>v -0.392976 20.190937 1.337261</w:t>
        <w:br/>
        <w:t>v -0.534956 20.183998 1.252771</w:t>
        <w:br/>
        <w:t>v -0.524408 20.146063 1.262703</w:t>
        <w:br/>
        <w:t>v -0.637293 20.129625 1.179210</w:t>
        <w:br/>
        <w:t>v -0.633230 20.168846 1.177723</w:t>
        <w:br/>
        <w:t>v -0.708350 20.139872 1.107121</w:t>
        <w:br/>
        <w:t>v -0.694946 20.171410 1.114320</w:t>
        <w:br/>
        <w:t>v -0.643449 20.234648 1.151670</w:t>
        <w:br/>
        <w:t>v -0.636900 20.290306 1.150064</w:t>
        <w:br/>
        <w:t>v -0.747657 20.283070 1.022925</w:t>
        <w:br/>
        <w:t>v -0.720650 20.328852 1.049161</w:t>
        <w:br/>
        <w:t>v -0.779221 20.205107 0.996260</w:t>
        <w:br/>
        <w:t>v -0.746162 20.186951 1.044443</w:t>
        <w:br/>
        <w:t>v -0.760625 20.136435 1.042268</w:t>
        <w:br/>
        <w:t>v -0.779217 20.168941 1.009010</w:t>
        <w:br/>
        <w:t>v -0.847172 20.501493 0.726270</w:t>
        <w:br/>
        <w:t>v -0.824584 20.452696 0.839423</w:t>
        <w:br/>
        <w:t>v -0.854747 20.390575 0.813831</w:t>
        <w:br/>
        <w:t>v -0.875090 20.445675 0.713860</w:t>
        <w:br/>
        <w:t>v -0.860738 20.534805 0.597798</w:t>
        <w:br/>
        <w:t>v -0.893448 20.486322 0.583418</w:t>
        <w:br/>
        <w:t>v -0.893045 20.521009 0.455240</w:t>
        <w:br/>
        <w:t>v -0.858015 20.567192 0.476851</w:t>
        <w:br/>
        <w:t>v -0.866814 20.561581 0.353089</w:t>
        <w:br/>
        <w:t>v -0.829631 20.605856 0.381247</w:t>
        <w:br/>
        <w:t>v -0.842061 20.604048 0.290727</w:t>
        <w:br/>
        <w:t>v -0.927444 20.454638 0.302205</w:t>
        <w:br/>
        <w:t>v -0.936449 20.434435 0.291924</w:t>
        <w:br/>
        <w:t>v -0.903697 20.456211 0.211984</w:t>
        <w:br/>
        <w:t>v -0.899887 20.477678 0.222334</w:t>
        <w:br/>
        <w:t>v -0.859563 20.469904 0.194912</w:t>
        <w:br/>
        <w:t>v -0.768313 20.611662 0.266323</w:t>
        <w:br/>
        <w:t>v -0.799970 20.646473 0.324889</w:t>
        <w:br/>
        <w:t>v -0.824062 20.419546 0.187888</w:t>
        <w:br/>
        <w:t>v -0.817019 20.442919 0.197895</w:t>
        <w:br/>
        <w:t>v -0.717134 20.176981 1.084460</w:t>
        <w:br/>
        <w:t>v -0.701922 20.213619 1.092336</w:t>
        <w:br/>
        <w:t>v -0.896664 20.284924 0.796198</w:t>
        <w:br/>
        <w:t>v -0.912022 20.236090 0.784119</w:t>
        <w:br/>
        <w:t>v -0.945916 20.254335 0.680627</w:t>
        <w:br/>
        <w:t>v -0.925777 20.316034 0.708965</w:t>
        <w:br/>
        <w:t>v -0.951267 20.354162 0.519867</w:t>
        <w:br/>
        <w:t>v -0.954356 20.393394 0.412586</w:t>
        <w:br/>
        <w:t>v -0.943883 20.413860 0.418908</w:t>
        <w:br/>
        <w:t>v -0.944276 20.378859 0.524359</w:t>
        <w:br/>
        <w:t>v -0.986601 20.289366 0.454700</w:t>
        <w:br/>
        <w:t>v -0.959461 20.288280 0.569748</w:t>
        <w:br/>
        <w:t>v -0.962849 20.259691 0.588762</w:t>
        <w:br/>
        <w:t>v -0.991515 20.268759 0.465586</w:t>
        <w:br/>
        <w:t>v -1.002005 20.282772 0.347319</w:t>
        <w:br/>
        <w:t>v -0.992133 20.309986 0.346092</w:t>
        <w:br/>
        <w:t>v -0.971348 20.306026 0.233662</w:t>
        <w:br/>
        <w:t>v -0.959505 20.339697 0.238117</w:t>
        <w:br/>
        <w:t>v -0.874405 20.351397 0.155083</w:t>
        <w:br/>
        <w:t>v -0.908809 20.358910 0.164601</w:t>
        <w:br/>
        <w:t>v -0.921318 20.325541 0.158020</w:t>
        <w:br/>
        <w:t>v -0.889068 20.320395 0.148238</w:t>
        <w:br/>
        <w:t>v -0.936698 20.301743 0.660948</w:t>
        <w:br/>
        <w:t>v -0.855451 20.298109 0.159944</w:t>
        <w:br/>
        <w:t>v -0.842333 20.331146 0.168589</w:t>
        <w:br/>
        <w:t>v -0.852054 20.277903 0.201274</w:t>
        <w:br/>
        <w:t>v -0.839915 20.308092 0.209396</w:t>
        <w:br/>
        <w:t>v -0.809704 20.402481 0.206230</w:t>
        <w:br/>
        <w:t>v -0.804522 20.422827 0.211603</w:t>
        <w:br/>
        <w:t>v -0.780830 20.390888 0.946352</w:t>
        <w:br/>
        <w:t>v -0.818606 20.321625 0.905847</w:t>
        <w:br/>
        <w:t>v -0.847096 20.246479 0.892304</w:t>
        <w:br/>
        <w:t>v -0.854077 20.204391 0.889562</w:t>
        <w:br/>
        <w:t>v -0.716983 20.599207 0.285013</w:t>
        <w:br/>
        <w:t>v -0.666706 20.640533 0.322232</w:t>
        <w:br/>
        <w:t>v -0.724106 20.657045 0.302499</w:t>
        <w:br/>
        <w:t>v -0.738175 20.125931 1.073734</w:t>
        <w:br/>
        <w:t>v 1.012735 5.245302 -1.767185</w:t>
        <w:br/>
        <w:t>v 1.013210 5.231270 -1.800865</w:t>
        <w:br/>
        <w:t>v 0.816664 4.953086 -1.687351</w:t>
        <w:br/>
        <w:t>v 0.819766 4.972167 -1.655742</w:t>
        <w:br/>
        <w:t>v 0.846170 5.537186 -1.840673</w:t>
        <w:br/>
        <w:t>v 0.843183 5.529225 -1.873268</w:t>
        <w:br/>
        <w:t>v 1.013210 5.231270 -1.800865</w:t>
        <w:br/>
        <w:t>v 1.012735 5.245302 -1.767185</w:t>
        <w:br/>
        <w:t>v 0.647470 5.249543 -1.765238</w:t>
        <w:br/>
        <w:t>v 0.843183 5.529225 -1.873268</w:t>
        <w:br/>
        <w:t>v 0.846170 5.537186 -1.840673</w:t>
        <w:br/>
        <w:t>v 0.653651 5.263235 -1.732214</w:t>
        <w:br/>
        <w:t>v 0.820707 5.200480 -1.896849</w:t>
        <w:br/>
        <w:t>v 0.816664 4.953086 -1.687351</w:t>
        <w:br/>
        <w:t>v 1.013210 5.231270 -1.800865</w:t>
        <w:br/>
        <w:t>v 0.647470 5.249543 -1.765238</w:t>
        <w:br/>
        <w:t>v 0.816664 4.953086 -1.687351</w:t>
        <w:br/>
        <w:t>v 0.820707 5.200480 -1.896849</w:t>
        <w:br/>
        <w:t>v 0.653651 5.263235 -1.732214</w:t>
        <w:br/>
        <w:t>v 0.819766 4.972167 -1.655742</w:t>
        <w:br/>
        <w:t>v 0.054687 12.190195 -1.578351</w:t>
        <w:br/>
        <w:t>v 0.058739 12.285715 -1.554401</w:t>
        <w:br/>
        <w:t>v -0.000013 12.298113 -1.565603</w:t>
        <w:br/>
        <w:t>v -0.000013 12.207929 -1.603857</w:t>
        <w:br/>
        <w:t>v 0.099923 12.182098 -1.554526</w:t>
        <w:br/>
        <w:t>v 0.073056 12.110765 -1.570219</w:t>
        <w:br/>
        <w:t>v 0.120528 12.089570 -1.543856</w:t>
        <w:br/>
        <w:t>v 0.121833 12.151462 -1.532501</w:t>
        <w:br/>
        <w:t>v 0.132108 12.064199 -1.525046</w:t>
        <w:br/>
        <w:t>v 0.120528 12.089570 -1.543856</w:t>
        <w:br/>
        <w:t>v 0.075442 12.098366 -1.549555</w:t>
        <w:br/>
        <w:t>v 0.103853 12.275393 -1.533669</w:t>
        <w:br/>
        <w:t>v 0.052164 12.412056 -1.515856</w:t>
        <w:br/>
        <w:t>v -0.000013 12.427500 -1.528198</w:t>
        <w:br/>
        <w:t>v 0.099681 12.377271 -1.475568</w:t>
        <w:br/>
        <w:t>v 0.056472 12.414598 -1.494545</w:t>
        <w:br/>
        <w:t>v 0.092765 12.381610 -1.500257</w:t>
        <w:br/>
        <w:t>v -0.000013 12.432484 -1.510102</w:t>
        <w:br/>
        <w:t>v 0.123596 12.332905 -1.496279</w:t>
        <w:br/>
        <w:t>v 0.135290 12.260036 -1.513004</w:t>
        <w:br/>
        <w:t>v 0.141650 12.240326 -1.489924</w:t>
        <w:br/>
        <w:t>v 0.130933 12.320583 -1.472095</w:t>
        <w:br/>
        <w:t>v 0.129589 12.129751 -1.511544</w:t>
        <w:br/>
        <w:t>v 0.132108 12.064199 -1.525046</w:t>
        <w:br/>
        <w:t>v 0.052900 12.065572 -1.589762</w:t>
        <w:br/>
        <w:t>v 0.055352 12.049489 -1.571213</w:t>
        <w:br/>
        <w:t>v 0.075442 12.098366 -1.549555</w:t>
        <w:br/>
        <w:t>v 0.027653 12.041079 -1.609850</w:t>
        <w:br/>
        <w:t>v 0.030447 12.024455 -1.593057</w:t>
        <w:br/>
        <w:t>v -0.000013 12.024697 -1.623088</w:t>
        <w:br/>
        <w:t>v -0.000013 12.007692 -1.606518</w:t>
        <w:br/>
        <w:t>v -0.054714 12.190195 -1.578351</w:t>
        <w:br/>
        <w:t>v -0.000013 12.207929 -1.603857</w:t>
        <w:br/>
        <w:t>v -0.000013 12.298113 -1.565603</w:t>
        <w:br/>
        <w:t>v -0.058765 12.285715 -1.554401</w:t>
        <w:br/>
        <w:t>v -0.099950 12.182099 -1.554526</w:t>
        <w:br/>
        <w:t>v -0.073082 12.110765 -1.570220</w:t>
        <w:br/>
        <w:t>v -0.121860 12.151462 -1.532501</w:t>
        <w:br/>
        <w:t>v -0.120555 12.089570 -1.543856</w:t>
        <w:br/>
        <w:t>v -0.120555 12.089570 -1.543856</w:t>
        <w:br/>
        <w:t>v -0.132135 12.064199 -1.525046</w:t>
        <w:br/>
        <w:t>v -0.075469 12.098366 -1.549555</w:t>
        <w:br/>
        <w:t>v -0.103880 12.275393 -1.533669</w:t>
        <w:br/>
        <w:t>v -0.000013 12.427500 -1.528198</w:t>
        <w:br/>
        <w:t>v -0.052191 12.412056 -1.515856</w:t>
        <w:br/>
        <w:t>v -0.099708 12.377271 -1.475568</w:t>
        <w:br/>
        <w:t>v -0.092792 12.381610 -1.500257</w:t>
        <w:br/>
        <w:t>v -0.056499 12.414598 -1.494546</w:t>
        <w:br/>
        <w:t>v -0.000013 12.432484 -1.510102</w:t>
        <w:br/>
        <w:t>v -0.141677 12.240326 -1.489925</w:t>
        <w:br/>
        <w:t>v -0.135317 12.260036 -1.513004</w:t>
        <w:br/>
        <w:t>v -0.123623 12.332905 -1.496280</w:t>
        <w:br/>
        <w:t>v -0.130960 12.320583 -1.472095</w:t>
        <w:br/>
        <w:t>v -0.129616 12.129751 -1.511545</w:t>
        <w:br/>
        <w:t>v -0.132135 12.064199 -1.525046</w:t>
        <w:br/>
        <w:t>v -0.055379 12.049489 -1.571214</w:t>
        <w:br/>
        <w:t>v -0.052927 12.065572 -1.589762</w:t>
        <w:br/>
        <w:t>v -0.075469 12.098366 -1.549555</w:t>
        <w:br/>
        <w:t>v -0.030474 12.024455 -1.593057</w:t>
        <w:br/>
        <w:t>v -0.027680 12.041079 -1.609850</w:t>
        <w:br/>
        <w:t>v -0.000013 12.007692 -1.606518</w:t>
        <w:br/>
        <w:t>v -0.000013 12.024697 -1.623088</w:t>
        <w:br/>
        <w:t>v -0.660423 19.035025 0.036709</w:t>
        <w:br/>
        <w:t>v -0.635733 19.035025 0.026483</w:t>
        <w:br/>
        <w:t>v -0.635733 19.064726 0.004904</w:t>
        <w:br/>
        <w:t>v -0.675681 19.064726 0.021451</w:t>
        <w:br/>
        <w:t>v -0.635733 19.035025 0.026483</w:t>
        <w:br/>
        <w:t>v -0.611044 19.035025 0.036709</w:t>
        <w:br/>
        <w:t>v -0.595786 19.064726 0.021451</w:t>
        <w:br/>
        <w:t>v -0.635733 19.064726 0.004904</w:t>
        <w:br/>
        <w:t>v -0.600818 19.035021 0.061399</w:t>
        <w:br/>
        <w:t>v -0.579239 19.064724 0.061399</w:t>
        <w:br/>
        <w:t>v -0.611045 19.035021 0.086088</w:t>
        <w:br/>
        <w:t>v -0.595786 19.064724 0.101346</w:t>
        <w:br/>
        <w:t>v -0.635733 19.035021 0.096314</w:t>
        <w:br/>
        <w:t>v -0.635734 19.064724 0.117893</w:t>
        <w:br/>
        <w:t>v -0.660423 19.035021 0.086088</w:t>
        <w:br/>
        <w:t>v -0.675681 19.064724 0.101346</w:t>
        <w:br/>
        <w:t>v -0.670649 19.035021 0.061398</w:t>
        <w:br/>
        <w:t>v -0.692228 19.064724 0.061398</w:t>
        <w:br/>
        <w:t>v -0.635733 19.101437 0.004904</w:t>
        <w:br/>
        <w:t>v -0.675681 19.101437 0.021451</w:t>
        <w:br/>
        <w:t>v -0.595786 19.101437 0.021451</w:t>
        <w:br/>
        <w:t>v -0.635733 19.101437 0.004904</w:t>
        <w:br/>
        <w:t>v -0.579239 19.101435 0.061399</w:t>
        <w:br/>
        <w:t>v -0.595786 19.101435 0.101346</w:t>
        <w:br/>
        <w:t>v -0.635733 19.101435 0.117893</w:t>
        <w:br/>
        <w:t>v -0.675681 19.101435 0.101346</w:t>
        <w:br/>
        <w:t>v -0.692228 19.101435 0.061398</w:t>
        <w:br/>
        <w:t>v -0.635733 19.131138 0.026483</w:t>
        <w:br/>
        <w:t>v -0.660423 19.131138 0.036709</w:t>
        <w:br/>
        <w:t>v -0.611044 19.131138 0.036710</w:t>
        <w:br/>
        <w:t>v -0.635733 19.131138 0.026483</w:t>
        <w:br/>
        <w:t>v -0.600818 19.131136 0.061399</w:t>
        <w:br/>
        <w:t>v -0.611045 19.131136 0.086088</w:t>
        <w:br/>
        <w:t>v -0.635733 19.131136 0.096314</w:t>
        <w:br/>
        <w:t>v -0.660423 19.131136 0.086088</w:t>
        <w:br/>
        <w:t>v -0.670649 19.131136 0.061399</w:t>
        <w:br/>
        <w:t>v -0.635733 19.023678 0.061398</w:t>
        <w:br/>
        <w:t>v -0.635733 19.142479 0.061399</w:t>
        <w:br/>
        <w:t>v 7.052470 14.019661 -0.014600</w:t>
        <w:br/>
        <w:t>v 7.107111 14.024742 -0.057414</w:t>
        <w:br/>
        <w:t>v 7.126513 13.976336 -0.047752</w:t>
        <w:br/>
        <w:t>v 7.069355 13.958841 -0.011661</w:t>
        <w:br/>
        <w:t>v 6.984420 14.162999 -0.100948</w:t>
        <w:br/>
        <w:t>v 7.010862 14.130795 -0.162851</w:t>
        <w:br/>
        <w:t>v 7.076015 14.075956 -0.085775</w:t>
        <w:br/>
        <w:t>v 7.028281 14.158559 -0.147380</w:t>
        <w:br/>
        <w:t>v 7.045824 14.129138 -0.175929</w:t>
        <w:br/>
        <w:t>v 7.007978 14.130759 -0.236935</w:t>
        <w:br/>
        <w:t>v 7.002092 14.159957 -0.210192</w:t>
        <w:br/>
        <w:t>v 7.058163 14.084232 -0.194268</w:t>
        <w:br/>
        <w:t>v 7.010238 14.084886 -0.247375</w:t>
        <w:br/>
        <w:t>v 7.064581 14.030855 -0.206941</w:t>
        <w:br/>
        <w:t>v 7.005625 14.021195 -0.243014</w:t>
        <w:br/>
        <w:t>v 7.012486 13.935628 -0.242157</w:t>
        <w:br/>
        <w:t>v 7.079579 13.950975 -0.227979</w:t>
        <w:br/>
        <w:t>v 7.115773 13.824845 -0.216939</w:t>
        <w:br/>
        <w:t>v 7.044520 13.830637 -0.202628</w:t>
        <w:br/>
        <w:t>v 7.125476 13.779063 -0.178665</w:t>
        <w:br/>
        <w:t>v 7.082310 13.781175 -0.148698</w:t>
        <w:br/>
        <w:t>v 7.084634 13.886842 -0.019950</w:t>
        <w:br/>
        <w:t>v 7.142542 13.919244 -0.042385</w:t>
        <w:br/>
        <w:t>v 7.191779 13.873308 -0.058695</w:t>
        <w:br/>
        <w:t>v 7.146239 13.821820 -0.058399</w:t>
        <w:br/>
        <w:t>v 7.025321 14.084541 -0.038946</w:t>
        <w:br/>
        <w:t>v 6.997589 14.164343 -0.117947</w:t>
        <w:br/>
        <w:t>v 6.992070 14.156610 -0.190629</w:t>
        <w:br/>
        <w:t>v 7.039801 14.009809 -0.031091</w:t>
        <w:br/>
        <w:t>v 7.058221 13.954603 -0.031610</w:t>
        <w:br/>
        <w:t>v 7.115624 13.972151 -0.067875</w:t>
        <w:br/>
        <w:t>v 7.094805 14.015005 -0.074469</w:t>
        <w:br/>
        <w:t>v 6.966284 14.157413 -0.104426</w:t>
        <w:br/>
        <w:t>v 7.011333 14.069653 -0.049571</w:t>
        <w:br/>
        <w:t>v 6.991594 14.126410 -0.165736</w:t>
        <w:br/>
        <w:t>v 7.022741 14.140707 -0.246063</w:t>
        <w:br/>
        <w:t>v 7.058785 14.140265 -0.185538</w:t>
        <w:br/>
        <w:t>v 7.029628 14.173317 -0.151754</w:t>
        <w:br/>
        <w:t>v 7.006474 14.173874 -0.215018</w:t>
        <w:br/>
        <w:t>v 7.027553 14.088550 -0.261995</w:t>
        <w:br/>
        <w:t>v 7.074562 14.088358 -0.210173</w:t>
        <w:br/>
        <w:t>v 7.076768 14.032592 -0.226791</w:t>
        <w:br/>
        <w:t>v 7.017358 13.934202 -0.264096</w:t>
        <w:br/>
        <w:t>v 7.084016 13.949455 -0.250781</w:t>
        <w:br/>
        <w:t>v 7.017339 14.023156 -0.262467</w:t>
        <w:br/>
        <w:t>v 7.114407 13.813411 -0.210529</w:t>
        <w:br/>
        <w:t>v 7.119248 13.763062 -0.192475</w:t>
        <w:br/>
        <w:t>v 7.042305 13.819955 -0.222077</w:t>
        <w:br/>
        <w:t>v 7.077775 13.775262 -0.162696</w:t>
        <w:br/>
        <w:t>v 7.076210 13.887265 -0.040994</w:t>
        <w:br/>
        <w:t>v 7.133837 13.919821 -0.064717</w:t>
        <w:br/>
        <w:t>v 7.184892 13.876402 -0.079495</w:t>
        <w:br/>
        <w:t>v 7.139234 13.824917 -0.079121</w:t>
        <w:br/>
        <w:t>v 7.062242 14.060899 -0.097012</w:t>
        <w:br/>
        <w:t>v 6.981559 14.172268 -0.119437</w:t>
        <w:br/>
        <w:t>v 6.982891 14.170959 -0.185278</w:t>
        <w:br/>
        <w:t>v 7.094805 14.015005 -0.074469</w:t>
        <w:br/>
        <w:t>v 7.115624 13.972151 -0.067875</w:t>
        <w:br/>
        <w:t>v 7.126513 13.976336 -0.047752</w:t>
        <w:br/>
        <w:t>v 7.107111 14.024742 -0.057414</w:t>
        <w:br/>
        <w:t>v 7.058221 13.954603 -0.031610</w:t>
        <w:br/>
        <w:t>v 7.039801 14.009809 -0.031091</w:t>
        <w:br/>
        <w:t>v 7.052470 14.019661 -0.014600</w:t>
        <w:br/>
        <w:t>v 7.069355 13.958841 -0.011661</w:t>
        <w:br/>
        <w:t>v 6.966284 14.157413 -0.104426</w:t>
        <w:br/>
        <w:t>v 6.984420 14.162999 -0.100948</w:t>
        <w:br/>
        <w:t>v 7.025321 14.084541 -0.038946</w:t>
        <w:br/>
        <w:t>v 7.011333 14.069653 -0.049571</w:t>
        <w:br/>
        <w:t>v 6.991594 14.126410 -0.165736</w:t>
        <w:br/>
        <w:t>v 7.062242 14.060899 -0.097012</w:t>
        <w:br/>
        <w:t>v 7.076015 14.075956 -0.085775</w:t>
        <w:br/>
        <w:t>v 7.010862 14.130795 -0.162851</w:t>
        <w:br/>
        <w:t>v 7.029628 14.173317 -0.151754</w:t>
        <w:br/>
        <w:t>v 7.058785 14.140265 -0.185538</w:t>
        <w:br/>
        <w:t>v 7.045824 14.129138 -0.175929</w:t>
        <w:br/>
        <w:t>v 7.028281 14.158559 -0.147380</w:t>
        <w:br/>
        <w:t>v 7.006474 14.173874 -0.215018</w:t>
        <w:br/>
        <w:t>v 7.002092 14.159957 -0.210192</w:t>
        <w:br/>
        <w:t>v 7.007978 14.130759 -0.236935</w:t>
        <w:br/>
        <w:t>v 7.022741 14.140707 -0.246063</w:t>
        <w:br/>
        <w:t>v 7.074562 14.088358 -0.210173</w:t>
        <w:br/>
        <w:t>v 7.058163 14.084232 -0.194268</w:t>
        <w:br/>
        <w:t>v 7.010238 14.084886 -0.247375</w:t>
        <w:br/>
        <w:t>v 7.027553 14.088550 -0.261995</w:t>
        <w:br/>
        <w:t>v 7.005625 14.021195 -0.243014</w:t>
        <w:br/>
        <w:t>v 7.017339 14.023156 -0.262467</w:t>
        <w:br/>
        <w:t>v 7.076768 14.032592 -0.226791</w:t>
        <w:br/>
        <w:t>v 7.064581 14.030855 -0.206941</w:t>
        <w:br/>
        <w:t>v 7.084016 13.949455 -0.250781</w:t>
        <w:br/>
        <w:t>v 7.079579 13.950975 -0.227979</w:t>
        <w:br/>
        <w:t>v 7.017358 13.934202 -0.264096</w:t>
        <w:br/>
        <w:t>v 7.012486 13.935628 -0.242157</w:t>
        <w:br/>
        <w:t>v 7.115773 13.824845 -0.216939</w:t>
        <w:br/>
        <w:t>v 7.079579 13.950975 -0.227979</w:t>
        <w:br/>
        <w:t>v 7.044520 13.830637 -0.202628</w:t>
        <w:br/>
        <w:t>v 7.042305 13.819955 -0.222077</w:t>
        <w:br/>
        <w:t>v 7.082310 13.781175 -0.148698</w:t>
        <w:br/>
        <w:t>v 7.077775 13.775262 -0.162696</w:t>
        <w:br/>
        <w:t>v 7.119248 13.763062 -0.192475</w:t>
        <w:br/>
        <w:t>v 7.125476 13.779063 -0.178665</w:t>
        <w:br/>
        <w:t>v 7.076210 13.887265 -0.040994</w:t>
        <w:br/>
        <w:t>v 7.084634 13.886842 -0.019950</w:t>
        <w:br/>
        <w:t>v 7.133837 13.919821 -0.064717</w:t>
        <w:br/>
        <w:t>v 7.142542 13.919244 -0.042385</w:t>
        <w:br/>
        <w:t>v 7.139234 13.824917 -0.079121</w:t>
        <w:br/>
        <w:t>v 7.146239 13.821820 -0.058399</w:t>
        <w:br/>
        <w:t>v 7.184892 13.876402 -0.079495</w:t>
        <w:br/>
        <w:t>v 7.191779 13.873308 -0.058695</w:t>
        <w:br/>
        <w:t>v 6.997589 14.164343 -0.117947</w:t>
        <w:br/>
        <w:t>v 6.982891 14.170959 -0.185278</w:t>
        <w:br/>
        <w:t>v 6.992070 14.156610 -0.190629</w:t>
        <w:br/>
        <w:t>v 6.992070 14.156610 -0.190629</w:t>
        <w:br/>
        <w:t>v 6.992070 14.156610 -0.190629</w:t>
        <w:br/>
        <w:t>v -0.110939 15.788818 1.742302</w:t>
        <w:br/>
        <w:t>v -0.115722 15.787335 1.719108</w:t>
        <w:br/>
        <w:t>v -0.125623 15.800174 1.720899</w:t>
        <w:br/>
        <w:t>v -0.117521 15.796590 1.743829</w:t>
        <w:br/>
        <w:t>v -0.110158 15.806193 1.745153</w:t>
        <w:br/>
        <w:t>v -0.110939 15.788818 1.742302</w:t>
        <w:br/>
        <w:t>v -0.117521 15.796590 1.743829</w:t>
        <w:br/>
        <w:t>v 0.000026 15.791907 1.744426</w:t>
        <w:br/>
        <w:t>v -0.073555 15.782044 1.742265</w:t>
        <w:br/>
        <w:t>v -0.078415 15.820544 1.748046</w:t>
        <w:br/>
        <w:t>v -0.044115 15.846862 1.752386</w:t>
        <w:br/>
        <w:t>v -0.078415 15.820544 1.748046</w:t>
        <w:br/>
        <w:t>v -0.081092 15.830972 1.725508</w:t>
        <w:br/>
        <w:t>v -0.047698 15.858360 1.730067</w:t>
        <w:br/>
        <w:t>v -0.044115 15.846862 1.752386</w:t>
        <w:br/>
        <w:t>v -0.015631 15.892047 1.735208</w:t>
        <w:br/>
        <w:t>v -0.012395 15.880950 1.757449</w:t>
        <w:br/>
        <w:t>v 0.012417 15.880947 1.757524</w:t>
        <w:br/>
        <w:t>v 0.015795 15.892039 1.735306</w:t>
        <w:br/>
        <w:t>v -0.012395 15.880950 1.757449</w:t>
        <w:br/>
        <w:t>v 0.012417 15.880947 1.757524</w:t>
        <w:br/>
        <w:t>v 0.047872 15.858336 1.730362</w:t>
        <w:br/>
        <w:t>v 0.044150 15.846841 1.752657</w:t>
        <w:br/>
        <w:t>v 0.078418 15.820530 1.748533</w:t>
        <w:br/>
        <w:t>v 0.081251 15.830934 1.726008</w:t>
        <w:br/>
        <w:t>v -0.011933 15.704999 1.731269</w:t>
        <w:br/>
        <w:t>v -0.011933 15.704999 1.731269</w:t>
        <w:br/>
        <w:t>v -0.018449 15.652145 1.724576</w:t>
        <w:br/>
        <w:t>v -0.026674 15.647699 1.700596</w:t>
        <w:br/>
        <w:t>v -0.016134 15.701267 1.706540</w:t>
        <w:br/>
        <w:t>v -0.073555 15.782044 1.742265</w:t>
        <w:br/>
        <w:t>v -0.078620 15.780421 1.718052</w:t>
        <w:br/>
        <w:t>v 0.012033 15.704997 1.731344</w:t>
        <w:br/>
        <w:t>v 0.018563 15.652134 1.724695</w:t>
        <w:br/>
        <w:t>v -0.018449 15.652145 1.724576</w:t>
        <w:br/>
        <w:t>v -0.018449 15.652145 1.724576</w:t>
        <w:br/>
        <w:t>v 0.018563 15.652134 1.724695</w:t>
        <w:br/>
        <w:t>v 0.026943 15.647685 1.700764</w:t>
        <w:br/>
        <w:t>v -0.026674 15.647699 1.700596</w:t>
        <w:br/>
        <w:t>v -0.110158 15.806193 1.745153</w:t>
        <w:br/>
        <w:t>v -0.117521 15.796590 1.743829</w:t>
        <w:br/>
        <w:t>v -0.125623 15.800174 1.720899</w:t>
        <w:br/>
        <w:t>v -0.116129 15.815484 1.723092</w:t>
        <w:br/>
        <w:t>v 0.026943 15.647685 1.700764</w:t>
        <w:br/>
        <w:t>v 0.018563 15.652134 1.724695</w:t>
        <w:br/>
        <w:t>v 0.012033 15.704997 1.731344</w:t>
        <w:br/>
        <w:t>v 0.016382 15.701262 1.706640</w:t>
        <w:br/>
        <w:t>v 0.044150 15.846841 1.752657</w:t>
        <w:br/>
        <w:t>v 0.078418 15.820530 1.748533</w:t>
        <w:br/>
        <w:t>v 0.073564 15.781902 1.742703</w:t>
        <w:br/>
        <w:t>v 0.110858 15.788813 1.743014</w:t>
        <w:br/>
        <w:t>v 0.110153 15.806124 1.745850</w:t>
        <w:br/>
        <w:t>v 0.110858 15.788813 1.743014</w:t>
        <w:br/>
        <w:t>v 0.117409 15.796560 1.744609</w:t>
        <w:br/>
        <w:t>v 0.125548 15.800000 1.721699</w:t>
        <w:br/>
        <w:t>v 0.115717 15.787240 1.719826</w:t>
        <w:br/>
        <w:t>v 0.073564 15.781902 1.742703</w:t>
        <w:br/>
        <w:t>v 0.078845 15.780340 1.718494</w:t>
        <w:br/>
        <w:t>v 0.125548 15.800000 1.721699</w:t>
        <w:br/>
        <w:t>v 0.117409 15.796560 1.744609</w:t>
        <w:br/>
        <w:t>v 0.110153 15.806124 1.745850</w:t>
        <w:br/>
        <w:t>v 0.116132 15.815362 1.723813</w:t>
        <w:br/>
        <w:t>v 0.117409 15.796560 1.744609</w:t>
        <w:br/>
        <w:t>v 0.033768 15.903465 1.744807</w:t>
        <w:br/>
        <w:t>v -0.000031 15.922983 1.745141</w:t>
        <w:br/>
        <w:t>v 0.038999 15.922982 1.744787</w:t>
        <w:br/>
        <w:t>v 0.038999 15.922982 1.744787</w:t>
        <w:br/>
        <w:t>v 0.033771 15.942497 1.744805</w:t>
        <w:br/>
        <w:t>v 0.034425 15.942870 1.731520</w:t>
        <w:br/>
        <w:t>v 0.039753 15.922983 1.731502</w:t>
        <w:br/>
        <w:t>v 0.019486 15.956784 1.744853</w:t>
        <w:br/>
        <w:t>v 0.019868 15.957426 1.731571</w:t>
        <w:br/>
        <w:t>v 0.019486 15.956784 1.744853</w:t>
        <w:br/>
        <w:t>v -0.000029 15.962015 1.744921</w:t>
        <w:br/>
        <w:t>v -0.000018 15.962754 1.731640</w:t>
        <w:br/>
        <w:t>v -0.000029 15.962015 1.744921</w:t>
        <w:br/>
        <w:t>v -0.019545 15.956788 1.744989</w:t>
        <w:br/>
        <w:t>v -0.033832 15.942503 1.745039</w:t>
        <w:br/>
        <w:t>v -0.034461 15.942870 1.731758</w:t>
        <w:br/>
        <w:t>v -0.019904 15.957426 1.731708</w:t>
        <w:br/>
        <w:t>v -0.033832 15.942503 1.745039</w:t>
        <w:br/>
        <w:t>v -0.019545 15.956788 1.744989</w:t>
        <w:br/>
        <w:t>v -0.039789 15.922983 1.731777</w:t>
        <w:br/>
        <w:t>v -0.039063 15.922987 1.745059</w:t>
        <w:br/>
        <w:t>v -0.033835 15.903472 1.745041</w:t>
        <w:br/>
        <w:t>v -0.034461 15.903097 1.731758</w:t>
        <w:br/>
        <w:t>v -0.039063 15.922987 1.745059</w:t>
        <w:br/>
        <w:t>v -0.033835 15.903472 1.745041</w:t>
        <w:br/>
        <w:t>v -0.019550 15.889185 1.744992</w:t>
        <w:br/>
        <w:t>v -0.019904 15.888540 1.731708</w:t>
        <w:br/>
        <w:t>v -0.000035 15.883954 1.744925</w:t>
        <w:br/>
        <w:t>v -0.000018 15.883212 1.731639</w:t>
        <w:br/>
        <w:t>v -0.019550 15.889185 1.744992</w:t>
        <w:br/>
        <w:t>v 0.019481 15.889181 1.744857</w:t>
        <w:br/>
        <w:t>v 0.033768 15.903465 1.744807</w:t>
        <w:br/>
        <w:t>v 0.034425 15.903097 1.731520</w:t>
        <w:br/>
        <w:t>v 0.019868 15.888540 1.731570</w:t>
        <w:br/>
        <w:t>v 0.033771 15.942497 1.744805</w:t>
        <w:br/>
        <w:t>v 0.019481 15.889181 1.744857</w:t>
        <w:br/>
        <w:t>v -0.000035 15.883954 1.744925</w:t>
        <w:br/>
        <w:t>v -0.689339 14.010173 -0.422258</w:t>
        <w:br/>
        <w:t>v -0.651323 13.991783 -0.446160</w:t>
        <w:br/>
        <w:t>v -0.643365 14.013955 -0.437409</w:t>
        <w:br/>
        <w:t>v -0.630626 14.006666 -0.423588</w:t>
        <w:br/>
        <w:t>v -0.643365 14.013955 -0.437409</w:t>
        <w:br/>
        <w:t>v -0.651323 13.991783 -0.446160</w:t>
        <w:br/>
        <w:t>v -0.639850 13.981441 -0.433790</w:t>
        <w:br/>
        <w:t>v -0.635431 14.030698 -0.408596</w:t>
        <w:br/>
        <w:t>v -0.647685 14.035073 -0.424493</w:t>
        <w:br/>
        <w:t>v -0.647685 14.035073 -0.424493</w:t>
        <w:br/>
        <w:t>v -0.663124 14.049481 -0.410871</w:t>
        <w:br/>
        <w:t>v -0.685548 14.053317 -0.400194</w:t>
        <w:br/>
        <w:t>v -0.708946 14.045551 -0.395322</w:t>
        <w:br/>
        <w:t>v -0.727049 14.028264 -0.397562</w:t>
        <w:br/>
        <w:t>v -0.705331 14.042651 -0.374955</w:t>
        <w:br/>
        <w:t>v -0.726112 14.022996 -0.377633</w:t>
        <w:br/>
        <w:t>v -0.727049 14.028264 -0.397562</w:t>
        <w:br/>
        <w:t>v -0.708946 14.045551 -0.395322</w:t>
        <w:br/>
        <w:t>v -0.735335 13.997773 -0.387835</w:t>
        <w:br/>
        <w:t>v -0.735008 14.006093 -0.406312</w:t>
        <w:br/>
        <w:t>v -0.678562 14.051474 -0.380518</w:t>
        <w:br/>
        <w:t>v -0.685548 14.053317 -0.400194</w:t>
        <w:br/>
        <w:t>v -0.663124 14.049481 -0.410871</w:t>
        <w:br/>
        <w:t>v -0.652977 14.047099 -0.392831</w:t>
        <w:br/>
        <w:t>v -0.669427 13.974499 -0.448399</w:t>
        <w:br/>
        <w:t>v -0.660630 13.961786 -0.436468</w:t>
        <w:br/>
        <w:t>v -0.669427 13.974499 -0.448399</w:t>
        <w:br/>
        <w:t>v -0.692825 13.966734 -0.443528</w:t>
        <w:br/>
        <w:t>v -0.687399 13.952964 -0.430905</w:t>
        <w:br/>
        <w:t>v -0.715248 13.970568 -0.432851</w:t>
        <w:br/>
        <w:t>v -0.712985 13.957340 -0.418592</w:t>
        <w:br/>
        <w:t>v -0.730688 13.984976 -0.419229</w:t>
        <w:br/>
        <w:t>v -0.730530 13.973741 -0.402827</w:t>
        <w:br/>
        <w:t>v -0.730688 13.984976 -0.419229</w:t>
        <w:br/>
        <w:t>v -0.715248 13.970568 -0.432851</w:t>
        <w:br/>
        <w:t>v -0.692825 13.966734 -0.443528</w:t>
        <w:br/>
        <w:t>v -0.735008 14.006093 -0.406312</w:t>
        <w:br/>
        <w:t>v -1.099826 20.145399 -0.215657</w:t>
        <w:br/>
        <w:t>v -1.079700 20.145403 -0.223994</w:t>
        <w:br/>
        <w:t>v -1.079700 20.169615 -0.241585</w:t>
        <w:br/>
        <w:t>v -1.112265 20.169617 -0.228096</w:t>
        <w:br/>
        <w:t>v -1.079700 20.145403 -0.223994</w:t>
        <w:br/>
        <w:t>v -1.059573 20.145399 -0.215657</w:t>
        <w:br/>
        <w:t>v -1.047134 20.169617 -0.228096</w:t>
        <w:br/>
        <w:t>v -1.079700 20.169615 -0.241585</w:t>
        <w:br/>
        <w:t>v -1.051236 20.145405 -0.195530</w:t>
        <w:br/>
        <w:t>v -1.033645 20.169611 -0.195530</w:t>
        <w:br/>
        <w:t>v -1.059573 20.145405 -0.175403</w:t>
        <w:br/>
        <w:t>v -1.047134 20.169611 -0.162964</w:t>
        <w:br/>
        <w:t>v -1.079699 20.145405 -0.167067</w:t>
        <w:br/>
        <w:t>v -1.079700 20.169617 -0.149475</w:t>
        <w:br/>
        <w:t>v -1.099826 20.145399 -0.175403</w:t>
        <w:br/>
        <w:t>v -1.112266 20.169615 -0.162965</w:t>
        <w:br/>
        <w:t>v -1.108164 20.145405 -0.195530</w:t>
        <w:br/>
        <w:t>v -1.125755 20.169615 -0.195530</w:t>
        <w:br/>
        <w:t>v -1.079700 20.199539 -0.241586</w:t>
        <w:br/>
        <w:t>v -1.112265 20.199539 -0.228096</w:t>
        <w:br/>
        <w:t>v -1.047133 20.199541 -0.228096</w:t>
        <w:br/>
        <w:t>v -1.079700 20.199539 -0.241586</w:t>
        <w:br/>
        <w:t>v -1.033644 20.199539 -0.195530</w:t>
        <w:br/>
        <w:t>v -1.047134 20.199541 -0.162964</w:t>
        <w:br/>
        <w:t>v -1.079700 20.199539 -0.149475</w:t>
        <w:br/>
        <w:t>v -1.112266 20.199539 -0.162964</w:t>
        <w:br/>
        <w:t>v -1.125755 20.199539 -0.195530</w:t>
        <w:br/>
        <w:t>v -1.079700 20.223753 -0.223994</w:t>
        <w:br/>
        <w:t>v -1.099827 20.223753 -0.215657</w:t>
        <w:br/>
        <w:t>v -1.059573 20.223753 -0.215657</w:t>
        <w:br/>
        <w:t>v -1.079700 20.223753 -0.223994</w:t>
        <w:br/>
        <w:t>v -1.051236 20.223753 -0.195530</w:t>
        <w:br/>
        <w:t>v -1.059573 20.223753 -0.175403</w:t>
        <w:br/>
        <w:t>v -1.079700 20.223753 -0.167066</w:t>
        <w:br/>
        <w:t>v -1.099826 20.223753 -0.175404</w:t>
        <w:br/>
        <w:t>v -1.108164 20.223753 -0.195530</w:t>
        <w:br/>
        <w:t>v -1.079700 20.136150 -0.195530</w:t>
        <w:br/>
        <w:t>v -1.079700 20.233004 -0.195530</w:t>
        <w:br/>
        <w:t>v 1.005191 20.399683 -0.587243</w:t>
        <w:br/>
        <w:t>v 1.014620 20.418034 -0.596672</w:t>
        <w:br/>
        <w:t>v 0.989936 20.418034 -0.606896</w:t>
        <w:br/>
        <w:t>v 0.989935 20.399679 -0.593562</w:t>
        <w:br/>
        <w:t>v 0.989935 20.399679 -0.593562</w:t>
        <w:br/>
        <w:t>v 0.989936 20.418034 -0.606896</w:t>
        <w:br/>
        <w:t>v 0.965251 20.418036 -0.596672</w:t>
        <w:br/>
        <w:t>v 0.974679 20.399683 -0.587243</w:t>
        <w:br/>
        <w:t>v 0.955026 20.418034 -0.571987</w:t>
        <w:br/>
        <w:t>v 0.968360 20.399683 -0.571987</w:t>
        <w:br/>
        <w:t>v 0.965251 20.418036 -0.547302</w:t>
        <w:br/>
        <w:t>v 0.974679 20.399683 -0.556731</w:t>
        <w:br/>
        <w:t>v 0.989935 20.418034 -0.537078</w:t>
        <w:br/>
        <w:t>v 0.989936 20.399683 -0.550411</w:t>
        <w:br/>
        <w:t>v 1.014620 20.418034 -0.547302</w:t>
        <w:br/>
        <w:t>v 1.005191 20.399683 -0.556731</w:t>
        <w:br/>
        <w:t>v 1.024845 20.418034 -0.571987</w:t>
        <w:br/>
        <w:t>v 1.011511 20.399683 -0.571986</w:t>
        <w:br/>
        <w:t>v 1.014620 20.440722 -0.596672</w:t>
        <w:br/>
        <w:t>v 0.989936 20.440722 -0.606897</w:t>
        <w:br/>
        <w:t>v 0.989936 20.440722 -0.606897</w:t>
        <w:br/>
        <w:t>v 0.965251 20.440723 -0.596672</w:t>
        <w:br/>
        <w:t>v 0.955026 20.440722 -0.571987</w:t>
        <w:br/>
        <w:t>v 0.965251 20.440722 -0.547302</w:t>
        <w:br/>
        <w:t>v 0.989935 20.440722 -0.537078</w:t>
        <w:br/>
        <w:t>v 1.014620 20.440722 -0.547303</w:t>
        <w:br/>
        <w:t>v 1.024845 20.440722 -0.571987</w:t>
        <w:br/>
        <w:t>v 1.005191 20.459076 -0.587242</w:t>
        <w:br/>
        <w:t>v 0.989935 20.459076 -0.593562</w:t>
        <w:br/>
        <w:t>v 0.989935 20.459076 -0.593562</w:t>
        <w:br/>
        <w:t>v 0.974679 20.459072 -0.587243</w:t>
        <w:br/>
        <w:t>v 0.968360 20.459076 -0.571987</w:t>
        <w:br/>
        <w:t>v 0.974679 20.459076 -0.556731</w:t>
        <w:br/>
        <w:t>v 0.989935 20.459076 -0.550411</w:t>
        <w:br/>
        <w:t>v 1.005191 20.459076 -0.556731</w:t>
        <w:br/>
        <w:t>v 1.011510 20.459078 -0.571987</w:t>
        <w:br/>
        <w:t>v 0.989935 20.392673 -0.571987</w:t>
        <w:br/>
        <w:t>v 0.989935 20.466084 -0.571987</w:t>
        <w:br/>
        <w:t>v 0.021968 15.343481 -0.545018</w:t>
        <w:br/>
        <w:t>v 0.029791 15.317398 -0.555229</w:t>
        <w:br/>
        <w:t>v 0.045240 15.317504 -0.535150</w:t>
        <w:br/>
        <w:t>v 0.033327 15.343481 -0.530215</w:t>
        <w:br/>
        <w:t>v 0.017774 15.346381 -0.530042</w:t>
        <w:br/>
        <w:t>v 0.004729 15.343481 -0.552159</w:t>
        <w:br/>
        <w:t>v 0.006372 15.317328 -0.564895</w:t>
        <w:br/>
        <w:t>v -0.002898 15.346381 -0.538605</w:t>
        <w:br/>
        <w:t>v -0.013770 15.343481 -0.549723</w:t>
        <w:br/>
        <w:t>v -0.018742 15.317315 -0.561555</w:t>
        <w:br/>
        <w:t>v -0.028573 15.343481 -0.538364</w:t>
        <w:br/>
        <w:t>v -0.038822 15.317360 -0.546106</w:t>
        <w:br/>
        <w:t>v -0.020649 15.346381 -0.524984</w:t>
        <w:br/>
        <w:t>v -0.035714 15.343481 -0.521126</w:t>
        <w:br/>
        <w:t>v -0.048487 15.317455 -0.522687</w:t>
        <w:br/>
        <w:t>v -0.033278 15.343481 -0.502626</w:t>
        <w:br/>
        <w:t>v -0.045148 15.317571 -0.497573</w:t>
        <w:br/>
        <w:t>v -0.017728 15.346381 -0.502801</w:t>
        <w:br/>
        <w:t>v -0.021919 15.343481 -0.487823</w:t>
        <w:br/>
        <w:t>v -0.029699 15.317678 -0.477494</w:t>
        <w:br/>
        <w:t>v -0.004681 15.343481 -0.480683</w:t>
        <w:br/>
        <w:t>v -0.006280 15.317747 -0.467829</w:t>
        <w:br/>
        <w:t>v 0.002943 15.346381 -0.494238</w:t>
        <w:br/>
        <w:t>v 0.013819 15.343481 -0.483118</w:t>
        <w:br/>
        <w:t>v 0.018834 15.317760 -0.471168</w:t>
        <w:br/>
        <w:t>v 0.028622 15.343481 -0.494477</w:t>
        <w:br/>
        <w:t>v 0.038914 15.317714 -0.486617</w:t>
        <w:br/>
        <w:t>v 0.020694 15.346381 -0.507859</w:t>
        <w:br/>
        <w:t>v 0.035762 15.343481 -0.511716</w:t>
        <w:br/>
        <w:t>v 0.048580 15.317621 -0.510036</w:t>
        <w:br/>
        <w:t>v 0.038914 15.317714 -0.486617</w:t>
        <w:br/>
        <w:t>v 0.028622 15.343481 -0.494477</w:t>
        <w:br/>
        <w:t>v 0.020694 15.346381 -0.507859</w:t>
        <w:br/>
        <w:t>v 0.029427 15.267285 -0.528647</w:t>
        <w:br/>
        <w:t>v 0.019414 15.267225 -0.541767</w:t>
        <w:br/>
        <w:t>v 0.004181 15.267186 -0.548123</w:t>
        <w:br/>
        <w:t>v -0.012188 15.267178 -0.546011</w:t>
        <w:br/>
        <w:t>v -0.025309 15.267204 -0.535997</w:t>
        <w:br/>
        <w:t>v -0.031665 15.267257 -0.520765</w:t>
        <w:br/>
        <w:t>v -0.029553 15.267322 -0.504395</w:t>
        <w:br/>
        <w:t>v -0.019539 15.267383 -0.491275</w:t>
        <w:br/>
        <w:t>v -0.004307 15.267421 -0.484919</w:t>
        <w:br/>
        <w:t>v 0.012063 15.267429 -0.487031</w:t>
        <w:br/>
        <w:t>v 0.025183 15.267403 -0.497045</w:t>
        <w:br/>
        <w:t>v 0.025183 15.267403 -0.497045</w:t>
        <w:br/>
        <w:t>v 0.031539 15.267349 -0.512278</w:t>
        <w:br/>
        <w:t>v 0.022219 15.259101 -0.545392</w:t>
        <w:br/>
        <w:t>v 0.033682 15.259169 -0.530374</w:t>
        <w:br/>
        <w:t>v 0.004783 15.259055 -0.552667</w:t>
        <w:br/>
        <w:t>v -0.013955 15.259047 -0.550250</w:t>
        <w:br/>
        <w:t>v -0.028973 15.259077 -0.538788</w:t>
        <w:br/>
        <w:t>v -0.036249 15.259136 -0.521352</w:t>
        <w:br/>
        <w:t>v -0.033831 15.259212 -0.502614</w:t>
        <w:br/>
        <w:t>v -0.022369 15.259280 -0.487595</w:t>
        <w:br/>
        <w:t>v -0.004933 15.259326 -0.480320</w:t>
        <w:br/>
        <w:t>v 0.013805 15.259334 -0.482738</w:t>
        <w:br/>
        <w:t>v 0.028824 15.259304 -0.494200</w:t>
        <w:br/>
        <w:t>v 0.036099 15.259243 -0.511636</w:t>
        <w:br/>
        <w:t>v 0.028824 15.259304 -0.494200</w:t>
        <w:br/>
        <w:t>v 0.018851 15.247347 -0.541040</w:t>
        <w:br/>
        <w:t>v 0.028574 15.247404 -0.528301</w:t>
        <w:br/>
        <w:t>v 0.004060 15.247309 -0.547212</w:t>
        <w:br/>
        <w:t>v -0.011834 15.247300 -0.545161</w:t>
        <w:br/>
        <w:t>v -0.024574 15.247327 -0.535438</w:t>
        <w:br/>
        <w:t>v -0.030745 15.247376 -0.520647</w:t>
        <w:br/>
        <w:t>v -0.028695 15.247441 -0.504753</w:t>
        <w:br/>
        <w:t>v -0.018972 15.247499 -0.492013</w:t>
        <w:br/>
        <w:t>v -0.004181 15.247538 -0.485842</w:t>
        <w:br/>
        <w:t>v 0.011713 15.247544 -0.487892</w:t>
        <w:br/>
        <w:t>v 0.024453 15.247519 -0.497616</w:t>
        <w:br/>
        <w:t>v 0.030625 15.247467 -0.512406</w:t>
        <w:br/>
        <w:t>v 0.024453 15.247519 -0.497616</w:t>
        <w:br/>
        <w:t>v 0.048905 14.900203 -0.579869</w:t>
        <w:br/>
        <w:t>v 0.074146 14.900354 -0.546797</w:t>
        <w:br/>
        <w:t>v 0.010509 14.900104 -0.595890</w:t>
        <w:br/>
        <w:t>v -0.030753 14.900086 -0.590566</w:t>
        <w:br/>
        <w:t>v -0.063826 14.900151 -0.565325</w:t>
        <w:br/>
        <w:t>v -0.079847 14.900284 -0.526929</w:t>
        <w:br/>
        <w:t>v -0.074523 14.900448 -0.485667</w:t>
        <w:br/>
        <w:t>v -0.049282 14.900600 -0.452595</w:t>
        <w:br/>
        <w:t>v -0.010886 14.900699 -0.436575</w:t>
        <w:br/>
        <w:t>v 0.030376 14.900718 -0.441898</w:t>
        <w:br/>
        <w:t>v 0.063448 14.900652 -0.467140</w:t>
        <w:br/>
        <w:t>v 0.079469 14.900518 -0.505535</w:t>
        <w:br/>
        <w:t>v 0.063448 14.900652 -0.467140</w:t>
        <w:br/>
        <w:t>v 0.056028 14.872209 -0.559166</w:t>
        <w:br/>
        <w:t>v -0.009216 14.872041 -0.586389</w:t>
        <w:br/>
        <w:t>v -0.065413 14.872152 -0.543498</w:t>
        <w:br/>
        <w:t>v -0.056368 14.872432 -0.473384</w:t>
        <w:br/>
        <w:t>v 0.008876 14.872600 -0.446162</w:t>
        <w:br/>
        <w:t>v 0.065074 14.872486 -0.489052</w:t>
        <w:br/>
        <w:t>v 0.065074 14.872486 -0.489052</w:t>
        <w:br/>
        <w:t>v -0.056368 14.872432 -0.473384</w:t>
        <w:br/>
        <w:t>v 0.056028 14.872209 -0.559166</w:t>
        <w:br/>
        <w:t>v -0.009216 14.872041 -0.586389</w:t>
        <w:br/>
        <w:t>v -0.065413 14.872152 -0.543498</w:t>
        <w:br/>
        <w:t>v 0.008876 14.872600 -0.446162</w:t>
        <w:br/>
        <w:t>v 0.065074 14.872486 -0.489052</w:t>
        <w:br/>
        <w:t>v -5.718463 14.759307 -0.460954</w:t>
        <w:br/>
        <w:t>v -5.830226 14.526684 -0.408948</w:t>
        <w:br/>
        <w:t>v -5.906438 14.559305 -0.419561</w:t>
        <w:br/>
        <w:t>v -5.809345 14.786860 -0.472910</w:t>
        <w:br/>
        <w:t>v -5.639184 14.725986 -0.428277</w:t>
        <w:br/>
        <w:t>v -5.762990 14.492033 -0.380734</w:t>
        <w:br/>
        <w:t>v -5.500872 14.623222 -0.155467</w:t>
        <w:br/>
        <w:t>v -5.511793 14.633556 -0.076993</w:t>
        <w:br/>
        <w:t>v -5.652744 14.407140 -0.073411</w:t>
        <w:br/>
        <w:t>v -5.643111 14.398327 -0.142073</w:t>
        <w:br/>
        <w:t>v -5.542305 14.657269 -0.004484</w:t>
        <w:br/>
        <w:t>v -5.679316 14.428290 -0.009999</w:t>
        <w:br/>
        <w:t>v -5.534902 14.656485 -0.309124</w:t>
        <w:br/>
        <w:t>v -5.508854 14.632599 -0.234274</w:t>
        <w:br/>
        <w:t>v -5.650202 14.406463 -0.211120</w:t>
        <w:br/>
        <w:t>v -5.673032 14.427531 -0.276695</w:t>
        <w:br/>
        <w:t>v -5.500872 14.623222 -0.155467</w:t>
        <w:br/>
        <w:t>v -5.643111 14.398327 -0.142073</w:t>
        <w:br/>
        <w:t>v -5.578172 14.689662 -0.375729</w:t>
        <w:br/>
        <w:t>v -5.710610 14.457520 -0.334942</w:t>
        <w:br/>
        <w:t>v -5.660165 14.722028 0.103348</w:t>
        <w:br/>
        <w:t>v -5.739543 14.755558 0.133870</w:t>
        <w:br/>
        <w:t>v -5.848588 14.524848 0.110781</w:t>
        <w:br/>
        <w:t>v -5.780564 14.490463 0.084285</w:t>
        <w:br/>
        <w:t>v -5.827406 14.784022 0.145154</w:t>
        <w:br/>
        <w:t>v -5.923473 14.556351 0.120487</w:t>
        <w:br/>
        <w:t>v -5.593091 14.688010 0.056430</w:t>
        <w:br/>
        <w:t>v -5.723028 14.457172 0.043295</w:t>
        <w:br/>
        <w:t>v -5.919938 14.802835 0.134360</w:t>
        <w:br/>
        <w:t>v -6.001591 14.581012 0.111109</w:t>
        <w:br/>
        <w:t>v -6.009731 14.812426 0.102661</w:t>
        <w:br/>
        <w:t>v -6.076380 14.599253 0.083480</w:t>
        <w:br/>
        <w:t>v -5.905163 14.805880 -0.463294</w:t>
        <w:br/>
        <w:t>v -5.985757 14.587745 -0.412550</w:t>
        <w:br/>
        <w:t>v -6.063124 14.608532 -0.387810</w:t>
        <w:br/>
        <w:t>v -5.999226 14.814890 -0.432857</w:t>
        <w:br/>
        <w:t>v -6.084831 14.812417 -0.382352</w:t>
        <w:br/>
        <w:t>v -6.133471 14.618194 -0.345234</w:t>
        <w:br/>
        <w:t>v -6.190770 14.619168 -0.289088</w:t>
        <w:br/>
        <w:t>v -6.154590 14.804727 -0.317357</w:t>
        <w:br/>
        <w:t>v -6.201110 14.798087 -0.243451</w:t>
        <w:br/>
        <w:t>v -6.228986 14.613895 -0.223639</w:t>
        <w:br/>
        <w:t>v -6.257662 14.605497 -0.153537</w:t>
        <w:br/>
        <w:t>v -6.236012 14.791975 -0.165091</w:t>
        <w:br/>
        <w:t>v -6.154339 14.808329 -0.014114</w:t>
        <w:br/>
        <w:t>v -6.199998 14.800808 -0.087574</w:t>
        <w:br/>
        <w:t>v -6.229450 14.613121 -0.084432</w:t>
        <w:br/>
        <w:t>v -6.193300 14.616529 -0.019163</w:t>
        <w:br/>
        <w:t>v -6.089394 14.813229 0.051234</w:t>
        <w:br/>
        <w:t>v -6.141280 14.611500 0.038431</w:t>
        <w:br/>
        <w:t>v -6.019774 14.796447 -0.461525</w:t>
        <w:br/>
        <w:t>v -5.919410 14.785313 -0.494565</w:t>
        <w:br/>
        <w:t>v -5.905163 14.805880 -0.463294</w:t>
        <w:br/>
        <w:t>v -5.999226 14.814890 -0.432857</w:t>
        <w:br/>
        <w:t>v -5.817099 14.764130 -0.504884</w:t>
        <w:br/>
        <w:t>v -5.809345 14.786860 -0.472910</w:t>
        <w:br/>
        <w:t>v -5.719592 14.734261 -0.491818</w:t>
        <w:br/>
        <w:t>v -5.718463 14.759307 -0.460954</w:t>
        <w:br/>
        <w:t>v -5.633854 14.698578 -0.456183</w:t>
        <w:br/>
        <w:t>v -5.639184 14.725986 -0.428277</w:t>
        <w:br/>
        <w:t>v -5.566840 14.659931 -0.398795</w:t>
        <w:br/>
        <w:t>v -5.578172 14.689662 -0.375729</w:t>
        <w:br/>
        <w:t>v -5.518676 14.624889 -0.325506</w:t>
        <w:br/>
        <w:t>v -5.534902 14.656485 -0.309124</w:t>
        <w:br/>
        <w:t>v -5.683378 14.455651 -0.362900</w:t>
        <w:br/>
        <w:t>v -5.710610 14.457520 -0.334942</w:t>
        <w:br/>
        <w:t>v -5.673032 14.427531 -0.276695</w:t>
        <w:br/>
        <w:t>v -5.640168 14.423505 -0.296978</w:t>
        <w:br/>
        <w:t>v -5.742741 14.492856 -0.414384</w:t>
        <w:br/>
        <w:t>v -5.762990 14.492033 -0.380734</w:t>
        <w:br/>
        <w:t>v -5.817619 14.530329 -0.446241</w:t>
        <w:br/>
        <w:t>v -5.830226 14.526684 -0.408948</w:t>
        <w:br/>
        <w:t>v -5.901755 14.565856 -0.458472</w:t>
        <w:br/>
        <w:t>v -5.906438 14.559305 -0.419561</w:t>
        <w:br/>
        <w:t>v -5.988905 14.597224 -0.451079</w:t>
        <w:br/>
        <w:t>v -5.985757 14.587745 -0.412550</w:t>
        <w:br/>
        <w:t>v -6.073994 14.620953 -0.423712</w:t>
        <w:br/>
        <w:t>v -6.063124 14.608532 -0.387810</w:t>
        <w:br/>
        <w:t>v -5.489485 14.600018 -0.242167</w:t>
        <w:br/>
        <w:t>v -5.508854 14.632599 -0.234274</w:t>
        <w:br/>
        <w:t>v -5.480386 14.590679 -0.153908</w:t>
        <w:br/>
        <w:t>v -5.500872 14.623222 -0.155467</w:t>
        <w:br/>
        <w:t>v -5.480386 14.590679 -0.153908</w:t>
        <w:br/>
        <w:t>v -5.492490 14.602236 -0.065858</w:t>
        <w:br/>
        <w:t>v -5.511793 14.633556 -0.076993</w:t>
        <w:br/>
        <w:t>v -5.500872 14.623222 -0.155467</w:t>
        <w:br/>
        <w:t>v -5.526134 14.627994 0.015290</w:t>
        <w:br/>
        <w:t>v -5.542305 14.657269 -0.004484</w:t>
        <w:br/>
        <w:t>v -5.581648 14.661261 0.082838</w:t>
        <w:br/>
        <w:t>v -5.593091 14.688010 0.056430</w:t>
        <w:br/>
        <w:t>v -5.654521 14.698028 0.134377</w:t>
        <w:br/>
        <w:t>v -5.660165 14.722028 0.103348</w:t>
        <w:br/>
        <w:t>v -5.760122 14.494981 0.117671</w:t>
        <w:br/>
        <w:t>v -5.695848 14.458410 0.071305</w:t>
        <w:br/>
        <w:t>v -5.723028 14.457172 0.043295</w:t>
        <w:br/>
        <w:t>v -5.780564 14.490463 0.084285</w:t>
        <w:br/>
        <w:t>v -5.646648 14.426590 0.010440</w:t>
        <w:br/>
        <w:t>v -5.679316 14.428290 -0.009999</w:t>
        <w:br/>
        <w:t>v -5.616446 14.403114 -0.062713</w:t>
        <w:br/>
        <w:t>v -5.652744 14.407140 -0.073411</w:t>
        <w:br/>
        <w:t>v -5.605422 14.392983 -0.142135</w:t>
        <w:br/>
        <w:t>v -5.643111 14.398327 -0.142073</w:t>
        <w:br/>
        <w:t>v -5.643111 14.398327 -0.142073</w:t>
        <w:br/>
        <w:t>v -5.605422 14.392983 -0.142135</w:t>
        <w:br/>
        <w:t>v -5.613756 14.401198 -0.221807</w:t>
        <w:br/>
        <w:t>v -5.650202 14.406463 -0.211120</w:t>
        <w:br/>
        <w:t>v -5.740231 14.734284 0.167492</w:t>
        <w:br/>
        <w:t>v -5.739543 14.755558 0.133870</w:t>
        <w:br/>
        <w:t>v -5.834839 14.765402 0.179464</w:t>
        <w:br/>
        <w:t>v -5.827406 14.784022 0.145154</w:t>
        <w:br/>
        <w:t>v -5.934402 14.786751 0.167569</w:t>
        <w:br/>
        <w:t>v -5.919938 14.802835 0.134360</w:t>
        <w:br/>
        <w:t>v -6.031045 14.798615 0.132962</w:t>
        <w:br/>
        <w:t>v -6.009731 14.812426 0.102661</w:t>
        <w:br/>
        <w:t>v -6.004820 14.595319 0.147606</w:t>
        <w:br/>
        <w:t>v -6.001591 14.581012 0.111109</w:t>
        <w:br/>
        <w:t>v -6.076380 14.599253 0.083480</w:t>
        <w:br/>
        <w:t>v -6.087844 14.616438 0.116719</w:t>
        <w:br/>
        <w:t>v -5.918377 14.567505 0.158051</w:t>
        <w:br/>
        <w:t>v -5.923473 14.556351 0.120487</w:t>
        <w:br/>
        <w:t>v -5.835554 14.532700 0.147330</w:t>
        <w:br/>
        <w:t>v -5.848588 14.524848 0.110781</w:t>
        <w:br/>
        <w:t>v -6.116899 14.801284 0.076799</w:t>
        <w:br/>
        <w:t>v -6.089394 14.813229 0.051234</w:t>
        <w:br/>
        <w:t>v -6.186844 14.797503 0.004865</w:t>
        <w:br/>
        <w:t>v -6.154339 14.808329 -0.014114</w:t>
        <w:br/>
        <w:t>v -6.160409 14.631149 0.066114</w:t>
        <w:br/>
        <w:t>v -6.141280 14.611500 0.038431</w:t>
        <w:br/>
        <w:t>v -6.193300 14.616529 -0.019163</w:t>
        <w:br/>
        <w:t>v -6.218762 14.637814 0.000680</w:t>
        <w:br/>
        <w:t>v -6.186385 14.790469 -0.334793</w:t>
        <w:br/>
        <w:t>v -6.111456 14.796156 -0.406428</w:t>
        <w:br/>
        <w:t>v -6.084831 14.812417 -0.382352</w:t>
        <w:br/>
        <w:t>v -6.154590 14.804727 -0.317357</w:t>
        <w:br/>
        <w:t>v -6.151953 14.633571 -0.376025</w:t>
        <w:br/>
        <w:t>v -6.133471 14.618194 -0.345234</w:t>
        <w:br/>
        <w:t>v -6.215775 14.637155 -0.312248</w:t>
        <w:br/>
        <w:t>v -6.190770 14.619168 -0.289088</w:t>
        <w:br/>
        <w:t>v -6.274174 14.780684 -0.163968</w:t>
        <w:br/>
        <w:t>v -6.236485 14.785419 -0.252136</w:t>
        <w:br/>
        <w:t>v -6.201110 14.798087 -0.243451</w:t>
        <w:br/>
        <w:t>v -6.236012 14.791975 -0.165091</w:t>
        <w:br/>
        <w:t>v -6.258449 14.633791 -0.236610</w:t>
        <w:br/>
        <w:t>v -6.228986 14.613895 -0.223639</w:t>
        <w:br/>
        <w:t>v -6.290549 14.626951 -0.155041</w:t>
        <w:br/>
        <w:t>v -6.257662 14.605497 -0.153537</w:t>
        <w:br/>
        <w:t>v -6.235765 14.790018 -0.077055</w:t>
        <w:br/>
        <w:t>v -6.199998 14.800808 -0.087574</w:t>
        <w:br/>
        <w:t>v -6.259148 14.634800 -0.074695</w:t>
        <w:br/>
        <w:t>v -6.229450 14.613121 -0.084432</w:t>
        <w:br/>
        <w:t>v -5.719592 14.734261 -0.491818</w:t>
        <w:br/>
        <w:t>v -5.817099 14.764130 -0.504884</w:t>
        <w:br/>
        <w:t>v -5.901755 14.565856 -0.458472</w:t>
        <w:br/>
        <w:t>v -5.817619 14.530329 -0.446241</w:t>
        <w:br/>
        <w:t>v -5.742741 14.492856 -0.414384</w:t>
        <w:br/>
        <w:t>v -5.633854 14.698578 -0.456183</w:t>
        <w:br/>
        <w:t>v -5.492490 14.602236 -0.065858</w:t>
        <w:br/>
        <w:t>v -5.480386 14.590679 -0.153908</w:t>
        <w:br/>
        <w:t>v -5.605422 14.392983 -0.142135</w:t>
        <w:br/>
        <w:t>v -5.616446 14.403114 -0.062713</w:t>
        <w:br/>
        <w:t>v -5.646648 14.426590 0.010440</w:t>
        <w:br/>
        <w:t>v -5.526134 14.627994 0.015290</w:t>
        <w:br/>
        <w:t>v -5.518676 14.624889 -0.325506</w:t>
        <w:br/>
        <w:t>v -5.640168 14.423505 -0.296978</w:t>
        <w:br/>
        <w:t>v -5.613756 14.401198 -0.221807</w:t>
        <w:br/>
        <w:t>v -5.489485 14.600018 -0.242167</w:t>
        <w:br/>
        <w:t>v -5.605422 14.392983 -0.142135</w:t>
        <w:br/>
        <w:t>v -5.480386 14.590679 -0.153908</w:t>
        <w:br/>
        <w:t>v -5.683378 14.455651 -0.362900</w:t>
        <w:br/>
        <w:t>v -5.566840 14.659931 -0.398795</w:t>
        <w:br/>
        <w:t>v -5.740231 14.734284 0.167492</w:t>
        <w:br/>
        <w:t>v -5.654521 14.698028 0.134377</w:t>
        <w:br/>
        <w:t>v -5.760122 14.494981 0.117671</w:t>
        <w:br/>
        <w:t>v -5.835554 14.532700 0.147330</w:t>
        <w:br/>
        <w:t>v -5.918377 14.567505 0.158051</w:t>
        <w:br/>
        <w:t>v -5.834839 14.765402 0.179464</w:t>
        <w:br/>
        <w:t>v -5.581648 14.661261 0.082838</w:t>
        <w:br/>
        <w:t>v -5.695848 14.458410 0.071305</w:t>
        <w:br/>
        <w:t>v -6.004820 14.595319 0.147606</w:t>
        <w:br/>
        <w:t>v -5.934402 14.786751 0.167569</w:t>
        <w:br/>
        <w:t>v -6.087844 14.616438 0.116719</w:t>
        <w:br/>
        <w:t>v -6.031045 14.798615 0.132962</w:t>
        <w:br/>
        <w:t>v -5.919410 14.785313 -0.494565</w:t>
        <w:br/>
        <w:t>v -6.019774 14.796447 -0.461525</w:t>
        <w:br/>
        <w:t>v -6.073994 14.620953 -0.423712</w:t>
        <w:br/>
        <w:t>v -5.988905 14.597224 -0.451079</w:t>
        <w:br/>
        <w:t>v -6.111456 14.796156 -0.406428</w:t>
        <w:br/>
        <w:t>v -6.186385 14.790469 -0.334793</w:t>
        <w:br/>
        <w:t>v -6.215775 14.637155 -0.312248</w:t>
        <w:br/>
        <w:t>v -6.151953 14.633571 -0.376025</w:t>
        <w:br/>
        <w:t>v -6.236485 14.785419 -0.252136</w:t>
        <w:br/>
        <w:t>v -6.274174 14.780684 -0.163968</w:t>
        <w:br/>
        <w:t>v -6.290549 14.626951 -0.155041</w:t>
        <w:br/>
        <w:t>v -6.258449 14.633791 -0.236610</w:t>
        <w:br/>
        <w:t>v -6.186844 14.797503 0.004865</w:t>
        <w:br/>
        <w:t>v -6.218762 14.637814 0.000680</w:t>
        <w:br/>
        <w:t>v -6.259148 14.634800 -0.074695</w:t>
        <w:br/>
        <w:t>v -6.235765 14.790018 -0.077055</w:t>
        <w:br/>
        <w:t>v -6.160409 14.631149 0.066114</w:t>
        <w:br/>
        <w:t>v -6.116899 14.801284 0.076799</w:t>
        <w:br/>
        <w:t>v 1.005656 2.764942 -0.832165</w:t>
        <w:br/>
        <w:t>v 1.005656 2.712412 -0.850874</w:t>
        <w:br/>
        <w:t>v 0.962721 2.740684 -0.930241</w:t>
        <w:br/>
        <w:t>v 0.962721 2.793203 -0.911532</w:t>
        <w:br/>
        <w:t>v 0.895860 2.763104 -0.993227</w:t>
        <w:br/>
        <w:t>v 0.895860 2.815633 -0.974518</w:t>
        <w:br/>
        <w:t>v 0.811616 2.777504 -1.033667</w:t>
        <w:br/>
        <w:t>v 0.811615 2.830044 -1.014958</w:t>
        <w:br/>
        <w:t>v 0.718222 2.782467 -1.047602</w:t>
        <w:br/>
        <w:t>v 0.718222 2.835007 -1.028893</w:t>
        <w:br/>
        <w:t>v 0.624828 2.777504 -1.033668</w:t>
        <w:br/>
        <w:t>v 0.624828 2.830044 -1.014958</w:t>
        <w:br/>
        <w:t>v 0.540579 2.763104 -0.993228</w:t>
        <w:br/>
        <w:t>v 0.540579 2.815633 -0.974519</w:t>
        <w:br/>
        <w:t>v 0.473719 2.740684 -0.930242</w:t>
        <w:br/>
        <w:t>v 0.473719 2.793203 -0.911533</w:t>
        <w:br/>
        <w:t>v 0.430793 2.712412 -0.850875</w:t>
        <w:br/>
        <w:t>v 0.430793 2.764931 -0.832166</w:t>
        <w:br/>
        <w:t>v 0.416002 2.681082 -0.762896</w:t>
        <w:br/>
        <w:t>v 0.416002 2.733610 -0.744187</w:t>
        <w:br/>
        <w:t>v 0.430792 2.649743 -0.674917</w:t>
        <w:br/>
        <w:t>v 0.430792 2.702281 -0.656208</w:t>
        <w:br/>
        <w:t>v 0.473718 2.621481 -0.595549</w:t>
        <w:br/>
        <w:t>v 0.473718 2.674009 -0.576841</w:t>
        <w:br/>
        <w:t>v 0.540578 2.599050 -0.532563</w:t>
        <w:br/>
        <w:t>v 0.540578 2.651578 -0.513855</w:t>
        <w:br/>
        <w:t>v 0.624827 2.584651 -0.492124</w:t>
        <w:br/>
        <w:t>v 0.624827 2.637180 -0.473415</w:t>
        <w:br/>
        <w:t>v 0.624827 2.637180 -0.473415</w:t>
        <w:br/>
        <w:t>v 0.624827 2.584651 -0.492124</w:t>
        <w:br/>
        <w:t>v 0.718221 2.579688 -0.478189</w:t>
        <w:br/>
        <w:t>v 0.718221 2.632216 -0.459481</w:t>
        <w:br/>
        <w:t>v 0.811615 2.584651 -0.492124</w:t>
        <w:br/>
        <w:t>v 0.811615 2.637180 -0.473415</w:t>
        <w:br/>
        <w:t>v 0.895859 2.599050 -0.532563</w:t>
        <w:br/>
        <w:t>v 0.895859 2.651578 -0.513854</w:t>
        <w:br/>
        <w:t>v 0.962720 2.621481 -0.595549</w:t>
        <w:br/>
        <w:t>v 0.962720 2.674009 -0.576840</w:t>
        <w:br/>
        <w:t>v 1.005656 2.649743 -0.674916</w:t>
        <w:br/>
        <w:t>v 1.005646 2.702281 -0.656207</w:t>
        <w:br/>
        <w:t>v 1.020447 2.681082 -0.762895</w:t>
        <w:br/>
        <w:t>v 1.020447 2.733610 -0.744186</w:t>
        <w:br/>
        <w:t>v 0.962721 2.793203 -0.911532</w:t>
        <w:br/>
        <w:t>v 1.004885 2.819511 -0.934676</w:t>
        <w:br/>
        <w:t>v 1.055207 2.786376 -0.841624</w:t>
        <w:br/>
        <w:t>v 1.005656 2.764942 -0.832165</w:t>
        <w:br/>
        <w:t>v 0.895860 2.815633 -0.974518</w:t>
        <w:br/>
        <w:t>v 0.926487 2.845812 -1.008522</w:t>
        <w:br/>
        <w:t>v 0.811615 2.830044 -1.014958</w:t>
        <w:br/>
        <w:t>v 0.827715 2.862702 -1.055935</w:t>
        <w:br/>
        <w:t>v 0.718222 2.835007 -1.028893</w:t>
        <w:br/>
        <w:t>v 0.718222 2.868514 -1.072272</w:t>
        <w:br/>
        <w:t>v 0.624828 2.830044 -1.014958</w:t>
        <w:br/>
        <w:t>v 0.608729 2.862702 -1.055935</w:t>
        <w:br/>
        <w:t>v 0.540579 2.815633 -0.974519</w:t>
        <w:br/>
        <w:t>v 0.509953 2.845812 -1.008523</w:t>
        <w:br/>
        <w:t>v 0.473719 2.793203 -0.911533</w:t>
        <w:br/>
        <w:t>v 0.431565 2.819511 -0.934677</w:t>
        <w:br/>
        <w:t>v 0.430793 2.764931 -0.832166</w:t>
        <w:br/>
        <w:t>v 0.381233 2.786376 -0.841625</w:t>
        <w:br/>
        <w:t>v 0.416002 2.733610 -0.744187</w:t>
        <w:br/>
        <w:t>v 0.363893 2.749643 -0.738477</w:t>
        <w:br/>
        <w:t>v 0.430792 2.702281 -0.656208</w:t>
        <w:br/>
        <w:t>v 0.381233 2.712911 -0.635329</w:t>
        <w:br/>
        <w:t>v 0.473718 2.674009 -0.576841</w:t>
        <w:br/>
        <w:t>v 0.431564 2.679763 -0.542277</w:t>
        <w:br/>
        <w:t>v 0.540578 2.651578 -0.513855</w:t>
        <w:br/>
        <w:t>v 0.509952 2.653464 -0.468431</w:t>
        <w:br/>
        <w:t>v 0.624827 2.637180 -0.473415</w:t>
        <w:br/>
        <w:t>v 0.608728 2.636582 -0.421019</w:t>
        <w:br/>
        <w:t>v 0.718221 2.632216 -0.459481</w:t>
        <w:br/>
        <w:t>v 0.718221 2.630760 -0.404682</w:t>
        <w:br/>
        <w:t>v 0.608728 2.636582 -0.421019</w:t>
        <w:br/>
        <w:t>v 0.624827 2.637180 -0.473415</w:t>
        <w:br/>
        <w:t>v 0.811615 2.637180 -0.473415</w:t>
        <w:br/>
        <w:t>v 0.827714 2.636582 -0.421019</w:t>
        <w:br/>
        <w:t>v 0.895859 2.651578 -0.513854</w:t>
        <w:br/>
        <w:t>v 0.926486 2.653464 -0.468431</w:t>
        <w:br/>
        <w:t>v 0.962720 2.674009 -0.576840</w:t>
        <w:br/>
        <w:t>v 1.004884 2.679763 -0.542276</w:t>
        <w:br/>
        <w:t>v 1.005646 2.702281 -0.656207</w:t>
        <w:br/>
        <w:t>v 1.055206 2.712911 -0.635328</w:t>
        <w:br/>
        <w:t>v 1.020447 2.733610 -0.744186</w:t>
        <w:br/>
        <w:t>v 1.072556 2.749643 -0.738476</w:t>
        <w:br/>
        <w:t>v 1.004885 2.819511 -0.934676</w:t>
        <w:br/>
        <w:t>v 1.030745 2.783523 -0.967440</w:t>
        <w:br/>
        <w:t>v 1.085608 2.747396 -0.865994</w:t>
        <w:br/>
        <w:t>v 1.055207 2.786376 -0.841624</w:t>
        <w:br/>
        <w:t>v 0.926487 2.845812 -1.008522</w:t>
        <w:br/>
        <w:t>v 0.945283 2.812195 -1.047948</w:t>
        <w:br/>
        <w:t>v 0.827715 2.862702 -1.055935</w:t>
        <w:br/>
        <w:t>v 0.837597 2.830600 -1.099638</w:t>
        <w:br/>
        <w:t>v 0.718222 2.868514 -1.072272</w:t>
        <w:br/>
        <w:t>v 0.718222 2.836941 -1.117449</w:t>
        <w:br/>
        <w:t>v 0.608729 2.862702 -1.055935</w:t>
        <w:br/>
        <w:t>v 0.598852 2.830600 -1.099638</w:t>
        <w:br/>
        <w:t>v 0.509953 2.845812 -1.008523</w:t>
        <w:br/>
        <w:t>v 0.491167 2.812195 -1.047949</w:t>
        <w:br/>
        <w:t>v 0.431565 2.819511 -0.934677</w:t>
        <w:br/>
        <w:t>v 0.405706 2.783523 -0.967441</w:t>
        <w:br/>
        <w:t>v 0.381233 2.786376 -0.841625</w:t>
        <w:br/>
        <w:t>v 0.350832 2.747396 -0.865995</w:t>
        <w:br/>
        <w:t>v 0.363893 2.749643 -0.738477</w:t>
        <w:br/>
        <w:t>v 0.331928 2.707351 -0.753541</w:t>
        <w:br/>
        <w:t>v 0.381233 2.712911 -0.635329</w:t>
        <w:br/>
        <w:t>v 0.350831 2.667299 -0.641088</w:t>
        <w:br/>
        <w:t>v 0.431564 2.679763 -0.542277</w:t>
        <w:br/>
        <w:t>v 0.405705 2.631161 -0.539642</w:t>
        <w:br/>
        <w:t>v 0.509952 2.653464 -0.468431</w:t>
        <w:br/>
        <w:t>v 0.491166 2.602488 -0.459134</w:t>
        <w:br/>
        <w:t>v 0.608728 2.636582 -0.421019</w:t>
        <w:br/>
        <w:t>v 0.598851 2.584083 -0.407445</w:t>
        <w:br/>
        <w:t>v 0.718221 2.630760 -0.404682</w:t>
        <w:br/>
        <w:t>v 0.718221 2.577744 -0.389634</w:t>
        <w:br/>
        <w:t>v 0.598851 2.584083 -0.407445</w:t>
        <w:br/>
        <w:t>v 0.608728 2.636582 -0.421019</w:t>
        <w:br/>
        <w:t>v 0.827714 2.636582 -0.421019</w:t>
        <w:br/>
        <w:t>v 0.837596 2.584083 -0.407445</w:t>
        <w:br/>
        <w:t>v 0.926486 2.653464 -0.468431</w:t>
        <w:br/>
        <w:t>v 0.945282 2.602498 -0.459134</w:t>
        <w:br/>
        <w:t>v 1.004884 2.679763 -0.542276</w:t>
        <w:br/>
        <w:t>v 1.030744 2.631161 -0.539641</w:t>
        <w:br/>
        <w:t>v 1.055206 2.712911 -0.635328</w:t>
        <w:br/>
        <w:t>v 1.085608 2.667298 -0.641087</w:t>
        <w:br/>
        <w:t>v 1.072556 2.749643 -0.738476</w:t>
        <w:br/>
        <w:t>v 1.104521 2.707351 -0.753540</w:t>
        <w:br/>
        <w:t>v 1.030745 2.783523 -0.967440</w:t>
        <w:br/>
        <w:t>v 1.004885 2.734930 -0.964805</w:t>
        <w:br/>
        <w:t>v 1.055207 2.701784 -0.871753</w:t>
        <w:br/>
        <w:t>v 1.085608 2.747396 -0.865994</w:t>
        <w:br/>
        <w:t>v 0.945283 2.812195 -1.047948</w:t>
        <w:br/>
        <w:t>v 0.926487 2.761220 -1.038651</w:t>
        <w:br/>
        <w:t>v 0.837597 2.830600 -1.099638</w:t>
        <w:br/>
        <w:t>v 0.827715 2.778100 -1.086063</w:t>
        <w:br/>
        <w:t>v 0.718222 2.836941 -1.117449</w:t>
        <w:br/>
        <w:t>v 0.718222 2.783923 -1.102401</w:t>
        <w:br/>
        <w:t>v 0.598852 2.830600 -1.099638</w:t>
        <w:br/>
        <w:t>v 0.608729 2.778100 -1.086064</w:t>
        <w:br/>
        <w:t>v 0.491167 2.812195 -1.047949</w:t>
        <w:br/>
        <w:t>v 0.509953 2.761220 -1.038652</w:t>
        <w:br/>
        <w:t>v 0.405706 2.783523 -0.967441</w:t>
        <w:br/>
        <w:t>v 0.431565 2.734930 -0.964805</w:t>
        <w:br/>
        <w:t>v 0.350832 2.747396 -0.865995</w:t>
        <w:br/>
        <w:t>v 0.381233 2.701784 -0.871754</w:t>
        <w:br/>
        <w:t>v 0.331928 2.707351 -0.753541</w:t>
        <w:br/>
        <w:t>v 0.363893 2.665052 -0.768606</w:t>
        <w:br/>
        <w:t>v 0.350831 2.667299 -0.641088</w:t>
        <w:br/>
        <w:t>v 0.381233 2.628309 -0.665457</w:t>
        <w:br/>
        <w:t>v 0.405705 2.631161 -0.539642</w:t>
        <w:br/>
        <w:t>v 0.431564 2.595171 -0.572406</w:t>
        <w:br/>
        <w:t>v 0.491166 2.602488 -0.459134</w:t>
        <w:br/>
        <w:t>v 0.509952 2.568872 -0.498560</w:t>
        <w:br/>
        <w:t>v 0.598851 2.584083 -0.407445</w:t>
        <w:br/>
        <w:t>v 0.608728 2.551981 -0.451148</w:t>
        <w:br/>
        <w:t>v 0.718221 2.577744 -0.389634</w:t>
        <w:br/>
        <w:t>v 0.718221 2.546169 -0.434811</w:t>
        <w:br/>
        <w:t>v 0.608728 2.551981 -0.451148</w:t>
        <w:br/>
        <w:t>v 0.598851 2.584083 -0.407445</w:t>
        <w:br/>
        <w:t>v 0.837596 2.584083 -0.407445</w:t>
        <w:br/>
        <w:t>v 0.827714 2.551981 -0.451148</w:t>
        <w:br/>
        <w:t>v 0.945282 2.602498 -0.459134</w:t>
        <w:br/>
        <w:t>v 0.926486 2.568872 -0.498559</w:t>
        <w:br/>
        <w:t>v 1.030744 2.631161 -0.539641</w:t>
        <w:br/>
        <w:t>v 1.004884 2.595171 -0.572405</w:t>
        <w:br/>
        <w:t>v 1.085608 2.667298 -0.641087</w:t>
        <w:br/>
        <w:t>v 1.055206 2.628319 -0.665456</w:t>
        <w:br/>
        <w:t>v 1.104521 2.707351 -0.753540</w:t>
        <w:br/>
        <w:t>v 1.072556 2.665051 -0.768605</w:t>
        <w:br/>
        <w:t>v 1.004885 2.734930 -0.964805</w:t>
        <w:br/>
        <w:t>v 0.962721 2.740684 -0.930241</w:t>
        <w:br/>
        <w:t>v 1.005656 2.712412 -0.850874</w:t>
        <w:br/>
        <w:t>v 1.055207 2.701784 -0.871753</w:t>
        <w:br/>
        <w:t>v 0.926487 2.761220 -1.038651</w:t>
        <w:br/>
        <w:t>v 0.895860 2.763104 -0.993227</w:t>
        <w:br/>
        <w:t>v 0.827715 2.778100 -1.086063</w:t>
        <w:br/>
        <w:t>v 0.811616 2.777504 -1.033667</w:t>
        <w:br/>
        <w:t>v 0.718222 2.783923 -1.102401</w:t>
        <w:br/>
        <w:t>v 0.718222 2.782467 -1.047602</w:t>
        <w:br/>
        <w:t>v 0.608729 2.778100 -1.086064</w:t>
        <w:br/>
        <w:t>v 0.624828 2.777504 -1.033668</w:t>
        <w:br/>
        <w:t>v 0.509953 2.761220 -1.038652</w:t>
        <w:br/>
        <w:t>v 0.540579 2.763104 -0.993228</w:t>
        <w:br/>
        <w:t>v 0.431565 2.734930 -0.964805</w:t>
        <w:br/>
        <w:t>v 0.473719 2.740684 -0.930242</w:t>
        <w:br/>
        <w:t>v 0.381233 2.701784 -0.871754</w:t>
        <w:br/>
        <w:t>v 0.430793 2.712412 -0.850875</w:t>
        <w:br/>
        <w:t>v 0.363893 2.665052 -0.768606</w:t>
        <w:br/>
        <w:t>v 0.416002 2.681082 -0.762896</w:t>
        <w:br/>
        <w:t>v 0.381233 2.628309 -0.665457</w:t>
        <w:br/>
        <w:t>v 0.430792 2.649743 -0.674917</w:t>
        <w:br/>
        <w:t>v 0.431564 2.595171 -0.572406</w:t>
        <w:br/>
        <w:t>v 0.473718 2.621481 -0.595549</w:t>
        <w:br/>
        <w:t>v 0.509952 2.568872 -0.498560</w:t>
        <w:br/>
        <w:t>v 0.540578 2.599050 -0.532563</w:t>
        <w:br/>
        <w:t>v 0.608728 2.551981 -0.451148</w:t>
        <w:br/>
        <w:t>v 0.624827 2.584651 -0.492124</w:t>
        <w:br/>
        <w:t>v 0.718221 2.546169 -0.434811</w:t>
        <w:br/>
        <w:t>v 0.718221 2.579688 -0.478189</w:t>
        <w:br/>
        <w:t>v 0.624827 2.584651 -0.492124</w:t>
        <w:br/>
        <w:t>v 0.608728 2.551981 -0.451148</w:t>
        <w:br/>
        <w:t>v 0.827714 2.551981 -0.451148</w:t>
        <w:br/>
        <w:t>v 0.811615 2.584651 -0.492124</w:t>
        <w:br/>
        <w:t>v 0.926486 2.568872 -0.498559</w:t>
        <w:br/>
        <w:t>v 0.895859 2.599050 -0.532563</w:t>
        <w:br/>
        <w:t>v 1.004884 2.595171 -0.572405</w:t>
        <w:br/>
        <w:t>v 0.962720 2.621481 -0.595549</w:t>
        <w:br/>
        <w:t>v 1.055206 2.628319 -0.665456</w:t>
        <w:br/>
        <w:t>v 1.005656 2.649743 -0.674916</w:t>
        <w:br/>
        <w:t>v 1.072556 2.665051 -0.768605</w:t>
        <w:br/>
        <w:t>v 1.020447 2.681082 -0.762895</w:t>
        <w:br/>
        <w:t>v -0.636602 19.086967 -0.065109</w:t>
        <w:br/>
        <w:t>v -0.623450 19.071434 -0.043260</w:t>
        <w:br/>
        <w:t>v -0.626317 19.111465 0.016519</w:t>
        <w:br/>
        <w:t>v -0.636602 19.134201 0.005588</w:t>
        <w:br/>
        <w:t>v -0.636602 19.016273 -0.112348</w:t>
        <w:br/>
        <w:t>v -0.618954 19.011585 -0.082797</w:t>
        <w:br/>
        <w:t>v -0.636602 18.932884 -0.128936</w:t>
        <w:br/>
        <w:t>v -0.613143 18.941414 -0.096202</w:t>
        <w:br/>
        <w:t>v -0.636602 18.849501 -0.112348</w:t>
        <w:br/>
        <w:t>v -0.606766 18.871702 -0.081728</w:t>
        <w:br/>
        <w:t>v -0.636602 18.778809 -0.065110</w:t>
        <w:br/>
        <w:t>v -0.600718 18.812962 -0.041792</w:t>
        <w:br/>
        <w:t>v -0.636602 18.731567 0.005587</w:t>
        <w:br/>
        <w:t>v -0.595764 18.773960 0.017447</w:t>
        <w:br/>
        <w:t>v -0.636602 18.714981 0.088980</w:t>
        <w:br/>
        <w:t>v -0.593188 18.760473 0.087007</w:t>
        <w:br/>
        <w:t>v -0.636602 18.731565 0.172373</w:t>
        <w:br/>
        <w:t>v -0.595039 18.774437 0.156413</w:t>
        <w:br/>
        <w:t>v -0.636602 18.778805 0.243070</w:t>
        <w:br/>
        <w:t>v -0.600147 18.813717 0.215246</w:t>
        <w:br/>
        <w:t>v -0.636603 18.849497 0.290308</w:t>
        <w:br/>
        <w:t>v -0.606236 18.872427 0.254678</w:t>
        <w:br/>
        <w:t>v -0.636603 18.932882 0.306896</w:t>
        <w:br/>
        <w:t>v -0.612160 18.941778 0.268770</w:t>
        <w:br/>
        <w:t>v -0.636602 19.051619 0.266689</w:t>
        <w:br/>
        <w:t>v -0.620135 19.041042 0.235797</w:t>
        <w:br/>
        <w:t>v -0.636602 19.134199 0.172373</w:t>
        <w:br/>
        <w:t>v -0.625869 19.110777 0.157253</w:t>
        <w:br/>
        <w:t>v -0.636602 19.150785 0.088981</w:t>
        <w:br/>
        <w:t>v -0.627207 19.125221 0.087091</w:t>
        <w:br/>
        <w:t>v -0.636602 19.053671 -0.014532</w:t>
        <w:br/>
        <w:t>v -0.636602 19.082272 0.028275</w:t>
        <w:br/>
        <w:t>v -0.636602 19.010864 -0.043134</w:t>
        <w:br/>
        <w:t>v -0.613143 18.941414 -0.096202</w:t>
        <w:br/>
        <w:t>v -0.636602 18.960375 -0.053178</w:t>
        <w:br/>
        <w:t>v -0.606766 18.871702 -0.081728</w:t>
        <w:br/>
        <w:t>v -0.636602 18.909885 -0.043134</w:t>
        <w:br/>
        <w:t>v -0.600718 18.812962 -0.041792</w:t>
        <w:br/>
        <w:t>v -0.636602 18.867079 -0.014532</w:t>
        <w:br/>
        <w:t>v -0.595764 18.773960 0.017447</w:t>
        <w:br/>
        <w:t>v -0.636602 18.838476 0.028275</w:t>
        <w:br/>
        <w:t>v -0.593188 18.760473 0.087007</w:t>
        <w:br/>
        <w:t>v -0.636602 18.828434 0.078769</w:t>
        <w:br/>
        <w:t>v -0.595039 18.774437 0.156413</w:t>
        <w:br/>
        <w:t>v -0.636602 18.838474 0.129263</w:t>
        <w:br/>
        <w:t>v -0.636602 18.867077 0.172070</w:t>
        <w:br/>
        <w:t>v -0.600147 18.813717 0.215246</w:t>
        <w:br/>
        <w:t>v -0.636602 18.909883 0.200672</w:t>
        <w:br/>
        <w:t>v -0.606236 18.872427 0.254678</w:t>
        <w:br/>
        <w:t>v -0.636602 18.960373 0.210716</w:t>
        <w:br/>
        <w:t>v -0.636602 19.032267 0.186371</w:t>
        <w:br/>
        <w:t>v -0.636602 19.082272 0.129263</w:t>
        <w:br/>
        <w:t>v -0.636602 19.092312 0.078769</w:t>
        <w:br/>
        <w:t>v -0.646887 19.111465 0.016519</w:t>
        <w:br/>
        <w:t>v -0.649754 19.071434 -0.043260</w:t>
        <w:br/>
        <w:t>v -0.636602 19.086967 -0.065109</w:t>
        <w:br/>
        <w:t>v -0.636602 19.134201 0.005588</w:t>
        <w:br/>
        <w:t>v -0.654250 19.011585 -0.082797</w:t>
        <w:br/>
        <w:t>v -0.636602 19.016273 -0.112348</w:t>
        <w:br/>
        <w:t>v -0.660061 18.941414 -0.096202</w:t>
        <w:br/>
        <w:t>v -0.636602 18.932884 -0.128936</w:t>
        <w:br/>
        <w:t>v -0.666438 18.871702 -0.081728</w:t>
        <w:br/>
        <w:t>v -0.636602 18.849501 -0.112348</w:t>
        <w:br/>
        <w:t>v -0.672486 18.812962 -0.041792</w:t>
        <w:br/>
        <w:t>v -0.636602 18.778809 -0.065110</w:t>
        <w:br/>
        <w:t>v -0.677440 18.773960 0.017447</w:t>
        <w:br/>
        <w:t>v -0.636602 18.731567 0.005587</w:t>
        <w:br/>
        <w:t>v -0.680016 18.760473 0.087007</w:t>
        <w:br/>
        <w:t>v -0.636602 18.714981 0.088980</w:t>
        <w:br/>
        <w:t>v -0.678166 18.774437 0.156413</w:t>
        <w:br/>
        <w:t>v -0.636602 18.731565 0.172373</w:t>
        <w:br/>
        <w:t>v -0.673058 18.813717 0.215245</w:t>
        <w:br/>
        <w:t>v -0.636602 18.778805 0.243070</w:t>
        <w:br/>
        <w:t>v -0.666969 18.872427 0.254678</w:t>
        <w:br/>
        <w:t>v -0.636603 18.849497 0.290308</w:t>
        <w:br/>
        <w:t>v -0.661045 18.941778 0.268770</w:t>
        <w:br/>
        <w:t>v -0.636603 18.932882 0.306896</w:t>
        <w:br/>
        <w:t>v -0.653070 19.041042 0.235797</w:t>
        <w:br/>
        <w:t>v -0.636602 19.051619 0.266689</w:t>
        <w:br/>
        <w:t>v -0.647336 19.110777 0.157253</w:t>
        <w:br/>
        <w:t>v -0.636602 19.134199 0.172373</w:t>
        <w:br/>
        <w:t>v -0.645998 19.125221 0.087091</w:t>
        <w:br/>
        <w:t>v -0.636602 19.150785 0.088981</w:t>
        <w:br/>
        <w:t>v -0.636602 19.082272 0.028275</w:t>
        <w:br/>
        <w:t>v -0.636602 19.053671 -0.014532</w:t>
        <w:br/>
        <w:t>v -0.636602 19.010864 -0.043134</w:t>
        <w:br/>
        <w:t>v -0.660061 18.941414 -0.096202</w:t>
        <w:br/>
        <w:t>v -0.636602 18.960375 -0.053178</w:t>
        <w:br/>
        <w:t>v -0.666438 18.871702 -0.081728</w:t>
        <w:br/>
        <w:t>v -0.636602 18.909885 -0.043134</w:t>
        <w:br/>
        <w:t>v -0.672486 18.812962 -0.041792</w:t>
        <w:br/>
        <w:t>v -0.636602 18.867079 -0.014532</w:t>
        <w:br/>
        <w:t>v -0.677440 18.773960 0.017447</w:t>
        <w:br/>
        <w:t>v -0.636602 18.838476 0.028275</w:t>
        <w:br/>
        <w:t>v -0.680016 18.760473 0.087007</w:t>
        <w:br/>
        <w:t>v -0.636602 18.828434 0.078769</w:t>
        <w:br/>
        <w:t>v -0.678166 18.774437 0.156413</w:t>
        <w:br/>
        <w:t>v -0.636602 18.838474 0.129263</w:t>
        <w:br/>
        <w:t>v -0.636602 18.867077 0.172070</w:t>
        <w:br/>
        <w:t>v -0.673058 18.813717 0.215245</w:t>
        <w:br/>
        <w:t>v -0.636602 18.909883 0.200672</w:t>
        <w:br/>
        <w:t>v -0.666969 18.872427 0.254678</w:t>
        <w:br/>
        <w:t>v -0.636602 18.960373 0.210716</w:t>
        <w:br/>
        <w:t>v -0.636602 19.032267 0.186371</w:t>
        <w:br/>
        <w:t>v -0.636602 19.082272 0.129263</w:t>
        <w:br/>
        <w:t>v -0.636602 19.092312 0.078769</w:t>
        <w:br/>
        <w:t>v -0.778071 20.589792 -0.679642</w:t>
        <w:br/>
        <w:t>v -0.763809 20.589788 -0.685550</w:t>
        <w:br/>
        <w:t>v -0.763809 20.606945 -0.698015</w:t>
        <w:br/>
        <w:t>v -0.786885 20.606945 -0.688457</w:t>
        <w:br/>
        <w:t>v -0.763809 20.589788 -0.685550</w:t>
        <w:br/>
        <w:t>v -0.749548 20.589792 -0.679642</w:t>
        <w:br/>
        <w:t>v -0.740734 20.606945 -0.688457</w:t>
        <w:br/>
        <w:t>v -0.763809 20.606945 -0.698015</w:t>
        <w:br/>
        <w:t>v -0.743640 20.589792 -0.665381</w:t>
        <w:br/>
        <w:t>v -0.731175 20.606947 -0.665381</w:t>
        <w:br/>
        <w:t>v -0.749548 20.589792 -0.651119</w:t>
        <w:br/>
        <w:t>v -0.740734 20.606947 -0.642305</w:t>
        <w:br/>
        <w:t>v -0.763809 20.589788 -0.645212</w:t>
        <w:br/>
        <w:t>v -0.763810 20.606947 -0.632747</w:t>
        <w:br/>
        <w:t>v -0.778071 20.589788 -0.651119</w:t>
        <w:br/>
        <w:t>v -0.786885 20.606947 -0.642305</w:t>
        <w:br/>
        <w:t>v -0.783978 20.589792 -0.665381</w:t>
        <w:br/>
        <w:t>v -0.796443 20.606945 -0.665381</w:t>
        <w:br/>
        <w:t>v -0.763809 20.628149 -0.698015</w:t>
        <w:br/>
        <w:t>v -0.786885 20.628149 -0.688457</w:t>
        <w:br/>
        <w:t>v -0.740734 20.628149 -0.688456</w:t>
        <w:br/>
        <w:t>v -0.763809 20.628149 -0.698015</w:t>
        <w:br/>
        <w:t>v -0.731175 20.628153 -0.665381</w:t>
        <w:br/>
        <w:t>v -0.740734 20.628149 -0.642305</w:t>
        <w:br/>
        <w:t>v -0.763809 20.628153 -0.632747</w:t>
        <w:br/>
        <w:t>v -0.786885 20.628149 -0.642305</w:t>
        <w:br/>
        <w:t>v -0.796443 20.628153 -0.665381</w:t>
        <w:br/>
        <w:t>v -0.763809 20.645308 -0.685550</w:t>
        <w:br/>
        <w:t>v -0.778071 20.645309 -0.679642</w:t>
        <w:br/>
        <w:t>v -0.749548 20.645309 -0.679642</w:t>
        <w:br/>
        <w:t>v -0.763809 20.645308 -0.685550</w:t>
        <w:br/>
        <w:t>v -0.743640 20.645313 -0.665381</w:t>
        <w:br/>
        <w:t>v -0.749548 20.645309 -0.651119</w:t>
        <w:br/>
        <w:t>v -0.763809 20.645308 -0.645212</w:t>
        <w:br/>
        <w:t>v -0.778071 20.645313 -0.651119</w:t>
        <w:br/>
        <w:t>v -0.783978 20.645309 -0.665381</w:t>
        <w:br/>
        <w:t>v -0.763809 20.583235 -0.665381</w:t>
        <w:br/>
        <w:t>v -0.763809 20.651859 -0.665381</w:t>
        <w:br/>
        <w:t>v 1.055625 17.871311 0.611411</w:t>
        <w:br/>
        <w:t>v 1.057611 17.855572 0.620229</w:t>
        <w:br/>
        <w:t>v 1.052216 17.862930 0.631244</w:t>
        <w:br/>
        <w:t>v 1.050584 17.875862 0.623998</w:t>
        <w:br/>
        <w:t>v 1.044903 17.884342 0.604736</w:t>
        <w:br/>
        <w:t>v 1.041773 17.886570 0.618513</w:t>
        <w:br/>
        <w:t>v 1.028316 17.891174 0.601993</w:t>
        <w:br/>
        <w:t>v 1.028142 17.892185 0.616259</w:t>
        <w:br/>
        <w:t>v 1.010310 17.889980 0.603916</w:t>
        <w:br/>
        <w:t>v 1.013346 17.891205 0.617839</w:t>
        <w:br/>
        <w:t>v 0.995709 17.881077 0.609990</w:t>
        <w:br/>
        <w:t>v 1.001348 17.883888 0.622830</w:t>
        <w:br/>
        <w:t>v 0.988427 17.866852 0.618587</w:t>
        <w:br/>
        <w:t>v 0.995363 17.872196 0.629895</w:t>
        <w:br/>
        <w:t>v 0.990413 17.851116 0.627405</w:t>
        <w:br/>
        <w:t>v 0.996995 17.859268 0.637141</w:t>
        <w:br/>
        <w:t>v 1.001135 17.838085 0.634080</w:t>
        <w:br/>
        <w:t>v 1.005806 17.848557 0.642626</w:t>
        <w:br/>
        <w:t>v 1.017722 17.831249 0.636823</w:t>
        <w:br/>
        <w:t>v 1.019436 17.842941 0.644881</w:t>
        <w:br/>
        <w:t>v 1.035728 17.832443 0.634900</w:t>
        <w:br/>
        <w:t>v 1.034233 17.843925 0.643301</w:t>
        <w:br/>
        <w:t>v 1.050329 17.841351 0.628826</w:t>
        <w:br/>
        <w:t>v 1.046231 17.851238 0.638309</w:t>
        <w:br/>
        <w:t>v 1.023790 17.867561 0.630570</w:t>
        <w:br/>
        <w:t>v 1.050584 17.875862 0.623998</w:t>
        <w:br/>
        <w:t>v 1.052216 17.862930 0.631244</w:t>
        <w:br/>
        <w:t>v 1.041773 17.886570 0.618513</w:t>
        <w:br/>
        <w:t>v 1.028142 17.892185 0.616259</w:t>
        <w:br/>
        <w:t>v 1.013346 17.891205 0.617839</w:t>
        <w:br/>
        <w:t>v 1.001348 17.883888 0.622830</w:t>
        <w:br/>
        <w:t>v 0.995363 17.872196 0.629895</w:t>
        <w:br/>
        <w:t>v 0.996995 17.859268 0.637141</w:t>
        <w:br/>
        <w:t>v 1.005806 17.848557 0.642626</w:t>
        <w:br/>
        <w:t>v 1.019436 17.842941 0.644881</w:t>
        <w:br/>
        <w:t>v 1.034233 17.843925 0.643301</w:t>
        <w:br/>
        <w:t>v 1.046231 17.851238 0.638309</w:t>
        <w:br/>
        <w:t>v -0.035467 17.954029 0.407348</w:t>
        <w:br/>
        <w:t>v -0.000127 17.925972 0.409236</w:t>
        <w:br/>
        <w:t>v -0.000219 17.903385 0.371151</w:t>
        <w:br/>
        <w:t>v -0.042862 17.935917 0.368006</w:t>
        <w:br/>
        <w:t>v 0.035179 17.953960 0.407317</w:t>
        <w:br/>
        <w:t>v 0.042496 17.935810 0.367970</w:t>
        <w:br/>
        <w:t>v -0.000219 17.903385 0.371151</w:t>
        <w:br/>
        <w:t>v -0.000127 17.925972 0.409236</w:t>
        <w:br/>
        <w:t>v -0.000127 17.925972 0.409236</w:t>
        <w:br/>
        <w:t>v -0.000083 18.000824 0.403116</w:t>
        <w:br/>
        <w:t>v 0.026045 18.017509 0.402069</w:t>
        <w:br/>
        <w:t>v 0.035179 17.953960 0.407317</w:t>
        <w:br/>
        <w:t>v 0.116786 18.082867 0.398494</w:t>
        <w:br/>
        <w:t>v 0.065600 18.086002 0.401583</w:t>
        <w:br/>
        <w:t>v 0.051161 18.140829 0.400160</w:t>
        <w:br/>
        <w:t>v 0.091210 18.150892 0.394236</w:t>
        <w:br/>
        <w:t>v 0.080870 18.009918 0.403462</w:t>
        <w:br/>
        <w:t>v 0.090322 17.997940 0.363736</w:t>
        <w:br/>
        <w:t>v 0.116786 18.082867 0.398494</w:t>
        <w:br/>
        <w:t>v 0.127127 18.079170 0.358238</w:t>
        <w:br/>
        <w:t>v -0.090536 17.998165 0.363810</w:t>
        <w:br/>
        <w:t>v -0.081021 18.010105 0.403529</w:t>
        <w:br/>
        <w:t>v -0.127161 18.079494 0.358344</w:t>
        <w:br/>
        <w:t>v -0.116786 18.083157 0.398591</w:t>
        <w:br/>
        <w:t>v -0.091034 18.151125 0.394306</w:t>
        <w:br/>
        <w:t>v -0.101038 18.154963 0.353540</w:t>
        <w:br/>
        <w:t>v -0.058879 18.237612 0.348034</w:t>
        <w:br/>
        <w:t>v -0.051303 18.224207 0.389474</w:t>
        <w:br/>
        <w:t>v 0.000298 18.317896 0.343396</w:t>
        <w:br/>
        <w:t>v 0.000278 18.292894 0.384673</w:t>
        <w:br/>
        <w:t>v 0.000298 18.317896 0.343396</w:t>
        <w:br/>
        <w:t>v 0.059260 18.237463 0.347986</w:t>
        <w:br/>
        <w:t>v 0.051591 18.224020 0.389437</w:t>
        <w:br/>
        <w:t>v 0.000278 18.292894 0.384673</w:t>
        <w:br/>
        <w:t>v 0.101214 18.154718 0.353459</w:t>
        <w:br/>
        <w:t>v 0.091210 18.150892 0.394236</w:t>
        <w:br/>
        <w:t>v -0.065546 18.086178 0.401641</w:t>
        <w:br/>
        <w:t>v -0.048782 18.048214 0.404728</w:t>
        <w:br/>
        <w:t>v -0.081021 18.010105 0.403529</w:t>
        <w:br/>
        <w:t>v -0.116786 18.083157 0.398591</w:t>
        <w:br/>
        <w:t>v 0.000229 18.245005 0.395164</w:t>
        <w:br/>
        <w:t>v 0.025134 18.204390 0.397777</w:t>
        <w:br/>
        <w:t>v 0.000190 18.203173 0.421788</w:t>
        <w:br/>
        <w:t>v 0.000122 18.145567 0.444283</w:t>
        <w:br/>
        <w:t>v 0.000190 18.203173 0.421788</w:t>
        <w:br/>
        <w:t>v 0.000122 18.145567 0.444283</w:t>
        <w:br/>
        <w:t>v -0.050966 18.140955 0.400204</w:t>
        <w:br/>
        <w:t>v -0.024772 18.204451 0.397799</w:t>
        <w:br/>
        <w:t>v 0.000064 18.095890 0.455580</w:t>
        <w:br/>
        <w:t>v 0.048739 18.048088 0.404685</w:t>
        <w:br/>
        <w:t>v -0.000012 18.042141 0.437281</w:t>
        <w:br/>
        <w:t>v 0.000064 18.095890 0.455580</w:t>
        <w:br/>
        <w:t>v -0.000012 18.042141 0.437281</w:t>
        <w:br/>
        <w:t>v 0.000229 18.245005 0.395164</w:t>
        <w:br/>
        <w:t>v -0.026162 18.017567 0.402092</w:t>
        <w:br/>
        <w:t>v -0.035467 17.954029 0.407348</w:t>
        <w:br/>
        <w:t>v 0.080870 18.009918 0.403462</w:t>
        <w:br/>
        <w:t>v 0.051591 18.224020 0.389437</w:t>
        <w:br/>
        <w:t>v -0.091034 18.151125 0.394306</w:t>
        <w:br/>
        <w:t>v 1.090108 2.615429 -1.098040</w:t>
        <w:br/>
        <w:t>v 1.102061 2.638694 -1.109992</w:t>
        <w:br/>
        <w:t>v 1.070769 2.638695 -1.122954</w:t>
        <w:br/>
        <w:t>v 1.070769 2.615429 -1.106050</w:t>
        <w:br/>
        <w:t>v 1.070769 2.615429 -1.106050</w:t>
        <w:br/>
        <w:t>v 1.070769 2.638695 -1.122954</w:t>
        <w:br/>
        <w:t>v 1.039476 2.638694 -1.109992</w:t>
        <w:br/>
        <w:t>v 1.051429 2.615429 -1.098040</w:t>
        <w:br/>
        <w:t>v 1.026515 2.638694 -1.078700</w:t>
        <w:br/>
        <w:t>v 1.043418 2.615429 -1.078700</w:t>
        <w:br/>
        <w:t>v 1.039476 2.638694 -1.047407</w:t>
        <w:br/>
        <w:t>v 1.051429 2.615429 -1.059360</w:t>
        <w:br/>
        <w:t>v 1.070769 2.638694 -1.034445</w:t>
        <w:br/>
        <w:t>v 1.070769 2.615429 -1.051349</w:t>
        <w:br/>
        <w:t>v 1.102061 2.638694 -1.047407</w:t>
        <w:br/>
        <w:t>v 1.090108 2.615429 -1.059360</w:t>
        <w:br/>
        <w:t>v 1.115023 2.638694 -1.078700</w:t>
        <w:br/>
        <w:t>v 1.098119 2.615429 -1.078700</w:t>
        <w:br/>
        <w:t>v 1.102061 2.667452 -1.109992</w:t>
        <w:br/>
        <w:t>v 1.070769 2.667453 -1.122954</w:t>
        <w:br/>
        <w:t>v 1.070769 2.667453 -1.122954</w:t>
        <w:br/>
        <w:t>v 1.039476 2.667452 -1.109992</w:t>
        <w:br/>
        <w:t>v 1.026515 2.667452 -1.078700</w:t>
        <w:br/>
        <w:t>v 1.039476 2.667452 -1.047407</w:t>
        <w:br/>
        <w:t>v 1.070769 2.667452 -1.034445</w:t>
        <w:br/>
        <w:t>v 1.102061 2.667452 -1.047407</w:t>
        <w:br/>
        <w:t>v 1.115023 2.667452 -1.078699</w:t>
        <w:br/>
        <w:t>v 1.090108 2.690718 -1.098039</w:t>
        <w:br/>
        <w:t>v 1.070769 2.690718 -1.106050</w:t>
        <w:br/>
        <w:t>v 1.070769 2.690718 -1.106050</w:t>
        <w:br/>
        <w:t>v 1.051429 2.690718 -1.098040</w:t>
        <w:br/>
        <w:t>v 1.043418 2.690718 -1.078700</w:t>
        <w:br/>
        <w:t>v 1.051429 2.690718 -1.059360</w:t>
        <w:br/>
        <w:t>v 1.070769 2.690718 -1.051349</w:t>
        <w:br/>
        <w:t>v 1.090108 2.690718 -1.059359</w:t>
        <w:br/>
        <w:t>v 1.098119 2.690718 -1.078699</w:t>
        <w:br/>
        <w:t>v 1.070769 2.606542 -1.078700</w:t>
        <w:br/>
        <w:t>v 1.070769 2.699605 -1.078699</w:t>
        <w:br/>
        <w:t>v 0.947754 17.895672 0.612616</w:t>
        <w:br/>
        <w:t>v 0.877411 17.899982 0.593352</w:t>
        <w:br/>
        <w:t>v 0.870106 17.922260 0.603338</w:t>
        <w:br/>
        <w:t>v 0.940799 17.916798 0.623882</w:t>
        <w:br/>
        <w:t>v 0.853697 17.984550 0.579270</w:t>
        <w:br/>
        <w:t>v 0.923725 17.983162 0.599941</w:t>
        <w:br/>
        <w:t>v 0.855462 17.988590 0.562592</w:t>
        <w:br/>
        <w:t>v 0.925336 17.986721 0.582272</w:t>
        <w:br/>
        <w:t>v 0.923725 17.983162 0.599941</w:t>
        <w:br/>
        <w:t>v 0.853697 17.984550 0.579270</w:t>
        <w:br/>
        <w:t>v 0.988282 17.987629 0.557483</w:t>
        <w:br/>
        <w:t>v 0.970143 17.989918 0.552890</w:t>
        <w:br/>
        <w:t>v 0.980755 17.996479 0.481205</w:t>
        <w:br/>
        <w:t>v 0.997986 17.993320 0.485310</w:t>
        <w:br/>
        <w:t>v 0.997986 17.993320 0.485310</w:t>
        <w:br/>
        <w:t>v 1.015306 17.929081 0.508276</w:t>
        <w:br/>
        <w:t>v 1.006385 17.920700 0.581741</w:t>
        <w:br/>
        <w:t>v 0.988282 17.987629 0.557483</w:t>
        <w:br/>
        <w:t>v 1.002187 17.905655 0.511966</w:t>
        <w:br/>
        <w:t>v 0.993151 17.897907 0.584902</w:t>
        <w:br/>
        <w:t>v 0.802228 17.978134 0.564910</w:t>
        <w:br/>
        <w:t>v 0.817738 17.918789 0.588926</w:t>
        <w:br/>
        <w:t>v 0.848503 17.857628 0.522383</w:t>
        <w:br/>
        <w:t>v 0.831728 17.920509 0.498145</w:t>
        <w:br/>
        <w:t>v 1.008485 17.989029 0.429516</w:t>
        <w:br/>
        <w:t>v 1.025209 17.925842 0.453648</w:t>
        <w:br/>
        <w:t>v 0.802228 17.978134 0.564910</w:t>
        <w:br/>
        <w:t>v 0.817738 17.918789 0.588926</w:t>
        <w:br/>
        <w:t>v 1.008485 17.989029 0.429516</w:t>
        <w:br/>
        <w:t>v 0.936752 17.927204 0.428699</w:t>
        <w:br/>
        <w:t>v 0.954729 17.860435 0.452977</w:t>
        <w:br/>
        <w:t>v 1.025209 17.925842 0.453648</w:t>
        <w:br/>
        <w:t>v 0.983334 17.973385 0.618497</w:t>
        <w:br/>
        <w:t>v 1.002712 17.902878 0.642853</w:t>
        <w:br/>
        <w:t>v 1.002712 17.902878 0.642853</w:t>
        <w:br/>
        <w:t>v 0.983334 17.973385 0.618497</w:t>
        <w:br/>
        <w:t>v 0.867561 17.844471 0.431306</w:t>
        <w:br/>
        <w:t>v 0.885435 17.778534 0.455524</w:t>
        <w:br/>
        <w:t>v 0.885435 17.778534 0.455524</w:t>
        <w:br/>
        <w:t>v 0.867561 17.844471 0.431306</w:t>
        <w:br/>
        <w:t>v 0.842222 17.897251 0.583355</w:t>
        <w:br/>
        <w:t>v 0.866783 17.844471 0.529634</w:t>
        <w:br/>
        <w:t>v 0.843542 17.933407 0.498379</w:t>
        <w:br/>
        <w:t>v 0.819211 17.984627 0.552217</w:t>
        <w:br/>
        <w:t>v 1.008622 17.903259 0.474754</w:t>
        <w:br/>
        <w:t>v 1.008485 17.989029 0.429516</w:t>
        <w:br/>
        <w:t>v 0.988104 17.994228 0.441188</w:t>
        <w:br/>
        <w:t>v 0.819211 17.984627 0.552217</w:t>
        <w:br/>
        <w:t>v 0.952499 17.846462 0.473669</w:t>
        <w:br/>
        <w:t>v 1.008485 17.989029 0.429516</w:t>
        <w:br/>
        <w:t>v 0.988104 17.994228 0.441188</w:t>
        <w:br/>
        <w:t>v 0.929837 17.938824 0.441521</w:t>
        <w:br/>
        <w:t>v 0.936752 17.927204 0.428699</w:t>
        <w:br/>
        <w:t>v 0.990170 17.887375 0.623814</w:t>
        <w:br/>
        <w:t>v 0.983334 17.973385 0.618497</w:t>
        <w:br/>
        <w:t>v 0.965592 17.980183 0.593427</w:t>
        <w:br/>
        <w:t>v 0.990170 17.887375 0.623814</w:t>
        <w:br/>
        <w:t>v 0.898154 17.775475 0.477682</w:t>
        <w:br/>
        <w:t>v 0.867561 17.844471 0.431306</w:t>
        <w:br/>
        <w:t>v 0.869292 17.871120 0.440916</w:t>
        <w:br/>
        <w:t>v 0.898154 17.775475 0.477682</w:t>
        <w:br/>
        <w:t>v 0.869292 17.871120 0.440916</w:t>
        <w:br/>
        <w:t>v 0.043979 11.986494 -1.544488</w:t>
        <w:br/>
        <w:t>v 0.023274 12.002055 -1.554839</w:t>
        <w:br/>
        <w:t>v 0.027455 12.009116 -1.575029</w:t>
        <w:br/>
        <w:t>v 0.051879 11.999837 -1.582631</w:t>
        <w:br/>
        <w:t>v 0.070437 11.977089 -1.608565</w:t>
        <w:br/>
        <w:t>v 0.076238 11.967285 -1.580540</w:t>
        <w:br/>
        <w:t>v 0.074325 11.932868 -1.622168</w:t>
        <w:br/>
        <w:t>v 0.080402 11.922529 -1.592595</w:t>
        <w:br/>
        <w:t>v 0.074360 11.912225 -1.562996</w:t>
        <w:br/>
        <w:t>v 0.070437 11.957481 -1.552514</w:t>
        <w:br/>
        <w:t>v 0.053908 11.985398 -1.632324</w:t>
        <w:br/>
        <w:t>v 0.056980 11.941715 -1.647317</w:t>
        <w:br/>
        <w:t>v 0.029170 11.990952 -1.648199</w:t>
        <w:br/>
        <w:t>v 0.030892 11.947700 -1.664221</w:t>
        <w:br/>
        <w:t>v -0.000013 11.992902 -1.653774</w:t>
        <w:br/>
        <w:t>v -0.000013 11.949844 -1.670218</w:t>
        <w:br/>
        <w:t>v 0.029380 12.011146 -1.614966</w:t>
        <w:br/>
        <w:t>v 0.053908 11.949172 -1.528755</w:t>
        <w:br/>
        <w:t>v 0.029170 11.943619 -1.512880</w:t>
        <w:br/>
        <w:t>v 0.010308 11.978936 -1.522882</w:t>
        <w:br/>
        <w:t>v -0.000013 11.941671 -1.507305</w:t>
        <w:br/>
        <w:t>v 0.015547 12.015104 -1.592145</w:t>
        <w:br/>
        <w:t>v -0.000013 12.010336 -1.568959</w:t>
        <w:br/>
        <w:t>v -0.005477 12.016507 -1.596161</w:t>
        <w:br/>
        <w:t>v -0.023301 12.012506 -1.584725</w:t>
        <w:br/>
        <w:t>v -0.010334 12.013800 -1.622553</w:t>
        <w:br/>
        <w:t>v -0.044005 12.006245 -1.600947</w:t>
        <w:br/>
        <w:t>v -0.029196 11.990952 -1.648200</w:t>
        <w:br/>
        <w:t>v -0.000013 12.010336 -1.568959</w:t>
        <w:br/>
        <w:t>v 0.005450 11.998055 -1.543403</w:t>
        <w:br/>
        <w:t>v -0.029406 11.981589 -1.530469</w:t>
        <w:br/>
        <w:t>v -0.015573 11.999458 -1.547419</w:t>
        <w:br/>
        <w:t>v -0.027482 12.005445 -1.564535</w:t>
        <w:br/>
        <w:t>v -0.015573 11.999458 -1.547419</w:t>
        <w:br/>
        <w:t>v -0.029406 11.981589 -1.530469</w:t>
        <w:br/>
        <w:t>v -0.051906 11.992899 -1.562804</w:t>
        <w:br/>
        <w:t>v -0.076267 11.967286 -1.580540</w:t>
        <w:br/>
        <w:t>v -0.070464 11.957481 -1.552514</w:t>
        <w:br/>
        <w:t>v -0.053935 11.949172 -1.528755</w:t>
        <w:br/>
        <w:t>v -0.070464 11.977089 -1.608566</w:t>
        <w:br/>
        <w:t>v -0.029197 11.943619 -1.512880</w:t>
        <w:br/>
        <w:t>v -0.000013 11.895501 -1.514848</w:t>
        <w:br/>
        <w:t>v -0.030972 11.897569 -1.520761</w:t>
        <w:br/>
        <w:t>v 0.030916 11.897582 -1.520827</w:t>
        <w:br/>
        <w:t>v -0.030972 11.897569 -1.520761</w:t>
        <w:br/>
        <w:t>v -0.057217 11.903461 -1.537602</w:t>
        <w:br/>
        <w:t>v -0.029197 11.943619 -1.512880</w:t>
        <w:br/>
        <w:t>v -0.074753 11.912275 -1.562807</w:t>
        <w:br/>
        <w:t>v -0.080912 11.922675 -1.592539</w:t>
        <w:br/>
        <w:t>v -0.037376 11.868972 -1.548237</w:t>
        <w:br/>
        <w:t>v -0.065975 11.883342 -1.589333</w:t>
        <w:br/>
        <w:t>v -0.070109 10.707997 -2.028911</w:t>
        <w:br/>
        <w:t>v -0.000486 10.651875 -1.935361</w:t>
        <w:br/>
        <w:t>v 0.024208 10.714891 -2.045459</w:t>
        <w:br/>
        <w:t>v 0.104359 10.696470 -1.995290</w:t>
        <w:br/>
        <w:t>v 0.123093 10.665561 -1.904595</w:t>
        <w:br/>
        <w:t>v 0.069120 10.637567 -1.828802</w:t>
        <w:br/>
        <w:t>v 0.000152 10.661989 -1.759400</w:t>
        <w:br/>
        <w:t>v 0.062097 10.665967 -1.771538</w:t>
        <w:br/>
        <w:t>v -0.024356 10.632017 -1.811720</w:t>
        <w:br/>
        <w:t>v 0.114356 10.678007 -1.806440</w:t>
        <w:br/>
        <w:t>v 0.150275 10.737671 -1.976404</w:t>
        <w:br/>
        <w:t>v 0.162420 10.716544 -1.916557</w:t>
        <w:br/>
        <w:t>v 0.149740 10.695600 -1.856893</w:t>
        <w:br/>
        <w:t>v 0.037344 11.847602 -1.587744</w:t>
        <w:br/>
        <w:t>v 0.149740 10.695600 -1.856893</w:t>
        <w:br/>
        <w:t>v 0.114356 10.678007 -1.806440</w:t>
        <w:br/>
        <w:t>v 0.043511 11.858914 -1.619368</w:t>
        <w:br/>
        <w:t>v 0.150275 10.737671 -1.976404</w:t>
        <w:br/>
        <w:t>v 0.162420 10.716544 -1.916557</w:t>
        <w:br/>
        <w:t>v 0.024488 11.869177 -1.645551</w:t>
        <w:br/>
        <w:t>v 0.062854 10.769031 -2.064303</w:t>
        <w:br/>
        <w:t>v 0.115453 10.755931 -2.027803</w:t>
        <w:br/>
        <w:t>v 0.062854 10.769031 -2.064303</w:t>
        <w:br/>
        <w:t>v 0.115453 10.755931 -2.027803</w:t>
        <w:br/>
        <w:t>v 0.000098 10.772585 -2.073554</w:t>
        <w:br/>
        <w:t>v -0.062180 10.768453 -2.060976</w:t>
        <w:br/>
        <w:t>v -0.008679 11.871847 -1.651338</w:t>
        <w:br/>
        <w:t>v -0.062180 10.768453 -2.060976</w:t>
        <w:br/>
        <w:t>v 0.000098 10.772585 -2.073554</w:t>
        <w:br/>
        <w:t>v -0.114936 10.756677 -2.026813</w:t>
        <w:br/>
        <w:t>v -0.123704 10.681963 -1.951835</w:t>
        <w:br/>
        <w:t>v -0.150055 10.738933 -1.975937</w:t>
        <w:br/>
        <w:t>v -0.162455 10.717916 -1.916073</w:t>
        <w:br/>
        <w:t>v -0.104080 10.650224 -1.861603</w:t>
        <w:br/>
        <w:t>v 0.057026 11.903468 -1.537778</w:t>
        <w:br/>
        <w:t>v 0.055248 11.875607 -1.566467</w:t>
        <w:br/>
        <w:t>v 0.013011 11.865829 -1.538881</w:t>
        <w:br/>
        <w:t>v 0.008987 11.842021 -1.569287</w:t>
        <w:br/>
        <w:t>v -0.037376 11.868972 -1.548237</w:t>
        <w:br/>
        <w:t>v -0.025030 11.845183 -1.575459</w:t>
        <w:br/>
        <w:t>v -0.025030 11.845183 -1.575459</w:t>
        <w:br/>
        <w:t>v -0.043379 11.854612 -1.602138</w:t>
        <w:br/>
        <w:t>v 0.062097 10.665967 -1.771538</w:t>
        <w:br/>
        <w:t>v 0.000152 10.661989 -1.759400</w:t>
        <w:br/>
        <w:t>v 0.065025 11.892323 -1.614341</w:t>
        <w:br/>
        <w:t>v 0.036939 11.906446 -1.655042</w:t>
        <w:br/>
        <w:t>v -0.013131 11.909874 -1.665044</w:t>
        <w:br/>
        <w:t>v -0.074753 11.933074 -1.622270</w:t>
        <w:br/>
        <w:t>v -0.055932 11.900301 -1.637812</w:t>
        <w:br/>
        <w:t>v -0.057217 11.941891 -1.647475</w:t>
        <w:br/>
        <w:t>v -0.053934 11.985398 -1.632324</w:t>
        <w:br/>
        <w:t>v -0.030972 11.947783 -1.664317</w:t>
        <w:br/>
        <w:t>v -0.036765 11.865554 -1.633501</w:t>
        <w:br/>
        <w:t>v -0.149646 10.696987 -1.856794</w:t>
        <w:br/>
        <w:t>v -0.113941 10.679547 -1.807738</w:t>
        <w:br/>
        <w:t>v -0.061669 10.667289 -1.773620</w:t>
        <w:br/>
        <w:t>v -0.162455 10.717916 -1.916073</w:t>
        <w:br/>
        <w:t>v -0.150055 10.738933 -1.975937</w:t>
        <w:br/>
        <w:t>v -0.114936 10.756677 -2.026813</w:t>
        <w:br/>
        <w:t>v -0.149646 10.696987 -1.856794</w:t>
        <w:br/>
        <w:t>v -0.113941 10.679547 -1.807738</w:t>
        <w:br/>
        <w:t>v -0.061669 10.667289 -1.773620</w:t>
        <w:br/>
        <w:t>v -0.061669 10.667289 -1.773620</w:t>
        <w:br/>
        <w:t>v 0.135739 16.041470 -0.642539</w:t>
        <w:br/>
        <w:t>v 0.131343 16.048065 -0.631156</w:t>
        <w:br/>
        <w:t>v 0.090318 16.071632 -0.662596</w:t>
        <w:br/>
        <w:t>v 0.095576 16.063896 -0.673175</w:t>
        <w:br/>
        <w:t>v 0.163731 16.011654 -0.618012</w:t>
        <w:br/>
        <w:t>v 0.160288 16.017128 -0.605650</w:t>
        <w:br/>
        <w:t>v 0.187449 15.969176 -0.593722</w:t>
        <w:br/>
        <w:t>v 0.163731 16.011654 -0.618012</w:t>
        <w:br/>
        <w:t>v 0.107107 15.937959 -0.639310</w:t>
        <w:br/>
        <w:t>v 0.153975 15.936147 -0.608582</w:t>
        <w:br/>
        <w:t>v 0.186173 15.973903 -0.579936</w:t>
        <w:br/>
        <w:t>v 0.187449 15.969176 -0.593722</w:t>
        <w:br/>
        <w:t>v 0.147411 15.932292 -0.596401</w:t>
        <w:br/>
        <w:t>v 0.153975 15.936147 -0.608582</w:t>
        <w:br/>
        <w:t>v 0.107107 15.937959 -0.639310</w:t>
        <w:br/>
        <w:t>v 0.098977 15.934299 -0.628372</w:t>
        <w:br/>
        <w:t>v 0.070508 15.956931 -0.666948</w:t>
        <w:br/>
        <w:t>v 0.037624 15.994153 -0.696115</w:t>
        <w:br/>
        <w:t>v 0.026550 15.992733 -0.687520</w:t>
        <w:br/>
        <w:t>v 0.061206 15.954353 -0.657091</w:t>
        <w:br/>
        <w:t>v 0.135739 16.041470 -0.642539</w:t>
        <w:br/>
        <w:t>v 0.070508 15.956931 -0.666948</w:t>
        <w:br/>
        <w:t>v 0.037624 15.994153 -0.696115</w:t>
        <w:br/>
        <w:t>v 0.095576 16.063896 -0.673175</w:t>
        <w:br/>
        <w:t>v 0.015221 16.042633 -0.720863</w:t>
        <w:br/>
        <w:t>v 0.003179 16.043774 -0.713202</w:t>
        <w:br/>
        <w:t>v 0.014069 16.078548 -0.729486</w:t>
        <w:br/>
        <w:t>v 0.004151 16.083939 -0.721106</w:t>
        <w:br/>
        <w:t>v 0.015221 16.042633 -0.720863</w:t>
        <w:br/>
        <w:t>v 0.048593 16.077530 -0.706463</w:t>
        <w:br/>
        <w:t>v 0.014069 16.078548 -0.729486</w:t>
        <w:br/>
        <w:t>v 0.041792 16.085667 -0.696828</w:t>
        <w:br/>
        <w:t>v 0.048593 16.077530 -0.706463</w:t>
        <w:br/>
        <w:t>v 0.004151 16.083939 -0.721106</w:t>
        <w:br/>
        <w:t>v 0.014069 16.078548 -0.729486</w:t>
        <w:br/>
        <w:t>v 0.190921 15.939775 -0.569880</w:t>
        <w:br/>
        <w:t>v 0.194545 15.939842 -0.583479</w:t>
        <w:br/>
        <w:t>v 0.194545 15.939842 -0.583479</w:t>
        <w:br/>
        <w:t>v 0.190921 15.939775 -0.569880</w:t>
        <w:br/>
        <w:t>v 0.194545 15.939842 -0.583479</w:t>
        <w:br/>
        <w:t>v 1.019943 2.418726 -0.461025</w:t>
        <w:br/>
        <w:t>v 1.002533 2.422820 -0.441039</w:t>
        <w:br/>
        <w:t>v 1.017191 2.450301 -0.431137</w:t>
        <w:br/>
        <w:t>v 1.034715 2.446894 -0.450815</w:t>
        <w:br/>
        <w:t>v 1.017477 2.482826 -0.434440</w:t>
        <w:br/>
        <w:t>v 1.034513 2.480104 -0.454012</w:t>
        <w:br/>
        <w:t>v 1.003167 2.507916 -0.449787</w:t>
        <w:br/>
        <w:t>v 1.019453 2.505482 -0.469337</w:t>
        <w:br/>
        <w:t>v 0.995503 2.513387 -0.490745</w:t>
        <w:br/>
        <w:t>v 0.979774 2.515875 -0.471260</w:t>
        <w:br/>
        <w:t>v 0.971803 2.501160 -0.510102</w:t>
        <w:br/>
        <w:t>v 0.956284 2.503742 -0.490619</w:t>
        <w:br/>
        <w:t>v 0.957116 2.473446 -0.520281</w:t>
        <w:br/>
        <w:t>v 0.941607 2.476192 -0.500523</w:t>
        <w:br/>
        <w:t>v 0.957022 2.440449 -0.517362</w:t>
        <w:br/>
        <w:t>v 0.957116 2.473446 -0.520281</w:t>
        <w:br/>
        <w:t>v 0.941607 2.476192 -0.500523</w:t>
        <w:br/>
        <w:t>v 0.941362 2.443636 -0.497168</w:t>
        <w:br/>
        <w:t>v 0.995899 2.406438 -0.480673</w:t>
        <w:br/>
        <w:t>v 0.979094 2.410704 -0.460350</w:t>
        <w:br/>
        <w:t>v 0.971818 2.414760 -0.502229</w:t>
        <w:br/>
        <w:t>v 0.955712 2.418597 -0.481789</w:t>
        <w:br/>
        <w:t>v 0.971803 2.501160 -0.510102</w:t>
        <w:br/>
        <w:t>v 1.019453 2.505482 -0.469337</w:t>
        <w:br/>
        <w:t>v 0.995503 2.513387 -0.490745</w:t>
        <w:br/>
        <w:t>v 1.034513 2.480104 -0.454012</w:t>
        <w:br/>
        <w:t>v 1.034715 2.446894 -0.450815</w:t>
        <w:br/>
        <w:t>v 1.019943 2.418726 -0.461025</w:t>
        <w:br/>
        <w:t>v 0.995899 2.406438 -0.480673</w:t>
        <w:br/>
        <w:t>v 0.971818 2.414760 -0.502229</w:t>
        <w:br/>
        <w:t>v 0.957022 2.440449 -0.517362</w:t>
        <w:br/>
        <w:t>v 0.957116 2.473446 -0.520281</w:t>
        <w:br/>
        <w:t>v 0.979094 2.410704 -0.460350</w:t>
        <w:br/>
        <w:t>v 1.017191 2.450301 -0.431137</w:t>
        <w:br/>
        <w:t>v 1.002533 2.422820 -0.441039</w:t>
        <w:br/>
        <w:t>v 1.017477 2.482826 -0.434440</w:t>
        <w:br/>
        <w:t>v 1.003167 2.507916 -0.449787</w:t>
        <w:br/>
        <w:t>v 0.979774 2.515875 -0.471260</w:t>
        <w:br/>
        <w:t>v 0.956284 2.503742 -0.490619</w:t>
        <w:br/>
        <w:t>v 0.941607 2.476192 -0.500523</w:t>
        <w:br/>
        <w:t>v 0.941362 2.443636 -0.497168</w:t>
        <w:br/>
        <w:t>v 0.955712 2.418597 -0.481789</w:t>
        <w:br/>
        <w:t>v 0.015716 15.588578 1.699066</w:t>
        <w:br/>
        <w:t>v 0.025468 15.606978 1.689314</w:t>
        <w:br/>
        <w:t>v -0.000064 15.606978 1.678738</w:t>
        <w:br/>
        <w:t>v -0.000064 15.588578 1.692530</w:t>
        <w:br/>
        <w:t>v -0.000064 15.588578 1.692530</w:t>
        <w:br/>
        <w:t>v -0.000064 15.606978 1.678738</w:t>
        <w:br/>
        <w:t>v -0.025596 15.606978 1.689314</w:t>
        <w:br/>
        <w:t>v -0.015843 15.588578 1.699066</w:t>
        <w:br/>
        <w:t>v -0.036171 15.606978 1.714846</w:t>
        <w:br/>
        <w:t>v -0.022379 15.588578 1.714846</w:t>
        <w:br/>
        <w:t>v -0.025596 15.606978 1.740377</w:t>
        <w:br/>
        <w:t>v -0.015843 15.588578 1.730625</w:t>
        <w:br/>
        <w:t>v -0.000064 15.606978 1.750953</w:t>
        <w:br/>
        <w:t>v -0.000064 15.588578 1.737161</w:t>
        <w:br/>
        <w:t>v 0.025468 15.606978 1.740377</w:t>
        <w:br/>
        <w:t>v 0.015716 15.588578 1.730625</w:t>
        <w:br/>
        <w:t>v 0.036044 15.606978 1.714846</w:t>
        <w:br/>
        <w:t>v 0.022252 15.588578 1.714846</w:t>
        <w:br/>
        <w:t>v 0.025468 15.629721 1.689314</w:t>
        <w:br/>
        <w:t>v -0.000064 15.629721 1.678738</w:t>
        <w:br/>
        <w:t>v -0.000064 15.629721 1.678738</w:t>
        <w:br/>
        <w:t>v -0.025596 15.629721 1.689314</w:t>
        <w:br/>
        <w:t>v -0.036171 15.629721 1.714846</w:t>
        <w:br/>
        <w:t>v -0.025596 15.629721 1.740377</w:t>
        <w:br/>
        <w:t>v -0.000064 15.629721 1.750953</w:t>
        <w:br/>
        <w:t>v 0.025468 15.629721 1.740377</w:t>
        <w:br/>
        <w:t>v 0.036044 15.629721 1.714846</w:t>
        <w:br/>
        <w:t>v 0.015716 15.648119 1.699066</w:t>
        <w:br/>
        <w:t>v -0.000064 15.648119 1.692530</w:t>
        <w:br/>
        <w:t>v -0.000064 15.648119 1.692530</w:t>
        <w:br/>
        <w:t>v -0.015843 15.648119 1.699066</w:t>
        <w:br/>
        <w:t>v -0.022379 15.648119 1.714846</w:t>
        <w:br/>
        <w:t>v -0.015843 15.648119 1.730625</w:t>
        <w:br/>
        <w:t>v -0.000064 15.648119 1.737161</w:t>
        <w:br/>
        <w:t>v 0.015716 15.648119 1.730625</w:t>
        <w:br/>
        <w:t>v 0.022252 15.648119 1.714846</w:t>
        <w:br/>
        <w:t>v -0.000064 15.581552 1.714846</w:t>
        <w:br/>
        <w:t>v -0.000064 15.655147 1.714846</w:t>
        <w:br/>
        <w:t>v -1.068311 14.202450 -0.057242</w:t>
        <w:br/>
        <w:t>v -1.050443 14.231904 -0.049917</w:t>
        <w:br/>
        <w:t>v -1.135129 14.255661 0.060279</w:t>
        <w:br/>
        <w:t>v -1.148642 14.228031 0.052792</w:t>
        <w:br/>
        <w:t>v -0.764320 14.038170 -0.369865</w:t>
        <w:br/>
        <w:t>v -0.737753 14.067420 -0.361352</w:t>
        <w:br/>
        <w:t>v -0.860055 14.147944 -0.255851</w:t>
        <w:br/>
        <w:t>v -0.885129 14.117312 -0.263475</w:t>
        <w:br/>
        <w:t>v -0.633139 13.935669 -0.473562</w:t>
        <w:br/>
        <w:t>v -0.606968 13.962968 -0.464447</w:t>
        <w:br/>
        <w:t>v -0.484785 13.800544 -0.583882</w:t>
        <w:br/>
        <w:t>v -0.461006 13.826859 -0.574810</w:t>
        <w:br/>
        <w:t>v -0.337687 13.645916 -0.689769</w:t>
        <w:br/>
        <w:t>v -0.317420 13.673986 -0.681818</w:t>
        <w:br/>
        <w:t>v -0.986515 14.170888 -0.159901</w:t>
        <w:br/>
        <w:t>v -0.964611 14.201542 -0.152722</w:t>
        <w:br/>
        <w:t>v -1.148642 14.228031 0.052792</w:t>
        <w:br/>
        <w:t>v -1.143357 14.219790 0.058217</w:t>
        <w:br/>
        <w:t>v -1.063868 14.194082 -0.051054</w:t>
        <w:br/>
        <w:t>v -1.068311 14.202450 -0.057242</w:t>
        <w:br/>
        <w:t>v -1.040731 14.228148 -0.044214</w:t>
        <w:br/>
        <w:t>v -1.124584 14.252028 0.065218</w:t>
        <w:br/>
        <w:t>v -1.135129 14.255661 0.060279</w:t>
        <w:br/>
        <w:t>v -1.050443 14.231904 -0.049917</w:t>
        <w:br/>
        <w:t>v -0.885129 14.117312 -0.263475</w:t>
        <w:br/>
        <w:t>v -0.882523 14.108774 -0.255846</w:t>
        <w:br/>
        <w:t>v -0.762725 14.029634 -0.361631</w:t>
        <w:br/>
        <w:t>v -0.764320 14.038170 -0.369865</w:t>
        <w:br/>
        <w:t>v -0.730888 14.063495 -0.353604</w:t>
        <w:br/>
        <w:t>v -0.852174 14.144019 -0.248707</w:t>
        <w:br/>
        <w:t>v -0.860055 14.147944 -0.255851</w:t>
        <w:br/>
        <w:t>v -0.737753 14.067420 -0.361352</w:t>
        <w:br/>
        <w:t>v -0.632442 13.927330 -0.464817</w:t>
        <w:br/>
        <w:t>v -0.633139 13.935669 -0.473562</w:t>
        <w:br/>
        <w:t>v -0.601007 13.959239 -0.456186</w:t>
        <w:br/>
        <w:t>v -0.606968 13.962968 -0.464447</w:t>
        <w:br/>
        <w:t>v -0.484744 13.792599 -0.574719</w:t>
        <w:br/>
        <w:t>v -0.484785 13.800544 -0.583882</w:t>
        <w:br/>
        <w:t>v -0.455705 13.823523 -0.566133</w:t>
        <w:br/>
        <w:t>v -0.461006 13.826859 -0.574810</w:t>
        <w:br/>
        <w:t>v -0.338046 13.638460 -0.680254</w:t>
        <w:br/>
        <w:t>v -0.337687 13.645916 -0.689769</w:t>
        <w:br/>
        <w:t>v -0.312518 13.671138 -0.672790</w:t>
        <w:br/>
        <w:t>v -0.317420 13.673986 -0.681818</w:t>
        <w:br/>
        <w:t>v -0.982940 14.162428 -0.152970</w:t>
        <w:br/>
        <w:t>v -0.986515 14.170888 -0.159901</w:t>
        <w:br/>
        <w:t>v -0.955761 14.197694 -0.146276</w:t>
        <w:br/>
        <w:t>v -0.964611 14.201542 -0.152722</w:t>
        <w:br/>
        <w:t>v 0.660393 19.035019 0.036711</w:t>
        <w:br/>
        <w:t>v 0.675652 19.064724 0.021453</w:t>
        <w:br/>
        <w:t>v 0.635704 19.064724 0.004906</w:t>
        <w:br/>
        <w:t>v 0.635704 19.035019 0.026484</w:t>
        <w:br/>
        <w:t>v 0.635704 19.035019 0.026484</w:t>
        <w:br/>
        <w:t>v 0.635704 19.064724 0.004906</w:t>
        <w:br/>
        <w:t>v 0.595756 19.064724 0.021452</w:t>
        <w:br/>
        <w:t>v 0.611015 19.035019 0.036711</w:t>
        <w:br/>
        <w:t>v 0.579209 19.064724 0.061400</w:t>
        <w:br/>
        <w:t>v 0.600788 19.035019 0.061400</w:t>
        <w:br/>
        <w:t>v 0.595756 19.064724 0.101348</w:t>
        <w:br/>
        <w:t>v 0.611015 19.035019 0.086089</w:t>
        <w:br/>
        <w:t>v 0.635704 19.064724 0.117895</w:t>
        <w:br/>
        <w:t>v 0.635704 19.035019 0.096316</w:t>
        <w:br/>
        <w:t>v 0.675652 19.064724 0.101348</w:t>
        <w:br/>
        <w:t>v 0.660393 19.035019 0.086089</w:t>
        <w:br/>
        <w:t>v 0.692199 19.064724 0.061400</w:t>
        <w:br/>
        <w:t>v 0.670620 19.035019 0.061400</w:t>
        <w:br/>
        <w:t>v 0.675652 19.101433 0.021453</w:t>
        <w:br/>
        <w:t>v 0.635704 19.101433 0.004906</w:t>
        <w:br/>
        <w:t>v 0.635704 19.101433 0.004906</w:t>
        <w:br/>
        <w:t>v 0.595756 19.101433 0.021452</w:t>
        <w:br/>
        <w:t>v 0.579209 19.101433 0.061400</w:t>
        <w:br/>
        <w:t>v 0.595756 19.101433 0.101348</w:t>
        <w:br/>
        <w:t>v 0.635704 19.101433 0.117895</w:t>
        <w:br/>
        <w:t>v 0.675652 19.101433 0.101348</w:t>
        <w:br/>
        <w:t>v 0.692199 19.101433 0.061400</w:t>
        <w:br/>
        <w:t>v 0.660393 19.131134 0.036711</w:t>
        <w:br/>
        <w:t>v 0.635704 19.131134 0.026485</w:t>
        <w:br/>
        <w:t>v 0.635704 19.131134 0.026485</w:t>
        <w:br/>
        <w:t>v 0.611015 19.131134 0.036711</w:t>
        <w:br/>
        <w:t>v 0.600788 19.131134 0.061400</w:t>
        <w:br/>
        <w:t>v 0.611015 19.131134 0.086089</w:t>
        <w:br/>
        <w:t>v 0.635704 19.131134 0.096316</w:t>
        <w:br/>
        <w:t>v 0.660393 19.131134 0.086089</w:t>
        <w:br/>
        <w:t>v 0.670620 19.131134 0.061400</w:t>
        <w:br/>
        <w:t>v 0.635704 19.023678 0.061400</w:t>
        <w:br/>
        <w:t>v 0.635704 19.142479 0.061400</w:t>
        <w:br/>
        <w:t>v 0.996282 13.882601 0.968836</w:t>
        <w:br/>
        <w:t>v 1.013285 13.915697 0.951834</w:t>
        <w:br/>
        <w:t>v 0.968772 13.915697 0.933396</w:t>
        <w:br/>
        <w:t>v 0.968772 13.882601 0.957441</w:t>
        <w:br/>
        <w:t>v 0.968772 13.882601 0.957441</w:t>
        <w:br/>
        <w:t>v 0.968772 13.915697 0.933396</w:t>
        <w:br/>
        <w:t>v 0.924258 13.915697 0.951834</w:t>
        <w:br/>
        <w:t>v 0.941261 13.882601 0.968836</w:t>
        <w:br/>
        <w:t>v 0.905820 13.915697 0.996347</w:t>
        <w:br/>
        <w:t>v 0.929865 13.882601 0.996347</w:t>
        <w:br/>
        <w:t>v 0.924258 13.915697 1.040861</w:t>
        <w:br/>
        <w:t>v 0.941261 13.882601 1.023858</w:t>
        <w:br/>
        <w:t>v 0.968771 13.915697 1.059299</w:t>
        <w:br/>
        <w:t>v 0.968771 13.882601 1.035253</w:t>
        <w:br/>
        <w:t>v 1.013285 13.915697 1.040861</w:t>
        <w:br/>
        <w:t>v 0.996282 13.882601 1.023858</w:t>
        <w:br/>
        <w:t>v 1.031723 13.915697 0.996347</w:t>
        <w:br/>
        <w:t>v 1.007678 13.882601 0.996347</w:t>
        <w:br/>
        <w:t>v 1.013285 13.956605 0.951834</w:t>
        <w:br/>
        <w:t>v 0.968772 13.956605 0.933396</w:t>
        <w:br/>
        <w:t>v 0.968772 13.956605 0.933396</w:t>
        <w:br/>
        <w:t>v 0.924258 13.956605 0.951834</w:t>
        <w:br/>
        <w:t>v 0.905820 13.956605 0.996347</w:t>
        <w:br/>
        <w:t>v 0.924258 13.956605 1.040861</w:t>
        <w:br/>
        <w:t>v 0.968771 13.956605 1.059299</w:t>
        <w:br/>
        <w:t>v 1.013285 13.956605 1.040861</w:t>
        <w:br/>
        <w:t>v 1.031723 13.956605 0.996347</w:t>
        <w:br/>
        <w:t>v 0.996282 13.989699 0.968836</w:t>
        <w:br/>
        <w:t>v 0.968772 13.989699 0.957441</w:t>
        <w:br/>
        <w:t>v 0.968772 13.989699 0.957441</w:t>
        <w:br/>
        <w:t>v 0.941261 13.989699 0.968836</w:t>
        <w:br/>
        <w:t>v 0.929865 13.989699 0.996347</w:t>
        <w:br/>
        <w:t>v 0.941261 13.989699 1.023858</w:t>
        <w:br/>
        <w:t>v 0.968771 13.989699 1.035254</w:t>
        <w:br/>
        <w:t>v 0.996282 13.989699 1.023858</w:t>
        <w:br/>
        <w:t>v 1.007678 13.989699 0.996347</w:t>
        <w:br/>
        <w:t>v 0.968771 13.869960 0.996347</w:t>
        <w:br/>
        <w:t>v 0.968771 14.002340 0.996347</w:t>
        <w:br/>
        <w:t>v 0.686750 18.085938 0.184277</w:t>
        <w:br/>
        <w:t>v 0.702174 18.092209 0.221181</w:t>
        <w:br/>
        <w:t>v 0.712846 18.121208 0.216413</w:t>
        <w:br/>
        <w:t>v 0.694215 18.113628 0.171836</w:t>
        <w:br/>
        <w:t>v 0.649376 18.082996 0.168990</w:t>
        <w:br/>
        <w:t>v 0.649073 18.110081 0.153371</w:t>
        <w:br/>
        <w:t>v 0.611945 18.085098 0.184277</w:t>
        <w:br/>
        <w:t>v 0.603861 18.112617 0.171836</w:t>
        <w:br/>
        <w:t>v 0.596384 18.091026 0.221181</w:t>
        <w:br/>
        <w:t>v 0.585066 18.119774 0.216412</w:t>
        <w:br/>
        <w:t>v 0.611808 18.097286 0.258087</w:t>
        <w:br/>
        <w:t>v 0.596384 18.091026 0.221181</w:t>
        <w:br/>
        <w:t>v 0.585066 18.119774 0.216412</w:t>
        <w:br/>
        <w:t>v 0.603696 18.127346 0.260988</w:t>
        <w:br/>
        <w:t>v 0.649183 18.100235 0.273373</w:t>
        <w:br/>
        <w:t>v 0.648839 18.130905 0.279451</w:t>
        <w:br/>
        <w:t>v 0.686613 18.098125 0.258087</w:t>
        <w:br/>
        <w:t>v 0.694050 18.128357 0.260988</w:t>
        <w:br/>
        <w:t>v 0.659300 18.619938 0.134336</w:t>
        <w:br/>
        <w:t>v 0.654661 18.618046 0.123237</w:t>
        <w:br/>
        <w:t>v 0.643420 18.617161 0.118640</w:t>
        <w:br/>
        <w:t>v 0.632163 18.617794 0.123237</w:t>
        <w:br/>
        <w:t>v 0.627482 18.619579 0.134336</w:t>
        <w:br/>
        <w:t>v 0.632121 18.621464 0.145436</w:t>
        <w:br/>
        <w:t>v 0.627482 18.619579 0.134336</w:t>
        <w:br/>
        <w:t>v 0.643362 18.622353 0.150033</w:t>
        <w:br/>
        <w:t>v 0.654620 18.621716 0.145436</w:t>
        <w:br/>
        <w:t>v 0.702174 18.092209 0.221181</w:t>
        <w:br/>
        <w:t>v 0.686750 18.085938 0.184277</w:t>
        <w:br/>
        <w:t>v 0.649279 18.091618 0.221182</w:t>
        <w:br/>
        <w:t>v 0.649376 18.082996 0.168990</w:t>
        <w:br/>
        <w:t>v 0.611945 18.085098 0.184277</w:t>
        <w:br/>
        <w:t>v 0.596384 18.091026 0.221181</w:t>
        <w:br/>
        <w:t>v 0.611808 18.097286 0.258087</w:t>
        <w:br/>
        <w:t>v 0.649183 18.100235 0.273373</w:t>
        <w:br/>
        <w:t>v 0.686613 18.098125 0.258087</w:t>
        <w:br/>
        <w:t>v -0.686780 18.085938 0.184275</w:t>
        <w:br/>
        <w:t>v -0.694245 18.113628 0.171834</w:t>
        <w:br/>
        <w:t>v -0.712876 18.121208 0.216411</w:t>
        <w:br/>
        <w:t>v -0.702204 18.092209 0.221179</w:t>
        <w:br/>
        <w:t>v -0.649406 18.082996 0.168988</w:t>
        <w:br/>
        <w:t>v -0.649102 18.110081 0.153370</w:t>
        <w:br/>
        <w:t>v -0.611975 18.085098 0.184275</w:t>
        <w:br/>
        <w:t>v -0.603891 18.112617 0.171834</w:t>
        <w:br/>
        <w:t>v -0.596414 18.091026 0.221180</w:t>
        <w:br/>
        <w:t>v -0.585096 18.119774 0.216410</w:t>
        <w:br/>
        <w:t>v -0.611838 18.097286 0.258085</w:t>
        <w:br/>
        <w:t>v -0.603726 18.127346 0.260986</w:t>
        <w:br/>
        <w:t>v -0.585096 18.119774 0.216410</w:t>
        <w:br/>
        <w:t>v -0.596414 18.091026 0.221180</w:t>
        <w:br/>
        <w:t>v -0.649213 18.100235 0.273371</w:t>
        <w:br/>
        <w:t>v -0.648869 18.130905 0.279449</w:t>
        <w:br/>
        <w:t>v -0.686644 18.098125 0.258085</w:t>
        <w:br/>
        <w:t>v -0.694080 18.128357 0.260986</w:t>
        <w:br/>
        <w:t>v -0.654691 18.618046 0.123236</w:t>
        <w:br/>
        <w:t>v -0.659330 18.619938 0.134334</w:t>
        <w:br/>
        <w:t>v -0.643450 18.617161 0.118638</w:t>
        <w:br/>
        <w:t>v -0.632192 18.617794 0.123236</w:t>
        <w:br/>
        <w:t>v -0.627512 18.619579 0.134335</w:t>
        <w:br/>
        <w:t>v -0.632151 18.621464 0.145434</w:t>
        <w:br/>
        <w:t>v -0.627512 18.619579 0.134335</w:t>
        <w:br/>
        <w:t>v -0.643392 18.622353 0.150031</w:t>
        <w:br/>
        <w:t>v -0.654650 18.621716 0.145434</w:t>
        <w:br/>
        <w:t>v -0.686780 18.085938 0.184275</w:t>
        <w:br/>
        <w:t>v -0.702204 18.092209 0.221179</w:t>
        <w:br/>
        <w:t>v -0.649309 18.091618 0.221180</w:t>
        <w:br/>
        <w:t>v -0.649406 18.082996 0.168988</w:t>
        <w:br/>
        <w:t>v -0.611975 18.085098 0.184275</w:t>
        <w:br/>
        <w:t>v -0.596414 18.091026 0.221180</w:t>
        <w:br/>
        <w:t>v -0.611838 18.097286 0.258085</w:t>
        <w:br/>
        <w:t>v -0.649213 18.100235 0.273371</w:t>
        <w:br/>
        <w:t>v -0.686644 18.098125 0.258085</w:t>
        <w:br/>
        <w:t>v 0.762573 5.336622 0.417067</w:t>
        <w:br/>
        <w:t>v 0.753643 5.320454 0.448536</w:t>
        <w:br/>
        <w:t>v 0.899144 5.013689 0.331804</w:t>
        <w:br/>
        <w:t>v 0.905423 5.035425 0.302462</w:t>
        <w:br/>
        <w:t>v 0.975810 5.574037 0.545541</w:t>
        <w:br/>
        <w:t>v 0.971729 5.563016 0.577111</w:t>
        <w:br/>
        <w:t>v 0.753643 5.320454 0.448536</w:t>
        <w:br/>
        <w:t>v 0.762573 5.336622 0.417067</w:t>
        <w:br/>
        <w:t>v 1.115223 5.254558 0.465489</w:t>
        <w:br/>
        <w:t>v 0.971729 5.563016 0.577111</w:t>
        <w:br/>
        <w:t>v 0.975810 5.574037 0.545541</w:t>
        <w:br/>
        <w:t>v 1.117570 5.271918 0.433718</w:t>
        <w:br/>
        <w:t>v 0.916730 5.237469 0.565732</w:t>
        <w:br/>
        <w:t>v 0.899144 5.013689 0.331804</w:t>
        <w:br/>
        <w:t>v 0.753643 5.320454 0.448536</w:t>
        <w:br/>
        <w:t>v 1.115223 5.254558 0.465489</w:t>
        <w:br/>
        <w:t>v 0.899144 5.013689 0.331804</w:t>
        <w:br/>
        <w:t>v 0.916730 5.237469 0.565732</w:t>
        <w:br/>
        <w:t>v 1.117570 5.271918 0.433718</w:t>
        <w:br/>
        <w:t>v 0.905423 5.035425 0.302462</w:t>
        <w:br/>
        <w:t>v 1.070106 17.825630 0.645805</w:t>
        <w:br/>
        <w:t>v 1.073655 17.818295 0.629878</w:t>
        <w:br/>
        <w:t>v 1.207114 17.605461 0.784686</w:t>
        <w:br/>
        <w:t>v 1.201904 17.613750 0.799865</w:t>
        <w:br/>
        <w:t>v 1.065026 17.827740 0.643949</w:t>
        <w:br/>
        <w:t>v 1.066409 17.819527 0.621806</w:t>
        <w:br/>
        <w:t>v 1.055612 17.824421 0.645430</w:t>
        <w:br/>
        <w:t>v 1.054168 17.817547 0.628784</w:t>
        <w:br/>
        <w:t>v 1.053776 17.819454 0.648636</w:t>
        <w:br/>
        <w:t>v 1.051809 17.811783 0.632488</w:t>
        <w:br/>
        <w:t>v 1.127424 17.585361 0.812924</w:t>
        <w:br/>
        <w:t>v 1.124444 17.574371 0.798908</w:t>
        <w:br/>
        <w:t>v 1.139215 17.575954 0.820255</w:t>
        <w:br/>
        <w:t>v 1.138276 17.562988 0.807738</w:t>
        <w:br/>
        <w:t>v 1.154901 17.572788 0.823683</w:t>
        <w:br/>
        <w:t>v 1.155761 17.559399 0.811598</w:t>
        <w:br/>
        <w:t>v 1.174381 17.576691 0.822649</w:t>
        <w:br/>
        <w:t>v 1.177122 17.563641 0.810487</w:t>
        <w:br/>
        <w:t>v 1.191372 17.586586 0.817361</w:t>
        <w:br/>
        <w:t>v 1.195663 17.574406 0.804733</w:t>
        <w:br/>
        <w:t>v 1.200386 17.599197 0.809575</w:t>
        <w:br/>
        <w:t>v 1.205600 17.588306 0.796156</w:t>
        <w:br/>
        <w:t>v 1.053776 17.819454 0.648636</w:t>
        <w:br/>
        <w:t>v 1.055612 17.824421 0.645430</w:t>
        <w:br/>
        <w:t>v 1.065026 17.827740 0.643949</w:t>
        <w:br/>
        <w:t>v 1.070106 17.825630 0.645805</w:t>
        <w:br/>
        <w:t>v 1.201904 17.613750 0.799865</w:t>
        <w:br/>
        <w:t>v 1.127424 17.585361 0.812924</w:t>
        <w:br/>
        <w:t>v 1.200386 17.599197 0.809575</w:t>
        <w:br/>
        <w:t>v 1.139215 17.575954 0.820255</w:t>
        <w:br/>
        <w:t>v 1.191372 17.586586 0.817361</w:t>
        <w:br/>
        <w:t>v 1.154901 17.572788 0.823683</w:t>
        <w:br/>
        <w:t>v 1.174381 17.576691 0.822649</w:t>
        <w:br/>
        <w:t>v -0.885611 17.922262 0.611377</w:t>
        <w:br/>
        <w:t>v -0.890992 17.899982 0.600235</w:t>
        <w:br/>
        <w:t>v -0.963657 17.895672 0.606476</w:t>
        <w:br/>
        <w:t>v -0.958852 17.916798 0.618813</w:t>
        <w:br/>
        <w:t>v -0.937734 17.983162 0.598350</w:t>
        <w:br/>
        <w:t>v -0.865124 17.984552 0.590670</w:t>
        <w:br/>
        <w:t>v -0.937734 17.983162 0.598350</w:t>
        <w:br/>
        <w:t>v -0.936127 17.986721 0.580681</w:t>
        <w:br/>
        <w:t>v -0.863847 17.988590 0.573947</w:t>
        <w:br/>
        <w:t>v -0.865124 17.984552 0.590670</w:t>
        <w:br/>
        <w:t>v -0.993559 17.987631 0.544929</w:t>
        <w:br/>
        <w:t>v -0.990066 17.993320 0.472190</w:t>
        <w:br/>
        <w:t>v -0.972377 17.996481 0.471266</w:t>
        <w:br/>
        <w:t>v -0.974888 17.989918 0.543688</w:t>
        <w:br/>
        <w:t>v -0.990066 17.993320 0.472190</w:t>
        <w:br/>
        <w:t>v -0.993559 17.987631 0.544929</w:t>
        <w:br/>
        <w:t>v -1.015746 17.920702 0.565518</w:t>
        <w:br/>
        <w:t>v -1.011250 17.929081 0.491650</w:t>
        <w:br/>
        <w:t>v -1.003301 17.897907 0.571017</w:t>
        <w:br/>
        <w:t>v -0.999013 17.905655 0.497649</w:t>
        <w:br/>
        <w:t>v -0.849739 17.857630 0.535656</w:t>
        <w:br/>
        <w:t>v -0.831501 17.918789 0.606662</w:t>
        <w:br/>
        <w:t>v -0.811907 17.978134 0.585843</w:t>
        <w:br/>
        <w:t>v -0.828862 17.920511 0.514847</w:t>
        <w:br/>
        <w:t>v -1.011121 17.925842 0.436131</w:t>
        <w:br/>
        <w:t>v -0.990313 17.989029 0.415418</w:t>
        <w:br/>
        <w:t>v -0.811907 17.978134 0.585843</w:t>
        <w:br/>
        <w:t>v -0.831501 17.918789 0.606662</w:t>
        <w:br/>
        <w:t>v -0.941679 17.860435 0.448204</w:t>
        <w:br/>
        <w:t>v -0.919613 17.927206 0.427572</w:t>
        <w:br/>
        <w:t>v -0.990313 17.989029 0.415418</w:t>
        <w:br/>
        <w:t>v -1.011121 17.925842 0.436131</w:t>
        <w:br/>
        <w:t>v -1.023173 17.902880 0.626288</w:t>
        <w:br/>
        <w:t>v -0.999714 17.973385 0.605833</w:t>
        <w:br/>
        <w:t>v -1.023173 17.902880 0.626288</w:t>
        <w:br/>
        <w:t>v -0.999714 17.973385 0.605833</w:t>
        <w:br/>
        <w:t>v -0.873986 17.778534 0.463225</w:t>
        <w:br/>
        <w:t>v -0.852031 17.844471 0.442635</w:t>
        <w:br/>
        <w:t>v -0.873986 17.778534 0.463225</w:t>
        <w:br/>
        <w:t>v -0.852031 17.844471 0.442635</w:t>
        <w:br/>
        <w:t>v -0.869028 17.844471 0.539486</w:t>
        <w:br/>
        <w:t>v -0.854576 17.897253 0.596760</w:t>
        <w:br/>
        <w:t>v -0.826318 17.984627 0.570291</w:t>
        <w:br/>
        <w:t>v -0.840524 17.933409 0.512944</w:t>
        <w:br/>
        <w:t>v -0.998620 17.903259 0.459887</w:t>
        <w:br/>
        <w:t>v -0.990313 17.989029 0.415418</w:t>
        <w:br/>
        <w:t>v -0.972376 17.994230 0.430580</w:t>
        <w:br/>
        <w:t>v -0.826318 17.984627 0.570291</w:t>
        <w:br/>
        <w:t>v -0.943224 17.846462 0.468958</w:t>
        <w:br/>
        <w:t>v -0.915128 17.938824 0.441432</w:t>
        <w:br/>
        <w:t>v -0.972376 17.994230 0.430580</w:t>
        <w:br/>
        <w:t>v -0.990313 17.989029 0.415418</w:t>
        <w:br/>
        <w:t>v -0.919613 17.927206 0.427572</w:t>
        <w:br/>
        <w:t>v -1.007398 17.887375 0.609828</w:t>
        <w:br/>
        <w:t>v -0.999714 17.973385 0.605833</w:t>
        <w:br/>
        <w:t>v -0.977735 17.980183 0.584380</w:t>
        <w:br/>
        <w:t>v -1.007398 17.887375 0.609828</w:t>
        <w:br/>
        <w:t>v -0.890498 17.775476 0.482721</w:t>
        <w:br/>
        <w:t>v -0.852031 17.844471 0.442635</w:t>
        <w:br/>
        <w:t>v -0.855469 17.871122 0.451774</w:t>
        <w:br/>
        <w:t>v -0.890498 17.775476 0.482721</w:t>
        <w:br/>
        <w:t>v -0.855469 17.871122 0.451774</w:t>
        <w:br/>
        <w:t>v 0.229868 16.239346 -0.656513</w:t>
        <w:br/>
        <w:t>v 0.242278 16.237415 -0.683023</w:t>
        <w:br/>
        <w:t>v 0.238942 16.309551 -0.703811</w:t>
        <w:br/>
        <w:t>v 0.223912 16.289375 -0.673010</w:t>
        <w:br/>
        <w:t>v 0.270310 16.239494 -0.687159</w:t>
        <w:br/>
        <w:t>v 0.263579 16.291435 -0.701332</w:t>
        <w:br/>
        <w:t>v 0.285448 16.245640 -0.663976</w:t>
        <w:br/>
        <w:t>v 0.277237 16.293381 -0.676760</w:t>
        <w:br/>
        <w:t>v 0.263579 16.291435 -0.701332</w:t>
        <w:br/>
        <w:t>v 0.270310 16.239494 -0.687159</w:t>
        <w:br/>
        <w:t>v 0.294157 16.163754 -0.668590</w:t>
        <w:br/>
        <w:t>v 0.308821 16.171196 -0.645679</w:t>
        <w:br/>
        <w:t>v 0.295779 16.100460 -0.651025</w:t>
        <w:br/>
        <w:t>v 0.309788 16.104259 -0.626953</w:t>
        <w:br/>
        <w:t>v 0.258138 16.169361 -0.665764</w:t>
        <w:br/>
        <w:t>v 0.294157 16.163754 -0.668590</w:t>
        <w:br/>
        <w:t>v 0.246762 16.173656 -0.639639</w:t>
        <w:br/>
        <w:t>v 0.238399 16.132477 -0.626445</w:t>
        <w:br/>
        <w:t>v 0.211758 16.099407 -0.614021</w:t>
        <w:br/>
        <w:t>v 0.218597 16.078243 -0.636005</w:t>
        <w:br/>
        <w:t>v 0.247446 16.121418 -0.651126</w:t>
        <w:br/>
        <w:t>v 0.295779 16.100460 -0.651025</w:t>
        <w:br/>
        <w:t>v 0.247446 16.121418 -0.651126</w:t>
        <w:br/>
        <w:t>v 0.255705 16.046528 -0.632154</w:t>
        <w:br/>
        <w:t>v 0.266481 16.044510 -0.606194</w:t>
        <w:br/>
        <w:t>v 0.218597 16.078243 -0.636005</w:t>
        <w:br/>
        <w:t>v 0.255705 16.046528 -0.632154</w:t>
        <w:br/>
        <w:t>v 0.186320 16.110027 -0.613142</w:t>
        <w:br/>
        <w:t>v 0.184180 16.091274 -0.635020</w:t>
        <w:br/>
        <w:t>v 0.218597 16.078243 -0.636005</w:t>
        <w:br/>
        <w:t>v 0.211758 16.099407 -0.614021</w:t>
        <w:br/>
        <w:t>v 0.151307 16.129467 -0.614440</w:t>
        <w:br/>
        <w:t>v 0.141997 16.114384 -0.636572</w:t>
        <w:br/>
        <w:t>v 0.272758 16.338730 -0.716272</w:t>
        <w:br/>
        <w:t>v 0.297996 16.335037 -0.691071</w:t>
        <w:br/>
        <w:t>v 0.330323 16.371792 -0.705569</w:t>
        <w:br/>
        <w:t>v 0.296174 16.365116 -0.726111</w:t>
        <w:br/>
        <w:t>v 0.330323 16.371792 -0.705569</w:t>
        <w:br/>
        <w:t>v 0.290806 16.385796 -0.704725</w:t>
        <w:br/>
        <w:t>v 0.296174 16.365116 -0.726111</w:t>
        <w:br/>
        <w:t>v 0.241267 16.380863 -0.697540</w:t>
        <w:br/>
        <w:t>v 0.240343 16.362267 -0.718913</w:t>
        <w:br/>
        <w:t>v 0.240343 16.362267 -0.718913</w:t>
        <w:br/>
        <w:t>v 0.191976 16.340080 -0.706674</w:t>
        <w:br/>
        <w:t>v 0.189798 16.357513 -0.684683</w:t>
        <w:br/>
        <w:t>v 0.177713 16.257942 -0.656336</w:t>
        <w:br/>
        <w:t>v 0.223912 16.289375 -0.673010</w:t>
        <w:br/>
        <w:t>v 0.238942 16.309551 -0.703811</w:t>
        <w:br/>
        <w:t>v 0.171441 16.268986 -0.683372</w:t>
        <w:br/>
        <w:t>v 0.131534 16.229782 -0.667635</w:t>
        <w:br/>
        <w:t>v 0.146383 16.225368 -0.642059</w:t>
        <w:br/>
        <w:t>v 0.080260 16.215603 -0.659885</w:t>
        <w:br/>
        <w:t>v 0.140678 16.305733 -0.690639</w:t>
        <w:br/>
        <w:t>v 0.191976 16.340080 -0.706674</w:t>
        <w:br/>
        <w:t>v 0.110051 16.187130 -0.653395</w:t>
        <w:br/>
        <w:t>v 0.042087 16.110645 -0.627988</w:t>
        <w:br/>
        <w:t>v 0.111429 16.149220 -0.642847</w:t>
        <w:br/>
        <w:t>v 0.111429 16.149220 -0.642847</w:t>
        <w:br/>
        <w:t>v 0.126009 16.161091 -0.620431</w:t>
        <w:br/>
        <w:t>v 0.126356 16.190865 -0.629307</w:t>
        <w:br/>
        <w:t>v 0.110051 16.187130 -0.653395</w:t>
        <w:br/>
        <w:t>v 0.101650 16.050495 -0.618251</w:t>
        <w:br/>
        <w:t>v 0.141997 16.114384 -0.636572</w:t>
        <w:br/>
        <w:t>v 0.101650 16.050495 -0.618251</w:t>
        <w:br/>
        <w:t>v 0.042087 16.110645 -0.627988</w:t>
        <w:br/>
        <w:t>v 0.032967 16.113373 -0.601466</w:t>
        <w:br/>
        <w:t>v 0.098231 16.046867 -0.590676</w:t>
        <w:br/>
        <w:t>v 0.186061 16.029633 -0.620931</w:t>
        <w:br/>
        <w:t>v 0.184180 16.091274 -0.635020</w:t>
        <w:br/>
        <w:t>v 0.186061 16.029633 -0.620931</w:t>
        <w:br/>
        <w:t>v 0.189729 16.024521 -0.593633</w:t>
        <w:br/>
        <w:t>v 0.140678 16.305733 -0.690639</w:t>
        <w:br/>
        <w:t>v 0.136267 16.321831 -0.668021</w:t>
        <w:br/>
        <w:t>v -0.000013 16.281818 -0.739144</w:t>
        <w:br/>
        <w:t>v 0.063741 16.413746 -0.669130</w:t>
        <w:br/>
        <w:t>v 0.140678 16.305733 -0.690639</w:t>
        <w:br/>
        <w:t>v 0.136267 16.321831 -0.668021</w:t>
        <w:br/>
        <w:t>v -0.000013 16.538784 -0.695613</w:t>
        <w:br/>
        <w:t>v -0.000013 16.031223 -0.590350</w:t>
        <w:br/>
        <w:t>v -0.000013 16.031223 -0.590350</w:t>
        <w:br/>
        <w:t>v -0.000013 16.058670 -0.584393</w:t>
        <w:br/>
        <w:t>v 0.032967 16.113373 -0.601466</w:t>
        <w:br/>
        <w:t>v 0.042087 16.110645 -0.627988</w:t>
        <w:br/>
        <w:t>v -0.238968 16.309551 -0.703812</w:t>
        <w:br/>
        <w:t>v -0.242304 16.237415 -0.683024</w:t>
        <w:br/>
        <w:t>v -0.229895 16.239346 -0.656514</w:t>
        <w:br/>
        <w:t>v -0.223938 16.289375 -0.673011</w:t>
        <w:br/>
        <w:t>v -0.263606 16.291435 -0.701333</w:t>
        <w:br/>
        <w:t>v -0.270337 16.239494 -0.687160</w:t>
        <w:br/>
        <w:t>v -0.263606 16.291435 -0.701333</w:t>
        <w:br/>
        <w:t>v -0.277263 16.293381 -0.676761</w:t>
        <w:br/>
        <w:t>v -0.285474 16.245640 -0.663976</w:t>
        <w:br/>
        <w:t>v -0.270337 16.239494 -0.687160</w:t>
        <w:br/>
        <w:t>v -0.308847 16.171196 -0.645680</w:t>
        <w:br/>
        <w:t>v -0.294183 16.163754 -0.668591</w:t>
        <w:br/>
        <w:t>v -0.309814 16.104259 -0.626954</w:t>
        <w:br/>
        <w:t>v -0.295805 16.100460 -0.651025</w:t>
        <w:br/>
        <w:t>v -0.294183 16.163754 -0.668591</w:t>
        <w:br/>
        <w:t>v -0.258164 16.169361 -0.665765</w:t>
        <w:br/>
        <w:t>v -0.246788 16.173656 -0.639640</w:t>
        <w:br/>
        <w:t>v -0.218624 16.078243 -0.636006</w:t>
        <w:br/>
        <w:t>v -0.211785 16.099407 -0.614022</w:t>
        <w:br/>
        <w:t>v -0.238426 16.132477 -0.626446</w:t>
        <w:br/>
        <w:t>v -0.247472 16.121418 -0.651127</w:t>
        <w:br/>
        <w:t>v -0.295805 16.100460 -0.651025</w:t>
        <w:br/>
        <w:t>v -0.247472 16.121418 -0.651127</w:t>
        <w:br/>
        <w:t>v -0.266507 16.044510 -0.606195</w:t>
        <w:br/>
        <w:t>v -0.255732 16.046528 -0.632155</w:t>
        <w:br/>
        <w:t>v -0.255732 16.046528 -0.632155</w:t>
        <w:br/>
        <w:t>v -0.218624 16.078243 -0.636006</w:t>
        <w:br/>
        <w:t>v -0.218624 16.078243 -0.636006</w:t>
        <w:br/>
        <w:t>v -0.184207 16.091274 -0.635020</w:t>
        <w:br/>
        <w:t>v -0.186346 16.110027 -0.613143</w:t>
        <w:br/>
        <w:t>v -0.211785 16.099407 -0.614022</w:t>
        <w:br/>
        <w:t>v -0.151333 16.129467 -0.614440</w:t>
        <w:br/>
        <w:t>v -0.142023 16.114384 -0.636572</w:t>
        <w:br/>
        <w:t>v -0.272784 16.338730 -0.716273</w:t>
        <w:br/>
        <w:t>v -0.296201 16.365116 -0.726112</w:t>
        <w:br/>
        <w:t>v -0.330349 16.371792 -0.705570</w:t>
        <w:br/>
        <w:t>v -0.298023 16.335037 -0.691072</w:t>
        <w:br/>
        <w:t>v -0.330349 16.371792 -0.705570</w:t>
        <w:br/>
        <w:t>v -0.296201 16.365116 -0.726112</w:t>
        <w:br/>
        <w:t>v -0.290832 16.385796 -0.704725</w:t>
        <w:br/>
        <w:t>v -0.240370 16.362267 -0.718914</w:t>
        <w:br/>
        <w:t>v -0.241293 16.380863 -0.697541</w:t>
        <w:br/>
        <w:t>v -0.240370 16.362267 -0.718914</w:t>
        <w:br/>
        <w:t>v -0.192002 16.340080 -0.706674</w:t>
        <w:br/>
        <w:t>v -0.189824 16.357513 -0.684683</w:t>
        <w:br/>
        <w:t>v -0.238968 16.309551 -0.703812</w:t>
        <w:br/>
        <w:t>v -0.223938 16.289375 -0.673011</w:t>
        <w:br/>
        <w:t>v -0.177739 16.257942 -0.656336</w:t>
        <w:br/>
        <w:t>v -0.171468 16.268986 -0.683373</w:t>
        <w:br/>
        <w:t>v -0.146410 16.225368 -0.642059</w:t>
        <w:br/>
        <w:t>v -0.131560 16.229782 -0.667636</w:t>
        <w:br/>
        <w:t>v -0.080287 16.215603 -0.659886</w:t>
        <w:br/>
        <w:t>v -0.140704 16.305733 -0.690639</w:t>
        <w:br/>
        <w:t>v -0.192002 16.340080 -0.706674</w:t>
        <w:br/>
        <w:t>v -0.042114 16.110645 -0.627988</w:t>
        <w:br/>
        <w:t>v -0.110078 16.187130 -0.653396</w:t>
        <w:br/>
        <w:t>v -0.111455 16.149220 -0.642848</w:t>
        <w:br/>
        <w:t>v -0.111455 16.149220 -0.642848</w:t>
        <w:br/>
        <w:t>v -0.110078 16.187130 -0.653396</w:t>
        <w:br/>
        <w:t>v -0.126383 16.190865 -0.629308</w:t>
        <w:br/>
        <w:t>v -0.126036 16.161091 -0.620431</w:t>
        <w:br/>
        <w:t>v -0.101677 16.050495 -0.618252</w:t>
        <w:br/>
        <w:t>v -0.142023 16.114384 -0.636572</w:t>
        <w:br/>
        <w:t>v -0.032994 16.113373 -0.601466</w:t>
        <w:br/>
        <w:t>v -0.042114 16.110645 -0.627988</w:t>
        <w:br/>
        <w:t>v -0.101677 16.050495 -0.618252</w:t>
        <w:br/>
        <w:t>v -0.098257 16.046867 -0.590677</w:t>
        <w:br/>
        <w:t>v -0.184207 16.091274 -0.635020</w:t>
        <w:br/>
        <w:t>v -0.186087 16.029633 -0.620932</w:t>
        <w:br/>
        <w:t>v -0.189756 16.024521 -0.593634</w:t>
        <w:br/>
        <w:t>v -0.186087 16.029633 -0.620932</w:t>
        <w:br/>
        <w:t>v -0.140704 16.305733 -0.690639</w:t>
        <w:br/>
        <w:t>v -0.136294 16.321831 -0.668021</w:t>
        <w:br/>
        <w:t>v -0.063767 16.413746 -0.669130</w:t>
        <w:br/>
        <w:t>v -0.136294 16.321831 -0.668021</w:t>
        <w:br/>
        <w:t>v -0.140704 16.305733 -0.690639</w:t>
        <w:br/>
        <w:t>v -0.000013 16.538784 -0.695613</w:t>
        <w:br/>
        <w:t>v -0.032994 16.113373 -0.601466</w:t>
        <w:br/>
        <w:t>v -0.000013 16.058670 -0.584393</w:t>
        <w:br/>
        <w:t>v -0.000013 16.031223 -0.590350</w:t>
        <w:br/>
        <w:t>v -0.042114 16.110645 -0.627988</w:t>
        <w:br/>
        <w:t>v 0.162460 20.258820 1.419571</w:t>
        <w:br/>
        <w:t>v 0.243693 20.188915 1.414049</w:t>
        <w:br/>
        <w:t>v 0.144039 20.215517 1.473033</w:t>
        <w:br/>
        <w:t>v 0.144039 20.215517 1.473033</w:t>
        <w:br/>
        <w:t>v 0.116713 20.186419 1.426769</w:t>
        <w:br/>
        <w:t>v -0.000017 20.306330 1.501050</w:t>
        <w:br/>
        <w:t>v -0.000017 20.306330 1.501050</w:t>
        <w:br/>
        <w:t>v 0.080285 20.354076 1.403526</w:t>
        <w:br/>
        <w:t>v -0.000017 20.414433 1.441548</w:t>
        <w:br/>
        <w:t>v -0.000016 20.581331 1.320326</w:t>
        <w:br/>
        <w:t>v 0.043433 20.467781 1.364074</w:t>
        <w:br/>
        <w:t>v 0.243693 20.188915 1.414049</w:t>
        <w:br/>
        <w:t>v -0.043466 20.467781 1.364074</w:t>
        <w:br/>
        <w:t>v -0.000017 20.414433 1.441548</w:t>
        <w:br/>
        <w:t>v -0.000017 20.306330 1.501050</w:t>
        <w:br/>
        <w:t>v -0.116746 20.186419 1.426768</w:t>
        <w:br/>
        <w:t>v -0.000017 20.203901 1.448284</w:t>
        <w:br/>
        <w:t>v -0.243726 20.188915 1.414048</w:t>
        <w:br/>
        <w:t>v -0.162493 20.258820 1.419570</w:t>
        <w:br/>
        <w:t>v -0.144073 20.215517 1.473033</w:t>
        <w:br/>
        <w:t>v -0.080319 20.354076 1.403526</w:t>
        <w:br/>
        <w:t>v -0.000016 20.581331 1.320326</w:t>
        <w:br/>
        <w:t>v -0.144073 20.215517 1.473033</w:t>
        <w:br/>
        <w:t>v -0.243726 20.188915 1.414048</w:t>
        <w:br/>
        <w:t>v -0.596461 18.775343 0.054384</w:t>
        <w:br/>
        <w:t>v -0.597826 18.783199 0.099838</w:t>
        <w:br/>
        <w:t>v -0.617458 18.894283 0.085797</w:t>
        <w:br/>
        <w:t>v -0.617466 18.878059 0.075648</w:t>
        <w:br/>
        <w:t>v -0.579565 18.679903 0.112983</w:t>
        <w:br/>
        <w:t>v -0.577805 18.676748 0.006042</w:t>
        <w:br/>
        <w:t>v -0.637737 18.642128 -0.031392</w:t>
        <w:br/>
        <w:t>v -0.637965 18.641151 0.113975</w:t>
        <w:br/>
        <w:t>v -0.679265 18.776346 0.055003</w:t>
        <w:br/>
        <w:t>v -0.656983 18.878475 0.075578</w:t>
        <w:br/>
        <w:t>v -0.656803 18.894083 0.086758</w:t>
        <w:br/>
        <w:t>v -0.678745 18.783859 0.100853</w:t>
        <w:br/>
        <w:t>v -0.637141 18.900726 0.086566</w:t>
        <w:br/>
        <w:t>v -0.637174 18.878782 0.070529</w:t>
        <w:br/>
        <w:t>v -0.617466 18.878059 0.075648</w:t>
        <w:br/>
        <w:t>v -0.617458 18.894283 0.085797</w:t>
        <w:br/>
        <w:t>v -0.637737 18.642128 -0.031392</w:t>
        <w:br/>
        <w:t>v -0.698235 18.673872 0.006692</w:t>
        <w:br/>
        <w:t>v -0.696388 18.676983 0.113633</w:t>
        <w:br/>
        <w:t>v -0.637965 18.641151 0.113975</w:t>
        <w:br/>
        <w:t>v -0.637085 18.892178 0.109097</w:t>
        <w:br/>
        <w:t>v -0.637141 18.900726 0.086566</w:t>
        <w:br/>
        <w:t>v -0.617458 18.894283 0.085797</w:t>
        <w:br/>
        <w:t>v -0.617854 18.889156 0.106146</w:t>
        <w:br/>
        <w:t>v -0.677978 18.795290 0.149722</w:t>
        <w:br/>
        <w:t>v -0.656347 18.889547 0.106134</w:t>
        <w:br/>
        <w:t>v -0.637698 18.685068 0.260053</w:t>
        <w:br/>
        <w:t>v -0.694250 18.708359 0.220429</w:t>
        <w:br/>
        <w:t>v -0.637698 18.685068 0.260053</w:t>
        <w:br/>
        <w:t>v -0.581032 18.711317 0.219779</w:t>
        <w:br/>
        <w:t>v -0.599291 18.794344 0.149113</w:t>
        <w:br/>
        <w:t>v -0.617854 18.889156 0.106146</w:t>
        <w:br/>
        <w:t>v -0.656983 18.878475 0.075578</w:t>
        <w:br/>
        <w:t>v -0.637174 18.878782 0.070529</w:t>
        <w:br/>
        <w:t>v -0.637141 18.900726 0.086566</w:t>
        <w:br/>
        <w:t>v -0.656803 18.894083 0.086758</w:t>
        <w:br/>
        <w:t>v -0.637085 18.892178 0.109097</w:t>
        <w:br/>
        <w:t>v -0.656347 18.889547 0.106134</w:t>
        <w:br/>
        <w:t>v -0.656803 18.894083 0.086758</w:t>
        <w:br/>
        <w:t>v -0.637141 18.900726 0.086566</w:t>
        <w:br/>
        <w:t>v -0.679265 18.776346 0.055003</w:t>
        <w:br/>
        <w:t>v -0.637619 18.767893 0.037482</w:t>
        <w:br/>
        <w:t>v -0.637619 18.767893 0.037482</w:t>
        <w:br/>
        <w:t>v -0.596461 18.775343 0.054384</w:t>
        <w:br/>
        <w:t>v -0.599291 18.794344 0.149113</w:t>
        <w:br/>
        <w:t>v -0.638935 18.790886 0.165543</w:t>
        <w:br/>
        <w:t>v -0.638935 18.790886 0.165543</w:t>
        <w:br/>
        <w:t>v -0.677978 18.795290 0.149722</w:t>
        <w:br/>
        <w:t>v -0.698235 18.673872 0.006692</w:t>
        <w:br/>
        <w:t>v -0.637737 18.642128 -0.031392</w:t>
        <w:br/>
        <w:t>v -0.577805 18.676748 0.006042</w:t>
        <w:br/>
        <w:t>v -0.577805 18.676748 0.006042</w:t>
        <w:br/>
        <w:t>v -0.579565 18.679903 0.112983</w:t>
        <w:br/>
        <w:t>v -0.581032 18.711317 0.219779</w:t>
        <w:br/>
        <w:t>v -0.581032 18.711317 0.219779</w:t>
        <w:br/>
        <w:t>v -0.637698 18.685068 0.260053</w:t>
        <w:br/>
        <w:t>v -0.694250 18.708359 0.220429</w:t>
        <w:br/>
        <w:t>v -0.694250 18.708359 0.220429</w:t>
        <w:br/>
        <w:t>v -0.696388 18.676983 0.113633</w:t>
        <w:br/>
        <w:t>v -0.698235 18.673872 0.006692</w:t>
        <w:br/>
        <w:t>v -1.344771 5.736052 -0.625110</w:t>
        <w:br/>
        <w:t>v -1.309514 5.394531 -0.678986</w:t>
        <w:br/>
        <w:t>v -1.121754 5.418881 -0.990239</w:t>
        <w:br/>
        <w:t>v -1.133716 5.767172 -0.980717</w:t>
        <w:br/>
        <w:t>v -0.413179 5.766156 -0.983177</w:t>
        <w:br/>
        <w:t>v -0.743178 5.772546 -1.159649</w:t>
        <w:br/>
        <w:t>v -0.738469 5.414368 -1.177010</w:t>
        <w:br/>
        <w:t>v -0.410497 5.399567 -1.018343</w:t>
        <w:br/>
        <w:t>v -0.410497 5.399567 -1.018343</w:t>
        <w:br/>
        <w:t>v -0.272742 5.370250 -0.689944</w:t>
        <w:br/>
        <w:t>v -0.268053 5.740821 -0.639099</w:t>
        <w:br/>
        <w:t>v -0.413179 5.766156 -0.983177</w:t>
        <w:br/>
        <w:t>v -0.279283 5.702871 -0.350020</w:t>
        <w:br/>
        <w:t>v -0.286596 5.338729 -0.392977</w:t>
        <w:br/>
        <w:t>v -0.442825 5.299837 -0.131067</w:t>
        <w:br/>
        <w:t>v -0.442688 5.656703 -0.072439</w:t>
        <w:br/>
        <w:t>v -1.267858 5.711527 -0.351560</w:t>
        <w:br/>
        <w:t>v -1.103326 5.664987 -0.100118</w:t>
        <w:br/>
        <w:t>v -1.080339 5.335368 -0.160205</w:t>
        <w:br/>
        <w:t>v -1.248193 5.375369 -0.391298</w:t>
        <w:br/>
        <w:t>v -0.780898 5.301644 -0.043181</w:t>
        <w:br/>
        <w:t>v -0.772428 5.635611 0.027386</w:t>
        <w:br/>
        <w:t>v -0.774323 4.537156 -0.203242</w:t>
        <w:br/>
        <w:t>v -1.012594 4.541099 -0.307974</w:t>
        <w:br/>
        <w:t>v -1.162146 4.545831 -0.505386</w:t>
        <w:br/>
        <w:t>v -1.210347 4.561327 -0.751008</w:t>
        <w:br/>
        <w:t>v -1.040357 4.568179 -1.007743</w:t>
        <w:br/>
        <w:t>v -0.716996 4.564569 -1.144241</w:t>
        <w:br/>
        <w:t>v -0.453814 4.558346 -1.026713</w:t>
        <w:br/>
        <w:t>v -0.339662 4.549314 -0.750332</w:t>
        <w:br/>
        <w:t>v -0.453814 4.558346 -1.026713</w:t>
        <w:br/>
        <w:t>v -0.493635 4.539736 -0.252233</w:t>
        <w:br/>
        <w:t>v -0.539565 3.671882 -0.366860</w:t>
        <w:br/>
        <w:t>v -0.772269 3.668085 -0.347328</w:t>
        <w:br/>
        <w:t>v -1.055451 3.674075 -0.595939</w:t>
        <w:br/>
        <w:t>v -0.941758 3.672511 -0.447643</w:t>
        <w:br/>
        <w:t>v -0.960399 3.686218 -1.018545</w:t>
        <w:br/>
        <w:t>v -1.098946 3.684506 -0.799951</w:t>
        <w:br/>
        <w:t>v -0.358106 4.545831 -0.470489</w:t>
        <w:br/>
        <w:t>v -0.432840 3.676153 -0.536209</w:t>
        <w:br/>
        <w:t>v -0.682334 3.685397 -1.109897</w:t>
        <w:br/>
        <w:t>v -0.480397 3.685486 -1.008085</w:t>
        <w:br/>
        <w:t>v -0.402285 3.679670 -0.775117</w:t>
        <w:br/>
        <w:t>v -0.480397 3.685486 -1.008085</w:t>
        <w:br/>
        <w:t>v -0.462441 3.005832 -0.574659</w:t>
        <w:br/>
        <w:t>v -0.552900 3.001610 -0.426406</w:t>
        <w:br/>
        <w:t>v -0.495413 3.022523 -0.980267</w:t>
        <w:br/>
        <w:t>v -0.432893 3.012428 -0.765087</w:t>
        <w:br/>
        <w:t>v -0.663817 3.018671 -1.078666</w:t>
        <w:br/>
        <w:t>v -0.495413 3.022523 -0.980267</w:t>
        <w:br/>
        <w:t>v -1.008303 2.996571 -0.645107</w:t>
        <w:br/>
        <w:t>v -0.910983 2.999160 -0.513320</w:t>
        <w:br/>
        <w:t>v -0.756635 2.997959 -0.412928</w:t>
        <w:br/>
        <w:t>v -0.467152 2.642629 -0.585399</w:t>
        <w:br/>
        <w:t>v -0.563776 2.638443 -0.456035</w:t>
        <w:br/>
        <w:t>v -0.491774 2.658469 -0.972709</w:t>
        <w:br/>
        <w:t>v -0.664353 2.673501 -1.072022</w:t>
        <w:br/>
        <w:t>v -0.988160 2.639415 -0.668375</w:t>
        <w:br/>
        <w:t>v -0.899226 2.638645 -0.537810</w:t>
        <w:br/>
        <w:t>v -0.758761 2.633542 -0.446072</w:t>
        <w:br/>
        <w:t>v -1.017100 3.003798 -0.813251</w:t>
        <w:br/>
        <w:t>v -0.895467 3.007085 -1.010273</w:t>
        <w:br/>
        <w:t>v -0.865676 2.667683 -1.013755</w:t>
        <w:br/>
        <w:t>v -0.979202 2.650815 -0.821129</w:t>
        <w:br/>
        <w:t>v -0.491774 2.658469 -0.972709</w:t>
        <w:br/>
        <w:t>v -0.433745 2.654619 -0.777616</w:t>
        <w:br/>
        <w:t>v -0.764115 2.252880 -0.448447</w:t>
        <w:br/>
        <w:t>v -0.889125 2.275588 -0.533091</w:t>
        <w:br/>
        <w:t>v -0.454351 2.291217 -0.577895</w:t>
        <w:br/>
        <w:t>v -0.572337 2.272427 -0.461001</w:t>
        <w:br/>
        <w:t>v -0.984640 2.298056 -0.668406</w:t>
        <w:br/>
        <w:t>v -0.978444 2.299646 -0.817597</w:t>
        <w:br/>
        <w:t>v -0.860027 2.296979 -1.036464</w:t>
        <w:br/>
        <w:t>v -0.665359 2.298056 -1.093675</w:t>
        <w:br/>
        <w:t>v -0.478103 2.298056 -0.965598</w:t>
        <w:br/>
        <w:t>v -0.478103 2.298056 -0.965598</w:t>
        <w:br/>
        <w:t>v -0.418161 2.298055 -0.770415</w:t>
        <w:br/>
        <w:t>v -0.973074 1.685734 -1.005827</w:t>
        <w:br/>
        <w:t>v -0.985323 1.562404 -0.984999</w:t>
        <w:br/>
        <w:t>v -0.988946 1.514136 -1.110354</w:t>
        <w:br/>
        <w:t>v -0.474317 1.515518 -1.112453</w:t>
        <w:br/>
        <w:t>v -0.456986 1.350690 -0.966559</w:t>
        <w:br/>
        <w:t>v -0.451393 1.574773 -0.974980</w:t>
        <w:br/>
        <w:t>v -0.500494 1.578847 -1.208714</w:t>
        <w:br/>
        <w:t>v -0.471797 1.696319 -1.012054</w:t>
        <w:br/>
        <w:t>v -0.514524 1.726055 -1.110491</w:t>
        <w:br/>
        <w:t>v -0.481856 1.225593 -1.178101</w:t>
        <w:br/>
        <w:t>v -0.445227 1.134450 -1.089868</w:t>
        <w:br/>
        <w:t>v -0.968736 1.126622 -1.104530</w:t>
        <w:br/>
        <w:t>v -0.944106 1.235390 -1.197107</w:t>
        <w:br/>
        <w:t>v -1.001108 1.368420 -0.960294</w:t>
        <w:br/>
        <w:t>v -0.517663 1.338420 -1.292181</w:t>
        <w:br/>
        <w:t>v -0.914449 1.960175 -0.467071</w:t>
        <w:br/>
        <w:t>v -0.975578 2.016603 -0.528035</w:t>
        <w:br/>
        <w:t>v -1.075228 1.936670 -0.677219</w:t>
        <w:br/>
        <w:t>v -1.053246 1.808621 -0.568003</w:t>
        <w:br/>
        <w:t>v -0.993952 2.069628 -0.570442</w:t>
        <w:br/>
        <w:t>v -0.838552 2.051119 -0.426631</w:t>
        <w:br/>
        <w:t>v -1.051886 2.069628 -0.762777</w:t>
        <w:br/>
        <w:t>v -1.029910 2.069628 -0.935774</w:t>
        <w:br/>
        <w:t>v -1.044186 1.980936 -0.955264</w:t>
        <w:br/>
        <w:t>v -1.120229 1.837656 -0.849281</w:t>
        <w:br/>
        <w:t>v -0.971094 2.069629 -1.013044</w:t>
        <w:br/>
        <w:t>v -1.181813 1.692170 -0.726220</w:t>
        <w:br/>
        <w:t>v -0.338508 1.825286 -0.575665</w:t>
        <w:br/>
        <w:t>v -0.231586 1.703536 -0.734468</w:t>
        <w:br/>
        <w:t>v -0.275752 1.844055 -0.734459</w:t>
        <w:br/>
        <w:t>v -0.316401 1.966150 -0.740392</w:t>
        <w:br/>
        <w:t>v -0.284893 1.874633 -0.872236</w:t>
        <w:br/>
        <w:t>v -0.359434 1.984082 -0.958743</w:t>
        <w:br/>
        <w:t>v -0.358617 2.069628 -0.830628</w:t>
        <w:br/>
        <w:t>v -0.455212 2.087769 -1.030031</w:t>
        <w:br/>
        <w:t>v -0.386487 2.069628 -0.602821</w:t>
        <w:br/>
        <w:t>v -0.475396 1.976160 -0.459348</w:t>
        <w:br/>
        <w:t>v -0.862541 2.258432 -0.435816</w:t>
        <w:br/>
        <w:t>v -0.733602 2.249578 -0.393282</w:t>
        <w:br/>
        <w:t>v -0.811600 2.141616 -0.395082</w:t>
        <w:br/>
        <w:t>v -1.212988 1.700964 -0.714491</w:t>
        <w:br/>
        <w:t>v -1.148960 1.838830 -0.700198</w:t>
        <w:br/>
        <w:t>v -1.069290 1.814014 -0.554357</w:t>
        <w:br/>
        <w:t>v -1.070211 2.169227 -0.681704</w:t>
        <w:br/>
        <w:t>v -1.037934 2.296982 -0.666809</w:t>
        <w:br/>
        <w:t>v -0.961478 2.272824 -0.507140</w:t>
        <w:br/>
        <w:t>v -0.975855 2.161228 -0.508231</w:t>
        <w:br/>
        <w:t>v -1.118577 2.003255 -0.834668</w:t>
        <w:br/>
        <w:t>v -1.066942 1.989324 -0.956842</w:t>
        <w:br/>
        <w:t>v -1.034038 2.169775 -0.975109</w:t>
        <w:br/>
        <w:t>v -1.079830 2.171370 -0.831620</w:t>
        <w:br/>
        <w:t>v -0.990663 2.077854 -1.031459</w:t>
        <w:br/>
        <w:t>v -1.042321 2.305007 -0.820651</w:t>
        <w:br/>
        <w:t>v -1.016085 2.304641 -0.945971</w:t>
        <w:br/>
        <w:t>v -0.888766 2.174982 -1.104283</w:t>
        <w:br/>
        <w:t>v -0.930099 2.299956 -1.049996</w:t>
        <w:br/>
        <w:t>v -0.808103 2.229745 -1.143226</w:t>
        <w:br/>
        <w:t>v -0.791210 2.307925 -1.118521</w:t>
        <w:br/>
        <w:t>v -0.671866 2.252688 -0.398191</w:t>
        <w:br/>
        <w:t>v -0.541345 2.276702 -0.447993</w:t>
        <w:br/>
        <w:t>v -0.501658 2.135136 -0.433747</w:t>
        <w:br/>
        <w:t>v -0.588112 2.125806 -0.382126</w:t>
        <w:br/>
        <w:t>v -0.458035 1.988529 -0.442526</w:t>
        <w:br/>
        <w:t>v -0.471822 2.306159 -1.020757</w:t>
        <w:br/>
        <w:t>v -0.629914 2.308851 -1.126704</w:t>
        <w:br/>
        <w:t>v -0.623174 2.239077 -1.140699</w:t>
        <w:br/>
        <w:t>v -0.503992 2.175447 -1.098159</w:t>
        <w:br/>
        <w:t>v -0.388212 2.303645 -0.881219</w:t>
        <w:br/>
        <w:t>v -0.340938 2.165882 -0.878530</w:t>
        <w:br/>
        <w:t>v -0.313560 2.152243 -0.705575</w:t>
        <w:br/>
        <w:t>v -0.357634 2.301207 -0.718508</w:t>
        <w:br/>
        <w:t>v -1.147471 1.846154 -0.844533</w:t>
        <w:br/>
        <w:t>v -0.723569 2.226938 -0.397544</w:t>
        <w:br/>
        <w:t>v -0.789117 2.127330 -0.415158</w:t>
        <w:br/>
        <w:t>v -0.838552 2.051119 -0.426631</w:t>
        <w:br/>
        <w:t>v -0.925989 1.970800 -0.447951</w:t>
        <w:br/>
        <w:t>v -0.914449 1.960175 -0.467071</w:t>
        <w:br/>
        <w:t>v -1.053246 1.808621 -0.568003</w:t>
        <w:br/>
        <w:t>v -1.069290 1.814014 -0.554357</w:t>
        <w:br/>
        <w:t>v -1.147471 1.846154 -0.844533</w:t>
        <w:br/>
        <w:t>v -1.120229 1.837656 -0.849281</w:t>
        <w:br/>
        <w:t>v -1.044186 1.980936 -0.955264</w:t>
        <w:br/>
        <w:t>v -0.971094 2.069629 -1.013044</w:t>
        <w:br/>
        <w:t>v -0.990663 2.077854 -1.031459</w:t>
        <w:br/>
        <w:t>v -0.872851 2.170747 -1.082702</w:t>
        <w:br/>
        <w:t>v -0.888766 2.174982 -1.104283</w:t>
        <w:br/>
        <w:t>v -0.784480 2.224138 -1.117540</w:t>
        <w:br/>
        <w:t>v -0.808103 2.229745 -1.143226</w:t>
        <w:br/>
        <w:t>v -0.808103 2.229745 -1.143226</w:t>
        <w:br/>
        <w:t>v -0.784480 2.224138 -1.117540</w:t>
        <w:br/>
        <w:t>v -0.772161 2.294217 -1.095225</w:t>
        <w:br/>
        <w:t>v -0.791210 2.307925 -1.118521</w:t>
        <w:br/>
        <w:t>v -1.212988 1.700964 -0.714491</w:t>
        <w:br/>
        <w:t>v -1.181813 1.692170 -0.726220</w:t>
        <w:br/>
        <w:t>v -1.181813 1.692170 -0.726220</w:t>
        <w:br/>
        <w:t>v -1.212988 1.700964 -0.714491</w:t>
        <w:br/>
        <w:t>v -0.205278 1.708562 -0.729635</w:t>
        <w:br/>
        <w:t>v -0.231586 1.703536 -0.734468</w:t>
        <w:br/>
        <w:t>v -0.338508 1.825286 -0.575665</w:t>
        <w:br/>
        <w:t>v -0.319804 1.828240 -0.563452</w:t>
        <w:br/>
        <w:t>v -0.458035 1.988529 -0.442526</w:t>
        <w:br/>
        <w:t>v -0.475396 1.976160 -0.459348</w:t>
        <w:br/>
        <w:t>v -0.554108 2.051119 -0.425367</w:t>
        <w:br/>
        <w:t>v -0.612000 2.127330 -0.405362</w:t>
        <w:br/>
        <w:t>v -0.670439 2.223083 -0.402412</w:t>
        <w:br/>
        <w:t>v -0.671866 2.252688 -0.398191</w:t>
        <w:br/>
        <w:t>v -0.588112 2.125806 -0.382126</w:t>
        <w:br/>
        <w:t>v -0.339398 2.005188 -0.972445</w:t>
        <w:br/>
        <w:t>v -0.359434 1.984082 -0.958743</w:t>
        <w:br/>
        <w:t>v -0.284893 1.874633 -0.872236</w:t>
        <w:br/>
        <w:t>v -0.259513 1.880637 -0.877133</w:t>
        <w:br/>
        <w:t>v -0.503992 2.175447 -1.098159</w:t>
        <w:br/>
        <w:t>v -0.529534 2.161726 -1.081925</w:t>
        <w:br/>
        <w:t>v -0.455212 2.087769 -1.030031</w:t>
        <w:br/>
        <w:t>v -0.435375 2.106726 -1.049983</w:t>
        <w:br/>
        <w:t>v -0.635947 2.225904 -1.113720</w:t>
        <w:br/>
        <w:t>v -0.623174 2.239077 -1.140699</w:t>
        <w:br/>
        <w:t>v -0.629914 2.308851 -1.126704</w:t>
        <w:br/>
        <w:t>v -0.653163 2.300174 -1.102712</w:t>
        <w:br/>
        <w:t>v -0.231586 1.703536 -0.734468</w:t>
        <w:br/>
        <w:t>v -0.205278 1.708562 -0.729635</w:t>
        <w:br/>
        <w:t>v -0.789117 2.127330 -0.415158</w:t>
        <w:br/>
        <w:t>v -0.787974 2.051119 -0.400285</w:t>
        <w:br/>
        <w:t>v -0.838552 2.051119 -0.426631</w:t>
        <w:br/>
        <w:t>v -0.723569 2.226938 -0.397544</w:t>
        <w:br/>
        <w:t>v -0.733948 2.127330 -0.401941</w:t>
        <w:br/>
        <w:t>v -0.863110 2.009436 -0.464293</w:t>
        <w:br/>
        <w:t>v -0.998224 1.847122 -0.593599</w:t>
        <w:br/>
        <w:t>v -0.993952 2.069628 -0.570442</w:t>
        <w:br/>
        <w:t>v -0.971094 2.069629 -1.013044</w:t>
        <w:br/>
        <w:t>v -0.871965 2.095829 -1.088196</w:t>
        <w:br/>
        <w:t>v -0.872851 2.170747 -1.082702</w:t>
        <w:br/>
        <w:t>v -0.784480 2.224138 -1.117540</w:t>
        <w:br/>
        <w:t>v -0.784480 2.104741 -1.144725</w:t>
        <w:br/>
        <w:t>v -0.554108 2.051119 -0.425367</w:t>
        <w:br/>
        <w:t>v -0.601827 2.051119 -0.398169</w:t>
        <w:br/>
        <w:t>v -0.612000 2.127330 -0.405362</w:t>
        <w:br/>
        <w:t>v -0.529534 2.161726 -1.081925</w:t>
        <w:br/>
        <w:t>v -0.524510 2.098032 -1.084288</w:t>
        <w:br/>
        <w:t>v -0.455212 2.087769 -1.030031</w:t>
        <w:br/>
        <w:t>v -0.635947 2.225904 -1.113720</w:t>
        <w:br/>
        <w:t>v -0.635947 2.112602 -1.133783</w:t>
        <w:br/>
        <w:t>v -0.635947 2.225904 -1.113720</w:t>
        <w:br/>
        <w:t>v -0.653163 2.300174 -1.102712</w:t>
        <w:br/>
        <w:t>v -0.772161 2.294217 -1.095225</w:t>
        <w:br/>
        <w:t>v -0.784480 2.224138 -1.117540</w:t>
        <w:br/>
        <w:t>v -0.663366 2.127331 -0.399046</w:t>
        <w:br/>
        <w:t>v -0.670439 2.223083 -0.402412</w:t>
        <w:br/>
        <w:t>v -0.791308 2.004586 -0.394690</w:t>
        <w:br/>
        <w:t>v -0.705596 1.926923 -0.385459</w:t>
        <w:br/>
        <w:t>v -0.725263 1.915944 -0.402172</w:t>
        <w:br/>
        <w:t>v -0.790450 1.963368 -0.422727</w:t>
        <w:br/>
        <w:t>v -0.595635 1.995713 -0.393792</w:t>
        <w:br/>
        <w:t>v -0.518344 2.024898 -0.475533</w:t>
        <w:br/>
        <w:t>v -0.596070 1.962686 -0.424222</w:t>
        <w:br/>
        <w:t>v -0.781096 1.647167 -0.327145</w:t>
        <w:br/>
        <w:t>v -0.746784 1.605707 -0.318596</w:t>
        <w:br/>
        <w:t>v -0.745431 1.589242 -0.344081</w:t>
        <w:br/>
        <w:t>v -0.795522 1.635900 -0.353068</w:t>
        <w:br/>
        <w:t>v -0.612000 2.127330 -0.405362</w:t>
        <w:br/>
        <w:t>v -0.659153 1.915266 -0.405167</w:t>
        <w:br/>
        <w:t>v -0.678673 1.925985 -0.385282</w:t>
        <w:br/>
        <w:t>v -0.736094 1.886851 -0.380293</w:t>
        <w:br/>
        <w:t>v -0.651107 1.883891 -0.379734</w:t>
        <w:br/>
        <w:t>v -0.659264 1.858753 -0.376471</w:t>
        <w:br/>
        <w:t>v -0.729750 1.861208 -0.376934</w:t>
        <w:br/>
        <w:t>v -0.651107 1.883891 -0.379734</w:t>
        <w:br/>
        <w:t>v -0.645667 1.874582 -0.400105</w:t>
        <w:br/>
        <w:t>v -0.654869 1.850151 -0.395617</w:t>
        <w:br/>
        <w:t>v -0.659264 1.858753 -0.376471</w:t>
        <w:br/>
        <w:t>v -0.736094 1.886851 -0.380293</w:t>
        <w:br/>
        <w:t>v -0.729750 1.861208 -0.376934</w:t>
        <w:br/>
        <w:t>v -0.736249 1.848334 -0.396181</w:t>
        <w:br/>
        <w:t>v -0.743647 1.875410 -0.401211</w:t>
        <w:br/>
        <w:t>v -0.657452 1.909534 -0.383092</w:t>
        <w:br/>
        <w:t>v -0.644898 1.896595 -0.405251</w:t>
        <w:br/>
        <w:t>v -0.727938 1.911989 -0.383556</w:t>
        <w:br/>
        <w:t>v -0.742688 1.898626 -0.405188</w:t>
        <w:br/>
        <w:t>v -0.727938 1.911989 -0.383556</w:t>
        <w:br/>
        <w:t>v -0.657452 1.909534 -0.383092</w:t>
        <w:br/>
        <w:t>v -0.676740 1.941829 -0.374593</w:t>
        <w:br/>
        <w:t>v -0.709791 1.940023 -0.372706</w:t>
        <w:br/>
        <w:t>v -0.672814 1.834414 -0.392878</w:t>
        <w:br/>
        <w:t>v -0.681605 1.843819 -0.374568</w:t>
        <w:br/>
        <w:t>v -0.681605 1.843819 -0.374568</w:t>
        <w:br/>
        <w:t>v -0.708528 1.844757 -0.374745</w:t>
        <w:br/>
        <w:t>v -0.708528 1.844757 -0.374745</w:t>
        <w:br/>
        <w:t>v -0.714985 1.835315 -0.393274</w:t>
        <w:br/>
        <w:t>v -0.705596 1.926923 -0.385459</w:t>
        <w:br/>
        <w:t>v -0.725263 1.915944 -0.402172</w:t>
        <w:br/>
        <w:t>v -0.678673 1.925985 -0.385282</w:t>
        <w:br/>
        <w:t>v -0.659153 1.915266 -0.405167</w:t>
        <w:br/>
        <w:t>v -0.746784 1.605707 -0.318596</w:t>
        <w:br/>
        <w:t>v -0.652506 1.602231 -0.322570</w:t>
        <w:br/>
        <w:t>v -0.681605 1.843819 -0.374568</w:t>
        <w:br/>
        <w:t>v -0.672814 1.834414 -0.392878</w:t>
        <w:br/>
        <w:t>v -0.599162 1.637621 -0.382512</w:t>
        <w:br/>
        <w:t>v -0.614264 1.648887 -0.330978</w:t>
        <w:br/>
        <w:t>v -0.708528 1.844757 -0.374745</w:t>
        <w:br/>
        <w:t>v -0.781096 1.647167 -0.327145</w:t>
        <w:br/>
        <w:t>v -0.795522 1.635900 -0.353068</w:t>
        <w:br/>
        <w:t>v -0.714985 1.835315 -0.393274</w:t>
        <w:br/>
        <w:t>v -0.652506 1.602231 -0.322570</w:t>
        <w:br/>
        <w:t>v -0.651373 1.586382 -0.345728</w:t>
        <w:br/>
        <w:t>v -0.781096 1.647167 -0.327145</w:t>
        <w:br/>
        <w:t>v -0.614264 1.648887 -0.330978</w:t>
        <w:br/>
        <w:t>v -0.801770 1.872627 -0.429111</w:t>
        <w:br/>
        <w:t>v -0.742688 1.898626 -0.405188</w:t>
        <w:br/>
        <w:t>v -0.868183 1.881100 -0.464651</w:t>
        <w:br/>
        <w:t>v -0.795301 1.756407 -0.385497</w:t>
        <w:br/>
        <w:t>v -0.877826 1.753231 -0.450863</w:t>
        <w:br/>
        <w:t>v -0.971917 1.737739 -0.570246</w:t>
        <w:br/>
        <w:t>v -1.043928 1.858982 -0.785286</w:t>
        <w:br/>
        <w:t>v -1.039045 1.740016 -0.785593</w:t>
        <w:br/>
        <w:t>v -0.795522 1.635900 -0.353068</w:t>
        <w:br/>
        <w:t>v -0.714985 1.835315 -0.393274</w:t>
        <w:br/>
        <w:t>v -0.877760 1.626818 -0.420214</w:t>
        <w:br/>
        <w:t>v -0.968084 1.611011 -0.542803</w:t>
        <w:br/>
        <w:t>v -1.021006 1.585271 -0.766548</w:t>
        <w:br/>
        <w:t>v -0.995510 1.714347 -0.981697</w:t>
        <w:br/>
        <w:t>v -1.013169 1.865237 -0.963033</w:t>
        <w:br/>
        <w:t>v -1.007783 1.563139 -0.973065</w:t>
        <w:br/>
        <w:t>v -0.951942 1.865831 -1.031635</w:t>
        <w:br/>
        <w:t>v -0.939876 1.748661 -1.091501</w:t>
        <w:br/>
        <w:t>v -0.841083 1.775147 -1.173494</w:t>
        <w:br/>
        <w:t>v -0.856981 1.904205 -1.116865</w:t>
        <w:br/>
        <w:t>v -0.721727 1.787639 -1.208561</w:t>
        <w:br/>
        <w:t>v -0.724032 1.927222 -1.188357</w:t>
        <w:br/>
        <w:t>v -0.596441 1.777210 -1.168148</w:t>
        <w:br/>
        <w:t>v -0.610003 1.923387 -1.168715</w:t>
        <w:br/>
        <w:t>v -0.488860 1.759764 -1.105596</w:t>
        <w:br/>
        <w:t>v -0.503154 1.904103 -1.116904</w:t>
        <w:br/>
        <w:t>v -0.436875 1.726031 -0.992370</w:t>
        <w:br/>
        <w:t>v -0.442172 1.865668 -1.008065</w:t>
        <w:br/>
        <w:t>v -0.369171 1.909157 -0.834488</w:t>
        <w:br/>
        <w:t>v -0.442172 1.865668 -1.008065</w:t>
        <w:br/>
        <w:t>v -0.436875 1.726031 -0.992370</w:t>
        <w:br/>
        <w:t>v -0.386022 1.745083 -0.816205</w:t>
        <w:br/>
        <w:t>v -0.386617 1.752379 -0.627668</w:t>
        <w:br/>
        <w:t>v -0.381124 1.890118 -0.620755</w:t>
        <w:br/>
        <w:t>v -0.487855 1.882628 -0.480940</w:t>
        <w:br/>
        <w:t>v -0.484898 1.758865 -0.478816</w:t>
        <w:br/>
        <w:t>v -0.573842 1.882068 -0.428201</w:t>
        <w:br/>
        <w:t>v -0.644898 1.896595 -0.405251</w:t>
        <w:br/>
        <w:t>v -0.583788 1.761229 -0.409880</w:t>
        <w:br/>
        <w:t>v -0.494146 1.632400 -0.454661</w:t>
        <w:br/>
        <w:t>v -0.407057 1.616617 -0.607436</w:t>
        <w:br/>
        <w:t>v -0.407852 1.597286 -0.797479</w:t>
        <w:br/>
        <w:t>v -0.424439 1.578317 -0.968014</w:t>
        <w:br/>
        <w:t>v -0.857503 1.447004 -0.341402</w:t>
        <w:br/>
        <w:t>v -0.963658 1.423855 -0.506832</w:t>
        <w:br/>
        <w:t>v -1.002387 1.394754 -0.749938</w:t>
        <w:br/>
        <w:t>v -1.024932 1.364040 -0.942528</w:t>
        <w:br/>
        <w:t>v -0.694229 1.443841 -0.292225</w:t>
        <w:br/>
        <w:t>v -0.745431 1.589242 -0.344081</w:t>
        <w:br/>
        <w:t>v -0.651373 1.586382 -0.345728</w:t>
        <w:br/>
        <w:t>v -0.531686 1.435088 -0.364843</w:t>
        <w:br/>
        <w:t>v -0.432651 1.412626 -0.557494</w:t>
        <w:br/>
        <w:t>v -0.419223 1.392421 -0.769675</w:t>
        <w:br/>
        <w:t>v -0.438680 1.355784 -0.954989</w:t>
        <w:br/>
        <w:t>v -1.042403 1.112965 -0.863459</w:t>
        <w:br/>
        <w:t>v -0.992510 1.126585 -1.098256</w:t>
        <w:br/>
        <w:t>v -0.436833 1.206457 -0.486547</w:t>
        <w:br/>
        <w:t>v -0.532812 1.240694 -0.321691</w:t>
        <w:br/>
        <w:t>v -0.979603 1.205521 -0.419950</w:t>
        <w:br/>
        <w:t>v -0.855292 1.232334 -0.279027</w:t>
        <w:br/>
        <w:t>v -0.841611 1.049825 -0.184649</w:t>
        <w:br/>
        <w:t>v -0.995546 1.016375 -0.322980</w:t>
        <w:br/>
        <w:t>v -1.017296 1.159115 -0.655288</w:t>
        <w:br/>
        <w:t>v -1.046857 0.965004 -0.529581</w:t>
        <w:br/>
        <w:t>v -1.049814 0.923747 -0.756958</w:t>
        <w:br/>
        <w:t>v -0.994295 0.897888 -0.923690</w:t>
        <w:br/>
        <w:t>v -0.678898 1.069011 -0.170057</w:t>
        <w:br/>
        <w:t>v -0.689012 1.255642 -0.233378</w:t>
        <w:br/>
        <w:t>v -0.518873 1.061681 -0.236759</w:t>
        <w:br/>
        <w:t>v -0.414612 1.019971 -0.382133</w:t>
        <w:br/>
        <w:t>v -0.428527 1.176462 -0.675465</w:t>
        <w:br/>
        <w:t>v -0.399836 0.962927 -0.557839</w:t>
        <w:br/>
        <w:t>v -0.420717 1.161860 -0.868675</w:t>
        <w:br/>
        <w:t>v -0.419704 0.910604 -0.746221</w:t>
        <w:br/>
        <w:t>v -0.437345 1.140797 -1.069332</w:t>
        <w:br/>
        <w:t>v -0.426152 0.870363 -0.899336</w:t>
        <w:br/>
        <w:t>v -0.814753 0.863200 -0.099740</w:t>
        <w:br/>
        <w:t>v -0.974277 0.823572 -0.222054</w:t>
        <w:br/>
        <w:t>v -0.653454 0.886874 -0.098712</w:t>
        <w:br/>
        <w:t>v -0.507717 0.882430 -0.150605</w:t>
        <w:br/>
        <w:t>v -0.402953 0.847097 -0.252326</w:t>
        <w:br/>
        <w:t>v -0.365964 0.773923 -0.407683</w:t>
        <w:br/>
        <w:t>v -0.396338 0.684884 -0.582095</w:t>
        <w:br/>
        <w:t>v -0.421813 0.628059 -0.693022</w:t>
        <w:br/>
        <w:t>v -0.616853 0.681916 0.034583</w:t>
        <w:br/>
        <w:t>v -0.595741 0.544331 0.134498</w:t>
        <w:br/>
        <w:t>v -0.677854 0.536721 0.109533</w:t>
        <w:br/>
        <w:t>v -0.661147 0.608937 0.074391</w:t>
        <w:br/>
        <w:t>v -0.562616 0.614928 0.054398</w:t>
        <w:br/>
        <w:t>v -0.522268 0.537568 0.084646</w:t>
        <w:br/>
        <w:t>v -0.585184 0.349960 0.242986</w:t>
        <w:br/>
        <w:t>v -0.506815 0.472562 0.110115</w:t>
        <w:br/>
        <w:t>v -0.692426 0.460665 0.138046</w:t>
        <w:br/>
        <w:t>v -0.788809 0.555557 0.047784</w:t>
        <w:br/>
        <w:t>v -0.803731 0.559648 0.030096</w:t>
        <w:br/>
        <w:t>v -0.686420 0.542894 0.081612</w:t>
        <w:br/>
        <w:t>v -0.584543 0.326751 0.247308</w:t>
        <w:br/>
        <w:t>v -0.505817 0.438078 0.110582</w:t>
        <w:br/>
        <w:t>v -0.585184 0.349960 0.242986</w:t>
        <w:br/>
        <w:t>v -0.584543 0.326751 0.247308</w:t>
        <w:br/>
        <w:t>v -0.699398 0.433321 0.137532</w:t>
        <w:br/>
        <w:t>v -0.542778 0.325740 0.230100</w:t>
        <w:br/>
        <w:t>v -0.553508 0.266655 0.291029</w:t>
        <w:br/>
        <w:t>v -0.633680 0.323013 0.244637</w:t>
        <w:br/>
        <w:t>v -0.584192 0.119848 0.355864</w:t>
        <w:br/>
        <w:t>v -0.605940 0.265111 0.301912</w:t>
        <w:br/>
        <w:t>v -0.567509 0.120876 0.357746</w:t>
        <w:br/>
        <w:t>v -1.022763 0.440182 -0.574849</w:t>
        <w:br/>
        <w:t>v -1.071879 0.523830 -0.452287</w:t>
        <w:br/>
        <w:t>v -1.062539 0.510390 -0.424699</w:t>
        <w:br/>
        <w:t>v -1.018764 0.426791 -0.536911</w:t>
        <w:br/>
        <w:t>v -1.027640 0.610681 -0.244477</w:t>
        <w:br/>
        <w:t>v -1.041452 0.626398 -0.251430</w:t>
        <w:br/>
        <w:t>v -0.896752 0.619027 -0.068450</w:t>
        <w:br/>
        <w:t>v -0.894603 0.636848 -0.064919</w:t>
        <w:br/>
        <w:t>v -0.803731 0.559648 0.030096</w:t>
        <w:br/>
        <w:t>v -0.808316 0.549608 0.021273</w:t>
        <w:br/>
        <w:t>v -0.701012 0.428740 0.122085</w:t>
        <w:br/>
        <w:t>v -0.474630 0.547209 0.027684</w:t>
        <w:br/>
        <w:t>v -0.461225 0.551502 -0.002629</w:t>
        <w:br/>
        <w:t>v -0.979187 0.666484 -0.746213</w:t>
        <w:br/>
        <w:t>v -1.025645 0.660196 -0.770178</w:t>
        <w:br/>
        <w:t>v -1.050307 0.894599 -0.952381</w:t>
        <w:br/>
        <w:t>v -0.994295 0.897888 -0.923690</w:t>
        <w:br/>
        <w:t>v -1.065173 0.443903 -0.586946</w:t>
        <w:br/>
        <w:t>v -1.018764 0.426791 -0.536911</w:t>
        <w:br/>
        <w:t>v -1.063846 0.116878 -0.245890</w:t>
        <w:br/>
        <w:t>v -1.146311 0.112255 -0.258576</w:t>
        <w:br/>
        <w:t>v -1.022763 0.440182 -0.574849</w:t>
        <w:br/>
        <w:t>v -1.040717 1.129440 -1.122223</w:t>
        <w:br/>
        <w:t>v -0.992510 1.126585 -1.098256</w:t>
        <w:br/>
        <w:t>v -0.985323 1.562404 -0.984999</w:t>
        <w:br/>
        <w:t>v -0.973074 1.685734 -1.005827</w:t>
        <w:br/>
        <w:t>v -0.911457 1.713944 -1.093517</w:t>
        <w:br/>
        <w:t>v -0.824442 1.736978 -1.163067</w:t>
        <w:br/>
        <w:t>v -0.721680 1.748678 -1.195129</w:t>
        <w:br/>
        <w:t>v -0.610354 1.739830 -1.160337</w:t>
        <w:br/>
        <w:t>v -0.514524 1.726055 -1.110491</w:t>
        <w:br/>
        <w:t>v -0.471797 1.696319 -1.012054</w:t>
        <w:br/>
        <w:t>v -0.451393 1.574773 -0.974980</w:t>
        <w:br/>
        <w:t>v -0.471797 1.696319 -1.012054</w:t>
        <w:br/>
        <w:t>v -0.456986 1.350690 -0.966559</w:t>
        <w:br/>
        <w:t>v -0.438680 1.355784 -0.954989</w:t>
        <w:br/>
        <w:t>v -0.445227 1.134450 -1.089868</w:t>
        <w:br/>
        <w:t>v -0.385247 0.843123 -0.909093</w:t>
        <w:br/>
        <w:t>v -0.426152 0.870363 -0.899336</w:t>
        <w:br/>
        <w:t>v -0.437345 1.140797 -1.069332</w:t>
        <w:br/>
        <w:t>v -0.390944 1.091213 -1.097685</w:t>
        <w:br/>
        <w:t>v -0.384176 0.625896 -0.708336</w:t>
        <w:br/>
        <w:t>v -0.421813 0.628059 -0.693022</w:t>
        <w:br/>
        <w:t>v -0.426152 0.870363 -0.899336</w:t>
        <w:br/>
        <w:t>v -0.398261 0.819528 -0.897394</w:t>
        <w:br/>
        <w:t>v -0.374418 0.487338 -0.433812</w:t>
        <w:br/>
        <w:t>v -0.399996 0.389500 -0.516717</w:t>
        <w:br/>
        <w:t>v -0.410508 0.378807 -0.497737</w:t>
        <w:br/>
        <w:t>v -0.387273 0.468574 -0.418894</w:t>
        <w:br/>
        <w:t>v -0.362839 0.576506 -0.280105</w:t>
        <w:br/>
        <w:t>v -0.347159 0.595098 -0.282527</w:t>
        <w:br/>
        <w:t>v -0.415409 0.606184 -0.108143</w:t>
        <w:br/>
        <w:t>v -0.411349 0.624311 -0.103273</w:t>
        <w:br/>
        <w:t>v -0.461244 0.540848 -0.016010</w:t>
        <w:br/>
        <w:t>v -0.504383 0.433554 0.095139</w:t>
        <w:br/>
        <w:t>v -0.968736 1.126622 -1.104530</w:t>
        <w:br/>
        <w:t>v -0.944106 1.235390 -1.197107</w:t>
        <w:br/>
        <w:t>v -1.007197 1.247394 -1.215816</w:t>
        <w:br/>
        <w:t>v -0.957504 1.338927 -1.312727</w:t>
        <w:br/>
        <w:t>v -0.894641 1.327981 -1.282790</w:t>
        <w:br/>
        <w:t>v -0.853556 1.395646 -1.399559</w:t>
        <w:br/>
        <w:t>v -0.821644 1.364787 -1.329719</w:t>
        <w:br/>
        <w:t>v -0.723285 1.413417 -1.438629</w:t>
        <w:br/>
        <w:t>v -0.707636 1.386061 -1.370198</w:t>
        <w:br/>
        <w:t>v -0.582491 1.397847 -1.398074</w:t>
        <w:br/>
        <w:t>v -0.600606 1.381077 -1.350215</w:t>
        <w:br/>
        <w:t>v -0.486440 1.329720 -1.307837</w:t>
        <w:br/>
        <w:t>v -0.517663 1.338420 -1.292181</w:t>
        <w:br/>
        <w:t>v -0.430012 1.218494 -1.198715</w:t>
        <w:br/>
        <w:t>v -0.481856 1.225593 -1.178101</w:t>
        <w:br/>
        <w:t>v -0.445227 1.134450 -1.089868</w:t>
        <w:br/>
        <w:t>v -0.398865 1.099919 -1.109821</w:t>
        <w:br/>
        <w:t>v -0.437345 1.140797 -1.069332</w:t>
        <w:br/>
        <w:t>v -0.445227 1.134450 -1.089868</w:t>
        <w:br/>
        <w:t>v -1.138922 0.111881 -0.074065</w:t>
        <w:br/>
        <w:t>v -1.034009 0.115550 0.133315</w:t>
        <w:br/>
        <w:t>v -1.122926 0.111879 0.109550</w:t>
        <w:br/>
        <w:t>v -1.044965 0.115551 0.031338</w:t>
        <w:br/>
        <w:t>v -0.806142 0.111036 0.555421</w:t>
        <w:br/>
        <w:t>v -0.939010 0.110676 0.427143</w:t>
        <w:br/>
        <w:t>v -0.917803 0.113937 0.362296</w:t>
        <w:br/>
        <w:t>v -0.835555 0.113430 0.458120</w:t>
        <w:br/>
        <w:t>v -0.381392 0.118751 -0.248221</w:t>
        <w:br/>
        <w:t>v -0.261269 0.113990 -0.086568</w:t>
        <w:br/>
        <w:t>v -0.390077 0.115564 0.051879</w:t>
        <w:br/>
        <w:t>v -0.269568 0.114158 0.090693</w:t>
        <w:br/>
        <w:t>v -0.393496 0.115558 0.170527</w:t>
        <w:br/>
        <w:t>v -0.468183 0.114715 0.439701</w:t>
        <w:br/>
        <w:t>v -0.480829 0.104639 0.562880</w:t>
        <w:br/>
        <w:t>v -0.434950 0.115558 0.391457</w:t>
        <w:br/>
        <w:t>v -0.360515 0.112017 0.432865</w:t>
        <w:br/>
        <w:t>v -0.410508 0.378807 -0.497737</w:t>
        <w:br/>
        <w:t>v -0.399996 0.389500 -0.516717</w:t>
        <w:br/>
        <w:t>v -0.362845 0.393045 -0.539321</w:t>
        <w:br/>
        <w:t>v -0.966327 1.157788 -1.265136</w:t>
        <w:br/>
        <w:t>v -0.908253 1.226296 -1.332823</w:t>
        <w:br/>
        <w:t>v -0.957504 1.338927 -1.312727</w:t>
        <w:br/>
        <w:t>v -1.007197 1.247394 -1.215816</w:t>
        <w:br/>
        <w:t>v -0.824199 1.261024 -1.391186</w:t>
        <w:br/>
        <w:t>v -0.853556 1.395646 -1.399559</w:t>
        <w:br/>
        <w:t>v -0.721524 1.281040 -1.415690</w:t>
        <w:br/>
        <w:t>v -0.723285 1.413417 -1.438629</w:t>
        <w:br/>
        <w:t>v -0.608796 1.272074 -1.386128</w:t>
        <w:br/>
        <w:t>v -0.582491 1.397847 -1.398074</w:t>
        <w:br/>
        <w:t>v -0.509520 1.224656 -1.318595</w:t>
        <w:br/>
        <w:t>v -0.486440 1.329720 -1.307837</w:t>
        <w:br/>
        <w:t>v -0.461196 1.147070 -1.237357</w:t>
        <w:br/>
        <w:t>v -0.430012 1.218494 -1.198715</w:t>
        <w:br/>
        <w:t>v -0.420827 1.021029 -1.149920</w:t>
        <w:br/>
        <w:t>v -0.398865 1.099919 -1.109821</w:t>
        <w:br/>
        <w:t>v -0.390944 1.091213 -1.097685</w:t>
        <w:br/>
        <w:t>v -0.422249 0.790055 -0.972390</w:t>
        <w:br/>
        <w:t>v -0.385247 0.843123 -0.909093</w:t>
        <w:br/>
        <w:t>v -0.487141 1.122226 -1.236284</w:t>
        <w:br/>
        <w:t>v -0.477423 1.008797 -1.169184</w:t>
        <w:br/>
        <w:t>v -0.456962 0.777302 -0.983369</w:t>
        <w:br/>
        <w:t>v -0.546433 0.987524 -1.282323</w:t>
        <w:br/>
        <w:t>v -0.524542 0.944266 -1.230831</w:t>
        <w:br/>
        <w:t>v -0.477180 0.724362 -0.981022</w:t>
        <w:br/>
        <w:t>v -1.040717 1.129440 -1.122223</w:t>
        <w:br/>
        <w:t>v -1.050307 0.894599 -0.952381</w:t>
        <w:br/>
        <w:t>v -1.018342 0.831512 -0.992175</w:t>
        <w:br/>
        <w:t>v -1.009384 1.060461 -1.187261</w:t>
        <w:br/>
        <w:t>v -0.985736 0.975301 -1.228226</w:t>
        <w:br/>
        <w:t>v -0.986675 0.775434 -1.006886</w:t>
        <w:br/>
        <w:t>v -0.947691 0.723726 -0.970537</w:t>
        <w:br/>
        <w:t>v -0.915389 0.947199 -1.239450</w:t>
        <w:br/>
        <w:t>v -0.976185 1.051487 -1.199891</w:t>
        <w:br/>
        <w:t>v -0.927442 1.149024 -1.261050</w:t>
        <w:br/>
        <w:t>v -0.879289 1.208860 -1.325740</w:t>
        <w:br/>
        <w:t>v -0.811006 1.241981 -1.376360</w:t>
        <w:br/>
        <w:t>v -0.723671 1.250400 -1.392324</w:t>
        <w:br/>
        <w:t>v -0.624809 1.247164 -1.371291</w:t>
        <w:br/>
        <w:t>v -0.540735 1.199583 -1.307031</w:t>
        <w:br/>
        <w:t>v -0.915389 0.947199 -1.239450</w:t>
        <w:br/>
        <w:t>v -1.009384 1.060461 -1.187261</w:t>
        <w:br/>
        <w:t>v -0.985736 0.975301 -1.228226</w:t>
        <w:br/>
        <w:t>v -0.885474 0.979814 -1.294944</w:t>
        <w:br/>
        <w:t>v -0.826819 1.003085 -1.346964</w:t>
        <w:br/>
        <w:t>v -0.771285 1.019460 -1.377123</w:t>
        <w:br/>
        <w:t>v -0.710176 1.023886 -1.386894</w:t>
        <w:br/>
        <w:t>v -0.640464 1.025223 -1.367383</w:t>
        <w:br/>
        <w:t>v -0.589976 1.005328 -1.331508</w:t>
        <w:br/>
        <w:t>v -0.832440 0.949847 -1.295706</w:t>
        <w:br/>
        <w:t>v -0.768493 0.974452 -1.349088</w:t>
        <w:br/>
        <w:t>v -0.712321 0.978951 -1.360663</w:t>
        <w:br/>
        <w:t>v -0.643530 0.975072 -1.342854</w:t>
        <w:br/>
        <w:t>v -0.588347 0.954002 -1.293214</w:t>
        <w:br/>
        <w:t>v -0.550190 0.911373 -1.220988</w:t>
        <w:br/>
        <w:t>v -0.878835 0.921439 -1.233118</w:t>
        <w:br/>
        <w:t>v -0.922156 0.726881 -0.996409</w:t>
        <w:br/>
        <w:t>v -0.505496 0.715764 -1.005454</w:t>
        <w:br/>
        <w:t>v -0.865561 0.603475 -1.126651</w:t>
        <w:br/>
        <w:t>v -0.821015 0.542624 -1.190874</w:t>
        <w:br/>
        <w:t>v -0.759973 0.504143 -1.229068</w:t>
        <w:br/>
        <w:t>v -0.712049 0.490730 -1.239051</w:t>
        <w:br/>
        <w:t>v -0.650052 0.499522 -1.227226</w:t>
        <w:br/>
        <w:t>v -0.602150 0.527841 -1.196474</w:t>
        <w:br/>
        <w:t>v -0.554205 0.586225 -1.132118</w:t>
        <w:br/>
        <w:t>v -0.477180 0.724362 -0.981022</w:t>
        <w:br/>
        <w:t>v -0.505496 0.715764 -1.005454</w:t>
        <w:br/>
        <w:t>v -0.537953 0.585466 -1.124875</w:t>
        <w:br/>
        <w:t>v -0.578678 0.521666 -1.192811</w:t>
        <w:br/>
        <w:t>v -0.647821 0.477996 -1.246650</w:t>
        <w:br/>
        <w:t>v -0.710147 0.468740 -1.259863</w:t>
        <w:br/>
        <w:t>v -0.770640 0.484962 -1.244263</w:t>
        <w:br/>
        <w:t>v -0.833951 0.531258 -1.194251</w:t>
        <w:br/>
        <w:t>v -0.875239 0.595671 -1.127589</w:t>
        <w:br/>
        <w:t>v -0.947691 0.723726 -0.970537</w:t>
        <w:br/>
        <w:t>v -0.398261 0.819528 -0.897394</w:t>
        <w:br/>
        <w:t>v -0.431087 0.774646 -0.962053</w:t>
        <w:br/>
        <w:t>v -0.420517 0.675937 -0.879338</w:t>
        <w:br/>
        <w:t>v -0.446534 0.651614 -0.868354</w:t>
        <w:br/>
        <w:t>v -0.453733 0.703778 -0.921742</w:t>
        <w:br/>
        <w:t>v -0.949455 0.682870 -0.930769</w:t>
        <w:br/>
        <w:t>v -0.895527 0.545834 -1.079099</w:t>
        <w:br/>
        <w:t>v -0.849631 0.470534 -1.161639</w:t>
        <w:br/>
        <w:t>v -0.793151 0.420776 -1.219546</w:t>
        <w:br/>
        <w:t>v -0.716657 0.386011 -1.246962</w:t>
        <w:br/>
        <w:t>v -0.642293 0.404512 -1.230375</w:t>
        <w:br/>
        <w:t>v -0.578456 0.454103 -1.178763</w:t>
        <w:br/>
        <w:t>v -0.523868 0.545184 -1.070607</w:t>
        <w:br/>
        <w:t>v -0.477712 0.669460 -0.924480</w:t>
        <w:br/>
        <w:t>v -0.398261 0.819528 -0.897394</w:t>
        <w:br/>
        <w:t>v -0.876681 0.542434 -1.049003</w:t>
        <w:br/>
        <w:t>v -0.932737 0.667000 -0.917877</w:t>
        <w:br/>
        <w:t>v -0.923954 0.610187 -0.898574</w:t>
        <w:br/>
        <w:t>v -0.835802 0.453577 -1.150113</w:t>
        <w:br/>
        <w:t>v -0.849631 0.470534 -1.161639</w:t>
        <w:br/>
        <w:t>v -0.778722 0.405045 -1.200434</w:t>
        <w:br/>
        <w:t>v -0.718852 0.382139 -1.222822</w:t>
        <w:br/>
        <w:t>v -0.716657 0.386011 -1.246962</w:t>
        <w:br/>
        <w:t>v -0.645624 0.396618 -1.208466</w:t>
        <w:br/>
        <w:t>v -0.642293 0.404512 -1.230375</w:t>
        <w:br/>
        <w:t>v -0.594518 0.432048 -1.168116</w:t>
        <w:br/>
        <w:t>v -0.543616 0.536764 -1.052122</w:t>
        <w:br/>
        <w:t>v -0.484909 0.652901 -0.917864</w:t>
        <w:br/>
        <w:t>v -1.025645 0.660196 -0.770178</w:t>
        <w:br/>
        <w:t>v -0.993210 0.585121 -0.810082</w:t>
        <w:br/>
        <w:t>v -0.986412 0.661105 -0.877714</w:t>
        <w:br/>
        <w:t>v -0.888552 0.473475 -0.924536</w:t>
        <w:br/>
        <w:t>v -0.867096 0.460320 -1.044769</w:t>
        <w:br/>
        <w:t>v -0.552277 0.454168 -1.049120</w:t>
        <w:br/>
        <w:t>v -0.529303 0.461547 -0.931255</w:t>
        <w:br/>
        <w:t>v -0.488731 0.612207 -0.892712</w:t>
        <w:br/>
        <w:t>v -0.540480 0.102355 -1.060254</w:t>
        <w:br/>
        <w:t>v -0.536325 0.102355 -0.956323</w:t>
        <w:br/>
        <w:t>v -0.579986 0.102356 -1.160895</w:t>
        <w:br/>
        <w:t>v -0.870423 0.102356 -0.961021</w:t>
        <w:br/>
        <w:t>v -0.871913 0.102356 -1.048717</w:t>
        <w:br/>
        <w:t>v -0.844983 0.102356 -1.134422</w:t>
        <w:br/>
        <w:t>v -0.781213 0.102356 -1.197251</w:t>
        <w:br/>
        <w:t>v -0.644375 0.102356 -1.210353</w:t>
        <w:br/>
        <w:t>v -0.645624 0.396618 -1.208466</w:t>
        <w:br/>
        <w:t>v -0.724941 0.102356 -1.210012</w:t>
        <w:br/>
        <w:t>v -0.718852 0.382139 -1.222822</w:t>
        <w:br/>
        <w:t>v -0.420517 0.675937 -0.879338</w:t>
        <w:br/>
        <w:t>v -0.446534 0.651614 -0.868354</w:t>
        <w:br/>
        <w:t>v -0.418182 0.573185 -0.798486</w:t>
        <w:br/>
        <w:t>v -0.384176 0.625896 -0.708336</w:t>
        <w:br/>
        <w:t>v -0.398261 0.819528 -0.897394</w:t>
        <w:br/>
        <w:t>v -0.912503 0.062282 -0.924605</w:t>
        <w:br/>
        <w:t>v -0.902891 0.062282 -1.038947</w:t>
        <w:br/>
        <w:t>v -0.874694 0.062282 -1.138372</w:t>
        <w:br/>
        <w:t>v -0.809122 0.062282 -1.207611</w:t>
        <w:br/>
        <w:t>v -0.732525 0.062282 -1.240277</w:t>
        <w:br/>
        <w:t>v -0.643089 0.062282 -1.230309</w:t>
        <w:br/>
        <w:t>v -0.559671 0.062282 -1.172650</w:t>
        <w:br/>
        <w:t>v -0.514467 0.062282 -1.048921</w:t>
        <w:br/>
        <w:t>v -0.504047 0.062282 -0.926021</w:t>
        <w:br/>
        <w:t>v -0.485408 -0.005785 -0.928931</w:t>
        <w:br/>
        <w:t>v -0.498955 -0.005784 -1.047860</w:t>
        <w:br/>
        <w:t>v -0.545824 -0.005784 -1.173924</w:t>
        <w:br/>
        <w:t>v -0.635107 -0.005784 -1.232636</w:t>
        <w:br/>
        <w:t>v -0.729949 -0.005784 -1.245710</w:t>
        <w:br/>
        <w:t>v -0.818441 -0.005784 -1.212280</w:t>
        <w:br/>
        <w:t>v -0.888837 -0.005784 -1.144755</w:t>
        <w:br/>
        <w:t>v -0.918433 -0.005784 -1.035773</w:t>
        <w:br/>
        <w:t>v -0.924617 -0.005784 -0.925952</w:t>
        <w:br/>
        <w:t>v -0.488731 0.612207 -0.892712</w:t>
        <w:br/>
        <w:t>v -0.923954 0.610187 -0.898574</w:t>
        <w:br/>
        <w:t>v -0.986412 0.661105 -0.877714</w:t>
        <w:br/>
        <w:t>v -0.446534 0.651614 -0.868354</w:t>
        <w:br/>
        <w:t>v -0.888552 0.473475 -0.924536</w:t>
        <w:br/>
        <w:t>v -0.529303 0.461547 -0.931255</w:t>
        <w:br/>
        <w:t>v -0.536325 0.102355 -0.956323</w:t>
        <w:br/>
        <w:t>v -0.870423 0.102356 -0.961021</w:t>
        <w:br/>
        <w:t>v -0.504047 0.062282 -0.926021</w:t>
        <w:br/>
        <w:t>v -0.912503 0.062282 -0.924605</w:t>
        <w:br/>
        <w:t>v -0.485408 -0.005785 -0.928931</w:t>
        <w:br/>
        <w:t>v -0.924617 -0.005784 -0.925952</w:t>
        <w:br/>
        <w:t>v -0.407737 0.115555 0.316317</w:t>
        <w:br/>
        <w:t>v -0.302369 0.113557 0.264956</w:t>
        <w:br/>
        <w:t>v -1.049772 0.112132 0.280069</w:t>
        <w:br/>
        <w:t>v -1.019704 0.115550 0.251595</w:t>
        <w:br/>
        <w:t>v -0.806142 0.111036 0.555421</w:t>
        <w:br/>
        <w:t>v -0.480829 0.104639 0.562880</w:t>
        <w:br/>
        <w:t>v -0.488301 0.012482 0.565035</w:t>
        <w:br/>
        <w:t>v -0.797295 0.012482 0.563997</w:t>
        <w:br/>
        <w:t>v -0.360515 0.112017 0.432865</w:t>
        <w:br/>
        <w:t>v -0.360932 0.012482 0.430170</w:t>
        <w:br/>
        <w:t>v -0.298486 0.012483 0.253055</w:t>
        <w:br/>
        <w:t>v -0.302369 0.113557 0.264956</w:t>
        <w:br/>
        <w:t>v -0.254757 0.012484 -0.114862</w:t>
        <w:br/>
        <w:t>v -0.260443 0.012484 0.071531</w:t>
        <w:br/>
        <w:t>v -0.269568 0.114158 0.090693</w:t>
        <w:br/>
        <w:t>v -0.261269 0.113990 -0.086568</w:t>
        <w:br/>
        <w:t>v -0.250509 0.012484 -0.300929</w:t>
        <w:br/>
        <w:t>v -0.255334 0.113768 -0.263828</w:t>
        <w:br/>
        <w:t>v -0.362845 0.393045 -0.539321</w:t>
        <w:br/>
        <w:t>v -0.384585 0.365331 -0.613390</w:t>
        <w:br/>
        <w:t>v -1.149564 0.012484 -0.299744</w:t>
        <w:br/>
        <w:t>v -1.053803 0.365981 -0.615097</w:t>
        <w:br/>
        <w:t>v -1.065173 0.443903 -0.586946</w:t>
        <w:br/>
        <w:t>v -1.146311 0.112255 -0.258576</w:t>
        <w:br/>
        <w:t>v -1.138922 0.111881 -0.074065</w:t>
        <w:br/>
        <w:t>v -1.139579 0.012484 -0.104736</w:t>
        <w:br/>
        <w:t>v -1.122926 0.111879 0.109550</w:t>
        <w:br/>
        <w:t>v -1.127916 0.012484 0.090552</w:t>
        <w:br/>
        <w:t>v -1.057124 0.012483 0.273054</w:t>
        <w:br/>
        <w:t>v -1.049772 0.112132 0.280069</w:t>
        <w:br/>
        <w:t>v -0.939010 0.110676 0.427143</w:t>
        <w:br/>
        <w:t>v -0.935058 0.012482 0.425678</w:t>
        <w:br/>
        <w:t>v -0.986412 0.661105 -0.877714</w:t>
        <w:br/>
        <w:t>v -0.993210 0.585121 -0.810082</w:t>
        <w:br/>
        <w:t>v -0.418182 0.573185 -0.798486</w:t>
        <w:br/>
        <w:t>v -0.446534 0.651614 -0.868354</w:t>
        <w:br/>
        <w:t>v -0.250509 0.012484 -0.300929</w:t>
        <w:br/>
        <w:t>v -0.384585 0.365331 -0.613390</w:t>
        <w:br/>
        <w:t>v -1.053803 0.365981 -0.615097</w:t>
        <w:br/>
        <w:t>v -1.149564 0.012484 -0.299744</w:t>
        <w:br/>
        <w:t>v -1.139579 0.012484 -0.104736</w:t>
        <w:br/>
        <w:t>v -0.254757 0.012484 -0.114862</w:t>
        <w:br/>
        <w:t>v -1.127916 0.012484 0.090552</w:t>
        <w:br/>
        <w:t>v -0.260443 0.012484 0.071531</w:t>
        <w:br/>
        <w:t>v -1.057124 0.012483 0.273054</w:t>
        <w:br/>
        <w:t>v -0.935058 0.012482 0.425678</w:t>
        <w:br/>
        <w:t>v -0.360932 0.012482 0.430170</w:t>
        <w:br/>
        <w:t>v -0.298486 0.012483 0.253055</w:t>
        <w:br/>
        <w:t>v -0.797295 0.012482 0.563997</w:t>
        <w:br/>
        <w:t>v -0.488301 0.012482 0.565035</w:t>
        <w:br/>
        <w:t>v -0.485408 -0.005785 -0.928931</w:t>
        <w:br/>
        <w:t>v -0.498955 -0.005784 -1.047860</w:t>
        <w:br/>
        <w:t>v -0.918433 -0.005784 -1.035773</w:t>
        <w:br/>
        <w:t>v -0.924617 -0.005784 -0.925952</w:t>
        <w:br/>
        <w:t>v -0.545824 -0.005784 -1.173924</w:t>
        <w:br/>
        <w:t>v -0.635107 -0.005784 -1.232636</w:t>
        <w:br/>
        <w:t>v -0.818441 -0.005784 -1.212280</w:t>
        <w:br/>
        <w:t>v -0.888837 -0.005784 -1.144755</w:t>
        <w:br/>
        <w:t>v -0.729949 -0.005784 -1.245710</w:t>
        <w:br/>
        <w:t>v -0.553508 0.266655 0.291029</w:t>
        <w:br/>
        <w:t>v -0.542778 0.325740 0.230100</w:t>
        <w:br/>
        <w:t>v -0.541005 0.311982 0.218819</w:t>
        <w:br/>
        <w:t>v -0.548803 0.258958 0.270984</w:t>
        <w:br/>
        <w:t>v -0.633680 0.323013 0.244637</w:t>
        <w:br/>
        <w:t>v -0.635811 0.311153 0.232393</w:t>
        <w:br/>
        <w:t>v -0.605940 0.265111 0.301912</w:t>
        <w:br/>
        <w:t>v -0.584192 0.119848 0.355864</w:t>
        <w:br/>
        <w:t>v -0.588887 0.111700 0.336433</w:t>
        <w:br/>
        <w:t>v -0.612258 0.257089 0.284155</w:t>
        <w:br/>
        <w:t>v -0.567509 0.120876 0.357746</w:t>
        <w:br/>
        <w:t>v -0.562813 0.113306 0.339376</w:t>
        <w:br/>
        <w:t>v -0.255334 0.113768 -0.263828</w:t>
        <w:br/>
        <w:t>v -0.457326 0.369153 0.124154</w:t>
        <w:br/>
        <w:t>v -0.349029 0.306977 0.114874</w:t>
        <w:br/>
        <w:t>v -0.367635 0.280112 0.204672</w:t>
        <w:br/>
        <w:t>v -0.463568 0.325759 0.200374</w:t>
        <w:br/>
        <w:t>v -0.504383 0.433554 0.095139</w:t>
        <w:br/>
        <w:t>v -0.541005 0.311982 0.218819</w:t>
        <w:br/>
        <w:t>v -0.336295 0.198978 0.087395</w:t>
        <w:br/>
        <w:t>v -0.351882 0.187002 0.187995</w:t>
        <w:br/>
        <w:t>v -0.390077 0.115564 0.051879</w:t>
        <w:br/>
        <w:t>v -0.393496 0.115558 0.170527</w:t>
        <w:br/>
        <w:t>v -0.407737 0.115555 0.316317</w:t>
        <w:br/>
        <w:t>v -0.434950 0.115558 0.391457</w:t>
        <w:br/>
        <w:t>v -0.416433 0.181107 0.425087</w:t>
        <w:br/>
        <w:t>v -0.371584 0.179993 0.310494</w:t>
        <w:br/>
        <w:t>v -0.462062 0.257263 0.441218</w:t>
        <w:br/>
        <w:t>v -0.493986 0.261939 0.445704</w:t>
        <w:br/>
        <w:t>v -0.494563 0.273410 0.461301</w:t>
        <w:br/>
        <w:t>v -0.462538 0.268271 0.455277</w:t>
        <w:br/>
        <w:t>v -0.518048 0.273955 0.356707</w:t>
        <w:br/>
        <w:t>v -0.494563 0.273410 0.461301</w:t>
        <w:br/>
        <w:t>v -0.525796 0.267344 0.452945</w:t>
        <w:br/>
        <w:t>v -0.545457 0.244596 0.428381</w:t>
        <w:br/>
        <w:t>v -0.542854 0.257334 0.374323</w:t>
        <w:br/>
        <w:t>v -0.432574 0.251022 0.372149</w:t>
        <w:br/>
        <w:t>v -0.436600 0.248165 0.426298</w:t>
        <w:br/>
        <w:t>v -0.456362 0.271032 0.359506</w:t>
        <w:br/>
        <w:t>v -0.436600 0.248165 0.426298</w:t>
        <w:br/>
        <w:t>v -0.462538 0.268271 0.455277</w:t>
        <w:br/>
        <w:t>v -0.542854 0.257334 0.374323</w:t>
        <w:br/>
        <w:t>v -0.560114 0.252932 0.373151</w:t>
        <w:br/>
        <w:t>v -0.548803 0.258958 0.270984</w:t>
        <w:br/>
        <w:t>v -0.552139 0.237426 0.431532</w:t>
        <w:br/>
        <w:t>v -0.545457 0.244596 0.428381</w:t>
        <w:br/>
        <w:t>v -0.432574 0.251022 0.372149</w:t>
        <w:br/>
        <w:t>v -0.413140 0.245889 0.375156</w:t>
        <w:br/>
        <w:t>v -0.428411 0.240759 0.431355</w:t>
        <w:br/>
        <w:t>v -0.436600 0.248165 0.426298</w:t>
        <w:br/>
        <w:t>v -0.402555 0.258409 0.300594</w:t>
        <w:br/>
        <w:t>v -0.456362 0.271032 0.359506</w:t>
        <w:br/>
        <w:t>v -0.475867 0.294023 0.296925</w:t>
        <w:br/>
        <w:t>v -0.518048 0.273955 0.356707</w:t>
        <w:br/>
        <w:t>v -0.559084 0.176024 0.422861</w:t>
        <w:br/>
        <w:t>v -0.560114 0.252932 0.373151</w:t>
        <w:br/>
        <w:t>v -0.464492 0.179343 0.451407</w:t>
        <w:br/>
        <w:t>v -0.468637 0.115560 0.405265</w:t>
        <w:br/>
        <w:t>v -0.511800 0.115560 0.402920</w:t>
        <w:br/>
        <w:t>v -0.518232 0.178493 0.449022</w:t>
        <w:br/>
        <w:t>v -0.469024 0.241314 0.453437</w:t>
        <w:br/>
        <w:t>v -0.515141 0.239875 0.451482</w:t>
        <w:br/>
        <w:t>v -0.523217 0.256717 0.439693</w:t>
        <w:br/>
        <w:t>v -0.493986 0.261939 0.445704</w:t>
        <w:br/>
        <w:t>v -0.538369 0.115564 0.392431</w:t>
        <w:br/>
        <w:t>v -0.559084 0.176024 0.422861</w:t>
        <w:br/>
        <w:t>v -0.462062 0.257263 0.441218</w:t>
        <w:br/>
        <w:t>v -0.523217 0.256717 0.439693</w:t>
        <w:br/>
        <w:t>v -0.545457 0.244596 0.428381</w:t>
        <w:br/>
        <w:t>v -0.525796 0.267344 0.452945</w:t>
        <w:br/>
        <w:t>v -0.987089 0.132917 0.265214</w:t>
        <w:br/>
        <w:t>v -0.957381 0.130167 0.247609</w:t>
        <w:br/>
        <w:t>v -0.960406 0.115545 0.242963</w:t>
        <w:br/>
        <w:t>v -0.988673 0.115549 0.257888</w:t>
        <w:br/>
        <w:t>v -1.016350 0.227537 0.156119</w:t>
        <w:br/>
        <w:t>v -0.978673 0.314328 0.087826</w:t>
        <w:br/>
        <w:t>v -0.979816 0.227154 0.149952</w:t>
        <w:br/>
        <w:t>v -1.019704 0.115550 0.251595</w:t>
        <w:br/>
        <w:t>v -1.022139 0.126840 0.256266</w:t>
        <w:br/>
        <w:t>v -0.968893 0.114138 0.125699</w:t>
        <w:br/>
        <w:t>v -0.960406 0.115545 0.242963</w:t>
        <w:br/>
        <w:t>v -0.957381 0.130167 0.247609</w:t>
        <w:br/>
        <w:t>v -0.969715 0.155547 0.157119</w:t>
        <w:br/>
        <w:t>v -1.034009 0.115550 0.133315</w:t>
        <w:br/>
        <w:t>v -1.052937 0.146726 0.142514</w:t>
        <w:br/>
        <w:t>v -1.022139 0.126840 0.256266</w:t>
        <w:br/>
        <w:t>v -1.019704 0.115550 0.251595</w:t>
        <w:br/>
        <w:t>v -1.013593 0.146824 0.262612</w:t>
        <w:br/>
        <w:t>v -1.030936 0.167067 0.212719</w:t>
        <w:br/>
        <w:t>v -0.968482 0.158078 0.252931</w:t>
        <w:br/>
        <w:t>v -0.979060 0.182871 0.200925</w:t>
        <w:br/>
        <w:t>v -1.044182 0.198191 0.155191</w:t>
        <w:br/>
        <w:t>v -0.974670 0.187899 0.103385</w:t>
        <w:br/>
        <w:t>v -0.947243 0.115548 0.230081</w:t>
        <w:br/>
        <w:t>v -0.968893 0.114138 0.125699</w:t>
        <w:br/>
        <w:t>v -0.969715 0.155547 0.157119</w:t>
        <w:br/>
        <w:t>v -0.855725 0.197912 0.162562</w:t>
        <w:br/>
        <w:t>v -0.845993 0.191255 0.262395</w:t>
        <w:br/>
        <w:t>v -0.859882 0.216910 0.268791</w:t>
        <w:br/>
        <w:t>v -0.865105 0.270169 0.207725</w:t>
        <w:br/>
        <w:t>v -0.934718 0.197388 0.267736</w:t>
        <w:br/>
        <w:t>v -0.948310 0.144855 0.268408</w:t>
        <w:br/>
        <w:t>v -0.946380 0.248536 0.205575</w:t>
        <w:br/>
        <w:t>v -0.978673 0.314328 0.087826</w:t>
        <w:br/>
        <w:t>v -0.979816 0.227154 0.149952</w:t>
        <w:br/>
        <w:t>v -0.908542 0.278176 0.213278</w:t>
        <w:br/>
        <w:t>v -0.865105 0.270169 0.207725</w:t>
        <w:br/>
        <w:t>v -0.859882 0.216910 0.268791</w:t>
        <w:br/>
        <w:t>v -0.893735 0.219204 0.272476</w:t>
        <w:br/>
        <w:t>v -0.864623 0.352061 0.114069</w:t>
        <w:br/>
        <w:t>v -0.896256 0.172732 0.350974</w:t>
        <w:br/>
        <w:t>v -0.895863 0.175145 0.358685</w:t>
        <w:br/>
        <w:t>v -0.879537 0.177469 0.357119</w:t>
        <w:br/>
        <w:t>v -0.881014 0.175101 0.351466</w:t>
        <w:br/>
        <w:t>v -0.726207 0.232611 0.204273</w:t>
        <w:br/>
        <w:t>v -0.720853 0.196753 0.296932</w:t>
        <w:br/>
        <w:t>v -0.736511 0.230386 0.318509</w:t>
        <w:br/>
        <w:t>v -0.743270 0.297015 0.251184</w:t>
        <w:br/>
        <w:t>v -0.815498 0.215764 0.322206</w:t>
        <w:br/>
        <w:t>v -0.830615 0.166177 0.312915</w:t>
        <w:br/>
        <w:t>v -0.855725 0.197912 0.162562</w:t>
        <w:br/>
        <w:t>v -0.828107 0.288624 0.243705</w:t>
        <w:br/>
        <w:t>v -0.865105 0.270169 0.207725</w:t>
        <w:br/>
        <w:t>v -0.789846 0.310006 0.254706</w:t>
        <w:br/>
        <w:t>v -0.778828 0.238543 0.328475</w:t>
        <w:br/>
        <w:t>v -0.734307 0.385532 0.141847</w:t>
        <w:br/>
        <w:t>v -0.755415 0.187974 0.408850</w:t>
        <w:br/>
        <w:t>v -0.754897 0.192291 0.417964</w:t>
        <w:br/>
        <w:t>v -0.738501 0.187906 0.408256</w:t>
        <w:br/>
        <w:t>v -0.710383 0.193498 0.347472</w:t>
        <w:br/>
        <w:t>v -0.726207 0.232611 0.204273</w:t>
        <w:br/>
        <w:t>v -0.707213 0.304647 0.245570</w:t>
        <w:br/>
        <w:t>v -0.695785 0.231096 0.344558</w:t>
        <w:br/>
        <w:t>v -0.726207 0.232611 0.204273</w:t>
        <w:br/>
        <w:t>v -0.707213 0.304647 0.245570</w:t>
        <w:br/>
        <w:t>v -0.635811 0.311153 0.232393</w:t>
        <w:br/>
        <w:t>v -0.612258 0.257089 0.284155</w:t>
        <w:br/>
        <w:t>v -0.598923 0.236900 0.345211</w:t>
        <w:br/>
        <w:t>v -0.644588 0.243583 0.344168</w:t>
        <w:br/>
        <w:t>v -0.695785 0.231096 0.344558</w:t>
        <w:br/>
        <w:t>v -0.701012 0.428740 0.122085</w:t>
        <w:br/>
        <w:t>v -0.674927 0.185412 0.438764</w:t>
        <w:br/>
        <w:t>v -0.678471 0.142408 0.434613</w:t>
        <w:br/>
        <w:t>v -0.694563 0.115558 0.318851</w:t>
        <w:br/>
        <w:t>v -0.676666 0.115555 0.389947</w:t>
        <w:br/>
        <w:t>v -0.621419 0.199050 0.441178</w:t>
        <w:br/>
        <w:t>v -0.636440 0.199996 0.447077</w:t>
        <w:br/>
        <w:t>v -0.636523 0.206135 0.455368</w:t>
        <w:br/>
        <w:t>v -0.615689 0.204153 0.447969</w:t>
        <w:br/>
        <w:t>v -0.979060 0.182871 0.200925</w:t>
        <w:br/>
        <w:t>v -1.005093 0.185203 0.207424</w:t>
        <w:br/>
        <w:t>v -1.080799 0.155652 0.039658</w:t>
        <w:br/>
        <w:t>v -1.068381 0.238085 0.062974</w:t>
        <w:br/>
        <w:t>v -1.044965 0.115551 0.031338</w:t>
        <w:br/>
        <w:t>v -0.878727 0.119222 0.350755</w:t>
        <w:br/>
        <w:t>v -0.885510 0.115551 0.310126</w:t>
        <w:br/>
        <w:t>v -0.922312 0.115556 0.305776</w:t>
        <w:br/>
        <w:t>v -0.918394 0.118583 0.344893</w:t>
        <w:br/>
        <w:t>v -0.843033 0.128233 0.336920</w:t>
        <w:br/>
        <w:t>v -0.851496 0.115560 0.298496</w:t>
        <w:br/>
        <w:t>v -0.754296 0.124975 0.407019</w:t>
        <w:br/>
        <w:t>v -0.763557 0.115550 0.363794</w:t>
        <w:br/>
        <w:t>v -0.800079 0.115559 0.361796</w:t>
        <w:br/>
        <w:t>v -0.797709 0.127120 0.401330</w:t>
        <w:br/>
        <w:t>v -0.715731 0.127629 0.392733</w:t>
        <w:br/>
        <w:t>v -0.724629 0.115557 0.356431</w:t>
        <w:br/>
        <w:t>v -0.635129 0.144895 0.443937</w:t>
        <w:br/>
        <w:t>v -0.640097 0.115554 0.390536</w:t>
        <w:br/>
        <w:t>v -0.676666 0.115555 0.389947</w:t>
        <w:br/>
        <w:t>v -0.678471 0.142408 0.434613</w:t>
        <w:br/>
        <w:t>v -0.591502 0.145502 0.430528</w:t>
        <w:br/>
        <w:t>v -0.586115 0.115558 0.385983</w:t>
        <w:br/>
        <w:t>v -0.636523 0.206135 0.455368</w:t>
        <w:br/>
        <w:t>v -0.653164 0.201604 0.448172</w:t>
        <w:br/>
        <w:t>v -0.669016 0.217148 0.403424</w:t>
        <w:br/>
        <w:t>v -0.635235 0.216731 0.401245</w:t>
        <w:br/>
        <w:t>v -0.635235 0.216731 0.401245</w:t>
        <w:br/>
        <w:t>v -0.669016 0.217148 0.403424</w:t>
        <w:br/>
        <w:t>v -0.678421 0.207931 0.409238</w:t>
        <w:br/>
        <w:t>v -0.615689 0.204153 0.447969</w:t>
        <w:br/>
        <w:t>v -0.593673 0.208370 0.406060</w:t>
        <w:br/>
        <w:t>v -0.678421 0.207931 0.409238</w:t>
        <w:br/>
        <w:t>v -0.667881 0.193504 0.435300</w:t>
        <w:br/>
        <w:t>v -0.615689 0.204153 0.447969</w:t>
        <w:br/>
        <w:t>v -0.593673 0.208370 0.406060</w:t>
        <w:br/>
        <w:t>v -0.604349 0.193058 0.431335</w:t>
        <w:br/>
        <w:t>v -0.604349 0.193058 0.431335</w:t>
        <w:br/>
        <w:t>v -0.593673 0.208370 0.406060</w:t>
        <w:br/>
        <w:t>v -0.586115 0.115558 0.385983</w:t>
        <w:br/>
        <w:t>v -0.591502 0.145502 0.430528</w:t>
        <w:br/>
        <w:t>v -0.667881 0.193504 0.435300</w:t>
        <w:br/>
        <w:t>v -0.792992 0.172464 0.404784</w:t>
        <w:br/>
        <w:t>v -0.789710 0.189662 0.382258</w:t>
        <w:br/>
        <w:t>v -0.797709 0.127120 0.401330</w:t>
        <w:br/>
        <w:t>v -0.800079 0.115559 0.361796</w:t>
        <w:br/>
        <w:t>v -0.715731 0.127629 0.392733</w:t>
        <w:br/>
        <w:t>v -0.720359 0.173732 0.398513</w:t>
        <w:br/>
        <w:t>v -0.724629 0.115557 0.356431</w:t>
        <w:br/>
        <w:t>v -0.735850 0.194201 0.372871</w:t>
        <w:br/>
        <w:t>v -0.727869 0.182432 0.397161</w:t>
        <w:br/>
        <w:t>v -0.751038 0.204267 0.368360</w:t>
        <w:br/>
        <w:t>v -0.735850 0.194201 0.372871</w:t>
        <w:br/>
        <w:t>v -0.727869 0.182432 0.397161</w:t>
        <w:br/>
        <w:t>v -0.738501 0.187906 0.408256</w:t>
        <w:br/>
        <w:t>v -0.751038 0.204267 0.368360</w:t>
        <w:br/>
        <w:t>v -0.779090 0.203534 0.373390</w:t>
        <w:br/>
        <w:t>v -0.786821 0.181057 0.401866</w:t>
        <w:br/>
        <w:t>v -0.789710 0.189662 0.382258</w:t>
        <w:br/>
        <w:t>v -0.779090 0.203534 0.373390</w:t>
        <w:br/>
        <w:t>v -0.774516 0.188327 0.412185</w:t>
        <w:br/>
        <w:t>v -0.786821 0.181057 0.401866</w:t>
        <w:br/>
        <w:t>v -0.911282 0.167746 0.346764</w:t>
        <w:br/>
        <w:t>v -0.912711 0.180549 0.326389</w:t>
        <w:br/>
        <w:t>v -0.918394 0.118583 0.344893</w:t>
        <w:br/>
        <w:t>v -0.922312 0.115556 0.305776</w:t>
        <w:br/>
        <w:t>v -0.843033 0.128233 0.336920</w:t>
        <w:br/>
        <w:t>v -0.846982 0.169115 0.341526</w:t>
        <w:br/>
        <w:t>v -0.851496 0.115560 0.298496</w:t>
        <w:br/>
        <w:t>v -0.860650 0.185261 0.317300</w:t>
        <w:br/>
        <w:t>v -0.901234 0.190831 0.318607</w:t>
        <w:br/>
        <w:t>v -0.872354 0.194193 0.314143</w:t>
        <w:br/>
        <w:t>v -0.864487 0.175394 0.350124</w:t>
        <w:br/>
        <w:t>v -0.879537 0.177469 0.357119</w:t>
        <w:br/>
        <w:t>v -0.872354 0.194193 0.314143</w:t>
        <w:br/>
        <w:t>v -0.901234 0.190831 0.318607</w:t>
        <w:br/>
        <w:t>v -0.895863 0.175145 0.358685</w:t>
        <w:br/>
        <w:t>v -0.911282 0.167746 0.346764</w:t>
        <w:br/>
        <w:t>v -0.912711 0.180549 0.326389</w:t>
        <w:br/>
        <w:t>v -0.855612 0.175007 0.339426</w:t>
        <w:br/>
        <w:t>v -0.860650 0.185261 0.317300</w:t>
        <w:br/>
        <w:t>v -0.855612 0.175007 0.339426</w:t>
        <w:br/>
        <w:t>v -0.977696 0.170973 0.235675</w:t>
        <w:br/>
        <w:t>v -0.987946 0.177693 0.233159</w:t>
        <w:br/>
        <w:t>v -1.008280 0.173002 0.239943</w:t>
        <w:br/>
        <w:t>v -0.987946 0.177693 0.233159</w:t>
        <w:br/>
        <w:t>v -0.977214 0.158235 0.260800</w:t>
        <w:br/>
        <w:t>v -0.988774 0.157343 0.265524</w:t>
        <w:br/>
        <w:t>v -1.008280 0.173002 0.239943</w:t>
        <w:br/>
        <w:t>v -1.012288 0.161252 0.246421</w:t>
        <w:br/>
        <w:t>v -1.000537 0.153837 0.266956</w:t>
        <w:br/>
        <w:t>v -1.012288 0.161252 0.246421</w:t>
        <w:br/>
        <w:t>v -1.013593 0.146824 0.262612</w:t>
        <w:br/>
        <w:t>v -1.000537 0.153837 0.266956</w:t>
        <w:br/>
        <w:t>v -0.988060 0.146007 0.267116</w:t>
        <w:br/>
        <w:t>v -1.013593 0.146824 0.262612</w:t>
        <w:br/>
        <w:t>v -0.880252 0.160908 0.355951</w:t>
        <w:br/>
        <w:t>v -0.878727 0.119222 0.350755</w:t>
        <w:br/>
        <w:t>v -0.918394 0.118583 0.344893</w:t>
        <w:br/>
        <w:t>v -0.754945 0.172312 0.413629</w:t>
        <w:br/>
        <w:t>v -0.754296 0.124975 0.407019</w:t>
        <w:br/>
        <w:t>v -0.797709 0.127120 0.401330</w:t>
        <w:br/>
        <w:t>v -0.792992 0.172464 0.404784</w:t>
        <w:br/>
        <w:t>v -0.635135 0.184912 0.450265</w:t>
        <w:br/>
        <w:t>v -0.635129 0.144895 0.443937</w:t>
        <w:br/>
        <w:t>v -0.851829 0.114525 0.185604</w:t>
        <w:br/>
        <w:t>v -0.854897 0.115552 0.232470</w:t>
        <w:br/>
        <w:t>v -0.824259 0.115550 0.283976</w:t>
        <w:br/>
        <w:t>v -0.851829 0.114525 0.185604</w:t>
        <w:br/>
        <w:t>v -0.720584 0.114803 0.223806</w:t>
        <w:br/>
        <w:t>v -0.726374 0.115563 0.281467</w:t>
        <w:br/>
        <w:t>v -0.720584 0.114803 0.223806</w:t>
        <w:br/>
        <w:t>v -0.588887 0.111700 0.336433</w:t>
        <w:br/>
        <w:t>v -0.598923 0.236900 0.345211</w:t>
        <w:br/>
        <w:t>v -0.612258 0.257089 0.284155</w:t>
        <w:br/>
        <w:t>v -0.911282 0.167746 0.346764</w:t>
        <w:br/>
        <w:t>v -0.786821 0.181057 0.401866</w:t>
        <w:br/>
        <w:t>v -0.774516 0.188327 0.412185</w:t>
        <w:br/>
        <w:t>v -0.667881 0.193504 0.435300</w:t>
        <w:br/>
        <w:t>v -0.653164 0.201604 0.448172</w:t>
        <w:br/>
        <w:t>v -0.636440 0.199996 0.447077</w:t>
        <w:br/>
        <w:t>v -0.621419 0.199050 0.441178</w:t>
        <w:br/>
        <w:t>v -0.727869 0.182432 0.397161</w:t>
        <w:br/>
        <w:t>v -0.855612 0.175007 0.339426</w:t>
        <w:br/>
        <w:t>v -0.864487 0.175394 0.350124</w:t>
        <w:br/>
        <w:t>v -0.715731 0.127629 0.392733</w:t>
        <w:br/>
        <w:t>v -0.720359 0.173732 0.398513</w:t>
        <w:br/>
        <w:t>v -0.754897 0.192291 0.417964</w:t>
        <w:br/>
        <w:t>v -0.604349 0.193058 0.431335</w:t>
        <w:br/>
        <w:t>v -0.846982 0.169115 0.341526</w:t>
        <w:br/>
        <w:t>v -0.843033 0.128233 0.336920</w:t>
        <w:br/>
        <w:t>v -0.979816 0.227154 0.149952</w:t>
        <w:br/>
        <w:t>v -0.974670 0.187899 0.103385</w:t>
        <w:br/>
        <w:t>v -0.968482 0.158078 0.252931</w:t>
        <w:br/>
        <w:t>v -0.977696 0.170973 0.235675</w:t>
        <w:br/>
        <w:t>v -0.988060 0.146007 0.267116</w:t>
        <w:br/>
        <w:t>v -0.461244 0.540848 -0.016010</w:t>
        <w:br/>
        <w:t>v -1.051567 0.347913 -0.069521</w:t>
        <w:br/>
        <w:t>v -0.884116 0.491627 0.002328</w:t>
        <w:br/>
        <w:t>v -0.808316 0.549608 0.021273</w:t>
        <w:br/>
        <w:t>v -0.344723 0.415889 -0.058440</w:t>
        <w:br/>
        <w:t>v -0.415409 0.606184 -0.108143</w:t>
        <w:br/>
        <w:t>v -0.362839 0.576506 -0.280105</w:t>
        <w:br/>
        <w:t>v -1.097613 0.191068 -0.152279</w:t>
        <w:br/>
        <w:t>v -0.331345 0.249956 -0.115426</w:t>
        <w:br/>
        <w:t>v -0.381392 0.118751 -0.248221</w:t>
        <w:br/>
        <w:t>v -0.461244 0.540848 -0.016010</w:t>
        <w:br/>
        <w:t>v -1.063846 0.116878 -0.245890</w:t>
        <w:br/>
        <w:t>v -1.027640 0.610681 -0.244477</w:t>
        <w:br/>
        <w:t>v -0.896752 0.619027 -0.068450</w:t>
        <w:br/>
        <w:t>v -0.808316 0.549608 0.021273</w:t>
        <w:br/>
        <w:t>v -1.018764 0.426791 -0.536911</w:t>
        <w:br/>
        <w:t>v -1.062539 0.510390 -0.424699</w:t>
        <w:br/>
        <w:t>v -0.410508 0.378807 -0.497737</w:t>
        <w:br/>
        <w:t>v -0.387273 0.468574 -0.418894</w:t>
        <w:br/>
        <w:t>v -0.562813 0.113306 0.339376</w:t>
        <w:br/>
        <w:t>v -0.548803 0.258958 0.270984</w:t>
        <w:br/>
        <w:t>v -0.947243 0.115548 0.230081</w:t>
        <w:br/>
        <w:t>v -0.960406 0.115545 0.242963</w:t>
        <w:br/>
        <w:t>v -0.968893 0.114138 0.125699</w:t>
        <w:br/>
        <w:t>v -0.584192 0.119848 0.355864</w:t>
        <w:br/>
        <w:t>v -0.586115 0.115558 0.385983</w:t>
        <w:br/>
        <w:t>v -0.588887 0.111700 0.336433</w:t>
        <w:br/>
        <w:t>v -0.824259 0.115550 0.283976</w:t>
        <w:br/>
        <w:t>v -0.854897 0.115552 0.232470</w:t>
        <w:br/>
        <w:t>v -0.851829 0.114525 0.185604</w:t>
        <w:br/>
        <w:t>v -0.694563 0.115558 0.318851</w:t>
        <w:br/>
        <w:t>v -0.726374 0.115563 0.281467</w:t>
        <w:br/>
        <w:t>v -0.720584 0.114803 0.223806</w:t>
        <w:br/>
        <w:t>v -0.800079 0.115559 0.361796</w:t>
        <w:br/>
        <w:t>v -0.851496 0.115560 0.298496</w:t>
        <w:br/>
        <w:t>v -0.468637 0.115560 0.405265</w:t>
        <w:br/>
        <w:t>v -0.988673 0.115549 0.257888</w:t>
        <w:br/>
        <w:t>v -0.538369 0.115564 0.392431</w:t>
        <w:br/>
        <w:t>v -0.567509 0.120876 0.357746</w:t>
        <w:br/>
        <w:t>v -0.562813 0.113306 0.339376</w:t>
        <w:br/>
        <w:t>v -0.676666 0.115555 0.389947</w:t>
        <w:br/>
        <w:t>v -0.724629 0.115557 0.356431</w:t>
        <w:br/>
        <w:t>v -0.922312 0.115556 0.305776</w:t>
        <w:br/>
        <w:t>v -0.885510 0.115551 0.310126</w:t>
        <w:br/>
        <w:t>v -0.584192 0.119848 0.355864</w:t>
        <w:br/>
        <w:t>v -0.511800 0.115560 0.402920</w:t>
        <w:br/>
        <w:t>v -0.640097 0.115554 0.390536</w:t>
        <w:br/>
        <w:t>v -0.763557 0.115550 0.363794</w:t>
        <w:br/>
        <w:t>v -1.001108 1.368420 -0.960294</w:t>
        <w:br/>
        <w:t>v -0.968736 1.126622 -1.104530</w:t>
        <w:br/>
        <w:t>v -0.917627 1.566514 -1.189969</w:t>
        <w:br/>
        <w:t>v -0.911457 1.713944 -1.093517</w:t>
        <w:br/>
        <w:t>v -0.894641 1.327981 -1.282790</w:t>
        <w:br/>
        <w:t>v -0.826258 1.608892 -1.254382</w:t>
        <w:br/>
        <w:t>v -0.824442 1.736978 -1.163067</w:t>
        <w:br/>
        <w:t>v -0.821644 1.364787 -1.329719</w:t>
        <w:br/>
        <w:t>v -0.712982 1.631035 -1.288040</w:t>
        <w:br/>
        <w:t>v -0.721680 1.748678 -1.195129</w:t>
        <w:br/>
        <w:t>v -0.707636 1.386061 -1.370198</w:t>
        <w:br/>
        <w:t>v -0.596600 1.620965 -1.272732</w:t>
        <w:br/>
        <w:t>v -0.610354 1.739830 -1.160337</w:t>
        <w:br/>
        <w:t>v -0.600606 1.381077 -1.350215</w:t>
        <w:br/>
        <w:t>v -1.051886 2.069628 -0.762777</w:t>
        <w:br/>
        <w:t>v -1.029910 2.069628 -0.935774</w:t>
        <w:br/>
        <w:t>v -0.358617 2.069628 -0.830628</w:t>
        <w:br/>
        <w:t>v -0.455212 2.087769 -1.030031</w:t>
        <w:br/>
        <w:t>v -0.386487 2.069628 -0.602821</w:t>
        <w:br/>
        <w:t>v -0.934010 1.877624 -1.014612</w:t>
        <w:br/>
        <w:t>v -0.851254 1.912362 -1.092224</w:t>
        <w:br/>
        <w:t>v -0.864784 1.995755 -1.077311</w:t>
        <w:br/>
        <w:t>v -0.925104 1.945084 -1.030714</w:t>
        <w:br/>
        <w:t>v -0.727958 1.934373 -1.154728</w:t>
        <w:br/>
        <w:t>v -0.784480 2.015823 -1.129508</w:t>
        <w:br/>
        <w:t>v -0.635946 2.018476 -1.133467</w:t>
        <w:br/>
        <w:t>v -0.612313 1.937028 -1.142108</w:t>
        <w:br/>
        <w:t>v -0.464409 1.877900 -1.014049</w:t>
        <w:br/>
        <w:t>v -0.487737 1.939195 -1.030993</w:t>
        <w:br/>
        <w:t>v -0.533459 1.985062 -1.071164</w:t>
        <w:br/>
        <w:t>v -0.516147 1.917311 -1.084457</w:t>
        <w:br/>
        <w:t>v -0.736249 1.848334 -0.396181</w:t>
        <w:br/>
        <w:t>v -0.668839 2.051119 -0.389038</w:t>
        <w:br/>
        <w:t>v -0.724303 2.051119 -0.390268</w:t>
        <w:br/>
        <w:t>v -0.486827 0.647871 -0.040970</w:t>
        <w:br/>
        <w:t>v -0.623893 0.682617 0.003299</w:t>
        <w:br/>
        <w:t>v -0.783121 0.653953 0.002388</w:t>
        <w:br/>
        <w:t>v -0.522268 0.537568 0.084646</w:t>
        <w:br/>
        <w:t>v -0.528310 0.540214 0.047405</w:t>
        <w:br/>
        <w:t>v -0.461225 0.551502 -0.002629</w:t>
        <w:br/>
        <w:t>v -0.474630 0.547209 0.027684</w:t>
        <w:br/>
        <w:t>v -1.022763 0.440182 -0.574849</w:t>
        <w:br/>
        <w:t>v -1.065173 0.443903 -0.586946</w:t>
        <w:br/>
        <w:t>v -1.065173 0.443903 -0.586946</w:t>
        <w:br/>
        <w:t>v -1.053803 0.365981 -0.615097</w:t>
        <w:br/>
        <w:t>v -0.896256 0.172732 0.350974</w:t>
        <w:br/>
        <w:t>v -0.881014 0.175101 0.351466</w:t>
        <w:br/>
        <w:t>v -0.943843 1.945511 -1.047224</w:t>
        <w:br/>
        <w:t>v -0.951942 1.865831 -1.031635</w:t>
        <w:br/>
        <w:t>v -0.934010 1.877624 -1.014612</w:t>
        <w:br/>
        <w:t>v -0.925104 1.945084 -1.030714</w:t>
        <w:br/>
        <w:t>v -0.943843 1.945511 -1.047224</w:t>
        <w:br/>
        <w:t>v -0.934010 1.877624 -1.014612</w:t>
        <w:br/>
        <w:t>v -0.851254 1.912362 -1.092224</w:t>
        <w:br/>
        <w:t>v -0.872221 2.003059 -1.104330</w:t>
        <w:br/>
        <w:t>v -0.864784 1.995755 -1.077311</w:t>
        <w:br/>
        <w:t>v -0.784480 2.024522 -1.154071</w:t>
        <w:br/>
        <w:t>v -0.784480 2.015823 -1.129508</w:t>
        <w:br/>
        <w:t>v -0.724032 1.927222 -1.188357</w:t>
        <w:br/>
        <w:t>v -0.727958 1.934373 -1.154728</w:t>
        <w:br/>
        <w:t>v -0.635946 2.026294 -1.151644</w:t>
        <w:br/>
        <w:t>v -0.635946 2.018476 -1.133467</w:t>
        <w:br/>
        <w:t>v -0.610003 1.923387 -1.168715</w:t>
        <w:br/>
        <w:t>v -0.612313 1.937028 -1.142108</w:t>
        <w:br/>
        <w:t>v -0.470395 1.942256 -1.037101</w:t>
        <w:br/>
        <w:t>v -0.517962 1.996039 -1.081855</w:t>
        <w:br/>
        <w:t>v -0.533459 1.985062 -1.071164</w:t>
        <w:br/>
        <w:t>v -0.487737 1.939195 -1.030993</w:t>
        <w:br/>
        <w:t>v -0.503154 1.904103 -1.116904</w:t>
        <w:br/>
        <w:t>v -0.516147 1.917311 -1.084457</w:t>
        <w:br/>
        <w:t>v -0.442172 1.865668 -1.008065</w:t>
        <w:br/>
        <w:t>v -0.464409 1.877900 -1.014049</w:t>
        <w:br/>
        <w:t>v -0.442172 1.865668 -1.008065</w:t>
        <w:br/>
        <w:t>v -0.464409 1.877900 -1.014049</w:t>
        <w:br/>
        <w:t>v -0.554108 2.051119 -0.425367</w:t>
        <w:br/>
        <w:t>v -1.077178 0.765599 -0.398514</w:t>
        <w:br/>
        <w:t>v -1.057820 0.699318 -0.636406</w:t>
        <w:br/>
        <w:t>v -0.979187 0.666484 -0.746213</w:t>
        <w:br/>
        <w:t>v -0.558605 0.601762 0.024362</w:t>
        <w:br/>
        <w:t>v -0.616853 0.681916 0.034583</w:t>
        <w:br/>
        <w:t>v -0.623893 0.682617 0.003299</w:t>
        <w:br/>
        <w:t>v -0.558605 0.601762 0.024362</w:t>
        <w:br/>
        <w:t>v -0.675062 0.601133 0.052094</w:t>
        <w:br/>
        <w:t>v -0.528310 0.540214 0.047405</w:t>
        <w:br/>
        <w:t>v -0.623893 0.682617 0.003299</w:t>
        <w:br/>
        <w:t>v -0.616853 0.681916 0.034583</w:t>
        <w:br/>
        <w:t>v -0.593673 0.208370 0.406060</w:t>
        <w:br/>
        <w:t>v -0.755415 0.187974 0.408850</w:t>
        <w:br/>
        <w:t>v -0.862541 2.258432 -0.435816</w:t>
        <w:br/>
        <w:t>v -0.764115 2.252880 -0.448447</w:t>
        <w:br/>
        <w:t>v -0.733602 2.249578 -0.393282</w:t>
        <w:br/>
        <w:t>v -0.889125 2.275588 -0.533091</w:t>
        <w:br/>
        <w:t>v -0.791210 2.307925 -1.118521</w:t>
        <w:br/>
        <w:t>v -0.860027 2.296979 -1.036464</w:t>
        <w:br/>
        <w:t>v -0.930099 2.299956 -1.049996</w:t>
        <w:br/>
        <w:t>v -0.978444 2.299646 -0.817597</w:t>
        <w:br/>
        <w:t>v -1.016085 2.304641 -0.945971</w:t>
        <w:br/>
        <w:t>v -1.042321 2.305007 -0.820651</w:t>
        <w:br/>
        <w:t>v -0.984640 2.298056 -0.668406</w:t>
        <w:br/>
        <w:t>v -1.037934 2.296982 -0.666809</w:t>
        <w:br/>
        <w:t>v -0.961478 2.272824 -0.507140</w:t>
        <w:br/>
        <w:t>v -0.572337 2.272427 -0.461001</w:t>
        <w:br/>
        <w:t>v -0.541345 2.276702 -0.447993</w:t>
        <w:br/>
        <w:t>v -0.671866 2.252688 -0.398191</w:t>
        <w:br/>
        <w:t>v -0.418161 2.298055 -0.770415</w:t>
        <w:br/>
        <w:t>v -0.478103 2.298056 -0.965598</w:t>
        <w:br/>
        <w:t>v -0.388212 2.303645 -0.881219</w:t>
        <w:br/>
        <w:t>v -0.454351 2.291217 -0.577895</w:t>
        <w:br/>
        <w:t>v -0.357634 2.301207 -0.718508</w:t>
        <w:br/>
        <w:t>v -0.421422 2.289167 -0.533191</w:t>
        <w:br/>
        <w:t>v -0.471822 2.306159 -1.020757</w:t>
        <w:br/>
        <w:t>v -0.772161 2.294217 -1.095225</w:t>
        <w:br/>
        <w:t>v -0.653163 2.300174 -1.102712</w:t>
        <w:br/>
        <w:t>v -0.665359 2.298056 -1.093675</w:t>
        <w:br/>
        <w:t>v -0.653163 2.300174 -1.102712</w:t>
        <w:br/>
        <w:t>v -0.665359 2.298056 -1.093675</w:t>
        <w:br/>
        <w:t>v -0.629914 2.308851 -1.126704</w:t>
        <w:br/>
        <w:t>v -0.733602 2.249578 -0.393282</w:t>
        <w:br/>
        <w:t>v -0.723569 2.226938 -0.397544</w:t>
        <w:br/>
        <w:t>v -0.733602 2.249578 -0.393282</w:t>
        <w:br/>
        <w:t>v -0.764115 2.252880 -0.448447</w:t>
        <w:br/>
        <w:t>v -1.111896 2.005051 -0.695065</w:t>
        <w:br/>
        <w:t>v -0.925989 1.970800 -0.447951</w:t>
        <w:br/>
        <w:t>v -1.013681 1.987647 -0.534661</w:t>
        <w:br/>
        <w:t>v -0.421422 2.289167 -0.533191</w:t>
        <w:br/>
        <w:t>v -0.380733 2.141043 -0.541423</w:t>
        <w:br/>
        <w:t>v -0.427072 2.177273 -1.007381</w:t>
        <w:br/>
        <w:t>v -0.435375 2.106726 -1.049983</w:t>
        <w:br/>
        <w:t>v -0.246750 1.858134 -0.724457</w:t>
        <w:br/>
        <w:t>v -0.259513 1.880637 -0.877133</w:t>
        <w:br/>
        <w:t>v -0.205278 1.708562 -0.729635</w:t>
        <w:br/>
        <w:t>v -0.319804 1.828240 -0.563452</w:t>
        <w:br/>
        <w:t>v -0.339398 2.005188 -0.972445</w:t>
        <w:br/>
        <w:t>v -0.872221 2.003059 -1.104330</w:t>
        <w:br/>
        <w:t>v -0.784480 2.024522 -1.154071</w:t>
        <w:br/>
        <w:t>v -0.635946 2.026294 -1.151644</w:t>
        <w:br/>
        <w:t>v -0.455212 2.087769 -1.030031</w:t>
        <w:br/>
        <w:t>v -0.442172 1.865668 -1.008065</w:t>
        <w:br/>
        <w:t>v -0.292326 2.002410 -0.877236</w:t>
        <w:br/>
        <w:t>v -0.275307 1.985972 -0.718636</w:t>
        <w:br/>
        <w:t>v -0.348763 1.974813 -0.553206</w:t>
        <w:br/>
        <w:t>v -1.019975 2.418728 -0.461028</w:t>
        <w:br/>
        <w:t>v -1.034747 2.446896 -0.450818</w:t>
        <w:br/>
        <w:t>v -1.017223 2.450303 -0.431140</w:t>
        <w:br/>
        <w:t>v -1.002565 2.422822 -0.441042</w:t>
        <w:br/>
        <w:t>v -1.017509 2.482828 -0.434444</w:t>
        <w:br/>
        <w:t>v -1.034545 2.480106 -0.454015</w:t>
        <w:br/>
        <w:t>v -1.003199 2.507917 -0.449790</w:t>
        <w:br/>
        <w:t>v -1.019485 2.505484 -0.469340</w:t>
        <w:br/>
        <w:t>v -0.995535 2.513389 -0.490748</w:t>
        <w:br/>
        <w:t>v -0.979806 2.515877 -0.471263</w:t>
        <w:br/>
        <w:t>v -0.971835 2.501162 -0.510105</w:t>
        <w:br/>
        <w:t>v -0.956316 2.503744 -0.490622</w:t>
        <w:br/>
        <w:t>v -0.957148 2.473448 -0.520284</w:t>
        <w:br/>
        <w:t>v -0.941639 2.476194 -0.500526</w:t>
        <w:br/>
        <w:t>v -0.941639 2.476194 -0.500526</w:t>
        <w:br/>
        <w:t>v -0.957148 2.473448 -0.520284</w:t>
        <w:br/>
        <w:t>v -0.957054 2.440451 -0.517365</w:t>
        <w:br/>
        <w:t>v -0.941393 2.443638 -0.497170</w:t>
        <w:br/>
        <w:t>v -0.979126 2.410706 -0.460353</w:t>
        <w:br/>
        <w:t>v -0.995931 2.406440 -0.480676</w:t>
        <w:br/>
        <w:t>v -0.955744 2.418598 -0.481792</w:t>
        <w:br/>
        <w:t>v -0.971850 2.414761 -0.502232</w:t>
        <w:br/>
        <w:t>v -1.019485 2.505484 -0.469340</w:t>
        <w:br/>
        <w:t>v -0.971835 2.501162 -0.510105</w:t>
        <w:br/>
        <w:t>v -0.995535 2.513389 -0.490748</w:t>
        <w:br/>
        <w:t>v -1.034545 2.480106 -0.454015</w:t>
        <w:br/>
        <w:t>v -1.034747 2.446896 -0.450818</w:t>
        <w:br/>
        <w:t>v -1.019975 2.418728 -0.461028</w:t>
        <w:br/>
        <w:t>v -0.995931 2.406440 -0.480676</w:t>
        <w:br/>
        <w:t>v -0.971850 2.414761 -0.502232</w:t>
        <w:br/>
        <w:t>v -0.957054 2.440451 -0.517365</w:t>
        <w:br/>
        <w:t>v -0.957148 2.473448 -0.520284</w:t>
        <w:br/>
        <w:t>v -1.017223 2.450303 -0.431140</w:t>
        <w:br/>
        <w:t>v -0.979126 2.410706 -0.460353</w:t>
        <w:br/>
        <w:t>v -1.002565 2.422822 -0.441042</w:t>
        <w:br/>
        <w:t>v -1.017509 2.482828 -0.434444</w:t>
        <w:br/>
        <w:t>v -1.003199 2.507917 -0.449790</w:t>
        <w:br/>
        <w:t>v -0.979806 2.515877 -0.471263</w:t>
        <w:br/>
        <w:t>v -0.956316 2.503744 -0.490622</w:t>
        <w:br/>
        <w:t>v -0.941639 2.476194 -0.500526</w:t>
        <w:br/>
        <w:t>v -0.941393 2.443638 -0.497170</w:t>
        <w:br/>
        <w:t>v -0.955744 2.418598 -0.481792</w:t>
        <w:br/>
        <w:t>v 0.737774 19.960167 1.053927</w:t>
        <w:br/>
        <w:t>v 0.722379 19.982170 1.060896</w:t>
        <w:br/>
        <w:t>v 0.733065 19.984161 1.071473</w:t>
        <w:br/>
        <w:t>v 0.746450 19.965031 1.065404</w:t>
        <w:br/>
        <w:t>v 0.767891 19.962692 1.055090</w:t>
        <w:br/>
        <w:t>v 0.762891 19.957430 1.041860</w:t>
        <w:br/>
        <w:t>v 0.718827 20.038155 1.056774</w:t>
        <w:br/>
        <w:t>v 0.729594 20.038519 1.067037</w:t>
        <w:br/>
        <w:t>v 0.716777 20.123705 1.055833</w:t>
        <w:br/>
        <w:t>v 0.727962 20.106701 1.066254</w:t>
        <w:br/>
        <w:t>v 0.783907 19.977592 1.047017</w:t>
        <w:br/>
        <w:t>v 0.781723 19.974947 1.032372</w:t>
        <w:br/>
        <w:t>v 0.785711 20.001860 1.045592</w:t>
        <w:br/>
        <w:t>v 0.783793 20.002808 1.030730</w:t>
        <w:br/>
        <w:t>v 0.761562 20.049185 1.051452</w:t>
        <w:br/>
        <w:t>v 0.758918 20.051596 1.037285</w:t>
        <w:br/>
        <w:t>v 0.716777 20.123705 1.055833</w:t>
        <w:br/>
        <w:t>v 0.727962 20.106701 1.066254</w:t>
        <w:br/>
        <w:t>v 0.761562 20.049185 1.051452</w:t>
        <w:br/>
        <w:t>v 0.729594 20.038519 1.067037</w:t>
        <w:br/>
        <w:t>v 0.727962 20.106701 1.066254</w:t>
        <w:br/>
        <w:t>v 0.785711 20.001860 1.045592</w:t>
        <w:br/>
        <w:t>v 0.733065 19.984161 1.071473</w:t>
        <w:br/>
        <w:t>v 0.783907 19.977592 1.047017</w:t>
        <w:br/>
        <w:t>v 0.746450 19.965031 1.065404</w:t>
        <w:br/>
        <w:t>v 0.767891 19.962692 1.055090</w:t>
        <w:br/>
        <w:t>v -0.000013 15.892740 -0.674069</w:t>
        <w:br/>
        <w:t>v 0.018560 15.924603 -0.658352</w:t>
        <w:br/>
        <w:t>v -0.000013 15.974010 -0.666909</w:t>
        <w:br/>
        <w:t>v 0.020045 16.034679 -0.638014</w:t>
        <w:br/>
        <w:t>v -0.000013 16.079552 -0.641929</w:t>
        <w:br/>
        <w:t>v 0.038094 16.051598 -0.605045</w:t>
        <w:br/>
        <w:t>v -0.000013 16.109936 -0.633245</w:t>
        <w:br/>
        <w:t>v -0.000013 16.109936 -0.633245</w:t>
        <w:br/>
        <w:t>v 0.038094 16.051598 -0.605045</w:t>
        <w:br/>
        <w:t>v 0.029289 16.045738 -0.592482</w:t>
        <w:br/>
        <w:t>v -0.000013 16.098061 -0.611767</w:t>
        <w:br/>
        <w:t>v 0.049482 15.975036 -0.637793</w:t>
        <w:br/>
        <w:t>v 0.081027 15.960738 -0.586840</w:t>
        <w:br/>
        <w:t>v 0.038126 15.883676 -0.632371</w:t>
        <w:br/>
        <w:t>v 0.081027 15.960738 -0.586840</w:t>
        <w:br/>
        <w:t>v 0.068376 15.959175 -0.578571</w:t>
        <w:br/>
        <w:t>v 0.081027 15.960738 -0.586840</w:t>
        <w:br/>
        <w:t>v 0.038126 15.883676 -0.632371</w:t>
        <w:br/>
        <w:t>v 0.029538 15.881669 -0.618746</w:t>
        <w:br/>
        <w:t>v 0.068376 15.959175 -0.578571</w:t>
        <w:br/>
        <w:t>v -0.000013 15.843396 -0.676588</w:t>
        <w:br/>
        <w:t>v -0.000013 15.837265 -0.653738</w:t>
        <w:br/>
        <w:t>v -0.018587 15.924603 -0.658352</w:t>
        <w:br/>
        <w:t>v -0.000013 15.892740 -0.674069</w:t>
        <w:br/>
        <w:t>v -0.000013 15.974010 -0.666909</w:t>
        <w:br/>
        <w:t>v -0.000013 16.079552 -0.641929</w:t>
        <w:br/>
        <w:t>v -0.020072 16.034679 -0.638014</w:t>
        <w:br/>
        <w:t>v -0.000013 16.109936 -0.633245</w:t>
        <w:br/>
        <w:t>v -0.038121 16.051598 -0.605045</w:t>
        <w:br/>
        <w:t>v -0.000013 16.109936 -0.633245</w:t>
        <w:br/>
        <w:t>v -0.000013 16.098061 -0.611767</w:t>
        <w:br/>
        <w:t>v -0.029316 16.045738 -0.592482</w:t>
        <w:br/>
        <w:t>v -0.038121 16.051598 -0.605045</w:t>
        <w:br/>
        <w:t>v -0.081054 15.960738 -0.586840</w:t>
        <w:br/>
        <w:t>v -0.049509 15.975036 -0.637793</w:t>
        <w:br/>
        <w:t>v -0.038152 15.883676 -0.632371</w:t>
        <w:br/>
        <w:t>v -0.068403 15.959175 -0.578571</w:t>
        <w:br/>
        <w:t>v -0.081054 15.960738 -0.586840</w:t>
        <w:br/>
        <w:t>v -0.081054 15.960738 -0.586840</w:t>
        <w:br/>
        <w:t>v -0.068403 15.959175 -0.578571</w:t>
        <w:br/>
        <w:t>v -0.029565 15.881669 -0.618747</w:t>
        <w:br/>
        <w:t>v -0.038152 15.883676 -0.632371</w:t>
        <w:br/>
        <w:t>v -0.000013 15.843396 -0.676588</w:t>
        <w:br/>
        <w:t>v -0.000013 15.837265 -0.653738</w:t>
        <w:br/>
        <w:t>v -0.556654 2.578593 -0.293237</w:t>
        <w:br/>
        <w:t>v -0.537314 2.578593 -0.301247</w:t>
        <w:br/>
        <w:t>v -0.537314 2.601858 -0.318151</w:t>
        <w:br/>
        <w:t>v -0.568606 2.601858 -0.305189</w:t>
        <w:br/>
        <w:t>v -0.537314 2.578593 -0.301247</w:t>
        <w:br/>
        <w:t>v -0.517974 2.578593 -0.293237</w:t>
        <w:br/>
        <w:t>v -0.506021 2.601858 -0.305189</w:t>
        <w:br/>
        <w:t>v -0.537314 2.601858 -0.318151</w:t>
        <w:br/>
        <w:t>v -0.509963 2.578593 -0.273897</w:t>
        <w:br/>
        <w:t>v -0.493060 2.601858 -0.273897</w:t>
        <w:br/>
        <w:t>v -0.517974 2.578593 -0.254557</w:t>
        <w:br/>
        <w:t>v -0.506021 2.601858 -0.242604</w:t>
        <w:br/>
        <w:t>v -0.537314 2.578593 -0.246546</w:t>
        <w:br/>
        <w:t>v -0.537314 2.601858 -0.229642</w:t>
        <w:br/>
        <w:t>v -0.556654 2.578593 -0.254557</w:t>
        <w:br/>
        <w:t>v -0.568606 2.601858 -0.242604</w:t>
        <w:br/>
        <w:t>v -0.564665 2.578593 -0.273897</w:t>
        <w:br/>
        <w:t>v -0.581568 2.601858 -0.273897</w:t>
        <w:br/>
        <w:t>v -0.537314 2.630616 -0.318151</w:t>
        <w:br/>
        <w:t>v -0.568606 2.630616 -0.305189</w:t>
        <w:br/>
        <w:t>v -0.506021 2.630616 -0.305189</w:t>
        <w:br/>
        <w:t>v -0.537314 2.630616 -0.318151</w:t>
        <w:br/>
        <w:t>v -0.493060 2.630616 -0.273897</w:t>
        <w:br/>
        <w:t>v -0.506021 2.630616 -0.242604</w:t>
        <w:br/>
        <w:t>v -0.537314 2.630616 -0.229642</w:t>
        <w:br/>
        <w:t>v -0.568606 2.630616 -0.242604</w:t>
        <w:br/>
        <w:t>v -0.581568 2.630616 -0.273897</w:t>
        <w:br/>
        <w:t>v -0.537314 2.653882 -0.301247</w:t>
        <w:br/>
        <w:t>v -0.556654 2.653882 -0.293236</w:t>
        <w:br/>
        <w:t>v -0.517974 2.653882 -0.293236</w:t>
        <w:br/>
        <w:t>v -0.537314 2.653882 -0.301247</w:t>
        <w:br/>
        <w:t>v -0.509963 2.653882 -0.273897</w:t>
        <w:br/>
        <w:t>v -0.517974 2.653882 -0.254557</w:t>
        <w:br/>
        <w:t>v -0.537314 2.653882 -0.246546</w:t>
        <w:br/>
        <w:t>v -0.556654 2.653882 -0.254557</w:t>
        <w:br/>
        <w:t>v -0.564665 2.653882 -0.273897</w:t>
        <w:br/>
        <w:t>v -0.537314 2.569706 -0.273897</w:t>
        <w:br/>
        <w:t>v -0.537314 2.662768 -0.273897</w:t>
        <w:br/>
        <w:t>v 0.013972 15.962329 1.722615</w:t>
        <w:br/>
        <w:t>v 0.022647 15.978695 1.713941</w:t>
        <w:br/>
        <w:t>v -0.000063 15.978695 1.704534</w:t>
        <w:br/>
        <w:t>v -0.000063 15.962329 1.716801</w:t>
        <w:br/>
        <w:t>v -0.000063 15.962329 1.716801</w:t>
        <w:br/>
        <w:t>v -0.000063 15.978695 1.704534</w:t>
        <w:br/>
        <w:t>v -0.022773 15.978695 1.713941</w:t>
        <w:br/>
        <w:t>v -0.014098 15.962329 1.722615</w:t>
        <w:br/>
        <w:t>v -0.032179 15.978695 1.736650</w:t>
        <w:br/>
        <w:t>v -0.019912 15.962329 1.736650</w:t>
        <w:br/>
        <w:t>v -0.022773 15.978695 1.759360</w:t>
        <w:br/>
        <w:t>v -0.014098 15.962329 1.750686</w:t>
        <w:br/>
        <w:t>v -0.000063 15.978695 1.768767</w:t>
        <w:br/>
        <w:t>v -0.000063 15.962329 1.756499</w:t>
        <w:br/>
        <w:t>v 0.022646 15.978695 1.759360</w:t>
        <w:br/>
        <w:t>v 0.013972 15.962329 1.750686</w:t>
        <w:br/>
        <w:t>v 0.032053 15.978695 1.736650</w:t>
        <w:br/>
        <w:t>v 0.019786 15.962329 1.736650</w:t>
        <w:br/>
        <w:t>v 0.022647 15.998922 1.713941</w:t>
        <w:br/>
        <w:t>v -0.000063 15.998922 1.704534</w:t>
        <w:br/>
        <w:t>v -0.000063 15.998922 1.704534</w:t>
        <w:br/>
        <w:t>v -0.022773 15.998922 1.713941</w:t>
        <w:br/>
        <w:t>v -0.032179 15.998922 1.736650</w:t>
        <w:br/>
        <w:t>v -0.022773 15.998922 1.759360</w:t>
        <w:br/>
        <w:t>v -0.000063 15.998922 1.768767</w:t>
        <w:br/>
        <w:t>v 0.022647 15.998922 1.759360</w:t>
        <w:br/>
        <w:t>v 0.032053 15.998922 1.736650</w:t>
        <w:br/>
        <w:t>v 0.013972 16.015289 1.722615</w:t>
        <w:br/>
        <w:t>v -0.000063 16.015289 1.716802</w:t>
        <w:br/>
        <w:t>v -0.000063 16.015289 1.716802</w:t>
        <w:br/>
        <w:t>v -0.014098 16.015289 1.722615</w:t>
        <w:br/>
        <w:t>v -0.019912 16.015289 1.736650</w:t>
        <w:br/>
        <w:t>v -0.014098 16.015289 1.750686</w:t>
        <w:br/>
        <w:t>v -0.000063 16.015289 1.756499</w:t>
        <w:br/>
        <w:t>v 0.013972 16.015289 1.750686</w:t>
        <w:br/>
        <w:t>v 0.019786 16.015289 1.736650</w:t>
        <w:br/>
        <w:t>v -0.000063 15.956078 1.736650</w:t>
        <w:br/>
        <w:t>v -0.000063 16.021538 1.736650</w:t>
        <w:br/>
        <w:t>v -0.945762 20.433914 -0.588895</w:t>
        <w:br/>
        <w:t>v -0.930045 20.433918 -0.595405</w:t>
        <w:br/>
        <w:t>v -0.930044 20.452824 -0.609142</w:t>
        <w:br/>
        <w:t>v -0.955476 20.452822 -0.598608</w:t>
        <w:br/>
        <w:t>v -0.930045 20.433918 -0.595405</w:t>
        <w:br/>
        <w:t>v -0.914328 20.433912 -0.588895</w:t>
        <w:br/>
        <w:t>v -0.904614 20.452822 -0.598608</w:t>
        <w:br/>
        <w:t>v -0.930044 20.452824 -0.609142</w:t>
        <w:br/>
        <w:t>v -0.907817 20.433914 -0.573178</w:t>
        <w:br/>
        <w:t>v -0.894080 20.452822 -0.573178</w:t>
        <w:br/>
        <w:t>v -0.914328 20.433912 -0.557460</w:t>
        <w:br/>
        <w:t>v -0.904614 20.452824 -0.547747</w:t>
        <w:br/>
        <w:t>v -0.930045 20.433912 -0.550950</w:t>
        <w:br/>
        <w:t>v -0.930045 20.452822 -0.537213</w:t>
        <w:br/>
        <w:t>v -0.945762 20.433918 -0.557461</w:t>
        <w:br/>
        <w:t>v -0.955476 20.452824 -0.547747</w:t>
        <w:br/>
        <w:t>v -0.952272 20.433918 -0.573178</w:t>
        <w:br/>
        <w:t>v -0.966009 20.452824 -0.573178</w:t>
        <w:br/>
        <w:t>v -0.930045 20.476192 -0.609142</w:t>
        <w:br/>
        <w:t>v -0.955475 20.476192 -0.598608</w:t>
        <w:br/>
        <w:t>v -0.904614 20.476192 -0.598608</w:t>
        <w:br/>
        <w:t>v -0.930045 20.476192 -0.609142</w:t>
        <w:br/>
        <w:t>v -0.894080 20.476192 -0.573178</w:t>
        <w:br/>
        <w:t>v -0.904614 20.476192 -0.547747</w:t>
        <w:br/>
        <w:t>v -0.930045 20.476192 -0.537213</w:t>
        <w:br/>
        <w:t>v -0.955475 20.476192 -0.547747</w:t>
        <w:br/>
        <w:t>v -0.966009 20.476192 -0.573178</w:t>
        <w:br/>
        <w:t>v -0.930045 20.495098 -0.595405</w:t>
        <w:br/>
        <w:t>v -0.945762 20.495098 -0.588895</w:t>
        <w:br/>
        <w:t>v -0.914328 20.495098 -0.588895</w:t>
        <w:br/>
        <w:t>v -0.930045 20.495098 -0.595405</w:t>
        <w:br/>
        <w:t>v -0.907817 20.495098 -0.573177</w:t>
        <w:br/>
        <w:t>v -0.914328 20.495098 -0.557460</w:t>
        <w:br/>
        <w:t>v -0.930045 20.495098 -0.550950</w:t>
        <w:br/>
        <w:t>v -0.945762 20.495098 -0.557460</w:t>
        <w:br/>
        <w:t>v -0.952272 20.495098 -0.573178</w:t>
        <w:br/>
        <w:t>v -0.930045 20.426693 -0.573178</w:t>
        <w:br/>
        <w:t>v -0.930045 20.502323 -0.573178</w:t>
        <w:br/>
        <w:t>v 1.344740 5.736051 -0.625106</w:t>
        <w:br/>
        <w:t>v 1.133687 5.767171 -0.980713</w:t>
        <w:br/>
        <w:t>v 1.121724 5.418880 -0.990236</w:t>
        <w:br/>
        <w:t>v 1.309483 5.394529 -0.678982</w:t>
        <w:br/>
        <w:t>v 0.413150 5.766155 -0.983175</w:t>
        <w:br/>
        <w:t>v 0.410468 5.399566 -1.018342</w:t>
        <w:br/>
        <w:t>v 0.738440 5.414367 -1.177008</w:t>
        <w:br/>
        <w:t>v 0.743149 5.772544 -1.159647</w:t>
        <w:br/>
        <w:t>v 0.268023 5.740819 -0.639098</w:t>
        <w:br/>
        <w:t>v 0.272712 5.370248 -0.689943</w:t>
        <w:br/>
        <w:t>v 0.410468 5.399566 -1.018342</w:t>
        <w:br/>
        <w:t>v 0.413150 5.766155 -0.983175</w:t>
        <w:br/>
        <w:t>v 0.442793 5.299835 -0.131066</w:t>
        <w:br/>
        <w:t>v 0.286564 5.338728 -0.392976</w:t>
        <w:br/>
        <w:t>v 0.279252 5.702869 -0.350019</w:t>
        <w:br/>
        <w:t>v 0.442656 5.656702 -0.072438</w:t>
        <w:br/>
        <w:t>v 1.267827 5.711525 -0.351556</w:t>
        <w:br/>
        <w:t>v 1.248162 5.375367 -0.391294</w:t>
        <w:br/>
        <w:t>v 1.080307 5.335366 -0.160201</w:t>
        <w:br/>
        <w:t>v 1.103294 5.664984 -0.100115</w:t>
        <w:br/>
        <w:t>v 0.780866 5.301643 -0.043179</w:t>
        <w:br/>
        <w:t>v 0.772396 5.635609 0.027389</w:t>
        <w:br/>
        <w:t>v 1.012562 4.541097 -0.307971</w:t>
        <w:br/>
        <w:t>v 0.774291 4.537153 -0.203240</w:t>
        <w:br/>
        <w:t>v 1.162115 4.545829 -0.505382</w:t>
        <w:br/>
        <w:t>v 1.040328 4.568177 -1.007740</w:t>
        <w:br/>
        <w:t>v 1.210316 4.561325 -0.751004</w:t>
        <w:br/>
        <w:t>v 0.716967 4.564568 -1.144239</w:t>
        <w:br/>
        <w:t>v 0.339631 4.549312 -0.750331</w:t>
        <w:br/>
        <w:t>v 0.453784 4.558344 -1.026712</w:t>
        <w:br/>
        <w:t>v 0.453784 4.558344 -1.026712</w:t>
        <w:br/>
        <w:t>v 0.772237 3.668084 -0.347326</w:t>
        <w:br/>
        <w:t>v 0.539533 3.671880 -0.366858</w:t>
        <w:br/>
        <w:t>v 0.493603 4.539734 -0.252232</w:t>
        <w:br/>
        <w:t>v 1.055420 3.674073 -0.595936</w:t>
        <w:br/>
        <w:t>v 0.941726 3.672509 -0.447640</w:t>
        <w:br/>
        <w:t>v 0.960369 3.686217 -1.018542</w:t>
        <w:br/>
        <w:t>v 1.098915 3.684505 -0.799948</w:t>
        <w:br/>
        <w:t>v 0.358075 4.545829 -0.470488</w:t>
        <w:br/>
        <w:t>v 0.432809 3.676151 -0.536207</w:t>
        <w:br/>
        <w:t>v 0.682304 3.685396 -1.109895</w:t>
        <w:br/>
        <w:t>v 0.402254 3.679668 -0.775115</w:t>
        <w:br/>
        <w:t>v 0.480367 3.685485 -1.008083</w:t>
        <w:br/>
        <w:t>v 0.480367 3.685485 -1.008083</w:t>
        <w:br/>
        <w:t>v 0.462410 3.005830 -0.574658</w:t>
        <w:br/>
        <w:t>v 0.552868 3.001608 -0.426405</w:t>
        <w:br/>
        <w:t>v 0.432862 3.012427 -0.765086</w:t>
        <w:br/>
        <w:t>v 0.495382 3.022521 -0.980265</w:t>
        <w:br/>
        <w:t>v 0.495382 3.022521 -0.980265</w:t>
        <w:br/>
        <w:t>v 0.663787 3.018669 -1.078664</w:t>
        <w:br/>
        <w:t>v 1.008272 2.996568 -0.645104</w:t>
        <w:br/>
        <w:t>v 0.910951 2.999158 -0.513317</w:t>
        <w:br/>
        <w:t>v 0.756603 2.997957 -0.412925</w:t>
        <w:br/>
        <w:t>v 0.467121 2.642627 -0.585397</w:t>
        <w:br/>
        <w:t>v 0.563744 2.638442 -0.456033</w:t>
        <w:br/>
        <w:t>v 0.491743 2.658468 -0.972708</w:t>
        <w:br/>
        <w:t>v 0.664323 2.673499 -1.072021</w:t>
        <w:br/>
        <w:t>v 0.988129 2.639413 -0.668372</w:t>
        <w:br/>
        <w:t>v 0.899194 2.638643 -0.537807</w:t>
        <w:br/>
        <w:t>v 0.758729 2.633540 -0.446069</w:t>
        <w:br/>
        <w:t>v 0.895437 3.007084 -1.010270</w:t>
        <w:br/>
        <w:t>v 1.017069 3.003797 -0.813248</w:t>
        <w:br/>
        <w:t>v 0.865645 2.667681 -1.013752</w:t>
        <w:br/>
        <w:t>v 0.979171 2.650813 -0.821126</w:t>
        <w:br/>
        <w:t>v 0.433714 2.654617 -0.777614</w:t>
        <w:br/>
        <w:t>v 0.491743 2.658468 -0.972708</w:t>
        <w:br/>
        <w:t>v 0.889093 2.275586 -0.533088</w:t>
        <w:br/>
        <w:t>v 0.764083 2.252878 -0.448445</w:t>
        <w:br/>
        <w:t>v 0.572305 2.272425 -0.460999</w:t>
        <w:br/>
        <w:t>v 0.454319 2.291216 -0.577893</w:t>
        <w:br/>
        <w:t>v 0.984608 2.298054 -0.668403</w:t>
        <w:br/>
        <w:t>v 0.859997 2.296978 -1.036461</w:t>
        <w:br/>
        <w:t>v 0.978413 2.299644 -0.817594</w:t>
        <w:br/>
        <w:t>v 0.665329 2.298055 -1.093673</w:t>
        <w:br/>
        <w:t>v 0.478072 2.298054 -0.965597</w:t>
        <w:br/>
        <w:t>v 0.418130 2.298054 -0.770414</w:t>
        <w:br/>
        <w:t>v 0.478072 2.298054 -0.965597</w:t>
        <w:br/>
        <w:t>v 0.985292 1.562403 -0.984996</w:t>
        <w:br/>
        <w:t>v 0.973044 1.685733 -1.005823</w:t>
        <w:br/>
        <w:t>v 0.988915 1.514135 -1.110351</w:t>
        <w:br/>
        <w:t>v 0.456955 1.350689 -0.966557</w:t>
        <w:br/>
        <w:t>v 0.474286 1.515517 -1.112451</w:t>
        <w:br/>
        <w:t>v 0.451362 1.574772 -0.974978</w:t>
        <w:br/>
        <w:t>v 0.459039 1.683672 -0.983085</w:t>
        <w:br/>
        <w:t>v 0.500463 1.578846 -1.208712</w:t>
        <w:br/>
        <w:t>v 0.514494 1.726053 -1.110489</w:t>
        <w:br/>
        <w:t>v 0.445196 1.134449 -1.089866</w:t>
        <w:br/>
        <w:t>v 0.481825 1.225592 -1.178099</w:t>
        <w:br/>
        <w:t>v 0.968705 1.126621 -1.104527</w:t>
        <w:br/>
        <w:t>v 1.001077 1.368419 -0.960291</w:t>
        <w:br/>
        <w:t>v 0.944076 1.235389 -1.197103</w:t>
        <w:br/>
        <w:t>v 0.517633 1.338419 -1.292179</w:t>
        <w:br/>
        <w:t>v 0.914416 1.960173 -0.467067</w:t>
        <w:br/>
        <w:t>v 1.053214 1.808620 -0.567999</w:t>
        <w:br/>
        <w:t>v 1.075196 1.936668 -0.677216</w:t>
        <w:br/>
        <w:t>v 0.975546 2.016601 -0.528031</w:t>
        <w:br/>
        <w:t>v 0.993920 2.069627 -0.570438</w:t>
        <w:br/>
        <w:t>v 0.838520 2.051117 -0.426628</w:t>
        <w:br/>
        <w:t>v 1.051854 2.069627 -0.762773</w:t>
        <w:br/>
        <w:t>v 1.029879 2.069627 -0.935771</w:t>
        <w:br/>
        <w:t>v 1.120198 1.837654 -0.849277</w:t>
        <w:br/>
        <w:t>v 1.044155 1.980935 -0.955260</w:t>
        <w:br/>
        <w:t>v 0.971063 2.069627 -1.013041</w:t>
        <w:br/>
        <w:t>v 1.181781 1.692168 -0.726216</w:t>
        <w:br/>
        <w:t>v 0.231554 1.703535 -0.734467</w:t>
        <w:br/>
        <w:t>v 0.338476 1.825286 -0.575664</w:t>
        <w:br/>
        <w:t>v 0.275721 1.844054 -0.734458</w:t>
        <w:br/>
        <w:t>v 0.316369 1.966149 -0.740391</w:t>
        <w:br/>
        <w:t>v 0.284862 1.874632 -0.872235</w:t>
        <w:br/>
        <w:t>v 0.358585 2.069627 -0.830627</w:t>
        <w:br/>
        <w:t>v 0.359403 1.984081 -0.958741</w:t>
        <w:br/>
        <w:t>v 0.455181 2.087768 -1.030030</w:t>
        <w:br/>
        <w:t>v 0.475364 1.976159 -0.459346</w:t>
        <w:br/>
        <w:t>v 0.386455 2.069627 -0.602820</w:t>
        <w:br/>
        <w:t>v 0.733569 2.249576 -0.393280</w:t>
        <w:br/>
        <w:t>v 0.862509 2.258430 -0.435813</w:t>
        <w:br/>
        <w:t>v 0.811567 2.141614 -0.395079</w:t>
        <w:br/>
        <w:t>v 1.148928 1.838829 -0.700194</w:t>
        <w:br/>
        <w:t>v 1.212957 1.700963 -0.714487</w:t>
        <w:br/>
        <w:t>v 1.069258 1.814013 -0.554353</w:t>
        <w:br/>
        <w:t>v 1.070180 2.169225 -0.681701</w:t>
        <w:br/>
        <w:t>v 0.975823 2.161227 -0.508228</w:t>
        <w:br/>
        <w:t>v 0.961446 2.272822 -0.507137</w:t>
        <w:br/>
        <w:t>v 1.037902 2.296980 -0.666806</w:t>
        <w:br/>
        <w:t>v 1.118546 2.003254 -0.834665</w:t>
        <w:br/>
        <w:t>v 1.079799 2.171369 -0.831616</w:t>
        <w:br/>
        <w:t>v 1.034008 2.169774 -0.975105</w:t>
        <w:br/>
        <w:t>v 1.066911 1.989323 -0.956838</w:t>
        <w:br/>
        <w:t>v 0.990632 2.077852 -1.031456</w:t>
        <w:br/>
        <w:t>v 1.042290 2.305006 -0.820648</w:t>
        <w:br/>
        <w:t>v 1.016054 2.304639 -0.945968</w:t>
        <w:br/>
        <w:t>v 0.888736 2.174980 -1.104281</w:t>
        <w:br/>
        <w:t>v 0.930069 2.299954 -1.049993</w:t>
        <w:br/>
        <w:t>v 0.791180 2.307923 -1.118519</w:t>
        <w:br/>
        <w:t>v 0.808073 2.229743 -1.143223</w:t>
        <w:br/>
        <w:t>v 0.501625 2.135134 -0.433745</w:t>
        <w:br/>
        <w:t>v 0.541312 2.276700 -0.447991</w:t>
        <w:br/>
        <w:t>v 0.671834 2.252687 -0.398189</w:t>
        <w:br/>
        <w:t>v 0.588079 2.125804 -0.382124</w:t>
        <w:br/>
        <w:t>v 0.458002 1.988528 -0.442524</w:t>
        <w:br/>
        <w:t>v 0.623144 2.239075 -1.140697</w:t>
        <w:br/>
        <w:t>v 0.629883 2.308849 -1.126702</w:t>
        <w:br/>
        <w:t>v 0.471791 2.306158 -1.020756</w:t>
        <w:br/>
        <w:t>v 0.503962 2.175446 -1.098157</w:t>
        <w:br/>
        <w:t>v 0.388181 2.303644 -0.881217</w:t>
        <w:br/>
        <w:t>v 0.357603 2.301205 -0.718507</w:t>
        <w:br/>
        <w:t>v 0.313529 2.152242 -0.705573</w:t>
        <w:br/>
        <w:t>v 0.340906 2.165880 -0.878529</w:t>
        <w:br/>
        <w:t>v 1.147439 1.846153 -0.844529</w:t>
        <w:br/>
        <w:t>v 0.789085 2.127329 -0.415155</w:t>
        <w:br/>
        <w:t>v 0.723537 2.226937 -0.397541</w:t>
        <w:br/>
        <w:t>v 0.838520 2.051117 -0.426628</w:t>
        <w:br/>
        <w:t>v 0.925956 1.970798 -0.447948</w:t>
        <w:br/>
        <w:t>v 1.069258 1.814013 -0.554353</w:t>
        <w:br/>
        <w:t>v 1.053214 1.808620 -0.567999</w:t>
        <w:br/>
        <w:t>v 0.914416 1.960173 -0.467067</w:t>
        <w:br/>
        <w:t>v 1.147439 1.846153 -0.844529</w:t>
        <w:br/>
        <w:t>v 1.044155 1.980935 -0.955260</w:t>
        <w:br/>
        <w:t>v 1.120198 1.837654 -0.849277</w:t>
        <w:br/>
        <w:t>v 0.990632 2.077852 -1.031456</w:t>
        <w:br/>
        <w:t>v 0.971063 2.069627 -1.013041</w:t>
        <w:br/>
        <w:t>v 0.888736 2.174980 -1.104281</w:t>
        <w:br/>
        <w:t>v 0.872820 2.170746 -1.082699</w:t>
        <w:br/>
        <w:t>v 0.808073 2.229743 -1.143223</w:t>
        <w:br/>
        <w:t>v 0.784450 2.224136 -1.117537</w:t>
        <w:br/>
        <w:t>v 0.808073 2.229743 -1.143223</w:t>
        <w:br/>
        <w:t>v 0.791180 2.307923 -1.118519</w:t>
        <w:br/>
        <w:t>v 0.772130 2.294215 -1.095222</w:t>
        <w:br/>
        <w:t>v 0.784450 2.224136 -1.117537</w:t>
        <w:br/>
        <w:t>v 1.212957 1.700963 -0.714487</w:t>
        <w:br/>
        <w:t>v 1.181781 1.692168 -0.726216</w:t>
        <w:br/>
        <w:t>v 1.212957 1.700963 -0.714487</w:t>
        <w:br/>
        <w:t>v 1.181781 1.692168 -0.726216</w:t>
        <w:br/>
        <w:t>v 0.205246 1.708561 -0.729634</w:t>
        <w:br/>
        <w:t>v 0.319771 1.828239 -0.563451</w:t>
        <w:br/>
        <w:t>v 0.338476 1.825286 -0.575664</w:t>
        <w:br/>
        <w:t>v 0.231554 1.703535 -0.734467</w:t>
        <w:br/>
        <w:t>v 0.475364 1.976159 -0.459346</w:t>
        <w:br/>
        <w:t>v 0.458002 1.988528 -0.442524</w:t>
        <w:br/>
        <w:t>v 0.554075 2.051117 -0.425365</w:t>
        <w:br/>
        <w:t>v 0.671834 2.252687 -0.398189</w:t>
        <w:br/>
        <w:t>v 0.670407 2.223082 -0.402410</w:t>
        <w:br/>
        <w:t>v 0.611968 2.127329 -0.405360</w:t>
        <w:br/>
        <w:t>v 0.588079 2.125804 -0.382124</w:t>
        <w:br/>
        <w:t>v 0.339367 2.005187 -0.972443</w:t>
        <w:br/>
        <w:t>v 0.259482 1.880636 -0.877132</w:t>
        <w:br/>
        <w:t>v 0.284862 1.874632 -0.872235</w:t>
        <w:br/>
        <w:t>v 0.359403 1.984081 -0.958741</w:t>
        <w:br/>
        <w:t>v 0.503962 2.175446 -1.098157</w:t>
        <w:br/>
        <w:t>v 0.435344 2.106724 -1.049982</w:t>
        <w:br/>
        <w:t>v 0.455181 2.087768 -1.030030</w:t>
        <w:br/>
        <w:t>v 0.529504 2.161725 -1.081923</w:t>
        <w:br/>
        <w:t>v 0.635916 2.225903 -1.113718</w:t>
        <w:br/>
        <w:t>v 0.623144 2.239075 -1.140697</w:t>
        <w:br/>
        <w:t>v 0.629883 2.308849 -1.126702</w:t>
        <w:br/>
        <w:t>v 0.653132 2.300173 -1.102710</w:t>
        <w:br/>
        <w:t>v 0.205246 1.708561 -0.729634</w:t>
        <w:br/>
        <w:t>v 0.231554 1.703535 -0.734467</w:t>
        <w:br/>
        <w:t>v 0.787942 2.051117 -0.400283</w:t>
        <w:br/>
        <w:t>v 0.789085 2.127329 -0.415155</w:t>
        <w:br/>
        <w:t>v 0.838520 2.051117 -0.426628</w:t>
        <w:br/>
        <w:t>v 0.733915 2.127329 -0.401939</w:t>
        <w:br/>
        <w:t>v 0.723537 2.226937 -0.397541</w:t>
        <w:br/>
        <w:t>v 0.998193 1.847121 -0.593595</w:t>
        <w:br/>
        <w:t>v 0.863078 2.009435 -0.464290</w:t>
        <w:br/>
        <w:t>v 0.993920 2.069627 -0.570438</w:t>
        <w:br/>
        <w:t>v 0.871935 2.095827 -1.088193</w:t>
        <w:br/>
        <w:t>v 0.971063 2.069627 -1.013041</w:t>
        <w:br/>
        <w:t>v 0.872820 2.170746 -1.082699</w:t>
        <w:br/>
        <w:t>v 0.784450 2.224136 -1.117537</w:t>
        <w:br/>
        <w:t>v 0.784450 2.104740 -1.144723</w:t>
        <w:br/>
        <w:t>v 0.601794 2.051117 -0.398167</w:t>
        <w:br/>
        <w:t>v 0.554075 2.051117 -0.425365</w:t>
        <w:br/>
        <w:t>v 0.611968 2.127329 -0.405360</w:t>
        <w:br/>
        <w:t>v 0.524479 2.098031 -1.084286</w:t>
        <w:br/>
        <w:t>v 0.529504 2.161725 -1.081923</w:t>
        <w:br/>
        <w:t>v 0.455181 2.087768 -1.030030</w:t>
        <w:br/>
        <w:t>v 0.635916 2.112600 -1.133781</w:t>
        <w:br/>
        <w:t>v 0.635916 2.225903 -1.113718</w:t>
        <w:br/>
        <w:t>v 0.772130 2.294215 -1.095222</w:t>
        <w:br/>
        <w:t>v 0.653132 2.300173 -1.102710</w:t>
        <w:br/>
        <w:t>v 0.635916 2.225903 -1.113718</w:t>
        <w:br/>
        <w:t>v 0.784450 2.224136 -1.117537</w:t>
        <w:br/>
        <w:t>v 0.663333 2.127329 -0.399044</w:t>
        <w:br/>
        <w:t>v 0.670407 2.223082 -0.402410</w:t>
        <w:br/>
        <w:t>v 0.791275 2.004585 -0.394687</w:t>
        <w:br/>
        <w:t>v 0.790418 1.963366 -0.422724</w:t>
        <w:br/>
        <w:t>v 0.725231 1.915943 -0.402169</w:t>
        <w:br/>
        <w:t>v 0.705564 1.926921 -0.385456</w:t>
        <w:br/>
        <w:t>v 0.595603 1.995712 -0.393789</w:t>
        <w:br/>
        <w:t>v 0.596038 1.962685 -0.424219</w:t>
        <w:br/>
        <w:t>v 0.518312 2.024897 -0.475531</w:t>
        <w:br/>
        <w:t>v 0.781063 1.647166 -0.327142</w:t>
        <w:br/>
        <w:t>v 0.795489 1.635899 -0.353065</w:t>
        <w:br/>
        <w:t>v 0.745398 1.589241 -0.344078</w:t>
        <w:br/>
        <w:t>v 0.746751 1.605706 -0.318593</w:t>
        <w:br/>
        <w:t>v 0.611968 2.127329 -0.405360</w:t>
        <w:br/>
        <w:t>v 0.659120 1.915264 -0.405164</w:t>
        <w:br/>
        <w:t>v 0.678641 1.925984 -0.385279</w:t>
        <w:br/>
        <w:t>v 0.736061 1.886850 -0.380290</w:t>
        <w:br/>
        <w:t>v 0.729717 1.861207 -0.376932</w:t>
        <w:br/>
        <w:t>v 0.659231 1.858752 -0.376468</w:t>
        <w:br/>
        <w:t>v 0.651075 1.883890 -0.379731</w:t>
        <w:br/>
        <w:t>v 0.651075 1.883890 -0.379731</w:t>
        <w:br/>
        <w:t>v 0.659231 1.858752 -0.376468</w:t>
        <w:br/>
        <w:t>v 0.654836 1.850150 -0.395614</w:t>
        <w:br/>
        <w:t>v 0.645635 1.874581 -0.400102</w:t>
        <w:br/>
        <w:t>v 0.736216 1.848333 -0.396178</w:t>
        <w:br/>
        <w:t>v 0.729717 1.861207 -0.376932</w:t>
        <w:br/>
        <w:t>v 0.736061 1.886850 -0.380290</w:t>
        <w:br/>
        <w:t>v 0.743615 1.875409 -0.401208</w:t>
        <w:br/>
        <w:t>v 0.657419 1.909533 -0.383090</w:t>
        <w:br/>
        <w:t>v 0.644865 1.896594 -0.405248</w:t>
        <w:br/>
        <w:t>v 0.727905 1.911988 -0.383553</w:t>
        <w:br/>
        <w:t>v 0.742656 1.898625 -0.405185</w:t>
        <w:br/>
        <w:t>v 0.727905 1.911988 -0.383553</w:t>
        <w:br/>
        <w:t>v 0.657419 1.909533 -0.383090</w:t>
        <w:br/>
        <w:t>v 0.676707 1.941828 -0.374590</w:t>
        <w:br/>
        <w:t>v 0.709758 1.940021 -0.372703</w:t>
        <w:br/>
        <w:t>v 0.681572 1.843819 -0.374565</w:t>
        <w:br/>
        <w:t>v 0.672782 1.834413 -0.392876</w:t>
        <w:br/>
        <w:t>v 0.708495 1.844756 -0.374742</w:t>
        <w:br/>
        <w:t>v 0.681572 1.843819 -0.374565</w:t>
        <w:br/>
        <w:t>v 0.714953 1.835314 -0.393271</w:t>
        <w:br/>
        <w:t>v 0.708495 1.844756 -0.374742</w:t>
        <w:br/>
        <w:t>v 0.705564 1.926921 -0.385456</w:t>
        <w:br/>
        <w:t>v 0.725231 1.915943 -0.402169</w:t>
        <w:br/>
        <w:t>v 0.678641 1.925984 -0.385279</w:t>
        <w:br/>
        <w:t>v 0.659120 1.915264 -0.405164</w:t>
        <w:br/>
        <w:t>v 0.746751 1.605706 -0.318593</w:t>
        <w:br/>
        <w:t>v 0.652473 1.602230 -0.322568</w:t>
        <w:br/>
        <w:t>v 0.681572 1.843819 -0.374565</w:t>
        <w:br/>
        <w:t>v 0.614231 1.648885 -0.330975</w:t>
        <w:br/>
        <w:t>v 0.599129 1.637620 -0.382510</w:t>
        <w:br/>
        <w:t>v 0.672782 1.834413 -0.392876</w:t>
        <w:br/>
        <w:t>v 0.795489 1.635899 -0.353065</w:t>
        <w:br/>
        <w:t>v 0.781063 1.647166 -0.327142</w:t>
        <w:br/>
        <w:t>v 0.708495 1.844756 -0.374742</w:t>
        <w:br/>
        <w:t>v 0.714953 1.835314 -0.393271</w:t>
        <w:br/>
        <w:t>v 0.651340 1.586381 -0.345725</w:t>
        <w:br/>
        <w:t>v 0.652473 1.602230 -0.322568</w:t>
        <w:br/>
        <w:t>v 0.781063 1.647166 -0.327142</w:t>
        <w:br/>
        <w:t>v 0.614231 1.648885 -0.330975</w:t>
        <w:br/>
        <w:t>v 0.801737 1.872626 -0.429108</w:t>
        <w:br/>
        <w:t>v 0.742656 1.898625 -0.405185</w:t>
        <w:br/>
        <w:t>v 0.868150 1.881099 -0.464648</w:t>
        <w:br/>
        <w:t>v 0.795268 1.756406 -0.385494</w:t>
        <w:br/>
        <w:t>v 0.877794 1.753230 -0.450860</w:t>
        <w:br/>
        <w:t>v 0.971885 1.737738 -0.570243</w:t>
        <w:br/>
        <w:t>v 1.043897 1.858981 -0.785282</w:t>
        <w:br/>
        <w:t>v 1.039013 1.740015 -0.785589</w:t>
        <w:br/>
        <w:t>v 0.795489 1.635899 -0.353065</w:t>
        <w:br/>
        <w:t>v 0.714953 1.835314 -0.393271</w:t>
        <w:br/>
        <w:t>v 0.877728 1.626817 -0.420210</w:t>
        <w:br/>
        <w:t>v 0.968052 1.611010 -0.542800</w:t>
        <w:br/>
        <w:t>v 1.020975 1.585270 -0.766544</w:t>
        <w:br/>
        <w:t>v 0.995479 1.714345 -0.981694</w:t>
        <w:br/>
        <w:t>v 1.013139 1.865236 -0.963030</w:t>
        <w:br/>
        <w:t>v 1.007752 1.563138 -0.973062</w:t>
        <w:br/>
        <w:t>v 0.951911 1.865830 -1.031632</w:t>
        <w:br/>
        <w:t>v 0.856951 1.904204 -1.116862</w:t>
        <w:br/>
        <w:t>v 0.841053 1.775146 -1.173491</w:t>
        <w:br/>
        <w:t>v 0.939846 1.748659 -1.091498</w:t>
        <w:br/>
        <w:t>v 0.721697 1.787638 -1.208558</w:t>
        <w:br/>
        <w:t>v 0.724001 1.927220 -1.188355</w:t>
        <w:br/>
        <w:t>v 0.609972 1.923385 -1.168713</w:t>
        <w:br/>
        <w:t>v 0.596410 1.777209 -1.168145</w:t>
        <w:br/>
        <w:t>v 0.488830 1.759763 -1.105594</w:t>
        <w:br/>
        <w:t>v 0.503124 1.904101 -1.116902</w:t>
        <w:br/>
        <w:t>v 0.442141 1.865667 -1.008063</w:t>
        <w:br/>
        <w:t>v 0.436844 1.726030 -0.992368</w:t>
        <w:br/>
        <w:t>v 0.436844 1.726030 -0.992368</w:t>
        <w:br/>
        <w:t>v 0.442141 1.865667 -1.008063</w:t>
        <w:br/>
        <w:t>v 0.369140 1.909155 -0.834486</w:t>
        <w:br/>
        <w:t>v 0.385991 1.745082 -0.816204</w:t>
        <w:br/>
        <w:t>v 0.381092 1.890117 -0.620753</w:t>
        <w:br/>
        <w:t>v 0.386585 1.752378 -0.627667</w:t>
        <w:br/>
        <w:t>v 0.487823 1.882627 -0.480938</w:t>
        <w:br/>
        <w:t>v 0.484865 1.758864 -0.478814</w:t>
        <w:br/>
        <w:t>v 0.573810 1.882067 -0.428199</w:t>
        <w:br/>
        <w:t>v 0.644865 1.896594 -0.405248</w:t>
        <w:br/>
        <w:t>v 0.583755 1.761228 -0.409878</w:t>
        <w:br/>
        <w:t>v 0.494114 1.632399 -0.454659</w:t>
        <w:br/>
        <w:t>v 0.407025 1.616616 -0.607434</w:t>
        <w:br/>
        <w:t>v 0.407821 1.597285 -0.797478</w:t>
        <w:br/>
        <w:t>v 0.424408 1.578315 -0.968012</w:t>
        <w:br/>
        <w:t>v 0.857470 1.447003 -0.341399</w:t>
        <w:br/>
        <w:t>v 0.963626 1.423854 -0.506829</w:t>
        <w:br/>
        <w:t>v 1.002355 1.394753 -0.749934</w:t>
        <w:br/>
        <w:t>v 1.024901 1.364039 -0.942525</w:t>
        <w:br/>
        <w:t>v 0.745398 1.589241 -0.344078</w:t>
        <w:br/>
        <w:t>v 0.694196 1.443840 -0.292222</w:t>
        <w:br/>
        <w:t>v 0.651340 1.586381 -0.345725</w:t>
        <w:br/>
        <w:t>v 0.531653 1.435087 -0.364841</w:t>
        <w:br/>
        <w:t>v 0.432619 1.412625 -0.557492</w:t>
        <w:br/>
        <w:t>v 0.419191 1.392421 -0.769673</w:t>
        <w:br/>
        <w:t>v 0.438649 1.355783 -0.954988</w:t>
        <w:br/>
        <w:t>v 0.992479 1.126584 -1.098252</w:t>
        <w:br/>
        <w:t>v 1.042371 1.112964 -0.863456</w:t>
        <w:br/>
        <w:t>v 0.532779 1.240693 -0.321689</w:t>
        <w:br/>
        <w:t>v 0.436800 1.206456 -0.486545</w:t>
        <w:br/>
        <w:t>v 0.979570 1.205520 -0.419947</w:t>
        <w:br/>
        <w:t>v 0.995512 1.016374 -0.322977</w:t>
        <w:br/>
        <w:t>v 0.841578 1.049824 -0.184646</w:t>
        <w:br/>
        <w:t>v 0.855259 1.232333 -0.279024</w:t>
        <w:br/>
        <w:t>v 1.017264 1.159114 -0.655285</w:t>
        <w:br/>
        <w:t>v 1.046825 0.965003 -0.529577</w:t>
        <w:br/>
        <w:t>v 1.049782 0.923746 -0.756954</w:t>
        <w:br/>
        <w:t>v 0.994264 0.897887 -0.923687</w:t>
        <w:br/>
        <w:t>v 0.678864 1.069010 -0.170054</w:t>
        <w:br/>
        <w:t>v 0.688979 1.255641 -0.233375</w:t>
        <w:br/>
        <w:t>v 0.518839 1.061680 -0.236757</w:t>
        <w:br/>
        <w:t>v 0.414580 1.019970 -0.382131</w:t>
        <w:br/>
        <w:t>v 0.399803 0.962926 -0.557837</w:t>
        <w:br/>
        <w:t>v 0.428495 1.176461 -0.675463</w:t>
        <w:br/>
        <w:t>v 0.419672 0.910603 -0.746219</w:t>
        <w:br/>
        <w:t>v 0.420685 1.161859 -0.868673</w:t>
        <w:br/>
        <w:t>v 0.426120 0.870362 -0.899334</w:t>
        <w:br/>
        <w:t>v 0.437314 1.140796 -1.069330</w:t>
        <w:br/>
        <w:t>v 0.814719 0.863199 -0.099737</w:t>
        <w:br/>
        <w:t>v 0.974244 0.823571 -0.222051</w:t>
        <w:br/>
        <w:t>v 0.653420 0.886873 -0.098709</w:t>
        <w:br/>
        <w:t>v 0.507683 0.882429 -0.150603</w:t>
        <w:br/>
        <w:t>v 0.402919 0.847096 -0.252324</w:t>
        <w:br/>
        <w:t>v 0.365931 0.773922 -0.407681</w:t>
        <w:br/>
        <w:t>v 0.396305 0.684883 -0.582093</w:t>
        <w:br/>
        <w:t>v 0.421781 0.628058 -0.693021</w:t>
        <w:br/>
        <w:t>v 0.616818 0.681914 0.034586</w:t>
        <w:br/>
        <w:t>v 0.661112 0.608936 0.074394</w:t>
        <w:br/>
        <w:t>v 0.677819 0.536720 0.109535</w:t>
        <w:br/>
        <w:t>v 0.595706 0.544330 0.134501</w:t>
        <w:br/>
        <w:t>v 0.522234 0.537567 0.084648</w:t>
        <w:br/>
        <w:t>v 0.562582 0.614927 0.054400</w:t>
        <w:br/>
        <w:t>v 0.585149 0.349959 0.242988</w:t>
        <w:br/>
        <w:t>v 0.506781 0.472561 0.110117</w:t>
        <w:br/>
        <w:t>v 0.788775 0.555555 0.047787</w:t>
        <w:br/>
        <w:t>v 0.692391 0.460664 0.138049</w:t>
        <w:br/>
        <w:t>v 0.803697 0.559647 0.030099</w:t>
        <w:br/>
        <w:t>v 0.686386 0.542893 0.081615</w:t>
        <w:br/>
        <w:t>v 0.584508 0.326750 0.247310</w:t>
        <w:br/>
        <w:t>v 0.505783 0.438076 0.110584</w:t>
        <w:br/>
        <w:t>v 0.699363 0.433320 0.137534</w:t>
        <w:br/>
        <w:t>v 0.584508 0.326750 0.247310</w:t>
        <w:br/>
        <w:t>v 0.585149 0.349959 0.242988</w:t>
        <w:br/>
        <w:t>v 0.542743 0.325739 0.230102</w:t>
        <w:br/>
        <w:t>v 0.553473 0.266654 0.291031</w:t>
        <w:br/>
        <w:t>v 0.633645 0.323012 0.244640</w:t>
        <w:br/>
        <w:t>v 0.584156 0.119848 0.355865</w:t>
        <w:br/>
        <w:t>v 0.567473 0.120876 0.357748</w:t>
        <w:br/>
        <w:t>v 0.605905 0.265109 0.301914</w:t>
        <w:br/>
        <w:t>v 1.022731 0.440180 -0.574845</w:t>
        <w:br/>
        <w:t>v 1.018732 0.426789 -0.536908</w:t>
        <w:br/>
        <w:t>v 1.062506 0.510389 -0.424695</w:t>
        <w:br/>
        <w:t>v 1.071846 0.523829 -0.452283</w:t>
        <w:br/>
        <w:t>v 1.027607 0.610680 -0.244474</w:t>
        <w:br/>
        <w:t>v 1.041419 0.626397 -0.251426</w:t>
        <w:br/>
        <w:t>v 0.896719 0.619026 -0.068447</w:t>
        <w:br/>
        <w:t>v 0.894569 0.636847 -0.064916</w:t>
        <w:br/>
        <w:t>v 0.803697 0.559647 0.030099</w:t>
        <w:br/>
        <w:t>v 0.808282 0.549607 0.021276</w:t>
        <w:br/>
        <w:t>v 0.700978 0.428738 0.122087</w:t>
        <w:br/>
        <w:t>v 0.461191 0.551501 -0.002627</w:t>
        <w:br/>
        <w:t>v 0.474596 0.547208 0.027686</w:t>
        <w:br/>
        <w:t>v 0.979155 0.666482 -0.746210</w:t>
        <w:br/>
        <w:t>v 0.994264 0.897887 -0.923687</w:t>
        <w:br/>
        <w:t>v 1.050275 0.894598 -0.952377</w:t>
        <w:br/>
        <w:t>v 1.025613 0.660195 -0.770174</w:t>
        <w:br/>
        <w:t>v 1.065140 0.443902 -0.586942</w:t>
        <w:br/>
        <w:t>v 1.146277 0.112254 -0.258572</w:t>
        <w:br/>
        <w:t>v 1.063812 0.116877 -0.245886</w:t>
        <w:br/>
        <w:t>v 1.018732 0.426789 -0.536908</w:t>
        <w:br/>
        <w:t>v 1.022731 0.440180 -0.574845</w:t>
        <w:br/>
        <w:t>v 0.992479 1.126584 -1.098252</w:t>
        <w:br/>
        <w:t>v 1.040686 1.129439 -1.122219</w:t>
        <w:br/>
        <w:t>v 0.985292 1.562403 -0.984996</w:t>
        <w:br/>
        <w:t>v 0.973044 1.685733 -1.005823</w:t>
        <w:br/>
        <w:t>v 0.911427 1.713943 -1.093514</w:t>
        <w:br/>
        <w:t>v 0.824412 1.736977 -1.163064</w:t>
        <w:br/>
        <w:t>v 0.721649 1.748677 -1.195126</w:t>
        <w:br/>
        <w:t>v 0.610324 1.739829 -1.160335</w:t>
        <w:br/>
        <w:t>v 0.514494 1.726053 -1.110489</w:t>
        <w:br/>
        <w:t>v 0.459039 1.683672 -0.983085</w:t>
        <w:br/>
        <w:t>v 0.436844 1.726030 -0.992368</w:t>
        <w:br/>
        <w:t>v 0.424408 1.578315 -0.968012</w:t>
        <w:br/>
        <w:t>v 0.451362 1.574772 -0.974978</w:t>
        <w:br/>
        <w:t>v 0.459039 1.683672 -0.983085</w:t>
        <w:br/>
        <w:t>v 0.456955 1.350689 -0.966557</w:t>
        <w:br/>
        <w:t>v 0.451362 1.574772 -0.974978</w:t>
        <w:br/>
        <w:t>v 0.438649 1.355783 -0.954988</w:t>
        <w:br/>
        <w:t>v 0.445196 1.134449 -1.089866</w:t>
        <w:br/>
        <w:t>v 0.437314 1.140796 -1.069330</w:t>
        <w:br/>
        <w:t>v 0.426120 0.870362 -0.899334</w:t>
        <w:br/>
        <w:t>v 0.385216 0.843122 -0.909091</w:t>
        <w:br/>
        <w:t>v 0.390913 1.091212 -1.097683</w:t>
        <w:br/>
        <w:t>v 0.384144 0.625894 -0.708334</w:t>
        <w:br/>
        <w:t>v 0.398230 0.819527 -0.897392</w:t>
        <w:br/>
        <w:t>v 0.426120 0.870362 -0.899334</w:t>
        <w:br/>
        <w:t>v 0.421781 0.628058 -0.693021</w:t>
        <w:br/>
        <w:t>v 0.374385 0.487336 -0.433810</w:t>
        <w:br/>
        <w:t>v 0.387240 0.468573 -0.418893</w:t>
        <w:br/>
        <w:t>v 0.410475 0.378806 -0.497735</w:t>
        <w:br/>
        <w:t>v 0.399963 0.389499 -0.516715</w:t>
        <w:br/>
        <w:t>v 0.347126 0.595097 -0.282525</w:t>
        <w:br/>
        <w:t>v 0.362806 0.576505 -0.280104</w:t>
        <w:br/>
        <w:t>v 0.411315 0.624310 -0.103271</w:t>
        <w:br/>
        <w:t>v 0.415375 0.606183 -0.108141</w:t>
        <w:br/>
        <w:t>v 0.461209 0.540847 -0.016008</w:t>
        <w:br/>
        <w:t>v 0.504349 0.433553 0.095141</w:t>
        <w:br/>
        <w:t>v 0.968705 1.126621 -1.104527</w:t>
        <w:br/>
        <w:t>v 0.957474 1.338926 -1.312724</w:t>
        <w:br/>
        <w:t>v 1.007167 1.247393 -1.215813</w:t>
        <w:br/>
        <w:t>v 0.944076 1.235389 -1.197103</w:t>
        <w:br/>
        <w:t>v 0.894611 1.327980 -1.282787</w:t>
        <w:br/>
        <w:t>v 0.853526 1.395645 -1.399556</w:t>
        <w:br/>
        <w:t>v 0.821614 1.364786 -1.329716</w:t>
        <w:br/>
        <w:t>v 0.707606 1.386060 -1.370196</w:t>
        <w:br/>
        <w:t>v 0.723256 1.413416 -1.438627</w:t>
        <w:br/>
        <w:t>v 0.600576 1.381076 -1.350213</w:t>
        <w:br/>
        <w:t>v 0.582461 1.397846 -1.398072</w:t>
        <w:br/>
        <w:t>v 0.517633 1.338419 -1.292179</w:t>
        <w:br/>
        <w:t>v 0.486410 1.329720 -1.307835</w:t>
        <w:br/>
        <w:t>v 0.429981 1.218493 -1.198713</w:t>
        <w:br/>
        <w:t>v 0.481825 1.225592 -1.178099</w:t>
        <w:br/>
        <w:t>v 0.445196 1.134449 -1.089866</w:t>
        <w:br/>
        <w:t>v 0.437314 1.140796 -1.069330</w:t>
        <w:br/>
        <w:t>v 0.398834 1.099918 -1.109819</w:t>
        <w:br/>
        <w:t>v 0.445196 1.134449 -1.089866</w:t>
        <w:br/>
        <w:t>v 1.138888 0.111879 -0.074061</w:t>
        <w:br/>
        <w:t>v 1.033975 0.115549 0.133318</w:t>
        <w:br/>
        <w:t>v 1.044931 0.115549 0.031341</w:t>
        <w:br/>
        <w:t>v 1.122891 0.111878 0.109554</w:t>
        <w:br/>
        <w:t>v 0.806106 0.111035 0.555423</w:t>
        <w:br/>
        <w:t>v 0.835519 0.113430 0.458123</w:t>
        <w:br/>
        <w:t>v 0.917767 0.113936 0.362298</w:t>
        <w:br/>
        <w:t>v 0.938974 0.110675 0.427145</w:t>
        <w:br/>
        <w:t>v 0.261235 0.113989 -0.086567</w:t>
        <w:br/>
        <w:t>v 0.381358 0.118750 -0.248219</w:t>
        <w:br/>
        <w:t>v 0.390043 0.115563 0.051881</w:t>
        <w:br/>
        <w:t>v 0.393461 0.115557 0.170528</w:t>
        <w:br/>
        <w:t>v 0.269533 0.114157 0.090694</w:t>
        <w:br/>
        <w:t>v 0.480793 0.104639 0.562881</w:t>
        <w:br/>
        <w:t>v 0.468147 0.114715 0.439703</w:t>
        <w:br/>
        <w:t>v 0.360479 0.112017 0.432866</w:t>
        <w:br/>
        <w:t>v 0.434915 0.115558 0.391458</w:t>
        <w:br/>
        <w:t>v 0.399963 0.389499 -0.516715</w:t>
        <w:br/>
        <w:t>v 0.410475 0.378806 -0.497735</w:t>
        <w:br/>
        <w:t>v 0.362812 0.393044 -0.539320</w:t>
        <w:br/>
        <w:t>v 0.966296 1.157787 -1.265133</w:t>
        <w:br/>
        <w:t>v 1.007167 1.247393 -1.215813</w:t>
        <w:br/>
        <w:t>v 0.957474 1.338926 -1.312724</w:t>
        <w:br/>
        <w:t>v 0.908223 1.226295 -1.332820</w:t>
        <w:br/>
        <w:t>v 0.853526 1.395645 -1.399556</w:t>
        <w:br/>
        <w:t>v 0.824169 1.261023 -1.391183</w:t>
        <w:br/>
        <w:t>v 0.723256 1.413416 -1.438627</w:t>
        <w:br/>
        <w:t>v 0.721494 1.281039 -1.415687</w:t>
        <w:br/>
        <w:t>v 0.582461 1.397846 -1.398072</w:t>
        <w:br/>
        <w:t>v 0.608766 1.272074 -1.386126</w:t>
        <w:br/>
        <w:t>v 0.486410 1.329720 -1.307835</w:t>
        <w:br/>
        <w:t>v 0.509490 1.224655 -1.318593</w:t>
        <w:br/>
        <w:t>v 0.429981 1.218493 -1.198713</w:t>
        <w:br/>
        <w:t>v 0.461165 1.147069 -1.237355</w:t>
        <w:br/>
        <w:t>v 0.420797 1.021028 -1.149918</w:t>
        <w:br/>
        <w:t>v 0.398834 1.099918 -1.109819</w:t>
        <w:br/>
        <w:t>v 0.422217 0.790054 -0.972388</w:t>
        <w:br/>
        <w:t>v 0.390913 1.091212 -1.097683</w:t>
        <w:br/>
        <w:t>v 0.385216 0.843122 -0.909091</w:t>
        <w:br/>
        <w:t>v 0.477393 1.008796 -1.169182</w:t>
        <w:br/>
        <w:t>v 0.487111 1.122225 -1.236282</w:t>
        <w:br/>
        <w:t>v 0.456930 0.777301 -0.983368</w:t>
        <w:br/>
        <w:t>v 0.524511 0.944265 -1.230829</w:t>
        <w:br/>
        <w:t>v 0.546403 0.987523 -1.282321</w:t>
        <w:br/>
        <w:t>v 0.477148 0.724361 -0.981020</w:t>
        <w:br/>
        <w:t>v 1.040686 1.129439 -1.122219</w:t>
        <w:br/>
        <w:t>v 1.009354 1.060460 -1.187257</w:t>
        <w:br/>
        <w:t>v 1.018311 0.831511 -0.992171</w:t>
        <w:br/>
        <w:t>v 1.050275 0.894598 -0.952377</w:t>
        <w:br/>
        <w:t>v 0.985706 0.975300 -1.228223</w:t>
        <w:br/>
        <w:t>v 0.915358 0.947198 -1.239447</w:t>
        <w:br/>
        <w:t>v 0.947660 0.723725 -0.970534</w:t>
        <w:br/>
        <w:t>v 0.986644 0.775433 -1.006883</w:t>
        <w:br/>
        <w:t>v 0.927412 1.149023 -1.261047</w:t>
        <w:br/>
        <w:t>v 0.976155 1.051486 -1.199888</w:t>
        <w:br/>
        <w:t>v 0.879259 1.208859 -1.325737</w:t>
        <w:br/>
        <w:t>v 0.810976 1.241980 -1.376357</w:t>
        <w:br/>
        <w:t>v 0.723641 1.250399 -1.392321</w:t>
        <w:br/>
        <w:t>v 0.624779 1.247163 -1.371289</w:t>
        <w:br/>
        <w:t>v 0.540705 1.199582 -1.307029</w:t>
        <w:br/>
        <w:t>v 1.009354 1.060460 -1.187257</w:t>
        <w:br/>
        <w:t>v 0.915358 0.947198 -1.239447</w:t>
        <w:br/>
        <w:t>v 0.985706 0.975300 -1.228223</w:t>
        <w:br/>
        <w:t>v 0.885444 0.979813 -1.294940</w:t>
        <w:br/>
        <w:t>v 0.826788 1.003084 -1.346961</w:t>
        <w:br/>
        <w:t>v 0.771255 1.019459 -1.377120</w:t>
        <w:br/>
        <w:t>v 0.710146 1.023885 -1.386892</w:t>
        <w:br/>
        <w:t>v 0.640434 1.025222 -1.367380</w:t>
        <w:br/>
        <w:t>v 0.589946 1.005327 -1.331506</w:t>
        <w:br/>
        <w:t>v 0.832410 0.949846 -1.295703</w:t>
        <w:br/>
        <w:t>v 0.768463 0.974451 -1.349086</w:t>
        <w:br/>
        <w:t>v 0.712290 0.978950 -1.360661</w:t>
        <w:br/>
        <w:t>v 0.643500 0.975071 -1.342851</w:t>
        <w:br/>
        <w:t>v 0.588316 0.954001 -1.293212</w:t>
        <w:br/>
        <w:t>v 0.550160 0.911372 -1.220986</w:t>
        <w:br/>
        <w:t>v 0.878804 0.921438 -1.233115</w:t>
        <w:br/>
        <w:t>v 0.922125 0.726880 -0.996406</w:t>
        <w:br/>
        <w:t>v 0.505465 0.715763 -1.005452</w:t>
        <w:br/>
        <w:t>v 0.865530 0.603473 -1.126648</w:t>
        <w:br/>
        <w:t>v 0.820984 0.542622 -1.190871</w:t>
        <w:br/>
        <w:t>v 0.712019 0.490729 -1.239049</w:t>
        <w:br/>
        <w:t>v 0.759943 0.504142 -1.229065</w:t>
        <w:br/>
        <w:t>v 0.650022 0.499521 -1.227223</w:t>
        <w:br/>
        <w:t>v 0.602120 0.527840 -1.196472</w:t>
        <w:br/>
        <w:t>v 0.554174 0.586224 -1.132116</w:t>
        <w:br/>
        <w:t>v 0.505465 0.715763 -1.005452</w:t>
        <w:br/>
        <w:t>v 0.477148 0.724361 -0.981020</w:t>
        <w:br/>
        <w:t>v 0.537922 0.585465 -1.124873</w:t>
        <w:br/>
        <w:t>v 0.578648 0.521665 -1.192809</w:t>
        <w:br/>
        <w:t>v 0.647791 0.477995 -1.246648</w:t>
        <w:br/>
        <w:t>v 0.710117 0.468739 -1.259861</w:t>
        <w:br/>
        <w:t>v 0.770609 0.484961 -1.244260</w:t>
        <w:br/>
        <w:t>v 0.833920 0.531257 -1.194248</w:t>
        <w:br/>
        <w:t>v 0.875208 0.595670 -1.127586</w:t>
        <w:br/>
        <w:t>v 0.947660 0.723725 -0.970534</w:t>
        <w:br/>
        <w:t>v 0.431055 0.774645 -0.962051</w:t>
        <w:br/>
        <w:t>v 0.398230 0.819527 -0.897392</w:t>
        <w:br/>
        <w:t>v 0.420485 0.675936 -0.879337</w:t>
        <w:br/>
        <w:t>v 0.446502 0.651613 -0.868353</w:t>
        <w:br/>
        <w:t>v 0.453701 0.703777 -0.921740</w:t>
        <w:br/>
        <w:t>v 0.949424 0.682869 -0.930765</w:t>
        <w:br/>
        <w:t>v 0.895496 0.545833 -1.079096</w:t>
        <w:br/>
        <w:t>v 0.849600 0.470533 -1.161636</w:t>
        <w:br/>
        <w:t>v 0.793120 0.420775 -1.219543</w:t>
        <w:br/>
        <w:t>v 0.716627 0.386010 -1.246959</w:t>
        <w:br/>
        <w:t>v 0.642262 0.404511 -1.230373</w:t>
        <w:br/>
        <w:t>v 0.578426 0.454102 -1.178760</w:t>
        <w:br/>
        <w:t>v 0.523837 0.545183 -1.070605</w:t>
        <w:br/>
        <w:t>v 0.477681 0.669459 -0.924478</w:t>
        <w:br/>
        <w:t>v 0.398230 0.819527 -0.897392</w:t>
        <w:br/>
        <w:t>v 0.932705 0.666999 -0.917874</w:t>
        <w:br/>
        <w:t>v 0.876650 0.542433 -1.049000</w:t>
        <w:br/>
        <w:t>v 0.923923 0.610186 -0.898571</w:t>
        <w:br/>
        <w:t>v 0.849600 0.470533 -1.161636</w:t>
        <w:br/>
        <w:t>v 0.835772 0.453576 -1.150110</w:t>
        <w:br/>
        <w:t>v 0.778691 0.405043 -1.200431</w:t>
        <w:br/>
        <w:t>v 0.716627 0.386010 -1.246959</w:t>
        <w:br/>
        <w:t>v 0.718821 0.382137 -1.222819</w:t>
        <w:br/>
        <w:t>v 0.642262 0.404511 -1.230373</w:t>
        <w:br/>
        <w:t>v 0.645594 0.396617 -1.208463</w:t>
        <w:br/>
        <w:t>v 0.594488 0.432047 -1.168114</w:t>
        <w:br/>
        <w:t>v 0.543585 0.536763 -1.052120</w:t>
        <w:br/>
        <w:t>v 0.484878 0.652900 -0.917862</w:t>
        <w:br/>
        <w:t>v 0.993178 0.585120 -0.810078</w:t>
        <w:br/>
        <w:t>v 1.025613 0.660195 -0.770174</w:t>
        <w:br/>
        <w:t>v 0.986381 0.661104 -0.877710</w:t>
        <w:br/>
        <w:t>v 0.867065 0.460319 -1.044766</w:t>
        <w:br/>
        <w:t>v 0.888521 0.473474 -0.924533</w:t>
        <w:br/>
        <w:t>v 0.552246 0.454167 -1.049117</w:t>
        <w:br/>
        <w:t>v 0.488700 0.612206 -0.892710</w:t>
        <w:br/>
        <w:t>v 0.529271 0.461546 -0.931253</w:t>
        <w:br/>
        <w:t>v 0.540449 0.102354 -1.060251</w:t>
        <w:br/>
        <w:t>v 0.536294 0.102354 -0.956321</w:t>
        <w:br/>
        <w:t>v 0.579955 0.102355 -1.160893</w:t>
        <w:br/>
        <w:t>v 0.871882 0.102354 -1.048714</w:t>
        <w:br/>
        <w:t>v 0.870391 0.102354 -0.961018</w:t>
        <w:br/>
        <w:t>v 0.844952 0.102355 -1.134419</w:t>
        <w:br/>
        <w:t>v 0.781183 0.102355 -1.197249</w:t>
        <w:br/>
        <w:t>v 0.644344 0.102355 -1.210351</w:t>
        <w:br/>
        <w:t>v 0.645594 0.396617 -1.208463</w:t>
        <w:br/>
        <w:t>v 0.718821 0.382137 -1.222819</w:t>
        <w:br/>
        <w:t>v 0.724910 0.102355 -1.210009</w:t>
        <w:br/>
        <w:t>v 0.446502 0.651613 -0.868353</w:t>
        <w:br/>
        <w:t>v 0.420485 0.675936 -0.879337</w:t>
        <w:br/>
        <w:t>v 0.418150 0.573184 -0.798485</w:t>
        <w:br/>
        <w:t>v 0.398230 0.819527 -0.897392</w:t>
        <w:br/>
        <w:t>v 0.384144 0.625894 -0.708334</w:t>
        <w:br/>
        <w:t>v 0.902860 0.062281 -1.038943</w:t>
        <w:br/>
        <w:t>v 0.912471 0.062281 -0.924602</w:t>
        <w:br/>
        <w:t>v 0.874663 0.062281 -1.138369</w:t>
        <w:br/>
        <w:t>v 0.809091 0.062281 -1.207608</w:t>
        <w:br/>
        <w:t>v 0.732494 0.062281 -1.240274</w:t>
        <w:br/>
        <w:t>v 0.643058 0.062281 -1.230306</w:t>
        <w:br/>
        <w:t>v 0.559640 0.062281 -1.172648</w:t>
        <w:br/>
        <w:t>v 0.514436 0.062281 -1.048919</w:t>
        <w:br/>
        <w:t>v 0.504015 0.062281 -0.926019</w:t>
        <w:br/>
        <w:t>v 0.485376 -0.005786 -0.928929</w:t>
        <w:br/>
        <w:t>v 0.498924 -0.005785 -1.047858</w:t>
        <w:br/>
        <w:t>v 0.545793 -0.005785 -1.173921</w:t>
        <w:br/>
        <w:t>v 0.635076 -0.005785 -1.232633</w:t>
        <w:br/>
        <w:t>v 0.729918 -0.005785 -1.245707</w:t>
        <w:br/>
        <w:t>v 0.818411 -0.005785 -1.212277</w:t>
        <w:br/>
        <w:t>v 0.888806 -0.005785 -1.144752</w:t>
        <w:br/>
        <w:t>v 0.918402 -0.005785 -1.035770</w:t>
        <w:br/>
        <w:t>v 0.924586 -0.005786 -0.925948</w:t>
        <w:br/>
        <w:t>v 0.986381 0.661104 -0.877710</w:t>
        <w:br/>
        <w:t>v 0.923923 0.610186 -0.898571</w:t>
        <w:br/>
        <w:t>v 0.488700 0.612206 -0.892710</w:t>
        <w:br/>
        <w:t>v 0.446502 0.651613 -0.868353</w:t>
        <w:br/>
        <w:t>v 0.536294 0.102354 -0.956321</w:t>
        <w:br/>
        <w:t>v 0.529271 0.461546 -0.931253</w:t>
        <w:br/>
        <w:t>v 0.888521 0.473474 -0.924533</w:t>
        <w:br/>
        <w:t>v 0.870391 0.102354 -0.961018</w:t>
        <w:br/>
        <w:t>v 0.912471 0.062281 -0.924602</w:t>
        <w:br/>
        <w:t>v 0.504015 0.062281 -0.926019</w:t>
        <w:br/>
        <w:t>v 0.485376 -0.005786 -0.928929</w:t>
        <w:br/>
        <w:t>v 0.924586 -0.005786 -0.925948</w:t>
        <w:br/>
        <w:t>v 0.302334 0.113556 0.264958</w:t>
        <w:br/>
        <w:t>v 0.407702 0.115554 0.316318</w:t>
        <w:br/>
        <w:t>v 1.019669 0.115548 0.251599</w:t>
        <w:br/>
        <w:t>v 1.049737 0.112130 0.280073</w:t>
        <w:br/>
        <w:t>v 0.488265 0.012482 0.565037</w:t>
        <w:br/>
        <w:t>v 0.480793 0.104639 0.562881</w:t>
        <w:br/>
        <w:t>v 0.806106 0.111035 0.555423</w:t>
        <w:br/>
        <w:t>v 0.797259 0.012482 0.563999</w:t>
        <w:br/>
        <w:t>v 0.360479 0.112017 0.432866</w:t>
        <w:br/>
        <w:t>v 0.360897 0.012482 0.430171</w:t>
        <w:br/>
        <w:t>v 0.298451 0.012482 0.253057</w:t>
        <w:br/>
        <w:t>v 0.302334 0.113556 0.264958</w:t>
        <w:br/>
        <w:t>v 0.254723 0.012483 -0.114861</w:t>
        <w:br/>
        <w:t>v 0.261235 0.113989 -0.086567</w:t>
        <w:br/>
        <w:t>v 0.269533 0.114157 0.090694</w:t>
        <w:br/>
        <w:t>v 0.260409 0.012483 0.071532</w:t>
        <w:br/>
        <w:t>v 0.250475 0.012483 -0.300927</w:t>
        <w:br/>
        <w:t>v 0.255301 0.113767 -0.263826</w:t>
        <w:br/>
        <w:t>v 0.384552 0.365330 -0.613389</w:t>
        <w:br/>
        <w:t>v 0.362812 0.393044 -0.539320</w:t>
        <w:br/>
        <w:t>v 1.149531 0.012483 -0.299740</w:t>
        <w:br/>
        <w:t>v 1.146277 0.112254 -0.258572</w:t>
        <w:br/>
        <w:t>v 1.065140 0.443902 -0.586942</w:t>
        <w:br/>
        <w:t>v 1.053771 0.365980 -0.615094</w:t>
        <w:br/>
        <w:t>v 1.138888 0.111879 -0.074061</w:t>
        <w:br/>
        <w:t>v 1.139545 0.012483 -0.104732</w:t>
        <w:br/>
        <w:t>v 1.127882 0.012482 0.090556</w:t>
        <w:br/>
        <w:t>v 1.122891 0.111878 0.109554</w:t>
        <w:br/>
        <w:t>v 0.938974 0.110675 0.427145</w:t>
        <w:br/>
        <w:t>v 1.049737 0.112130 0.280073</w:t>
        <w:br/>
        <w:t>v 1.057089 0.012482 0.273057</w:t>
        <w:br/>
        <w:t>v 0.935022 0.012482 0.425681</w:t>
        <w:br/>
        <w:t>v 0.986381 0.661104 -0.877710</w:t>
        <w:br/>
        <w:t>v 0.446502 0.651613 -0.868353</w:t>
        <w:br/>
        <w:t>v 0.418150 0.573184 -0.798485</w:t>
        <w:br/>
        <w:t>v 0.993178 0.585120 -0.810078</w:t>
        <w:br/>
        <w:t>v 0.250475 0.012483 -0.300927</w:t>
        <w:br/>
        <w:t>v 1.149531 0.012483 -0.299740</w:t>
        <w:br/>
        <w:t>v 1.053771 0.365980 -0.615094</w:t>
        <w:br/>
        <w:t>v 0.384552 0.365330 -0.613389</w:t>
        <w:br/>
        <w:t>v 0.254723 0.012483 -0.114861</w:t>
        <w:br/>
        <w:t>v 1.139545 0.012483 -0.104732</w:t>
        <w:br/>
        <w:t>v 0.260409 0.012483 0.071532</w:t>
        <w:br/>
        <w:t>v 1.127882 0.012482 0.090556</w:t>
        <w:br/>
        <w:t>v 0.360897 0.012482 0.430171</w:t>
        <w:br/>
        <w:t>v 0.935022 0.012482 0.425681</w:t>
        <w:br/>
        <w:t>v 1.057089 0.012482 0.273057</w:t>
        <w:br/>
        <w:t>v 0.298451 0.012482 0.253057</w:t>
        <w:br/>
        <w:t>v 0.488265 0.012482 0.565037</w:t>
        <w:br/>
        <w:t>v 0.797259 0.012482 0.563999</w:t>
        <w:br/>
        <w:t>v 0.918402 -0.005785 -1.035770</w:t>
        <w:br/>
        <w:t>v 0.498924 -0.005785 -1.047858</w:t>
        <w:br/>
        <w:t>v 0.485376 -0.005786 -0.928929</w:t>
        <w:br/>
        <w:t>v 0.924586 -0.005786 -0.925948</w:t>
        <w:br/>
        <w:t>v 0.818411 -0.005785 -1.212277</w:t>
        <w:br/>
        <w:t>v 0.635076 -0.005785 -1.232633</w:t>
        <w:br/>
        <w:t>v 0.545793 -0.005785 -1.173921</w:t>
        <w:br/>
        <w:t>v 0.888806 -0.005785 -1.144752</w:t>
        <w:br/>
        <w:t>v 0.729918 -0.005785 -1.245707</w:t>
        <w:br/>
        <w:t>v 0.553473 0.266654 0.291031</w:t>
        <w:br/>
        <w:t>v 0.548768 0.258957 0.270987</w:t>
        <w:br/>
        <w:t>v 0.540970 0.311981 0.218821</w:t>
        <w:br/>
        <w:t>v 0.542743 0.325739 0.230102</w:t>
        <w:br/>
        <w:t>v 0.635776 0.311152 0.232396</w:t>
        <w:br/>
        <w:t>v 0.633645 0.323012 0.244640</w:t>
        <w:br/>
        <w:t>v 0.605905 0.265109 0.301914</w:t>
        <w:br/>
        <w:t>v 0.612223 0.257088 0.284158</w:t>
        <w:br/>
        <w:t>v 0.588852 0.111699 0.336435</w:t>
        <w:br/>
        <w:t>v 0.584156 0.119848 0.355865</w:t>
        <w:br/>
        <w:t>v 0.567473 0.120876 0.357748</w:t>
        <w:br/>
        <w:t>v 0.562778 0.113306 0.339377</w:t>
        <w:br/>
        <w:t>v 0.255301 0.113767 -0.263826</w:t>
        <w:br/>
        <w:t>v 0.457291 0.369152 0.124156</w:t>
        <w:br/>
        <w:t>v 0.463533 0.325758 0.200376</w:t>
        <w:br/>
        <w:t>v 0.367601 0.280111 0.204674</w:t>
        <w:br/>
        <w:t>v 0.348994 0.306976 0.114876</w:t>
        <w:br/>
        <w:t>v 0.504349 0.433553 0.095141</w:t>
        <w:br/>
        <w:t>v 0.540970 0.311981 0.218821</w:t>
        <w:br/>
        <w:t>v 0.336261 0.198977 0.087397</w:t>
        <w:br/>
        <w:t>v 0.351847 0.187001 0.187996</w:t>
        <w:br/>
        <w:t>v 0.393461 0.115557 0.170528</w:t>
        <w:br/>
        <w:t>v 0.390043 0.115563 0.051881</w:t>
        <w:br/>
        <w:t>v 0.416398 0.181107 0.425088</w:t>
        <w:br/>
        <w:t>v 0.434915 0.115558 0.391458</w:t>
        <w:br/>
        <w:t>v 0.407702 0.115554 0.316318</w:t>
        <w:br/>
        <w:t>v 0.371549 0.179992 0.310496</w:t>
        <w:br/>
        <w:t>v 0.494528 0.273410 0.461302</w:t>
        <w:br/>
        <w:t>v 0.493950 0.261939 0.445705</w:t>
        <w:br/>
        <w:t>v 0.462026 0.257263 0.441219</w:t>
        <w:br/>
        <w:t>v 0.462502 0.268270 0.455278</w:t>
        <w:br/>
        <w:t>v 0.494528 0.273410 0.461302</w:t>
        <w:br/>
        <w:t>v 0.518012 0.273955 0.356708</w:t>
        <w:br/>
        <w:t>v 0.525760 0.267344 0.452947</w:t>
        <w:br/>
        <w:t>v 0.542818 0.257334 0.374324</w:t>
        <w:br/>
        <w:t>v 0.545421 0.244596 0.428383</w:t>
        <w:br/>
        <w:t>v 0.436564 0.248165 0.426299</w:t>
        <w:br/>
        <w:t>v 0.432538 0.251022 0.372150</w:t>
        <w:br/>
        <w:t>v 0.456326 0.271032 0.359507</w:t>
        <w:br/>
        <w:t>v 0.436564 0.248165 0.426299</w:t>
        <w:br/>
        <w:t>v 0.462502 0.268270 0.455278</w:t>
        <w:br/>
        <w:t>v 0.560079 0.252932 0.373153</w:t>
        <w:br/>
        <w:t>v 0.542818 0.257334 0.374324</w:t>
        <w:br/>
        <w:t>v 0.548768 0.258957 0.270987</w:t>
        <w:br/>
        <w:t>v 0.552104 0.237426 0.431533</w:t>
        <w:br/>
        <w:t>v 0.545421 0.244596 0.428383</w:t>
        <w:br/>
        <w:t>v 0.428375 0.240759 0.431356</w:t>
        <w:br/>
        <w:t>v 0.413104 0.245889 0.375158</w:t>
        <w:br/>
        <w:t>v 0.432538 0.251022 0.372150</w:t>
        <w:br/>
        <w:t>v 0.436564 0.248165 0.426299</w:t>
        <w:br/>
        <w:t>v 0.402520 0.258408 0.300596</w:t>
        <w:br/>
        <w:t>v 0.456326 0.271032 0.359507</w:t>
        <w:br/>
        <w:t>v 0.475832 0.294022 0.296927</w:t>
        <w:br/>
        <w:t>v 0.518012 0.273955 0.356708</w:t>
        <w:br/>
        <w:t>v 0.559048 0.176023 0.422862</w:t>
        <w:br/>
        <w:t>v 0.560079 0.252932 0.373153</w:t>
        <w:br/>
        <w:t>v 0.464456 0.179343 0.451408</w:t>
        <w:br/>
        <w:t>v 0.518196 0.178492 0.449023</w:t>
        <w:br/>
        <w:t>v 0.511764 0.115560 0.402921</w:t>
        <w:br/>
        <w:t>v 0.468601 0.115560 0.405266</w:t>
        <w:br/>
        <w:t>v 0.468988 0.241314 0.453439</w:t>
        <w:br/>
        <w:t>v 0.515105 0.239875 0.451484</w:t>
        <w:br/>
        <w:t>v 0.493950 0.261939 0.445705</w:t>
        <w:br/>
        <w:t>v 0.523182 0.256717 0.439694</w:t>
        <w:br/>
        <w:t>v 0.559048 0.176023 0.422862</w:t>
        <w:br/>
        <w:t>v 0.538333 0.115563 0.392432</w:t>
        <w:br/>
        <w:t>v 0.462026 0.257263 0.441219</w:t>
        <w:br/>
        <w:t>v 0.545421 0.244596 0.428383</w:t>
        <w:br/>
        <w:t>v 0.523182 0.256717 0.439694</w:t>
        <w:br/>
        <w:t>v 0.525760 0.267344 0.452947</w:t>
        <w:br/>
        <w:t>v 0.987054 0.132916 0.265218</w:t>
        <w:br/>
        <w:t>v 0.988638 0.115548 0.257892</w:t>
        <w:br/>
        <w:t>v 0.960371 0.115544 0.242966</w:t>
        <w:br/>
        <w:t>v 0.957346 0.130166 0.247613</w:t>
        <w:br/>
        <w:t>v 0.978638 0.314326 0.087830</w:t>
        <w:br/>
        <w:t>v 1.016316 0.227536 0.156123</w:t>
        <w:br/>
        <w:t>v 0.979782 0.227152 0.149955</w:t>
        <w:br/>
        <w:t>v 1.022105 0.126839 0.256270</w:t>
        <w:br/>
        <w:t>v 1.019669 0.115548 0.251599</w:t>
        <w:br/>
        <w:t>v 0.957346 0.130166 0.247613</w:t>
        <w:br/>
        <w:t>v 0.960371 0.115544 0.242966</w:t>
        <w:br/>
        <w:t>v 0.968859 0.114137 0.125702</w:t>
        <w:br/>
        <w:t>v 0.969681 0.155546 0.157122</w:t>
        <w:br/>
        <w:t>v 1.022105 0.126839 0.256270</w:t>
        <w:br/>
        <w:t>v 1.052903 0.146724 0.142517</w:t>
        <w:br/>
        <w:t>v 1.033975 0.115549 0.133318</w:t>
        <w:br/>
        <w:t>v 1.019669 0.115548 0.251599</w:t>
        <w:br/>
        <w:t>v 1.013558 0.146823 0.262615</w:t>
        <w:br/>
        <w:t>v 1.030902 0.167066 0.212723</w:t>
        <w:br/>
        <w:t>v 0.968448 0.158076 0.252935</w:t>
        <w:br/>
        <w:t>v 0.979025 0.182870 0.200928</w:t>
        <w:br/>
        <w:t>v 1.044148 0.198190 0.155194</w:t>
        <w:br/>
        <w:t>v 0.968859 0.114137 0.125702</w:t>
        <w:br/>
        <w:t>v 0.947209 0.115547 0.230085</w:t>
        <w:br/>
        <w:t>v 0.974636 0.187898 0.103389</w:t>
        <w:br/>
        <w:t>v 0.969681 0.155546 0.157122</w:t>
        <w:br/>
        <w:t>v 0.859847 0.216909 0.268794</w:t>
        <w:br/>
        <w:t>v 0.845958 0.191254 0.262398</w:t>
        <w:br/>
        <w:t>v 0.855690 0.197911 0.162565</w:t>
        <w:br/>
        <w:t>v 0.865070 0.270168 0.207729</w:t>
        <w:br/>
        <w:t>v 0.948275 0.144854 0.268412</w:t>
        <w:br/>
        <w:t>v 0.934683 0.197387 0.267739</w:t>
        <w:br/>
        <w:t>v 0.946345 0.248535 0.205579</w:t>
        <w:br/>
        <w:t>v 0.978638 0.314326 0.087830</w:t>
        <w:br/>
        <w:t>v 0.979782 0.227152 0.149955</w:t>
        <w:br/>
        <w:t>v 0.859847 0.216909 0.268794</w:t>
        <w:br/>
        <w:t>v 0.865070 0.270168 0.207729</w:t>
        <w:br/>
        <w:t>v 0.908507 0.278175 0.213281</w:t>
        <w:br/>
        <w:t>v 0.893701 0.219203 0.272480</w:t>
        <w:br/>
        <w:t>v 0.864588 0.352059 0.114072</w:t>
        <w:br/>
        <w:t>v 0.879502 0.177469 0.357121</w:t>
        <w:br/>
        <w:t>v 0.895827 0.175145 0.358687</w:t>
        <w:br/>
        <w:t>v 0.896220 0.172732 0.350976</w:t>
        <w:br/>
        <w:t>v 0.880979 0.175101 0.351469</w:t>
        <w:br/>
        <w:t>v 0.736476 0.230385 0.318512</w:t>
        <w:br/>
        <w:t>v 0.720818 0.196752 0.296935</w:t>
        <w:br/>
        <w:t>v 0.726172 0.232609 0.204276</w:t>
        <w:br/>
        <w:t>v 0.743236 0.297014 0.251186</w:t>
        <w:br/>
        <w:t>v 0.815463 0.215762 0.322209</w:t>
        <w:br/>
        <w:t>v 0.828072 0.288622 0.243708</w:t>
        <w:br/>
        <w:t>v 0.855690 0.197911 0.162565</w:t>
        <w:br/>
        <w:t>v 0.830579 0.166175 0.312918</w:t>
        <w:br/>
        <w:t>v 0.865070 0.270168 0.207729</w:t>
        <w:br/>
        <w:t>v 0.789811 0.310005 0.254709</w:t>
        <w:br/>
        <w:t>v 0.778793 0.238541 0.328478</w:t>
        <w:br/>
        <w:t>v 0.734272 0.385531 0.141850</w:t>
        <w:br/>
        <w:t>v 0.754862 0.192291 0.417966</w:t>
        <w:br/>
        <w:t>v 0.755380 0.187974 0.408852</w:t>
        <w:br/>
        <w:t>v 0.738465 0.187905 0.408258</w:t>
        <w:br/>
        <w:t>v 0.707178 0.304646 0.245573</w:t>
        <w:br/>
        <w:t>v 0.726172 0.232609 0.204276</w:t>
        <w:br/>
        <w:t>v 0.710347 0.193498 0.347474</w:t>
        <w:br/>
        <w:t>v 0.695749 0.231095 0.344560</w:t>
        <w:br/>
        <w:t>v 0.726172 0.232609 0.204276</w:t>
        <w:br/>
        <w:t>v 0.707178 0.304646 0.245573</w:t>
        <w:br/>
        <w:t>v 0.598888 0.236900 0.345212</w:t>
        <w:br/>
        <w:t>v 0.612223 0.257088 0.284158</w:t>
        <w:br/>
        <w:t>v 0.635776 0.311152 0.232396</w:t>
        <w:br/>
        <w:t>v 0.644552 0.243582 0.344170</w:t>
        <w:br/>
        <w:t>v 0.695749 0.231095 0.344560</w:t>
        <w:br/>
        <w:t>v 0.700978 0.428738 0.122087</w:t>
        <w:br/>
        <w:t>v 0.678435 0.142407 0.434615</w:t>
        <w:br/>
        <w:t>v 0.674891 0.185412 0.438766</w:t>
        <w:br/>
        <w:t>v 0.694528 0.115557 0.318854</w:t>
        <w:br/>
        <w:t>v 0.676630 0.115555 0.389949</w:t>
        <w:br/>
        <w:t>v 0.636487 0.206135 0.455370</w:t>
        <w:br/>
        <w:t>v 0.636404 0.199996 0.447079</w:t>
        <w:br/>
        <w:t>v 0.621383 0.199050 0.441180</w:t>
        <w:br/>
        <w:t>v 0.615653 0.204153 0.447971</w:t>
        <w:br/>
        <w:t>v 1.005059 0.185202 0.207427</w:t>
        <w:br/>
        <w:t>v 0.979025 0.182870 0.200928</w:t>
        <w:br/>
        <w:t>v 1.068347 0.238083 0.062978</w:t>
        <w:br/>
        <w:t>v 1.080765 0.155651 0.039661</w:t>
        <w:br/>
        <w:t>v 1.044931 0.115549 0.031341</w:t>
        <w:br/>
        <w:t>v 0.922277 0.115555 0.305780</w:t>
        <w:br/>
        <w:t>v 0.885475 0.115550 0.310129</w:t>
        <w:br/>
        <w:t>v 0.878692 0.119222 0.350758</w:t>
        <w:br/>
        <w:t>v 0.918358 0.118583 0.344896</w:t>
        <w:br/>
        <w:t>v 0.851461 0.115559 0.298500</w:t>
        <w:br/>
        <w:t>v 0.842998 0.128233 0.336922</w:t>
        <w:br/>
        <w:t>v 0.800044 0.115558 0.361798</w:t>
        <w:br/>
        <w:t>v 0.763522 0.115550 0.363796</w:t>
        <w:br/>
        <w:t>v 0.754260 0.124974 0.407021</w:t>
        <w:br/>
        <w:t>v 0.797673 0.127119 0.401332</w:t>
        <w:br/>
        <w:t>v 0.724594 0.115557 0.356433</w:t>
        <w:br/>
        <w:t>v 0.715695 0.127629 0.392735</w:t>
        <w:br/>
        <w:t>v 0.676630 0.115555 0.389949</w:t>
        <w:br/>
        <w:t>v 0.640061 0.115554 0.390538</w:t>
        <w:br/>
        <w:t>v 0.635094 0.144895 0.443939</w:t>
        <w:br/>
        <w:t>v 0.678435 0.142407 0.434615</w:t>
        <w:br/>
        <w:t>v 0.586079 0.115558 0.385985</w:t>
        <w:br/>
        <w:t>v 0.591466 0.145502 0.430530</w:t>
        <w:br/>
        <w:t>v 0.636487 0.206135 0.455370</w:t>
        <w:br/>
        <w:t>v 0.635199 0.216730 0.401247</w:t>
        <w:br/>
        <w:t>v 0.668981 0.217148 0.403426</w:t>
        <w:br/>
        <w:t>v 0.653128 0.201603 0.448174</w:t>
        <w:br/>
        <w:t>v 0.668981 0.217148 0.403426</w:t>
        <w:br/>
        <w:t>v 0.635199 0.216730 0.401247</w:t>
        <w:br/>
        <w:t>v 0.678385 0.207931 0.409240</w:t>
        <w:br/>
        <w:t>v 0.615653 0.204153 0.447971</w:t>
        <w:br/>
        <w:t>v 0.593637 0.208370 0.406062</w:t>
        <w:br/>
        <w:t>v 0.678385 0.207931 0.409240</w:t>
        <w:br/>
        <w:t>v 0.667845 0.193503 0.435302</w:t>
        <w:br/>
        <w:t>v 0.593637 0.208370 0.406062</w:t>
        <w:br/>
        <w:t>v 0.615653 0.204153 0.447971</w:t>
        <w:br/>
        <w:t>v 0.604313 0.193058 0.431337</w:t>
        <w:br/>
        <w:t>v 0.604313 0.193058 0.431337</w:t>
        <w:br/>
        <w:t>v 0.591466 0.145502 0.430530</w:t>
        <w:br/>
        <w:t>v 0.586079 0.115558 0.385985</w:t>
        <w:br/>
        <w:t>v 0.593637 0.208370 0.406062</w:t>
        <w:br/>
        <w:t>v 0.667845 0.193503 0.435302</w:t>
        <w:br/>
        <w:t>v 0.792956 0.172463 0.404786</w:t>
        <w:br/>
        <w:t>v 0.789674 0.189661 0.382260</w:t>
        <w:br/>
        <w:t>v 0.800044 0.115558 0.361798</w:t>
        <w:br/>
        <w:t>v 0.797673 0.127119 0.401332</w:t>
        <w:br/>
        <w:t>v 0.715695 0.127629 0.392735</w:t>
        <w:br/>
        <w:t>v 0.724594 0.115557 0.356433</w:t>
        <w:br/>
        <w:t>v 0.720323 0.173732 0.398515</w:t>
        <w:br/>
        <w:t>v 0.735815 0.194201 0.372873</w:t>
        <w:br/>
        <w:t>v 0.727834 0.182431 0.397163</w:t>
        <w:br/>
        <w:t>v 0.751002 0.204266 0.368362</w:t>
        <w:br/>
        <w:t>v 0.738465 0.187905 0.408258</w:t>
        <w:br/>
        <w:t>v 0.727834 0.182431 0.397163</w:t>
        <w:br/>
        <w:t>v 0.735815 0.194201 0.372873</w:t>
        <w:br/>
        <w:t>v 0.779055 0.203534 0.373392</w:t>
        <w:br/>
        <w:t>v 0.751002 0.204266 0.368362</w:t>
        <w:br/>
        <w:t>v 0.779055 0.203534 0.373392</w:t>
        <w:br/>
        <w:t>v 0.789674 0.189661 0.382260</w:t>
        <w:br/>
        <w:t>v 0.786786 0.181057 0.401868</w:t>
        <w:br/>
        <w:t>v 0.774480 0.188327 0.412187</w:t>
        <w:br/>
        <w:t>v 0.786786 0.181057 0.401868</w:t>
        <w:br/>
        <w:t>v 0.911247 0.167746 0.346766</w:t>
        <w:br/>
        <w:t>v 0.912676 0.180548 0.326393</w:t>
        <w:br/>
        <w:t>v 0.922277 0.115555 0.305780</w:t>
        <w:br/>
        <w:t>v 0.918358 0.118583 0.344896</w:t>
        <w:br/>
        <w:t>v 0.842998 0.128233 0.336922</w:t>
        <w:br/>
        <w:t>v 0.851461 0.115559 0.298500</w:t>
        <w:br/>
        <w:t>v 0.846947 0.169115 0.341528</w:t>
        <w:br/>
        <w:t>v 0.860615 0.185260 0.317303</w:t>
        <w:br/>
        <w:t>v 0.864451 0.175394 0.350127</w:t>
        <w:br/>
        <w:t>v 0.872319 0.194192 0.314146</w:t>
        <w:br/>
        <w:t>v 0.901199 0.190830 0.318610</w:t>
        <w:br/>
        <w:t>v 0.879502 0.177469 0.357121</w:t>
        <w:br/>
        <w:t>v 0.872319 0.194192 0.314146</w:t>
        <w:br/>
        <w:t>v 0.901199 0.190830 0.318610</w:t>
        <w:br/>
        <w:t>v 0.895827 0.175145 0.358687</w:t>
        <w:br/>
        <w:t>v 0.911247 0.167746 0.346766</w:t>
        <w:br/>
        <w:t>v 0.912676 0.180548 0.326393</w:t>
        <w:br/>
        <w:t>v 0.855577 0.175006 0.339428</w:t>
        <w:br/>
        <w:t>v 0.860615 0.185260 0.317303</w:t>
        <w:br/>
        <w:t>v 0.855577 0.175006 0.339428</w:t>
        <w:br/>
        <w:t>v 0.977661 0.170972 0.235678</w:t>
        <w:br/>
        <w:t>v 0.987912 0.177692 0.233163</w:t>
        <w:br/>
        <w:t>v 0.977179 0.158234 0.260803</w:t>
        <w:br/>
        <w:t>v 0.987912 0.177692 0.233163</w:t>
        <w:br/>
        <w:t>v 1.008245 0.173001 0.239947</w:t>
        <w:br/>
        <w:t>v 0.988739 0.157342 0.265528</w:t>
        <w:br/>
        <w:t>v 1.008245 0.173001 0.239947</w:t>
        <w:br/>
        <w:t>v 1.012254 0.161251 0.246425</w:t>
        <w:br/>
        <w:t>v 1.000502 0.153836 0.266959</w:t>
        <w:br/>
        <w:t>v 1.012254 0.161251 0.246425</w:t>
        <w:br/>
        <w:t>v 1.013558 0.146823 0.262615</w:t>
        <w:br/>
        <w:t>v 0.988025 0.146006 0.267119</w:t>
        <w:br/>
        <w:t>v 1.000502 0.153836 0.266959</w:t>
        <w:br/>
        <w:t>v 1.013558 0.146823 0.262615</w:t>
        <w:br/>
        <w:t>v 0.878692 0.119222 0.350758</w:t>
        <w:br/>
        <w:t>v 0.880216 0.160908 0.355953</w:t>
        <w:br/>
        <w:t>v 0.918358 0.118583 0.344896</w:t>
        <w:br/>
        <w:t>v 0.797673 0.127119 0.401332</w:t>
        <w:br/>
        <w:t>v 0.754260 0.124974 0.407021</w:t>
        <w:br/>
        <w:t>v 0.754909 0.172312 0.413632</w:t>
        <w:br/>
        <w:t>v 0.792956 0.172463 0.404786</w:t>
        <w:br/>
        <w:t>v 0.635100 0.184912 0.450267</w:t>
        <w:br/>
        <w:t>v 0.635094 0.144895 0.443939</w:t>
        <w:br/>
        <w:t>v 0.851795 0.114524 0.185607</w:t>
        <w:br/>
        <w:t>v 0.854862 0.115551 0.232473</w:t>
        <w:br/>
        <w:t>v 0.851795 0.114524 0.185607</w:t>
        <w:br/>
        <w:t>v 0.824224 0.115548 0.283979</w:t>
        <w:br/>
        <w:t>v 0.726339 0.115562 0.281470</w:t>
        <w:br/>
        <w:t>v 0.720550 0.114801 0.223809</w:t>
        <w:br/>
        <w:t>v 0.720550 0.114801 0.223809</w:t>
        <w:br/>
        <w:t>v 0.598888 0.236900 0.345212</w:t>
        <w:br/>
        <w:t>v 0.588852 0.111699 0.336435</w:t>
        <w:br/>
        <w:t>v 0.612223 0.257088 0.284158</w:t>
        <w:br/>
        <w:t>v 0.911247 0.167746 0.346766</w:t>
        <w:br/>
        <w:t>v 0.774480 0.188327 0.412187</w:t>
        <w:br/>
        <w:t>v 0.786786 0.181057 0.401868</w:t>
        <w:br/>
        <w:t>v 0.653128 0.201603 0.448174</w:t>
        <w:br/>
        <w:t>v 0.667845 0.193503 0.435302</w:t>
        <w:br/>
        <w:t>v 0.621383 0.199050 0.441180</w:t>
        <w:br/>
        <w:t>v 0.636404 0.199996 0.447079</w:t>
        <w:br/>
        <w:t>v 0.727834 0.182431 0.397163</w:t>
        <w:br/>
        <w:t>v 0.855577 0.175006 0.339428</w:t>
        <w:br/>
        <w:t>v 0.864451 0.175394 0.350127</w:t>
        <w:br/>
        <w:t>v 0.715695 0.127629 0.392735</w:t>
        <w:br/>
        <w:t>v 0.720323 0.173732 0.398515</w:t>
        <w:br/>
        <w:t>v 0.754862 0.192291 0.417966</w:t>
        <w:br/>
        <w:t>v 0.604313 0.193058 0.431337</w:t>
        <w:br/>
        <w:t>v 0.842998 0.128233 0.336922</w:t>
        <w:br/>
        <w:t>v 0.846947 0.169115 0.341528</w:t>
        <w:br/>
        <w:t>v 0.974636 0.187898 0.103389</w:t>
        <w:br/>
        <w:t>v 0.979782 0.227152 0.149955</w:t>
        <w:br/>
        <w:t>v 0.968448 0.158076 0.252935</w:t>
        <w:br/>
        <w:t>v 0.977661 0.170972 0.235678</w:t>
        <w:br/>
        <w:t>v 0.988025 0.146006 0.267119</w:t>
        <w:br/>
        <w:t>v 0.461209 0.540847 -0.016008</w:t>
        <w:br/>
        <w:t>v 1.051533 0.347911 -0.069517</w:t>
        <w:br/>
        <w:t>v 0.884082 0.491626 0.002331</w:t>
        <w:br/>
        <w:t>v 0.808282 0.549607 0.021276</w:t>
        <w:br/>
        <w:t>v 0.415375 0.606183 -0.108141</w:t>
        <w:br/>
        <w:t>v 0.344689 0.415888 -0.058438</w:t>
        <w:br/>
        <w:t>v 0.362806 0.576505 -0.280104</w:t>
        <w:br/>
        <w:t>v 1.097579 0.191067 -0.152275</w:t>
        <w:br/>
        <w:t>v 0.381358 0.118750 -0.248219</w:t>
        <w:br/>
        <w:t>v 0.331312 0.249955 -0.115424</w:t>
        <w:br/>
        <w:t>v 0.461209 0.540847 -0.016008</w:t>
        <w:br/>
        <w:t>v 1.063812 0.116877 -0.245886</w:t>
        <w:br/>
        <w:t>v 0.896719 0.619026 -0.068447</w:t>
        <w:br/>
        <w:t>v 1.027607 0.610680 -0.244474</w:t>
        <w:br/>
        <w:t>v 0.808282 0.549607 0.021276</w:t>
        <w:br/>
        <w:t>v 1.062506 0.510389 -0.424695</w:t>
        <w:br/>
        <w:t>v 1.018732 0.426789 -0.536908</w:t>
        <w:br/>
        <w:t>v 0.410475 0.378806 -0.497735</w:t>
        <w:br/>
        <w:t>v 0.387240 0.468573 -0.418893</w:t>
        <w:br/>
        <w:t>v 0.562778 0.113306 0.339377</w:t>
        <w:br/>
        <w:t>v 0.548768 0.258957 0.270987</w:t>
        <w:br/>
        <w:t>v 0.960371 0.115544 0.242966</w:t>
        <w:br/>
        <w:t>v 0.947209 0.115547 0.230085</w:t>
        <w:br/>
        <w:t>v 0.968859 0.114137 0.125702</w:t>
        <w:br/>
        <w:t>v 0.586079 0.115558 0.385985</w:t>
        <w:br/>
        <w:t>v 0.584156 0.119848 0.355865</w:t>
        <w:br/>
        <w:t>v 0.588852 0.111699 0.336435</w:t>
        <w:br/>
        <w:t>v 0.854862 0.115551 0.232473</w:t>
        <w:br/>
        <w:t>v 0.824224 0.115548 0.283979</w:t>
        <w:br/>
        <w:t>v 0.851795 0.114524 0.185607</w:t>
        <w:br/>
        <w:t>v 0.726339 0.115562 0.281470</w:t>
        <w:br/>
        <w:t>v 0.694528 0.115557 0.318854</w:t>
        <w:br/>
        <w:t>v 0.720550 0.114801 0.223809</w:t>
        <w:br/>
        <w:t>v 0.800044 0.115558 0.361798</w:t>
        <w:br/>
        <w:t>v 0.851461 0.115559 0.298500</w:t>
        <w:br/>
        <w:t>v 0.468601 0.115560 0.405266</w:t>
        <w:br/>
        <w:t>v 0.988638 0.115548 0.257892</w:t>
        <w:br/>
        <w:t>v 0.567473 0.120876 0.357748</w:t>
        <w:br/>
        <w:t>v 0.538333 0.115563 0.392432</w:t>
        <w:br/>
        <w:t>v 0.562778 0.113306 0.339377</w:t>
        <w:br/>
        <w:t>v 0.676630 0.115555 0.389949</w:t>
        <w:br/>
        <w:t>v 0.724594 0.115557 0.356433</w:t>
        <w:br/>
        <w:t>v 0.922277 0.115555 0.305780</w:t>
        <w:br/>
        <w:t>v 0.885475 0.115550 0.310129</w:t>
        <w:br/>
        <w:t>v 0.584156 0.119848 0.355865</w:t>
        <w:br/>
        <w:t>v 0.511764 0.115560 0.402921</w:t>
        <w:br/>
        <w:t>v 0.640061 0.115554 0.390538</w:t>
        <w:br/>
        <w:t>v 0.763522 0.115550 0.363796</w:t>
        <w:br/>
        <w:t>v 1.001077 1.368419 -0.960291</w:t>
        <w:br/>
        <w:t>v 0.968705 1.126621 -1.104527</w:t>
        <w:br/>
        <w:t>v 0.911427 1.713943 -1.093514</w:t>
        <w:br/>
        <w:t>v 0.917596 1.566513 -1.189966</w:t>
        <w:br/>
        <w:t>v 0.894611 1.327980 -1.282787</w:t>
        <w:br/>
        <w:t>v 0.824412 1.736977 -1.163064</w:t>
        <w:br/>
        <w:t>v 0.826228 1.608891 -1.254379</w:t>
        <w:br/>
        <w:t>v 0.821614 1.364786 -1.329716</w:t>
        <w:br/>
        <w:t>v 0.721649 1.748677 -1.195126</w:t>
        <w:br/>
        <w:t>v 0.712952 1.631034 -1.288037</w:t>
        <w:br/>
        <w:t>v 0.707606 1.386060 -1.370196</w:t>
        <w:br/>
        <w:t>v 0.610324 1.739829 -1.160335</w:t>
        <w:br/>
        <w:t>v 0.596570 1.620963 -1.272730</w:t>
        <w:br/>
        <w:t>v 0.600576 1.381076 -1.350213</w:t>
        <w:br/>
        <w:t>v 1.051854 2.069627 -0.762773</w:t>
        <w:br/>
        <w:t>v 1.029879 2.069627 -0.935771</w:t>
        <w:br/>
        <w:t>v 0.358585 2.069627 -0.830627</w:t>
        <w:br/>
        <w:t>v 0.455181 2.087768 -1.030030</w:t>
        <w:br/>
        <w:t>v 0.386455 2.069627 -0.602820</w:t>
        <w:br/>
        <w:t>v 0.933979 1.877623 -1.014609</w:t>
        <w:br/>
        <w:t>v 0.925073 1.945082 -1.030711</w:t>
        <w:br/>
        <w:t>v 0.864754 1.995753 -1.077308</w:t>
        <w:br/>
        <w:t>v 0.851223 1.912361 -1.092221</w:t>
        <w:br/>
        <w:t>v 0.727928 1.934371 -1.154725</w:t>
        <w:br/>
        <w:t>v 0.784450 2.015821 -1.129505</w:t>
        <w:br/>
        <w:t>v 0.635916 2.018475 -1.133465</w:t>
        <w:br/>
        <w:t>v 0.612282 1.937027 -1.142106</w:t>
        <w:br/>
        <w:t>v 0.533428 1.985061 -1.071162</w:t>
        <w:br/>
        <w:t>v 0.487706 1.939194 -1.030991</w:t>
        <w:br/>
        <w:t>v 0.464378 1.877899 -1.014047</w:t>
        <w:br/>
        <w:t>v 0.516117 1.917310 -1.084455</w:t>
        <w:br/>
        <w:t>v 0.736216 1.848333 -0.396178</w:t>
        <w:br/>
        <w:t>v 0.668807 2.051117 -0.389036</w:t>
        <w:br/>
        <w:t>v 0.724270 2.051117 -0.390266</w:t>
        <w:br/>
        <w:t>v 0.623858 0.682616 0.003301</w:t>
        <w:br/>
        <w:t>v 0.486793 0.647870 -0.040968</w:t>
        <w:br/>
        <w:t>v 0.783087 0.653952 0.002391</w:t>
        <w:br/>
        <w:t>v 0.522234 0.537567 0.084648</w:t>
        <w:br/>
        <w:t>v 0.474596 0.547208 0.027686</w:t>
        <w:br/>
        <w:t>v 0.461191 0.551501 -0.002627</w:t>
        <w:br/>
        <w:t>v 0.528276 0.540213 0.047407</w:t>
        <w:br/>
        <w:t>v 1.022731 0.440180 -0.574845</w:t>
        <w:br/>
        <w:t>v 1.065140 0.443902 -0.586942</w:t>
        <w:br/>
        <w:t>v 1.053771 0.365980 -0.615094</w:t>
        <w:br/>
        <w:t>v 1.065140 0.443902 -0.586942</w:t>
        <w:br/>
        <w:t>v 0.896220 0.172732 0.350976</w:t>
        <w:br/>
        <w:t>v 0.880979 0.175101 0.351469</w:t>
        <w:br/>
        <w:t>v 0.943812 1.945510 -1.047220</w:t>
        <w:br/>
        <w:t>v 0.925073 1.945082 -1.030711</w:t>
        <w:br/>
        <w:t>v 0.933979 1.877623 -1.014609</w:t>
        <w:br/>
        <w:t>v 0.951911 1.865830 -1.031632</w:t>
        <w:br/>
        <w:t>v 0.943812 1.945510 -1.047220</w:t>
        <w:br/>
        <w:t>v 0.933979 1.877623 -1.014609</w:t>
        <w:br/>
        <w:t>v 0.851223 1.912361 -1.092221</w:t>
        <w:br/>
        <w:t>v 0.872191 2.003058 -1.104327</w:t>
        <w:br/>
        <w:t>v 0.864754 1.995753 -1.077308</w:t>
        <w:br/>
        <w:t>v 0.784450 2.024520 -1.154068</w:t>
        <w:br/>
        <w:t>v 0.784450 2.015821 -1.129505</w:t>
        <w:br/>
        <w:t>v 0.727928 1.934371 -1.154725</w:t>
        <w:br/>
        <w:t>v 0.724001 1.927220 -1.188355</w:t>
        <w:br/>
        <w:t>v 0.635916 2.026293 -1.151642</w:t>
        <w:br/>
        <w:t>v 0.635916 2.018475 -1.133465</w:t>
        <w:br/>
        <w:t>v 0.612282 1.937027 -1.142106</w:t>
        <w:br/>
        <w:t>v 0.609972 1.923385 -1.168713</w:t>
        <w:br/>
        <w:t>v 0.470364 1.942254 -1.037099</w:t>
        <w:br/>
        <w:t>v 0.487706 1.939194 -1.030991</w:t>
        <w:br/>
        <w:t>v 0.533428 1.985061 -1.071162</w:t>
        <w:br/>
        <w:t>v 0.517932 1.996038 -1.081853</w:t>
        <w:br/>
        <w:t>v 0.516117 1.917310 -1.084455</w:t>
        <w:br/>
        <w:t>v 0.503124 1.904101 -1.116902</w:t>
        <w:br/>
        <w:t>v 0.442141 1.865667 -1.008063</w:t>
        <w:br/>
        <w:t>v 0.464378 1.877899 -1.014047</w:t>
        <w:br/>
        <w:t>v 0.464378 1.877899 -1.014047</w:t>
        <w:br/>
        <w:t>v 0.442141 1.865667 -1.008063</w:t>
        <w:br/>
        <w:t>v 0.554075 2.051117 -0.425365</w:t>
        <w:br/>
        <w:t>v 1.077146 0.765598 -0.398510</w:t>
        <w:br/>
        <w:t>v 1.057788 0.699317 -0.636402</w:t>
        <w:br/>
        <w:t>v 0.979155 0.666482 -0.746210</w:t>
        <w:br/>
        <w:t>v 0.558571 0.601761 0.024365</w:t>
        <w:br/>
        <w:t>v 0.623858 0.682616 0.003301</w:t>
        <w:br/>
        <w:t>v 0.616818 0.681914 0.034586</w:t>
        <w:br/>
        <w:t>v 0.558571 0.601761 0.024365</w:t>
        <w:br/>
        <w:t>v 0.675027 0.601132 0.052097</w:t>
        <w:br/>
        <w:t>v 0.528276 0.540213 0.047407</w:t>
        <w:br/>
        <w:t>v 0.623858 0.682616 0.003301</w:t>
        <w:br/>
        <w:t>v 0.616818 0.681914 0.034586</w:t>
        <w:br/>
        <w:t>v 0.593637 0.208370 0.406062</w:t>
        <w:br/>
        <w:t>v 0.755380 0.187974 0.408852</w:t>
        <w:br/>
        <w:t>v 0.764083 2.252878 -0.448445</w:t>
        <w:br/>
        <w:t>v 0.862509 2.258430 -0.435813</w:t>
        <w:br/>
        <w:t>v 0.733569 2.249576 -0.393280</w:t>
        <w:br/>
        <w:t>v 0.889093 2.275586 -0.533088</w:t>
        <w:br/>
        <w:t>v 0.859997 2.296978 -1.036461</w:t>
        <w:br/>
        <w:t>v 0.791180 2.307923 -1.118519</w:t>
        <w:br/>
        <w:t>v 0.930069 2.299954 -1.049993</w:t>
        <w:br/>
        <w:t>v 0.978413 2.299644 -0.817594</w:t>
        <w:br/>
        <w:t>v 1.016054 2.304639 -0.945968</w:t>
        <w:br/>
        <w:t>v 0.984608 2.298054 -0.668403</w:t>
        <w:br/>
        <w:t>v 1.042290 2.305006 -0.820648</w:t>
        <w:br/>
        <w:t>v 1.037902 2.296980 -0.666806</w:t>
        <w:br/>
        <w:t>v 0.961446 2.272822 -0.507137</w:t>
        <w:br/>
        <w:t>v 0.541312 2.276700 -0.447991</w:t>
        <w:br/>
        <w:t>v 0.572305 2.272425 -0.460999</w:t>
        <w:br/>
        <w:t>v 0.671834 2.252687 -0.398189</w:t>
        <w:br/>
        <w:t>v 0.478072 2.298054 -0.965597</w:t>
        <w:br/>
        <w:t>v 0.418130 2.298054 -0.770414</w:t>
        <w:br/>
        <w:t>v 0.388181 2.303644 -0.881217</w:t>
        <w:br/>
        <w:t>v 0.454319 2.291216 -0.577893</w:t>
        <w:br/>
        <w:t>v 0.357603 2.301205 -0.718507</w:t>
        <w:br/>
        <w:t>v 0.421390 2.289165 -0.533189</w:t>
        <w:br/>
        <w:t>v 0.471791 2.306158 -1.020756</w:t>
        <w:br/>
        <w:t>v 0.772130 2.294215 -1.095222</w:t>
        <w:br/>
        <w:t>v 0.653132 2.300173 -1.102710</w:t>
        <w:br/>
        <w:t>v 0.665329 2.298055 -1.093673</w:t>
        <w:br/>
        <w:t>v 0.665329 2.298055 -1.093673</w:t>
        <w:br/>
        <w:t>v 0.653132 2.300173 -1.102710</w:t>
        <w:br/>
        <w:t>v 0.629883 2.308849 -1.126702</w:t>
        <w:br/>
        <w:t>v 0.733569 2.249576 -0.393280</w:t>
        <w:br/>
        <w:t>v 0.723537 2.226937 -0.397541</w:t>
        <w:br/>
        <w:t>v 0.733569 2.249576 -0.393280</w:t>
        <w:br/>
        <w:t>v 0.764083 2.252878 -0.448445</w:t>
        <w:br/>
        <w:t>v 1.111864 2.005049 -0.695061</w:t>
        <w:br/>
        <w:t>v 1.013649 1.987646 -0.534657</w:t>
        <w:br/>
        <w:t>v 0.925956 1.970798 -0.447948</w:t>
        <w:br/>
        <w:t>v 0.380701 2.141042 -0.541422</w:t>
        <w:br/>
        <w:t>v 0.421390 2.289165 -0.533189</w:t>
        <w:br/>
        <w:t>v 0.427041 2.177271 -1.007380</w:t>
        <w:br/>
        <w:t>v 0.435344 2.106724 -1.049982</w:t>
        <w:br/>
        <w:t>v 0.259482 1.880636 -0.877132</w:t>
        <w:br/>
        <w:t>v 0.246718 1.858133 -0.724455</w:t>
        <w:br/>
        <w:t>v 0.205246 1.708561 -0.729634</w:t>
        <w:br/>
        <w:t>v 0.319771 1.828239 -0.563451</w:t>
        <w:br/>
        <w:t>v 0.339367 2.005187 -0.972443</w:t>
        <w:br/>
        <w:t>v 0.872191 2.003058 -1.104327</w:t>
        <w:br/>
        <w:t>v 0.784450 2.024520 -1.154068</w:t>
        <w:br/>
        <w:t>v 0.635916 2.026293 -1.151642</w:t>
        <w:br/>
        <w:t>v 0.455181 2.087768 -1.030030</w:t>
        <w:br/>
        <w:t>v 0.442141 1.865667 -1.008063</w:t>
        <w:br/>
        <w:t>v 0.275276 1.985971 -0.718634</w:t>
        <w:br/>
        <w:t>v 0.292295 2.002409 -0.877235</w:t>
        <w:br/>
        <w:t>v 0.348731 1.974812 -0.553204</w:t>
        <w:br/>
        <w:t>v 1.658974 13.299918 0.181073</w:t>
        <w:br/>
        <w:t>v 1.642051 13.300358 0.182294</w:t>
        <w:br/>
        <w:t>v 1.632440 13.293815 0.171275</w:t>
        <w:br/>
        <w:t>v 1.641514 13.295903 0.161557</w:t>
        <w:br/>
        <w:t>v 1.642088 13.289757 0.200988</w:t>
        <w:br/>
        <w:t>v 1.635310 13.291805 0.189234</w:t>
        <w:br/>
        <w:t>v 1.622354 13.276715 0.160813</w:t>
        <w:br/>
        <w:t>v 1.630221 13.277129 0.146429</w:t>
        <w:br/>
        <w:t>v 1.634335 13.274109 0.209548</w:t>
        <w:br/>
        <w:t>v 1.624420 13.276228 0.194310</w:t>
        <w:br/>
        <w:t>v 1.691091 12.928206 0.210441</w:t>
        <w:br/>
        <w:t>v 1.706031 12.939404 0.229462</w:t>
        <w:br/>
        <w:t>v 1.685074 12.944054 0.063576</w:t>
        <w:br/>
        <w:t>v 1.693468 12.959489 0.046751</w:t>
        <w:br/>
        <w:t>v 1.703896 12.885222 0.204894</w:t>
        <w:br/>
        <w:t>v 1.718696 12.884611 0.223049</w:t>
        <w:br/>
        <w:t>v 1.751399 12.855203 0.190014</w:t>
        <w:br/>
        <w:t>v 1.733216 12.856205 0.175468</w:t>
        <w:br/>
        <w:t>v 1.786679 12.848207 0.147691</w:t>
        <w:br/>
        <w:t>v 1.751737 12.848145 0.142417</w:t>
        <w:br/>
        <w:t>v 1.795283 12.850017 0.126353</w:t>
        <w:br/>
        <w:t>v 1.751956 12.847926 0.127744</w:t>
        <w:br/>
        <w:t>v 1.752579 12.850275 0.114574</w:t>
        <w:br/>
        <w:t>v 1.778176 12.850986 0.107466</w:t>
        <w:br/>
        <w:t>v 1.726365 12.868043 0.080536</w:t>
        <w:br/>
        <w:t>v 1.744508 12.868270 0.069698</w:t>
        <w:br/>
        <w:t>v 1.695591 12.907871 0.057703</w:t>
        <w:br/>
        <w:t>v 1.708960 12.910151 0.040105</w:t>
        <w:br/>
        <w:t>v 1.642088 13.289757 0.200988</w:t>
        <w:br/>
        <w:t>v 1.658974 13.299918 0.181073</w:t>
        <w:br/>
        <w:t>v 1.675684 13.289046 0.177407</w:t>
        <w:br/>
        <w:t>v 1.650815 13.281638 0.198621</w:t>
        <w:br/>
        <w:t>v 1.675684 13.289046 0.177407</w:t>
        <w:br/>
        <w:t>v 1.658974 13.299918 0.181073</w:t>
        <w:br/>
        <w:t>v 1.652034 13.284380 0.159685</w:t>
        <w:br/>
        <w:t>v 1.630221 13.277129 0.146429</w:t>
        <w:br/>
        <w:t>v 1.634335 13.274109 0.209548</w:t>
        <w:br/>
        <w:t>v 1.693468 12.959489 0.046751</w:t>
        <w:br/>
        <w:t>v 1.821858 13.011378 0.140566</w:t>
        <w:br/>
        <w:t>v 1.821858 13.011378 0.140566</w:t>
        <w:br/>
        <w:t>v 1.706031 12.939404 0.229462</w:t>
        <w:br/>
        <w:t>v 1.843926 12.960586 0.134499</w:t>
        <w:br/>
        <w:t>v 1.718696 12.884611 0.223049</w:t>
        <w:br/>
        <w:t>v 1.708960 12.910151 0.040105</w:t>
        <w:br/>
        <w:t>v 1.843926 12.960586 0.134499</w:t>
        <w:br/>
        <w:t>v 1.846529 12.917491 0.129458</w:t>
        <w:br/>
        <w:t>v 1.751399 12.855203 0.190014</w:t>
        <w:br/>
        <w:t>v 1.744508 12.868270 0.069698</w:t>
        <w:br/>
        <w:t>v 1.846529 12.917491 0.129458</w:t>
        <w:br/>
        <w:t>v 1.834813 12.887173 0.126287</w:t>
        <w:br/>
        <w:t>v 0.650085 13.389791 -0.875134</w:t>
        <w:br/>
        <w:t>v 0.631977 13.363446 -0.902488</w:t>
        <w:br/>
        <w:t>v 0.650071 13.352163 -0.897461</w:t>
        <w:br/>
        <w:t>v 0.618194 13.375127 -0.898894</w:t>
        <w:br/>
        <w:t>v 0.562905 13.367137 -0.928069</w:t>
        <w:br/>
        <w:t>v 0.596134 13.328974 -0.937389</w:t>
        <w:br/>
        <w:t>v 0.625865 13.304017 -0.937983</w:t>
        <w:br/>
        <w:t>v 0.516790 13.363569 -0.950286</w:t>
        <w:br/>
        <w:t>v 0.551733 13.305894 -0.971702</w:t>
        <w:br/>
        <w:t>v 0.587887 13.256389 -0.978682</w:t>
        <w:br/>
        <w:t>v 0.437573 13.348694 -0.993775</w:t>
        <w:br/>
        <w:t>v 0.488006 13.281413 -1.015653</w:t>
        <w:br/>
        <w:t>v 0.539586 13.224742 -1.026486</w:t>
        <w:br/>
        <w:t>v 0.382347 13.323128 -1.036664</w:t>
        <w:br/>
        <w:t>v 0.430924 13.257998 -1.056476</w:t>
        <w:br/>
        <w:t>v 0.477027 13.189101 -1.076928</w:t>
        <w:br/>
        <w:t>v 0.323775 13.274968 -1.095682</w:t>
        <w:br/>
        <w:t>v 0.372714 13.204800 -1.115208</w:t>
        <w:br/>
        <w:t>v 0.457036 13.157248 -1.104467</w:t>
        <w:br/>
        <w:t>v 0.262486 13.197040 -1.163995</w:t>
        <w:br/>
        <w:t>v 0.298061 13.151573 -1.174801</w:t>
        <w:br/>
        <w:t>v 0.366182 13.099755 -1.177156</w:t>
        <w:br/>
        <w:t>v 0.466757 13.129601 -1.116912</w:t>
        <w:br/>
        <w:t>v 0.528639 13.081663 -1.116387</w:t>
        <w:br/>
        <w:t>v 0.459468 13.038690 -1.172093</w:t>
        <w:br/>
        <w:t>v 0.586392 13.033027 -1.118516</w:t>
        <w:br/>
        <w:t>v 0.536412 12.980967 -1.170290</w:t>
        <w:br/>
        <w:t>v 0.608940 12.927968 -1.169422</w:t>
        <w:br/>
        <w:t>v 0.641010 12.957844 -1.137517</w:t>
        <w:br/>
        <w:t>v 0.661215 12.870532 -1.178552</w:t>
        <w:br/>
        <w:t>v 0.678283 12.879378 -1.166609</w:t>
        <w:br/>
        <w:t>v 0.690285 12.839094 -1.183211</w:t>
        <w:br/>
        <w:t>v 0.694208 12.842045 -1.180619</w:t>
        <w:br/>
        <w:t>v 0.472552 13.153595 -1.080432</w:t>
        <w:br/>
        <w:t>v 0.479070 13.125134 -1.094288</w:t>
        <w:br/>
        <w:t>v 0.484836 13.167218 -1.066247</w:t>
        <w:br/>
        <w:t>v 0.515242 13.189517 -1.037327</w:t>
        <w:br/>
        <w:t>v 0.522359 13.084039 -1.101206</w:t>
        <w:br/>
        <w:t>v 0.585341 13.033056 -1.099771</w:t>
        <w:br/>
        <w:t>v 0.517188 12.957834 -1.175094</w:t>
        <w:br/>
        <w:t>v 0.453301 13.002309 -1.177347</w:t>
        <w:br/>
        <w:t>v 0.350460 13.071412 -1.181520</w:t>
        <w:br/>
        <w:t>v 0.280540 13.134481 -1.174592</w:t>
        <w:br/>
        <w:t>v 0.247033 13.170480 -1.168814</w:t>
        <w:br/>
        <w:t>v 0.590099 12.905489 -1.173187</w:t>
        <w:br/>
        <w:t>v 0.640326 12.859248 -1.177711</w:t>
        <w:br/>
        <w:t>v 0.688147 12.812672 -1.181441</w:t>
        <w:br/>
        <w:t>v 0.601782 12.797735 -1.226984</w:t>
        <w:br/>
        <w:t>v 0.646330 12.771440 -1.222746</w:t>
        <w:br/>
        <w:t>v 0.551981 12.830715 -1.232419</w:t>
        <w:br/>
        <w:t>v 0.468736 12.873646 -1.243646</w:t>
        <w:br/>
        <w:t>v 0.404377 12.911225 -1.249417</w:t>
        <w:br/>
        <w:t>v 0.304861 12.977282 -1.251549</w:t>
        <w:br/>
        <w:t>v 0.228311 13.043792 -1.252418</w:t>
        <w:br/>
        <w:t>v 0.181197 13.110771 -1.234560</w:t>
        <w:br/>
        <w:t>v 0.385696 12.898648 -1.249332</w:t>
        <w:br/>
        <w:t>v 0.308202 12.953673 -1.247475</w:t>
        <w:br/>
        <w:t>v 0.221531 13.026847 -1.242764</w:t>
        <w:br/>
        <w:t>v 0.108576 13.048686 -1.263002</w:t>
        <w:br/>
        <w:t>v 0.122886 13.031240 -1.249467</w:t>
        <w:br/>
        <w:t>v 0.134362 12.978367 -1.265680</w:t>
        <w:br/>
        <w:t>v 0.191457 12.904504 -1.274596</w:t>
        <w:br/>
        <w:t>v 0.270446 12.846700 -1.276877</w:t>
        <w:br/>
        <w:t>v 0.403821 12.823028 -1.263981</w:t>
        <w:br/>
        <w:t>v 0.413313 12.871411 -1.251721</w:t>
        <w:br/>
        <w:t>v 0.362074 12.822453 -1.269826</w:t>
        <w:br/>
        <w:t>v 0.419290 12.832045 -1.259821</w:t>
        <w:br/>
        <w:t>v 0.424267 12.859890 -1.252832</w:t>
        <w:br/>
        <w:t>v 0.428192 12.846360 -1.255359</w:t>
        <w:br/>
        <w:t>v 0.146073 12.927242 -1.300994</w:t>
        <w:br/>
        <w:t>v 0.134362 12.978367 -1.265680</w:t>
        <w:br/>
        <w:t>v 0.122886 13.031240 -1.249467</w:t>
        <w:br/>
        <w:t>v 0.108576 13.048686 -1.263002</w:t>
        <w:br/>
        <w:t>v 0.030015 13.049372 -1.298297</w:t>
        <w:br/>
        <w:t>v 0.069565 12.905317 -1.349199</w:t>
        <w:br/>
        <w:t>v -0.000014 13.126655 -1.272201</w:t>
        <w:br/>
        <w:t>v -0.000013 12.944854 -1.432823</w:t>
        <w:br/>
        <w:t>v -0.000014 13.186647 -1.229639</w:t>
        <w:br/>
        <w:t>v 0.056194 13.171592 -1.231014</w:t>
        <w:br/>
        <w:t>v 0.143859 13.158055 -1.212640</w:t>
        <w:br/>
        <w:t>v -0.000013 12.835325 -1.440082</w:t>
        <w:br/>
        <w:t>v 0.082660 12.864212 -1.367476</w:t>
        <w:br/>
        <w:t>v 0.082660 12.864212 -1.367476</w:t>
        <w:br/>
        <w:t>v -0.000013 12.835325 -1.440082</w:t>
        <w:br/>
        <w:t>v -0.000013 12.821907 -1.461982</w:t>
        <w:br/>
        <w:t>v 0.074050 12.869657 -1.413643</w:t>
        <w:br/>
        <w:t>v 0.074050 12.869657 -1.413643</w:t>
        <w:br/>
        <w:t>v -0.000013 12.821907 -1.461982</w:t>
        <w:br/>
        <w:t>v -0.000013 12.602330 -1.574900</w:t>
        <w:br/>
        <w:t>v 0.063334 12.605725 -1.560307</w:t>
        <w:br/>
        <w:t>v 0.137194 12.589278 -1.478683</w:t>
        <w:br/>
        <w:t>v 0.074050 12.869657 -1.413643</w:t>
        <w:br/>
        <w:t>v 0.116858 12.626229 -1.522875</w:t>
        <w:br/>
        <w:t>v 0.263542 12.508178 -1.440883</w:t>
        <w:br/>
        <w:t>v 0.270314 12.518777 -1.429503</w:t>
        <w:br/>
        <w:t>v -0.000013 12.602330 -1.574900</w:t>
        <w:br/>
        <w:t>v -0.000013 12.544954 -1.534562</w:t>
        <w:br/>
        <w:t>v 0.050460 12.544319 -1.514178</w:t>
        <w:br/>
        <w:t>v 0.063334 12.605725 -1.560307</w:t>
        <w:br/>
        <w:t>v 0.124702 12.562585 -1.466643</w:t>
        <w:br/>
        <w:t>v 0.137194 12.589278 -1.478683</w:t>
        <w:br/>
        <w:t>v 0.261564 12.470739 -1.421454</w:t>
        <w:br/>
        <w:t>v 0.263542 12.508178 -1.440883</w:t>
        <w:br/>
        <w:t>v 0.261564 12.470739 -1.421454</w:t>
        <w:br/>
        <w:t>v 0.280156 12.495305 -1.401424</w:t>
        <w:br/>
        <w:t>v 0.156630 12.906269 -1.273155</w:t>
        <w:br/>
        <w:t>v 0.144573 12.949990 -1.259451</w:t>
        <w:br/>
        <w:t>v 0.180815 12.897908 -1.265077</w:t>
        <w:br/>
        <w:t>v 0.144573 12.949990 -1.259451</w:t>
        <w:br/>
        <w:t>v 0.260159 12.840212 -1.266505</w:t>
        <w:br/>
        <w:t>v 0.362074 12.822453 -1.269826</w:t>
        <w:br/>
        <w:t>v 0.357564 12.814355 -1.259113</w:t>
        <w:br/>
        <w:t>v 0.400920 12.812813 -1.253797</w:t>
        <w:br/>
        <w:t>v 0.417976 12.820030 -1.250114</w:t>
        <w:br/>
        <w:t>v 0.430816 12.837668 -1.244860</w:t>
        <w:br/>
        <w:t>v 0.429379 12.854968 -1.241529</w:t>
        <w:br/>
        <w:t>v 0.424267 12.859890 -1.252832</w:t>
        <w:br/>
        <w:t>v 0.428192 12.846360 -1.255359</w:t>
        <w:br/>
        <w:t>v 0.418343 12.872386 -1.239420</w:t>
        <w:br/>
        <w:t>v 0.410650 12.881885 -1.238534</w:t>
        <w:br/>
        <w:t>v 0.385696 12.898648 -1.249332</w:t>
        <w:br/>
        <w:t>v 0.410650 12.881885 -1.238534</w:t>
        <w:br/>
        <w:t>v 0.458925 12.856407 -1.237368</w:t>
        <w:br/>
        <w:t>v 0.541568 12.811521 -1.226236</w:t>
        <w:br/>
        <w:t>v 0.593618 12.781558 -1.219697</w:t>
        <w:br/>
        <w:t>v 0.636426 12.753841 -1.215411</w:t>
        <w:br/>
        <w:t>v -0.000014 13.185122 -1.194590</w:t>
        <w:br/>
        <w:t>v 0.047687 13.174721 -1.202673</w:t>
        <w:br/>
        <w:t>v 0.087411 13.209923 -1.169040</w:t>
        <w:br/>
        <w:t>v 0.106783 13.210186 -1.172453</w:t>
        <w:br/>
        <w:t>v 0.108251 13.231211 -1.142709</w:t>
        <w:br/>
        <w:t>v 0.091705 13.228880 -1.139384</w:t>
        <w:br/>
        <w:t>v 0.088630 13.264612 -1.102450</w:t>
        <w:br/>
        <w:t>v 0.105696 13.265979 -1.105665</w:t>
        <w:br/>
        <w:t>v 0.073438 13.296819 -1.076303</w:t>
        <w:br/>
        <w:t>v 0.088650 13.305882 -1.072715</w:t>
        <w:br/>
        <w:t>v 0.083542 13.205804 -1.163262</w:t>
        <w:br/>
        <w:t>v 0.089123 13.224289 -1.134757</w:t>
        <w:br/>
        <w:t>v 0.085869 13.260236 -1.096219</w:t>
        <w:br/>
        <w:t>v 0.073438 13.296819 -1.076303</w:t>
        <w:br/>
        <w:t>v 0.069232 13.291294 -1.067840</w:t>
        <w:br/>
        <w:t>v 0.092742 13.302343 -1.063422</w:t>
        <w:br/>
        <w:t>v 0.088650 13.305882 -1.072715</w:t>
        <w:br/>
        <w:t>v 0.105696 13.265979 -1.105665</w:t>
        <w:br/>
        <w:t>v 0.110812 13.264654 -1.099807</w:t>
        <w:br/>
        <w:t>v 0.114189 13.230082 -1.134101</w:t>
        <w:br/>
        <w:t>v 0.106783 13.210186 -1.172453</w:t>
        <w:br/>
        <w:t>v 0.111329 13.207485 -1.162610</w:t>
        <w:br/>
        <w:t>v 0.181197 13.110771 -1.234560</w:t>
        <w:br/>
        <w:t>v 0.175928 13.118931 -1.215951</w:t>
        <w:br/>
        <w:t>v 0.142090 13.162550 -1.196579</w:t>
        <w:br/>
        <w:t>v 0.143859 13.158055 -1.212640</w:t>
        <w:br/>
        <w:t>v 0.228323 13.175694 -1.151129</w:t>
        <w:br/>
        <w:t>v 0.175928 13.118931 -1.215951</w:t>
        <w:br/>
        <w:t>v 0.323775 13.274968 -1.095682</w:t>
        <w:br/>
        <w:t>v 0.285812 13.262136 -1.074239</w:t>
        <w:br/>
        <w:t>v 0.382347 13.323128 -1.036664</w:t>
        <w:br/>
        <w:t>v 0.360469 13.320632 -1.008504</w:t>
        <w:br/>
        <w:t>v 0.422970 13.349238 -0.957067</w:t>
        <w:br/>
        <w:t>v 0.437573 13.348694 -0.993775</w:t>
        <w:br/>
        <w:t>v 0.499493 13.363498 -0.912002</w:t>
        <w:br/>
        <w:t>v 0.516790 13.363569 -0.950286</w:t>
        <w:br/>
        <w:t>v 0.547677 13.367191 -0.887795</w:t>
        <w:br/>
        <w:t>v 0.594860 13.374033 -0.864876</w:t>
        <w:br/>
        <w:t>v 0.646023 13.393316 -0.829667</w:t>
        <w:br/>
        <w:t>v 0.650085 13.389791 -0.875134</w:t>
        <w:br/>
        <w:t>v 0.542748 13.196048 -1.000299</w:t>
        <w:br/>
        <w:t>v 0.582086 13.227652 -0.962975</w:t>
        <w:br/>
        <w:t>v 0.524041 13.178229 -1.020749</w:t>
        <w:br/>
        <w:t>v 0.629118 12.969680 -1.091003</w:t>
        <w:br/>
        <w:t>v 0.678283 12.879378 -1.166609</w:t>
        <w:br/>
        <w:t>v 0.677091 12.877540 -1.127720</w:t>
        <w:br/>
        <w:t>v 0.699273 12.814661 -1.152427</w:t>
        <w:br/>
        <w:t>v 0.694208 12.842045 -1.180619</w:t>
        <w:br/>
        <w:t>v 0.690285 12.839094 -1.183211</w:t>
        <w:br/>
        <w:t>v 0.688147 12.812672 -1.181441</w:t>
        <w:br/>
        <w:t>v 0.685830 12.730736 -1.223141</w:t>
        <w:br/>
        <w:t>v 0.717931 12.760571 -1.197199</w:t>
        <w:br/>
        <w:t>v 0.717466 12.760481 -1.175433</w:t>
        <w:br/>
        <w:t>v 0.679304 12.715335 -1.217575</w:t>
        <w:br/>
        <w:t>v 0.695473 12.698077 -1.223125</w:t>
        <w:br/>
        <w:t>v 0.702750 12.713426 -1.226636</w:t>
        <w:br/>
        <w:t>v 0.736417 12.738563 -1.201684</w:t>
        <w:br/>
        <w:t>v 0.736417 12.738563 -1.201684</w:t>
        <w:br/>
        <w:t>v 0.733108 12.738813 -1.185141</w:t>
        <w:br/>
        <w:t>v 0.781667 12.708333 -1.176046</w:t>
        <w:br/>
        <w:t>v 0.784891 12.713122 -1.191747</w:t>
        <w:br/>
        <w:t>v 0.726805 12.654757 -1.232039</w:t>
        <w:br/>
        <w:t>v 0.734606 12.662063 -1.238500</w:t>
        <w:br/>
        <w:t>v 0.784891 12.713122 -1.191747</w:t>
        <w:br/>
        <w:t>v 0.812684 12.669927 -1.181890</w:t>
        <w:br/>
        <w:t>v 0.811296 12.682263 -1.197593</w:t>
        <w:br/>
        <w:t>v 0.812969 12.642251 -1.196560</w:t>
        <w:br/>
        <w:t>v 0.813012 12.655524 -1.208346</w:t>
        <w:br/>
        <w:t>v 0.798531 12.645806 -1.223226</w:t>
        <w:br/>
        <w:t>v 0.797573 12.632183 -1.214761</w:t>
        <w:br/>
        <w:t>v 0.770769 12.641563 -1.236295</w:t>
        <w:br/>
        <w:t>v 0.769338 12.629094 -1.226879</w:t>
        <w:br/>
        <w:t>v 0.811296 12.682263 -1.197593</w:t>
        <w:br/>
        <w:t>v 0.770769 12.641563 -1.236295</w:t>
        <w:br/>
        <w:t>v 0.511325 13.152088 -1.051640</w:t>
        <w:br/>
        <w:t>v 0.513847 13.130099 -1.067498</w:t>
        <w:br/>
        <w:t>v 0.543203 13.091211 -1.074719</w:t>
        <w:br/>
        <w:t>v 0.583805 13.041380 -1.080136</w:t>
        <w:br/>
        <w:t>v 0.541480 13.093248 -1.062040</w:t>
        <w:br/>
        <w:t>v 0.520669 13.122858 -1.053367</w:t>
        <w:br/>
        <w:t>v 0.577658 13.048349 -1.069709</w:t>
        <w:br/>
        <w:t>v 0.514333 13.146113 -1.042407</w:t>
        <w:br/>
        <w:t>v 0.625865 13.304017 -0.937983</w:t>
        <w:br/>
        <w:t>v 0.624266 13.275867 -0.915976</w:t>
        <w:br/>
        <w:t>v 0.651895 13.325921 -0.868770</w:t>
        <w:br/>
        <w:t>v 0.646023 13.393316 -0.829667</w:t>
        <w:br/>
        <w:t>v 0.650085 13.389791 -0.875134</w:t>
        <w:br/>
        <w:t>v 0.073438 13.296819 -1.076303</w:t>
        <w:br/>
        <w:t>v 0.017918 13.299835 -1.119177</w:t>
        <w:br/>
        <w:t>v 0.007240 13.292954 -1.108863</w:t>
        <w:br/>
        <w:t>v 0.069232 13.291294 -1.067840</w:t>
        <w:br/>
        <w:t>v 0.088650 13.305882 -1.072715</w:t>
        <w:br/>
        <w:t>v 0.017918 13.299835 -1.119177</w:t>
        <w:br/>
        <w:t>v 0.004797 13.310275 -1.107160</w:t>
        <w:br/>
        <w:t>v 0.007240 13.292954 -1.108863</w:t>
        <w:br/>
        <w:t>v -0.000014 13.307035 -1.108007</w:t>
        <w:br/>
        <w:t>v 0.004797 13.310275 -1.107160</w:t>
        <w:br/>
        <w:t>v -0.000014 13.345482 -1.098088</w:t>
        <w:br/>
        <w:t>v -0.000014 13.369709 -1.084917</w:t>
        <w:br/>
        <w:t>v -0.000014 13.345482 -1.098088</w:t>
        <w:br/>
        <w:t>v 0.020278 13.360245 -1.104359</w:t>
        <w:br/>
        <w:t>v 0.041010 13.411304 -1.079880</w:t>
        <w:br/>
        <w:t>v 0.029322 13.414364 -1.069267</w:t>
        <w:br/>
        <w:t>v 0.058511 13.450166 -1.028867</w:t>
        <w:br/>
        <w:t>v -0.000014 13.478998 -1.076777</w:t>
        <w:br/>
        <w:t>v -0.000014 13.421349 -1.081071</w:t>
        <w:br/>
        <w:t>v 0.029322 13.414364 -1.069267</w:t>
        <w:br/>
        <w:t>v 0.067726 13.444594 -1.055498</w:t>
        <w:br/>
        <w:t>v 0.054706 13.446848 -1.046944</w:t>
        <w:br/>
        <w:t>v 0.063722 13.519501 -0.963506</w:t>
        <w:br/>
        <w:t>v -0.000014 13.605790 -0.976275</w:t>
        <w:br/>
        <w:t>v 0.098814 13.438122 -0.970711</w:t>
        <w:br/>
        <w:t>v 0.110979 13.484078 -1.019201</w:t>
        <w:br/>
        <w:t>v 0.100004 13.487471 -1.009240</w:t>
        <w:br/>
        <w:t>v 0.157543 13.504887 -0.984907</w:t>
        <w:br/>
        <w:t>v 0.145791 13.511360 -0.972875</w:t>
        <w:br/>
        <w:t>v 0.213123 13.513302 -0.947591</w:t>
        <w:br/>
        <w:t>v 0.201439 13.518964 -0.936608</w:t>
        <w:br/>
        <w:t>v 0.278527 13.501373 -0.908490</w:t>
        <w:br/>
        <w:t>v 0.273429 13.501838 -0.892308</w:t>
        <w:br/>
        <w:t>v 0.273429 13.501838 -0.892308</w:t>
        <w:br/>
        <w:t>v 0.278527 13.501373 -0.908490</w:t>
        <w:br/>
        <w:t>v 0.271187 13.459285 -0.922449</w:t>
        <w:br/>
        <w:t>v 0.268834 13.450976 -0.905436</w:t>
        <w:br/>
        <w:t>v 0.246975 13.410881 -0.948563</w:t>
        <w:br/>
        <w:t>v 0.242667 13.401414 -0.934817</w:t>
        <w:br/>
        <w:t>v 0.208617 13.369086 -0.982246</w:t>
        <w:br/>
        <w:t>v 0.207358 13.358208 -0.969306</w:t>
        <w:br/>
        <w:t>v 0.167138 13.334348 -1.016365</w:t>
        <w:br/>
        <w:t>v 0.162149 13.323625 -1.002965</w:t>
        <w:br/>
        <w:t>v 0.118726 13.305513 -1.036881</w:t>
        <w:br/>
        <w:t>v 0.124613 13.315437 -1.047665</w:t>
        <w:br/>
        <w:t>v 0.092742 13.302343 -1.063422</w:t>
        <w:br/>
        <w:t>v 0.020278 13.360245 -1.104359</w:t>
        <w:br/>
        <w:t>v 0.088650 13.305882 -1.072715</w:t>
        <w:br/>
        <w:t>v 0.124613 13.315437 -1.047665</w:t>
        <w:br/>
        <w:t>v 0.041010 13.411304 -1.079880</w:t>
        <w:br/>
        <w:t>v 0.110979 13.484078 -1.019201</w:t>
        <w:br/>
        <w:t>v 0.067726 13.444594 -1.055498</w:t>
        <w:br/>
        <w:t>v 0.246975 13.410881 -0.948563</w:t>
        <w:br/>
        <w:t>v 0.271187 13.459285 -0.922449</w:t>
        <w:br/>
        <w:t>v 0.213123 13.513302 -0.947591</w:t>
        <w:br/>
        <w:t>v 0.425275 13.493299 -0.766103</w:t>
        <w:br/>
        <w:t>v 0.318073 13.489706 -0.850565</w:t>
        <w:br/>
        <w:t>v 0.340288 13.432586 -0.889751</w:t>
        <w:br/>
        <w:t>v 0.450284 13.415960 -0.824046</w:t>
        <w:br/>
        <w:t>v 0.342042 13.655113 -0.689898</w:t>
        <w:br/>
        <w:t>v 0.253637 13.612282 -0.806383</w:t>
        <w:br/>
        <w:t>v 0.289755 13.551673 -0.824162</w:t>
        <w:br/>
        <w:t>v 0.390311 13.572309 -0.717835</w:t>
        <w:br/>
        <w:t>v 0.274236 13.727673 -0.686561</w:t>
        <w:br/>
        <w:t>v 0.202962 13.664168 -0.795529</w:t>
        <w:br/>
        <w:t>v 0.191380 13.782401 -0.691934</w:t>
        <w:br/>
        <w:t>v 0.098744 13.818409 -0.696505</w:t>
        <w:br/>
        <w:t>v 0.072715 13.723104 -0.791910</w:t>
        <w:br/>
        <w:t>v 0.142077 13.702858 -0.791471</w:t>
        <w:br/>
        <w:t>v 0.353620 13.373980 -0.931126</w:t>
        <w:br/>
        <w:t>v 0.464993 13.342643 -0.889520</w:t>
        <w:br/>
        <w:t>v -0.000014 13.829816 -0.698271</w:t>
        <w:br/>
        <w:t>v -0.000014 13.735381 -0.794274</w:t>
        <w:br/>
        <w:t>v 0.299439 13.311708 -1.008670</w:t>
        <w:br/>
        <w:t>v 0.486600 13.272613 -0.947375</w:t>
        <w:br/>
        <w:t>v 0.285812 13.262136 -1.074239</w:t>
        <w:br/>
        <w:t>v 0.482670 13.230597 -0.992048</w:t>
        <w:br/>
        <w:t>v 0.299439 13.311708 -1.008670</w:t>
        <w:br/>
        <w:t>v 0.353620 13.373980 -0.931126</w:t>
        <w:br/>
        <w:t>v 0.336380 13.372515 -0.917318</w:t>
        <w:br/>
        <w:t>v 0.289973 13.305849 -0.990280</w:t>
        <w:br/>
        <w:t>v 0.340288 13.432586 -0.889751</w:t>
        <w:br/>
        <w:t>v 0.327453 13.429159 -0.878688</w:t>
        <w:br/>
        <w:t>v 0.318073 13.489706 -0.850565</w:t>
        <w:br/>
        <w:t>v 0.308480 13.485975 -0.844336</w:t>
        <w:br/>
        <w:t>v 0.289755 13.551673 -0.824162</w:t>
        <w:br/>
        <w:t>v 0.279732 13.543537 -0.819038</w:t>
        <w:br/>
        <w:t>v 0.253637 13.612282 -0.806383</w:t>
        <w:br/>
        <w:t>v 0.241861 13.598792 -0.801611</w:t>
        <w:br/>
        <w:t>v 0.202962 13.664168 -0.795529</w:t>
        <w:br/>
        <w:t>v 0.192950 13.646705 -0.793344</w:t>
        <w:br/>
        <w:t>v 0.132413 13.680292 -0.789992</w:t>
        <w:br/>
        <w:t>v 0.067330 13.700006 -0.792247</w:t>
        <w:br/>
        <w:t>v -0.000014 13.714020 -0.796861</w:t>
        <w:br/>
        <w:t>v 0.098744 13.818409 -0.696505</w:t>
        <w:br/>
        <w:t>v 0.099155 13.812507 -0.674093</w:t>
        <w:br/>
        <w:t>v -0.000014 13.824836 -0.678543</w:t>
        <w:br/>
        <w:t>v 0.191808 13.775912 -0.666377</w:t>
        <w:br/>
        <w:t>v 0.275920 13.721294 -0.663824</w:t>
        <w:br/>
        <w:t>v 0.342548 13.647794 -0.667719</w:t>
        <w:br/>
        <w:t>v 0.391930 13.563767 -0.693729</w:t>
        <w:br/>
        <w:t>v 0.427154 13.484690 -0.742054</w:t>
        <w:br/>
        <w:t>v 0.452495 13.407085 -0.800435</w:t>
        <w:br/>
        <w:t>v 0.473143 13.333416 -0.864678</w:t>
        <w:br/>
        <w:t>v 0.487032 13.261972 -0.928975</w:t>
        <w:br/>
        <w:t>v 0.483555 13.220444 -0.973547</w:t>
        <w:br/>
        <w:t>v 0.482670 13.230597 -0.992048</w:t>
        <w:br/>
        <w:t>v 0.470206 13.174845 -1.023263</w:t>
        <w:br/>
        <w:t>v 0.273166 13.246950 -1.059743</w:t>
        <w:br/>
        <w:t>v -0.000014 13.605790 -0.976275</w:t>
        <w:br/>
        <w:t>v 0.063722 13.519501 -0.963506</w:t>
        <w:br/>
        <w:t>v 0.052364 13.516382 -0.954498</w:t>
        <w:br/>
        <w:t>v -0.000014 13.602393 -0.965567</w:t>
        <w:br/>
        <w:t>v 0.098814 13.438122 -0.970711</w:t>
        <w:br/>
        <w:t>v 0.087378 13.434648 -0.959501</w:t>
        <w:br/>
        <w:t>v 0.057154 13.357693 -1.027610</w:t>
        <w:br/>
        <w:t>v 0.048237 13.356848 -1.017490</w:t>
        <w:br/>
        <w:t>v 0.057154 13.357693 -1.027610</w:t>
        <w:br/>
        <w:t>v 0.004797 13.310275 -1.107160</w:t>
        <w:br/>
        <w:t>v 0.004797 13.310275 -1.107160</w:t>
        <w:br/>
        <w:t>v -0.000014 13.305760 -1.077492</w:t>
        <w:br/>
        <w:t>v -0.000014 13.307035 -1.108007</w:t>
        <w:br/>
        <w:t>v 0.228323 13.175694 -1.151129</w:t>
        <w:br/>
        <w:t>v 0.278527 13.501373 -0.908490</w:t>
        <w:br/>
        <w:t>v -0.000014 13.369709 -1.084917</w:t>
        <w:br/>
        <w:t>v -0.632006 13.363447 -0.902490</w:t>
        <w:br/>
        <w:t>v -0.650113 13.389791 -0.875136</w:t>
        <w:br/>
        <w:t>v -0.650099 13.352164 -0.897463</w:t>
        <w:br/>
        <w:t>v -0.596162 13.328975 -0.937390</w:t>
        <w:br/>
        <w:t>v -0.562933 13.367139 -0.928070</w:t>
        <w:br/>
        <w:t>v -0.618222 13.375128 -0.898896</w:t>
        <w:br/>
        <w:t>v -0.625893 13.304017 -0.937985</w:t>
        <w:br/>
        <w:t>v -0.551761 13.305895 -0.971703</w:t>
        <w:br/>
        <w:t>v -0.516818 13.363571 -0.950287</w:t>
        <w:br/>
        <w:t>v -0.587915 13.256391 -0.978683</w:t>
        <w:br/>
        <w:t>v -0.488034 13.281413 -1.015654</w:t>
        <w:br/>
        <w:t>v -0.437601 13.348694 -0.993776</w:t>
        <w:br/>
        <w:t>v -0.539613 13.224742 -1.026488</w:t>
        <w:br/>
        <w:t>v -0.382374 13.323128 -1.036665</w:t>
        <w:br/>
        <w:t>v -0.430952 13.257998 -1.056478</w:t>
        <w:br/>
        <w:t>v -0.477055 13.189101 -1.076930</w:t>
        <w:br/>
        <w:t>v -0.372741 13.204800 -1.115209</w:t>
        <w:br/>
        <w:t>v -0.323803 13.274968 -1.095683</w:t>
        <w:br/>
        <w:t>v -0.457063 13.157248 -1.104468</w:t>
        <w:br/>
        <w:t>v -0.298088 13.151573 -1.174802</w:t>
        <w:br/>
        <w:t>v -0.262514 13.197040 -1.163996</w:t>
        <w:br/>
        <w:t>v -0.366209 13.099755 -1.177157</w:t>
        <w:br/>
        <w:t>v -0.466785 13.129601 -1.116913</w:t>
        <w:br/>
        <w:t>v -0.528667 13.081663 -1.116388</w:t>
        <w:br/>
        <w:t>v -0.459495 13.038690 -1.172094</w:t>
        <w:br/>
        <w:t>v -0.586419 13.033027 -1.118518</w:t>
        <w:br/>
        <w:t>v -0.536439 12.980967 -1.170292</w:t>
        <w:br/>
        <w:t>v -0.641038 12.957844 -1.137519</w:t>
        <w:br/>
        <w:t>v -0.608967 12.927968 -1.169423</w:t>
        <w:br/>
        <w:t>v -0.661242 12.870532 -1.178553</w:t>
        <w:br/>
        <w:t>v -0.678311 12.879378 -1.166611</w:t>
        <w:br/>
        <w:t>v -0.690313 12.839094 -1.183213</w:t>
        <w:br/>
        <w:t>v -0.694235 12.842045 -1.180621</w:t>
        <w:br/>
        <w:t>v -0.472580 13.153595 -1.080434</w:t>
        <w:br/>
        <w:t>v -0.479097 13.125134 -1.094290</w:t>
        <w:br/>
        <w:t>v -0.484863 13.167218 -1.066249</w:t>
        <w:br/>
        <w:t>v -0.515270 13.189517 -1.037328</w:t>
        <w:br/>
        <w:t>v -0.522387 13.084039 -1.101207</w:t>
        <w:br/>
        <w:t>v -0.585369 13.033056 -1.099772</w:t>
        <w:br/>
        <w:t>v -0.517215 12.957834 -1.175095</w:t>
        <w:br/>
        <w:t>v -0.453329 13.002309 -1.177348</w:t>
        <w:br/>
        <w:t>v -0.350487 13.071412 -1.181521</w:t>
        <w:br/>
        <w:t>v -0.280568 13.134481 -1.174593</w:t>
        <w:br/>
        <w:t>v -0.247060 13.170480 -1.168815</w:t>
        <w:br/>
        <w:t>v -0.590126 12.905489 -1.173188</w:t>
        <w:br/>
        <w:t>v -0.640354 12.859248 -1.177713</w:t>
        <w:br/>
        <w:t>v -0.688175 12.812672 -1.181443</w:t>
        <w:br/>
        <w:t>v -0.601810 12.797735 -1.226985</w:t>
        <w:br/>
        <w:t>v -0.646357 12.771440 -1.222748</w:t>
        <w:br/>
        <w:t>v -0.552008 12.830715 -1.232420</w:t>
        <w:br/>
        <w:t>v -0.468763 12.873646 -1.243647</w:t>
        <w:br/>
        <w:t>v -0.404404 12.911225 -1.249418</w:t>
        <w:br/>
        <w:t>v -0.304889 12.977282 -1.251550</w:t>
        <w:br/>
        <w:t>v -0.228338 13.043792 -1.252418</w:t>
        <w:br/>
        <w:t>v -0.181224 13.110771 -1.234561</w:t>
        <w:br/>
        <w:t>v -0.385723 12.898648 -1.249333</w:t>
        <w:br/>
        <w:t>v -0.308229 12.953673 -1.247476</w:t>
        <w:br/>
        <w:t>v -0.221558 13.026847 -1.242765</w:t>
        <w:br/>
        <w:t>v -0.122913 13.031240 -1.249467</w:t>
        <w:br/>
        <w:t>v -0.108603 13.048686 -1.263002</w:t>
        <w:br/>
        <w:t>v -0.134389 12.978367 -1.265680</w:t>
        <w:br/>
        <w:t>v -0.270473 12.846700 -1.276878</w:t>
        <w:br/>
        <w:t>v -0.191484 12.904504 -1.274596</w:t>
        <w:br/>
        <w:t>v -0.413340 12.871411 -1.251722</w:t>
        <w:br/>
        <w:t>v -0.403848 12.823028 -1.263982</w:t>
        <w:br/>
        <w:t>v -0.362101 12.822453 -1.269827</w:t>
        <w:br/>
        <w:t>v -0.419317 12.832045 -1.259822</w:t>
        <w:br/>
        <w:t>v -0.424295 12.859890 -1.252833</w:t>
        <w:br/>
        <w:t>v -0.428219 12.846360 -1.255360</w:t>
        <w:br/>
        <w:t>v -0.146100 12.927242 -1.300994</w:t>
        <w:br/>
        <w:t>v -0.108603 13.048686 -1.263002</w:t>
        <w:br/>
        <w:t>v -0.122913 13.031240 -1.249467</w:t>
        <w:br/>
        <w:t>v -0.134389 12.978367 -1.265680</w:t>
        <w:br/>
        <w:t>v -0.069591 12.905317 -1.349200</w:t>
        <w:br/>
        <w:t>v -0.030042 13.049372 -1.298297</w:t>
        <w:br/>
        <w:t>v -0.000013 12.944854 -1.432823</w:t>
        <w:br/>
        <w:t>v -0.000014 13.126655 -1.272201</w:t>
        <w:br/>
        <w:t>v -0.000014 13.126655 -1.272201</w:t>
        <w:br/>
        <w:t>v -0.000014 13.186647 -1.229639</w:t>
        <w:br/>
        <w:t>v -0.056222 13.171592 -1.231014</w:t>
        <w:br/>
        <w:t>v -0.143886 13.158055 -1.212640</w:t>
        <w:br/>
        <w:t>v -0.000013 12.835325 -1.440082</w:t>
        <w:br/>
        <w:t>v -0.082687 12.864212 -1.367477</w:t>
        <w:br/>
        <w:t>v -0.000013 12.821907 -1.461982</w:t>
        <w:br/>
        <w:t>v -0.000013 12.835325 -1.440082</w:t>
        <w:br/>
        <w:t>v -0.082687 12.864212 -1.367477</w:t>
        <w:br/>
        <w:t>v -0.074077 12.869657 -1.413644</w:t>
        <w:br/>
        <w:t>v -0.074077 12.869657 -1.413644</w:t>
        <w:br/>
        <w:t>v -0.063361 12.605726 -1.560308</w:t>
        <w:br/>
        <w:t>v -0.000013 12.602330 -1.574900</w:t>
        <w:br/>
        <w:t>v -0.074077 12.869657 -1.413644</w:t>
        <w:br/>
        <w:t>v -0.137221 12.589278 -1.478684</w:t>
        <w:br/>
        <w:t>v -0.116885 12.626229 -1.522876</w:t>
        <w:br/>
        <w:t>v -0.270341 12.518777 -1.429503</w:t>
        <w:br/>
        <w:t>v -0.263569 12.508178 -1.440884</w:t>
        <w:br/>
        <w:t>v -0.000013 12.602330 -1.574900</w:t>
        <w:br/>
        <w:t>v -0.063361 12.605726 -1.560308</w:t>
        <w:br/>
        <w:t>v -0.050487 12.544319 -1.514178</w:t>
        <w:br/>
        <w:t>v -0.000013 12.544954 -1.534562</w:t>
        <w:br/>
        <w:t>v -0.124728 12.562585 -1.466643</w:t>
        <w:br/>
        <w:t>v -0.137221 12.589278 -1.478684</w:t>
        <w:br/>
        <w:t>v -0.263569 12.508178 -1.440884</w:t>
        <w:br/>
        <w:t>v -0.261591 12.470739 -1.421455</w:t>
        <w:br/>
        <w:t>v -0.280183 12.495305 -1.401424</w:t>
        <w:br/>
        <w:t>v -0.261591 12.470739 -1.421455</w:t>
        <w:br/>
        <w:t>v -0.156658 12.906269 -1.273156</w:t>
        <w:br/>
        <w:t>v -0.144600 12.949990 -1.259451</w:t>
        <w:br/>
        <w:t>v -0.180842 12.897908 -1.265077</w:t>
        <w:br/>
        <w:t>v -0.144600 12.949990 -1.259451</w:t>
        <w:br/>
        <w:t>v -0.260186 12.840212 -1.266505</w:t>
        <w:br/>
        <w:t>v -0.362101 12.822453 -1.269827</w:t>
        <w:br/>
        <w:t>v -0.357591 12.814355 -1.259114</w:t>
        <w:br/>
        <w:t>v -0.418003 12.820030 -1.250115</w:t>
        <w:br/>
        <w:t>v -0.400947 12.812813 -1.253798</w:t>
        <w:br/>
        <w:t>v -0.424295 12.859890 -1.252833</w:t>
        <w:br/>
        <w:t>v -0.429406 12.854968 -1.241530</w:t>
        <w:br/>
        <w:t>v -0.430843 12.837668 -1.244861</w:t>
        <w:br/>
        <w:t>v -0.428219 12.846360 -1.255360</w:t>
        <w:br/>
        <w:t>v -0.385723 12.898648 -1.249333</w:t>
        <w:br/>
        <w:t>v -0.410678 12.881885 -1.238535</w:t>
        <w:br/>
        <w:t>v -0.418370 12.872386 -1.239421</w:t>
        <w:br/>
        <w:t>v -0.410678 12.881885 -1.238535</w:t>
        <w:br/>
        <w:t>v -0.458952 12.856407 -1.237370</w:t>
        <w:br/>
        <w:t>v -0.541595 12.811521 -1.226237</w:t>
        <w:br/>
        <w:t>v -0.593646 12.781558 -1.219698</w:t>
        <w:br/>
        <w:t>v -0.636453 12.753841 -1.215412</w:t>
        <w:br/>
        <w:t>v -0.000014 13.185122 -1.194590</w:t>
        <w:br/>
        <w:t>v -0.047714 13.174721 -1.202673</w:t>
        <w:br/>
        <w:t>v -0.087439 13.209923 -1.169040</w:t>
        <w:br/>
        <w:t>v -0.106810 13.210186 -1.172453</w:t>
        <w:br/>
        <w:t>v -0.091732 13.228880 -1.139384</w:t>
        <w:br/>
        <w:t>v -0.108278 13.231211 -1.142709</w:t>
        <w:br/>
        <w:t>v -0.088658 13.264612 -1.102450</w:t>
        <w:br/>
        <w:t>v -0.105723 13.265979 -1.105665</w:t>
        <w:br/>
        <w:t>v -0.073465 13.296819 -1.076303</w:t>
        <w:br/>
        <w:t>v -0.088677 13.305882 -1.072716</w:t>
        <w:br/>
        <w:t>v -0.083569 13.205804 -1.163262</w:t>
        <w:br/>
        <w:t>v -0.089151 13.224289 -1.134757</w:t>
        <w:br/>
        <w:t>v -0.085897 13.260236 -1.096219</w:t>
        <w:br/>
        <w:t>v -0.069260 13.291294 -1.067840</w:t>
        <w:br/>
        <w:t>v -0.073465 13.296819 -1.076303</w:t>
        <w:br/>
        <w:t>v -0.092770 13.302343 -1.063422</w:t>
        <w:br/>
        <w:t>v -0.110840 13.264654 -1.099807</w:t>
        <w:br/>
        <w:t>v -0.105723 13.265979 -1.105665</w:t>
        <w:br/>
        <w:t>v -0.088677 13.305882 -1.072716</w:t>
        <w:br/>
        <w:t>v -0.114216 13.230082 -1.134101</w:t>
        <w:br/>
        <w:t>v -0.111356 13.207485 -1.162610</w:t>
        <w:br/>
        <w:t>v -0.106810 13.210186 -1.172453</w:t>
        <w:br/>
        <w:t>v -0.181224 13.110771 -1.234561</w:t>
        <w:br/>
        <w:t>v -0.143886 13.158055 -1.212640</w:t>
        <w:br/>
        <w:t>v -0.142117 13.162550 -1.196580</w:t>
        <w:br/>
        <w:t>v -0.175955 13.118931 -1.215952</w:t>
        <w:br/>
        <w:t>v -0.175955 13.118931 -1.215952</w:t>
        <w:br/>
        <w:t>v -0.228351 13.175694 -1.151130</w:t>
        <w:br/>
        <w:t>v -0.285839 13.262136 -1.074240</w:t>
        <w:br/>
        <w:t>v -0.323803 13.274968 -1.095683</w:t>
        <w:br/>
        <w:t>v -0.360497 13.320632 -1.008505</w:t>
        <w:br/>
        <w:t>v -0.382374 13.323128 -1.036665</w:t>
        <w:br/>
        <w:t>v -0.422998 13.349239 -0.957068</w:t>
        <w:br/>
        <w:t>v -0.437601 13.348694 -0.993776</w:t>
        <w:br/>
        <w:t>v -0.499521 13.363500 -0.912003</w:t>
        <w:br/>
        <w:t>v -0.516818 13.363571 -0.950287</w:t>
        <w:br/>
        <w:t>v -0.547705 13.367191 -0.887797</w:t>
        <w:br/>
        <w:t>v -0.594889 13.374033 -0.864878</w:t>
        <w:br/>
        <w:t>v -0.646051 13.393316 -0.829669</w:t>
        <w:br/>
        <w:t>v -0.650113 13.389791 -0.875136</w:t>
        <w:br/>
        <w:t>v -0.542775 13.196048 -1.000300</w:t>
        <w:br/>
        <w:t>v -0.582114 13.227653 -0.962976</w:t>
        <w:br/>
        <w:t>v -0.524069 13.178229 -1.020751</w:t>
        <w:br/>
        <w:t>v -0.629145 12.969680 -1.091005</w:t>
        <w:br/>
        <w:t>v -0.677118 12.877540 -1.127722</w:t>
        <w:br/>
        <w:t>v -0.678311 12.879378 -1.166611</w:t>
        <w:br/>
        <w:t>v -0.699300 12.814661 -1.152429</w:t>
        <w:br/>
        <w:t>v -0.694235 12.842045 -1.180621</w:t>
        <w:br/>
        <w:t>v -0.690313 12.839094 -1.183213</w:t>
        <w:br/>
        <w:t>v -0.688175 12.812672 -1.181443</w:t>
        <w:br/>
        <w:t>v -0.685858 12.730736 -1.223143</w:t>
        <w:br/>
        <w:t>v -0.717958 12.760571 -1.197201</w:t>
        <w:br/>
        <w:t>v -0.717493 12.760481 -1.175435</w:t>
        <w:br/>
        <w:t>v -0.679331 12.715335 -1.217577</w:t>
        <w:br/>
        <w:t>v -0.702777 12.713426 -1.226637</w:t>
        <w:br/>
        <w:t>v -0.695500 12.698077 -1.223127</w:t>
        <w:br/>
        <w:t>v -0.736444 12.738563 -1.201686</w:t>
        <w:br/>
        <w:t>v -0.733136 12.738813 -1.185143</w:t>
        <w:br/>
        <w:t>v -0.736444 12.738563 -1.201686</w:t>
        <w:br/>
        <w:t>v -0.781695 12.708333 -1.176048</w:t>
        <w:br/>
        <w:t>v -0.784918 12.713122 -1.191749</w:t>
        <w:br/>
        <w:t>v -0.726832 12.654757 -1.232041</w:t>
        <w:br/>
        <w:t>v -0.734633 12.662063 -1.238502</w:t>
        <w:br/>
        <w:t>v -0.784918 12.713122 -1.191749</w:t>
        <w:br/>
        <w:t>v -0.812711 12.669927 -1.181893</w:t>
        <w:br/>
        <w:t>v -0.811324 12.682263 -1.197595</w:t>
        <w:br/>
        <w:t>v -0.812997 12.642251 -1.196562</w:t>
        <w:br/>
        <w:t>v -0.813040 12.655524 -1.208348</w:t>
        <w:br/>
        <w:t>v -0.797601 12.632183 -1.214763</w:t>
        <w:br/>
        <w:t>v -0.798559 12.645806 -1.223228</w:t>
        <w:br/>
        <w:t>v -0.769365 12.629094 -1.226881</w:t>
        <w:br/>
        <w:t>v -0.770796 12.641563 -1.236297</w:t>
        <w:br/>
        <w:t>v -0.770796 12.641563 -1.236297</w:t>
        <w:br/>
        <w:t>v -0.811324 12.682263 -1.197595</w:t>
        <w:br/>
        <w:t>v -0.511353 13.152088 -1.051642</w:t>
        <w:br/>
        <w:t>v -0.513875 13.130099 -1.067500</w:t>
        <w:br/>
        <w:t>v -0.543231 13.091211 -1.074720</w:t>
        <w:br/>
        <w:t>v -0.583833 13.041380 -1.080137</w:t>
        <w:br/>
        <w:t>v -0.541508 13.093248 -1.062042</w:t>
        <w:br/>
        <w:t>v -0.520697 13.122858 -1.053369</w:t>
        <w:br/>
        <w:t>v -0.577685 13.048349 -1.069710</w:t>
        <w:br/>
        <w:t>v -0.514361 13.146113 -1.042408</w:t>
        <w:br/>
        <w:t>v -0.625893 13.304017 -0.937985</w:t>
        <w:br/>
        <w:t>v -0.624294 13.275868 -0.915978</w:t>
        <w:br/>
        <w:t>v -0.651923 13.325921 -0.868772</w:t>
        <w:br/>
        <w:t>v -0.650113 13.389791 -0.875136</w:t>
        <w:br/>
        <w:t>v -0.646051 13.393316 -0.829669</w:t>
        <w:br/>
        <w:t>v -0.007268 13.292954 -1.108863</w:t>
        <w:br/>
        <w:t>v -0.017945 13.299835 -1.119177</w:t>
        <w:br/>
        <w:t>v -0.073465 13.296819 -1.076303</w:t>
        <w:br/>
        <w:t>v -0.069260 13.291294 -1.067840</w:t>
        <w:br/>
        <w:t>v -0.088677 13.305882 -1.072716</w:t>
        <w:br/>
        <w:t>v -0.004824 13.310275 -1.107160</w:t>
        <w:br/>
        <w:t>v -0.017945 13.299835 -1.119177</w:t>
        <w:br/>
        <w:t>v -0.007268 13.292954 -1.108863</w:t>
        <w:br/>
        <w:t>v -0.004824 13.310275 -1.107160</w:t>
        <w:br/>
        <w:t>v -0.000014 13.345482 -1.098088</w:t>
        <w:br/>
        <w:t>v -0.020305 13.360245 -1.104359</w:t>
        <w:br/>
        <w:t>v -0.029350 13.414364 -1.069267</w:t>
        <w:br/>
        <w:t>v -0.041037 13.411304 -1.079880</w:t>
        <w:br/>
        <w:t>v -0.058539 13.450166 -1.028867</w:t>
        <w:br/>
        <w:t>v -0.029350 13.414364 -1.069267</w:t>
        <w:br/>
        <w:t>v -0.000014 13.421349 -1.081071</w:t>
        <w:br/>
        <w:t>v -0.000014 13.478998 -1.076777</w:t>
        <w:br/>
        <w:t>v -0.054734 13.446848 -1.046944</w:t>
        <w:br/>
        <w:t>v -0.067754 13.444594 -1.055498</w:t>
        <w:br/>
        <w:t>v -0.000014 13.605790 -0.976275</w:t>
        <w:br/>
        <w:t>v -0.063750 13.519501 -0.963506</w:t>
        <w:br/>
        <w:t>v -0.098842 13.438122 -0.970711</w:t>
        <w:br/>
        <w:t>v -0.100032 13.487471 -1.009241</w:t>
        <w:br/>
        <w:t>v -0.111007 13.484078 -1.019201</w:t>
        <w:br/>
        <w:t>v -0.157571 13.504887 -0.984908</w:t>
        <w:br/>
        <w:t>v -0.145819 13.511360 -0.972875</w:t>
        <w:br/>
        <w:t>v -0.201467 13.518965 -0.936609</w:t>
        <w:br/>
        <w:t>v -0.213151 13.513303 -0.947592</w:t>
        <w:br/>
        <w:t>v -0.278555 13.501373 -0.908491</w:t>
        <w:br/>
        <w:t>v -0.273457 13.501838 -0.892309</w:t>
        <w:br/>
        <w:t>v -0.273457 13.501838 -0.892309</w:t>
        <w:br/>
        <w:t>v -0.268862 13.450976 -0.905437</w:t>
        <w:br/>
        <w:t>v -0.271215 13.459287 -0.922449</w:t>
        <w:br/>
        <w:t>v -0.278555 13.501373 -0.908491</w:t>
        <w:br/>
        <w:t>v -0.242696 13.401415 -0.934818</w:t>
        <w:br/>
        <w:t>v -0.247003 13.410882 -0.948563</w:t>
        <w:br/>
        <w:t>v -0.207386 13.358208 -0.969306</w:t>
        <w:br/>
        <w:t>v -0.208645 13.369086 -0.982247</w:t>
        <w:br/>
        <w:t>v -0.162176 13.323625 -1.002965</w:t>
        <w:br/>
        <w:t>v -0.167166 13.334348 -1.016366</w:t>
        <w:br/>
        <w:t>v -0.118754 13.305513 -1.036882</w:t>
        <w:br/>
        <w:t>v -0.124640 13.315437 -1.047665</w:t>
        <w:br/>
        <w:t>v -0.092770 13.302343 -1.063422</w:t>
        <w:br/>
        <w:t>v -0.085516 13.295965 -1.057672</w:t>
        <w:br/>
        <w:t>v -0.020305 13.360245 -1.104359</w:t>
        <w:br/>
        <w:t>v -0.041037 13.411304 -1.079880</w:t>
        <w:br/>
        <w:t>v -0.124640 13.315437 -1.047665</w:t>
        <w:br/>
        <w:t>v -0.088677 13.305882 -1.072716</w:t>
        <w:br/>
        <w:t>v -0.067754 13.444594 -1.055498</w:t>
        <w:br/>
        <w:t>v -0.111007 13.484078 -1.019201</w:t>
        <w:br/>
        <w:t>v -0.247003 13.410882 -0.948563</w:t>
        <w:br/>
        <w:t>v -0.271215 13.459287 -0.922449</w:t>
        <w:br/>
        <w:t>v -0.213151 13.513303 -0.947592</w:t>
        <w:br/>
        <w:t>v -0.425304 13.493299 -0.766105</w:t>
        <w:br/>
        <w:t>v -0.450313 13.415960 -0.824047</w:t>
        <w:br/>
        <w:t>v -0.340316 13.432586 -0.889752</w:t>
        <w:br/>
        <w:t>v -0.318102 13.489706 -0.850566</w:t>
        <w:br/>
        <w:t>v -0.342070 13.655113 -0.689899</w:t>
        <w:br/>
        <w:t>v -0.390340 13.572309 -0.717836</w:t>
        <w:br/>
        <w:t>v -0.289783 13.551673 -0.824162</w:t>
        <w:br/>
        <w:t>v -0.253665 13.612282 -0.806384</w:t>
        <w:br/>
        <w:t>v -0.202990 13.664168 -0.795530</w:t>
        <w:br/>
        <w:t>v -0.274264 13.727673 -0.686562</w:t>
        <w:br/>
        <w:t>v -0.072743 13.723104 -0.791911</w:t>
        <w:br/>
        <w:t>v -0.098773 13.818409 -0.696505</w:t>
        <w:br/>
        <w:t>v -0.191409 13.782401 -0.691935</w:t>
        <w:br/>
        <w:t>v -0.142105 13.702858 -0.791471</w:t>
        <w:br/>
        <w:t>v -0.465022 13.342643 -0.889521</w:t>
        <w:br/>
        <w:t>v -0.353648 13.373981 -0.931127</w:t>
        <w:br/>
        <w:t>v -0.299466 13.311708 -1.008671</w:t>
        <w:br/>
        <w:t>v -0.486628 13.272614 -0.947376</w:t>
        <w:br/>
        <w:t>v -0.482697 13.230597 -0.992049</w:t>
        <w:br/>
        <w:t>v -0.285839 13.262136 -1.074240</w:t>
        <w:br/>
        <w:t>v -0.336408 13.372516 -0.917319</w:t>
        <w:br/>
        <w:t>v -0.353648 13.373981 -0.931127</w:t>
        <w:br/>
        <w:t>v -0.299466 13.311708 -1.008671</w:t>
        <w:br/>
        <w:t>v -0.290001 13.305849 -0.990281</w:t>
        <w:br/>
        <w:t>v -0.327482 13.429159 -0.878689</w:t>
        <w:br/>
        <w:t>v -0.340316 13.432586 -0.889752</w:t>
        <w:br/>
        <w:t>v -0.308508 13.485975 -0.844337</w:t>
        <w:br/>
        <w:t>v -0.318102 13.489706 -0.850566</w:t>
        <w:br/>
        <w:t>v -0.279760 13.543537 -0.819039</w:t>
        <w:br/>
        <w:t>v -0.289783 13.551673 -0.824162</w:t>
        <w:br/>
        <w:t>v -0.241889 13.598792 -0.801612</w:t>
        <w:br/>
        <w:t>v -0.253665 13.612282 -0.806384</w:t>
        <w:br/>
        <w:t>v -0.192978 13.646705 -0.793344</w:t>
        <w:br/>
        <w:t>v -0.202990 13.664168 -0.795530</w:t>
        <w:br/>
        <w:t>v -0.132441 13.680292 -0.789992</w:t>
        <w:br/>
        <w:t>v -0.067358 13.700006 -0.792247</w:t>
        <w:br/>
        <w:t>v -0.099183 13.812507 -0.674093</w:t>
        <w:br/>
        <w:t>v -0.098773 13.818409 -0.696505</w:t>
        <w:br/>
        <w:t>v -0.191837 13.775912 -0.666377</w:t>
        <w:br/>
        <w:t>v -0.275949 13.721294 -0.663825</w:t>
        <w:br/>
        <w:t>v -0.342577 13.647794 -0.667720</w:t>
        <w:br/>
        <w:t>v -0.391958 13.563767 -0.693730</w:t>
        <w:br/>
        <w:t>v -0.427182 13.484690 -0.742055</w:t>
        <w:br/>
        <w:t>v -0.452523 13.407085 -0.800437</w:t>
        <w:br/>
        <w:t>v -0.473171 13.333416 -0.864679</w:t>
        <w:br/>
        <w:t>v -0.487060 13.261973 -0.928976</w:t>
        <w:br/>
        <w:t>v -0.482697 13.230597 -0.992049</w:t>
        <w:br/>
        <w:t>v -0.483583 13.220445 -0.973548</w:t>
        <w:br/>
        <w:t>v -0.470234 13.174845 -1.023265</w:t>
        <w:br/>
        <w:t>v -0.273194 13.246950 -1.059744</w:t>
        <w:br/>
        <w:t>v -0.052392 13.516382 -0.954498</w:t>
        <w:br/>
        <w:t>v -0.063750 13.519501 -0.963506</w:t>
        <w:br/>
        <w:t>v -0.000014 13.605790 -0.976275</w:t>
        <w:br/>
        <w:t>v -0.000014 13.602393 -0.965567</w:t>
        <w:br/>
        <w:t>v -0.087406 13.434648 -0.959501</w:t>
        <w:br/>
        <w:t>v -0.098842 13.438122 -0.970711</w:t>
        <w:br/>
        <w:t>v -0.048265 13.356848 -1.017490</w:t>
        <w:br/>
        <w:t>v -0.057182 13.357693 -1.027610</w:t>
        <w:br/>
        <w:t>v -0.057182 13.357693 -1.027610</w:t>
        <w:br/>
        <w:t>v -0.004824 13.310275 -1.107160</w:t>
        <w:br/>
        <w:t>v -0.004824 13.310275 -1.107160</w:t>
        <w:br/>
        <w:t>v -0.000014 13.305760 -1.077492</w:t>
        <w:br/>
        <w:t>v -0.000014 13.307035 -1.108007</w:t>
        <w:br/>
        <w:t>v -0.228351 13.175694 -1.151130</w:t>
        <w:br/>
        <w:t>v -0.278555 13.501373 -0.908491</w:t>
        <w:br/>
        <w:t>v 0.085488 13.295965 -1.057672</w:t>
        <w:br/>
        <w:t>v 1.134041 20.146191 -0.203064</w:t>
        <w:br/>
        <w:t>v 1.146481 20.170404 -0.215503</w:t>
        <w:br/>
        <w:t>v 1.113915 20.170404 -0.228992</w:t>
        <w:br/>
        <w:t>v 1.113915 20.146191 -0.211401</w:t>
        <w:br/>
        <w:t>v 1.113915 20.146191 -0.211401</w:t>
        <w:br/>
        <w:t>v 1.113915 20.170404 -0.228992</w:t>
        <w:br/>
        <w:t>v 1.081349 20.170404 -0.215503</w:t>
        <w:br/>
        <w:t>v 1.093788 20.146191 -0.203064</w:t>
        <w:br/>
        <w:t>v 1.067859 20.170408 -0.182937</w:t>
        <w:br/>
        <w:t>v 1.085451 20.146191 -0.182937</w:t>
        <w:br/>
        <w:t>v 1.081349 20.170408 -0.150371</w:t>
        <w:br/>
        <w:t>v 1.093787 20.146193 -0.162810</w:t>
        <w:br/>
        <w:t>v 1.113915 20.170404 -0.136882</w:t>
        <w:br/>
        <w:t>v 1.113915 20.146191 -0.154474</w:t>
        <w:br/>
        <w:t>v 1.146480 20.170404 -0.150372</w:t>
        <w:br/>
        <w:t>v 1.134041 20.146191 -0.162810</w:t>
        <w:br/>
        <w:t>v 1.159970 20.170404 -0.182937</w:t>
        <w:br/>
        <w:t>v 1.142378 20.146189 -0.182937</w:t>
        <w:br/>
        <w:t>v 1.146481 20.200333 -0.215503</w:t>
        <w:br/>
        <w:t>v 1.113915 20.200333 -0.228992</w:t>
        <w:br/>
        <w:t>v 1.113915 20.200333 -0.228992</w:t>
        <w:br/>
        <w:t>v 1.081349 20.200333 -0.215503</w:t>
        <w:br/>
        <w:t>v 1.067859 20.200333 -0.182937</w:t>
        <w:br/>
        <w:t>v 1.081349 20.200333 -0.150371</w:t>
        <w:br/>
        <w:t>v 1.113914 20.200333 -0.136882</w:t>
        <w:br/>
        <w:t>v 1.146480 20.200333 -0.150371</w:t>
        <w:br/>
        <w:t>v 1.159970 20.200333 -0.182937</w:t>
        <w:br/>
        <w:t>v 1.134042 20.224545 -0.203064</w:t>
        <w:br/>
        <w:t>v 1.113915 20.224546 -0.211401</w:t>
        <w:br/>
        <w:t>v 1.113915 20.224546 -0.211401</w:t>
        <w:br/>
        <w:t>v 1.093788 20.224545 -0.203064</w:t>
        <w:br/>
        <w:t>v 1.085451 20.224545 -0.182937</w:t>
        <w:br/>
        <w:t>v 1.093788 20.224546 -0.162810</w:t>
        <w:br/>
        <w:t>v 1.113915 20.224545 -0.154473</w:t>
        <w:br/>
        <w:t>v 1.134041 20.224546 -0.162810</w:t>
        <w:br/>
        <w:t>v 1.142378 20.224545 -0.182937</w:t>
        <w:br/>
        <w:t>v 1.113914 20.136942 -0.182937</w:t>
        <w:br/>
        <w:t>v 1.113914 20.233791 -0.182937</w:t>
        <w:br/>
        <w:t>v 0.973725 2.680451 -1.027617</w:t>
        <w:br/>
        <w:t>v 0.956501 2.694456 -1.042666</w:t>
        <w:br/>
        <w:t>v 0.971689 2.722886 -1.037262</w:t>
        <w:br/>
        <w:t>v 0.989168 2.709593 -1.022304</w:t>
        <w:br/>
        <w:t>v 0.994589 2.743253 -1.048648</w:t>
        <w:br/>
        <w:t>v 1.012262 2.730432 -1.034367</w:t>
        <w:br/>
        <w:t>v 1.016450 2.747651 -1.072575</w:t>
        <w:br/>
        <w:t>v 1.034043 2.734924 -1.059088</w:t>
        <w:br/>
        <w:t>v 1.046158 2.721560 -1.086819</w:t>
        <w:br/>
        <w:t>v 1.028829 2.734369 -1.099815</w:t>
        <w:br/>
        <w:t>v 1.044236 2.695662 -1.107105</w:t>
        <w:br/>
        <w:t>v 1.027037 2.708570 -1.119937</w:t>
        <w:br/>
        <w:t>v 1.029086 2.666872 -1.112491</w:t>
        <w:br/>
        <w:t>v 1.011801 2.680088 -1.125336</w:t>
        <w:br/>
        <w:t>v 1.006222 2.645938 -1.100812</w:t>
        <w:br/>
        <w:t>v 1.029086 2.666872 -1.112491</w:t>
        <w:br/>
        <w:t>v 1.011801 2.680088 -1.125336</w:t>
        <w:br/>
        <w:t>v 0.988859 2.659742 -1.113895</w:t>
        <w:br/>
        <w:t>v 0.971856 2.654251 -1.048238</w:t>
        <w:br/>
        <w:t>v 0.954702 2.668711 -1.062741</w:t>
        <w:br/>
        <w:t>v 0.984294 2.641052 -1.076253</w:t>
        <w:br/>
        <w:t>v 0.967020 2.655407 -1.089943</w:t>
        <w:br/>
        <w:t>v 1.044236 2.695662 -1.107105</w:t>
        <w:br/>
        <w:t>v 1.034043 2.734924 -1.059088</w:t>
        <w:br/>
        <w:t>v 1.046158 2.721560 -1.086819</w:t>
        <w:br/>
        <w:t>v 1.012262 2.730432 -1.034367</w:t>
        <w:br/>
        <w:t>v 0.989168 2.709593 -1.022304</w:t>
        <w:br/>
        <w:t>v 0.973725 2.680451 -1.027617</w:t>
        <w:br/>
        <w:t>v 0.971856 2.654251 -1.048238</w:t>
        <w:br/>
        <w:t>v 0.984294 2.641052 -1.076253</w:t>
        <w:br/>
        <w:t>v 1.006222 2.645938 -1.100812</w:t>
        <w:br/>
        <w:t>v 1.029086 2.666872 -1.112491</w:t>
        <w:br/>
        <w:t>v 0.954702 2.668711 -1.062741</w:t>
        <w:br/>
        <w:t>v 0.971689 2.722886 -1.037262</w:t>
        <w:br/>
        <w:t>v 0.956501 2.694456 -1.042666</w:t>
        <w:br/>
        <w:t>v 0.994589 2.743253 -1.048648</w:t>
        <w:br/>
        <w:t>v 1.016450 2.747651 -1.072575</w:t>
        <w:br/>
        <w:t>v 1.028829 2.734369 -1.099815</w:t>
        <w:br/>
        <w:t>v 1.027037 2.708570 -1.119937</w:t>
        <w:br/>
        <w:t>v 1.011801 2.680088 -1.125336</w:t>
        <w:br/>
        <w:t>v 0.988859 2.659742 -1.113895</w:t>
        <w:br/>
        <w:t>v 0.967020 2.655407 -1.089943</w:t>
        <w:br/>
        <w:t>v -0.762607 5.336624 0.417065</w:t>
        <w:br/>
        <w:t>v -0.905456 5.035427 0.302460</w:t>
        <w:br/>
        <w:t>v -0.899178 5.013690 0.331801</w:t>
        <w:br/>
        <w:t>v -0.753677 5.320456 0.448534</w:t>
        <w:br/>
        <w:t>v -0.753677 5.320456 0.448534</w:t>
        <w:br/>
        <w:t>v -0.971763 5.563017 0.577108</w:t>
        <w:br/>
        <w:t>v -0.975844 5.574038 0.545538</w:t>
        <w:br/>
        <w:t>v -0.762607 5.336624 0.417065</w:t>
        <w:br/>
        <w:t>v -0.975844 5.574038 0.545538</w:t>
        <w:br/>
        <w:t>v -0.971763 5.563017 0.577108</w:t>
        <w:br/>
        <w:t>v -1.115257 5.254559 0.465486</w:t>
        <w:br/>
        <w:t>v -1.117604 5.271919 0.433715</w:t>
        <w:br/>
        <w:t>v -0.899178 5.013690 0.331801</w:t>
        <w:br/>
        <w:t>v -0.916764 5.237470 0.565729</w:t>
        <w:br/>
        <w:t>v -0.753677 5.320456 0.448534</w:t>
        <w:br/>
        <w:t>v -0.899178 5.013690 0.331801</w:t>
        <w:br/>
        <w:t>v -1.115257 5.254559 0.465486</w:t>
        <w:br/>
        <w:t>v -0.916764 5.237470 0.565729</w:t>
        <w:br/>
        <w:t>v -1.117604 5.271919 0.433715</w:t>
        <w:br/>
        <w:t>v -0.905456 5.035427 0.302460</w:t>
        <w:br/>
        <w:t>v 0.633967 20.664684 -0.781658</w:t>
        <w:br/>
        <w:t>v 0.641617 20.679571 -0.789309</w:t>
        <w:br/>
        <w:t>v 0.621589 20.679571 -0.797605</w:t>
        <w:br/>
        <w:t>v 0.621589 20.664680 -0.786786</w:t>
        <w:br/>
        <w:t>v 0.621589 20.664680 -0.786786</w:t>
        <w:br/>
        <w:t>v 0.621589 20.679571 -0.797605</w:t>
        <w:br/>
        <w:t>v 0.601561 20.679571 -0.789309</w:t>
        <w:br/>
        <w:t>v 0.609211 20.664684 -0.781659</w:t>
        <w:br/>
        <w:t>v 0.593265 20.679573 -0.769281</w:t>
        <w:br/>
        <w:t>v 0.604084 20.664684 -0.769281</w:t>
        <w:br/>
        <w:t>v 0.601561 20.679573 -0.749253</w:t>
        <w:br/>
        <w:t>v 0.609211 20.664684 -0.756902</w:t>
        <w:br/>
        <w:t>v 0.621589 20.679573 -0.740956</w:t>
        <w:br/>
        <w:t>v 0.621589 20.664680 -0.751776</w:t>
        <w:br/>
        <w:t>v 0.641617 20.679573 -0.749253</w:t>
        <w:br/>
        <w:t>v 0.633968 20.664680 -0.756902</w:t>
        <w:br/>
        <w:t>v 0.649913 20.679571 -0.769280</w:t>
        <w:br/>
        <w:t>v 0.639094 20.664684 -0.769280</w:t>
        <w:br/>
        <w:t>v 0.641618 20.697979 -0.789309</w:t>
        <w:br/>
        <w:t>v 0.621590 20.697979 -0.797605</w:t>
        <w:br/>
        <w:t>v 0.621590 20.697979 -0.797605</w:t>
        <w:br/>
        <w:t>v 0.601561 20.697979 -0.789309</w:t>
        <w:br/>
        <w:t>v 0.593265 20.697979 -0.769280</w:t>
        <w:br/>
        <w:t>v 0.601561 20.697979 -0.749253</w:t>
        <w:br/>
        <w:t>v 0.621589 20.697979 -0.740956</w:t>
        <w:br/>
        <w:t>v 0.641618 20.697979 -0.749252</w:t>
        <w:br/>
        <w:t>v 0.649914 20.697979 -0.769280</w:t>
        <w:br/>
        <w:t>v 0.633967 20.712872 -0.781659</w:t>
        <w:br/>
        <w:t>v 0.621589 20.712872 -0.786786</w:t>
        <w:br/>
        <w:t>v 0.621589 20.712872 -0.786786</w:t>
        <w:br/>
        <w:t>v 0.609211 20.712872 -0.781659</w:t>
        <w:br/>
        <w:t>v 0.604084 20.712872 -0.769281</w:t>
        <w:br/>
        <w:t>v 0.609211 20.712872 -0.756902</w:t>
        <w:br/>
        <w:t>v 0.621589 20.712872 -0.751775</w:t>
        <w:br/>
        <w:t>v 0.633967 20.712870 -0.756903</w:t>
        <w:br/>
        <w:t>v 0.639094 20.712872 -0.769281</w:t>
        <w:br/>
        <w:t>v 0.621589 20.658997 -0.769281</w:t>
        <w:br/>
        <w:t>v 0.621589 20.718561 -0.769280</w:t>
        <w:br/>
        <w:t>v -1.659005 13.299920 0.181069</w:t>
        <w:br/>
        <w:t>v -1.641545 13.295903 0.161553</w:t>
        <w:br/>
        <w:t>v -1.632471 13.293817 0.171270</w:t>
        <w:br/>
        <w:t>v -1.642083 13.300360 0.182289</w:t>
        <w:br/>
        <w:t>v -1.635341 13.291805 0.189229</w:t>
        <w:br/>
        <w:t>v -1.642119 13.289757 0.200984</w:t>
        <w:br/>
        <w:t>v -1.630252 13.277130 0.146424</w:t>
        <w:br/>
        <w:t>v -1.622386 13.276715 0.160808</w:t>
        <w:br/>
        <w:t>v -1.624451 13.276230 0.194306</w:t>
        <w:br/>
        <w:t>v -1.634367 13.274109 0.209543</w:t>
        <w:br/>
        <w:t>v -1.691122 12.928207 0.210436</w:t>
        <w:br/>
        <w:t>v -1.706063 12.939404 0.229457</w:t>
        <w:br/>
        <w:t>v -1.693499 12.959489 0.046746</w:t>
        <w:br/>
        <w:t>v -1.685105 12.944054 0.063572</w:t>
        <w:br/>
        <w:t>v -1.703928 12.885223 0.204890</w:t>
        <w:br/>
        <w:t>v -1.718727 12.884612 0.223044</w:t>
        <w:br/>
        <w:t>v -1.751431 12.855204 0.190009</w:t>
        <w:br/>
        <w:t>v -1.733248 12.856206 0.175463</w:t>
        <w:br/>
        <w:t>v -1.786710 12.848208 0.147686</w:t>
        <w:br/>
        <w:t>v -1.751768 12.848146 0.142412</w:t>
        <w:br/>
        <w:t>v -1.795314 12.850017 0.126348</w:t>
        <w:br/>
        <w:t>v -1.751988 12.847926 0.127739</w:t>
        <w:br/>
        <w:t>v -1.752611 12.850275 0.114569</w:t>
        <w:br/>
        <w:t>v -1.778207 12.850986 0.107461</w:t>
        <w:br/>
        <w:t>v -1.726396 12.868043 0.080532</w:t>
        <w:br/>
        <w:t>v -1.744539 12.868270 0.069693</w:t>
        <w:br/>
        <w:t>v -1.695623 12.907871 0.057698</w:t>
        <w:br/>
        <w:t>v -1.708991 12.910151 0.040100</w:t>
        <w:br/>
        <w:t>v -1.675715 13.289046 0.177402</w:t>
        <w:br/>
        <w:t>v -1.659005 13.299920 0.181069</w:t>
        <w:br/>
        <w:t>v -1.642119 13.289757 0.200984</w:t>
        <w:br/>
        <w:t>v -1.650847 13.281640 0.198616</w:t>
        <w:br/>
        <w:t>v -1.675715 13.289046 0.177402</w:t>
        <w:br/>
        <w:t>v -1.652065 13.284381 0.159680</w:t>
        <w:br/>
        <w:t>v -1.659005 13.299920 0.181069</w:t>
        <w:br/>
        <w:t>v -1.630252 13.277130 0.146424</w:t>
        <w:br/>
        <w:t>v -1.634367 13.274109 0.209543</w:t>
        <w:br/>
        <w:t>v -1.693499 12.959489 0.046746</w:t>
        <w:br/>
        <w:t>v -1.821889 13.011379 0.140561</w:t>
        <w:br/>
        <w:t>v -1.706063 12.939404 0.229457</w:t>
        <w:br/>
        <w:t>v -1.821889 13.011379 0.140561</w:t>
        <w:br/>
        <w:t>v -1.718727 12.884612 0.223044</w:t>
        <w:br/>
        <w:t>v -1.843957 12.960588 0.134494</w:t>
        <w:br/>
        <w:t>v -1.843957 12.960588 0.134494</w:t>
        <w:br/>
        <w:t>v -1.708991 12.910151 0.040100</w:t>
        <w:br/>
        <w:t>v -1.751431 12.855204 0.190009</w:t>
        <w:br/>
        <w:t>v -1.846560 12.917491 0.129453</w:t>
        <w:br/>
        <w:t>v -1.846560 12.917491 0.129453</w:t>
        <w:br/>
        <w:t>v -1.744539 12.868270 0.069693</w:t>
        <w:br/>
        <w:t>v -1.834844 12.887175 0.126282</w:t>
        <w:br/>
        <w:t>v 1.002246 2.402212 -0.423686</w:t>
        <w:br/>
        <w:t>v 1.014199 2.425478 -0.435638</w:t>
        <w:br/>
        <w:t>v 0.982906 2.425478 -0.448600</w:t>
        <w:br/>
        <w:t>v 0.982906 2.402212 -0.431696</w:t>
        <w:br/>
        <w:t>v 0.982906 2.402212 -0.431696</w:t>
        <w:br/>
        <w:t>v 0.982906 2.425478 -0.448600</w:t>
        <w:br/>
        <w:t>v 0.951614 2.425478 -0.435638</w:t>
        <w:br/>
        <w:t>v 0.963567 2.402212 -0.423686</w:t>
        <w:br/>
        <w:t>v 0.938652 2.425478 -0.404346</w:t>
        <w:br/>
        <w:t>v 0.955556 2.402212 -0.404346</w:t>
        <w:br/>
        <w:t>v 0.951614 2.425478 -0.373053</w:t>
        <w:br/>
        <w:t>v 0.963567 2.402212 -0.385006</w:t>
        <w:br/>
        <w:t>v 0.982906 2.425478 -0.360091</w:t>
        <w:br/>
        <w:t>v 0.982906 2.402212 -0.376995</w:t>
        <w:br/>
        <w:t>v 1.014199 2.425478 -0.373053</w:t>
        <w:br/>
        <w:t>v 1.002246 2.402212 -0.385006</w:t>
        <w:br/>
        <w:t>v 1.027161 2.425478 -0.404346</w:t>
        <w:br/>
        <w:t>v 1.010257 2.402212 -0.404346</w:t>
        <w:br/>
        <w:t>v 1.014199 2.454236 -0.435638</w:t>
        <w:br/>
        <w:t>v 0.982906 2.454236 -0.448600</w:t>
        <w:br/>
        <w:t>v 0.982906 2.454236 -0.448600</w:t>
        <w:br/>
        <w:t>v 0.951614 2.454236 -0.435638</w:t>
        <w:br/>
        <w:t>v 0.938652 2.454236 -0.404346</w:t>
        <w:br/>
        <w:t>v 0.951614 2.454236 -0.373053</w:t>
        <w:br/>
        <w:t>v 0.982906 2.454236 -0.360091</w:t>
        <w:br/>
        <w:t>v 1.014199 2.454236 -0.373053</w:t>
        <w:br/>
        <w:t>v 1.027161 2.454236 -0.404346</w:t>
        <w:br/>
        <w:t>v 1.002246 2.477502 -0.423685</w:t>
        <w:br/>
        <w:t>v 0.982906 2.477502 -0.431696</w:t>
        <w:br/>
        <w:t>v 0.982906 2.477502 -0.431696</w:t>
        <w:br/>
        <w:t>v 0.963567 2.477502 -0.423686</w:t>
        <w:br/>
        <w:t>v 0.955556 2.477502 -0.404346</w:t>
        <w:br/>
        <w:t>v 0.963567 2.477502 -0.385006</w:t>
        <w:br/>
        <w:t>v 0.982906 2.477502 -0.376995</w:t>
        <w:br/>
        <w:t>v 1.002246 2.477502 -0.385006</w:t>
        <w:br/>
        <w:t>v 1.010257 2.477502 -0.404346</w:t>
        <w:br/>
        <w:t>v 0.982906 2.393326 -0.404346</w:t>
        <w:br/>
        <w:t>v 0.982906 2.486388 -0.404346</w:t>
        <w:br/>
        <w:t>v 0.115777 20.153563 1.500468</w:t>
        <w:br/>
        <w:t>v -0.000017 20.160349 1.570031</w:t>
        <w:br/>
        <w:t>v -0.000017 20.277832 1.490804</w:t>
        <w:br/>
        <w:t>v -0.115810 20.153563 1.500468</w:t>
        <w:br/>
        <w:t>v -0.000017 20.160349 1.570031</w:t>
        <w:br/>
        <w:t>v -0.000017 20.028349 1.511633</w:t>
        <w:br/>
        <w:t>v 0.115780 20.152393 1.480193</w:t>
        <w:br/>
        <w:t>v -0.000017 20.027182 1.491156</w:t>
        <w:br/>
        <w:t>v -0.000017 20.028349 1.511633</w:t>
        <w:br/>
        <w:t>v 0.115777 20.153563 1.500468</w:t>
        <w:br/>
        <w:t>v -0.000017 20.028349 1.511633</w:t>
        <w:br/>
        <w:t>v -0.000017 20.027182 1.491156</w:t>
        <w:br/>
        <w:t>v -0.115814 20.152393 1.480193</w:t>
        <w:br/>
        <w:t>v -0.115810 20.153563 1.500468</w:t>
        <w:br/>
        <w:t>v -0.115810 20.153563 1.500468</w:t>
        <w:br/>
        <w:t>v -0.115814 20.152393 1.480193</w:t>
        <w:br/>
        <w:t>v -0.000017 20.276588 1.470991</w:t>
        <w:br/>
        <w:t>v -0.000017 20.277832 1.490804</w:t>
        <w:br/>
        <w:t>v -0.000017 20.276588 1.470991</w:t>
        <w:br/>
        <w:t>v 0.115780 20.152393 1.480193</w:t>
        <w:br/>
        <w:t>v 0.115777 20.153563 1.500468</w:t>
        <w:br/>
        <w:t>v -0.000017 20.277832 1.490804</w:t>
        <w:br/>
        <w:t>v 0.626288 19.111462 0.016520</w:t>
        <w:br/>
        <w:t>v 0.623421 19.071430 -0.043258</w:t>
        <w:br/>
        <w:t>v 0.636573 19.086964 -0.065108</w:t>
        <w:br/>
        <w:t>v 0.636573 19.134197 0.005589</w:t>
        <w:br/>
        <w:t>v 0.618925 19.011585 -0.082795</w:t>
        <w:br/>
        <w:t>v 0.636573 19.016273 -0.112346</w:t>
        <w:br/>
        <w:t>v 0.613114 18.941414 -0.096201</w:t>
        <w:br/>
        <w:t>v 0.636573 18.932884 -0.128934</w:t>
        <w:br/>
        <w:t>v 0.606736 18.871700 -0.081727</w:t>
        <w:br/>
        <w:t>v 0.636573 18.849499 -0.112346</w:t>
        <w:br/>
        <w:t>v 0.600689 18.812958 -0.041790</w:t>
        <w:br/>
        <w:t>v 0.636573 18.778805 -0.065108</w:t>
        <w:br/>
        <w:t>v 0.595735 18.773960 0.017449</w:t>
        <w:br/>
        <w:t>v 0.636573 18.731564 0.005589</w:t>
        <w:br/>
        <w:t>v 0.593159 18.760471 0.087009</w:t>
        <w:br/>
        <w:t>v 0.636572 18.714981 0.088981</w:t>
        <w:br/>
        <w:t>v 0.595009 18.774437 0.156414</w:t>
        <w:br/>
        <w:t>v 0.636572 18.731564 0.172374</w:t>
        <w:br/>
        <w:t>v 0.600117 18.813717 0.215247</w:t>
        <w:br/>
        <w:t>v 0.636572 18.778805 0.243071</w:t>
        <w:br/>
        <w:t>v 0.606205 18.872425 0.254680</w:t>
        <w:br/>
        <w:t>v 0.636572 18.849495 0.290310</w:t>
        <w:br/>
        <w:t>v 0.612130 18.941776 0.268772</w:t>
        <w:br/>
        <w:t>v 0.636572 18.932880 0.306898</w:t>
        <w:br/>
        <w:t>v 0.620105 19.041042 0.235798</w:t>
        <w:br/>
        <w:t>v 0.636572 19.051617 0.266691</w:t>
        <w:br/>
        <w:t>v 0.625839 19.110775 0.157255</w:t>
        <w:br/>
        <w:t>v 0.636572 19.134197 0.172375</w:t>
        <w:br/>
        <w:t>v 0.627177 19.125221 0.087093</w:t>
        <w:br/>
        <w:t>v 0.636573 19.150784 0.088982</w:t>
        <w:br/>
        <w:t>v 0.636573 19.082272 0.028277</w:t>
        <w:br/>
        <w:t>v 0.636573 19.053669 -0.014530</w:t>
        <w:br/>
        <w:t>v 0.636573 19.010860 -0.043133</w:t>
        <w:br/>
        <w:t>v 0.613114 18.941414 -0.096201</w:t>
        <w:br/>
        <w:t>v 0.636573 18.960373 -0.053177</w:t>
        <w:br/>
        <w:t>v 0.606736 18.871700 -0.081727</w:t>
        <w:br/>
        <w:t>v 0.636573 18.909882 -0.043133</w:t>
        <w:br/>
        <w:t>v 0.600689 18.812958 -0.041790</w:t>
        <w:br/>
        <w:t>v 0.636573 18.867077 -0.014530</w:t>
        <w:br/>
        <w:t>v 0.595735 18.773960 0.017449</w:t>
        <w:br/>
        <w:t>v 0.636573 18.838474 0.028276</w:t>
        <w:br/>
        <w:t>v 0.593159 18.760471 0.087009</w:t>
        <w:br/>
        <w:t>v 0.636573 18.828434 0.078770</w:t>
        <w:br/>
        <w:t>v 0.595009 18.774437 0.156414</w:t>
        <w:br/>
        <w:t>v 0.636572 18.838474 0.129265</w:t>
        <w:br/>
        <w:t>v 0.636572 18.867077 0.172071</w:t>
        <w:br/>
        <w:t>v 0.600117 18.813717 0.215247</w:t>
        <w:br/>
        <w:t>v 0.636572 18.909882 0.200674</w:t>
        <w:br/>
        <w:t>v 0.606205 18.872425 0.254680</w:t>
        <w:br/>
        <w:t>v 0.636572 18.960373 0.210718</w:t>
        <w:br/>
        <w:t>v 0.636572 19.032265 0.186373</w:t>
        <w:br/>
        <w:t>v 0.636572 19.082272 0.129265</w:t>
        <w:br/>
        <w:t>v 0.636573 19.092312 0.078771</w:t>
        <w:br/>
        <w:t>v 0.636573 19.086964 -0.065108</w:t>
        <w:br/>
        <w:t>v 0.649724 19.071430 -0.043258</w:t>
        <w:br/>
        <w:t>v 0.646858 19.111462 0.016520</w:t>
        <w:br/>
        <w:t>v 0.636573 19.134197 0.005589</w:t>
        <w:br/>
        <w:t>v 0.636573 19.016273 -0.112346</w:t>
        <w:br/>
        <w:t>v 0.654221 19.011585 -0.082795</w:t>
        <w:br/>
        <w:t>v 0.636573 18.932884 -0.128934</w:t>
        <w:br/>
        <w:t>v 0.660032 18.941414 -0.096201</w:t>
        <w:br/>
        <w:t>v 0.636573 18.849499 -0.112346</w:t>
        <w:br/>
        <w:t>v 0.666409 18.871700 -0.081727</w:t>
        <w:br/>
        <w:t>v 0.636573 18.778805 -0.065108</w:t>
        <w:br/>
        <w:t>v 0.672457 18.812958 -0.041790</w:t>
        <w:br/>
        <w:t>v 0.636573 18.731564 0.005589</w:t>
        <w:br/>
        <w:t>v 0.677411 18.773960 0.017449</w:t>
        <w:br/>
        <w:t>v 0.636572 18.714981 0.088981</w:t>
        <w:br/>
        <w:t>v 0.679986 18.760471 0.087009</w:t>
        <w:br/>
        <w:t>v 0.636572 18.731564 0.172374</w:t>
        <w:br/>
        <w:t>v 0.678136 18.774437 0.156414</w:t>
        <w:br/>
        <w:t>v 0.636572 18.778805 0.243071</w:t>
        <w:br/>
        <w:t>v 0.673028 18.813717 0.215247</w:t>
        <w:br/>
        <w:t>v 0.636572 18.849495 0.290310</w:t>
        <w:br/>
        <w:t>v 0.666939 18.872425 0.254680</w:t>
        <w:br/>
        <w:t>v 0.636572 18.932880 0.306898</w:t>
        <w:br/>
        <w:t>v 0.661015 18.941776 0.268772</w:t>
        <w:br/>
        <w:t>v 0.636572 19.051617 0.266691</w:t>
        <w:br/>
        <w:t>v 0.653040 19.041042 0.235798</w:t>
        <w:br/>
        <w:t>v 0.636572 19.134197 0.172375</w:t>
        <w:br/>
        <w:t>v 0.647306 19.110775 0.157255</w:t>
        <w:br/>
        <w:t>v 0.636573 19.150784 0.088982</w:t>
        <w:br/>
        <w:t>v 0.645968 19.125221 0.087093</w:t>
        <w:br/>
        <w:t>v 0.636573 19.053669 -0.014530</w:t>
        <w:br/>
        <w:t>v 0.636573 19.082272 0.028277</w:t>
        <w:br/>
        <w:t>v 0.636573 19.010860 -0.043133</w:t>
        <w:br/>
        <w:t>v 0.660032 18.941414 -0.096201</w:t>
        <w:br/>
        <w:t>v 0.636573 18.960373 -0.053177</w:t>
        <w:br/>
        <w:t>v 0.666409 18.871700 -0.081727</w:t>
        <w:br/>
        <w:t>v 0.636573 18.909882 -0.043133</w:t>
        <w:br/>
        <w:t>v 0.672457 18.812958 -0.041790</w:t>
        <w:br/>
        <w:t>v 0.636573 18.867077 -0.014530</w:t>
        <w:br/>
        <w:t>v 0.677411 18.773960 0.017449</w:t>
        <w:br/>
        <w:t>v 0.636573 18.838474 0.028276</w:t>
        <w:br/>
        <w:t>v 0.679986 18.760471 0.087009</w:t>
        <w:br/>
        <w:t>v 0.636573 18.828434 0.078770</w:t>
        <w:br/>
        <w:t>v 0.678136 18.774437 0.156414</w:t>
        <w:br/>
        <w:t>v 0.636572 18.838474 0.129265</w:t>
        <w:br/>
        <w:t>v 0.636572 18.867077 0.172071</w:t>
        <w:br/>
        <w:t>v 0.673028 18.813717 0.215247</w:t>
        <w:br/>
        <w:t>v 0.636572 18.909882 0.200674</w:t>
        <w:br/>
        <w:t>v 0.666939 18.872425 0.254680</w:t>
        <w:br/>
        <w:t>v 0.636572 18.960373 0.210718</w:t>
        <w:br/>
        <w:t>v 0.636572 19.032265 0.186373</w:t>
        <w:br/>
        <w:t>v 0.636572 19.082272 0.129265</w:t>
        <w:br/>
        <w:t>v 0.636573 19.092312 0.078771</w:t>
        <w:br/>
        <w:t>v 1.106215 20.287565 -0.413005</w:t>
        <w:br/>
        <w:t>v 1.116390 20.307367 -0.423180</w:t>
        <w:br/>
        <w:t>v 1.089752 20.307367 -0.434214</w:t>
        <w:br/>
        <w:t>v 1.089752 20.287565 -0.419825</w:t>
        <w:br/>
        <w:t>v 1.089752 20.287565 -0.419825</w:t>
        <w:br/>
        <w:t>v 1.089752 20.307367 -0.434214</w:t>
        <w:br/>
        <w:t>v 1.063113 20.307367 -0.423180</w:t>
        <w:br/>
        <w:t>v 1.073288 20.287565 -0.413005</w:t>
        <w:br/>
        <w:t>v 1.052080 20.307367 -0.396542</w:t>
        <w:br/>
        <w:t>v 1.066469 20.287565 -0.396542</w:t>
        <w:br/>
        <w:t>v 1.063113 20.307367 -0.369904</w:t>
        <w:br/>
        <w:t>v 1.073288 20.287565 -0.380079</w:t>
        <w:br/>
        <w:t>v 1.089752 20.307367 -0.358870</w:t>
        <w:br/>
        <w:t>v 1.089752 20.287565 -0.373259</w:t>
        <w:br/>
        <w:t>v 1.116390 20.307367 -0.369904</w:t>
        <w:br/>
        <w:t>v 1.106215 20.287565 -0.380079</w:t>
        <w:br/>
        <w:t>v 1.127424 20.307367 -0.396542</w:t>
        <w:br/>
        <w:t>v 1.113035 20.287563 -0.396542</w:t>
        <w:br/>
        <w:t>v 1.116390 20.331850 -0.423180</w:t>
        <w:br/>
        <w:t>v 1.089752 20.331850 -0.434214</w:t>
        <w:br/>
        <w:t>v 1.089752 20.331850 -0.434214</w:t>
        <w:br/>
        <w:t>v 1.063113 20.331850 -0.423180</w:t>
        <w:br/>
        <w:t>v 1.052080 20.331850 -0.396542</w:t>
        <w:br/>
        <w:t>v 1.063114 20.331850 -0.369904</w:t>
        <w:br/>
        <w:t>v 1.089752 20.331850 -0.358870</w:t>
        <w:br/>
        <w:t>v 1.116390 20.331850 -0.369904</w:t>
        <w:br/>
        <w:t>v 1.127424 20.331850 -0.396542</w:t>
        <w:br/>
        <w:t>v 1.106215 20.351656 -0.413005</w:t>
        <w:br/>
        <w:t>v 1.089752 20.351656 -0.419825</w:t>
        <w:br/>
        <w:t>v 1.089752 20.351656 -0.419825</w:t>
        <w:br/>
        <w:t>v 1.073289 20.351656 -0.413005</w:t>
        <w:br/>
        <w:t>v 1.066469 20.351656 -0.396542</w:t>
        <w:br/>
        <w:t>v 1.073289 20.351656 -0.380079</w:t>
        <w:br/>
        <w:t>v 1.089752 20.351654 -0.373259</w:t>
        <w:br/>
        <w:t>v 1.106215 20.351656 -0.380078</w:t>
        <w:br/>
        <w:t>v 1.113035 20.351654 -0.396542</w:t>
        <w:br/>
        <w:t>v 1.089752 20.279999 -0.396542</w:t>
        <w:br/>
        <w:t>v 1.089752 20.359221 -0.396542</w:t>
        <w:br/>
        <w:t>v 0.865340 20.523880 -0.685296</w:t>
        <w:br/>
        <w:t>v 0.873268 20.539314 -0.693225</w:t>
        <w:br/>
        <w:t>v 0.852511 20.539314 -0.701823</w:t>
        <w:br/>
        <w:t>v 0.852511 20.523880 -0.690610</w:t>
        <w:br/>
        <w:t>v 0.852511 20.523880 -0.690610</w:t>
        <w:br/>
        <w:t>v 0.852511 20.539314 -0.701823</w:t>
        <w:br/>
        <w:t>v 0.831754 20.539314 -0.693225</w:t>
        <w:br/>
        <w:t>v 0.839683 20.523878 -0.685296</w:t>
        <w:br/>
        <w:t>v 0.823157 20.539316 -0.672468</w:t>
        <w:br/>
        <w:t>v 0.834369 20.523880 -0.672468</w:t>
        <w:br/>
        <w:t>v 0.831754 20.539314 -0.651712</w:t>
        <w:br/>
        <w:t>v 0.839683 20.523880 -0.659640</w:t>
        <w:br/>
        <w:t>v 0.852511 20.539314 -0.643114</w:t>
        <w:br/>
        <w:t>v 0.852511 20.523880 -0.654326</w:t>
        <w:br/>
        <w:t>v 0.873268 20.539314 -0.651711</w:t>
        <w:br/>
        <w:t>v 0.865340 20.523878 -0.659640</w:t>
        <w:br/>
        <w:t>v 0.881866 20.539316 -0.672468</w:t>
        <w:br/>
        <w:t>v 0.870654 20.523880 -0.672468</w:t>
        <w:br/>
        <w:t>v 0.873268 20.558390 -0.693224</w:t>
        <w:br/>
        <w:t>v 0.852511 20.558390 -0.701822</w:t>
        <w:br/>
        <w:t>v 0.852511 20.558390 -0.701822</w:t>
        <w:br/>
        <w:t>v 0.831755 20.558390 -0.693224</w:t>
        <w:br/>
        <w:t>v 0.823157 20.558392 -0.672468</w:t>
        <w:br/>
        <w:t>v 0.831754 20.558390 -0.651711</w:t>
        <w:br/>
        <w:t>v 0.852512 20.558388 -0.643114</w:t>
        <w:br/>
        <w:t>v 0.873268 20.558390 -0.651711</w:t>
        <w:br/>
        <w:t>v 0.881866 20.558390 -0.672468</w:t>
        <w:br/>
        <w:t>v 0.865340 20.573820 -0.685296</w:t>
        <w:br/>
        <w:t>v 0.852511 20.573822 -0.690610</w:t>
        <w:br/>
        <w:t>v 0.852511 20.573822 -0.690610</w:t>
        <w:br/>
        <w:t>v 0.839683 20.573820 -0.685296</w:t>
        <w:br/>
        <w:t>v 0.834370 20.573820 -0.672468</w:t>
        <w:br/>
        <w:t>v 0.839683 20.573820 -0.659640</w:t>
        <w:br/>
        <w:t>v 0.852511 20.573822 -0.654326</w:t>
        <w:br/>
        <w:t>v 0.865340 20.573820 -0.659640</w:t>
        <w:br/>
        <w:t>v 0.870654 20.573820 -0.672468</w:t>
        <w:br/>
        <w:t>v 0.852512 20.517986 -0.672468</w:t>
        <w:br/>
        <w:t>v 0.852512 20.579714 -0.672468</w:t>
        <w:br/>
        <w:t>v -7.052498 14.019656 -0.014624</w:t>
        <w:br/>
        <w:t>v -7.069382 13.958837 -0.011685</w:t>
        <w:br/>
        <w:t>v -7.126540 13.976332 -0.047777</w:t>
        <w:br/>
        <w:t>v -7.107140 14.024736 -0.057438</w:t>
        <w:br/>
        <w:t>v -7.010890 14.130790 -0.162873</w:t>
        <w:br/>
        <w:t>v -6.984449 14.162992 -0.100971</w:t>
        <w:br/>
        <w:t>v -7.076043 14.075950 -0.085798</w:t>
        <w:br/>
        <w:t>v -7.028310 14.158551 -0.147402</w:t>
        <w:br/>
        <w:t>v -7.002121 14.159948 -0.210214</w:t>
        <w:br/>
        <w:t>v -7.008006 14.130753 -0.236957</w:t>
        <w:br/>
        <w:t>v -7.045853 14.129131 -0.175951</w:t>
        <w:br/>
        <w:t>v -7.010265 14.084879 -0.247398</w:t>
        <w:br/>
        <w:t>v -7.058191 14.084225 -0.194291</w:t>
        <w:br/>
        <w:t>v -7.064608 14.030850 -0.206965</w:t>
        <w:br/>
        <w:t>v -7.005652 14.021191 -0.243038</w:t>
        <w:br/>
        <w:t>v -7.012514 13.935624 -0.242181</w:t>
        <w:br/>
        <w:t>v -7.079607 13.950972 -0.228004</w:t>
        <w:br/>
        <w:t>v -7.115799 13.824841 -0.216964</w:t>
        <w:br/>
        <w:t>v -7.125503 13.779059 -0.178690</w:t>
        <w:br/>
        <w:t>v -7.044547 13.830633 -0.202653</w:t>
        <w:br/>
        <w:t>v -7.082336 13.781171 -0.148723</w:t>
        <w:br/>
        <w:t>v -7.084661 13.886835 -0.019975</w:t>
        <w:br/>
        <w:t>v -7.142570 13.919239 -0.042410</w:t>
        <w:br/>
        <w:t>v -7.191806 13.873303 -0.058720</w:t>
        <w:br/>
        <w:t>v -7.146267 13.821815 -0.058424</w:t>
        <w:br/>
        <w:t>v -7.025350 14.084534 -0.038969</w:t>
        <w:br/>
        <w:t>v -6.997619 14.164336 -0.117969</w:t>
        <w:br/>
        <w:t>v -6.992099 14.156604 -0.190651</w:t>
        <w:br/>
        <w:t>v -7.039829 14.009803 -0.031116</w:t>
        <w:br/>
        <w:t>v -7.094834 14.015001 -0.074493</w:t>
        <w:br/>
        <w:t>v -7.115652 13.972146 -0.067900</w:t>
        <w:br/>
        <w:t>v -7.058249 13.954598 -0.031635</w:t>
        <w:br/>
        <w:t>v -7.011362 14.069646 -0.049594</w:t>
        <w:br/>
        <w:t>v -6.966313 14.157406 -0.104448</w:t>
        <w:br/>
        <w:t>v -6.991624 14.126403 -0.165758</w:t>
        <w:br/>
        <w:t>v -7.029656 14.173309 -0.151777</w:t>
        <w:br/>
        <w:t>v -7.058814 14.140259 -0.185560</w:t>
        <w:br/>
        <w:t>v -7.022769 14.140699 -0.246086</w:t>
        <w:br/>
        <w:t>v -7.006501 14.173866 -0.215040</w:t>
        <w:br/>
        <w:t>v -7.074590 14.088351 -0.210196</w:t>
        <w:br/>
        <w:t>v -7.027581 14.088544 -0.262018</w:t>
        <w:br/>
        <w:t>v -7.076795 14.032588 -0.226816</w:t>
        <w:br/>
        <w:t>v -7.084044 13.949451 -0.250806</w:t>
        <w:br/>
        <w:t>v -7.017385 13.934199 -0.264121</w:t>
        <w:br/>
        <w:t>v -7.017366 14.023152 -0.262491</w:t>
        <w:br/>
        <w:t>v -7.114432 13.813407 -0.210554</w:t>
        <w:br/>
        <w:t>v -7.042332 13.819951 -0.222102</w:t>
        <w:br/>
        <w:t>v -7.119275 13.763058 -0.192500</w:t>
        <w:br/>
        <w:t>v -7.077802 13.775258 -0.162721</w:t>
        <w:br/>
        <w:t>v -7.076238 13.887260 -0.041019</w:t>
        <w:br/>
        <w:t>v -7.133864 13.919816 -0.064743</w:t>
        <w:br/>
        <w:t>v -7.184920 13.876398 -0.079521</w:t>
        <w:br/>
        <w:t>v -7.139261 13.824911 -0.079147</w:t>
        <w:br/>
        <w:t>v -7.062271 14.060891 -0.097035</w:t>
        <w:br/>
        <w:t>v -6.981588 14.172261 -0.119459</w:t>
        <w:br/>
        <w:t>v -6.982920 14.170952 -0.185300</w:t>
        <w:br/>
        <w:t>v -7.094834 14.015001 -0.074493</w:t>
        <w:br/>
        <w:t>v -7.107140 14.024736 -0.057438</w:t>
        <w:br/>
        <w:t>v -7.126540 13.976332 -0.047777</w:t>
        <w:br/>
        <w:t>v -7.115652 13.972146 -0.067900</w:t>
        <w:br/>
        <w:t>v -7.058249 13.954598 -0.031635</w:t>
        <w:br/>
        <w:t>v -7.069382 13.958837 -0.011685</w:t>
        <w:br/>
        <w:t>v -7.052498 14.019656 -0.014624</w:t>
        <w:br/>
        <w:t>v -7.039829 14.009803 -0.031116</w:t>
        <w:br/>
        <w:t>v -7.025350 14.084534 -0.038969</w:t>
        <w:br/>
        <w:t>v -6.984449 14.162992 -0.100971</w:t>
        <w:br/>
        <w:t>v -6.966313 14.157406 -0.104448</w:t>
        <w:br/>
        <w:t>v -7.011362 14.069646 -0.049594</w:t>
        <w:br/>
        <w:t>v -6.991624 14.126403 -0.165758</w:t>
        <w:br/>
        <w:t>v -7.010890 14.130790 -0.162873</w:t>
        <w:br/>
        <w:t>v -7.076043 14.075950 -0.085798</w:t>
        <w:br/>
        <w:t>v -7.062271 14.060891 -0.097035</w:t>
        <w:br/>
        <w:t>v -7.029656 14.173309 -0.151777</w:t>
        <w:br/>
        <w:t>v -7.028310 14.158551 -0.147402</w:t>
        <w:br/>
        <w:t>v -7.045853 14.129131 -0.175951</w:t>
        <w:br/>
        <w:t>v -7.058814 14.140259 -0.185560</w:t>
        <w:br/>
        <w:t>v -7.008006 14.130753 -0.236957</w:t>
        <w:br/>
        <w:t>v -7.002121 14.159948 -0.210214</w:t>
        <w:br/>
        <w:t>v -7.006501 14.173866 -0.215040</w:t>
        <w:br/>
        <w:t>v -7.022769 14.140699 -0.246086</w:t>
        <w:br/>
        <w:t>v -7.058191 14.084225 -0.194291</w:t>
        <w:br/>
        <w:t>v -7.074590 14.088351 -0.210196</w:t>
        <w:br/>
        <w:t>v -7.010265 14.084879 -0.247398</w:t>
        <w:br/>
        <w:t>v -7.027581 14.088544 -0.262018</w:t>
        <w:br/>
        <w:t>v -7.005652 14.021191 -0.243038</w:t>
        <w:br/>
        <w:t>v -7.017366 14.023152 -0.262491</w:t>
        <w:br/>
        <w:t>v -7.064608 14.030850 -0.206965</w:t>
        <w:br/>
        <w:t>v -7.076795 14.032588 -0.226816</w:t>
        <w:br/>
        <w:t>v -7.079607 13.950972 -0.228004</w:t>
        <w:br/>
        <w:t>v -7.084044 13.949451 -0.250806</w:t>
        <w:br/>
        <w:t>v -7.017385 13.934199 -0.264121</w:t>
        <w:br/>
        <w:t>v -7.012514 13.935624 -0.242181</w:t>
        <w:br/>
        <w:t>v -7.079607 13.950972 -0.228004</w:t>
        <w:br/>
        <w:t>v -7.115799 13.824841 -0.216964</w:t>
        <w:br/>
        <w:t>v -7.044547 13.830633 -0.202653</w:t>
        <w:br/>
        <w:t>v -7.042332 13.819951 -0.222102</w:t>
        <w:br/>
        <w:t>v -7.082336 13.781171 -0.148723</w:t>
        <w:br/>
        <w:t>v -7.077802 13.775258 -0.162721</w:t>
        <w:br/>
        <w:t>v -7.119275 13.763058 -0.192500</w:t>
        <w:br/>
        <w:t>v -7.125503 13.779059 -0.178690</w:t>
        <w:br/>
        <w:t>v -7.076238 13.887260 -0.041019</w:t>
        <w:br/>
        <w:t>v -7.084661 13.886835 -0.019975</w:t>
        <w:br/>
        <w:t>v -7.142570 13.919239 -0.042410</w:t>
        <w:br/>
        <w:t>v -7.133864 13.919816 -0.064743</w:t>
        <w:br/>
        <w:t>v -7.139261 13.824911 -0.079147</w:t>
        <w:br/>
        <w:t>v -7.146267 13.821815 -0.058424</w:t>
        <w:br/>
        <w:t>v -7.191806 13.873303 -0.058720</w:t>
        <w:br/>
        <w:t>v -7.184920 13.876398 -0.079521</w:t>
        <w:br/>
        <w:t>v -6.997619 14.164336 -0.117969</w:t>
        <w:br/>
        <w:t>v -6.992099 14.156604 -0.190651</w:t>
        <w:br/>
        <w:t>v -6.982920 14.170952 -0.185300</w:t>
        <w:br/>
        <w:t>v -6.992099 14.156604 -0.190651</w:t>
        <w:br/>
        <w:t>v -6.992099 14.156604 -0.190651</w:t>
        <w:br/>
        <w:t>v -0.015786 15.526667 1.714241</w:t>
        <w:br/>
        <w:t>v 0.000711 15.507192 1.714240</w:t>
        <w:br/>
        <w:t>v -0.025847 15.517511 1.714240</w:t>
        <w:br/>
        <w:t>v -0.030272 15.518906 1.702702</w:t>
        <w:br/>
        <w:t>v -0.018748 15.529355 1.702702</w:t>
        <w:br/>
        <w:t>v -0.015786 15.526667 1.714241</w:t>
        <w:br/>
        <w:t>v -0.025847 15.517511 1.714240</w:t>
        <w:br/>
        <w:t>v -0.033675 15.505275 1.702702</w:t>
        <w:br/>
        <w:t>v -0.028800 15.505586 1.714240</w:t>
        <w:br/>
        <w:t>v -0.028800 15.505586 1.714240</w:t>
        <w:br/>
        <w:t>v -0.023853 15.494084 1.714240</w:t>
        <w:br/>
        <w:t>v -0.012331 15.486090 1.714240</w:t>
        <w:br/>
        <w:t>v 0.002677 15.483742 1.714241</w:t>
        <w:br/>
        <w:t>v 0.017151 15.487674 1.714240</w:t>
        <w:br/>
        <w:t>v 0.017151 15.487674 1.714240</w:t>
        <w:br/>
        <w:t>v 0.018814 15.484732 1.702702</w:t>
        <w:br/>
        <w:t>v 0.002258 15.480260 1.702702</w:t>
        <w:br/>
        <w:t>v 0.002677 15.483742 1.714241</w:t>
        <w:br/>
        <w:t>v 0.027213 15.496828 1.714241</w:t>
        <w:br/>
        <w:t>v 0.030337 15.495183 1.702702</w:t>
        <w:br/>
        <w:t>v -0.014894 15.482963 1.702702</w:t>
        <w:br/>
        <w:t>v -0.012331 15.486090 1.714240</w:t>
        <w:br/>
        <w:t>v -0.028046 15.492121 1.702701</w:t>
        <w:br/>
        <w:t>v -0.023853 15.494084 1.714240</w:t>
        <w:br/>
        <w:t>v -0.002193 15.533827 1.702701</w:t>
        <w:br/>
        <w:t>v -0.001312 15.530598 1.714240</w:t>
        <w:br/>
        <w:t>v -0.001312 15.530598 1.714240</w:t>
        <w:br/>
        <w:t>v 0.014959 15.531123 1.702701</w:t>
        <w:br/>
        <w:t>v 0.013697 15.528251 1.714240</w:t>
        <w:br/>
        <w:t>v 0.028111 15.521967 1.702703</w:t>
        <w:br/>
        <w:t>v 0.025218 15.520257 1.714240</w:t>
        <w:br/>
        <w:t>v 0.033740 15.508812 1.702702</w:t>
        <w:br/>
        <w:t>v 0.030165 15.508755 1.714240</w:t>
        <w:br/>
        <w:t>v 0.030165 15.508755 1.714240</w:t>
        <w:br/>
        <w:t>v 0.025218 15.520257 1.714240</w:t>
        <w:br/>
        <w:t>v 0.013697 15.528251 1.714240</w:t>
        <w:br/>
        <w:t>v 0.027213 15.496828 1.714241</w:t>
        <w:br/>
        <w:t>v -1.097449 2.570911 -0.840188</w:t>
        <w:br/>
        <w:t>v -1.065640 2.632868 -0.947725</w:t>
        <w:br/>
        <w:t>v -1.046937 2.599750 -0.961271</w:t>
        <w:br/>
        <w:t>v -1.078741 2.537794 -0.853734</w:t>
        <w:br/>
        <w:t>v -1.001711 2.703884 -1.033066</w:t>
        <w:br/>
        <w:t>v -0.983007 2.670767 -1.046612</w:t>
        <w:br/>
        <w:t>v -0.911917 2.777012 -1.087858</w:t>
        <w:br/>
        <w:t>v -0.893214 2.743904 -1.101404</w:t>
        <w:br/>
        <w:t>v -0.805052 2.845104 -1.106738</w:t>
        <w:br/>
        <w:t>v -0.786348 2.811986 -1.120284</w:t>
        <w:br/>
        <w:t>v -0.691568 2.901486 -1.087857</w:t>
        <w:br/>
        <w:t>v -0.672864 2.868370 -1.101403</w:t>
        <w:br/>
        <w:t>v -0.582577 2.940631 -1.033065</w:t>
        <w:br/>
        <w:t>v -0.563874 2.907515 -1.046611</w:t>
        <w:br/>
        <w:t>v -0.488749 2.958724 -0.947723</w:t>
        <w:br/>
        <w:t>v -0.470046 2.925606 -0.961269</w:t>
        <w:br/>
        <w:t>v -0.419271 2.953991 -0.840187</w:t>
        <w:br/>
        <w:t>v -0.400568 2.920872 -0.853733</w:t>
        <w:br/>
        <w:t>v -0.380942 2.926876 -0.720982</w:t>
        <w:br/>
        <w:t>v -0.362238 2.893758 -0.734528</w:t>
        <w:br/>
        <w:t>v -0.377508 2.880057 -0.601777</w:t>
        <w:br/>
        <w:t>v -0.358805 2.846939 -0.615323</w:t>
        <w:br/>
        <w:t>v -0.409317 2.818105 -0.494240</w:t>
        <w:br/>
        <w:t>v -0.390613 2.784988 -0.507787</w:t>
        <w:br/>
        <w:t>v -0.473246 2.747093 -0.408899</w:t>
        <w:br/>
        <w:t>v -0.454543 2.713975 -0.422446</w:t>
        <w:br/>
        <w:t>v -0.563040 2.673956 -0.354107</w:t>
        <w:br/>
        <w:t>v -0.544337 2.640844 -0.367653</w:t>
        <w:br/>
        <w:t>v -0.563040 2.673956 -0.354107</w:t>
        <w:br/>
        <w:t>v -0.669910 2.605864 -0.335227</w:t>
        <w:br/>
        <w:t>v -0.651207 2.572747 -0.348773</w:t>
        <w:br/>
        <w:t>v -0.544337 2.640844 -0.367653</w:t>
        <w:br/>
        <w:t>v -0.783394 2.549486 -0.354108</w:t>
        <w:br/>
        <w:t>v -0.764691 2.516368 -0.367654</w:t>
        <w:br/>
        <w:t>v -0.890001 2.510795 -0.406735</w:t>
        <w:br/>
        <w:t>v -0.871293 2.477677 -0.420282</w:t>
        <w:br/>
        <w:t>v -0.964872 2.493332 -0.467444</w:t>
        <w:br/>
        <w:t>v -0.999469 2.489684 -0.506307</w:t>
        <w:br/>
        <w:t>v -0.980766 2.456566 -0.519853</w:t>
        <w:br/>
        <w:t>v -0.946169 2.460216 -0.480990</w:t>
        <w:br/>
        <w:t>v -1.055686 2.496982 -0.601778</w:t>
        <w:br/>
        <w:t>v -1.036983 2.463869 -0.615325</w:t>
        <w:br/>
        <w:t>v -1.094015 2.524092 -0.720983</w:t>
        <w:br/>
        <w:t>v -1.075312 2.490974 -0.734530</w:t>
        <w:br/>
        <w:t>v -1.065640 2.632868 -0.947725</w:t>
        <w:br/>
        <w:t>v -1.097449 2.570911 -0.840188</w:t>
        <w:br/>
        <w:t>v -1.136541 2.566969 -0.846972</w:t>
        <w:br/>
        <w:t>v -1.101796 2.634646 -0.964442</w:t>
        <w:br/>
        <w:t>v -1.001711 2.703884 -1.033066</w:t>
        <w:br/>
        <w:t>v -1.031961 2.712228 -1.057666</w:t>
        <w:br/>
        <w:t>v -0.911917 2.777012 -1.087858</w:t>
        <w:br/>
        <w:t>v -0.933868 2.792106 -1.117520</w:t>
        <w:br/>
        <w:t>v -0.805052 2.845104 -1.106738</w:t>
        <w:br/>
        <w:t>v -0.817131 2.866489 -1.138144</w:t>
        <w:br/>
        <w:t>v -0.691568 2.901486 -1.087857</w:t>
        <w:br/>
        <w:t>v -0.693165 2.928073 -1.117519</w:t>
        <w:br/>
        <w:t>v -0.582577 2.940631 -1.033065</w:t>
        <w:br/>
        <w:t>v -0.574108 2.970847 -1.057665</w:t>
        <w:br/>
        <w:t>v -0.488749 2.958724 -0.947723</w:t>
        <w:br/>
        <w:t>v -0.471614 2.990606 -0.964440</w:t>
        <w:br/>
        <w:t>v -0.419271 2.953991 -0.840187</w:t>
        <w:br/>
        <w:t>v -0.395717 2.985433 -0.846970</w:t>
        <w:br/>
        <w:t>v -0.380942 2.926876 -0.720982</w:t>
        <w:br/>
        <w:t>v -0.353847 2.955822 -0.716754</w:t>
        <w:br/>
        <w:t>v -0.377508 2.880057 -0.601777</w:t>
        <w:br/>
        <w:t>v -0.350096 2.904670 -0.586537</w:t>
        <w:br/>
        <w:t>v -0.409317 2.818105 -0.494240</w:t>
        <w:br/>
        <w:t>v -0.384840 2.836994 -0.469068</w:t>
        <w:br/>
        <w:t>v -0.473246 2.747093 -0.408899</w:t>
        <w:br/>
        <w:t>v -0.454675 2.759416 -0.375843</w:t>
        <w:br/>
        <w:t>v -0.563040 2.673956 -0.354107</w:t>
        <w:br/>
        <w:t>v -0.552768 2.679529 -0.315990</w:t>
        <w:br/>
        <w:t>v -0.669910 2.605864 -0.335227</w:t>
        <w:br/>
        <w:t>v -0.563040 2.673956 -0.354107</w:t>
        <w:br/>
        <w:t>v -0.552768 2.679529 -0.315990</w:t>
        <w:br/>
        <w:t>v -0.669510 2.605151 -0.295366</w:t>
        <w:br/>
        <w:t>v -0.783394 2.549486 -0.354108</w:t>
        <w:br/>
        <w:t>v -0.793476 2.543566 -0.315990</w:t>
        <w:br/>
        <w:t>v -0.890001 2.510795 -0.406735</w:t>
        <w:br/>
        <w:t>v -0.909930 2.501295 -0.373479</w:t>
        <w:br/>
        <w:t>v -0.964872 2.493332 -0.467444</w:t>
        <w:br/>
        <w:t>v -0.991717 2.482221 -0.439796</w:t>
        <w:br/>
        <w:t>v -1.029510 2.478239 -0.482248</w:t>
        <w:br/>
        <w:t>v -0.999469 2.489684 -0.506307</w:t>
        <w:br/>
        <w:t>v -1.055686 2.496982 -0.601778</w:t>
        <w:br/>
        <w:t>v -1.090924 2.486206 -0.586539</w:t>
        <w:br/>
        <w:t>v -1.094015 2.524092 -0.720983</w:t>
        <w:br/>
        <w:t>v -1.132789 2.515822 -0.716756</w:t>
        <w:br/>
        <w:t>v -1.101796 2.634646 -0.964442</w:t>
        <w:br/>
        <w:t>v -1.136541 2.566969 -0.846972</w:t>
        <w:br/>
        <w:t>v -1.142021 2.531194 -0.864819</w:t>
        <w:br/>
        <w:t>v -1.105450 2.602432 -0.988465</w:t>
        <w:br/>
        <w:t>v -1.031961 2.712228 -1.057666</w:t>
        <w:br/>
        <w:t>v -1.031941 2.684093 -1.086591</w:t>
        <w:br/>
        <w:t>v -0.933868 2.792106 -1.117520</w:t>
        <w:br/>
        <w:t>v -0.928695 2.768180 -1.149591</w:t>
        <w:br/>
        <w:t>v -0.817131 2.866489 -1.138144</w:t>
        <w:br/>
        <w:t>v -0.805823 2.846466 -1.171299</w:t>
        <w:br/>
        <w:t>v -0.693165 2.928073 -1.117519</w:t>
        <w:br/>
        <w:t>v -0.675336 2.911295 -1.149590</w:t>
        <w:br/>
        <w:t>v -0.574108 2.970847 -1.057665</w:t>
        <w:br/>
        <w:t>v -0.550017 2.956311 -1.086589</w:t>
        <w:br/>
        <w:t>v -0.471614 2.990606 -0.964440</w:t>
        <w:br/>
        <w:t>v -0.442136 2.977109 -0.988463</w:t>
        <w:br/>
        <w:t>v -0.395717 2.985433 -0.846970</w:t>
        <w:br/>
        <w:t>v -0.362253 2.971658 -0.864817</w:t>
        <w:br/>
        <w:t>v -0.353847 2.955822 -0.716754</w:t>
        <w:br/>
        <w:t>v -0.318174 2.940494 -0.727755</w:t>
        <w:br/>
        <w:t>v -0.350096 2.904670 -0.586537</w:t>
        <w:br/>
        <w:t>v -0.314233 2.886657 -0.590692</w:t>
        <w:br/>
        <w:t>v -0.384840 2.836994 -0.469068</w:t>
        <w:br/>
        <w:t>v -0.350804 2.815419 -0.467046</w:t>
        <w:br/>
        <w:t>v -0.454675 2.759416 -0.375843</w:t>
        <w:br/>
        <w:t>v -0.424308 2.733768 -0.368921</w:t>
        <w:br/>
        <w:t>v -0.552768 2.679529 -0.315990</w:t>
        <w:br/>
        <w:t>v -0.527559 2.649674 -0.305920</w:t>
        <w:br/>
        <w:t>v -0.669510 2.605151 -0.295366</w:t>
        <w:br/>
        <w:t>v -0.552768 2.679529 -0.315990</w:t>
        <w:br/>
        <w:t>v -0.527559 2.649674 -0.305920</w:t>
        <w:br/>
        <w:t>v -0.650436 2.571388 -0.284212</w:t>
        <w:br/>
        <w:t>v -0.793476 2.543566 -0.315990</w:t>
        <w:br/>
        <w:t>v -0.780923 2.506566 -0.305921</w:t>
        <w:br/>
        <w:t>v -0.909930 2.501295 -0.373479</w:t>
        <w:br/>
        <w:t>v -0.903497 2.462072 -0.366432</w:t>
        <w:br/>
        <w:t>v -0.991717 2.482221 -0.439796</w:t>
        <w:br/>
        <w:t>v -0.989588 2.441990 -0.436236</w:t>
        <w:br/>
        <w:t>v -1.029368 2.437800 -0.480920</w:t>
        <w:br/>
        <w:t>v -1.029510 2.478239 -0.482248</w:t>
        <w:br/>
        <w:t>v -1.090924 2.486206 -0.586539</w:t>
        <w:br/>
        <w:t>v -1.094001 2.446192 -0.590694</w:t>
        <w:br/>
        <w:t>v -1.132789 2.515822 -0.716756</w:t>
        <w:br/>
        <w:t>v -1.138079 2.477360 -0.727757</w:t>
        <w:br/>
        <w:t>v -1.105450 2.602432 -0.988465</w:t>
        <w:br/>
        <w:t>v -1.142021 2.531194 -0.864819</w:t>
        <w:br/>
        <w:t>v -1.106158 2.513179 -0.868974</w:t>
        <w:br/>
        <w:t>v -1.071414 2.580856 -0.986444</w:t>
        <w:br/>
        <w:t>v -1.031941 2.684093 -1.086591</w:t>
        <w:br/>
        <w:t>v -1.001574 2.658438 -1.079668</w:t>
        <w:br/>
        <w:t>v -0.928695 2.768180 -1.149591</w:t>
        <w:br/>
        <w:t>v -0.903486 2.738331 -1.139521</w:t>
        <w:br/>
        <w:t>v -0.805823 2.846466 -1.171299</w:t>
        <w:br/>
        <w:t>v -0.786749 2.812699 -1.160146</w:t>
        <w:br/>
        <w:t>v -0.675336 2.911295 -1.149590</w:t>
        <w:br/>
        <w:t>v -0.662778 2.874289 -1.139521</w:t>
        <w:br/>
        <w:t>v -0.550017 2.956311 -1.086589</w:t>
        <w:br/>
        <w:t>v -0.543720 2.917058 -1.079667</w:t>
        <w:br/>
        <w:t>v -0.442136 2.977109 -0.988463</w:t>
        <w:br/>
        <w:t>v -0.441232 2.936817 -0.986442</w:t>
        <w:br/>
        <w:t>v -0.362253 2.971658 -0.864817</w:t>
        <w:br/>
        <w:t>v -0.365330 2.931643 -0.868972</w:t>
        <w:br/>
        <w:t>v -0.318174 2.940494 -0.727755</w:t>
        <w:br/>
        <w:t>v -0.323465 2.902034 -0.738756</w:t>
        <w:br/>
        <w:t>v -0.314233 2.886657 -0.590692</w:t>
        <w:br/>
        <w:t>v -0.319713 2.850881 -0.608539</w:t>
        <w:br/>
        <w:t>v -0.350804 2.815419 -0.467046</w:t>
        <w:br/>
        <w:t>v -0.354458 2.783205 -0.491070</w:t>
        <w:br/>
        <w:t>v -0.424308 2.733768 -0.368921</w:t>
        <w:br/>
        <w:t>v -0.424293 2.705632 -0.397845</w:t>
        <w:br/>
        <w:t>v -0.527559 2.649674 -0.305920</w:t>
        <w:br/>
        <w:t>v -0.522381 2.625744 -0.337992</w:t>
        <w:br/>
        <w:t>v -0.650436 2.571388 -0.284212</w:t>
        <w:br/>
        <w:t>v -0.527559 2.649674 -0.305920</w:t>
        <w:br/>
        <w:t>v -0.522381 2.625744 -0.337992</w:t>
        <w:br/>
        <w:t>v -0.639128 2.551361 -0.317367</w:t>
        <w:br/>
        <w:t>v -0.780923 2.506566 -0.305921</w:t>
        <w:br/>
        <w:t>v -0.763089 2.489778 -0.337992</w:t>
        <w:br/>
        <w:t>v -0.903497 2.462072 -0.366432</w:t>
        <w:br/>
        <w:t>v -0.879548 2.447510 -0.395481</w:t>
        <w:br/>
        <w:t>v -1.029368 2.437800 -0.480920</w:t>
        <w:br/>
        <w:t>v -0.989588 2.441990 -0.436236</w:t>
        <w:br/>
        <w:t>v -0.961335 2.428437 -0.461798</w:t>
        <w:br/>
        <w:t>v -0.999127 2.424450 -0.504250</w:t>
        <w:br/>
        <w:t>v -1.060537 2.432417 -0.608541</w:t>
        <w:br/>
        <w:t>v -1.094001 2.446192 -0.590694</w:t>
        <w:br/>
        <w:t>v -1.138079 2.477360 -0.727757</w:t>
        <w:br/>
        <w:t>v -1.102407 2.462033 -0.738757</w:t>
        <w:br/>
        <w:t>v -1.071414 2.580856 -0.986444</w:t>
        <w:br/>
        <w:t>v -1.106158 2.513179 -0.868974</w:t>
        <w:br/>
        <w:t>v -1.078741 2.537794 -0.853734</w:t>
        <w:br/>
        <w:t>v -1.046937 2.599750 -0.961271</w:t>
        <w:br/>
        <w:t>v -1.001574 2.658438 -1.079668</w:t>
        <w:br/>
        <w:t>v -0.983007 2.670767 -1.046612</w:t>
        <w:br/>
        <w:t>v -0.903486 2.738331 -1.139521</w:t>
        <w:br/>
        <w:t>v -0.893214 2.743904 -1.101404</w:t>
        <w:br/>
        <w:t>v -0.786749 2.812699 -1.160146</w:t>
        <w:br/>
        <w:t>v -0.786348 2.811986 -1.120284</w:t>
        <w:br/>
        <w:t>v -0.662778 2.874289 -1.139521</w:t>
        <w:br/>
        <w:t>v -0.672864 2.868370 -1.101403</w:t>
        <w:br/>
        <w:t>v -0.543720 2.917058 -1.079667</w:t>
        <w:br/>
        <w:t>v -0.563874 2.907515 -1.046611</w:t>
        <w:br/>
        <w:t>v -0.441232 2.936817 -0.986442</w:t>
        <w:br/>
        <w:t>v -0.470046 2.925606 -0.961269</w:t>
        <w:br/>
        <w:t>v -0.365330 2.931643 -0.868972</w:t>
        <w:br/>
        <w:t>v -0.400568 2.920872 -0.853733</w:t>
        <w:br/>
        <w:t>v -0.323465 2.902034 -0.738756</w:t>
        <w:br/>
        <w:t>v -0.362238 2.893758 -0.734528</w:t>
        <w:br/>
        <w:t>v -0.319713 2.850881 -0.608539</w:t>
        <w:br/>
        <w:t>v -0.358805 2.846939 -0.615323</w:t>
        <w:br/>
        <w:t>v -0.354458 2.783205 -0.491070</w:t>
        <w:br/>
        <w:t>v -0.390613 2.784988 -0.507787</w:t>
        <w:br/>
        <w:t>v -0.424293 2.705632 -0.397845</w:t>
        <w:br/>
        <w:t>v -0.454543 2.713975 -0.422446</w:t>
        <w:br/>
        <w:t>v -0.522381 2.625744 -0.337992</w:t>
        <w:br/>
        <w:t>v -0.544337 2.640844 -0.367653</w:t>
        <w:br/>
        <w:t>v -0.639128 2.551361 -0.317367</w:t>
        <w:br/>
        <w:t>v -0.522381 2.625744 -0.337992</w:t>
        <w:br/>
        <w:t>v -0.544337 2.640844 -0.367653</w:t>
        <w:br/>
        <w:t>v -0.651207 2.572747 -0.348773</w:t>
        <w:br/>
        <w:t>v -0.763089 2.489778 -0.337992</w:t>
        <w:br/>
        <w:t>v -0.764691 2.516368 -0.367654</w:t>
        <w:br/>
        <w:t>v -0.879548 2.447510 -0.395481</w:t>
        <w:br/>
        <w:t>v -0.871293 2.477677 -0.420282</w:t>
        <w:br/>
        <w:t>v -0.999127 2.424450 -0.504250</w:t>
        <w:br/>
        <w:t>v -0.961335 2.428437 -0.461798</w:t>
        <w:br/>
        <w:t>v -0.946169 2.460216 -0.480990</w:t>
        <w:br/>
        <w:t>v -0.980766 2.456566 -0.519853</w:t>
        <w:br/>
        <w:t>v -1.036983 2.463869 -0.615325</w:t>
        <w:br/>
        <w:t>v -1.060537 2.432417 -0.608541</w:t>
        <w:br/>
        <w:t>v -1.102407 2.462033 -0.738757</w:t>
        <w:br/>
        <w:t>v -1.075312 2.490974 -0.734530</w:t>
        <w:br/>
        <w:t>v 0.654636 18.600147 0.118501</w:t>
        <w:br/>
        <w:t>v 0.665595 18.621479 0.107542</w:t>
        <w:br/>
        <w:t>v 0.636904 18.621479 0.095657</w:t>
        <w:br/>
        <w:t>v 0.636903 18.600147 0.111156</w:t>
        <w:br/>
        <w:t>v 0.636903 18.600147 0.111156</w:t>
        <w:br/>
        <w:t>v 0.636904 18.621479 0.095657</w:t>
        <w:br/>
        <w:t>v 0.608211 18.621479 0.107542</w:t>
        <w:br/>
        <w:t>v 0.619171 18.600147 0.118501</w:t>
        <w:br/>
        <w:t>v 0.596327 18.621479 0.136234</w:t>
        <w:br/>
        <w:t>v 0.611826 18.600147 0.136234</w:t>
        <w:br/>
        <w:t>v 0.608211 18.621479 0.164926</w:t>
        <w:br/>
        <w:t>v 0.619171 18.600147 0.153967</w:t>
        <w:br/>
        <w:t>v 0.636903 18.621479 0.176811</w:t>
        <w:br/>
        <w:t>v 0.636903 18.600147 0.161312</w:t>
        <w:br/>
        <w:t>v 0.665595 18.621479 0.164926</w:t>
        <w:br/>
        <w:t>v 0.654636 18.600147 0.153967</w:t>
        <w:br/>
        <w:t>v 0.677480 18.621479 0.136234</w:t>
        <w:br/>
        <w:t>v 0.661981 18.600147 0.136234</w:t>
        <w:br/>
        <w:t>v 0.665595 18.647850 0.107542</w:t>
        <w:br/>
        <w:t>v 0.636904 18.647850 0.095657</w:t>
        <w:br/>
        <w:t>v 0.636904 18.647850 0.095657</w:t>
        <w:br/>
        <w:t>v 0.608211 18.647850 0.107542</w:t>
        <w:br/>
        <w:t>v 0.596327 18.647850 0.136234</w:t>
        <w:br/>
        <w:t>v 0.608211 18.647850 0.164926</w:t>
        <w:br/>
        <w:t>v 0.636903 18.647850 0.176811</w:t>
        <w:br/>
        <w:t>v 0.665595 18.647850 0.164926</w:t>
        <w:br/>
        <w:t>v 0.677480 18.647850 0.136234</w:t>
        <w:br/>
        <w:t>v 0.654636 18.669178 0.118501</w:t>
        <w:br/>
        <w:t>v 0.636903 18.669178 0.111156</w:t>
        <w:br/>
        <w:t>v 0.636903 18.669178 0.111156</w:t>
        <w:br/>
        <w:t>v 0.619171 18.669178 0.118501</w:t>
        <w:br/>
        <w:t>v 0.611826 18.669178 0.136234</w:t>
        <w:br/>
        <w:t>v 0.619171 18.669178 0.153967</w:t>
        <w:br/>
        <w:t>v 0.636903 18.669178 0.161312</w:t>
        <w:br/>
        <w:t>v 0.654636 18.669178 0.153967</w:t>
        <w:br/>
        <w:t>v 0.661981 18.669178 0.136234</w:t>
        <w:br/>
        <w:t>v 0.636903 18.591999 0.136234</w:t>
        <w:br/>
        <w:t>v 0.636903 18.677330 0.136234</w:t>
        <w:br/>
        <w:t>v -1.002278 2.402214 -0.423689</w:t>
        <w:br/>
        <w:t>v -0.982939 2.402214 -0.431699</w:t>
        <w:br/>
        <w:t>v -0.982938 2.425480 -0.448603</w:t>
        <w:br/>
        <w:t>v -1.014231 2.425480 -0.435641</w:t>
        <w:br/>
        <w:t>v -0.982939 2.402214 -0.431699</w:t>
        <w:br/>
        <w:t>v -0.963599 2.402214 -0.423689</w:t>
        <w:br/>
        <w:t>v -0.951646 2.425480 -0.435641</w:t>
        <w:br/>
        <w:t>v -0.982938 2.425480 -0.448603</w:t>
        <w:br/>
        <w:t>v -0.955588 2.402214 -0.404349</w:t>
        <w:br/>
        <w:t>v -0.938684 2.425480 -0.404349</w:t>
        <w:br/>
        <w:t>v -0.963599 2.402214 -0.385009</w:t>
        <w:br/>
        <w:t>v -0.951646 2.425480 -0.373056</w:t>
        <w:br/>
        <w:t>v -0.982939 2.402214 -0.376998</w:t>
        <w:br/>
        <w:t>v -0.982939 2.425480 -0.360094</w:t>
        <w:br/>
        <w:t>v -1.002278 2.402214 -0.385009</w:t>
        <w:br/>
        <w:t>v -1.014231 2.425480 -0.373056</w:t>
        <w:br/>
        <w:t>v -1.010289 2.402214 -0.404349</w:t>
        <w:br/>
        <w:t>v -1.027193 2.425480 -0.404349</w:t>
        <w:br/>
        <w:t>v -0.982938 2.454238 -0.448603</w:t>
        <w:br/>
        <w:t>v -1.014231 2.454238 -0.435641</w:t>
        <w:br/>
        <w:t>v -0.951646 2.454238 -0.435641</w:t>
        <w:br/>
        <w:t>v -0.982938 2.454238 -0.448603</w:t>
        <w:br/>
        <w:t>v -0.938684 2.454238 -0.404349</w:t>
        <w:br/>
        <w:t>v -0.951646 2.454238 -0.373056</w:t>
        <w:br/>
        <w:t>v -0.982939 2.454238 -0.360094</w:t>
        <w:br/>
        <w:t>v -1.014231 2.454238 -0.373056</w:t>
        <w:br/>
        <w:t>v -1.027193 2.454238 -0.404349</w:t>
        <w:br/>
        <w:t>v -0.982938 2.477504 -0.431699</w:t>
        <w:br/>
        <w:t>v -1.002278 2.477504 -0.423689</w:t>
        <w:br/>
        <w:t>v -0.963599 2.477504 -0.423689</w:t>
        <w:br/>
        <w:t>v -0.982938 2.477504 -0.431699</w:t>
        <w:br/>
        <w:t>v -0.955588 2.477504 -0.404349</w:t>
        <w:br/>
        <w:t>v -0.963599 2.477504 -0.385009</w:t>
        <w:br/>
        <w:t>v -0.982939 2.477504 -0.376998</w:t>
        <w:br/>
        <w:t>v -1.002278 2.477504 -0.385009</w:t>
        <w:br/>
        <w:t>v -1.010289 2.477504 -0.404349</w:t>
        <w:br/>
        <w:t>v -0.982939 2.393327 -0.404349</w:t>
        <w:br/>
        <w:t>v -0.982939 2.486390 -0.404349</w:t>
        <w:br/>
        <w:t>v 0.055666 13.471637 1.488303</w:t>
        <w:br/>
        <w:t>v -0.000017 13.463736 1.521335</w:t>
        <w:br/>
        <w:t>v -0.000017 13.609672 1.499972</w:t>
        <w:br/>
        <w:t>v 0.103031 13.396979 1.475406</w:t>
        <w:br/>
        <w:t>v -0.000018 13.386473 1.531420</w:t>
        <w:br/>
        <w:t>v 0.137425 13.356119 1.466940</w:t>
        <w:br/>
        <w:t>v 0.087531 13.323530 1.520914</w:t>
        <w:br/>
        <w:t>v 0.187938 13.310718 1.445501</w:t>
        <w:br/>
        <w:t>v 0.152501 13.276699 1.512287</w:t>
        <w:br/>
        <w:t>v 0.249026 13.276283 1.425166</w:t>
        <w:br/>
        <w:t>v 0.187546 13.255240 1.499132</w:t>
        <w:br/>
        <w:t>v 0.029051 13.310835 1.518232</w:t>
        <w:br/>
        <w:t>v 0.077888 13.233850 1.519910</w:t>
        <w:br/>
        <w:t>v -0.000018 13.310512 1.516726</w:t>
        <w:br/>
        <w:t>v 0.140182 13.217602 1.504683</w:t>
        <w:br/>
        <w:t>v -0.000018 13.205520 1.631084</w:t>
        <w:br/>
        <w:t>v 0.146534 13.200858 1.515954</w:t>
        <w:br/>
        <w:t>v 0.188161 13.235136 1.511453</w:t>
        <w:br/>
        <w:t>v 0.114868 13.161861 1.528047</w:t>
        <w:br/>
        <w:t>v -0.000018 13.085408 1.562431</w:t>
        <w:br/>
        <w:t>v -0.000018 13.205520 1.631084</w:t>
        <w:br/>
        <w:t>v -0.000018 13.011786 1.570833</w:t>
        <w:br/>
        <w:t>v 0.143674 13.098491 1.527241</w:t>
        <w:br/>
        <w:t>v 0.139477 13.024450 1.541838</w:t>
        <w:br/>
        <w:t>v 0.192284 13.175313 1.509845</w:t>
        <w:br/>
        <w:t>v -0.000018 12.939435 1.589136</w:t>
        <w:br/>
        <w:t>v 0.133991 12.951454 1.560792</w:t>
        <w:br/>
        <w:t>v -0.000018 12.868887 1.609083</w:t>
        <w:br/>
        <w:t>v 0.105597 12.881565 1.587829</w:t>
        <w:br/>
        <w:t>v 0.057705 12.804081 1.612608</w:t>
        <w:br/>
        <w:t>v -0.000018 12.756333 1.641523</w:t>
        <w:br/>
        <w:t>v 0.145100 12.861970 1.561581</w:t>
        <w:br/>
        <w:t>v 0.188544 12.918219 1.541330</w:t>
        <w:br/>
        <w:t>v 0.254352 12.972656 1.509826</w:t>
        <w:br/>
        <w:t>v 0.271800 12.927421 1.502026</w:t>
        <w:br/>
        <w:t>v 0.315518 12.989121 1.485130</w:t>
        <w:br/>
        <w:t>v 0.328715 12.965716 1.477278</w:t>
        <w:br/>
        <w:t>v 0.284864 13.038357 1.484491</w:t>
        <w:br/>
        <w:t>v 0.272974 13.113681 1.490864</w:t>
        <w:br/>
        <w:t>v 0.229591 13.215074 1.504629</w:t>
        <w:br/>
        <w:t>v 0.188161 13.235136 1.511453</w:t>
        <w:br/>
        <w:t>v 0.202032 13.238519 1.487541</w:t>
        <w:br/>
        <w:t>v 0.238224 13.219399 1.481969</w:t>
        <w:br/>
        <w:t>v 0.229591 13.215074 1.504629</w:t>
        <w:br/>
        <w:t>v 0.284810 13.179382 1.489004</w:t>
        <w:br/>
        <w:t>v 0.283428 13.186084 1.471283</w:t>
        <w:br/>
        <w:t>v 0.284810 13.179382 1.489004</w:t>
        <w:br/>
        <w:t>v 0.324285 13.142903 1.459343</w:t>
        <w:br/>
        <w:t>v 0.325279 13.133959 1.478966</w:t>
        <w:br/>
        <w:t>v 0.325279 13.133959 1.478966</w:t>
        <w:br/>
        <w:t>v 0.360977 13.066339 1.467851</w:t>
        <w:br/>
        <w:t>v 0.400255 13.000757 1.456999</w:t>
        <w:br/>
        <w:t>v 0.360977 13.066339 1.467851</w:t>
        <w:br/>
        <w:t>v 0.367960 13.071514 1.446198</w:t>
        <w:br/>
        <w:t>v 0.415299 13.001881 1.438590</w:t>
        <w:br/>
        <w:t>v 0.415299 13.001881 1.438590</w:t>
        <w:br/>
        <w:t>v 0.341800 12.963876 1.456552</w:t>
        <w:br/>
        <w:t>v 0.400255 13.000757 1.456999</w:t>
        <w:br/>
        <w:t>v 0.272356 12.922580 1.483919</w:t>
        <w:br/>
        <w:t>v 0.187761 12.911104 1.528791</w:t>
        <w:br/>
        <w:t>v 0.188544 12.918219 1.541330</w:t>
        <w:br/>
        <w:t>v 0.143760 12.855221 1.547682</w:t>
        <w:br/>
        <w:t>v 0.063109 12.796761 1.594735</w:t>
        <w:br/>
        <w:t>v -0.000018 12.756333 1.641523</w:t>
        <w:br/>
        <w:t>v -0.000018 12.744469 1.631802</w:t>
        <w:br/>
        <w:t>v 0.428877 13.105856 1.422346</w:t>
        <w:br/>
        <w:t>v 0.343445 13.163345 1.438550</w:t>
        <w:br/>
        <w:t>v 0.489666 13.044262 1.411924</w:t>
        <w:br/>
        <w:t>v 0.430964 13.188484 1.411009</w:t>
        <w:br/>
        <w:t>v 0.326154 13.175016 1.414682</w:t>
        <w:br/>
        <w:t>v 0.420325 13.195729 1.393363</w:t>
        <w:br/>
        <w:t>v 0.324285 13.142903 1.459343</w:t>
        <w:br/>
        <w:t>v 0.285663 13.142407 1.427483</w:t>
        <w:br/>
        <w:t>v 0.481254 13.205417 1.421535</w:t>
        <w:br/>
        <w:t>v 0.444924 13.216809 1.383751</w:t>
        <w:br/>
        <w:t>v 0.548008 13.328618 1.332603</w:t>
        <w:br/>
        <w:t>v 0.571343 13.312476 1.371567</w:t>
        <w:br/>
        <w:t>v 0.645823 13.405721 1.289825</w:t>
        <w:br/>
        <w:t>v 0.669277 13.392524 1.331760</w:t>
        <w:br/>
        <w:t>v 0.777743 13.463780 1.243776</w:t>
        <w:br/>
        <w:t>v 0.799667 13.455221 1.282712</w:t>
        <w:br/>
        <w:t>v 0.851681 13.487650 1.218976</w:t>
        <w:br/>
        <w:t>v 0.874217 13.480328 1.255285</w:t>
        <w:br/>
        <w:t>v 0.939462 13.531383 1.186678</w:t>
        <w:br/>
        <w:t>v 0.938234 13.516294 1.238653</w:t>
        <w:br/>
        <w:t>v 0.939462 13.531383 1.186678</w:t>
        <w:br/>
        <w:t>v 0.931365 13.449775 1.201397</w:t>
        <w:br/>
        <w:t>v 0.930419 13.467763 1.244096</w:t>
        <w:br/>
        <w:t>v 0.938234 13.516294 1.238653</w:t>
        <w:br/>
        <w:t>v 0.899483 13.343074 1.222731</w:t>
        <w:br/>
        <w:t>v 0.899659 13.363935 1.265571</w:t>
        <w:br/>
        <w:t>v 0.845676 13.248907 1.248529</w:t>
        <w:br/>
        <w:t>v 0.845877 13.271533 1.288913</w:t>
        <w:br/>
        <w:t>v 0.762727 13.141683 1.288802</w:t>
        <w:br/>
        <w:t>v 0.764816 13.170826 1.328365</w:t>
        <w:br/>
        <w:t>v 0.675447 13.037766 1.333408</w:t>
        <w:br/>
        <w:t>v 0.683277 13.077934 1.372789</w:t>
        <w:br/>
        <w:t>v 0.653787 13.057730 1.369302</w:t>
        <w:br/>
        <w:t>v 0.675447 13.037766 1.333408</w:t>
        <w:br/>
        <w:t>v 0.708280 12.985817 1.324020</w:t>
        <w:br/>
        <w:t>v 0.706084 12.987137 1.352704</w:t>
        <w:br/>
        <w:t>v 0.756029 12.884851 1.328009</w:t>
        <w:br/>
        <w:t>v 0.752203 12.885315 1.353115</w:t>
        <w:br/>
        <w:t>v 0.779571 12.832110 1.329462</w:t>
        <w:br/>
        <w:t>v 0.776627 12.832770 1.352985</w:t>
        <w:br/>
        <w:t>v 0.795430 12.776959 1.332180</w:t>
        <w:br/>
        <w:t>v 0.792438 12.777523 1.355354</w:t>
        <w:br/>
        <w:t>v 0.799142 12.705019 1.336269</w:t>
        <w:br/>
        <w:t>v 0.799923 12.706363 1.359197</w:t>
        <w:br/>
        <w:t>v 0.819503 12.649665 1.338163</w:t>
        <w:br/>
        <w:t>v 0.820012 12.650887 1.362351</w:t>
        <w:br/>
        <w:t>v 0.856623 12.598596 1.338418</w:t>
        <w:br/>
        <w:t>v 0.855597 12.598622 1.359645</w:t>
        <w:br/>
        <w:t>v 0.893219 12.566048 1.335483</w:t>
        <w:br/>
        <w:t>v 0.891081 12.565319 1.353979</w:t>
        <w:br/>
        <w:t>v 0.935666 12.547685 1.324308</w:t>
        <w:br/>
        <w:t>v 0.935350 12.544321 1.342858</w:t>
        <w:br/>
        <w:t>v 0.949332 12.540444 1.318534</w:t>
        <w:br/>
        <w:t>v 0.948203 12.540319 1.338698</w:t>
        <w:br/>
        <w:t>v 0.959370 12.528117 1.319924</w:t>
        <w:br/>
        <w:t>v 0.954712 12.528955 1.335562</w:t>
        <w:br/>
        <w:t>v 0.954385 12.509671 1.318883</w:t>
        <w:br/>
        <w:t>v 0.951429 12.517799 1.336819</w:t>
        <w:br/>
        <w:t>v 0.927648 12.516489 1.345465</w:t>
        <w:br/>
        <w:t>v 0.937556 12.511144 1.341885</w:t>
        <w:br/>
        <w:t>v 0.934130 12.501751 1.326134</w:t>
        <w:br/>
        <w:t>v 0.917685 12.502491 1.333072</w:t>
        <w:br/>
        <w:t>v 0.871688 12.514160 1.345700</w:t>
        <w:br/>
        <w:t>v 0.882256 12.534799 1.358576</w:t>
        <w:br/>
        <w:t>v 0.809877 12.549688 1.355613</w:t>
        <w:br/>
        <w:t>v 0.829086 12.576792 1.369877</w:t>
        <w:br/>
        <w:t>v 0.765796 12.590043 1.363281</w:t>
        <w:br/>
        <w:t>v 0.784453 12.620605 1.377363</w:t>
        <w:br/>
        <w:t>v 0.719105 12.627460 1.369365</w:t>
        <w:br/>
        <w:t>v 0.740610 12.665267 1.384448</w:t>
        <w:br/>
        <w:t>v 0.637052 12.661416 1.383093</w:t>
        <w:br/>
        <w:t>v 0.657305 12.691932 1.401127</w:t>
        <w:br/>
        <w:t>v 0.580861 12.683404 1.394209</w:t>
        <w:br/>
        <w:t>v 0.598185 12.719802 1.412488</w:t>
        <w:br/>
        <w:t>v 0.508515 12.800864 1.426801</w:t>
        <w:br/>
        <w:t>v 0.556903 12.748973 1.419523</w:t>
        <w:br/>
        <w:t>v 0.532398 12.725527 1.401640</w:t>
        <w:br/>
        <w:t>v 0.484223 12.774547 1.395731</w:t>
        <w:br/>
        <w:t>v 0.380694 12.920517 1.446004</w:t>
        <w:br/>
        <w:t>v 0.393438 12.676597 1.456346</w:t>
        <w:br/>
        <w:t>v 0.311285 12.832059 1.484664</w:t>
        <w:br/>
        <w:t>v 0.380694 12.920517 1.446004</w:t>
        <w:br/>
        <w:t>v 0.484223 12.774547 1.395731</w:t>
        <w:br/>
        <w:t>v 0.278640 12.602947 1.523985</w:t>
        <w:br/>
        <w:t>v 0.217891 12.772524 1.533513</w:t>
        <w:br/>
        <w:t>v 0.151187 12.556219 1.578519</w:t>
        <w:br/>
        <w:t>v 0.115998 12.726251 1.572173</w:t>
        <w:br/>
        <w:t>v -0.000018 12.537866 1.602017</w:t>
        <w:br/>
        <w:t>v -0.000018 12.704806 1.590225</w:t>
        <w:br/>
        <w:t>v 0.291803 12.839585 1.461516</w:t>
        <w:br/>
        <w:t>v 0.357789 12.917998 1.422346</w:t>
        <w:br/>
        <w:t>v 0.380694 12.920517 1.446004</w:t>
        <w:br/>
        <w:t>v 0.311285 12.832059 1.484664</w:t>
        <w:br/>
        <w:t>v 0.217891 12.772524 1.533513</w:t>
        <w:br/>
        <w:t>v 0.204072 12.785820 1.505161</w:t>
        <w:br/>
        <w:t>v 0.107625 12.747218 1.538250</w:t>
        <w:br/>
        <w:t>v -0.000018 12.730999 1.555154</w:t>
        <w:br/>
        <w:t>v 0.336576 12.960204 1.436510</w:t>
        <w:br/>
        <w:t>v 0.341800 12.963876 1.456552</w:t>
        <w:br/>
        <w:t>v 0.357789 12.917998 1.422346</w:t>
        <w:br/>
        <w:t>v 0.538569 12.971425 1.407741</w:t>
        <w:br/>
        <w:t>v 0.341800 12.963876 1.456552</w:t>
        <w:br/>
        <w:t>v 0.604526 12.899042 1.396050</w:t>
        <w:br/>
        <w:t>v 0.496404 13.127523 1.400622</w:t>
        <w:br/>
        <w:t>v 0.567833 13.079169 1.385616</w:t>
        <w:br/>
        <w:t>v 0.653787 13.057730 1.369302</w:t>
        <w:br/>
        <w:t>v 0.706084 12.987137 1.352704</w:t>
        <w:br/>
        <w:t>v 0.650552 12.830208 1.389730</w:t>
        <w:br/>
        <w:t>v 0.752203 12.885315 1.353115</w:t>
        <w:br/>
        <w:t>v 0.714873 12.752812 1.380759</w:t>
        <w:br/>
        <w:t>v 0.776627 12.832770 1.352985</w:t>
        <w:br/>
        <w:t>v 0.792438 12.777523 1.355354</w:t>
        <w:br/>
        <w:t>v 0.799923 12.706363 1.359197</w:t>
        <w:br/>
        <w:t>v 0.820012 12.650887 1.362351</w:t>
        <w:br/>
        <w:t>v 0.855597 12.598622 1.359645</w:t>
        <w:br/>
        <w:t>v 0.891081 12.565319 1.353979</w:t>
        <w:br/>
        <w:t>v 0.935350 12.544321 1.342858</w:t>
        <w:br/>
        <w:t>v 0.948203 12.540319 1.338698</w:t>
        <w:br/>
        <w:t>v 0.481254 13.205417 1.421535</w:t>
        <w:br/>
        <w:t>v 0.528691 13.151574 1.412878</w:t>
        <w:br/>
        <w:t>v 0.606971 13.102850 1.394530</w:t>
        <w:br/>
        <w:t>v 0.669486 13.218224 1.359960</w:t>
        <w:br/>
        <w:t>v 0.744884 13.317035 1.323406</w:t>
        <w:br/>
        <w:t>v 0.669277 13.392524 1.331760</w:t>
        <w:br/>
        <w:t>v 0.845877 13.271533 1.288913</w:t>
        <w:br/>
        <w:t>v 0.842609 13.412602 1.280718</w:t>
        <w:br/>
        <w:t>v 0.799667 13.455221 1.282712</w:t>
        <w:br/>
        <w:t>v 0.899659 13.363935 1.265571</w:t>
        <w:br/>
        <w:t>v 0.930419 13.467763 1.244096</w:t>
        <w:br/>
        <w:t>v 0.874217 13.480328 1.255285</w:t>
        <w:br/>
        <w:t>v 0.938234 13.516294 1.238653</w:t>
        <w:br/>
        <w:t>v 0.393438 12.676597 1.456346</w:t>
        <w:br/>
        <w:t>v 0.484223 12.774547 1.395731</w:t>
        <w:br/>
        <w:t>v 0.484223 12.760945 1.354946</w:t>
        <w:br/>
        <w:t>v 0.393438 12.662997 1.415561</w:t>
        <w:br/>
        <w:t>v 0.278640 12.602947 1.523985</w:t>
        <w:br/>
        <w:t>v 0.278640 12.589349 1.483200</w:t>
        <w:br/>
        <w:t>v 0.151187 12.556219 1.578519</w:t>
        <w:br/>
        <w:t>v 0.151187 12.542618 1.537734</w:t>
        <w:br/>
        <w:t>v -0.000018 12.537866 1.602017</w:t>
        <w:br/>
        <w:t>v -0.000018 12.524264 1.561232</w:t>
        <w:br/>
        <w:t>v -0.000017 13.463736 1.521335</w:t>
        <w:br/>
        <w:t>v -0.055701 13.471637 1.488303</w:t>
        <w:br/>
        <w:t>v -0.000017 13.609672 1.499972</w:t>
        <w:br/>
        <w:t>v -0.103066 13.396979 1.475405</w:t>
        <w:br/>
        <w:t>v -0.000018 13.386473 1.531420</w:t>
        <w:br/>
        <w:t>v -0.087566 13.323530 1.520913</w:t>
        <w:br/>
        <w:t>v -0.137460 13.356119 1.466940</w:t>
        <w:br/>
        <w:t>v -0.152536 13.276699 1.512286</w:t>
        <w:br/>
        <w:t>v -0.187973 13.310718 1.445500</w:t>
        <w:br/>
        <w:t>v -0.249061 13.276283 1.425165</w:t>
        <w:br/>
        <w:t>v -0.187581 13.255240 1.499131</w:t>
        <w:br/>
        <w:t>v -0.029086 13.310835 1.518232</w:t>
        <w:br/>
        <w:t>v -0.077923 13.233850 1.519910</w:t>
        <w:br/>
        <w:t>v -0.000018 13.310512 1.516726</w:t>
        <w:br/>
        <w:t>v -0.140217 13.217602 1.504682</w:t>
        <w:br/>
        <w:t>v -0.000018 13.205520 1.631084</w:t>
        <w:br/>
        <w:t>v -0.000018 13.205520 1.631084</w:t>
        <w:br/>
        <w:t>v -0.146569 13.200858 1.515954</w:t>
        <w:br/>
        <w:t>v -0.188196 13.235136 1.511452</w:t>
        <w:br/>
        <w:t>v -0.114903 13.161862 1.528047</w:t>
        <w:br/>
        <w:t>v -0.000018 13.085408 1.562431</w:t>
        <w:br/>
        <w:t>v -0.143709 13.098493 1.527241</w:t>
        <w:br/>
        <w:t>v -0.000018 13.011786 1.570833</w:t>
        <w:br/>
        <w:t>v -0.139513 13.024451 1.541838</w:t>
        <w:br/>
        <w:t>v -0.192319 13.175313 1.509844</w:t>
        <w:br/>
        <w:t>v -0.000018 12.939435 1.589136</w:t>
        <w:br/>
        <w:t>v -0.134026 12.951454 1.560791</w:t>
        <w:br/>
        <w:t>v -0.000018 12.868887 1.609083</w:t>
        <w:br/>
        <w:t>v -0.105632 12.881565 1.587829</w:t>
        <w:br/>
        <w:t>v -0.000018 12.756333 1.641523</w:t>
        <w:br/>
        <w:t>v -0.057741 12.804081 1.612607</w:t>
        <w:br/>
        <w:t>v -0.145135 12.861970 1.561580</w:t>
        <w:br/>
        <w:t>v -0.188579 12.918221 1.541330</w:t>
        <w:br/>
        <w:t>v -0.271835 12.927421 1.502025</w:t>
        <w:br/>
        <w:t>v -0.254387 12.972657 1.509825</w:t>
        <w:br/>
        <w:t>v -0.328750 12.965716 1.477277</w:t>
        <w:br/>
        <w:t>v -0.315553 12.989121 1.485129</w:t>
        <w:br/>
        <w:t>v -0.284899 13.038357 1.484490</w:t>
        <w:br/>
        <w:t>v -0.273009 13.113681 1.490863</w:t>
        <w:br/>
        <w:t>v -0.229626 13.215074 1.504629</w:t>
        <w:br/>
        <w:t>v -0.238259 13.219399 1.481969</w:t>
        <w:br/>
        <w:t>v -0.202067 13.238519 1.487540</w:t>
        <w:br/>
        <w:t>v -0.188196 13.235136 1.511452</w:t>
        <w:br/>
        <w:t>v -0.229626 13.215074 1.504629</w:t>
        <w:br/>
        <w:t>v -0.284845 13.179382 1.489004</w:t>
        <w:br/>
        <w:t>v -0.284845 13.179382 1.489004</w:t>
        <w:br/>
        <w:t>v -0.283463 13.186084 1.471282</w:t>
        <w:br/>
        <w:t>v -0.325313 13.133959 1.478965</w:t>
        <w:br/>
        <w:t>v -0.324320 13.142903 1.459342</w:t>
        <w:br/>
        <w:t>v -0.325313 13.133959 1.478965</w:t>
        <w:br/>
        <w:t>v -0.361012 13.066339 1.467850</w:t>
        <w:br/>
        <w:t>v -0.400290 13.000757 1.456998</w:t>
        <w:br/>
        <w:t>v -0.361012 13.066339 1.467850</w:t>
        <w:br/>
        <w:t>v -0.367995 13.071514 1.446196</w:t>
        <w:br/>
        <w:t>v -0.415334 13.001881 1.438589</w:t>
        <w:br/>
        <w:t>v -0.415334 13.001881 1.438589</w:t>
        <w:br/>
        <w:t>v -0.400290 13.000757 1.456998</w:t>
        <w:br/>
        <w:t>v -0.341835 12.963876 1.456551</w:t>
        <w:br/>
        <w:t>v -0.272391 12.922580 1.483918</w:t>
        <w:br/>
        <w:t>v -0.188579 12.918221 1.541330</w:t>
        <w:br/>
        <w:t>v -0.187796 12.911105 1.528790</w:t>
        <w:br/>
        <w:t>v -0.143795 12.855221 1.547681</w:t>
        <w:br/>
        <w:t>v -0.063145 12.796761 1.594735</w:t>
        <w:br/>
        <w:t>v -0.000018 12.756333 1.641523</w:t>
        <w:br/>
        <w:t>v -0.000018 12.744469 1.631802</w:t>
        <w:br/>
        <w:t>v -0.428912 13.105856 1.422345</w:t>
        <w:br/>
        <w:t>v -0.343479 13.163345 1.438550</w:t>
        <w:br/>
        <w:t>v -0.489701 13.044262 1.411923</w:t>
        <w:br/>
        <w:t>v -0.430999 13.188484 1.411008</w:t>
        <w:br/>
        <w:t>v -0.420360 13.195729 1.393362</w:t>
        <w:br/>
        <w:t>v -0.326188 13.175016 1.414681</w:t>
        <w:br/>
        <w:t>v -0.285698 13.142407 1.427482</w:t>
        <w:br/>
        <w:t>v -0.324320 13.142903 1.459342</w:t>
        <w:br/>
        <w:t>v -0.481288 13.205417 1.421534</w:t>
        <w:br/>
        <w:t>v -0.444959 13.216809 1.383750</w:t>
        <w:br/>
        <w:t>v -0.548043 13.328618 1.332602</w:t>
        <w:br/>
        <w:t>v -0.571377 13.312476 1.371565</w:t>
        <w:br/>
        <w:t>v -0.669311 13.392524 1.331758</w:t>
        <w:br/>
        <w:t>v -0.645858 13.405721 1.289823</w:t>
        <w:br/>
        <w:t>v -0.799701 13.455221 1.282710</w:t>
        <w:br/>
        <w:t>v -0.777777 13.463780 1.243773</w:t>
        <w:br/>
        <w:t>v -0.874252 13.480328 1.255283</w:t>
        <w:br/>
        <w:t>v -0.851715 13.487650 1.218974</w:t>
        <w:br/>
        <w:t>v -0.939496 13.531383 1.186675</w:t>
        <w:br/>
        <w:t>v -0.938269 13.516294 1.238650</w:t>
        <w:br/>
        <w:t>v -0.939496 13.531383 1.186675</w:t>
        <w:br/>
        <w:t>v -0.938269 13.516294 1.238650</w:t>
        <w:br/>
        <w:t>v -0.930453 13.467763 1.244093</w:t>
        <w:br/>
        <w:t>v -0.931399 13.449775 1.201394</w:t>
        <w:br/>
        <w:t>v -0.899517 13.343074 1.222728</w:t>
        <w:br/>
        <w:t>v -0.899693 13.363935 1.265569</w:t>
        <w:br/>
        <w:t>v -0.845911 13.271533 1.288911</w:t>
        <w:br/>
        <w:t>v -0.845711 13.248907 1.248527</w:t>
        <w:br/>
        <w:t>v -0.764850 13.170826 1.328363</w:t>
        <w:br/>
        <w:t>v -0.762762 13.141683 1.288800</w:t>
        <w:br/>
        <w:t>v -0.683312 13.077934 1.372787</w:t>
        <w:br/>
        <w:t>v -0.675482 13.037766 1.333406</w:t>
        <w:br/>
        <w:t>v -0.653821 13.057730 1.369300</w:t>
        <w:br/>
        <w:t>v -0.706119 12.987137 1.352702</w:t>
        <w:br/>
        <w:t>v -0.708314 12.985817 1.324018</w:t>
        <w:br/>
        <w:t>v -0.675482 13.037766 1.333406</w:t>
        <w:br/>
        <w:t>v -0.752237 12.885315 1.353113</w:t>
        <w:br/>
        <w:t>v -0.756064 12.884851 1.328007</w:t>
        <w:br/>
        <w:t>v -0.776662 12.832770 1.352983</w:t>
        <w:br/>
        <w:t>v -0.779605 12.832110 1.329460</w:t>
        <w:br/>
        <w:t>v -0.792472 12.777523 1.355352</w:t>
        <w:br/>
        <w:t>v -0.795464 12.776959 1.332178</w:t>
        <w:br/>
        <w:t>v -0.799958 12.706363 1.359194</w:t>
        <w:br/>
        <w:t>v -0.799176 12.705019 1.336267</w:t>
        <w:br/>
        <w:t>v -0.820046 12.650887 1.362348</w:t>
        <w:br/>
        <w:t>v -0.819538 12.649665 1.338161</w:t>
        <w:br/>
        <w:t>v -0.855632 12.598622 1.359643</w:t>
        <w:br/>
        <w:t>v -0.856658 12.598596 1.338415</w:t>
        <w:br/>
        <w:t>v -0.891116 12.565319 1.353977</w:t>
        <w:br/>
        <w:t>v -0.893253 12.566048 1.335480</w:t>
        <w:br/>
        <w:t>v -0.935385 12.544321 1.342855</w:t>
        <w:br/>
        <w:t>v -0.935701 12.547685 1.324305</w:t>
        <w:br/>
        <w:t>v -0.948238 12.540319 1.338695</w:t>
        <w:br/>
        <w:t>v -0.949367 12.540444 1.318532</w:t>
        <w:br/>
        <w:t>v -0.954746 12.528955 1.335559</w:t>
        <w:br/>
        <w:t>v -0.959405 12.528117 1.319921</w:t>
        <w:br/>
        <w:t>v -0.954419 12.509671 1.318880</w:t>
        <w:br/>
        <w:t>v -0.951464 12.517799 1.336816</w:t>
        <w:br/>
        <w:t>v -0.927682 12.516489 1.345463</w:t>
        <w:br/>
        <w:t>v -0.917719 12.502491 1.333069</w:t>
        <w:br/>
        <w:t>v -0.934165 12.501751 1.326132</w:t>
        <w:br/>
        <w:t>v -0.937591 12.511144 1.341882</w:t>
        <w:br/>
        <w:t>v -0.882291 12.534799 1.358573</w:t>
        <w:br/>
        <w:t>v -0.871723 12.514160 1.345698</w:t>
        <w:br/>
        <w:t>v -0.829121 12.576792 1.369875</w:t>
        <w:br/>
        <w:t>v -0.809912 12.549688 1.355610</w:t>
        <w:br/>
        <w:t>v -0.784487 12.620605 1.377361</w:t>
        <w:br/>
        <w:t>v -0.765830 12.590043 1.363279</w:t>
        <w:br/>
        <w:t>v -0.740645 12.665267 1.384446</w:t>
        <w:br/>
        <w:t>v -0.719140 12.627460 1.369363</w:t>
        <w:br/>
        <w:t>v -0.657339 12.691932 1.401125</w:t>
        <w:br/>
        <w:t>v -0.637086 12.661416 1.383091</w:t>
        <w:br/>
        <w:t>v -0.598220 12.719802 1.412486</w:t>
        <w:br/>
        <w:t>v -0.580896 12.683404 1.394208</w:t>
        <w:br/>
        <w:t>v -0.508550 12.800864 1.426799</w:t>
        <w:br/>
        <w:t>v -0.484258 12.774547 1.395729</w:t>
        <w:br/>
        <w:t>v -0.532432 12.725527 1.401638</w:t>
        <w:br/>
        <w:t>v -0.556938 12.748973 1.419521</w:t>
        <w:br/>
        <w:t>v -0.380729 12.920517 1.446003</w:t>
        <w:br/>
        <w:t>v -0.393473 12.676597 1.456345</w:t>
        <w:br/>
        <w:t>v -0.484258 12.774547 1.395729</w:t>
        <w:br/>
        <w:t>v -0.380729 12.920517 1.446003</w:t>
        <w:br/>
        <w:t>v -0.311320 12.832059 1.484663</w:t>
        <w:br/>
        <w:t>v -0.217927 12.772524 1.533512</w:t>
        <w:br/>
        <w:t>v -0.278676 12.602948 1.523984</w:t>
        <w:br/>
        <w:t>v -0.116034 12.726251 1.572173</w:t>
        <w:br/>
        <w:t>v -0.151222 12.556219 1.578519</w:t>
        <w:br/>
        <w:t>v -0.000018 12.537866 1.602017</w:t>
        <w:br/>
        <w:t>v -0.000018 12.704806 1.590225</w:t>
        <w:br/>
        <w:t>v -0.291838 12.839585 1.461515</w:t>
        <w:br/>
        <w:t>v -0.311320 12.832059 1.484663</w:t>
        <w:br/>
        <w:t>v -0.380729 12.920517 1.446003</w:t>
        <w:br/>
        <w:t>v -0.357823 12.917998 1.422345</w:t>
        <w:br/>
        <w:t>v -0.217927 12.772524 1.533512</w:t>
        <w:br/>
        <w:t>v -0.204107 12.785820 1.505161</w:t>
        <w:br/>
        <w:t>v -0.107660 12.747218 1.538249</w:t>
        <w:br/>
        <w:t>v -0.000018 12.730999 1.555154</w:t>
        <w:br/>
        <w:t>v -0.341835 12.963876 1.456551</w:t>
        <w:br/>
        <w:t>v -0.336611 12.960204 1.436510</w:t>
        <w:br/>
        <w:t>v -0.357823 12.917998 1.422345</w:t>
        <w:br/>
        <w:t>v -0.538603 12.971425 1.407740</w:t>
        <w:br/>
        <w:t>v -0.341835 12.963876 1.456551</w:t>
        <w:br/>
        <w:t>v -0.604561 12.899042 1.396048</w:t>
        <w:br/>
        <w:t>v -0.496438 13.127523 1.400620</w:t>
        <w:br/>
        <w:t>v -0.567868 13.079169 1.385615</w:t>
        <w:br/>
        <w:t>v -0.653821 13.057730 1.369300</w:t>
        <w:br/>
        <w:t>v -0.706119 12.987137 1.352702</w:t>
        <w:br/>
        <w:t>v -0.650587 12.830208 1.389728</w:t>
        <w:br/>
        <w:t>v -0.752237 12.885315 1.353113</w:t>
        <w:br/>
        <w:t>v -0.714908 12.752812 1.380757</w:t>
        <w:br/>
        <w:t>v -0.776662 12.832770 1.352983</w:t>
        <w:br/>
        <w:t>v -0.799958 12.706363 1.359194</w:t>
        <w:br/>
        <w:t>v -0.792472 12.777523 1.355352</w:t>
        <w:br/>
        <w:t>v -0.820046 12.650887 1.362348</w:t>
        <w:br/>
        <w:t>v -0.855632 12.598622 1.359643</w:t>
        <w:br/>
        <w:t>v -0.891116 12.565319 1.353977</w:t>
        <w:br/>
        <w:t>v -0.935385 12.544321 1.342855</w:t>
        <w:br/>
        <w:t>v -0.948238 12.540319 1.338695</w:t>
        <w:br/>
        <w:t>v -0.528726 13.151574 1.412876</w:t>
        <w:br/>
        <w:t>v -0.481288 13.205417 1.421534</w:t>
        <w:br/>
        <w:t>v -0.607005 13.102850 1.394528</w:t>
        <w:br/>
        <w:t>v -0.669520 13.218224 1.359959</w:t>
        <w:br/>
        <w:t>v -0.744919 13.317035 1.323404</w:t>
        <w:br/>
        <w:t>v -0.669311 13.392524 1.331758</w:t>
        <w:br/>
        <w:t>v -0.845911 13.271533 1.288911</w:t>
        <w:br/>
        <w:t>v -0.842643 13.412602 1.280716</w:t>
        <w:br/>
        <w:t>v -0.799701 13.455221 1.282710</w:t>
        <w:br/>
        <w:t>v -0.899693 13.363935 1.265569</w:t>
        <w:br/>
        <w:t>v -0.930453 13.467763 1.244093</w:t>
        <w:br/>
        <w:t>v -0.874252 13.480328 1.255283</w:t>
        <w:br/>
        <w:t>v -0.938269 13.516294 1.238650</w:t>
        <w:br/>
        <w:t>v -0.393473 12.676597 1.456345</w:t>
        <w:br/>
        <w:t>v -0.393473 12.662997 1.415560</w:t>
        <w:br/>
        <w:t>v -0.484257 12.760945 1.354944</w:t>
        <w:br/>
        <w:t>v -0.484258 12.774547 1.395729</w:t>
        <w:br/>
        <w:t>v -0.278676 12.602948 1.523984</w:t>
        <w:br/>
        <w:t>v -0.278676 12.589349 1.483199</w:t>
        <w:br/>
        <w:t>v -0.151222 12.556219 1.578519</w:t>
        <w:br/>
        <w:t>v -0.151222 12.542620 1.537733</w:t>
        <w:br/>
        <w:t>v -0.000018 12.537866 1.602017</w:t>
        <w:br/>
        <w:t>v -0.000018 12.524264 1.561232</w:t>
        <w:br/>
        <w:t>v 2.385365 17.236443 -0.302496</w:t>
        <w:br/>
        <w:t>v 2.404278 17.222824 -0.265613</w:t>
        <w:br/>
        <w:t>v 2.372585 17.244940 -0.285916</w:t>
        <w:br/>
        <w:t>v 2.358112 17.234388 -0.288701</w:t>
        <w:br/>
        <w:t>v 2.372882 17.224848 -0.307624</w:t>
        <w:br/>
        <w:t>v 2.385365 17.236443 -0.302496</w:t>
        <w:br/>
        <w:t>v 2.372585 17.244940 -0.285916</w:t>
        <w:br/>
        <w:t>v 2.352955 17.237051 -0.263532</w:t>
        <w:br/>
        <w:t>v 2.368229 17.247427 -0.263886</w:t>
        <w:br/>
        <w:t>v 2.368229 17.247427 -0.263886</w:t>
        <w:br/>
        <w:t>v 2.373464 17.243242 -0.242309</w:t>
        <w:br/>
        <w:t>v 2.386888 17.233496 -0.226967</w:t>
        <w:br/>
        <w:t>v 2.404903 17.220808 -0.221973</w:t>
        <w:br/>
        <w:t>v 2.422684 17.208576 -0.228663</w:t>
        <w:br/>
        <w:t>v 2.422684 17.208576 -0.228663</w:t>
        <w:br/>
        <w:t>v 2.415091 17.192575 -0.223142</w:t>
        <w:br/>
        <w:t>v 2.394667 17.206440 -0.215539</w:t>
        <w:br/>
        <w:t>v 2.404903 17.220808 -0.221973</w:t>
        <w:br/>
        <w:t>v 2.435464 17.200079 -0.245243</w:t>
        <w:br/>
        <w:t>v 2.429860 17.183033 -0.242064</w:t>
        <w:br/>
        <w:t>v 2.374059 17.220911 -0.221291</w:t>
        <w:br/>
        <w:t>v 2.386888 17.233496 -0.226967</w:t>
        <w:br/>
        <w:t>v 2.373464 17.243242 -0.242309</w:t>
        <w:br/>
        <w:t>v 2.358793 17.232117 -0.238857</w:t>
        <w:br/>
        <w:t>v 2.393307 17.210983 -0.315227</w:t>
        <w:br/>
        <w:t>v 2.403144 17.224211 -0.309185</w:t>
        <w:br/>
        <w:t>v 2.403144 17.224211 -0.309185</w:t>
        <w:br/>
        <w:t>v 2.413914 17.196508 -0.309474</w:t>
        <w:br/>
        <w:t>v 2.421160 17.211523 -0.304189</w:t>
        <w:br/>
        <w:t>v 2.429181 17.185307 -0.291908</w:t>
        <w:br/>
        <w:t>v 2.434584 17.201778 -0.288848</w:t>
        <w:br/>
        <w:t>v 2.435018 17.180374 -0.267235</w:t>
        <w:br/>
        <w:t>v 2.439821 17.197592 -0.267272</w:t>
        <w:br/>
        <w:t>v 2.439821 17.197592 -0.267272</w:t>
        <w:br/>
        <w:t>v 2.434584 17.201778 -0.288848</w:t>
        <w:br/>
        <w:t>v 2.421160 17.211523 -0.304189</w:t>
        <w:br/>
        <w:t>v 2.435464 17.200079 -0.245243</w:t>
        <w:br/>
        <w:t>v -2.404306 17.222818 -0.265619</w:t>
        <w:br/>
        <w:t>v -2.385393 17.236435 -0.302503</w:t>
        <w:br/>
        <w:t>v -2.372613 17.244932 -0.285923</w:t>
        <w:br/>
        <w:t>v -2.358140 17.234379 -0.288708</w:t>
        <w:br/>
        <w:t>v -2.372613 17.244932 -0.285923</w:t>
        <w:br/>
        <w:t>v -2.385393 17.236435 -0.302503</w:t>
        <w:br/>
        <w:t>v -2.372910 17.224840 -0.307630</w:t>
        <w:br/>
        <w:t>v -2.352983 17.237043 -0.263539</w:t>
        <w:br/>
        <w:t>v -2.368257 17.247421 -0.263892</w:t>
        <w:br/>
        <w:t>v -2.368257 17.247421 -0.263892</w:t>
        <w:br/>
        <w:t>v -2.373492 17.243235 -0.242315</w:t>
        <w:br/>
        <w:t>v -2.386916 17.233490 -0.226973</w:t>
        <w:br/>
        <w:t>v -2.404932 17.220804 -0.221979</w:t>
        <w:br/>
        <w:t>v -2.422713 17.208570 -0.228670</w:t>
        <w:br/>
        <w:t>v -2.394696 17.206432 -0.215546</w:t>
        <w:br/>
        <w:t>v -2.415119 17.192570 -0.223148</w:t>
        <w:br/>
        <w:t>v -2.422713 17.208570 -0.228670</w:t>
        <w:br/>
        <w:t>v -2.404932 17.220804 -0.221979</w:t>
        <w:br/>
        <w:t>v -2.429889 17.183025 -0.242070</w:t>
        <w:br/>
        <w:t>v -2.435492 17.200071 -0.245250</w:t>
        <w:br/>
        <w:t>v -2.374088 17.220905 -0.221298</w:t>
        <w:br/>
        <w:t>v -2.386916 17.233490 -0.226973</w:t>
        <w:br/>
        <w:t>v -2.373492 17.243235 -0.242315</w:t>
        <w:br/>
        <w:t>v -2.358821 17.232111 -0.238864</w:t>
        <w:br/>
        <w:t>v -2.403173 17.224203 -0.309191</w:t>
        <w:br/>
        <w:t>v -2.393335 17.210976 -0.315234</w:t>
        <w:br/>
        <w:t>v -2.403173 17.224203 -0.309191</w:t>
        <w:br/>
        <w:t>v -2.421188 17.211515 -0.304195</w:t>
        <w:br/>
        <w:t>v -2.413942 17.196503 -0.309481</w:t>
        <w:br/>
        <w:t>v -2.434612 17.201771 -0.288854</w:t>
        <w:br/>
        <w:t>v -2.429209 17.185299 -0.291914</w:t>
        <w:br/>
        <w:t>v -2.439849 17.197584 -0.267278</w:t>
        <w:br/>
        <w:t>v -2.435045 17.180365 -0.267241</w:t>
        <w:br/>
        <w:t>v -2.439849 17.197584 -0.267278</w:t>
        <w:br/>
        <w:t>v -2.434612 17.201771 -0.288854</w:t>
        <w:br/>
        <w:t>v -2.421188 17.211515 -0.304195</w:t>
        <w:br/>
        <w:t>v -2.435492 17.200071 -0.245250</w:t>
        <w:br/>
        <w:t>v -0.064303 15.276120 1.674640</w:t>
        <w:br/>
        <w:t>v 0.064268 15.276120 1.674640</w:t>
        <w:br/>
        <w:t>v -0.000018 15.471727 1.688272</w:t>
        <w:br/>
        <w:t>v 0.052369 15.054687 1.659209</w:t>
        <w:br/>
        <w:t>v -0.052404 15.054687 1.659209</w:t>
        <w:br/>
        <w:t>v -0.000018 14.987226 1.654508</w:t>
        <w:br/>
        <w:t>v -0.089464 15.137338 1.664969</w:t>
        <w:br/>
        <w:t>v 0.089429 15.137338 1.664969</w:t>
        <w:br/>
        <w:t>v -0.599623 13.928494 -0.503931</w:t>
        <w:br/>
        <w:t>v -0.548088 13.901634 -0.533994</w:t>
        <w:br/>
        <w:t>v -0.536675 13.931087 -0.521733</w:t>
        <w:br/>
        <w:t>v -0.548088 13.901634 -0.533994</w:t>
        <w:br/>
        <w:t>v -0.533903 13.887098 -0.516689</w:t>
        <w:br/>
        <w:t>v -0.520704 13.920600 -0.502398</w:t>
        <w:br/>
        <w:t>v -0.536675 13.931087 -0.521733</w:t>
        <w:br/>
        <w:t>v -0.526724 13.953253 -0.482450</w:t>
        <w:br/>
        <w:t>v -0.542081 13.959790 -0.504556</w:t>
        <w:br/>
        <w:t>v -0.542081 13.959790 -0.504556</w:t>
        <w:br/>
        <w:t>v -0.562858 13.980055 -0.487067</w:t>
        <w:br/>
        <w:t>v -0.593440 13.986444 -0.473950</w:t>
        <w:br/>
        <w:t>v -0.625631 13.977251 -0.468721</w:t>
        <w:br/>
        <w:t>v -0.650807 13.954935 -0.472781</w:t>
        <w:br/>
        <w:t>v -0.622077 13.973174 -0.441080</w:t>
        <w:br/>
        <w:t>v -0.650958 13.947811 -0.445886</w:t>
        <w:br/>
        <w:t>v -0.650807 13.954935 -0.472781</w:t>
        <w:br/>
        <w:t>v -0.625631 13.977251 -0.468721</w:t>
        <w:br/>
        <w:t>v -0.662220 13.925483 -0.485042</w:t>
        <w:br/>
        <w:t>v -0.664157 13.914314 -0.460177</w:t>
        <w:br/>
        <w:t>v -0.585251 13.983610 -0.447049</w:t>
        <w:br/>
        <w:t>v -0.593440 13.986444 -0.473950</w:t>
        <w:br/>
        <w:t>v -0.562858 13.980055 -0.487067</w:t>
        <w:br/>
        <w:t>v -0.550350 13.976320 -0.462191</w:t>
        <w:br/>
        <w:t>v -0.573263 13.879322 -0.538054</w:t>
        <w:br/>
        <w:t>v -0.562785 13.861736 -0.521495</w:t>
        <w:br/>
        <w:t>v -0.573263 13.879322 -0.538054</w:t>
        <w:br/>
        <w:t>v -0.605454 13.870130 -0.532825</w:t>
        <w:br/>
        <w:t>v -0.599610 13.851301 -0.515526</w:t>
        <w:br/>
        <w:t>v -0.636036 13.876520 -0.519709</w:t>
        <w:br/>
        <w:t>v -0.634511 13.858595 -0.500384</w:t>
        <w:br/>
        <w:t>v -0.656814 13.896781 -0.502218</w:t>
        <w:br/>
        <w:t>v -0.658137 13.881657 -0.480125</w:t>
        <w:br/>
        <w:t>v -0.656814 13.896781 -0.502218</w:t>
        <w:br/>
        <w:t>v -0.636036 13.876520 -0.519709</w:t>
        <w:br/>
        <w:t>v -0.605454 13.870130 -0.532825</w:t>
        <w:br/>
        <w:t>v -0.662220 13.925483 -0.485042</w:t>
        <w:br/>
        <w:t>v 0.548059 13.901634 -0.533992</w:t>
        <w:br/>
        <w:t>v 0.599593 13.928494 -0.503928</w:t>
        <w:br/>
        <w:t>v 0.536645 13.931087 -0.521731</w:t>
        <w:br/>
        <w:t>v 0.520674 13.920600 -0.502396</w:t>
        <w:br/>
        <w:t>v 0.533874 13.887098 -0.516687</w:t>
        <w:br/>
        <w:t>v 0.548059 13.901634 -0.533992</w:t>
        <w:br/>
        <w:t>v 0.536645 13.931087 -0.521731</w:t>
        <w:br/>
        <w:t>v 0.526694 13.953253 -0.482448</w:t>
        <w:br/>
        <w:t>v 0.542052 13.959790 -0.504554</w:t>
        <w:br/>
        <w:t>v 0.542052 13.959790 -0.504554</w:t>
        <w:br/>
        <w:t>v 0.562829 13.980055 -0.487064</w:t>
        <w:br/>
        <w:t>v 0.593411 13.986444 -0.473948</w:t>
        <w:br/>
        <w:t>v 0.625602 13.977251 -0.468719</w:t>
        <w:br/>
        <w:t>v 0.650777 13.954935 -0.472778</w:t>
        <w:br/>
        <w:t>v 0.650777 13.954935 -0.472778</w:t>
        <w:br/>
        <w:t>v 0.650928 13.947811 -0.445883</w:t>
        <w:br/>
        <w:t>v 0.622047 13.973174 -0.441078</w:t>
        <w:br/>
        <w:t>v 0.625602 13.977251 -0.468719</w:t>
        <w:br/>
        <w:t>v 0.662190 13.925483 -0.485040</w:t>
        <w:br/>
        <w:t>v 0.664128 13.914314 -0.460174</w:t>
        <w:br/>
        <w:t>v 0.585222 13.983609 -0.447046</w:t>
        <w:br/>
        <w:t>v 0.593411 13.986444 -0.473948</w:t>
        <w:br/>
        <w:t>v 0.562829 13.980055 -0.487064</w:t>
        <w:br/>
        <w:t>v 0.550320 13.976319 -0.462189</w:t>
        <w:br/>
        <w:t>v 0.562755 13.861736 -0.521492</w:t>
        <w:br/>
        <w:t>v 0.573234 13.879322 -0.538051</w:t>
        <w:br/>
        <w:t>v 0.573234 13.879322 -0.538051</w:t>
        <w:br/>
        <w:t>v 0.599580 13.851301 -0.515524</w:t>
        <w:br/>
        <w:t>v 0.605425 13.870130 -0.532822</w:t>
        <w:br/>
        <w:t>v 0.634482 13.858595 -0.500381</w:t>
        <w:br/>
        <w:t>v 0.636006 13.876520 -0.519706</w:t>
        <w:br/>
        <w:t>v 0.658108 13.881657 -0.480122</w:t>
        <w:br/>
        <w:t>v 0.656784 13.896781 -0.502216</w:t>
        <w:br/>
        <w:t>v 0.656784 13.896781 -0.502216</w:t>
        <w:br/>
        <w:t>v 0.636006 13.876520 -0.519706</w:t>
        <w:br/>
        <w:t>v 0.605425 13.870130 -0.532822</w:t>
        <w:br/>
        <w:t>v 0.662190 13.925483 -0.485040</w:t>
        <w:br/>
        <w:t>v 0.651294 13.991783 -0.446158</w:t>
        <w:br/>
        <w:t>v 0.689310 14.010173 -0.422256</w:t>
        <w:br/>
        <w:t>v 0.643336 14.013955 -0.437408</w:t>
        <w:br/>
        <w:t>v 0.630597 14.006666 -0.423586</w:t>
        <w:br/>
        <w:t>v 0.639820 13.981441 -0.433788</w:t>
        <w:br/>
        <w:t>v 0.651294 13.991783 -0.446158</w:t>
        <w:br/>
        <w:t>v 0.643336 14.013955 -0.437408</w:t>
        <w:br/>
        <w:t>v 0.635402 14.030698 -0.408594</w:t>
        <w:br/>
        <w:t>v 0.647655 14.035073 -0.424491</w:t>
        <w:br/>
        <w:t>v 0.647655 14.035073 -0.424491</w:t>
        <w:br/>
        <w:t>v 0.663095 14.049481 -0.410869</w:t>
        <w:br/>
        <w:t>v 0.685518 14.053317 -0.400192</w:t>
        <w:br/>
        <w:t>v 0.708916 14.045551 -0.395320</w:t>
        <w:br/>
        <w:t>v 0.727020 14.028264 -0.397560</w:t>
        <w:br/>
        <w:t>v 0.727020 14.028264 -0.397560</w:t>
        <w:br/>
        <w:t>v 0.726082 14.022995 -0.377631</w:t>
        <w:br/>
        <w:t>v 0.705302 14.042650 -0.374953</w:t>
        <w:br/>
        <w:t>v 0.708916 14.045551 -0.395320</w:t>
        <w:br/>
        <w:t>v 0.734978 14.006093 -0.406310</w:t>
        <w:br/>
        <w:t>v 0.735306 13.997772 -0.387833</w:t>
        <w:br/>
        <w:t>v 0.678532 14.051474 -0.380516</w:t>
        <w:br/>
        <w:t>v 0.685518 14.053317 -0.400192</w:t>
        <w:br/>
        <w:t>v 0.663095 14.049481 -0.410869</w:t>
        <w:br/>
        <w:t>v 0.652947 14.047099 -0.392829</w:t>
        <w:br/>
        <w:t>v 0.660601 13.961786 -0.436467</w:t>
        <w:br/>
        <w:t>v 0.669398 13.974499 -0.448397</w:t>
        <w:br/>
        <w:t>v 0.669398 13.974499 -0.448397</w:t>
        <w:br/>
        <w:t>v 0.687370 13.952964 -0.430904</w:t>
        <w:br/>
        <w:t>v 0.692796 13.966734 -0.443526</w:t>
        <w:br/>
        <w:t>v 0.712955 13.957340 -0.418590</w:t>
        <w:br/>
        <w:t>v 0.715219 13.970568 -0.432849</w:t>
        <w:br/>
        <w:t>v 0.730501 13.973741 -0.402825</w:t>
        <w:br/>
        <w:t>v 0.730659 13.984976 -0.419227</w:t>
        <w:br/>
        <w:t>v 0.730659 13.984976 -0.419227</w:t>
        <w:br/>
        <w:t>v 0.715219 13.970568 -0.432849</w:t>
        <w:br/>
        <w:t>v 0.692796 13.966734 -0.443526</w:t>
        <w:br/>
        <w:t>v 0.734978 14.006093 -0.406310</w:t>
        <w:br/>
        <w:t>v 1.017819 10.633766 1.174489</w:t>
        <w:br/>
        <w:t>v -1.017854 10.633766 1.174486</w:t>
        <w:br/>
        <w:t>v -1.016350 10.647987 1.205071</w:t>
        <w:br/>
        <w:t>v 0.912366 10.587586 1.242198</w:t>
        <w:br/>
        <w:t>v 1.017819 10.633766 1.174489</w:t>
        <w:br/>
        <w:t>v 1.896978 11.320355 -0.121244</w:t>
        <w:br/>
        <w:t>v 1.978128 11.249214 0.045756</w:t>
        <w:br/>
        <w:t>v -1.978160 11.249209 0.045751</w:t>
        <w:br/>
        <w:t>v -1.897009 11.320351 -0.121250</w:t>
        <w:br/>
        <w:t>v -1.940086 11.243437 0.207738</w:t>
        <w:br/>
        <w:t>v 1.940054 11.243441 0.207743</w:t>
        <w:br/>
        <w:t>v 0.033770 18.328161 0.359134</w:t>
        <w:br/>
        <w:t>v -0.000030 18.347296 0.362999</w:t>
        <w:br/>
        <w:t>v 0.039001 18.347353 0.362650</w:t>
        <w:br/>
        <w:t>v 0.039001 18.347353 0.362650</w:t>
        <w:br/>
        <w:t>v 0.033773 18.366545 0.366204</w:t>
        <w:br/>
        <w:t>v 0.034427 18.369322 0.353207</w:t>
        <w:br/>
        <w:t>v 0.039755 18.349764 0.349585</w:t>
        <w:br/>
        <w:t>v 0.019488 18.380587 0.368840</w:t>
        <w:br/>
        <w:t>v 0.019870 18.383627 0.355894</w:t>
        <w:br/>
        <w:t>v 0.019488 18.380587 0.368840</w:t>
        <w:br/>
        <w:t>v -0.000027 18.385721 0.369855</w:t>
        <w:br/>
        <w:t>v -0.000016 18.388853 0.356928</w:t>
        <w:br/>
        <w:t>v -0.000027 18.385721 0.369855</w:t>
        <w:br/>
        <w:t>v -0.019543 18.380564 0.368975</w:t>
        <w:br/>
        <w:t>v -0.033830 18.366510 0.366436</w:t>
        <w:br/>
        <w:t>v -0.034459 18.369276 0.353442</w:t>
        <w:br/>
        <w:t>v -0.019902 18.383600 0.356030</w:t>
        <w:br/>
        <w:t>v -0.033830 18.366510 0.366436</w:t>
        <w:br/>
        <w:t>v -0.019543 18.380564 0.368975</w:t>
        <w:br/>
        <w:t>v -0.039788 18.349714 0.349856</w:t>
        <w:br/>
        <w:t>v -0.039061 18.347315 0.362919</w:t>
        <w:br/>
        <w:t>v -0.033833 18.328123 0.359366</w:t>
        <w:br/>
        <w:t>v -0.034459 18.330160 0.346235</w:t>
        <w:br/>
        <w:t>v -0.039061 18.347315 0.362919</w:t>
        <w:br/>
        <w:t>v -0.033833 18.328123 0.359366</w:t>
        <w:br/>
        <w:t>v -0.019548 18.314081 0.356729</w:t>
        <w:br/>
        <w:t>v -0.019902 18.315855 0.343547</w:t>
        <w:br/>
        <w:t>v -0.000033 18.308950 0.355715</w:t>
        <w:br/>
        <w:t>v -0.000016 18.310625 0.342514</w:t>
        <w:br/>
        <w:t>v -0.019548 18.314081 0.356729</w:t>
        <w:br/>
        <w:t>v 0.019483 18.314104 0.356595</w:t>
        <w:br/>
        <w:t>v 0.033770 18.328161 0.359134</w:t>
        <w:br/>
        <w:t>v 0.034427 18.330206 0.346000</w:t>
        <w:br/>
        <w:t>v 0.019870 18.315878 0.343412</w:t>
        <w:br/>
        <w:t>v 0.033773 18.366545 0.366204</w:t>
        <w:br/>
        <w:t>v 0.019483 18.314104 0.356595</w:t>
        <w:br/>
        <w:t>v -0.000033 18.308950 0.355715</w:t>
        <w:br/>
        <w:t>v 0.349522 15.133650 1.614793</w:t>
        <w:br/>
        <w:t>v 0.294580 15.121978 1.624896</w:t>
        <w:br/>
        <w:t>v -0.294615 15.121978 1.624896</w:t>
        <w:br/>
        <w:t>v -0.349557 15.133650 1.614792</w:t>
        <w:br/>
        <w:t>v 0.287988 15.119049 1.602993</w:t>
        <w:br/>
        <w:t>v 0.340011 15.118862 1.614527</w:t>
        <w:br/>
        <w:t>v 0.309291 15.112134 1.620186</w:t>
        <w:br/>
        <w:t>v 0.325690 15.111478 1.616456</w:t>
        <w:br/>
        <w:t>v -0.309326 15.112136 1.620185</w:t>
        <w:br/>
        <w:t>v -0.340046 15.118862 1.614526</w:t>
        <w:br/>
        <w:t>v -0.325725 15.111478 1.616455</w:t>
        <w:br/>
        <w:t>v -1.619067 10.218399 -1.574092</w:t>
        <w:br/>
        <w:t>v -1.611996 10.223006 -1.601784</w:t>
        <w:br/>
        <w:t>v -1.568497 10.233543 -1.612348</w:t>
        <w:br/>
        <w:t>v -1.572155 10.235729 -1.589293</w:t>
        <w:br/>
        <w:t>v -1.504802 10.273173 -1.621045</w:t>
        <w:br/>
        <w:t>v -1.510355 10.273266 -1.592397</w:t>
        <w:br/>
        <w:t>v -1.454544 10.337507 -1.619143</w:t>
        <w:br/>
        <w:t>v -1.462974 10.334124 -1.590477</w:t>
        <w:br/>
        <w:t>v -1.423077 10.413382 -1.605169</w:t>
        <w:br/>
        <w:t>v -1.432636 10.407683 -1.576781</w:t>
        <w:br/>
        <w:t>v -1.396666 10.499081 -1.588950</w:t>
        <w:br/>
        <w:t>v -1.406118 10.493644 -1.560517</w:t>
        <w:br/>
        <w:t>v -1.329813 10.499662 -1.614618</w:t>
        <w:br/>
        <w:t>v -1.339533 10.403392 -1.640031</w:t>
        <w:br/>
        <w:t>v -1.318483 10.389943 -1.623316</w:t>
        <w:br/>
        <w:t>v -1.308455 10.487926 -1.597507</w:t>
        <w:br/>
        <w:t>v -1.329813 10.499662 -1.614618</w:t>
        <w:br/>
        <w:t>v -1.339533 10.403392 -1.640031</w:t>
        <w:br/>
        <w:t>v -1.377125 10.306179 -1.655385</w:t>
        <w:br/>
        <w:t>v -1.451029 10.232236 -1.654362</w:t>
        <w:br/>
        <w:t>v -1.568497 10.233543 -1.612348</w:t>
        <w:br/>
        <w:t>v -1.549585 10.205964 -1.629098</w:t>
        <w:br/>
        <w:t>v -1.542120 10.182246 -1.610476</w:t>
        <w:br/>
        <w:t>v -1.436607 10.209950 -1.637858</w:t>
        <w:br/>
        <w:t>v -1.358019 10.288460 -1.639233</w:t>
        <w:br/>
        <w:t>v -1.356285 10.589644 -1.576087</w:t>
        <w:br/>
        <w:t>v -1.363617 10.587689 -1.547366</w:t>
        <w:br/>
        <w:t>v -1.321792 10.639564 -1.573196</w:t>
        <w:br/>
        <w:t>v -1.318693 10.640097 -1.547620</w:t>
        <w:br/>
        <w:t>v -1.301827 10.642886 -1.552857</w:t>
        <w:br/>
        <w:t>v -1.311735 10.643550 -1.575604</w:t>
        <w:br/>
        <w:t>v -1.308526 10.635589 -1.579194</w:t>
        <w:br/>
        <w:t>v -1.293049 10.631508 -1.559490</w:t>
        <w:br/>
        <w:t>v -1.311735 10.643550 -1.575604</w:t>
        <w:br/>
        <w:t>v -1.301827 10.642886 -1.552857</w:t>
        <w:br/>
        <w:t>v -1.322129 10.586295 -1.591148</w:t>
        <w:br/>
        <w:t>v -1.321792 10.639564 -1.573196</w:t>
        <w:br/>
        <w:t>v -1.308526 10.635589 -1.579194</w:t>
        <w:br/>
        <w:t>v -1.311735 10.643550 -1.575604</w:t>
        <w:br/>
        <w:t>v -1.322129 10.586295 -1.591148</w:t>
        <w:br/>
        <w:t>v -1.300415 10.575287 -1.573950</w:t>
        <w:br/>
        <w:t>v -1.607776 10.213439 -1.606144</w:t>
        <w:br/>
        <w:t>v -1.613675 10.194374 -1.583127</w:t>
        <w:br/>
        <w:t>v -1.624543 10.206859 -1.575451</w:t>
        <w:br/>
        <w:t>v -1.616793 10.218664 -1.601283</w:t>
        <w:br/>
        <w:t>v -1.616793 10.218664 -1.601283</w:t>
        <w:br/>
        <w:t>v -1.624543 10.206859 -1.575451</w:t>
        <w:br/>
        <w:t>v -1.611996 10.223006 -1.601784</w:t>
        <w:br/>
        <w:t>v 1.568470 10.233542 -1.612344</w:t>
        <w:br/>
        <w:t>v 1.611969 10.223006 -1.601779</w:t>
        <w:br/>
        <w:t>v 1.619040 10.218399 -1.574087</w:t>
        <w:br/>
        <w:t>v 1.572128 10.235728 -1.589289</w:t>
        <w:br/>
        <w:t>v 1.504775 10.273172 -1.621041</w:t>
        <w:br/>
        <w:t>v 1.510328 10.273265 -1.592393</w:t>
        <w:br/>
        <w:t>v 1.454517 10.337505 -1.619139</w:t>
        <w:br/>
        <w:t>v 1.462947 10.334123 -1.590473</w:t>
        <w:br/>
        <w:t>v 1.423050 10.413381 -1.605165</w:t>
        <w:br/>
        <w:t>v 1.432609 10.407682 -1.576777</w:t>
        <w:br/>
        <w:t>v 1.396639 10.499081 -1.588946</w:t>
        <w:br/>
        <w:t>v 1.406091 10.493643 -1.560513</w:t>
        <w:br/>
        <w:t>v 1.318456 10.389942 -1.623312</w:t>
        <w:br/>
        <w:t>v 1.339506 10.403390 -1.640027</w:t>
        <w:br/>
        <w:t>v 1.329786 10.499660 -1.614614</w:t>
        <w:br/>
        <w:t>v 1.308428 10.487924 -1.597504</w:t>
        <w:br/>
        <w:t>v 1.329786 10.499660 -1.614614</w:t>
        <w:br/>
        <w:t>v 1.339506 10.403390 -1.640027</w:t>
        <w:br/>
        <w:t>v 1.377098 10.306177 -1.655381</w:t>
        <w:br/>
        <w:t>v 1.451002 10.232234 -1.654358</w:t>
        <w:br/>
        <w:t>v 1.568470 10.233542 -1.612344</w:t>
        <w:br/>
        <w:t>v 1.549558 10.205963 -1.629094</w:t>
        <w:br/>
        <w:t>v 1.542093 10.182245 -1.610471</w:t>
        <w:br/>
        <w:t>v 1.436580 10.209950 -1.637854</w:t>
        <w:br/>
        <w:t>v 1.357992 10.288460 -1.639229</w:t>
        <w:br/>
        <w:t>v 1.356258 10.589644 -1.576084</w:t>
        <w:br/>
        <w:t>v 1.363590 10.587688 -1.547362</w:t>
        <w:br/>
        <w:t>v 1.321765 10.639563 -1.573192</w:t>
        <w:br/>
        <w:t>v 1.318666 10.640096 -1.547617</w:t>
        <w:br/>
        <w:t>v 1.308499 10.635588 -1.579190</w:t>
        <w:br/>
        <w:t>v 1.311708 10.643549 -1.575601</w:t>
        <w:br/>
        <w:t>v 1.301800 10.642886 -1.552853</w:t>
        <w:br/>
        <w:t>v 1.293022 10.631508 -1.559486</w:t>
        <w:br/>
        <w:t>v 1.311708 10.643549 -1.575601</w:t>
        <w:br/>
        <w:t>v 1.301800 10.642886 -1.552853</w:t>
        <w:br/>
        <w:t>v 1.322102 10.586293 -1.591144</w:t>
        <w:br/>
        <w:t>v 1.321765 10.639563 -1.573192</w:t>
        <w:br/>
        <w:t>v 1.308499 10.635588 -1.579190</w:t>
        <w:br/>
        <w:t>v 1.311708 10.643549 -1.575601</w:t>
        <w:br/>
        <w:t>v 1.322102 10.586293 -1.591144</w:t>
        <w:br/>
        <w:t>v 1.300388 10.575286 -1.573946</w:t>
        <w:br/>
        <w:t>v 1.613647 10.194372 -1.583123</w:t>
        <w:br/>
        <w:t>v 1.607749 10.213437 -1.606139</w:t>
        <w:br/>
        <w:t>v 1.616766 10.218663 -1.601278</w:t>
        <w:br/>
        <w:t>v 1.624515 10.206858 -1.575446</w:t>
        <w:br/>
        <w:t>v 1.624515 10.206858 -1.575446</w:t>
        <w:br/>
        <w:t>v 1.616766 10.218663 -1.601278</w:t>
        <w:br/>
        <w:t>v 1.611969 10.223006 -1.601779</w:t>
        <w:br/>
        <w:t>v 1.546799 12.718440 0.952142</w:t>
        <w:br/>
        <w:t>v -1.546833 12.718439 0.952138</w:t>
        <w:br/>
        <w:t>v 0.338992 20.729952 -0.747406</w:t>
        <w:br/>
        <w:t>v 0.310226 20.767643 -0.690496</w:t>
        <w:br/>
        <w:t>v 0.311847 20.998219 -0.797104</w:t>
        <w:br/>
        <w:t>v 0.369073 20.885225 -0.831236</w:t>
        <w:br/>
        <w:t>v 0.209713 20.706059 -0.798376</w:t>
        <w:br/>
        <w:t>v 0.338992 20.729952 -0.747406</w:t>
        <w:br/>
        <w:t>v 0.369073 20.885225 -0.831236</w:t>
        <w:br/>
        <w:t>v 0.236210 20.832682 -0.876303</w:t>
        <w:br/>
        <w:t>v 0.319592 21.103651 -0.904726</w:t>
        <w:br/>
        <w:t>v 0.392053 20.964054 -0.951401</w:t>
        <w:br/>
        <w:t>v 0.392053 20.964054 -0.951401</w:t>
        <w:br/>
        <w:t>v 0.236555 20.862751 -0.946918</w:t>
        <w:br/>
        <w:t>v 0.201591 21.128269 -1.266155</w:t>
        <w:br/>
        <w:t>v 0.142652 21.066782 -1.379790</w:t>
        <w:br/>
        <w:t>v 0.206046 21.104328 -1.415850</w:t>
        <w:br/>
        <w:t>v 0.220746 21.146149 -1.270881</w:t>
        <w:br/>
        <w:t>v 0.343299 21.164804 -1.296843</w:t>
        <w:br/>
        <w:t>v 0.352594 21.115971 -1.419243</w:t>
        <w:br/>
        <w:t>v 0.465623 20.982767 -1.296101</w:t>
        <w:br/>
        <w:t>v 0.438056 21.021488 -1.197632</w:t>
        <w:br/>
        <w:t>v 0.438056 21.021488 -1.197632</w:t>
        <w:br/>
        <w:t>v 0.465623 20.982767 -1.296101</w:t>
        <w:br/>
        <w:t>v 0.260197 20.826721 -1.134979</w:t>
        <w:br/>
        <w:t>v 0.252014 20.883289 -1.065879</w:t>
        <w:br/>
        <w:t>v 0.114380 20.973003 -1.445895</w:t>
        <w:br/>
        <w:t>v 0.184406 20.990108 -1.495960</w:t>
        <w:br/>
        <w:t>v 0.357292 20.982002 -1.507961</w:t>
        <w:br/>
        <w:t>v 0.507584 20.870485 -1.388760</w:t>
        <w:br/>
        <w:t>v 0.507584 20.870485 -1.388760</w:t>
        <w:br/>
        <w:t>v 0.273125 20.729898 -1.199728</w:t>
        <w:br/>
        <w:t>v 0.057993 20.778824 -1.555595</w:t>
        <w:br/>
        <w:t>v 0.150550 20.806475 -1.590053</w:t>
        <w:br/>
        <w:t>v 0.356832 20.785042 -1.600098</w:t>
        <w:br/>
        <w:t>v 0.548976 20.684364 -1.485323</w:t>
        <w:br/>
        <w:t>v 0.548976 20.684364 -1.485323</w:t>
        <w:br/>
        <w:t>v 0.278506 20.592520 -1.286684</w:t>
        <w:br/>
        <w:t>v 0.026035 20.545746 -1.651882</w:t>
        <w:br/>
        <w:t>v 0.118953 20.558661 -1.682107</w:t>
        <w:br/>
        <w:t>v 0.350243 20.520533 -1.685355</w:t>
        <w:br/>
        <w:t>v 0.566729 20.416758 -1.582907</w:t>
        <w:br/>
        <w:t>v 0.566729 20.416758 -1.582907</w:t>
        <w:br/>
        <w:t>v 0.271865 20.368235 -1.385760</w:t>
        <w:br/>
        <w:t>v 0.009156 20.330582 -1.722403</w:t>
        <w:br/>
        <w:t>v 0.102189 20.360170 -1.745948</w:t>
        <w:br/>
        <w:t>v 0.334897 20.310831 -1.742673</w:t>
        <w:br/>
        <w:t>v 0.562198 20.219765 -1.644344</w:t>
        <w:br/>
        <w:t>v 0.562198 20.219765 -1.644344</w:t>
        <w:br/>
        <w:t>v 0.259748 20.177576 -1.448586</w:t>
        <w:br/>
        <w:t>v 0.003480 20.137981 -1.782093</w:t>
        <w:br/>
        <w:t>v 0.086484 20.169420 -1.799309</w:t>
        <w:br/>
        <w:t>v 0.319502 20.130186 -1.795013</w:t>
        <w:br/>
        <w:t>v 0.550404 20.057076 -1.683309</w:t>
        <w:br/>
        <w:t>v 0.550404 20.057076 -1.683309</w:t>
        <w:br/>
        <w:t>v 0.244236 20.005190 -1.499212</w:t>
        <w:br/>
        <w:t>v 0.003112 19.927410 -1.833174</w:t>
        <w:br/>
        <w:t>v 0.066751 19.964598 -1.852436</w:t>
        <w:br/>
        <w:t>v 0.302846 19.946030 -1.850749</w:t>
        <w:br/>
        <w:t>v 0.537031 19.900204 -1.715828</w:t>
        <w:br/>
        <w:t>v 0.537031 19.900204 -1.715828</w:t>
        <w:br/>
        <w:t>v 0.233023 19.834890 -1.524506</w:t>
        <w:br/>
        <w:t>v 0.000421 19.734867 -1.869381</w:t>
        <w:br/>
        <w:t>v 0.060873 19.751293 -1.888410</w:t>
        <w:br/>
        <w:t>v 0.286787 19.749912 -1.885018</w:t>
        <w:br/>
        <w:t>v 0.517269 19.709791 -1.735070</w:t>
        <w:br/>
        <w:t>v 0.517269 19.709791 -1.735070</w:t>
        <w:br/>
        <w:t>v 0.225873 19.661966 -1.546967</w:t>
        <w:br/>
        <w:t>v 0.061758 19.564241 -1.906977</w:t>
        <w:br/>
        <w:t>v 0.008042 19.548763 -1.873215</w:t>
        <w:br/>
        <w:t>v 0.020639 19.367811 -1.855127</w:t>
        <w:br/>
        <w:t>v 0.072154 19.378389 -1.900045</w:t>
        <w:br/>
        <w:t>v 0.545689 19.568516 -1.727994</w:t>
        <w:br/>
        <w:t>v 0.520469 19.566572 -1.709432</w:t>
        <w:br/>
        <w:t>v 0.044992 19.088385 -1.796545</w:t>
        <w:br/>
        <w:t>v 0.104467 19.089180 -1.851852</w:t>
        <w:br/>
        <w:t>v 0.354556 19.069021 -1.876794</w:t>
        <w:br/>
        <w:t>v 0.444250 19.090925 -1.777782</w:t>
        <w:br/>
        <w:t>v 0.470126 19.406149 -1.790922</w:t>
        <w:br/>
        <w:t>v 0.311198 19.372519 -1.916669</w:t>
        <w:br/>
        <w:t>v 0.637038 19.167955 -1.666474</w:t>
        <w:br/>
        <w:t>v 0.521864 19.170174 -1.622765</w:t>
        <w:br/>
        <w:t>v 0.517511 19.431135 -1.679947</w:t>
        <w:br/>
        <w:t>v 0.578678 19.436049 -1.716727</w:t>
        <w:br/>
        <w:t>v 0.392477 18.815710 -1.822415</w:t>
        <w:br/>
        <w:t>v 0.446955 18.836020 -1.749019</w:t>
        <w:br/>
        <w:t>v 0.698138 18.910585 -1.602726</w:t>
        <w:br/>
        <w:t>v 0.526657 18.912142 -1.558288</w:t>
        <w:br/>
        <w:t>v 0.423363 18.589447 -1.742497</w:t>
        <w:br/>
        <w:t>v 0.456536 18.593184 -1.707594</w:t>
        <w:br/>
        <w:t>v 0.757911 18.642523 -1.528439</w:t>
        <w:br/>
        <w:t>v 0.536232 18.606213 -1.469043</w:t>
        <w:br/>
        <w:t>v 0.813316 18.359442 -1.442210</w:t>
        <w:br/>
        <w:t>v 0.555897 18.378256 -1.393542</w:t>
        <w:br/>
        <w:t>v 0.053968 18.389416 -1.574858</w:t>
        <w:br/>
        <w:t>v -0.000430 18.370443 -1.428903</w:t>
        <w:br/>
        <w:t>v 0.000318 18.227285 -1.397622</w:t>
        <w:br/>
        <w:t>v 0.054847 18.260075 -1.544809</w:t>
        <w:br/>
        <w:t>v 0.833306 18.208603 -1.397668</w:t>
        <w:br/>
        <w:t>v 0.567492 18.237598 -1.354087</w:t>
        <w:br/>
        <w:t>v 0.060071 18.122244 -1.520198</w:t>
        <w:br/>
        <w:t>v 0.005219 18.084528 -1.367625</w:t>
        <w:br/>
        <w:t>v -0.000622 17.926128 -1.343202</w:t>
        <w:br/>
        <w:t>v 0.055534 17.922287 -1.500993</w:t>
        <w:br/>
        <w:t>v 0.834049 18.058109 -1.351877</w:t>
        <w:br/>
        <w:t>v 0.813687 17.878080 -1.300769</w:t>
        <w:br/>
        <w:t>v 0.539385 17.934385 -1.281679</w:t>
        <w:br/>
        <w:t>v 0.562253 18.098196 -1.317726</w:t>
        <w:br/>
        <w:t>v 0.051236 17.763775 -1.508927</w:t>
        <w:br/>
        <w:t>v -0.016069 17.743757 -1.327495</w:t>
        <w:br/>
        <w:t>v -0.040840 17.496262 -1.326098</w:t>
        <w:br/>
        <w:t>v 0.014774 17.533136 -1.546384</w:t>
        <w:br/>
        <w:t>v 0.603178 17.437109 -1.191597</w:t>
        <w:br/>
        <w:t>v 0.489645 17.705463 -1.238499</w:t>
        <w:br/>
        <w:t>v 0.735227 17.661808 -1.244695</w:t>
        <w:br/>
        <w:t>v -0.095888 17.260862 -1.356467</w:t>
        <w:br/>
        <w:t>v -0.027180 17.288210 -1.599611</w:t>
        <w:br/>
        <w:t>v 0.277351 17.204796 -1.628280</w:t>
        <w:br/>
        <w:t>v 0.443166 17.123674 -1.210633</w:t>
        <w:br/>
        <w:t>v 0.603178 17.437109 -1.191597</w:t>
        <w:br/>
        <w:t>v 0.336695 17.474112 -1.610764</w:t>
        <w:br/>
        <w:t>v 0.443166 17.123674 -1.210633</w:t>
        <w:br/>
        <w:t>v 0.221567 17.162868 -1.248398</w:t>
        <w:br/>
        <w:t>v 0.317070 17.442499 -1.222002</w:t>
        <w:br/>
        <w:t>v -0.144470 17.078983 -1.402801</w:t>
        <w:br/>
        <w:t>v -0.055848 17.107353 -1.655841</w:t>
        <w:br/>
        <w:t>v 0.226313 17.033350 -1.655477</w:t>
        <w:br/>
        <w:t>v 0.337780 16.865583 -1.310345</w:t>
        <w:br/>
        <w:t>v 0.337780 16.865583 -1.310345</w:t>
        <w:br/>
        <w:t>v 0.156606 16.965919 -1.278980</w:t>
        <w:br/>
        <w:t>v -0.191545 16.896954 -1.476489</w:t>
        <w:br/>
        <w:t>v -0.240228 16.716194 -1.570889</w:t>
        <w:br/>
        <w:t>v -0.146206 16.775543 -1.817046</w:t>
        <w:br/>
        <w:t>v -0.090617 16.939659 -1.749119</w:t>
        <w:br/>
        <w:t>v 0.083592 16.724815 -1.781604</w:t>
        <w:br/>
        <w:t>v 0.178723 16.560104 -1.487061</w:t>
        <w:br/>
        <w:t>v 0.257172 16.694855 -1.399025</w:t>
        <w:br/>
        <w:t>v 0.164808 16.876816 -1.708388</w:t>
        <w:br/>
        <w:t>v 0.086913 16.775997 -1.334135</w:t>
        <w:br/>
        <w:t>v 0.257172 16.694855 -1.399025</w:t>
        <w:br/>
        <w:t>v 0.178723 16.560104 -1.487061</w:t>
        <w:br/>
        <w:t>v 0.015387 16.585361 -1.407826</w:t>
        <w:br/>
        <w:t>v -0.287438 16.534409 -1.662168</w:t>
        <w:br/>
        <w:t>v -0.203723 16.609379 -1.885839</w:t>
        <w:br/>
        <w:t>v 0.007201 16.573601 -1.840634</w:t>
        <w:br/>
        <w:t>v 0.109295 16.441353 -1.573120</w:t>
        <w:br/>
        <w:t>v 0.109295 16.441353 -1.573120</w:t>
        <w:br/>
        <w:t>v -0.063179 16.430164 -1.500962</w:t>
        <w:br/>
        <w:t>v -0.312707 16.418053 -1.732007</w:t>
        <w:br/>
        <w:t>v -0.334192 16.215958 -1.807733</w:t>
        <w:br/>
        <w:t>v -0.267450 16.272793 -1.969310</w:t>
        <w:br/>
        <w:t>v -0.235814 16.492428 -1.921718</w:t>
        <w:br/>
        <w:t>v -0.100570 16.247082 -1.898937</w:t>
        <w:br/>
        <w:t>v -0.024177 16.177132 -1.706661</w:t>
        <w:br/>
        <w:t>v 0.051424 16.342037 -1.627984</w:t>
        <w:br/>
        <w:t>v -0.032563 16.464775 -1.869944</w:t>
        <w:br/>
        <w:t>v 0.051424 16.342037 -1.627984</w:t>
        <w:br/>
        <w:t>v -0.024177 16.177132 -1.706661</w:t>
        <w:br/>
        <w:t>v -0.155855 16.176735 -1.669544</w:t>
        <w:br/>
        <w:t>v -0.103310 16.333824 -1.565529</w:t>
        <w:br/>
        <w:t>v -0.271568 16.145641 -1.966379</w:t>
        <w:br/>
        <w:t>v -0.326432 16.111370 -1.819109</w:t>
        <w:br/>
        <w:t>v -0.304232 16.007847 -1.806078</w:t>
        <w:br/>
        <w:t>v -0.254924 16.023205 -1.937193</w:t>
        <w:br/>
        <w:t>v -0.122542 16.131832 -1.901997</w:t>
        <w:br/>
        <w:t>v -0.054703 16.094860 -1.727891</w:t>
        <w:br/>
        <w:t>v -0.054703 16.094860 -1.727891</w:t>
        <w:br/>
        <w:t>v -0.174865 16.092903 -1.692198</w:t>
        <w:br/>
        <w:t>v -0.223195 15.922665 -1.890546</w:t>
        <w:br/>
        <w:t>v -0.278426 15.911541 -1.770985</w:t>
        <w:br/>
        <w:t>v -0.242748 15.818598 -1.740236</w:t>
        <w:br/>
        <w:t>v -0.178710 15.825257 -1.848513</w:t>
        <w:br/>
        <w:t>v -0.126747 16.018322 -1.883691</w:t>
        <w:br/>
        <w:t>v -0.118637 15.917738 -1.836977</w:t>
        <w:br/>
        <w:t>v -0.071159 15.916003 -1.704325</w:t>
        <w:br/>
        <w:t>v -0.070859 16.008484 -1.729385</w:t>
        <w:br/>
        <w:t>v -0.177503 16.005322 -1.690620</w:t>
        <w:br/>
        <w:t>v -0.070859 16.008484 -1.729385</w:t>
        <w:br/>
        <w:t>v -0.071159 15.916003 -1.704325</w:t>
        <w:br/>
        <w:t>v -0.158168 15.915213 -1.663542</w:t>
        <w:br/>
        <w:t>v -0.139340 15.742467 -1.827469</w:t>
        <w:br/>
        <w:t>v -0.196786 15.722835 -1.726930</w:t>
        <w:br/>
        <w:t>v -0.142339 15.633705 -1.739452</w:t>
        <w:br/>
        <w:t>v -0.095630 15.660907 -1.827160</w:t>
        <w:br/>
        <w:t>v -0.095007 15.819341 -1.794966</w:t>
        <w:br/>
        <w:t>v -0.066819 15.739923 -1.780997</w:t>
        <w:br/>
        <w:t>v -0.032513 15.745083 -1.685534</w:t>
        <w:br/>
        <w:t>v -0.055114 15.824954 -1.683606</w:t>
        <w:br/>
        <w:t>v -0.032513 15.745083 -1.685534</w:t>
        <w:br/>
        <w:t>v -0.094947 15.741759 -1.636686</w:t>
        <w:br/>
        <w:t>v -0.125871 15.827413 -1.639963</w:t>
        <w:br/>
        <w:t>v -0.055114 15.824954 -1.683606</w:t>
        <w:br/>
        <w:t>v 0.029541 15.448155 -1.873402</w:t>
        <w:br/>
        <w:t>v 0.163461 15.329103 -2.034914</w:t>
        <w:br/>
        <w:t>v 0.032990 15.471378 -1.915200</w:t>
        <w:br/>
        <w:t>v 0.163461 15.329103 -2.034914</w:t>
        <w:br/>
        <w:t>v 0.079442 15.494728 -1.842938</w:t>
        <w:br/>
        <w:t>v 0.061419 15.479675 -1.887530</w:t>
        <w:br/>
        <w:t>v 0.163461 15.329103 -2.034914</w:t>
        <w:br/>
        <w:t>v 0.057944 15.450496 -1.812107</w:t>
        <w:br/>
        <w:t>v 0.079442 15.494728 -1.842938</w:t>
        <w:br/>
        <w:t>v 0.523621 19.564013 -1.749425</w:t>
        <w:br/>
        <w:t>v 0.545689 19.568516 -1.727994</w:t>
        <w:br/>
        <w:t>v 0.532861 19.426752 -1.752311</w:t>
        <w:br/>
        <w:t>v 0.563826 19.140120 -1.719036</w:t>
        <w:br/>
        <w:t>v 0.637038 19.167955 -1.666474</w:t>
        <w:br/>
        <w:t>v 0.578678 19.436049 -1.716727</w:t>
        <w:br/>
        <w:t>v 0.597659 18.881008 -1.665300</w:t>
        <w:br/>
        <w:t>v 0.698138 18.910585 -1.602726</w:t>
        <w:br/>
        <w:t>v 0.629730 18.623383 -1.610304</w:t>
        <w:br/>
        <w:t>v 0.757911 18.642523 -1.528439</w:t>
        <w:br/>
        <w:t>v 0.630221 18.353025 -1.549369</w:t>
        <w:br/>
        <w:t>v 0.813316 18.359442 -1.442210</w:t>
        <w:br/>
        <w:t>v 0.621807 18.209497 -1.522684</w:t>
        <w:br/>
        <w:t>v 0.833306 18.208603 -1.397668</w:t>
        <w:br/>
        <w:t>v 0.547564 17.905119 -1.487344</w:t>
        <w:br/>
        <w:t>v 0.813687 17.878080 -1.300769</w:t>
        <w:br/>
        <w:t>v 0.834049 18.058109 -1.351877</w:t>
        <w:br/>
        <w:t>v 0.595375 18.068527 -1.502877</w:t>
        <w:br/>
        <w:t>v 0.735227 17.661808 -1.244695</w:t>
        <w:br/>
        <w:t>v 0.483318 17.751730 -1.501390</w:t>
        <w:br/>
        <w:t>v 0.489592 19.554562 -1.768257</w:t>
        <w:br/>
        <w:t>v 0.294311 19.561066 -1.910573</w:t>
        <w:br/>
        <w:t>v 0.454120 18.348827 -1.664435</w:t>
        <w:br/>
        <w:t>v 0.484143 18.864908 -1.677988</w:t>
        <w:br/>
        <w:t>v 0.469427 19.122646 -1.725707</w:t>
        <w:br/>
        <w:t>v 0.485764 19.423096 -1.746877</w:t>
        <w:br/>
        <w:t>v 0.499141 19.562881 -1.743918</w:t>
        <w:br/>
        <w:t>v 0.499141 19.562881 -1.743918</w:t>
        <w:br/>
        <w:t>v 0.485764 19.423096 -1.746877</w:t>
        <w:br/>
        <w:t>v 0.469427 19.122646 -1.725707</w:t>
        <w:br/>
        <w:t>v 0.498625 18.612486 -1.620588</w:t>
        <w:br/>
        <w:t>v 0.502657 18.356728 -1.559718</w:t>
        <w:br/>
        <w:t>v 0.498632 18.216883 -1.531059</w:t>
        <w:br/>
        <w:t>v 0.482025 18.077419 -1.510371</w:t>
        <w:br/>
        <w:t>v 0.457266 17.921469 -1.499704</w:t>
        <w:br/>
        <w:t>v 0.424794 17.767204 -1.509196</w:t>
        <w:br/>
        <w:t>v 0.424794 17.767204 -1.509196</w:t>
        <w:br/>
        <w:t>v 0.408731 17.766680 -1.617251</w:t>
        <w:br/>
        <w:t>v 0.457266 17.921469 -1.499704</w:t>
        <w:br/>
        <w:t>v 0.435212 17.920748 -1.616743</w:t>
        <w:br/>
        <w:t>v 0.482025 18.077419 -1.510371</w:t>
        <w:br/>
        <w:t>v 0.498632 18.216883 -1.531059</w:t>
        <w:br/>
        <w:t>v 0.455517 18.212416 -1.639884</w:t>
        <w:br/>
        <w:t>v 0.449802 18.074257 -1.624284</w:t>
        <w:br/>
        <w:t>v 0.490390 19.548906 -1.703894</w:t>
        <w:br/>
        <w:t>v 0.225836 19.504217 -1.557029</w:t>
        <w:br/>
        <w:t>v 0.465526 19.406111 -1.665944</w:t>
        <w:br/>
        <w:t>v 0.410047 19.115108 -1.594567</w:t>
        <w:br/>
        <w:t>v 0.260142 19.093027 -1.524258</w:t>
        <w:br/>
        <w:t>v 0.234987 19.330933 -1.552075</w:t>
        <w:br/>
        <w:t>v 0.369340 18.829849 -1.522241</w:t>
        <w:br/>
        <w:t>v 0.297184 18.779732 -1.480733</w:t>
        <w:br/>
        <w:t>v 0.323639 18.526594 -1.439155</w:t>
        <w:br/>
        <w:t>v 0.338658 18.279615 -1.389284</w:t>
        <w:br/>
        <w:t>v 0.347447 18.144781 -1.354858</w:t>
        <w:br/>
        <w:t>v 0.352605 17.899471 -1.293187</w:t>
        <w:br/>
        <w:t>v 0.350847 18.009645 -1.323506</w:t>
        <w:br/>
        <w:t>v 0.339066 17.691124 -1.253653</w:t>
        <w:br/>
        <w:t>v 0.343299 21.164804 -1.296843</w:t>
        <w:br/>
        <w:t>v 0.330784 21.171398 -1.093371</w:t>
        <w:br/>
        <w:t>v 0.261138 21.143904 -1.107593</w:t>
        <w:br/>
        <w:t>v 0.412935 21.012911 -1.072832</w:t>
        <w:br/>
        <w:t>v 0.330784 21.171398 -1.093371</w:t>
        <w:br/>
        <w:t>v 0.412935 21.012911 -1.072832</w:t>
        <w:br/>
        <w:t>v 0.244314 20.884371 -1.007729</w:t>
        <w:br/>
        <w:t>v 0.301834 20.905748 -0.824685</w:t>
        <w:br/>
        <w:t>v 0.311847 20.998219 -0.797104</w:t>
        <w:br/>
        <w:t>v 0.310226 20.767643 -0.690496</w:t>
        <w:br/>
        <w:t>v 0.303399 20.712402 -0.747503</w:t>
        <w:br/>
        <w:t>v 0.287959 21.058901 -0.945273</w:t>
        <w:br/>
        <w:t>v 0.319592 21.103651 -0.904726</w:t>
        <w:br/>
        <w:t>v 0.352594 21.115971 -1.419243</w:t>
        <w:br/>
        <w:t>v 0.140254 18.848640 -1.774860</w:t>
        <w:br/>
        <w:t>v 0.392477 18.815710 -1.822415</w:t>
        <w:br/>
        <w:t>v 0.051236 17.763775 -1.508927</w:t>
        <w:br/>
        <w:t>v 0.014774 17.533136 -1.546384</w:t>
        <w:br/>
        <w:t>v 0.336695 17.474112 -1.610764</w:t>
        <w:br/>
        <w:t>v 0.408731 17.766680 -1.617251</w:t>
        <w:br/>
        <w:t>v -0.027180 17.288210 -1.599611</w:t>
        <w:br/>
        <w:t>v 0.277351 17.204796 -1.628280</w:t>
        <w:br/>
        <w:t>v -0.055848 17.107353 -1.655841</w:t>
        <w:br/>
        <w:t>v 0.226313 17.033350 -1.655477</w:t>
        <w:br/>
        <w:t>v -0.146206 16.775543 -1.817046</w:t>
        <w:br/>
        <w:t>v 0.083592 16.724815 -1.781604</w:t>
        <w:br/>
        <w:t>v 0.164808 16.876816 -1.708388</w:t>
        <w:br/>
        <w:t>v -0.090617 16.939659 -1.749119</w:t>
        <w:br/>
        <w:t>v -0.203723 16.609379 -1.885839</w:t>
        <w:br/>
        <w:t>v 0.007201 16.573601 -1.840634</w:t>
        <w:br/>
        <w:t>v 0.083592 16.724815 -1.781604</w:t>
        <w:br/>
        <w:t>v -0.267450 16.272793 -1.969310</w:t>
        <w:br/>
        <w:t>v -0.100570 16.247082 -1.898937</w:t>
        <w:br/>
        <w:t>v -0.032563 16.464775 -1.869944</w:t>
        <w:br/>
        <w:t>v -0.235814 16.492428 -1.921718</w:t>
        <w:br/>
        <w:t>v -0.271568 16.145641 -1.966379</w:t>
        <w:br/>
        <w:t>v -0.122542 16.131832 -1.901997</w:t>
        <w:br/>
        <w:t>v -0.254924 16.023205 -1.937193</w:t>
        <w:br/>
        <w:t>v -0.223195 15.922665 -1.890546</w:t>
        <w:br/>
        <w:t>v -0.118637 15.917738 -1.836977</w:t>
        <w:br/>
        <w:t>v -0.126747 16.018322 -1.883691</w:t>
        <w:br/>
        <w:t>v -0.178710 15.825257 -1.848513</w:t>
        <w:br/>
        <w:t>v -0.139340 15.742467 -1.827469</w:t>
        <w:br/>
        <w:t>v -0.066819 15.739923 -1.780997</w:t>
        <w:br/>
        <w:t>v -0.095007 15.819341 -1.794966</w:t>
        <w:br/>
        <w:t>v 0.163461 15.329103 -2.034914</w:t>
        <w:br/>
        <w:t>v 0.061419 15.479675 -1.887530</w:t>
        <w:br/>
        <w:t>v 0.032990 15.471378 -1.915200</w:t>
        <w:br/>
        <w:t>v -0.050478 15.519561 -1.804613</w:t>
        <w:br/>
        <w:t>v -0.034008 15.565142 -1.859571</w:t>
        <w:br/>
        <w:t>v -0.004326 15.670096 -1.707943</w:t>
        <w:br/>
        <w:t>v -0.033050 15.662057 -1.788699</w:t>
        <w:br/>
        <w:t>v 0.006834 15.578619 -1.823099</w:t>
        <w:br/>
        <w:t>v 0.035028 15.584302 -1.761223</w:t>
        <w:br/>
        <w:t>v -0.061834 15.659789 -1.655469</w:t>
        <w:br/>
        <w:t>v -0.004326 15.670096 -1.707943</w:t>
        <w:br/>
        <w:t>v 0.035028 15.584302 -1.761223</w:t>
        <w:br/>
        <w:t>v 0.005076 15.528500 -1.730870</w:t>
        <w:br/>
        <w:t>v -0.095630 15.660907 -1.827160</w:t>
        <w:br/>
        <w:t>v -0.034008 15.565142 -1.859571</w:t>
        <w:br/>
        <w:t>v 0.006834 15.578619 -1.823099</w:t>
        <w:br/>
        <w:t>v -0.033050 15.662057 -1.788699</w:t>
        <w:br/>
        <w:t>v 0.149584 20.866089 -0.880871</w:t>
        <w:br/>
        <w:t>v 0.080126 20.892900 -0.884535</w:t>
        <w:br/>
        <w:t>v 0.090993 20.742468 -0.791734</w:t>
        <w:br/>
        <w:t>v 0.142516 20.906668 -0.951319</w:t>
        <w:br/>
        <w:t>v 0.260197 20.826721 -1.134979</w:t>
        <w:br/>
        <w:t>v 0.119035 20.877020 -1.150594</w:t>
        <w:br/>
        <w:t>v 0.129327 20.926882 -1.073251</w:t>
        <w:br/>
        <w:t>v 0.252014 20.883289 -1.065879</w:t>
        <w:br/>
        <w:t>v 0.056127 20.212492 -1.489113</w:t>
        <w:br/>
        <w:t>v 0.047105 20.038706 -1.538349</w:t>
        <w:br/>
        <w:t>v 0.029430 19.861256 -1.580375</w:t>
        <w:br/>
        <w:t>v -0.002049 19.668161 -1.620129</w:t>
        <w:br/>
        <w:t>v 0.001971 19.500874 -1.613397</w:t>
        <w:br/>
        <w:t>v 0.003339 19.331732 -1.608564</w:t>
        <w:br/>
        <w:t>v -0.014987 19.088251 -1.567235</w:t>
        <w:br/>
        <w:t>v -0.030354 18.807402 -1.525563</w:t>
        <w:br/>
        <w:t>v -0.018043 18.625574 -1.491313</w:t>
        <w:br/>
        <w:t>v -0.000430 18.370443 -1.428903</w:t>
        <w:br/>
        <w:t>v 0.000318 18.227285 -1.397622</w:t>
        <w:br/>
        <w:t>v 0.005219 18.084528 -1.367625</w:t>
        <w:br/>
        <w:t>v -0.000622 17.926128 -1.343202</w:t>
        <w:br/>
        <w:t>v -0.016069 17.743757 -1.327495</w:t>
        <w:br/>
        <w:t>v -0.040840 17.496262 -1.326098</w:t>
        <w:br/>
        <w:t>v -0.095888 17.260862 -1.356467</w:t>
        <w:br/>
        <w:t>v -0.191545 16.896954 -1.476489</w:t>
        <w:br/>
        <w:t>v -0.144470 17.078983 -1.402801</w:t>
        <w:br/>
        <w:t>v -0.312707 16.418053 -1.732007</w:t>
        <w:br/>
        <w:t>v -0.287438 16.534409 -1.662168</w:t>
        <w:br/>
        <w:t>v -0.063179 16.430164 -1.500962</w:t>
        <w:br/>
        <w:t>v -0.334192 16.215958 -1.807733</w:t>
        <w:br/>
        <w:t>v -0.326432 16.111370 -1.819109</w:t>
        <w:br/>
        <w:t>v -0.177503 16.005322 -1.690620</w:t>
        <w:br/>
        <w:t>v -0.304232 16.007847 -1.806078</w:t>
        <w:br/>
        <w:t>v -0.278426 15.911541 -1.770985</w:t>
        <w:br/>
        <w:t>v -0.158168 15.915213 -1.663542</w:t>
        <w:br/>
        <w:t>v -0.125871 15.827413 -1.639963</w:t>
        <w:br/>
        <w:t>v -0.242748 15.818598 -1.740236</w:t>
        <w:br/>
        <w:t>v -0.196786 15.722835 -1.726930</w:t>
        <w:br/>
        <w:t>v -0.094947 15.741759 -1.636686</w:t>
        <w:br/>
        <w:t>v -0.061834 15.659789 -1.655469</w:t>
        <w:br/>
        <w:t>v -0.142339 15.633705 -1.739452</w:t>
        <w:br/>
        <w:t>v 0.029541 15.448155 -1.873402</w:t>
        <w:br/>
        <w:t>v 0.057944 15.450496 -1.812107</w:t>
        <w:br/>
        <w:t>v 0.163461 15.329103 -2.034914</w:t>
        <w:br/>
        <w:t>v 0.136578 20.928270 -1.014110</w:t>
        <w:br/>
        <w:t>v -0.050478 15.519561 -1.804613</w:t>
        <w:br/>
        <w:t>v 0.005076 15.528500 -1.730870</w:t>
        <w:br/>
        <w:t>v 0.502657 18.356728 -1.559718</w:t>
        <w:br/>
        <w:t>v 0.435212 17.920748 -1.616743</w:t>
        <w:br/>
        <w:t>v -0.050478 15.519561 -1.804613</w:t>
        <w:br/>
        <w:t>v 0.038903 18.873150 -1.751913</w:t>
        <w:br/>
        <w:t>v -0.030354 18.807402 -1.525563</w:t>
        <w:br/>
        <w:t>v -0.018043 18.625574 -1.491313</w:t>
        <w:br/>
        <w:t>v 0.059746 18.612480 -1.638596</w:t>
        <w:br/>
        <w:t>v -0.240228 16.716194 -1.570889</w:t>
        <w:br/>
        <w:t>v 0.273125 20.729898 -1.199728</w:t>
        <w:br/>
        <w:t>v 0.110085 20.793501 -1.224122</w:t>
        <w:br/>
        <w:t>v 0.096102 20.640961 -1.313516</w:t>
        <w:br/>
        <w:t>v 0.072469 20.425877 -1.415286</w:t>
        <w:br/>
        <w:t>v -0.059407 19.501392 -1.631919</w:t>
        <w:br/>
        <w:t>v -0.107317 19.331657 -1.643377</w:t>
        <w:br/>
        <w:t>v -0.091156 19.086798 -1.580407</w:t>
        <w:br/>
        <w:t>v 0.190566 18.605274 -1.693190</w:t>
        <w:br/>
        <w:t>v 0.423363 18.589447 -1.742497</w:t>
        <w:br/>
        <w:t>v 0.236822 18.376467 -1.640950</w:t>
        <w:br/>
        <w:t>v 0.454120 18.348827 -1.664435</w:t>
        <w:br/>
        <w:t>v 0.262200 18.240334 -1.623207</w:t>
        <w:br/>
        <w:t>v 0.455517 18.212416 -1.639884</w:t>
        <w:br/>
        <w:t>v 0.262200 18.240334 -1.623207</w:t>
        <w:br/>
        <w:t>v 0.283382 18.101061 -1.608489</w:t>
        <w:br/>
        <w:t>v 0.449802 18.074257 -1.624284</w:t>
        <w:br/>
        <w:t>v 0.455517 18.212416 -1.639884</w:t>
        <w:br/>
        <w:t>v 0.029115 18.640759 -1.695175</w:t>
        <w:br/>
        <w:t>v 0.010867 18.425264 -1.660094</w:t>
        <w:br/>
        <w:t>v 0.120786 18.419001 -1.796763</w:t>
        <w:br/>
        <w:t>v 0.103072 18.642879 -1.788990</w:t>
        <w:br/>
        <w:t>v 0.059746 18.612480 -1.638596</w:t>
        <w:br/>
        <w:t>v 0.053968 18.389416 -1.574859</w:t>
        <w:br/>
        <w:t>v 0.010867 18.425264 -1.660094</w:t>
        <w:br/>
        <w:t>v 0.029115 18.640759 -1.695175</w:t>
        <w:br/>
        <w:t>v 0.103072 18.642879 -1.788990</w:t>
        <w:br/>
        <w:t>v 0.120786 18.419001 -1.796763</w:t>
        <w:br/>
        <w:t>v 0.236822 18.376467 -1.640950</w:t>
        <w:br/>
        <w:t>v 0.190566 18.605274 -1.693190</w:t>
        <w:br/>
        <w:t>v -0.009732 17.953423 -1.657999</w:t>
        <w:br/>
        <w:t>v -0.019111 17.790691 -1.693478</w:t>
        <w:br/>
        <w:t>v 0.145878 17.818356 -1.855987</w:t>
        <w:br/>
        <w:t>v 0.156100 17.966806 -1.834397</w:t>
        <w:br/>
        <w:t>v -0.009732 17.953423 -1.657999</w:t>
        <w:br/>
        <w:t>v 0.055534 17.922287 -1.500993</w:t>
        <w:br/>
        <w:t>v 0.051240 17.763777 -1.508931</w:t>
        <w:br/>
        <w:t>v -0.019111 17.790691 -1.693478</w:t>
        <w:br/>
        <w:t>v 0.299392 17.930267 -1.632382</w:t>
        <w:br/>
        <w:t>v 0.156100 17.966806 -1.834397</w:t>
        <w:br/>
        <w:t>v 0.145878 17.818356 -1.855987</w:t>
        <w:br/>
        <w:t>v 0.303988 17.782867 -1.662479</w:t>
        <w:br/>
        <w:t>v -0.021856 17.568033 -1.750279</w:t>
        <w:br/>
        <w:t>v 0.122515 17.584877 -1.904948</w:t>
        <w:br/>
        <w:t>v 0.122515 17.584877 -1.904948</w:t>
        <w:br/>
        <w:t>v 0.288231 17.538729 -1.706500</w:t>
        <w:br/>
        <w:t>v 0.180381 16.711987 -1.821644</w:t>
        <w:br/>
        <w:t>v 0.333458 16.562668 -1.667720</w:t>
        <w:br/>
        <w:t>v 0.257899 16.725578 -1.842752</w:t>
        <w:br/>
        <w:t>v 0.305983 16.791496 -1.751637</w:t>
        <w:br/>
        <w:t>v 0.333458 16.562668 -1.667720</w:t>
        <w:br/>
        <w:t>v 0.201919 16.744156 -1.735107</w:t>
        <w:br/>
        <w:t>v 0.201919 16.744156 -1.735107</w:t>
        <w:br/>
        <w:t>v 0.333458 16.562668 -1.667720</w:t>
        <w:br/>
        <w:t>v 0.180381 16.711987 -1.821644</w:t>
        <w:br/>
        <w:t>v 0.257899 16.725578 -1.842752</w:t>
        <w:br/>
        <w:t>v 0.333458 16.562668 -1.667720</w:t>
        <w:br/>
        <w:t>v 0.305983 16.791496 -1.751637</w:t>
        <w:br/>
        <w:t>v 0.042531 17.065134 -1.881890</w:t>
        <w:br/>
        <w:t>v 0.097701 16.869495 -1.883705</w:t>
        <w:br/>
        <w:t>v 0.187357 16.882519 -1.928264</w:t>
        <w:br/>
        <w:t>v 0.147098 17.064814 -1.967886</w:t>
        <w:br/>
        <w:t>v 0.282845 16.923275 -1.793551</w:t>
        <w:br/>
        <w:t>v 0.146650 16.894417 -1.746934</w:t>
        <w:br/>
        <w:t>v 0.114175 17.050701 -1.721369</w:t>
        <w:br/>
        <w:t>v 0.265525 17.058168 -1.813202</w:t>
        <w:br/>
        <w:t>v 0.146650 16.894417 -1.746934</w:t>
        <w:br/>
        <w:t>v 0.097701 16.869495 -1.883705</w:t>
        <w:br/>
        <w:t>v 0.042531 17.065134 -1.881890</w:t>
        <w:br/>
        <w:t>v 0.114175 17.050701 -1.721369</w:t>
        <w:br/>
        <w:t>v 0.147098 17.064814 -1.967886</w:t>
        <w:br/>
        <w:t>v 0.187357 16.882519 -1.928264</w:t>
        <w:br/>
        <w:t>v 0.282845 16.923275 -1.793551</w:t>
        <w:br/>
        <w:t>v 0.265525 17.058168 -1.813202</w:t>
        <w:br/>
        <w:t>v 0.093942 18.878048 -1.813862</w:t>
        <w:br/>
        <w:t>v 0.038903 18.873150 -1.751913</w:t>
        <w:br/>
        <w:t>v 0.038903 18.873150 -1.751913</w:t>
        <w:br/>
        <w:t>v 0.190566 18.605274 -1.693190</w:t>
        <w:br/>
        <w:t>v 0.140254 18.848640 -1.774860</w:t>
        <w:br/>
        <w:t>v 0.093942 18.878048 -1.813862</w:t>
        <w:br/>
        <w:t>v 0.104467 19.089180 -1.851852</w:t>
        <w:br/>
        <w:t>v 0.044992 19.088385 -1.796545</w:t>
        <w:br/>
        <w:t>v 0.104467 19.089180 -1.851852</w:t>
        <w:br/>
        <w:t>v 0.001980 18.299198 -1.649789</w:t>
        <w:br/>
        <w:t>v 0.132852 18.298792 -1.809045</w:t>
        <w:br/>
        <w:t>v 0.054847 18.260075 -1.544809</w:t>
        <w:br/>
        <w:t>v 0.001980 18.299198 -1.649789</w:t>
        <w:br/>
        <w:t>v 0.132852 18.298792 -1.809045</w:t>
        <w:br/>
        <w:t>v 0.262200 18.240334 -1.623207</w:t>
        <w:br/>
        <w:t>v 0.000022 18.174967 -1.645243</w:t>
        <w:br/>
        <w:t>v 0.143490 18.177771 -1.812805</w:t>
        <w:br/>
        <w:t>v 0.060071 18.122244 -1.520199</w:t>
        <w:br/>
        <w:t>v 0.000022 18.174967 -1.645243</w:t>
        <w:br/>
        <w:t>v 0.143490 18.177771 -1.812805</w:t>
        <w:br/>
        <w:t>v 0.283382 18.101061 -1.608489</w:t>
        <w:br/>
        <w:t>v 0.299392 17.930267 -1.632382</w:t>
        <w:br/>
        <w:t>v 0.303988 17.782867 -1.662479</w:t>
        <w:br/>
        <w:t>v 0.051240 17.763777 -1.508931</w:t>
        <w:br/>
        <w:t>v 0.055534 17.922287 -1.500993</w:t>
        <w:br/>
        <w:t>v -0.002880 17.331619 -1.819182</w:t>
        <w:br/>
        <w:t>v 0.010900 17.206711 -1.860219</w:t>
        <w:br/>
        <w:t>v 0.123708 17.195253 -1.967479</w:t>
        <w:br/>
        <w:t>v 0.116419 17.327345 -1.956105</w:t>
        <w:br/>
        <w:t>v 0.087393 17.296680 -1.632803</w:t>
        <w:br/>
        <w:t>v 0.272232 17.289515 -1.768048</w:t>
        <w:br/>
        <w:t>v 0.264888 17.173794 -1.800100</w:t>
        <w:br/>
        <w:t>v 0.098731 17.173820 -1.680182</w:t>
        <w:br/>
        <w:t>v 0.087393 17.296680 -1.632803</w:t>
        <w:br/>
        <w:t>v 0.098731 17.173820 -1.680182</w:t>
        <w:br/>
        <w:t>v 0.010900 17.206711 -1.860219</w:t>
        <w:br/>
        <w:t>v -0.002880 17.331619 -1.819182</w:t>
        <w:br/>
        <w:t>v 0.116419 17.327345 -1.956105</w:t>
        <w:br/>
        <w:t>v 0.123708 17.195253 -1.967479</w:t>
        <w:br/>
        <w:t>v 0.264888 17.173794 -1.800100</w:t>
        <w:br/>
        <w:t>v 0.272232 17.289515 -1.768048</w:t>
        <w:br/>
        <w:t>v 0.049698 17.538538 -1.563431</w:t>
        <w:br/>
        <w:t>v -0.021856 17.568033 -1.750279</w:t>
        <w:br/>
        <w:t>v 0.288231 17.538729 -1.706500</w:t>
        <w:br/>
        <w:t>v 0.049698 17.538538 -1.563431</w:t>
        <w:br/>
        <w:t>v 0.283382 18.101061 -1.608489</w:t>
        <w:br/>
        <w:t>v -0.156797 18.631067 -1.890975</w:t>
        <w:br/>
        <w:t>v -0.113428 18.853867 -1.904709</w:t>
        <w:br/>
        <w:t>v -0.186496 18.913996 -1.737761</w:t>
        <w:br/>
        <w:t>v -0.244621 18.686916 -1.708592</w:t>
        <w:br/>
        <w:t>v 0.019519 18.638329 -1.686511</w:t>
        <w:br/>
        <w:t>v 0.038903 18.873150 -1.751913</w:t>
        <w:br/>
        <w:t>v -0.113428 18.853867 -1.904709</w:t>
        <w:br/>
        <w:t>v -0.156797 18.631067 -1.890975</w:t>
        <w:br/>
        <w:t>v -0.301489 18.497105 -1.681424</w:t>
        <w:br/>
        <w:t>v -0.197714 18.430195 -1.869813</w:t>
        <w:br/>
        <w:t>v 0.019519 18.638329 -1.686511</w:t>
        <w:br/>
        <w:t>v -0.011029 18.404474 -1.665915</w:t>
        <w:br/>
        <w:t>v -0.092283 18.393389 -1.493411</w:t>
        <w:br/>
        <w:t>v -0.047671 18.601004 -1.519451</w:t>
        <w:br/>
        <w:t>v -0.197714 18.430195 -1.869813</w:t>
        <w:br/>
        <w:t>v -0.011029 18.404474 -1.665915</w:t>
        <w:br/>
        <w:t>v -0.601316 17.172934 -1.460832</w:t>
        <w:br/>
        <w:t>v -0.554199 17.136471 -1.621938</w:t>
        <w:br/>
        <w:t>v -0.515045 17.420115 -1.662773</w:t>
        <w:br/>
        <w:t>v -0.570961 17.478420 -1.489867</w:t>
        <w:br/>
        <w:t>v -0.323427 17.367437 -1.531380</w:t>
        <w:br/>
        <w:t>v -0.389210 17.094927 -1.507040</w:t>
        <w:br/>
        <w:t>v -0.448847 17.144779 -1.309391</w:t>
        <w:br/>
        <w:t>v -0.409405 17.444416 -1.316321</w:t>
        <w:br/>
        <w:t>v -0.515045 17.420115 -1.662773</w:t>
        <w:br/>
        <w:t>v -0.554199 17.136471 -1.621938</w:t>
        <w:br/>
        <w:t>v -0.389210 17.094927 -1.507040</w:t>
        <w:br/>
        <w:t>v -0.323427 17.367437 -1.531380</w:t>
        <w:br/>
        <w:t>v -0.525020 16.797058 -1.593729</w:t>
        <w:br/>
        <w:t>v -0.550115 16.967915 -1.602629</w:t>
        <w:br/>
        <w:t>v -0.595472 16.990032 -1.458067</w:t>
        <w:br/>
        <w:t>v -0.566661 16.801952 -1.460377</w:t>
        <w:br/>
        <w:t>v -0.411988 16.947411 -1.508085</w:t>
        <w:br/>
        <w:t>v -0.459731 16.967945 -1.316020</w:t>
        <w:br/>
        <w:t>v -0.550115 16.967915 -1.602629</w:t>
        <w:br/>
        <w:t>v -0.411988 16.947411 -1.508085</w:t>
        <w:br/>
        <w:t>v -0.459746 16.443882 -1.514997</w:t>
        <w:br/>
        <w:t>v -0.434205 16.479511 -1.611460</w:t>
        <w:br/>
        <w:t>v -0.484093 16.634624 -1.596291</w:t>
        <w:br/>
        <w:t>v -0.524697 16.611446 -1.476948</w:t>
        <w:br/>
        <w:t>v -0.386761 16.615135 -1.510143</w:t>
        <w:br/>
        <w:t>v -0.420359 16.598038 -1.387272</w:t>
        <w:br/>
        <w:t>v -0.452265 16.782715 -1.342556</w:t>
        <w:br/>
        <w:t>v -0.410515 16.793171 -1.507367</w:t>
        <w:br/>
        <w:t>v -0.525020 16.797058 -1.593729</w:t>
        <w:br/>
        <w:t>v -0.484093 16.634624 -1.596291</w:t>
        <w:br/>
        <w:t>v -0.386761 16.615135 -1.510143</w:t>
        <w:br/>
        <w:t>v -0.410515 16.793171 -1.507367</w:t>
        <w:br/>
        <w:t>v -0.161588 16.102718 -1.690423</w:t>
        <w:br/>
        <w:t>v -0.270360 16.213352 -1.653772</w:t>
        <w:br/>
        <w:t>v -0.284749 16.178528 -1.623697</w:t>
        <w:br/>
        <w:t>v -0.235309 16.208298 -1.633644</w:t>
        <w:br/>
        <w:t>v -0.161588 16.102718 -1.690423</w:t>
        <w:br/>
        <w:t>v -0.253444 16.180096 -1.593755</w:t>
        <w:br/>
        <w:t>v -0.270360 16.213352 -1.653772</w:t>
        <w:br/>
        <w:t>v -0.161588 16.102718 -1.690423</w:t>
        <w:br/>
        <w:t>v -0.235309 16.208298 -1.633644</w:t>
        <w:br/>
        <w:t>v -0.047671 18.601004 -1.519451</w:t>
        <w:br/>
        <w:t>v -0.244621 18.686916 -1.708592</w:t>
        <w:br/>
        <w:t>v -0.186496 18.913996 -1.737761</w:t>
        <w:br/>
        <w:t>v -0.030354 18.807402 -1.525563</w:t>
        <w:br/>
        <w:t>v -0.092283 18.393389 -1.493411</w:t>
        <w:br/>
        <w:t>v -0.301489 18.497105 -1.681424</w:t>
        <w:br/>
        <w:t>v -0.409405 17.444416 -1.316321</w:t>
        <w:br/>
        <w:t>v -0.448847 17.144779 -1.309391</w:t>
        <w:br/>
        <w:t>v -0.601316 17.172934 -1.460832</w:t>
        <w:br/>
        <w:t>v -0.570961 17.478420 -1.489867</w:t>
        <w:br/>
        <w:t>v -0.459731 16.967945 -1.316020</w:t>
        <w:br/>
        <w:t>v -0.595472 16.990032 -1.458067</w:t>
        <w:br/>
        <w:t>v -0.420359 16.598038 -1.387272</w:t>
        <w:br/>
        <w:t>v -0.524697 16.611446 -1.476948</w:t>
        <w:br/>
        <w:t>v -0.566661 16.801952 -1.460377</w:t>
        <w:br/>
        <w:t>v -0.452265 16.782715 -1.342556</w:t>
        <w:br/>
        <w:t>v -0.253444 16.180096 -1.593755</w:t>
        <w:br/>
        <w:t>v -0.161588 16.102718 -1.690423</w:t>
        <w:br/>
        <w:t>v -0.284749 16.178528 -1.623697</w:t>
        <w:br/>
        <w:t>v -0.368337 16.347214 -1.629952</w:t>
        <w:br/>
        <w:t>v -0.385161 16.305145 -1.560713</w:t>
        <w:br/>
        <w:t>v -0.315368 16.284092 -1.522839</w:t>
        <w:br/>
        <w:t>v -0.294844 16.328842 -1.585472</w:t>
        <w:br/>
        <w:t>v -0.294844 16.328842 -1.585472</w:t>
        <w:br/>
        <w:t>v -0.368337 16.347214 -1.629952</w:t>
        <w:br/>
        <w:t>v -0.385161 16.305145 -1.560713</w:t>
        <w:br/>
        <w:t>v -0.315368 16.284092 -1.522839</w:t>
        <w:br/>
        <w:t>v -0.419501 17.785133 -1.740054</w:t>
        <w:br/>
        <w:t>v -0.497655 17.837225 -1.545828</w:t>
        <w:br/>
        <w:t>v -0.327037 17.744974 -1.359737</w:t>
        <w:br/>
        <w:t>v -0.206834 17.680237 -1.589329</w:t>
        <w:br/>
        <w:t>v -0.419501 17.785133 -1.740054</w:t>
        <w:br/>
        <w:t>v -0.206834 17.680237 -1.589329</w:t>
        <w:br/>
        <w:t>v -0.327037 17.744974 -1.359737</w:t>
        <w:br/>
        <w:t>v -0.497655 17.837225 -1.545828</w:t>
        <w:br/>
        <w:t>v -0.056466 18.170702 -1.658105</w:t>
        <w:br/>
        <w:t>v -0.123316 17.922659 -1.628752</w:t>
        <w:br/>
        <w:t>v -0.241574 17.968357 -1.406713</w:t>
        <w:br/>
        <w:t>v -0.156728 18.191744 -1.454793</w:t>
        <w:br/>
        <w:t>v -0.437241 18.074480 -1.598519</w:t>
        <w:br/>
        <w:t>v -0.339376 18.008286 -1.795618</w:t>
        <w:br/>
        <w:t>v -0.255843 18.233953 -1.841865</w:t>
        <w:br/>
        <w:t>v -0.363260 18.309566 -1.649401</w:t>
        <w:br/>
        <w:t>v -0.255843 18.233953 -1.841865</w:t>
        <w:br/>
        <w:t>v -0.339376 18.008286 -1.795618</w:t>
        <w:br/>
        <w:t>v -0.123316 17.922659 -1.628752</w:t>
        <w:br/>
        <w:t>v -0.056466 18.170702 -1.658105</w:t>
        <w:br/>
        <w:t>v -0.241574 17.968357 -1.406713</w:t>
        <w:br/>
        <w:t>v -0.437241 18.074480 -1.598519</w:t>
        <w:br/>
        <w:t>v -0.363260 18.309566 -1.649401</w:t>
        <w:br/>
        <w:t>v -0.156728 18.191744 -1.454793</w:t>
        <w:br/>
        <w:t>v -0.151298 19.348591 -1.747714</w:t>
        <w:br/>
        <w:t>v -0.066829 19.337677 -1.905176</w:t>
        <w:br/>
        <w:t>v -0.037116 19.544575 -1.888564</w:t>
        <w:br/>
        <w:t>v -0.166877 19.502790 -1.715562</w:t>
        <w:br/>
        <w:t>v -0.066829 19.337677 -1.905176</w:t>
        <w:br/>
        <w:t>v 0.020639 19.367811 -1.855127</w:t>
        <w:br/>
        <w:t>v 0.008042 19.548763 -1.873215</w:t>
        <w:br/>
        <w:t>v -0.037116 19.544575 -1.888564</w:t>
        <w:br/>
        <w:t>v -0.107317 19.331657 -1.643377</w:t>
        <w:br/>
        <w:t>v -0.150740 19.499290 -1.654695</w:t>
        <w:br/>
        <w:t>v -0.347168 16.448067 -1.544425</w:t>
        <w:br/>
        <w:t>v -0.368344 16.411919 -1.457227</w:t>
        <w:br/>
        <w:t>v -0.434205 16.479511 -1.611460</w:t>
        <w:br/>
        <w:t>v -0.347168 16.448067 -1.544425</w:t>
        <w:br/>
        <w:t>v -0.368344 16.411919 -1.457227</w:t>
        <w:br/>
        <w:t>v -0.459746 16.443882 -1.514997</w:t>
        <w:br/>
        <w:t>v -0.087726 19.090281 -1.917341</w:t>
        <w:br/>
        <w:t>v -0.160531 19.143112 -1.750356</w:t>
        <w:br/>
        <w:t>v 0.044992 19.088385 -1.796545</w:t>
        <w:br/>
        <w:t>v -0.087726 19.090281 -1.917341</w:t>
        <w:br/>
        <w:t>v -0.091156 19.086798 -1.580407</w:t>
        <w:br/>
        <w:t>v 0.038903 18.873150 -1.751913</w:t>
        <w:br/>
        <w:t>v -0.030354 18.807402 -1.525563</w:t>
        <w:br/>
        <w:t>v 0.000421 19.734867 -1.869381</w:t>
        <w:br/>
        <w:t>v -0.178973 19.617830 -1.649873</w:t>
        <w:br/>
        <w:t>v -0.096515 19.091606 -1.539979</w:t>
        <w:br/>
        <w:t>v -0.091156 19.086798 -1.580407</w:t>
        <w:br/>
        <w:t>v -0.107317 19.331657 -1.643377</w:t>
        <w:br/>
        <w:t>v -0.107317 19.331657 -1.643377</w:t>
        <w:br/>
        <w:t>v 0.003339 19.331732 -1.608564</w:t>
        <w:br/>
        <w:t>v 0.001124 19.086390 -1.512589</w:t>
        <w:br/>
        <w:t>v -0.096515 19.091606 -1.539979</w:t>
        <w:br/>
        <w:t>v -0.122688 18.371899 -1.221063</w:t>
        <w:br/>
        <w:t>v -0.061493 18.262081 -1.267532</w:t>
        <w:br/>
        <w:t>v -0.072433 18.610035 -1.412981</w:t>
        <w:br/>
        <w:t>v -0.102664 18.659815 -1.343230</w:t>
        <w:br/>
        <w:t>v 0.006149 18.655970 -1.336415</w:t>
        <w:br/>
        <w:t>v 0.009570 18.331228 -1.199096</w:t>
        <w:br/>
        <w:t>v -0.122688 18.371899 -1.221063</w:t>
        <w:br/>
        <w:t>v -0.102664 18.659815 -1.343230</w:t>
        <w:br/>
        <w:t>v 0.006149 18.655970 -1.336415</w:t>
        <w:br/>
        <w:t>v 0.018157 18.599634 -1.404033</w:t>
        <w:br/>
        <w:t>v 0.034722 18.239338 -1.263190</w:t>
        <w:br/>
        <w:t>v 0.009570 18.331228 -1.199096</w:t>
        <w:br/>
        <w:t>v -0.125298 18.151051 -1.131602</w:t>
        <w:br/>
        <w:t>v -0.042534 18.028732 -1.177118</w:t>
        <w:br/>
        <w:t>v 0.017117 18.116032 -1.114819</w:t>
        <w:br/>
        <w:t>v -0.125298 18.151051 -1.131602</w:t>
        <w:br/>
        <w:t>v 0.053139 18.031702 -1.179475</w:t>
        <w:br/>
        <w:t>v 0.017117 18.116032 -1.114819</w:t>
        <w:br/>
        <w:t>v -0.097213 17.928970 -1.054009</w:t>
        <w:br/>
        <w:t>v -0.044380 17.706806 -1.003920</w:t>
        <w:br/>
        <w:t>v 0.018877 17.690886 -1.084283</w:t>
        <w:br/>
        <w:t>v -0.011078 17.861940 -1.126277</w:t>
        <w:br/>
        <w:t>v -0.097213 17.928970 -1.054009</w:t>
        <w:br/>
        <w:t>v 0.028396 17.893667 -1.044789</w:t>
        <w:br/>
        <w:t>v 0.055490 17.690083 -1.000463</w:t>
        <w:br/>
        <w:t>v -0.044380 17.706806 -1.003920</w:t>
        <w:br/>
        <w:t>v 0.137580 17.494226 -1.054050</w:t>
        <w:br/>
        <w:t>v 0.105856 17.490007 -0.990175</w:t>
        <w:br/>
        <w:t>v 0.076760 17.589407 -0.989800</w:t>
        <w:br/>
        <w:t>v 0.116703 17.573832 -1.058636</w:t>
        <w:br/>
        <w:t>v 0.182449 17.249319 -1.038130</w:t>
        <w:br/>
        <w:t>v 0.273512 17.177362 -1.083565</w:t>
        <w:br/>
        <w:t>v 0.281569 17.194561 -1.100449</w:t>
        <w:br/>
        <w:t>v 0.198564 17.283712 -1.071900</w:t>
        <w:br/>
        <w:t>v 0.291865 17.180981 -1.083546</w:t>
        <w:br/>
        <w:t>v 0.273512 17.177362 -1.083565</w:t>
        <w:br/>
        <w:t>v 0.182449 17.249319 -1.038130</w:t>
        <w:br/>
        <w:t>v 0.219156 17.256556 -1.038094</w:t>
        <w:br/>
        <w:t>v 0.305209 17.191320 -1.099568</w:t>
        <w:br/>
        <w:t>v 0.245843 17.277235 -1.070138</w:t>
        <w:br/>
        <w:t>v 0.098828 17.358395 -1.004250</w:t>
        <w:br/>
        <w:t>v 0.122665 17.395443 -1.058694</w:t>
        <w:br/>
        <w:t>v 0.067607 17.521935 -1.064052</w:t>
        <w:br/>
        <w:t>v 0.036051 17.488974 -0.992697</w:t>
        <w:br/>
        <w:t>v 0.098828 17.358395 -1.004250</w:t>
        <w:br/>
        <w:t>v 0.152334 17.364376 -1.002869</w:t>
        <w:br/>
        <w:t>v 0.067607 17.521935 -1.064052</w:t>
        <w:br/>
        <w:t>v 0.122665 17.395443 -1.058694</w:t>
        <w:br/>
        <w:t>v 0.183229 17.380316 -1.053177</w:t>
        <w:br/>
        <w:t>v 0.137580 17.494226 -1.054050</w:t>
        <w:br/>
        <w:t>v -0.079308 18.805048 -1.480260</w:t>
        <w:br/>
        <w:t>v 0.007981 18.799742 -1.476402</w:t>
        <w:br/>
        <w:t>v -0.014987 19.088251 -1.567235</w:t>
        <w:br/>
        <w:t>v -0.091156 19.086798 -1.580407</w:t>
        <w:br/>
        <w:t>v -0.061493 18.262081 -1.267532</w:t>
        <w:br/>
        <w:t>v 0.034722 18.239338 -1.263190</w:t>
        <w:br/>
        <w:t>v 0.018157 18.599634 -1.404033</w:t>
        <w:br/>
        <w:t>v -0.072433 18.610035 -1.412981</w:t>
        <w:br/>
        <w:t>v -0.042534 18.028732 -1.177118</w:t>
        <w:br/>
        <w:t>v 0.053139 18.031702 -1.179475</w:t>
        <w:br/>
        <w:t>v 0.116703 17.573832 -1.058636</w:t>
        <w:br/>
        <w:t>v 0.039662 17.605772 -1.071129</w:t>
        <w:br/>
        <w:t>v 0.198564 17.283712 -1.071900</w:t>
        <w:br/>
        <w:t>v 0.281569 17.194561 -1.100449</w:t>
        <w:br/>
        <w:t>v 0.305209 17.191320 -1.099568</w:t>
        <w:br/>
        <w:t>v 0.245843 17.277235 -1.070138</w:t>
        <w:br/>
        <w:t>v 0.183229 17.380316 -1.053177</w:t>
        <w:br/>
        <w:t>v 0.007981 18.799742 -1.476402</w:t>
        <w:br/>
        <w:t>v 0.007696 18.861185 -1.418370</w:t>
        <w:br/>
        <w:t>v 0.001124 19.086390 -1.512589</w:t>
        <w:br/>
        <w:t>v -0.014987 19.088251 -1.567235</w:t>
        <w:br/>
        <w:t>v -0.079308 18.805048 -1.480260</w:t>
        <w:br/>
        <w:t>v -0.097429 18.868990 -1.443257</w:t>
        <w:br/>
        <w:t>v -0.097429 18.868990 -1.443257</w:t>
        <w:br/>
        <w:t>v 0.007696 18.861185 -1.418370</w:t>
        <w:br/>
        <w:t>v 0.074156 17.821482 -1.106668</w:t>
        <w:br/>
        <w:t>v 0.028396 17.893667 -1.044789</w:t>
        <w:br/>
        <w:t>v -0.011078 17.861940 -1.126277</w:t>
        <w:br/>
        <w:t>v 0.074156 17.821482 -1.106668</w:t>
        <w:br/>
        <w:t>v -0.008354 17.596836 -0.992334</w:t>
        <w:br/>
        <w:t>v 0.039662 17.605772 -1.071129</w:t>
        <w:br/>
        <w:t>v 0.076760 17.589407 -0.989800</w:t>
        <w:br/>
        <w:t>v -0.008354 17.596836 -0.992334</w:t>
        <w:br/>
        <w:t>v 0.101934 17.654446 -1.069242</w:t>
        <w:br/>
        <w:t>v 0.055490 17.690083 -1.000463</w:t>
        <w:br/>
        <w:t>v 0.101934 17.654446 -1.069242</w:t>
        <w:br/>
        <w:t>v 0.018877 17.690886 -1.084283</w:t>
        <w:br/>
        <w:t>v 0.003339 19.331732 -1.608564</w:t>
        <w:br/>
        <w:t>v 0.059933 20.883398 -0.951355</w:t>
        <w:br/>
        <w:t>v -0.057466 20.921343 -0.949682</w:t>
        <w:br/>
        <w:t>v -0.016315 20.882511 -0.871660</w:t>
        <w:br/>
        <w:t>v 0.079808 20.869909 -0.885851</w:t>
        <w:br/>
        <w:t>v -0.057466 20.921343 -0.949682</w:t>
        <w:br/>
        <w:t>v 0.067115 20.941059 -0.953131</w:t>
        <w:br/>
        <w:t>v 0.080126 20.892900 -0.884535</w:t>
        <w:br/>
        <w:t>v -0.016315 20.882511 -0.871660</w:t>
        <w:br/>
        <w:t>v 0.142516 20.906668 -0.951319</w:t>
        <w:br/>
        <w:t>v 0.149584 20.866089 -0.880871</w:t>
        <w:br/>
        <w:t>v 0.033957 20.886698 -0.997037</w:t>
        <w:br/>
        <w:t>v -0.089037 20.934788 -1.003492</w:t>
        <w:br/>
        <w:t>v -0.089037 20.934788 -1.003492</w:t>
        <w:br/>
        <w:t>v 0.050194 20.963463 -1.019227</w:t>
        <w:br/>
        <w:t>v 0.136578 20.928270 -1.014110</w:t>
        <w:br/>
        <w:t>v 0.017039 20.877249 -1.040850</w:t>
        <w:br/>
        <w:t>v -0.121191 20.924458 -1.055400</w:t>
        <w:br/>
        <w:t>v -0.121191 20.924458 -1.055400</w:t>
        <w:br/>
        <w:t>v 0.030957 20.961836 -1.079161</w:t>
        <w:br/>
        <w:t>v 0.129327 20.926882 -1.073251</w:t>
        <w:br/>
        <w:t>v -0.002544 20.837154 -1.089875</w:t>
        <w:br/>
        <w:t>v -0.155289 20.878624 -1.113092</w:t>
        <w:br/>
        <w:t>v -0.155289 20.878624 -1.113092</w:t>
        <w:br/>
        <w:t>v 0.006080 20.922308 -1.165796</w:t>
        <w:br/>
        <w:t>v 0.119035 20.877020 -1.150594</w:t>
        <w:br/>
        <w:t>v -0.018513 20.735659 -1.153367</w:t>
        <w:br/>
        <w:t>v -0.189582 20.782080 -1.183867</w:t>
        <w:br/>
        <w:t>v -0.189582 20.782080 -1.183867</w:t>
        <w:br/>
        <w:t>v -0.020641 20.844496 -1.243683</w:t>
        <w:br/>
        <w:t>v 0.110085 20.793501 -1.224122</w:t>
        <w:br/>
        <w:t>v -0.041148 20.597376 -1.215273</w:t>
        <w:br/>
        <w:t>v -0.215543 20.624632 -1.267155</w:t>
        <w:br/>
        <w:t>v -0.215543 20.624632 -1.267155</w:t>
        <w:br/>
        <w:t>v -0.050150 20.679457 -1.334896</w:t>
        <w:br/>
        <w:t>v 0.096102 20.640961 -1.313516</w:t>
        <w:br/>
        <w:t>v -0.067050 20.361429 -1.307188</w:t>
        <w:br/>
        <w:t>v -0.246671 20.396606 -1.361900</w:t>
        <w:br/>
        <w:t>v -0.246671 20.396606 -1.361900</w:t>
        <w:br/>
        <w:t>v -0.079046 20.473963 -1.431139</w:t>
        <w:br/>
        <w:t>v 0.072469 20.425877 -1.415286</w:t>
        <w:br/>
        <w:t>v -0.080869 20.177713 -1.366437</w:t>
        <w:br/>
        <w:t>v -0.271552 20.195484 -1.424945</w:t>
        <w:br/>
        <w:t>v -0.271552 20.195484 -1.424945</w:t>
        <w:br/>
        <w:t>v -0.109456 20.235458 -1.510468</w:t>
        <w:br/>
        <w:t>v 0.056127 20.212492 -1.489113</w:t>
        <w:br/>
        <w:t>v -0.080869 20.177713 -1.366437</w:t>
        <w:br/>
        <w:t>v -0.098108 19.975809 -1.418331</w:t>
        <w:br/>
        <w:t>v -0.297172 19.996105 -1.481713</w:t>
        <w:br/>
        <w:t>v -0.297172 19.996105 -1.481713</w:t>
        <w:br/>
        <w:t>v -0.134582 20.053965 -1.565325</w:t>
        <w:br/>
        <w:t>v 0.047105 20.038706 -1.538349</w:t>
        <w:br/>
        <w:t>v -0.098108 19.975809 -1.418331</w:t>
        <w:br/>
        <w:t>v -0.148960 19.597107 -1.488140</w:t>
        <w:br/>
        <w:t>v -0.365967 19.617615 -1.572228</w:t>
        <w:br/>
        <w:t>v -0.327729 19.826269 -1.529786</w:t>
        <w:br/>
        <w:t>v -0.119046 19.799444 -1.459930</w:t>
        <w:br/>
        <w:t>v -0.365967 19.617615 -1.572228</w:t>
        <w:br/>
        <w:t>v -0.178973 19.617830 -1.649873</w:t>
        <w:br/>
        <w:t>v -0.156375 19.856863 -1.619864</w:t>
        <w:br/>
        <w:t>v -0.327729 19.826269 -1.529786</w:t>
        <w:br/>
        <w:t>v -0.002049 19.668161 -1.620129</w:t>
        <w:br/>
        <w:t>v -0.148960 19.597107 -1.488140</w:t>
        <w:br/>
        <w:t>v -0.119046 19.799444 -1.459930</w:t>
        <w:br/>
        <w:t>v 0.029430 19.861256 -1.580375</w:t>
        <w:br/>
        <w:t>v -0.189059 19.347706 -1.512481</w:t>
        <w:br/>
        <w:t>v -0.421267 19.368891 -1.601876</w:t>
        <w:br/>
        <w:t>v -0.421267 19.368891 -1.601876</w:t>
        <w:br/>
        <w:t>v -0.231551 19.395111 -1.676483</w:t>
        <w:br/>
        <w:t>v -0.107317 19.331657 -1.643377</w:t>
        <w:br/>
        <w:t>v -0.150740 19.499290 -1.654695</w:t>
        <w:br/>
        <w:t>v -0.059407 19.501392 -1.631919</w:t>
        <w:br/>
        <w:t>v -0.189059 19.347706 -1.512481</w:t>
        <w:br/>
        <w:t>v -0.226234 19.145189 -1.519104</w:t>
        <w:br/>
        <w:t>v -0.473196 19.166666 -1.622790</w:t>
        <w:br/>
        <w:t>v -0.473196 19.166666 -1.622790</w:t>
        <w:br/>
        <w:t>v -0.306503 19.150818 -1.710503</w:t>
        <w:br/>
        <w:t>v -0.143928 19.161110 -1.643298</w:t>
        <w:br/>
        <w:t>v -0.143928 19.161110 -1.643298</w:t>
        <w:br/>
        <w:t>v -0.226234 19.145189 -1.519104</w:t>
        <w:br/>
        <w:t>v -0.107317 19.331657 -1.643377</w:t>
        <w:br/>
        <w:t>v -0.280342 18.932287 -1.509682</w:t>
        <w:br/>
        <w:t>v -0.525258 18.959789 -1.635679</w:t>
        <w:br/>
        <w:t>v -0.525258 18.959789 -1.635679</w:t>
        <w:br/>
        <w:t>v -0.360213 18.945230 -1.745295</w:t>
        <w:br/>
        <w:t>v -0.184816 18.976702 -1.641897</w:t>
        <w:br/>
        <w:t>v -0.184816 18.976702 -1.641897</w:t>
        <w:br/>
        <w:t>v -0.280342 18.932287 -1.509682</w:t>
        <w:br/>
        <w:t>v -0.334227 18.699196 -1.504627</w:t>
        <w:br/>
        <w:t>v -0.581409 18.734371 -1.643238</w:t>
        <w:br/>
        <w:t>v -0.581409 18.734371 -1.643238</w:t>
        <w:br/>
        <w:t>v -0.413390 18.735279 -1.785193</w:t>
        <w:br/>
        <w:t>v -0.413390 18.735279 -1.785193</w:t>
        <w:br/>
        <w:t>v -0.239326 18.763714 -1.633507</w:t>
        <w:br/>
        <w:t>v -0.239326 18.763714 -1.633507</w:t>
        <w:br/>
        <w:t>v -0.334227 18.699196 -1.504627</w:t>
        <w:br/>
        <w:t>v -0.379802 18.495010 -1.490417</w:t>
        <w:br/>
        <w:t>v -0.623088 18.550291 -1.653482</w:t>
        <w:br/>
        <w:t>v -0.623088 18.550291 -1.653482</w:t>
        <w:br/>
        <w:t>v -0.474790 18.544910 -1.818999</w:t>
        <w:br/>
        <w:t>v -0.474790 18.544910 -1.818999</w:t>
        <w:br/>
        <w:t>v -0.292328 18.566092 -1.636532</w:t>
        <w:br/>
        <w:t>v -0.292328 18.566092 -1.636532</w:t>
        <w:br/>
        <w:t>v -0.379802 18.495010 -1.490417</w:t>
        <w:br/>
        <w:t>v -0.456685 18.187426 -1.482180</w:t>
        <w:br/>
        <w:t>v -0.687233 18.267689 -1.665626</w:t>
        <w:br/>
        <w:t>v -0.687233 18.267689 -1.665626</w:t>
        <w:br/>
        <w:t>v -0.551134 18.267183 -1.857932</w:t>
        <w:br/>
        <w:t>v -0.551134 18.267183 -1.857932</w:t>
        <w:br/>
        <w:t>v -0.381832 18.275158 -1.643231</w:t>
        <w:br/>
        <w:t>v -0.381832 18.275158 -1.643231</w:t>
        <w:br/>
        <w:t>v -0.456685 18.187426 -1.482180</w:t>
        <w:br/>
        <w:t>v -0.537945 17.794529 -1.492080</w:t>
        <w:br/>
        <w:t>v -0.766504 17.870514 -1.677399</w:t>
        <w:br/>
        <w:t>v -0.766504 17.870514 -1.677399</w:t>
        <w:br/>
        <w:t>v -0.636440 17.919735 -1.889951</w:t>
        <w:br/>
        <w:t>v -0.636440 17.919735 -1.889951</w:t>
        <w:br/>
        <w:t>v -0.489985 17.865051 -1.667389</w:t>
        <w:br/>
        <w:t>v -0.489985 17.865051 -1.667389</w:t>
        <w:br/>
        <w:t>v -0.537945 17.794529 -1.492080</w:t>
        <w:br/>
        <w:t>v -0.381832 18.275158 -1.643231</w:t>
        <w:br/>
        <w:t>v -0.591743 17.423815 -1.529893</w:t>
        <w:br/>
        <w:t>v -0.823131 17.464815 -1.695287</w:t>
        <w:br/>
        <w:t>v -0.823131 17.464815 -1.695287</w:t>
        <w:br/>
        <w:t>v -0.694813 17.593479 -1.925121</w:t>
        <w:br/>
        <w:t>v -0.694813 17.593479 -1.925121</w:t>
        <w:br/>
        <w:t>v -0.565551 17.470009 -1.689669</w:t>
        <w:br/>
        <w:t>v -0.565551 17.470009 -1.689669</w:t>
        <w:br/>
        <w:t>v -0.591743 17.423815 -1.529893</w:t>
        <w:br/>
        <w:t>v -0.610932 17.103333 -1.607064</w:t>
        <w:br/>
        <w:t>v -0.818137 17.169985 -1.751482</w:t>
        <w:br/>
        <w:t>v -0.818137 17.169985 -1.751482</w:t>
        <w:br/>
        <w:t>v -0.693194 17.306353 -1.967353</w:t>
        <w:br/>
        <w:t>v -0.693194 17.306353 -1.967353</w:t>
        <w:br/>
        <w:t>v -0.585934 17.198109 -1.742448</w:t>
        <w:br/>
        <w:t>v -0.585934 17.198109 -1.742448</w:t>
        <w:br/>
        <w:t>v -0.610932 17.103333 -1.607064</w:t>
        <w:br/>
        <w:t>v -0.608111 16.901348 -1.682861</w:t>
        <w:br/>
        <w:t>v -0.769445 16.920700 -1.829827</w:t>
        <w:br/>
        <w:t>v -0.769445 16.920700 -1.829827</w:t>
        <w:br/>
        <w:t>v -0.666931 17.074635 -2.000331</w:t>
        <w:br/>
        <w:t>v -0.666931 17.074635 -2.000331</w:t>
        <w:br/>
        <w:t>v -0.577458 16.976547 -1.805544</w:t>
        <w:br/>
        <w:t>v -0.577458 16.976547 -1.805544</w:t>
        <w:br/>
        <w:t>v -0.608111 16.901348 -1.682861</w:t>
        <w:br/>
        <w:t>v -0.590535 16.700253 -1.790392</w:t>
        <w:br/>
        <w:t>v -0.696345 16.736012 -1.914051</w:t>
        <w:br/>
        <w:t>v -0.696345 16.736012 -1.914051</w:t>
        <w:br/>
        <w:t>v -0.603976 16.842957 -2.040006</w:t>
        <w:br/>
        <w:t>v -0.603976 16.842957 -2.040006</w:t>
        <w:br/>
        <w:t>v -0.565669 16.796822 -1.873248</w:t>
        <w:br/>
        <w:t>v -0.565669 16.796822 -1.873248</w:t>
        <w:br/>
        <w:t>v -0.590535 16.700253 -1.790392</w:t>
        <w:br/>
        <w:t>v -0.545667 16.550865 -1.884809</w:t>
        <w:br/>
        <w:t>v -0.602868 16.562038 -1.974001</w:t>
        <w:br/>
        <w:t>v -0.602868 16.562038 -1.974001</w:t>
        <w:br/>
        <w:t>v -0.541627 16.651260 -2.054921</w:t>
        <w:br/>
        <w:t>v -0.541627 16.651260 -2.054921</w:t>
        <w:br/>
        <w:t>v -0.513664 16.599792 -1.957277</w:t>
        <w:br/>
        <w:t>v -0.513664 16.599792 -1.957277</w:t>
        <w:br/>
        <w:t>v -0.545667 16.550865 -1.884809</w:t>
        <w:br/>
        <w:t>v -0.489381 16.455654 -1.938985</w:t>
        <w:br/>
        <w:t>v -0.527212 16.452957 -2.000641</w:t>
        <w:br/>
        <w:t>v -0.527212 16.452957 -2.000641</w:t>
        <w:br/>
        <w:t>v -0.476405 16.486862 -2.052436</w:t>
        <w:br/>
        <w:t>v -0.476405 16.486862 -2.052436</w:t>
        <w:br/>
        <w:t>v -0.460894 16.461727 -1.993461</w:t>
        <w:br/>
        <w:t>v -0.460894 16.461727 -1.993461</w:t>
        <w:br/>
        <w:t>v -0.489381 16.455654 -1.938985</w:t>
        <w:br/>
        <w:t>v -0.414473 16.353703 -1.975235</w:t>
        <w:br/>
        <w:t>v -0.438588 16.340446 -2.000931</w:t>
        <w:br/>
        <w:t>v -0.438588 16.340446 -2.000931</w:t>
        <w:br/>
        <w:t>v -0.405670 16.344189 -2.024109</w:t>
        <w:br/>
        <w:t>v -0.405670 16.344189 -2.024109</w:t>
        <w:br/>
        <w:t>v -0.401160 16.348270 -1.997466</w:t>
        <w:br/>
        <w:t>v -0.401160 16.348270 -1.997466</w:t>
        <w:br/>
        <w:t>v -0.414473 16.353703 -1.975235</w:t>
        <w:br/>
        <w:t>v -0.336774 16.232018 -1.975310</w:t>
        <w:br/>
        <w:t>v -0.336774 16.232018 -1.975310</w:t>
        <w:br/>
        <w:t>v -0.336774 16.232018 -1.975310</w:t>
        <w:br/>
        <w:t>v -0.336774 16.232018 -1.975310</w:t>
        <w:br/>
        <w:t>v 0.029430 19.861256 -1.580375</w:t>
        <w:br/>
        <w:t>v 0.000421 19.734867 -1.869381</w:t>
        <w:br/>
        <w:t>v -0.062272 20.880501 -0.620430</w:t>
        <w:br/>
        <w:t>v -0.223004 20.868246 -0.679619</w:t>
        <w:br/>
        <w:t>v -0.262095 20.974709 -0.759191</w:t>
        <w:br/>
        <w:t>v -0.112623 21.055614 -0.715948</w:t>
        <w:br/>
        <w:t>v 0.257328 20.811707 -0.633582</w:t>
        <w:br/>
        <w:t>v 0.142858 20.873632 -0.582752</w:t>
        <w:br/>
        <w:t>v 0.134741 21.063448 -0.679763</w:t>
        <w:br/>
        <w:t>v 0.246989 21.010221 -0.722594</w:t>
        <w:br/>
        <w:t>v -0.262095 20.974709 -0.759191</w:t>
        <w:br/>
        <w:t>v -0.223004 20.868246 -0.679619</w:t>
        <w:br/>
        <w:t>v -0.078655 20.777872 -0.769217</w:t>
        <w:br/>
        <w:t>v -0.113876 20.902119 -0.843530</w:t>
        <w:br/>
        <w:t>v -0.152080 21.181318 -0.812562</w:t>
        <w:br/>
        <w:t>v -0.296091 21.052729 -0.839759</w:t>
        <w:br/>
        <w:t>v 0.101085 21.253187 -0.828708</w:t>
        <w:br/>
        <w:t>v 0.222251 21.186222 -0.878535</w:t>
        <w:br/>
        <w:t>v -0.296091 21.052729 -0.839759</w:t>
        <w:br/>
        <w:t>v -0.138166 20.978689 -0.899967</w:t>
        <w:br/>
        <w:t>v -0.195507 21.248489 -0.911153</w:t>
        <w:br/>
        <w:t>v -0.319313 21.077116 -0.902282</w:t>
        <w:br/>
        <w:t>v 0.055648 21.354626 -0.975332</w:t>
        <w:br/>
        <w:t>v 0.185018 21.253784 -1.053307</w:t>
        <w:br/>
        <w:t>v -0.167090 21.007574 -0.954739</w:t>
        <w:br/>
        <w:t>v -0.319313 21.077116 -0.902282</w:t>
        <w:br/>
        <w:t>v -0.246055 21.266180 -1.036348</w:t>
        <w:br/>
        <w:t>v -0.345417 21.067665 -0.967804</w:t>
        <w:br/>
        <w:t>v -0.024114 21.388811 -1.191996</w:t>
        <w:br/>
        <w:t>v 0.137171 21.301683 -1.273124</w:t>
        <w:br/>
        <w:t>v -0.196145 21.003344 -1.013547</w:t>
        <w:br/>
        <w:t>v -0.345417 21.067665 -0.967804</w:t>
        <w:br/>
        <w:t>v -0.316824 21.202024 -1.183298</w:t>
        <w:br/>
        <w:t>v -0.382536 21.008547 -1.055141</w:t>
        <w:br/>
        <w:t>v -0.099470 21.330389 -1.365224</w:t>
        <w:br/>
        <w:t>v 0.090381 21.237875 -1.427674</w:t>
        <w:br/>
        <w:t>v -0.226379 20.966475 -1.076820</w:t>
        <w:br/>
        <w:t>v -0.382536 21.008547 -1.055141</w:t>
        <w:br/>
        <w:t>v -0.405407 21.015381 -1.353205</w:t>
        <w:br/>
        <w:t>v -0.441646 20.904461 -1.163009</w:t>
        <w:br/>
        <w:t>v -0.212960 21.122156 -1.575023</w:t>
        <w:br/>
        <w:t>v 0.027640 21.086138 -1.579585</w:t>
        <w:br/>
        <w:t>v 0.164146 21.011936 -1.497448</w:t>
        <w:br/>
        <w:t>v 0.114380 20.973003 -1.445895</w:t>
        <w:br/>
        <w:t>v 0.142652 21.066782 -1.379790</w:t>
        <w:br/>
        <w:t>v 0.191597 21.111105 -1.429838</w:t>
        <w:br/>
        <w:t>v -0.526184 20.696056 -1.322106</w:t>
        <w:br/>
        <w:t>v -0.473028 20.811285 -1.511888</w:t>
        <w:br/>
        <w:t>v -0.264115 20.921001 -1.700669</w:t>
        <w:br/>
        <w:t>v -0.018858 20.894047 -1.694229</w:t>
        <w:br/>
        <w:t>v -0.275926 20.876320 -1.166548</w:t>
        <w:br/>
        <w:t>v -0.352308 20.674337 -1.307367</w:t>
        <w:br/>
        <w:t>v -0.526184 20.696056 -1.322106</w:t>
        <w:br/>
        <w:t>v -0.441646 20.904461 -1.163009</w:t>
        <w:br/>
        <w:t>v -0.589948 20.438042 -1.466085</w:t>
        <w:br/>
        <w:t>v -0.531653 20.539787 -1.650291</w:t>
        <w:br/>
        <w:t>v -0.308972 20.641369 -1.838825</w:t>
        <w:br/>
        <w:t>v -0.051875 20.630524 -1.810771</w:t>
        <w:br/>
        <w:t>v -0.420011 20.422251 -1.435768</w:t>
        <w:br/>
        <w:t>v -0.589948 20.438042 -1.466085</w:t>
        <w:br/>
        <w:t>v -0.607601 20.205046 -1.570549</w:t>
        <w:br/>
        <w:t>v -0.556846 20.300638 -1.748739</w:t>
        <w:br/>
        <w:t>v -0.340414 20.409193 -1.939822</w:t>
        <w:br/>
        <w:t>v -0.068515 20.414644 -1.895839</w:t>
        <w:br/>
        <w:t>v -0.607601 20.205046 -1.570549</w:t>
        <w:br/>
        <w:t>v -0.452161 20.197565 -1.524785</w:t>
        <w:br/>
        <w:t>v -0.607221 20.001736 -1.668428</w:t>
        <w:br/>
        <w:t>v -0.558014 20.078964 -1.842213</w:t>
        <w:br/>
        <w:t>v -0.353131 20.196749 -2.032312</w:t>
        <w:br/>
        <w:t>v -0.072758 20.213026 -1.967025</w:t>
        <w:br/>
        <w:t>v -0.607221 20.001736 -1.668428</w:t>
        <w:br/>
        <w:t>v -0.467484 20.004513 -1.617687</w:t>
        <w:br/>
        <w:t>v -0.600144 19.775818 -1.775073</w:t>
        <w:br/>
        <w:t>v -0.542789 19.862331 -1.945890</w:t>
        <w:br/>
        <w:t>v -0.334858 19.976643 -2.116273</w:t>
        <w:br/>
        <w:t>v -0.063493 20.003548 -2.036830</w:t>
        <w:br/>
        <w:t>v -0.600144 19.775818 -1.775073</w:t>
        <w:br/>
        <w:t>v -0.473478 19.782999 -1.720242</w:t>
        <w:br/>
        <w:t>v -0.498749 19.504751 -2.117770</w:t>
        <w:br/>
        <w:t>v -0.525586 19.683458 -2.030575</w:t>
        <w:br/>
        <w:t>v -0.596192 19.602625 -1.856436</w:t>
        <w:br/>
        <w:t>v -0.585434 19.429668 -1.944292</w:t>
        <w:br/>
        <w:t>v -0.045655 19.814379 -2.085252</w:t>
        <w:br/>
        <w:t>v -0.310457 19.787701 -2.184888</w:t>
        <w:br/>
        <w:t>v -0.273958 19.598690 -2.248847</w:t>
        <w:br/>
        <w:t>v -0.008005 19.625496 -2.120575</w:t>
        <w:br/>
        <w:t>v -0.585434 19.429668 -1.944292</w:t>
        <w:br/>
        <w:t>v -0.596192 19.602625 -1.856436</w:t>
        <w:br/>
        <w:t>v -0.478356 19.609934 -1.801231</w:t>
        <w:br/>
        <w:t>v -0.478606 19.437563 -1.885409</w:t>
        <w:br/>
        <w:t>v -0.560390 19.231159 -2.037478</w:t>
        <w:br/>
        <w:t>v -0.460473 19.301706 -2.215192</w:t>
        <w:br/>
        <w:t>v -0.230786 19.399553 -2.303989</w:t>
        <w:br/>
        <w:t>v 0.043630 19.444258 -2.144694</w:t>
        <w:br/>
        <w:t>v -0.318241 18.888054 -2.387558</w:t>
        <w:br/>
        <w:t>v -0.407665 19.100834 -2.308864</w:t>
        <w:br/>
        <w:t>v -0.526400 19.023388 -2.156087</w:t>
        <w:br/>
        <w:t>v -0.477947 18.801264 -2.261239</w:t>
        <w:br/>
        <w:t>v 0.213609 19.050406 -2.149682</w:t>
        <w:br/>
        <w:t>v 0.114017 19.267151 -2.152202</w:t>
        <w:br/>
        <w:t>v -0.168657 19.205168 -2.348305</w:t>
        <w:br/>
        <w:t>v -0.062171 18.989620 -2.386626</w:t>
        <w:br/>
        <w:t>v -0.477947 18.801264 -2.261239</w:t>
        <w:br/>
        <w:t>v -0.526400 19.023388 -2.156087</w:t>
        <w:br/>
        <w:t>v -0.401607 19.041183 -2.000234</w:t>
        <w:br/>
        <w:t>v -0.360841 18.817951 -2.086414</w:t>
        <w:br/>
        <w:t>v -0.233187 18.659863 -2.440227</w:t>
        <w:br/>
        <w:t>v -0.318241 18.888054 -2.387558</w:t>
        <w:br/>
        <w:t>v -0.477947 18.801264 -2.261239</w:t>
        <w:br/>
        <w:t>v -0.411261 18.577562 -2.329551</w:t>
        <w:br/>
        <w:t>v 0.326363 18.816034 -2.103489</w:t>
        <w:br/>
        <w:t>v 0.058044 18.771040 -2.399463</w:t>
        <w:br/>
        <w:t>v -0.411261 18.577562 -2.329551</w:t>
        <w:br/>
        <w:t>v -0.301064 18.586039 -2.129017</w:t>
        <w:br/>
        <w:t>v -0.131450 18.436447 -2.455950</w:t>
        <w:br/>
        <w:t>v -0.311088 18.355350 -2.359733</w:t>
        <w:br/>
        <w:t>v 0.456544 18.570211 -2.029709</w:t>
        <w:br/>
        <w:t>v 0.204738 18.553598 -2.384781</w:t>
        <w:br/>
        <w:t>v -0.214386 18.348763 -2.127648</w:t>
        <w:br/>
        <w:t>v -0.311088 18.355350 -2.359733</w:t>
        <w:br/>
        <w:t>v -0.026167 18.216999 -2.448368</w:t>
        <w:br/>
        <w:t>v -0.211522 18.136650 -2.372271</w:t>
        <w:br/>
        <w:t>v 0.610380 18.321619 -1.931305</w:t>
        <w:br/>
        <w:t>v 0.371083 18.310171 -2.325772</w:t>
        <w:br/>
        <w:t>v -0.122930 18.131010 -2.110582</w:t>
        <w:br/>
        <w:t>v -0.211522 18.136650 -2.372271</w:t>
        <w:br/>
        <w:t>v 0.120988 17.955564 -2.409880</w:t>
        <w:br/>
        <w:t>v -0.082156 17.893707 -2.360746</w:t>
        <w:br/>
        <w:t>v -0.021970 17.896057 -2.105616</w:t>
        <w:br/>
        <w:t>v -0.082156 17.893707 -2.360746</w:t>
        <w:br/>
        <w:t>v 0.229717 17.750429 -2.360180</w:t>
        <w:br/>
        <w:t>v 0.020325 17.701893 -2.329160</w:t>
        <w:br/>
        <w:t>v 0.055491 17.699205 -2.068940</w:t>
        <w:br/>
        <w:t>v 0.020325 17.701893 -2.329160</w:t>
        <w:br/>
        <w:t>v 0.308148 17.573912 -2.309092</w:t>
        <w:br/>
        <w:t>v 0.085103 17.563633 -2.280976</w:t>
        <w:br/>
        <w:t>v 0.103361 17.572453 -2.032099</w:t>
        <w:br/>
        <w:t>v 0.085103 17.563633 -2.280976</w:t>
        <w:br/>
        <w:t>v 0.427991 17.243330 -2.150516</w:t>
        <w:br/>
        <w:t>v 0.382402 17.383188 -2.231708</w:t>
        <w:br/>
        <w:t>v 0.147291 17.418383 -2.219267</w:t>
        <w:br/>
        <w:t>v 0.193738 17.285507 -2.151764</w:t>
        <w:br/>
        <w:t>v 0.682714 17.194351 -1.885855</w:t>
        <w:br/>
        <w:t>v 0.649548 17.338106 -1.998267</w:t>
        <w:br/>
        <w:t>v 0.519536 17.358408 -2.139749</w:t>
        <w:br/>
        <w:t>v 0.556492 17.214064 -2.040546</w:t>
        <w:br/>
        <w:t>v 0.147291 17.418383 -2.219267</w:t>
        <w:br/>
        <w:t>v 0.150868 17.438879 -1.988754</w:t>
        <w:br/>
        <w:t>v 0.188816 17.311886 -1.941522</w:t>
        <w:br/>
        <w:t>v 0.193738 17.285507 -2.151764</w:t>
        <w:br/>
        <w:t>v 0.597890 16.901842 -1.800105</w:t>
        <w:br/>
        <w:t>v 0.584144 17.057646 -1.921386</w:t>
        <w:br/>
        <w:t>v 0.470120 17.078796 -2.044190</w:t>
        <w:br/>
        <w:t>v 0.503506 16.926626 -1.935721</w:t>
        <w:br/>
        <w:t>v 0.597651 16.696457 -1.654620</w:t>
        <w:br/>
        <w:t>v 0.530814 16.714851 -1.787930</w:t>
        <w:br/>
        <w:t>v 0.565056 16.540871 -1.554091</w:t>
        <w:br/>
        <w:t>v 0.523280 16.547619 -1.681752</w:t>
        <w:br/>
        <w:t>v 0.469333 16.379559 -1.594899</w:t>
        <w:br/>
        <w:t>v 0.493162 16.388245 -1.490876</w:t>
        <w:br/>
        <w:t>v 0.486426 16.418633 -1.390674</w:t>
        <w:br/>
        <w:t>v 0.389149 16.260098 -1.510716</w:t>
        <w:br/>
        <w:t>v 0.386239 16.286552 -1.451000</w:t>
        <w:br/>
        <w:t>v 0.244530 16.128101 -1.607023</w:t>
        <w:br/>
        <w:t>v -0.233187 18.659863 -2.440227</w:t>
        <w:br/>
        <w:t>v -0.201792 18.669020 -2.438383</w:t>
        <w:br/>
        <w:t>v -0.318241 18.888054 -2.387558</w:t>
        <w:br/>
        <w:t>v -0.083331 18.457359 -2.451554</w:t>
        <w:br/>
        <w:t>v -0.131450 18.436447 -2.455950</w:t>
        <w:br/>
        <w:t>v 0.043326 18.250580 -2.439548</w:t>
        <w:br/>
        <w:t>v -0.026167 18.216999 -2.448368</w:t>
        <w:br/>
        <w:t>v 0.219306 17.975595 -2.379469</w:t>
        <w:br/>
        <w:t>v 0.120988 17.955564 -2.409880</w:t>
        <w:br/>
        <w:t>v 0.352775 17.750111 -2.325908</w:t>
        <w:br/>
        <w:t>v 0.229717 17.750429 -2.360180</w:t>
        <w:br/>
        <w:t>v 0.439716 17.564135 -2.248875</w:t>
        <w:br/>
        <w:t>v 0.308148 17.573912 -2.309092</w:t>
        <w:br/>
        <w:t>v 0.303399 20.712402 -0.747503</w:t>
        <w:br/>
        <w:t>v 0.301834 20.905748 -0.824685</w:t>
        <w:br/>
        <w:t>v 0.287959 21.058901 -0.945273</w:t>
        <w:br/>
        <w:t>v 0.261138 21.143904 -1.107593</w:t>
        <w:br/>
        <w:t>v 0.228148 21.166775 -1.286797</w:t>
        <w:br/>
        <w:t>v 0.191597 21.111105 -1.429838</w:t>
        <w:br/>
        <w:t>v 0.164146 21.011936 -1.497448</w:t>
        <w:br/>
        <w:t>v 0.120140 20.824047 -1.604541</w:t>
        <w:br/>
        <w:t>v 0.093583 20.574186 -1.705017</w:t>
        <w:br/>
        <w:t>v 0.083647 20.368807 -1.782008</w:t>
        <w:br/>
        <w:t>v 0.081220 20.179323 -1.840516</w:t>
        <w:br/>
        <w:t>v 0.087210 19.977823 -1.910426</w:t>
        <w:br/>
        <w:t>v 0.125456 19.604282 -1.968428</w:t>
        <w:br/>
        <w:t>v 0.098832 19.791332 -1.956139</w:t>
        <w:br/>
        <w:t>v 0.164884 19.430525 -1.965880</w:t>
        <w:br/>
        <w:t>v 0.282744 19.039705 -1.925440</w:t>
        <w:br/>
        <w:t>v 0.212573 19.259508 -1.955675</w:t>
        <w:br/>
        <w:t>v 0.387058 18.797318 -1.859115</w:t>
        <w:br/>
        <w:t>v 0.511011 18.543072 -1.762569</w:t>
        <w:br/>
        <w:t>v 0.654939 18.303169 -1.646695</w:t>
        <w:br/>
        <w:t>v -0.162992 18.678171 -2.430908</w:t>
        <w:br/>
        <w:t>v -0.017286 18.488457 -2.407146</w:t>
        <w:br/>
        <w:t>v -0.162992 18.678171 -2.430908</w:t>
        <w:br/>
        <w:t>v -0.026668 18.478613 -2.441583</w:t>
        <w:br/>
        <w:t>v 0.146555 18.266659 -2.348078</w:t>
        <w:br/>
        <w:t>v 0.120547 18.279440 -2.411021</w:t>
        <w:br/>
        <w:t>v -0.165564 19.113564 -1.905763</w:t>
        <w:br/>
        <w:t>v -0.207589 19.304661 -1.847695</w:t>
        <w:br/>
        <w:t>v 0.045000 19.371252 -1.896372</w:t>
        <w:br/>
        <w:t>v 0.082042 19.194607 -1.890454</w:t>
        <w:br/>
        <w:t>v -0.114012 18.892204 -1.943532</w:t>
        <w:br/>
        <w:t>v 0.129279 18.972519 -1.875759</w:t>
        <w:br/>
        <w:t>v 0.221531 18.733414 -1.821187</w:t>
        <w:br/>
        <w:t>v -0.045760 18.653141 -1.933146</w:t>
        <w:br/>
        <w:t>v 0.319263 18.480507 -1.765926</w:t>
        <w:br/>
        <w:t>v 0.050838 18.415138 -1.890970</w:t>
        <w:br/>
        <w:t>v 0.423810 18.243683 -1.693294</w:t>
        <w:br/>
        <w:t>v 0.164807 18.192709 -1.822660</w:t>
        <w:br/>
        <w:t>v 0.090993 20.742468 -0.791734</w:t>
        <w:br/>
        <w:t>v 0.080126 20.892900 -0.884535</w:t>
        <w:br/>
        <w:t>v 0.067115 20.941059 -0.953131</w:t>
        <w:br/>
        <w:t>v 0.050194 20.963463 -1.019227</w:t>
        <w:br/>
        <w:t>v -0.327952 19.142782 -1.946568</w:t>
        <w:br/>
        <w:t>v -0.212050 19.450445 -1.754771</w:t>
        <w:br/>
        <w:t>v -0.207589 19.304661 -1.847695</w:t>
        <w:br/>
        <w:t>v -0.165564 19.113564 -1.905763</w:t>
        <w:br/>
        <w:t>v -0.114012 18.892204 -1.943532</w:t>
        <w:br/>
        <w:t>v -0.184621 18.613621 -2.016287</w:t>
        <w:br/>
        <w:t>v -0.045760 18.653141 -1.933146</w:t>
        <w:br/>
        <w:t>v 0.033197 18.408623 -1.890258</w:t>
        <w:br/>
        <w:t>v -0.093806 18.371672 -1.987590</w:t>
        <w:br/>
        <w:t>v 0.107192 18.180925 -1.846457</w:t>
        <w:br/>
        <w:t>v -0.013972 18.163197 -1.964393</w:t>
        <w:br/>
        <w:t>v 0.096261 17.918726 -1.931486</w:t>
        <w:br/>
        <w:t>v 0.177702 17.716311 -1.861843</w:t>
        <w:br/>
        <w:t>v 0.229163 17.576723 -1.805547</w:t>
        <w:br/>
        <w:t>v 0.267805 17.444387 -1.753141</w:t>
        <w:br/>
        <w:t>v 0.301929 17.321608 -1.705125</w:t>
        <w:br/>
        <w:t>v 0.238448 17.173756 -1.859439</w:t>
        <w:br/>
        <w:t>v 0.335443 17.194397 -1.646961</w:t>
        <w:br/>
        <w:t>v 0.361442 17.064455 -1.591841</w:t>
        <w:br/>
        <w:t>v 0.284210 17.038200 -1.785936</w:t>
        <w:br/>
        <w:t>v 0.383658 16.847565 -1.525238</w:t>
        <w:br/>
        <w:t>v 0.338411 16.825020 -1.697951</w:t>
        <w:br/>
        <w:t>v 0.369695 16.646431 -1.647365</w:t>
        <w:br/>
        <w:t>v 0.383521 16.671715 -1.497412</w:t>
        <w:br/>
        <w:t>v 0.373414 16.450260 -1.621453</w:t>
        <w:br/>
        <w:t>v 0.363669 16.480209 -1.507205</w:t>
        <w:br/>
        <w:t>v 0.344273 16.304367 -1.615861</w:t>
        <w:br/>
        <w:t>v 0.322403 16.339954 -1.541086</w:t>
        <w:br/>
        <w:t>v 0.244530 16.128101 -1.607023</w:t>
        <w:br/>
        <w:t>v 0.227710 21.143433 -1.118857</w:t>
        <w:br/>
        <w:t>v 0.261138 21.143904 -1.107593</w:t>
        <w:br/>
        <w:t>v 0.228148 21.166775 -1.286797</w:t>
        <w:br/>
        <w:t>v 0.201591 21.128269 -1.266155</w:t>
        <w:br/>
        <w:t>v 0.120140 20.824047 -1.604541</w:t>
        <w:br/>
        <w:t>v 0.057993 20.778824 -1.555595</w:t>
        <w:br/>
        <w:t>v 0.026035 20.545746 -1.651882</w:t>
        <w:br/>
        <w:t>v 0.093583 20.574186 -1.705017</w:t>
        <w:br/>
        <w:t>v 0.009156 20.330582 -1.722403</w:t>
        <w:br/>
        <w:t>v 0.083647 20.368807 -1.782008</w:t>
        <w:br/>
        <w:t>v 0.003480 20.137981 -1.782093</w:t>
        <w:br/>
        <w:t>v 0.081220 20.179323 -1.840516</w:t>
        <w:br/>
        <w:t>v 0.003112 19.927410 -1.833174</w:t>
        <w:br/>
        <w:t>v 0.087210 19.977823 -1.910426</w:t>
        <w:br/>
        <w:t>v 0.015972 19.551279 -1.884494</w:t>
        <w:br/>
        <w:t>v 0.000421 19.734867 -1.869381</w:t>
        <w:br/>
        <w:t>v 0.098832 19.791332 -1.956139</w:t>
        <w:br/>
        <w:t>v 0.125456 19.604282 -1.968428</w:t>
        <w:br/>
        <w:t>v 0.164884 19.430525 -1.965880</w:t>
        <w:br/>
        <w:t>v 0.212573 19.259508 -1.955675</w:t>
        <w:br/>
        <w:t>v 0.282744 19.039705 -1.925440</w:t>
        <w:br/>
        <w:t>v 0.387058 18.797318 -1.859115</w:t>
        <w:br/>
        <w:t>v 0.511011 18.543072 -1.762569</w:t>
        <w:br/>
        <w:t>v 0.654939 18.303169 -1.646695</w:t>
        <w:br/>
        <w:t>v 0.382402 17.383188 -2.231708</w:t>
        <w:br/>
        <w:t>v 0.427991 17.243330 -2.150516</w:t>
        <w:br/>
        <w:t>v 0.701348 17.033831 -1.744660</w:t>
        <w:br/>
        <w:t>v 0.642350 16.698318 -1.473402</w:t>
        <w:br/>
        <w:t>v 0.690281 16.873560 -1.605303</w:t>
        <w:br/>
        <w:t>v 0.577590 16.555309 -1.409613</w:t>
        <w:br/>
        <w:t>v 0.390022 16.248230 -1.565705</w:t>
        <w:br/>
        <w:t>v -0.026668 18.478613 -2.441583</w:t>
        <w:br/>
        <w:t>v -0.162992 18.678171 -2.430908</w:t>
        <w:br/>
        <w:t>v 0.330663 17.985624 -2.326335</w:t>
        <w:br/>
        <w:t>v 0.487469 17.746935 -2.241606</w:t>
        <w:br/>
        <w:t>v 0.576592 17.537727 -2.122977</w:t>
        <w:br/>
        <w:t>v 0.210339 17.936550 -1.791186</w:t>
        <w:br/>
        <w:t>v 0.295021 17.727358 -1.705578</w:t>
        <w:br/>
        <w:t>v 0.341925 17.580206 -1.629687</w:t>
        <w:br/>
        <w:t>v 0.374669 17.418558 -1.559157</w:t>
        <w:br/>
        <w:t>v 0.394627 17.321741 -1.511871</w:t>
        <w:br/>
        <w:t>v 0.417237 17.202736 -1.451359</w:t>
        <w:br/>
        <w:t>v 0.430557 17.078796 -1.402096</w:t>
        <w:br/>
        <w:t>v 0.426524 16.859627 -1.351135</w:t>
        <w:br/>
        <w:t>v 0.403454 16.676670 -1.349608</w:t>
        <w:br/>
        <w:t>v 0.366568 16.497585 -1.383665</w:t>
        <w:br/>
        <w:t>v 0.326797 16.361034 -1.450171</w:t>
        <w:br/>
        <w:t>v 0.156669 18.192387 -1.888793</w:t>
        <w:br/>
        <w:t>v 0.276979 17.964325 -1.850877</w:t>
        <w:br/>
        <w:t>v 0.210339 17.936550 -1.791186</w:t>
        <w:br/>
        <w:t>v 0.107192 18.180925 -1.846457</w:t>
        <w:br/>
        <w:t>v 0.384385 17.738459 -1.769388</w:t>
        <w:br/>
        <w:t>v 0.295021 17.727358 -1.705578</w:t>
        <w:br/>
        <w:t>v 0.487658 17.529465 -1.734723</w:t>
        <w:br/>
        <w:t>v 0.341925 17.580206 -1.629687</w:t>
        <w:br/>
        <w:t>v 0.557138 17.362474 -1.664382</w:t>
        <w:br/>
        <w:t>v 0.374669 17.418558 -1.559157</w:t>
        <w:br/>
        <w:t>v 0.394627 17.321741 -1.511871</w:t>
        <w:br/>
        <w:t>v 0.582419 17.232504 -1.595426</w:t>
        <w:br/>
        <w:t>v 0.583417 17.108643 -1.519894</w:t>
        <w:br/>
        <w:t>v 0.417237 17.202736 -1.451359</w:t>
        <w:br/>
        <w:t>v 0.430557 17.078796 -1.402096</w:t>
        <w:br/>
        <w:t>v 0.578151 16.982002 -1.439925</w:t>
        <w:br/>
        <w:t>v 0.544989 16.785961 -1.353810</w:t>
        <w:br/>
        <w:t>v 0.426524 16.859627 -1.351135</w:t>
        <w:br/>
        <w:t>v 0.492939 16.617905 -1.335491</w:t>
        <w:br/>
        <w:t>v 0.403454 16.676670 -1.349608</w:t>
        <w:br/>
        <w:t>v 0.429804 16.460651 -1.359211</w:t>
        <w:br/>
        <w:t>v 0.366568 16.497585 -1.383665</w:t>
        <w:br/>
        <w:t>v 0.355191 16.320137 -1.436339</w:t>
        <w:br/>
        <w:t>v 0.326797 16.361034 -1.450171</w:t>
        <w:br/>
        <w:t>v 0.244530 16.128101 -1.607023</w:t>
        <w:br/>
        <w:t>v 0.244530 16.128101 -1.607023</w:t>
        <w:br/>
        <w:t>v 0.367861 16.270721 -1.605836</w:t>
        <w:br/>
        <w:t>v 0.344273 16.304367 -1.615861</w:t>
        <w:br/>
        <w:t>v 0.425313 16.412949 -1.648715</w:t>
        <w:br/>
        <w:t>v 0.373414 16.450260 -1.621453</w:t>
        <w:br/>
        <w:t>v 0.441851 16.575932 -1.702593</w:t>
        <w:br/>
        <w:t>v 0.435845 16.746410 -1.784024</w:t>
        <w:br/>
        <w:t>v 0.395939 16.957022 -1.903330</w:t>
        <w:br/>
        <w:t>v 0.350329 17.114742 -1.999207</w:t>
        <w:br/>
        <w:t>v 0.330507 17.978840 -2.205403</w:t>
        <w:br/>
        <w:t>v 0.330663 17.985624 -2.326335</w:t>
        <w:br/>
        <w:t>v 0.454090 17.735651 -2.024159</w:t>
        <w:br/>
        <w:t>v 0.487469 17.746935 -2.241606</w:t>
        <w:br/>
        <w:t>v 0.487658 17.529465 -1.734723</w:t>
        <w:br/>
        <w:t>v 0.576592 17.537727 -2.122977</w:t>
        <w:br/>
        <w:t>v 0.582419 17.232504 -1.595426</w:t>
        <w:br/>
        <w:t>v 0.557138 17.362474 -1.664382</w:t>
        <w:br/>
        <w:t>v 0.649548 17.338106 -1.998267</w:t>
        <w:br/>
        <w:t>v 0.682714 17.194351 -1.885855</w:t>
        <w:br/>
        <w:t>v 0.578151 16.982002 -1.439925</w:t>
        <w:br/>
        <w:t>v 0.583417 17.108643 -1.519894</w:t>
        <w:br/>
        <w:t>v 0.701348 17.033831 -1.744660</w:t>
        <w:br/>
        <w:t>v 0.544989 16.785961 -1.353810</w:t>
        <w:br/>
        <w:t>v 0.492939 16.617905 -1.335491</w:t>
        <w:br/>
        <w:t>v 0.429804 16.460651 -1.359211</w:t>
        <w:br/>
        <w:t>v 0.355191 16.320137 -1.436339</w:t>
        <w:br/>
        <w:t>v 0.244530 16.128101 -1.607023</w:t>
        <w:br/>
        <w:t>v 0.390022 16.248230 -1.565705</w:t>
        <w:br/>
        <w:t>v 0.367861 16.270721 -1.605836</w:t>
        <w:br/>
        <w:t>v 0.469333 16.379559 -1.594899</w:t>
        <w:br/>
        <w:t>v 0.425313 16.412949 -1.648715</w:t>
        <w:br/>
        <w:t>v 0.441851 16.575932 -1.702593</w:t>
        <w:br/>
        <w:t>v 0.425313 16.412949 -1.648715</w:t>
        <w:br/>
        <w:t>v 0.523280 16.547619 -1.681752</w:t>
        <w:br/>
        <w:t>v 0.435845 16.746410 -1.784024</w:t>
        <w:br/>
        <w:t>v 0.441851 16.575932 -1.702593</w:t>
        <w:br/>
        <w:t>v 0.530814 16.714851 -1.787930</w:t>
        <w:br/>
        <w:t>v 0.395939 16.957022 -1.903330</w:t>
        <w:br/>
        <w:t>v 0.503506 16.926626 -1.935721</w:t>
        <w:br/>
        <w:t>v 0.300144 17.256922 -2.089533</w:t>
        <w:br/>
        <w:t>v 0.350329 17.114742 -1.999207</w:t>
        <w:br/>
        <w:t>v 0.470120 17.078796 -2.044190</w:t>
        <w:br/>
        <w:t>v 0.427991 17.243330 -2.150516</w:t>
        <w:br/>
        <w:t>v 0.549595 18.028584 -2.219954</w:t>
        <w:br/>
        <w:t>v 0.177151 18.284046 -2.386942</w:t>
        <w:br/>
        <w:t>v 0.390374 18.001568 -2.313023</w:t>
        <w:br/>
        <w:t>v 0.689690 17.773838 -2.082280</w:t>
        <w:br/>
        <w:t>v 0.546519 17.753006 -2.198192</w:t>
        <w:br/>
        <w:t>v 0.676653 17.515491 -2.025368</w:t>
        <w:br/>
        <w:t>v 0.801319 17.543489 -1.901101</w:t>
        <w:br/>
        <w:t>v 0.773224 18.083799 -1.513954</w:t>
        <w:br/>
        <w:t>v 0.766037 18.072880 -1.809876</w:t>
        <w:br/>
        <w:t>v 0.830944 17.819824 -1.345797</w:t>
        <w:br/>
        <w:t>v 0.878920 17.812469 -1.651547</w:t>
        <w:br/>
        <w:t>v 0.921537 17.609640 -1.505189</w:t>
        <w:br/>
        <w:t>v 0.822155 17.635973 -1.228975</w:t>
        <w:br/>
        <w:t>v 0.914422 17.433590 -1.375086</w:t>
        <w:br/>
        <w:t>v 0.780728 17.471256 -1.133093</w:t>
        <w:br/>
        <w:t>v 0.714275 17.318573 -1.071080</w:t>
        <w:br/>
        <w:t>v 0.854926 17.259092 -1.258917</w:t>
        <w:br/>
        <w:t>v 0.749771 17.088503 -1.171786</w:t>
        <w:br/>
        <w:t>v 0.622336 17.136688 -1.033301</w:t>
        <w:br/>
        <w:t>v 0.637886 16.939526 -1.123362</w:t>
        <w:br/>
        <w:t>v 0.552595 16.985945 -1.037529</w:t>
        <w:br/>
        <w:t>v 0.550519 16.838774 -1.113218</w:t>
        <w:br/>
        <w:t>v 0.493829 16.881083 -1.062901</w:t>
        <w:br/>
        <w:t>v 0.383650 16.679222 -1.142609</w:t>
        <w:br/>
        <w:t>v 0.403001 16.662037 -1.158683</w:t>
        <w:br/>
        <w:t>v 0.316632 16.560246 -1.215873</w:t>
        <w:br/>
        <w:t>v 0.864624 17.355129 -1.738224</w:t>
        <w:br/>
        <w:t>v 0.825066 17.171946 -1.540228</w:t>
        <w:br/>
        <w:t>v 0.774188 17.030569 -1.383919</w:t>
        <w:br/>
        <w:t>v 0.681035 16.899672 -1.257663</w:t>
        <w:br/>
        <w:t>v 0.527773 18.027973 -1.570478</w:t>
        <w:br/>
        <w:t>v 0.288321 17.962364 -1.729495</w:t>
        <w:br/>
        <w:t>v 0.606765 17.765276 -1.411116</w:t>
        <w:br/>
        <w:t>v 0.402937 17.726484 -1.572831</w:t>
        <w:br/>
        <w:t>v 0.605205 17.594929 -1.308010</w:t>
        <w:br/>
        <w:t>v 0.452570 17.550447 -1.434123</w:t>
        <w:br/>
        <w:t>v 0.590266 17.452122 -1.228700</w:t>
        <w:br/>
        <w:t>v 0.470303 17.424246 -1.347766</w:t>
        <w:br/>
        <w:t>v 0.458710 17.125463 -1.211167</w:t>
        <w:br/>
        <w:t>v 0.471366 17.290831 -1.272188</w:t>
        <w:br/>
        <w:t>v 0.560199 17.311720 -1.170377</w:t>
        <w:br/>
        <w:t>v 0.513785 17.138529 -1.134232</w:t>
        <w:br/>
        <w:t>v 0.433166 16.982235 -1.182904</w:t>
        <w:br/>
        <w:t>v 0.468610 16.990667 -1.121022</w:t>
        <w:br/>
        <w:t>v 0.414084 16.881054 -1.167717</w:t>
        <w:br/>
        <w:t>v 0.437799 16.883892 -1.124755</w:t>
        <w:br/>
        <w:t>v 0.773224 18.083799 -1.513954</w:t>
        <w:br/>
        <w:t>v 0.830944 17.819824 -1.345797</w:t>
        <w:br/>
        <w:t>v 0.822155 17.635973 -1.228975</w:t>
        <w:br/>
        <w:t>v 0.780728 17.471256 -1.133093</w:t>
        <w:br/>
        <w:t>v 0.714275 17.318573 -1.071080</w:t>
        <w:br/>
        <w:t>v 0.622336 17.136688 -1.033301</w:t>
        <w:br/>
        <w:t>v 0.552595 16.985945 -1.037529</w:t>
        <w:br/>
        <w:t>v 0.493829 16.881083 -1.062901</w:t>
        <w:br/>
        <w:t>v 0.449072 16.799913 -1.089993</w:t>
        <w:br/>
        <w:t>v 0.383650 16.679222 -1.142609</w:t>
        <w:br/>
        <w:t>v 0.362493 16.675301 -1.166536</w:t>
        <w:br/>
        <w:t>v 0.406982 16.791536 -1.137618</w:t>
        <w:br/>
        <w:t>v 0.353913 16.672203 -1.181126</w:t>
        <w:br/>
        <w:t>v 0.390012 16.785057 -1.166644</w:t>
        <w:br/>
        <w:t>v 0.546519 17.753006 -2.198192</w:t>
        <w:br/>
        <w:t>v 0.454090 17.735651 -2.024159</w:t>
        <w:br/>
        <w:t>v 0.584150 17.526236 -1.885050</w:t>
        <w:br/>
        <w:t>v 0.676653 17.515491 -2.025368</w:t>
        <w:br/>
        <w:t>v 0.330507 17.978840 -2.205403</w:t>
        <w:br/>
        <w:t>v 0.390374 18.001568 -2.313023</w:t>
        <w:br/>
        <w:t>v 0.177151 18.284046 -2.386942</w:t>
        <w:br/>
        <w:t>v 0.146555 18.266659 -2.348078</w:t>
        <w:br/>
        <w:t>v 0.765061 17.314137 -1.845347</w:t>
        <w:br/>
        <w:t>v 0.575241 16.809322 -1.193497</w:t>
        <w:br/>
        <w:t>v 0.411792 16.652424 -1.182111</w:t>
        <w:br/>
        <w:t>v 0.488262 16.765114 -1.121767</w:t>
        <w:br/>
        <w:t>v 0.506202 16.745470 -1.175496</w:t>
        <w:br/>
        <w:t>v 0.489006 16.944344 -1.251328</w:t>
        <w:br/>
        <w:t>v 0.433166 16.982235 -1.182904</w:t>
        <w:br/>
        <w:t>v 0.414084 16.881054 -1.167717</w:t>
        <w:br/>
        <w:t>v 0.446324 16.858326 -1.211074</w:t>
        <w:br/>
        <w:t>v 0.362426 16.665154 -1.193687</w:t>
        <w:br/>
        <w:t>v 0.353913 16.672203 -1.181126</w:t>
        <w:br/>
        <w:t>v 0.316632 16.560246 -1.215873</w:t>
        <w:br/>
        <w:t>v 0.531046 17.072229 -1.334959</w:t>
        <w:br/>
        <w:t>v 0.458710 17.125463 -1.211167</w:t>
        <w:br/>
        <w:t>v 0.547341 17.221287 -1.462961</w:t>
        <w:br/>
        <w:t>v 0.471366 17.290831 -1.272188</w:t>
        <w:br/>
        <w:t>v 0.542844 17.353806 -1.592932</w:t>
        <w:br/>
        <w:t>v 0.470303 17.424246 -1.347766</w:t>
        <w:br/>
        <w:t>v 0.276979 17.964325 -1.850877</w:t>
        <w:br/>
        <w:t>v 0.288321 17.962364 -1.729495</w:t>
        <w:br/>
        <w:t>v 0.402937 17.726484 -1.572831</w:t>
        <w:br/>
        <w:t>v 0.384385 17.738459 -1.769388</w:t>
        <w:br/>
        <w:t>v 0.156669 18.192387 -1.888793</w:t>
        <w:br/>
        <w:t>v 0.164807 18.192709 -1.822660</w:t>
        <w:br/>
        <w:t>v 0.579810 16.907124 -1.289098</w:t>
        <w:br/>
        <w:t>v 0.489006 16.944344 -1.251328</w:t>
        <w:br/>
        <w:t>v 0.446324 16.858326 -1.211074</w:t>
        <w:br/>
        <w:t>v 0.518288 16.828758 -1.233163</w:t>
        <w:br/>
        <w:t>v 0.389366 16.656395 -1.200256</w:t>
        <w:br/>
        <w:t>v 0.362426 16.665154 -1.193687</w:t>
        <w:br/>
        <w:t>v 0.316632 16.560246 -1.215873</w:t>
        <w:br/>
        <w:t>v 0.627221 17.033688 -1.393873</w:t>
        <w:br/>
        <w:t>v 0.531046 17.072229 -1.334959</w:t>
        <w:br/>
        <w:t>v 0.665575 17.171686 -1.561155</w:t>
        <w:br/>
        <w:t>v 0.547341 17.221287 -1.462961</w:t>
        <w:br/>
        <w:t>v 0.656363 17.342392 -1.745915</w:t>
        <w:br/>
        <w:t>v 0.542844 17.353806 -1.592932</w:t>
        <w:br/>
        <w:t>v 0.765061 17.314137 -1.845347</w:t>
        <w:br/>
        <w:t>v 0.452570 17.550447 -1.434123</w:t>
        <w:br/>
        <w:t>v 0.487658 17.529465 -1.734723</w:t>
        <w:br/>
        <w:t>v 0.487658 17.529465 -1.734723</w:t>
        <w:br/>
        <w:t>v -0.002222 18.497009 -2.425615</w:t>
        <w:br/>
        <w:t>v 0.665575 17.171686 -1.561155</w:t>
        <w:br/>
        <w:t>v 0.825066 17.171946 -1.540228</w:t>
        <w:br/>
        <w:t>v 0.864624 17.355129 -1.738224</w:t>
        <w:br/>
        <w:t>v 0.656363 17.342392 -1.745915</w:t>
        <w:br/>
        <w:t>v 0.627221 17.033688 -1.393873</w:t>
        <w:br/>
        <w:t>v 0.774188 17.030569 -1.383919</w:t>
        <w:br/>
        <w:t>v 0.579810 16.907124 -1.289098</w:t>
        <w:br/>
        <w:t>v 0.681035 16.899672 -1.257663</w:t>
        <w:br/>
        <w:t>v 0.518288 16.828758 -1.233163</w:t>
        <w:br/>
        <w:t>v 0.575241 16.809322 -1.193497</w:t>
        <w:br/>
        <w:t>v 0.389366 16.656395 -1.200256</w:t>
        <w:br/>
        <w:t>v 0.411792 16.652424 -1.182111</w:t>
        <w:br/>
        <w:t>v 0.506202 16.745470 -1.175496</w:t>
        <w:br/>
        <w:t>v 0.461085 16.753174 -1.204680</w:t>
        <w:br/>
        <w:t>v 0.766620 16.815372 -1.339005</w:t>
        <w:br/>
        <w:t>v 0.714054 16.742241 -1.282783</w:t>
        <w:br/>
        <w:t>v 0.713464 16.794905 -1.207942</w:t>
        <w:br/>
        <w:t>v 0.786145 16.868093 -1.255348</w:t>
        <w:br/>
        <w:t>v 0.605897 16.707272 -1.186341</w:t>
        <w:br/>
        <w:t>v 0.619395 16.667351 -1.252312</w:t>
        <w:br/>
        <w:t>v 0.533133 16.608418 -1.239506</w:t>
        <w:br/>
        <w:t>v 0.527802 16.631725 -1.186484</w:t>
        <w:br/>
        <w:t>v 0.313254 16.445446 -1.265024</w:t>
        <w:br/>
        <w:t>v 0.453901 16.569199 -1.204097</w:t>
        <w:br/>
        <w:t>v 0.438954 16.549255 -1.246308</w:t>
        <w:br/>
        <w:t>v 0.619395 16.667351 -1.252312</w:t>
        <w:br/>
        <w:t>v 0.714054 16.742241 -1.282783</w:t>
        <w:br/>
        <w:t>v 0.641152 16.807377 -1.255581</w:t>
        <w:br/>
        <w:t>v 0.571263 16.731056 -1.238123</w:t>
        <w:br/>
        <w:t>v 0.533133 16.608418 -1.239506</w:t>
        <w:br/>
        <w:t>v 0.495990 16.652935 -1.229737</w:t>
        <w:br/>
        <w:t>v 0.429666 16.583267 -1.238851</w:t>
        <w:br/>
        <w:t>v 0.438954 16.549255 -1.246308</w:t>
        <w:br/>
        <w:t>v 0.810994 16.900669 -1.413181</w:t>
        <w:br/>
        <w:t>v 0.721150 16.953093 -1.370322</w:t>
        <w:br/>
        <w:t>v 0.688203 16.875980 -1.306797</w:t>
        <w:br/>
        <w:t>v 0.766620 16.815372 -1.339005</w:t>
        <w:br/>
        <w:t>v 0.821320 17.146086 -1.669207</w:t>
        <w:br/>
        <w:t>v 0.712907 17.179447 -1.607708</w:t>
        <w:br/>
        <w:t>v 0.730258 17.023830 -1.439553</w:t>
        <w:br/>
        <w:t>v 0.831005 16.985577 -1.491219</w:t>
        <w:br/>
        <w:t>v 0.765061 17.314137 -1.845347</w:t>
        <w:br/>
        <w:t>v 0.656363 17.342392 -1.745915</w:t>
        <w:br/>
        <w:t>v 0.891756 17.188572 -1.557600</w:t>
        <w:br/>
        <w:t>v 0.864624 17.355129 -1.738224</w:t>
        <w:br/>
        <w:t>v 0.765061 17.314137 -1.845347</w:t>
        <w:br/>
        <w:t>v 0.821320 17.146086 -1.669207</w:t>
        <w:br/>
        <w:t>v 0.873925 17.031496 -1.393799</w:t>
        <w:br/>
        <w:t>v 0.831005 16.985577 -1.491219</w:t>
        <w:br/>
        <w:t>v 0.840867 16.951307 -1.321587</w:t>
        <w:br/>
        <w:t>v 0.810994 16.900669 -1.413181</w:t>
        <w:br/>
        <w:t>v 0.313254 16.445446 -1.265024</w:t>
        <w:br/>
        <w:t>v 0.478534 16.932884 -1.956332</w:t>
        <w:br/>
        <w:t>v 0.455204 17.082817 -2.053500</w:t>
        <w:br/>
        <w:t>v 0.240748 17.137232 -2.075005</w:t>
        <w:br/>
        <w:t>v 0.284604 16.985643 -1.994083</w:t>
        <w:br/>
        <w:t>v 0.240748 17.137232 -2.075005</w:t>
        <w:br/>
        <w:t>v 0.228202 17.175755 -1.885489</w:t>
        <w:br/>
        <w:t>v 0.260621 17.043165 -1.831176</w:t>
        <w:br/>
        <w:t>v 0.284604 16.985643 -1.994083</w:t>
        <w:br/>
        <w:t>v 0.500712 16.747948 -1.829382</w:t>
        <w:br/>
        <w:t>v 0.328693 16.804504 -1.904950</w:t>
        <w:br/>
        <w:t>v 0.300311 16.845181 -1.756569</w:t>
        <w:br/>
        <w:t>v 0.328693 16.804504 -1.904950</w:t>
        <w:br/>
        <w:t>v 0.485676 16.564026 -1.727871</w:t>
        <w:br/>
        <w:t>v 0.352337 16.625824 -1.826247</w:t>
        <w:br/>
        <w:t>v 0.352337 16.625824 -1.826247</w:t>
        <w:br/>
        <w:t>v 0.319216 16.646328 -1.718649</w:t>
        <w:br/>
        <w:t>v 0.355468 16.440254 -1.773474</w:t>
        <w:br/>
        <w:t>v 0.455395 16.398159 -1.661171</w:t>
        <w:br/>
        <w:t>v 0.347508 16.301865 -1.736472</w:t>
        <w:br/>
        <w:t>v 0.355468 16.440254 -1.773474</w:t>
        <w:br/>
        <w:t>v 0.318236 16.460140 -1.690672</w:t>
        <w:br/>
        <w:t>v 0.298315 16.321991 -1.681314</w:t>
        <w:br/>
        <w:t>v 0.415571 16.273689 -1.625898</w:t>
        <w:br/>
        <w:t>v 0.347508 16.301865 -1.736472</w:t>
        <w:br/>
        <w:t>v 0.307620 16.162731 -1.724393</w:t>
        <w:br/>
        <w:t>v 0.349969 16.124969 -1.614298</w:t>
        <w:br/>
        <w:t>v 0.257595 16.204716 -1.694176</w:t>
        <w:br/>
        <w:t>v 0.307620 16.162731 -1.724393</w:t>
        <w:br/>
        <w:t>v 0.231252 16.029591 -1.745740</w:t>
        <w:br/>
        <w:t>v 0.253795 16.005386 -1.670174</w:t>
        <w:br/>
        <w:t>v 0.191044 16.059834 -1.724363</w:t>
        <w:br/>
        <w:t>v 0.231252 16.029591 -1.745740</w:t>
        <w:br/>
        <w:t>v 0.137000 15.939854 -1.786858</w:t>
        <w:br/>
        <w:t>v 0.143260 15.933019 -1.738666</w:t>
        <w:br/>
        <w:t>v 0.137000 15.939854 -1.786858</w:t>
        <w:br/>
        <w:t>v 0.101404 15.960692 -1.776829</w:t>
        <w:br/>
        <w:t>v 0.026704 15.871258 -1.842362</w:t>
        <w:br/>
        <w:t>v 0.028209 15.866374 -1.817657</w:t>
        <w:br/>
        <w:t>v 0.026704 15.871258 -1.842362</w:t>
        <w:br/>
        <w:t>v 0.011060 15.891905 -1.835920</w:t>
        <w:br/>
        <w:t>v -0.097743 15.806520 -1.914133</w:t>
        <w:br/>
        <w:t>v -0.097743 15.806520 -1.914133</w:t>
        <w:br/>
        <w:t>v -0.466683 19.149405 -2.006963</w:t>
        <w:br/>
        <w:t>v -0.560390 19.231159 -2.037478</w:t>
        <w:br/>
        <w:t>v -0.470692 19.246307 -1.972457</w:t>
        <w:br/>
        <w:t>v 0.006080 20.922308 -1.165796</w:t>
        <w:br/>
        <w:t>v -0.226379 20.966475 -1.076820</w:t>
        <w:br/>
        <w:t>v -0.196145 21.003344 -1.013547</w:t>
        <w:br/>
        <w:t>v 0.030957 20.961836 -1.079161</w:t>
        <w:br/>
        <w:t>v -0.020641 20.844496 -1.243683</w:t>
        <w:br/>
        <w:t>v -0.275926 20.876320 -1.166548</w:t>
        <w:br/>
        <w:t>v -0.079046 20.473963 -1.431139</w:t>
        <w:br/>
        <w:t>v -0.420011 20.422251 -1.435768</w:t>
        <w:br/>
        <w:t>v -0.352308 20.674337 -1.307367</w:t>
        <w:br/>
        <w:t>v -0.050150 20.679457 -1.334896</w:t>
        <w:br/>
        <w:t>v -0.109456 20.235458 -1.510468</w:t>
        <w:br/>
        <w:t>v -0.452161 20.197565 -1.524785</w:t>
        <w:br/>
        <w:t>v -0.134582 20.053965 -1.565325</w:t>
        <w:br/>
        <w:t>v -0.483088 20.005251 -1.582479</w:t>
        <w:br/>
        <w:t>v -0.176863 19.617399 -1.648614</w:t>
        <w:br/>
        <w:t>v -0.528690 19.619524 -1.696613</w:t>
        <w:br/>
        <w:t>v -0.509328 19.788349 -1.656729</w:t>
        <w:br/>
        <w:t>v -0.156375 19.856863 -1.619864</w:t>
        <w:br/>
        <w:t>v -0.187716 19.392878 -1.664728</w:t>
        <w:br/>
        <w:t>v -0.550412 19.431297 -1.734433</w:t>
        <w:br/>
        <w:t>v -0.197096 19.082289 -1.680288</w:t>
        <w:br/>
        <w:t>v -0.590899 19.181868 -1.780439</w:t>
        <w:br/>
        <w:t>v -0.327952 19.142782 -1.946568</w:t>
        <w:br/>
        <w:t>v -0.209134 19.137321 -1.818762</w:t>
        <w:br/>
        <w:t>v -0.212050 19.450445 -1.754771</w:t>
        <w:br/>
        <w:t>v -0.232311 18.718376 -1.739904</w:t>
        <w:br/>
        <w:t>v -0.654321 18.843298 -1.837600</w:t>
        <w:br/>
        <w:t>v -0.654321 18.843298 -1.837600</w:t>
        <w:br/>
        <w:t>v -0.514480 18.885399 -2.082790</w:t>
        <w:br/>
        <w:t>v -0.466683 19.149405 -2.006963</w:t>
        <w:br/>
        <w:t>v -0.590899 19.181868 -1.780439</w:t>
        <w:br/>
        <w:t>v -0.401607 19.041183 -2.000234</w:t>
        <w:br/>
        <w:t>v -0.445616 18.861061 -2.046492</w:t>
        <w:br/>
        <w:t>v -0.253629 18.816521 -1.909411</w:t>
        <w:br/>
        <w:t>v -0.286844 18.407705 -1.805003</w:t>
        <w:br/>
        <w:t>v -0.718426 18.580786 -1.889678</w:t>
        <w:br/>
        <w:t>v -0.718426 18.580786 -1.889678</w:t>
        <w:br/>
        <w:t>v -0.577303 18.646746 -2.137633</w:t>
        <w:br/>
        <w:t>v -0.508382 18.639210 -2.148205</w:t>
        <w:br/>
        <w:t>v -0.445616 18.861061 -2.046492</w:t>
        <w:br/>
        <w:t>v -0.514480 18.885399 -2.082790</w:t>
        <w:br/>
        <w:t>v -0.349158 18.122931 -1.895218</w:t>
        <w:br/>
        <w:t>v -0.775854 18.323959 -1.945193</w:t>
        <w:br/>
        <w:t>v -0.775854 18.323959 -1.945193</w:t>
        <w:br/>
        <w:t>v -0.613958 18.398741 -2.183276</w:t>
        <w:br/>
        <w:t>v -0.421026 17.902203 -1.974581</w:t>
        <w:br/>
        <w:t>v -0.823928 18.089312 -2.010628</w:t>
        <w:br/>
        <w:t>v -0.823928 18.089312 -2.010628</w:t>
        <w:br/>
        <w:t>v -0.646341 18.127270 -2.241436</w:t>
        <w:br/>
        <w:t>v -0.490218 17.638674 -2.061554</w:t>
        <w:br/>
        <w:t>v -0.852961 17.847694 -2.075454</w:t>
        <w:br/>
        <w:t>v -0.852961 17.847694 -2.075454</w:t>
        <w:br/>
        <w:t>v -0.660794 17.862661 -2.296181</w:t>
        <w:br/>
        <w:t>v -0.520726 17.422853 -2.141305</w:t>
        <w:br/>
        <w:t>v -0.845434 17.524397 -2.159771</w:t>
        <w:br/>
        <w:t>v -0.845434 17.524397 -2.159771</w:t>
        <w:br/>
        <w:t>v -0.648396 17.543144 -2.347912</w:t>
        <w:br/>
        <w:t>v -0.506296 17.205002 -2.194910</w:t>
        <w:br/>
        <w:t>v -0.788007 17.283445 -2.203753</w:t>
        <w:br/>
        <w:t>v -0.788007 17.283445 -2.203753</w:t>
        <w:br/>
        <w:t>v -0.596526 17.297375 -2.373064</w:t>
        <w:br/>
        <w:t>v -0.443618 17.013720 -2.212361</w:t>
        <w:br/>
        <w:t>v -0.673043 17.056238 -2.225456</w:t>
        <w:br/>
        <w:t>v -0.673043 17.056238 -2.225456</w:t>
        <w:br/>
        <w:t>v -0.501892 17.057510 -2.353533</w:t>
        <w:br/>
        <w:t>v -0.596526 17.297375 -2.373064</w:t>
        <w:br/>
        <w:t>v -0.788007 17.283445 -2.203753</w:t>
        <w:br/>
        <w:t>v -0.354720 17.023317 -2.294084</w:t>
        <w:br/>
        <w:t>v -0.415770 17.225271 -2.300405</w:t>
        <w:br/>
        <w:t>v -0.541454 17.273998 -2.355340</w:t>
        <w:br/>
        <w:t>v -0.596526 17.297375 -2.373064</w:t>
        <w:br/>
        <w:t>v -0.501892 17.057510 -2.353533</w:t>
        <w:br/>
        <w:t>v -0.360317 16.870991 -2.210371</w:t>
        <w:br/>
        <w:t>v -0.547268 16.889568 -2.223372</w:t>
        <w:br/>
        <w:t>v -0.547268 16.889568 -2.223372</w:t>
        <w:br/>
        <w:t>v -0.398742 16.885319 -2.324830</w:t>
        <w:br/>
        <w:t>v -0.398742 16.885319 -2.324830</w:t>
        <w:br/>
        <w:t>v -0.290763 16.899300 -2.279019</w:t>
        <w:br/>
        <w:t>v -0.298199 16.780190 -2.198485</w:t>
        <w:br/>
        <w:t>v -0.431016 16.765675 -2.212807</w:t>
        <w:br/>
        <w:t>v -0.431016 16.765675 -2.212807</w:t>
        <w:br/>
        <w:t>v -0.312906 16.775158 -2.291906</w:t>
        <w:br/>
        <w:t>v -0.312906 16.775158 -2.291906</w:t>
        <w:br/>
        <w:t>v -0.215994 16.788044 -2.257109</w:t>
        <w:br/>
        <w:t>v -0.149979 16.660137 -2.164511</w:t>
        <w:br/>
        <w:t>v -0.176978 16.616138 -2.157212</w:t>
        <w:br/>
        <w:t>v -0.284643 16.662510 -2.184305</w:t>
        <w:br/>
        <w:t>v -0.223386 16.704224 -2.182753</w:t>
        <w:br/>
        <w:t>v -0.176978 16.616138 -2.157212</w:t>
        <w:br/>
        <w:t>v -0.128032 16.630436 -2.214375</w:t>
        <w:br/>
        <w:t>v -0.204027 16.681515 -2.245907</w:t>
        <w:br/>
        <w:t>v -0.284643 16.662510 -2.184305</w:t>
        <w:br/>
        <w:t>v -0.204027 16.681515 -2.245907</w:t>
        <w:br/>
        <w:t>v -0.128032 16.630436 -2.214375</w:t>
        <w:br/>
        <w:t>v -0.061985 16.660259 -2.196604</w:t>
        <w:br/>
        <w:t>v -0.138024 16.716057 -2.229576</w:t>
        <w:br/>
        <w:t>v 0.052793 16.598686 -2.112715</w:t>
        <w:br/>
        <w:t>v 0.054459 16.577793 -2.106504</w:t>
        <w:br/>
        <w:t>v -0.052344 16.583344 -2.128528</w:t>
        <w:br/>
        <w:t>v -0.040185 16.616859 -2.136029</w:t>
        <w:br/>
        <w:t>v -0.052344 16.583344 -2.128528</w:t>
        <w:br/>
        <w:t>v 0.054459 16.577793 -2.106504</w:t>
        <w:br/>
        <w:t>v 0.065150 16.581978 -2.124251</w:t>
        <w:br/>
        <w:t>v -0.026943 16.595840 -2.167237</w:t>
        <w:br/>
        <w:t>v 0.070817 16.602074 -2.131413</w:t>
        <w:br/>
        <w:t>v 0.004790 16.628506 -2.166399</w:t>
        <w:br/>
        <w:t>v -0.061985 16.660259 -2.196604</w:t>
        <w:br/>
        <w:t>v 0.004790 16.628506 -2.166399</w:t>
        <w:br/>
        <w:t>v -0.040185 16.616859 -2.136029</w:t>
        <w:br/>
        <w:t>v -0.149979 16.660137 -2.164511</w:t>
        <w:br/>
        <w:t>v -0.187716 19.392878 -1.664728</w:t>
        <w:br/>
        <w:t>v -0.176863 19.617399 -1.648614</w:t>
        <w:br/>
        <w:t>v -0.197096 19.082289 -1.680288</w:t>
        <w:br/>
        <w:t>v -0.232311 18.718376 -1.739904</w:t>
        <w:br/>
        <w:t>v -0.306548 18.529943 -1.959887</w:t>
        <w:br/>
        <w:t>v -0.286844 18.407705 -1.805003</w:t>
        <w:br/>
        <w:t>v -0.362096 18.261066 -2.043593</w:t>
        <w:br/>
        <w:t>v -0.349158 18.122931 -1.895218</w:t>
        <w:br/>
        <w:t>v -0.410333 18.015079 -2.129365</w:t>
        <w:br/>
        <w:t>v -0.421026 17.902203 -1.974581</w:t>
        <w:br/>
        <w:t>v -0.445876 17.748192 -2.204426</w:t>
        <w:br/>
        <w:t>v -0.490218 17.638674 -2.061554</w:t>
        <w:br/>
        <w:t>v -0.466709 17.457108 -2.278633</w:t>
        <w:br/>
        <w:t>v -0.520726 17.422853 -2.141305</w:t>
        <w:br/>
        <w:t>v -0.415770 17.225271 -2.300405</w:t>
        <w:br/>
        <w:t>v -0.506296 17.205002 -2.194910</w:t>
        <w:br/>
        <w:t>v -0.415770 17.225271 -2.300405</w:t>
        <w:br/>
        <w:t>v -0.354720 17.023317 -2.294084</w:t>
        <w:br/>
        <w:t>v -0.443618 17.013720 -2.212361</w:t>
        <w:br/>
        <w:t>v -0.506296 17.205002 -2.194910</w:t>
        <w:br/>
        <w:t>v -0.290763 16.899300 -2.279019</w:t>
        <w:br/>
        <w:t>v -0.360317 16.870991 -2.210371</w:t>
        <w:br/>
        <w:t>v -0.215994 16.788044 -2.257109</w:t>
        <w:br/>
        <w:t>v -0.298199 16.780190 -2.198485</w:t>
        <w:br/>
        <w:t>v -0.138024 16.716057 -2.229576</w:t>
        <w:br/>
        <w:t>v -0.223386 16.704224 -2.182753</w:t>
        <w:br/>
        <w:t>v 0.070817 16.602074 -2.131413</w:t>
        <w:br/>
        <w:t>v 0.052793 16.598686 -2.112715</w:t>
        <w:br/>
        <w:t>v -0.500224 18.621187 -2.097085</w:t>
        <w:br/>
        <w:t>v -0.544792 18.356869 -2.156164</w:t>
        <w:br/>
        <w:t>v -0.572418 18.088415 -2.210218</w:t>
        <w:br/>
        <w:t>v -0.592587 17.824284 -2.268861</w:t>
        <w:br/>
        <w:t>v -0.445876 17.748192 -2.204426</w:t>
        <w:br/>
        <w:t>v -0.588344 17.511122 -2.331549</w:t>
        <w:br/>
        <w:t>v -0.466709 17.457108 -2.278633</w:t>
        <w:br/>
        <w:t>v -0.541454 17.273998 -2.355340</w:t>
        <w:br/>
        <w:t>v -0.415770 17.225271 -2.300405</w:t>
        <w:br/>
        <w:t>v -0.554112 18.648249 -2.146706</w:t>
        <w:br/>
        <w:t>v -0.514480 18.885399 -2.082790</w:t>
        <w:br/>
        <w:t>v -0.577303 18.646746 -2.137633</w:t>
        <w:br/>
        <w:t>v -0.500224 18.621187 -2.097085</w:t>
        <w:br/>
        <w:t>v -0.534631 18.396517 -2.223986</w:t>
        <w:br/>
        <w:t>v -0.544792 18.356869 -2.156164</w:t>
        <w:br/>
        <w:t>v -0.541527 18.119024 -2.301527</w:t>
        <w:br/>
        <w:t>v -0.572418 18.088415 -2.210218</w:t>
        <w:br/>
        <w:t>v -0.544026 17.845356 -2.366632</w:t>
        <w:br/>
        <w:t>v -0.592587 17.824284 -2.268861</w:t>
        <w:br/>
        <w:t>v -0.508897 17.551437 -2.433092</w:t>
        <w:br/>
        <w:t>v -0.588344 17.511122 -2.331549</w:t>
        <w:br/>
        <w:t>v -0.449506 17.327650 -2.462200</w:t>
        <w:br/>
        <w:t>v -0.541454 17.273998 -2.355340</w:t>
        <w:br/>
        <w:t>v -0.557138 17.302326 -2.426267</w:t>
        <w:br/>
        <w:t>v -0.609822 17.542706 -2.397052</w:t>
        <w:br/>
        <w:t>v -0.648396 17.543144 -2.347912</w:t>
        <w:br/>
        <w:t>v -0.596526 17.297375 -2.373064</w:t>
        <w:br/>
        <w:t>v -0.626751 17.863220 -2.336062</w:t>
        <w:br/>
        <w:t>v -0.660794 17.862661 -2.296181</w:t>
        <w:br/>
        <w:t>v -0.616108 18.129747 -2.275693</w:t>
        <w:br/>
        <w:t>v -0.646341 18.127270 -2.241436</w:t>
        <w:br/>
        <w:t>v -0.588201 18.404802 -2.209836</w:t>
        <w:br/>
        <w:t>v -0.613958 18.398741 -2.183276</w:t>
        <w:br/>
        <w:t>v -0.444448 17.132660 -2.367567</w:t>
        <w:br/>
        <w:t>v -0.487037 17.121618 -2.378606</w:t>
        <w:br/>
        <w:t>v -0.596526 17.297375 -2.373064</w:t>
        <w:br/>
        <w:t>v -0.541454 17.273998 -2.355340</w:t>
        <w:br/>
        <w:t>v -0.487037 17.121618 -2.378606</w:t>
        <w:br/>
        <w:t>v -0.454817 17.124994 -2.428514</w:t>
        <w:br/>
        <w:t>v -0.366804 17.164701 -2.455444</w:t>
        <w:br/>
        <w:t>v -0.444448 17.132660 -2.367567</w:t>
        <w:br/>
        <w:t>v -0.324682 17.032978 -2.357069</w:t>
        <w:br/>
        <w:t>v -0.363871 17.014091 -2.365554</w:t>
        <w:br/>
        <w:t>v -0.363871 17.014091 -2.365554</w:t>
        <w:br/>
        <w:t>v -0.333607 17.022476 -2.411489</w:t>
        <w:br/>
        <w:t>v -0.278561 17.055836 -2.436306</w:t>
        <w:br/>
        <w:t>v -0.324682 17.032978 -2.357069</w:t>
        <w:br/>
        <w:t>v -0.154060 16.938778 -2.330979</w:t>
        <w:br/>
        <w:t>v -0.179924 16.920731 -2.338437</w:t>
        <w:br/>
        <w:t>v -0.179924 16.920731 -2.338437</w:t>
        <w:br/>
        <w:t>v -0.166900 16.922844 -2.367587</w:t>
        <w:br/>
        <w:t>v -0.136116 16.955288 -2.377569</w:t>
        <w:br/>
        <w:t>v -0.154060 16.938778 -2.330979</w:t>
        <w:br/>
        <w:t>v -0.005453 16.899593 -2.307445</w:t>
        <w:br/>
        <w:t>v -0.005453 16.899593 -2.307445</w:t>
        <w:br/>
        <w:t>v -0.005453 16.899593 -2.307445</w:t>
        <w:br/>
        <w:t>v -0.449506 17.327650 -2.462200</w:t>
        <w:br/>
        <w:t>v -0.508897 17.551437 -2.433092</w:t>
        <w:br/>
        <w:t>v -0.544026 17.845356 -2.366632</w:t>
        <w:br/>
        <w:t>v -0.541527 18.119024 -2.301527</w:t>
        <w:br/>
        <w:t>v -0.534631 18.396517 -2.223986</w:t>
        <w:br/>
        <w:t>v -0.508382 18.639210 -2.148205</w:t>
        <w:br/>
        <w:t>v -0.366804 17.164701 -2.455444</w:t>
        <w:br/>
        <w:t>v -0.278561 17.055836 -2.436306</w:t>
        <w:br/>
        <w:t>v -0.136116 16.955288 -2.377569</w:t>
        <w:br/>
        <w:t>v 0.133917 16.594296 -2.093786</w:t>
        <w:br/>
        <w:t>v 0.133917 16.594296 -2.093786</w:t>
        <w:br/>
        <w:t>v 0.133917 16.594296 -2.093786</w:t>
        <w:br/>
        <w:t>v -0.470692 19.246307 -1.972457</w:t>
        <w:br/>
        <w:t>v -0.478606 19.437563 -1.885409</w:t>
        <w:br/>
        <w:t>v -0.550412 19.431297 -1.734433</w:t>
        <w:br/>
        <w:t>v -0.478356 19.609934 -1.801231</w:t>
        <w:br/>
        <w:t>v -0.528690 19.619524 -1.696613</w:t>
        <w:br/>
        <w:t>v -0.473478 19.782999 -1.720242</w:t>
        <w:br/>
        <w:t>v -0.509328 19.788349 -1.656729</w:t>
        <w:br/>
        <w:t>v -0.467484 20.004513 -1.617687</w:t>
        <w:br/>
        <w:t>v -0.483088 20.005251 -1.582479</w:t>
        <w:br/>
        <w:t>v -0.452161 20.197565 -1.524785</w:t>
        <w:br/>
        <w:t>v -0.466683 19.149405 -2.006963</w:t>
        <w:br/>
        <w:t>v -0.514480 18.885399 -2.082790</w:t>
        <w:br/>
        <w:t>v -0.212050 19.450445 -1.754771</w:t>
        <w:br/>
        <w:t>v -0.017286 18.488457 -2.407146</w:t>
        <w:br/>
        <w:t>v 0.030957 20.961836 -1.079161</w:t>
        <w:br/>
        <w:t>v 0.049345 18.415472 -1.899794</w:t>
        <w:br/>
        <w:t>v 0.049345 18.415472 -1.899794</w:t>
        <w:br/>
        <w:t>v 0.033197 18.408623 -1.890258</w:t>
        <w:br/>
        <w:t>v -0.045760 18.653141 -1.933146</w:t>
        <w:br/>
        <w:t>v 0.300144 17.256922 -2.089533</w:t>
        <w:br/>
        <w:t>v 0.193738 17.285507 -2.151764</w:t>
        <w:br/>
        <w:t>v 0.188816 17.311886 -1.941522</w:t>
        <w:br/>
        <w:t>v 0.449072 16.799913 -1.089993</w:t>
        <w:br/>
        <w:t>v 0.390012 16.785057 -1.166644</w:t>
        <w:br/>
        <w:t>v 0.407170 16.770756 -1.191605</w:t>
        <w:br/>
        <w:t>v 0.407170 16.770756 -1.191605</w:t>
        <w:br/>
        <w:t>v 0.461085 16.753174 -1.204680</w:t>
        <w:br/>
        <w:t>v 0.316632 16.560246 -1.215873</w:t>
        <w:br/>
        <w:t>v 0.316632 16.560246 -1.215873</w:t>
        <w:br/>
        <w:t>v -0.176863 19.617399 -1.648614</w:t>
        <w:br/>
        <w:t>v 0.000421 19.734867 -1.869381</w:t>
        <w:br/>
        <w:t>v 0.036051 17.488974 -0.992697</w:t>
        <w:br/>
        <w:t>v 0.105856 17.490007 -0.990175</w:t>
        <w:br/>
        <w:t>v 0.383903 17.116249 -1.143565</w:t>
        <w:br/>
        <w:t>v 0.383903 17.116249 -1.143565</w:t>
        <w:br/>
        <w:t>v 0.383903 17.116249 -1.143565</w:t>
        <w:br/>
        <w:t>v 0.383903 17.116249 -1.143565</w:t>
        <w:br/>
        <w:t>v 0.300311 16.845181 -1.756569</w:t>
        <w:br/>
        <w:t>v 0.500712 16.747948 -1.829382</w:t>
        <w:br/>
        <w:t>v 0.485676 16.564026 -1.727871</w:t>
        <w:br/>
        <w:t>v 0.319216 16.646328 -1.718649</w:t>
        <w:br/>
        <w:t>v 0.260621 17.043165 -1.831176</w:t>
        <w:br/>
        <w:t>v 0.478534 16.932884 -1.956332</w:t>
        <w:br/>
        <w:t>v 0.228202 17.175755 -1.885489</w:t>
        <w:br/>
        <w:t>v 0.455204 17.082817 -2.053500</w:t>
        <w:br/>
        <w:t>v 0.188816 17.311886 -1.941522</w:t>
        <w:br/>
        <w:t>v 0.427991 17.243330 -2.150516</w:t>
        <w:br/>
        <w:t>v 0.455395 16.398159 -1.661171</w:t>
        <w:br/>
        <w:t>v 0.318236 16.460140 -1.690672</w:t>
        <w:br/>
        <w:t>v 0.415571 16.273689 -1.625898</w:t>
        <w:br/>
        <w:t>v 0.298315 16.321991 -1.681314</w:t>
        <w:br/>
        <w:t>v 0.349969 16.124969 -1.614298</w:t>
        <w:br/>
        <w:t>v 0.257595 16.204716 -1.694176</w:t>
        <w:br/>
        <w:t>v 0.253795 16.005386 -1.670174</w:t>
        <w:br/>
        <w:t>v 0.191044 16.059834 -1.724363</w:t>
        <w:br/>
        <w:t>v 0.143260 15.933019 -1.738666</w:t>
        <w:br/>
        <w:t>v 0.101404 15.960692 -1.776829</w:t>
        <w:br/>
        <w:t>v 0.028209 15.866374 -1.817657</w:t>
        <w:br/>
        <w:t>v 0.011060 15.891905 -1.835920</w:t>
        <w:br/>
        <w:t>v -0.097743 15.806520 -1.914133</w:t>
        <w:br/>
        <w:t>v 0.873925 17.031496 -1.393799</w:t>
        <w:br/>
        <w:t>v 0.730258 17.023830 -1.439553</w:t>
        <w:br/>
        <w:t>v 0.712907 17.179447 -1.607708</w:t>
        <w:br/>
        <w:t>v 0.891756 17.188572 -1.557600</w:t>
        <w:br/>
        <w:t>v 0.656363 17.342392 -1.745915</w:t>
        <w:br/>
        <w:t>v 0.864624 17.355129 -1.738224</w:t>
        <w:br/>
        <w:t>v 0.840867 16.951307 -1.321587</w:t>
        <w:br/>
        <w:t>v 0.721150 16.953093 -1.370322</w:t>
        <w:br/>
        <w:t>v 0.688203 16.875980 -1.306797</w:t>
        <w:br/>
        <w:t>v 0.786145 16.868093 -1.255348</w:t>
        <w:br/>
        <w:t>v 0.713464 16.794905 -1.207942</w:t>
        <w:br/>
        <w:t>v 0.641152 16.807377 -1.255581</w:t>
        <w:br/>
        <w:t>v 0.571263 16.731056 -1.238123</w:t>
        <w:br/>
        <w:t>v 0.605897 16.707272 -1.186341</w:t>
        <w:br/>
        <w:t>v 0.527802 16.631725 -1.186484</w:t>
        <w:br/>
        <w:t>v 0.495990 16.652935 -1.229737</w:t>
        <w:br/>
        <w:t>v 0.429666 16.583267 -1.238851</w:t>
        <w:br/>
        <w:t>v 0.453901 16.569199 -1.204097</w:t>
        <w:br/>
        <w:t>v 0.313254 16.445446 -1.265024</w:t>
        <w:br/>
        <w:t>v -0.905358 18.417885 0.216740</w:t>
        <w:br/>
        <w:t>v -0.973207 18.431261 0.158085</w:t>
        <w:br/>
        <w:t>v -0.979215 18.422543 0.159509</w:t>
        <w:br/>
        <w:t>v -0.971596 18.440342 0.161869</w:t>
        <w:br/>
        <w:t>v -0.905358 18.417885 0.216740</w:t>
        <w:br/>
        <w:t>v -0.979215 18.422543 0.159509</w:t>
        <w:br/>
        <w:t>v -0.988008 18.423691 0.170163</w:t>
        <w:br/>
        <w:t>v -0.981588 18.440666 0.173510</w:t>
        <w:br/>
        <w:t>v -0.971596 18.440342 0.161869</w:t>
        <w:br/>
        <w:t>v -0.905358 18.417885 0.216740</w:t>
        <w:br/>
        <w:t>v -0.986872 18.432348 0.174310</w:t>
        <w:br/>
        <w:t>v -0.905358 18.417885 0.216740</w:t>
        <w:br/>
        <w:t>v -0.988008 18.423691 0.170163</w:t>
        <w:br/>
        <w:t>v -0.981588 18.440666 0.173510</w:t>
        <w:br/>
        <w:t>v -0.829310 19.222370 0.162165</w:t>
        <w:br/>
        <w:t>v -0.754739 19.251793 0.190317</w:t>
        <w:br/>
        <w:t>v -0.664942 19.516031 0.125378</w:t>
        <w:br/>
        <w:t>v -0.747334 19.498127 0.052426</w:t>
        <w:br/>
        <w:t>v -0.829310 19.222370 0.162165</w:t>
        <w:br/>
        <w:t>v -0.747334 19.498127 0.052426</w:t>
        <w:br/>
        <w:t>v -0.858917 19.485233 0.142884</w:t>
        <w:br/>
        <w:t>v -0.855033 19.225239 0.235122</w:t>
        <w:br/>
        <w:t>v -0.714299 19.248632 0.280302</w:t>
        <w:br/>
        <w:t>v -0.739402 19.473530 0.212242</w:t>
        <w:br/>
        <w:t>v -0.855033 19.225239 0.235122</w:t>
        <w:br/>
        <w:t>v -0.858917 19.485233 0.142884</w:t>
        <w:br/>
        <w:t>v -0.896607 19.279171 0.094369</w:t>
        <w:br/>
        <w:t>v -0.714299 19.248632 0.280302</w:t>
        <w:br/>
        <w:t>v -0.755961 19.252193 0.399800</w:t>
        <w:br/>
        <w:t>v -0.696432 19.385817 0.410200</w:t>
        <w:br/>
        <w:t>v -0.637525 18.920227 0.523107</w:t>
        <w:br/>
        <w:t>v -0.642733 18.909086 0.536447</w:t>
        <w:br/>
        <w:t>v -0.577550 18.906704 0.579301</w:t>
        <w:br/>
        <w:t>v -0.577550 18.906704 0.579301</w:t>
        <w:br/>
        <w:t>v -0.633927 18.929359 0.541855</w:t>
        <w:br/>
        <w:t>v -0.637525 18.920227 0.523107</w:t>
        <w:br/>
        <w:t>v -0.642733 18.909086 0.536447</w:t>
        <w:br/>
        <w:t>v -0.640085 18.917418 0.554371</w:t>
        <w:br/>
        <w:t>v -0.577550 18.906704 0.579301</w:t>
        <w:br/>
        <w:t>v -0.739402 19.473530 0.212242</w:t>
        <w:br/>
        <w:t>v -0.577550 18.906704 0.579301</w:t>
        <w:br/>
        <w:t>v -0.640085 18.917418 0.554371</w:t>
        <w:br/>
        <w:t>v -0.633927 18.929359 0.541855</w:t>
        <w:br/>
        <w:t>v -0.722809 19.673536 0.124750</w:t>
        <w:br/>
        <w:t>v -0.759184 19.672657 0.052149</w:t>
        <w:br/>
        <w:t>v -0.847445 19.230125 0.370005</w:t>
        <w:br/>
        <w:t>v -0.696432 19.385817 0.410200</w:t>
        <w:br/>
        <w:t>v -0.755961 19.252193 0.399800</w:t>
        <w:br/>
        <w:t>v -0.845317 19.076853 0.471666</w:t>
        <w:br/>
        <w:t>v -0.817071 19.096788 0.441987</w:t>
        <w:br/>
        <w:t>v -0.839285 19.170576 0.429702</w:t>
        <w:br/>
        <w:t>v -0.874261 19.155993 0.462410</w:t>
        <w:br/>
        <w:t>v -0.839285 19.170576 0.429702</w:t>
        <w:br/>
        <w:t>v -0.817071 19.096788 0.441987</w:t>
        <w:br/>
        <w:t>v -0.787802 19.106625 0.486806</w:t>
        <w:br/>
        <w:t>v -0.808870 19.179544 0.490234</w:t>
        <w:br/>
        <w:t>v -1.030203 19.281176 0.152239</w:t>
        <w:br/>
        <w:t>v -0.858917 19.485233 0.142884</w:t>
        <w:br/>
        <w:t>v -0.989998 19.470156 0.209922</w:t>
        <w:br/>
        <w:t>v -0.845317 19.076853 0.471666</w:t>
        <w:br/>
        <w:t>v -0.874261 19.155993 0.462410</w:t>
        <w:br/>
        <w:t>v -0.826047 19.092113 0.510625</w:t>
        <w:br/>
        <w:t>v -0.826047 19.092113 0.510625</w:t>
        <w:br/>
        <w:t>v -0.851793 19.172211 0.499191</w:t>
        <w:br/>
        <w:t>v -0.808870 19.179544 0.490234</w:t>
        <w:br/>
        <w:t>v -0.570138 18.962313 0.749928</w:t>
        <w:br/>
        <w:t>v -0.657153 19.012634 0.624981</w:t>
        <w:br/>
        <w:t>v -0.706956 19.035488 0.680150</w:t>
        <w:br/>
        <w:t>v -0.609052 18.989363 0.785233</w:t>
        <w:br/>
        <w:t>v -0.812249 19.248623 0.486411</w:t>
        <w:br/>
        <w:t>v -0.848613 19.248207 0.424972</w:t>
        <w:br/>
        <w:t>v -0.722809 19.673536 0.124750</w:t>
        <w:br/>
        <w:t>v -0.664942 19.516031 0.125378</w:t>
        <w:br/>
        <w:t>v -0.773297 19.655638 0.215051</w:t>
        <w:br/>
        <w:t>v -0.882460 19.673437 0.082758</w:t>
        <w:br/>
        <w:t>v -0.847445 19.230125 0.370005</w:t>
        <w:br/>
        <w:t>v -0.916764 19.265425 0.377057</w:t>
        <w:br/>
        <w:t>v -0.868506 19.500357 0.485039</w:t>
        <w:br/>
        <w:t>v -0.696432 19.385817 0.410200</w:t>
        <w:br/>
        <w:t>v -0.848613 19.248207 0.424972</w:t>
        <w:br/>
        <w:t>v -0.887704 19.239849 0.459434</w:t>
        <w:br/>
        <w:t>v -0.469316 18.958956 0.872417</w:t>
        <w:br/>
        <w:t>v -0.574987 19.064648 0.799408</w:t>
        <w:br/>
        <w:t>v -0.641369 19.119152 0.731107</w:t>
        <w:br/>
        <w:t>v -0.657153 19.012634 0.624981</w:t>
        <w:br/>
        <w:t>v -0.570138 18.962313 0.749928</w:t>
        <w:br/>
        <w:t>v -0.800740 19.230196 0.477210</w:t>
        <w:br/>
        <w:t>v -0.836883 19.215727 0.540983</w:t>
        <w:br/>
        <w:t>v -0.778762 19.114159 0.607401</w:t>
        <w:br/>
        <w:t>v -0.731701 19.105997 0.529941</w:t>
        <w:br/>
        <w:t>v -0.469316 18.958956 0.872417</w:t>
        <w:br/>
        <w:t>v -0.473389 19.010160 0.902721</w:t>
        <w:br/>
        <w:t>v -0.812249 19.248623 0.486411</w:t>
        <w:br/>
        <w:t>v -0.863350 19.250473 0.497305</w:t>
        <w:br/>
        <w:t>v -0.887704 19.239849 0.459434</w:t>
        <w:br/>
        <w:t>v -0.863350 19.250473 0.497305</w:t>
        <w:br/>
        <w:t>v -0.851793 19.172211 0.499191</w:t>
        <w:br/>
        <w:t>v -0.348167 18.995993 1.046299</w:t>
        <w:br/>
        <w:t>v -0.501113 18.986078 0.900104</w:t>
        <w:br/>
        <w:t>v -0.348167 18.995993 1.046299</w:t>
        <w:br/>
        <w:t>v -0.803292 19.337360 0.492774</w:t>
        <w:br/>
        <w:t>v -0.838215 19.338614 0.423051</w:t>
        <w:br/>
        <w:t>v -0.712138 19.290636 0.630894</w:t>
        <w:br/>
        <w:t>v -0.800740 19.230196 0.477210</w:t>
        <w:br/>
        <w:t>v -0.731701 19.105997 0.529941</w:t>
        <w:br/>
        <w:t>v -0.687889 19.199438 0.672444</w:t>
        <w:br/>
        <w:t>v -0.501113 18.986078 0.900104</w:t>
        <w:br/>
        <w:t>v -0.473389 19.010160 0.902721</w:t>
        <w:br/>
        <w:t>v -0.348167 18.995993 1.046299</w:t>
        <w:br/>
        <w:t>v -0.838215 19.338614 0.423051</w:t>
        <w:br/>
        <w:t>v -0.892695 19.334848 0.456605</w:t>
        <w:br/>
        <w:t>v -1.030203 19.281176 0.152239</w:t>
        <w:br/>
        <w:t>v -0.989998 19.470156 0.209922</w:t>
        <w:br/>
        <w:t>v -0.974093 19.479202 0.337210</w:t>
        <w:br/>
        <w:t>v -1.013736 19.279751 0.268575</w:t>
        <w:br/>
        <w:t>v -0.619103 19.014042 0.809229</w:t>
        <w:br/>
        <w:t>v -0.501113 18.986078 0.900104</w:t>
        <w:br/>
        <w:t>v -0.609052 18.989363 0.785233</w:t>
        <w:br/>
        <w:t>v -0.706956 19.035488 0.680150</w:t>
        <w:br/>
        <w:t>v -0.701746 19.063541 0.733385</w:t>
        <w:br/>
        <w:t>v -0.605330 19.040876 0.817822</w:t>
        <w:br/>
        <w:t>v -0.574987 19.064648 0.799408</w:t>
        <w:br/>
        <w:t>v -0.866058 19.321901 0.507862</w:t>
        <w:br/>
        <w:t>v -0.695334 19.478725 0.444891</w:t>
        <w:br/>
        <w:t>v -0.721403 19.489695 0.610140</w:t>
        <w:br/>
        <w:t>v -0.729869 19.389923 0.584394</w:t>
        <w:br/>
        <w:t>v -0.803292 19.337360 0.492774</w:t>
        <w:br/>
        <w:t>v -0.866058 19.321901 0.507862</w:t>
        <w:br/>
        <w:t>v -0.803292 19.337360 0.492774</w:t>
        <w:br/>
        <w:t>v -0.778762 19.114159 0.607401</w:t>
        <w:br/>
        <w:t>v -0.836883 19.215727 0.540983</w:t>
        <w:br/>
        <w:t>v -0.828351 19.248278 0.601584</w:t>
        <w:br/>
        <w:t>v -0.778581 19.146069 0.662078</w:t>
        <w:br/>
        <w:t>v -0.866058 19.321901 0.507862</w:t>
        <w:br/>
        <w:t>v -0.808996 19.864796 0.078661</w:t>
        <w:br/>
        <w:t>v -0.684199 19.096638 0.745253</w:t>
        <w:br/>
        <w:t>v -0.873115 19.670668 0.183960</w:t>
        <w:br/>
        <w:t>v -0.759184 19.672657 0.052149</w:t>
        <w:br/>
        <w:t>v -0.808996 19.864796 0.078661</w:t>
        <w:br/>
        <w:t>v -0.888135 19.867256 0.102892</w:t>
        <w:br/>
        <w:t>v -0.750213 19.177759 0.688514</w:t>
        <w:br/>
        <w:t>v -0.785443 19.272703 0.642624</w:t>
        <w:br/>
        <w:t>v -0.712138 19.290636 0.630894</w:t>
        <w:br/>
        <w:t>v -0.687889 19.199438 0.672444</w:t>
        <w:br/>
        <w:t>v -0.695334 19.478725 0.444891</w:t>
        <w:br/>
        <w:t>v -0.856764 19.358612 0.555916</w:t>
        <w:br/>
        <w:t>v -0.866058 19.321901 0.507862</w:t>
        <w:br/>
        <w:t>v -0.814766 19.373482 0.602190</w:t>
        <w:br/>
        <w:t>v -0.973425 19.688419 0.256542</w:t>
        <w:br/>
        <w:t>v -0.729869 19.389923 0.584394</w:t>
        <w:br/>
        <w:t>v -0.973425 19.688419 0.256542</w:t>
        <w:br/>
        <w:t>v -0.925463 19.870016 0.165853</w:t>
        <w:br/>
        <w:t>v -0.913144 19.914637 0.244047</w:t>
        <w:br/>
        <w:t>v -0.974967 19.912582 0.297073</w:t>
        <w:br/>
        <w:t>v -0.933150 19.693081 0.379659</w:t>
        <w:br/>
        <w:t>v -0.881128 19.688519 0.510783</w:t>
        <w:br/>
        <w:t>v -0.837714 20.089600 0.116880</w:t>
        <w:br/>
        <w:t>v -0.905737 20.089870 0.145066</w:t>
        <w:br/>
        <w:t>v -0.913144 19.914637 0.244047</w:t>
        <w:br/>
        <w:t>v -0.873115 19.670668 0.183960</w:t>
        <w:br/>
        <w:t>v -0.802867 19.603365 0.780428</w:t>
        <w:br/>
        <w:t>v -0.833067 19.478888 0.623611</w:t>
        <w:br/>
        <w:t>v -0.879254 19.493172 0.557993</w:t>
        <w:br/>
        <w:t>v -0.946612 20.094090 0.224064</w:t>
        <w:br/>
        <w:t>v -0.974967 19.912582 0.297073</w:t>
        <w:br/>
        <w:t>v -0.923554 20.105448 0.291818</w:t>
        <w:br/>
        <w:t>v -0.721403 19.489695 0.610140</w:t>
        <w:br/>
        <w:t>v -0.833067 19.478888 0.623611</w:t>
        <w:br/>
        <w:t>v -0.687341 19.586246 0.788588</w:t>
        <w:br/>
        <w:t>v -0.927389 19.896042 0.415479</w:t>
        <w:br/>
        <w:t>v -0.870043 19.876131 0.540381</w:t>
        <w:br/>
        <w:t>v -0.923554 20.105448 0.291818</w:t>
        <w:br/>
        <w:t>v -0.972728 20.106743 0.338162</w:t>
        <w:br/>
        <w:t>v -0.895521 20.303854 0.190267</w:t>
        <w:br/>
        <w:t>v -0.823168 20.294481 0.154740</w:t>
        <w:br/>
        <w:t>v -0.921812 20.303848 0.274330</w:t>
        <w:br/>
        <w:t>v -0.972728 20.106743 0.338162</w:t>
        <w:br/>
        <w:t>v -0.917878 20.082291 0.455244</w:t>
        <w:br/>
        <w:t>v -0.902296 20.298363 0.338053</w:t>
        <w:br/>
        <w:t>v -0.856299 20.054247 0.576162</w:t>
        <w:br/>
        <w:t>v -0.847533 20.484932 0.243039</w:t>
        <w:br/>
        <w:t>v -0.777970 20.432409 0.205766</w:t>
        <w:br/>
        <w:t>v -0.902296 20.298363 0.338053</w:t>
        <w:br/>
        <w:t>v -0.938082 20.300278 0.377507</w:t>
        <w:br/>
        <w:t>v -0.862648 20.476521 0.310181</w:t>
        <w:br/>
        <w:t>v -0.678940 20.613260 0.276347</w:t>
        <w:br/>
        <w:t>v -0.761666 20.649475 0.295447</w:t>
        <w:br/>
        <w:t>v -0.938082 20.300278 0.377507</w:t>
        <w:br/>
        <w:t>v -0.885285 20.265657 0.487806</w:t>
        <w:br/>
        <w:t>v -0.850120 20.462944 0.375994</w:t>
        <w:br/>
        <w:t>v -0.761666 20.649475 0.295447</w:t>
        <w:br/>
        <w:t>v -0.769404 20.635742 0.343208</w:t>
        <w:br/>
        <w:t>v -0.572708 20.718782 0.340045</w:t>
        <w:br/>
        <w:t>v -0.638535 20.790113 0.351506</w:t>
        <w:br/>
        <w:t>v -0.875323 20.474684 0.404747</w:t>
        <w:br/>
        <w:t>v -0.850120 20.462944 0.375994</w:t>
        <w:br/>
        <w:t>v -0.827864 20.234190 0.603220</w:t>
        <w:br/>
        <w:t>v -0.763741 20.615913 0.408685</w:t>
        <w:br/>
        <w:t>v -0.535708 20.871340 0.400639</w:t>
        <w:br/>
        <w:t>v -0.470853 20.788816 0.387850</w:t>
        <w:br/>
        <w:t>v -0.638535 20.790113 0.351506</w:t>
        <w:br/>
        <w:t>v -0.642349 20.783230 0.392657</w:t>
        <w:br/>
        <w:t>v -0.368569 20.834539 0.434526</w:t>
        <w:br/>
        <w:t>v -0.382201 20.941872 0.461185</w:t>
        <w:br/>
        <w:t>v -0.763741 20.615913 0.408685</w:t>
        <w:br/>
        <w:t>v -0.780150 20.636641 0.431009</w:t>
        <w:br/>
        <w:t>v -0.875323 20.474684 0.404747</w:t>
        <w:br/>
        <w:t>v -0.828380 20.445877 0.512240</w:t>
        <w:br/>
        <w:t>v -0.642940 20.755163 0.446416</w:t>
        <w:br/>
        <w:t>v -0.660391 20.781025 0.474800</w:t>
        <w:br/>
        <w:t>v -0.642940 20.755163 0.446416</w:t>
        <w:br/>
        <w:t>v -0.780861 20.412361 0.619535</w:t>
        <w:br/>
        <w:t>v -0.780150 20.636641 0.431009</w:t>
        <w:br/>
        <w:t>v -0.747861 20.598272 0.523690</w:t>
        <w:br/>
        <w:t>v -0.535708 20.871340 0.400639</w:t>
        <w:br/>
        <w:t>v -0.547425 20.862970 0.432866</w:t>
        <w:br/>
        <w:t>v -0.556417 20.832876 0.475486</w:t>
        <w:br/>
        <w:t>v -0.431333 20.947165 0.501547</w:t>
        <w:br/>
        <w:t>v -0.431333 20.947165 0.501547</w:t>
        <w:br/>
        <w:t>v -0.574558 20.863380 0.496355</w:t>
        <w:br/>
        <w:t>v -0.556417 20.832876 0.475486</w:t>
        <w:br/>
        <w:t>v -0.719175 20.546572 0.621980</w:t>
        <w:br/>
        <w:t>v -0.535386 20.845200 0.548244</w:t>
        <w:br/>
        <w:t>v -0.515934 20.819674 0.601547</w:t>
        <w:br/>
        <w:t>v -0.607835 20.693808 0.615190</w:t>
        <w:br/>
        <w:t>v -0.631743 20.740589 0.544255</w:t>
        <w:br/>
        <w:t>v -0.747334 19.498127 0.052426</w:t>
        <w:br/>
        <w:t>v -0.868506 19.500357 0.485039</w:t>
        <w:br/>
        <w:t>v -0.838215 19.338614 0.423051</w:t>
        <w:br/>
        <w:t>v -0.695334 19.478725 0.444891</w:t>
        <w:br/>
        <w:t>v -0.641369 19.119152 0.731107</w:t>
        <w:br/>
        <w:t>v -0.716189 18.963671 0.496559</w:t>
        <w:br/>
        <w:t>v -0.730904 18.943386 0.516691</w:t>
        <w:br/>
        <w:t>v -0.708750 18.980608 0.500260</w:t>
        <w:br/>
        <w:t>v -0.716189 18.963671 0.496559</w:t>
        <w:br/>
        <w:t>v -0.708750 18.980608 0.500260</w:t>
        <w:br/>
        <w:t>v -0.725287 18.959911 0.542176</w:t>
        <w:br/>
        <w:t>v -0.730904 18.943386 0.516691</w:t>
        <w:br/>
        <w:t>v -0.725287 18.959911 0.542176</w:t>
        <w:br/>
        <w:t>v -0.798332 19.000832 0.492920</w:t>
        <w:br/>
        <w:t>v -0.776286 19.022526 0.466666</w:t>
        <w:br/>
        <w:t>v -0.755703 19.037491 0.487556</w:t>
        <w:br/>
        <w:t>v -0.776286 19.022526 0.466666</w:t>
        <w:br/>
        <w:t>v -0.787802 19.106625 0.486806</w:t>
        <w:br/>
        <w:t>v -0.755703 19.037491 0.487556</w:t>
        <w:br/>
        <w:t>v -0.785753 19.018442 0.526575</w:t>
        <w:br/>
        <w:t>v -0.785753 19.018442 0.526575</w:t>
        <w:br/>
        <w:t>v -0.798332 19.000832 0.492920</w:t>
        <w:br/>
        <w:t>v -0.866058 19.321901 0.507862</w:t>
        <w:br/>
        <w:t>v -0.803292 19.337360 0.492774</w:t>
        <w:br/>
        <w:t>v -0.721403 19.489695 0.610140</w:t>
        <w:br/>
        <w:t>v -0.892695 19.334848 0.456605</w:t>
        <w:br/>
        <w:t>v -0.880961 19.673143 0.629689</w:t>
        <w:br/>
        <w:t>v -0.660391 20.781025 0.474800</w:t>
        <w:br/>
        <w:t>v -0.574558 20.863380 0.496355</w:t>
        <w:br/>
        <w:t>v -0.416444 20.944685 0.565382</w:t>
        <w:br/>
        <w:t>v -0.773297 19.655638 0.215051</w:t>
        <w:br/>
        <w:t>v -0.739402 19.473530 0.212242</w:t>
        <w:br/>
        <w:t>v -0.694879 19.673859 0.494181</w:t>
        <w:br/>
        <w:t>v -0.705151 19.894369 0.561137</w:t>
        <w:br/>
        <w:t>v -0.808996 19.864796 0.078661</w:t>
        <w:br/>
        <w:t>v -0.668004 20.076937 0.620977</w:t>
        <w:br/>
        <w:t>v -0.837714 20.089600 0.116880</w:t>
        <w:br/>
        <w:t>v -0.756491 19.742903 0.889115</w:t>
        <w:br/>
        <w:t>v -0.877139 19.846287 0.747313</w:t>
        <w:br/>
        <w:t>v -0.617981 19.720022 0.916580</w:t>
        <w:br/>
        <w:t>v -0.687341 19.586246 0.788588</w:t>
        <w:br/>
        <w:t>v -0.617981 19.720022 0.916580</w:t>
        <w:br/>
        <w:t>v -0.610886 20.223833 0.660354</w:t>
        <w:br/>
        <w:t>v -0.823168 20.294481 0.154740</w:t>
        <w:br/>
        <w:t>v -0.864817 20.040386 0.763532</w:t>
        <w:br/>
        <w:t>v -0.838743 20.224861 0.775834</w:t>
        <w:br/>
        <w:t>v -0.748543 20.231674 0.942414</w:t>
        <w:br/>
        <w:t>v -0.766043 20.057180 0.935943</w:t>
        <w:br/>
        <w:t>v -0.563568 19.855881 1.002442</w:t>
        <w:br/>
        <w:t>v -0.653020 19.660130 1.007975</w:t>
        <w:br/>
        <w:t>v -0.640096 19.650408 1.040557</w:t>
        <w:br/>
        <w:t>v -0.583369 19.505831 0.971366</w:t>
        <w:br/>
        <w:t>v -0.583369 19.505831 0.971366</w:t>
        <w:br/>
        <w:t>v -0.616403 19.668606 0.997591</w:t>
        <w:br/>
        <w:t>v -0.653020 19.660130 1.007975</w:t>
        <w:br/>
        <w:t>v -0.640096 19.650408 1.040557</w:t>
        <w:br/>
        <w:t>v -0.619861 19.658876 1.030305</w:t>
        <w:br/>
        <w:t>v -0.583369 19.505831 0.971366</w:t>
        <w:br/>
        <w:t>v -0.619861 19.658876 1.030305</w:t>
        <w:br/>
        <w:t>v -0.616403 19.668606 0.997591</w:t>
        <w:br/>
        <w:t>v -0.583369 19.505831 0.971366</w:t>
        <w:br/>
        <w:t>v -0.563568 19.855881 1.002442</w:t>
        <w:br/>
        <w:t>v -0.703498 19.905685 0.985559</w:t>
        <w:br/>
        <w:t>v -0.482900 20.375553 0.773089</w:t>
        <w:br/>
        <w:t>v -0.777970 20.432409 0.205766</w:t>
        <w:br/>
        <w:t>v -0.650424 20.267153 1.066249</w:t>
        <w:br/>
        <w:t>v -0.678872 20.066648 1.021873</w:t>
        <w:br/>
        <w:t>v -0.662235 19.747292 1.082055</w:t>
        <w:br/>
        <w:t>v -0.681662 19.753668 1.036866</w:t>
        <w:br/>
        <w:t>v -0.681662 19.753668 1.036866</w:t>
        <w:br/>
        <w:t>v -0.627455 19.761396 1.021430</w:t>
        <w:br/>
        <w:t>v -0.627328 19.753452 1.066317</w:t>
        <w:br/>
        <w:t>v -0.627455 19.761396 1.021430</w:t>
        <w:br/>
        <w:t>v -0.662235 19.747292 1.082055</w:t>
        <w:br/>
        <w:t>v -0.627328 19.753452 1.066317</w:t>
        <w:br/>
        <w:t>v -0.668038 19.992125 1.146334</w:t>
        <w:br/>
        <w:t>v -0.670371 19.868052 1.121341</w:t>
        <w:br/>
        <w:t>v -0.693614 19.867567 1.066381</w:t>
        <w:br/>
        <w:t>v -0.694399 19.988720 1.085697</w:t>
        <w:br/>
        <w:t>v -0.611053 19.985514 1.069750</w:t>
        <w:br/>
        <w:t>v -0.694399 19.988720 1.085697</w:t>
        <w:br/>
        <w:t>v -0.693614 19.867567 1.066381</w:t>
        <w:br/>
        <w:t>v -0.623497 19.870626 1.048736</w:t>
        <w:br/>
        <w:t>v -0.606094 19.987827 1.125218</w:t>
        <w:br/>
        <w:t>v -0.611053 19.985514 1.069750</w:t>
        <w:br/>
        <w:t>v -0.623497 19.870626 1.048736</w:t>
        <w:br/>
        <w:t>v -0.622348 19.867081 1.101366</w:t>
        <w:br/>
        <w:t>v -0.394613 20.545347 0.739625</w:t>
        <w:br/>
        <w:t>v -0.678940 20.613260 0.276347</w:t>
        <w:br/>
        <w:t>v -0.703021 20.400232 0.937574</w:t>
        <w:br/>
        <w:t>v -0.796251 20.402889 0.776759</w:t>
        <w:br/>
        <w:t>v -0.474712 20.023710 1.063671</w:t>
        <w:br/>
        <w:t>v -0.605685 20.071466 1.053376</w:t>
        <w:br/>
        <w:t>v -0.668038 19.992125 1.146334</w:t>
        <w:br/>
        <w:t>v -0.606094 19.987827 1.125218</w:t>
        <w:br/>
        <w:t>v -0.622348 19.867081 1.101366</w:t>
        <w:br/>
        <w:t>v -0.670371 19.868052 1.121341</w:t>
        <w:br/>
        <w:t>v -0.582657 20.122543 1.072815</w:t>
        <w:br/>
        <w:t>v -0.474712 20.023710 1.063671</w:t>
        <w:br/>
        <w:t>v -0.584099 20.100407 1.078908</w:t>
        <w:br/>
        <w:t>v -0.682695 20.109247 1.088294</w:t>
        <w:br/>
        <w:t>v -0.719175 20.546572 0.621980</w:t>
        <w:br/>
        <w:t>v -0.739729 20.528189 0.773621</w:t>
        <w:br/>
        <w:t>v -0.780861 20.412361 0.619535</w:t>
        <w:br/>
        <w:t>v -0.656460 20.116400 1.151561</w:t>
        <w:br/>
        <w:t>v -0.682695 20.109247 1.088294</w:t>
        <w:br/>
        <w:t>v -0.575744 20.108706 1.132927</w:t>
        <w:br/>
        <w:t>v -0.584099 20.100407 1.078908</w:t>
        <w:br/>
        <w:t>v -0.387824 20.198959 1.050038</w:t>
        <w:br/>
        <w:t>v -0.575744 20.108706 1.132927</w:t>
        <w:br/>
        <w:t>v -0.656460 20.116400 1.151561</w:t>
        <w:br/>
        <w:t>v -0.572708 20.718782 0.340045</w:t>
        <w:br/>
        <w:t>v -0.582657 20.122543 1.072815</w:t>
        <w:br/>
        <w:t>v -0.650424 20.267153 1.066249</w:t>
        <w:br/>
        <w:t>v -0.607835 20.693808 0.615190</w:t>
        <w:br/>
        <w:t>v -0.649707 20.676369 0.747498</w:t>
        <w:br/>
        <w:t>v -0.623447 20.281059 1.127966</w:t>
        <w:br/>
        <w:t>v -0.650424 20.267153 1.066249</w:t>
        <w:br/>
        <w:t>v -0.340865 19.654097 1.216848</w:t>
        <w:br/>
        <w:t>v -0.296159 19.581051 1.201317</w:t>
        <w:br/>
        <w:t>v -0.268318 19.598648 1.171440</w:t>
        <w:br/>
        <w:t>v -0.307950 19.674656 1.170803</w:t>
        <w:br/>
        <w:t>v -0.287641 19.578264 1.241749</w:t>
        <w:br/>
        <w:t>v -0.296159 19.581051 1.201317</w:t>
        <w:br/>
        <w:t>v -0.340865 19.654097 1.216848</w:t>
        <w:br/>
        <w:t>v -0.330508 19.644016 1.264058</w:t>
        <w:br/>
        <w:t>v -0.525366 20.251097 1.121065</w:t>
        <w:br/>
        <w:t>v -0.239989 19.597088 1.178273</w:t>
        <w:br/>
        <w:t>v -0.261510 19.692652 1.161286</w:t>
        <w:br/>
        <w:t>v -0.329642 19.790953 1.159161</w:t>
        <w:br/>
        <w:t>v -0.392324 19.771976 1.221853</w:t>
        <w:br/>
        <w:t>v -0.105417 19.481327 1.229546</w:t>
        <w:br/>
        <w:t>v -0.002070 19.437120 1.182432</w:t>
        <w:br/>
        <w:t>v -0.027901 19.466024 1.101544</w:t>
        <w:br/>
        <w:t>v -0.096473 19.502098 1.124226</w:t>
        <w:br/>
        <w:t>v -0.290131 20.724329 0.648174</w:t>
        <w:br/>
        <w:t>v -0.470853 20.788816 0.387850</w:t>
        <w:br/>
        <w:t>v -0.300031 19.804441 1.159224</w:t>
        <w:br/>
        <w:t>v -0.330508 19.644016 1.264058</w:t>
        <w:br/>
        <w:t>v -0.277885 19.659742 1.270090</w:t>
        <w:br/>
        <w:t>v -0.287641 19.578264 1.241749</w:t>
        <w:br/>
        <w:t>v -0.261510 19.692652 1.161286</w:t>
        <w:br/>
        <w:t>v -0.239989 19.597088 1.178273</w:t>
        <w:br/>
        <w:t>v -0.253779 19.585110 1.225162</w:t>
        <w:br/>
        <w:t>v -0.277885 19.659742 1.270090</w:t>
        <w:br/>
        <w:t>v -0.392324 19.771976 1.221853</w:t>
        <w:br/>
        <w:t>v -0.382367 19.762676 1.289449</w:t>
        <w:br/>
        <w:t>v -0.191576 19.552908 1.258762</w:t>
        <w:br/>
        <w:t>v -0.189228 19.573856 1.148508</w:t>
        <w:br/>
        <w:t>v -0.623447 20.281059 1.127966</w:t>
        <w:br/>
        <w:t>v -0.525366 20.251097 1.121065</w:t>
        <w:br/>
        <w:t>v -0.636081 20.520838 0.927498</w:t>
        <w:br/>
        <w:t>v -0.105417 19.481327 1.229546</w:t>
        <w:br/>
        <w:t>v 0.022923 19.420223 1.198707</w:t>
        <w:br/>
        <w:t>v -0.002070 19.437120 1.182432</w:t>
        <w:br/>
        <w:t>v -0.525366 20.251097 1.121065</w:t>
        <w:br/>
        <w:t>v -0.582657 20.122543 1.072815</w:t>
        <w:br/>
        <w:t>v -0.364462 20.070036 1.126743</w:t>
        <w:br/>
        <w:t>v -0.447206 20.074162 1.209049</w:t>
        <w:br/>
        <w:t>v -0.426726 19.897411 1.222711</w:t>
        <w:br/>
        <w:t>v -0.345425 19.912487 1.146466</w:t>
        <w:br/>
        <w:t>v -0.502731 20.509953 1.038280</w:t>
        <w:br/>
        <w:t>v -0.593535 20.400833 1.047344</w:t>
        <w:br/>
        <w:t>v -0.593535 20.400833 1.047344</w:t>
        <w:br/>
        <w:t>v -0.382367 19.762676 1.289449</w:t>
        <w:br/>
        <w:t>v -0.292658 19.757992 1.300443</w:t>
        <w:br/>
        <w:t>v -0.515934 20.819674 0.601547</w:t>
        <w:br/>
        <w:t>v -0.531271 20.828318 0.715887</w:t>
        <w:br/>
        <w:t>v -0.292658 19.757992 1.300443</w:t>
        <w:br/>
        <w:t>v -0.292574 19.779200 1.233006</w:t>
        <w:br/>
        <w:t>v -0.447206 20.074162 1.209049</w:t>
        <w:br/>
        <w:t>v -0.435370 20.087408 1.292861</w:t>
        <w:br/>
        <w:t>v -0.416154 19.892202 1.299640</w:t>
        <w:br/>
        <w:t>v -0.426726 19.897411 1.222711</w:t>
        <w:br/>
        <w:t>v -0.285842 19.755955 1.306300</w:t>
        <w:br/>
        <w:t>v -0.258213 19.655998 1.289588</w:t>
        <w:br/>
        <w:t>v -0.261510 19.692652 1.161286</w:t>
        <w:br/>
        <w:t>v -0.292574 19.779200 1.233006</w:t>
        <w:br/>
        <w:t>v -0.390201 20.235472 1.111867</w:t>
        <w:br/>
        <w:t>v 0.065603 19.438997 1.244685</w:t>
        <w:br/>
        <w:t>v -0.027975 19.504671 1.316056</w:t>
        <w:br/>
        <w:t>v -0.306306 20.336981 1.049637</w:t>
        <w:br/>
        <w:t>v -0.191576 19.552908 1.258762</w:t>
        <w:br/>
        <w:t>v -0.098859 19.582548 1.359048</w:t>
        <w:br/>
        <w:t>v -0.130911 20.589087 0.939153</w:t>
        <w:br/>
        <w:t>v -0.546121 20.411688 1.085310</w:t>
        <w:br/>
        <w:t>v -0.493324 20.391335 1.099276</w:t>
        <w:br/>
        <w:t>v -0.368569 20.834539 0.434526</w:t>
        <w:br/>
        <w:t>v -0.435370 20.087408 1.292861</w:t>
        <w:br/>
        <w:t>v -0.342272 20.081060 1.320721</w:t>
        <w:br/>
        <w:t>v -0.311304 19.866745 1.322937</w:t>
        <w:br/>
        <w:t>v -0.416154 19.892202 1.299640</w:t>
        <w:br/>
        <w:t>v -0.433341 20.796438 0.808708</w:t>
        <w:br/>
        <w:t>v -0.548715 20.670975 0.871837</w:t>
        <w:br/>
        <w:t>v -0.285842 19.755955 1.306300</w:t>
        <w:br/>
        <w:t>v -0.209912 19.796124 1.431530</w:t>
        <w:br/>
        <w:t>v -0.258213 19.655998 1.289588</w:t>
        <w:br/>
        <w:t>v -0.390201 20.235472 1.111867</w:t>
        <w:br/>
        <w:t>v -0.447577 20.248247 1.170234</w:t>
        <w:br/>
        <w:t>v -0.447577 20.248247 1.170234</w:t>
        <w:br/>
        <w:t>v -0.432046 20.280348 1.254539</w:t>
        <w:br/>
        <w:t>v -0.419773 20.655800 0.960510</w:t>
        <w:br/>
        <w:t>v -0.435295 20.382782 1.112620</w:t>
        <w:br/>
        <w:t>v -0.390201 20.235472 1.111867</w:t>
        <w:br/>
        <w:t>v -0.399164 20.933199 0.641868</w:t>
        <w:br/>
        <w:t>v -0.416444 20.944685 0.565382</w:t>
        <w:br/>
        <w:t>v -0.306306 20.336981 1.049637</w:t>
        <w:br/>
        <w:t>v -0.502731 20.509953 1.038280</w:t>
        <w:br/>
        <w:t>v -0.493324 20.391335 1.099276</w:t>
        <w:br/>
        <w:t>v -0.133733 20.891726 0.431277</w:t>
        <w:br/>
        <w:t>v -0.435295 20.382782 1.112620</w:t>
        <w:br/>
        <w:t>v -0.279296 20.110785 1.413532</w:t>
        <w:br/>
        <w:t>v -0.244836 19.925789 1.440710</w:t>
        <w:br/>
        <w:t>v -0.325147 20.992395 0.534549</w:t>
        <w:br/>
        <w:t>v -0.269899 20.961531 0.501722</w:t>
        <w:br/>
        <w:t>v -0.410168 20.444736 1.185624</w:t>
        <w:br/>
        <w:t>v -0.435295 20.382782 1.112620</w:t>
        <w:br/>
        <w:t>v -0.315287 20.447407 1.257823</w:t>
        <w:br/>
        <w:t>v -0.407649 20.518946 1.052043</w:t>
        <w:br/>
        <w:t>v -0.342656 20.765364 0.867834</w:t>
        <w:br/>
        <w:t>v -0.239967 20.964220 0.504302</w:t>
        <w:br/>
        <w:t>v -0.300825 20.996708 0.562487</w:t>
        <w:br/>
        <w:t>v -0.325147 20.992395 0.534549</w:t>
        <w:br/>
        <w:t>v -0.269899 20.961531 0.501722</w:t>
        <w:br/>
        <w:t>v -0.071974 20.751211 0.753097</w:t>
        <w:br/>
        <w:t>v -0.365618 20.633261 0.973126</w:t>
        <w:br/>
        <w:t>v -0.384247 20.557322 1.117315</w:t>
        <w:br/>
        <w:t>v -0.407649 20.518946 1.052043</w:t>
        <w:br/>
        <w:t>v -0.133733 20.891726 0.431277</w:t>
        <w:br/>
        <w:t>v -0.028900 19.823128 1.452726</w:t>
        <w:br/>
        <w:t>v -0.017234 19.715612 1.423274</w:t>
        <w:br/>
        <w:t>v -0.160300 19.677488 1.398930</w:t>
        <w:br/>
        <w:t>v -0.207990 20.947233 0.526588</w:t>
        <w:br/>
        <w:t>v -0.261275 20.947865 0.605605</w:t>
        <w:br/>
        <w:t>v -0.133733 20.891726 0.431277</w:t>
        <w:br/>
        <w:t>v -0.325396 20.891819 0.708679</w:t>
        <w:br/>
        <w:t>v -0.271327 20.823250 0.775025</w:t>
        <w:br/>
        <w:t>v -0.319104 20.733685 0.878033</w:t>
        <w:br/>
        <w:t>v -0.144544 20.927658 0.507588</w:t>
        <w:br/>
        <w:t>v -0.365618 20.633261 0.973126</w:t>
        <w:br/>
        <w:t>v -0.347488 20.666597 1.032581</w:t>
        <w:br/>
        <w:t>v -0.056479 19.948669 1.462381</w:t>
        <w:br/>
        <w:t>v -0.086695 20.120510 1.441083</w:t>
        <w:br/>
        <w:t>v 0.010758 19.732645 1.390314</w:t>
        <w:br/>
        <w:t>v -0.302212 20.293594 1.339193</w:t>
        <w:br/>
        <w:t>v -0.343154 20.287411 1.288086</w:t>
        <w:br/>
        <w:t>v -0.154680 20.948608 0.524983</w:t>
        <w:br/>
        <w:t>v -0.293864 20.576214 1.187122</w:t>
        <w:br/>
        <w:t>v -0.319104 20.733685 0.878033</w:t>
        <w:br/>
        <w:t>v -0.305408 20.769529 0.940643</w:t>
        <w:br/>
        <w:t>v -0.144544 20.927658 0.507588</w:t>
        <w:br/>
        <w:t>v -0.133207 21.004978 0.521021</w:t>
        <w:br/>
        <w:t>v -0.154680 20.948608 0.524983</w:t>
        <w:br/>
        <w:t>v -0.271327 20.823250 0.775025</w:t>
        <w:br/>
        <w:t>v -0.263478 20.860193 0.849303</w:t>
        <w:br/>
        <w:t>v -0.185880 20.992487 0.636089</w:t>
        <w:br/>
        <w:t>v -0.202046 20.933805 0.618295</w:t>
        <w:br/>
        <w:t>v -0.257371 20.695433 1.099926</w:t>
        <w:br/>
        <w:t>v 0.044690 20.905573 0.455832</w:t>
        <w:br/>
        <w:t>v 0.022695 21.085337 0.611459</w:t>
        <w:br/>
        <w:t>v -0.133733 20.891726 0.431277</w:t>
        <w:br/>
        <w:t>v 0.205485 20.757816 0.790009</w:t>
        <w:br/>
        <w:t>v 0.044690 20.905573 0.455832</w:t>
        <w:br/>
        <w:t>v -0.071974 20.751211 0.753097</w:t>
        <w:br/>
        <w:t>v -0.133517 20.448439 1.314716</w:t>
        <w:br/>
        <w:t>v -0.013986 21.088446 0.688545</w:t>
        <w:br/>
        <w:t>v -0.146136 20.567497 1.238552</w:t>
        <w:br/>
        <w:t>v -0.211659 20.812193 0.996949</w:t>
        <w:br/>
        <w:t>v -0.159152 20.917387 0.894636</w:t>
        <w:br/>
        <w:t>v 0.179823 20.904619 0.469130</w:t>
        <w:br/>
        <w:t>v 0.156298 21.006231 0.569428</w:t>
        <w:br/>
        <w:t>v -0.145993 20.688187 1.146105</w:t>
        <w:br/>
        <w:t>v -0.122805 20.822329 1.025228</w:t>
        <w:br/>
        <w:t>v 0.088405 21.048429 0.584546</w:t>
        <w:br/>
        <w:t>v 0.065818 21.047848 0.705086</w:t>
        <w:br/>
        <w:t>v 0.187642 20.932322 0.544414</w:t>
        <w:br/>
        <w:t>v 0.240311 20.907419 0.483718</w:t>
        <w:br/>
        <w:t>v -0.068777 20.932299 0.910402</w:t>
        <w:br/>
        <w:t>v 0.018102 21.021278 0.799254</w:t>
        <w:br/>
        <w:t>v 0.156298 21.006231 0.569428</w:t>
        <w:br/>
        <w:t>v 0.112776 20.944956 0.688993</w:t>
        <w:br/>
        <w:t>v -0.089346 20.802721 1.014365</w:t>
        <w:br/>
        <w:t>v -0.088962 21.010969 0.789892</w:t>
        <w:br/>
        <w:t>v 0.069992 20.709169 1.167641</w:t>
        <w:br/>
        <w:t>v -0.025307 20.883245 0.924077</w:t>
        <w:br/>
        <w:t>v 0.059949 20.811829 1.067046</w:t>
        <w:br/>
        <w:t>v 0.044784 20.942486 0.817102</w:t>
        <w:br/>
        <w:t>v -0.025307 20.883245 0.924077</w:t>
        <w:br/>
        <w:t>v 0.051642 20.899500 0.968558</w:t>
        <w:br/>
        <w:t>v 0.044784 20.942486 0.817102</w:t>
        <w:br/>
        <w:t>v 0.171394 20.929016 0.801304</w:t>
        <w:br/>
        <w:t>v 0.112776 20.944956 0.688993</w:t>
        <w:br/>
        <w:t>v 0.089148 19.496302 1.117906</w:t>
        <w:br/>
        <w:t>v -0.027901 19.466024 1.101544</w:t>
        <w:br/>
        <w:t>v 0.042384 19.431190 1.084807</w:t>
        <w:br/>
        <w:t>v 0.023785 19.619246 1.383304</w:t>
        <w:br/>
        <w:t>v 0.058934 19.540968 1.331107</w:t>
        <w:br/>
        <w:t>v 0.043820 19.644527 1.342974</w:t>
        <w:br/>
        <w:t>v 0.023785 19.619246 1.383304</w:t>
        <w:br/>
        <w:t>v -0.311304 19.866745 1.322937</w:t>
        <w:br/>
        <w:t>v -0.311304 19.866745 1.322937</w:t>
        <w:br/>
        <w:t>v -0.238432 20.886620 0.700683</w:t>
        <w:br/>
        <w:t>v -0.238432 20.886620 0.700683</w:t>
        <w:br/>
        <w:t>v -0.222707 20.934628 0.747130</w:t>
        <w:br/>
        <w:t>v -0.202046 20.933805 0.618295</w:t>
        <w:br/>
        <w:t>v -0.431333 20.947165 0.501547</w:t>
        <w:br/>
        <w:t>v -0.325147 20.992395 0.534549</w:t>
        <w:br/>
        <w:t>v 0.217534 20.920006 0.662624</w:t>
        <w:br/>
        <w:t>v -0.117726 20.291397 1.386251</w:t>
        <w:br/>
        <w:t>v 0.829304 19.222370 0.162166</w:t>
        <w:br/>
        <w:t>v 0.811511 19.498129 0.052425</w:t>
        <w:br/>
        <w:t>v 0.701515 19.516033 0.125379</w:t>
        <w:br/>
        <w:t>v 0.754737 19.251795 0.190317</w:t>
        <w:br/>
        <w:t>v 0.894039 19.485022 0.142733</w:t>
        <w:br/>
        <w:t>v 0.811511 19.498129 0.052425</w:t>
        <w:br/>
        <w:t>v 0.829304 19.222370 0.162166</w:t>
        <w:br/>
        <w:t>v 0.855033 19.225241 0.235122</w:t>
        <w:br/>
        <w:t>v 0.797568 19.533302 0.211883</w:t>
        <w:br/>
        <w:t>v 0.714299 19.248632 0.280302</w:t>
        <w:br/>
        <w:t>v 0.754737 19.251795 0.190317</w:t>
        <w:br/>
        <w:t>v 0.701515 19.516033 0.125379</w:t>
        <w:br/>
        <w:t>v 0.894039 19.485022 0.142733</w:t>
        <w:br/>
        <w:t>v 0.855033 19.225241 0.235122</w:t>
        <w:br/>
        <w:t>v 0.933947 19.279167 0.094433</w:t>
        <w:br/>
        <w:t>v 0.755960 19.252193 0.399800</w:t>
        <w:br/>
        <w:t>v 0.714299 19.248632 0.280302</w:t>
        <w:br/>
        <w:t>v 0.746719 19.385666 0.410211</w:t>
        <w:br/>
        <w:t>v 0.679350 18.909086 0.536447</w:t>
        <w:br/>
        <w:t>v 0.674142 18.920227 0.523107</w:t>
        <w:br/>
        <w:t>v 0.614145 18.906876 0.579329</w:t>
        <w:br/>
        <w:t>v 0.670545 18.929359 0.541855</w:t>
        <w:br/>
        <w:t>v 0.614145 18.906876 0.579329</w:t>
        <w:br/>
        <w:t>v 0.674142 18.920227 0.523107</w:t>
        <w:br/>
        <w:t>v 0.676702 18.917418 0.554371</w:t>
        <w:br/>
        <w:t>v 0.679350 18.909086 0.536447</w:t>
        <w:br/>
        <w:t>v 0.614145 18.906876 0.579329</w:t>
        <w:br/>
        <w:t>v 0.797568 19.533302 0.211883</w:t>
        <w:br/>
        <w:t>v 0.676702 18.917418 0.554371</w:t>
        <w:br/>
        <w:t>v 0.614145 18.906876 0.579329</w:t>
        <w:br/>
        <w:t>v 0.670545 18.929359 0.541855</w:t>
        <w:br/>
        <w:t>v 0.857650 19.672657 0.052119</w:t>
        <w:br/>
        <w:t>v 0.746719 19.385666 0.410211</w:t>
        <w:br/>
        <w:t>v 0.847444 19.230125 0.370004</w:t>
        <w:br/>
        <w:t>v 0.755960 19.252193 0.399800</w:t>
        <w:br/>
        <w:t>v 0.867134 19.170982 0.429934</w:t>
        <w:br/>
        <w:t>v 0.853524 19.096786 0.441979</w:t>
        <w:br/>
        <w:t>v 0.881779 19.076853 0.471658</w:t>
        <w:br/>
        <w:t>v 0.910661 19.155993 0.462398</w:t>
        <w:br/>
        <w:t>v 0.853524 19.096786 0.441979</w:t>
        <w:br/>
        <w:t>v 0.867134 19.170982 0.429934</w:t>
        <w:br/>
        <w:t>v 0.846168 19.179548 0.490298</w:t>
        <w:br/>
        <w:t>v 0.824834 19.106625 0.486847</w:t>
        <w:br/>
        <w:t>v 0.933947 19.279167 0.094433</w:t>
        <w:br/>
        <w:t>v 1.066550 19.281176 0.152218</w:t>
        <w:br/>
        <w:t>v 0.894039 19.485022 0.142733</w:t>
        <w:br/>
        <w:t>v 0.910661 19.155993 0.462398</w:t>
        <w:br/>
        <w:t>v 0.881779 19.076853 0.471658</w:t>
        <w:br/>
        <w:t>v 0.862487 19.092113 0.510617</w:t>
        <w:br/>
        <w:t>v 0.888702 19.172216 0.499222</w:t>
        <w:br/>
        <w:t>v 0.862487 19.092113 0.510617</w:t>
        <w:br/>
        <w:t>v 0.846168 19.179548 0.490298</w:t>
        <w:br/>
        <w:t>v 0.606699 18.962595 0.749984</w:t>
        <w:br/>
        <w:t>v 0.645613 18.989643 0.785286</w:t>
        <w:br/>
        <w:t>v 0.743478 19.035540 0.680170</w:t>
        <w:br/>
        <w:t>v 0.693745 19.012634 0.624995</w:t>
        <w:br/>
        <w:t>v 0.862335 19.248058 0.425431</w:t>
        <w:br/>
        <w:t>v 0.849132 19.248590 0.486437</w:t>
        <w:br/>
        <w:t>v 0.817133 19.657087 0.204846</w:t>
        <w:br/>
        <w:t>v 0.759159 19.673536 0.124731</w:t>
        <w:br/>
        <w:t>v 0.918148 19.673458 0.087916</w:t>
        <w:br/>
        <w:t>v 0.935095 19.501802 0.485559</w:t>
        <w:br/>
        <w:t>v 0.953023 19.265427 0.377031</w:t>
        <w:br/>
        <w:t>v 0.847444 19.230125 0.370004</w:t>
        <w:br/>
        <w:t>v 0.746719 19.385666 0.410211</w:t>
        <w:br/>
        <w:t>v 0.862335 19.248058 0.425431</w:t>
        <w:br/>
        <w:t>v 0.924433 19.239849 0.459448</w:t>
        <w:br/>
        <w:t>v 0.505913 18.959059 0.872439</w:t>
        <w:br/>
        <w:t>v 0.693745 19.012634 0.624995</w:t>
        <w:br/>
        <w:t>v 0.677329 19.119461 0.731108</w:t>
        <w:br/>
        <w:t>v 0.611745 19.064911 0.799465</w:t>
        <w:br/>
        <w:t>v 0.606699 18.962595 0.749984</w:t>
        <w:br/>
        <w:t>v 0.815834 19.114164 0.607440</w:t>
        <w:br/>
        <w:t>v 0.868876 19.215736 0.554432</w:t>
        <w:br/>
        <w:t>v 0.821386 19.230186 0.477219</w:t>
        <w:br/>
        <w:t>v 0.768744 19.106001 0.529985</w:t>
        <w:br/>
        <w:t>v 0.510006 19.010160 0.902723</w:t>
        <w:br/>
        <w:t>v 0.505913 18.959059 0.872439</w:t>
        <w:br/>
        <w:t>v 0.849132 19.248590 0.486437</w:t>
        <w:br/>
        <w:t>v 0.900612 19.250444 0.497361</w:t>
        <w:br/>
        <w:t>v 0.900612 19.250444 0.497361</w:t>
        <w:br/>
        <w:t>v 0.924433 19.239849 0.459448</w:t>
        <w:br/>
        <w:t>v 0.888702 19.172216 0.499222</w:t>
        <w:br/>
        <w:t>v 0.384833 18.995749 1.046260</w:t>
        <w:br/>
        <w:t>v 0.537723 18.986111 0.900112</w:t>
        <w:br/>
        <w:t>v 0.384833 18.995749 1.046260</w:t>
        <w:br/>
        <w:t>v 0.825173 19.337391 0.422980</w:t>
        <w:br/>
        <w:t>v 0.812733 19.337263 0.492767</w:t>
        <w:br/>
        <w:t>v 0.748372 19.290665 0.630914</w:t>
        <w:br/>
        <w:t>v 0.724259 19.199434 0.672462</w:t>
        <w:br/>
        <w:t>v 0.768744 19.106001 0.529985</w:t>
        <w:br/>
        <w:t>v 0.821386 19.230186 0.477219</w:t>
        <w:br/>
        <w:t>v 0.510006 19.010160 0.902723</w:t>
        <w:br/>
        <w:t>v 0.537723 18.986111 0.900112</w:t>
        <w:br/>
        <w:t>v 0.384833 18.995749 1.046260</w:t>
        <w:br/>
        <w:t>v 0.928930 19.334656 0.456560</w:t>
        <w:br/>
        <w:t>v 0.825173 19.337391 0.422980</w:t>
        <w:br/>
        <w:t>v 1.013822 19.462683 0.326917</w:t>
        <w:br/>
        <w:t>v 1.026060 19.469799 0.209849</w:t>
        <w:br/>
        <w:t>v 1.066550 19.281176 0.152218</w:t>
        <w:br/>
        <w:t>v 1.050071 19.279753 0.268552</w:t>
        <w:br/>
        <w:t>v 0.537723 18.986111 0.900112</w:t>
        <w:br/>
        <w:t>v 0.655677 19.014324 0.809279</w:t>
        <w:br/>
        <w:t>v 0.645613 18.989643 0.785286</w:t>
        <w:br/>
        <w:t>v 0.738562 19.063728 0.733437</w:t>
        <w:br/>
        <w:t>v 0.743478 19.035540 0.680170</w:t>
        <w:br/>
        <w:t>v 0.611745 19.064911 0.799465</w:t>
        <w:br/>
        <w:t>v 0.642026 19.041149 0.817874</w:t>
        <w:br/>
        <w:t>v 0.902942 19.321762 0.507877</w:t>
        <w:br/>
        <w:t>v 0.747181 19.478716 0.444819</w:t>
        <w:br/>
        <w:t>v 0.758317 19.489697 0.610171</w:t>
        <w:br/>
        <w:t>v 0.747181 19.478716 0.444819</w:t>
        <w:br/>
        <w:t>v 0.757382 19.389933 0.584411</w:t>
        <w:br/>
        <w:t>v 0.812733 19.337263 0.492767</w:t>
        <w:br/>
        <w:t>v 0.812733 19.337263 0.492767</w:t>
        <w:br/>
        <w:t>v 0.902942 19.321762 0.507877</w:t>
        <w:br/>
        <w:t>v 0.859016 19.248232 0.606986</w:t>
        <w:br/>
        <w:t>v 0.868876 19.215736 0.554432</w:t>
        <w:br/>
        <w:t>v 0.815834 19.114164 0.607440</w:t>
        <w:br/>
        <w:t>v 0.815784 19.146074 0.662122</w:t>
        <w:br/>
        <w:t>v 0.902942 19.321762 0.507877</w:t>
        <w:br/>
        <w:t>v 0.862216 19.864721 0.078629</w:t>
        <w:br/>
        <w:t>v 0.759159 19.673536 0.124731</w:t>
        <w:br/>
        <w:t>v 0.721141 19.096840 0.745310</w:t>
        <w:br/>
        <w:t>v 0.935095 19.501802 0.485559</w:t>
        <w:br/>
        <w:t>v 0.908683 19.670666 0.183869</w:t>
        <w:br/>
        <w:t>v 1.026060 19.469799 0.209849</w:t>
        <w:br/>
        <w:t>v 0.924099 19.867083 0.105716</w:t>
        <w:br/>
        <w:t>v 0.862216 19.864721 0.078629</w:t>
        <w:br/>
        <w:t>v 0.857650 19.672657 0.052119</w:t>
        <w:br/>
        <w:t>v 0.862216 19.864721 0.078629</w:t>
        <w:br/>
        <w:t>v 0.748372 19.290665 0.630914</w:t>
        <w:br/>
        <w:t>v 0.819297 19.272625 0.648143</w:t>
        <w:br/>
        <w:t>v 0.786987 19.177759 0.688535</w:t>
        <w:br/>
        <w:t>v 0.724259 19.199434 0.672462</w:t>
        <w:br/>
        <w:t>v 0.747181 19.478716 0.444819</w:t>
        <w:br/>
        <w:t>v 0.893296 19.358421 0.555901</w:t>
        <w:br/>
        <w:t>v 0.902942 19.321762 0.507877</w:t>
        <w:br/>
        <w:t>v 0.133802 19.574842 1.148758</w:t>
        <w:br/>
        <w:t>v -0.096473 19.502098 1.124226</w:t>
        <w:br/>
        <w:t>v 0.740273 19.676733 0.484239</w:t>
        <w:br/>
        <w:t>v 0.747181 19.478716 0.444819</w:t>
        <w:br/>
        <w:t>v 0.797568 19.533302 0.211883</w:t>
        <w:br/>
        <w:t>v 0.817133 19.657087 0.204846</w:t>
        <w:br/>
        <w:t>v 0.846375 19.373343 0.602196</w:t>
        <w:br/>
        <w:t>v 1.009249 19.688000 0.256427</w:t>
        <w:br/>
        <w:t>v 0.757382 19.389933 0.584411</w:t>
        <w:br/>
        <w:t>v 0.985024 19.671499 0.366754</w:t>
        <w:br/>
        <w:t>v 1.009249 19.688000 0.256427</w:t>
        <w:br/>
        <w:t>v 0.961296 19.869770 0.165732</w:t>
        <w:br/>
        <w:t>v 0.170914 19.661077 1.157705</w:t>
        <w:br/>
        <w:t>v -0.189228 19.573856 1.148508</w:t>
        <w:br/>
        <w:t>v 0.927496 19.519005 0.563676</w:t>
        <w:br/>
        <w:t>v 0.935095 19.501802 0.485559</w:t>
        <w:br/>
        <w:t>v 0.790005 19.561802 0.777511</w:t>
        <w:br/>
        <w:t>v 0.827735 19.478716 0.622808</w:t>
        <w:br/>
        <w:t>v 0.724718 19.553474 0.768937</w:t>
        <w:br/>
        <w:t>v 0.669926 19.613367 0.859639</w:t>
        <w:br/>
        <w:t>v 0.724718 19.553474 0.768937</w:t>
        <w:br/>
        <w:t>v 0.862216 19.864721 0.078629</w:t>
        <w:br/>
        <w:t>v 0.779848 19.905399 0.541536</w:t>
        <w:br/>
        <w:t>v 0.221073 19.860363 1.159237</w:t>
        <w:br/>
        <w:t>v 0.199127 19.752537 1.156701</w:t>
        <w:br/>
        <w:t>v 1.011136 19.912477 0.297008</w:t>
        <w:br/>
        <w:t>v 0.947341 19.912161 0.243609</w:t>
        <w:br/>
        <w:t>v 0.944291 19.689976 0.511248</w:t>
        <w:br/>
        <w:t>v 0.941910 20.089857 0.147747</w:t>
        <w:br/>
        <w:t>v 0.873757 20.089582 0.116787</w:t>
        <w:br/>
        <w:t>v 0.165015 19.567247 1.202005</w:t>
        <w:br/>
        <w:t>v 0.089148 19.496302 1.117906</w:t>
        <w:br/>
        <w:t>v 0.111431 19.498812 1.164496</w:t>
        <w:br/>
        <w:t>v 0.237511 19.968107 1.148982</w:t>
        <w:br/>
        <w:t>v 0.251525 20.047060 1.126037</w:t>
        <w:br/>
        <w:t>v 0.947341 19.912161 0.243609</w:t>
        <w:br/>
        <w:t>v 0.908683 19.670666 0.183869</w:t>
        <w:br/>
        <w:t>v 0.878748 19.532158 0.623744</w:t>
        <w:br/>
        <w:t>v 0.891054 19.685169 0.719457</w:t>
        <w:br/>
        <w:t>v 0.101601 19.507044 1.231632</w:t>
        <w:br/>
        <w:t>v 0.108059 19.476343 1.257788</w:t>
        <w:br/>
        <w:t>v 0.058934 19.540968 1.331107</w:t>
        <w:br/>
        <w:t>v 0.076333 19.570286 1.296708</w:t>
        <w:br/>
        <w:t>v 0.101601 19.507044 1.231632</w:t>
        <w:br/>
        <w:t>v 0.982759 20.094069 0.223982</w:t>
        <w:br/>
        <w:t>v 0.981879 19.899624 0.408430</w:t>
        <w:br/>
        <w:t>v 1.011136 19.912477 0.297008</w:t>
        <w:br/>
        <w:t>v 0.760125 20.083437 0.601907</w:t>
        <w:br/>
        <w:t>v 0.873757 20.089582 0.116787</w:t>
        <w:br/>
        <w:t>v 0.115341 19.569473 1.286416</w:t>
        <w:br/>
        <w:t>v 0.076333 19.570286 1.296708</w:t>
        <w:br/>
        <w:t>v 0.170914 19.661077 1.157705</w:t>
        <w:br/>
        <w:t>v 0.133802 19.574842 1.148758</w:t>
        <w:br/>
        <w:t>v 0.587545 19.530111 0.977820</w:t>
        <w:br/>
        <w:t>v 0.611554 19.526779 0.998830</w:t>
        <w:br/>
        <w:t>v 0.670577 19.480303 0.928402</w:t>
        <w:br/>
        <w:t>v 0.601252 19.688581 0.953939</w:t>
        <w:br/>
        <w:t>v 0.615485 19.558077 0.978652</w:t>
        <w:br/>
        <w:t>v 0.587545 19.530111 0.977820</w:t>
        <w:br/>
        <w:t>v 0.670577 19.480303 0.928402</w:t>
        <w:br/>
        <w:t>v 0.611554 19.526779 0.998830</w:t>
        <w:br/>
        <w:t>v 0.625866 19.550659 1.002826</w:t>
        <w:br/>
        <w:t>v 0.670577 19.480303 0.928402</w:t>
        <w:br/>
        <w:t>v 0.959675 20.105429 0.291732</w:t>
        <w:br/>
        <w:t>v 0.849199 19.665852 0.728440</w:t>
        <w:br/>
        <w:t>v 0.615485 19.558077 0.978652</w:t>
        <w:br/>
        <w:t>v 0.670577 19.480303 0.928402</w:t>
        <w:br/>
        <w:t>v 0.625866 19.550659 1.002826</w:t>
        <w:br/>
        <w:t>v 0.931771 19.876877 0.540771</w:t>
        <w:br/>
        <w:t>v 0.295172 20.295256 1.107906</w:t>
        <w:br/>
        <w:t>v 1.009096 20.106726 0.338119</w:t>
        <w:br/>
        <w:t>v 0.959675 20.105429 0.291732</w:t>
        <w:br/>
        <w:t>v 0.929078 19.872168 0.659842</w:t>
        <w:br/>
        <w:t>v 0.931771 19.876877 0.540771</w:t>
        <w:br/>
        <w:t>v 0.944291 19.689976 0.511248</w:t>
        <w:br/>
        <w:t>v 0.930153 19.685503 0.603675</w:t>
        <w:br/>
        <w:t>v 0.931867 20.303839 0.189659</w:t>
        <w:br/>
        <w:t>v 0.859365 20.294382 0.154669</w:t>
        <w:br/>
        <w:t>v 0.261642 19.850023 1.259960</w:t>
        <w:br/>
        <w:t>v 0.221073 19.860363 1.159237</w:t>
        <w:br/>
        <w:t>v 0.199127 19.752537 1.156701</w:t>
        <w:br/>
        <w:t>v 0.236711 19.741966 1.249294</w:t>
        <w:br/>
        <w:t>v 0.305706 20.424036 1.094068</w:t>
        <w:br/>
        <w:t>v 0.859365 20.294382 0.154669</w:t>
        <w:br/>
        <w:t>v 0.949796 20.295340 0.270103</w:t>
        <w:br/>
        <w:t>v 0.980814 20.080797 0.452840</w:t>
        <w:br/>
        <w:t>v 1.009096 20.106726 0.338119</w:t>
        <w:br/>
        <w:t>v 0.601252 19.688581 0.953939</w:t>
        <w:br/>
        <w:t>v 0.682500 19.711227 0.987946</w:t>
        <w:br/>
        <w:t>v 0.754849 19.624466 0.883537</w:t>
        <w:br/>
        <w:t>v 0.669926 19.613367 0.859639</w:t>
        <w:br/>
        <w:t>v 0.139597 19.844252 1.410271</w:t>
        <w:br/>
        <w:t>v 0.137849 19.735094 1.392129</w:t>
        <w:br/>
        <w:t>v 0.478744 19.891899 1.120967</w:t>
        <w:br/>
        <w:t>v 0.552340 19.777473 1.045550</w:t>
        <w:br/>
        <w:t>v 0.364013 19.823290 1.144167</w:t>
        <w:br/>
        <w:t>v 0.405054 19.822493 1.205537</w:t>
        <w:br/>
        <w:t>v 0.423082 19.722231 1.104429</w:t>
        <w:br/>
        <w:t>v 0.364013 19.823290 1.144167</w:t>
        <w:br/>
        <w:t>v 0.423082 19.722231 1.104429</w:t>
        <w:br/>
        <w:t>v 0.519345 19.768633 1.077754</w:t>
        <w:br/>
        <w:t>v 0.504472 19.831268 1.100208</w:t>
        <w:br/>
        <w:t>v 0.938658 20.298353 0.338008</w:t>
        <w:br/>
        <w:t>v 0.917246 20.054331 0.576488</w:t>
        <w:br/>
        <w:t>v 0.289384 20.067656 1.238227</w:t>
        <w:br/>
        <w:t>v 0.254748 20.052292 1.201817</w:t>
        <w:br/>
        <w:t>v 0.274395 19.966619 1.267804</w:t>
        <w:br/>
        <w:t>v 0.895589 20.453960 0.234315</w:t>
        <w:br/>
        <w:t>v 0.814165 20.432356 0.205829</w:t>
        <w:br/>
        <w:t>v 0.262972 20.595564 1.026492</w:t>
        <w:br/>
        <w:t>v -0.130911 20.589087 0.939153</w:t>
        <w:br/>
        <w:t>v -0.306306 20.336981 1.049637</w:t>
        <w:br/>
        <w:t>v 0.478744 19.891899 1.120967</w:t>
        <w:br/>
        <w:t>v 0.504472 19.831268 1.100208</w:t>
        <w:br/>
        <w:t>v 0.495649 19.962263 1.180086</w:t>
        <w:br/>
        <w:t>v 0.608478 20.412600 0.681037</w:t>
        <w:br/>
        <w:t>v 0.697359 20.252731 0.655076</w:t>
        <w:br/>
        <w:t>v 0.814165 20.432356 0.205829</w:t>
        <w:br/>
        <w:t>v 0.974463 20.300280 0.377465</w:t>
        <w:br/>
        <w:t>v 0.938658 20.298353 0.338008</w:t>
        <w:br/>
        <w:t>v 0.758582 19.834518 0.977414</w:t>
        <w:br/>
        <w:t>v 0.495649 19.962263 1.180086</w:t>
        <w:br/>
        <w:t>v 0.552340 19.777473 1.045550</w:t>
        <w:br/>
        <w:t>v 0.478744 19.891899 1.120967</w:t>
        <w:br/>
        <w:t>v 0.907359 20.447866 0.306870</w:t>
        <w:br/>
        <w:t>v 0.405054 19.822493 1.205537</w:t>
        <w:br/>
        <w:t>v 0.509334 19.858105 1.190257</w:t>
        <w:br/>
        <w:t>v 0.533957 19.749643 1.143370</w:t>
        <w:br/>
        <w:t>v 0.467090 19.717558 1.152074</w:t>
        <w:br/>
        <w:t>v 0.395041 20.125353 1.165018</w:t>
        <w:br/>
        <w:t>v 0.852554 20.038269 0.893553</w:t>
        <w:br/>
        <w:t>v 0.913638 20.056904 0.721347</w:t>
        <w:br/>
        <w:t>v 0.882510 19.866529 0.814263</w:t>
        <w:br/>
        <w:t>v 0.830661 20.595436 0.276112</w:t>
        <w:br/>
        <w:t>v 0.748197 20.570345 0.256740</w:t>
        <w:br/>
        <w:t>v 0.254748 20.052292 1.201817</w:t>
        <w:br/>
        <w:t>v 0.309244 19.932795 1.184542</w:t>
        <w:br/>
        <w:t>v 0.478744 19.891899 1.120967</w:t>
        <w:br/>
        <w:t>v 0.395041 20.125353 1.165018</w:t>
        <w:br/>
        <w:t>v 0.960259 20.239965 0.491310</w:t>
        <w:br/>
        <w:t>v 0.289384 20.067656 1.238227</w:t>
        <w:br/>
        <w:t>v 0.349220 19.936457 1.238115</w:t>
        <w:br/>
        <w:t>v 0.254748 20.052292 1.201817</w:t>
        <w:br/>
        <w:t>v 0.900177 20.439173 0.372400</w:t>
        <w:br/>
        <w:t>v 0.495649 19.962263 1.180086</w:t>
        <w:br/>
        <w:t>v 0.517610 19.838614 1.147444</w:t>
        <w:br/>
        <w:t>v 0.509334 19.858105 1.190257</w:t>
        <w:br/>
        <w:t>v 0.843839 20.575546 0.331667</w:t>
        <w:br/>
        <w:t>v 0.830661 20.595436 0.276112</w:t>
        <w:br/>
        <w:t>v 0.093412 20.468887 1.306404</w:t>
        <w:br/>
        <w:t>v 0.112198 20.299944 1.380149</w:t>
        <w:br/>
        <w:t>v 0.758574 20.696724 0.313738</w:t>
        <w:br/>
        <w:t>v 0.748197 20.570345 0.256740</w:t>
        <w:br/>
        <w:t>v 0.713073 20.005661 1.055009</w:t>
        <w:br/>
        <w:t>v 0.616223 19.808990 1.086082</w:t>
        <w:br/>
        <w:t>v 0.922678 20.439190 0.400657</w:t>
        <w:br/>
        <w:t>v 0.900177 20.439173 0.372400</w:t>
        <w:br/>
        <w:t>v 0.938658 20.298353 0.338008</w:t>
        <w:br/>
        <w:t>v 0.895113 20.207296 0.599602</w:t>
        <w:br/>
        <w:t>v 0.890560 20.238419 0.767651</w:t>
        <w:br/>
        <w:t>v 0.895113 20.207296 0.599602</w:t>
        <w:br/>
        <w:t>v 0.917246 20.054331 0.576488</w:t>
        <w:br/>
        <w:t>v 0.307325 20.313042 1.163810</w:t>
        <w:br/>
        <w:t>v 0.295172 20.295256 1.107906</w:t>
        <w:br/>
        <w:t>v 0.251525 20.047060 1.126037</w:t>
        <w:br/>
        <w:t>v 0.254748 20.052292 1.201817</w:t>
        <w:br/>
        <w:t>v 0.518349 20.587307 0.629388</w:t>
        <w:br/>
        <w:t>v 0.679149 20.650070 0.296773</w:t>
        <w:br/>
        <w:t>v 0.609070 20.718773 0.340025</w:t>
        <w:br/>
        <w:t>v 0.307325 20.313042 1.163810</w:t>
        <w:br/>
        <w:t>v 0.836534 20.557255 0.395863</w:t>
        <w:br/>
        <w:t>v 0.390026 20.730021 0.660187</w:t>
        <w:br/>
        <w:t>v 0.507171 20.788788 0.387825</w:t>
        <w:br/>
        <w:t>v 0.675017 20.790197 0.351500</w:t>
        <w:br/>
        <w:t>v 0.679149 20.650070 0.296773</w:t>
        <w:br/>
        <w:t>v 0.404902 20.834501 0.434505</w:t>
        <w:br/>
        <w:t>v 0.609070 20.718773 0.340025</w:t>
        <w:br/>
        <w:t>v 0.572093 20.871376 0.400625</w:t>
        <w:br/>
        <w:t>v 0.507171 20.788788 0.387825</w:t>
        <w:br/>
        <w:t>v 0.762784 20.687891 0.359643</w:t>
        <w:br/>
        <w:t>v 0.758574 20.696724 0.313738</w:t>
        <w:br/>
        <w:t>v 0.205485 20.757816 0.790009</w:t>
        <w:br/>
        <w:t>v 0.313983 20.855303 0.483335</w:t>
        <w:br/>
        <w:t>v 0.455588 20.914877 0.448730</w:t>
        <w:br/>
        <w:t>v 0.334776 20.905451 0.485524</w:t>
        <w:br/>
        <w:t>v 0.404902 20.834501 0.434505</w:t>
        <w:br/>
        <w:t>v 0.080522 20.588129 1.242161</w:t>
        <w:br/>
        <w:t>v 0.307325 20.313042 1.163810</w:t>
        <w:br/>
        <w:t>v 0.853039 20.572594 0.419500</w:t>
        <w:br/>
        <w:t>v 0.836534 20.557255 0.395863</w:t>
        <w:br/>
        <w:t>v 0.240311 20.907419 0.483718</w:t>
        <w:br/>
        <w:t>v 0.313983 20.855303 0.483335</w:t>
        <w:br/>
        <w:t>v 0.443055 20.115456 1.186154</w:t>
        <w:br/>
        <w:t>v 0.430190 20.111681 1.212572</w:t>
        <w:br/>
        <w:t>v 0.372506 20.311449 1.187038</w:t>
        <w:br/>
        <w:t>v 0.262972 20.595564 1.026492</w:t>
        <w:br/>
        <w:t>v 0.305706 20.424036 1.094068</w:t>
        <w:br/>
        <w:t>v 0.318022 20.956699 0.591567</w:t>
        <w:br/>
        <w:t>v 0.919227 20.394608 0.522455</w:t>
        <w:br/>
        <w:t>v 0.758704 20.664209 0.420558</w:t>
        <w:br/>
        <w:t>v 0.305706 20.424036 1.094068</w:t>
        <w:br/>
        <w:t>v 0.305706 20.424036 1.094068</w:t>
        <w:br/>
        <w:t>v 0.678831 20.783316 0.392651</w:t>
        <w:br/>
        <w:t>v 0.675017 20.790197 0.351500</w:t>
        <w:br/>
        <w:t>v 0.267596 20.434664 1.190714</w:t>
        <w:br/>
        <w:t>v 0.314112 20.442877 1.171508</w:t>
        <w:br/>
        <w:t>v 0.280468 20.310009 1.216285</w:t>
        <w:br/>
        <w:t>v 0.801561 20.214893 0.946039</w:t>
        <w:br/>
        <w:t>v 0.347523 20.909304 0.537669</w:t>
        <w:br/>
        <w:t>v 0.240311 20.907419 0.483718</w:t>
        <w:br/>
        <w:t>v 0.334776 20.905451 0.485524</w:t>
        <w:br/>
        <w:t>v 0.787765 20.671009 0.440103</w:t>
        <w:br/>
        <w:t>v 0.758704 20.664209 0.420558</w:t>
        <w:br/>
        <w:t>v 0.362301 20.902828 0.573344</w:t>
        <w:br/>
        <w:t>v 0.362301 20.902828 0.573344</w:t>
        <w:br/>
        <w:t>v 0.596318 20.340034 1.084848</w:t>
        <w:br/>
        <w:t>v 0.658547 20.179632 1.093716</w:t>
        <w:br/>
        <w:t>v 0.863914 20.358065 0.614276</w:t>
        <w:br/>
        <w:t>v 0.255540 20.449354 1.220366</w:t>
        <w:br/>
        <w:t>v 0.851173 20.525497 0.536769</w:t>
        <w:br/>
        <w:t>v 0.857674 20.390339 0.794583</w:t>
        <w:br/>
        <w:t>v 0.863914 20.358065 0.614276</w:t>
        <w:br/>
        <w:t>v 0.583843 20.863033 0.432854</w:t>
        <w:br/>
        <w:t>v 0.572093 20.871376 0.400625</w:t>
        <w:br/>
        <w:t>v 0.474937 20.910559 0.477030</w:t>
        <w:br/>
        <w:t>v 0.455588 20.914877 0.448730</w:t>
        <w:br/>
        <w:t>v 0.491135 20.891346 0.511025</w:t>
        <w:br/>
        <w:t>v 0.680434 20.753986 0.446033</w:t>
        <w:br/>
        <w:t>v 0.592865 20.832958 0.475474</w:t>
        <w:br/>
        <w:t>v 0.408571 20.966812 0.623976</w:t>
        <w:br/>
        <w:t>v 0.256997 20.892611 0.752614</w:t>
        <w:br/>
        <w:t>v 0.408571 20.966812 0.623976</w:t>
        <w:br/>
        <w:t>v 0.337458 20.943451 0.729757</w:t>
        <w:br/>
        <w:t>v 0.492726 20.884899 0.537921</w:t>
        <w:br/>
        <w:t>v 0.362301 20.902828 0.573344</w:t>
        <w:br/>
        <w:t>v 0.491135 20.891346 0.511025</w:t>
        <w:br/>
        <w:t>v 0.241221 20.557812 1.179925</w:t>
        <w:br/>
        <w:t>v 0.605083 20.851076 0.503680</w:t>
        <w:br/>
        <w:t>v 0.592865 20.832958 0.475474</w:t>
        <w:br/>
        <w:t>v 0.807155 20.490007 0.622627</w:t>
        <w:br/>
        <w:t>v 0.486331 20.852491 0.592575</w:t>
        <w:br/>
        <w:t>v 0.495234 20.867805 0.570221</w:t>
        <w:br/>
        <w:t>v 0.486331 20.852491 0.592575</w:t>
        <w:br/>
        <w:t>v 0.189347 20.889164 0.923671</w:t>
        <w:br/>
        <w:t>v 0.802405 20.520945 0.796392</w:t>
        <w:br/>
        <w:t>v 0.807155 20.490007 0.622627</w:t>
        <w:br/>
        <w:t>v 0.680434 20.753986 0.446033</w:t>
        <w:br/>
        <w:t>v 0.706905 20.768858 0.470342</w:t>
        <w:br/>
        <w:t>v 0.745477 20.373655 0.960202</w:t>
        <w:br/>
        <w:t>v 0.605970 20.807159 0.566322</w:t>
        <w:br/>
        <w:t>v 0.584940 20.780588 0.612240</w:t>
        <w:br/>
        <w:t>v 0.745694 20.598370 0.620094</w:t>
        <w:br/>
        <w:t>v 0.781890 20.627993 0.544005</w:t>
        <w:br/>
        <w:t>v 0.324739 20.843889 0.854743</w:t>
        <w:br/>
        <w:t>v 0.546028 20.464767 1.063667</w:t>
        <w:br/>
        <w:t>v 0.698734 20.722548 0.556129</w:t>
        <w:br/>
        <w:t>v 0.667466 20.693493 0.615225</w:t>
        <w:br/>
        <w:t>v 0.479033 20.959858 0.675923</w:t>
        <w:br/>
        <w:t>v 0.416263 20.926947 0.794537</w:t>
        <w:br/>
        <w:t>v 0.735475 20.646608 0.777306</w:t>
        <w:br/>
        <w:t>v 0.745694 20.598370 0.620094</w:t>
        <w:br/>
        <w:t>v 0.584940 20.780588 0.612240</w:t>
        <w:br/>
        <w:t>v 0.479033 20.959858 0.675923</w:t>
        <w:br/>
        <w:t>v 0.208204 20.789001 1.026099</w:t>
        <w:br/>
        <w:t>v 0.227678 20.673222 1.104183</w:t>
        <w:br/>
        <w:t>v 0.649510 20.770142 0.751652</w:t>
        <w:br/>
        <w:t>v 0.553972 20.895144 0.723412</w:t>
        <w:br/>
        <w:t>v 0.667466 20.693493 0.615225</w:t>
        <w:br/>
        <w:t>v 0.275736 20.545509 1.148111</w:t>
        <w:br/>
        <w:t>v 0.503110 20.569908 1.039450</w:t>
        <w:br/>
        <w:t>v 0.249873 20.542685 1.157985</w:t>
        <w:br/>
        <w:t>v 0.391842 20.766830 0.939422</w:t>
        <w:br/>
        <w:t>v 0.496718 20.854992 0.860542</w:t>
        <w:br/>
        <w:t>v 0.453709 20.668802 1.002723</w:t>
        <w:br/>
        <w:t>v 0.686869 20.496681 0.948718</w:t>
        <w:br/>
        <w:t>v 0.627872 20.618658 0.933178</w:t>
        <w:br/>
        <w:t>v 0.567772 20.741554 0.906004</w:t>
        <w:br/>
        <w:t>v 0.237511 19.968107 1.148982</w:t>
        <w:br/>
        <w:t>v -0.002070 19.437120 1.182432</w:t>
        <w:br/>
        <w:t>v 0.042384 19.431190 1.084807</w:t>
        <w:br/>
        <w:t>v 0.207471 19.653883 1.229088</w:t>
        <w:br/>
        <w:t>v 0.129305 19.649075 1.344709</w:t>
        <w:br/>
        <w:t>v 0.010758 19.732645 1.390314</w:t>
        <w:br/>
        <w:t>v 0.043820 19.644527 1.342974</w:t>
        <w:br/>
        <w:t>v 0.108059 19.476343 1.257788</w:t>
        <w:br/>
        <w:t>v 0.480770 19.963942 1.211811</w:t>
        <w:br/>
        <w:t>v 0.309244 19.932795 1.184542</w:t>
        <w:br/>
        <w:t>v 0.533957 19.749643 1.143370</w:t>
        <w:br/>
        <w:t>v 0.519345 19.768633 1.077754</w:t>
        <w:br/>
        <w:t>v 0.504472 19.831268 1.100208</w:t>
        <w:br/>
        <w:t>v 0.843499 19.862322 0.831177</w:t>
        <w:br/>
        <w:t>v 0.747181 19.478716 0.444819</w:t>
        <w:br/>
        <w:t>v 0.935095 19.501802 0.485559</w:t>
        <w:br/>
        <w:t>v 0.677329 19.119461 0.731108</w:t>
        <w:br/>
        <w:t>v 0.274395 19.966619 1.267804</w:t>
        <w:br/>
        <w:t>v 0.138348 19.963932 1.420313</w:t>
        <w:br/>
        <w:t>v 0.752764 18.963671 0.496557</w:t>
        <w:br/>
        <w:t>v 0.767487 18.943384 0.516690</w:t>
        <w:br/>
        <w:t>v 0.752764 18.963671 0.496557</w:t>
        <w:br/>
        <w:t>v 0.745326 18.980606 0.500258</w:t>
        <w:br/>
        <w:t>v 0.745326 18.980606 0.500258</w:t>
        <w:br/>
        <w:t>v 0.761857 18.959908 0.542174</w:t>
        <w:br/>
        <w:t>v 0.761857 18.959908 0.542174</w:t>
        <w:br/>
        <w:t>v 0.767487 18.943384 0.516690</w:t>
        <w:br/>
        <w:t>v 0.812796 19.022526 0.466661</w:t>
        <w:br/>
        <w:t>v 0.834836 19.000832 0.492916</w:t>
        <w:br/>
        <w:t>v 0.792198 19.037491 0.487552</w:t>
        <w:br/>
        <w:t>v 0.812796 19.022526 0.466661</w:t>
        <w:br/>
        <w:t>v 0.792198 19.037491 0.487552</w:t>
        <w:br/>
        <w:t>v 0.824834 19.106625 0.486847</w:t>
        <w:br/>
        <w:t>v 0.822263 19.018442 0.526571</w:t>
        <w:br/>
        <w:t>v 0.822263 19.018442 0.526571</w:t>
        <w:br/>
        <w:t>v 0.834836 19.000832 0.492916</w:t>
        <w:br/>
        <w:t>v 0.902942 19.321762 0.507877</w:t>
        <w:br/>
        <w:t>v 0.812733 19.337263 0.492767</w:t>
        <w:br/>
        <w:t>v 0.758317 19.489697 0.610171</w:t>
        <w:br/>
        <w:t>v 0.267874 20.312580 1.244831</w:t>
        <w:br/>
        <w:t>v 0.928930 19.334656 0.456560</w:t>
        <w:br/>
        <w:t>v 0.902942 19.321762 0.507877</w:t>
        <w:br/>
        <w:t>v 0.935095 19.501802 0.485559</w:t>
        <w:br/>
        <w:t>v 0.274383 20.113937 1.261564</w:t>
        <w:br/>
        <w:t>v 0.128108 20.132006 1.418847</w:t>
        <w:br/>
        <w:t>v 0.289384 20.067656 1.238227</w:t>
        <w:br/>
        <w:t>v 0.758317 19.489697 0.610171</w:t>
        <w:br/>
        <w:t>v 0.790005 19.561802 0.777511</w:t>
        <w:br/>
        <w:t>v 0.827735 19.478716 0.622808</w:t>
        <w:br/>
        <w:t>v 0.605083 20.851076 0.503680</w:t>
        <w:br/>
        <w:t>v 0.706905 20.768858 0.470342</w:t>
        <w:br/>
        <w:t>v 0.787765 20.671009 0.440103</w:t>
        <w:br/>
        <w:t>v -0.695334 19.478725 0.444891</w:t>
        <w:br/>
        <w:t>v -0.721403 19.489695 0.610140</w:t>
        <w:br/>
        <w:t>v -0.868506 19.500357 0.485039</w:t>
        <w:br/>
        <w:t>v 0.758317 19.489697 0.610171</w:t>
        <w:br/>
        <w:t>v -0.838215 19.338614 0.423051</w:t>
        <w:br/>
        <w:t>v 0.187642 20.932322 0.544414</w:t>
        <w:br/>
        <w:t>v -0.868506 19.500357 0.485039</w:t>
        <w:br/>
        <w:t>v -0.881128 19.688519 0.510783</w:t>
        <w:br/>
        <w:t>v -0.870043 19.876131 0.540381</w:t>
        <w:br/>
        <w:t>v -0.856299 20.054247 0.576162</w:t>
        <w:br/>
        <w:t>v -0.827864 20.234190 0.603220</w:t>
        <w:br/>
        <w:t>v -0.772192 19.884647 0.916027</w:t>
        <w:br/>
        <w:t>v 1.009837 18.431263 0.158085</w:t>
        <w:br/>
        <w:t>v 0.941988 18.417885 0.216740</w:t>
        <w:br/>
        <w:t>v 1.015845 18.422548 0.159509</w:t>
        <w:br/>
        <w:t>v 1.089201 18.466202 0.094252</w:t>
        <w:br/>
        <w:t>v 1.069791 18.483551 0.101738</w:t>
        <w:br/>
        <w:t>v 1.008225 18.440344 0.161869</w:t>
        <w:br/>
        <w:t>v 1.015845 18.422548 0.159509</w:t>
        <w:br/>
        <w:t>v 0.941988 18.417885 0.216740</w:t>
        <w:br/>
        <w:t>v 1.024638 18.423695 0.170163</w:t>
        <w:br/>
        <w:t>v 1.064033 18.500271 0.120294</w:t>
        <w:br/>
        <w:t>v 1.089201 18.466202 0.094252</w:t>
        <w:br/>
        <w:t>v 1.104715 18.467196 0.115185</w:t>
        <w:br/>
        <w:t>v 1.008225 18.440344 0.161869</w:t>
        <w:br/>
        <w:t>v 1.018218 18.440670 0.173510</w:t>
        <w:br/>
        <w:t>v 0.941988 18.417885 0.216740</w:t>
        <w:br/>
        <w:t>v 0.941988 18.417885 0.216740</w:t>
        <w:br/>
        <w:t>v 1.023501 18.432352 0.174310</w:t>
        <w:br/>
        <w:t>v 1.024638 18.423695 0.170163</w:t>
        <w:br/>
        <w:t>v 1.018218 18.440670 0.173510</w:t>
        <w:br/>
        <w:t>v 1.099044 18.671328 0.038381</w:t>
        <w:br/>
        <w:t>v 1.101804 18.570646 0.058588</w:t>
        <w:br/>
        <w:t>v 1.138938 18.549110 0.032570</w:t>
        <w:br/>
        <w:t>v 1.153827 18.653429 -0.010457</w:t>
        <w:br/>
        <w:t>v 1.104715 18.467196 0.115185</w:t>
        <w:br/>
        <w:t>v 1.101892 18.482403 0.130578</w:t>
        <w:br/>
        <w:t>v 1.064033 18.500271 0.120294</w:t>
        <w:br/>
        <w:t>v 1.088714 18.498343 0.136571</w:t>
        <w:br/>
        <w:t>v 1.090388 18.691435 0.107622</w:t>
        <w:br/>
        <w:t>v 1.093461 18.591713 0.101177</w:t>
        <w:br/>
        <w:t>v 1.153827 18.653429 -0.010457</w:t>
        <w:br/>
        <w:t>v 1.138938 18.549110 0.032570</w:t>
        <w:br/>
        <w:t>v 1.163557 18.550533 0.061772</w:t>
        <w:br/>
        <w:t>v 1.190662 18.656231 0.025849</w:t>
        <w:br/>
        <w:t>v 1.185241 18.676142 0.080194</w:t>
        <w:br/>
        <w:t>v 1.159510 18.569904 0.095678</w:t>
        <w:br/>
        <w:t>v 1.148106 18.694256 0.118916</w:t>
        <w:br/>
        <w:t>v 1.135316 18.589878 0.116609</w:t>
        <w:br/>
        <w:t>v 1.090388 18.691435 0.107622</w:t>
        <w:br/>
        <w:t>v 1.057563 18.794485 0.037862</w:t>
        <w:br/>
        <w:t>v 1.125064 18.792307 -0.027379</w:t>
        <w:br/>
        <w:t>v 1.053447 18.808035 0.135741</w:t>
        <w:br/>
        <w:t>v 1.125064 18.792307 -0.027379</w:t>
        <w:br/>
        <w:t>v 1.186733 18.801476 0.018157</w:t>
        <w:br/>
        <w:t>v 1.176056 18.816607 0.094982</w:t>
        <w:br/>
        <w:t>v 1.053447 18.808035 0.135741</w:t>
        <w:br/>
        <w:t>v 1.125506 18.823135 0.140947</w:t>
        <w:br/>
        <w:t>v 0.972553 18.931150 0.075613</w:t>
        <w:br/>
        <w:t>v 1.052403 18.956264 -0.006588</w:t>
        <w:br/>
        <w:t>v 0.974436 18.934158 0.184983</w:t>
        <w:br/>
        <w:t>v 1.052403 18.956264 -0.006588</w:t>
        <w:br/>
        <w:t>v 1.152312 18.976709 0.049259</w:t>
        <w:br/>
        <w:t>v 1.136502 18.977045 0.144785</w:t>
        <w:br/>
        <w:t>v 1.152312 18.976709 0.049259</w:t>
        <w:br/>
        <w:t>v 0.973046 19.121630 0.041847</w:t>
        <w:br/>
        <w:t>v 0.889534 19.073532 0.142542</w:t>
        <w:br/>
        <w:t>v 0.974436 18.934158 0.184983</w:t>
        <w:br/>
        <w:t>v 1.067361 18.966068 0.193590</w:t>
        <w:br/>
        <w:t>v 0.897940 19.055777 0.249140</w:t>
        <w:br/>
        <w:t>v 1.102318 19.148264 0.104822</w:t>
        <w:br/>
        <w:t>v 0.973046 19.121630 0.041847</w:t>
        <w:br/>
        <w:t>v 1.086093 19.132715 0.210145</w:t>
        <w:br/>
        <w:t>v 1.102318 19.148264 0.104822</w:t>
        <w:br/>
        <w:t>v 0.897940 19.055777 0.249140</w:t>
        <w:br/>
        <w:t>v 1.003986 19.099962 0.267414</w:t>
        <w:br/>
        <w:t>v 1.093461 18.591713 0.101177</w:t>
        <w:br/>
        <w:t>v 0.847444 19.230125 0.370004</w:t>
        <w:br/>
        <w:t>v -1.033161 18.483549 0.101738</w:t>
        <w:br/>
        <w:t>v -1.052572 18.466200 0.094252</w:t>
        <w:br/>
        <w:t>v -1.027403 18.500271 0.120294</w:t>
        <w:br/>
        <w:t>v -1.052572 18.466200 0.094252</w:t>
        <w:br/>
        <w:t>v -1.068085 18.467194 0.115185</w:t>
        <w:br/>
        <w:t>v -1.102309 18.549110 0.032570</w:t>
        <w:br/>
        <w:t>v -1.065175 18.570642 0.058588</w:t>
        <w:br/>
        <w:t>v -1.062414 18.671326 0.038381</w:t>
        <w:br/>
        <w:t>v -1.117198 18.653429 -0.010457</w:t>
        <w:br/>
        <w:t>v -1.068085 18.467194 0.115185</w:t>
        <w:br/>
        <w:t>v -1.065262 18.482403 0.130578</w:t>
        <w:br/>
        <w:t>v -1.052084 18.498343 0.136571</w:t>
        <w:br/>
        <w:t>v -1.027403 18.500271 0.120294</w:t>
        <w:br/>
        <w:t>v -1.056831 18.591711 0.101177</w:t>
        <w:br/>
        <w:t>v -1.053758 18.691433 0.107622</w:t>
        <w:br/>
        <w:t>v -1.052084 18.498343 0.136571</w:t>
        <w:br/>
        <w:t>v -1.126928 18.550533 0.061772</w:t>
        <w:br/>
        <w:t>v -1.102309 18.549110 0.032570</w:t>
        <w:br/>
        <w:t>v -1.117198 18.653429 -0.010457</w:t>
        <w:br/>
        <w:t>v -1.154032 18.656231 0.025849</w:t>
        <w:br/>
        <w:t>v -1.148611 18.676142 0.080194</w:t>
        <w:br/>
        <w:t>v -1.122881 18.569902 0.095678</w:t>
        <w:br/>
        <w:t>v -1.056831 18.591711 0.101177</w:t>
        <w:br/>
        <w:t>v -1.098687 18.589876 0.116609</w:t>
        <w:br/>
        <w:t>v -1.111477 18.694256 0.118916</w:t>
        <w:br/>
        <w:t>v -1.053758 18.691433 0.107622</w:t>
        <w:br/>
        <w:t>v -1.020963 18.794485 0.037863</w:t>
        <w:br/>
        <w:t>v -1.088459 18.792305 -0.027378</w:t>
        <w:br/>
        <w:t>v -1.016850 18.808031 0.135742</w:t>
        <w:br/>
        <w:t>v -1.088459 18.792305 -0.027378</w:t>
        <w:br/>
        <w:t>v -1.150117 18.801474 0.018157</w:t>
        <w:br/>
        <w:t>v -1.150117 18.801474 0.018157</w:t>
        <w:br/>
        <w:t>v -1.139443 18.816607 0.094982</w:t>
        <w:br/>
        <w:t>v -1.016850 18.808031 0.135742</w:t>
        <w:br/>
        <w:t>v -1.088905 18.823135 0.140948</w:t>
        <w:br/>
        <w:t>v -0.936016 18.931154 0.075616</w:t>
        <w:br/>
        <w:t>v -1.015860 18.956261 -0.006585</w:t>
        <w:br/>
        <w:t>v -0.937896 18.934160 0.184986</w:t>
        <w:br/>
        <w:t>v -1.015860 18.956261 -0.006585</w:t>
        <w:br/>
        <w:t>v -1.115740 18.976707 0.049262</w:t>
        <w:br/>
        <w:t>v -1.115740 18.976707 0.049262</w:t>
        <w:br/>
        <w:t>v -1.099935 18.977045 0.144788</w:t>
        <w:br/>
        <w:t>v -1.030809 18.966068 0.193593</w:t>
        <w:br/>
        <w:t>v -0.937896 18.934160 0.184986</w:t>
        <w:br/>
        <w:t>v -0.861456 19.055775 0.249145</w:t>
        <w:br/>
        <w:t>v -0.853061 19.073532 0.142547</w:t>
        <w:br/>
        <w:t>v -0.936610 19.121628 0.041856</w:t>
        <w:br/>
        <w:t>v -1.065843 19.148268 0.104832</w:t>
        <w:br/>
        <w:t>v -1.065843 19.148268 0.104832</w:t>
        <w:br/>
        <w:t>v -1.049613 19.132715 0.210154</w:t>
        <w:br/>
        <w:t>v -0.861456 19.055775 0.249145</w:t>
        <w:br/>
        <w:t>v -0.967525 19.099966 0.267423</w:t>
        <w:br/>
        <w:t>v -0.936610 19.121628 0.041856</w:t>
        <w:br/>
        <w:t>v -0.896607 19.279171 0.094369</w:t>
        <w:br/>
        <w:t>v -0.847445 19.230125 0.370005</w:t>
        <w:br/>
        <w:t>v 0.164491 19.401474 1.087929</w:t>
        <w:br/>
        <w:t>v 0.190671 19.438568 1.106041</w:t>
        <w:br/>
        <w:t>v 0.143931 19.472019 1.168505</w:t>
        <w:br/>
        <w:t>v 0.090884 19.408817 1.123927</w:t>
        <w:br/>
        <w:t>v 0.087599 19.402521 1.160949</w:t>
        <w:br/>
        <w:t>v 0.158195 19.397326 1.110138</w:t>
        <w:br/>
        <w:t>v 0.164491 19.401474 1.087929</w:t>
        <w:br/>
        <w:t>v 0.090884 19.408817 1.123927</w:t>
        <w:br/>
        <w:t>v 0.113579 19.417698 1.192450</w:t>
        <w:br/>
        <w:t>v 0.170086 19.406057 1.127287</w:t>
        <w:br/>
        <w:t>v 0.143144 19.447437 1.194124</w:t>
        <w:br/>
        <w:t>v 0.187461 19.423906 1.122266</w:t>
        <w:br/>
        <w:t>v 0.143931 19.472019 1.168505</w:t>
        <w:br/>
        <w:t>v 0.190671 19.438568 1.106041</w:t>
        <w:br/>
        <w:t>v 0.239721 19.408194 1.055716</w:t>
        <w:br/>
        <w:t>v 0.101601 19.507044 1.231632</w:t>
        <w:br/>
        <w:t>v 0.239721 19.408194 1.055716</w:t>
        <w:br/>
        <w:t>v 0.101601 19.507044 1.231632</w:t>
        <w:br/>
        <w:t>v -0.002070 19.437120 1.182432</w:t>
        <w:br/>
        <w:t>v 0.239721 19.408194 1.055716</w:t>
        <w:br/>
        <w:t>v -0.036507 19.407606 1.150769</w:t>
        <w:br/>
        <w:t>v -0.069294 19.383200 1.111274</w:t>
        <w:br/>
        <w:t>v -0.079561 19.395428 1.051569</w:t>
        <w:br/>
        <w:t>v -0.054056 19.427515 1.077712</w:t>
        <w:br/>
        <w:t>v -0.066746 19.372581 1.044387</w:t>
        <w:br/>
        <w:t>v -0.027901 19.390594 1.063960</w:t>
        <w:br/>
        <w:t>v -0.054056 19.427515 1.077712</w:t>
        <w:br/>
        <w:t>v -0.079561 19.395428 1.051569</w:t>
        <w:br/>
        <w:t>v -0.066746 19.372581 1.044387</w:t>
        <w:br/>
        <w:t>v -0.069294 19.383200 1.111274</w:t>
        <w:br/>
        <w:t>v -0.036507 19.407606 1.150769</w:t>
        <w:br/>
        <w:t>v -0.027901 19.390594 1.063960</w:t>
        <w:br/>
        <w:t>v -0.122179 19.349676 1.008115</w:t>
        <w:br/>
        <w:t>v -0.122179 19.349676 1.008115</w:t>
        <w:br/>
        <w:t>v -0.027901 19.466024 1.101544</w:t>
        <w:br/>
        <w:t>v -0.002070 19.437120 1.182432</w:t>
        <w:br/>
        <w:t>v -0.122179 19.349676 1.008115</w:t>
        <w:br/>
        <w:t>v -0.207502 19.504309 1.154379</w:t>
        <w:br/>
        <w:t>v -0.237704 19.547201 1.167081</w:t>
        <w:br/>
        <w:t>v -0.260037 19.535435 1.190251</w:t>
        <w:br/>
        <w:t>v -0.223552 19.498274 1.174114</w:t>
        <w:br/>
        <w:t>v -0.255078 19.536383 1.219104</w:t>
        <w:br/>
        <w:t>v -0.220292 19.499397 1.188115</w:t>
        <w:br/>
        <w:t>v -0.223552 19.498274 1.174114</w:t>
        <w:br/>
        <w:t>v -0.260037 19.535435 1.190251</w:t>
        <w:br/>
        <w:t>v -0.255078 19.536383 1.219104</w:t>
        <w:br/>
        <w:t>v -0.232620 19.544254 1.204903</w:t>
        <w:br/>
        <w:t>v -0.205053 19.502398 1.179922</w:t>
        <w:br/>
        <w:t>v -0.220292 19.499397 1.188115</w:t>
        <w:br/>
        <w:t>v -0.196485 19.507742 1.165832</w:t>
        <w:br/>
        <w:t>v -0.220317 19.553307 1.176224</w:t>
        <w:br/>
        <w:t>v -0.237704 19.547201 1.167081</w:t>
        <w:br/>
        <w:t>v -0.207502 19.504309 1.154379</w:t>
        <w:br/>
        <w:t>v -0.232620 19.544254 1.204903</w:t>
        <w:br/>
        <w:t>v -0.220317 19.553307 1.176224</w:t>
        <w:br/>
        <w:t>v -0.196485 19.507742 1.165832</w:t>
        <w:br/>
        <w:t>v -0.205053 19.502398 1.179922</w:t>
        <w:br/>
        <w:t>v -0.158714 19.445026 1.118568</w:t>
        <w:br/>
        <w:t>v -0.158714 19.445026 1.118568</w:t>
        <w:br/>
        <w:t>v -0.158714 19.445026 1.118568</w:t>
        <w:br/>
        <w:t>v -0.158714 19.445026 1.118568</w:t>
        <w:br/>
        <w:t>v -0.158714 19.445026 1.118568</w:t>
        <w:br/>
        <w:t>v -0.253779 19.585110 1.225162</w:t>
        <w:br/>
        <w:t>v 0.563709 19.581059 1.053627</w:t>
        <w:br/>
        <w:t>v 0.528675 19.584497 1.021712</w:t>
        <w:br/>
        <w:t>v 0.469481 19.654043 1.067588</w:t>
        <w:br/>
        <w:t>v 0.512651 19.648783 1.108161</w:t>
        <w:br/>
        <w:t>v 0.561331 19.688267 1.105330</w:t>
        <w:br/>
        <w:t>v 0.594844 19.608288 1.048774</w:t>
        <w:br/>
        <w:t>v 0.563709 19.581059 1.053627</w:t>
        <w:br/>
        <w:t>v 0.512651 19.648783 1.108161</w:t>
        <w:br/>
        <w:t>v 0.582197 19.616894 1.011873</w:t>
        <w:br/>
        <w:t>v 0.545648 19.701979 1.052065</w:t>
        <w:br/>
        <w:t>v 0.469481 19.654043 1.067588</w:t>
        <w:br/>
        <w:t>v 0.528675 19.584497 1.021712</w:t>
        <w:br/>
        <w:t>v 0.582197 19.616894 1.011873</w:t>
        <w:br/>
        <w:t>v 0.594844 19.608288 1.048774</w:t>
        <w:br/>
        <w:t>v 0.561331 19.688267 1.105330</w:t>
        <w:br/>
        <w:t>v 0.545648 19.701979 1.052065</w:t>
        <w:br/>
        <w:t>v 0.467090 19.717558 1.152074</w:t>
        <w:br/>
        <w:t>v 0.179823 20.904619 0.469130</w:t>
        <w:br/>
        <w:t>v 0.240311 20.907419 0.483718</w:t>
        <w:br/>
        <w:t>v 0.240311 20.907419 0.483718</w:t>
        <w:br/>
        <w:t>v -0.144544 20.927658 0.507588</w:t>
        <w:br/>
        <w:t>v -0.133733 20.891726 0.431277</w:t>
        <w:br/>
        <w:t>v -0.133207 21.004978 0.521021</w:t>
        <w:br/>
        <w:t>v -0.154680 20.948608 0.524983</w:t>
        <w:br/>
        <w:t>v 0.237511 19.968107 1.148982</w:t>
        <w:br/>
        <w:t>v -0.133733 20.891726 0.431277</w:t>
        <w:br/>
        <w:t>v -0.570738 19.269037 -0.562828</w:t>
        <w:br/>
        <w:t>v -0.386340 19.194172 -0.722287</w:t>
        <w:br/>
        <w:t>v -0.414689 19.393803 -0.902037</w:t>
        <w:br/>
        <w:t>v -0.629239 19.454971 -0.715787</w:t>
        <w:br/>
        <w:t>v -0.365024 19.667234 -1.015711</w:t>
        <w:br/>
        <w:t>v -0.602457 19.690086 -0.844906</w:t>
        <w:br/>
        <w:t>v -0.770585 19.449673 -0.411302</w:t>
        <w:br/>
        <w:t>v -0.770030 19.586851 -0.586562</w:t>
        <w:br/>
        <w:t>v -0.161604 19.386562 -1.003183</w:t>
        <w:br/>
        <w:t>v -0.161661 19.169140 -0.821235</w:t>
        <w:br/>
        <w:t>v -0.477958 19.124504 -0.440596</w:t>
        <w:br/>
        <w:t>v -0.319903 19.059618 -0.554121</w:t>
        <w:br/>
        <w:t>v -0.725658 19.764229 -0.736908</w:t>
        <w:br/>
        <w:t>v -0.139472 19.659973 -1.100042</w:t>
        <w:br/>
        <w:t>v -0.627407 19.232903 -0.321126</w:t>
        <w:br/>
        <w:t>v -0.149170 19.027790 -0.631148</w:t>
        <w:br/>
        <w:t>v -0.309437 19.943737 -1.051160</w:t>
        <w:br/>
        <w:t>v -0.520151 19.937202 -0.910864</w:t>
        <w:br/>
        <w:t>v -0.594473 19.970282 -0.869662</w:t>
        <w:br/>
        <w:t>v -0.891743 19.794897 -0.417969</w:t>
        <w:br/>
        <w:t>v -0.819360 19.891277 -0.628270</w:t>
        <w:br/>
        <w:t>v -0.242337 18.933929 -0.365193</w:t>
        <w:br/>
        <w:t>v -0.343885 18.990511 -0.290984</w:t>
        <w:br/>
        <w:t>v -0.476022 19.085382 -0.228469</w:t>
        <w:br/>
        <w:t>v -0.746716 19.395630 -0.193708</w:t>
        <w:br/>
        <w:t>v 0.020463 19.387098 -1.015730</w:t>
        <w:br/>
        <w:t>v 0.020463 19.163954 -0.837544</w:t>
        <w:br/>
        <w:t>v -0.125293 19.940023 -1.124256</w:t>
        <w:br/>
        <w:t>v -0.127287 18.906418 -0.401179</w:t>
        <w:br/>
        <w:t>v -0.650953 20.044361 -0.830384</w:t>
        <w:br/>
        <w:t>v -0.211785 18.909138 -0.346936</w:t>
        <w:br/>
        <w:t>v -0.301442 18.917511 -0.269885</w:t>
        <w:br/>
        <w:t>v -0.340775 18.964916 -0.249569</w:t>
        <w:br/>
        <w:t>v -0.381893 18.958632 -0.217186</w:t>
        <w:br/>
        <w:t>v -0.413520 19.027342 -0.212079</w:t>
        <w:br/>
        <w:t>v 0.020660 19.659924 -1.107333</w:t>
        <w:br/>
        <w:t>v -0.640497 19.185589 -0.108698</w:t>
        <w:br/>
        <w:t>v -0.108302 18.837029 -0.374940</w:t>
        <w:br/>
        <w:t>v 0.020463 19.016830 -0.649642</w:t>
        <w:br/>
        <w:t>v -0.459897 19.036615 -0.114560</w:t>
        <w:br/>
        <w:t>v -0.848489 19.656738 -0.111468</w:t>
        <w:br/>
        <w:t>v -0.897177 19.727427 -0.251882</w:t>
        <w:br/>
        <w:t>v -0.939662 19.957983 -0.348464</w:t>
        <w:br/>
        <w:t>v -0.867334 20.013609 -0.542356</w:t>
        <w:br/>
        <w:t>v 0.020463 18.894148 -0.415797</w:t>
        <w:br/>
        <w:t>v -0.680026 20.116482 -0.784666</w:t>
        <w:br/>
        <w:t>v 0.020463 18.859591 -0.398673</w:t>
        <w:br/>
        <w:t>v -0.420313 20.191492 -0.944830</w:t>
        <w:br/>
        <w:t>v -0.743919 19.330713 -0.149931</w:t>
        <w:br/>
        <w:t>v -0.260928 20.237480 -1.043216</w:t>
        <w:br/>
        <w:t>v -0.227773 19.090357 -0.069910</w:t>
        <w:br/>
        <w:t>v -0.340775 18.964916 -0.249569</w:t>
        <w:br/>
        <w:t>v -0.381893 18.958632 -0.217186</w:t>
        <w:br/>
        <w:t>v -0.275150 19.066238 -0.065303</w:t>
        <w:br/>
        <w:t>v -0.211785 18.909138 -0.346936</w:t>
        <w:br/>
        <w:t>v -0.301442 18.917511 -0.269885</w:t>
        <w:br/>
        <w:t>v -0.211386 19.058292 -0.114582</w:t>
        <w:br/>
        <w:t>v -0.361684 19.073708 -0.028281</w:t>
        <w:br/>
        <w:t>v -0.593608 19.192524 -0.026787</w:t>
        <w:br/>
        <w:t>v -0.302791 19.120670 -0.061183</w:t>
        <w:br/>
        <w:t>v -0.275150 19.066238 -0.065303</w:t>
        <w:br/>
        <w:t>v -0.381893 18.958632 -0.217186</w:t>
        <w:br/>
        <w:t>v -0.413520 19.027342 -0.212079</w:t>
        <w:br/>
        <w:t>v -0.141276 18.996214 -0.129504</w:t>
        <w:br/>
        <w:t>v -0.108302 18.837029 -0.374940</w:t>
        <w:br/>
        <w:t>v 0.022359 19.939075 -1.131410</w:t>
        <w:br/>
        <w:t>v -0.949991 19.916082 -0.187990</w:t>
        <w:br/>
        <w:t>v -0.743919 19.330713 -0.149931</w:t>
        <w:br/>
        <w:t>v -0.483897 20.213772 -0.903800</w:t>
        <w:br/>
        <w:t>v -0.361684 19.073708 -0.028281</w:t>
        <w:br/>
        <w:t>v -0.302791 19.120670 -0.061183</w:t>
        <w:br/>
        <w:t>v -0.413520 19.027342 -0.212079</w:t>
        <w:br/>
        <w:t>v -0.459897 19.036615 -0.114560</w:t>
        <w:br/>
        <w:t>v 0.202587 19.169142 -0.821236</w:t>
        <w:br/>
        <w:t>v 0.206009 19.386122 -1.002339</w:t>
        <w:br/>
        <w:t>v 0.020463 19.387098 -1.015730</w:t>
        <w:br/>
        <w:t>v 0.020463 19.163954 -0.837544</w:t>
        <w:br/>
        <w:t>v -0.832050 20.031555 -0.514835</w:t>
        <w:br/>
        <w:t>v -0.867334 20.013609 -0.542356</w:t>
        <w:br/>
        <w:t>v -0.680026 20.116482 -0.784666</w:t>
        <w:br/>
        <w:t>v -0.655585 20.125788 -0.737469</w:t>
        <w:br/>
        <w:t>v 0.190097 19.027790 -0.631148</w:t>
        <w:br/>
        <w:t>v 0.020463 19.016830 -0.649642</w:t>
        <w:br/>
        <w:t>v 0.020463 19.008101 -0.118273</w:t>
        <w:br/>
        <w:t>v 0.020463 18.859591 -0.398673</w:t>
        <w:br/>
        <w:t>v -0.057340 18.969288 -0.138869</w:t>
        <w:br/>
        <w:t>v -0.900882 19.976562 -0.328719</w:t>
        <w:br/>
        <w:t>v -0.939662 19.957983 -0.348464</w:t>
        <w:br/>
        <w:t>v -0.120147 20.222326 -1.104067</w:t>
        <w:br/>
        <w:t>v 0.168214 18.906418 -0.401179</w:t>
        <w:br/>
        <w:t>v 0.020463 18.894148 -0.415797</w:t>
        <w:br/>
        <w:t>v 0.020463 18.859591 -0.398673</w:t>
        <w:br/>
        <w:t>v 0.149228 18.837029 -0.374940</w:t>
        <w:br/>
        <w:t>v -0.483897 20.213772 -0.903800</w:t>
        <w:br/>
        <w:t>v -0.557348 19.496210 -0.106317</w:t>
        <w:br/>
        <w:t>v -0.593608 19.192524 -0.026787</w:t>
        <w:br/>
        <w:t>v -0.743919 19.330713 -0.149931</w:t>
        <w:br/>
        <w:t>v -0.655585 20.125788 -0.737469</w:t>
        <w:br/>
        <w:t>v -0.712489 20.243689 -0.783534</w:t>
        <w:br/>
        <w:t>v -0.928286 20.173111 -0.524690</w:t>
        <w:br/>
        <w:t>v -0.832050 20.031555 -0.514835</w:t>
        <w:br/>
        <w:t>v 0.199431 19.657400 -1.095264</w:t>
        <w:br/>
        <w:t>v 0.020660 19.659924 -1.107333</w:t>
        <w:br/>
        <w:t>v -0.481728 20.303951 -0.903726</w:t>
        <w:br/>
        <w:t>v -0.743216 20.342321 -0.780830</w:t>
        <w:br/>
        <w:t>v -0.900882 19.976562 -0.328719</w:t>
        <w:br/>
        <w:t>v -0.593608 19.192524 -0.026787</w:t>
        <w:br/>
        <w:t>v -0.452602 19.244001 -0.102961</w:t>
        <w:br/>
        <w:t>v -0.361684 19.073708 -0.028281</w:t>
        <w:br/>
        <w:t>v -0.493188 20.405001 -0.906330</w:t>
        <w:br/>
        <w:t>v -0.916737 19.930904 -0.176147</w:t>
        <w:br/>
        <w:t>v -0.949991 19.916082 -0.187990</w:t>
        <w:br/>
        <w:t>v -1.016626 20.292089 -0.299168</w:t>
        <w:br/>
        <w:t>v -1.001294 20.137316 -0.321788</w:t>
        <w:br/>
        <w:t>v -0.946262 20.302359 -0.511341</w:t>
        <w:br/>
        <w:t>v -0.743919 19.330713 -0.149931</w:t>
        <w:br/>
        <w:t>v -0.733804 19.456957 0.006935</w:t>
        <w:br/>
        <w:t>v -0.557348 19.496210 -0.106317</w:t>
        <w:br/>
        <w:t>v -0.903397 19.868597 -0.056252</w:t>
        <w:br/>
        <w:t>v -0.557348 19.496210 -0.106317</w:t>
        <w:br/>
        <w:t>v -0.422188 19.328497 -0.224472</w:t>
        <w:br/>
        <w:t>v -0.351005 19.183661 -0.153771</w:t>
        <w:br/>
        <w:t>v -0.294582 20.475622 -0.978496</w:t>
        <w:br/>
        <w:t>v -0.302791 19.120670 -0.061183</w:t>
        <w:br/>
        <w:t>v 0.020463 19.008101 -0.118273</w:t>
        <w:br/>
        <w:t>v 0.098267 18.969288 -0.138869</w:t>
        <w:br/>
        <w:t>v 0.149228 18.837029 -0.374940</w:t>
        <w:br/>
        <w:t>v 0.020463 18.859591 -0.398673</w:t>
        <w:br/>
        <w:t>v 0.022573 20.219477 -1.114133</w:t>
        <w:br/>
        <w:t>v -0.275150 19.066238 -0.065303</w:t>
        <w:br/>
        <w:t>v -0.896713 20.360723 -0.451739</w:t>
        <w:br/>
        <w:t>v -0.743216 20.342321 -0.780830</w:t>
        <w:br/>
        <w:t>v -0.706517 20.374884 -0.728978</w:t>
        <w:br/>
        <w:t>v -0.351005 19.183661 -0.153771</w:t>
        <w:br/>
        <w:t>v -0.227773 19.090357 -0.069910</w:t>
        <w:br/>
        <w:t>v -0.275150 19.066238 -0.065303</w:t>
        <w:br/>
        <w:t>v -0.117540 20.413393 -1.050634</w:t>
        <w:br/>
        <w:t>v -0.220100 20.444864 -1.009044</w:t>
        <w:br/>
        <w:t>v -0.183794 19.156466 -0.178139</w:t>
        <w:br/>
        <w:t>v -0.222452 19.276731 -0.282650</w:t>
        <w:br/>
        <w:t>v -0.478864 20.435623 -0.861883</w:t>
        <w:br/>
        <w:t>v -0.493188 20.405001 -0.906330</w:t>
        <w:br/>
        <w:t>v -0.733804 19.456957 0.006935</w:t>
        <w:br/>
        <w:t>v -0.760524 19.477928 0.089184</w:t>
        <w:br/>
        <w:t>v 0.190215 19.936609 -1.117995</w:t>
        <w:br/>
        <w:t>v 0.022359 19.939075 -1.131410</w:t>
        <w:br/>
        <w:t>v 0.283263 18.933929 -0.365193</w:t>
        <w:br/>
        <w:t>v 0.252712 18.909138 -0.346936</w:t>
        <w:br/>
        <w:t>v -0.211386 19.058292 -0.114582</w:t>
        <w:br/>
        <w:t>v -0.141276 18.996214 -0.129504</w:t>
        <w:br/>
        <w:t>v -0.057340 18.969288 -0.138869</w:t>
        <w:br/>
        <w:t>v -0.884162 19.876772 -0.051095</w:t>
        <w:br/>
        <w:t>v -0.903397 19.868597 -0.056252</w:t>
        <w:br/>
        <w:t>v -0.760524 19.477928 0.089184</w:t>
        <w:br/>
        <w:t>v 0.360829 19.059618 -0.554121</w:t>
        <w:br/>
        <w:t>v 0.427267 19.194172 -0.722287</w:t>
        <w:br/>
        <w:t>v 0.467293 19.392357 -0.899387</w:t>
        <w:br/>
        <w:t>v -1.004723 20.106752 -0.141482</w:t>
        <w:br/>
        <w:t>v -0.959251 20.371895 -0.240699</w:t>
        <w:br/>
        <w:t>v -0.352811 20.531864 -1.070380</w:t>
        <w:br/>
        <w:t>v -0.432667 20.624643 -1.006362</w:t>
        <w:br/>
        <w:t>v -0.484365 20.621618 -0.905113</w:t>
        <w:br/>
        <w:t>v -0.401752 20.522646 -0.988000</w:t>
        <w:br/>
        <w:t>v -0.447080 20.588642 -0.886658</w:t>
        <w:br/>
        <w:t>v -0.710835 20.464874 -0.726888</w:t>
        <w:br/>
        <w:t>v -0.706517 20.374884 -0.728978</w:t>
        <w:br/>
        <w:t>v -0.478864 20.435623 -0.861883</w:t>
        <w:br/>
        <w:t>v -0.838285 19.812630 0.101101</w:t>
        <w:br/>
        <w:t>v -0.373589 20.516174 -0.948929</w:t>
        <w:br/>
        <w:t>v -0.294582 20.475622 -0.978496</w:t>
        <w:br/>
        <w:t>v -0.275891 20.457943 -1.060346</w:t>
        <w:br/>
        <w:t>v 0.252312 19.058292 -0.114582</w:t>
        <w:br/>
        <w:t>v 0.252712 18.909138 -0.346936</w:t>
        <w:br/>
        <w:t>v 0.182203 18.996214 -0.129504</w:t>
        <w:br/>
        <w:t>v 0.444810 19.661518 -1.005676</w:t>
        <w:br/>
        <w:t>v 0.020463 19.008101 -0.118273</w:t>
        <w:br/>
        <w:t>v 0.020463 19.172361 -0.164171</w:t>
        <w:br/>
        <w:t>v -0.494221 20.703379 -0.777466</w:t>
        <w:br/>
        <w:t>v -0.447080 20.588642 -0.886658</w:t>
        <w:br/>
        <w:t>v 0.020463 19.275648 -0.299824</w:t>
        <w:br/>
        <w:t>v -0.710835 20.464874 -0.726888</w:t>
        <w:br/>
        <w:t>v -0.685649 20.485334 -0.701469</w:t>
        <w:br/>
        <w:t>v -0.884162 19.876772 -0.051095</w:t>
        <w:br/>
        <w:t>v -0.920734 20.079210 -0.007330</w:t>
        <w:br/>
        <w:t>v -0.356130 20.644329 -1.107803</w:t>
        <w:br/>
        <w:t>v -0.386064 20.672806 -1.039625</w:t>
        <w:br/>
        <w:t>v 0.384811 18.990511 -0.290984</w:t>
        <w:br/>
        <w:t>v 0.342369 18.917511 -0.269885</w:t>
        <w:br/>
        <w:t>v -0.838285 19.812630 0.101101</w:t>
        <w:br/>
        <w:t>v 0.022573 20.219477 -1.114133</w:t>
        <w:br/>
        <w:t>v 0.184239 20.219784 -1.098083</w:t>
        <w:br/>
        <w:t>v 0.224721 19.156466 -0.178139</w:t>
        <w:br/>
        <w:t>v 0.098267 18.969288 -0.138869</w:t>
        <w:br/>
        <w:t>v 0.399815 19.935244 -1.035812</w:t>
        <w:br/>
        <w:t>v -0.447080 20.588642 -0.886658</w:t>
        <w:br/>
        <w:t>v -0.486769 20.566975 -0.797585</w:t>
        <w:br/>
        <w:t>v -0.209643 20.663040 -1.157439</w:t>
        <w:br/>
        <w:t>v -0.290745 20.587797 -1.143283</w:t>
        <w:br/>
        <w:t>v -0.949160 20.375998 -0.061766</w:t>
        <w:br/>
        <w:t>v -1.003351 20.283335 -0.104568</w:t>
        <w:br/>
        <w:t>v -0.470442 20.726639 -0.772539</w:t>
        <w:br/>
        <w:t>v -0.494221 20.703379 -0.777466</w:t>
        <w:br/>
        <w:t>v -0.484365 20.621618 -0.905113</w:t>
        <w:br/>
        <w:t>v -0.470644 20.696730 -0.838100</w:t>
        <w:br/>
        <w:t>v 0.518884 19.124504 -0.440596</w:t>
        <w:br/>
        <w:t>v -0.438106 20.729179 -1.019078</w:t>
        <w:br/>
        <w:t>v -0.487529 20.723391 -0.917976</w:t>
        <w:br/>
        <w:t>v -0.439943 20.666817 -0.945483</w:t>
        <w:br/>
        <w:t>v -0.229540 20.490311 -1.116400</w:t>
        <w:br/>
        <w:t>v -0.098525 20.463594 -1.117814</w:t>
        <w:br/>
        <w:t>v -0.156690 20.553505 -1.153231</w:t>
        <w:br/>
        <w:t>v -0.909155 20.268948 0.050849</w:t>
        <w:br/>
        <w:t>v -0.286318 20.690853 -1.113562</w:t>
        <w:br/>
        <w:t>v -0.486769 20.566975 -0.797585</w:t>
        <w:br/>
        <w:t>v -0.494221 20.703379 -0.777466</w:t>
        <w:br/>
        <w:t>v -0.685649 20.485334 -0.701469</w:t>
        <w:br/>
        <w:t>v 0.342369 18.917511 -0.269885</w:t>
        <w:br/>
        <w:t>v 0.182203 18.996214 -0.129504</w:t>
        <w:br/>
        <w:t>v -0.819850 20.644707 -0.530230</w:t>
        <w:br/>
        <w:t>v -0.923848 20.567181 -0.283960</w:t>
        <w:br/>
        <w:t>v -0.493887 20.806252 -0.974794</w:t>
        <w:br/>
        <w:t>v 0.381702 18.964916 -0.249569</w:t>
        <w:br/>
        <w:t>v 0.263379 19.276731 -0.282650</w:t>
        <w:br/>
        <w:t>v -0.242924 20.769367 -1.039458</w:t>
        <w:br/>
        <w:t>v -0.295163 20.828876 -1.037095</w:t>
        <w:br/>
        <w:t>v -0.353161 20.751057 -1.072394</w:t>
        <w:br/>
        <w:t>v 0.268700 19.090357 -0.069910</w:t>
        <w:br/>
        <w:t>v 0.381702 18.964916 -0.249569</w:t>
        <w:br/>
        <w:t>v -0.031799 20.451347 -1.153411</w:t>
        <w:br/>
        <w:t>v 0.056349 20.527142 -1.166224</w:t>
        <w:br/>
        <w:t>v -0.013419 20.522989 -1.132520</w:t>
        <w:br/>
        <w:t>v -0.504967 20.753105 -0.783188</w:t>
        <w:br/>
        <w:t>v -0.470644 20.696730 -0.838100</w:t>
        <w:br/>
        <w:t>v 0.611664 19.269037 -0.562828</w:t>
        <w:br/>
        <w:t>v 0.422820 18.958632 -0.217186</w:t>
        <w:br/>
        <w:t>v 0.252312 19.058292 -0.114582</w:t>
        <w:br/>
        <w:t>v 0.347356 20.232218 -1.029493</w:t>
        <w:br/>
        <w:t>v 0.063883 20.593348 -1.110200</w:t>
        <w:br/>
        <w:t>v -0.078197 20.625467 -1.141702</w:t>
        <w:br/>
        <w:t>v 0.670547 19.454908 -0.715665</w:t>
        <w:br/>
        <w:t>v 0.220156 20.575956 -1.168789</w:t>
        <w:br/>
        <w:t>v 0.161566 20.476330 -1.153451</w:t>
        <w:br/>
        <w:t>v -0.340804 20.854340 -0.992526</w:t>
        <w:br/>
        <w:t>v -0.468851 20.884607 -0.978425</w:t>
        <w:br/>
        <w:t>v 0.454446 19.027342 -0.212079</w:t>
        <w:br/>
        <w:t>v 0.316076 19.066238 -0.065303</w:t>
        <w:br/>
        <w:t>v 0.422820 18.958632 -0.217186</w:t>
        <w:br/>
        <w:t>v 0.161278 20.405598 -1.100096</w:t>
        <w:br/>
        <w:t>v 0.030247 20.394855 -1.119515</w:t>
        <w:br/>
        <w:t>v 0.022739 20.394836 -1.066056</w:t>
        <w:br/>
        <w:t>v 0.143783 20.401241 -1.052359</w:t>
        <w:br/>
        <w:t>v 0.391931 19.183661 -0.153771</w:t>
        <w:br/>
        <w:t>v 0.268700 19.090357 -0.069910</w:t>
        <w:br/>
        <w:t>v -0.539537 20.804470 -0.848299</w:t>
        <w:br/>
        <w:t>v -0.537004 20.846128 -0.709027</w:t>
        <w:br/>
        <w:t>v -0.520176 20.928196 -0.897114</w:t>
        <w:br/>
        <w:t>v -0.883225 20.375446 0.072600</w:t>
        <w:br/>
        <w:t>v 0.663550 19.686995 -0.839613</w:t>
        <w:br/>
        <w:t>v -0.932127 20.545580 -0.075414</w:t>
        <w:br/>
        <w:t>v 0.343717 19.120670 -0.061183</w:t>
        <w:br/>
        <w:t>v 0.454446 19.027342 -0.212079</w:t>
        <w:br/>
        <w:t>v 0.422820 18.958632 -0.217186</w:t>
        <w:br/>
        <w:t>v 0.316076 19.066238 -0.065303</w:t>
        <w:br/>
        <w:t>v -0.814952 20.258682 0.162184</w:t>
        <w:br/>
        <w:t>v -0.865814 20.059984 0.168466</w:t>
        <w:br/>
        <w:t>v 0.668334 19.232903 -0.321127</w:t>
        <w:br/>
        <w:t>v 0.516949 19.085382 -0.228469</w:t>
        <w:br/>
        <w:t>v 0.123209 20.609049 -1.138784</w:t>
        <w:br/>
        <w:t>v 0.463114 19.328497 -0.224472</w:t>
        <w:br/>
        <w:t>v -0.336803 20.867416 -0.942544</w:t>
        <w:br/>
        <w:t>v -0.438820 20.906767 -0.925331</w:t>
        <w:br/>
        <w:t>v -0.471192 20.967903 -0.828266</w:t>
        <w:br/>
        <w:t>v 0.611094 19.929077 -0.896972</w:t>
        <w:br/>
        <w:t>v 0.316076 19.066238 -0.065303</w:t>
        <w:br/>
        <w:t>v -0.728011 20.806637 -0.502504</w:t>
        <w:br/>
        <w:t>v -0.848223 20.750576 -0.279829</w:t>
        <w:br/>
        <w:t>v -0.073870 20.785072 -0.934483</w:t>
        <w:br/>
        <w:t>v -0.217143 20.712172 -1.025591</w:t>
        <w:br/>
        <w:t>v -0.180898 20.727333 -1.063767</w:t>
        <w:br/>
        <w:t>v 0.402611 19.073708 -0.028281</w:t>
        <w:br/>
        <w:t>v 0.500823 19.036615 -0.114560</w:t>
        <w:br/>
        <w:t>v 0.454446 19.027342 -0.212079</w:t>
        <w:br/>
        <w:t>v 0.343717 19.120670 -0.061183</w:t>
        <w:br/>
        <w:t>v 0.500823 19.036615 -0.114560</w:t>
        <w:br/>
        <w:t>v 0.316076 19.066238 -0.065303</w:t>
        <w:br/>
        <w:t>v 0.391931 19.183661 -0.153771</w:t>
        <w:br/>
        <w:t>v 0.343717 19.120670 -0.061183</w:t>
        <w:br/>
        <w:t>v 0.249843 20.671118 -1.146416</w:t>
        <w:br/>
        <w:t>v -0.217143 20.712172 -1.025591</w:t>
        <w:br/>
        <w:t>v -0.073870 20.785072 -0.934483</w:t>
        <w:br/>
        <w:t>v 0.308935 20.500423 -1.103466</w:t>
        <w:br/>
        <w:t>v -0.017833 20.794554 -0.950232</w:t>
        <w:br/>
        <w:t>v -0.110646 20.719433 -1.085029</w:t>
        <w:br/>
        <w:t>v -0.097127 20.810764 -0.935376</w:t>
        <w:br/>
        <w:t>v -0.125034 20.843367 -0.938329</w:t>
        <w:br/>
        <w:t>v -0.161069 20.850348 -0.918203</w:t>
        <w:br/>
        <w:t>v 0.811512 19.449671 -0.411301</w:t>
        <w:br/>
        <w:t>v -0.520176 20.928196 -0.897114</w:t>
        <w:br/>
        <w:t>v -0.529629 20.959093 -0.756496</w:t>
        <w:br/>
        <w:t>v -0.336803 20.867416 -0.942544</w:t>
        <w:br/>
        <w:t>v -0.330689 20.931509 -0.943622</w:t>
        <w:br/>
        <w:t>v -0.426985 20.991461 -0.917601</w:t>
        <w:br/>
        <w:t>v -0.438820 20.906767 -0.925331</w:t>
        <w:br/>
        <w:t>v 0.528455 20.183390 -0.923571</w:t>
        <w:br/>
        <w:t>v -0.879997 20.710926 -0.064314</w:t>
        <w:br/>
        <w:t>v -0.874307 20.527927 0.074169</w:t>
        <w:br/>
        <w:t>v -0.170786 20.854811 -0.888908</w:t>
        <w:br/>
        <w:t>v 0.042690 20.788145 -0.939857</w:t>
        <w:br/>
        <w:t>v -0.001720 20.698212 -1.068167</w:t>
        <w:br/>
        <w:t>v 0.343717 19.120670 -0.061183</w:t>
        <w:br/>
        <w:t>v 0.493529 19.244001 -0.102961</w:t>
        <w:br/>
        <w:t>v 0.402611 19.073708 -0.028281</w:t>
        <w:br/>
        <w:t>v -0.798277 20.372328 0.185102</w:t>
        <w:br/>
        <w:t>v -0.471192 20.967903 -0.828266</w:t>
        <w:br/>
        <w:t>v 0.681424 19.185589 -0.108698</w:t>
        <w:br/>
        <w:t>v 0.402611 19.073708 -0.028281</w:t>
        <w:br/>
        <w:t>v 0.634534 19.192524 -0.026787</w:t>
        <w:br/>
        <w:t>v 0.598274 19.496210 -0.106317</w:t>
        <w:br/>
        <w:t>v 0.810956 19.586851 -0.586562</w:t>
        <w:br/>
        <w:t>v 0.106619 20.662661 -1.039080</w:t>
        <w:br/>
        <w:t>v -0.170786 20.854811 -0.888908</w:t>
        <w:br/>
        <w:t>v -0.164259 20.885679 -0.891316</w:t>
        <w:br/>
        <w:t>v 0.787643 19.395630 -0.193708</w:t>
        <w:br/>
        <w:t>v -0.670789 20.846485 -0.450369</w:t>
        <w:br/>
        <w:t>v -0.781131 20.802551 -0.247163</w:t>
        <w:br/>
        <w:t>v 0.333360 20.602566 -1.123639</w:t>
        <w:br/>
        <w:t>v 0.634534 19.192524 -0.026787</w:t>
        <w:br/>
        <w:t>v 0.774914 19.762682 -0.734114</w:t>
        <w:br/>
        <w:t>v -0.456353 20.996828 -0.688858</w:t>
        <w:br/>
        <w:t>v -0.453742 21.032644 -0.808236</w:t>
        <w:br/>
        <w:t>v -0.317307 21.019588 -0.927482</w:t>
        <w:br/>
        <w:t>v 0.679265 19.962786 -0.856816</w:t>
        <w:br/>
        <w:t>v -0.764678 20.484900 0.219987</w:t>
        <w:br/>
        <w:t>v 0.147350 20.693142 -1.061041</w:t>
        <w:br/>
        <w:t>v 0.111484 20.790363 -0.934773</w:t>
        <w:br/>
        <w:t>v 0.092856 20.766689 -0.924021</w:t>
        <w:br/>
        <w:t>v 0.106619 20.662661 -1.039080</w:t>
        <w:br/>
        <w:t>v -0.410393 21.004679 -0.581982</w:t>
        <w:br/>
        <w:t>v -0.496134 20.979748 -0.593003</w:t>
        <w:br/>
        <w:t>v -0.823286 20.756556 -0.040721</w:t>
        <w:br/>
        <w:t>v 0.325381 20.446833 -0.991658</w:t>
        <w:br/>
        <w:t>v 0.366040 20.436138 -0.976275</w:t>
        <w:br/>
        <w:t>v 0.411576 20.446558 -1.028188</w:t>
        <w:br/>
        <w:t>v 0.351952 20.457281 -1.026468</w:t>
        <w:br/>
        <w:t>v -0.838445 20.660854 0.073615</w:t>
        <w:br/>
        <w:t>v -0.158741 20.931143 -0.885954</w:t>
        <w:br/>
        <w:t>v -0.403446 21.088455 -0.885898</w:t>
        <w:br/>
        <w:t>v -0.660425 20.917122 -0.460812</w:t>
        <w:br/>
        <w:t>v -0.782299 20.870258 -0.245313</w:t>
        <w:br/>
        <w:t>v 0.149211 20.836437 -0.931951</w:t>
        <w:br/>
        <w:t>v 0.232128 20.768568 -1.061050</w:t>
        <w:br/>
        <w:t>v 0.731230 20.036291 -0.816387</w:t>
        <w:br/>
        <w:t>v -0.803461 20.689512 0.084162</w:t>
        <w:br/>
        <w:t>v 0.436836 20.471750 -0.935007</w:t>
        <w:br/>
        <w:t>v 0.474089 20.480730 -0.992030</w:t>
        <w:br/>
        <w:t>v -0.826384 20.810205 -0.026760</w:t>
        <w:br/>
        <w:t>v 0.338073 20.708443 -1.095313</w:t>
        <w:br/>
        <w:t>v 0.407745 20.627211 -1.072211</w:t>
        <w:br/>
        <w:t>v -0.717876 20.590733 0.279195</w:t>
        <w:br/>
        <w:t>v 0.755619 20.106424 -0.767009</w:t>
        <w:br/>
        <w:t>v 0.598803 20.205030 -0.881578</w:t>
        <w:br/>
        <w:t>v 0.862279 19.890795 -0.627364</w:t>
        <w:br/>
        <w:t>v 0.784845 19.330713 -0.149931</w:t>
        <w:br/>
        <w:t>v -0.430086 21.054897 -0.650246</w:t>
        <w:br/>
        <w:t>v -0.381211 21.058983 -0.538678</w:t>
        <w:br/>
        <w:t>v -0.410393 21.004679 -0.581982</w:t>
        <w:br/>
        <w:t>v -0.298242 21.068769 -0.865819</w:t>
        <w:br/>
        <w:t>v -0.161222 20.958128 -0.850078</w:t>
        <w:br/>
        <w:t>v -0.409673 21.122477 -0.764332</w:t>
        <w:br/>
        <w:t>v -0.350634 21.145868 -0.815088</w:t>
        <w:br/>
        <w:t>v -0.807154 20.721428 0.095367</w:t>
        <w:br/>
        <w:t>v 0.784845 19.330713 -0.149931</w:t>
        <w:br/>
        <w:t>v 0.932670 19.794897 -0.417969</w:t>
        <w:br/>
        <w:t>v 0.195084 20.849968 -0.903615</w:t>
        <w:br/>
        <w:t>v 0.307719 20.793839 -1.017655</w:t>
        <w:br/>
        <w:t>v -0.667639 20.985212 -0.197176</w:t>
        <w:br/>
        <w:t>v -0.712653 20.945766 0.033830</w:t>
        <w:br/>
        <w:t>v 0.426968 20.765766 -1.070336</w:t>
        <w:br/>
        <w:t>v 0.403514 20.727278 -1.043193</w:t>
        <w:br/>
        <w:t>v 0.407745 20.627211 -1.072211</w:t>
        <w:br/>
        <w:t>v 0.452119 20.647190 -1.091628</w:t>
        <w:br/>
        <w:t>v 0.725475 20.120209 -0.727895</w:t>
        <w:br/>
        <w:t>v 0.598803 20.205030 -0.881578</w:t>
        <w:br/>
        <w:t>v 0.755619 20.106424 -0.767009</w:t>
        <w:br/>
        <w:t>v 0.938103 19.727427 -0.251882</w:t>
        <w:br/>
        <w:t>v 0.725475 20.120209 -0.727895</w:t>
        <w:br/>
        <w:t>v 0.796739 20.226110 -0.752290</w:t>
        <w:br/>
        <w:t>v -0.153154 20.959047 -0.823626</w:t>
        <w:br/>
        <w:t>v -0.270925 21.069241 -0.827403</w:t>
        <w:br/>
        <w:t>v 0.908709 20.013468 -0.542088</w:t>
        <w:br/>
        <w:t>v -0.332099 21.201033 -0.697551</w:t>
        <w:br/>
        <w:t>v 0.022612 20.890011 -0.831955</w:t>
        <w:br/>
        <w:t>v 0.022612 20.890011 -0.831955</w:t>
        <w:br/>
        <w:t>v 0.733696 19.456947 -0.000304</w:t>
        <w:br/>
        <w:t>v 0.784845 19.330713 -0.149931</w:t>
        <w:br/>
        <w:t>v 0.598274 19.496210 -0.106317</w:t>
        <w:br/>
        <w:t>v 0.889415 19.656738 -0.111468</w:t>
        <w:br/>
        <w:t>v 0.733696 19.456947 -0.000304</w:t>
        <w:br/>
        <w:t>v -0.307919 21.143608 -0.784695</w:t>
        <w:br/>
        <w:t>v 0.445151 20.824331 -1.067032</w:t>
        <w:br/>
        <w:t>v 0.501641 20.719728 -1.073981</w:t>
        <w:br/>
        <w:t>v 0.092856 20.766689 -0.924021</w:t>
        <w:br/>
        <w:t>v -0.685962 20.865490 0.189286</w:t>
        <w:br/>
        <w:t>v -0.120400 20.980614 -0.834011</w:t>
        <w:br/>
        <w:t>v -0.216569 21.109962 -0.839627</w:t>
        <w:br/>
        <w:t>v -0.270925 21.069241 -0.827403</w:t>
        <w:br/>
        <w:t>v -0.153154 20.959047 -0.823626</w:t>
        <w:br/>
        <w:t>v 0.478127 20.529949 -0.890606</w:t>
        <w:br/>
        <w:t>v 0.481013 20.512249 -0.923168</w:t>
        <w:br/>
        <w:t>v 0.581636 20.406708 -0.895491</w:t>
        <w:br/>
        <w:t>v 0.568131 20.435730 -0.852568</w:t>
        <w:br/>
        <w:t>v 0.361652 20.797457 -0.973842</w:t>
        <w:br/>
        <w:t>v 0.228878 20.848349 -0.877303</w:t>
        <w:br/>
        <w:t>v 0.831254 20.320583 -0.741988</w:t>
        <w:br/>
        <w:t>v 0.598826 20.296349 -0.878679</w:t>
        <w:br/>
        <w:t>v -0.087936 21.001432 -0.833329</w:t>
        <w:br/>
        <w:t>v 0.873680 20.031395 -0.514519</w:t>
        <w:br/>
        <w:t>v 0.908709 20.013468 -0.542088</w:t>
        <w:br/>
        <w:t>v -0.593620 20.736652 0.366799</w:t>
        <w:br/>
        <w:t>v 0.771992 19.483019 0.084495</w:t>
        <w:br/>
        <w:t>v -0.238770 21.194134 -0.776993</w:t>
        <w:br/>
        <w:t>v -0.307919 21.143608 -0.784695</w:t>
        <w:br/>
        <w:t>v 0.506121 20.588192 -1.036977</w:t>
        <w:br/>
        <w:t>v 0.559728 20.668316 -0.987881</w:t>
        <w:br/>
        <w:t>v 0.547856 20.804533 -1.034397</w:t>
        <w:br/>
        <w:t>v -0.053410 21.016005 -0.799528</w:t>
        <w:br/>
        <w:t>v -0.382295 20.979336 -0.587788</w:t>
        <w:br/>
        <w:t>v -0.327742 21.015457 -0.565171</w:t>
        <w:br/>
        <w:t>v -0.407408 21.079248 -0.398297</w:t>
        <w:br/>
        <w:t>v -0.440922 21.060453 -0.413633</w:t>
        <w:br/>
        <w:t>v 0.022612 20.890011 -0.831955</w:t>
        <w:br/>
        <w:t>v 0.228878 20.848349 -0.877303</w:t>
        <w:br/>
        <w:t>v 0.210330 20.871143 -0.886799</w:t>
        <w:br/>
        <w:t>v 0.831254 20.320583 -0.741988</w:t>
        <w:br/>
        <w:t>v 0.793638 20.357750 -0.698464</w:t>
        <w:br/>
        <w:t>v 0.206219 20.921164 -0.881081</w:t>
        <w:br/>
        <w:t>v -0.154131 21.144539 -0.833509</w:t>
        <w:br/>
        <w:t>v -0.029161 21.007093 -0.751356</w:t>
        <w:br/>
        <w:t>v 0.873680 20.031395 -0.514519</w:t>
        <w:br/>
        <w:t>v 0.042795 21.021244 -0.811293</w:t>
        <w:br/>
        <w:t>v -0.026147 21.013737 -0.776083</w:t>
        <w:br/>
        <w:t>v 0.211011 20.942909 -0.859231</w:t>
        <w:br/>
        <w:t>v -0.029161 21.007093 -0.751356</w:t>
        <w:br/>
        <w:t>v -0.377658 21.133406 -0.604240</w:t>
        <w:br/>
        <w:t>v 0.361652 20.797457 -0.973842</w:t>
        <w:br/>
        <w:t>v 0.363485 20.847578 -1.001754</w:t>
        <w:br/>
        <w:t>v 0.211011 20.942909 -0.859231</w:t>
        <w:br/>
        <w:t>v 0.221931 20.914661 -0.824616</w:t>
        <w:br/>
        <w:t>v 0.205449 20.933708 -0.832628</w:t>
        <w:br/>
        <w:t>v 0.180758 20.973679 -0.823764</w:t>
        <w:br/>
        <w:t>v 0.221931 20.914661 -0.824616</w:t>
        <w:br/>
        <w:t>v 0.105620 21.016329 -0.785241</w:t>
        <w:br/>
        <w:t>v 0.153956 21.000263 -0.796155</w:t>
        <w:br/>
        <w:t>v 0.980587 19.957983 -0.348464</w:t>
        <w:br/>
        <w:t>v 0.478512 20.909176 -1.042543</w:t>
        <w:br/>
        <w:t>v 0.131248 21.000410 -0.768339</w:t>
        <w:br/>
        <w:t>v 0.131248 21.000410 -0.768339</w:t>
        <w:br/>
        <w:t>v -0.530580 21.047340 0.103467</w:t>
        <w:br/>
        <w:t>v -0.505481 21.072256 -0.129693</w:t>
        <w:br/>
        <w:t>v 0.556651 20.846386 -0.991523</w:t>
        <w:br/>
        <w:t>v 0.566847 20.719042 -0.954010</w:t>
        <w:br/>
        <w:t>v 0.523138 20.599974 -0.868654</w:t>
        <w:br/>
        <w:t>v 0.367571 20.944901 -0.982072</w:t>
        <w:br/>
        <w:t>v -0.152131 21.237030 -0.756263</w:t>
        <w:br/>
        <w:t>v 0.805871 20.448524 -0.697511</w:t>
        <w:br/>
        <w:t>v 0.771992 19.483019 0.084495</w:t>
        <w:br/>
        <w:t>v 0.781569 20.471733 -0.676897</w:t>
        <w:br/>
        <w:t>v 0.544471 20.617651 -0.816007</w:t>
        <w:br/>
        <w:t>v 0.805871 20.448524 -0.697511</w:t>
        <w:br/>
        <w:t>v -0.076669 21.156599 -0.777703</w:t>
        <w:br/>
        <w:t>v 0.501699 20.628759 -0.835706</w:t>
        <w:br/>
        <w:t>v 0.544471 20.617651 -0.816007</w:t>
        <w:br/>
        <w:t>v 0.583074 20.674553 -0.857912</w:t>
        <w:br/>
        <w:t>v 0.509998 20.644245 -0.846862</w:t>
        <w:br/>
        <w:t>v -0.327742 21.015457 -0.565171</w:t>
        <w:br/>
        <w:t>v -0.382295 20.979336 -0.587788</w:t>
        <w:br/>
        <w:t>v -0.410393 21.004679 -0.581982</w:t>
        <w:br/>
        <w:t>v -0.381211 21.058983 -0.538678</w:t>
        <w:br/>
        <w:t>v 0.968981 20.172981 -0.524528</w:t>
        <w:br/>
        <w:t>v 0.941808 19.976562 -0.328719</w:t>
        <w:br/>
        <w:t>v 0.980587 19.957983 -0.348464</w:t>
        <w:br/>
        <w:t>v 0.990918 19.916082 -0.187990</w:t>
        <w:br/>
        <w:t>v 0.543531 20.891865 -0.939065</w:t>
        <w:br/>
        <w:t>v 0.504094 20.846453 -0.927284</w:t>
        <w:br/>
        <w:t>v 0.522305 20.750368 -0.903827</w:t>
        <w:br/>
        <w:t>v 0.582288 20.784941 -0.913552</w:t>
        <w:br/>
        <w:t>v 0.504094 20.846453 -0.927284</w:t>
        <w:br/>
        <w:t>v 0.522305 20.750368 -0.903827</w:t>
        <w:br/>
        <w:t>v -0.536846 20.963581 0.257337</w:t>
        <w:br/>
        <w:t>v 0.482662 20.946817 -0.987019</w:t>
        <w:br/>
        <w:t>v 0.378476 20.982260 -0.941927</w:t>
        <w:br/>
        <w:t>v -0.030899 21.241934 -0.710648</w:t>
        <w:br/>
        <w:t>v -0.271159 21.215799 -0.547964</w:t>
        <w:br/>
        <w:t>v -0.263335 21.188856 -0.689026</w:t>
        <w:br/>
        <w:t>v 0.938443 20.360338 -0.451103</w:t>
        <w:br/>
        <w:t>v 0.986805 20.302107 -0.511046</w:t>
        <w:br/>
        <w:t>v 0.944324 19.868597 -0.056252</w:t>
        <w:br/>
        <w:t>v 0.842901 19.808975 0.085011</w:t>
        <w:br/>
        <w:t>v 0.378476 20.982260 -0.941927</w:t>
        <w:br/>
        <w:t>v 0.380696 20.935820 -0.879063</w:t>
        <w:br/>
        <w:t>v -0.030284 21.128286 -0.714970</w:t>
        <w:br/>
        <w:t>v -0.471825 20.793123 0.434578</w:t>
        <w:br/>
        <w:t>v 0.941808 19.976562 -0.328719</w:t>
        <w:br/>
        <w:t>v 1.042220 20.137316 -0.321788</w:t>
        <w:br/>
        <w:t>v 0.457340 20.916470 -0.921636</w:t>
        <w:br/>
        <w:t>v 0.482662 20.946817 -0.987019</w:t>
        <w:br/>
        <w:t>v 0.938443 20.360338 -0.451103</w:t>
        <w:br/>
        <w:t>v 0.380696 20.935820 -0.879063</w:t>
        <w:br/>
        <w:t>v 0.368451 20.976168 -0.888544</w:t>
        <w:br/>
        <w:t>v 0.128147 21.151472 -0.808631</w:t>
        <w:br/>
        <w:t>v -0.024831 21.144623 -0.748131</w:t>
        <w:br/>
        <w:t>v -0.024831 21.144623 -0.748131</w:t>
        <w:br/>
        <w:t>v -0.030284 21.128286 -0.714970</w:t>
        <w:br/>
        <w:t>v 0.957663 19.930904 -0.176147</w:t>
        <w:br/>
        <w:t>v 0.990918 19.916082 -0.187990</w:t>
        <w:br/>
        <w:t>v -0.359205 21.151396 0.161614</w:t>
        <w:br/>
        <w:t>v -0.353538 21.193218 -0.091809</w:t>
        <w:br/>
        <w:t>v 0.457340 20.916470 -0.921636</w:t>
        <w:br/>
        <w:t>v 0.460385 20.962177 -0.929349</w:t>
        <w:br/>
        <w:t>v -0.071460 21.249981 -0.514203</w:t>
        <w:br/>
        <w:t>v -0.263335 21.188856 -0.689026</w:t>
        <w:br/>
        <w:t>v -0.180439 21.247906 -0.647795</w:t>
        <w:br/>
        <w:t>v 0.349972 21.051029 -0.866855</w:t>
        <w:br/>
        <w:t>v 0.240308 21.122217 -0.782660</w:t>
        <w:br/>
        <w:t>v -0.080913 21.112175 -0.490394</w:t>
        <w:br/>
        <w:t>v -0.268159 21.058203 -0.520249</w:t>
        <w:br/>
        <w:t>v -0.328180 21.128540 -0.494037</w:t>
        <w:br/>
        <w:t>v -0.163491 21.186321 -0.458938</w:t>
        <w:br/>
        <w:t>v 0.023465 21.192684 -0.685488</w:t>
        <w:br/>
        <w:t>v 0.925088 19.876772 -0.051095</w:t>
        <w:br/>
        <w:t>v 0.944324 19.868597 -0.056252</w:t>
        <w:br/>
        <w:t>v 1.057552 20.292089 -0.299168</w:t>
        <w:br/>
        <w:t>v 0.462948 21.050627 -0.894889</w:t>
        <w:br/>
        <w:t>v 0.052089 21.221529 -0.704328</w:t>
        <w:br/>
        <w:t>v 0.023465 21.192684 -0.685488</w:t>
        <w:br/>
        <w:t>v 0.272704 21.203074 -0.779480</w:t>
        <w:br/>
        <w:t>v 0.957663 19.930904 -0.176147</w:t>
        <w:br/>
        <w:t>v 0.634110 20.879646 -0.853797</w:t>
        <w:br/>
        <w:t>v 0.563463 20.987085 -0.887743</w:t>
        <w:br/>
        <w:t>v 0.317379 21.094204 -0.814723</w:t>
        <w:br/>
        <w:t>v -0.365413 21.074528 0.319872</w:t>
        <w:br/>
        <w:t>v 0.880769 20.616524 -0.492736</w:t>
        <w:br/>
        <w:t>v 0.694598 20.661568 -0.661590</w:t>
        <w:br/>
        <w:t>v 0.271629 21.093906 -0.768005</w:t>
        <w:br/>
        <w:t>v 0.271629 21.093906 -0.768005</w:t>
        <w:br/>
        <w:t>v 1.045650 20.106752 -0.141482</w:t>
        <w:br/>
        <w:t>v 0.925088 19.876772 -0.051095</w:t>
        <w:br/>
        <w:t>v 0.961660 20.079210 -0.007331</w:t>
        <w:br/>
        <w:t>v 0.844587 20.053320 0.118554</w:t>
        <w:br/>
        <w:t>v 0.379376 21.135744 -0.791909</w:t>
        <w:br/>
        <w:t>v 0.128147 21.151472 -0.808631</w:t>
        <w:br/>
        <w:t>v 1.000177 20.371895 -0.240699</w:t>
        <w:br/>
        <w:t>v -0.329134 20.899527 0.501920</w:t>
        <w:br/>
        <w:t>v 0.436227 21.099375 -0.835562</w:t>
        <w:br/>
        <w:t>v -0.069433 21.286753 -0.620634</w:t>
        <w:br/>
        <w:t>v -0.163302 21.187399 0.210367</w:t>
        <w:br/>
        <w:t>v -0.159018 21.220461 -0.054886</w:t>
        <w:br/>
        <w:t>v 0.386772 21.098825 -0.791797</w:t>
        <w:br/>
        <w:t>v 0.386772 21.098825 -0.791797</w:t>
        <w:br/>
        <w:t>v 0.539237 21.041998 -0.836728</w:t>
        <w:br/>
        <w:t>v 0.618764 20.933537 -0.810496</w:t>
        <w:br/>
        <w:t>v 0.964776 20.567476 -0.283948</w:t>
        <w:br/>
        <w:t>v 0.950082 20.268948 0.050849</w:t>
        <w:br/>
        <w:t>v 1.044278 20.283333 -0.104568</w:t>
        <w:br/>
        <w:t>v 0.990086 20.375994 -0.061766</w:t>
        <w:br/>
        <w:t>v -0.171880 21.116945 0.375358</w:t>
        <w:br/>
        <w:t>v 0.069621 21.274258 -0.487346</w:t>
        <w:br/>
        <w:t>v 0.104880 21.285349 -0.609855</w:t>
        <w:br/>
        <w:t>v 0.855879 20.258682 0.162184</w:t>
        <w:br/>
        <w:t>v 0.114567 21.112041 -0.464833</w:t>
        <w:br/>
        <w:t>v -0.038549 21.103363 -0.529455</w:t>
        <w:br/>
        <w:t>v -0.078095 21.139742 -0.516979</w:t>
        <w:br/>
        <w:t>v 0.070677 21.188665 -0.452042</w:t>
        <w:br/>
        <w:t>v 0.353348 21.203487 -0.548399</w:t>
        <w:br/>
        <w:t>v 0.308654 21.179739 -0.545127</w:t>
        <w:br/>
        <w:t>v 0.165190 21.223438 -0.618339</w:t>
        <w:br/>
        <w:t>v 0.204271 21.250452 -0.629656</w:t>
        <w:br/>
        <w:t>v 0.308654 21.179739 -0.545127</w:t>
        <w:br/>
        <w:t>v 0.258048 21.252037 -0.505530</w:t>
        <w:br/>
        <w:t>v 0.165190 21.223438 -0.618339</w:t>
        <w:br/>
        <w:t>v 0.069621 21.274258 -0.487346</w:t>
        <w:br/>
        <w:t>v 0.218405 21.189590 -0.435816</w:t>
        <w:br/>
        <w:t>v 0.020463 21.208870 0.221849</w:t>
        <w:br/>
        <w:t>v 0.020463 21.222500 -0.043592</w:t>
        <w:br/>
        <w:t>v -0.159962 20.951616 0.545819</w:t>
        <w:br/>
        <w:t>v 0.594107 20.870457 -0.644294</w:t>
        <w:br/>
        <w:t>v 0.554655 20.941126 -0.572152</w:t>
        <w:br/>
        <w:t>v 0.595707 21.023552 -0.562399</w:t>
        <w:br/>
        <w:t>v 0.651271 20.919258 -0.661149</w:t>
        <w:br/>
        <w:t>v 0.924151 20.375446 0.072600</w:t>
        <w:br/>
        <w:t>v 0.973048 20.545849 -0.075433</w:t>
        <w:br/>
        <w:t>v 0.892311 20.750824 -0.278508</w:t>
        <w:br/>
        <w:t>v 0.827738 20.802752 -0.245257</w:t>
        <w:br/>
        <w:t>v 0.747306 20.831085 -0.429798</w:t>
        <w:br/>
        <w:t>v 0.802429 20.780077 -0.466129</w:t>
        <w:br/>
        <w:t>v 0.417920 21.195715 -0.727768</w:t>
        <w:br/>
        <w:t>v 0.839204 20.372328 0.185102</w:t>
        <w:br/>
        <w:t>v 0.258628 21.093496 -0.473035</w:t>
        <w:br/>
        <w:t>v 0.395444 21.028685 -0.516821</w:t>
        <w:br/>
        <w:t>v 0.413793 21.076847 -0.486792</w:t>
        <w:br/>
        <w:t>v 0.438636 21.022503 -0.517016</w:t>
        <w:br/>
        <w:t>v 0.458698 21.108471 -0.483841</w:t>
        <w:br/>
        <w:t>v 0.830439 20.868114 -0.239072</w:t>
        <w:br/>
        <w:t>v 0.742769 20.900982 -0.442920</w:t>
        <w:br/>
        <w:t>v 0.345728 21.074671 -0.475965</w:t>
        <w:br/>
        <w:t>v 0.722134 20.985611 -0.176021</w:t>
        <w:br/>
        <w:t>v 0.657919 20.989994 -0.426289</w:t>
        <w:br/>
        <w:t>v 0.920911 20.711809 -0.064411</w:t>
        <w:br/>
        <w:t>v 0.020463 21.131239 0.411172</w:t>
        <w:br/>
        <w:t>v 0.915233 20.528202 0.074167</w:t>
        <w:br/>
        <w:t>v 0.805604 20.485083 0.239727</w:t>
        <w:br/>
        <w:t>v 0.864168 20.757702 -0.040857</w:t>
        <w:br/>
        <w:t>v 0.199912 21.220011 -0.054859</w:t>
        <w:br/>
        <w:t>v 0.204231 21.187189 0.210376</w:t>
        <w:br/>
        <w:t>v 0.020463 20.977135 0.574967</w:t>
        <w:br/>
        <w:t>v 0.867211 20.811430 -0.026923</w:t>
        <w:br/>
        <w:t>v 0.879369 20.661652 0.073568</w:t>
        <w:br/>
        <w:t>v 0.399188 21.190931 -0.090250</w:t>
        <w:br/>
        <w:t>v 0.400135 21.151205 0.161623</w:t>
        <w:br/>
        <w:t>v 0.758802 20.591328 0.299352</w:t>
        <w:br/>
        <w:t>v 0.844387 20.690470 0.084103</w:t>
        <w:br/>
        <w:t>v 0.753501 20.947105 0.033686</w:t>
        <w:br/>
        <w:t>v 0.557702 21.069973 -0.126488</w:t>
        <w:br/>
        <w:t>v 0.571238 21.068651 0.103782</w:t>
        <w:br/>
        <w:t>v 0.848065 20.722492 0.095295</w:t>
        <w:br/>
        <w:t>v 0.212806 21.117020 0.375356</w:t>
        <w:br/>
        <w:t>v 0.200889 20.940910 0.541199</w:t>
        <w:br/>
        <w:t>v 0.634547 20.737833 0.373912</w:t>
        <w:br/>
        <w:t>v 0.726801 20.866962 0.189179</w:t>
        <w:br/>
        <w:t>v 0.406336 21.074934 0.319857</w:t>
        <w:br/>
        <w:t>v 0.577751 20.964846 0.257277</w:t>
        <w:br/>
        <w:t>v 0.512752 20.794230 0.434578</w:t>
        <w:br/>
        <w:t>v 0.370060 20.889185 0.487999</w:t>
        <w:br/>
        <w:t>v -0.381936 20.525259 -0.915177</w:t>
        <w:br/>
        <w:t>v -0.220100 20.444864 -1.009044</w:t>
        <w:br/>
        <w:t>v -0.117540 20.413393 -1.050634</w:t>
        <w:br/>
        <w:t>v -0.093674 20.408167 -1.113583</w:t>
        <w:br/>
        <w:t>v -0.169101 20.434057 -1.078011</w:t>
        <w:br/>
        <w:t>v -0.473471 20.777689 -0.716556</w:t>
        <w:br/>
        <w:t>v -0.473236 20.829632 -0.661813</w:t>
        <w:br/>
        <w:t>v 0.366040 20.436138 -0.976275</w:t>
        <w:br/>
        <w:t>v -0.483822 20.872826 -0.658299</w:t>
        <w:br/>
        <w:t>v 0.436836 20.471750 -0.935007</w:t>
        <w:br/>
        <w:t>v -0.532009 20.913750 -0.660717</w:t>
        <w:br/>
        <w:t>v -0.496134 20.979748 -0.593003</w:t>
        <w:br/>
        <w:t>v -0.437915 20.943390 -0.605284</w:t>
        <w:br/>
        <w:t>v -0.483822 20.872826 -0.658299</w:t>
        <w:br/>
        <w:t>v 0.481013 20.512249 -0.923168</w:t>
        <w:br/>
        <w:t>v -0.556510 20.997990 -0.448578</w:t>
        <w:br/>
        <w:t>v -0.437915 20.943390 -0.605284</w:t>
        <w:br/>
        <w:t>v 0.601078 20.686075 -0.750741</w:t>
        <w:br/>
        <w:t>v 0.655423 20.757591 -0.796978</w:t>
        <w:br/>
        <w:t>v 0.607212 20.751947 -0.698857</w:t>
        <w:br/>
        <w:t>v 0.655688 20.812899 -0.753170</w:t>
        <w:br/>
        <w:t>v 0.579858 20.836908 -0.691862</w:t>
        <w:br/>
        <w:t>v 0.568471 20.817472 -0.667015</w:t>
        <w:br/>
        <w:t>v -0.038549 21.103363 -0.529455</w:t>
        <w:br/>
        <w:t>v -0.080913 21.112175 -0.490394</w:t>
        <w:br/>
        <w:t>v -0.163491 21.186321 -0.458938</w:t>
        <w:br/>
        <w:t>v -0.078095 21.139742 -0.516979</w:t>
        <w:br/>
        <w:t>v 0.019119 21.177280 -0.342986</w:t>
        <w:br/>
        <w:t>v 0.192783 21.172159 -0.328211</w:t>
        <w:br/>
        <w:t>v 0.370933 21.145647 -0.352689</w:t>
        <w:br/>
        <w:t>v 0.022739 20.394836 -1.066056</w:t>
        <w:br/>
        <w:t>v 0.481013 20.512249 -0.923168</w:t>
        <w:br/>
        <w:t>v -0.381936 20.525259 -0.915177</w:t>
        <w:br/>
        <w:t>v 0.143783 20.401241 -1.052359</w:t>
        <w:br/>
        <w:t>v 0.257004 20.419130 -1.018405</w:t>
        <w:br/>
        <w:t>v 0.257004 20.419130 -1.018405</w:t>
        <w:br/>
        <w:t>v 0.022739 20.394836 -1.066056</w:t>
        <w:br/>
        <w:t>v 0.279484 20.431919 -1.060625</w:t>
        <w:br/>
        <w:t>v 0.325381 20.446833 -0.991658</w:t>
        <w:br/>
        <w:t>v 0.478127 20.529949 -0.890606</w:t>
        <w:br/>
        <w:t>v 0.542094 20.546370 -0.939069</w:t>
        <w:br/>
        <w:t>v 0.542497 20.610226 -0.887205</w:t>
        <w:br/>
        <w:t>v 0.523138 20.599974 -0.868654</w:t>
        <w:br/>
        <w:t>v 0.501699 20.628759 -0.835706</w:t>
        <w:br/>
        <w:t>v 0.509998 20.644245 -0.846862</w:t>
        <w:br/>
        <w:t>v 0.601078 20.686075 -0.750741</w:t>
        <w:br/>
        <w:t>v 0.607212 20.751947 -0.698857</w:t>
        <w:br/>
        <w:t>v 0.568471 20.817472 -0.667015</w:t>
        <w:br/>
        <w:t>v 0.511731 21.088743 -0.369125</w:t>
        <w:br/>
        <w:t>v -0.144522 21.174019 -0.352021</w:t>
        <w:br/>
        <w:t>v -0.298090 21.136915 -0.380432</w:t>
        <w:br/>
        <w:t>v -0.080913 21.112175 -0.490394</w:t>
        <w:br/>
        <w:t>v 0.486597 21.090521 -0.367003</w:t>
        <w:br/>
        <w:t>v 0.369189 21.154293 -0.445545</w:t>
        <w:br/>
        <w:t>v 0.258628 21.093496 -0.473035</w:t>
        <w:br/>
        <w:t>v 0.114567 21.112041 -0.464833</w:t>
        <w:br/>
        <w:t>v -0.038549 21.103363 -0.529455</w:t>
        <w:br/>
        <w:t>v -0.473471 20.777689 -0.716556</w:t>
        <w:br/>
        <w:t>v -0.470442 20.726639 -0.772539</w:t>
        <w:br/>
        <w:t>v -0.470442 20.726639 -0.772539</w:t>
        <w:br/>
        <w:t>v -0.473236 20.829632 -0.661813</w:t>
        <w:br/>
        <w:t>v -0.373589 20.516174 -0.948929</w:t>
        <w:br/>
        <w:t>v 0.395444 21.028685 -0.516821</w:t>
        <w:br/>
        <w:t>v 0.438636 21.022503 -0.517016</w:t>
        <w:br/>
        <w:t>v 0.511582 21.123137 -0.650613</w:t>
        <w:br/>
        <w:t>v 0.595707 21.023552 -0.562399</w:t>
        <w:br/>
        <w:t>v 0.458698 21.108471 -0.483841</w:t>
        <w:br/>
        <w:t>v 0.594107 20.870457 -0.644294</w:t>
        <w:br/>
        <w:t>v 0.554655 20.941126 -0.572152</w:t>
        <w:br/>
        <w:t>v 0.568471 20.817472 -0.667015</w:t>
        <w:br/>
        <w:t>v 0.568471 20.817472 -0.667015</w:t>
        <w:br/>
        <w:t>v 0.579858 20.836908 -0.691862</w:t>
        <w:br/>
        <w:t>v -0.169101 20.434057 -1.078011</w:t>
        <w:br/>
        <w:t>v -0.093674 20.408167 -1.113583</w:t>
        <w:br/>
        <w:t>v 0.385963 20.526155 -1.059145</w:t>
        <w:br/>
        <w:t>v 0.385963 20.526155 -1.059145</w:t>
        <w:br/>
        <w:t>v 0.442559 20.528305 -1.065166</w:t>
        <w:br/>
        <w:t>v -0.494221 20.703379 -0.777466</w:t>
        <w:br/>
        <w:t>v -0.532009 20.913750 -0.660717</w:t>
        <w:br/>
        <w:t>v -0.529629 20.959093 -0.756496</w:t>
        <w:br/>
        <w:t>v -0.423948 20.822760 -1.048800</w:t>
        <w:br/>
        <w:t>v -0.468851 20.884607 -0.978425</w:t>
        <w:br/>
        <w:t>v -0.304949 20.699678 -1.073963</w:t>
        <w:br/>
        <w:t>v 0.575652 21.033764 -0.747081</w:t>
        <w:br/>
        <w:t>v 0.495048 21.116180 -0.791478</w:t>
        <w:br/>
        <w:t>v 0.541203 20.943136 -0.760609</w:t>
        <w:br/>
        <w:t>v 0.495048 21.116180 -0.791478</w:t>
        <w:br/>
        <w:t>v 0.481029 21.043264 -0.795039</w:t>
        <w:br/>
        <w:t>v 0.618764 20.933537 -0.810496</w:t>
        <w:br/>
        <w:t>v 0.541203 20.943136 -0.760609</w:t>
        <w:br/>
        <w:t>v 0.481029 21.043264 -0.795039</w:t>
        <w:br/>
        <w:t>v 0.539237 21.041998 -0.836728</w:t>
        <w:br/>
        <w:t>v -0.304949 20.699678 -1.073963</w:t>
        <w:br/>
        <w:t>v 0.403514 20.727278 -1.043193</w:t>
        <w:br/>
        <w:t>v 0.411576 20.446558 -1.028188</w:t>
        <w:br/>
        <w:t>v -0.439943 20.666817 -0.945483</w:t>
        <w:br/>
        <w:t>v -0.328180 21.128540 -0.494037</w:t>
        <w:br/>
        <w:t>v -0.163491 21.186321 -0.458938</w:t>
        <w:br/>
        <w:t>v -0.271159 21.215799 -0.547964</w:t>
        <w:br/>
        <w:t>v -0.164998 21.187456 -0.569157</w:t>
        <w:br/>
        <w:t>v -0.164998 21.187456 -0.569157</w:t>
        <w:br/>
        <w:t>v 0.369189 21.154293 -0.445545</w:t>
        <w:br/>
        <w:t>v 0.258048 21.252037 -0.505530</w:t>
        <w:br/>
        <w:t>v 0.413793 21.076847 -0.486792</w:t>
        <w:br/>
        <w:t>v 0.369189 21.154293 -0.445545</w:t>
        <w:br/>
        <w:t>v 0.651271 20.919258 -0.661149</w:t>
        <w:br/>
        <w:t>v 0.575652 21.033764 -0.747081</w:t>
        <w:br/>
        <w:t>v 0.436227 21.099375 -0.835562</w:t>
        <w:br/>
        <w:t>v 0.345728 21.074671 -0.475965</w:t>
        <w:br/>
        <w:t>v -0.268159 21.058203 -0.520249</w:t>
        <w:br/>
        <w:t>v -0.403446 21.088455 -0.885898</w:t>
        <w:br/>
        <w:t>v 0.651271 20.919258 -0.661149</w:t>
        <w:br/>
        <w:t>v 0.544471 20.617651 -0.816007</w:t>
        <w:br/>
        <w:t>v 0.501699 20.628759 -0.835706</w:t>
        <w:br/>
        <w:t>v 0.523138 20.599974 -0.868654</w:t>
        <w:br/>
        <w:t>v 0.784845 19.330713 -0.149931</w:t>
        <w:br/>
        <w:t>v 0.634534 19.192524 -0.026787</w:t>
        <w:br/>
        <w:t>v 0.598274 19.496210 -0.106317</w:t>
        <w:br/>
        <w:t>v -0.916737 19.930904 -0.176147</w:t>
        <w:br/>
        <w:t>v 0.071399 18.750650 -0.405200</w:t>
        <w:br/>
        <w:t>v 0.068377 18.763033 -0.360230</w:t>
        <w:br/>
        <w:t>v 0.097867 18.744715 -0.376967</w:t>
        <w:br/>
        <w:t>v -0.013211 18.805098 -0.407479</w:t>
        <w:br/>
        <w:t>v 0.029793 18.758512 -0.421142</w:t>
        <w:br/>
        <w:t>v 0.024423 18.717287 -0.477606</w:t>
        <w:br/>
        <w:t>v -0.036131 18.762903 -0.468292</w:t>
        <w:br/>
        <w:t>v 0.017765 18.699097 -0.506876</w:t>
        <w:br/>
        <w:t>v -0.050396 18.738108 -0.506485</w:t>
        <w:br/>
        <w:t>v -0.017870 18.629948 -0.604953</w:t>
        <w:br/>
        <w:t>v -0.094724 18.663982 -0.607765</w:t>
        <w:br/>
        <w:t>v -0.086743 18.392124 -0.698460</w:t>
        <w:br/>
        <w:t>v -0.110625 18.425014 -0.708637</w:t>
        <w:br/>
        <w:t>v -0.084794 18.427090 -0.704626</w:t>
        <w:br/>
        <w:t>v 0.067203 18.786886 -0.442796</w:t>
        <w:br/>
        <w:t>v 0.050303 18.743753 -0.494814</w:t>
        <w:br/>
        <w:t>v 0.111819 18.718367 -0.492547</w:t>
        <w:br/>
        <w:t>v 0.120962 18.763742 -0.431455</w:t>
        <w:br/>
        <w:t>v 0.036301 18.718119 -0.528020</w:t>
        <w:br/>
        <w:t>v -0.009876 18.737049 -0.526358</w:t>
        <w:br/>
        <w:t>v -0.057840 18.659496 -0.627930</w:t>
        <w:br/>
        <w:t>v -0.012524 18.640694 -0.626588</w:t>
        <w:br/>
        <w:t>v 0.106573 18.692110 -0.525753</w:t>
        <w:br/>
        <w:t>v 0.048704 18.713963 -0.528515</w:t>
        <w:br/>
        <w:t>v 0.097530 18.625193 -0.605832</w:t>
        <w:br/>
        <w:t>v 0.047705 18.636969 -0.613247</w:t>
        <w:br/>
        <w:t>v 0.089623 18.484550 -0.732599</w:t>
        <w:br/>
        <w:t>v 0.121374 18.435173 -0.747486</w:t>
        <w:br/>
        <w:t>v 0.136125 18.441730 -0.741049</w:t>
        <w:br/>
        <w:t>v 0.116240 18.489090 -0.723406</w:t>
        <w:br/>
        <w:t>v 0.004787 18.762197 -0.491915</w:t>
        <w:br/>
        <w:t>v 0.026109 18.803957 -0.437412</w:t>
        <w:br/>
        <w:t>v 0.085888 18.837858 -0.375966</w:t>
        <w:br/>
        <w:t>v 0.105486 18.902624 -0.281709</w:t>
        <w:br/>
        <w:t>v 0.096967 18.905935 -0.280612</w:t>
        <w:br/>
        <w:t>v 0.057760 18.849562 -0.371213</w:t>
        <w:br/>
        <w:t>v 0.047667 18.706224 -0.406280</w:t>
        <w:br/>
        <w:t>v 0.021000 18.718760 -0.409037</w:t>
        <w:br/>
        <w:t>v 0.044857 18.773550 -0.361561</w:t>
        <w:br/>
        <w:t>v 0.068377 18.763033 -0.360230</w:t>
        <w:br/>
        <w:t>v 0.017690 18.636225 -0.458774</w:t>
        <w:br/>
        <w:t>v -0.009402 18.647955 -0.461638</w:t>
        <w:br/>
        <w:t>v 0.021287 18.736097 -0.442856</w:t>
        <w:br/>
        <w:t>v 0.029793 18.758512 -0.421142</w:t>
        <w:br/>
        <w:t>v 0.026533 18.784357 -0.374296</w:t>
        <w:br/>
        <w:t>v -0.000196 18.731718 -0.423714</w:t>
        <w:br/>
        <w:t>v 0.055374 18.712149 -0.445432</w:t>
        <w:br/>
        <w:t>v 0.047667 18.706224 -0.406280</w:t>
        <w:br/>
        <w:t>v 0.068377 18.763033 -0.360230</w:t>
        <w:br/>
        <w:t>v 0.071399 18.750650 -0.405200</w:t>
        <w:br/>
        <w:t>v -0.030985 18.660284 -0.476418</w:t>
        <w:br/>
        <w:t>v -0.014635 18.660448 -0.499015</w:t>
        <w:br/>
        <w:t>v 0.103325 18.696695 -0.461332</w:t>
        <w:br/>
        <w:t>v -0.127524 18.489319 -0.715947</w:t>
        <w:br/>
        <w:t>v -0.075714 18.480381 -0.708378</w:t>
        <w:br/>
        <w:t>v -0.087393 18.424458 -0.719056</w:t>
        <w:br/>
        <w:t>v -0.078599 18.483025 -0.731429</w:t>
        <w:br/>
        <w:t>v -0.105679 18.485313 -0.734267</w:t>
        <w:br/>
        <w:t>v -0.099571 18.423355 -0.719441</w:t>
        <w:br/>
        <w:t>v 0.122411 18.821104 -0.361121</w:t>
        <w:br/>
        <w:t>v 0.026471 18.850676 -0.340506</w:t>
        <w:br/>
        <w:t>v 0.072336 18.830797 -0.320386</w:t>
        <w:br/>
        <w:t>v 0.044857 18.773550 -0.361561</w:t>
        <w:br/>
        <w:t>v 0.026533 18.784357 -0.374296</w:t>
        <w:br/>
        <w:t>v 0.106985 18.817064 -0.313154</w:t>
        <w:br/>
        <w:t>v 0.100227 18.548120 -0.682395</w:t>
        <w:br/>
        <w:t>v 0.061694 18.547451 -0.694597</w:t>
        <w:br/>
        <w:t>v -0.047935 18.543905 -0.527632</w:t>
        <w:br/>
        <w:t>v -0.021355 18.534752 -0.522858</w:t>
        <w:br/>
        <w:t>v -0.040803 18.453350 -0.571281</w:t>
        <w:br/>
        <w:t>v -0.021355 18.534752 -0.522858</w:t>
        <w:br/>
        <w:t>v -0.015635 18.542772 -0.551606</w:t>
        <w:br/>
        <w:t>v -0.040803 18.453350 -0.571281</w:t>
        <w:br/>
        <w:t>v -0.044038 18.550484 -0.560078</w:t>
        <w:br/>
        <w:t>v -0.057653 18.548922 -0.540302</w:t>
        <w:br/>
        <w:t>v -0.040803 18.453350 -0.571281</w:t>
        <w:br/>
        <w:t>v -0.055317 18.548750 -0.687636</w:t>
        <w:br/>
        <w:t>v -0.128449 18.577333 -0.689146</w:t>
        <w:br/>
        <w:t>v -0.057665 18.556597 -0.707440</w:t>
        <w:br/>
        <w:t>v -0.097872 18.570623 -0.710488</w:t>
        <w:br/>
        <w:t>v -0.086743 18.392124 -0.698460</w:t>
        <w:br/>
        <w:t>v -0.015635 18.542772 -0.551606</w:t>
        <w:br/>
        <w:t>v -0.044038 18.550484 -0.560078</w:t>
        <w:br/>
        <w:t>v -0.040803 18.453350 -0.571281</w:t>
        <w:br/>
        <w:t>v 0.022611 18.644392 -0.493506</w:t>
        <w:br/>
        <w:t>v 0.055374 18.712149 -0.445432</w:t>
        <w:br/>
        <w:t>v 0.071399 18.750650 -0.405200</w:t>
        <w:br/>
        <w:t>v 0.023124 18.696552 -0.508713</w:t>
        <w:br/>
        <w:t>v 0.101564 18.673122 -0.496191</w:t>
        <w:br/>
        <w:t>v 0.097042 18.609909 -0.576200</w:t>
        <w:br/>
        <w:t>v 0.023723 18.628948 -0.591688</w:t>
        <w:br/>
        <w:t>v 0.102563 18.534626 -0.655509</w:t>
        <w:br/>
        <w:t>v 0.041959 18.539484 -0.678670</w:t>
        <w:br/>
        <w:t>v 0.119038 18.481243 -0.700206</w:t>
        <w:br/>
        <w:t>v 0.074809 18.476299 -0.719439</w:t>
        <w:br/>
        <w:t>v 0.136787 18.440430 -0.722423</w:t>
        <w:br/>
        <w:t>v 0.111456 18.428368 -0.737415</w:t>
        <w:br/>
        <w:t>v -0.000196 18.731718 -0.423714</w:t>
        <w:br/>
        <w:t>v 0.026533 18.784357 -0.374296</w:t>
        <w:br/>
        <w:t>v -0.030985 18.660284 -0.476418</w:t>
        <w:br/>
        <w:t>v -0.057653 18.548922 -0.540302</w:t>
        <w:br/>
        <w:t>v 0.106985 18.817064 -0.313154</w:t>
        <w:br/>
        <w:t>v 0.122411 18.821104 -0.361121</w:t>
        <w:br/>
        <w:t>v 0.120962 18.763742 -0.431455</w:t>
        <w:br/>
        <w:t>v 0.097867 18.744715 -0.376967</w:t>
        <w:br/>
        <w:t>v 0.111819 18.718367 -0.492547</w:t>
        <w:br/>
        <w:t>v 0.103325 18.696695 -0.461332</w:t>
        <w:br/>
        <w:t>v 0.106573 18.692110 -0.525753</w:t>
        <w:br/>
        <w:t>v 0.101564 18.673122 -0.496191</w:t>
        <w:br/>
        <w:t>v 0.097530 18.625193 -0.605832</w:t>
        <w:br/>
        <w:t>v 0.097042 18.609909 -0.576200</w:t>
        <w:br/>
        <w:t>v 0.100227 18.548120 -0.682395</w:t>
        <w:br/>
        <w:t>v 0.102563 18.534626 -0.655509</w:t>
        <w:br/>
        <w:t>v 0.119038 18.481243 -0.700206</w:t>
        <w:br/>
        <w:t>v 0.116240 18.489090 -0.723406</w:t>
        <w:br/>
        <w:t>v 0.136787 18.440430 -0.722423</w:t>
        <w:br/>
        <w:t>v 0.136125 18.441730 -0.741049</w:t>
        <w:br/>
        <w:t>v 0.089623 18.484550 -0.732599</w:t>
        <w:br/>
        <w:t>v 0.074809 18.476299 -0.719439</w:t>
        <w:br/>
        <w:t>v 0.111456 18.428368 -0.737415</w:t>
        <w:br/>
        <w:t>v 0.121374 18.435173 -0.747486</w:t>
        <w:br/>
        <w:t>v 0.041959 18.539484 -0.678670</w:t>
        <w:br/>
        <w:t>v 0.089623 18.484550 -0.732599</w:t>
        <w:br/>
        <w:t>v 0.061694 18.547451 -0.694597</w:t>
        <w:br/>
        <w:t>v 0.061694 18.547451 -0.694597</w:t>
        <w:br/>
        <w:t>v 0.047705 18.636969 -0.613247</w:t>
        <w:br/>
        <w:t>v 0.023723 18.628948 -0.591688</w:t>
        <w:br/>
        <w:t>v 0.048704 18.713963 -0.528515</w:t>
        <w:br/>
        <w:t>v 0.023124 18.696552 -0.508713</w:t>
        <w:br/>
        <w:t>v 0.050303 18.743753 -0.494814</w:t>
        <w:br/>
        <w:t>v 0.024423 18.717287 -0.477606</w:t>
        <w:br/>
        <w:t>v 0.017765 18.699097 -0.506876</w:t>
        <w:br/>
        <w:t>v 0.024423 18.717287 -0.477606</w:t>
        <w:br/>
        <w:t>v 0.050303 18.743753 -0.494814</w:t>
        <w:br/>
        <w:t>v 0.036301 18.718119 -0.528020</w:t>
        <w:br/>
        <w:t>v -0.012524 18.640694 -0.626588</w:t>
        <w:br/>
        <w:t>v -0.017870 18.629948 -0.604953</w:t>
        <w:br/>
        <w:t>v -0.057665 18.556597 -0.707440</w:t>
        <w:br/>
        <w:t>v -0.055317 18.548750 -0.687636</w:t>
        <w:br/>
        <w:t>v -0.075714 18.480381 -0.708378</w:t>
        <w:br/>
        <w:t>v -0.078599 18.483025 -0.731429</w:t>
        <w:br/>
        <w:t>v -0.084794 18.427090 -0.704626</w:t>
        <w:br/>
        <w:t>v -0.087393 18.424458 -0.719056</w:t>
        <w:br/>
        <w:t>v -0.086743 18.392124 -0.698460</w:t>
        <w:br/>
        <w:t>v -0.110625 18.425014 -0.708637</w:t>
        <w:br/>
        <w:t>v -0.127524 18.489319 -0.715947</w:t>
        <w:br/>
        <w:t>v -0.128449 18.577333 -0.689146</w:t>
        <w:br/>
        <w:t>v -0.094724 18.663982 -0.607765</w:t>
        <w:br/>
        <w:t>v -0.050396 18.738108 -0.506485</w:t>
        <w:br/>
        <w:t>v -0.036131 18.762903 -0.468292</w:t>
        <w:br/>
        <w:t>v -0.013211 18.805098 -0.407479</w:t>
        <w:br/>
        <w:t>v 0.026471 18.850676 -0.340506</w:t>
        <w:br/>
        <w:t>v 0.110120 18.893663 -0.259740</w:t>
        <w:br/>
        <w:t>v 0.117290 18.896513 -0.276363</w:t>
        <w:br/>
        <w:t>v 0.117290 18.896513 -0.276363</w:t>
        <w:br/>
        <w:t>v 0.085988 18.906126 -0.268009</w:t>
        <w:br/>
        <w:t>v 0.097517 18.899893 -0.262687</w:t>
        <w:br/>
        <w:t>v 0.085988 18.906126 -0.268009</w:t>
        <w:br/>
        <w:t>v -0.051008 18.610001 -0.510579</w:t>
        <w:br/>
        <w:t>v -0.029911 18.597939 -0.495358</w:t>
        <w:br/>
        <w:t>v -0.003244 18.586639 -0.492051</w:t>
        <w:br/>
        <w:t>v -0.003244 18.586639 -0.492051</w:t>
        <w:br/>
        <w:t>v 0.003264 18.594656 -0.525884</w:t>
        <w:br/>
        <w:t>v 0.003264 18.594656 -0.525884</w:t>
        <w:br/>
        <w:t>v -0.034420 18.610714 -0.533084</w:t>
        <w:br/>
        <w:t>v -0.034420 18.610714 -0.533084</w:t>
        <w:br/>
        <w:t>v -0.051008 18.610001 -0.510579</w:t>
        <w:br/>
        <w:t>v 0.022611 18.644392 -0.493506</w:t>
        <w:br/>
        <w:t>v 0.017690 18.636225 -0.458774</w:t>
        <w:br/>
        <w:t>v 0.168650 18.381561 -0.739035</w:t>
        <w:br/>
        <w:t>v 0.168650 18.381561 -0.739035</w:t>
        <w:br/>
        <w:t>v 0.168650 18.381561 -0.739035</w:t>
        <w:br/>
        <w:t>v 0.168650 18.381561 -0.739035</w:t>
        <w:br/>
        <w:t>v 0.110120 18.893663 -0.259740</w:t>
        <w:br/>
        <w:t>v -0.281420 18.969999 -0.200178</w:t>
        <w:br/>
        <w:t>v -0.255952 18.988535 -0.199107</w:t>
        <w:br/>
        <w:t>v -0.250581 18.983673 -0.206803</w:t>
        <w:br/>
        <w:t>v -0.269192 18.959742 -0.215397</w:t>
        <w:br/>
        <w:t>v -0.294835 18.931072 -0.222574</w:t>
        <w:br/>
        <w:t>v -0.326273 18.902445 -0.226591</w:t>
        <w:br/>
        <w:t>v -0.344797 18.919058 -0.204461</w:t>
        <w:br/>
        <w:t>v -0.312546 18.946499 -0.201522</w:t>
        <w:br/>
        <w:t>v -0.389913 18.876034 -0.206649</w:t>
        <w:br/>
        <w:t>v -0.370540 18.858721 -0.230294</w:t>
        <w:br/>
        <w:t>v -0.432468 18.835503 -0.207182</w:t>
        <w:br/>
        <w:t>v -0.413420 18.818384 -0.230601</w:t>
        <w:br/>
        <w:t>v -0.520114 18.689568 -0.203242</w:t>
        <w:br/>
        <w:t>v -0.511420 18.690090 -0.205277</w:t>
        <w:br/>
        <w:t>v -0.502639 18.665239 -0.209260</w:t>
        <w:br/>
        <w:t>v -0.250581 18.983673 -0.206803</w:t>
        <w:br/>
        <w:t>v -0.259736 18.990757 -0.209970</w:t>
        <w:br/>
        <w:t>v -0.288752 18.974329 -0.219480</w:t>
        <w:br/>
        <w:t>v -0.269192 18.959742 -0.215397</w:t>
        <w:br/>
        <w:t>v -0.502639 18.665239 -0.209260</w:t>
        <w:br/>
        <w:t>v -0.504775 18.687307 -0.210456</w:t>
        <w:br/>
        <w:t>v -0.518028 18.686398 -0.213568</w:t>
        <w:br/>
        <w:t>v -0.355414 18.924744 -0.226495</w:t>
        <w:br/>
        <w:t>v -0.326273 18.902445 -0.226591</w:t>
        <w:br/>
        <w:t>v -0.294835 18.931072 -0.222574</w:t>
        <w:br/>
        <w:t>v -0.323226 18.951797 -0.224816</w:t>
        <w:br/>
        <w:t>v -0.323226 18.951797 -0.224816</w:t>
        <w:br/>
        <w:t>v -0.331782 18.964806 -0.185789</w:t>
        <w:br/>
        <w:t>v -0.365144 18.937996 -0.187640</w:t>
        <w:br/>
        <w:t>v -0.355414 18.924744 -0.226495</w:t>
        <w:br/>
        <w:t>v -0.400792 18.882338 -0.228666</w:t>
        <w:br/>
        <w:t>v -0.370540 18.858721 -0.230294</w:t>
        <w:br/>
        <w:t>v -0.411534 18.895634 -0.188503</w:t>
        <w:br/>
        <w:t>v -0.400792 18.882338 -0.228666</w:t>
        <w:br/>
        <w:t>v -0.443709 18.842138 -0.229449</w:t>
        <w:br/>
        <w:t>v -0.413420 18.818384 -0.230601</w:t>
        <w:br/>
        <w:t>v -0.454014 18.854849 -0.189366</w:t>
        <w:br/>
        <w:t>v -0.443709 18.842138 -0.229449</w:t>
        <w:br/>
        <w:t>v -0.497418 18.717209 -0.214956</w:t>
        <w:br/>
        <w:t>v -0.519764 18.720905 -0.219686</w:t>
        <w:br/>
        <w:t>v -0.509859 18.723013 -0.203369</w:t>
        <w:br/>
        <w:t>v -0.497418 18.717209 -0.214956</w:t>
        <w:br/>
        <w:t>v -0.504775 18.687307 -0.210456</w:t>
        <w:br/>
        <w:t>v -0.525622 18.727932 -0.197250</w:t>
        <w:br/>
        <w:t>v -0.520114 18.689568 -0.203242</w:t>
        <w:br/>
        <w:t>v -0.518028 18.686398 -0.213568</w:t>
        <w:br/>
        <w:t>v -0.519764 18.720905 -0.219686</w:t>
        <w:br/>
        <w:t>v -0.288752 18.974329 -0.219480</w:t>
        <w:br/>
        <w:t>v -0.295122 18.982731 -0.188502</w:t>
        <w:br/>
        <w:t>v -0.259736 18.990757 -0.209970</w:t>
        <w:br/>
        <w:t>v -0.262010 18.994713 -0.193520</w:t>
        <w:br/>
        <w:t>v -0.502639 18.665239 -0.209260</w:t>
        <w:br/>
        <w:t>v -0.477858 18.804943 -0.229354</w:t>
        <w:br/>
        <w:t>v -0.447756 18.785109 -0.228121</w:t>
        <w:br/>
        <w:t>v -0.466779 18.800667 -0.206822</w:t>
        <w:br/>
        <w:t>v -0.447756 18.785109 -0.228121</w:t>
        <w:br/>
        <w:t>v -0.488325 18.817617 -0.191280</w:t>
        <w:br/>
        <w:t>v -0.477858 18.804943 -0.229354</w:t>
        <w:br/>
        <w:t>v -0.503376 18.766090 -0.227032</w:t>
        <w:br/>
        <w:t>v -0.474136 18.753998 -0.222450</w:t>
        <w:br/>
        <w:t>v -0.491660 18.765713 -0.204973</w:t>
        <w:br/>
        <w:t>v -0.474136 18.753998 -0.222450</w:t>
        <w:br/>
        <w:t>v -0.512332 18.777756 -0.193599</w:t>
        <w:br/>
        <w:t>v -0.503376 18.766090 -0.227032</w:t>
        <w:br/>
        <w:t>v -0.525622 18.727932 -0.197250</w:t>
        <w:br/>
        <w:t>v -0.512332 18.777756 -0.193599</w:t>
        <w:br/>
        <w:t>v -0.488325 18.817617 -0.191280</w:t>
        <w:br/>
        <w:t>v -0.454014 18.854849 -0.189366</w:t>
        <w:br/>
        <w:t>v -0.411534 18.895634 -0.188503</w:t>
        <w:br/>
        <w:t>v -0.365144 18.937996 -0.187640</w:t>
        <w:br/>
        <w:t>v -0.331782 18.964806 -0.185789</w:t>
        <w:br/>
        <w:t>v -0.295122 18.982731 -0.188502</w:t>
        <w:br/>
        <w:t>v -0.262010 18.994713 -0.193520</w:t>
        <w:br/>
        <w:t>v 0.229017 18.880346 -0.272105</w:t>
        <w:br/>
        <w:t>v 0.237511 18.885614 -0.267540</w:t>
        <w:br/>
        <w:t>v 0.280628 18.847288 -0.284141</w:t>
        <w:br/>
        <w:t>v 0.258844 18.834284 -0.293299</w:t>
        <w:br/>
        <w:t>v 0.343530 18.788427 -0.316622</w:t>
        <w:br/>
        <w:t>v 0.315114 18.770666 -0.327617</w:t>
        <w:br/>
        <w:t>v 0.497213 18.553127 -0.354897</w:t>
        <w:br/>
        <w:t>v 0.507468 18.551781 -0.356647</w:t>
        <w:br/>
        <w:t>v 0.486634 18.527822 -0.348158</w:t>
        <w:br/>
        <w:t>v 0.460516 18.607412 -0.371411</w:t>
        <w:br/>
        <w:t>v 0.483674 18.617060 -0.364650</w:t>
        <w:br/>
        <w:t>v 0.500099 18.573149 -0.359479</w:t>
        <w:br/>
        <w:t>v 0.484798 18.568687 -0.363202</w:t>
        <w:br/>
        <w:t>v 0.229017 18.880346 -0.272105</w:t>
        <w:br/>
        <w:t>v 0.258844 18.834284 -0.293299</w:t>
        <w:br/>
        <w:t>v 0.281115 18.846994 -0.312548</w:t>
        <w:br/>
        <w:t>v 0.237036 18.885324 -0.281883</w:t>
        <w:br/>
        <w:t>v 0.488033 18.550329 -0.356630</w:t>
        <w:br/>
        <w:t>v 0.486634 18.527822 -0.348158</w:t>
        <w:br/>
        <w:t>v 0.500960 18.547331 -0.365818</w:t>
        <w:br/>
        <w:t>v 0.346141 18.789621 -0.347821</w:t>
        <w:br/>
        <w:t>v 0.315114 18.770666 -0.327617</w:t>
        <w:br/>
        <w:t>v 0.301862 18.861982 -0.281255</w:t>
        <w:br/>
        <w:t>v 0.281115 18.846994 -0.312548</w:t>
        <w:br/>
        <w:t>v 0.346141 18.789621 -0.347821</w:t>
        <w:br/>
        <w:t>v 0.371759 18.807905 -0.313222</w:t>
        <w:br/>
        <w:t>v 0.503833 18.566572 -0.376946</w:t>
        <w:br/>
        <w:t>v 0.487708 18.612299 -0.392343</w:t>
        <w:br/>
        <w:t>v 0.460516 18.607412 -0.371411</w:t>
        <w:br/>
        <w:t>v 0.484798 18.568687 -0.363202</w:t>
        <w:br/>
        <w:t>v 0.503833 18.566572 -0.376946</w:t>
        <w:br/>
        <w:t>v 0.516549 18.575001 -0.361637</w:t>
        <w:br/>
        <w:t>v 0.508417 18.625303 -0.366307</w:t>
        <w:br/>
        <w:t>v 0.487708 18.612299 -0.392343</w:t>
        <w:br/>
        <w:t>v 0.400936 18.728716 -0.345591</w:t>
        <w:br/>
        <w:t>v 0.371759 18.710585 -0.357387</w:t>
        <w:br/>
        <w:t>v 0.404022 18.730276 -0.377213</w:t>
        <w:br/>
        <w:t>v 0.430514 18.748011 -0.341679</w:t>
        <w:br/>
        <w:t>v 0.404022 18.730276 -0.377213</w:t>
        <w:br/>
        <w:t>v 0.371759 18.710585 -0.357387</w:t>
        <w:br/>
        <w:t>v 0.488033 18.550329 -0.356630</w:t>
        <w:br/>
        <w:t>v 0.500960 18.547331 -0.365818</w:t>
        <w:br/>
        <w:t>v 0.507468 18.551781 -0.356647</w:t>
        <w:br/>
        <w:t>v 0.237036 18.885324 -0.281883</w:t>
        <w:br/>
        <w:t>v 0.245929 18.891798 -0.265760</w:t>
        <w:br/>
        <w:t>v 0.486634 18.527822 -0.348158</w:t>
        <w:br/>
        <w:t>v 0.451898 18.671312 -0.394180</w:t>
        <w:br/>
        <w:t>v 0.420871 18.656103 -0.372882</w:t>
        <w:br/>
        <w:t>v 0.449100 18.672115 -0.363075</w:t>
        <w:br/>
        <w:t>v 0.420871 18.656103 -0.372882</w:t>
        <w:br/>
        <w:t>v 0.451898 18.671312 -0.394180</w:t>
        <w:br/>
        <w:t>v 0.478340 18.688080 -0.361480</w:t>
        <w:br/>
        <w:t>v 0.516549 18.575001 -0.361637</w:t>
        <w:br/>
        <w:t>v 0.508417 18.625303 -0.366307</w:t>
        <w:br/>
        <w:t>v 0.478340 18.688080 -0.361480</w:t>
        <w:br/>
        <w:t>v 0.430514 18.748011 -0.341679</w:t>
        <w:br/>
        <w:t>v 0.371759 18.807905 -0.313222</w:t>
        <w:br/>
        <w:t>v 0.301862 18.861982 -0.281255</w:t>
        <w:br/>
        <w:t>v 0.245929 18.891798 -0.265760</w:t>
        <w:br/>
        <w:t>v 0.891454 17.626638 0.809866</w:t>
        <w:br/>
        <w:t>v 0.893474 17.698927 0.693417</w:t>
        <w:br/>
        <w:t>v 0.872743 17.723022 0.680176</w:t>
        <w:br/>
        <w:t>v 0.866739 17.638361 0.814141</w:t>
        <w:br/>
        <w:t>v 0.868541 17.731453 0.718232</w:t>
        <w:br/>
        <w:t>v 0.867213 17.643829 0.837672</w:t>
        <w:br/>
        <w:t>v 0.868541 17.731453 0.718232</w:t>
        <w:br/>
        <w:t>v 0.888608 17.735559 0.736373</w:t>
        <w:br/>
        <w:t>v 0.885345 17.638481 0.848177</w:t>
        <w:br/>
        <w:t>v 0.867213 17.643829 0.837672</w:t>
        <w:br/>
        <w:t>v 0.918591 17.743458 0.739970</w:t>
        <w:br/>
        <w:t>v 0.905350 17.629309 0.846135</w:t>
        <w:br/>
        <w:t>v 0.847385 17.560190 0.909825</w:t>
        <w:br/>
        <w:t>v 0.813476 17.535725 0.950991</w:t>
        <w:br/>
        <w:t>v 0.817495 17.528160 0.956863</w:t>
        <w:br/>
        <w:t>v 0.858791 17.549879 0.918783</w:t>
        <w:br/>
        <w:t>v 0.835989 17.573650 0.911490</w:t>
        <w:br/>
        <w:t>v 0.810276 17.545168 0.951217</w:t>
        <w:br/>
        <w:t>v 0.835989 17.573650 0.911490</w:t>
        <w:br/>
        <w:t>v 0.838012 17.576214 0.927626</w:t>
        <w:br/>
        <w:t>v 0.812090 17.546530 0.960686</w:t>
        <w:br/>
        <w:t>v 0.810276 17.545168 0.951217</w:t>
        <w:br/>
        <w:t>v 0.838012 17.576214 0.927626</w:t>
        <w:br/>
        <w:t>v 0.847204 17.568064 0.935771</w:t>
        <w:br/>
        <w:t>v 0.815440 17.540482 0.965994</w:t>
        <w:br/>
        <w:t>v 0.812090 17.546530 0.960686</w:t>
        <w:br/>
        <w:t>v 0.856389 17.557425 0.935441</w:t>
        <w:br/>
        <w:t>v 0.818129 17.532927 0.966383</w:t>
        <w:br/>
        <w:t>v 0.818129 17.532927 0.966383</w:t>
        <w:br/>
        <w:t>v 0.856389 17.557425 0.935441</w:t>
        <w:br/>
        <w:t>v 0.858791 17.549879 0.918783</w:t>
        <w:br/>
        <w:t>v 0.817495 17.528160 0.956863</w:t>
        <w:br/>
        <w:t>v 0.872678 17.588360 0.862617</w:t>
        <w:br/>
        <w:t>v 0.889762 17.579311 0.872845</w:t>
        <w:br/>
        <w:t>v 0.913853 17.619659 0.821125</w:t>
        <w:br/>
        <w:t>v 0.884572 17.588051 0.893026</w:t>
        <w:br/>
        <w:t>v 0.905350 17.629309 0.846135</w:t>
        <w:br/>
        <w:t>v 0.913853 17.619659 0.821125</w:t>
        <w:br/>
        <w:t>v 0.889762 17.579311 0.872845</w:t>
        <w:br/>
        <w:t>v 0.870031 17.598455 0.894077</w:t>
        <w:br/>
        <w:t>v 0.856266 17.605600 0.884759</w:t>
        <w:br/>
        <w:t>v 0.856266 17.605600 0.884759</w:t>
        <w:br/>
        <w:t>v 0.854628 17.601486 0.865303</w:t>
        <w:br/>
        <w:t>v 0.854628 17.601486 0.865303</w:t>
        <w:br/>
        <w:t>v 0.884508 17.785765 0.696301</w:t>
        <w:br/>
        <w:t>v 0.925685 17.786253 0.717190</w:t>
        <w:br/>
        <w:t>v 0.859439 17.777731 0.660611</w:t>
        <w:br/>
        <w:t>v 0.868541 17.731453 0.718232</w:t>
        <w:br/>
        <w:t>v 0.862442 17.765726 0.621399</w:t>
        <w:br/>
        <w:t>v 0.859439 17.777731 0.660611</w:t>
        <w:br/>
        <w:t>v 1.068827 17.638212 0.687025</w:t>
        <w:br/>
        <w:t>v 1.058515 17.728708 0.621228</w:t>
        <w:br/>
        <w:t>v 1.040552 17.717550 0.588771</w:t>
        <w:br/>
        <w:t>v 1.050262 17.629662 0.656620</w:t>
        <w:br/>
        <w:t>v 0.992459 17.714155 0.573517</w:t>
        <w:br/>
        <w:t>v 1.005236 17.636988 0.645121</w:t>
        <w:br/>
        <w:t>v 0.967283 17.777077 0.714425</w:t>
        <w:br/>
        <w:t>v 0.910994 17.860876 0.643526</w:t>
        <w:br/>
        <w:t>v 0.954618 17.861275 0.644842</w:t>
        <w:br/>
        <w:t>v 1.028041 17.756624 0.691819</w:t>
        <w:br/>
        <w:t>v 1.040073 17.673996 0.752720</w:t>
        <w:br/>
        <w:t>v 0.997844 17.694958 0.767958</w:t>
        <w:br/>
        <w:t>v 1.054526 17.743134 0.659601</w:t>
        <w:br/>
        <w:t>v 1.066538 17.654465 0.722548</w:t>
        <w:br/>
        <w:t>v 1.058515 17.728708 0.621228</w:t>
        <w:br/>
        <w:t>v 1.068827 17.638212 0.687025</w:t>
        <w:br/>
        <w:t>v 0.921854 17.732161 0.584794</w:t>
        <w:br/>
        <w:t>v 0.957852 17.657661 0.650288</w:t>
        <w:br/>
        <w:t>v 0.925701 17.691446 0.661889</w:t>
        <w:br/>
        <w:t>v 0.999784 17.478928 0.868209</w:t>
        <w:br/>
        <w:t>v 1.039869 17.548664 0.784966</w:t>
        <w:br/>
        <w:t>v 1.022931 17.542519 0.757823</w:t>
        <w:br/>
        <w:t>v 0.984939 17.476488 0.843663</w:t>
        <w:br/>
        <w:t>v 0.983742 17.551975 0.745703</w:t>
        <w:br/>
        <w:t>v 0.953178 17.490175 0.830505</w:t>
        <w:br/>
        <w:t>v 0.945338 17.619205 0.839982</w:t>
        <w:br/>
        <w:t>v 0.979474 17.607162 0.854242</w:t>
        <w:br/>
        <w:t>v 0.957959 17.535425 0.925339</w:t>
        <w:br/>
        <w:t>v 0.927481 17.552856 0.911588</w:t>
        <w:br/>
        <w:t>v 1.017547 17.584261 0.842419</w:t>
        <w:br/>
        <w:t>v 0.986344 17.511084 0.916641</w:t>
        <w:br/>
        <w:t>v 1.039461 17.563210 0.815693</w:t>
        <w:br/>
        <w:t>v 1.001411 17.490782 0.894835</w:t>
        <w:br/>
        <w:t>v 1.039869 17.548664 0.784966</w:t>
        <w:br/>
        <w:t>v 0.999784 17.478928 0.868209</w:t>
        <w:br/>
        <w:t>v 0.945150 17.571449 0.751300</w:t>
        <w:br/>
        <w:t>v 0.922981 17.511950 0.833214</w:t>
        <w:br/>
        <w:t>v 0.901542 17.539795 0.853246</w:t>
        <w:br/>
        <w:t>v 0.916974 17.599323 0.774604</w:t>
        <w:br/>
        <w:t>v 0.903896 17.558239 0.885709</w:t>
        <w:br/>
        <w:t>v 0.919712 17.619797 0.812113</w:t>
        <w:br/>
        <w:t>v 0.919712 17.619797 0.812113</w:t>
        <w:br/>
        <w:t>v 0.903896 17.558239 0.885709</w:t>
        <w:br/>
        <w:t>v 0.870944 17.384659 1.010014</w:t>
        <w:br/>
        <w:t>v 0.944411 17.423761 0.944390</w:t>
        <w:br/>
        <w:t>v 0.931391 17.424137 0.921087</w:t>
        <w:br/>
        <w:t>v 0.859956 17.387096 0.987874</w:t>
        <w:br/>
        <w:t>v 0.906705 17.440384 0.906441</w:t>
        <w:br/>
        <w:t>v 0.842288 17.403770 0.972463</w:t>
        <w:br/>
        <w:t>v 0.892706 17.497623 0.978215</w:t>
        <w:br/>
        <w:t>v 0.917940 17.477167 0.992624</w:t>
        <w:br/>
        <w:t>v 0.857496 17.432308 1.050148</w:t>
        <w:br/>
        <w:t>v 0.838651 17.452883 1.035176</w:t>
        <w:br/>
        <w:t>v 0.938162 17.452707 0.986777</w:t>
        <w:br/>
        <w:t>v 0.870511 17.409613 1.047031</w:t>
        <w:br/>
        <w:t>v 0.947596 17.433468 0.968497</w:t>
        <w:br/>
        <w:t>v 0.875183 17.392355 1.031910</w:t>
        <w:br/>
        <w:t>v 0.944411 17.423761 0.944390</w:t>
        <w:br/>
        <w:t>v 0.870944 17.384659 1.010014</w:t>
        <w:br/>
        <w:t>v 0.884073 17.463131 0.906133</w:t>
        <w:br/>
        <w:t>v 0.826772 17.425512 0.969673</w:t>
        <w:br/>
        <w:t>v 0.817745 17.448902 0.983492</w:t>
        <w:br/>
        <w:t>v 0.869094 17.489746 0.923015</w:t>
        <w:br/>
        <w:t>v 0.822514 17.462296 1.010976</w:t>
        <w:br/>
        <w:t>v 0.872377 17.506014 0.952966</w:t>
        <w:br/>
        <w:t>v 0.872377 17.506014 0.952966</w:t>
        <w:br/>
        <w:t>v 0.822514 17.462296 1.010976</w:t>
        <w:br/>
        <w:t>v 0.799744 17.369131 1.048219</w:t>
        <w:br/>
        <w:t>v 0.791243 17.372807 1.027457</w:t>
        <w:br/>
        <w:t>v 0.706046 17.381813 1.057179</w:t>
        <w:br/>
        <w:t>v 0.712656 17.376982 1.075916</w:t>
        <w:br/>
        <w:t>v 0.780081 17.388525 1.011876</w:t>
        <w:br/>
        <w:t>v 0.706549 17.404930 1.072164</w:t>
        <w:br/>
        <w:t>v 0.781470 17.427628 1.066100</w:t>
        <w:br/>
        <w:t>v 0.794506 17.409300 1.080903</w:t>
        <w:br/>
        <w:t>v 0.713579 17.389193 1.085926</w:t>
        <w:br/>
        <w:t>v 0.802324 17.389746 1.080183</w:t>
        <w:br/>
        <w:t>v 0.804119 17.375078 1.067892</w:t>
        <w:br/>
        <w:t>v 0.712656 17.376982 1.075916</w:t>
        <w:br/>
        <w:t>v 0.799744 17.369131 1.048219</w:t>
        <w:br/>
        <w:t>v 0.712656 17.376982 1.075916</w:t>
        <w:br/>
        <w:t>v 0.771119 17.408361 1.006946</w:t>
        <w:br/>
        <w:t>v 0.701333 17.399025 1.052400</w:t>
        <w:br/>
        <w:t>v 0.767392 17.427986 1.017045</w:t>
        <w:br/>
        <w:t>v 0.706549 17.404930 1.072164</w:t>
        <w:br/>
        <w:t>v 0.701333 17.399025 1.052400</w:t>
        <w:br/>
        <w:t>v 0.770277 17.436758 1.043504</w:t>
        <w:br/>
        <w:t>v 0.770277 17.436758 1.043504</w:t>
        <w:br/>
        <w:t>v 0.916601 17.894386 0.540981</w:t>
        <w:br/>
        <w:t>v 0.873939 17.865616 0.541361</w:t>
        <w:br/>
        <w:t>v 0.894517 17.857166 0.513807</w:t>
        <w:br/>
        <w:t>v 0.922445 17.892124 0.532904</w:t>
        <w:br/>
        <w:t>v 0.916542 17.897217 0.548407</w:t>
        <w:br/>
        <w:t>v 0.873589 17.875214 0.567572</w:t>
        <w:br/>
        <w:t>v 0.920716 17.900158 0.554555</w:t>
        <w:br/>
        <w:t>v 0.888212 17.885002 0.589684</w:t>
        <w:br/>
        <w:t>v 0.873589 17.875214 0.567572</w:t>
        <w:br/>
        <w:t>v 0.916542 17.897217 0.548407</w:t>
        <w:br/>
        <w:t>v 0.927803 17.902534 0.558155</w:t>
        <w:br/>
        <w:t>v 0.913209 17.892429 0.603137</w:t>
        <w:br/>
        <w:t>v 0.936338 17.903706 0.558065</w:t>
        <w:br/>
        <w:t>v 0.944302 17.895176 0.603956</w:t>
        <w:br/>
        <w:t>v 0.944014 17.903355 0.554309</w:t>
        <w:br/>
        <w:t>v 0.972053 17.893185 0.590685</w:t>
        <w:br/>
        <w:t>v 0.989714 17.886772 0.567839</w:t>
        <w:br/>
        <w:t>v 0.948986 17.901630 0.547959</w:t>
        <w:br/>
        <w:t>v 0.993420 17.877411 0.540995</w:t>
        <w:br/>
        <w:t>v 0.950141 17.898930 0.540468</w:t>
        <w:br/>
        <w:t>v 0.982550 17.867496 0.517668</w:t>
        <w:br/>
        <w:t>v 0.993420 17.877411 0.540995</w:t>
        <w:br/>
        <w:t>v 0.950141 17.898930 0.540468</w:t>
        <w:br/>
        <w:t>v 0.947217 17.896015 0.533921</w:t>
        <w:br/>
        <w:t>v 0.951478 17.857841 0.502925</w:t>
        <w:br/>
        <w:t>v 0.938522 17.893127 0.529584</w:t>
        <w:br/>
        <w:t>v 0.914285 17.854061 0.503585</w:t>
        <w:br/>
        <w:t>v 0.928029 17.891712 0.529754</w:t>
        <w:br/>
        <w:t>v 0.885355 17.816679 0.525844</w:t>
        <w:br/>
        <w:t>v 0.912052 17.810385 0.512482</w:t>
        <w:br/>
        <w:t>v 0.962966 17.812450 0.510201</w:t>
        <w:br/>
        <w:t>v 1.005360 17.825058 0.528402</w:t>
        <w:br/>
        <w:t>v 1.020268 17.837469 0.559333</w:t>
        <w:br/>
        <w:t>v 1.020268 17.837469 0.559333</w:t>
        <w:br/>
        <w:t>v 1.015763 17.848976 0.595542</w:t>
        <w:br/>
        <w:t>v 0.992757 17.856691 0.626425</w:t>
        <w:br/>
        <w:t>v 0.876481 17.852762 0.625843</w:t>
        <w:br/>
        <w:t>v 0.856016 17.840553 0.596621</w:t>
        <w:br/>
        <w:t>v 0.856016 17.840553 0.596621</w:t>
        <w:br/>
        <w:t>v 0.856939 17.828016 0.561204</w:t>
        <w:br/>
        <w:t>v 0.787697 17.520981 0.970469</w:t>
        <w:br/>
        <w:t>v 0.787697 17.520981 0.970469</w:t>
        <w:br/>
        <w:t>v 0.787697 17.520981 0.970469</w:t>
        <w:br/>
        <w:t>v 0.787697 17.520981 0.970469</w:t>
        <w:br/>
        <w:t>v 0.812090 17.546530 0.960686</w:t>
        <w:br/>
        <w:t>v 0.787697 17.520981 0.970469</w:t>
        <w:br/>
        <w:t>v 0.670682 17.386995 1.077561</w:t>
        <w:br/>
        <w:t>v 0.670682 17.386995 1.077561</w:t>
        <w:br/>
        <w:t>v 0.670682 17.386995 1.077561</w:t>
        <w:br/>
        <w:t>v 0.670682 17.386995 1.077561</w:t>
        <w:br/>
        <w:t>v 0.706549 17.404930 1.072164</w:t>
        <w:br/>
        <w:t>v 0.886308 17.745050 0.594172</w:t>
        <w:br/>
        <w:t>v 0.917530 17.711637 0.717044</w:t>
        <w:br/>
        <w:t>v 0.893474 17.698927 0.693417</w:t>
        <w:br/>
        <w:t>v 0.953094 17.741282 0.742742</w:t>
        <w:br/>
        <w:t>v 0.925701 17.691446 0.661889</w:t>
        <w:br/>
        <w:t>v 0.923707 17.710907 0.715575</w:t>
        <w:br/>
        <w:t>v 0.917530 17.711637 0.717044</w:t>
        <w:br/>
        <w:t>v 0.918591 17.743458 0.739970</w:t>
        <w:br/>
        <w:t>v 0.953094 17.741282 0.742742</w:t>
        <w:br/>
        <w:t>v 0.923707 17.710907 0.715575</w:t>
        <w:br/>
        <w:t>v 0.918591 17.743458 0.739970</w:t>
        <w:br/>
        <w:t>v 0.917530 17.711637 0.717044</w:t>
        <w:br/>
        <w:t>v 0.923707 17.710907 0.715575</w:t>
        <w:br/>
        <w:t>v 0.923707 17.710907 0.715575</w:t>
        <w:br/>
        <w:t>v 0.683960 18.308184 0.400862</w:t>
        <w:br/>
        <w:t>v 0.693597 18.316582 0.393174</w:t>
        <w:br/>
        <w:t>v 0.767385 18.286976 0.474244</w:t>
        <w:br/>
        <w:t>v 0.726788 18.280760 0.491387</w:t>
        <w:br/>
        <w:t>v 0.828940 18.172951 0.551097</w:t>
        <w:br/>
        <w:t>v 0.842284 18.230333 0.442755</w:t>
        <w:br/>
        <w:t>v 0.913685 18.120449 0.476681</w:t>
        <w:br/>
        <w:t>v 0.886810 18.073772 0.547262</w:t>
        <w:br/>
        <w:t>v 0.942264 17.970173 0.543335</w:t>
        <w:br/>
        <w:t>v 0.920007 17.958546 0.546535</w:t>
        <w:br/>
        <w:t>v 0.626139 18.503824 0.352866</w:t>
        <w:br/>
        <w:t>v 0.668595 18.518406 0.447738</w:t>
        <w:br/>
        <w:t>v 0.722070 18.415869 0.459180</w:t>
        <w:br/>
        <w:t>v 0.662303 18.396099 0.364666</w:t>
        <w:br/>
        <w:t>v 0.776909 18.430090 0.383534</w:t>
        <w:br/>
        <w:t>v 0.722070 18.415869 0.459180</w:t>
        <w:br/>
        <w:t>v 0.668595 18.518406 0.447738</w:t>
        <w:br/>
        <w:t>v 0.709736 18.529467 0.391613</w:t>
        <w:br/>
        <w:t>v 0.841030 18.321299 0.409636</w:t>
        <w:br/>
        <w:t>v 0.799043 18.300404 0.483389</w:t>
        <w:br/>
        <w:t>v 0.978086 18.089958 0.496571</w:t>
        <w:br/>
        <w:t>v 0.982072 17.949738 0.458795</w:t>
        <w:br/>
        <w:t>v 0.978086 18.089958 0.496571</w:t>
        <w:br/>
        <w:t>v 1.013057 18.066402 0.417550</w:t>
        <w:br/>
        <w:t>v 1.001917 18.175438 0.367711</w:t>
        <w:br/>
        <w:t>v 0.981501 18.174416 0.407353</w:t>
        <w:br/>
        <w:t>v 0.938527 18.179066 0.425150</w:t>
        <w:br/>
        <w:t>v 0.925474 18.206078 0.451637</w:t>
        <w:br/>
        <w:t>v 0.938527 18.179066 0.425150</w:t>
        <w:br/>
        <w:t>v 0.959161 18.228401 0.351227</w:t>
        <w:br/>
        <w:t>v 0.978159 18.208981 0.352223</w:t>
        <w:br/>
        <w:t>v 0.939111 18.293142 0.423433</w:t>
        <w:br/>
        <w:t>v 0.961796 18.279654 0.328502</w:t>
        <w:br/>
        <w:t>v 0.895065 18.190401 0.477487</w:t>
        <w:br/>
        <w:t>v 0.893788 18.293142 0.456669</w:t>
        <w:br/>
        <w:t>v 0.841030 18.321299 0.409636</w:t>
        <w:br/>
        <w:t>v 0.893788 18.293142 0.456669</w:t>
        <w:br/>
        <w:t>v 0.895065 18.190401 0.477487</w:t>
        <w:br/>
        <w:t>v 0.842284 18.230333 0.442755</w:t>
        <w:br/>
        <w:t>v 0.880246 18.422562 0.349498</w:t>
        <w:br/>
        <w:t>v 0.897752 18.407578 0.357181</w:t>
        <w:br/>
        <w:t>v 0.939001 18.396935 0.361237</w:t>
        <w:br/>
        <w:t>v 0.945937 18.381325 0.292233</w:t>
        <w:br/>
        <w:t>v 0.939001 18.396935 0.361237</w:t>
        <w:br/>
        <w:t>v 0.674552 18.297720 0.408523</w:t>
        <w:br/>
        <w:t>v 0.690788 18.257036 0.491127</w:t>
        <w:br/>
        <w:t>v 0.667988 18.221193 0.440910</w:t>
        <w:br/>
        <w:t>v 0.715307 18.084110 0.501039</w:t>
        <w:br/>
        <w:t>v 0.755904 18.130791 0.586417</w:t>
        <w:br/>
        <w:t>v 0.779407 18.002670 0.503148</w:t>
        <w:br/>
        <w:t>v 0.831061 18.036125 0.573338</w:t>
        <w:br/>
        <w:t>v 0.877889 17.918133 0.483248</w:t>
        <w:br/>
        <w:t>v 0.895968 17.943714 0.546285</w:t>
        <w:br/>
        <w:t>v 0.755904 18.130791 0.586417</w:t>
        <w:br/>
        <w:t>v 0.831061 18.036125 0.573338</w:t>
        <w:br/>
        <w:t>v 0.895968 17.943714 0.546285</w:t>
        <w:br/>
        <w:t>v 0.838210 18.434029 0.397496</w:t>
        <w:br/>
        <w:t>v 0.880246 18.422562 0.349498</w:t>
        <w:br/>
        <w:t>v 0.767385 18.286976 0.474244</w:t>
        <w:br/>
        <w:t>v 0.799043 18.300404 0.483389</w:t>
        <w:br/>
        <w:t>v 0.693597 18.316582 0.393174</w:t>
        <w:br/>
        <w:t>v 0.877890 18.634134 0.319886</w:t>
        <w:br/>
        <w:t>v 0.826731 18.651457 0.328704</w:t>
        <w:br/>
        <w:t>v 0.842957 18.697710 0.246386</w:t>
        <w:br/>
        <w:t>v 0.872316 18.664766 0.246053</w:t>
        <w:br/>
        <w:t>v 0.878189 18.589954 0.343747</w:t>
        <w:br/>
        <w:t>v 0.809735 18.603800 0.358079</w:t>
        <w:br/>
        <w:t>v 0.871737 18.528805 0.361906</w:t>
        <w:br/>
        <w:t>v 0.801331 18.536190 0.362666</w:t>
        <w:br/>
        <w:t>v 0.903181 18.501137 0.315004</w:t>
        <w:br/>
        <w:t>v 0.903859 18.465164 0.270333</w:t>
        <w:br/>
        <w:t>v 0.908318 18.547981 0.258036</w:t>
        <w:br/>
        <w:t>v 0.904779 18.587215 0.252320</w:t>
        <w:br/>
        <w:t>v 0.902926 18.489649 0.227387</w:t>
        <w:br/>
        <w:t>v 0.903859 18.465164 0.270333</w:t>
        <w:br/>
        <w:t>v 0.908318 18.547981 0.258036</w:t>
        <w:br/>
        <w:t>v 0.677402 18.583908 0.368818</w:t>
        <w:br/>
        <w:t>v 0.661694 18.634811 0.297653</w:t>
        <w:br/>
        <w:t>v 0.703481 18.703802 0.415284</w:t>
        <w:br/>
        <w:t>v 0.730141 18.668360 0.414480</w:t>
        <w:br/>
        <w:t>v 0.685773 18.613430 0.389630</w:t>
        <w:br/>
        <w:t>v 0.677402 18.583908 0.368818</w:t>
        <w:br/>
        <w:t>v 0.724775 18.778593 0.363358</w:t>
        <w:br/>
        <w:t>v 0.763806 18.729136 0.347833</w:t>
        <w:br/>
        <w:t>v 0.730141 18.668360 0.414480</w:t>
        <w:br/>
        <w:t>v 0.703481 18.703802 0.415284</w:t>
        <w:br/>
        <w:t>v 0.794208 18.678213 0.325005</w:t>
        <w:br/>
        <w:t>v 0.784861 18.643696 0.372752</w:t>
        <w:br/>
        <w:t>v 0.754858 18.571980 0.411255</w:t>
        <w:br/>
        <w:t>v 0.754858 18.571980 0.411255</w:t>
        <w:br/>
        <w:t>v 0.709736 18.529467 0.391613</w:t>
        <w:br/>
        <w:t>v 0.818369 18.726254 0.350589</w:t>
        <w:br/>
        <w:t>v 0.833102 18.769493 0.360554</w:t>
        <w:br/>
        <w:t>v 0.859923 18.766563 0.245247</w:t>
        <w:br/>
        <w:t>v 0.843484 18.856544 0.373682</w:t>
        <w:br/>
        <w:t>v 0.866961 18.859999 0.245270</w:t>
        <w:br/>
        <w:t>v 0.763806 18.729136 0.347833</w:t>
        <w:br/>
        <w:t>v 0.724775 18.778593 0.363358</w:t>
        <w:br/>
        <w:t>v 0.770014 18.853861 0.368903</w:t>
        <w:br/>
        <w:t>v 0.780536 18.776503 0.376343</w:t>
        <w:br/>
        <w:t>v 0.799445 18.854816 0.383293</w:t>
        <w:br/>
        <w:t>v 0.843484 18.856544 0.373682</w:t>
        <w:br/>
        <w:t>v 0.833102 18.769493 0.360554</w:t>
        <w:br/>
        <w:t>v 0.818369 18.726254 0.350589</w:t>
        <w:br/>
        <w:t>v 0.794208 18.678213 0.325005</w:t>
        <w:br/>
        <w:t>v 0.829034 18.930452 0.349567</w:t>
        <w:br/>
        <w:t>v 0.785813 18.929144 0.348662</w:t>
        <w:br/>
        <w:t>v 0.829034 18.930452 0.349567</w:t>
        <w:br/>
        <w:t>v 0.862716 18.929708 0.244853</w:t>
        <w:br/>
        <w:t>v 0.679341 18.744190 0.387582</w:t>
        <w:br/>
        <w:t>v 0.681401 18.818954 0.294862</w:t>
        <w:br/>
        <w:t>v 0.655604 18.795368 0.305551</w:t>
        <w:br/>
        <w:t>v 0.679341 18.744190 0.387582</w:t>
        <w:br/>
        <w:t>v 0.645585 18.701654 0.298963</w:t>
        <w:br/>
        <w:t>v 0.733314 18.858097 0.385450</w:t>
        <w:br/>
        <w:t>v 0.681401 18.818954 0.294862</w:t>
        <w:br/>
        <w:t>v 0.669701 18.894756 0.291390</w:t>
        <w:br/>
        <w:t>v 0.723697 18.910418 0.394023</w:t>
        <w:br/>
        <w:t>v 0.733314 18.858097 0.385450</w:t>
        <w:br/>
        <w:t>v 0.723697 18.910418 0.394023</w:t>
        <w:br/>
        <w:t>v 0.707343 18.978262 0.404558</w:t>
        <w:br/>
        <w:t>v 0.661470 18.969994 0.293718</w:t>
        <w:br/>
        <w:t>v 0.707343 18.978262 0.404558</w:t>
        <w:br/>
        <w:t>v 0.758384 18.993868 0.365109</w:t>
        <w:br/>
        <w:t>v 0.815046 18.948910 0.333376</w:t>
        <w:br/>
        <w:t>v 0.840038 18.969561 0.245710</w:t>
        <w:br/>
        <w:t>v 0.699383 19.051773 0.296093</w:t>
        <w:br/>
        <w:t>v 0.720372 19.034870 0.376189</w:t>
        <w:br/>
        <w:t>v 0.720372 19.034870 0.376189</w:t>
        <w:br/>
        <w:t>v 0.825656 19.006065 0.370719</w:t>
        <w:br/>
        <w:t>v 0.815046 18.948910 0.333376</w:t>
        <w:br/>
        <w:t>v 0.793157 19.002680 0.385286</w:t>
        <w:br/>
        <w:t>v 0.758384 18.993868 0.365109</w:t>
        <w:br/>
        <w:t>v 0.790036 19.073647 0.385376</w:t>
        <w:br/>
        <w:t>v 0.812114 19.074368 0.398053</w:t>
        <w:br/>
        <w:t>v 0.793157 19.002680 0.385286</w:t>
        <w:br/>
        <w:t>v 0.824800 19.106888 0.366748</w:t>
        <w:br/>
        <w:t>v 0.803061 19.100185 0.365738</w:t>
        <w:br/>
        <w:t>v 0.849775 19.010994 0.247407</w:t>
        <w:br/>
        <w:t>v 0.846329 19.061428 0.381781</w:t>
        <w:br/>
        <w:t>v 0.812114 19.074368 0.398053</w:t>
        <w:br/>
        <w:t>v 0.848565 19.098858 0.361847</w:t>
        <w:br/>
        <w:t>v 0.846329 19.061428 0.381781</w:t>
        <w:br/>
        <w:t>v 0.866965 19.053612 0.251064</w:t>
        <w:br/>
        <w:t>v 0.868570 19.080488 0.252316</w:t>
        <w:br/>
        <w:t>v 0.839631 19.131184 0.254594</w:t>
        <w:br/>
        <w:t>v 0.849989 19.122837 0.254473</w:t>
        <w:br/>
        <w:t>v 0.836596 19.139631 0.254936</w:t>
        <w:br/>
        <w:t>v 0.752326 19.083475 0.404709</w:t>
        <w:br/>
        <w:t>v 0.714421 19.100534 0.411981</w:t>
        <w:br/>
        <w:t>v 0.803061 19.100185 0.365738</w:t>
        <w:br/>
        <w:t>v 0.781069 19.134184 0.387578</w:t>
        <w:br/>
        <w:t>v 0.762682 19.157854 0.398226</w:t>
        <w:br/>
        <w:t>v 0.836596 19.139631 0.254936</w:t>
        <w:br/>
        <w:t>v 0.815274 19.158298 0.390357</w:t>
        <w:br/>
        <w:t>v 0.781161 19.202312 0.385605</w:t>
        <w:br/>
        <w:t>v 0.815274 19.158298 0.390357</w:t>
        <w:br/>
        <w:t>v 0.743521 19.179043 0.388515</w:t>
        <w:br/>
        <w:t>v 0.697521 19.141655 0.410588</w:t>
        <w:br/>
        <w:t>v 0.697521 19.141655 0.410588</w:t>
        <w:br/>
        <w:t>v 0.714421 19.100534 0.411981</w:t>
        <w:br/>
        <w:t>v 0.686033 19.114492 0.298800</w:t>
        <w:br/>
        <w:t>v 0.684993 19.171078 0.376657</w:t>
        <w:br/>
        <w:t>v 0.720004 19.199739 0.381474</w:t>
        <w:br/>
        <w:t>v 0.681622 19.140760 0.299681</w:t>
        <w:br/>
        <w:t>v 0.684993 19.171078 0.376657</w:t>
        <w:br/>
        <w:t>v 0.847445 19.230118 0.371144</w:t>
        <w:br/>
        <w:t>v 0.855033 19.225225 0.236523</w:t>
        <w:br/>
        <w:t>v 0.847445 19.230118 0.371144</w:t>
        <w:br/>
        <w:t>v 0.755960 19.252193 0.399800</w:t>
        <w:br/>
        <w:t>v 0.708842 19.215611 0.293834</w:t>
        <w:br/>
        <w:t>v 0.720004 19.199739 0.381474</w:t>
        <w:br/>
        <w:t>v 0.688952 19.188618 0.298797</w:t>
        <w:br/>
        <w:t>v 0.755960 19.252193 0.399800</w:t>
        <w:br/>
        <w:t>v 0.913685 18.120449 0.476681</w:t>
        <w:br/>
        <w:t>v 0.683960 18.308184 0.400862</w:t>
        <w:br/>
        <w:t>v 0.726049 18.252411 0.333020</w:t>
        <w:br/>
        <w:t>v 0.766677 18.258562 0.314252</w:t>
        <w:br/>
        <w:t>v 0.693597 18.316582 0.393174</w:t>
        <w:br/>
        <w:t>v 0.828403 18.131039 0.328019</w:t>
        <w:br/>
        <w:t>v 0.841950 18.207899 0.321048</w:t>
        <w:br/>
        <w:t>v 0.886659 18.041164 0.376390</w:t>
        <w:br/>
        <w:t>v 0.913514 18.100235 0.371120</w:t>
        <w:br/>
        <w:t>v 0.920008 17.932171 0.407013</w:t>
        <w:br/>
        <w:t>v 0.942264 17.942425 0.398248</w:t>
        <w:br/>
        <w:t>v 0.721390 18.383961 0.254553</w:t>
        <w:br/>
        <w:t>v 0.798174 18.265755 0.285403</w:t>
        <w:br/>
        <w:t>v 0.662303 18.396099 0.364666</w:t>
        <w:br/>
        <w:t>v 0.667438 18.492990 0.249833</w:t>
        <w:br/>
        <w:t>v 0.626139 18.503824 0.352866</w:t>
        <w:br/>
        <w:t>v 0.776578 18.410479 0.253536</w:t>
        <w:br/>
        <w:t>v 0.708981 18.512249 0.255511</w:t>
        <w:br/>
        <w:t>v 0.667438 18.492990 0.249833</w:t>
        <w:br/>
        <w:t>v 0.721390 18.383961 0.254553</w:t>
        <w:br/>
        <w:t>v 0.840491 18.300142 0.284991</w:t>
        <w:br/>
        <w:t>v 0.977934 18.063446 0.357693</w:t>
        <w:br/>
        <w:t>v 1.013057 18.066402 0.417550</w:t>
        <w:br/>
        <w:t>v 0.977934 18.063446 0.357693</w:t>
        <w:br/>
        <w:t>v 0.942264 17.942425 0.398248</w:t>
        <w:br/>
        <w:t>v 0.982072 17.949738 0.458795</w:t>
        <w:br/>
        <w:t>v 1.013057 18.066402 0.417550</w:t>
        <w:br/>
        <w:t>v 1.001917 18.175438 0.367711</w:t>
        <w:br/>
        <w:t>v 0.981369 18.162537 0.343931</w:t>
        <w:br/>
        <w:t>v 0.936614 18.161602 0.336964</w:t>
        <w:br/>
        <w:t>v 0.981369 18.162537 0.343931</w:t>
        <w:br/>
        <w:t>v 0.925128 18.179251 0.308687</w:t>
        <w:br/>
        <w:t>v 0.978159 18.208981 0.352223</w:t>
        <w:br/>
        <w:t>v 0.959161 18.228401 0.351227</w:t>
        <w:br/>
        <w:t>v 0.959161 18.228401 0.351227</w:t>
        <w:br/>
        <w:t>v 0.961796 18.279654 0.328502</w:t>
        <w:br/>
        <w:t>v 0.938506 18.265366 0.265329</w:t>
        <w:br/>
        <w:t>v 0.938506 18.265366 0.265329</w:t>
        <w:br/>
        <w:t>v 0.893045 18.258896 0.261402</w:t>
        <w:br/>
        <w:t>v 0.894697 18.160254 0.317924</w:t>
        <w:br/>
        <w:t>v 0.938500 18.378181 0.241108</w:t>
        <w:br/>
        <w:t>v 0.897330 18.389805 0.241830</w:t>
        <w:br/>
        <w:t>v 0.945937 18.381325 0.292233</w:t>
        <w:br/>
        <w:t>v 0.938500 18.378181 0.241108</w:t>
        <w:br/>
        <w:t>v 0.879922 18.406309 0.242593</w:t>
        <w:br/>
        <w:t>v 0.690228 18.234577 0.366972</w:t>
        <w:br/>
        <w:t>v 0.674552 18.297720 0.408523</w:t>
        <w:br/>
        <w:t>v 0.667988 18.221193 0.440910</w:t>
        <w:br/>
        <w:t>v 0.715307 18.084110 0.501039</w:t>
        <w:br/>
        <w:t>v 0.755467 18.091766 0.383885</w:t>
        <w:br/>
        <w:t>v 0.831037 18.004913 0.407723</w:t>
        <w:br/>
        <w:t>v 0.779407 18.002670 0.503148</w:t>
        <w:br/>
        <w:t>v 0.895968 17.920204 0.419309</w:t>
        <w:br/>
        <w:t>v 0.877889 17.918133 0.483248</w:t>
        <w:br/>
        <w:t>v 0.837669 18.408195 0.222555</w:t>
        <w:br/>
        <w:t>v 0.842957 18.697710 0.246386</w:t>
        <w:br/>
        <w:t>v 0.826062 18.639467 0.194558</w:t>
        <w:br/>
        <w:t>v 0.877277 18.622290 0.198359</w:t>
        <w:br/>
        <w:t>v 0.872316 18.664766 0.246053</w:t>
        <w:br/>
        <w:t>v 0.808890 18.586807 0.199534</w:t>
        <w:br/>
        <w:t>v 0.877482 18.573318 0.191221</w:t>
        <w:br/>
        <w:t>v 0.800726 18.518253 0.218618</w:t>
        <w:br/>
        <w:t>v 0.871303 18.508287 0.199706</w:t>
        <w:br/>
        <w:t>v 0.903859 18.465164 0.270333</w:t>
        <w:br/>
        <w:t>v 0.877482 18.573318 0.191221</w:t>
        <w:br/>
        <w:t>v 0.871303 18.508287 0.199706</w:t>
        <w:br/>
        <w:t>v 0.904779 18.587215 0.252320</w:t>
        <w:br/>
        <w:t>v 0.872316 18.664766 0.246053</w:t>
        <w:br/>
        <w:t>v 0.626139 18.503824 0.352866</w:t>
        <w:br/>
        <w:t>v 0.676719 18.571184 0.257788</w:t>
        <w:br/>
        <w:t>v 0.661694 18.634811 0.297653</w:t>
        <w:br/>
        <w:t>v 0.684789 18.596033 0.225776</w:t>
        <w:br/>
        <w:t>v 0.726108 18.654360 0.171561</w:t>
        <w:br/>
        <w:t>v 0.700201 18.691284 0.179142</w:t>
        <w:br/>
        <w:t>v 0.676719 18.571184 0.257788</w:t>
        <w:br/>
        <w:t>v 0.723484 18.772573 0.203242</w:t>
        <w:br/>
        <w:t>v 0.700201 18.691284 0.179142</w:t>
        <w:br/>
        <w:t>v 0.726108 18.654360 0.171561</w:t>
        <w:br/>
        <w:t>v 0.762452 18.720264 0.187971</w:t>
        <w:br/>
        <w:t>v 0.783841 18.625629 0.183696</w:t>
        <w:br/>
        <w:t>v 0.793491 18.667887 0.194390</w:t>
        <w:br/>
        <w:t>v 0.753696 18.547842 0.206892</w:t>
        <w:br/>
        <w:t>v 0.817001 18.716105 0.173430</w:t>
        <w:br/>
        <w:t>v 0.817001 18.716105 0.173430</w:t>
        <w:br/>
        <w:t>v 0.842957 18.697710 0.246386</w:t>
        <w:br/>
        <w:t>v 0.859923 18.766563 0.245247</w:t>
        <w:br/>
        <w:t>v 0.831751 18.761488 0.165887</w:t>
        <w:br/>
        <w:t>v 0.866961 18.859999 0.245270</w:t>
        <w:br/>
        <w:t>v 0.842467 18.853592 0.157745</w:t>
        <w:br/>
        <w:t>v 0.768925 18.851057 0.180442</w:t>
        <w:br/>
        <w:t>v 0.778944 18.768318 0.170111</w:t>
        <w:br/>
        <w:t>v 0.798238 18.851433 0.162109</w:t>
        <w:br/>
        <w:t>v 0.831751 18.761488 0.165887</w:t>
        <w:br/>
        <w:t>v 0.842467 18.853592 0.157745</w:t>
        <w:br/>
        <w:t>v 0.828562 18.931147 0.171653</w:t>
        <w:br/>
        <w:t>v 0.785246 18.929674 0.179530</w:t>
        <w:br/>
        <w:t>v 0.862716 18.929708 0.244853</w:t>
        <w:br/>
        <w:t>v 0.828562 18.931147 0.171653</w:t>
        <w:br/>
        <w:t>v 0.673398 18.748337 0.200116</w:t>
        <w:br/>
        <w:t>v 0.655604 18.795368 0.305551</w:t>
        <w:br/>
        <w:t>v 0.681401 18.818954 0.294862</w:t>
        <w:br/>
        <w:t>v 0.673398 18.748337 0.200116</w:t>
        <w:br/>
        <w:t>v 0.645585 18.701654 0.298963</w:t>
        <w:br/>
        <w:t>v 0.661694 18.634811 0.297653</w:t>
        <w:br/>
        <w:t>v 0.655604 18.795368 0.305551</w:t>
        <w:br/>
        <w:t>v 0.732139 18.855223 0.189878</w:t>
        <w:br/>
        <w:t>v 0.681401 18.818954 0.294862</w:t>
        <w:br/>
        <w:t>v 0.722695 18.909473 0.180549</w:t>
        <w:br/>
        <w:t>v 0.669701 18.894756 0.291390</w:t>
        <w:br/>
        <w:t>v 0.661470 18.969994 0.293718</w:t>
        <w:br/>
        <w:t>v 0.707419 18.981674 0.183406</w:t>
        <w:br/>
        <w:t>v 0.758499 18.996389 0.183897</w:t>
        <w:br/>
        <w:t>v 0.707419 18.981674 0.183406</w:t>
        <w:br/>
        <w:t>v 0.814776 18.950191 0.180551</w:t>
        <w:br/>
        <w:t>v 0.840038 18.969561 0.245710</w:t>
        <w:br/>
        <w:t>v 0.814776 18.950191 0.180551</w:t>
        <w:br/>
        <w:t>v 0.721563 19.040375 0.206373</w:t>
        <w:br/>
        <w:t>v 0.699383 19.051773 0.296093</w:t>
        <w:br/>
        <w:t>v 0.793960 19.008057 0.164331</w:t>
        <w:br/>
        <w:t>v 0.814739 19.083403 0.163269</w:t>
        <w:br/>
        <w:t>v 0.792200 19.079987 0.174936</w:t>
        <w:br/>
        <w:t>v 0.827840 19.113991 0.171591</w:t>
        <w:br/>
        <w:t>v 0.805765 19.106686 0.176573</w:t>
        <w:br/>
        <w:t>v 0.849775 19.010994 0.247407</w:t>
        <w:br/>
        <w:t>v 0.826620 19.011490 0.165540</w:t>
        <w:br/>
        <w:t>v 0.848352 19.068176 0.164015</w:t>
        <w:br/>
        <w:t>v 0.826620 19.011490 0.165540</w:t>
        <w:br/>
        <w:t>v 0.851334 19.104082 0.172924</w:t>
        <w:br/>
        <w:t>v 0.866965 19.053612 0.251064</w:t>
        <w:br/>
        <w:t>v 0.848352 19.068176 0.164015</w:t>
        <w:br/>
        <w:t>v 0.868570 19.080488 0.252316</w:t>
        <w:br/>
        <w:t>v 0.851334 19.104082 0.172924</w:t>
        <w:br/>
        <w:t>v 0.849989 19.122837 0.254473</w:t>
        <w:br/>
        <w:t>v 0.839631 19.131184 0.254594</w:t>
        <w:br/>
        <w:t>v 0.827840 19.113991 0.171591</w:t>
        <w:br/>
        <w:t>v 0.805765 19.106686 0.176573</w:t>
        <w:br/>
        <w:t>v 0.836596 19.139631 0.254936</w:t>
        <w:br/>
        <w:t>v 0.754833 19.089661 0.175825</w:t>
        <w:br/>
        <w:t>v 0.717604 19.109280 0.187228</w:t>
        <w:br/>
        <w:t>v 0.784382 19.137129 0.167599</w:t>
        <w:br/>
        <w:t>v 0.717604 19.109280 0.187228</w:t>
        <w:br/>
        <w:t>v 0.766506 19.160942 0.168568</w:t>
        <w:br/>
        <w:t>v 0.805765 19.106686 0.176573</w:t>
        <w:br/>
        <w:t>v 0.836596 19.139631 0.254936</w:t>
        <w:br/>
        <w:t>v 0.819441 19.164877 0.158409</w:t>
        <w:br/>
        <w:t>v 0.819441 19.164877 0.158409</w:t>
        <w:br/>
        <w:t>v 0.785366 19.201218 0.173455</w:t>
        <w:br/>
        <w:t>v 0.747305 19.182388 0.184363</w:t>
        <w:br/>
        <w:t>v 0.701411 19.150835 0.195250</w:t>
        <w:br/>
        <w:t>v 0.686033 19.114492 0.298800</w:t>
        <w:br/>
        <w:t>v 0.687545 19.174088 0.228490</w:t>
        <w:br/>
        <w:t>v 0.723296 19.204138 0.204779</w:t>
        <w:br/>
        <w:t>v 0.681622 19.140760 0.299681</w:t>
        <w:br/>
        <w:t>v 0.754738 19.251795 0.190337</w:t>
        <w:br/>
        <w:t>v 0.688952 19.188618 0.298797</w:t>
        <w:br/>
        <w:t>v 0.708842 19.215611 0.293834</w:t>
        <w:br/>
        <w:t>v 0.829310 19.222355 0.163722</w:t>
        <w:br/>
        <w:t>v 0.855033 19.225225 0.236523</w:t>
        <w:br/>
        <w:t>v 0.829310 19.222355 0.163722</w:t>
        <w:br/>
        <w:t>v 0.714299 19.248632 0.280481</w:t>
        <w:br/>
        <w:t>v 0.714299 19.248632 0.280481</w:t>
        <w:br/>
        <w:t>v 0.826731 18.651457 0.328704</w:t>
        <w:br/>
        <w:t>v 0.826062 18.639467 0.194558</w:t>
        <w:br/>
        <w:t>v 0.903859 18.465164 0.270333</w:t>
        <w:br/>
        <w:t>v 0.914722 17.888447 0.508342</w:t>
        <w:br/>
        <w:t>v 0.906611 17.877037 0.483254</w:t>
        <w:br/>
        <w:t>v 0.925506 17.895054 0.508487</w:t>
        <w:br/>
        <w:t>v 0.914722 17.888447 0.508342</w:t>
        <w:br/>
        <w:t>v 0.953350 17.891132 0.472822</w:t>
        <w:br/>
        <w:t>v 0.935491 17.900234 0.507517</w:t>
        <w:br/>
        <w:t>v 0.906611 17.877037 0.483254</w:t>
        <w:br/>
        <w:t>v 0.914722 17.877960 0.453655</w:t>
        <w:br/>
        <w:t>v 0.925506 17.883301 0.447106</w:t>
        <w:br/>
        <w:t>v 0.935491 17.887871 0.442975</w:t>
        <w:br/>
        <w:t>v 0.953350 17.891132 0.472822</w:t>
        <w:br/>
        <w:t>v 1.025357 20.263466 0.068693</w:t>
        <w:br/>
        <w:t>v 0.988094 20.208626 0.132188</w:t>
        <w:br/>
        <w:t>v 0.866303 20.202160 0.174312</w:t>
        <w:br/>
        <w:t>v 0.913097 20.287659 0.106056</w:t>
        <w:br/>
        <w:t>v 1.087765 20.165388 0.012933</w:t>
        <w:br/>
        <w:t>v 1.071895 20.109962 0.071285</w:t>
        <w:br/>
        <w:t>v 1.069157 20.207899 -0.061754</w:t>
        <w:br/>
        <w:t>v 1.084224 20.117119 -0.113940</w:t>
        <w:br/>
        <w:t>v 1.097481 20.071772 -0.046174</w:t>
        <w:br/>
        <w:t>v 1.060444 19.970642 0.064507</w:t>
        <w:br/>
        <w:t>v 0.885051 19.921158 0.110055</w:t>
        <w:br/>
        <w:t>v 0.836651 20.002270 0.178061</w:t>
        <w:br/>
        <w:t>v 1.060677 20.063742 0.130835</w:t>
        <w:br/>
        <w:t>v 1.049598 19.963657 -0.112639</w:t>
        <w:br/>
        <w:t>v 0.990287 19.928032 -0.029562</w:t>
        <w:br/>
        <w:t>v 1.074988 20.014597 0.012420</w:t>
        <w:br/>
        <w:t>v 0.959992 19.943077 -0.142469</w:t>
        <w:br/>
        <w:t>v 0.886807 19.874895 -0.029898</w:t>
        <w:br/>
        <w:t>v 1.056141 20.236433 -0.111153</w:t>
        <w:br/>
        <w:t>v 1.087501 20.267881 -0.172565</w:t>
        <w:br/>
        <w:t>v 1.110033 20.193195 -0.209922</w:t>
        <w:br/>
        <w:t>v 1.075913 20.150427 -0.158488</w:t>
        <w:br/>
        <w:t>v 0.957229 20.313066 0.012225</w:t>
        <w:br/>
        <w:t>v 1.040342 20.285364 -0.011029</w:t>
        <w:br/>
        <w:t>v 1.044021 20.273932 -0.071531</w:t>
        <w:br/>
        <w:t>v 1.056219 20.349165 -0.143233</w:t>
        <w:br/>
        <w:t>v 0.986036 19.994495 -0.205078</w:t>
        <w:br/>
        <w:t>v 1.066227 20.038889 -0.171582</w:t>
        <w:br/>
        <w:t>v 1.074653 20.101486 -0.183207</w:t>
        <w:br/>
        <w:t>v 0.997654 20.050880 -0.209458</w:t>
        <w:br/>
        <w:t>v 1.095755 20.263285 -0.292912</w:t>
        <w:br/>
        <w:t>v 1.058137 20.144188 -0.367279</w:t>
        <w:br/>
        <w:t>v 1.085549 20.101082 -0.293420</w:t>
        <w:br/>
        <w:t>v 0.822895 20.376514 -0.645365</w:t>
        <w:br/>
        <w:t>v 0.909961 20.334196 -0.586827</w:t>
        <w:br/>
        <w:t>v 0.897873 20.422274 -0.641833</w:t>
        <w:br/>
        <w:t>v 0.832268 20.584591 -0.566738</w:t>
        <w:br/>
        <w:t>v 0.922431 20.545681 -0.518366</w:t>
        <w:br/>
        <w:t>v 0.898189 20.548693 -0.457082</w:t>
        <w:br/>
        <w:t>v 0.840209 20.536192 -0.639203</w:t>
        <w:br/>
        <w:t>v 0.938987 20.498516 -0.587017</w:t>
        <w:br/>
        <w:t>v 0.793866 20.470148 -0.663536</w:t>
        <w:br/>
        <w:t>v 0.947869 20.481657 -0.469034</w:t>
        <w:br/>
        <w:t>v 0.930614 20.487000 -0.413111</w:t>
        <w:br/>
        <w:t>v 0.595174 20.728886 -0.724998</w:t>
        <w:br/>
        <w:t>v 0.790577 20.635733 -0.617734</w:t>
        <w:br/>
        <w:t>v 0.781727 20.647459 -0.580137</w:t>
        <w:br/>
        <w:t>v 0.647080 20.723122 -0.678180</w:t>
        <w:br/>
        <w:t>v 0.793110 20.618784 -0.687497</w:t>
        <w:br/>
        <w:t>v 0.600841 20.704248 -0.765304</w:t>
        <w:br/>
        <w:t>v 1.045316 20.390520 -0.217922</w:t>
        <w:br/>
        <w:t>v 1.078238 20.326065 -0.246334</w:t>
        <w:br/>
        <w:t>v 1.059099 20.366217 -0.310331</w:t>
        <w:br/>
        <w:t>v 1.075714 20.307327 -0.359545</w:t>
        <w:br/>
        <w:t>v 1.000173 20.104353 -0.377107</w:t>
        <w:br/>
        <w:t>v 1.032526 20.197960 -0.420519</w:t>
        <w:br/>
        <w:t>v 1.003946 20.149633 -0.412757</w:t>
        <w:br/>
        <w:t>v 1.039232 20.394638 -0.341097</w:t>
        <w:br/>
        <w:t>v 1.049457 20.329268 -0.398017</w:t>
        <w:br/>
        <w:t>v 0.990909 20.386000 -0.125977</w:t>
        <w:br/>
        <w:t>v 0.984021 20.415710 -0.202737</w:t>
        <w:br/>
        <w:t>v 0.979408 20.406506 -0.294254</w:t>
        <w:br/>
        <w:t>v 1.038324 20.387308 -0.269699</w:t>
        <w:br/>
        <w:t>v 1.017436 20.304352 -0.062777</w:t>
        <w:br/>
        <w:t>v 1.026399 20.448242 -0.369349</w:t>
        <w:br/>
        <w:t>v 0.968722 20.465862 -0.331849</w:t>
        <w:br/>
        <w:t>v 1.060539 20.367054 -0.447606</w:t>
        <w:br/>
        <w:t>v 1.033668 20.405558 -0.495903</w:t>
        <w:br/>
        <w:t>v 0.993856 20.314541 -0.551436</w:t>
        <w:br/>
        <w:t>v 1.023548 20.259138 -0.490717</w:t>
        <w:br/>
        <w:t>v 0.947592 20.248007 -0.564116</w:t>
        <w:br/>
        <w:t>v 0.973057 20.186968 -0.513947</w:t>
        <w:br/>
        <w:t>v 0.995114 20.477474 -0.435799</w:t>
        <w:br/>
        <w:t>v 0.957593 20.437607 -0.539375</w:t>
        <w:br/>
        <w:t>v 0.943529 20.354681 -0.578571</w:t>
        <w:br/>
        <w:t>v 0.743024 20.561518 -0.741811</w:t>
        <w:br/>
        <w:t>v 0.786123 20.502497 -0.703585</w:t>
        <w:br/>
        <w:t>v 0.707199 20.525469 -0.745940</w:t>
        <w:br/>
        <w:t>v 0.546329 20.649265 -0.796037</w:t>
        <w:br/>
        <w:t>v 1.074653 20.101486 -0.183207</w:t>
        <w:br/>
        <w:t>v 1.005823 20.065022 -0.313113</w:t>
        <w:br/>
        <w:t>v 0.997654 20.050880 -0.209458</w:t>
        <w:br/>
        <w:t>v 0.994786 20.154415 -0.457349</w:t>
        <w:br/>
        <w:t>v -0.872744 17.723021 0.680175</w:t>
        <w:br/>
        <w:t>v -0.893474 17.698927 0.693416</w:t>
        <w:br/>
        <w:t>v -0.891454 17.626637 0.809866</w:t>
        <w:br/>
        <w:t>v -0.866739 17.638359 0.814141</w:t>
        <w:br/>
        <w:t>v -0.867213 17.643827 0.837672</w:t>
        <w:br/>
        <w:t>v -0.868542 17.731451 0.718232</w:t>
        <w:br/>
        <w:t>v -0.885345 17.638479 0.848177</w:t>
        <w:br/>
        <w:t>v -0.888608 17.735559 0.736372</w:t>
        <w:br/>
        <w:t>v -0.868542 17.731451 0.718232</w:t>
        <w:br/>
        <w:t>v -0.867213 17.643827 0.837672</w:t>
        <w:br/>
        <w:t>v -0.918591 17.743456 0.739969</w:t>
        <w:br/>
        <w:t>v -0.905350 17.629307 0.846134</w:t>
        <w:br/>
        <w:t>v -0.817495 17.528158 0.956863</w:t>
        <w:br/>
        <w:t>v -0.813476 17.535723 0.950990</w:t>
        <w:br/>
        <w:t>v -0.847386 17.560188 0.909825</w:t>
        <w:br/>
        <w:t>v -0.858792 17.549877 0.918783</w:t>
        <w:br/>
        <w:t>v -0.835989 17.573648 0.911490</w:t>
        <w:br/>
        <w:t>v -0.810276 17.545166 0.951216</w:t>
        <w:br/>
        <w:t>v -0.812090 17.546528 0.960686</w:t>
        <w:br/>
        <w:t>v -0.838012 17.576212 0.927625</w:t>
        <w:br/>
        <w:t>v -0.835989 17.573648 0.911490</w:t>
        <w:br/>
        <w:t>v -0.810276 17.545166 0.951216</w:t>
        <w:br/>
        <w:t>v -0.815441 17.540480 0.965994</w:t>
        <w:br/>
        <w:t>v -0.847205 17.568062 0.935771</w:t>
        <w:br/>
        <w:t>v -0.838012 17.576212 0.927625</w:t>
        <w:br/>
        <w:t>v -0.812090 17.546528 0.960686</w:t>
        <w:br/>
        <w:t>v -0.818129 17.532925 0.966383</w:t>
        <w:br/>
        <w:t>v -0.856389 17.557423 0.935440</w:t>
        <w:br/>
        <w:t>v -0.858792 17.549877 0.918783</w:t>
        <w:br/>
        <w:t>v -0.856389 17.557423 0.935440</w:t>
        <w:br/>
        <w:t>v -0.818129 17.532925 0.966383</w:t>
        <w:br/>
        <w:t>v -0.817495 17.528158 0.956863</w:t>
        <w:br/>
        <w:t>v -0.889762 17.579309 0.872844</w:t>
        <w:br/>
        <w:t>v -0.872679 17.588358 0.862616</w:t>
        <w:br/>
        <w:t>v -0.913853 17.619658 0.821125</w:t>
        <w:br/>
        <w:t>v -0.913853 17.619658 0.821125</w:t>
        <w:br/>
        <w:t>v -0.905350 17.629307 0.846134</w:t>
        <w:br/>
        <w:t>v -0.884572 17.588049 0.893025</w:t>
        <w:br/>
        <w:t>v -0.889762 17.579309 0.872844</w:t>
        <w:br/>
        <w:t>v -0.870031 17.598454 0.894077</w:t>
        <w:br/>
        <w:t>v -0.856267 17.605600 0.884759</w:t>
        <w:br/>
        <w:t>v -0.854629 17.601484 0.865302</w:t>
        <w:br/>
        <w:t>v -0.856267 17.605600 0.884759</w:t>
        <w:br/>
        <w:t>v -0.854629 17.601484 0.865302</w:t>
        <w:br/>
        <w:t>v -0.925685 17.786253 0.717190</w:t>
        <w:br/>
        <w:t>v -0.884508 17.785765 0.696300</w:t>
        <w:br/>
        <w:t>v -0.859440 17.777731 0.660611</w:t>
        <w:br/>
        <w:t>v -0.868542 17.731451 0.718232</w:t>
        <w:br/>
        <w:t>v -0.859440 17.777731 0.660611</w:t>
        <w:br/>
        <w:t>v -0.862442 17.765726 0.621399</w:t>
        <w:br/>
        <w:t>v -1.040552 17.717546 0.588771</w:t>
        <w:br/>
        <w:t>v -1.058515 17.728708 0.621227</w:t>
        <w:br/>
        <w:t>v -1.068827 17.638212 0.687024</w:t>
        <w:br/>
        <w:t>v -1.050262 17.629660 0.656620</w:t>
        <w:br/>
        <w:t>v -0.992459 17.714155 0.573517</w:t>
        <w:br/>
        <w:t>v -1.005236 17.636988 0.645120</w:t>
        <w:br/>
        <w:t>v -0.910994 17.860876 0.643526</w:t>
        <w:br/>
        <w:t>v -0.967283 17.777075 0.714424</w:t>
        <w:br/>
        <w:t>v -0.954618 17.861273 0.644841</w:t>
        <w:br/>
        <w:t>v -1.040074 17.673994 0.752719</w:t>
        <w:br/>
        <w:t>v -1.028041 17.756624 0.691819</w:t>
        <w:br/>
        <w:t>v -0.997845 17.694956 0.767958</w:t>
        <w:br/>
        <w:t>v -1.066538 17.654463 0.722548</w:t>
        <w:br/>
        <w:t>v -1.054527 17.743132 0.659600</w:t>
        <w:br/>
        <w:t>v -1.058515 17.728708 0.621227</w:t>
        <w:br/>
        <w:t>v -1.068827 17.638212 0.687024</w:t>
        <w:br/>
        <w:t>v -0.921855 17.732161 0.584793</w:t>
        <w:br/>
        <w:t>v -0.957852 17.657660 0.650287</w:t>
        <w:br/>
        <w:t>v -0.925702 17.691446 0.661889</w:t>
        <w:br/>
        <w:t>v -1.022931 17.542517 0.757823</w:t>
        <w:br/>
        <w:t>v -1.039869 17.548662 0.784965</w:t>
        <w:br/>
        <w:t>v -0.999784 17.478926 0.868208</w:t>
        <w:br/>
        <w:t>v -0.984939 17.476486 0.843663</w:t>
        <w:br/>
        <w:t>v -0.983742 17.551973 0.745702</w:t>
        <w:br/>
        <w:t>v -0.953178 17.490173 0.830504</w:t>
        <w:br/>
        <w:t>v -0.957959 17.535423 0.925339</w:t>
        <w:br/>
        <w:t>v -0.979474 17.607161 0.854242</w:t>
        <w:br/>
        <w:t>v -0.945338 17.619204 0.839982</w:t>
        <w:br/>
        <w:t>v -0.927481 17.552855 0.911587</w:t>
        <w:br/>
        <w:t>v -0.986345 17.511082 0.916640</w:t>
        <w:br/>
        <w:t>v -1.017548 17.584259 0.842418</w:t>
        <w:br/>
        <w:t>v -1.039461 17.563208 0.815692</w:t>
        <w:br/>
        <w:t>v -1.001412 17.490780 0.894835</w:t>
        <w:br/>
        <w:t>v -1.039869 17.548662 0.784965</w:t>
        <w:br/>
        <w:t>v -0.999784 17.478926 0.868208</w:t>
        <w:br/>
        <w:t>v -0.945150 17.571447 0.751299</w:t>
        <w:br/>
        <w:t>v -0.922981 17.511948 0.833213</w:t>
        <w:br/>
        <w:t>v -0.901542 17.539793 0.853245</w:t>
        <w:br/>
        <w:t>v -0.916974 17.599321 0.774603</w:t>
        <w:br/>
        <w:t>v -0.903896 17.558237 0.885709</w:t>
        <w:br/>
        <w:t>v -0.919713 17.619795 0.812113</w:t>
        <w:br/>
        <w:t>v -0.919713 17.619795 0.812113</w:t>
        <w:br/>
        <w:t>v -0.903896 17.558237 0.885709</w:t>
        <w:br/>
        <w:t>v -0.931391 17.424135 0.921087</w:t>
        <w:br/>
        <w:t>v -0.944411 17.423759 0.944390</w:t>
        <w:br/>
        <w:t>v -0.870945 17.384657 1.010013</w:t>
        <w:br/>
        <w:t>v -0.859956 17.387094 0.987873</w:t>
        <w:br/>
        <w:t>v -0.842289 17.403769 0.972462</w:t>
        <w:br/>
        <w:t>v -0.906705 17.440382 0.906440</w:t>
        <w:br/>
        <w:t>v -0.857496 17.432306 1.050147</w:t>
        <w:br/>
        <w:t>v -0.917940 17.477165 0.992624</w:t>
        <w:br/>
        <w:t>v -0.892707 17.497622 0.978215</w:t>
        <w:br/>
        <w:t>v -0.838651 17.452881 1.035176</w:t>
        <w:br/>
        <w:t>v -0.938162 17.452705 0.986777</w:t>
        <w:br/>
        <w:t>v -0.870511 17.409611 1.047030</w:t>
        <w:br/>
        <w:t>v -0.947597 17.433466 0.968497</w:t>
        <w:br/>
        <w:t>v -0.875183 17.392353 1.031910</w:t>
        <w:br/>
        <w:t>v -0.944411 17.423759 0.944390</w:t>
        <w:br/>
        <w:t>v -0.870945 17.384657 1.010013</w:t>
        <w:br/>
        <w:t>v -0.826772 17.425510 0.969673</w:t>
        <w:br/>
        <w:t>v -0.884073 17.463129 0.906132</w:t>
        <w:br/>
        <w:t>v -0.817746 17.448900 0.983492</w:t>
        <w:br/>
        <w:t>v -0.869095 17.489744 0.923015</w:t>
        <w:br/>
        <w:t>v -0.822514 17.462294 1.010976</w:t>
        <w:br/>
        <w:t>v -0.872377 17.506012 0.952966</w:t>
        <w:br/>
        <w:t>v -0.872377 17.506012 0.952966</w:t>
        <w:br/>
        <w:t>v -0.822514 17.462294 1.010976</w:t>
        <w:br/>
        <w:t>v -0.706047 17.381811 1.057178</w:t>
        <w:br/>
        <w:t>v -0.791243 17.372805 1.027456</w:t>
        <w:br/>
        <w:t>v -0.799744 17.369129 1.048219</w:t>
        <w:br/>
        <w:t>v -0.712657 17.376980 1.075915</w:t>
        <w:br/>
        <w:t>v -0.780082 17.388523 1.011875</w:t>
        <w:br/>
        <w:t>v -0.794506 17.409298 1.080902</w:t>
        <w:br/>
        <w:t>v -0.781471 17.427626 1.066099</w:t>
        <w:br/>
        <w:t>v -0.706550 17.404928 1.072163</w:t>
        <w:br/>
        <w:t>v -0.713579 17.389191 1.085925</w:t>
        <w:br/>
        <w:t>v -0.802325 17.389744 1.080183</w:t>
        <w:br/>
        <w:t>v -0.804119 17.375076 1.067892</w:t>
        <w:br/>
        <w:t>v -0.712657 17.376980 1.075915</w:t>
        <w:br/>
        <w:t>v -0.799744 17.369129 1.048219</w:t>
        <w:br/>
        <w:t>v -0.712657 17.376980 1.075915</w:t>
        <w:br/>
        <w:t>v -0.701334 17.399023 1.052400</w:t>
        <w:br/>
        <w:t>v -0.771119 17.408360 1.006946</w:t>
        <w:br/>
        <w:t>v -0.767392 17.427984 1.017045</w:t>
        <w:br/>
        <w:t>v -0.701334 17.399023 1.052400</w:t>
        <w:br/>
        <w:t>v -0.706550 17.404928 1.072163</w:t>
        <w:br/>
        <w:t>v -0.770278 17.436756 1.043504</w:t>
        <w:br/>
        <w:t>v -0.770278 17.436756 1.043504</w:t>
        <w:br/>
        <w:t>v -0.894517 17.857166 0.513806</w:t>
        <w:br/>
        <w:t>v -0.873940 17.865616 0.541360</w:t>
        <w:br/>
        <w:t>v -0.916601 17.894386 0.540981</w:t>
        <w:br/>
        <w:t>v -0.922445 17.892126 0.532903</w:t>
        <w:br/>
        <w:t>v -0.873590 17.875216 0.567572</w:t>
        <w:br/>
        <w:t>v -0.916542 17.897217 0.548407</w:t>
        <w:br/>
        <w:t>v -0.873590 17.875216 0.567572</w:t>
        <w:br/>
        <w:t>v -0.888212 17.885002 0.589684</w:t>
        <w:br/>
        <w:t>v -0.920716 17.900158 0.554555</w:t>
        <w:br/>
        <w:t>v -0.916542 17.897217 0.548407</w:t>
        <w:br/>
        <w:t>v -0.913209 17.892429 0.603137</w:t>
        <w:br/>
        <w:t>v -0.927803 17.902536 0.558155</w:t>
        <w:br/>
        <w:t>v -0.944302 17.895174 0.603956</w:t>
        <w:br/>
        <w:t>v -0.936338 17.903708 0.558065</w:t>
        <w:br/>
        <w:t>v -0.972053 17.893185 0.590685</w:t>
        <w:br/>
        <w:t>v -0.944014 17.903357 0.554308</w:t>
        <w:br/>
        <w:t>v -0.989715 17.886774 0.567838</w:t>
        <w:br/>
        <w:t>v -0.948986 17.901630 0.547959</w:t>
        <w:br/>
        <w:t>v -0.993420 17.877413 0.540994</w:t>
        <w:br/>
        <w:t>v -0.950142 17.898932 0.540467</w:t>
        <w:br/>
        <w:t>v -0.950142 17.898932 0.540467</w:t>
        <w:br/>
        <w:t>v -0.993420 17.877413 0.540994</w:t>
        <w:br/>
        <w:t>v -0.982550 17.867496 0.517667</w:t>
        <w:br/>
        <w:t>v -0.947217 17.896015 0.533921</w:t>
        <w:br/>
        <w:t>v -0.951478 17.857843 0.502924</w:t>
        <w:br/>
        <w:t>v -0.938522 17.893131 0.529584</w:t>
        <w:br/>
        <w:t>v -0.914286 17.854061 0.503585</w:t>
        <w:br/>
        <w:t>v -0.928030 17.891712 0.529754</w:t>
        <w:br/>
        <w:t>v -0.912053 17.810385 0.512481</w:t>
        <w:br/>
        <w:t>v -0.885355 17.816679 0.525844</w:t>
        <w:br/>
        <w:t>v -0.962966 17.812450 0.510200</w:t>
        <w:br/>
        <w:t>v -1.005361 17.825058 0.528401</w:t>
        <w:br/>
        <w:t>v -1.020268 17.837469 0.559332</w:t>
        <w:br/>
        <w:t>v -1.015763 17.848974 0.595542</w:t>
        <w:br/>
        <w:t>v -1.020268 17.837469 0.559332</w:t>
        <w:br/>
        <w:t>v -0.992757 17.856691 0.626425</w:t>
        <w:br/>
        <w:t>v -0.876481 17.852762 0.625843</w:t>
        <w:br/>
        <w:t>v -0.856016 17.840553 0.596621</w:t>
        <w:br/>
        <w:t>v -0.856939 17.828016 0.561204</w:t>
        <w:br/>
        <w:t>v -0.856016 17.840553 0.596621</w:t>
        <w:br/>
        <w:t>v -0.787698 17.520979 0.970468</w:t>
        <w:br/>
        <w:t>v -0.787698 17.520979 0.970468</w:t>
        <w:br/>
        <w:t>v -0.787698 17.520979 0.970468</w:t>
        <w:br/>
        <w:t>v -0.787698 17.520979 0.970468</w:t>
        <w:br/>
        <w:t>v -0.812090 17.546528 0.960686</w:t>
        <w:br/>
        <w:t>v -0.787698 17.520979 0.970468</w:t>
        <w:br/>
        <w:t>v -0.670683 17.386993 1.077561</w:t>
        <w:br/>
        <w:t>v -0.670683 17.386993 1.077561</w:t>
        <w:br/>
        <w:t>v -0.670683 17.386993 1.077561</w:t>
        <w:br/>
        <w:t>v -0.670683 17.386993 1.077561</w:t>
        <w:br/>
        <w:t>v -0.706550 17.404928 1.072163</w:t>
        <w:br/>
        <w:t>v -0.886308 17.745050 0.594172</w:t>
        <w:br/>
        <w:t>v -0.893474 17.698927 0.693416</w:t>
        <w:br/>
        <w:t>v -0.917530 17.711637 0.717044</w:t>
        <w:br/>
        <w:t>v -0.953095 17.741282 0.742741</w:t>
        <w:br/>
        <w:t>v -0.925702 17.691446 0.661889</w:t>
        <w:br/>
        <w:t>v -0.923707 17.710905 0.715575</w:t>
        <w:br/>
        <w:t>v -0.953095 17.741282 0.742741</w:t>
        <w:br/>
        <w:t>v -0.918591 17.743456 0.739969</w:t>
        <w:br/>
        <w:t>v -0.917530 17.711637 0.717044</w:t>
        <w:br/>
        <w:t>v -0.923707 17.710905 0.715575</w:t>
        <w:br/>
        <w:t>v -0.917530 17.711637 0.717044</w:t>
        <w:br/>
        <w:t>v -0.918591 17.743456 0.739969</w:t>
        <w:br/>
        <w:t>v -0.923707 17.710905 0.715575</w:t>
        <w:br/>
        <w:t>v -0.923707 17.710905 0.715575</w:t>
        <w:br/>
        <w:t>v -0.767385 18.286974 0.474244</w:t>
        <w:br/>
        <w:t>v -0.693597 18.316580 0.393174</w:t>
        <w:br/>
        <w:t>v -0.683960 18.308186 0.400862</w:t>
        <w:br/>
        <w:t>v -0.726789 18.280760 0.491387</w:t>
        <w:br/>
        <w:t>v -0.828941 18.172951 0.551097</w:t>
        <w:br/>
        <w:t>v -0.842284 18.230333 0.442755</w:t>
        <w:br/>
        <w:t>v -0.886810 18.073774 0.547262</w:t>
        <w:br/>
        <w:t>v -0.913685 18.120451 0.476681</w:t>
        <w:br/>
        <w:t>v -0.920008 17.958548 0.546534</w:t>
        <w:br/>
        <w:t>v -0.942265 17.970175 0.543335</w:t>
        <w:br/>
        <w:t>v -0.722070 18.415869 0.459180</w:t>
        <w:br/>
        <w:t>v -0.668595 18.518404 0.447738</w:t>
        <w:br/>
        <w:t>v -0.626139 18.503824 0.352866</w:t>
        <w:br/>
        <w:t>v -0.662303 18.396097 0.364666</w:t>
        <w:br/>
        <w:t>v -0.668595 18.518404 0.447738</w:t>
        <w:br/>
        <w:t>v -0.722070 18.415869 0.459180</w:t>
        <w:br/>
        <w:t>v -0.776909 18.430090 0.383534</w:t>
        <w:br/>
        <w:t>v -0.709737 18.529467 0.391613</w:t>
        <w:br/>
        <w:t>v -0.799043 18.300402 0.483389</w:t>
        <w:br/>
        <w:t>v -0.841031 18.321299 0.409636</w:t>
        <w:br/>
        <w:t>v -0.978086 18.089958 0.496570</w:t>
        <w:br/>
        <w:t>v -0.978086 18.089958 0.496570</w:t>
        <w:br/>
        <w:t>v -0.982072 17.949738 0.458795</w:t>
        <w:br/>
        <w:t>v -1.013057 18.066402 0.417549</w:t>
        <w:br/>
        <w:t>v -1.001917 18.175438 0.367711</w:t>
        <w:br/>
        <w:t>v -0.981501 18.174416 0.407353</w:t>
        <w:br/>
        <w:t>v -0.938527 18.179066 0.425150</w:t>
        <w:br/>
        <w:t>v -0.925475 18.206078 0.451636</w:t>
        <w:br/>
        <w:t>v -0.938527 18.179066 0.425150</w:t>
        <w:br/>
        <w:t>v -0.978159 18.208982 0.352223</w:t>
        <w:br/>
        <w:t>v -0.959161 18.228401 0.351227</w:t>
        <w:br/>
        <w:t>v -0.961796 18.279654 0.328502</w:t>
        <w:br/>
        <w:t>v -0.939111 18.293142 0.423433</w:t>
        <w:br/>
        <w:t>v -0.893788 18.293142 0.456668</w:t>
        <w:br/>
        <w:t>v -0.895065 18.190401 0.477487</w:t>
        <w:br/>
        <w:t>v -0.895065 18.190401 0.477487</w:t>
        <w:br/>
        <w:t>v -0.893788 18.293142 0.456668</w:t>
        <w:br/>
        <w:t>v -0.841031 18.321299 0.409636</w:t>
        <w:br/>
        <w:t>v -0.842284 18.230333 0.442755</w:t>
        <w:br/>
        <w:t>v -0.897752 18.407579 0.357181</w:t>
        <w:br/>
        <w:t>v -0.880246 18.422556 0.349498</w:t>
        <w:br/>
        <w:t>v -0.939001 18.396933 0.361237</w:t>
        <w:br/>
        <w:t>v -0.945937 18.381323 0.292233</w:t>
        <w:br/>
        <w:t>v -0.939001 18.396933 0.361237</w:t>
        <w:br/>
        <w:t>v -0.690788 18.257038 0.491127</w:t>
        <w:br/>
        <w:t>v -0.674553 18.297720 0.408523</w:t>
        <w:br/>
        <w:t>v -0.667988 18.221193 0.440910</w:t>
        <w:br/>
        <w:t>v -0.715307 18.084110 0.501039</w:t>
        <w:br/>
        <w:t>v -0.755904 18.130791 0.586417</w:t>
        <w:br/>
        <w:t>v -0.779408 18.002672 0.503148</w:t>
        <w:br/>
        <w:t>v -0.831061 18.036127 0.573338</w:t>
        <w:br/>
        <w:t>v -0.877889 17.918133 0.483248</w:t>
        <w:br/>
        <w:t>v -0.895969 17.943716 0.546284</w:t>
        <w:br/>
        <w:t>v -0.755904 18.130791 0.586417</w:t>
        <w:br/>
        <w:t>v -0.831061 18.036127 0.573338</w:t>
        <w:br/>
        <w:t>v -0.895969 17.943716 0.546284</w:t>
        <w:br/>
        <w:t>v -0.880246 18.422556 0.349498</w:t>
        <w:br/>
        <w:t>v -0.838210 18.434027 0.397496</w:t>
        <w:br/>
        <w:t>v -0.767385 18.286974 0.474244</w:t>
        <w:br/>
        <w:t>v -0.799043 18.300402 0.483389</w:t>
        <w:br/>
        <w:t>v -0.693597 18.316580 0.393174</w:t>
        <w:br/>
        <w:t>v -0.842957 18.697710 0.246386</w:t>
        <w:br/>
        <w:t>v -0.826731 18.651457 0.328704</w:t>
        <w:br/>
        <w:t>v -0.877890 18.634134 0.319886</w:t>
        <w:br/>
        <w:t>v -0.872316 18.664766 0.246053</w:t>
        <w:br/>
        <w:t>v -0.878188 18.589952 0.343747</w:t>
        <w:br/>
        <w:t>v -0.809735 18.603800 0.358079</w:t>
        <w:br/>
        <w:t>v -0.871737 18.528803 0.361906</w:t>
        <w:br/>
        <w:t>v -0.801331 18.536188 0.362666</w:t>
        <w:br/>
        <w:t>v -0.903181 18.501135 0.315004</w:t>
        <w:br/>
        <w:t>v -0.903859 18.465162 0.270333</w:t>
        <w:br/>
        <w:t>v -0.908318 18.547979 0.258036</w:t>
        <w:br/>
        <w:t>v -0.904780 18.587214 0.252320</w:t>
        <w:br/>
        <w:t>v -0.903859 18.465162 0.270333</w:t>
        <w:br/>
        <w:t>v -0.902927 18.489649 0.227387</w:t>
        <w:br/>
        <w:t>v -0.908318 18.547979 0.258036</w:t>
        <w:br/>
        <w:t>v -0.677402 18.583906 0.368818</w:t>
        <w:br/>
        <w:t>v -0.730141 18.668360 0.414480</w:t>
        <w:br/>
        <w:t>v -0.703481 18.703802 0.415284</w:t>
        <w:br/>
        <w:t>v -0.661694 18.634809 0.297653</w:t>
        <w:br/>
        <w:t>v -0.685773 18.613428 0.389630</w:t>
        <w:br/>
        <w:t>v -0.677402 18.583906 0.368818</w:t>
        <w:br/>
        <w:t>v -0.730141 18.668360 0.414480</w:t>
        <w:br/>
        <w:t>v -0.763806 18.729136 0.347833</w:t>
        <w:br/>
        <w:t>v -0.724775 18.778593 0.363358</w:t>
        <w:br/>
        <w:t>v -0.703481 18.703802 0.415284</w:t>
        <w:br/>
        <w:t>v -0.794208 18.678213 0.325005</w:t>
        <w:br/>
        <w:t>v -0.784861 18.643694 0.372752</w:t>
        <w:br/>
        <w:t>v -0.754858 18.571978 0.411255</w:t>
        <w:br/>
        <w:t>v -0.709737 18.529467 0.391613</w:t>
        <w:br/>
        <w:t>v -0.754858 18.571978 0.411255</w:t>
        <w:br/>
        <w:t>v -0.818369 18.726252 0.350589</w:t>
        <w:br/>
        <w:t>v -0.859923 18.766563 0.245247</w:t>
        <w:br/>
        <w:t>v -0.833102 18.769491 0.360554</w:t>
        <w:br/>
        <w:t>v -0.866961 18.859999 0.245270</w:t>
        <w:br/>
        <w:t>v -0.843484 18.856544 0.373682</w:t>
        <w:br/>
        <w:t>v -0.770014 18.853861 0.368903</w:t>
        <w:br/>
        <w:t>v -0.724775 18.778593 0.363358</w:t>
        <w:br/>
        <w:t>v -0.763806 18.729136 0.347833</w:t>
        <w:br/>
        <w:t>v -0.780537 18.776503 0.376343</w:t>
        <w:br/>
        <w:t>v -0.799445 18.854816 0.383293</w:t>
        <w:br/>
        <w:t>v -0.833102 18.769491 0.360554</w:t>
        <w:br/>
        <w:t>v -0.843484 18.856544 0.373682</w:t>
        <w:br/>
        <w:t>v -0.818369 18.726252 0.350589</w:t>
        <w:br/>
        <w:t>v -0.794208 18.678213 0.325005</w:t>
        <w:br/>
        <w:t>v -0.829034 18.930452 0.349567</w:t>
        <w:br/>
        <w:t>v -0.785813 18.929144 0.348662</w:t>
        <w:br/>
        <w:t>v -0.829034 18.930452 0.349567</w:t>
        <w:br/>
        <w:t>v -0.862717 18.929708 0.244853</w:t>
        <w:br/>
        <w:t>v -0.679342 18.744188 0.387582</w:t>
        <w:br/>
        <w:t>v -0.681402 18.818954 0.294862</w:t>
        <w:br/>
        <w:t>v -0.655604 18.795366 0.305552</w:t>
        <w:br/>
        <w:t>v -0.679342 18.744188 0.387582</w:t>
        <w:br/>
        <w:t>v -0.645585 18.701654 0.298963</w:t>
        <w:br/>
        <w:t>v -0.733314 18.858097 0.385450</w:t>
        <w:br/>
        <w:t>v -0.723697 18.910418 0.394023</w:t>
        <w:br/>
        <w:t>v -0.669701 18.894756 0.291391</w:t>
        <w:br/>
        <w:t>v -0.681402 18.818954 0.294862</w:t>
        <w:br/>
        <w:t>v -0.733314 18.858097 0.385450</w:t>
        <w:br/>
        <w:t>v -0.723697 18.910418 0.394023</w:t>
        <w:br/>
        <w:t>v -0.707343 18.978262 0.404558</w:t>
        <w:br/>
        <w:t>v -0.661470 18.969994 0.293718</w:t>
        <w:br/>
        <w:t>v -0.758384 18.993868 0.365109</w:t>
        <w:br/>
        <w:t>v -0.707343 18.978262 0.404558</w:t>
        <w:br/>
        <w:t>v -0.815046 18.948910 0.333376</w:t>
        <w:br/>
        <w:t>v -0.840038 18.969561 0.245710</w:t>
        <w:br/>
        <w:t>v -0.720372 19.034870 0.376189</w:t>
        <w:br/>
        <w:t>v -0.699383 19.051773 0.296093</w:t>
        <w:br/>
        <w:t>v -0.720372 19.034870 0.376189</w:t>
        <w:br/>
        <w:t>v -0.815046 18.948910 0.333376</w:t>
        <w:br/>
        <w:t>v -0.825656 19.006065 0.370719</w:t>
        <w:br/>
        <w:t>v -0.793157 19.002680 0.385286</w:t>
        <w:br/>
        <w:t>v -0.812114 19.074368 0.398053</w:t>
        <w:br/>
        <w:t>v -0.790037 19.073647 0.385376</w:t>
        <w:br/>
        <w:t>v -0.758384 18.993868 0.365109</w:t>
        <w:br/>
        <w:t>v -0.793157 19.002680 0.385286</w:t>
        <w:br/>
        <w:t>v -0.824801 19.106888 0.366747</w:t>
        <w:br/>
        <w:t>v -0.803061 19.100185 0.365737</w:t>
        <w:br/>
        <w:t>v -0.849775 19.010994 0.247407</w:t>
        <w:br/>
        <w:t>v -0.846329 19.061428 0.381781</w:t>
        <w:br/>
        <w:t>v -0.812114 19.074368 0.398053</w:t>
        <w:br/>
        <w:t>v -0.848566 19.098856 0.361847</w:t>
        <w:br/>
        <w:t>v -0.866966 19.053612 0.251064</w:t>
        <w:br/>
        <w:t>v -0.846329 19.061428 0.381781</w:t>
        <w:br/>
        <w:t>v -0.868571 19.080488 0.252316</w:t>
        <w:br/>
        <w:t>v -0.849989 19.122837 0.254473</w:t>
        <w:br/>
        <w:t>v -0.839631 19.131184 0.254594</w:t>
        <w:br/>
        <w:t>v -0.836597 19.139631 0.254936</w:t>
        <w:br/>
        <w:t>v -0.752326 19.083475 0.404709</w:t>
        <w:br/>
        <w:t>v -0.714422 19.100534 0.411981</w:t>
        <w:br/>
        <w:t>v -0.803061 19.100185 0.365737</w:t>
        <w:br/>
        <w:t>v -0.781069 19.134184 0.387578</w:t>
        <w:br/>
        <w:t>v -0.762682 19.157854 0.398226</w:t>
        <w:br/>
        <w:t>v -0.836597 19.139631 0.254936</w:t>
        <w:br/>
        <w:t>v -0.815275 19.158298 0.390357</w:t>
        <w:br/>
        <w:t>v -0.815275 19.158298 0.390357</w:t>
        <w:br/>
        <w:t>v -0.781161 19.202312 0.385605</w:t>
        <w:br/>
        <w:t>v -0.743521 19.179043 0.388515</w:t>
        <w:br/>
        <w:t>v -0.697522 19.141655 0.410588</w:t>
        <w:br/>
        <w:t>v -0.714422 19.100534 0.411981</w:t>
        <w:br/>
        <w:t>v -0.697522 19.141655 0.410588</w:t>
        <w:br/>
        <w:t>v -0.686033 19.114492 0.298800</w:t>
        <w:br/>
        <w:t>v -0.720004 19.199739 0.381474</w:t>
        <w:br/>
        <w:t>v -0.684993 19.171076 0.376657</w:t>
        <w:br/>
        <w:t>v -0.684993 19.171076 0.376657</w:t>
        <w:br/>
        <w:t>v -0.681622 19.140760 0.299681</w:t>
        <w:br/>
        <w:t>v -0.847445 19.230118 0.371143</w:t>
        <w:br/>
        <w:t>v -0.855033 19.225225 0.236522</w:t>
        <w:br/>
        <w:t>v -0.847445 19.230118 0.371143</w:t>
        <w:br/>
        <w:t>v -0.755960 19.252193 0.399800</w:t>
        <w:br/>
        <w:t>v -0.720004 19.199739 0.381474</w:t>
        <w:br/>
        <w:t>v -0.708843 19.215611 0.293834</w:t>
        <w:br/>
        <w:t>v -0.688953 19.188618 0.298797</w:t>
        <w:br/>
        <w:t>v -0.755960 19.252193 0.399800</w:t>
        <w:br/>
        <w:t>v -0.913685 18.120451 0.476681</w:t>
        <w:br/>
        <w:t>v -0.766677 18.258562 0.314252</w:t>
        <w:br/>
        <w:t>v -0.726048 18.252411 0.333020</w:t>
        <w:br/>
        <w:t>v -0.683960 18.308186 0.400862</w:t>
        <w:br/>
        <w:t>v -0.693597 18.316580 0.393174</w:t>
        <w:br/>
        <w:t>v -0.828403 18.131039 0.328019</w:t>
        <w:br/>
        <w:t>v -0.841950 18.207899 0.321048</w:t>
        <w:br/>
        <w:t>v -0.913515 18.100237 0.371119</w:t>
        <w:br/>
        <w:t>v -0.886659 18.041164 0.376390</w:t>
        <w:br/>
        <w:t>v -0.942265 17.942425 0.398248</w:t>
        <w:br/>
        <w:t>v -0.920008 17.932171 0.407012</w:t>
        <w:br/>
        <w:t>v -0.721390 18.383959 0.254553</w:t>
        <w:br/>
        <w:t>v -0.798175 18.265753 0.285403</w:t>
        <w:br/>
        <w:t>v -0.662303 18.396097 0.364666</w:t>
        <w:br/>
        <w:t>v -0.626139 18.503824 0.352866</w:t>
        <w:br/>
        <w:t>v -0.667438 18.492990 0.249833</w:t>
        <w:br/>
        <w:t>v -0.667438 18.492990 0.249833</w:t>
        <w:br/>
        <w:t>v -0.708981 18.512247 0.255511</w:t>
        <w:br/>
        <w:t>v -0.776577 18.410479 0.253536</w:t>
        <w:br/>
        <w:t>v -0.721390 18.383959 0.254553</w:t>
        <w:br/>
        <w:t>v -0.840491 18.300142 0.284991</w:t>
        <w:br/>
        <w:t>v -0.977934 18.063446 0.357692</w:t>
        <w:br/>
        <w:t>v -0.942265 17.942425 0.398248</w:t>
        <w:br/>
        <w:t>v -0.977934 18.063446 0.357692</w:t>
        <w:br/>
        <w:t>v -1.013057 18.066402 0.417549</w:t>
        <w:br/>
        <w:t>v -0.982072 17.949738 0.458795</w:t>
        <w:br/>
        <w:t>v -1.001917 18.175438 0.367711</w:t>
        <w:br/>
        <w:t>v -1.013057 18.066402 0.417549</w:t>
        <w:br/>
        <w:t>v -0.981369 18.162537 0.343931</w:t>
        <w:br/>
        <w:t>v -0.936614 18.161602 0.336963</w:t>
        <w:br/>
        <w:t>v -0.981369 18.162537 0.343931</w:t>
        <w:br/>
        <w:t>v -0.925128 18.179251 0.308687</w:t>
        <w:br/>
        <w:t>v -0.959161 18.228401 0.351227</w:t>
        <w:br/>
        <w:t>v -0.978159 18.208982 0.352223</w:t>
        <w:br/>
        <w:t>v -0.961796 18.279654 0.328502</w:t>
        <w:br/>
        <w:t>v -0.959161 18.228401 0.351227</w:t>
        <w:br/>
        <w:t>v -0.938506 18.265368 0.265329</w:t>
        <w:br/>
        <w:t>v -0.894697 18.160254 0.317924</w:t>
        <w:br/>
        <w:t>v -0.893045 18.258896 0.261402</w:t>
        <w:br/>
        <w:t>v -0.938506 18.265368 0.265329</w:t>
        <w:br/>
        <w:t>v -0.897330 18.389803 0.241830</w:t>
        <w:br/>
        <w:t>v -0.938500 18.378183 0.241108</w:t>
        <w:br/>
        <w:t>v -0.945937 18.381323 0.292233</w:t>
        <w:br/>
        <w:t>v -0.938500 18.378183 0.241108</w:t>
        <w:br/>
        <w:t>v -0.879922 18.406309 0.242592</w:t>
        <w:br/>
        <w:t>v -0.674553 18.297720 0.408523</w:t>
        <w:br/>
        <w:t>v -0.690229 18.234577 0.366972</w:t>
        <w:br/>
        <w:t>v -0.667988 18.221193 0.440910</w:t>
        <w:br/>
        <w:t>v -0.715307 18.084110 0.501039</w:t>
        <w:br/>
        <w:t>v -0.755467 18.091766 0.383885</w:t>
        <w:br/>
        <w:t>v -0.831037 18.004915 0.407723</w:t>
        <w:br/>
        <w:t>v -0.779408 18.002672 0.503148</w:t>
        <w:br/>
        <w:t>v -0.895968 17.920204 0.419309</w:t>
        <w:br/>
        <w:t>v -0.877889 17.918133 0.483248</w:t>
        <w:br/>
        <w:t>v -0.837670 18.408194 0.222555</w:t>
        <w:br/>
        <w:t>v -0.877277 18.622290 0.198359</w:t>
        <w:br/>
        <w:t>v -0.826062 18.639467 0.194558</w:t>
        <w:br/>
        <w:t>v -0.842957 18.697710 0.246386</w:t>
        <w:br/>
        <w:t>v -0.872316 18.664766 0.246053</w:t>
        <w:br/>
        <w:t>v -0.877482 18.573317 0.191221</w:t>
        <w:br/>
        <w:t>v -0.808890 18.586805 0.199534</w:t>
        <w:br/>
        <w:t>v -0.871304 18.508287 0.199705</w:t>
        <w:br/>
        <w:t>v -0.800726 18.518251 0.218618</w:t>
        <w:br/>
        <w:t>v -0.903859 18.465162 0.270333</w:t>
        <w:br/>
        <w:t>v -0.877482 18.573317 0.191221</w:t>
        <w:br/>
        <w:t>v -0.871304 18.508287 0.199705</w:t>
        <w:br/>
        <w:t>v -0.904780 18.587214 0.252320</w:t>
        <w:br/>
        <w:t>v -0.872316 18.664766 0.246053</w:t>
        <w:br/>
        <w:t>v -0.626139 18.503824 0.352866</w:t>
        <w:br/>
        <w:t>v -0.676719 18.571184 0.257788</w:t>
        <w:br/>
        <w:t>v -0.726109 18.654360 0.171561</w:t>
        <w:br/>
        <w:t>v -0.684789 18.596033 0.225776</w:t>
        <w:br/>
        <w:t>v -0.661694 18.634809 0.297653</w:t>
        <w:br/>
        <w:t>v -0.700201 18.691282 0.179142</w:t>
        <w:br/>
        <w:t>v -0.676719 18.571184 0.257788</w:t>
        <w:br/>
        <w:t>v -0.726109 18.654360 0.171561</w:t>
        <w:br/>
        <w:t>v -0.700201 18.691282 0.179142</w:t>
        <w:br/>
        <w:t>v -0.723484 18.772573 0.203242</w:t>
        <w:br/>
        <w:t>v -0.762452 18.720263 0.187971</w:t>
        <w:br/>
        <w:t>v -0.793491 18.667887 0.194390</w:t>
        <w:br/>
        <w:t>v -0.783842 18.625628 0.183696</w:t>
        <w:br/>
        <w:t>v -0.753696 18.547842 0.206892</w:t>
        <w:br/>
        <w:t>v -0.817001 18.716105 0.173430</w:t>
        <w:br/>
        <w:t>v -0.859923 18.766563 0.245247</w:t>
        <w:br/>
        <w:t>v -0.842957 18.697710 0.246386</w:t>
        <w:br/>
        <w:t>v -0.817001 18.716105 0.173430</w:t>
        <w:br/>
        <w:t>v -0.831751 18.761488 0.165887</w:t>
        <w:br/>
        <w:t>v -0.866961 18.859999 0.245270</w:t>
        <w:br/>
        <w:t>v -0.842467 18.853592 0.157746</w:t>
        <w:br/>
        <w:t>v -0.768925 18.851057 0.180442</w:t>
        <w:br/>
        <w:t>v -0.778944 18.768318 0.170111</w:t>
        <w:br/>
        <w:t>v -0.798238 18.851433 0.162109</w:t>
        <w:br/>
        <w:t>v -0.831751 18.761488 0.165887</w:t>
        <w:br/>
        <w:t>v -0.842467 18.853592 0.157746</w:t>
        <w:br/>
        <w:t>v -0.828563 18.931147 0.171653</w:t>
        <w:br/>
        <w:t>v -0.785247 18.929674 0.179530</w:t>
        <w:br/>
        <w:t>v -0.828563 18.931147 0.171653</w:t>
        <w:br/>
        <w:t>v -0.862717 18.929708 0.244853</w:t>
        <w:br/>
        <w:t>v -0.673398 18.748335 0.200116</w:t>
        <w:br/>
        <w:t>v -0.655604 18.795366 0.305552</w:t>
        <w:br/>
        <w:t>v -0.681402 18.818954 0.294862</w:t>
        <w:br/>
        <w:t>v -0.661694 18.634809 0.297653</w:t>
        <w:br/>
        <w:t>v -0.645585 18.701654 0.298963</w:t>
        <w:br/>
        <w:t>v -0.673398 18.748335 0.200116</w:t>
        <w:br/>
        <w:t>v -0.655604 18.795366 0.305552</w:t>
        <w:br/>
        <w:t>v -0.732139 18.855223 0.189878</w:t>
        <w:br/>
        <w:t>v -0.681402 18.818954 0.294862</w:t>
        <w:br/>
        <w:t>v -0.669701 18.894756 0.291391</w:t>
        <w:br/>
        <w:t>v -0.722695 18.909473 0.180549</w:t>
        <w:br/>
        <w:t>v -0.661470 18.969994 0.293718</w:t>
        <w:br/>
        <w:t>v -0.707419 18.981674 0.183406</w:t>
        <w:br/>
        <w:t>v -0.707419 18.981674 0.183406</w:t>
        <w:br/>
        <w:t>v -0.758499 18.996389 0.183897</w:t>
        <w:br/>
        <w:t>v -0.814777 18.950191 0.180551</w:t>
        <w:br/>
        <w:t>v -0.814777 18.950191 0.180551</w:t>
        <w:br/>
        <w:t>v -0.840038 18.969561 0.245710</w:t>
        <w:br/>
        <w:t>v -0.699383 19.051773 0.296093</w:t>
        <w:br/>
        <w:t>v -0.721563 19.040371 0.206373</w:t>
        <w:br/>
        <w:t>v -0.814740 19.083403 0.163269</w:t>
        <w:br/>
        <w:t>v -0.793960 19.008055 0.164331</w:t>
        <w:br/>
        <w:t>v -0.792200 19.079987 0.174936</w:t>
        <w:br/>
        <w:t>v -0.827840 19.113991 0.171591</w:t>
        <w:br/>
        <w:t>v -0.805765 19.106686 0.176573</w:t>
        <w:br/>
        <w:t>v -0.849775 19.010994 0.247407</w:t>
        <w:br/>
        <w:t>v -0.826621 19.011490 0.165539</w:t>
        <w:br/>
        <w:t>v -0.848352 19.068176 0.164015</w:t>
        <w:br/>
        <w:t>v -0.826621 19.011490 0.165539</w:t>
        <w:br/>
        <w:t>v -0.851334 19.104082 0.172924</w:t>
        <w:br/>
        <w:t>v -0.866966 19.053612 0.251064</w:t>
        <w:br/>
        <w:t>v -0.848352 19.068176 0.164015</w:t>
        <w:br/>
        <w:t>v -0.851334 19.104082 0.172924</w:t>
        <w:br/>
        <w:t>v -0.868571 19.080488 0.252316</w:t>
        <w:br/>
        <w:t>v -0.827840 19.113991 0.171591</w:t>
        <w:br/>
        <w:t>v -0.839631 19.131184 0.254594</w:t>
        <w:br/>
        <w:t>v -0.849989 19.122837 0.254473</w:t>
        <w:br/>
        <w:t>v -0.805765 19.106686 0.176573</w:t>
        <w:br/>
        <w:t>v -0.836597 19.139631 0.254936</w:t>
        <w:br/>
        <w:t>v -0.754834 19.089661 0.175825</w:t>
        <w:br/>
        <w:t>v -0.717604 19.109280 0.187228</w:t>
        <w:br/>
        <w:t>v -0.784382 19.137129 0.167599</w:t>
        <w:br/>
        <w:t>v -0.717604 19.109280 0.187228</w:t>
        <w:br/>
        <w:t>v -0.766506 19.160942 0.168568</w:t>
        <w:br/>
        <w:t>v -0.836597 19.139631 0.254936</w:t>
        <w:br/>
        <w:t>v -0.805765 19.106686 0.176573</w:t>
        <w:br/>
        <w:t>v -0.819441 19.164877 0.158409</w:t>
        <w:br/>
        <w:t>v -0.819441 19.164877 0.158409</w:t>
        <w:br/>
        <w:t>v -0.785366 19.201218 0.173455</w:t>
        <w:br/>
        <w:t>v -0.747305 19.182388 0.184363</w:t>
        <w:br/>
        <w:t>v -0.701411 19.150835 0.195250</w:t>
        <w:br/>
        <w:t>v -0.686033 19.114492 0.298800</w:t>
        <w:br/>
        <w:t>v -0.687545 19.174086 0.228490</w:t>
        <w:br/>
        <w:t>v -0.723297 19.204138 0.204779</w:t>
        <w:br/>
        <w:t>v -0.681622 19.140760 0.299681</w:t>
        <w:br/>
        <w:t>v -0.754738 19.251793 0.190337</w:t>
        <w:br/>
        <w:t>v -0.688953 19.188618 0.298797</w:t>
        <w:br/>
        <w:t>v -0.708843 19.215611 0.293834</w:t>
        <w:br/>
        <w:t>v -0.829310 19.222353 0.163722</w:t>
        <w:br/>
        <w:t>v -0.855033 19.225225 0.236522</w:t>
        <w:br/>
        <w:t>v -0.829310 19.222353 0.163722</w:t>
        <w:br/>
        <w:t>v -0.714299 19.248632 0.280481</w:t>
        <w:br/>
        <w:t>v -0.714299 19.248632 0.280481</w:t>
        <w:br/>
        <w:t>v -0.826731 18.651457 0.328704</w:t>
        <w:br/>
        <w:t>v -0.826062 18.639467 0.194558</w:t>
        <w:br/>
        <w:t>v -0.903859 18.465162 0.270333</w:t>
        <w:br/>
        <w:t>v -0.906611 17.877037 0.483254</w:t>
        <w:br/>
        <w:t>v -0.914722 17.888449 0.508341</w:t>
        <w:br/>
        <w:t>v -0.914722 17.888449 0.508341</w:t>
        <w:br/>
        <w:t>v -0.925506 17.895056 0.508487</w:t>
        <w:br/>
        <w:t>v -0.935491 17.900234 0.507517</w:t>
        <w:br/>
        <w:t>v -0.953350 17.891134 0.472821</w:t>
        <w:br/>
        <w:t>v -0.914722 17.877960 0.453655</w:t>
        <w:br/>
        <w:t>v -0.906611 17.877037 0.483254</w:t>
        <w:br/>
        <w:t>v -0.925506 17.883303 0.447106</w:t>
        <w:br/>
        <w:t>v -0.953350 17.891134 0.472821</w:t>
        <w:br/>
        <w:t>v -0.935491 17.887873 0.442974</w:t>
        <w:br/>
        <w:t>v -0.802423 20.202160 0.174312</w:t>
        <w:br/>
        <w:t>v -0.932192 20.208790 0.132148</w:t>
        <w:br/>
        <w:t>v -0.979942 20.264612 0.068412</w:t>
        <w:br/>
        <w:t>v -0.861717 20.288216 0.105919</w:t>
        <w:br/>
        <w:t>v -1.026202 20.110432 0.071169</w:t>
        <w:br/>
        <w:t>v -1.050241 20.166948 0.012550</w:t>
        <w:br/>
        <w:t>v -1.066986 20.073156 -0.046514</w:t>
        <w:br/>
        <w:t>v -1.059563 20.120333 -0.114727</w:t>
        <w:br/>
        <w:t>v -1.039793 20.211796 -0.062708</w:t>
        <w:br/>
        <w:t>v -0.772024 20.002266 0.178061</w:t>
        <w:br/>
        <w:t>v -0.833088 19.921167 0.110053</w:t>
        <w:br/>
        <w:t>v -1.015866 19.970741 0.064482</w:t>
        <w:br/>
        <w:t>v -1.005038 20.063803 0.130819</w:t>
        <w:br/>
        <w:t>v -1.037740 20.015017 0.012317</w:t>
        <w:br/>
        <w:t>v -0.958213 19.928131 -0.029587</w:t>
        <w:br/>
        <w:t>v -0.992030 19.970106 -0.114425</w:t>
        <w:br/>
        <w:t>v -0.854789 19.874893 -0.029898</w:t>
        <w:br/>
        <w:t>v -0.921011 19.951900 -0.142162</w:t>
        <w:br/>
        <w:t>v -1.089749 20.201504 -0.211956</w:t>
        <w:br/>
        <w:t>v -1.065346 20.277733 -0.174978</w:t>
        <w:br/>
        <w:t>v -1.030714 20.242643 -0.112674</w:t>
        <w:br/>
        <w:t>v -1.053867 20.155563 -0.159746</w:t>
        <w:br/>
        <w:t>v -1.005476 20.288874 -0.011889</w:t>
        <w:br/>
        <w:t>v -0.919527 20.316095 0.011482</w:t>
        <w:br/>
        <w:t>v -1.015296 20.279512 -0.072898</w:t>
        <w:br/>
        <w:t>v -1.032140 20.360361 -0.145975</w:t>
        <w:br/>
        <w:t>v -1.054068 20.105597 -0.184214</w:t>
        <w:br/>
        <w:t>v -1.030541 20.047010 -0.173617</w:t>
        <w:br/>
        <w:t>v -0.945014 20.016375 -0.204642</w:t>
        <w:br/>
        <w:t>v -0.973820 20.053881 -0.213364</w:t>
        <w:br/>
        <w:t>v -1.066952 20.107357 -0.294957</w:t>
        <w:br/>
        <w:t>v -1.037312 20.154726 -0.369860</w:t>
        <w:br/>
        <w:t>v -1.075454 20.278831 -0.296718</w:t>
        <w:br/>
        <w:t>v -0.865291 20.371054 -0.595849</w:t>
        <w:br/>
        <w:t>v -0.768034 20.420624 -0.656164</w:t>
        <w:br/>
        <w:t>v -0.842663 20.471441 -0.653871</w:t>
        <w:br/>
        <w:t>v -0.883199 20.598198 -0.531224</w:t>
        <w:br/>
        <w:t>v -0.781750 20.642874 -0.566601</w:t>
        <w:br/>
        <w:t>v -0.854970 20.596098 -0.462111</w:t>
        <w:br/>
        <w:t>v -0.891166 20.552366 -0.600201</w:t>
        <w:br/>
        <w:t>v -0.771830 20.595331 -0.633273</w:t>
        <w:br/>
        <w:t>v -0.733532 20.528919 -0.662838</w:t>
        <w:br/>
        <w:t>v -0.872872 20.526541 -0.413224</w:t>
        <w:br/>
        <w:t>v -0.914868 20.525545 -0.479779</w:t>
        <w:br/>
        <w:t>v -0.706955 20.711018 -0.584309</w:t>
        <w:br/>
        <w:t>v -0.702685 20.701340 -0.612504</w:t>
        <w:br/>
        <w:t>v -0.529683 20.779858 -0.700113</w:t>
        <w:br/>
        <w:t>v -0.590763 20.772242 -0.652844</w:t>
        <w:br/>
        <w:t>v -0.703279 20.684565 -0.685386</w:t>
        <w:br/>
        <w:t>v -0.526774 20.755928 -0.740594</w:t>
        <w:br/>
        <w:t>v -1.057394 20.342609 -0.250385</w:t>
        <w:br/>
        <w:t>v -1.023552 20.408297 -0.222274</w:t>
        <w:br/>
        <w:t>v -1.053010 20.329540 -0.364983</w:t>
        <w:br/>
        <w:t>v -1.037286 20.389362 -0.315997</w:t>
        <w:br/>
        <w:t>v -0.964965 20.112614 -0.379683</w:t>
        <w:br/>
        <w:t>v -0.968335 20.161947 -0.420140</w:t>
        <w:br/>
        <w:t>v -1.008077 20.214220 -0.424500</w:t>
        <w:br/>
        <w:t>v -1.024416 20.355516 -0.404444</w:t>
        <w:br/>
        <w:t>v -1.016125 20.421909 -0.347774</w:t>
        <w:br/>
        <w:t>v -0.962741 20.397268 -0.128865</w:t>
        <w:br/>
        <w:t>v -0.961750 20.433430 -0.207075</w:t>
        <w:br/>
        <w:t>v -0.928027 20.430906 -0.290660</w:t>
        <w:br/>
        <w:t>v -1.016881 20.408751 -0.274948</w:t>
        <w:br/>
        <w:t>v -0.978944 20.310186 -0.063974</w:t>
        <w:br/>
        <w:t>v -1.001341 20.481396 -0.377466</w:t>
        <w:br/>
        <w:t>v -0.915686 20.496870 -0.329871</w:t>
        <w:br/>
        <w:t>v -1.031272 20.399698 -0.455598</w:t>
        <w:br/>
        <w:t>v -0.992189 20.283749 -0.496743</w:t>
        <w:br/>
        <w:t>v -0.954450 20.347641 -0.559540</w:t>
        <w:br/>
        <w:t>v -0.999110 20.444914 -0.505538</w:t>
        <w:br/>
        <w:t>v -0.933760 20.205238 -0.518120</w:t>
        <w:br/>
        <w:t>v -0.900533 20.269064 -0.570848</w:t>
        <w:br/>
        <w:t>v -0.965171 20.518299 -0.445794</w:t>
        <w:br/>
        <w:t>v -0.917381 20.482843 -0.550449</w:t>
        <w:br/>
        <w:t>v -0.899622 20.393478 -0.588069</w:t>
        <w:br/>
        <w:t>v -0.720486 20.561756 -0.703514</w:t>
        <w:br/>
        <w:t>v -0.633627 20.637772 -0.736698</w:t>
        <w:br/>
        <w:t>v -0.596267 20.593134 -0.742734</w:t>
        <w:br/>
        <w:t>v -0.486232 20.692486 -0.784490</w:t>
        <w:br/>
        <w:t>v -0.733532 20.528919 -0.662838</w:t>
        <w:br/>
        <w:t>v -1.054068 20.105597 -0.184214</w:t>
        <w:br/>
        <w:t>v -0.967290 20.069998 -0.314955</w:t>
        <w:br/>
        <w:t>v -0.952394 20.167391 -0.461143</w:t>
        <w:br/>
        <w:t>v -0.103983 18.794069 0.844335</w:t>
        <w:br/>
        <w:t>v -0.129552 18.796831 0.830707</w:t>
        <w:br/>
        <w:t>v -0.126017 18.847355 0.843486</w:t>
        <w:br/>
        <w:t>v -0.100261 18.843708 0.857150</w:t>
        <w:br/>
        <w:t>v -0.070884 18.841000 0.867288</w:t>
        <w:br/>
        <w:t>v -0.073956 18.791622 0.854081</w:t>
        <w:br/>
        <w:t>v -0.148212 18.804037 0.800881</w:t>
        <w:br/>
        <w:t>v -0.145090 18.854967 0.813733</w:t>
        <w:br/>
        <w:t>v -0.032675 18.839394 0.873361</w:t>
        <w:br/>
        <w:t>v -0.033849 18.790030 0.860138</w:t>
        <w:br/>
        <w:t>v -0.166761 18.811502 0.766530</w:t>
        <w:br/>
        <w:t>v -0.162002 18.863873 0.776170</w:t>
        <w:br/>
        <w:t>v -0.000000 18.789553 0.861902</w:t>
        <w:br/>
        <w:t>v -0.000000 18.838753 0.875852</w:t>
        <w:br/>
        <w:t>v -0.184947 18.828794 0.679334</w:t>
        <w:br/>
        <w:t>v -0.182287 18.878687 0.685518</w:t>
        <w:br/>
        <w:t>v -0.116324 18.861242 0.788408</w:t>
        <w:br/>
        <w:t>v -0.106919 18.856503 0.807537</w:t>
        <w:br/>
        <w:t>v -0.126017 18.847355 0.843486</w:t>
        <w:br/>
        <w:t>v -0.145090 18.854967 0.813733</w:t>
        <w:br/>
        <w:t>v -0.126554 18.867594 0.756575</w:t>
        <w:br/>
        <w:t>v -0.162002 18.863873 0.776170</w:t>
        <w:br/>
        <w:t>v -0.182287 18.878687 0.685518</w:t>
        <w:br/>
        <w:t>v -0.142504 18.880217 0.684756</w:t>
        <w:br/>
        <w:t>v -0.063040 18.851118 0.829623</w:t>
        <w:br/>
        <w:t>v -0.029228 18.849552 0.835236</w:t>
        <w:br/>
        <w:t>v -0.032675 18.839394 0.873361</w:t>
        <w:br/>
        <w:t>v -0.070884 18.841000 0.867288</w:t>
        <w:br/>
        <w:t>v -0.100261 18.843708 0.857150</w:t>
        <w:br/>
        <w:t>v -0.088445 18.853252 0.820180</w:t>
        <w:br/>
        <w:t>v -0.106919 18.856503 0.807537</w:t>
        <w:br/>
        <w:t>v -0.116324 18.861242 0.788408</w:t>
        <w:br/>
        <w:t>v -0.119584 18.809227 0.776893</w:t>
        <w:br/>
        <w:t>v -0.109454 18.805382 0.795116</w:t>
        <w:br/>
        <w:t>v -0.126554 18.867594 0.756575</w:t>
        <w:br/>
        <w:t>v -0.129976 18.815592 0.745435</w:t>
        <w:br/>
        <w:t>v -0.090406 18.802402 0.808201</w:t>
        <w:br/>
        <w:t>v -0.088445 18.853252 0.820180</w:t>
        <w:br/>
        <w:t>v -0.142504 18.880217 0.684756</w:t>
        <w:br/>
        <w:t>v -0.144116 18.829033 0.677385</w:t>
        <w:br/>
        <w:t>v -0.065063 18.800375 0.816732</w:t>
        <w:br/>
        <w:t>v -0.063040 18.851118 0.829623</w:t>
        <w:br/>
        <w:t>v -0.030090 18.798866 0.822877</w:t>
        <w:br/>
        <w:t>v -0.029228 18.849552 0.835236</w:t>
        <w:br/>
        <w:t>v -0.000000 18.838753 0.875852</w:t>
        <w:br/>
        <w:t>v -0.000000 18.848892 0.837944</w:t>
        <w:br/>
        <w:t>v -0.000000 18.798054 0.825277</w:t>
        <w:br/>
        <w:t>v -0.000000 18.848892 0.837944</w:t>
        <w:br/>
        <w:t>v -0.164313 18.886349 0.570154</w:t>
        <w:br/>
        <w:t>v -0.159042 18.915379 0.572115</w:t>
        <w:br/>
        <w:t>v -0.157268 18.914379 0.616070</w:t>
        <w:br/>
        <w:t>v -0.162427 18.886131 0.614146</w:t>
        <w:br/>
        <w:t>v -0.159279 18.881269 0.529985</w:t>
        <w:br/>
        <w:t>v -0.155257 18.907904 0.531634</w:t>
        <w:br/>
        <w:t>v -0.093441 18.931566 0.526950</w:t>
        <w:br/>
        <w:t>v -0.093254 18.936863 0.568431</w:t>
        <w:br/>
        <w:t>v -0.159042 18.915379 0.572115</w:t>
        <w:br/>
        <w:t>v -0.033162 18.936874 0.521554</w:t>
        <w:br/>
        <w:t>v -0.034673 18.943623 0.565670</w:t>
        <w:br/>
        <w:t>v -0.000000 18.929140 0.517744</w:t>
        <w:br/>
        <w:t>v -0.000000 18.936716 0.563110</w:t>
        <w:br/>
        <w:t>v -0.093391 18.933990 0.614646</w:t>
        <w:br/>
        <w:t>v -0.035011 18.940460 0.614059</w:t>
        <w:br/>
        <w:t>v -0.157268 18.914379 0.616070</w:t>
        <w:br/>
        <w:t>v -0.152734 18.911314 0.650518</w:t>
        <w:br/>
        <w:t>v -0.093916 18.928526 0.649681</w:t>
        <w:br/>
        <w:t>v -0.156369 18.882061 0.649407</w:t>
        <w:br/>
        <w:t>v -0.152734 18.911314 0.650518</w:t>
        <w:br/>
        <w:t>v -0.146164 18.874069 0.484332</w:t>
        <w:br/>
        <w:t>v -0.140843 18.897381 0.478536</w:t>
        <w:br/>
        <w:t>v -0.092442 18.915546 0.474502</w:t>
        <w:br/>
        <w:t>v -0.031289 18.920467 0.472991</w:t>
        <w:br/>
        <w:t>v -0.000000 18.929646 0.612709</w:t>
        <w:br/>
        <w:t>v -0.000000 18.921022 0.649444</w:t>
        <w:br/>
        <w:t>v -0.034923 18.933762 0.649819</w:t>
        <w:br/>
        <w:t>v -0.034299 18.923143 0.691837</w:t>
        <w:br/>
        <w:t>v -0.090506 18.919081 0.692349</w:t>
        <w:br/>
        <w:t>v 0.000000 18.909266 0.692486</w:t>
        <w:br/>
        <w:t>v -0.144241 18.904528 0.692799</w:t>
        <w:br/>
        <w:t>v -0.145564 18.874971 0.692499</w:t>
        <w:br/>
        <w:t>v -0.144241 18.904528 0.692799</w:t>
        <w:br/>
        <w:t>v -0.135847 18.864613 0.736428</w:t>
        <w:br/>
        <w:t>v -0.134673 18.895214 0.736653</w:t>
        <w:br/>
        <w:t>v -0.087434 18.906408 0.734367</w:t>
        <w:br/>
        <w:t>v -0.134673 18.895214 0.736653</w:t>
        <w:br/>
        <w:t>v 0.000000 18.896286 0.731407</w:t>
        <w:br/>
        <w:t>v -0.033075 18.909122 0.731757</w:t>
        <w:br/>
        <w:t>v -0.085397 18.891600 0.768466</w:t>
        <w:br/>
        <w:t>v -0.125642 18.881184 0.769865</w:t>
        <w:br/>
        <w:t>v -0.125642 18.881184 0.769865</w:t>
        <w:br/>
        <w:t>v -0.124868 18.853306 0.768903</w:t>
        <w:br/>
        <w:t>v -0.030964 18.891312 0.766193</w:t>
        <w:br/>
        <w:t>v 0.000000 18.881641 0.766443</w:t>
        <w:br/>
        <w:t>v -0.000000 18.868679 0.792273</w:t>
        <w:br/>
        <w:t>v -0.031114 18.876728 0.791249</w:t>
        <w:br/>
        <w:t>v -0.115587 18.867823 0.792561</w:t>
        <w:br/>
        <w:t>v -0.082800 18.876921 0.792485</w:t>
        <w:br/>
        <w:t>v -0.115587 18.867823 0.792561</w:t>
        <w:br/>
        <w:t>v -0.029977 18.856792 0.816380</w:t>
        <w:br/>
        <w:t>v -0.079802 18.858873 0.813669</w:t>
        <w:br/>
        <w:t>v -0.000000 18.850649 0.819253</w:t>
        <w:br/>
        <w:t>v -0.099624 18.853870 0.815530</w:t>
        <w:br/>
        <w:t>v -0.099624 18.853870 0.815530</w:t>
        <w:br/>
        <w:t>v -0.111041 18.843340 0.790724</w:t>
        <w:br/>
        <w:t>v -0.093042 18.833750 0.806625</w:t>
        <w:br/>
        <w:t>v -0.075193 18.846706 0.828383</w:t>
        <w:br/>
        <w:t>v -0.065925 18.825033 0.818029</w:t>
        <w:br/>
        <w:t>v -0.075193 18.846706 0.828383</w:t>
        <w:br/>
        <w:t>v -0.028916 18.841286 0.836015</w:t>
        <w:br/>
        <w:t>v 0.000000 18.837523 0.838738</w:t>
        <w:br/>
        <w:t>v -0.028916 18.841286 0.836015</w:t>
        <w:br/>
        <w:t>v -0.023632 18.819723 0.826447</w:t>
        <w:br/>
        <w:t>v -0.106469 18.853537 0.563272</w:t>
        <w:br/>
        <w:t>v 0.000000 18.824585 0.555316</w:t>
        <w:br/>
        <w:t>v -0.000000 18.814548 0.510050</w:t>
        <w:br/>
        <w:t>v -0.103384 18.846945 0.521129</w:t>
        <w:br/>
        <w:t>v -0.124868 18.853306 0.768903</w:t>
        <w:br/>
        <w:t>v -0.111041 18.843340 0.790724</w:t>
        <w:br/>
        <w:t>v -0.071508 18.838257 0.787389</w:t>
        <w:br/>
        <w:t>v -0.076692 18.846153 0.763945</w:t>
        <w:br/>
        <w:t>v -0.145564 18.874971 0.692499</w:t>
        <w:br/>
        <w:t>v -0.135847 18.864613 0.736428</w:t>
        <w:br/>
        <w:t>v -0.085485 18.854580 0.729708</w:t>
        <w:br/>
        <w:t>v -0.094528 18.860571 0.688589</w:t>
        <w:br/>
        <w:t>v -0.103172 18.862638 0.645335</w:t>
        <w:br/>
        <w:t>v -0.156369 18.882061 0.649407</w:t>
        <w:br/>
        <w:t>v -0.106844 18.860571 0.609425</w:t>
        <w:br/>
        <w:t>v -0.162427 18.886131 0.614146</w:t>
        <w:br/>
        <w:t>v -0.164313 18.886349 0.570154</w:t>
        <w:br/>
        <w:t>v -0.159279 18.881269 0.529985</w:t>
        <w:br/>
        <w:t>v -0.146164 18.874069 0.484332</w:t>
        <w:br/>
        <w:t>v -0.100911 18.840816 0.470318</w:t>
        <w:br/>
        <w:t>v -0.065925 18.825033 0.818029</w:t>
        <w:br/>
        <w:t>v -0.023632 18.819723 0.826447</w:t>
        <w:br/>
        <w:t>v 0.000000 18.826555 0.804614</w:t>
        <w:br/>
        <w:t>v -0.068885 18.830904 0.804239</w:t>
        <w:br/>
        <w:t>v 0.000000 18.832022 0.787864</w:t>
        <w:br/>
        <w:t>v 0.000000 18.833487 0.602380</w:t>
        <w:br/>
        <w:t>v 0.000000 18.843699 0.686191</w:t>
        <w:br/>
        <w:t>v 0.000000 18.840082 0.642537</w:t>
        <w:br/>
        <w:t>v -0.093042 18.833750 0.806625</w:t>
        <w:br/>
        <w:t>v 0.000000 18.920517 0.472679</w:t>
        <w:br/>
        <w:t>v -0.000000 18.818213 0.829932</w:t>
        <w:br/>
        <w:t>v 0.000000 18.837523 0.838738</w:t>
        <w:br/>
        <w:t>v -0.000000 18.806774 0.448709</w:t>
        <w:br/>
        <w:t>v -0.000000 18.842161 0.723126</w:t>
        <w:br/>
        <w:t>v -0.000000 18.837404 0.761397</w:t>
        <w:br/>
        <w:t>v -0.000000 18.818213 0.829932</w:t>
        <w:br/>
        <w:t>v -0.070834 18.841843 0.867523</w:t>
        <w:br/>
        <w:t>v -0.100186 18.844543 0.857273</w:t>
        <w:br/>
        <w:t>v -0.104246 18.905199 0.872558</w:t>
        <w:br/>
        <w:t>v -0.073419 18.901304 0.883750</w:t>
        <w:br/>
        <w:t>v -0.032962 18.840214 0.873414</w:t>
        <w:br/>
        <w:t>v -0.033899 18.898426 0.890483</w:t>
        <w:br/>
        <w:t>v -0.000000 18.839573 0.876094</w:t>
        <w:br/>
        <w:t>v -0.000000 18.896955 0.893842</w:t>
        <w:br/>
        <w:t>v -0.070834 18.841843 0.867523</w:t>
        <w:br/>
        <w:t>v -0.063077 18.851971 0.828914</w:t>
        <w:br/>
        <w:t>v -0.088683 18.854286 0.820042</w:t>
        <w:br/>
        <w:t>v -0.100186 18.844543 0.857273</w:t>
        <w:br/>
        <w:t>v -0.032962 18.840214 0.873414</w:t>
        <w:br/>
        <w:t>v -0.029490 18.850599 0.835201</w:t>
        <w:br/>
        <w:t>v -0.106082 18.857294 0.807720</w:t>
        <w:br/>
        <w:t>v -0.125867 18.850010 0.837424</w:t>
        <w:br/>
        <w:t>v -0.125867 18.850010 0.837424</w:t>
        <w:br/>
        <w:t>v -0.130726 18.911987 0.852503</w:t>
        <w:br/>
        <w:t>v -0.116287 18.862183 0.787649</w:t>
        <w:br/>
        <w:t>v -0.144977 18.856134 0.812749</w:t>
        <w:br/>
        <w:t>v -0.150723 18.918915 0.826737</w:t>
        <w:br/>
        <w:t>v -0.144977 18.856134 0.812749</w:t>
        <w:br/>
        <w:t>v -0.162139 18.864418 0.776318</w:t>
        <w:br/>
        <w:t>v -0.168947 18.925453 0.788241</w:t>
        <w:br/>
        <w:t>v -0.182711 18.881651 0.685254</w:t>
        <w:br/>
        <w:t>v -0.187420 18.941450 0.693999</w:t>
        <w:br/>
        <w:t>v -0.126641 18.868542 0.756108</w:t>
        <w:br/>
        <w:t>v -0.162139 18.864418 0.776318</w:t>
        <w:br/>
        <w:t>v -0.142729 18.880278 0.684886</w:t>
        <w:br/>
        <w:t>v -0.182711 18.881651 0.685254</w:t>
        <w:br/>
        <w:t>v -0.119959 18.922918 0.800186</w:t>
        <w:br/>
        <w:t>v -0.116287 18.862183 0.787649</w:t>
        <w:br/>
        <w:t>v -0.106082 18.857294 0.807720</w:t>
        <w:br/>
        <w:t>v -0.107456 18.920057 0.820209</w:t>
        <w:br/>
        <w:t>v -0.131400 18.928745 0.767187</w:t>
        <w:br/>
        <w:t>v -0.126641 18.868542 0.756108</w:t>
        <w:br/>
        <w:t>v -0.088683 18.854286 0.820042</w:t>
        <w:br/>
        <w:t>v -0.090706 18.916857 0.833950</w:t>
        <w:br/>
        <w:t>v -0.145989 18.941538 0.694220</w:t>
        <w:br/>
        <w:t>v -0.142729 18.880278 0.684886</w:t>
        <w:br/>
        <w:t>v -0.063077 18.851971 0.828914</w:t>
        <w:br/>
        <w:t>v -0.064963 18.914747 0.843157</w:t>
        <w:br/>
        <w:t>v -0.029490 18.850599 0.835201</w:t>
        <w:br/>
        <w:t>v -0.030202 18.913124 0.848352</w:t>
        <w:br/>
        <w:t>v -0.000000 18.839573 0.876094</w:t>
        <w:br/>
        <w:t>v 0.000000 18.849699 0.838525</w:t>
        <w:br/>
        <w:t>v 0.000000 18.849699 0.838525</w:t>
        <w:br/>
        <w:t>v 0.000000 18.911285 0.854167</w:t>
        <w:br/>
        <w:t>v 0.126017 18.847355 0.843486</w:t>
        <w:br/>
        <w:t>v 0.129552 18.796831 0.830706</w:t>
        <w:br/>
        <w:t>v 0.103983 18.794069 0.844335</w:t>
        <w:br/>
        <w:t>v 0.100261 18.843708 0.857150</w:t>
        <w:br/>
        <w:t>v 0.070884 18.841000 0.867288</w:t>
        <w:br/>
        <w:t>v 0.073956 18.791622 0.854081</w:t>
        <w:br/>
        <w:t>v 0.145090 18.854967 0.813733</w:t>
        <w:br/>
        <w:t>v 0.148212 18.804037 0.800881</w:t>
        <w:br/>
        <w:t>v 0.032675 18.839394 0.873362</w:t>
        <w:br/>
        <w:t>v 0.033849 18.790031 0.860138</w:t>
        <w:br/>
        <w:t>v 0.162002 18.863873 0.776170</w:t>
        <w:br/>
        <w:t>v 0.166761 18.811502 0.766530</w:t>
        <w:br/>
        <w:t>v -0.000000 18.789553 0.861902</w:t>
        <w:br/>
        <w:t>v -0.000000 18.838753 0.875852</w:t>
        <w:br/>
        <w:t>v 0.184947 18.828794 0.679334</w:t>
        <w:br/>
        <w:t>v 0.182287 18.878687 0.685518</w:t>
        <w:br/>
        <w:t>v 0.126017 18.847355 0.843486</w:t>
        <w:br/>
        <w:t>v 0.106919 18.856503 0.807536</w:t>
        <w:br/>
        <w:t>v 0.116324 18.861242 0.788407</w:t>
        <w:br/>
        <w:t>v 0.145090 18.854967 0.813733</w:t>
        <w:br/>
        <w:t>v 0.126554 18.867594 0.756575</w:t>
        <w:br/>
        <w:t>v 0.162002 18.863873 0.776170</w:t>
        <w:br/>
        <w:t>v 0.142504 18.880217 0.684756</w:t>
        <w:br/>
        <w:t>v 0.182287 18.878687 0.685518</w:t>
        <w:br/>
        <w:t>v 0.032675 18.839394 0.873362</w:t>
        <w:br/>
        <w:t>v 0.029228 18.849552 0.835236</w:t>
        <w:br/>
        <w:t>v 0.063039 18.851118 0.829623</w:t>
        <w:br/>
        <w:t>v 0.070884 18.841000 0.867288</w:t>
        <w:br/>
        <w:t>v 0.088445 18.853252 0.820180</w:t>
        <w:br/>
        <w:t>v 0.100261 18.843708 0.857150</w:t>
        <w:br/>
        <w:t>v 0.119584 18.809227 0.776893</w:t>
        <w:br/>
        <w:t>v 0.116324 18.861242 0.788407</w:t>
        <w:br/>
        <w:t>v 0.106919 18.856503 0.807536</w:t>
        <w:br/>
        <w:t>v 0.109454 18.805382 0.795116</w:t>
        <w:br/>
        <w:t>v 0.129976 18.815592 0.745435</w:t>
        <w:br/>
        <w:t>v 0.126554 18.867594 0.756575</w:t>
        <w:br/>
        <w:t>v 0.088445 18.853252 0.820180</w:t>
        <w:br/>
        <w:t>v 0.090406 18.802402 0.808201</w:t>
        <w:br/>
        <w:t>v 0.144115 18.829033 0.677385</w:t>
        <w:br/>
        <w:t>v 0.142504 18.880217 0.684756</w:t>
        <w:br/>
        <w:t>v 0.063039 18.851118 0.829623</w:t>
        <w:br/>
        <w:t>v 0.065063 18.800375 0.816732</w:t>
        <w:br/>
        <w:t>v 0.029228 18.849552 0.835236</w:t>
        <w:br/>
        <w:t>v 0.030090 18.798866 0.822877</w:t>
        <w:br/>
        <w:t>v -0.000000 18.838753 0.875852</w:t>
        <w:br/>
        <w:t>v -0.000000 18.848892 0.837944</w:t>
        <w:br/>
        <w:t>v -0.000000 18.848892 0.837944</w:t>
        <w:br/>
        <w:t>v -0.000000 18.798054 0.825277</w:t>
        <w:br/>
        <w:t>v 0.157268 18.914379 0.616070</w:t>
        <w:br/>
        <w:t>v 0.159042 18.915379 0.572115</w:t>
        <w:br/>
        <w:t>v 0.164313 18.886349 0.570154</w:t>
        <w:br/>
        <w:t>v 0.162426 18.886131 0.614146</w:t>
        <w:br/>
        <w:t>v 0.155257 18.907904 0.531634</w:t>
        <w:br/>
        <w:t>v 0.159279 18.881269 0.529985</w:t>
        <w:br/>
        <w:t>v 0.159042 18.915379 0.572115</w:t>
        <w:br/>
        <w:t>v 0.093254 18.936863 0.568431</w:t>
        <w:br/>
        <w:t>v 0.093442 18.931566 0.526950</w:t>
        <w:br/>
        <w:t>v 0.034674 18.943623 0.565670</w:t>
        <w:br/>
        <w:t>v 0.033162 18.936874 0.521554</w:t>
        <w:br/>
        <w:t>v 0.093391 18.933990 0.614645</w:t>
        <w:br/>
        <w:t>v 0.035011 18.940460 0.614058</w:t>
        <w:br/>
        <w:t>v 0.157268 18.914379 0.616070</w:t>
        <w:br/>
        <w:t>v 0.152734 18.911314 0.650518</w:t>
        <w:br/>
        <w:t>v 0.093916 18.928526 0.649681</w:t>
        <w:br/>
        <w:t>v 0.156369 18.882061 0.649407</w:t>
        <w:br/>
        <w:t>v 0.152734 18.911314 0.650518</w:t>
        <w:br/>
        <w:t>v 0.146164 18.874069 0.484332</w:t>
        <w:br/>
        <w:t>v 0.140843 18.897381 0.478537</w:t>
        <w:br/>
        <w:t>v 0.092442 18.915546 0.474502</w:t>
        <w:br/>
        <w:t>v 0.031288 18.920467 0.472991</w:t>
        <w:br/>
        <w:t>v 0.034924 18.933762 0.649819</w:t>
        <w:br/>
        <w:t>v 0.090506 18.919081 0.692349</w:t>
        <w:br/>
        <w:t>v 0.034299 18.923143 0.691837</w:t>
        <w:br/>
        <w:t>v 0.144241 18.904528 0.692799</w:t>
        <w:br/>
        <w:t>v 0.145564 18.874971 0.692499</w:t>
        <w:br/>
        <w:t>v 0.144241 18.904528 0.692799</w:t>
        <w:br/>
        <w:t>v 0.135847 18.864613 0.736428</w:t>
        <w:br/>
        <w:t>v 0.134673 18.895214 0.736653</w:t>
        <w:br/>
        <w:t>v 0.134673 18.895214 0.736653</w:t>
        <w:br/>
        <w:t>v 0.087434 18.906408 0.734367</w:t>
        <w:br/>
        <w:t>v 0.033075 18.909122 0.731757</w:t>
        <w:br/>
        <w:t>v 0.125642 18.881184 0.769865</w:t>
        <w:br/>
        <w:t>v 0.085398 18.891600 0.768466</w:t>
        <w:br/>
        <w:t>v 0.124868 18.853306 0.768903</w:t>
        <w:br/>
        <w:t>v 0.125642 18.881184 0.769865</w:t>
        <w:br/>
        <w:t>v 0.030964 18.891312 0.766193</w:t>
        <w:br/>
        <w:t>v 0.031114 18.876728 0.791249</w:t>
        <w:br/>
        <w:t>v 0.115587 18.867823 0.792561</w:t>
        <w:br/>
        <w:t>v 0.082799 18.876921 0.792485</w:t>
        <w:br/>
        <w:t>v 0.115587 18.867823 0.792561</w:t>
        <w:br/>
        <w:t>v 0.079802 18.858873 0.813669</w:t>
        <w:br/>
        <w:t>v 0.029977 18.856792 0.816380</w:t>
        <w:br/>
        <w:t>v 0.099624 18.853870 0.815530</w:t>
        <w:br/>
        <w:t>v 0.111041 18.843340 0.790724</w:t>
        <w:br/>
        <w:t>v 0.099624 18.853870 0.815530</w:t>
        <w:br/>
        <w:t>v 0.093042 18.833750 0.806625</w:t>
        <w:br/>
        <w:t>v 0.075193 18.846706 0.828383</w:t>
        <w:br/>
        <w:t>v 0.065925 18.825033 0.818029</w:t>
        <w:br/>
        <w:t>v 0.075193 18.846706 0.828383</w:t>
        <w:br/>
        <w:t>v 0.028916 18.841286 0.836015</w:t>
        <w:br/>
        <w:t>v 0.023632 18.819723 0.826447</w:t>
        <w:br/>
        <w:t>v 0.028916 18.841286 0.836015</w:t>
        <w:br/>
        <w:t>v 0.106469 18.853537 0.563272</w:t>
        <w:br/>
        <w:t>v 0.103384 18.846945 0.521129</w:t>
        <w:br/>
        <w:t>v 0.071508 18.838257 0.787389</w:t>
        <w:br/>
        <w:t>v 0.111041 18.843340 0.790724</w:t>
        <w:br/>
        <w:t>v 0.124868 18.853306 0.768903</w:t>
        <w:br/>
        <w:t>v 0.076691 18.846153 0.763945</w:t>
        <w:br/>
        <w:t>v 0.085485 18.854580 0.729708</w:t>
        <w:br/>
        <w:t>v 0.135847 18.864613 0.736428</w:t>
        <w:br/>
        <w:t>v 0.145564 18.874971 0.692499</w:t>
        <w:br/>
        <w:t>v 0.094528 18.860571 0.688589</w:t>
        <w:br/>
        <w:t>v 0.156369 18.882061 0.649407</w:t>
        <w:br/>
        <w:t>v 0.103172 18.862638 0.645335</w:t>
        <w:br/>
        <w:t>v 0.162426 18.886131 0.614146</w:t>
        <w:br/>
        <w:t>v 0.106844 18.860571 0.609424</w:t>
        <w:br/>
        <w:t>v 0.164313 18.886349 0.570154</w:t>
        <w:br/>
        <w:t>v 0.159279 18.881269 0.529985</w:t>
        <w:br/>
        <w:t>v 0.146164 18.874069 0.484332</w:t>
        <w:br/>
        <w:t>v 0.100911 18.840816 0.470317</w:t>
        <w:br/>
        <w:t>v 0.023632 18.819723 0.826447</w:t>
        <w:br/>
        <w:t>v 0.065925 18.825033 0.818029</w:t>
        <w:br/>
        <w:t>v 0.068885 18.830904 0.804239</w:t>
        <w:br/>
        <w:t>v 0.093042 18.833750 0.806625</w:t>
        <w:br/>
        <w:t>v 0.104245 18.905199 0.872559</w:t>
        <w:br/>
        <w:t>v 0.100187 18.844543 0.857273</w:t>
        <w:br/>
        <w:t>v 0.070834 18.841843 0.867523</w:t>
        <w:br/>
        <w:t>v 0.073419 18.901304 0.883750</w:t>
        <w:br/>
        <w:t>v 0.032962 18.840214 0.873414</w:t>
        <w:br/>
        <w:t>v 0.033899 18.898426 0.890483</w:t>
        <w:br/>
        <w:t>v -0.000000 18.839573 0.876094</w:t>
        <w:br/>
        <w:t>v -0.000000 18.896955 0.893842</w:t>
        <w:br/>
        <w:t>v 0.088683 18.854286 0.820042</w:t>
        <w:br/>
        <w:t>v 0.063077 18.851971 0.828914</w:t>
        <w:br/>
        <w:t>v 0.070834 18.841843 0.867523</w:t>
        <w:br/>
        <w:t>v 0.100187 18.844543 0.857273</w:t>
        <w:br/>
        <w:t>v 0.029490 18.850599 0.835201</w:t>
        <w:br/>
        <w:t>v 0.032962 18.840214 0.873414</w:t>
        <w:br/>
        <w:t>v 0.106082 18.857294 0.807720</w:t>
        <w:br/>
        <w:t>v 0.125867 18.850010 0.837424</w:t>
        <w:br/>
        <w:t>v 0.130725 18.911987 0.852503</w:t>
        <w:br/>
        <w:t>v 0.125867 18.850010 0.837424</w:t>
        <w:br/>
        <w:t>v 0.116286 18.862183 0.787649</w:t>
        <w:br/>
        <w:t>v 0.144977 18.856134 0.812748</w:t>
        <w:br/>
        <w:t>v 0.150723 18.918915 0.826737</w:t>
        <w:br/>
        <w:t>v 0.144977 18.856134 0.812748</w:t>
        <w:br/>
        <w:t>v 0.168947 18.925453 0.788241</w:t>
        <w:br/>
        <w:t>v 0.162139 18.864418 0.776318</w:t>
        <w:br/>
        <w:t>v 0.187420 18.941450 0.693999</w:t>
        <w:br/>
        <w:t>v 0.182711 18.881651 0.685255</w:t>
        <w:br/>
        <w:t>v 0.162139 18.864418 0.776318</w:t>
        <w:br/>
        <w:t>v 0.126641 18.868542 0.756108</w:t>
        <w:br/>
        <w:t>v 0.142729 18.880278 0.684886</w:t>
        <w:br/>
        <w:t>v 0.182711 18.881651 0.685255</w:t>
        <w:br/>
        <w:t>v 0.106082 18.857294 0.807720</w:t>
        <w:br/>
        <w:t>v 0.116286 18.862183 0.787649</w:t>
        <w:br/>
        <w:t>v 0.119959 18.922918 0.800186</w:t>
        <w:br/>
        <w:t>v 0.107456 18.920057 0.820209</w:t>
        <w:br/>
        <w:t>v 0.131400 18.928745 0.767187</w:t>
        <w:br/>
        <w:t>v 0.126641 18.868542 0.756108</w:t>
        <w:br/>
        <w:t>v 0.090706 18.916857 0.833950</w:t>
        <w:br/>
        <w:t>v 0.088683 18.854286 0.820042</w:t>
        <w:br/>
        <w:t>v 0.145989 18.941538 0.694221</w:t>
        <w:br/>
        <w:t>v 0.142729 18.880278 0.684886</w:t>
        <w:br/>
        <w:t>v 0.064963 18.914747 0.843157</w:t>
        <w:br/>
        <w:t>v 0.063077 18.851971 0.828914</w:t>
        <w:br/>
        <w:t>v 0.030202 18.913124 0.848352</w:t>
        <w:br/>
        <w:t>v 0.029490 18.850599 0.835201</w:t>
        <w:br/>
        <w:t>v 0.000000 18.849699 0.838525</w:t>
        <w:br/>
        <w:t>v -0.000000 18.839573 0.876094</w:t>
        <w:br/>
        <w:t>v 0.000000 18.911285 0.854167</w:t>
        <w:br/>
        <w:t>v 0.000000 18.849699 0.838525</w:t>
        <w:br/>
        <w:t>v 0.611304 19.286068 0.773698</w:t>
        <w:br/>
        <w:t>v 0.609260 19.282902 0.781825</w:t>
        <w:br/>
        <w:t>v 0.599473 19.290363 0.793572</w:t>
        <w:br/>
        <w:t>v 0.602996 19.296013 0.782375</w:t>
        <w:br/>
        <w:t>v 0.602996 19.296013 0.782375</w:t>
        <w:br/>
        <w:t>v 0.596056 19.284452 0.787709</w:t>
        <w:br/>
        <w:t>v 0.606714 19.279552 0.776868</w:t>
        <w:br/>
        <w:t>v 0.611304 19.286068 0.773698</w:t>
        <w:br/>
        <w:t>v 0.599473 19.290363 0.793572</w:t>
        <w:br/>
        <w:t>v 0.609260 19.282902 0.781825</w:t>
        <w:br/>
        <w:t>v 0.606714 19.279552 0.776868</w:t>
        <w:br/>
        <w:t>v 0.596056 19.284452 0.787709</w:t>
        <w:br/>
        <w:t>v 0.591494 19.303444 0.787001</w:t>
        <w:br/>
        <w:t>v 0.587667 19.297127 0.803186</w:t>
        <w:br/>
        <w:t>v 0.591494 19.303444 0.787001</w:t>
        <w:br/>
        <w:t>v 0.582681 19.289110 0.794228</w:t>
        <w:br/>
        <w:t>v 0.587667 19.297127 0.803186</w:t>
        <w:br/>
        <w:t>v 0.582681 19.289110 0.794228</w:t>
        <w:br/>
        <w:t>v 0.619404 19.272594 0.763489</w:t>
        <w:br/>
        <w:t>v 0.619404 19.272594 0.763489</w:t>
        <w:br/>
        <w:t>v 0.619404 19.272594 0.763489</w:t>
        <w:br/>
        <w:t>v 0.584159 19.305759 0.789069</w:t>
        <w:br/>
        <w:t>v 0.576895 19.300934 0.799366</w:t>
        <w:br/>
        <w:t>v 0.584159 19.305759 0.789069</w:t>
        <w:br/>
        <w:t>v 0.568801 19.293180 0.798259</w:t>
        <w:br/>
        <w:t>v 0.568801 19.293180 0.798259</w:t>
        <w:br/>
        <w:t>v 0.642331 19.322968 0.763763</w:t>
        <w:br/>
        <w:t>v 0.657788 19.309269 0.749839</w:t>
        <w:br/>
        <w:t>v 0.645151 19.319210 0.767238</w:t>
        <w:br/>
        <w:t>v 0.632551 19.324287 0.773197</w:t>
        <w:br/>
        <w:t>v 0.635293 19.327156 0.767207</w:t>
        <w:br/>
        <w:t>v 0.642331 19.322968 0.763763</w:t>
        <w:br/>
        <w:t>v 0.635293 19.327156 0.767207</w:t>
        <w:br/>
        <w:t>v 0.629006 19.316267 0.771344</w:t>
        <w:br/>
        <w:t>v 0.639243 19.314100 0.766839</w:t>
        <w:br/>
        <w:t>v 0.639243 19.314100 0.766839</w:t>
        <w:br/>
        <w:t>v 0.629006 19.316267 0.771344</w:t>
        <w:br/>
        <w:t>v 0.632551 19.324287 0.773197</w:t>
        <w:br/>
        <w:t>v 0.645151 19.319210 0.767238</w:t>
        <w:br/>
        <w:t>v 0.620004 19.328321 0.775814</w:t>
        <w:br/>
        <w:t>v 0.627520 19.331070 0.768237</w:t>
        <w:br/>
        <w:t>v 0.627520 19.331070 0.768237</w:t>
        <w:br/>
        <w:t>v 0.618474 19.318699 0.773579</w:t>
        <w:br/>
        <w:t>v 0.618474 19.318699 0.773579</w:t>
        <w:br/>
        <w:t>v 0.620004 19.328321 0.775814</w:t>
        <w:br/>
        <w:t>v 0.609285 19.327545 0.773211</w:t>
        <w:br/>
        <w:t>v 0.617060 19.333693 0.768810</w:t>
        <w:br/>
        <w:t>v 0.617060 19.333693 0.768810</w:t>
        <w:br/>
        <w:t>v 0.607839 19.319956 0.771842</w:t>
        <w:br/>
        <w:t>v 0.609285 19.327545 0.773211</w:t>
        <w:br/>
        <w:t>v 0.607839 19.319956 0.771842</w:t>
        <w:br/>
        <w:t>v 0.657788 19.309269 0.749839</w:t>
        <w:br/>
        <w:t>v 0.657788 19.309269 0.749839</w:t>
        <w:br/>
        <w:t>v 0.462030 19.720327 1.054158</w:t>
        <w:br/>
        <w:t>v 0.474313 19.740231 1.075890</w:t>
        <w:br/>
        <w:t>v 0.548878 19.738722 1.027620</w:t>
        <w:br/>
        <w:t>v 0.536722 19.724718 1.009593</w:t>
        <w:br/>
        <w:t>v 0.387490 19.730921 1.116114</w:t>
        <w:br/>
        <w:t>v 0.385182 19.710361 1.085925</w:t>
        <w:br/>
        <w:t>v 0.227222 19.675907 1.132946</w:t>
        <w:br/>
        <w:t>v 0.263766 19.696539 1.153249</w:t>
        <w:br/>
        <w:t>v 0.267255 19.686245 1.126315</w:t>
        <w:br/>
        <w:t>v 0.327889 19.716631 1.139060</w:t>
        <w:br/>
        <w:t>v 0.325972 19.700525 1.108908</w:t>
        <w:br/>
        <w:t>v 0.653192 19.723091 0.903645</w:t>
        <w:br/>
        <w:t>v 0.667011 19.732182 0.904986</w:t>
        <w:br/>
        <w:t>v 0.751809 19.723766 0.753908</w:t>
        <w:br/>
        <w:t>v 0.196616 19.666140 1.136165</w:t>
        <w:br/>
        <w:t>v 0.223510 19.678898 1.144693</w:t>
        <w:br/>
        <w:t>v 0.653695 19.739401 0.899984</w:t>
        <w:br/>
        <w:t>v 0.751809 19.723766 0.753908</w:t>
        <w:br/>
        <w:t>v 0.667011 19.732182 0.904986</w:t>
        <w:br/>
        <w:t>v 0.548878 19.738722 1.027620</w:t>
        <w:br/>
        <w:t>v 0.539139 19.750984 1.007817</w:t>
        <w:br/>
        <w:t>v 0.599422 19.746330 0.962864</w:t>
        <w:br/>
        <w:t>v 0.611216 19.736698 0.977326</w:t>
        <w:br/>
        <w:t>v 0.474313 19.740231 1.075890</w:t>
        <w:br/>
        <w:t>v 0.461791 19.752151 1.052837</w:t>
        <w:br/>
        <w:t>v 0.387490 19.730921 1.116114</w:t>
        <w:br/>
        <w:t>v 0.379675 19.748293 1.093188</w:t>
        <w:br/>
        <w:t>v 0.327889 19.716631 1.139060</w:t>
        <w:br/>
        <w:t>v 0.319104 19.731024 1.119774</w:t>
        <w:br/>
        <w:t>v 0.263766 19.696539 1.153249</w:t>
        <w:br/>
        <w:t>v 0.259060 19.705242 1.136387</w:t>
        <w:br/>
        <w:t>v 0.223510 19.678898 1.144693</w:t>
        <w:br/>
        <w:t>v 0.221320 19.683376 1.138685</w:t>
        <w:br/>
        <w:t>v 0.196616 19.666140 1.136165</w:t>
        <w:br/>
        <w:t>v 0.611216 19.736698 0.977326</w:t>
        <w:br/>
        <w:t>v 0.595068 19.724915 0.966476</w:t>
        <w:br/>
        <w:t>v -0.438041 19.438530 0.867273</w:t>
        <w:br/>
        <w:t>v -0.446917 19.446541 0.868046</w:t>
        <w:br/>
        <w:t>v -0.434283 19.442513 0.870381</w:t>
        <w:br/>
        <w:t>v -0.431969 19.446972 0.873224</w:t>
        <w:br/>
        <w:t>v -0.431635 19.451427 0.875415</w:t>
        <w:br/>
        <w:t>v -0.433197 19.455322 0.876711</w:t>
        <w:br/>
        <w:t>v -0.436382 19.458153 0.876969</w:t>
        <w:br/>
        <w:t>v -0.440811 19.459553 0.876148</w:t>
        <w:br/>
        <w:t>v -0.446050 19.459431 0.874351</w:t>
        <w:br/>
        <w:t>v -0.451482 19.457767 0.871766</w:t>
        <w:br/>
        <w:t>v -0.456335 19.454746 0.868743</w:t>
        <w:br/>
        <w:t>v -0.459703 19.450596 0.865678</w:t>
        <w:br/>
        <w:t>v -0.461146 19.445820 0.862950</w:t>
        <w:br/>
        <w:t>v -0.460684 19.441044 0.860853</w:t>
        <w:br/>
        <w:t>v -0.458659 19.436951 0.859609</w:t>
        <w:br/>
        <w:t>v -0.455435 19.434116 0.859360</w:t>
        <w:br/>
        <w:t>v -0.451450 19.432896 0.860128</w:t>
        <w:br/>
        <w:t>v -0.447024 19.433350 0.861836</w:t>
        <w:br/>
        <w:t>v -0.442439 19.435322 0.864306</w:t>
        <w:br/>
        <w:t>v 0.397220 19.444183 0.880665</w:t>
        <w:br/>
        <w:t>v 0.405481 19.435001 0.875137</w:t>
        <w:br/>
        <w:t>v 0.400981 19.431223 0.874520</w:t>
        <w:br/>
        <w:t>v 0.396036 19.428993 0.874634</w:t>
        <w:br/>
        <w:t>v 0.391170 19.428616 0.875505</w:t>
        <w:br/>
        <w:t>v 0.387007 19.430119 0.877010</w:t>
        <w:br/>
        <w:t>v 0.384086 19.433338 0.878957</w:t>
        <w:br/>
        <w:t>v 0.382779 19.437830 0.881092</w:t>
        <w:br/>
        <w:t>v 0.383155 19.443102 0.883196</w:t>
        <w:br/>
        <w:t>v 0.385225 19.448526 0.885008</w:t>
        <w:br/>
        <w:t>v 0.388735 19.453413 0.886292</w:t>
        <w:br/>
        <w:t>v 0.393428 19.457165 0.886832</w:t>
        <w:br/>
        <w:t>v 0.398751 19.459288 0.886546</w:t>
        <w:br/>
        <w:t>v 0.403978 19.459579 0.885516</w:t>
        <w:br/>
        <w:t>v 0.408360 19.458023 0.883916</w:t>
        <w:br/>
        <w:t>v 0.411290 19.454815 0.881969</w:t>
        <w:br/>
        <w:t>v 0.412401 19.450373 0.879923</w:t>
        <w:br/>
        <w:t>v 0.411635 19.445179 0.877981</w:t>
        <w:br/>
        <w:t>v 0.409206 19.439838 0.876329</w:t>
        <w:br/>
        <w:t>v -0.599474 19.290363 0.793571</w:t>
        <w:br/>
        <w:t>v -0.609261 19.282902 0.781825</w:t>
        <w:br/>
        <w:t>v -0.611305 19.286068 0.773698</w:t>
        <w:br/>
        <w:t>v -0.602997 19.296013 0.782375</w:t>
        <w:br/>
        <w:t>v -0.606715 19.279552 0.776868</w:t>
        <w:br/>
        <w:t>v -0.596057 19.284452 0.787709</w:t>
        <w:br/>
        <w:t>v -0.602997 19.296013 0.782375</w:t>
        <w:br/>
        <w:t>v -0.611305 19.286068 0.773698</w:t>
        <w:br/>
        <w:t>v -0.606715 19.279552 0.776868</w:t>
        <w:br/>
        <w:t>v -0.609261 19.282902 0.781825</w:t>
        <w:br/>
        <w:t>v -0.599474 19.290363 0.793571</w:t>
        <w:br/>
        <w:t>v -0.596057 19.284452 0.787709</w:t>
        <w:br/>
        <w:t>v -0.591495 19.303444 0.787001</w:t>
        <w:br/>
        <w:t>v -0.587668 19.297127 0.803186</w:t>
        <w:br/>
        <w:t>v -0.582682 19.289110 0.794226</w:t>
        <w:br/>
        <w:t>v -0.591495 19.303444 0.787001</w:t>
        <w:br/>
        <w:t>v -0.587668 19.297127 0.803186</w:t>
        <w:br/>
        <w:t>v -0.582682 19.289110 0.794226</w:t>
        <w:br/>
        <w:t>v -0.619405 19.272594 0.763489</w:t>
        <w:br/>
        <w:t>v -0.619405 19.272594 0.763489</w:t>
        <w:br/>
        <w:t>v -0.619405 19.272594 0.763489</w:t>
        <w:br/>
        <w:t>v -0.584160 19.305759 0.789069</w:t>
        <w:br/>
        <w:t>v -0.576896 19.300934 0.799366</w:t>
        <w:br/>
        <w:t>v -0.568696 19.293203 0.798269</w:t>
        <w:br/>
        <w:t>v -0.584160 19.305759 0.789069</w:t>
        <w:br/>
        <w:t>v -0.568696 19.293203 0.798269</w:t>
        <w:br/>
        <w:t>v -0.657788 19.309269 0.749839</w:t>
        <w:br/>
        <w:t>v -0.642331 19.322968 0.763763</w:t>
        <w:br/>
        <w:t>v -0.645151 19.319210 0.767238</w:t>
        <w:br/>
        <w:t>v -0.632551 19.324287 0.773197</w:t>
        <w:br/>
        <w:t>v -0.635293 19.327156 0.767207</w:t>
        <w:br/>
        <w:t>v -0.629000 19.316263 0.771344</w:t>
        <w:br/>
        <w:t>v -0.635293 19.327156 0.767207</w:t>
        <w:br/>
        <w:t>v -0.642331 19.322968 0.763763</w:t>
        <w:br/>
        <w:t>v -0.639243 19.314100 0.766839</w:t>
        <w:br/>
        <w:t>v -0.632551 19.324287 0.773197</w:t>
        <w:br/>
        <w:t>v -0.629000 19.316263 0.771344</w:t>
        <w:br/>
        <w:t>v -0.639243 19.314100 0.766839</w:t>
        <w:br/>
        <w:t>v -0.645151 19.319210 0.767238</w:t>
        <w:br/>
        <w:t>v -0.620005 19.328321 0.775814</w:t>
        <w:br/>
        <w:t>v -0.627520 19.331070 0.768237</w:t>
        <w:br/>
        <w:t>v -0.618474 19.318699 0.773579</w:t>
        <w:br/>
        <w:t>v -0.627520 19.331070 0.768237</w:t>
        <w:br/>
        <w:t>v -0.620005 19.328321 0.775814</w:t>
        <w:br/>
        <w:t>v -0.618474 19.318699 0.773579</w:t>
        <w:br/>
        <w:t>v -0.609286 19.327545 0.773211</w:t>
        <w:br/>
        <w:t>v -0.617060 19.333693 0.768810</w:t>
        <w:br/>
        <w:t>v -0.607839 19.319956 0.771842</w:t>
        <w:br/>
        <w:t>v -0.617060 19.333693 0.768810</w:t>
        <w:br/>
        <w:t>v -0.609286 19.327545 0.773211</w:t>
        <w:br/>
        <w:t>v -0.607839 19.319956 0.771842</w:t>
        <w:br/>
        <w:t>v -0.657788 19.309269 0.749839</w:t>
        <w:br/>
        <w:t>v -0.657788 19.309269 0.749839</w:t>
        <w:br/>
        <w:t>v -0.548878 19.738722 1.027620</w:t>
        <w:br/>
        <w:t>v -0.474313 19.740231 1.075890</w:t>
        <w:br/>
        <w:t>v -0.462030 19.720327 1.054158</w:t>
        <w:br/>
        <w:t>v -0.536722 19.724718 1.009593</w:t>
        <w:br/>
        <w:t>v -0.387490 19.730921 1.116114</w:t>
        <w:br/>
        <w:t>v -0.385182 19.710361 1.085925</w:t>
        <w:br/>
        <w:t>v -0.263766 19.696539 1.153249</w:t>
        <w:br/>
        <w:t>v -0.227222 19.675907 1.132946</w:t>
        <w:br/>
        <w:t>v -0.267255 19.686245 1.126315</w:t>
        <w:br/>
        <w:t>v -0.327888 19.716631 1.139060</w:t>
        <w:br/>
        <w:t>v -0.325972 19.700525 1.108908</w:t>
        <w:br/>
        <w:t>v -0.667012 19.732182 0.904986</w:t>
        <w:br/>
        <w:t>v -0.653191 19.723091 0.903644</w:t>
        <w:br/>
        <w:t>v -0.751808 19.719963 0.753908</w:t>
        <w:br/>
        <w:t>v -0.196616 19.666140 1.136165</w:t>
        <w:br/>
        <w:t>v -0.223510 19.678898 1.144693</w:t>
        <w:br/>
        <w:t>v -0.751808 19.719963 0.753908</w:t>
        <w:br/>
        <w:t>v -0.653695 19.739403 0.899984</w:t>
        <w:br/>
        <w:t>v -0.667012 19.732182 0.904986</w:t>
        <w:br/>
        <w:t>v -0.599422 19.746330 0.962864</w:t>
        <w:br/>
        <w:t>v -0.539139 19.750984 1.007817</w:t>
        <w:br/>
        <w:t>v -0.548878 19.738722 1.027620</w:t>
        <w:br/>
        <w:t>v -0.611216 19.736698 0.977326</w:t>
        <w:br/>
        <w:t>v -0.461791 19.752151 1.052837</w:t>
        <w:br/>
        <w:t>v -0.474313 19.740231 1.075890</w:t>
        <w:br/>
        <w:t>v -0.379675 19.748293 1.093188</w:t>
        <w:br/>
        <w:t>v -0.387490 19.730921 1.116114</w:t>
        <w:br/>
        <w:t>v -0.327888 19.716631 1.139060</w:t>
        <w:br/>
        <w:t>v -0.319105 19.731024 1.119774</w:t>
        <w:br/>
        <w:t>v -0.259060 19.705242 1.136387</w:t>
        <w:br/>
        <w:t>v -0.263766 19.696539 1.153249</w:t>
        <w:br/>
        <w:t>v -0.223510 19.678898 1.144693</w:t>
        <w:br/>
        <w:t>v -0.221320 19.683376 1.138685</w:t>
        <w:br/>
        <w:t>v -0.196616 19.666140 1.136165</w:t>
        <w:br/>
        <w:t>v -0.595068 19.724915 0.966476</w:t>
        <w:br/>
        <w:t>v -0.611216 19.736698 0.977326</w:t>
        <w:br/>
        <w:t>v 0.540680 19.480499 0.890289</w:t>
        <w:br/>
        <w:t>v 0.561124 19.554762 0.936246</w:t>
        <w:br/>
        <w:t>v 0.545892 19.557034 0.945360</w:t>
        <w:br/>
        <w:t>v 0.506109 19.485067 0.904773</w:t>
        <w:br/>
        <w:t>v 0.473944 19.555193 0.976925</w:t>
        <w:br/>
        <w:t>v 0.469655 19.488007 0.917581</w:t>
        <w:br/>
        <w:t>v 0.416951 19.543907 0.981597</w:t>
        <w:br/>
        <w:t>v 0.421522 19.483379 0.927816</w:t>
        <w:br/>
        <w:t>v 0.369894 19.523170 0.979325</w:t>
        <w:br/>
        <w:t>v 0.339345 19.498960 0.983930</w:t>
        <w:br/>
        <w:t>v 0.348306 19.462894 0.930785</w:t>
        <w:br/>
        <w:t>v 0.378840 19.472225 0.932002</w:t>
        <w:br/>
        <w:t>v 0.281634 19.461535 0.954219</w:t>
        <w:br/>
        <w:t>v 0.254982 19.439505 0.940639</w:t>
        <w:br/>
        <w:t>v 0.267021 19.424093 0.923278</w:t>
        <w:br/>
        <w:t>v 0.294221 19.438639 0.926467</w:t>
        <w:br/>
        <w:t>v 0.232945 19.414957 0.926642</w:t>
        <w:br/>
        <w:t>v 0.239330 19.408262 0.922725</w:t>
        <w:br/>
        <w:t>v 0.631267 19.456388 0.815223</w:t>
        <w:br/>
        <w:t>v 0.668130 19.521130 0.830157</w:t>
        <w:br/>
        <w:t>v 0.628459 19.537119 0.876202</w:t>
        <w:br/>
        <w:t>v 0.602217 19.466505 0.848371</w:t>
        <w:br/>
        <w:t>v 0.585201 19.549883 0.919349</w:t>
        <w:br/>
        <w:t>v 0.572959 19.473976 0.870279</w:t>
        <w:br/>
        <w:t>v 0.540680 19.480499 0.890289</w:t>
        <w:br/>
        <w:t>v 0.506109 19.485067 0.904773</w:t>
        <w:br/>
        <w:t>v 0.508269 19.494646 0.936786</w:t>
        <w:br/>
        <w:t>v 0.541192 19.490318 0.922268</w:t>
        <w:br/>
        <w:t>v 0.469655 19.488007 0.917581</w:t>
        <w:br/>
        <w:t>v 0.473804 19.495783 0.949770</w:t>
        <w:br/>
        <w:t>v 0.421522 19.483379 0.927816</w:t>
        <w:br/>
        <w:t>v 0.423760 19.490610 0.958033</w:t>
        <w:br/>
        <w:t>v 0.378840 19.472225 0.932002</w:t>
        <w:br/>
        <w:t>v 0.379953 19.481899 0.960865</w:t>
        <w:br/>
        <w:t>v 0.339345 19.498960 0.983930</w:t>
        <w:br/>
        <w:t>v 0.375765 19.508387 0.999126</w:t>
        <w:br/>
        <w:t>v 0.343606 19.488676 0.988744</w:t>
        <w:br/>
        <w:t>v 0.348306 19.462894 0.930785</w:t>
        <w:br/>
        <w:t>v 0.348013 19.472065 0.957514</w:t>
        <w:br/>
        <w:t>v 0.292049 19.445124 0.944075</w:t>
        <w:br/>
        <w:t>v 0.294221 19.438639 0.926467</w:t>
        <w:br/>
        <w:t>v 0.267021 19.424093 0.923278</w:t>
        <w:br/>
        <w:t>v 0.264449 19.429470 0.935946</w:t>
        <w:br/>
        <w:t>v 0.254982 19.439505 0.940639</w:t>
        <w:br/>
        <w:t>v 0.281634 19.461535 0.954219</w:t>
        <w:br/>
        <w:t>v 0.286630 19.453991 0.962293</w:t>
        <w:br/>
        <w:t>v 0.259959 19.435217 0.947992</w:t>
        <w:br/>
        <w:t>v 0.239330 19.408262 0.922725</w:t>
        <w:br/>
        <w:t>v 0.238199 19.409388 0.927550</w:t>
        <w:br/>
        <w:t>v 0.232945 19.414957 0.926642</w:t>
        <w:br/>
        <w:t>v 0.235682 19.412243 0.934126</w:t>
        <w:br/>
        <w:t>v 0.610436 19.475924 0.873380</w:t>
        <w:br/>
        <w:t>v 0.648057 19.462732 0.836415</w:t>
        <w:br/>
        <w:t>v 0.631267 19.456388 0.815223</w:t>
        <w:br/>
        <w:t>v 0.602217 19.466505 0.848371</w:t>
        <w:br/>
        <w:t>v 0.668130 19.521130 0.830157</w:t>
        <w:br/>
        <w:t>v 0.675811 19.481680 0.855445</w:t>
        <w:br/>
        <w:t>v 0.621160 19.502516 0.908883</w:t>
        <w:br/>
        <w:t>v 0.628459 19.537119 0.876202</w:t>
        <w:br/>
        <w:t>v 0.720722 19.439825 0.745752</w:t>
        <w:br/>
        <w:t>v 0.721667 19.454464 0.792167</w:t>
        <w:br/>
        <w:t>v 0.740318 19.458073 0.771582</w:t>
        <w:br/>
        <w:t>v 0.740318 19.458073 0.771582</w:t>
        <w:br/>
        <w:t>v 0.721667 19.454464 0.792167</w:t>
        <w:br/>
        <w:t>v 0.685969 19.513130 0.805575</w:t>
        <w:br/>
        <w:t>v 0.721027 19.494551 0.764119</w:t>
        <w:br/>
        <w:t>v 0.720722 19.439825 0.745752</w:t>
        <w:br/>
        <w:t>v 0.721027 19.494551 0.764119</w:t>
        <w:br/>
        <w:t>v 0.685969 19.513130 0.805575</w:t>
        <w:br/>
        <w:t>v 0.660676 19.444750 0.780544</w:t>
        <w:br/>
        <w:t>v 0.760145 19.461992 0.753521</w:t>
        <w:br/>
        <w:t>v 0.756999 19.487539 0.737685</w:t>
        <w:br/>
        <w:t>v 0.795927 19.483786 0.716872</w:t>
        <w:br/>
        <w:t>v 0.797199 19.472857 0.727366</w:t>
        <w:br/>
        <w:t>v 0.798617 19.468758 0.712329</w:t>
        <w:br/>
        <w:t>v 0.795927 19.483786 0.716872</w:t>
        <w:br/>
        <w:t>v 0.756999 19.487539 0.737685</w:t>
        <w:br/>
        <w:t>v 0.757994 19.454269 0.727684</w:t>
        <w:br/>
        <w:t>v 0.798617 19.468758 0.712329</w:t>
        <w:br/>
        <w:t>v 0.757994 19.454269 0.727684</w:t>
        <w:br/>
        <w:t>v 0.760145 19.461992 0.753521</w:t>
        <w:br/>
        <w:t>v 0.797199 19.472857 0.727366</w:t>
        <w:br/>
        <w:t>v 0.219970 19.392727 0.927777</w:t>
        <w:br/>
        <w:t>v 0.219970 19.392727 0.927777</w:t>
        <w:br/>
        <w:t>v 0.219970 19.392727 0.927777</w:t>
        <w:br/>
        <w:t>v 0.671289 19.436119 0.793766</w:t>
        <w:br/>
        <w:t>v 0.660676 19.444750 0.780544</w:t>
        <w:br/>
        <w:t>v 0.674802 19.446779 0.802961</w:t>
        <w:br/>
        <w:t>v 0.695978 19.428413 0.776905</w:t>
        <w:br/>
        <w:t>v 0.679895 19.408764 0.766013</w:t>
        <w:br/>
        <w:t>v 0.663290 19.417913 0.782071</w:t>
        <w:br/>
        <w:t>v 0.671289 19.436119 0.793766</w:t>
        <w:br/>
        <w:t>v 0.684500 19.404703 0.741249</w:t>
        <w:br/>
        <w:t>v 0.703604 19.424772 0.741582</w:t>
        <w:br/>
        <w:t>v 0.614182 19.525606 0.960152</w:t>
        <w:br/>
        <w:t>v 0.574933 19.514471 0.940808</w:t>
        <w:br/>
        <w:t>v 0.585201 19.549883 0.919349</w:t>
        <w:br/>
        <w:t>v 0.615586 19.551338 0.936190</w:t>
        <w:br/>
        <w:t>v 0.651051 19.543900 0.913557</w:t>
        <w:br/>
        <w:t>v 0.615586 19.551338 0.936190</w:t>
        <w:br/>
        <w:t>v 0.645433 19.514853 0.937305</w:t>
        <w:br/>
        <w:t>v 0.651051 19.543900 0.913557</w:t>
        <w:br/>
        <w:t>v 0.628459 19.537119 0.876202</w:t>
        <w:br/>
        <w:t>v 0.621160 19.502516 0.908883</w:t>
        <w:br/>
        <w:t>v 0.574933 19.514471 0.940808</w:t>
        <w:br/>
        <w:t>v 0.614182 19.525606 0.960152</w:t>
        <w:br/>
        <w:t>v 0.645433 19.514853 0.937305</w:t>
        <w:br/>
        <w:t>v 0.621160 19.502516 0.908883</w:t>
        <w:br/>
        <w:t>v 0.647261 19.541319 0.974609</w:t>
        <w:br/>
        <w:t>v 0.643895 19.559097 0.955549</w:t>
        <w:br/>
        <w:t>v 0.667642 19.554037 0.937120</w:t>
        <w:br/>
        <w:t>v 0.643895 19.559097 0.955549</w:t>
        <w:br/>
        <w:t>v 0.666155 19.535128 0.956973</w:t>
        <w:br/>
        <w:t>v 0.667642 19.554037 0.937120</w:t>
        <w:br/>
        <w:t>v 0.647261 19.541319 0.974609</w:t>
        <w:br/>
        <w:t>v 0.666155 19.535128 0.956973</w:t>
        <w:br/>
        <w:t>v 0.676161 19.572727 0.967240</w:t>
        <w:br/>
        <w:t>v 0.703303 19.596472 0.969588</w:t>
        <w:br/>
        <w:t>v 0.678305 19.566397 0.979786</w:t>
        <w:br/>
        <w:t>v 0.683630 19.569069 0.955474</w:t>
        <w:br/>
        <w:t>v 0.703303 19.596472 0.969588</w:t>
        <w:br/>
        <w:t>v 0.676161 19.572727 0.967240</w:t>
        <w:br/>
        <w:t>v 0.683481 19.562716 0.969463</w:t>
        <w:br/>
        <w:t>v 0.703303 19.596472 0.969588</w:t>
        <w:br/>
        <w:t>v 0.683630 19.569069 0.955474</w:t>
        <w:br/>
        <w:t>v 0.678305 19.566397 0.979786</w:t>
        <w:br/>
        <w:t>v 0.545892 19.557034 0.945360</w:t>
        <w:br/>
        <w:t>v 0.517518 19.524445 0.971719</w:t>
        <w:br/>
        <w:t>v 0.478995 19.526352 0.986563</w:t>
        <w:br/>
        <w:t>v 0.473944 19.555193 0.976925</w:t>
        <w:br/>
        <w:t>v 0.666761 19.383602 0.748140</w:t>
        <w:br/>
        <w:t>v 0.663183 19.386633 0.763279</w:t>
        <w:br/>
        <w:t>v 0.651938 19.395603 0.773768</w:t>
        <w:br/>
        <w:t>v 0.626965 19.344421 0.769023</w:t>
        <w:br/>
        <w:t>v 0.643605 19.363020 0.766765</w:t>
        <w:br/>
        <w:t>v 0.645444 19.359791 0.756795</w:t>
        <w:br/>
        <w:t>v 0.628927 19.342199 0.763864</w:t>
        <w:br/>
        <w:t>v 0.623658 19.347925 0.772055</w:t>
        <w:br/>
        <w:t>v 0.635855 19.368382 0.771600</w:t>
        <w:br/>
        <w:t>v 0.609045 19.327618 0.773621</w:t>
        <w:br/>
        <w:t>v 0.655134 19.422571 0.771893</w:t>
        <w:br/>
        <w:t>v 0.684500 19.404703 0.741249</w:t>
        <w:br/>
        <w:t>v 0.703604 19.424772 0.741582</w:t>
        <w:br/>
        <w:t>v 0.621596 19.349001 0.768970</w:t>
        <w:br/>
        <w:t>v 0.628927 19.342199 0.763864</w:t>
        <w:br/>
        <w:t>v 0.645444 19.359791 0.756795</w:t>
        <w:br/>
        <w:t>v 0.633332 19.370283 0.764923</w:t>
        <w:br/>
        <w:t>v 0.645833 19.399324 0.766887</w:t>
        <w:br/>
        <w:t>v 0.666761 19.383602 0.748140</w:t>
        <w:br/>
        <w:t>v 0.609045 19.327618 0.773621</w:t>
        <w:br/>
        <w:t>v 0.339784 19.503403 0.998544</w:t>
        <w:br/>
        <w:t>v 0.338690 19.513155 1.010500</w:t>
        <w:br/>
        <w:t>v 0.373565 19.524101 1.011304</w:t>
        <w:br/>
        <w:t>v 0.375765 19.508387 0.999126</w:t>
        <w:br/>
        <w:t>v 0.370909 19.536789 1.003142</w:t>
        <w:br/>
        <w:t>v 0.336686 19.521904 1.005819</w:t>
        <w:br/>
        <w:t>v 0.420450 19.549913 0.994174</w:t>
        <w:br/>
        <w:t>v 0.425557 19.528082 1.002291</w:t>
        <w:br/>
        <w:t>v 0.425146 19.516783 0.995188</w:t>
        <w:br/>
        <w:t>v 0.315759 19.489906 0.977631</w:t>
        <w:br/>
        <w:t>v 0.309183 19.506599 1.001850</w:t>
        <w:br/>
        <w:t>v 0.370909 19.536789 1.003142</w:t>
        <w:br/>
        <w:t>v 0.373565 19.524101 1.011304</w:t>
        <w:br/>
        <w:t>v 0.420450 19.549913 0.994174</w:t>
        <w:br/>
        <w:t>v 0.295309 19.480795 0.973939</w:t>
        <w:br/>
        <w:t>v 0.288654 19.493608 0.994577</w:t>
        <w:br/>
        <w:t>v 0.336686 19.521904 1.005819</w:t>
        <w:br/>
        <w:t>v 0.338690 19.513155 1.010500</w:t>
        <w:br/>
        <w:t>v 0.293942 19.485250 0.990346</w:t>
        <w:br/>
        <w:t>v 0.291864 19.489475 0.998393</w:t>
        <w:br/>
        <w:t>v 0.312677 19.501118 1.005598</w:t>
        <w:br/>
        <w:t>v 0.315210 19.494513 0.995101</w:t>
        <w:br/>
        <w:t>v 0.309183 19.506599 1.001850</w:t>
        <w:br/>
        <w:t>v 0.312677 19.501118 1.005598</w:t>
        <w:br/>
        <w:t>v 0.315759 19.489906 0.977631</w:t>
        <w:br/>
        <w:t>v 0.339345 19.498960 0.983930</w:t>
        <w:br/>
        <w:t>v 0.295309 19.480795 0.973939</w:t>
        <w:br/>
        <w:t>v 0.291864 19.489475 0.998393</w:t>
        <w:br/>
        <w:t>v 0.288654 19.493608 0.994577</w:t>
        <w:br/>
        <w:t>v 0.246788 19.457453 0.967639</w:t>
        <w:br/>
        <w:t>v 0.273167 19.470512 0.970960</w:t>
        <w:br/>
        <w:t>v 0.268435 19.477299 0.984336</w:t>
        <w:br/>
        <w:t>v 0.273167 19.470512 0.970960</w:t>
        <w:br/>
        <w:t>v 0.246788 19.457453 0.967639</w:t>
        <w:br/>
        <w:t>v 0.270966 19.473831 0.982969</w:t>
        <w:br/>
        <w:t>v 0.268435 19.477299 0.984336</w:t>
        <w:br/>
        <w:t>v 0.843001 19.486309 0.702889</w:t>
        <w:br/>
        <w:t>v 0.843001 19.486309 0.702889</w:t>
        <w:br/>
        <w:t>v 0.843001 19.486309 0.702889</w:t>
        <w:br/>
        <w:t>v 0.235682 19.412243 0.934126</w:t>
        <w:br/>
        <w:t>v 0.259959 19.435217 0.947992</w:t>
        <w:br/>
        <w:t>v 0.286630 19.453991 0.962293</w:t>
        <w:br/>
        <w:t>v 0.343606 19.488676 0.988744</w:t>
        <w:br/>
        <w:t>v 0.517518 19.524445 0.971719</w:t>
        <w:br/>
        <w:t>v 0.551449 19.518171 0.953785</w:t>
        <w:br/>
        <w:t>v 0.621160 19.502516 0.908883</w:t>
        <w:br/>
        <w:t>v 0.675811 19.481680 0.855445</w:t>
        <w:br/>
        <w:t>v 0.623658 19.347925 0.772055</w:t>
        <w:br/>
        <w:t>v 0.621596 19.349001 0.768970</w:t>
        <w:br/>
        <w:t>v 0.633332 19.370283 0.764923</w:t>
        <w:br/>
        <w:t>v 0.635855 19.368382 0.771600</w:t>
        <w:br/>
        <w:t>v 0.645833 19.399324 0.766887</w:t>
        <w:br/>
        <w:t>v 0.655134 19.422571 0.771893</w:t>
        <w:br/>
        <w:t>v 0.663290 19.417913 0.782071</w:t>
        <w:br/>
        <w:t>v 0.651938 19.395603 0.773768</w:t>
        <w:br/>
        <w:t>v 0.674802 19.446779 0.802961</w:t>
        <w:br/>
        <w:t>v 0.609045 19.327618 0.773621</w:t>
        <w:br/>
        <w:t>v 0.320999 19.461006 0.952665</w:t>
        <w:br/>
        <w:t>v 0.321899 19.452118 0.929328</w:t>
        <w:br/>
        <w:t>v 0.310205 19.481861 0.966666</w:t>
        <w:br/>
        <w:t>v 0.317658 19.473448 0.978958</w:t>
        <w:br/>
        <w:t>v 0.660676 19.444750 0.780544</w:t>
        <w:br/>
        <w:t>v 0.551449 19.518171 0.953785</w:t>
        <w:br/>
        <w:t>v 0.561124 19.554762 0.936246</w:t>
        <w:br/>
        <w:t>v 0.585201 19.549883 0.919349</w:t>
        <w:br/>
        <w:t>v 0.574933 19.514471 0.940808</w:t>
        <w:br/>
        <w:t>v 0.571637 19.540205 0.976581</w:t>
        <w:br/>
        <w:t>v 0.562087 19.527592 0.964891</w:t>
        <w:br/>
        <w:t>v 0.556005 19.552586 0.959278</w:t>
        <w:br/>
        <w:t>v 0.564466 19.550947 0.967709</w:t>
        <w:br/>
        <w:t>v 0.571637 19.540205 0.976581</w:t>
        <w:br/>
        <w:t>v 0.571154 19.550396 0.961664</w:t>
        <w:br/>
        <w:t>v 0.566495 19.550037 0.952358</w:t>
        <w:br/>
        <w:t>v 0.562087 19.527592 0.964891</w:t>
        <w:br/>
        <w:t>v 0.556005 19.552586 0.959278</w:t>
        <w:br/>
        <w:t>v 0.566495 19.550037 0.952358</w:t>
        <w:br/>
        <w:t>v 0.571154 19.550396 0.961664</w:t>
        <w:br/>
        <w:t>v 0.564466 19.550947 0.967709</w:t>
        <w:br/>
        <w:t>v 0.683785 19.516314 0.838875</w:t>
        <w:br/>
        <w:t>v 0.668130 19.521130 0.830157</w:t>
        <w:br/>
        <w:t>v 0.685969 19.513130 0.805575</w:t>
        <w:br/>
        <w:t>v 0.696620 19.508011 0.821026</w:t>
        <w:br/>
        <w:t>v 0.690607 19.491629 0.859007</w:t>
        <w:br/>
        <w:t>v 0.675811 19.481680 0.855445</w:t>
        <w:br/>
        <w:t>v 0.668130 19.521130 0.830157</w:t>
        <w:br/>
        <w:t>v 0.683785 19.516314 0.838875</w:t>
        <w:br/>
        <w:t>v 0.690607 19.491629 0.859007</w:t>
        <w:br/>
        <w:t>v 0.696620 19.508011 0.821026</w:t>
        <w:br/>
        <w:t>v 0.685969 19.513130 0.805575</w:t>
        <w:br/>
        <w:t>v 0.675811 19.481680 0.855445</w:t>
        <w:br/>
        <w:t>v 0.708697 19.508652 0.837401</w:t>
        <w:br/>
        <w:t>v 0.728074 19.523117 0.859822</w:t>
        <w:br/>
        <w:t>v 0.700396 19.515518 0.849467</w:t>
        <w:br/>
        <w:t>v 0.705799 19.502293 0.861371</w:t>
        <w:br/>
        <w:t>v 0.708697 19.508652 0.837401</w:t>
        <w:br/>
        <w:t>v 0.705799 19.502293 0.861371</w:t>
        <w:br/>
        <w:t>v 0.700396 19.515518 0.849467</w:t>
        <w:br/>
        <w:t>v 0.728074 19.523117 0.859822</w:t>
        <w:br/>
        <w:t>v 0.728074 19.523117 0.859822</w:t>
        <w:br/>
        <w:t>v 0.573399 19.484804 0.899893</w:t>
        <w:br/>
        <w:t>v 0.574933 19.514471 0.940808</w:t>
        <w:br/>
        <w:t>v 0.572959 19.473976 0.870279</w:t>
        <w:br/>
        <w:t>v 0.579548 19.554047 0.979606</w:t>
        <w:br/>
        <w:t>v 0.579548 19.554047 0.979606</w:t>
        <w:br/>
        <w:t>v 0.579548 19.554047 0.979606</w:t>
        <w:br/>
        <w:t>v 0.551449 19.518171 0.953785</w:t>
        <w:br/>
        <w:t>v 0.545892 19.557034 0.945360</w:t>
        <w:br/>
        <w:t>v 0.561124 19.554762 0.936246</w:t>
        <w:br/>
        <w:t>v 0.545892 19.557034 0.945360</w:t>
        <w:br/>
        <w:t>v 0.561124 19.554762 0.936246</w:t>
        <w:br/>
        <w:t>v 0.551449 19.518171 0.953785</w:t>
        <w:br/>
        <w:t>v 0.317658 19.473448 0.978958</w:t>
        <w:br/>
        <w:t>v 0.310205 19.481861 0.966666</w:t>
        <w:br/>
        <w:t>v 0.321899 19.452118 0.929328</w:t>
        <w:br/>
        <w:t>v -0.545892 19.557034 0.945360</w:t>
        <w:br/>
        <w:t>v -0.561124 19.554762 0.936246</w:t>
        <w:br/>
        <w:t>v -0.540680 19.480499 0.890289</w:t>
        <w:br/>
        <w:t>v -0.506109 19.485067 0.904773</w:t>
        <w:br/>
        <w:t>v -0.473944 19.555193 0.976925</w:t>
        <w:br/>
        <w:t>v -0.469655 19.488007 0.917581</w:t>
        <w:br/>
        <w:t>v -0.421522 19.483379 0.927816</w:t>
        <w:br/>
        <w:t>v -0.416951 19.543909 0.981597</w:t>
        <w:br/>
        <w:t>v -0.348306 19.462894 0.930785</w:t>
        <w:br/>
        <w:t>v -0.339345 19.498960 0.983930</w:t>
        <w:br/>
        <w:t>v -0.369894 19.523170 0.979325</w:t>
        <w:br/>
        <w:t>v -0.378839 19.472225 0.932002</w:t>
        <w:br/>
        <w:t>v -0.267021 19.424093 0.923278</w:t>
        <w:br/>
        <w:t>v -0.254982 19.439505 0.940639</w:t>
        <w:br/>
        <w:t>v -0.281633 19.461535 0.954219</w:t>
        <w:br/>
        <w:t>v -0.294221 19.438639 0.926467</w:t>
        <w:br/>
        <w:t>v -0.239331 19.408262 0.922725</w:t>
        <w:br/>
        <w:t>v -0.232945 19.414957 0.926642</w:t>
        <w:br/>
        <w:t>v -0.628459 19.537119 0.876202</w:t>
        <w:br/>
        <w:t>v -0.668130 19.521130 0.830157</w:t>
        <w:br/>
        <w:t>v -0.631267 19.456388 0.815223</w:t>
        <w:br/>
        <w:t>v -0.602217 19.466505 0.848371</w:t>
        <w:br/>
        <w:t>v -0.572960 19.473976 0.870279</w:t>
        <w:br/>
        <w:t>v -0.585201 19.549883 0.919349</w:t>
        <w:br/>
        <w:t>v -0.508269 19.494646 0.936786</w:t>
        <w:br/>
        <w:t>v -0.506109 19.485067 0.904773</w:t>
        <w:br/>
        <w:t>v -0.540680 19.480499 0.890289</w:t>
        <w:br/>
        <w:t>v -0.541192 19.490318 0.922267</w:t>
        <w:br/>
        <w:t>v -0.473804 19.495783 0.949770</w:t>
        <w:br/>
        <w:t>v -0.469655 19.488007 0.917581</w:t>
        <w:br/>
        <w:t>v -0.423759 19.490610 0.958033</w:t>
        <w:br/>
        <w:t>v -0.421522 19.483379 0.927816</w:t>
        <w:br/>
        <w:t>v -0.378839 19.472225 0.932002</w:t>
        <w:br/>
        <w:t>v -0.379952 19.481899 0.960865</w:t>
        <w:br/>
        <w:t>v -0.375765 19.508387 0.999126</w:t>
        <w:br/>
        <w:t>v -0.339345 19.498960 0.983930</w:t>
        <w:br/>
        <w:t>v -0.343606 19.488676 0.988744</w:t>
        <w:br/>
        <w:t>v -0.348013 19.472065 0.957514</w:t>
        <w:br/>
        <w:t>v -0.348306 19.462894 0.930785</w:t>
        <w:br/>
        <w:t>v -0.267021 19.424093 0.923278</w:t>
        <w:br/>
        <w:t>v -0.294221 19.438639 0.926467</w:t>
        <w:br/>
        <w:t>v -0.292050 19.445124 0.944075</w:t>
        <w:br/>
        <w:t>v -0.264450 19.429470 0.935946</w:t>
        <w:br/>
        <w:t>v -0.286630 19.453993 0.962293</w:t>
        <w:br/>
        <w:t>v -0.281633 19.461535 0.954219</w:t>
        <w:br/>
        <w:t>v -0.254982 19.439505 0.940639</w:t>
        <w:br/>
        <w:t>v -0.259959 19.435217 0.947992</w:t>
        <w:br/>
        <w:t>v -0.238198 19.409388 0.927550</w:t>
        <w:br/>
        <w:t>v -0.239331 19.408262 0.922725</w:t>
        <w:br/>
        <w:t>v -0.232945 19.414957 0.926642</w:t>
        <w:br/>
        <w:t>v -0.235682 19.412243 0.934126</w:t>
        <w:br/>
        <w:t>v -0.631267 19.456388 0.815223</w:t>
        <w:br/>
        <w:t>v -0.648058 19.462732 0.836415</w:t>
        <w:br/>
        <w:t>v -0.610436 19.475924 0.873380</w:t>
        <w:br/>
        <w:t>v -0.602217 19.466505 0.848371</w:t>
        <w:br/>
        <w:t>v -0.621160 19.502516 0.908883</w:t>
        <w:br/>
        <w:t>v -0.675812 19.481680 0.855445</w:t>
        <w:br/>
        <w:t>v -0.668130 19.521130 0.830157</w:t>
        <w:br/>
        <w:t>v -0.628459 19.537119 0.876202</w:t>
        <w:br/>
        <w:t>v -0.721667 19.454464 0.792167</w:t>
        <w:br/>
        <w:t>v -0.720722 19.439825 0.745752</w:t>
        <w:br/>
        <w:t>v -0.740318 19.458073 0.771582</w:t>
        <w:br/>
        <w:t>v -0.685969 19.513130 0.805576</w:t>
        <w:br/>
        <w:t>v -0.721667 19.454464 0.792167</w:t>
        <w:br/>
        <w:t>v -0.740318 19.458073 0.771582</w:t>
        <w:br/>
        <w:t>v -0.721027 19.494551 0.764119</w:t>
        <w:br/>
        <w:t>v -0.685969 19.513130 0.805576</w:t>
        <w:br/>
        <w:t>v -0.721027 19.494551 0.764119</w:t>
        <w:br/>
        <w:t>v -0.720722 19.439825 0.745752</w:t>
        <w:br/>
        <w:t>v -0.660676 19.444750 0.780544</w:t>
        <w:br/>
        <w:t>v -0.795927 19.483786 0.716872</w:t>
        <w:br/>
        <w:t>v -0.756999 19.487539 0.737685</w:t>
        <w:br/>
        <w:t>v -0.760145 19.461992 0.753521</w:t>
        <w:br/>
        <w:t>v -0.797199 19.472857 0.727366</w:t>
        <w:br/>
        <w:t>v -0.756999 19.487539 0.737685</w:t>
        <w:br/>
        <w:t>v -0.795927 19.483786 0.716872</w:t>
        <w:br/>
        <w:t>v -0.798618 19.468758 0.712329</w:t>
        <w:br/>
        <w:t>v -0.757994 19.454266 0.727684</w:t>
        <w:br/>
        <w:t>v -0.760145 19.461992 0.753521</w:t>
        <w:br/>
        <w:t>v -0.757994 19.454266 0.727684</w:t>
        <w:br/>
        <w:t>v -0.798618 19.468758 0.712329</w:t>
        <w:br/>
        <w:t>v -0.797199 19.472857 0.727366</w:t>
        <w:br/>
        <w:t>v -0.219971 19.392727 0.927777</w:t>
        <w:br/>
        <w:t>v -0.219971 19.392727 0.927777</w:t>
        <w:br/>
        <w:t>v -0.219971 19.392727 0.927777</w:t>
        <w:br/>
        <w:t>v -0.660676 19.444750 0.780544</w:t>
        <w:br/>
        <w:t>v -0.671289 19.436119 0.793766</w:t>
        <w:br/>
        <w:t>v -0.674802 19.446779 0.802962</w:t>
        <w:br/>
        <w:t>v -0.663291 19.417913 0.782071</w:t>
        <w:br/>
        <w:t>v -0.679894 19.408764 0.766014</w:t>
        <w:br/>
        <w:t>v -0.695978 19.428413 0.776905</w:t>
        <w:br/>
        <w:t>v -0.671289 19.436119 0.793766</w:t>
        <w:br/>
        <w:t>v -0.684500 19.404703 0.741249</w:t>
        <w:br/>
        <w:t>v -0.703602 19.424772 0.741582</w:t>
        <w:br/>
        <w:t>v -0.585201 19.549883 0.919349</w:t>
        <w:br/>
        <w:t>v -0.574933 19.514471 0.940808</w:t>
        <w:br/>
        <w:t>v -0.614182 19.525604 0.960152</w:t>
        <w:br/>
        <w:t>v -0.615586 19.551338 0.936190</w:t>
        <w:br/>
        <w:t>v -0.615586 19.551338 0.936190</w:t>
        <w:br/>
        <w:t>v -0.651051 19.543900 0.913557</w:t>
        <w:br/>
        <w:t>v -0.628459 19.537119 0.876202</w:t>
        <w:br/>
        <w:t>v -0.651051 19.543900 0.913557</w:t>
        <w:br/>
        <w:t>v -0.645433 19.514853 0.937305</w:t>
        <w:br/>
        <w:t>v -0.621160 19.502516 0.908883</w:t>
        <w:br/>
        <w:t>v -0.645433 19.514853 0.937305</w:t>
        <w:br/>
        <w:t>v -0.614182 19.525604 0.960152</w:t>
        <w:br/>
        <w:t>v -0.574933 19.514471 0.940808</w:t>
        <w:br/>
        <w:t>v -0.621160 19.502516 0.908883</w:t>
        <w:br/>
        <w:t>v -0.647261 19.541319 0.974609</w:t>
        <w:br/>
        <w:t>v -0.643896 19.559097 0.955549</w:t>
        <w:br/>
        <w:t>v -0.643896 19.559097 0.955549</w:t>
        <w:br/>
        <w:t>v -0.667642 19.554037 0.937120</w:t>
        <w:br/>
        <w:t>v -0.667642 19.554037 0.937120</w:t>
        <w:br/>
        <w:t>v -0.666155 19.535124 0.956973</w:t>
        <w:br/>
        <w:t>v -0.666155 19.535124 0.956973</w:t>
        <w:br/>
        <w:t>v -0.647261 19.541319 0.974609</w:t>
        <w:br/>
        <w:t>v -0.703303 19.596472 0.969588</w:t>
        <w:br/>
        <w:t>v -0.676161 19.572727 0.967240</w:t>
        <w:br/>
        <w:t>v -0.678305 19.566397 0.979786</w:t>
        <w:br/>
        <w:t>v -0.703303 19.596472 0.969588</w:t>
        <w:br/>
        <w:t>v -0.683630 19.569069 0.955474</w:t>
        <w:br/>
        <w:t>v -0.676161 19.572727 0.967240</w:t>
        <w:br/>
        <w:t>v -0.703303 19.596472 0.969588</w:t>
        <w:br/>
        <w:t>v -0.683481 19.562716 0.969463</w:t>
        <w:br/>
        <w:t>v -0.683630 19.569069 0.955474</w:t>
        <w:br/>
        <w:t>v -0.678305 19.566397 0.979786</w:t>
        <w:br/>
        <w:t>v -0.478995 19.526352 0.986564</w:t>
        <w:br/>
        <w:t>v -0.517518 19.524445 0.971719</w:t>
        <w:br/>
        <w:t>v -0.545892 19.557034 0.945360</w:t>
        <w:br/>
        <w:t>v -0.473944 19.555193 0.976925</w:t>
        <w:br/>
        <w:t>v -0.663183 19.386635 0.763278</w:t>
        <w:br/>
        <w:t>v -0.666761 19.383602 0.748140</w:t>
        <w:br/>
        <w:t>v -0.651937 19.395603 0.773768</w:t>
        <w:br/>
        <w:t>v -0.645443 19.359791 0.756795</w:t>
        <w:br/>
        <w:t>v -0.643605 19.363020 0.766765</w:t>
        <w:br/>
        <w:t>v -0.626966 19.344419 0.769023</w:t>
        <w:br/>
        <w:t>v -0.628927 19.342197 0.763865</w:t>
        <w:br/>
        <w:t>v -0.635855 19.368382 0.771601</w:t>
        <w:br/>
        <w:t>v -0.623659 19.347925 0.772055</w:t>
        <w:br/>
        <w:t>v -0.609045 19.327618 0.773621</w:t>
        <w:br/>
        <w:t>v -0.684500 19.404703 0.741249</w:t>
        <w:br/>
        <w:t>v -0.655134 19.422571 0.771893</w:t>
        <w:br/>
        <w:t>v -0.703602 19.424772 0.741582</w:t>
        <w:br/>
        <w:t>v -0.645443 19.359791 0.756795</w:t>
        <w:br/>
        <w:t>v -0.628927 19.342197 0.763865</w:t>
        <w:br/>
        <w:t>v -0.621596 19.349001 0.768970</w:t>
        <w:br/>
        <w:t>v -0.633332 19.370283 0.764923</w:t>
        <w:br/>
        <w:t>v -0.666761 19.383602 0.748140</w:t>
        <w:br/>
        <w:t>v -0.645833 19.399324 0.766888</w:t>
        <w:br/>
        <w:t>v -0.609045 19.327618 0.773621</w:t>
        <w:br/>
        <w:t>v -0.373564 19.524101 1.011304</w:t>
        <w:br/>
        <w:t>v -0.338690 19.513155 1.010500</w:t>
        <w:br/>
        <w:t>v -0.339784 19.503403 0.998544</w:t>
        <w:br/>
        <w:t>v -0.375765 19.508387 0.999126</w:t>
        <w:br/>
        <w:t>v -0.336685 19.521904 1.005819</w:t>
        <w:br/>
        <w:t>v -0.370909 19.536789 1.003142</w:t>
        <w:br/>
        <w:t>v -0.420450 19.549913 0.994174</w:t>
        <w:br/>
        <w:t>v -0.425557 19.528082 1.002291</w:t>
        <w:br/>
        <w:t>v -0.425145 19.516783 0.995188</w:t>
        <w:br/>
        <w:t>v -0.315759 19.489906 0.977631</w:t>
        <w:br/>
        <w:t>v -0.309183 19.506599 1.001850</w:t>
        <w:br/>
        <w:t>v -0.370909 19.536789 1.003142</w:t>
        <w:br/>
        <w:t>v -0.373564 19.524101 1.011304</w:t>
        <w:br/>
        <w:t>v -0.420450 19.549913 0.994174</w:t>
        <w:br/>
        <w:t>v -0.295309 19.480795 0.973939</w:t>
        <w:br/>
        <w:t>v -0.288654 19.493608 0.994577</w:t>
        <w:br/>
        <w:t>v -0.336685 19.521904 1.005819</w:t>
        <w:br/>
        <w:t>v -0.338690 19.513155 1.010500</w:t>
        <w:br/>
        <w:t>v -0.312676 19.501116 1.005598</w:t>
        <w:br/>
        <w:t>v -0.291864 19.489475 0.998393</w:t>
        <w:br/>
        <w:t>v -0.293942 19.485250 0.990346</w:t>
        <w:br/>
        <w:t>v -0.315206 19.494509 0.995101</w:t>
        <w:br/>
        <w:t>v -0.309183 19.506599 1.001850</w:t>
        <w:br/>
        <w:t>v -0.312676 19.501116 1.005598</w:t>
        <w:br/>
        <w:t>v -0.315759 19.489906 0.977631</w:t>
        <w:br/>
        <w:t>v -0.339345 19.498960 0.983930</w:t>
        <w:br/>
        <w:t>v -0.295309 19.480795 0.973939</w:t>
        <w:br/>
        <w:t>v -0.288654 19.493608 0.994577</w:t>
        <w:br/>
        <w:t>v -0.291864 19.489475 0.998393</w:t>
        <w:br/>
        <w:t>v -0.273167 19.470512 0.970960</w:t>
        <w:br/>
        <w:t>v -0.246788 19.457453 0.967639</w:t>
        <w:br/>
        <w:t>v -0.268435 19.477299 0.984336</w:t>
        <w:br/>
        <w:t>v -0.246788 19.457453 0.967639</w:t>
        <w:br/>
        <w:t>v -0.273167 19.470512 0.970960</w:t>
        <w:br/>
        <w:t>v -0.270966 19.473827 0.982969</w:t>
        <w:br/>
        <w:t>v -0.268435 19.477299 0.984336</w:t>
        <w:br/>
        <w:t>v -0.843001 19.486309 0.702889</w:t>
        <w:br/>
        <w:t>v -0.843001 19.486309 0.702889</w:t>
        <w:br/>
        <w:t>v -0.843001 19.486309 0.702889</w:t>
        <w:br/>
        <w:t>v -0.259959 19.435217 0.947992</w:t>
        <w:br/>
        <w:t>v -0.235682 19.412243 0.934126</w:t>
        <w:br/>
        <w:t>v -0.286630 19.453993 0.962293</w:t>
        <w:br/>
        <w:t>v -0.343606 19.488676 0.988744</w:t>
        <w:br/>
        <w:t>v -0.517518 19.524445 0.971719</w:t>
        <w:br/>
        <w:t>v -0.551449 19.518171 0.953786</w:t>
        <w:br/>
        <w:t>v -0.675812 19.481680 0.855445</w:t>
        <w:br/>
        <w:t>v -0.621160 19.502516 0.908883</w:t>
        <w:br/>
        <w:t>v -0.633332 19.370283 0.764923</w:t>
        <w:br/>
        <w:t>v -0.621596 19.349001 0.768970</w:t>
        <w:br/>
        <w:t>v -0.623659 19.347925 0.772055</w:t>
        <w:br/>
        <w:t>v -0.635855 19.368382 0.771601</w:t>
        <w:br/>
        <w:t>v -0.663291 19.417913 0.782071</w:t>
        <w:br/>
        <w:t>v -0.655134 19.422571 0.771893</w:t>
        <w:br/>
        <w:t>v -0.645833 19.399324 0.766888</w:t>
        <w:br/>
        <w:t>v -0.651937 19.395603 0.773768</w:t>
        <w:br/>
        <w:t>v -0.674802 19.446779 0.802962</w:t>
        <w:br/>
        <w:t>v -0.609045 19.327618 0.773621</w:t>
        <w:br/>
        <w:t>v -0.321899 19.452120 0.929328</w:t>
        <w:br/>
        <w:t>v -0.320999 19.461006 0.952665</w:t>
        <w:br/>
        <w:t>v -0.317658 19.473448 0.978958</w:t>
        <w:br/>
        <w:t>v -0.310206 19.481861 0.966666</w:t>
        <w:br/>
        <w:t>v -0.660676 19.444750 0.780544</w:t>
        <w:br/>
        <w:t>v -0.585201 19.549883 0.919349</w:t>
        <w:br/>
        <w:t>v -0.561124 19.554762 0.936246</w:t>
        <w:br/>
        <w:t>v -0.551449 19.518171 0.953786</w:t>
        <w:br/>
        <w:t>v -0.574933 19.514471 0.940808</w:t>
        <w:br/>
        <w:t>v -0.556005 19.552586 0.959278</w:t>
        <w:br/>
        <w:t>v -0.562087 19.527592 0.964891</w:t>
        <w:br/>
        <w:t>v -0.571637 19.540205 0.976581</w:t>
        <w:br/>
        <w:t>v -0.564466 19.550947 0.967709</w:t>
        <w:br/>
        <w:t>v -0.566495 19.550037 0.952358</w:t>
        <w:br/>
        <w:t>v -0.571154 19.550396 0.961664</w:t>
        <w:br/>
        <w:t>v -0.571637 19.540205 0.976581</w:t>
        <w:br/>
        <w:t>v -0.562087 19.527592 0.964891</w:t>
        <w:br/>
        <w:t>v -0.571154 19.550396 0.961664</w:t>
        <w:br/>
        <w:t>v -0.566495 19.550037 0.952358</w:t>
        <w:br/>
        <w:t>v -0.556005 19.552586 0.959278</w:t>
        <w:br/>
        <w:t>v -0.564466 19.550947 0.967709</w:t>
        <w:br/>
        <w:t>v -0.685969 19.513130 0.805576</w:t>
        <w:br/>
        <w:t>v -0.668130 19.521130 0.830157</w:t>
        <w:br/>
        <w:t>v -0.683786 19.516314 0.838875</w:t>
        <w:br/>
        <w:t>v -0.696621 19.508011 0.821026</w:t>
        <w:br/>
        <w:t>v -0.668130 19.521130 0.830157</w:t>
        <w:br/>
        <w:t>v -0.675812 19.481680 0.855445</w:t>
        <w:br/>
        <w:t>v -0.690607 19.491629 0.859007</w:t>
        <w:br/>
        <w:t>v -0.683786 19.516314 0.838875</w:t>
        <w:br/>
        <w:t>v -0.685969 19.513130 0.805576</w:t>
        <w:br/>
        <w:t>v -0.696621 19.508011 0.821026</w:t>
        <w:br/>
        <w:t>v -0.690607 19.491629 0.859007</w:t>
        <w:br/>
        <w:t>v -0.675812 19.481680 0.855445</w:t>
        <w:br/>
        <w:t>v -0.728075 19.523117 0.859822</w:t>
        <w:br/>
        <w:t>v -0.708696 19.508652 0.837401</w:t>
        <w:br/>
        <w:t>v -0.700397 19.515518 0.849467</w:t>
        <w:br/>
        <w:t>v -0.705799 19.502293 0.861371</w:t>
        <w:br/>
        <w:t>v -0.708696 19.508652 0.837401</w:t>
        <w:br/>
        <w:t>v -0.705799 19.502293 0.861371</w:t>
        <w:br/>
        <w:t>v -0.700397 19.515518 0.849467</w:t>
        <w:br/>
        <w:t>v -0.728075 19.523117 0.859822</w:t>
        <w:br/>
        <w:t>v -0.728075 19.523117 0.859822</w:t>
        <w:br/>
        <w:t>v -0.573399 19.484804 0.899893</w:t>
        <w:br/>
        <w:t>v -0.574933 19.514471 0.940808</w:t>
        <w:br/>
        <w:t>v -0.572960 19.473976 0.870279</w:t>
        <w:br/>
        <w:t>v -0.579548 19.554047 0.979606</w:t>
        <w:br/>
        <w:t>v -0.579548 19.554047 0.979606</w:t>
        <w:br/>
        <w:t>v -0.579548 19.554047 0.979606</w:t>
        <w:br/>
        <w:t>v -0.545892 19.557034 0.945360</w:t>
        <w:br/>
        <w:t>v -0.551449 19.518171 0.953786</w:t>
        <w:br/>
        <w:t>v -0.561124 19.554762 0.936246</w:t>
        <w:br/>
        <w:t>v -0.545892 19.557034 0.945360</w:t>
        <w:br/>
        <w:t>v -0.561124 19.554762 0.936246</w:t>
        <w:br/>
        <w:t>v -0.551449 19.518171 0.953786</w:t>
        <w:br/>
        <w:t>v -0.317658 19.473448 0.978958</w:t>
        <w:br/>
        <w:t>v -0.321899 19.452120 0.929328</w:t>
        <w:br/>
        <w:t>v -0.310206 19.481861 0.966666</w:t>
        <w:br/>
        <w:t>v -0.439610 19.445049 0.867506</w:t>
        <w:br/>
        <w:t>v -0.448502 19.437309 0.860336</w:t>
        <w:br/>
        <w:t>v -0.530584 19.523277 0.874092</w:t>
        <w:br/>
        <w:t>v -0.503372 19.559025 0.902163</w:t>
        <w:br/>
        <w:t>v -0.457832 19.411625 0.846771</w:t>
        <w:br/>
        <w:t>v -0.454585 19.425270 0.852275</w:t>
        <w:br/>
        <w:t>v -0.416572 19.403866 0.854984</w:t>
        <w:br/>
        <w:t>v -0.421605 19.346199 0.847935</w:t>
        <w:br/>
        <w:t>v -0.439015 19.350452 0.843267</w:t>
        <w:br/>
        <w:t>v -0.418151 19.446793 0.873774</w:t>
        <w:br/>
        <w:t>v -0.407135 19.441288 0.872775</w:t>
        <w:br/>
        <w:t>v -0.397546 19.434105 0.870515</w:t>
        <w:br/>
        <w:t>v -0.389094 19.423489 0.868461</w:t>
        <w:br/>
        <w:t>v -0.386186 19.377617 0.860718</w:t>
        <w:br/>
        <w:t>v -0.391594 19.364700 0.858089</w:t>
        <w:br/>
        <w:t>v -0.428679 19.446861 0.871477</w:t>
        <w:br/>
        <w:t>v -0.401877 19.351078 0.853582</w:t>
        <w:br/>
        <w:t>v -0.503372 19.559025 0.902163</w:t>
        <w:br/>
        <w:t>v -0.530584 19.523277 0.874092</w:t>
        <w:br/>
        <w:t>v -0.536825 19.527443 0.853711</w:t>
        <w:br/>
        <w:t>v -0.506959 19.567032 0.883849</w:t>
        <w:br/>
        <w:t>v -0.424272 19.575768 0.930050</w:t>
        <w:br/>
        <w:t>v -0.465489 19.577591 0.921623</w:t>
        <w:br/>
        <w:t>v -0.466278 19.586868 0.904259</w:t>
        <w:br/>
        <w:t>v -0.420329 19.584728 0.913891</w:t>
        <w:br/>
        <w:t>v -0.368223 19.564888 0.912550</w:t>
        <w:br/>
        <w:t>v -0.377874 19.557320 0.927939</w:t>
        <w:br/>
        <w:t>v -0.331096 19.528790 0.900472</w:t>
        <w:br/>
        <w:t>v -0.341795 19.522717 0.916024</w:t>
        <w:br/>
        <w:t>v -0.305839 19.478966 0.887762</w:t>
        <w:br/>
        <w:t>v -0.317858 19.474361 0.903398</w:t>
        <w:br/>
        <w:t>v -0.334811 19.284687 0.847333</w:t>
        <w:br/>
        <w:t>v -0.344326 19.290592 0.863965</w:t>
        <w:br/>
        <w:t>v -0.323871 19.323780 0.872476</w:t>
        <w:br/>
        <w:t>v -0.312120 19.323021 0.855796</w:t>
        <w:br/>
        <w:t>v -0.374423 19.261978 0.830670</w:t>
        <w:br/>
        <w:t>v -0.378720 19.267895 0.851371</w:t>
        <w:br/>
        <w:t>v -0.425853 19.258335 0.816599</w:t>
        <w:br/>
        <w:t>v -0.428641 19.265579 0.838080</w:t>
        <w:br/>
        <w:t>v -0.468815 19.271908 0.806424</w:t>
        <w:br/>
        <w:t>v -0.467907 19.277691 0.827535</w:t>
        <w:br/>
        <w:t>v -0.495291 19.294289 0.800740</w:t>
        <w:br/>
        <w:t>v -0.492187 19.299603 0.820924</w:t>
        <w:br/>
        <w:t>v -0.539371 19.473011 0.846234</w:t>
        <w:br/>
        <w:t>v -0.540446 19.426674 0.830612</w:t>
        <w:br/>
        <w:t>v -0.547736 19.427792 0.809068</w:t>
        <w:br/>
        <w:t>v -0.546517 19.475330 0.825084</w:t>
        <w:br/>
        <w:t>v -0.459886 19.392452 0.842166</w:t>
        <w:br/>
        <w:t>v -0.456165 19.374481 0.840617</w:t>
        <w:br/>
        <w:t>v -0.514859 19.330414 0.819468</w:t>
        <w:br/>
        <w:t>v -0.532541 19.372108 0.821053</w:t>
        <w:br/>
        <w:t>v -0.384869 19.391148 0.862467</w:t>
        <w:br/>
        <w:t>v -0.386301 19.407219 0.864868</w:t>
        <w:br/>
        <w:t>v -0.307864 19.415905 0.890477</w:t>
        <w:br/>
        <w:t>v -0.311178 19.361580 0.879858</w:t>
        <w:br/>
        <w:t>v -0.295074 19.417999 0.874344</w:t>
        <w:br/>
        <w:t>v -0.297625 19.365520 0.863936</w:t>
        <w:br/>
        <w:t>v -0.311178 19.361580 0.879858</w:t>
        <w:br/>
        <w:t>v -0.307864 19.415905 0.890477</w:t>
        <w:br/>
        <w:t>v -0.520178 19.328926 0.797898</w:t>
        <w:br/>
        <w:t>v -0.539073 19.371185 0.799226</w:t>
        <w:br/>
        <w:t>v -0.448908 19.358746 0.840247</w:t>
        <w:br/>
        <w:t>v -0.317858 19.474361 0.903398</w:t>
        <w:br/>
        <w:t>v -0.323871 19.323780 0.872476</w:t>
        <w:br/>
        <w:t>v 0.530595 19.523277 0.874089</w:t>
        <w:br/>
        <w:t>v 0.449044 19.437864 0.860422</w:t>
        <w:br/>
        <w:t>v 0.440650 19.446890 0.868063</w:t>
        <w:br/>
        <w:t>v 0.503382 19.559023 0.902160</w:t>
        <w:br/>
        <w:t>v 0.455081 19.425545 0.852238</w:t>
        <w:br/>
        <w:t>v 0.459018 19.411846 0.846535</w:t>
        <w:br/>
        <w:t>v 0.416582 19.403864 0.854981</w:t>
        <w:br/>
        <w:t>v 0.438874 19.350813 0.843343</w:t>
        <w:br/>
        <w:t>v 0.421642 19.345896 0.847895</w:t>
        <w:br/>
        <w:t>v 0.407288 19.440722 0.872503</w:t>
        <w:br/>
        <w:t>v 0.418460 19.445789 0.873288</w:t>
        <w:br/>
        <w:t>v 0.391036 19.422110 0.867510</w:t>
        <w:br/>
        <w:t>v 0.398411 19.432747 0.869814</w:t>
        <w:br/>
        <w:t>v 0.391108 19.363922 0.858148</w:t>
        <w:br/>
        <w:t>v 0.386345 19.377741 0.860687</w:t>
        <w:br/>
        <w:t>v 0.428738 19.447035 0.871541</w:t>
        <w:br/>
        <w:t>v 0.402055 19.351683 0.853595</w:t>
        <w:br/>
        <w:t>v 0.536835 19.527441 0.853708</w:t>
        <w:br/>
        <w:t>v 0.530595 19.523277 0.874089</w:t>
        <w:br/>
        <w:t>v 0.503382 19.559023 0.902160</w:t>
        <w:br/>
        <w:t>v 0.506969 19.567032 0.883846</w:t>
        <w:br/>
        <w:t>v 0.466289 19.586868 0.904256</w:t>
        <w:br/>
        <w:t>v 0.465500 19.577589 0.921620</w:t>
        <w:br/>
        <w:t>v 0.424282 19.575768 0.930047</w:t>
        <w:br/>
        <w:t>v 0.420339 19.584724 0.913888</w:t>
        <w:br/>
        <w:t>v 0.368233 19.564886 0.912547</w:t>
        <w:br/>
        <w:t>v 0.377884 19.557318 0.927936</w:t>
        <w:br/>
        <w:t>v 0.331107 19.528790 0.900469</w:t>
        <w:br/>
        <w:t>v 0.341805 19.522717 0.916021</w:t>
        <w:br/>
        <w:t>v 0.305850 19.478966 0.887759</w:t>
        <w:br/>
        <w:t>v 0.317869 19.474360 0.903394</w:t>
        <w:br/>
        <w:t>v 0.323882 19.323778 0.872472</w:t>
        <w:br/>
        <w:t>v 0.344337 19.290590 0.863962</w:t>
        <w:br/>
        <w:t>v 0.334822 19.284687 0.847330</w:t>
        <w:br/>
        <w:t>v 0.312131 19.323019 0.855793</w:t>
        <w:br/>
        <w:t>v 0.374433 19.261976 0.830667</w:t>
        <w:br/>
        <w:t>v 0.378730 19.267895 0.851368</w:t>
        <w:br/>
        <w:t>v 0.425864 19.258335 0.816596</w:t>
        <w:br/>
        <w:t>v 0.428651 19.265581 0.838077</w:t>
        <w:br/>
        <w:t>v 0.467919 19.277689 0.827532</w:t>
        <w:br/>
        <w:t>v 0.468826 19.271906 0.806421</w:t>
        <w:br/>
        <w:t>v 0.495302 19.294287 0.800738</w:t>
        <w:br/>
        <w:t>v 0.492197 19.299601 0.820922</w:t>
        <w:br/>
        <w:t>v 0.547746 19.427790 0.809065</w:t>
        <w:br/>
        <w:t>v 0.540457 19.426674 0.830609</w:t>
        <w:br/>
        <w:t>v 0.539381 19.473011 0.846231</w:t>
        <w:br/>
        <w:t>v 0.546527 19.475330 0.825081</w:t>
        <w:br/>
        <w:t>v 0.514871 19.330412 0.819465</w:t>
        <w:br/>
        <w:t>v 0.456374 19.374331 0.840542</w:t>
        <w:br/>
        <w:t>v 0.459516 19.392551 0.842276</w:t>
        <w:br/>
        <w:t>v 0.532552 19.372107 0.821050</w:t>
        <w:br/>
        <w:t>v 0.307875 19.415903 0.890474</w:t>
        <w:br/>
        <w:t>v 0.387212 19.407120 0.864570</w:t>
        <w:br/>
        <w:t>v 0.385238 19.391291 0.862379</w:t>
        <w:br/>
        <w:t>v 0.311189 19.361582 0.879856</w:t>
        <w:br/>
        <w:t>v 0.311189 19.361582 0.879856</w:t>
        <w:br/>
        <w:t>v 0.297636 19.365520 0.863933</w:t>
        <w:br/>
        <w:t>v 0.295085 19.417999 0.874341</w:t>
        <w:br/>
        <w:t>v 0.307875 19.415903 0.890474</w:t>
        <w:br/>
        <w:t>v 0.539083 19.371183 0.799223</w:t>
        <w:br/>
        <w:t>v 0.520188 19.328924 0.797895</w:t>
        <w:br/>
        <w:t>v 0.448746 19.358986 0.840323</w:t>
        <w:br/>
        <w:t>v 0.317869 19.474360 0.903394</w:t>
        <w:br/>
        <w:t>v 0.323882 19.323778 0.872472</w:t>
        <w:br/>
        <w:t>v 0.349340 19.282566 0.868933</w:t>
        <w:br/>
        <w:t>v 0.383238 19.280298 0.864346</w:t>
        <w:br/>
        <w:t>v 0.385664 19.276953 0.869840</w:t>
        <w:br/>
        <w:t>v 0.349081 19.280531 0.873040</w:t>
        <w:br/>
        <w:t>v 0.510100 19.278751 0.833903</w:t>
        <w:br/>
        <w:t>v 0.452501 19.275528 0.854037</w:t>
        <w:br/>
        <w:t>v 0.449579 19.278675 0.851708</w:t>
        <w:br/>
        <w:t>v 0.349081 19.280531 0.873040</w:t>
        <w:br/>
        <w:t>v 0.347936 19.277227 0.870696</w:t>
        <w:br/>
        <w:t>v 0.308678 19.285629 0.876558</w:t>
        <w:br/>
        <w:t>v 0.347936 19.277227 0.870696</w:t>
        <w:br/>
        <w:t>v 0.349340 19.282566 0.868933</w:t>
        <w:br/>
        <w:t>v 0.308678 19.285629 0.876558</w:t>
        <w:br/>
        <w:t>v 0.382722 19.272942 0.866179</w:t>
        <w:br/>
        <w:t>v 0.383238 19.280298 0.864346</w:t>
        <w:br/>
        <w:t>v 0.385664 19.276953 0.869840</w:t>
        <w:br/>
        <w:t>v 0.382722 19.272942 0.866179</w:t>
        <w:br/>
        <w:t>v 0.308678 19.285629 0.876558</w:t>
        <w:br/>
        <w:t>v 0.417534 19.275618 0.863855</w:t>
        <w:br/>
        <w:t>v 0.414341 19.279079 0.860083</w:t>
        <w:br/>
        <w:t>v 0.451135 19.271708 0.851985</w:t>
        <w:br/>
        <w:t>v 0.449579 19.278675 0.851708</w:t>
        <w:br/>
        <w:t>v 0.414341 19.279079 0.860083</w:t>
        <w:br/>
        <w:t>v 0.413454 19.271065 0.861394</w:t>
        <w:br/>
        <w:t>v 0.510100 19.278751 0.833903</w:t>
        <w:br/>
        <w:t>v 0.451135 19.271708 0.851985</w:t>
        <w:br/>
        <w:t>v 0.452501 19.275528 0.854037</w:t>
        <w:br/>
        <w:t>v 0.510100 19.278751 0.833903</w:t>
        <w:br/>
        <w:t>v 0.417534 19.275618 0.863855</w:t>
        <w:br/>
        <w:t>v 0.413454 19.271065 0.861394</w:t>
        <w:br/>
        <w:t>v -0.385663 19.276953 0.869840</w:t>
        <w:br/>
        <w:t>v -0.383237 19.280298 0.864346</w:t>
        <w:br/>
        <w:t>v -0.349339 19.282566 0.868933</w:t>
        <w:br/>
        <w:t>v -0.349081 19.280531 0.873040</w:t>
        <w:br/>
        <w:t>v -0.452500 19.275528 0.854037</w:t>
        <w:br/>
        <w:t>v -0.510099 19.278751 0.833903</w:t>
        <w:br/>
        <w:t>v -0.449579 19.278675 0.851708</w:t>
        <w:br/>
        <w:t>v -0.347935 19.277227 0.870696</w:t>
        <w:br/>
        <w:t>v -0.349081 19.280531 0.873040</w:t>
        <w:br/>
        <w:t>v -0.308677 19.285629 0.876558</w:t>
        <w:br/>
        <w:t>v -0.349339 19.282566 0.868933</w:t>
        <w:br/>
        <w:t>v -0.347935 19.277227 0.870696</w:t>
        <w:br/>
        <w:t>v -0.308677 19.285629 0.876558</w:t>
        <w:br/>
        <w:t>v -0.382721 19.272942 0.866179</w:t>
        <w:br/>
        <w:t>v -0.383237 19.280298 0.864346</w:t>
        <w:br/>
        <w:t>v -0.382721 19.272942 0.866179</w:t>
        <w:br/>
        <w:t>v -0.385663 19.276953 0.869840</w:t>
        <w:br/>
        <w:t>v -0.308677 19.285629 0.876558</w:t>
        <w:br/>
        <w:t>v -0.414340 19.279079 0.860083</w:t>
        <w:br/>
        <w:t>v -0.417533 19.275618 0.863855</w:t>
        <w:br/>
        <w:t>v -0.414340 19.279079 0.860083</w:t>
        <w:br/>
        <w:t>v -0.449579 19.278675 0.851708</w:t>
        <w:br/>
        <w:t>v -0.451135 19.271708 0.851985</w:t>
        <w:br/>
        <w:t>v -0.413454 19.271065 0.861394</w:t>
        <w:br/>
        <w:t>v -0.510099 19.278751 0.833903</w:t>
        <w:br/>
        <w:t>v -0.452500 19.275528 0.854037</w:t>
        <w:br/>
        <w:t>v -0.451135 19.271708 0.851985</w:t>
        <w:br/>
        <w:t>v -0.510099 19.278751 0.833903</w:t>
        <w:br/>
        <w:t>v -0.417533 19.275618 0.863855</w:t>
        <w:br/>
        <w:t>v -0.413454 19.271065 0.861394</w:t>
        <w:br/>
        <w:t>v -0.428641 19.265579 0.838080</w:t>
        <w:br/>
        <w:t>v -0.467907 19.277691 0.827535</w:t>
        <w:br/>
        <w:t>v -0.424272 19.575768 0.930050</w:t>
        <w:br/>
        <w:t>v -0.377874 19.557320 0.927939</w:t>
        <w:br/>
        <w:t>v -0.341795 19.522717 0.916024</w:t>
        <w:br/>
        <w:t>v -0.344326 19.290592 0.863965</w:t>
        <w:br/>
        <w:t>v -0.465489 19.577591 0.921623</w:t>
        <w:br/>
        <w:t>v -0.378720 19.267895 0.851371</w:t>
        <w:br/>
        <w:t>v 0.467919 19.277689 0.827532</w:t>
        <w:br/>
        <w:t>v 0.428651 19.265581 0.838077</w:t>
        <w:br/>
        <w:t>v 0.377884 19.557318 0.927936</w:t>
        <w:br/>
        <w:t>v 0.424282 19.575768 0.930047</w:t>
        <w:br/>
        <w:t>v 0.341805 19.522717 0.916021</w:t>
        <w:br/>
        <w:t>v 0.344337 19.290590 0.863962</w:t>
        <w:br/>
        <w:t>v 0.465500 19.577589 0.921620</w:t>
        <w:br/>
        <w:t>v 0.378730 19.267895 0.851368</w:t>
        <w:br/>
        <w:t>v 0.492197 19.299601 0.820922</w:t>
        <w:br/>
        <w:t>v 0.418116 19.561693 0.999250</w:t>
        <w:br/>
        <w:t>v 0.368754 19.551624 1.008560</w:t>
        <w:br/>
        <w:t>v 0.367954 19.556591 1.013203</w:t>
        <w:br/>
        <w:t>v 0.332465 19.540960 1.011672</w:t>
        <w:br/>
        <w:t>v 0.329970 19.551199 1.019398</w:t>
        <w:br/>
        <w:t>v 0.286595 19.539356 1.025442</w:t>
        <w:br/>
        <w:t>v 0.292624 19.524429 1.012046</w:t>
        <w:br/>
        <w:t>v 0.260196 19.504326 1.005768</w:t>
        <w:br/>
        <w:t>v 0.248496 19.522848 1.023118</w:t>
        <w:br/>
        <w:t>v 0.232473 19.496880 1.010525</w:t>
        <w:br/>
        <w:t>v 0.239650 19.489132 0.997512</w:t>
        <w:br/>
        <w:t>v 0.220425 19.471722 0.985843</w:t>
        <w:br/>
        <w:t>v -0.368754 19.551624 1.008560</w:t>
        <w:br/>
        <w:t>v -0.418116 19.561693 0.999250</w:t>
        <w:br/>
        <w:t>v -0.367954 19.556591 1.013203</w:t>
        <w:br/>
        <w:t>v -0.329970 19.551199 1.019398</w:t>
        <w:br/>
        <w:t>v -0.332465 19.540960 1.011672</w:t>
        <w:br/>
        <w:t>v -0.260196 19.504326 1.005768</w:t>
        <w:br/>
        <w:t>v -0.292624 19.524429 1.012046</w:t>
        <w:br/>
        <w:t>v -0.286595 19.539356 1.025442</w:t>
        <w:br/>
        <w:t>v -0.248495 19.522848 1.023118</w:t>
        <w:br/>
        <w:t>v -0.239649 19.489132 0.997512</w:t>
        <w:br/>
        <w:t>v -0.232473 19.496880 1.010525</w:t>
        <w:br/>
        <w:t>v -0.220425 19.471722 0.985843</w:t>
        <w:br/>
        <w:t>v 0.576895 19.300934 0.799366</w:t>
        <w:br/>
        <w:t>v 0.587667 19.297127 0.803186</w:t>
        <w:br/>
        <w:t>v -0.587668 19.297127 0.803186</w:t>
        <w:br/>
        <w:t>v -0.576896 19.300934 0.799366</w:t>
        <w:br/>
        <w:t>v -0.841298 20.179071 0.113951</w:t>
        <w:br/>
        <w:t>v -0.773200 20.337545 0.259053</w:t>
        <w:br/>
        <w:t>v -0.768229 20.216280 0.413361</w:t>
        <w:br/>
        <w:t>v -0.838463 20.094574 0.262063</w:t>
        <w:br/>
        <w:t>v -0.675687 20.309124 0.602704</w:t>
        <w:br/>
        <w:t>v -0.665569 20.436275 0.428712</w:t>
        <w:br/>
        <w:t>v -0.494562 20.380314 0.798693</w:t>
        <w:br/>
        <w:t>v -0.592637 20.351624 0.698407</w:t>
        <w:br/>
        <w:t>v -0.580197 20.493450 0.552081</w:t>
        <w:br/>
        <w:t>v -0.481247 20.529320 0.661397</w:t>
        <w:br/>
        <w:t>v -0.227340 20.563070 0.830432</w:t>
        <w:br/>
        <w:t>v -0.109729 20.569777 0.861583</w:t>
        <w:br/>
        <w:t>v -0.107481 20.399029 0.995494</w:t>
        <w:br/>
        <w:t>v -0.225554 20.392071 0.973179</w:t>
        <w:br/>
        <w:t>v -0.357803 20.553440 0.755114</w:t>
        <w:br/>
        <w:t>v -0.365535 20.387604 0.905400</w:t>
        <w:br/>
        <w:t>v -0.721839 19.450798 -0.129289</w:t>
        <w:br/>
        <w:t>v -0.744572 19.503521 -0.104645</w:t>
        <w:br/>
        <w:t>v -0.757225 19.478926 -0.112677</w:t>
        <w:br/>
        <w:t>v -0.639350 19.565098 0.869107</w:t>
        <w:br/>
        <w:t>v -0.663015 19.542242 0.825857</w:t>
        <w:br/>
        <w:t>v -0.704339 19.594078 0.784958</w:t>
        <w:br/>
        <w:t>v -0.661456 19.620136 0.859770</w:t>
        <w:br/>
        <w:t>v -0.606025 19.516672 0.879357</w:t>
        <w:br/>
        <w:t>v -0.636008 19.502251 0.844733</w:t>
        <w:br/>
        <w:t>v -0.700513 19.461975 0.743175</w:t>
        <w:br/>
        <w:t>v -0.681690 19.450251 0.764352</w:t>
        <w:br/>
        <w:t>v -0.667651 19.405104 0.759257</w:t>
        <w:br/>
        <w:t>v -0.688181 19.400568 0.734888</w:t>
        <w:br/>
        <w:t>v -0.625529 19.263269 0.745505</w:t>
        <w:br/>
        <w:t>v -0.668744 19.342520 0.727751</w:t>
        <w:br/>
        <w:t>v -0.644677 19.353622 0.750964</w:t>
        <w:br/>
        <w:t>v -0.618322 19.299114 0.759703</w:t>
        <w:br/>
        <w:t>v -0.800659 19.913052 0.563498</w:t>
        <w:br/>
        <w:t>v -0.825572 19.805794 0.453562</w:t>
        <w:br/>
        <w:t>v -0.847819 19.868931 0.308057</w:t>
        <w:br/>
        <w:t>v -0.823987 20.001040 0.422716</w:t>
        <w:br/>
        <w:t>v -0.365898 19.588621 1.033950</w:t>
        <w:br/>
        <w:t>v -0.440341 19.599108 1.016672</w:t>
        <w:br/>
        <w:t>v -0.445226 19.661215 1.043175</w:t>
        <w:br/>
        <w:t>v -0.366407 19.651392 1.069430</w:t>
        <w:br/>
        <w:t>v -0.580147 20.076443 0.888837</w:t>
        <w:br/>
        <w:t>v -0.487117 20.090189 0.970538</w:t>
        <w:br/>
        <w:t>v -0.479348 19.982666 1.011594</w:t>
        <w:br/>
        <w:t>v -0.567544 19.974968 0.942909</w:t>
        <w:br/>
        <w:t>v -0.206935 20.222113 1.070858</w:t>
        <w:br/>
        <w:t>v -0.295891 20.232935 1.036231</w:t>
        <w:br/>
        <w:t>v -0.285733 19.743544 1.121148</w:t>
        <w:br/>
        <w:t>v -0.187283 19.735556 1.144193</w:t>
        <w:br/>
        <w:t>v -0.185621 19.631195 1.106472</w:t>
        <w:br/>
        <w:t>v -0.276890 19.637594 1.090434</w:t>
        <w:br/>
        <w:t>v -0.109428 20.218634 1.092407</w:t>
        <w:br/>
        <w:t>v -0.098163 19.736683 1.152275</w:t>
        <w:br/>
        <w:t>v -0.189843 19.847895 1.151873</w:t>
        <w:br/>
        <w:t>v -0.098363 19.844929 1.165502</w:t>
        <w:br/>
        <w:t>v -0.286220 19.541941 1.026770</w:t>
        <w:br/>
        <w:t>v -0.205944 19.477236 0.996830</w:t>
        <w:br/>
        <w:t>v -0.234514 19.454819 0.963591</w:t>
        <w:br/>
        <w:t>v -0.298873 19.503468 0.985451</w:t>
        <w:br/>
        <w:t>v -0.132762 19.505461 1.026345</w:t>
        <w:br/>
        <w:t>v -0.178052 19.561495 1.070062</w:t>
        <w:br/>
        <w:t>v -0.101598 19.445482 0.996093</w:t>
        <w:br/>
        <w:t>v -0.051473 19.525291 1.058308</w:t>
        <w:br/>
        <w:t>v -0.041581 19.468195 1.032753</w:t>
        <w:br/>
        <w:t>v -0.098413 19.264717 0.960445</w:t>
        <w:br/>
        <w:t>v -0.140256 19.242918 0.938962</w:t>
        <w:br/>
        <w:t>v -0.151980 19.272455 0.924254</w:t>
        <w:br/>
        <w:t>v -0.110566 19.297384 0.946956</w:t>
        <w:br/>
        <w:t>v -0.258641 19.204798 0.907698</w:t>
        <w:br/>
        <w:t>v -0.324924 19.187492 0.898230</w:t>
        <w:br/>
        <w:t>v -0.351000 19.214880 0.884553</w:t>
        <w:br/>
        <w:t>v -0.284526 19.229315 0.896274</w:t>
        <w:br/>
        <w:t>v -0.197712 19.221979 0.921250</w:t>
        <w:br/>
        <w:t>v -0.216133 19.247353 0.911352</w:t>
        <w:br/>
        <w:t>v -0.418092 19.203012 0.869521</w:t>
        <w:br/>
        <w:t>v -0.389573 19.170218 0.888461</w:t>
        <w:br/>
        <w:t>v -0.536381 19.192942 0.812826</w:t>
        <w:br/>
        <w:t>v -0.534392 19.230444 0.814286</w:t>
        <w:br/>
        <w:t>v -0.483449 19.232920 0.837843</w:t>
        <w:br/>
        <w:t>v -0.479332 19.196964 0.843237</w:t>
        <w:br/>
        <w:t>v -0.171647 19.172148 0.941476</w:t>
        <w:br/>
        <w:t>v -0.123227 19.193634 0.956570</w:t>
        <w:br/>
        <w:t>v -0.112677 19.152178 0.970400</w:t>
        <w:br/>
        <w:t>v -0.156331 19.134977 0.956124</w:t>
        <w:br/>
        <w:t>v -0.103159 19.101383 0.986126</w:t>
        <w:br/>
        <w:t>v -0.094228 19.046200 1.005698</w:t>
        <w:br/>
        <w:t>v -0.119672 19.030130 0.983740</w:t>
        <w:br/>
        <w:t>v -0.139307 19.082626 0.968502</w:t>
        <w:br/>
        <w:t>v -0.030777 18.984539 1.050127</w:t>
        <w:br/>
        <w:t>v -0.000000 18.978626 1.054386</w:t>
        <w:br/>
        <w:t>v -0.000000 18.954031 1.036075</w:t>
        <w:br/>
        <w:t>v -0.033237 18.960314 1.030967</w:t>
        <w:br/>
        <w:t>v -0.074981 19.121733 1.006211</w:t>
        <w:br/>
        <w:t>v -0.069310 19.063873 1.038986</w:t>
        <w:br/>
        <w:t>v -0.086216 19.213661 0.975407</w:t>
        <w:br/>
        <w:t>v -0.080314 19.176912 0.987487</w:t>
        <w:br/>
        <w:t>v -0.026723 19.253544 1.021558</w:t>
        <w:br/>
        <w:t>v -0.025693 19.219990 1.035451</w:t>
        <w:br/>
        <w:t>v -0.053609 19.196980 1.009770</w:t>
        <w:br/>
        <w:t>v -0.055286 19.233528 0.997265</w:t>
        <w:br/>
        <w:t>v -0.068960 19.322874 0.976708</w:t>
        <w:br/>
        <w:t>v -0.078952 19.358397 0.972624</w:t>
        <w:br/>
        <w:t>v -0.033675 19.385984 1.014979</w:t>
        <w:br/>
        <w:t>v -0.030901 19.344362 1.009133</w:t>
        <w:br/>
        <w:t>v -0.036997 19.427637 1.022486</w:t>
        <w:br/>
        <w:t>v -0.000000 19.470764 1.042483</w:t>
        <w:br/>
        <w:t>v -0.000000 19.432343 1.032928</w:t>
        <w:br/>
        <w:t>v -0.025168 19.009296 1.085501</w:t>
        <w:br/>
        <w:t>v -0.000000 19.004156 1.088616</w:t>
        <w:br/>
        <w:t>v -0.683411 19.508135 0.784886</w:t>
        <w:br/>
        <w:t>v -0.726252 19.465626 0.691039</w:t>
        <w:br/>
        <w:t>v -0.726574 19.541430 0.727448</w:t>
        <w:br/>
        <w:t>v -0.664275 19.213688 0.435207</w:t>
        <w:br/>
        <w:t>v -0.660630 19.214787 0.301111</w:t>
        <w:br/>
        <w:t>v -0.704556 19.311642 0.281549</w:t>
        <w:br/>
        <w:t>v -0.705259 19.310831 0.418350</w:t>
        <w:br/>
        <w:t>v -0.470938 19.094294 0.864448</w:t>
        <w:br/>
        <w:t>v -0.406311 19.105843 0.894166</w:t>
        <w:br/>
        <w:t>v -0.364918 19.050833 0.919613</w:t>
        <w:br/>
        <w:t>v -0.432346 19.036860 0.887615</w:t>
        <w:br/>
        <w:t>v -0.447036 19.156801 0.866700</w:t>
        <w:br/>
        <w:t>v -0.506941 19.144722 0.838075</w:t>
        <w:br/>
        <w:t>v -0.347888 19.119318 0.913877</w:t>
        <w:br/>
        <w:t>v -0.287976 19.138138 0.923253</w:t>
        <w:br/>
        <w:t>v -0.256657 19.086376 0.943570</w:t>
        <w:br/>
        <w:t>v -0.308920 19.065777 0.937869</w:t>
        <w:br/>
        <w:t>v -0.286349 19.027233 0.946540</w:t>
        <w:br/>
        <w:t>v -0.233894 19.042772 0.954065</w:t>
        <w:br/>
        <w:t>v -0.198002 18.989189 0.961510</w:t>
        <w:br/>
        <w:t>v -0.242761 18.965960 0.950881</w:t>
        <w:br/>
        <w:t>v -0.207054 18.923267 0.952561</w:t>
        <w:br/>
        <w:t>v -0.238907 18.898159 0.932229</w:t>
        <w:br/>
        <w:t>v -0.295784 18.946047 0.931873</w:t>
        <w:br/>
        <w:t>v -0.199775 19.110191 0.948784</w:t>
        <w:br/>
        <w:t>v -0.224399 19.156513 0.930609</w:t>
        <w:br/>
        <w:t>v -0.152696 19.012421 0.970388</w:t>
        <w:br/>
        <w:t>v -0.179838 19.064711 0.959571</w:t>
        <w:br/>
        <w:t>v -0.060617 18.730812 0.903666</w:t>
        <w:br/>
        <w:t>v -0.026568 18.723522 0.907512</w:t>
        <w:br/>
        <w:t>v -0.032326 18.677977 0.879337</w:t>
        <w:br/>
        <w:t>v -0.067949 18.687805 0.876619</w:t>
        <w:br/>
        <w:t>v -0.223234 18.779476 0.871306</w:t>
        <w:br/>
        <w:t>v -0.174962 18.789772 0.891434</w:t>
        <w:br/>
        <w:t>v -0.130467 18.763174 0.894080</w:t>
        <w:br/>
        <w:t>v -0.161277 18.738121 0.871550</w:t>
        <w:br/>
        <w:t>v -0.081822 18.594917 0.826636</w:t>
        <w:br/>
        <w:t>v -0.142097 18.640539 0.816720</w:t>
        <w:br/>
        <w:t>v -0.127910 18.666710 0.849312</w:t>
        <w:br/>
        <w:t>v -0.077167 18.637245 0.855434</w:t>
        <w:br/>
        <w:t>v -0.187909 18.710627 0.844323</w:t>
        <w:br/>
        <w:t>v -0.212070 18.691559 0.810445</w:t>
        <w:br/>
        <w:t>v -0.315309 18.762638 0.806945</w:t>
        <w:br/>
        <w:t>v -0.270813 18.772667 0.845647</w:t>
        <w:br/>
        <w:t>v -0.083645 18.573223 0.786276</w:t>
        <w:br/>
        <w:t>v -0.085606 18.569248 0.737942</w:t>
        <w:br/>
        <w:t>v -0.162840 18.618046 0.722174</w:t>
        <w:br/>
        <w:t>v -0.152103 18.624542 0.772567</w:t>
        <w:br/>
        <w:t>v -0.049114 18.567490 0.651948</w:t>
        <w:br/>
        <w:t>v -0.054784 18.580580 0.594911</w:t>
        <w:br/>
        <w:t>v -0.083971 18.590801 0.589510</w:t>
        <w:br/>
        <w:t>v -0.088666 18.583626 0.644153</w:t>
        <w:br/>
        <w:t>v -0.332314 18.733063 0.474031</w:t>
        <w:br/>
        <w:t>v -0.253315 18.680773 0.513904</w:t>
        <w:br/>
        <w:t>v -0.247230 18.698795 0.413823</w:t>
        <w:br/>
        <w:t>v -0.378694 18.817219 0.806624</w:t>
        <w:br/>
        <w:t>v -0.323915 18.818596 0.848308</w:t>
        <w:br/>
        <w:t>v -0.215959 18.817091 0.892392</w:t>
        <w:br/>
        <w:t>v -0.271471 18.817261 0.872800</w:t>
        <w:br/>
        <w:t>v -0.302314 18.852005 0.879275</w:t>
        <w:br/>
        <w:t>v -0.243406 18.841408 0.897164</w:t>
        <w:br/>
        <w:t>v -0.375446 18.862417 0.855544</w:t>
        <w:br/>
        <w:t>v -0.422945 18.866747 0.810613</w:t>
        <w:br/>
        <w:t>v -0.459053 18.913130 0.811916</w:t>
        <w:br/>
        <w:t>v -0.412070 18.921392 0.870042</w:t>
        <w:br/>
        <w:t>v -0.334935 18.751959 0.752950</w:t>
        <w:br/>
        <w:t>v -0.345580 18.744678 0.692763</w:t>
        <w:br/>
        <w:t>v -0.414044 18.804047 0.684827</w:t>
        <w:br/>
        <w:t>v -0.403263 18.811815 0.752461</w:t>
        <w:br/>
        <w:t>v -0.459374 18.854191 0.678366</w:t>
        <w:br/>
        <w:t>v -0.449989 18.862831 0.752302</w:t>
        <w:br/>
        <w:t>v -0.352301 18.770481 0.347755</w:t>
        <w:br/>
        <w:t>v -0.401165 18.786751 0.437856</w:t>
        <w:br/>
        <w:t>v -0.504021 18.954403 0.219292</w:t>
        <w:br/>
        <w:t>v -0.434669 18.850073 0.284998</w:t>
        <w:br/>
        <w:t>v -0.326191 18.791000 0.203040</w:t>
        <w:br/>
        <w:t>v -0.441461 18.932705 0.106332</w:t>
        <w:br/>
        <w:t>v -0.602501 19.101810 0.086892</w:t>
        <w:br/>
        <w:t>v -0.623152 19.132010 0.131675</w:t>
        <w:br/>
        <w:t>v -0.561486 19.048609 0.169652</w:t>
        <w:br/>
        <w:t>v -0.645322 19.959288 0.860234</w:t>
        <w:br/>
        <w:t>v -0.662871 20.057589 0.799143</w:t>
        <w:br/>
        <w:t>v -0.679096 19.331989 0.684802</w:t>
        <w:br/>
        <w:t>v -0.703534 19.398043 0.684856</w:t>
        <w:br/>
        <w:t>v -0.936926 19.374805 -0.191042</w:t>
        <w:br/>
        <w:t>v -0.848368 19.386547 -0.118148</w:t>
        <w:br/>
        <w:t>v -0.920850 19.309380 -0.175492</w:t>
        <w:br/>
        <w:t>v -0.941373 19.437693 -0.188256</w:t>
        <w:br/>
        <w:t>v -0.936926 19.374805 -0.191042</w:t>
        <w:br/>
        <w:t>v -0.927008 19.373405 -0.233260</w:t>
        <w:br/>
        <w:t>v -0.930943 19.443291 -0.228614</w:t>
        <w:br/>
        <w:t>v -0.924049 19.506647 -0.191379</w:t>
        <w:br/>
        <w:t>v -0.902846 19.539356 -0.143910</w:t>
        <w:br/>
        <w:t>v -0.925872 19.492117 -0.160597</w:t>
        <w:br/>
        <w:t>v -0.905299 19.520920 -0.118413</w:t>
        <w:br/>
        <w:t>v -0.844895 19.545851 -0.097613</w:t>
        <w:br/>
        <w:t>v -0.868820 19.524721 -0.067123</w:t>
        <w:br/>
        <w:t>v -0.795633 19.448698 -0.022982</w:t>
        <w:br/>
        <w:t>v -0.868820 19.524721 -0.067123</w:t>
        <w:br/>
        <w:t>v -0.759873 19.406206 0.001399</w:t>
        <w:br/>
        <w:t>v -0.698430 19.336924 0.066626</w:t>
        <w:br/>
        <w:t>v -0.731611 19.421555 0.049334</w:t>
        <w:br/>
        <w:t>v -0.832503 19.520933 -0.028603</w:t>
        <w:br/>
        <w:t>v -0.754687 19.486895 0.039902</w:t>
        <w:br/>
        <w:t>v -0.832503 19.520933 -0.028603</w:t>
        <w:br/>
        <w:t>v -0.821239 19.531637 -0.040369</w:t>
        <w:br/>
        <w:t>v -0.759910 19.510765 -0.042855</w:t>
        <w:br/>
        <w:t>v -0.821239 19.531637 -0.040369</w:t>
        <w:br/>
        <w:t>v -0.844895 19.545851 -0.097613</w:t>
        <w:br/>
        <w:t>v -0.740363 19.193954 -0.022420</w:t>
        <w:br/>
        <w:t>v -0.802411 19.285339 -0.087653</w:t>
        <w:br/>
        <w:t>v -0.840954 19.182089 -0.078290</w:t>
        <w:br/>
        <w:t>v -0.897805 19.257933 -0.146339</w:t>
        <w:br/>
        <w:t>v -0.873686 19.249901 -0.194827</w:t>
        <w:br/>
        <w:t>v -0.907910 19.308630 -0.219833</w:t>
        <w:br/>
        <w:t>v -0.920850 19.309380 -0.175492</w:t>
        <w:br/>
        <w:t>v -0.840954 19.182089 -0.078290</w:t>
        <w:br/>
        <w:t>v -0.819552 19.177080 -0.122232</w:t>
        <w:br/>
        <w:t>v -0.782306 19.141882 -0.010037</w:t>
        <w:br/>
        <w:t>v -0.753123 19.123720 -0.050004</w:t>
        <w:br/>
        <w:t>v -0.718663 19.115181 0.065446</w:t>
        <w:br/>
        <w:t>v -0.686963 19.097479 0.034521</w:t>
        <w:br/>
        <w:t>v -0.782306 19.141882 -0.010037</w:t>
        <w:br/>
        <w:t>v -0.718663 19.115181 0.065446</w:t>
        <w:br/>
        <w:t>v -0.927008 19.373405 -0.233260</w:t>
        <w:br/>
        <w:t>v -0.907910 19.308630 -0.219833</w:t>
        <w:br/>
        <w:t>v -0.805925 19.277454 -0.172706</w:t>
        <w:br/>
        <w:t>v -0.868353 19.446674 -0.216535</w:t>
        <w:br/>
        <w:t>v -0.865218 19.497025 -0.188544</w:t>
        <w:br/>
        <w:t>v -0.924049 19.506647 -0.191379</w:t>
        <w:br/>
        <w:t>v -0.930943 19.443291 -0.228614</w:t>
        <w:br/>
        <w:t>v -0.852902 19.535334 -0.142392</w:t>
        <w:br/>
        <w:t>v -0.902846 19.539356 -0.143910</w:t>
        <w:br/>
        <w:t>v -0.873686 19.249901 -0.194827</w:t>
        <w:br/>
        <w:t>v -0.819552 19.177080 -0.122232</w:t>
        <w:br/>
        <w:t>v -0.738676 19.193880 -0.099587</w:t>
        <w:br/>
        <w:t>v -0.661110 19.196491 -0.067511</w:t>
        <w:br/>
        <w:t>v -0.734454 19.306057 -0.105832</w:t>
        <w:br/>
        <w:t>v -0.689149 19.117882 -0.030538</w:t>
        <w:br/>
        <w:t>v -0.546047 19.085566 0.040750</w:t>
        <w:br/>
        <w:t>v -0.689149 19.117882 -0.030538</w:t>
        <w:br/>
        <w:t>v -0.602501 19.101810 0.086892</w:t>
        <w:br/>
        <w:t>v -0.546047 19.085566 0.040750</w:t>
        <w:br/>
        <w:t>v -0.024256 19.175159 1.063504</w:t>
        <w:br/>
        <w:t>v -0.020934 19.127277 1.107434</w:t>
        <w:br/>
        <w:t>v -0.045740 19.093935 1.075570</w:t>
        <w:br/>
        <w:t>v -0.051936 19.145384 1.032341</w:t>
        <w:br/>
        <w:t>v -0.734454 19.306057 -0.105832</w:t>
        <w:br/>
        <w:t>v -0.757225 19.478926 -0.112677</w:t>
        <w:br/>
        <w:t>v -0.753123 19.123720 -0.050004</w:t>
        <w:br/>
        <w:t>v -0.686963 19.097479 0.034521</w:t>
        <w:br/>
        <w:t>v -0.753123 19.123720 -0.050004</w:t>
        <w:br/>
        <w:t>v -0.754687 19.486895 0.039902</w:t>
        <w:br/>
        <w:t>v -0.754687 19.486895 0.039902</w:t>
        <w:br/>
        <w:t>v -0.897805 19.257933 -0.146339</w:t>
        <w:br/>
        <w:t>v -0.664431 19.238977 0.100873</w:t>
        <w:br/>
        <w:t>v -0.000000 19.583971 1.094306</w:t>
        <w:br/>
        <w:t>v -0.072333 19.579935 1.091296</w:t>
        <w:br/>
        <w:t>v -0.090157 19.635864 1.118325</w:t>
        <w:br/>
        <w:t>v -0.000000 19.637856 1.119849</w:t>
        <w:br/>
        <w:t>v -0.000000 19.736734 1.155123</w:t>
        <w:br/>
        <w:t>v -0.000000 19.842060 1.170386</w:t>
        <w:br/>
        <w:t>v -0.539740 19.771357 1.005511</w:t>
        <w:br/>
        <w:t>v -0.463311 19.768913 1.051414</w:t>
        <w:br/>
        <w:t>v -0.519110 19.664808 1.007008</w:t>
        <w:br/>
        <w:t>v -0.746795 19.476788 0.637592</w:t>
        <w:br/>
        <w:t>v -0.755218 19.566402 0.667384</w:t>
        <w:br/>
        <w:t>v -0.151963 19.417910 0.963517</w:t>
        <w:br/>
        <w:t>v -0.504997 19.600386 0.988244</w:t>
        <w:br/>
        <w:t>v -0.431446 19.536219 0.976873</w:t>
        <w:br/>
        <w:t>v -0.483346 19.538351 0.960202</w:t>
        <w:br/>
        <w:t>v -0.584632 19.196926 0.777230</w:t>
        <w:br/>
        <w:t>v -0.578300 19.238955 0.785985</w:t>
        <w:br/>
        <w:t>v -0.167526 19.359394 0.918871</w:t>
        <w:br/>
        <w:t>v -0.178192 19.392309 0.929356</w:t>
        <w:br/>
        <w:t>v -0.132238 19.367079 0.940330</w:t>
        <w:br/>
        <w:t>v -0.562051 19.590813 0.951044</w:t>
        <w:br/>
        <w:t>v -0.536639 19.533670 0.935570</w:t>
        <w:br/>
        <w:t>v -0.000000 19.528584 1.065565</w:t>
        <w:br/>
        <w:t>v -0.087071 19.398161 0.978282</w:t>
        <w:br/>
        <w:t>v -0.124007 19.330267 0.933135</w:t>
        <w:br/>
        <w:t>v -0.157689 19.303761 0.917569</w:t>
        <w:br/>
        <w:t>v -0.239378 19.272091 0.899469</w:t>
        <w:br/>
        <w:t>v -0.368866 19.242628 0.873195</w:t>
        <w:br/>
        <w:t>v -0.303413 19.251234 0.886364</w:t>
        <w:br/>
        <w:t>v -0.604328 19.578701 0.910860</w:t>
        <w:br/>
        <w:t>v -0.572423 19.526051 0.910403</w:t>
        <w:br/>
        <w:t>v -0.060616 19.285749 0.985376</w:t>
        <w:br/>
        <w:t>v -0.000000 19.106283 1.149457</w:t>
        <w:br/>
        <w:t>v -0.016088 19.098766 1.146090</w:t>
        <w:br/>
        <w:t>v -0.000000 19.134918 1.119125</w:t>
        <w:br/>
        <w:t>v -0.665646 19.476803 0.802290</w:t>
        <w:br/>
        <w:t>v -0.672527 20.173662 0.727610</w:t>
        <w:br/>
        <w:t>v -0.765581 20.090673 0.567419</w:t>
        <w:br/>
        <w:t>v -0.866019 20.003624 0.017154</w:t>
        <w:br/>
        <w:t>v -0.863369 19.945065 0.163749</w:t>
        <w:br/>
        <w:t>v -0.746820 19.993761 0.685292</w:t>
        <w:br/>
        <w:t>v -0.726610 19.912714 0.765682</w:t>
        <w:br/>
        <w:t>v -0.782755 19.579973 0.159701</w:t>
        <w:br/>
        <w:t>v -0.820168 19.724482 0.216916</w:t>
        <w:br/>
        <w:t>v -0.814101 19.674242 0.378440</w:t>
        <w:br/>
        <w:t>v -0.784331 19.509665 0.308767</w:t>
        <w:br/>
        <w:t>v -0.471129 18.843555 0.501379</w:t>
        <w:br/>
        <w:t>v -0.446660 18.834299 0.398443</w:t>
        <w:br/>
        <w:t>v -0.481203 18.879786 0.366121</w:t>
        <w:br/>
        <w:t>v -0.501788 18.889488 0.472902</w:t>
        <w:br/>
        <w:t>v -0.418046 18.793745 0.528964</w:t>
        <w:br/>
        <w:t>v -0.421072 18.798920 0.607230</w:t>
        <w:br/>
        <w:t>v -0.350400 18.740557 0.626615</w:t>
        <w:br/>
        <w:t>v -0.353366 18.739424 0.556560</w:t>
        <w:br/>
        <w:t>v -0.734999 19.653917 0.730154</w:t>
        <w:br/>
        <w:t>v -0.705679 19.710299 0.816523</w:t>
        <w:br/>
        <w:t>v -0.529742 18.951754 0.307397</w:t>
        <w:br/>
        <w:t>v -0.540836 18.946785 0.438046</w:t>
        <w:br/>
        <w:t>v -0.744533 19.411894 0.282876</w:t>
        <w:br/>
        <w:t>v -0.743623 19.411295 0.418674</w:t>
        <w:br/>
        <w:t>v -0.212224 18.692900 0.297656</w:t>
        <w:br/>
        <w:t>v -0.100538 18.631750 0.358437</w:t>
        <w:br/>
        <w:t>v -0.074795 18.608437 0.489892</w:t>
        <w:br/>
        <w:t>v -0.000000 18.586668 0.509254</w:t>
        <w:br/>
        <w:t>v -0.000000 18.600378 0.404728</w:t>
        <w:br/>
        <w:t>v -0.839663 19.822315 -0.051365</w:t>
        <w:br/>
        <w:t>v -0.826836 19.765141 0.075623</w:t>
        <w:br/>
        <w:t>v -0.794676 19.632566 0.021279</w:t>
        <w:br/>
        <w:t>v -0.796891 19.649532 -0.091934</w:t>
        <w:br/>
        <w:t>v -0.744572 19.503521 -0.104645</w:t>
        <w:br/>
        <w:t>v -0.759910 19.510765 -0.042855</w:t>
        <w:br/>
        <w:t>v -0.424523 19.236301 0.857536</w:t>
        <w:br/>
        <w:t>v -0.298507 18.906683 0.915216</w:t>
        <w:br/>
        <w:t>v -0.251938 18.866995 0.911186</w:t>
        <w:br/>
        <w:t>v -0.249297 18.669300 0.655329</w:t>
        <w:br/>
        <w:t>v -0.252013 18.674061 0.590596</w:t>
        <w:br/>
        <w:t>v -0.087702 18.573353 0.699219</w:t>
        <w:br/>
        <w:t>v -0.171704 18.626637 0.620275</w:t>
        <w:br/>
        <w:t>v -0.169752 18.621300 0.677889</w:t>
        <w:br/>
        <w:t>v -0.501593 19.021099 0.066297</w:t>
        <w:br/>
        <w:t>v -0.063327 18.858923 1.006473</w:t>
        <w:br/>
        <w:t>v -0.063565 18.837347 0.994493</w:t>
        <w:br/>
        <w:t>v -0.089296 18.837675 0.977243</w:t>
        <w:br/>
        <w:t>v -0.091193 18.857046 0.988462</w:t>
        <w:br/>
        <w:t>v -0.000000 18.721025 0.908572</w:t>
        <w:br/>
        <w:t>v -0.000000 18.672194 0.881773</w:t>
        <w:br/>
        <w:t>v -0.095902 18.740942 0.899679</w:t>
        <w:br/>
        <w:t>v -0.111772 18.705524 0.873203</w:t>
        <w:br/>
        <w:t>v -0.243026 18.670486 0.709255</w:t>
        <w:br/>
        <w:t>v -0.228126 18.677818 0.762336</w:t>
        <w:br/>
        <w:t>v -0.046865 18.552652 0.709740</w:t>
        <w:br/>
        <w:t>v -0.045940 18.549313 0.794860</w:t>
        <w:br/>
        <w:t>v -0.043842 18.573481 0.831250</w:t>
        <w:br/>
        <w:t>v -0.040083 18.623268 0.858044</w:t>
        <w:br/>
        <w:t>v -0.335734 19.004585 0.929951</w:t>
        <w:br/>
        <w:t>v -0.167248 18.944626 0.968489</w:t>
        <w:br/>
        <w:t>v -0.117923 18.957754 0.981854</w:t>
        <w:br/>
        <w:t>v -0.778571 19.510706 0.437856</w:t>
        <w:br/>
        <w:t>v -0.739279 19.402245 0.156783</w:t>
        <w:br/>
        <w:t>v -0.756627 19.480152 0.156966</w:t>
        <w:br/>
        <w:t>v -0.516989 19.080774 0.828106</w:t>
        <w:br/>
        <w:t>v -0.551305 19.134203 0.803250</w:t>
        <w:br/>
        <w:t>v -0.028678 19.304533 1.009283</w:t>
        <w:br/>
        <w:t>v -0.000000 19.352808 1.020587</w:t>
        <w:br/>
        <w:t>v -0.000000 19.314226 1.021349</w:t>
        <w:br/>
        <w:t>v -0.623152 19.132010 0.131675</w:t>
        <w:br/>
        <w:t>v -0.577384 19.653763 0.963010</w:t>
        <w:br/>
        <w:t>v -0.624261 19.638573 0.909419</w:t>
        <w:br/>
        <w:t>v -0.599813 19.759813 0.950179</w:t>
        <w:br/>
        <w:t>v -0.647071 19.736979 0.898661</w:t>
        <w:br/>
        <w:t>v -0.776621 19.847851 0.655830</w:t>
        <w:br/>
        <w:t>v -0.802950 19.759348 0.563078</w:t>
        <w:br/>
        <w:t>v -0.793429 19.630260 0.488089</w:t>
        <w:br/>
        <w:t>v -0.000000 20.069380 1.153211</w:t>
        <w:br/>
        <w:t>v -0.108017 20.074770 1.142907</w:t>
        <w:br/>
        <w:t>v -0.000000 20.210407 1.103412</w:t>
        <w:br/>
        <w:t>v -0.200881 20.079268 1.123922</w:t>
        <w:br/>
        <w:t>v -0.295986 20.082724 1.090053</w:t>
        <w:br/>
        <w:t>v -0.588403 20.198198 0.817641</w:t>
        <w:br/>
        <w:t>v -0.495149 20.222565 0.908135</w:t>
        <w:br/>
        <w:t>v -0.386019 20.090786 1.039111</w:t>
        <w:br/>
        <w:t>v -0.385644 20.227940 0.985839</w:t>
        <w:br/>
        <w:t>v -0.165516 18.630819 0.554836</w:t>
        <w:br/>
        <w:t>v -0.151910 18.645023 0.457763</w:t>
        <w:br/>
        <w:t>v -0.000000 18.932301 1.030155</w:t>
        <w:br/>
        <w:t>v -0.032788 18.934944 1.023822</w:t>
        <w:br/>
        <w:t>v -0.759910 19.510765 -0.042855</w:t>
        <w:br/>
        <w:t>v -0.446474 18.972128 0.864215</w:t>
        <w:br/>
        <w:t>v -0.394804 18.983641 0.900530</w:t>
        <w:br/>
        <w:t>v -0.351591 18.931679 0.907456</w:t>
        <w:br/>
        <w:t>v -0.534139 18.949501 0.550455</w:t>
        <w:br/>
        <w:t>v -0.501252 18.897387 0.575304</w:t>
        <w:br/>
        <w:t>v -0.484973 18.907587 0.751602</w:t>
        <w:br/>
        <w:t>v -0.494348 18.901369 0.671537</w:t>
        <w:br/>
        <w:t>v -0.523024 18.948509 0.660669</w:t>
        <w:br/>
        <w:t>v -0.514209 18.949362 0.743895</w:t>
        <w:br/>
        <w:t>v -0.326952 18.893591 0.897854</w:t>
        <w:br/>
        <w:t>v -0.467213 18.850584 0.591248</w:t>
        <w:br/>
        <w:t>v -0.000000 19.229998 1.046792</w:t>
        <w:br/>
        <w:t>v -0.000000 19.184458 1.074072</w:t>
        <w:br/>
        <w:t>v -0.695097 19.376966 -0.136421</w:t>
        <w:br/>
        <w:t>v -0.229798 19.348505 0.899256</w:t>
        <w:br/>
        <w:t>v -0.258961 19.299589 0.885907</w:t>
        <w:br/>
        <w:t>v -0.262710 19.298914 0.878335</w:t>
        <w:br/>
        <w:t>v -0.230081 19.348896 0.892022</w:t>
        <w:br/>
        <w:t>v -0.322617 19.281557 0.874236</w:t>
        <w:br/>
        <w:t>v -0.387633 19.278805 0.862411</w:t>
        <w:br/>
        <w:t>v -0.389017 19.279610 0.859048</w:t>
        <w:br/>
        <w:t>v -0.325028 19.281797 0.867966</w:t>
        <w:br/>
        <w:t>v -0.430529 19.278425 0.845611</w:t>
        <w:br/>
        <w:t>v -0.429961 19.277239 0.850963</w:t>
        <w:br/>
        <w:t>v -0.528199 19.281301 0.818490</w:t>
        <w:br/>
        <w:t>v -0.521077 19.282616 0.810502</w:t>
        <w:br/>
        <w:t>v -0.480632 19.278307 0.828822</w:t>
        <w:br/>
        <w:t>v -0.480804 19.276472 0.837616</w:t>
        <w:br/>
        <w:t>v -0.572575 19.296389 0.792532</w:t>
        <w:br/>
        <w:t>v -0.564550 19.299019 0.777896</w:t>
        <w:br/>
        <w:t>v -0.633964 19.361567 0.765325</w:t>
        <w:br/>
        <w:t>v -0.623755 19.366821 0.758870</w:t>
        <w:br/>
        <w:t>v -0.597721 19.326874 0.766551</w:t>
        <w:br/>
        <w:t>v -0.606449 19.323919 0.774124</w:t>
        <w:br/>
        <w:t>v -0.641180 19.411501 0.762613</w:t>
        <w:br/>
        <w:t>v -0.655584 19.408646 0.771020</w:t>
        <w:br/>
        <w:t>v -0.668224 19.446449 0.778077</w:t>
        <w:br/>
        <w:t>v -0.655672 19.447510 0.768924</w:t>
        <w:br/>
        <w:t>v -0.538986 19.502953 0.902461</w:t>
        <w:br/>
        <w:t>v -0.543727 19.501068 0.917394</w:t>
        <w:br/>
        <w:t>v -0.511171 19.506599 0.932880</w:t>
        <w:br/>
        <w:t>v -0.506911 19.509497 0.915691</w:t>
        <w:br/>
        <w:t>v -0.464423 19.509474 0.948875</w:t>
        <w:br/>
        <w:t>v -0.460614 19.512674 0.931514</w:t>
        <w:br/>
        <w:t>v -0.416848 19.505703 0.956614</w:t>
        <w:br/>
        <w:t>v -0.413815 19.508453 0.940222</w:t>
        <w:br/>
        <w:t>v -0.368045 19.490639 0.952439</w:t>
        <w:br/>
        <w:t>v -0.366034 19.492828 0.936901</w:t>
        <w:br/>
        <w:t>v -0.310027 19.467014 0.930306</w:t>
        <w:br/>
        <w:t>v -0.311526 19.465033 0.944133</w:t>
        <w:br/>
        <w:t>v -0.260897 19.434448 0.930753</w:t>
        <w:br/>
        <w:t>v -0.259592 19.436399 0.919247</w:t>
        <w:br/>
        <w:t>v -0.220135 19.392649 0.910667</w:t>
        <w:br/>
        <w:t>v -0.218676 19.393532 0.903705</w:t>
        <w:br/>
        <w:t>v -0.646024 19.461927 0.826430</w:t>
        <w:br/>
        <w:t>v -0.634878 19.461075 0.814272</w:t>
        <w:br/>
        <w:t>v -0.655672 19.447510 0.768924</w:t>
        <w:br/>
        <w:t>v -0.668224 19.446449 0.778077</w:t>
        <w:br/>
        <w:t>v -0.599964 19.481976 0.855335</w:t>
        <w:br/>
        <w:t>v -0.608458 19.482689 0.868541</w:t>
        <w:br/>
        <w:t>v -0.577378 19.493959 0.894715</w:t>
        <w:br/>
        <w:t>v -0.570857 19.495605 0.881552</w:t>
        <w:br/>
        <w:t>v -0.215124 19.253534 0.712983</w:t>
        <w:br/>
        <w:t>v -0.162719 19.309313 0.737437</w:t>
        <w:br/>
        <w:t>v -0.380086 19.229889 0.678085</w:t>
        <w:br/>
        <w:t>v -0.584312 19.258869 0.688376</w:t>
        <w:br/>
        <w:t>v -0.469918 19.239536 0.684667</w:t>
        <w:br/>
        <w:t>v -0.609924 19.354082 0.649694</w:t>
        <w:br/>
        <w:t>v -0.618530 19.477039 0.612197</w:t>
        <w:br/>
        <w:t>v -0.663319 19.603369 0.662091</w:t>
        <w:br/>
        <w:t>v -0.538986 19.502953 0.902461</w:t>
        <w:br/>
        <w:t>v -0.506911 19.509497 0.915691</w:t>
        <w:br/>
        <w:t>v -0.586584 19.627089 0.839648</w:t>
        <w:br/>
        <w:t>v -0.460614 19.512674 0.931514</w:t>
        <w:br/>
        <w:t>v -0.481535 19.648085 0.891517</w:t>
        <w:br/>
        <w:t>v -0.413815 19.508453 0.940222</w:t>
        <w:br/>
        <w:t>v -0.389555 19.660902 0.901071</w:t>
        <w:br/>
        <w:t>v -0.301733 19.656908 0.914243</w:t>
        <w:br/>
        <w:t>v -0.366034 19.492828 0.936901</w:t>
        <w:br/>
        <w:t>v -0.310027 19.467014 0.930306</w:t>
        <w:br/>
        <w:t>v -0.234934 19.608002 0.897880</w:t>
        <w:br/>
        <w:t>v -0.174592 19.534483 0.837951</w:t>
        <w:br/>
        <w:t>v -0.149944 19.416517 0.791499</w:t>
        <w:br/>
        <w:t>v -0.599964 19.481976 0.855335</w:t>
        <w:br/>
        <w:t>v -0.570857 19.495605 0.881552</w:t>
        <w:br/>
        <w:t>v -0.234934 19.608002 0.897880</w:t>
        <w:br/>
        <w:t>v -0.200298 19.630095 0.646959</w:t>
        <w:br/>
        <w:t>v -0.553504 18.997850 0.271261</w:t>
        <w:br/>
        <w:t>v -0.587918 19.058346 0.233726</w:t>
        <w:br/>
        <w:t>v -0.597721 19.326874 0.766551</w:t>
        <w:br/>
        <w:t>v -0.195799 19.964785 1.147065</w:t>
        <w:br/>
        <w:t>v -0.291711 19.967522 1.117325</w:t>
        <w:br/>
        <w:t>v -0.103884 19.960653 1.163891</w:t>
        <w:br/>
        <w:t>v -0.380873 19.757765 1.087162</w:t>
        <w:br/>
        <w:t>v -0.384246 19.977516 1.069775</w:t>
        <w:br/>
        <w:t>v -0.546047 19.085566 0.040750</w:t>
        <w:br/>
        <w:t>v -0.660173 19.214888 0.183216</w:t>
        <w:br/>
        <w:t>v -0.620547 19.114132 0.338552</w:t>
        <w:br/>
        <w:t>v -0.622775 19.118084 0.210046</w:t>
        <w:br/>
        <w:t>v -0.700855 19.306818 0.165496</w:t>
        <w:br/>
        <w:t>v -0.142841 18.828239 0.915802</w:t>
        <w:br/>
        <w:t>v -0.134114 18.825506 0.919829</w:t>
        <w:br/>
        <w:t>v -0.137317 18.823462 0.919105</w:t>
        <w:br/>
        <w:t>v -0.060604 18.829191 0.973223</w:t>
        <w:br/>
        <w:t>v -0.060571 18.821590 0.954488</w:t>
        <w:br/>
        <w:t>v -0.082823 18.823313 0.944231</w:t>
        <w:br/>
        <w:t>v -0.085410 18.829744 0.959396</w:t>
        <w:br/>
        <w:t>v -0.059954 18.791569 0.957922</w:t>
        <w:br/>
        <w:t>v -0.029040 18.787476 0.967499</w:t>
        <w:br/>
        <w:t>v -0.028278 18.767189 0.954944</w:t>
        <w:br/>
        <w:t>v -0.059859 18.773930 0.946780</w:t>
        <w:br/>
        <w:t>v -0.082159 18.818913 0.944599</w:t>
        <w:br/>
        <w:t>v -0.060063 18.818083 0.952987</w:t>
        <w:br/>
        <w:t>v -0.060274 18.807238 0.957835</w:t>
        <w:br/>
        <w:t>v -0.083003 18.810129 0.947125</w:t>
        <w:br/>
        <w:t>v -0.109105 18.830259 0.946231</w:t>
        <w:br/>
        <w:t>v -0.113878 18.837149 0.957625</w:t>
        <w:br/>
        <w:t>v -0.122182 18.822540 0.926116</w:t>
        <w:br/>
        <w:t>v -0.124476 18.818531 0.925583</w:t>
        <w:br/>
        <w:t>v -0.060566 18.820524 0.950661</w:t>
        <w:br/>
        <w:t>v -0.060571 18.821590 0.954488</w:t>
        <w:br/>
        <w:t>v -0.029704 18.820599 0.959222</w:t>
        <w:br/>
        <w:t>v -0.029765 18.819607 0.957527</w:t>
        <w:br/>
        <w:t>v -0.082159 18.818913 0.944599</w:t>
        <w:br/>
        <w:t>v -0.105075 18.820675 0.934825</w:t>
        <w:br/>
        <w:t>v -0.104308 18.822784 0.933584</w:t>
        <w:br/>
        <w:t>v -0.081663 18.821486 0.941807</w:t>
        <w:br/>
        <w:t>v -0.105075 18.820675 0.934825</w:t>
        <w:br/>
        <w:t>v -0.106637 18.814049 0.934559</w:t>
        <w:br/>
        <w:t>v -0.128028 18.835621 0.943010</w:t>
        <w:br/>
        <w:t>v -0.124281 18.830467 0.934403</w:t>
        <w:br/>
        <w:t>v -0.135160 18.830868 0.925436</w:t>
        <w:br/>
        <w:t>v -0.137895 18.833912 0.929534</w:t>
        <w:br/>
        <w:t>v -0.140119 18.821041 0.916787</w:t>
        <w:br/>
        <w:t>v -0.151883 18.818487 0.913917</w:t>
        <w:br/>
        <w:t>v -0.159191 18.828436 0.913639</w:t>
        <w:br/>
        <w:t>v -0.127428 18.813486 0.922619</w:t>
        <w:br/>
        <w:t>v -0.130288 18.808397 0.917627</w:t>
        <w:br/>
        <w:t>v -0.110391 18.797010 0.924937</w:t>
        <w:br/>
        <w:t>v -0.107643 18.805866 0.931478</w:t>
        <w:br/>
        <w:t>v -0.104358 18.822895 0.933584</w:t>
        <w:br/>
        <w:t>v -0.121570 18.824997 0.925484</w:t>
        <w:br/>
        <w:t>v -0.121960 18.826733 0.927717</w:t>
        <w:br/>
        <w:t>v -0.105035 18.824806 0.936538</w:t>
        <w:br/>
        <w:t>v -0.141455 18.831251 0.918215</w:t>
        <w:br/>
        <w:t>v -0.133274 18.828421 0.921674</w:t>
        <w:br/>
        <w:t>v -0.139344 18.830097 0.918300</w:t>
        <w:br/>
        <w:t>v -0.158161 18.832270 0.914728</w:t>
        <w:br/>
        <w:t>v -0.142148 18.830490 0.915980</w:t>
        <w:br/>
        <w:t>v -0.116186 18.825571 0.920590</w:t>
        <w:br/>
        <w:t>v -0.066212 18.823015 0.935986</w:t>
        <w:br/>
        <w:t>v -0.104308 18.822784 0.933584</w:t>
        <w:br/>
        <w:t>v -0.060079 18.820330 0.950704</w:t>
        <w:br/>
        <w:t>v -0.081663 18.821486 0.941807</w:t>
        <w:br/>
        <w:t>v -0.029103 18.819487 0.957510</w:t>
        <w:br/>
        <w:t>v -0.029990 18.823120 0.944913</w:t>
        <w:br/>
        <w:t>v -0.138732 18.837234 0.906237</w:t>
        <w:br/>
        <w:t>v -0.138857 18.828894 0.917922</w:t>
        <w:br/>
        <w:t>v -0.132781 18.827162 0.920287</w:t>
        <w:br/>
        <w:t>v -0.118098 18.833212 0.912644</w:t>
        <w:br/>
        <w:t>v -0.104358 18.822895 0.933584</w:t>
        <w:br/>
        <w:t>v -0.086197 18.830641 0.926179</w:t>
        <w:br/>
        <w:t>v -0.082450 18.821711 0.941724</w:t>
        <w:br/>
        <w:t>v -0.060566 18.820524 0.950661</w:t>
        <w:br/>
        <w:t>v -0.029558 18.831606 0.940598</w:t>
        <w:br/>
        <w:t>v -0.029765 18.819607 0.957527</w:t>
        <w:br/>
        <w:t>v -0.131950 18.826569 0.912569</w:t>
        <w:br/>
        <w:t>v -0.150636 18.824001 0.900407</w:t>
        <w:br/>
        <w:t>v -0.111503 18.821346 0.913390</w:t>
        <w:br/>
        <w:t>v -0.044641 18.815943 0.930204</w:t>
        <w:br/>
        <w:t>v -0.138951 18.828129 0.912086</w:t>
        <w:br/>
        <w:t>v -0.178215 18.832140 0.892077</w:t>
        <w:br/>
        <w:t>v -0.178215 18.832140 0.892077</w:t>
        <w:br/>
        <w:t>v -0.179226 18.895687 0.889341</w:t>
        <w:br/>
        <w:t>v -0.125055 18.896299 0.912381</w:t>
        <w:br/>
        <w:t>v -0.086197 18.830641 0.926179</w:t>
        <w:br/>
        <w:t>v -0.052398 18.896406 0.925568</w:t>
        <w:br/>
        <w:t>v -0.000000 18.894602 0.934437</w:t>
        <w:br/>
        <w:t>v -0.066812 18.740114 0.856303</w:t>
        <w:br/>
        <w:t>v -0.000000 18.705469 0.849378</w:t>
        <w:br/>
        <w:t>v -0.130126 18.774837 0.846582</w:t>
        <w:br/>
        <w:t>v -0.193952 18.818308 0.882609</w:t>
        <w:br/>
        <w:t>v -0.205307 18.881664 0.873861</w:t>
        <w:br/>
        <w:t>v -0.000000 18.930033 0.915105</w:t>
        <w:br/>
        <w:t>v -0.066487 18.939219 0.903476</w:t>
        <w:br/>
        <w:t>v -0.140431 18.938334 0.881780</w:t>
        <w:br/>
        <w:t>v -0.205307 18.881664 0.873861</w:t>
        <w:br/>
        <w:t>v -0.208529 18.921659 0.863144</w:t>
        <w:br/>
        <w:t>v -0.052024 18.689676 0.810533</w:t>
        <w:br/>
        <w:t>v -0.000000 18.663177 0.791155</w:t>
        <w:br/>
        <w:t>v -0.062353 18.674404 0.703903</w:t>
        <w:br/>
        <w:t>v -0.000000 18.658508 0.689126</w:t>
        <w:br/>
        <w:t>v -0.136971 18.752579 0.800217</w:t>
        <w:br/>
        <w:t>v -0.155894 18.734087 0.713495</w:t>
        <w:br/>
        <w:t>v -0.204432 18.808897 0.803640</w:t>
        <w:br/>
        <w:t>v -0.220870 18.790020 0.732956</w:t>
        <w:br/>
        <w:t>v -0.245413 18.838591 0.764494</w:t>
        <w:br/>
        <w:t>v -0.234934 18.872950 0.841711</w:t>
        <w:br/>
        <w:t>v -0.245413 18.838591 0.764494</w:t>
        <w:br/>
        <w:t>v -0.234934 18.872950 0.841711</w:t>
        <w:br/>
        <w:t>v -0.247936 18.928476 0.743360</w:t>
        <w:br/>
        <w:t>v -0.226640 18.943174 0.823912</w:t>
        <w:br/>
        <w:t>v -0.163151 18.985954 0.726985</w:t>
        <w:br/>
        <w:t>v -0.149686 18.969511 0.832830</w:t>
        <w:br/>
        <w:t>v -0.063015 18.990150 0.722639</w:t>
        <w:br/>
        <w:t>v -0.054221 18.968483 0.836465</w:t>
        <w:br/>
        <w:t>v -0.250122 18.831564 0.663721</w:t>
        <w:br/>
        <w:t>v -0.243715 18.933062 0.649332</w:t>
        <w:br/>
        <w:t>v -0.200598 18.903997 0.548134</w:t>
        <w:br/>
        <w:t>v -0.173068 18.973160 0.600769</w:t>
        <w:br/>
        <w:t>v -0.163488 18.930962 0.487779</w:t>
        <w:br/>
        <w:t>v -0.071108 18.984732 0.595473</w:t>
        <w:br/>
        <w:t>v -0.073094 18.943527 0.454055</w:t>
        <w:br/>
        <w:t>v -0.000000 18.978273 0.595823</w:t>
        <w:br/>
        <w:t>v -0.211427 18.845287 0.548221</w:t>
        <w:br/>
        <w:t>v -0.211427 18.845287 0.548221</w:t>
        <w:br/>
        <w:t>v -0.190643 18.798115 0.540015</w:t>
        <w:br/>
        <w:t>v -0.250122 18.831564 0.663721</w:t>
        <w:br/>
        <w:t>v -0.222094 18.772728 0.653691</w:t>
        <w:br/>
        <w:t>v -0.166923 18.731361 0.617406</w:t>
        <w:br/>
        <w:t>v -0.157630 18.780861 0.478449</w:t>
        <w:br/>
        <w:t>v -0.063990 18.688835 0.593681</w:t>
        <w:br/>
        <w:t>v -0.064351 18.761450 0.435719</w:t>
        <w:br/>
        <w:t>v -0.000000 18.759354 0.428075</w:t>
        <w:br/>
        <w:t>v -0.000000 18.683247 0.585439</w:t>
        <w:br/>
        <w:t>v -0.000000 18.859451 0.414623</w:t>
        <w:br/>
        <w:t>v -0.078828 18.866995 0.422567</w:t>
        <w:br/>
        <w:t>v -0.078828 18.866995 0.422567</w:t>
        <w:br/>
        <w:t>v -0.171907 18.867704 0.461449</w:t>
        <w:br/>
        <w:t>v -0.171907 18.867704 0.461449</w:t>
        <w:br/>
        <w:t>v -0.121620 18.824938 0.925532</w:t>
        <w:br/>
        <w:t>v -0.121570 18.824997 0.925484</w:t>
        <w:br/>
        <w:t>v -0.000000 19.032637 1.122967</w:t>
        <w:br/>
        <w:t>v -0.018898 19.037392 1.120639</w:t>
        <w:br/>
        <w:t>v -0.012727 19.065561 1.147871</w:t>
        <w:br/>
        <w:t>v -0.000000 19.062008 1.149253</w:t>
        <w:br/>
        <w:t>v -0.029088 18.817614 0.959427</w:t>
        <w:br/>
        <w:t>v -0.000000 18.817652 0.961254</w:t>
        <w:br/>
        <w:t>v -0.000000 18.802612 0.969414</w:t>
        <w:br/>
        <w:t>v -0.029065 18.803890 0.966566</w:t>
        <w:br/>
        <w:t>v -0.000000 18.819338 0.959346</w:t>
        <w:br/>
        <w:t>v -0.000000 18.823544 0.947792</w:t>
        <w:br/>
        <w:t>v -0.085463 18.783339 0.937261</w:t>
        <w:br/>
        <w:t>v -0.084336 18.797245 0.945319</w:t>
        <w:br/>
        <w:t>v -0.082823 18.823313 0.944231</w:t>
        <w:br/>
        <w:t>v -0.082450 18.821711 0.941724</w:t>
        <w:br/>
        <w:t>v -0.031467 18.836624 1.007905</w:t>
        <w:br/>
        <w:t>v -0.029390 18.828579 0.983125</w:t>
        <w:br/>
        <w:t>v -0.121960 18.826733 0.927717</w:t>
        <w:br/>
        <w:t>v -0.140227 18.829451 0.917156</w:t>
        <w:br/>
        <w:t>v -0.139437 18.828392 0.916872</w:t>
        <w:br/>
        <w:t>v -0.000000 18.785748 0.970709</w:t>
        <w:br/>
        <w:t>v -0.000000 18.765276 0.957390</w:t>
        <w:br/>
        <w:t>v -0.621404 19.113405 0.464301</w:t>
        <w:br/>
        <w:t>v -0.489483 18.958557 0.805957</w:t>
        <w:br/>
        <w:t>v -0.521082 19.008438 0.793468</w:t>
        <w:br/>
        <w:t>v -0.479385 19.022659 0.852382</w:t>
        <w:br/>
        <w:t>v -0.258961 19.299589 0.885907</w:t>
        <w:br/>
        <w:t>v -0.229798 19.348505 0.899256</w:t>
        <w:br/>
        <w:t>v -0.000000 19.393238 1.025346</w:t>
        <w:br/>
        <w:t>v -0.000000 19.263498 1.033531</w:t>
        <w:br/>
        <w:t>v -0.000000 18.617235 0.858944</w:t>
        <w:br/>
        <w:t>v -0.000000 18.565142 0.833209</w:t>
        <w:br/>
        <w:t>v -0.000000 18.541790 0.798107</w:t>
        <w:br/>
        <w:t>v -0.000000 18.558710 0.658449</w:t>
        <w:br/>
        <w:t>v -0.000000 18.568867 0.603811</w:t>
        <w:br/>
        <w:t>v -0.000000 20.395782 1.002788</w:t>
        <w:br/>
        <w:t>v -0.000000 18.546740 0.713538</w:t>
        <w:br/>
        <w:t>v -0.000000 20.570778 0.878158</w:t>
        <w:br/>
        <w:t>v -0.000000 19.956354 1.172409</w:t>
        <w:br/>
        <w:t>v -0.000000 18.828283 0.987038</w:t>
        <w:br/>
        <w:t>v -0.000000 18.820253 0.962239</w:t>
        <w:br/>
        <w:t>v -0.029704 18.820599 0.959222</w:t>
        <w:br/>
        <w:t>v -0.000000 18.812643 0.933612</w:t>
        <w:br/>
        <w:t>v -0.000000 18.938311 0.448010</w:t>
        <w:br/>
        <w:t>v -0.000000 18.830757 0.940614</w:t>
        <w:br/>
        <w:t>v -0.000000 18.819456 0.959294</w:t>
        <w:br/>
        <w:t>v -0.000000 18.978939 0.727835</w:t>
        <w:br/>
        <w:t>v -0.000000 18.961899 0.842672</w:t>
        <w:br/>
        <w:t>v -0.000000 18.859451 0.414623</w:t>
        <w:br/>
        <w:t>v -0.000000 18.836395 1.010782</w:t>
        <w:br/>
        <w:t>v -0.592628 19.126816 0.738990</w:t>
        <w:br/>
        <w:t>v -0.634602 19.219286 0.708770</w:t>
        <w:br/>
        <w:t>v -0.138859 18.828751 0.917844</w:t>
        <w:br/>
        <w:t>v -0.138997 18.828876 0.917795</w:t>
        <w:br/>
        <w:t>v -0.138958 18.830570 0.911869</w:t>
        <w:br/>
        <w:t>v -0.132790 18.827139 0.920274</w:t>
        <w:br/>
        <w:t>v -0.138958 18.830570 0.911869</w:t>
        <w:br/>
        <w:t>v -0.138732 18.837234 0.906237</w:t>
        <w:br/>
        <w:t>v -0.200052 19.373619 0.643563</w:t>
        <w:br/>
        <w:t>v -0.186648 19.490601 0.599971</w:t>
        <w:br/>
        <w:t>v -0.301733 19.656908 0.914243</w:t>
        <w:br/>
        <w:t>v -0.609924 19.354082 0.649694</w:t>
        <w:br/>
        <w:t>v -0.618530 19.477039 0.612197</w:t>
        <w:br/>
        <w:t>v -0.510349 19.488663 0.609221</w:t>
        <w:br/>
        <w:t>v -0.503155 19.354071 0.611410</w:t>
        <w:br/>
        <w:t>v -0.663319 19.603369 0.662091</w:t>
        <w:br/>
        <w:t>v -0.513373 19.641756 0.631627</w:t>
        <w:br/>
        <w:t>v -0.663319 19.603369 0.662091</w:t>
        <w:br/>
        <w:t>v -0.586584 19.627089 0.839648</w:t>
        <w:br/>
        <w:t>v -0.481535 19.648085 0.891517</w:t>
        <w:br/>
        <w:t>v -0.513373 19.641756 0.631627</w:t>
        <w:br/>
        <w:t>v -0.363370 19.649971 0.626079</w:t>
        <w:br/>
        <w:t>v -0.389555 19.660902 0.901071</w:t>
        <w:br/>
        <w:t>v -0.186648 19.490601 0.599971</w:t>
        <w:br/>
        <w:t>v -0.358240 19.488499 0.603292</w:t>
        <w:br/>
        <w:t>v -0.363370 19.649971 0.626079</w:t>
        <w:br/>
        <w:t>v -0.200298 19.630095 0.646959</w:t>
        <w:br/>
        <w:t>v -0.200052 19.373619 0.643563</w:t>
        <w:br/>
        <w:t>v -0.355093 19.355051 0.607576</w:t>
        <w:br/>
        <w:t>v -0.215124 19.253534 0.712983</w:t>
        <w:br/>
        <w:t>v -0.380086 19.229889 0.678085</w:t>
        <w:br/>
        <w:t>v -0.469918 19.239536 0.684667</w:t>
        <w:br/>
        <w:t>v -0.584312 19.258869 0.688376</w:t>
        <w:br/>
        <w:t>v -0.655672 19.447510 0.768924</w:t>
        <w:br/>
        <w:t>v -0.634878 19.461075 0.814272</w:t>
        <w:br/>
        <w:t>v -0.000000 19.090017 1.168717</w:t>
        <w:br/>
        <w:t>v -0.008225 19.089836 1.162694</w:t>
        <w:br/>
        <w:t>v -0.220135 19.392649 0.910667</w:t>
        <w:br/>
        <w:t>v -0.086372 18.945076 1.006483</w:t>
        <w:br/>
        <w:t>v -0.083062 18.971151 1.018555</w:t>
        <w:br/>
        <w:t>v -0.104034 18.983875 1.003101</w:t>
        <w:br/>
        <w:t>v -0.046965 18.547665 0.748153</w:t>
        <w:br/>
        <w:t>v -0.000000 18.539526 0.753670</w:t>
        <w:br/>
        <w:t>v -0.116399 18.851671 0.968617</w:t>
        <w:br/>
        <w:t>v -0.144977 18.841618 0.936652</w:t>
        <w:br/>
        <w:t>v -0.133786 18.847164 0.953776</w:t>
        <w:br/>
        <w:t>v -0.031314 18.859055 1.020437</w:t>
        <w:br/>
        <w:t>v -0.000000 18.858574 1.025184</w:t>
        <w:br/>
        <w:t>v -0.157131 18.835211 0.919347</w:t>
        <w:br/>
        <w:t>v -0.693891 19.318359 0.628726</w:t>
        <w:br/>
        <w:t>v -0.724854 19.399523 0.631688</w:t>
        <w:br/>
        <w:t>v -0.647775 19.209866 0.645425</w:t>
        <w:br/>
        <w:t>v -0.603384 19.115368 0.671652</w:t>
        <w:br/>
        <w:t>v -0.701865 19.314140 0.545589</w:t>
        <w:br/>
        <w:t>v -0.661250 19.214140 0.556024</w:t>
        <w:br/>
        <w:t>v -0.736347 19.404411 0.554403</w:t>
        <w:br/>
        <w:t>v -0.764200 19.494287 0.566722</w:t>
        <w:br/>
        <w:t>v -0.774235 19.597853 0.603323</w:t>
        <w:br/>
        <w:t>v -0.765474 19.704102 0.665124</w:t>
        <w:br/>
        <w:t>v -0.736687 19.783104 0.752983</w:t>
        <w:br/>
        <w:t>v -0.688077 19.826191 0.841224</w:t>
        <w:br/>
        <w:t>v -0.622007 19.858400 0.912298</w:t>
        <w:br/>
        <w:t>v -0.552555 19.869192 0.983853</w:t>
        <w:br/>
        <w:t>v -0.471292 19.871685 1.038836</w:t>
        <w:br/>
        <w:t>v -0.381660 19.861731 1.084664</w:t>
        <w:br/>
        <w:t>v -0.285917 19.850630 1.126580</w:t>
        <w:br/>
        <w:t>v -0.616445 19.112137 0.581546</w:t>
        <w:br/>
        <w:t>v -0.322617 19.281557 0.874236</w:t>
        <w:br/>
        <w:t>v -0.387633 19.278805 0.862411</w:t>
        <w:br/>
        <w:t>v -0.429961 19.277239 0.850963</w:t>
        <w:br/>
        <w:t>v -0.480804 19.276472 0.837616</w:t>
        <w:br/>
        <w:t>v -0.528199 19.281301 0.818490</w:t>
        <w:br/>
        <w:t>v -0.572575 19.296389 0.792532</w:t>
        <w:br/>
        <w:t>v -0.606449 19.323919 0.774124</w:t>
        <w:br/>
        <w:t>v -0.633964 19.361567 0.765325</w:t>
        <w:br/>
        <w:t>v -0.655584 19.408646 0.771020</w:t>
        <w:br/>
        <w:t>v -0.668224 19.446449 0.778077</w:t>
        <w:br/>
        <w:t>v -0.646024 19.461927 0.826430</w:t>
        <w:br/>
        <w:t>v -0.608458 19.482689 0.868541</w:t>
        <w:br/>
        <w:t>v -0.577378 19.493959 0.894715</w:t>
        <w:br/>
        <w:t>v -0.543727 19.501068 0.917394</w:t>
        <w:br/>
        <w:t>v -0.511171 19.506599 0.932880</w:t>
        <w:br/>
        <w:t>v -0.464423 19.509474 0.948875</w:t>
        <w:br/>
        <w:t>v -0.416848 19.505703 0.956614</w:t>
        <w:br/>
        <w:t>v -0.369565 19.526058 0.984999</w:t>
        <w:br/>
        <w:t>v -0.368045 19.490639 0.952439</w:t>
        <w:br/>
        <w:t>v -0.416848 19.505703 0.956614</w:t>
        <w:br/>
        <w:t>v -0.311526 19.465033 0.944133</w:t>
        <w:br/>
        <w:t>v -0.260897 19.434448 0.930753</w:t>
        <w:br/>
        <w:t>v -0.136696 18.803310 0.911665</w:t>
        <w:br/>
        <w:t>v -0.154996 18.797087 0.902899</w:t>
        <w:br/>
        <w:t>v -0.185940 18.816736 0.902468</w:t>
        <w:br/>
        <w:t>v -0.160208 18.816879 0.908418</w:t>
        <w:br/>
        <w:t>v -0.113876 18.787529 0.916379</w:t>
        <w:br/>
        <w:t>v -0.119947 18.776402 0.906485</w:t>
        <w:br/>
        <w:t>v -0.214004 18.836140 0.904956</w:t>
        <w:br/>
        <w:t>v -0.178577 18.831612 0.909888</w:t>
        <w:br/>
        <w:t>v -0.096002 18.877981 0.988434</w:t>
        <w:br/>
        <w:t>v -0.124443 18.870386 0.970450</w:t>
        <w:br/>
        <w:t>v -0.139057 18.894974 0.970285</w:t>
        <w:br/>
        <w:t>v -0.104408 18.902885 0.987227</w:t>
        <w:br/>
        <w:t>v -0.171457 18.886457 0.955261</w:t>
        <w:br/>
        <w:t>v -0.147351 18.862299 0.955162</w:t>
        <w:br/>
        <w:t>v -0.064451 18.882433 1.005089</w:t>
        <w:br/>
        <w:t>v -0.067536 18.906313 1.004820</w:t>
        <w:br/>
        <w:t>v -0.198949 18.873178 0.935528</w:t>
        <w:br/>
        <w:t>v -0.161927 18.852570 0.937265</w:t>
        <w:br/>
        <w:t>v -0.218639 18.852596 0.915262</w:t>
        <w:br/>
        <w:t>v -0.172756 18.841681 0.918276</w:t>
        <w:br/>
        <w:t>v -0.027154 18.740038 0.920539</w:t>
        <w:br/>
        <w:t>v -0.027517 18.752153 0.937197</w:t>
        <w:br/>
        <w:t>v -0.000000 18.750235 0.939280</w:t>
        <w:br/>
        <w:t>v -0.000000 18.738426 0.921780</w:t>
        <w:br/>
        <w:t>v -0.060117 18.746969 0.916237</w:t>
        <w:br/>
        <w:t>v -0.059954 18.759169 0.931555</w:t>
        <w:br/>
        <w:t>v -0.089844 18.757736 0.911054</w:t>
        <w:br/>
        <w:t>v -0.088134 18.770374 0.924361</w:t>
        <w:br/>
        <w:t>v -0.000000 18.881052 1.024703</w:t>
        <w:br/>
        <w:t>v -0.031601 18.881979 1.019007</w:t>
        <w:br/>
        <w:t>v -0.032101 18.905722 1.019893</w:t>
        <w:br/>
        <w:t>v -0.000000 18.903938 1.025389</w:t>
        <w:br/>
        <w:t>v -0.557565 19.069700 0.772822</w:t>
        <w:br/>
        <w:t>v -0.595442 19.057144 0.373706</w:t>
        <w:br/>
        <w:t>v -0.567886 18.996239 0.407950</w:t>
        <w:br/>
        <w:t>v -0.559328 18.997343 0.523121</w:t>
        <w:br/>
        <w:t>v -0.592890 19.056406 0.488006</w:t>
        <w:br/>
        <w:t>v -0.548445 18.994217 0.640496</w:t>
        <w:br/>
        <w:t>v -0.584339 19.053936 0.611055</w:t>
        <w:br/>
        <w:t>v -0.542661 18.997717 0.729908</w:t>
        <w:br/>
        <w:t>v -0.574367 19.059212 0.705973</w:t>
        <w:br/>
        <w:t>v -0.008225 19.089836 1.162694</w:t>
        <w:br/>
        <w:t>v -0.000000 19.090017 1.168717</w:t>
        <w:br/>
        <w:t>v -0.086259 19.008873 1.027449</w:t>
        <w:br/>
        <w:t>v -0.062003 19.032675 1.065309</w:t>
        <w:br/>
        <w:t>v -0.049737 19.019432 1.077193</w:t>
        <w:br/>
        <w:t>v -0.073394 18.995043 1.040509</w:t>
        <w:br/>
        <w:t>v -0.032482 19.045336 1.115486</w:t>
        <w:br/>
        <w:t>v -0.041981 19.058559 1.104764</w:t>
        <w:br/>
        <w:t>v -0.024874 19.085749 1.135067</w:t>
        <w:br/>
        <w:t>v -0.017756 19.069796 1.145546</w:t>
        <w:br/>
        <w:t>v -0.656252 19.271696 -0.173081</w:t>
        <w:br/>
        <w:t>v -0.139437 18.828392 0.916872</w:t>
        <w:br/>
        <w:t>v -0.138859 18.828751 0.917844</w:t>
        <w:br/>
        <w:t>v -0.132790 18.827139 0.920274</w:t>
        <w:br/>
        <w:t>v -0.134114 18.825506 0.919829</w:t>
        <w:br/>
        <w:t>v -0.082450 18.821711 0.941724</w:t>
        <w:br/>
        <w:t>v -0.060063 18.818083 0.952987</w:t>
        <w:br/>
        <w:t>v -0.060079 18.820330 0.950704</w:t>
        <w:br/>
        <w:t>v -0.121620 18.824938 0.925532</w:t>
        <w:br/>
        <w:t>v -0.122182 18.822540 0.926116</w:t>
        <w:br/>
        <w:t>v -0.105035 18.824806 0.936538</w:t>
        <w:br/>
        <w:t>v -0.133274 18.828421 0.921674</w:t>
        <w:br/>
        <w:t>v -0.132781 18.827162 0.920287</w:t>
        <w:br/>
        <w:t>v -0.138857 18.828894 0.917922</w:t>
        <w:br/>
        <w:t>v -0.139344 18.830097 0.918300</w:t>
        <w:br/>
        <w:t>v -0.000000 18.817652 0.961254</w:t>
        <w:br/>
        <w:t>v -0.029088 18.817614 0.959427</w:t>
        <w:br/>
        <w:t>v -0.029103 18.819487 0.957510</w:t>
        <w:br/>
        <w:t>v -0.000000 18.819338 0.959346</w:t>
        <w:br/>
        <w:t>v -0.140227 18.829451 0.917156</w:t>
        <w:br/>
        <w:t>v -0.138997 18.828876 0.917795</w:t>
        <w:br/>
        <w:t>v -0.000000 18.820253 0.962239</w:t>
        <w:br/>
        <w:t>v -0.000000 18.819456 0.959294</w:t>
        <w:br/>
        <w:t>v -0.138857 18.828894 0.917922</w:t>
        <w:br/>
        <w:t>v -0.138951 18.828129 0.912086</w:t>
        <w:br/>
        <w:t>v 0.838463 20.094574 0.262063</w:t>
        <w:br/>
        <w:t>v 0.768229 20.216280 0.413361</w:t>
        <w:br/>
        <w:t>v 0.773200 20.337545 0.259053</w:t>
        <w:br/>
        <w:t>v 0.841298 20.179071 0.113951</w:t>
        <w:br/>
        <w:t>v 0.665569 20.436275 0.428712</w:t>
        <w:br/>
        <w:t>v 0.675686 20.309124 0.602704</w:t>
        <w:br/>
        <w:t>v 0.481247 20.529320 0.661397</w:t>
        <w:br/>
        <w:t>v 0.580196 20.493450 0.552081</w:t>
        <w:br/>
        <w:t>v 0.592637 20.351624 0.698407</w:t>
        <w:br/>
        <w:t>v 0.494561 20.380314 0.798693</w:t>
        <w:br/>
        <w:t>v 0.225554 20.392071 0.973179</w:t>
        <w:br/>
        <w:t>v 0.107481 20.399029 0.995494</w:t>
        <w:br/>
        <w:t>v 0.109729 20.569777 0.861583</w:t>
        <w:br/>
        <w:t>v 0.227340 20.563070 0.830432</w:t>
        <w:br/>
        <w:t>v 0.365535 20.387604 0.905400</w:t>
        <w:br/>
        <w:t>v 0.357803 20.553440 0.755114</w:t>
        <w:br/>
        <w:t>v 0.757224 19.478926 -0.112677</w:t>
        <w:br/>
        <w:t>v 0.744572 19.503521 -0.104645</w:t>
        <w:br/>
        <w:t>v 0.721839 19.450798 -0.129289</w:t>
        <w:br/>
        <w:t>v 0.661456 19.620136 0.859770</w:t>
        <w:br/>
        <w:t>v 0.704339 19.594078 0.784958</w:t>
        <w:br/>
        <w:t>v 0.663015 19.542242 0.825857</w:t>
        <w:br/>
        <w:t>v 0.639349 19.565098 0.869107</w:t>
        <w:br/>
        <w:t>v 0.636007 19.502251 0.844733</w:t>
        <w:br/>
        <w:t>v 0.606025 19.516672 0.879357</w:t>
        <w:br/>
        <w:t>v 0.688180 19.400568 0.734888</w:t>
        <w:br/>
        <w:t>v 0.667651 19.405104 0.759257</w:t>
        <w:br/>
        <w:t>v 0.681689 19.450251 0.764352</w:t>
        <w:br/>
        <w:t>v 0.700512 19.461975 0.743175</w:t>
        <w:br/>
        <w:t>v 0.618322 19.299114 0.759703</w:t>
        <w:br/>
        <w:t>v 0.644677 19.353622 0.750964</w:t>
        <w:br/>
        <w:t>v 0.668744 19.342520 0.727751</w:t>
        <w:br/>
        <w:t>v 0.625529 19.263269 0.745505</w:t>
        <w:br/>
        <w:t>v 0.823986 20.001040 0.422716</w:t>
        <w:br/>
        <w:t>v 0.847819 19.868931 0.308057</w:t>
        <w:br/>
        <w:t>v 0.825572 19.805794 0.453562</w:t>
        <w:br/>
        <w:t>v 0.800659 19.913052 0.563498</w:t>
        <w:br/>
        <w:t>v 0.366406 19.651392 1.069430</w:t>
        <w:br/>
        <w:t>v 0.445226 19.661215 1.043175</w:t>
        <w:br/>
        <w:t>v 0.440341 19.599108 1.016672</w:t>
        <w:br/>
        <w:t>v 0.365898 19.588621 1.033950</w:t>
        <w:br/>
        <w:t>v 0.567544 19.974968 0.942909</w:t>
        <w:br/>
        <w:t>v 0.479348 19.982666 1.011594</w:t>
        <w:br/>
        <w:t>v 0.487117 20.090189 0.970538</w:t>
        <w:br/>
        <w:t>v 0.580147 20.076443 0.888837</w:t>
        <w:br/>
        <w:t>v 0.295891 20.232935 1.036231</w:t>
        <w:br/>
        <w:t>v 0.206934 20.222113 1.070858</w:t>
        <w:br/>
        <w:t>v 0.276889 19.637594 1.090434</w:t>
        <w:br/>
        <w:t>v 0.185621 19.631195 1.106472</w:t>
        <w:br/>
        <w:t>v 0.187282 19.735556 1.144193</w:t>
        <w:br/>
        <w:t>v 0.285733 19.743544 1.121148</w:t>
        <w:br/>
        <w:t>v 0.109428 20.218634 1.092407</w:t>
        <w:br/>
        <w:t>v 0.098362 19.844929 1.165502</w:t>
        <w:br/>
        <w:t>v 0.189843 19.847895 1.151873</w:t>
        <w:br/>
        <w:t>v 0.098163 19.736683 1.152275</w:t>
        <w:br/>
        <w:t>v 0.286220 19.541941 1.026770</w:t>
        <w:br/>
        <w:t>v 0.298873 19.503468 0.985451</w:t>
        <w:br/>
        <w:t>v 0.234514 19.454819 0.963591</w:t>
        <w:br/>
        <w:t>v 0.205943 19.477236 0.996830</w:t>
        <w:br/>
        <w:t>v 0.178052 19.561495 1.070062</w:t>
        <w:br/>
        <w:t>v 0.132762 19.505461 1.026345</w:t>
        <w:br/>
        <w:t>v 0.041581 19.468195 1.032753</w:t>
        <w:br/>
        <w:t>v 0.051473 19.525291 1.058308</w:t>
        <w:br/>
        <w:t>v 0.101598 19.445482 0.996093</w:t>
        <w:br/>
        <w:t>v 0.110566 19.297384 0.946956</w:t>
        <w:br/>
        <w:t>v 0.151980 19.272455 0.924254</w:t>
        <w:br/>
        <w:t>v 0.140256 19.242918 0.938962</w:t>
        <w:br/>
        <w:t>v 0.098412 19.264717 0.960445</w:t>
        <w:br/>
        <w:t>v 0.284526 19.229315 0.896274</w:t>
        <w:br/>
        <w:t>v 0.351000 19.214880 0.884553</w:t>
        <w:br/>
        <w:t>v 0.324924 19.187492 0.898230</w:t>
        <w:br/>
        <w:t>v 0.258641 19.204798 0.907698</w:t>
        <w:br/>
        <w:t>v 0.216133 19.247353 0.911352</w:t>
        <w:br/>
        <w:t>v 0.197712 19.221979 0.921250</w:t>
        <w:br/>
        <w:t>v 0.389573 19.170218 0.888461</w:t>
        <w:br/>
        <w:t>v 0.418092 19.203012 0.869521</w:t>
        <w:br/>
        <w:t>v 0.479332 19.196964 0.843237</w:t>
        <w:br/>
        <w:t>v 0.483448 19.232920 0.837843</w:t>
        <w:br/>
        <w:t>v 0.534392 19.230444 0.814286</w:t>
        <w:br/>
        <w:t>v 0.536381 19.192942 0.812826</w:t>
        <w:br/>
        <w:t>v 0.156331 19.134977 0.956124</w:t>
        <w:br/>
        <w:t>v 0.112677 19.152178 0.970400</w:t>
        <w:br/>
        <w:t>v 0.123227 19.193634 0.956570</w:t>
        <w:br/>
        <w:t>v 0.171647 19.172148 0.941476</w:t>
        <w:br/>
        <w:t>v 0.139306 19.082626 0.968502</w:t>
        <w:br/>
        <w:t>v 0.119671 19.030130 0.983740</w:t>
        <w:br/>
        <w:t>v 0.094228 19.046200 1.005698</w:t>
        <w:br/>
        <w:t>v 0.103159 19.101383 0.986126</w:t>
        <w:br/>
        <w:t>v 0.033237 18.960314 1.030967</w:t>
        <w:br/>
        <w:t>v 0.030776 18.984539 1.050127</w:t>
        <w:br/>
        <w:t>v 0.069309 19.063873 1.038986</w:t>
        <w:br/>
        <w:t>v 0.074980 19.121733 1.006211</w:t>
        <w:br/>
        <w:t>v 0.080314 19.176912 0.987487</w:t>
        <w:br/>
        <w:t>v 0.086216 19.213661 0.975407</w:t>
        <w:br/>
        <w:t>v 0.055286 19.233528 0.997265</w:t>
        <w:br/>
        <w:t>v 0.053609 19.196980 1.009770</w:t>
        <w:br/>
        <w:t>v 0.025693 19.219990 1.035451</w:t>
        <w:br/>
        <w:t>v 0.026723 19.253544 1.021558</w:t>
        <w:br/>
        <w:t>v 0.030901 19.344362 1.009133</w:t>
        <w:br/>
        <w:t>v 0.033674 19.385984 1.014979</w:t>
        <w:br/>
        <w:t>v 0.078952 19.358397 0.972624</w:t>
        <w:br/>
        <w:t>v 0.068960 19.322874 0.976708</w:t>
        <w:br/>
        <w:t>v 0.036997 19.427637 1.022486</w:t>
        <w:br/>
        <w:t>v 0.025168 19.009296 1.085501</w:t>
        <w:br/>
        <w:t>v 0.726574 19.541430 0.727448</w:t>
        <w:br/>
        <w:t>v 0.726252 19.465626 0.691039</w:t>
        <w:br/>
        <w:t>v 0.683410 19.508135 0.784886</w:t>
        <w:br/>
        <w:t>v 0.705259 19.310831 0.418350</w:t>
        <w:br/>
        <w:t>v 0.704556 19.311642 0.281549</w:t>
        <w:br/>
        <w:t>v 0.660630 19.214787 0.301111</w:t>
        <w:br/>
        <w:t>v 0.664274 19.213688 0.435207</w:t>
        <w:br/>
        <w:t>v 0.432346 19.036860 0.887615</w:t>
        <w:br/>
        <w:t>v 0.364918 19.050833 0.919613</w:t>
        <w:br/>
        <w:t>v 0.406311 19.105843 0.894166</w:t>
        <w:br/>
        <w:t>v 0.470938 19.094294 0.864448</w:t>
        <w:br/>
        <w:t>v 0.506941 19.144722 0.838075</w:t>
        <w:br/>
        <w:t>v 0.447036 19.156801 0.866700</w:t>
        <w:br/>
        <w:t>v 0.308920 19.065777 0.937869</w:t>
        <w:br/>
        <w:t>v 0.256657 19.086376 0.943570</w:t>
        <w:br/>
        <w:t>v 0.287975 19.138138 0.923253</w:t>
        <w:br/>
        <w:t>v 0.347888 19.119318 0.913877</w:t>
        <w:br/>
        <w:t>v 0.242761 18.965960 0.950881</w:t>
        <w:br/>
        <w:t>v 0.198001 18.989189 0.961510</w:t>
        <w:br/>
        <w:t>v 0.233894 19.042772 0.954065</w:t>
        <w:br/>
        <w:t>v 0.286349 19.027233 0.946540</w:t>
        <w:br/>
        <w:t>v 0.295783 18.946047 0.931873</w:t>
        <w:br/>
        <w:t>v 0.238906 18.898159 0.932229</w:t>
        <w:br/>
        <w:t>v 0.207054 18.923267 0.952561</w:t>
        <w:br/>
        <w:t>v 0.224399 19.156513 0.930609</w:t>
        <w:br/>
        <w:t>v 0.199775 19.110191 0.948784</w:t>
        <w:br/>
        <w:t>v 0.179838 19.064711 0.959571</w:t>
        <w:br/>
        <w:t>v 0.152696 19.012421 0.970388</w:t>
        <w:br/>
        <w:t>v 0.067949 18.687805 0.876619</w:t>
        <w:br/>
        <w:t>v 0.032326 18.677977 0.879337</w:t>
        <w:br/>
        <w:t>v 0.026567 18.723522 0.907512</w:t>
        <w:br/>
        <w:t>v 0.060616 18.730812 0.903666</w:t>
        <w:br/>
        <w:t>v 0.161277 18.738121 0.871550</w:t>
        <w:br/>
        <w:t>v 0.130467 18.763174 0.894080</w:t>
        <w:br/>
        <w:t>v 0.174961 18.789772 0.891434</w:t>
        <w:br/>
        <w:t>v 0.223234 18.779476 0.871306</w:t>
        <w:br/>
        <w:t>v 0.077167 18.637245 0.855434</w:t>
        <w:br/>
        <w:t>v 0.127910 18.666710 0.849312</w:t>
        <w:br/>
        <w:t>v 0.142097 18.640539 0.816720</w:t>
        <w:br/>
        <w:t>v 0.081822 18.594917 0.826636</w:t>
        <w:br/>
        <w:t>v 0.270813 18.772667 0.845647</w:t>
        <w:br/>
        <w:t>v 0.315309 18.762638 0.806945</w:t>
        <w:br/>
        <w:t>v 0.212069 18.691559 0.810445</w:t>
        <w:br/>
        <w:t>v 0.187909 18.710627 0.844323</w:t>
        <w:br/>
        <w:t>v 0.152102 18.624542 0.772567</w:t>
        <w:br/>
        <w:t>v 0.162840 18.618046 0.722174</w:t>
        <w:br/>
        <w:t>v 0.085606 18.569248 0.737942</w:t>
        <w:br/>
        <w:t>v 0.083645 18.573223 0.786276</w:t>
        <w:br/>
        <w:t>v 0.088666 18.583626 0.644153</w:t>
        <w:br/>
        <w:t>v 0.083971 18.590801 0.589510</w:t>
        <w:br/>
        <w:t>v 0.054784 18.580580 0.594911</w:t>
        <w:br/>
        <w:t>v 0.049113 18.567490 0.651948</w:t>
        <w:br/>
        <w:t>v 0.247230 18.698795 0.413823</w:t>
        <w:br/>
        <w:t>v 0.253315 18.680773 0.513904</w:t>
        <w:br/>
        <w:t>v 0.332314 18.733063 0.474031</w:t>
        <w:br/>
        <w:t>v 0.323914 18.818596 0.848308</w:t>
        <w:br/>
        <w:t>v 0.378693 18.817219 0.806624</w:t>
        <w:br/>
        <w:t>v 0.243406 18.841408 0.897164</w:t>
        <w:br/>
        <w:t>v 0.302314 18.852005 0.879275</w:t>
        <w:br/>
        <w:t>v 0.271471 18.817261 0.872800</w:t>
        <w:br/>
        <w:t>v 0.215959 18.817091 0.892392</w:t>
        <w:br/>
        <w:t>v 0.412070 18.921392 0.870042</w:t>
        <w:br/>
        <w:t>v 0.459053 18.913130 0.811916</w:t>
        <w:br/>
        <w:t>v 0.422945 18.866747 0.810613</w:t>
        <w:br/>
        <w:t>v 0.375446 18.862417 0.855544</w:t>
        <w:br/>
        <w:t>v 0.403263 18.811815 0.752461</w:t>
        <w:br/>
        <w:t>v 0.414044 18.804047 0.684827</w:t>
        <w:br/>
        <w:t>v 0.345580 18.744678 0.692763</w:t>
        <w:br/>
        <w:t>v 0.334935 18.751959 0.752950</w:t>
        <w:br/>
        <w:t>v 0.449989 18.862831 0.752302</w:t>
        <w:br/>
        <w:t>v 0.459374 18.854191 0.678366</w:t>
        <w:br/>
        <w:t>v 0.401165 18.786751 0.437856</w:t>
        <w:br/>
        <w:t>v 0.352301 18.770481 0.347755</w:t>
        <w:br/>
        <w:t>v 0.441461 18.932705 0.106332</w:t>
        <w:br/>
        <w:t>v 0.326190 18.791000 0.203040</w:t>
        <w:br/>
        <w:t>v 0.434669 18.850073 0.284998</w:t>
        <w:br/>
        <w:t>v 0.504021 18.954403 0.219292</w:t>
        <w:br/>
        <w:t>v 0.561486 19.048609 0.169652</w:t>
        <w:br/>
        <w:t>v 0.623152 19.132010 0.131675</w:t>
        <w:br/>
        <w:t>v 0.602501 19.101810 0.086892</w:t>
        <w:br/>
        <w:t>v 0.662871 20.057589 0.799143</w:t>
        <w:br/>
        <w:t>v 0.645322 19.959288 0.860234</w:t>
        <w:br/>
        <w:t>v 0.703534 19.398043 0.684856</w:t>
        <w:br/>
        <w:t>v 0.679095 19.331989 0.684802</w:t>
        <w:br/>
        <w:t>v 0.920850 19.309380 -0.175492</w:t>
        <w:br/>
        <w:t>v 0.848368 19.386547 -0.118148</w:t>
        <w:br/>
        <w:t>v 0.936926 19.374805 -0.191042</w:t>
        <w:br/>
        <w:t>v 0.930942 19.443291 -0.228614</w:t>
        <w:br/>
        <w:t>v 0.927008 19.373405 -0.233260</w:t>
        <w:br/>
        <w:t>v 0.936926 19.374805 -0.191042</w:t>
        <w:br/>
        <w:t>v 0.941373 19.437693 -0.188256</w:t>
        <w:br/>
        <w:t>v 0.924049 19.506647 -0.191379</w:t>
        <w:br/>
        <w:t>v 0.925872 19.492117 -0.160597</w:t>
        <w:br/>
        <w:t>v 0.902845 19.539356 -0.143910</w:t>
        <w:br/>
        <w:t>v 0.905299 19.520920 -0.118413</w:t>
        <w:br/>
        <w:t>v 0.868820 19.524721 -0.067123</w:t>
        <w:br/>
        <w:t>v 0.844895 19.545851 -0.097613</w:t>
        <w:br/>
        <w:t>v 0.868820 19.524721 -0.067123</w:t>
        <w:br/>
        <w:t>v 0.795633 19.448698 -0.022982</w:t>
        <w:br/>
        <w:t>v 0.698429 19.336924 0.066626</w:t>
        <w:br/>
        <w:t>v 0.759872 19.406206 0.001399</w:t>
        <w:br/>
        <w:t>v 0.731610 19.421555 0.049334</w:t>
        <w:br/>
        <w:t>v 0.832503 19.520933 -0.028603</w:t>
        <w:br/>
        <w:t>v 0.821238 19.531637 -0.040369</w:t>
        <w:br/>
        <w:t>v 0.832503 19.520933 -0.028603</w:t>
        <w:br/>
        <w:t>v 0.754687 19.486895 0.039902</w:t>
        <w:br/>
        <w:t>v 0.844895 19.545851 -0.097613</w:t>
        <w:br/>
        <w:t>v 0.821238 19.531637 -0.040369</w:t>
        <w:br/>
        <w:t>v 0.759910 19.510765 -0.042855</w:t>
        <w:br/>
        <w:t>v 0.802410 19.285339 -0.087653</w:t>
        <w:br/>
        <w:t>v 0.740362 19.193954 -0.022420</w:t>
        <w:br/>
        <w:t>v 0.840954 19.182089 -0.078290</w:t>
        <w:br/>
        <w:t>v 0.920850 19.309380 -0.175492</w:t>
        <w:br/>
        <w:t>v 0.907910 19.308630 -0.219833</w:t>
        <w:br/>
        <w:t>v 0.873686 19.249901 -0.194827</w:t>
        <w:br/>
        <w:t>v 0.897805 19.257933 -0.146339</w:t>
        <w:br/>
        <w:t>v 0.819552 19.177080 -0.122232</w:t>
        <w:br/>
        <w:t>v 0.840954 19.182089 -0.078290</w:t>
        <w:br/>
        <w:t>v 0.753122 19.123720 -0.050004</w:t>
        <w:br/>
        <w:t>v 0.782305 19.141882 -0.010037</w:t>
        <w:br/>
        <w:t>v 0.686963 19.097479 0.034521</w:t>
        <w:br/>
        <w:t>v 0.718663 19.115181 0.065446</w:t>
        <w:br/>
        <w:t>v 0.718663 19.115181 0.065446</w:t>
        <w:br/>
        <w:t>v 0.782305 19.141882 -0.010037</w:t>
        <w:br/>
        <w:t>v 0.868353 19.446674 -0.216535</w:t>
        <w:br/>
        <w:t>v 0.805925 19.277454 -0.172706</w:t>
        <w:br/>
        <w:t>v 0.907910 19.308630 -0.219833</w:t>
        <w:br/>
        <w:t>v 0.927008 19.373405 -0.233260</w:t>
        <w:br/>
        <w:t>v 0.930942 19.443291 -0.228614</w:t>
        <w:br/>
        <w:t>v 0.924049 19.506647 -0.191379</w:t>
        <w:br/>
        <w:t>v 0.865218 19.497025 -0.188544</w:t>
        <w:br/>
        <w:t>v 0.902845 19.539356 -0.143910</w:t>
        <w:br/>
        <w:t>v 0.852902 19.535334 -0.142392</w:t>
        <w:br/>
        <w:t>v 0.819552 19.177080 -0.122232</w:t>
        <w:br/>
        <w:t>v 0.873686 19.249901 -0.194827</w:t>
        <w:br/>
        <w:t>v 0.734454 19.306057 -0.105832</w:t>
        <w:br/>
        <w:t>v 0.661110 19.196491 -0.067511</w:t>
        <w:br/>
        <w:t>v 0.738676 19.193880 -0.099587</w:t>
        <w:br/>
        <w:t>v 0.546047 19.085566 0.040750</w:t>
        <w:br/>
        <w:t>v 0.689149 19.117882 -0.030538</w:t>
        <w:br/>
        <w:t>v 0.546047 19.085566 0.040750</w:t>
        <w:br/>
        <w:t>v 0.602501 19.101810 0.086892</w:t>
        <w:br/>
        <w:t>v 0.689149 19.117882 -0.030538</w:t>
        <w:br/>
        <w:t>v 0.051935 19.145384 1.032341</w:t>
        <w:br/>
        <w:t>v 0.045740 19.093935 1.075570</w:t>
        <w:br/>
        <w:t>v 0.020934 19.127277 1.107434</w:t>
        <w:br/>
        <w:t>v 0.024256 19.175159 1.063504</w:t>
        <w:br/>
        <w:t>v 0.757224 19.478926 -0.112677</w:t>
        <w:br/>
        <w:t>v 0.734454 19.306057 -0.105832</w:t>
        <w:br/>
        <w:t>v 0.753122 19.123720 -0.050004</w:t>
        <w:br/>
        <w:t>v 0.753122 19.123720 -0.050004</w:t>
        <w:br/>
        <w:t>v 0.686963 19.097479 0.034521</w:t>
        <w:br/>
        <w:t>v 0.754687 19.486895 0.039902</w:t>
        <w:br/>
        <w:t>v 0.754687 19.486895 0.039902</w:t>
        <w:br/>
        <w:t>v 0.897805 19.257933 -0.146339</w:t>
        <w:br/>
        <w:t>v 0.664431 19.238977 0.100873</w:t>
        <w:br/>
        <w:t>v 0.090156 19.635864 1.118325</w:t>
        <w:br/>
        <w:t>v 0.072332 19.579935 1.091296</w:t>
        <w:br/>
        <w:t>v 0.519110 19.664808 1.007008</w:t>
        <w:br/>
        <w:t>v 0.463310 19.768913 1.051414</w:t>
        <w:br/>
        <w:t>v 0.539740 19.771357 1.005511</w:t>
        <w:br/>
        <w:t>v 0.755218 19.566402 0.667384</w:t>
        <w:br/>
        <w:t>v 0.746795 19.476788 0.637592</w:t>
        <w:br/>
        <w:t>v 0.151963 19.417910 0.963517</w:t>
        <w:br/>
        <w:t>v 0.504997 19.600386 0.988244</w:t>
        <w:br/>
        <w:t>v 0.483346 19.538351 0.960202</w:t>
        <w:br/>
        <w:t>v 0.431446 19.536219 0.976873</w:t>
        <w:br/>
        <w:t>v 0.578300 19.238955 0.785985</w:t>
        <w:br/>
        <w:t>v 0.584632 19.196926 0.777230</w:t>
        <w:br/>
        <w:t>v 0.132238 19.367079 0.940330</w:t>
        <w:br/>
        <w:t>v 0.178192 19.392309 0.929356</w:t>
        <w:br/>
        <w:t>v 0.167526 19.359394 0.918871</w:t>
        <w:br/>
        <w:t>v 0.536638 19.533670 0.935570</w:t>
        <w:br/>
        <w:t>v 0.562051 19.590813 0.951044</w:t>
        <w:br/>
        <w:t>v 0.087071 19.398161 0.978282</w:t>
        <w:br/>
        <w:t>v 0.157689 19.303761 0.917569</w:t>
        <w:br/>
        <w:t>v 0.124007 19.330267 0.933135</w:t>
        <w:br/>
        <w:t>v 0.239377 19.272091 0.899469</w:t>
        <w:br/>
        <w:t>v 0.303413 19.251234 0.886364</w:t>
        <w:br/>
        <w:t>v 0.368866 19.242628 0.873195</w:t>
        <w:br/>
        <w:t>v 0.572423 19.526051 0.910403</w:t>
        <w:br/>
        <w:t>v 0.604328 19.578701 0.910860</w:t>
        <w:br/>
        <w:t>v 0.060616 19.285749 0.985376</w:t>
        <w:br/>
        <w:t>v -0.000000 19.134918 1.119125</w:t>
        <w:br/>
        <w:t>v 0.016088 19.098766 1.146090</w:t>
        <w:br/>
        <w:t>v 0.665646 19.476803 0.802290</w:t>
        <w:br/>
        <w:t>v 0.765581 20.090673 0.567419</w:t>
        <w:br/>
        <w:t>v 0.672526 20.173662 0.727610</w:t>
        <w:br/>
        <w:t>v 0.863369 19.945065 0.163749</w:t>
        <w:br/>
        <w:t>v 0.866019 20.003624 0.017154</w:t>
        <w:br/>
        <w:t>v 0.746820 19.993761 0.685292</w:t>
        <w:br/>
        <w:t>v 0.726610 19.912714 0.765682</w:t>
        <w:br/>
        <w:t>v 0.784330 19.509665 0.308767</w:t>
        <w:br/>
        <w:t>v 0.814100 19.674242 0.378440</w:t>
        <w:br/>
        <w:t>v 0.820168 19.724482 0.216916</w:t>
        <w:br/>
        <w:t>v 0.782755 19.579973 0.159701</w:t>
        <w:br/>
        <w:t>v 0.501788 18.889488 0.472902</w:t>
        <w:br/>
        <w:t>v 0.481202 18.879786 0.366121</w:t>
        <w:br/>
        <w:t>v 0.446660 18.834299 0.398443</w:t>
        <w:br/>
        <w:t>v 0.471129 18.843555 0.501379</w:t>
        <w:br/>
        <w:t>v 0.353365 18.739424 0.556560</w:t>
        <w:br/>
        <w:t>v 0.350400 18.740557 0.626615</w:t>
        <w:br/>
        <w:t>v 0.421072 18.798920 0.607230</w:t>
        <w:br/>
        <w:t>v 0.418046 18.793745 0.528964</w:t>
        <w:br/>
        <w:t>v 0.705679 19.710299 0.816523</w:t>
        <w:br/>
        <w:t>v 0.734998 19.653917 0.730154</w:t>
        <w:br/>
        <w:t>v 0.540836 18.946785 0.438046</w:t>
        <w:br/>
        <w:t>v 0.529742 18.951754 0.307397</w:t>
        <w:br/>
        <w:t>v 0.743623 19.411295 0.418674</w:t>
        <w:br/>
        <w:t>v 0.744533 19.411894 0.282876</w:t>
        <w:br/>
        <w:t>v 0.212224 18.692900 0.297656</w:t>
        <w:br/>
        <w:t>v 0.074794 18.608437 0.489892</w:t>
        <w:br/>
        <w:t>v 0.100537 18.631750 0.358437</w:t>
        <w:br/>
        <w:t>v 0.796891 19.649532 -0.091934</w:t>
        <w:br/>
        <w:t>v 0.794676 19.632566 0.021279</w:t>
        <w:br/>
        <w:t>v 0.826836 19.765141 0.075623</w:t>
        <w:br/>
        <w:t>v 0.839662 19.822315 -0.051365</w:t>
        <w:br/>
        <w:t>v 0.759910 19.510765 -0.042855</w:t>
        <w:br/>
        <w:t>v 0.744572 19.503521 -0.104645</w:t>
        <w:br/>
        <w:t>v 0.424522 19.236301 0.857536</w:t>
        <w:br/>
        <w:t>v 0.251937 18.866995 0.911186</w:t>
        <w:br/>
        <w:t>v 0.298506 18.906683 0.915216</w:t>
        <w:br/>
        <w:t>v 0.252013 18.674061 0.590596</w:t>
        <w:br/>
        <w:t>v 0.249297 18.669300 0.655329</w:t>
        <w:br/>
        <w:t>v 0.169751 18.621300 0.677889</w:t>
        <w:br/>
        <w:t>v 0.171703 18.626637 0.620275</w:t>
        <w:br/>
        <w:t>v 0.087702 18.573353 0.699219</w:t>
        <w:br/>
        <w:t>v 0.501593 19.021099 0.066297</w:t>
        <w:br/>
        <w:t>v 0.091193 18.857046 0.988462</w:t>
        <w:br/>
        <w:t>v 0.089296 18.837675 0.977243</w:t>
        <w:br/>
        <w:t>v 0.063565 18.837347 0.994493</w:t>
        <w:br/>
        <w:t>v 0.063327 18.858923 1.006473</w:t>
        <w:br/>
        <w:t>v 0.111772 18.705524 0.873203</w:t>
        <w:br/>
        <w:t>v 0.095902 18.740942 0.899679</w:t>
        <w:br/>
        <w:t>v 0.228126 18.677818 0.762336</w:t>
        <w:br/>
        <w:t>v 0.243026 18.670486 0.709255</w:t>
        <w:br/>
        <w:t>v 0.046865 18.552652 0.709740</w:t>
        <w:br/>
        <w:t>v 0.043842 18.573481 0.831250</w:t>
        <w:br/>
        <w:t>v 0.045940 18.549313 0.794860</w:t>
        <w:br/>
        <w:t>v 0.040082 18.623268 0.858044</w:t>
        <w:br/>
        <w:t>v 0.335734 19.004585 0.929951</w:t>
        <w:br/>
        <w:t>v 0.167248 18.944626 0.968489</w:t>
        <w:br/>
        <w:t>v 0.117923 18.957754 0.981854</w:t>
        <w:br/>
        <w:t>v 0.778570 19.510706 0.437856</w:t>
        <w:br/>
        <w:t>v 0.756627 19.480152 0.156966</w:t>
        <w:br/>
        <w:t>v 0.739279 19.402245 0.156783</w:t>
        <w:br/>
        <w:t>v 0.551305 19.134203 0.803250</w:t>
        <w:br/>
        <w:t>v 0.516989 19.080774 0.828106</w:t>
        <w:br/>
        <w:t>v 0.028678 19.304533 1.009283</w:t>
        <w:br/>
        <w:t>v 0.623152 19.132010 0.131675</w:t>
        <w:br/>
        <w:t>v 0.624261 19.638573 0.909419</w:t>
        <w:br/>
        <w:t>v 0.577384 19.653763 0.963010</w:t>
        <w:br/>
        <w:t>v 0.647071 19.736979 0.898661</w:t>
        <w:br/>
        <w:t>v 0.599813 19.759813 0.950179</w:t>
        <w:br/>
        <w:t>v 0.802950 19.759348 0.563078</w:t>
        <w:br/>
        <w:t>v 0.776621 19.847851 0.655830</w:t>
        <w:br/>
        <w:t>v 0.793429 19.630260 0.488089</w:t>
        <w:br/>
        <w:t>v 0.108017 20.074770 1.142907</w:t>
        <w:br/>
        <w:t>v 0.200881 20.079268 1.123922</w:t>
        <w:br/>
        <w:t>v 0.295986 20.082724 1.090053</w:t>
        <w:br/>
        <w:t>v 0.495149 20.222565 0.908135</w:t>
        <w:br/>
        <w:t>v 0.588403 20.198198 0.817641</w:t>
        <w:br/>
        <w:t>v 0.385644 20.227940 0.985839</w:t>
        <w:br/>
        <w:t>v 0.386019 20.090786 1.039111</w:t>
        <w:br/>
        <w:t>v 0.165516 18.630819 0.554836</w:t>
        <w:br/>
        <w:t>v 0.151910 18.645023 0.457763</w:t>
        <w:br/>
        <w:t>v 0.032787 18.934944 1.023822</w:t>
        <w:br/>
        <w:t>v 0.759910 19.510765 -0.042855</w:t>
        <w:br/>
        <w:t>v 0.351591 18.931679 0.907456</w:t>
        <w:br/>
        <w:t>v 0.394804 18.983641 0.900530</w:t>
        <w:br/>
        <w:t>v 0.446474 18.972128 0.864215</w:t>
        <w:br/>
        <w:t>v 0.501251 18.897387 0.575304</w:t>
        <w:br/>
        <w:t>v 0.534139 18.949501 0.550455</w:t>
        <w:br/>
        <w:t>v 0.514209 18.949362 0.743895</w:t>
        <w:br/>
        <w:t>v 0.523023 18.948509 0.660669</w:t>
        <w:br/>
        <w:t>v 0.494347 18.901369 0.671537</w:t>
        <w:br/>
        <w:t>v 0.484973 18.907587 0.751602</w:t>
        <w:br/>
        <w:t>v 0.326952 18.893591 0.897854</w:t>
        <w:br/>
        <w:t>v 0.467212 18.850584 0.591248</w:t>
        <w:br/>
        <w:t>v -0.000000 19.184458 1.074072</w:t>
        <w:br/>
        <w:t>v -0.000000 19.229998 1.046792</w:t>
        <w:br/>
        <w:t>v 0.695097 19.376966 -0.136421</w:t>
        <w:br/>
        <w:t>v 0.230080 19.348896 0.892022</w:t>
        <w:br/>
        <w:t>v 0.262710 19.298914 0.878335</w:t>
        <w:br/>
        <w:t>v 0.258961 19.299589 0.885907</w:t>
        <w:br/>
        <w:t>v 0.229798 19.348505 0.899256</w:t>
        <w:br/>
        <w:t>v 0.325028 19.281797 0.867966</w:t>
        <w:br/>
        <w:t>v 0.389017 19.279610 0.859048</w:t>
        <w:br/>
        <w:t>v 0.387633 19.278805 0.862411</w:t>
        <w:br/>
        <w:t>v 0.322617 19.281557 0.874236</w:t>
        <w:br/>
        <w:t>v 0.429961 19.277239 0.850963</w:t>
        <w:br/>
        <w:t>v 0.430529 19.278425 0.845611</w:t>
        <w:br/>
        <w:t>v 0.480804 19.276472 0.837616</w:t>
        <w:br/>
        <w:t>v 0.480632 19.278307 0.828822</w:t>
        <w:br/>
        <w:t>v 0.521076 19.282616 0.810502</w:t>
        <w:br/>
        <w:t>v 0.528199 19.281301 0.818490</w:t>
        <w:br/>
        <w:t>v 0.564549 19.299019 0.777896</w:t>
        <w:br/>
        <w:t>v 0.572575 19.296389 0.792532</w:t>
        <w:br/>
        <w:t>v 0.606448 19.323919 0.774124</w:t>
        <w:br/>
        <w:t>v 0.597721 19.326874 0.766551</w:t>
        <w:br/>
        <w:t>v 0.623755 19.366821 0.758870</w:t>
        <w:br/>
        <w:t>v 0.633963 19.361567 0.765325</w:t>
        <w:br/>
        <w:t>v 0.655671 19.447510 0.768924</w:t>
        <w:br/>
        <w:t>v 0.668223 19.446449 0.778077</w:t>
        <w:br/>
        <w:t>v 0.655583 19.408646 0.771020</w:t>
        <w:br/>
        <w:t>v 0.641180 19.411501 0.762613</w:t>
        <w:br/>
        <w:t>v 0.506911 19.509497 0.915691</w:t>
        <w:br/>
        <w:t>v 0.511170 19.506599 0.932880</w:t>
        <w:br/>
        <w:t>v 0.543726 19.501068 0.917394</w:t>
        <w:br/>
        <w:t>v 0.538986 19.502953 0.902461</w:t>
        <w:br/>
        <w:t>v 0.460614 19.512674 0.931514</w:t>
        <w:br/>
        <w:t>v 0.464422 19.509474 0.948875</w:t>
        <w:br/>
        <w:t>v 0.413815 19.508453 0.940222</w:t>
        <w:br/>
        <w:t>v 0.416848 19.505703 0.956614</w:t>
        <w:br/>
        <w:t>v 0.366034 19.492828 0.936901</w:t>
        <w:br/>
        <w:t>v 0.368045 19.490639 0.952439</w:t>
        <w:br/>
        <w:t>v 0.311526 19.465033 0.944133</w:t>
        <w:br/>
        <w:t>v 0.310027 19.467014 0.930306</w:t>
        <w:br/>
        <w:t>v 0.259592 19.436399 0.919247</w:t>
        <w:br/>
        <w:t>v 0.260897 19.434448 0.930753</w:t>
        <w:br/>
        <w:t>v 0.218676 19.393532 0.903705</w:t>
        <w:br/>
        <w:t>v 0.220135 19.392649 0.910667</w:t>
        <w:br/>
        <w:t>v 0.668223 19.446449 0.778077</w:t>
        <w:br/>
        <w:t>v 0.655671 19.447510 0.768924</w:t>
        <w:br/>
        <w:t>v 0.634878 19.461075 0.814272</w:t>
        <w:br/>
        <w:t>v 0.646024 19.461927 0.826430</w:t>
        <w:br/>
        <w:t>v 0.570857 19.495605 0.881552</w:t>
        <w:br/>
        <w:t>v 0.577378 19.493959 0.894715</w:t>
        <w:br/>
        <w:t>v 0.608458 19.482689 0.868541</w:t>
        <w:br/>
        <w:t>v 0.599964 19.481976 0.855335</w:t>
        <w:br/>
        <w:t>v 0.162718 19.309313 0.737437</w:t>
        <w:br/>
        <w:t>v 0.215124 19.253534 0.712983</w:t>
        <w:br/>
        <w:t>v 0.380086 19.229889 0.678085</w:t>
        <w:br/>
        <w:t>v 0.469918 19.239536 0.684667</w:t>
        <w:br/>
        <w:t>v 0.584312 19.258869 0.688376</w:t>
        <w:br/>
        <w:t>v 0.618530 19.477039 0.612197</w:t>
        <w:br/>
        <w:t>v 0.609924 19.354082 0.649694</w:t>
        <w:br/>
        <w:t>v 0.663319 19.603369 0.662091</w:t>
        <w:br/>
        <w:t>v 0.586584 19.627089 0.839648</w:t>
        <w:br/>
        <w:t>v 0.506911 19.509497 0.915691</w:t>
        <w:br/>
        <w:t>v 0.538986 19.502953 0.902461</w:t>
        <w:br/>
        <w:t>v 0.481535 19.648085 0.891517</w:t>
        <w:br/>
        <w:t>v 0.460614 19.512674 0.931514</w:t>
        <w:br/>
        <w:t>v 0.389555 19.660902 0.901071</w:t>
        <w:br/>
        <w:t>v 0.413815 19.508453 0.940222</w:t>
        <w:br/>
        <w:t>v 0.366034 19.492828 0.936901</w:t>
        <w:br/>
        <w:t>v 0.301733 19.656908 0.914243</w:t>
        <w:br/>
        <w:t>v 0.234934 19.608002 0.897880</w:t>
        <w:br/>
        <w:t>v 0.310027 19.467014 0.930306</w:t>
        <w:br/>
        <w:t>v 0.174592 19.534483 0.837951</w:t>
        <w:br/>
        <w:t>v 0.149944 19.416517 0.791499</w:t>
        <w:br/>
        <w:t>v 0.570857 19.495605 0.881552</w:t>
        <w:br/>
        <w:t>v 0.599964 19.481976 0.855335</w:t>
        <w:br/>
        <w:t>v 0.200298 19.630095 0.646959</w:t>
        <w:br/>
        <w:t>v 0.234934 19.608002 0.897880</w:t>
        <w:br/>
        <w:t>v 0.587917 19.058346 0.233726</w:t>
        <w:br/>
        <w:t>v 0.553504 18.997850 0.271261</w:t>
        <w:br/>
        <w:t>v 0.597721 19.326874 0.766551</w:t>
        <w:br/>
        <w:t>v 0.291711 19.967522 1.117325</w:t>
        <w:br/>
        <w:t>v 0.195799 19.964785 1.147065</w:t>
        <w:br/>
        <w:t>v 0.103883 19.960653 1.163891</w:t>
        <w:br/>
        <w:t>v 0.380873 19.757765 1.087162</w:t>
        <w:br/>
        <w:t>v 0.384245 19.977516 1.069775</w:t>
        <w:br/>
        <w:t>v 0.546047 19.085566 0.040750</w:t>
        <w:br/>
        <w:t>v 0.622775 19.118084 0.210046</w:t>
        <w:br/>
        <w:t>v 0.620547 19.114132 0.338552</w:t>
        <w:br/>
        <w:t>v 0.660173 19.214888 0.183216</w:t>
        <w:br/>
        <w:t>v 0.700855 19.306818 0.165496</w:t>
        <w:br/>
        <w:t>v 0.137316 18.823462 0.919105</w:t>
        <w:br/>
        <w:t>v 0.134114 18.825506 0.919829</w:t>
        <w:br/>
        <w:t>v 0.142841 18.828239 0.915802</w:t>
        <w:br/>
        <w:t>v 0.085410 18.829744 0.959396</w:t>
        <w:br/>
        <w:t>v 0.082823 18.823313 0.944231</w:t>
        <w:br/>
        <w:t>v 0.060571 18.821590 0.954488</w:t>
        <w:br/>
        <w:t>v 0.060604 18.829191 0.973223</w:t>
        <w:br/>
        <w:t>v 0.059859 18.773930 0.946780</w:t>
        <w:br/>
        <w:t>v 0.028278 18.767189 0.954944</w:t>
        <w:br/>
        <w:t>v 0.029040 18.787476 0.967499</w:t>
        <w:br/>
        <w:t>v 0.059954 18.791569 0.957922</w:t>
        <w:br/>
        <w:t>v 0.083003 18.810129 0.947125</w:t>
        <w:br/>
        <w:t>v 0.060274 18.807238 0.957835</w:t>
        <w:br/>
        <w:t>v 0.060063 18.818083 0.952987</w:t>
        <w:br/>
        <w:t>v 0.082158 18.818913 0.944599</w:t>
        <w:br/>
        <w:t>v 0.113878 18.837149 0.957625</w:t>
        <w:br/>
        <w:t>v 0.109104 18.830259 0.946231</w:t>
        <w:br/>
        <w:t>v 0.124476 18.818531 0.925583</w:t>
        <w:br/>
        <w:t>v 0.122181 18.822540 0.926116</w:t>
        <w:br/>
        <w:t>v 0.029765 18.819607 0.957527</w:t>
        <w:br/>
        <w:t>v 0.029703 18.820599 0.959222</w:t>
        <w:br/>
        <w:t>v 0.060571 18.821590 0.954488</w:t>
        <w:br/>
        <w:t>v 0.060566 18.820524 0.950661</w:t>
        <w:br/>
        <w:t>v 0.081663 18.821486 0.941807</w:t>
        <w:br/>
        <w:t>v 0.104308 18.822784 0.933584</w:t>
        <w:br/>
        <w:t>v 0.105075 18.820675 0.934825</w:t>
        <w:br/>
        <w:t>v 0.082158 18.818913 0.944599</w:t>
        <w:br/>
        <w:t>v 0.106637 18.814049 0.934559</w:t>
        <w:br/>
        <w:t>v 0.105075 18.820675 0.934825</w:t>
        <w:br/>
        <w:t>v 0.137895 18.833912 0.929534</w:t>
        <w:br/>
        <w:t>v 0.135160 18.830868 0.925436</w:t>
        <w:br/>
        <w:t>v 0.124280 18.830467 0.934403</w:t>
        <w:br/>
        <w:t>v 0.128027 18.835621 0.943010</w:t>
        <w:br/>
        <w:t>v 0.159191 18.828436 0.913639</w:t>
        <w:br/>
        <w:t>v 0.151882 18.818487 0.913917</w:t>
        <w:br/>
        <w:t>v 0.140118 18.821041 0.916787</w:t>
        <w:br/>
        <w:t>v 0.130288 18.808397 0.917627</w:t>
        <w:br/>
        <w:t>v 0.127428 18.813486 0.922619</w:t>
        <w:br/>
        <w:t>v 0.107643 18.805866 0.931478</w:t>
        <w:br/>
        <w:t>v 0.110391 18.797010 0.924937</w:t>
        <w:br/>
        <w:t>v 0.105034 18.824806 0.936538</w:t>
        <w:br/>
        <w:t>v 0.121960 18.826733 0.927717</w:t>
        <w:br/>
        <w:t>v 0.121570 18.824997 0.925484</w:t>
        <w:br/>
        <w:t>v 0.104358 18.822895 0.933584</w:t>
        <w:br/>
        <w:t>v 0.139344 18.830097 0.918300</w:t>
        <w:br/>
        <w:t>v 0.133274 18.828421 0.921674</w:t>
        <w:br/>
        <w:t>v 0.141455 18.831251 0.918215</w:t>
        <w:br/>
        <w:t>v 0.142148 18.830490 0.915980</w:t>
        <w:br/>
        <w:t>v 0.158161 18.832270 0.914728</w:t>
        <w:br/>
        <w:t>v 0.104308 18.822784 0.933584</w:t>
        <w:br/>
        <w:t>v 0.066212 18.823015 0.935986</w:t>
        <w:br/>
        <w:t>v 0.116186 18.825571 0.920590</w:t>
        <w:br/>
        <w:t>v 0.081663 18.821486 0.941807</w:t>
        <w:br/>
        <w:t>v 0.060079 18.820330 0.950704</w:t>
        <w:br/>
        <w:t>v 0.029103 18.819487 0.957510</w:t>
        <w:br/>
        <w:t>v 0.029990 18.823120 0.944913</w:t>
        <w:br/>
        <w:t>v 0.132781 18.827162 0.920287</w:t>
        <w:br/>
        <w:t>v 0.138857 18.828894 0.917922</w:t>
        <w:br/>
        <w:t>v 0.138732 18.837234 0.906237</w:t>
        <w:br/>
        <w:t>v 0.086197 18.830641 0.926179</w:t>
        <w:br/>
        <w:t>v 0.104358 18.822895 0.933584</w:t>
        <w:br/>
        <w:t>v 0.118097 18.833212 0.912644</w:t>
        <w:br/>
        <w:t>v 0.082449 18.821711 0.941724</w:t>
        <w:br/>
        <w:t>v 0.029557 18.831606 0.940598</w:t>
        <w:br/>
        <w:t>v 0.060566 18.820524 0.950661</w:t>
        <w:br/>
        <w:t>v 0.029765 18.819607 0.957527</w:t>
        <w:br/>
        <w:t>v 0.111503 18.821346 0.913390</w:t>
        <w:br/>
        <w:t>v 0.150635 18.824001 0.900407</w:t>
        <w:br/>
        <w:t>v 0.131949 18.826569 0.912569</w:t>
        <w:br/>
        <w:t>v 0.044641 18.815943 0.930204</w:t>
        <w:br/>
        <w:t>v 0.178214 18.832140 0.892077</w:t>
        <w:br/>
        <w:t>v 0.138951 18.828129 0.912086</w:t>
        <w:br/>
        <w:t>v 0.179226 18.895687 0.889341</w:t>
        <w:br/>
        <w:t>v 0.178214 18.832140 0.892077</w:t>
        <w:br/>
        <w:t>v 0.125055 18.896299 0.912381</w:t>
        <w:br/>
        <w:t>v 0.086197 18.830641 0.926179</w:t>
        <w:br/>
        <w:t>v 0.052398 18.896406 0.925568</w:t>
        <w:br/>
        <w:t>v 0.066811 18.740114 0.856303</w:t>
        <w:br/>
        <w:t>v 0.130126 18.774837 0.846582</w:t>
        <w:br/>
        <w:t>v 0.193952 18.818308 0.882609</w:t>
        <w:br/>
        <w:t>v 0.205307 18.881664 0.873861</w:t>
        <w:br/>
        <w:t>v 0.066487 18.939219 0.903476</w:t>
        <w:br/>
        <w:t>v 0.140431 18.938334 0.881780</w:t>
        <w:br/>
        <w:t>v 0.205307 18.881664 0.873861</w:t>
        <w:br/>
        <w:t>v 0.208529 18.921659 0.863144</w:t>
        <w:br/>
        <w:t>v 0.052023 18.689676 0.810533</w:t>
        <w:br/>
        <w:t>v 0.062353 18.674404 0.703903</w:t>
        <w:br/>
        <w:t>v 0.136971 18.752579 0.800217</w:t>
        <w:br/>
        <w:t>v 0.155894 18.734087 0.713495</w:t>
        <w:br/>
        <w:t>v 0.204432 18.808897 0.803640</w:t>
        <w:br/>
        <w:t>v 0.220870 18.790020 0.732956</w:t>
        <w:br/>
        <w:t>v 0.245413 18.838591 0.764494</w:t>
        <w:br/>
        <w:t>v 0.234934 18.872950 0.841711</w:t>
        <w:br/>
        <w:t>v 0.247936 18.928476 0.743360</w:t>
        <w:br/>
        <w:t>v 0.234934 18.872950 0.841711</w:t>
        <w:br/>
        <w:t>v 0.245413 18.838591 0.764494</w:t>
        <w:br/>
        <w:t>v 0.226640 18.943174 0.823912</w:t>
        <w:br/>
        <w:t>v 0.163151 18.985954 0.726985</w:t>
        <w:br/>
        <w:t>v 0.149686 18.969511 0.832830</w:t>
        <w:br/>
        <w:t>v 0.063014 18.990150 0.722639</w:t>
        <w:br/>
        <w:t>v 0.054221 18.968483 0.836465</w:t>
        <w:br/>
        <w:t>v 0.250122 18.831564 0.663721</w:t>
        <w:br/>
        <w:t>v 0.243714 18.933062 0.649332</w:t>
        <w:br/>
        <w:t>v 0.200597 18.903997 0.548134</w:t>
        <w:br/>
        <w:t>v 0.173068 18.973160 0.600769</w:t>
        <w:br/>
        <w:t>v 0.163488 18.930962 0.487779</w:t>
        <w:br/>
        <w:t>v 0.071108 18.984732 0.595473</w:t>
        <w:br/>
        <w:t>v 0.073094 18.943527 0.454055</w:t>
        <w:br/>
        <w:t>v 0.211427 18.845287 0.548221</w:t>
        <w:br/>
        <w:t>v 0.250122 18.831564 0.663721</w:t>
        <w:br/>
        <w:t>v 0.190642 18.798115 0.540015</w:t>
        <w:br/>
        <w:t>v 0.211427 18.845287 0.548221</w:t>
        <w:br/>
        <w:t>v 0.222094 18.772728 0.653691</w:t>
        <w:br/>
        <w:t>v 0.166923 18.731361 0.617406</w:t>
        <w:br/>
        <w:t>v 0.157630 18.780861 0.478449</w:t>
        <w:br/>
        <w:t>v 0.063989 18.688835 0.593681</w:t>
        <w:br/>
        <w:t>v 0.064351 18.761450 0.435719</w:t>
        <w:br/>
        <w:t>v 0.078827 18.866995 0.422567</w:t>
        <w:br/>
        <w:t>v 0.078827 18.866995 0.422567</w:t>
        <w:br/>
        <w:t>v 0.171907 18.867704 0.461449</w:t>
        <w:br/>
        <w:t>v 0.171907 18.867704 0.461449</w:t>
        <w:br/>
        <w:t>v 0.121619 18.824938 0.925532</w:t>
        <w:br/>
        <w:t>v 0.121570 18.824997 0.925484</w:t>
        <w:br/>
        <w:t>v 0.012727 19.065561 1.147871</w:t>
        <w:br/>
        <w:t>v 0.018898 19.037392 1.120639</w:t>
        <w:br/>
        <w:t>v 0.029065 18.803890 0.966566</w:t>
        <w:br/>
        <w:t>v 0.029088 18.817614 0.959427</w:t>
        <w:br/>
        <w:t>v 0.084336 18.797245 0.945319</w:t>
        <w:br/>
        <w:t>v 0.085463 18.783339 0.937261</w:t>
        <w:br/>
        <w:t>v 0.082449 18.821711 0.941724</w:t>
        <w:br/>
        <w:t>v 0.082823 18.823313 0.944231</w:t>
        <w:br/>
        <w:t>v 0.029390 18.828579 0.983125</w:t>
        <w:br/>
        <w:t>v 0.031467 18.836624 1.007905</w:t>
        <w:br/>
        <w:t>v 0.121960 18.826733 0.927717</w:t>
        <w:br/>
        <w:t>v 0.139437 18.828392 0.916872</w:t>
        <w:br/>
        <w:t>v 0.140227 18.829451 0.917156</w:t>
        <w:br/>
        <w:t>v 0.621403 19.113405 0.464301</w:t>
        <w:br/>
        <w:t>v 0.489482 18.958557 0.805957</w:t>
        <w:br/>
        <w:t>v 0.479385 19.022659 0.852382</w:t>
        <w:br/>
        <w:t>v 0.521081 19.008438 0.793468</w:t>
        <w:br/>
        <w:t>v 0.229798 19.348505 0.899256</w:t>
        <w:br/>
        <w:t>v 0.258961 19.299589 0.885907</w:t>
        <w:br/>
        <w:t>v 0.029703 18.820599 0.959222</w:t>
        <w:br/>
        <w:t>v 0.634602 19.219286 0.708770</w:t>
        <w:br/>
        <w:t>v 0.592628 19.126816 0.738990</w:t>
        <w:br/>
        <w:t>v 0.138958 18.830570 0.911869</w:t>
        <w:br/>
        <w:t>v 0.138997 18.828876 0.917795</w:t>
        <w:br/>
        <w:t>v 0.138858 18.828751 0.917844</w:t>
        <w:br/>
        <w:t>v 0.132790 18.827139 0.920274</w:t>
        <w:br/>
        <w:t>v 0.138732 18.837234 0.906237</w:t>
        <w:br/>
        <w:t>v 0.138958 18.830570 0.911869</w:t>
        <w:br/>
        <w:t>v 0.186648 19.490601 0.599971</w:t>
        <w:br/>
        <w:t>v 0.200052 19.373619 0.643563</w:t>
        <w:br/>
        <w:t>v 0.301733 19.656908 0.914243</w:t>
        <w:br/>
        <w:t>v 0.503155 19.354071 0.611410</w:t>
        <w:br/>
        <w:t>v 0.510349 19.488663 0.609221</w:t>
        <w:br/>
        <w:t>v 0.618530 19.477039 0.612197</w:t>
        <w:br/>
        <w:t>v 0.609924 19.354082 0.649694</w:t>
        <w:br/>
        <w:t>v 0.513373 19.641756 0.631627</w:t>
        <w:br/>
        <w:t>v 0.663319 19.603369 0.662091</w:t>
        <w:br/>
        <w:t>v 0.513373 19.641756 0.631627</w:t>
        <w:br/>
        <w:t>v 0.481535 19.648085 0.891517</w:t>
        <w:br/>
        <w:t>v 0.586584 19.627089 0.839648</w:t>
        <w:br/>
        <w:t>v 0.663319 19.603369 0.662091</w:t>
        <w:br/>
        <w:t>v 0.389555 19.660902 0.901071</w:t>
        <w:br/>
        <w:t>v 0.363370 19.649971 0.626079</w:t>
        <w:br/>
        <w:t>v 0.200298 19.630095 0.646959</w:t>
        <w:br/>
        <w:t>v 0.363370 19.649971 0.626079</w:t>
        <w:br/>
        <w:t>v 0.358240 19.488499 0.603292</w:t>
        <w:br/>
        <w:t>v 0.186648 19.490601 0.599971</w:t>
        <w:br/>
        <w:t>v 0.355092 19.355051 0.607576</w:t>
        <w:br/>
        <w:t>v 0.200052 19.373619 0.643563</w:t>
        <w:br/>
        <w:t>v 0.215124 19.253534 0.712983</w:t>
        <w:br/>
        <w:t>v 0.380086 19.229889 0.678085</w:t>
        <w:br/>
        <w:t>v 0.584312 19.258869 0.688376</w:t>
        <w:br/>
        <w:t>v 0.469918 19.239536 0.684667</w:t>
        <w:br/>
        <w:t>v 0.634878 19.461075 0.814272</w:t>
        <w:br/>
        <w:t>v 0.655671 19.447510 0.768924</w:t>
        <w:br/>
        <w:t>v 0.008224 19.089836 1.162694</w:t>
        <w:br/>
        <w:t>v 0.220135 19.392649 0.910667</w:t>
        <w:br/>
        <w:t>v 0.083062 18.971151 1.018555</w:t>
        <w:br/>
        <w:t>v 0.086372 18.945076 1.006483</w:t>
        <w:br/>
        <w:t>v 0.104033 18.983875 1.003101</w:t>
        <w:br/>
        <w:t>v 0.046964 18.547665 0.748153</w:t>
        <w:br/>
        <w:t>v 0.116399 18.851671 0.968617</w:t>
        <w:br/>
        <w:t>v 0.133786 18.847164 0.953776</w:t>
        <w:br/>
        <w:t>v 0.144977 18.841618 0.936652</w:t>
        <w:br/>
        <w:t>v 0.031313 18.859055 1.020437</w:t>
        <w:br/>
        <w:t>v 0.157130 18.835211 0.919347</w:t>
        <w:br/>
        <w:t>v 0.724854 19.399523 0.631688</w:t>
        <w:br/>
        <w:t>v 0.693891 19.318359 0.628726</w:t>
        <w:br/>
        <w:t>v 0.603384 19.115368 0.671652</w:t>
        <w:br/>
        <w:t>v 0.647775 19.209866 0.645425</w:t>
        <w:br/>
        <w:t>v 0.661250 19.214140 0.556024</w:t>
        <w:br/>
        <w:t>v 0.701865 19.314140 0.545589</w:t>
        <w:br/>
        <w:t>v 0.736347 19.404411 0.554403</w:t>
        <w:br/>
        <w:t>v 0.764199 19.494287 0.566722</w:t>
        <w:br/>
        <w:t>v 0.774234 19.597853 0.603323</w:t>
        <w:br/>
        <w:t>v 0.765474 19.704102 0.665124</w:t>
        <w:br/>
        <w:t>v 0.736687 19.783104 0.752983</w:t>
        <w:br/>
        <w:t>v 0.688077 19.826191 0.841224</w:t>
        <w:br/>
        <w:t>v 0.622006 19.858400 0.912298</w:t>
        <w:br/>
        <w:t>v 0.552555 19.869192 0.983853</w:t>
        <w:br/>
        <w:t>v 0.471292 19.871685 1.038836</w:t>
        <w:br/>
        <w:t>v 0.381660 19.861731 1.084664</w:t>
        <w:br/>
        <w:t>v 0.285916 19.850630 1.126580</w:t>
        <w:br/>
        <w:t>v 0.616445 19.112137 0.581546</w:t>
        <w:br/>
        <w:t>v 0.322617 19.281557 0.874236</w:t>
        <w:br/>
        <w:t>v 0.387633 19.278805 0.862411</w:t>
        <w:br/>
        <w:t>v 0.429961 19.277239 0.850963</w:t>
        <w:br/>
        <w:t>v 0.480804 19.276472 0.837616</w:t>
        <w:br/>
        <w:t>v 0.528199 19.281301 0.818490</w:t>
        <w:br/>
        <w:t>v 0.572575 19.296389 0.792532</w:t>
        <w:br/>
        <w:t>v 0.606448 19.323919 0.774124</w:t>
        <w:br/>
        <w:t>v 0.633963 19.361567 0.765325</w:t>
        <w:br/>
        <w:t>v 0.655583 19.408646 0.771020</w:t>
        <w:br/>
        <w:t>v 0.668223 19.446449 0.778077</w:t>
        <w:br/>
        <w:t>v 0.646024 19.461927 0.826430</w:t>
        <w:br/>
        <w:t>v 0.608458 19.482689 0.868541</w:t>
        <w:br/>
        <w:t>v 0.577378 19.493959 0.894715</w:t>
        <w:br/>
        <w:t>v 0.543726 19.501068 0.917394</w:t>
        <w:br/>
        <w:t>v 0.511170 19.506599 0.932880</w:t>
        <w:br/>
        <w:t>v 0.464422 19.509474 0.948875</w:t>
        <w:br/>
        <w:t>v 0.416848 19.505703 0.956614</w:t>
        <w:br/>
        <w:t>v 0.416848 19.505703 0.956614</w:t>
        <w:br/>
        <w:t>v 0.368045 19.490639 0.952439</w:t>
        <w:br/>
        <w:t>v 0.369565 19.526058 0.984999</w:t>
        <w:br/>
        <w:t>v 0.311526 19.465033 0.944133</w:t>
        <w:br/>
        <w:t>v 0.260897 19.434448 0.930753</w:t>
        <w:br/>
        <w:t>v 0.160208 18.816879 0.908418</w:t>
        <w:br/>
        <w:t>v 0.185940 18.816736 0.902468</w:t>
        <w:br/>
        <w:t>v 0.154995 18.797087 0.902899</w:t>
        <w:br/>
        <w:t>v 0.136696 18.803310 0.911665</w:t>
        <w:br/>
        <w:t>v 0.119946 18.776402 0.906485</w:t>
        <w:br/>
        <w:t>v 0.113876 18.787529 0.916379</w:t>
        <w:br/>
        <w:t>v 0.178576 18.831612 0.909888</w:t>
        <w:br/>
        <w:t>v 0.214004 18.836140 0.904956</w:t>
        <w:br/>
        <w:t>v 0.104408 18.902885 0.987227</w:t>
        <w:br/>
        <w:t>v 0.139057 18.894974 0.970285</w:t>
        <w:br/>
        <w:t>v 0.124443 18.870386 0.970450</w:t>
        <w:br/>
        <w:t>v 0.096002 18.877981 0.988434</w:t>
        <w:br/>
        <w:t>v 0.147350 18.862299 0.955162</w:t>
        <w:br/>
        <w:t>v 0.171457 18.886457 0.955261</w:t>
        <w:br/>
        <w:t>v 0.067536 18.906313 1.004820</w:t>
        <w:br/>
        <w:t>v 0.064451 18.882433 1.005089</w:t>
        <w:br/>
        <w:t>v 0.161927 18.852570 0.937265</w:t>
        <w:br/>
        <w:t>v 0.198949 18.873178 0.935528</w:t>
        <w:br/>
        <w:t>v 0.172756 18.841681 0.918276</w:t>
        <w:br/>
        <w:t>v 0.218638 18.852596 0.915262</w:t>
        <w:br/>
        <w:t>v 0.027516 18.752153 0.937197</w:t>
        <w:br/>
        <w:t>v 0.027154 18.740038 0.920539</w:t>
        <w:br/>
        <w:t>v 0.059954 18.759169 0.931555</w:t>
        <w:br/>
        <w:t>v 0.060117 18.746969 0.916237</w:t>
        <w:br/>
        <w:t>v 0.088133 18.770374 0.924361</w:t>
        <w:br/>
        <w:t>v 0.089844 18.757736 0.911054</w:t>
        <w:br/>
        <w:t>v 0.032100 18.905722 1.019893</w:t>
        <w:br/>
        <w:t>v 0.031601 18.881979 1.019007</w:t>
        <w:br/>
        <w:t>v 0.557565 19.069700 0.772822</w:t>
        <w:br/>
        <w:t>v 0.567886 18.996239 0.407950</w:t>
        <w:br/>
        <w:t>v 0.595441 19.057144 0.373706</w:t>
        <w:br/>
        <w:t>v 0.592889 19.056406 0.488006</w:t>
        <w:br/>
        <w:t>v 0.559328 18.997343 0.523121</w:t>
        <w:br/>
        <w:t>v 0.584339 19.053936 0.611055</w:t>
        <w:br/>
        <w:t>v 0.548445 18.994217 0.640496</w:t>
        <w:br/>
        <w:t>v 0.574366 19.059212 0.705973</w:t>
        <w:br/>
        <w:t>v 0.542661 18.997717 0.729908</w:t>
        <w:br/>
        <w:t>v 0.008224 19.089836 1.162694</w:t>
        <w:br/>
        <w:t>v 0.073394 18.995043 1.040509</w:t>
        <w:br/>
        <w:t>v 0.049737 19.019432 1.077193</w:t>
        <w:br/>
        <w:t>v 0.062003 19.032675 1.065309</w:t>
        <w:br/>
        <w:t>v 0.086259 19.008873 1.027449</w:t>
        <w:br/>
        <w:t>v 0.041981 19.058559 1.104764</w:t>
        <w:br/>
        <w:t>v 0.032482 19.045336 1.115486</w:t>
        <w:br/>
        <w:t>v 0.017756 19.069796 1.145546</w:t>
        <w:br/>
        <w:t>v 0.024874 19.085749 1.135067</w:t>
        <w:br/>
        <w:t>v 0.656251 19.271696 -0.173081</w:t>
        <w:br/>
        <w:t>v 0.134114 18.825506 0.919829</w:t>
        <w:br/>
        <w:t>v 0.132790 18.827139 0.920274</w:t>
        <w:br/>
        <w:t>v 0.138858 18.828751 0.917844</w:t>
        <w:br/>
        <w:t>v 0.139437 18.828392 0.916872</w:t>
        <w:br/>
        <w:t>v 0.082449 18.821711 0.941724</w:t>
        <w:br/>
        <w:t>v 0.060079 18.820330 0.950704</w:t>
        <w:br/>
        <w:t>v 0.060063 18.818083 0.952987</w:t>
        <w:br/>
        <w:t>v 0.122181 18.822540 0.926116</w:t>
        <w:br/>
        <w:t>v 0.121619 18.824938 0.925532</w:t>
        <w:br/>
        <w:t>v 0.105034 18.824806 0.936538</w:t>
        <w:br/>
        <w:t>v 0.139344 18.830097 0.918300</w:t>
        <w:br/>
        <w:t>v 0.138857 18.828894 0.917922</w:t>
        <w:br/>
        <w:t>v 0.132781 18.827162 0.920287</w:t>
        <w:br/>
        <w:t>v 0.133274 18.828421 0.921674</w:t>
        <w:br/>
        <w:t>v 0.029103 18.819487 0.957510</w:t>
        <w:br/>
        <w:t>v 0.029088 18.817614 0.959427</w:t>
        <w:br/>
        <w:t>v 0.138997 18.828876 0.917795</w:t>
        <w:br/>
        <w:t>v 0.140227 18.829451 0.917156</w:t>
        <w:br/>
        <w:t>v 0.138857 18.828894 0.917922</w:t>
        <w:br/>
        <w:t>v 0.138951 18.828129 0.912086</w:t>
        <w:br/>
        <w:t>vt 0.718694 0.725503</w:t>
        <w:br/>
        <w:t>vt 0.717973 0.719735</w:t>
        <w:br/>
        <w:t>vt 0.707609 0.723937</w:t>
        <w:br/>
        <w:t>vt 0.718694 0.725503</w:t>
        <w:br/>
        <w:t>vt 0.723261 0.726518</w:t>
        <w:br/>
        <w:t>vt 0.722335 0.718327</w:t>
        <w:br/>
        <w:t>vt 0.717973 0.719735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0.697304 0.728331</w:t>
        <w:br/>
        <w:t>vt 0.693064 0.730557</w:t>
        <w:br/>
        <w:t>vt 0.698139 0.736861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0.717373 0.711641</w:t>
        <w:br/>
        <w:t>vt 0.714438 0.715091</w:t>
        <w:br/>
        <w:t>vt 0.714438 0.715091</w:t>
        <w:br/>
        <w:t>vt 0.709632 0.708239</w:t>
        <w:br/>
        <w:t>vt 0.709033 0.712951</w:t>
        <w:br/>
        <w:t>vt 0.701274 0.709558</w:t>
        <w:br/>
        <w:t>vt 0.703263 0.713642</w:t>
        <w:br/>
        <w:t>vt 0.694769 0.714771</w:t>
        <w:br/>
        <w:t>vt 0.698665 0.717229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0.717973 0.719735</w:t>
        <w:br/>
        <w:t>vt 0.707609 0.723937</w:t>
        <w:br/>
        <w:t>vt 0.718694 0.725503</w:t>
        <w:br/>
        <w:t>vt 0.723261 0.726518</w:t>
        <w:br/>
        <w:t>vt 0.722335 0.718327</w:t>
        <w:br/>
        <w:t>vt 0.717973 0.719735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0.697304 0.728331</w:t>
        <w:br/>
        <w:t>vt 0.693064 0.730557</w:t>
        <w:br/>
        <w:t>vt 0.698139 0.736861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0.717373 0.711641</w:t>
        <w:br/>
        <w:t>vt 0.714438 0.715091</w:t>
        <w:br/>
        <w:t>vt 0.714438 0.715091</w:t>
        <w:br/>
        <w:t>vt 0.709632 0.708239</w:t>
        <w:br/>
        <w:t>vt 0.709033 0.712951</w:t>
        <w:br/>
        <w:t>vt 0.701274 0.709558</w:t>
        <w:br/>
        <w:t>vt 0.703263 0.713642</w:t>
        <w:br/>
        <w:t>vt 0.694769 0.714771</w:t>
        <w:br/>
        <w:t>vt 0.698665 0.717229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0.707609 0.723937</w:t>
        <w:br/>
        <w:t>vt 0.717973 0.719735</w:t>
        <w:br/>
        <w:t>vt 0.718694 0.725503</w:t>
        <w:br/>
        <w:t>vt 0.717973 0.719735</w:t>
        <w:br/>
        <w:t>vt 0.722335 0.718327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0.698139 0.736861</w:t>
        <w:br/>
        <w:t>vt 0.693064 0.730557</w:t>
        <w:br/>
        <w:t>vt 0.697304 0.728331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0.714438 0.715091</w:t>
        <w:br/>
        <w:t>vt 0.717373 0.711641</w:t>
        <w:br/>
        <w:t>vt 0.714438 0.715091</w:t>
        <w:br/>
        <w:t>vt 0.709033 0.712951</w:t>
        <w:br/>
        <w:t>vt 0.709632 0.708239</w:t>
        <w:br/>
        <w:t>vt 0.703263 0.713642</w:t>
        <w:br/>
        <w:t>vt 0.701274 0.709558</w:t>
        <w:br/>
        <w:t>vt 0.698665 0.717229</w:t>
        <w:br/>
        <w:t>vt 0.694769 0.714771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0.707609 0.723937</w:t>
        <w:br/>
        <w:t>vt 0.717973 0.719735</w:t>
        <w:br/>
        <w:t>vt 0.718694 0.725503</w:t>
        <w:br/>
        <w:t>vt 0.717973 0.719735</w:t>
        <w:br/>
        <w:t>vt 0.722335 0.718327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0.698139 0.736861</w:t>
        <w:br/>
        <w:t>vt 0.693064 0.730557</w:t>
        <w:br/>
        <w:t>vt 0.697304 0.728331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0.714438 0.715091</w:t>
        <w:br/>
        <w:t>vt 0.717373 0.711641</w:t>
        <w:br/>
        <w:t>vt 0.714438 0.715091</w:t>
        <w:br/>
        <w:t>vt 0.709033 0.712951</w:t>
        <w:br/>
        <w:t>vt 0.709632 0.708239</w:t>
        <w:br/>
        <w:t>vt 0.703263 0.713642</w:t>
        <w:br/>
        <w:t>vt 0.701274 0.709558</w:t>
        <w:br/>
        <w:t>vt 0.698665 0.717229</w:t>
        <w:br/>
        <w:t>vt 0.694769 0.714771</w:t>
        <w:br/>
        <w:t>vt 0.703263 0.713642</w:t>
        <w:br/>
        <w:t>vt 0.698665 0.717229</w:t>
        <w:br/>
        <w:t>vt 0.709033 0.712951</w:t>
        <w:br/>
        <w:t>vt 0.696495 0.722615</w:t>
        <w:br/>
        <w:t>vt 0.936616 0.248534</w:t>
        <w:br/>
        <w:t>vt 0.945132 0.258616</w:t>
        <w:br/>
        <w:t>vt 0.941858 0.260648</w:t>
        <w:br/>
        <w:t>vt 0.931783 0.245688</w:t>
        <w:br/>
        <w:t>vt 0.952423 0.269189</w:t>
        <w:br/>
        <w:t>vt 0.953920 0.265930</w:t>
        <w:br/>
        <w:t>vt 0.959744 0.267211</w:t>
        <w:br/>
        <w:t>vt 0.960451 0.270315</w:t>
        <w:br/>
        <w:t>vt 0.963563 0.264592</w:t>
        <w:br/>
        <w:t>vt 0.966439 0.266468</w:t>
        <w:br/>
        <w:t>vt 0.964429 0.260044</w:t>
        <w:br/>
        <w:t>vt 0.967507 0.259372</w:t>
        <w:br/>
        <w:t>vt 0.962830 0.252674</w:t>
        <w:br/>
        <w:t>vt 0.960617 0.255479</w:t>
        <w:br/>
        <w:t>vt 0.960617 0.255479</w:t>
        <w:br/>
        <w:t>vt 0.964429 0.260044</w:t>
        <w:br/>
        <w:t>vt 0.959744 0.267211</w:t>
        <w:br/>
        <w:t>vt 0.953920 0.265930</w:t>
        <w:br/>
        <w:t>vt 0.949680 0.251042</w:t>
        <w:br/>
        <w:t>vt 0.945132 0.258616</w:t>
        <w:br/>
        <w:t>vt 0.963563 0.264592</w:t>
        <w:br/>
        <w:t>vt 0.949680 0.251042</w:t>
        <w:br/>
        <w:t>vt 0.949931 0.247241</w:t>
        <w:br/>
        <w:t>vt 0.936616 0.248534</w:t>
        <w:br/>
        <w:t>vt 0.931783 0.245688</w:t>
        <w:br/>
        <w:t>vt 0.936616 0.248534</w:t>
        <w:br/>
        <w:t>vt 0.503556 0.262191</w:t>
        <w:br/>
        <w:t>vt 0.499135 0.262045</w:t>
        <w:br/>
        <w:t>vt 0.486177 0.247408</w:t>
        <w:br/>
        <w:t>vt 0.486177 0.241025</w:t>
        <w:br/>
        <w:t>vt 0.486177 0.303790</w:t>
        <w:br/>
        <w:t>vt 0.486177 0.294012</w:t>
        <w:br/>
        <w:t>vt 0.508444 0.261685</w:t>
        <w:br/>
        <w:t>vt 0.486177 0.307647</w:t>
        <w:br/>
        <w:t>vt 0.486177 0.303790</w:t>
        <w:br/>
        <w:t>vt 0.503556 0.262191</w:t>
        <w:br/>
        <w:t>vt 0.486177 0.241025</w:t>
        <w:br/>
        <w:t>vt 0.486177 0.236896</w:t>
        <w:br/>
        <w:t>vt 0.786412 0.486687</w:t>
        <w:br/>
        <w:t>vt 0.786412 0.520460</w:t>
        <w:br/>
        <w:t>vt 0.774327 0.497606</w:t>
        <w:br/>
        <w:t>vt 0.503556 0.262191</w:t>
        <w:br/>
        <w:t>vt 0.486177 0.241025</w:t>
        <w:br/>
        <w:t>vt 0.486177 0.247408</w:t>
        <w:br/>
        <w:t>vt 0.499135 0.262045</w:t>
        <w:br/>
        <w:t>vt 0.486177 0.294012</w:t>
        <w:br/>
        <w:t>vt 0.486177 0.303790</w:t>
        <w:br/>
        <w:t>vt 0.486177 0.303790</w:t>
        <w:br/>
        <w:t>vt 0.486177 0.307647</w:t>
        <w:br/>
        <w:t>vt 0.508444 0.261685</w:t>
        <w:br/>
        <w:t>vt 0.503556 0.262191</w:t>
        <w:br/>
        <w:t>vt 0.486177 0.236896</w:t>
        <w:br/>
        <w:t>vt 0.486177 0.241025</w:t>
        <w:br/>
        <w:t>vt 0.774327 0.497606</w:t>
        <w:br/>
        <w:t>vt 0.941858 0.260648</w:t>
        <w:br/>
        <w:t>vt 0.945132 0.258616</w:t>
        <w:br/>
        <w:t>vt 0.936616 0.248534</w:t>
        <w:br/>
        <w:t>vt 0.931783 0.245688</w:t>
        <w:br/>
        <w:t>vt 0.952423 0.269189</w:t>
        <w:br/>
        <w:t>vt 0.960451 0.270315</w:t>
        <w:br/>
        <w:t>vt 0.959744 0.267211</w:t>
        <w:br/>
        <w:t>vt 0.953920 0.265930</w:t>
        <w:br/>
        <w:t>vt 0.966439 0.266468</w:t>
        <w:br/>
        <w:t>vt 0.963563 0.264592</w:t>
        <w:br/>
        <w:t>vt 0.964429 0.260044</w:t>
        <w:br/>
        <w:t>vt 0.967507 0.259372</w:t>
        <w:br/>
        <w:t>vt 0.962830 0.252674</w:t>
        <w:br/>
        <w:t>vt 0.960617 0.255479</w:t>
        <w:br/>
        <w:t>vt 0.959744 0.267211</w:t>
        <w:br/>
        <w:t>vt 0.964429 0.260044</w:t>
        <w:br/>
        <w:t>vt 0.960617 0.255479</w:t>
        <w:br/>
        <w:t>vt 0.953920 0.265930</w:t>
        <w:br/>
        <w:t>vt 0.949680 0.251042</w:t>
        <w:br/>
        <w:t>vt 0.945132 0.258616</w:t>
        <w:br/>
        <w:t>vt 0.963563 0.264592</w:t>
        <w:br/>
        <w:t>vt 0.949931 0.247241</w:t>
        <w:br/>
        <w:t>vt 0.949680 0.251042</w:t>
        <w:br/>
        <w:t>vt 0.936616 0.248534</w:t>
        <w:br/>
        <w:t>vt 0.931783 0.245688</w:t>
        <w:br/>
        <w:t>vt 0.936616 0.248534</w:t>
        <w:br/>
        <w:t>vt 0.124762 0.583152</w:t>
        <w:br/>
        <w:t>vt 0.126810 0.582496</w:t>
        <w:br/>
        <w:t>vt 0.121337 0.574928</w:t>
        <w:br/>
        <w:t>vt 0.120008 0.576568</w:t>
        <w:br/>
        <w:t>vt 0.112602 0.573207</w:t>
        <w:br/>
        <w:t>vt 0.112814 0.571067</w:t>
        <w:br/>
        <w:t>vt 0.107099 0.573718</w:t>
        <w:br/>
        <w:t>vt 0.106482 0.571659</w:t>
        <w:br/>
        <w:t>vt 0.098810 0.577065</w:t>
        <w:br/>
        <w:t>vt 0.100426 0.578421</w:t>
        <w:br/>
        <w:t>vt 0.096974 0.585840</w:t>
        <w:br/>
        <w:t>vt 0.094847 0.585571</w:t>
        <w:br/>
        <w:t>vt 0.095307 0.591914</w:t>
        <w:br/>
        <w:t>vt 0.097387 0.591439</w:t>
        <w:br/>
        <w:t>vt 0.097696 0.597696</w:t>
        <w:br/>
        <w:t>vt 0.099752 0.596735</w:t>
        <w:br/>
        <w:t>vt 0.102046 0.607474</w:t>
        <w:br/>
        <w:t>vt 0.100560 0.608804</w:t>
        <w:br/>
        <w:t>vt 0.110536 0.610666</w:t>
        <w:br/>
        <w:t>vt 0.110469 0.608472</w:t>
        <w:br/>
        <w:t>vt 0.120340 0.608215</w:t>
        <w:br/>
        <w:t>vt 0.118824 0.606923</w:t>
        <w:br/>
        <w:t>vt 0.120390 0.598661</w:t>
        <w:br/>
        <w:t>vt 0.122374 0.599827</w:t>
        <w:br/>
        <w:t>vt 0.125775 0.594841</w:t>
        <w:br/>
        <w:t>vt 0.123794 0.593966</w:t>
        <w:br/>
        <w:t>vt 0.127489 0.588785</w:t>
        <w:br/>
        <w:t>vt 0.125344 0.588634</w:t>
        <w:br/>
        <w:t>vt 0.118694 0.585092</w:t>
        <w:br/>
        <w:t>vt 0.120570 0.584474</w:t>
        <w:br/>
        <w:t>vt 0.117265 0.579914</w:t>
        <w:br/>
        <w:t>vt 0.116049 0.581443</w:t>
        <w:br/>
        <w:t>vt 0.111940 0.579567</w:t>
        <w:br/>
        <w:t>vt 0.112133 0.577590</w:t>
        <w:br/>
        <w:t>vt 0.108325 0.577948</w:t>
        <w:br/>
        <w:t>vt 0.108895 0.579846</w:t>
        <w:br/>
        <w:t>vt 0.103707 0.581218</w:t>
        <w:br/>
        <w:t>vt 0.105196 0.582459</w:t>
        <w:br/>
        <w:t>vt 0.103280 0.586572</w:t>
        <w:br/>
        <w:t>vt 0.101319 0.586376</w:t>
        <w:br/>
        <w:t>vt 0.103535 0.589640</w:t>
        <w:br/>
        <w:t>vt 0.101630 0.590243</w:t>
        <w:br/>
        <w:t>vt 0.103371 0.593705</w:t>
        <w:br/>
        <w:t>vt 0.104956 0.592363</w:t>
        <w:br/>
        <w:t>vt 0.106402 0.595985</w:t>
        <w:br/>
        <w:t>vt 0.107341 0.594283</w:t>
        <w:br/>
        <w:t>vt 0.110331 0.595130</w:t>
        <w:br/>
        <w:t>vt 0.110175 0.597001</w:t>
        <w:br/>
        <w:t>vt 0.113437 0.594842</w:t>
        <w:br/>
        <w:t>vt 0.114031 0.596683</w:t>
        <w:br/>
        <w:t>vt 0.117570 0.594968</w:t>
        <w:br/>
        <w:t>vt 0.116210 0.593422</w:t>
        <w:br/>
        <w:t>vt 0.119930 0.591997</w:t>
        <w:br/>
        <w:t>vt 0.118146 0.591076</w:t>
        <w:br/>
        <w:t>vt 0.120982 0.588284</w:t>
        <w:br/>
        <w:t>vt 0.119015 0.588136</w:t>
        <w:br/>
        <w:t>vt 0.120570 0.584474</w:t>
        <w:br/>
        <w:t>vt 0.120982 0.588284</w:t>
        <w:br/>
        <w:t>vt 0.125344 0.588634</w:t>
        <w:br/>
        <w:t>vt 0.124762 0.583152</w:t>
        <w:br/>
        <w:t>vt 0.119930 0.591997</w:t>
        <w:br/>
        <w:t>vt 0.123794 0.593966</w:t>
        <w:br/>
        <w:t>vt 0.117570 0.594968</w:t>
        <w:br/>
        <w:t>vt 0.120390 0.598661</w:t>
        <w:br/>
        <w:t>vt 0.103371 0.593705</w:t>
        <w:br/>
        <w:t>vt 0.101630 0.590243</w:t>
        <w:br/>
        <w:t>vt 0.097387 0.591439</w:t>
        <w:br/>
        <w:t>vt 0.099752 0.596735</w:t>
        <w:br/>
        <w:t>vt 0.101319 0.586376</w:t>
        <w:br/>
        <w:t>vt 0.096974 0.585840</w:t>
        <w:br/>
        <w:t>vt 0.103707 0.581218</w:t>
        <w:br/>
        <w:t>vt 0.100426 0.578421</w:t>
        <w:br/>
        <w:t>vt 0.108325 0.577948</w:t>
        <w:br/>
        <w:t>vt 0.107099 0.573718</w:t>
        <w:br/>
        <w:t>vt 0.112133 0.577590</w:t>
        <w:br/>
        <w:t>vt 0.112602 0.573207</w:t>
        <w:br/>
        <w:t>vt 0.117265 0.579914</w:t>
        <w:br/>
        <w:t>vt 0.120008 0.576568</w:t>
        <w:br/>
        <w:t>vt 0.100560 0.608804</w:t>
        <w:br/>
        <w:t>vt 0.102046 0.607474</w:t>
        <w:br/>
        <w:t>vt 0.110469 0.608472</w:t>
        <w:br/>
        <w:t>vt 0.110175 0.597001</w:t>
        <w:br/>
        <w:t>vt 0.102046 0.607474</w:t>
        <w:br/>
        <w:t>vt 0.106402 0.595985</w:t>
        <w:br/>
        <w:t>vt 0.118824 0.606923</w:t>
        <w:br/>
        <w:t>vt 0.114031 0.596683</w:t>
        <w:br/>
        <w:t>vt 0.118824 0.606923</w:t>
        <w:br/>
        <w:t>vt 0.120340 0.608215</w:t>
        <w:br/>
        <w:t>vt 0.783211 0.433354</w:t>
        <w:br/>
        <w:t>vt 0.784469 0.436096</w:t>
        <w:br/>
        <w:t>vt 0.771064 0.435014</w:t>
        <w:br/>
        <w:t>vt 0.770032 0.432514</w:t>
        <w:br/>
        <w:t>vt 0.786151 0.443969</w:t>
        <w:br/>
        <w:t>vt 0.806540 0.439536</w:t>
        <w:br/>
        <w:t>vt 0.810553 0.446704</w:t>
        <w:br/>
        <w:t>vt 0.787245 0.456916</w:t>
        <w:br/>
        <w:t>vt 0.784469 0.436096</w:t>
        <w:br/>
        <w:t>vt 0.801876 0.435054</w:t>
        <w:br/>
        <w:t>vt 0.773303 0.440440</w:t>
        <w:br/>
        <w:t>vt 0.771064 0.435014</w:t>
        <w:br/>
        <w:t>vt 0.783211 0.433354</w:t>
        <w:br/>
        <w:t>vt 0.785978 0.429630</w:t>
        <w:br/>
        <w:t>vt 0.788331 0.430733</w:t>
        <w:br/>
        <w:t>vt 0.784469 0.436096</w:t>
        <w:br/>
        <w:t>vt 0.788433 0.420163</w:t>
        <w:br/>
        <w:t>vt 0.791017 0.420968</w:t>
        <w:br/>
        <w:t>vt 0.815614 0.452139</w:t>
        <w:br/>
        <w:t>vt 0.813168 0.455371</w:t>
        <w:br/>
        <w:t>vt 0.810553 0.446704</w:t>
        <w:br/>
        <w:t>vt 0.812995 0.445271</w:t>
        <w:br/>
        <w:t>vt 0.813168 0.455371</w:t>
        <w:br/>
        <w:t>vt 0.788601 0.470715</w:t>
        <w:br/>
        <w:t>vt 0.788331 0.430733</w:t>
        <w:br/>
        <w:t>vt 0.798137 0.429719</w:t>
        <w:br/>
        <w:t>vt 0.791017 0.420968</w:t>
        <w:br/>
        <w:t>vt 0.796618 0.420854</w:t>
        <w:br/>
        <w:t>vt 0.799431 0.420525</w:t>
        <w:br/>
        <w:t>vt 0.796618 0.420854</w:t>
        <w:br/>
        <w:t>vt 0.796346 0.413996</w:t>
        <w:br/>
        <w:t>vt 0.798635 0.412802</w:t>
        <w:br/>
        <w:t>vt 0.795241 0.412425</w:t>
        <w:br/>
        <w:t>vt 0.796346 0.413996</w:t>
        <w:br/>
        <w:t>vt 0.793982 0.412428</w:t>
        <w:br/>
        <w:t>vt 0.798137 0.429719</w:t>
        <w:br/>
        <w:t>vt 0.800802 0.428838</w:t>
        <w:br/>
        <w:t>vt 0.804029 0.433212</w:t>
        <w:br/>
        <w:t>vt 0.801876 0.435054</w:t>
        <w:br/>
        <w:t>vt 0.808781 0.437902</w:t>
        <w:br/>
        <w:t>vt 0.806540 0.439536</w:t>
        <w:br/>
        <w:t>vt 0.814924 0.472443</w:t>
        <w:br/>
        <w:t>vt 0.795970 0.482525</w:t>
        <w:br/>
        <w:t>vt 0.791419 0.484342</w:t>
        <w:br/>
        <w:t>vt 0.787410 0.474626</w:t>
        <w:br/>
        <w:t>vt 0.803353 0.496783</w:t>
        <w:br/>
        <w:t>vt 0.797438 0.498927</w:t>
        <w:br/>
        <w:t>vt 0.803313 0.513164</w:t>
        <w:br/>
        <w:t>vt 0.807619 0.512779</w:t>
        <w:br/>
        <w:t>vt 0.806780 0.515221</w:t>
        <w:br/>
        <w:t>vt 0.804184 0.515274</w:t>
        <w:br/>
        <w:t>vt 0.803313 0.513164</w:t>
        <w:br/>
        <w:t>vt 0.807619 0.512779</w:t>
        <w:br/>
        <w:t>vt 0.821175 0.520411</w:t>
        <w:br/>
        <w:t>vt 0.819886 0.522839</w:t>
        <w:br/>
        <w:t>vt 0.823327 0.483526</w:t>
        <w:br/>
        <w:t>vt 0.832208 0.493988</w:t>
        <w:br/>
        <w:t>vt 0.841278 0.504352</w:t>
        <w:br/>
        <w:t>vt 0.821175 0.520411</w:t>
        <w:br/>
        <w:t>vt 0.825929 0.453497</w:t>
        <w:br/>
        <w:t>vt 0.833419 0.457459</w:t>
        <w:br/>
        <w:t>vt 0.825929 0.453497</w:t>
        <w:br/>
        <w:t>vt 0.813168 0.455371</w:t>
        <w:br/>
        <w:t>vt 0.815614 0.452139</w:t>
        <w:br/>
        <w:t>vt 0.827073 0.450809</w:t>
        <w:br/>
        <w:t>vt 0.842803 0.466430</w:t>
        <w:br/>
        <w:t>vt 0.833419 0.457459</w:t>
        <w:br/>
        <w:t>vt 0.835262 0.455404</w:t>
        <w:br/>
        <w:t>vt 0.844776 0.464362</w:t>
        <w:br/>
        <w:t>vt 0.842803 0.466430</w:t>
        <w:br/>
        <w:t>vt 0.854145 0.472807</w:t>
        <w:br/>
        <w:t>vt 0.856254 0.470927</w:t>
        <w:br/>
        <w:t>vt 0.854145 0.472807</w:t>
        <w:br/>
        <w:t>vt 0.860882 0.512851</w:t>
        <w:br/>
        <w:t>vt 0.843912 0.519522</w:t>
        <w:br/>
        <w:t>vt 0.854313 0.506907</w:t>
        <w:br/>
        <w:t>vt 0.868947 0.493298</w:t>
        <w:br/>
        <w:t>vt 0.875540 0.497252</w:t>
        <w:br/>
        <w:t>vt 0.876810 0.501613</w:t>
        <w:br/>
        <w:t>vt 0.863234 0.481978</w:t>
        <w:br/>
        <w:t>vt 0.865644 0.480566</w:t>
        <w:br/>
        <w:t>vt 0.863234 0.481978</w:t>
        <w:br/>
        <w:t>vt 0.868947 0.493298</w:t>
        <w:br/>
        <w:t>vt 0.871426 0.491487</w:t>
        <w:br/>
        <w:t>vt 0.878029 0.495880</w:t>
        <w:br/>
        <w:t>vt 0.875540 0.497252</w:t>
        <w:br/>
        <w:t>vt 0.876810 0.501613</w:t>
        <w:br/>
        <w:t>vt 0.879511 0.502795</w:t>
        <w:br/>
        <w:t>vt 0.862695 0.515285</w:t>
        <w:br/>
        <w:t>vt 0.860882 0.512851</w:t>
        <w:br/>
        <w:t>vt 0.876810 0.501613</w:t>
        <w:br/>
        <w:t>vt 0.879511 0.502795</w:t>
        <w:br/>
        <w:t>vt 0.846137 0.522014</w:t>
        <w:br/>
        <w:t>vt 0.843912 0.519522</w:t>
        <w:br/>
        <w:t>vt 0.832215 0.526185</w:t>
        <w:br/>
        <w:t>vt 0.831217 0.528908</w:t>
        <w:br/>
        <w:t>vt 0.832215 0.526185</w:t>
        <w:br/>
        <w:t>vt 0.837837 0.527925</w:t>
        <w:br/>
        <w:t>vt 0.838478 0.530649</w:t>
        <w:br/>
        <w:t>vt 0.837837 0.527925</w:t>
        <w:br/>
        <w:t>vt 0.840424 0.525426</w:t>
        <w:br/>
        <w:t>vt 0.842506 0.527575</w:t>
        <w:br/>
        <w:t>vt 0.838478 0.530649</w:t>
        <w:br/>
        <w:t>vt 0.840424 0.525426</w:t>
        <w:br/>
        <w:t>vt 0.837837 0.527925</w:t>
        <w:br/>
        <w:t>vt 0.793982 0.412428</w:t>
        <w:br/>
        <w:t>vt 0.792714 0.410627</w:t>
        <w:br/>
        <w:t>vt 0.795672 0.410325</w:t>
        <w:br/>
        <w:t>vt 0.795241 0.412425</w:t>
        <w:br/>
        <w:t>vt 0.793982 0.412428</w:t>
        <w:br/>
        <w:t>vt 0.792714 0.410627</w:t>
        <w:br/>
        <w:t>vt 0.783211 0.433354</w:t>
        <w:br/>
        <w:t>vt 0.770032 0.432514</w:t>
        <w:br/>
        <w:t>vt 0.771064 0.435014</w:t>
        <w:br/>
        <w:t>vt 0.784469 0.436096</w:t>
        <w:br/>
        <w:t>vt 0.810553 0.446704</w:t>
        <w:br/>
        <w:t>vt 0.806540 0.439536</w:t>
        <w:br/>
        <w:t>vt 0.786151 0.443969</w:t>
        <w:br/>
        <w:t>vt 0.787245 0.456916</w:t>
        <w:br/>
        <w:t>vt 0.801876 0.435054</w:t>
        <w:br/>
        <w:t>vt 0.784469 0.436096</w:t>
        <w:br/>
        <w:t>vt 0.771064 0.435014</w:t>
        <w:br/>
        <w:t>vt 0.773303 0.440440</w:t>
        <w:br/>
        <w:t>vt 0.788332 0.430733</w:t>
        <w:br/>
        <w:t>vt 0.785978 0.429630</w:t>
        <w:br/>
        <w:t>vt 0.783211 0.433354</w:t>
        <w:br/>
        <w:t>vt 0.784469 0.436096</w:t>
        <w:br/>
        <w:t>vt 0.791017 0.420968</w:t>
        <w:br/>
        <w:t>vt 0.788433 0.420163</w:t>
        <w:br/>
        <w:t>vt 0.815614 0.452139</w:t>
        <w:br/>
        <w:t>vt 0.812995 0.445271</w:t>
        <w:br/>
        <w:t>vt 0.810553 0.446704</w:t>
        <w:br/>
        <w:t>vt 0.813168 0.455371</w:t>
        <w:br/>
        <w:t>vt 0.788601 0.470715</w:t>
        <w:br/>
        <w:t>vt 0.813168 0.455371</w:t>
        <w:br/>
        <w:t>vt 0.788332 0.430733</w:t>
        <w:br/>
        <w:t>vt 0.798137 0.429719</w:t>
        <w:br/>
        <w:t>vt 0.791017 0.420968</w:t>
        <w:br/>
        <w:t>vt 0.796618 0.420854</w:t>
        <w:br/>
        <w:t>vt 0.799431 0.420525</w:t>
        <w:br/>
        <w:t>vt 0.798635 0.412802</w:t>
        <w:br/>
        <w:t>vt 0.796346 0.413996</w:t>
        <w:br/>
        <w:t>vt 0.796618 0.420854</w:t>
        <w:br/>
        <w:t>vt 0.796346 0.413996</w:t>
        <w:br/>
        <w:t>vt 0.793982 0.412428</w:t>
        <w:br/>
        <w:t>vt 0.798137 0.429719</w:t>
        <w:br/>
        <w:t>vt 0.800802 0.428838</w:t>
        <w:br/>
        <w:t>vt 0.801876 0.435054</w:t>
        <w:br/>
        <w:t>vt 0.804029 0.433212</w:t>
        <w:br/>
        <w:t>vt 0.806540 0.439536</w:t>
        <w:br/>
        <w:t>vt 0.808781 0.437902</w:t>
        <w:br/>
        <w:t>vt 0.814924 0.472443</w:t>
        <w:br/>
        <w:t>vt 0.795970 0.482525</w:t>
        <w:br/>
        <w:t>vt 0.803353 0.496783</w:t>
        <w:br/>
        <w:t>vt 0.806780 0.515221</w:t>
        <w:br/>
        <w:t>vt 0.807619 0.512779</w:t>
        <w:br/>
        <w:t>vt 0.804184 0.515274</w:t>
        <w:br/>
        <w:t>vt 0.819886 0.522839</w:t>
        <w:br/>
        <w:t>vt 0.821175 0.520411</w:t>
        <w:br/>
        <w:t>vt 0.823327 0.483526</w:t>
        <w:br/>
        <w:t>vt 0.832208 0.493988</w:t>
        <w:br/>
        <w:t>vt 0.807619 0.512779</w:t>
        <w:br/>
        <w:t>vt 0.821175 0.520411</w:t>
        <w:br/>
        <w:t>vt 0.841278 0.504352</w:t>
        <w:br/>
        <w:t>vt 0.833419 0.457459</w:t>
        <w:br/>
        <w:t>vt 0.825929 0.453497</w:t>
        <w:br/>
        <w:t>vt 0.815614 0.452139</w:t>
        <w:br/>
        <w:t>vt 0.813168 0.455371</w:t>
        <w:br/>
        <w:t>vt 0.825929 0.453497</w:t>
        <w:br/>
        <w:t>vt 0.827073 0.450809</w:t>
        <w:br/>
        <w:t>vt 0.835262 0.455404</w:t>
        <w:br/>
        <w:t>vt 0.833419 0.457459</w:t>
        <w:br/>
        <w:t>vt 0.842803 0.466430</w:t>
        <w:br/>
        <w:t>vt 0.844776 0.464362</w:t>
        <w:br/>
        <w:t>vt 0.842803 0.466430</w:t>
        <w:br/>
        <w:t>vt 0.854145 0.472807</w:t>
        <w:br/>
        <w:t>vt 0.854145 0.472807</w:t>
        <w:br/>
        <w:t>vt 0.856254 0.470927</w:t>
        <w:br/>
        <w:t>vt 0.860882 0.512851</w:t>
        <w:br/>
        <w:t>vt 0.854313 0.506907</w:t>
        <w:br/>
        <w:t>vt 0.843912 0.519522</w:t>
        <w:br/>
        <w:t>vt 0.868948 0.493298</w:t>
        <w:br/>
        <w:t>vt 0.876810 0.501613</w:t>
        <w:br/>
        <w:t>vt 0.875540 0.497252</w:t>
        <w:br/>
        <w:t>vt 0.863235 0.481978</w:t>
        <w:br/>
        <w:t>vt 0.863235 0.481978</w:t>
        <w:br/>
        <w:t>vt 0.865644 0.480566</w:t>
        <w:br/>
        <w:t>vt 0.868948 0.493298</w:t>
        <w:br/>
        <w:t>vt 0.871426 0.491487</w:t>
        <w:br/>
        <w:t>vt 0.875540 0.497252</w:t>
        <w:br/>
        <w:t>vt 0.878029 0.495880</w:t>
        <w:br/>
        <w:t>vt 0.876810 0.501613</w:t>
        <w:br/>
        <w:t>vt 0.879511 0.502795</w:t>
        <w:br/>
        <w:t>vt 0.862695 0.515285</w:t>
        <w:br/>
        <w:t>vt 0.879511 0.502795</w:t>
        <w:br/>
        <w:t>vt 0.876810 0.501613</w:t>
        <w:br/>
        <w:t>vt 0.860882 0.512851</w:t>
        <w:br/>
        <w:t>vt 0.846137 0.522014</w:t>
        <w:br/>
        <w:t>vt 0.843912 0.519522</w:t>
        <w:br/>
        <w:t>vt 0.832215 0.526185</w:t>
        <w:br/>
        <w:t>vt 0.831217 0.528908</w:t>
        <w:br/>
        <w:t>vt 0.838478 0.530649</w:t>
        <w:br/>
        <w:t>vt 0.837837 0.527925</w:t>
        <w:br/>
        <w:t>vt 0.832215 0.526185</w:t>
        <w:br/>
        <w:t>vt 0.842506 0.527575</w:t>
        <w:br/>
        <w:t>vt 0.840424 0.525426</w:t>
        <w:br/>
        <w:t>vt 0.837837 0.527925</w:t>
        <w:br/>
        <w:t>vt 0.838478 0.530649</w:t>
        <w:br/>
        <w:t>vt 0.840424 0.525426</w:t>
        <w:br/>
        <w:t>vt 0.837837 0.527925</w:t>
        <w:br/>
        <w:t>vt 0.795672 0.410325</w:t>
        <w:br/>
        <w:t>vt 0.792714 0.410627</w:t>
        <w:br/>
        <w:t>vt 0.793982 0.412428</w:t>
        <w:br/>
        <w:t>vt 0.795241 0.412425</w:t>
        <w:br/>
        <w:t>vt 0.793982 0.412428</w:t>
        <w:br/>
        <w:t>vt 0.792714 0.410627</w:t>
        <w:br/>
        <w:t>vt 0.795241 0.412425</w:t>
        <w:br/>
        <w:t>vt 0.124762 0.583152</w:t>
        <w:br/>
        <w:t>vt 0.120008 0.576568</w:t>
        <w:br/>
        <w:t>vt 0.121337 0.574928</w:t>
        <w:br/>
        <w:t>vt 0.126810 0.582496</w:t>
        <w:br/>
        <w:t>vt 0.112602 0.573207</w:t>
        <w:br/>
        <w:t>vt 0.112814 0.571067</w:t>
        <w:br/>
        <w:t>vt 0.107099 0.573718</w:t>
        <w:br/>
        <w:t>vt 0.106482 0.571659</w:t>
        <w:br/>
        <w:t>vt 0.100426 0.578421</w:t>
        <w:br/>
        <w:t>vt 0.098811 0.577065</w:t>
        <w:br/>
        <w:t>vt 0.096975 0.585840</w:t>
        <w:br/>
        <w:t>vt 0.094847 0.585571</w:t>
        <w:br/>
        <w:t>vt 0.097387 0.591439</w:t>
        <w:br/>
        <w:t>vt 0.095307 0.591914</w:t>
        <w:br/>
        <w:t>vt 0.099752 0.596735</w:t>
        <w:br/>
        <w:t>vt 0.097696 0.597696</w:t>
        <w:br/>
        <w:t>vt 0.102046 0.607474</w:t>
        <w:br/>
        <w:t>vt 0.110469 0.608472</w:t>
        <w:br/>
        <w:t>vt 0.110536 0.610666</w:t>
        <w:br/>
        <w:t>vt 0.100560 0.608804</w:t>
        <w:br/>
        <w:t>vt 0.118824 0.606923</w:t>
        <w:br/>
        <w:t>vt 0.120340 0.608215</w:t>
        <w:br/>
        <w:t>vt 0.120390 0.598661</w:t>
        <w:br/>
        <w:t>vt 0.123794 0.593966</w:t>
        <w:br/>
        <w:t>vt 0.125775 0.594841</w:t>
        <w:br/>
        <w:t>vt 0.122374 0.599827</w:t>
        <w:br/>
        <w:t>vt 0.125344 0.588634</w:t>
        <w:br/>
        <w:t>vt 0.127489 0.588785</w:t>
        <w:br/>
        <w:t>vt 0.118694 0.585092</w:t>
        <w:br/>
        <w:t>vt 0.116048 0.581443</w:t>
        <w:br/>
        <w:t>vt 0.117264 0.579914</w:t>
        <w:br/>
        <w:t>vt 0.120570 0.584474</w:t>
        <w:br/>
        <w:t>vt 0.111940 0.579567</w:t>
        <w:br/>
        <w:t>vt 0.112133 0.577590</w:t>
        <w:br/>
        <w:t>vt 0.108895 0.579846</w:t>
        <w:br/>
        <w:t>vt 0.108325 0.577948</w:t>
        <w:br/>
        <w:t>vt 0.105197 0.582459</w:t>
        <w:br/>
        <w:t>vt 0.103706 0.581218</w:t>
        <w:br/>
        <w:t>vt 0.103280 0.586572</w:t>
        <w:br/>
        <w:t>vt 0.101319 0.586376</w:t>
        <w:br/>
        <w:t>vt 0.103535 0.589640</w:t>
        <w:br/>
        <w:t>vt 0.101630 0.590243</w:t>
        <w:br/>
        <w:t>vt 0.104956 0.592363</w:t>
        <w:br/>
        <w:t>vt 0.103371 0.593705</w:t>
        <w:br/>
        <w:t>vt 0.107341 0.594283</w:t>
        <w:br/>
        <w:t>vt 0.106402 0.595985</w:t>
        <w:br/>
        <w:t>vt 0.110331 0.595130</w:t>
        <w:br/>
        <w:t>vt 0.110175 0.597001</w:t>
        <w:br/>
        <w:t>vt 0.113437 0.594842</w:t>
        <w:br/>
        <w:t>vt 0.114031 0.596683</w:t>
        <w:br/>
        <w:t>vt 0.116210 0.593422</w:t>
        <w:br/>
        <w:t>vt 0.117570 0.594968</w:t>
        <w:br/>
        <w:t>vt 0.118146 0.591076</w:t>
        <w:br/>
        <w:t>vt 0.119930 0.591997</w:t>
        <w:br/>
        <w:t>vt 0.119015 0.588136</w:t>
        <w:br/>
        <w:t>vt 0.120982 0.588284</w:t>
        <w:br/>
        <w:t>vt 0.125344 0.588634</w:t>
        <w:br/>
        <w:t>vt 0.120982 0.588284</w:t>
        <w:br/>
        <w:t>vt 0.120570 0.584474</w:t>
        <w:br/>
        <w:t>vt 0.124762 0.583152</w:t>
        <w:br/>
        <w:t>vt 0.119930 0.591997</w:t>
        <w:br/>
        <w:t>vt 0.123794 0.593966</w:t>
        <w:br/>
        <w:t>vt 0.120390 0.598661</w:t>
        <w:br/>
        <w:t>vt 0.117570 0.594968</w:t>
        <w:br/>
        <w:t>vt 0.097387 0.591439</w:t>
        <w:br/>
        <w:t>vt 0.101630 0.590243</w:t>
        <w:br/>
        <w:t>vt 0.103371 0.593705</w:t>
        <w:br/>
        <w:t>vt 0.099752 0.596735</w:t>
        <w:br/>
        <w:t>vt 0.096975 0.585840</w:t>
        <w:br/>
        <w:t>vt 0.101319 0.586376</w:t>
        <w:br/>
        <w:t>vt 0.100426 0.578421</w:t>
        <w:br/>
        <w:t>vt 0.103706 0.581218</w:t>
        <w:br/>
        <w:t>vt 0.108325 0.577948</w:t>
        <w:br/>
        <w:t>vt 0.107099 0.573718</w:t>
        <w:br/>
        <w:t>vt 0.112602 0.573207</w:t>
        <w:br/>
        <w:t>vt 0.112133 0.577590</w:t>
        <w:br/>
        <w:t>vt 0.120008 0.576568</w:t>
        <w:br/>
        <w:t>vt 0.117264 0.579914</w:t>
        <w:br/>
        <w:t>vt 0.102046 0.607474</w:t>
        <w:br/>
        <w:t>vt 0.100560 0.608804</w:t>
        <w:br/>
        <w:t>vt 0.110469 0.608472</w:t>
        <w:br/>
        <w:t>vt 0.102046 0.607474</w:t>
        <w:br/>
        <w:t>vt 0.110175 0.597001</w:t>
        <w:br/>
        <w:t>vt 0.106402 0.595985</w:t>
        <w:br/>
        <w:t>vt 0.118824 0.606923</w:t>
        <w:br/>
        <w:t>vt 0.114031 0.596683</w:t>
        <w:br/>
        <w:t>vt 0.120340 0.608215</w:t>
        <w:br/>
        <w:t>vt 0.118824 0.606923</w:t>
        <w:br/>
        <w:t>vt 0.698434 0.322602</w:t>
        <w:br/>
        <w:t>vt 0.692353 0.320862</w:t>
        <w:br/>
        <w:t>vt 0.692386 0.318966</w:t>
        <w:br/>
        <w:t>vt 0.699410 0.321035</w:t>
        <w:br/>
        <w:t>vt 0.704444 0.326258</w:t>
        <w:br/>
        <w:t>vt 0.702817 0.327129</w:t>
        <w:br/>
        <w:t>vt 0.706209 0.333273</w:t>
        <w:br/>
        <w:t>vt 0.704366 0.333233</w:t>
        <w:br/>
        <w:t>vt 0.702686 0.339321</w:t>
        <w:br/>
        <w:t>vt 0.704240 0.340225</w:t>
        <w:br/>
        <w:t>vt 0.699098 0.345349</w:t>
        <w:br/>
        <w:t>vt 0.698165 0.343759</w:t>
        <w:br/>
        <w:t>vt 0.692008 0.347229</w:t>
        <w:br/>
        <w:t>vt 0.692024 0.345334</w:t>
        <w:br/>
        <w:t>vt 0.684975 0.345157</w:t>
        <w:br/>
        <w:t>vt 0.685903 0.343618</w:t>
        <w:br/>
        <w:t>vt 0.679902 0.339950</w:t>
        <w:br/>
        <w:t>vt 0.681506 0.339042</w:t>
        <w:br/>
        <w:t>vt 0.678116 0.332896</w:t>
        <w:br/>
        <w:t>vt 0.679961 0.332903</w:t>
        <w:br/>
        <w:t>vt 0.680097 0.325895</w:t>
        <w:br/>
        <w:t>vt 0.681693 0.326820</w:t>
        <w:br/>
        <w:t>vt 0.685310 0.320815</w:t>
        <w:br/>
        <w:t>vt 0.686232 0.322414</w:t>
        <w:br/>
        <w:t>vt 0.692248 0.327617</w:t>
        <w:br/>
        <w:t>vt 0.692279 0.325859</w:t>
        <w:br/>
        <w:t>vt 0.695832 0.326926</w:t>
        <w:br/>
        <w:t>vt 0.694986 0.328364</w:t>
        <w:br/>
        <w:t>vt 0.698436 0.329575</w:t>
        <w:br/>
        <w:t>vt 0.696963 0.330424</w:t>
        <w:br/>
        <w:t>vt 0.699360 0.333183</w:t>
        <w:br/>
        <w:t>vt 0.697655 0.333191</w:t>
        <w:br/>
        <w:t>vt 0.698360 0.336775</w:t>
        <w:br/>
        <w:t>vt 0.696877 0.335926</w:t>
        <w:br/>
        <w:t>vt 0.695696 0.339389</w:t>
        <w:br/>
        <w:t>vt 0.694840 0.337898</w:t>
        <w:br/>
        <w:t>vt 0.692074 0.340340</w:t>
        <w:br/>
        <w:t>vt 0.692096 0.338566</w:t>
        <w:br/>
        <w:t>vt 0.689373 0.337826</w:t>
        <w:br/>
        <w:t>vt 0.688483 0.339298</w:t>
        <w:br/>
        <w:t>vt 0.685883 0.336607</w:t>
        <w:br/>
        <w:t>vt 0.687385 0.335797</w:t>
        <w:br/>
        <w:t>vt 0.684972 0.332981</w:t>
        <w:br/>
        <w:t>vt 0.686679 0.333037</w:t>
        <w:br/>
        <w:t>vt 0.687443 0.330287</w:t>
        <w:br/>
        <w:t>vt 0.685997 0.329395</w:t>
        <w:br/>
        <w:t>vt 0.688679 0.326826</w:t>
        <w:br/>
        <w:t>vt 0.689482 0.328285</w:t>
        <w:br/>
        <w:t>vt 0.686232 0.322414</w:t>
        <w:br/>
        <w:t>vt 0.692353 0.320862</w:t>
        <w:br/>
        <w:t>vt 0.692279 0.325859</w:t>
        <w:br/>
        <w:t>vt 0.688679 0.326826</w:t>
        <w:br/>
        <w:t>vt 0.681693 0.326820</w:t>
        <w:br/>
        <w:t>vt 0.685997 0.329395</w:t>
        <w:br/>
        <w:t>vt 0.684972 0.332981</w:t>
        <w:br/>
        <w:t>vt 0.679961 0.332903</w:t>
        <w:br/>
        <w:t>vt 0.681506 0.339042</w:t>
        <w:br/>
        <w:t>vt 0.685883 0.336607</w:t>
        <w:br/>
        <w:t>vt 0.685903 0.343618</w:t>
        <w:br/>
        <w:t>vt 0.688483 0.339298</w:t>
        <w:br/>
        <w:t>vt 0.692074 0.340340</w:t>
        <w:br/>
        <w:t>vt 0.692024 0.345334</w:t>
        <w:br/>
        <w:t>vt 0.695696 0.339389</w:t>
        <w:br/>
        <w:t>vt 0.698165 0.343759</w:t>
        <w:br/>
        <w:t>vt 0.698360 0.336775</w:t>
        <w:br/>
        <w:t>vt 0.702686 0.339321</w:t>
        <w:br/>
        <w:t>vt 0.699360 0.333183</w:t>
        <w:br/>
        <w:t>vt 0.704366 0.333233</w:t>
        <w:br/>
        <w:t>vt 0.698436 0.329575</w:t>
        <w:br/>
        <w:t>vt 0.702817 0.327129</w:t>
        <w:br/>
        <w:t>vt 0.695832 0.326926</w:t>
        <w:br/>
        <w:t>vt 0.698434 0.322602</w:t>
        <w:br/>
        <w:t>vt 0.386200 0.563409</w:t>
        <w:br/>
        <w:t>vt 0.388659 0.564087</w:t>
        <w:br/>
        <w:t>vt 0.386114 0.575772</w:t>
        <w:br/>
        <w:t>vt 0.383033 0.573115</w:t>
        <w:br/>
        <w:t>vt 0.387487 0.551792</w:t>
        <w:br/>
        <w:t>vt 0.390105 0.552161</w:t>
        <w:br/>
        <w:t>vt 0.403748 0.554288</w:t>
        <w:br/>
        <w:t>vt 0.405285 0.558413</w:t>
        <w:br/>
        <w:t>vt 0.399890 0.605028</w:t>
        <w:br/>
        <w:t>vt 0.400557 0.602219</w:t>
        <w:br/>
        <w:t>vt 0.411046 0.607051</w:t>
        <w:br/>
        <w:t>vt 0.410064 0.609800</w:t>
        <w:br/>
        <w:t>vt 0.419983 0.609939</w:t>
        <w:br/>
        <w:t>vt 0.419251 0.612751</w:t>
        <w:br/>
        <w:t>vt 0.425947 0.610659</w:t>
        <w:br/>
        <w:t>vt 0.426070 0.613381</w:t>
        <w:br/>
        <w:t>vt 0.429911 0.611543</w:t>
        <w:br/>
        <w:t>vt 0.428521 0.609357</w:t>
        <w:br/>
        <w:t>vt 0.429422 0.606395</w:t>
        <w:br/>
        <w:t>vt 0.431884 0.606902</w:t>
        <w:br/>
        <w:t>vt 0.428114 0.602393</w:t>
        <w:br/>
        <w:t>vt 0.430477 0.601384</w:t>
        <w:br/>
        <w:t>vt 0.423775 0.596057</w:t>
        <w:br/>
        <w:t>vt 0.428114 0.602393</w:t>
        <w:br/>
        <w:t>vt 0.425947 0.610659</w:t>
        <w:br/>
        <w:t>vt 0.429422 0.606395</w:t>
        <w:br/>
        <w:t>vt 0.428521 0.609357</w:t>
        <w:br/>
        <w:t>vt 0.419927 0.587606</w:t>
        <w:br/>
        <w:t>vt 0.423775 0.596057</w:t>
        <w:br/>
        <w:t>vt 0.426008 0.594816</w:t>
        <w:br/>
        <w:t>vt 0.419927 0.587606</w:t>
        <w:br/>
        <w:t>vt 0.422430 0.586945</w:t>
        <w:br/>
        <w:t>vt 0.391688 0.598040</w:t>
        <w:br/>
        <w:t>vt 0.418905 0.578615</w:t>
        <w:br/>
        <w:t>vt 0.421328 0.578262</w:t>
        <w:br/>
        <w:t>vt 0.418905 0.578615</w:t>
        <w:br/>
        <w:t>vt 0.391389 0.601167</w:t>
        <w:br/>
        <w:t>vt 0.411247 0.564293</w:t>
        <w:br/>
        <w:t>vt 0.411146 0.566706</w:t>
        <w:br/>
        <w:t>vt 0.406251 0.567930</w:t>
        <w:br/>
        <w:t>vt 0.407168 0.565411</w:t>
        <w:br/>
        <w:t>vt 0.416269 0.565039</w:t>
        <w:br/>
        <w:t>vt 0.415000 0.567211</w:t>
        <w:br/>
        <w:t>vt 0.417566 0.570408</w:t>
        <w:br/>
        <w:t>vt 0.419736 0.569390</w:t>
        <w:br/>
        <w:t>vt 0.391593 0.585432</w:t>
        <w:br/>
        <w:t>vt 0.417566 0.570408</w:t>
        <w:br/>
        <w:t>vt 0.415000 0.567211</w:t>
        <w:br/>
        <w:t>vt 0.411146 0.566706</w:t>
        <w:br/>
        <w:t>vt 0.406251 0.567930</w:t>
        <w:br/>
        <w:t>vt 0.404174 0.565157</w:t>
        <w:br/>
        <w:t>vt 0.404174 0.565157</w:t>
        <w:br/>
        <w:t>vt 0.406541 0.564165</w:t>
        <w:br/>
        <w:t>vt 0.407168 0.565411</w:t>
        <w:br/>
        <w:t>vt 0.406251 0.567930</w:t>
        <w:br/>
        <w:t>vt 0.405285 0.558413</w:t>
        <w:br/>
        <w:t>vt 0.407520 0.557926</w:t>
        <w:br/>
        <w:t>vt 0.400663 0.551290</w:t>
        <w:br/>
        <w:t>vt 0.398062 0.546651</w:t>
        <w:br/>
        <w:t>vt 0.400428 0.545967</w:t>
        <w:br/>
        <w:t>vt 0.402513 0.549591</w:t>
        <w:br/>
        <w:t>vt 0.397760 0.542022</w:t>
        <w:br/>
        <w:t>vt 0.400145 0.542141</w:t>
        <w:br/>
        <w:t>vt 0.403748 0.554288</w:t>
        <w:br/>
        <w:t>vt 0.405826 0.552925</w:t>
        <w:br/>
        <w:t>vt 0.400663 0.551290</w:t>
        <w:br/>
        <w:t>vt 0.390105 0.552161</w:t>
        <w:br/>
        <w:t>vt 0.398062 0.546651</w:t>
        <w:br/>
        <w:t>vt 0.385909 0.606672</w:t>
        <w:br/>
        <w:t>vt 0.380197 0.610284</w:t>
        <w:br/>
        <w:t>vt 0.380198 0.603399</w:t>
        <w:br/>
        <w:t>vt 0.384697 0.602269</w:t>
        <w:br/>
        <w:t>vt 0.391389 0.601167</w:t>
        <w:br/>
        <w:t>vt 0.391688 0.598040</w:t>
        <w:br/>
        <w:t>vt 0.388937 0.541053</w:t>
        <w:br/>
        <w:t>vt 0.391488 0.541936</w:t>
        <w:br/>
        <w:t>vt 0.393055 0.537568</w:t>
        <w:br/>
        <w:t>vt 0.391242 0.535821</w:t>
        <w:br/>
        <w:t>vt 0.394804 0.533996</w:t>
        <w:br/>
        <w:t>vt 0.395368 0.536324</w:t>
        <w:br/>
        <w:t>vt 0.395368 0.536324</w:t>
        <w:br/>
        <w:t>vt 0.396941 0.536654</w:t>
        <w:br/>
        <w:t>vt 0.397521 0.538214</w:t>
        <w:br/>
        <w:t>vt 0.393055 0.537568</w:t>
        <w:br/>
        <w:t>vt 0.397906 0.534676</w:t>
        <w:br/>
        <w:t>vt 0.396941 0.536654</w:t>
        <w:br/>
        <w:t>vt 0.397760 0.542022</w:t>
        <w:br/>
        <w:t>vt 0.391488 0.541936</w:t>
        <w:br/>
        <w:t>vt 0.399800 0.537478</w:t>
        <w:br/>
        <w:t>vt 0.397521 0.538214</w:t>
        <w:br/>
        <w:t>vt 0.386114 0.575772</w:t>
        <w:br/>
        <w:t>vt 0.388659 0.564087</w:t>
        <w:br/>
        <w:t>vt 0.386199 0.563409</w:t>
        <w:br/>
        <w:t>vt 0.383033 0.573115</w:t>
        <w:br/>
        <w:t>vt 0.387486 0.551792</w:t>
        <w:br/>
        <w:t>vt 0.390105 0.552161</w:t>
        <w:br/>
        <w:t>vt 0.404174 0.565157</w:t>
        <w:br/>
        <w:t>vt 0.405285 0.558413</w:t>
        <w:br/>
        <w:t>vt 0.399890 0.605028</w:t>
        <w:br/>
        <w:t>vt 0.410064 0.609800</w:t>
        <w:br/>
        <w:t>vt 0.411046 0.607051</w:t>
        <w:br/>
        <w:t>vt 0.400557 0.602219</w:t>
        <w:br/>
        <w:t>vt 0.419251 0.612751</w:t>
        <w:br/>
        <w:t>vt 0.419983 0.609939</w:t>
        <w:br/>
        <w:t>vt 0.426070 0.613381</w:t>
        <w:br/>
        <w:t>vt 0.425947 0.610659</w:t>
        <w:br/>
        <w:t>vt 0.429911 0.611543</w:t>
        <w:br/>
        <w:t>vt 0.428521 0.609357</w:t>
        <w:br/>
        <w:t>vt 0.431884 0.606902</w:t>
        <w:br/>
        <w:t>vt 0.429422 0.606395</w:t>
        <w:br/>
        <w:t>vt 0.430477 0.601384</w:t>
        <w:br/>
        <w:t>vt 0.428114 0.602393</w:t>
        <w:br/>
        <w:t>vt 0.423774 0.596057</w:t>
        <w:br/>
        <w:t>vt 0.428114 0.602393</w:t>
        <w:br/>
        <w:t>vt 0.425947 0.610659</w:t>
        <w:br/>
        <w:t>vt 0.429422 0.606395</w:t>
        <w:br/>
        <w:t>vt 0.428521 0.609357</w:t>
        <w:br/>
        <w:t>vt 0.419927 0.587606</w:t>
        <w:br/>
        <w:t>vt 0.423774 0.596057</w:t>
        <w:br/>
        <w:t>vt 0.426008 0.594816</w:t>
        <w:br/>
        <w:t>vt 0.422430 0.586945</w:t>
        <w:br/>
        <w:t>vt 0.419927 0.587606</w:t>
        <w:br/>
        <w:t>vt 0.418905 0.578615</w:t>
        <w:br/>
        <w:t>vt 0.391688 0.598040</w:t>
        <w:br/>
        <w:t>vt 0.421328 0.578262</w:t>
        <w:br/>
        <w:t>vt 0.418905 0.578615</w:t>
        <w:br/>
        <w:t>vt 0.391389 0.601167</w:t>
        <w:br/>
        <w:t>vt 0.411247 0.564293</w:t>
        <w:br/>
        <w:t>vt 0.407168 0.565411</w:t>
        <w:br/>
        <w:t>vt 0.406251 0.567930</w:t>
        <w:br/>
        <w:t>vt 0.411146 0.566706</w:t>
        <w:br/>
        <w:t>vt 0.415000 0.567211</w:t>
        <w:br/>
        <w:t>vt 0.416269 0.565039</w:t>
        <w:br/>
        <w:t>vt 0.417566 0.570408</w:t>
        <w:br/>
        <w:t>vt 0.419736 0.569390</w:t>
        <w:br/>
        <w:t>vt 0.391593 0.585432</w:t>
        <w:br/>
        <w:t>vt 0.417566 0.570408</w:t>
        <w:br/>
        <w:t>vt 0.415000 0.567211</w:t>
        <w:br/>
        <w:t>vt 0.411146 0.566706</w:t>
        <w:br/>
        <w:t>vt 0.406251 0.567930</w:t>
        <w:br/>
        <w:t>vt 0.404174 0.565157</w:t>
        <w:br/>
        <w:t>vt 0.406251 0.567930</w:t>
        <w:br/>
        <w:t>vt 0.407168 0.565411</w:t>
        <w:br/>
        <w:t>vt 0.406541 0.564165</w:t>
        <w:br/>
        <w:t>vt 0.405285 0.558413</w:t>
        <w:br/>
        <w:t>vt 0.407520 0.557926</w:t>
        <w:br/>
        <w:t>vt 0.400428 0.545967</w:t>
        <w:br/>
        <w:t>vt 0.398062 0.546651</w:t>
        <w:br/>
        <w:t>vt 0.400663 0.551290</w:t>
        <w:br/>
        <w:t>vt 0.402513 0.549591</w:t>
        <w:br/>
        <w:t>vt 0.400145 0.542141</w:t>
        <w:br/>
        <w:t>vt 0.397760 0.542022</w:t>
        <w:br/>
        <w:t>vt 0.403748 0.554288</w:t>
        <w:br/>
        <w:t>vt 0.405826 0.552925</w:t>
        <w:br/>
        <w:t>vt 0.403748 0.554288</w:t>
        <w:br/>
        <w:t>vt 0.400663 0.551290</w:t>
        <w:br/>
        <w:t>vt 0.390105 0.552161</w:t>
        <w:br/>
        <w:t>vt 0.398062 0.546651</w:t>
        <w:br/>
        <w:t>vt 0.385909 0.606672</w:t>
        <w:br/>
        <w:t>vt 0.384697 0.602269</w:t>
        <w:br/>
        <w:t>vt 0.380197 0.610284</w:t>
        <w:br/>
        <w:t>vt 0.391389 0.601167</w:t>
        <w:br/>
        <w:t>vt 0.391688 0.598040</w:t>
        <w:br/>
        <w:t>vt 0.391488 0.541936</w:t>
        <w:br/>
        <w:t>vt 0.388937 0.541053</w:t>
        <w:br/>
        <w:t>vt 0.393055 0.537568</w:t>
        <w:br/>
        <w:t>vt 0.391242 0.535821</w:t>
        <w:br/>
        <w:t>vt 0.395368 0.536324</w:t>
        <w:br/>
        <w:t>vt 0.394804 0.533996</w:t>
        <w:br/>
        <w:t>vt 0.395368 0.536324</w:t>
        <w:br/>
        <w:t>vt 0.393055 0.537568</w:t>
        <w:br/>
        <w:t>vt 0.397521 0.538214</w:t>
        <w:br/>
        <w:t>vt 0.396941 0.536654</w:t>
        <w:br/>
        <w:t>vt 0.397906 0.534676</w:t>
        <w:br/>
        <w:t>vt 0.396941 0.536654</w:t>
        <w:br/>
        <w:t>vt 0.391488 0.541936</w:t>
        <w:br/>
        <w:t>vt 0.397760 0.542022</w:t>
        <w:br/>
        <w:t>vt 0.397521 0.538214</w:t>
        <w:br/>
        <w:t>vt 0.399800 0.537478</w:t>
        <w:br/>
        <w:t>vt 0.849151 0.569040</w:t>
        <w:br/>
        <w:t>vt 0.831048 0.550645</w:t>
        <w:br/>
        <w:t>vt 0.835100 0.550605</w:t>
        <w:br/>
        <w:t>vt 0.849100 0.563777</w:t>
        <w:br/>
        <w:t>vt 0.862840 0.550335</w:t>
        <w:br/>
        <w:t>vt 0.849100 0.563777</w:t>
        <w:br/>
        <w:t>vt 0.848970 0.550471</w:t>
        <w:br/>
        <w:t>vt 0.848841 0.537163</w:t>
        <w:br/>
        <w:t>vt 0.848970 0.550471</w:t>
        <w:br/>
        <w:t>vt 0.835100 0.550605</w:t>
        <w:br/>
        <w:t>vt 0.848841 0.537163</w:t>
        <w:br/>
        <w:t>vt 0.831048 0.550645</w:t>
        <w:br/>
        <w:t>vt 0.848790 0.531900</w:t>
        <w:br/>
        <w:t>vt 0.862840 0.550335</w:t>
        <w:br/>
        <w:t>vt 0.848790 0.531900</w:t>
        <w:br/>
        <w:t>vt 0.866893 0.550296</w:t>
        <w:br/>
        <w:t>vt 0.849151 0.569040</w:t>
        <w:br/>
        <w:t>vt 0.862840 0.550335</w:t>
        <w:br/>
        <w:t>vt 0.866893 0.550296</w:t>
        <w:br/>
        <w:t>vt 0.363269 0.585682</w:t>
        <w:br/>
        <w:t>vt 0.361792 0.581801</w:t>
        <w:br/>
        <w:t>vt 0.370066 0.584681</w:t>
        <w:br/>
        <w:t>vt 0.359089 0.580354</w:t>
        <w:br/>
        <w:t>vt 0.361948 0.576707</w:t>
        <w:br/>
        <w:t>vt 0.366523 0.579467</w:t>
        <w:br/>
        <w:t>vt 0.351533 0.573526</w:t>
        <w:br/>
        <w:t>vt 0.356840 0.574823</w:t>
        <w:br/>
        <w:t>vt 0.354723 0.578841</w:t>
        <w:br/>
        <w:t>vt 0.350202 0.578217</w:t>
        <w:br/>
        <w:t>vt 0.349645 0.573443</w:t>
        <w:br/>
        <w:t>vt 0.344543 0.579750</w:t>
        <w:br/>
        <w:t>vt 0.351653 0.581140</w:t>
        <w:br/>
        <w:t>vt 0.345123 0.583730</w:t>
        <w:br/>
        <w:t>vt 0.352868 0.583415</w:t>
        <w:br/>
        <w:t>vt 0.346831 0.587947</w:t>
        <w:br/>
        <w:t>vt 0.353831 0.587521</w:t>
        <w:br/>
        <w:t>vt 0.349293 0.591708</w:t>
        <w:br/>
        <w:t>vt 0.357230 0.582412</w:t>
        <w:br/>
        <w:t>vt 0.358845 0.586523</w:t>
        <w:br/>
        <w:t>vt 0.344288 0.569324</w:t>
        <w:br/>
        <w:t>vt 0.344914 0.566899</w:t>
        <w:br/>
        <w:t>vt 0.350813 0.570406</w:t>
        <w:br/>
        <w:t>vt 0.340704 0.569880</w:t>
        <w:br/>
        <w:t>vt 0.337503 0.571146</w:t>
        <w:br/>
        <w:t>vt 0.338830 0.580160</w:t>
        <w:br/>
        <w:t>vt 0.335073 0.579206</w:t>
        <w:br/>
        <w:t>vt 0.335873 0.570593</w:t>
        <w:br/>
        <w:t>vt 0.338405 0.585654</w:t>
        <w:br/>
        <w:t>vt 0.337972 0.586614</w:t>
        <w:br/>
        <w:t>vt 0.330476 0.584157</w:t>
        <w:br/>
        <w:t>vt 0.343780 0.563899</w:t>
        <w:br/>
        <w:t>vt 0.347495 0.562838</w:t>
        <w:br/>
        <w:t>vt 0.350656 0.566362</w:t>
        <w:br/>
        <w:t>vt 0.342074 0.562188</w:t>
        <w:br/>
        <w:t>vt 0.343568 0.560437</w:t>
        <w:br/>
        <w:t>vt 0.339296 0.560147</w:t>
        <w:br/>
        <w:t>vt 0.339438 0.559609</w:t>
        <w:br/>
        <w:t>vt 0.323400 0.575451</w:t>
        <w:br/>
        <w:t>vt 0.330480 0.549631</w:t>
        <w:br/>
        <w:t>vt 0.333566 0.555838</w:t>
        <w:br/>
        <w:t>vt 0.327947 0.576761</w:t>
        <w:br/>
        <w:t>vt 0.325883 0.582889</w:t>
        <w:br/>
        <w:t>vt 0.321487 0.581641</w:t>
        <w:br/>
        <w:t>vt 0.335570 0.563398</w:t>
        <w:br/>
        <w:t>vt 0.033630 0.130372</w:t>
        <w:br/>
        <w:t>vt 0.034221 0.139573</w:t>
        <w:br/>
        <w:t>vt 0.032025 0.138705</w:t>
        <w:br/>
        <w:t>vt 0.031487 0.130914</w:t>
        <w:br/>
        <w:t>vt 0.003181 0.108617</w:t>
        <w:br/>
        <w:t>vt 0.006758 0.104130</w:t>
        <w:br/>
        <w:t>vt 0.007820 0.106334</w:t>
        <w:br/>
        <w:t>vt 0.004335 0.110135</w:t>
        <w:br/>
        <w:t>vt 0.057019 0.070360</w:t>
        <w:br/>
        <w:t>vt 0.059135 0.072342</w:t>
        <w:br/>
        <w:t>vt 0.056171 0.073941</w:t>
        <w:br/>
        <w:t>vt 0.055274 0.073152</w:t>
        <w:br/>
        <w:t>vt 0.048377 0.072473</w:t>
        <w:br/>
        <w:t>vt 0.049279 0.075288</w:t>
        <w:br/>
        <w:t>vt 0.047959 0.080047</w:t>
        <w:br/>
        <w:t>vt 0.049958 0.078367</w:t>
        <w:br/>
        <w:t>vt 0.047620 0.084591</w:t>
        <w:br/>
        <w:t>vt 0.046204 0.082925</w:t>
        <w:br/>
        <w:t>vt 0.042960 0.079198</w:t>
        <w:br/>
        <w:t>vt 0.049958 0.078367</w:t>
        <w:br/>
        <w:t>vt 0.047959 0.080047</w:t>
        <w:br/>
        <w:t>vt 0.043141 0.081630</w:t>
        <w:br/>
        <w:t>vt 0.056171 0.073941</w:t>
        <w:br/>
        <w:t>vt 0.059135 0.072342</w:t>
        <w:br/>
        <w:t>vt 0.056910 0.079614</w:t>
        <w:br/>
        <w:t>vt 0.054048 0.079655</w:t>
        <w:br/>
        <w:t>vt 0.042540 0.087219</w:t>
        <w:br/>
        <w:t>vt 0.042829 0.089710</w:t>
        <w:br/>
        <w:t>vt 0.053494 0.085917</w:t>
        <w:br/>
        <w:t>vt 0.050967 0.085689</w:t>
        <w:br/>
        <w:t>vt 0.038034 0.083169</w:t>
        <w:br/>
        <w:t>vt 0.036156 0.082281</w:t>
        <w:br/>
        <w:t>vt 0.046630 0.090680</w:t>
        <w:br/>
        <w:t>vt 0.048953 0.091771</w:t>
        <w:br/>
        <w:t>vt 0.043334 0.096295</w:t>
        <w:br/>
        <w:t>vt 0.041445 0.094768</w:t>
        <w:br/>
        <w:t>vt 0.038090 0.090854</w:t>
        <w:br/>
        <w:t>vt 0.036671 0.093887</w:t>
        <w:br/>
        <w:t>vt 0.041230 0.097344</w:t>
        <w:br/>
        <w:t>vt 0.037729 0.097181</w:t>
        <w:br/>
        <w:t>vt 0.035859 0.086998</w:t>
        <w:br/>
        <w:t>vt 0.037872 0.086623</w:t>
        <w:br/>
        <w:t>vt 0.038090 0.090854</w:t>
        <w:br/>
        <w:t>vt 0.036671 0.093887</w:t>
        <w:br/>
        <w:t>vt 0.041230 0.097344</w:t>
        <w:br/>
        <w:t>vt 0.044069 0.099579</w:t>
        <w:br/>
        <w:t>vt 0.042647 0.100996</w:t>
        <w:br/>
        <w:t>vt 0.037729 0.097181</w:t>
        <w:br/>
        <w:t>vt 0.038034 0.083169</w:t>
        <w:br/>
        <w:t>vt 0.036156 0.082281</w:t>
        <w:br/>
        <w:t>vt 0.025406 0.099733</w:t>
        <w:br/>
        <w:t>vt 0.022971 0.096284</w:t>
        <w:br/>
        <w:t>vt 0.028621 0.092865</w:t>
        <w:br/>
        <w:t>vt 0.032016 0.094702</w:t>
        <w:br/>
        <w:t>vt 0.028621 0.092865</w:t>
        <w:br/>
        <w:t>vt 0.026909 0.087802</w:t>
        <w:br/>
        <w:t>vt 0.030042 0.087520</w:t>
        <w:br/>
        <w:t>vt 0.032016 0.094702</w:t>
        <w:br/>
        <w:t>vt 0.026381 0.081657</w:t>
        <w:br/>
        <w:t>vt 0.029414 0.081748</w:t>
        <w:br/>
        <w:t>vt 0.026488 0.075615</w:t>
        <w:br/>
        <w:t>vt 0.029474 0.076283</w:t>
        <w:br/>
        <w:t>vt 0.028533 0.068446</w:t>
        <w:br/>
        <w:t>vt 0.030930 0.070343</w:t>
        <w:br/>
        <w:t>vt 0.047251 0.103308</w:t>
        <w:br/>
        <w:t>vt 0.045274 0.104397</w:t>
        <w:br/>
        <w:t>vt 0.037731 0.108074</w:t>
        <w:br/>
        <w:t>vt 0.034161 0.109775</w:t>
        <w:br/>
        <w:t>vt 0.034827 0.106649</w:t>
        <w:br/>
        <w:t>vt 0.037686 0.105632</w:t>
        <w:br/>
        <w:t>vt 0.041198 0.107634</w:t>
        <w:br/>
        <w:t>vt 0.040200 0.109623</w:t>
        <w:br/>
        <w:t>vt 0.030364 0.111156</w:t>
        <w:br/>
        <w:t>vt 0.028442 0.108180</w:t>
        <w:br/>
        <w:t>vt 0.020084 0.099723</w:t>
        <w:br/>
        <w:t>vt 0.018826 0.105022</w:t>
        <w:br/>
        <w:t>vt 0.015498 0.093011</w:t>
        <w:br/>
        <w:t>vt 0.016099 0.091122</w:t>
        <w:br/>
        <w:t>vt 0.020084 0.099723</w:t>
        <w:br/>
        <w:t>vt 0.018826 0.105022</w:t>
        <w:br/>
        <w:t>vt 0.028779 0.112105</w:t>
        <w:br/>
        <w:t>vt 0.032001 0.120223</w:t>
        <w:br/>
        <w:t>vt 0.029472 0.121398</w:t>
        <w:br/>
        <w:t>vt 0.024608 0.111993</w:t>
        <w:br/>
        <w:t>vt 0.009731 0.099288</w:t>
        <w:br/>
        <w:t>vt 0.014427 0.090515</w:t>
        <w:br/>
        <w:t>vt 0.015094 0.093135</w:t>
        <w:br/>
        <w:t>vt 0.011998 0.100112</w:t>
        <w:br/>
        <w:t>vt 0.048557 0.109055</w:t>
        <w:br/>
        <w:t>vt 0.048921 0.115061</w:t>
        <w:br/>
        <w:t>vt 0.046497 0.114585</w:t>
        <w:br/>
        <w:t>vt 0.046179 0.109275</w:t>
        <w:br/>
        <w:t>vt 0.045529 0.114948</w:t>
        <w:br/>
        <w:t>vt 0.043426 0.116181</w:t>
        <w:br/>
        <w:t>vt 0.042305 0.113172</w:t>
        <w:br/>
        <w:t>vt 0.044307 0.111828</w:t>
        <w:br/>
        <w:t>vt 0.046814 0.120309</w:t>
        <w:br/>
        <w:t>vt 0.046348 0.118768</w:t>
        <w:br/>
        <w:t>vt 0.046497 0.114585</w:t>
        <w:br/>
        <w:t>vt 0.046348 0.118768</w:t>
        <w:br/>
        <w:t>vt 0.046170 0.118775</w:t>
        <w:br/>
        <w:t>vt 0.046814 0.120309</w:t>
        <w:br/>
        <w:t>vt 0.045789 0.120302</w:t>
        <w:br/>
        <w:t>vt 0.041445 0.094768</w:t>
        <w:br/>
        <w:t>vt 0.032016 0.094702</w:t>
        <w:br/>
        <w:t>vt 0.030042 0.087520</w:t>
        <w:br/>
        <w:t>vt 0.029414 0.081748</w:t>
        <w:br/>
        <w:t>vt 0.037487 0.078977</w:t>
        <w:br/>
        <w:t>vt 0.029474 0.076283</w:t>
        <w:br/>
        <w:t>vt 0.033950 0.072637</w:t>
        <w:br/>
        <w:t>vt 0.037686 0.105632</w:t>
        <w:br/>
        <w:t>vt 0.041198 0.107634</w:t>
        <w:br/>
        <w:t>vt 0.034827 0.106649</w:t>
        <w:br/>
        <w:t>vt 0.011998 0.100112</w:t>
        <w:br/>
        <w:t>vt 0.046179 0.109275</w:t>
        <w:br/>
        <w:t>vt 0.044307 0.111828</w:t>
        <w:br/>
        <w:t>vt 0.045274 0.104397</w:t>
        <w:br/>
        <w:t>vt 0.009935 0.114744</w:t>
        <w:br/>
        <w:t>vt 0.013435 0.110991</w:t>
        <w:br/>
        <w:t>vt 0.045789 0.120302</w:t>
        <w:br/>
        <w:t>vt 0.037912 0.036064</w:t>
        <w:br/>
        <w:t>vt 0.039943 0.053241</w:t>
        <w:br/>
        <w:t>vt 0.031271 0.048039</w:t>
        <w:br/>
        <w:t>vt 0.031195 0.033678</w:t>
        <w:br/>
        <w:t>vt 0.041078 0.075006</w:t>
        <w:br/>
        <w:t>vt 0.039107 0.075863</w:t>
        <w:br/>
        <w:t>vt 0.034639 0.069190</w:t>
        <w:br/>
        <w:t>vt 0.034859 0.020333</w:t>
        <w:br/>
        <w:t>vt 0.030837 0.019277</w:t>
        <w:br/>
        <w:t>vt 0.373880 0.609830</w:t>
        <w:br/>
        <w:t>vt 0.369478 0.616666</w:t>
        <w:br/>
        <w:t>vt 0.362830 0.607505</w:t>
        <w:br/>
        <w:t>vt 0.367669 0.598700</w:t>
        <w:br/>
        <w:t>vt 0.354595 0.596672</w:t>
        <w:br/>
        <w:t>vt 0.378863 0.621291</w:t>
        <w:br/>
        <w:t>vt 0.376006 0.625808</w:t>
        <w:br/>
        <w:t>vt 0.031195 0.033678</w:t>
        <w:br/>
        <w:t>vt 0.031271 0.048039</w:t>
        <w:br/>
        <w:t>vt 0.027952 0.048186</w:t>
        <w:br/>
        <w:t>vt 0.027898 0.032588</w:t>
        <w:br/>
        <w:t>vt 0.040500 0.035827</w:t>
        <w:br/>
        <w:t>vt 0.042112 0.053125</w:t>
        <w:br/>
        <w:t>vt 0.031793 0.067550</w:t>
        <w:br/>
        <w:t>vt 0.028915 0.066384</w:t>
        <w:br/>
        <w:t>vt 0.042615 0.073371</w:t>
        <w:br/>
        <w:t>vt 0.027682 0.017211</w:t>
        <w:br/>
        <w:t>vt 0.037228 0.019023</w:t>
        <w:br/>
        <w:t>vt 0.032324 0.003981</w:t>
        <w:br/>
        <w:t>vt 0.030973 0.007137</w:t>
        <w:br/>
        <w:t>vt 0.030511 0.007246</w:t>
        <w:br/>
        <w:t>vt 0.028139 0.004050</w:t>
        <w:br/>
        <w:t>vt 0.353322 0.595541</w:t>
        <w:br/>
        <w:t>vt 0.030930 0.070343</w:t>
        <w:br/>
        <w:t>vt 0.020096 0.127270</w:t>
        <w:br/>
        <w:t>vt 0.023155 0.121788</w:t>
        <w:br/>
        <w:t>vt 0.042850 0.076589</w:t>
        <w:br/>
        <w:t>vt 0.042960 0.079198</w:t>
        <w:br/>
        <w:t>vt 0.046630 0.090680</w:t>
        <w:br/>
        <w:t>vt 0.028779 0.112105</w:t>
        <w:br/>
        <w:t>vt 0.024608 0.111993</w:t>
        <w:br/>
        <w:t>vt 0.028442 0.108180</w:t>
        <w:br/>
        <w:t>vt 0.025406 0.099733</w:t>
        <w:br/>
        <w:t>vt 0.383319 0.632076</w:t>
        <w:br/>
        <w:t>vt 0.381629 0.633722</w:t>
        <w:br/>
        <w:t>vt 0.054048 0.079655</w:t>
        <w:br/>
        <w:t>vt 0.049958 0.078367</w:t>
        <w:br/>
        <w:t>vt 0.047620 0.084591</w:t>
        <w:br/>
        <w:t>vt 0.050967 0.085689</w:t>
        <w:br/>
        <w:t>vt 0.042615 0.073371</w:t>
        <w:br/>
        <w:t>vt 0.370721 0.582945</w:t>
        <w:br/>
        <w:t>vt 0.363269 0.585682</w:t>
        <w:br/>
        <w:t>vt 0.370066 0.584681</w:t>
        <w:br/>
        <w:t>vt 0.361792 0.581801</w:t>
        <w:br/>
        <w:t>vt 0.361948 0.576707</w:t>
        <w:br/>
        <w:t>vt 0.359089 0.580354</w:t>
        <w:br/>
        <w:t>vt 0.366523 0.579467</w:t>
        <w:br/>
        <w:t>vt 0.356840 0.574823</w:t>
        <w:br/>
        <w:t>vt 0.351533 0.573526</w:t>
        <w:br/>
        <w:t>vt 0.354722 0.578841</w:t>
        <w:br/>
        <w:t>vt 0.350202 0.578217</w:t>
        <w:br/>
        <w:t>vt 0.349645 0.573443</w:t>
        <w:br/>
        <w:t>vt 0.344543 0.579750</w:t>
        <w:br/>
        <w:t>vt 0.351653 0.581140</w:t>
        <w:br/>
        <w:t>vt 0.345123 0.583730</w:t>
        <w:br/>
        <w:t>vt 0.346830 0.587947</w:t>
        <w:br/>
        <w:t>vt 0.352868 0.583415</w:t>
        <w:br/>
        <w:t>vt 0.353831 0.587521</w:t>
        <w:br/>
        <w:t>vt 0.349293 0.591708</w:t>
        <w:br/>
        <w:t>vt 0.357230 0.582412</w:t>
        <w:br/>
        <w:t>vt 0.358845 0.586523</w:t>
        <w:br/>
        <w:t>vt 0.344288 0.569324</w:t>
        <w:br/>
        <w:t>vt 0.350813 0.570406</w:t>
        <w:br/>
        <w:t>vt 0.344914 0.566899</w:t>
        <w:br/>
        <w:t>vt 0.340704 0.569880</w:t>
        <w:br/>
        <w:t>vt 0.337503 0.571146</w:t>
        <w:br/>
        <w:t>vt 0.338830 0.580160</w:t>
        <w:br/>
        <w:t>vt 0.335073 0.579206</w:t>
        <w:br/>
        <w:t>vt 0.335873 0.570593</w:t>
        <w:br/>
        <w:t>vt 0.330476 0.584157</w:t>
        <w:br/>
        <w:t>vt 0.337972 0.586614</w:t>
        <w:br/>
        <w:t>vt 0.338405 0.585654</w:t>
        <w:br/>
        <w:t>vt 0.347495 0.562838</w:t>
        <w:br/>
        <w:t>vt 0.343780 0.563899</w:t>
        <w:br/>
        <w:t>vt 0.350656 0.566362</w:t>
        <w:br/>
        <w:t>vt 0.343568 0.560437</w:t>
        <w:br/>
        <w:t>vt 0.342074 0.562188</w:t>
        <w:br/>
        <w:t>vt 0.339438 0.559609</w:t>
        <w:br/>
        <w:t>vt 0.339296 0.560147</w:t>
        <w:br/>
        <w:t>vt 0.323400 0.575451</w:t>
        <w:br/>
        <w:t>vt 0.327947 0.576761</w:t>
        <w:br/>
        <w:t>vt 0.333566 0.555838</w:t>
        <w:br/>
        <w:t>vt 0.330480 0.549631</w:t>
        <w:br/>
        <w:t>vt 0.325883 0.582889</w:t>
        <w:br/>
        <w:t>vt 0.321487 0.581641</w:t>
        <w:br/>
        <w:t>vt 0.335570 0.563398</w:t>
        <w:br/>
        <w:t>vt 0.032025 0.138705</w:t>
        <w:br/>
        <w:t>vt 0.034221 0.139573</w:t>
        <w:br/>
        <w:t>vt 0.033630 0.130372</w:t>
        <w:br/>
        <w:t>vt 0.031487 0.130914</w:t>
        <w:br/>
        <w:t>vt 0.007820 0.106334</w:t>
        <w:br/>
        <w:t>vt 0.006758 0.104130</w:t>
        <w:br/>
        <w:t>vt 0.003181 0.108617</w:t>
        <w:br/>
        <w:t>vt 0.004335 0.110135</w:t>
        <w:br/>
        <w:t>vt 0.056171 0.073941</w:t>
        <w:br/>
        <w:t>vt 0.059135 0.072342</w:t>
        <w:br/>
        <w:t>vt 0.057019 0.070360</w:t>
        <w:br/>
        <w:t>vt 0.055274 0.073152</w:t>
        <w:br/>
        <w:t>vt 0.048377 0.072473</w:t>
        <w:br/>
        <w:t>vt 0.049279 0.075288</w:t>
        <w:br/>
        <w:t>vt 0.047959 0.080047</w:t>
        <w:br/>
        <w:t>vt 0.046204 0.082925</w:t>
        <w:br/>
        <w:t>vt 0.047620 0.084591</w:t>
        <w:br/>
        <w:t>vt 0.049958 0.078367</w:t>
        <w:br/>
        <w:t>vt 0.042960 0.079198</w:t>
        <w:br/>
        <w:t>vt 0.043141 0.081630</w:t>
        <w:br/>
        <w:t>vt 0.047959 0.080047</w:t>
        <w:br/>
        <w:t>vt 0.049958 0.078367</w:t>
        <w:br/>
        <w:t>vt 0.056171 0.073941</w:t>
        <w:br/>
        <w:t>vt 0.054048 0.079655</w:t>
        <w:br/>
        <w:t>vt 0.056910 0.079614</w:t>
        <w:br/>
        <w:t>vt 0.059135 0.072342</w:t>
        <w:br/>
        <w:t>vt 0.042540 0.087219</w:t>
        <w:br/>
        <w:t>vt 0.042829 0.089710</w:t>
        <w:br/>
        <w:t>vt 0.050967 0.085689</w:t>
        <w:br/>
        <w:t>vt 0.053494 0.085917</w:t>
        <w:br/>
        <w:t>vt 0.036156 0.082281</w:t>
        <w:br/>
        <w:t>vt 0.038034 0.083169</w:t>
        <w:br/>
        <w:t>vt 0.046630 0.090680</w:t>
        <w:br/>
        <w:t>vt 0.041445 0.094768</w:t>
        <w:br/>
        <w:t>vt 0.043334 0.096295</w:t>
        <w:br/>
        <w:t>vt 0.048953 0.091771</w:t>
        <w:br/>
        <w:t>vt 0.038090 0.090854</w:t>
        <w:br/>
        <w:t>vt 0.036671 0.093887</w:t>
        <w:br/>
        <w:t>vt 0.037729 0.097181</w:t>
        <w:br/>
        <w:t>vt 0.041229 0.097344</w:t>
        <w:br/>
        <w:t>vt 0.035859 0.086998</w:t>
        <w:br/>
        <w:t>vt 0.036671 0.093887</w:t>
        <w:br/>
        <w:t>vt 0.038090 0.090854</w:t>
        <w:br/>
        <w:t>vt 0.037872 0.086623</w:t>
        <w:br/>
        <w:t>vt 0.042647 0.100996</w:t>
        <w:br/>
        <w:t>vt 0.044069 0.099579</w:t>
        <w:br/>
        <w:t>vt 0.041229 0.097344</w:t>
        <w:br/>
        <w:t>vt 0.037729 0.097181</w:t>
        <w:br/>
        <w:t>vt 0.038034 0.083169</w:t>
        <w:br/>
        <w:t>vt 0.036156 0.082281</w:t>
        <w:br/>
        <w:t>vt 0.025406 0.099733</w:t>
        <w:br/>
        <w:t>vt 0.032016 0.094702</w:t>
        <w:br/>
        <w:t>vt 0.028620 0.092865</w:t>
        <w:br/>
        <w:t>vt 0.022971 0.096284</w:t>
        <w:br/>
        <w:t>vt 0.030042 0.087520</w:t>
        <w:br/>
        <w:t>vt 0.026909 0.087802</w:t>
        <w:br/>
        <w:t>vt 0.028620 0.092865</w:t>
        <w:br/>
        <w:t>vt 0.032016 0.094702</w:t>
        <w:br/>
        <w:t>vt 0.029414 0.081748</w:t>
        <w:br/>
        <w:t>vt 0.026381 0.081657</w:t>
        <w:br/>
        <w:t>vt 0.029474 0.076283</w:t>
        <w:br/>
        <w:t>vt 0.026488 0.075615</w:t>
        <w:br/>
        <w:t>vt 0.030930 0.070343</w:t>
        <w:br/>
        <w:t>vt 0.028533 0.068446</w:t>
        <w:br/>
        <w:t>vt 0.045274 0.104397</w:t>
        <w:br/>
        <w:t>vt 0.047251 0.103308</w:t>
        <w:br/>
        <w:t>vt 0.034827 0.106649</w:t>
        <w:br/>
        <w:t>vt 0.034161 0.109775</w:t>
        <w:br/>
        <w:t>vt 0.037731 0.108074</w:t>
        <w:br/>
        <w:t>vt 0.037686 0.105632</w:t>
        <w:br/>
        <w:t>vt 0.041198 0.107634</w:t>
        <w:br/>
        <w:t>vt 0.040200 0.109623</w:t>
        <w:br/>
        <w:t>vt 0.028442 0.108180</w:t>
        <w:br/>
        <w:t>vt 0.030364 0.111156</w:t>
        <w:br/>
        <w:t>vt 0.020084 0.099723</w:t>
        <w:br/>
        <w:t>vt 0.018826 0.105022</w:t>
        <w:br/>
        <w:t>vt 0.015498 0.093011</w:t>
        <w:br/>
        <w:t>vt 0.018826 0.105022</w:t>
        <w:br/>
        <w:t>vt 0.020084 0.099723</w:t>
        <w:br/>
        <w:t>vt 0.016099 0.091122</w:t>
        <w:br/>
        <w:t>vt 0.029472 0.121398</w:t>
        <w:br/>
        <w:t>vt 0.032001 0.120223</w:t>
        <w:br/>
        <w:t>vt 0.028779 0.112105</w:t>
        <w:br/>
        <w:t>vt 0.024608 0.111993</w:t>
        <w:br/>
        <w:t>vt 0.015094 0.093135</w:t>
        <w:br/>
        <w:t>vt 0.014426 0.090515</w:t>
        <w:br/>
        <w:t>vt 0.009731 0.099288</w:t>
        <w:br/>
        <w:t>vt 0.011998 0.100112</w:t>
        <w:br/>
        <w:t>vt 0.046497 0.114585</w:t>
        <w:br/>
        <w:t>vt 0.048921 0.115061</w:t>
        <w:br/>
        <w:t>vt 0.048557 0.109055</w:t>
        <w:br/>
        <w:t>vt 0.046179 0.109275</w:t>
        <w:br/>
        <w:t>vt 0.045529 0.114948</w:t>
        <w:br/>
        <w:t>vt 0.044307 0.111828</w:t>
        <w:br/>
        <w:t>vt 0.042305 0.113172</w:t>
        <w:br/>
        <w:t>vt 0.043426 0.116181</w:t>
        <w:br/>
        <w:t>vt 0.046348 0.118768</w:t>
        <w:br/>
        <w:t>vt 0.046814 0.120309</w:t>
        <w:br/>
        <w:t>vt 0.046170 0.118775</w:t>
        <w:br/>
        <w:t>vt 0.046348 0.118768</w:t>
        <w:br/>
        <w:t>vt 0.046497 0.114585</w:t>
        <w:br/>
        <w:t>vt 0.045789 0.120302</w:t>
        <w:br/>
        <w:t>vt 0.046814 0.120309</w:t>
        <w:br/>
        <w:t>vt 0.041445 0.094768</w:t>
        <w:br/>
        <w:t>vt 0.032016 0.094702</w:t>
        <w:br/>
        <w:t>vt 0.030042 0.087520</w:t>
        <w:br/>
        <w:t>vt 0.029414 0.081748</w:t>
        <w:br/>
        <w:t>vt 0.037488 0.078977</w:t>
        <w:br/>
        <w:t>vt 0.033950 0.072637</w:t>
        <w:br/>
        <w:t>vt 0.029474 0.076283</w:t>
        <w:br/>
        <w:t>vt 0.037686 0.105632</w:t>
        <w:br/>
        <w:t>vt 0.041198 0.107634</w:t>
        <w:br/>
        <w:t>vt 0.034827 0.106649</w:t>
        <w:br/>
        <w:t>vt 0.011998 0.100112</w:t>
        <w:br/>
        <w:t>vt 0.044307 0.111828</w:t>
        <w:br/>
        <w:t>vt 0.046179 0.109275</w:t>
        <w:br/>
        <w:t>vt 0.045274 0.104397</w:t>
        <w:br/>
        <w:t>vt 0.009935 0.114744</w:t>
        <w:br/>
        <w:t>vt 0.013435 0.110991</w:t>
        <w:br/>
        <w:t>vt 0.045789 0.120302</w:t>
        <w:br/>
        <w:t>vt 0.037912 0.036064</w:t>
        <w:br/>
        <w:t>vt 0.031196 0.033678</w:t>
        <w:br/>
        <w:t>vt 0.031271 0.048039</w:t>
        <w:br/>
        <w:t>vt 0.039943 0.053241</w:t>
        <w:br/>
        <w:t>vt 0.041078 0.075006</w:t>
        <w:br/>
        <w:t>vt 0.034639 0.069190</w:t>
        <w:br/>
        <w:t>vt 0.039107 0.075863</w:t>
        <w:br/>
        <w:t>vt 0.034859 0.020333</w:t>
        <w:br/>
        <w:t>vt 0.030837 0.019277</w:t>
        <w:br/>
        <w:t>vt 0.373880 0.609830</w:t>
        <w:br/>
        <w:t>vt 0.367669 0.598700</w:t>
        <w:br/>
        <w:t>vt 0.362830 0.607505</w:t>
        <w:br/>
        <w:t>vt 0.369478 0.616666</w:t>
        <w:br/>
        <w:t>vt 0.354595 0.596672</w:t>
        <w:br/>
        <w:t>vt 0.378863 0.621291</w:t>
        <w:br/>
        <w:t>vt 0.376006 0.625808</w:t>
        <w:br/>
        <w:t>vt 0.027952 0.048186</w:t>
        <w:br/>
        <w:t>vt 0.031271 0.048039</w:t>
        <w:br/>
        <w:t>vt 0.031196 0.033678</w:t>
        <w:br/>
        <w:t>vt 0.027898 0.032588</w:t>
        <w:br/>
        <w:t>vt 0.042112 0.053125</w:t>
        <w:br/>
        <w:t>vt 0.040500 0.035827</w:t>
        <w:br/>
        <w:t>vt 0.028915 0.066384</w:t>
        <w:br/>
        <w:t>vt 0.031793 0.067550</w:t>
        <w:br/>
        <w:t>vt 0.042615 0.073371</w:t>
        <w:br/>
        <w:t>vt 0.027682 0.017211</w:t>
        <w:br/>
        <w:t>vt 0.037228 0.019023</w:t>
        <w:br/>
        <w:t>vt 0.032324 0.003981</w:t>
        <w:br/>
        <w:t>vt 0.028139 0.004050</w:t>
        <w:br/>
        <w:t>vt 0.030511 0.007246</w:t>
        <w:br/>
        <w:t>vt 0.030973 0.007137</w:t>
        <w:br/>
        <w:t>vt 0.353322 0.595541</w:t>
        <w:br/>
        <w:t>vt 0.030930 0.070343</w:t>
        <w:br/>
        <w:t>vt 0.023155 0.121788</w:t>
        <w:br/>
        <w:t>vt 0.020095 0.127270</w:t>
        <w:br/>
        <w:t>vt 0.042850 0.076589</w:t>
        <w:br/>
        <w:t>vt 0.042960 0.079198</w:t>
        <w:br/>
        <w:t>vt 0.046630 0.090680</w:t>
        <w:br/>
        <w:t>vt 0.024608 0.111993</w:t>
        <w:br/>
        <w:t>vt 0.028779 0.112105</w:t>
        <w:br/>
        <w:t>vt 0.025406 0.099733</w:t>
        <w:br/>
        <w:t>vt 0.028442 0.108180</w:t>
        <w:br/>
        <w:t>vt 0.383319 0.632076</w:t>
        <w:br/>
        <w:t>vt 0.381629 0.633722</w:t>
        <w:br/>
        <w:t>vt 0.054048 0.079655</w:t>
        <w:br/>
        <w:t>vt 0.049958 0.078367</w:t>
        <w:br/>
        <w:t>vt 0.047620 0.084591</w:t>
        <w:br/>
        <w:t>vt 0.050967 0.085689</w:t>
        <w:br/>
        <w:t>vt 0.042615 0.073371</w:t>
        <w:br/>
        <w:t>vt 0.370721 0.582945</w:t>
        <w:br/>
        <w:t>vt 0.020095 0.127270</w:t>
        <w:br/>
        <w:t>vt 0.871024 0.114628</w:t>
        <w:br/>
        <w:t>vt 0.871024 0.119242</w:t>
        <w:br/>
        <w:t>vt 0.856143 0.119086</w:t>
        <w:br/>
        <w:t>vt 0.856143 0.113491</w:t>
        <w:br/>
        <w:t>vt 0.871024 0.123579</w:t>
        <w:br/>
        <w:t>vt 0.856143 0.124299</w:t>
        <w:br/>
        <w:t>vt 0.856143 0.017076</w:t>
        <w:br/>
        <w:t>vt 0.856143 0.013141</w:t>
        <w:br/>
        <w:t>vt 0.871024 0.012459</w:t>
        <w:br/>
        <w:t>vt 0.871024 0.016877</w:t>
        <w:br/>
        <w:t>vt 0.871024 0.021283</w:t>
        <w:br/>
        <w:t>vt 0.856143 0.021223</w:t>
        <w:br/>
        <w:t>vt 0.871024 0.136529</w:t>
        <w:br/>
        <w:t>vt 0.856143 0.137912</w:t>
        <w:br/>
        <w:t>vt 0.856143 0.133714</w:t>
        <w:br/>
        <w:t>vt 0.871024 0.132119</w:t>
        <w:br/>
        <w:t>vt 0.871024 0.140944</w:t>
        <w:br/>
        <w:t>vt 0.856143 0.141855</w:t>
        <w:br/>
        <w:t>vt 0.871024 0.127792</w:t>
        <w:br/>
        <w:t>vt 0.856143 0.129165</w:t>
        <w:br/>
        <w:t>vt 0.856143 0.035598</w:t>
        <w:br/>
        <w:t>vt 0.856143 0.030469</w:t>
        <w:br/>
        <w:t>vt 0.871024 0.030265</w:t>
        <w:br/>
        <w:t>vt 0.871024 0.034947</w:t>
        <w:br/>
        <w:t>vt 0.871024 0.039754</w:t>
        <w:br/>
        <w:t>vt 0.856143 0.041036</w:t>
        <w:br/>
        <w:t>vt 0.871024 0.025716</w:t>
        <w:br/>
        <w:t>vt 0.856143 0.025670</w:t>
        <w:br/>
        <w:t>vt 0.871024 0.044852</w:t>
        <w:br/>
        <w:t>vt 0.856143 0.046765</w:t>
        <w:br/>
        <w:t>vt 0.871024 0.050383</w:t>
        <w:br/>
        <w:t>vt 0.856143 0.052675</w:t>
        <w:br/>
        <w:t>vt 0.871024 0.104159</w:t>
        <w:br/>
        <w:t>vt 0.871024 0.109645</w:t>
        <w:br/>
        <w:t>vt 0.856143 0.107489</w:t>
        <w:br/>
        <w:t>vt 0.856143 0.101083</w:t>
        <w:br/>
        <w:t>vt 0.871024 0.091108</w:t>
        <w:br/>
        <w:t>vt 0.871024 0.097968</w:t>
        <w:br/>
        <w:t>vt 0.856143 0.094343</w:t>
        <w:br/>
        <w:t>vt 0.856143 0.087692</w:t>
        <w:br/>
        <w:t>vt 0.871024 0.076780</w:t>
        <w:br/>
        <w:t>vt 0.871024 0.084123</w:t>
        <w:br/>
        <w:t>vt 0.856143 0.081597</w:t>
        <w:br/>
        <w:t>vt 0.856143 0.076017</w:t>
        <w:br/>
        <w:t>vt 0.871024 0.069593</w:t>
        <w:br/>
        <w:t>vt 0.856143 0.070549</w:t>
        <w:br/>
        <w:t>vt 0.856143 0.064750</w:t>
        <w:br/>
        <w:t>vt 0.871024 0.062905</w:t>
        <w:br/>
        <w:t>vt 0.871024 0.056410</w:t>
        <w:br/>
        <w:t>vt 0.856143 0.058693</w:t>
        <w:br/>
        <w:t>vt 0.843950 0.055500</w:t>
        <w:br/>
        <w:t>vt 0.847856 0.055200</w:t>
        <w:br/>
        <w:t>vt 0.847857 0.063667</w:t>
        <w:br/>
        <w:t>vt 0.843950 0.064129</w:t>
        <w:br/>
        <w:t>vt 0.843950 0.047566</w:t>
        <w:br/>
        <w:t>vt 0.847857 0.047414</w:t>
        <w:br/>
        <w:t>vt 0.843950 0.040136</w:t>
        <w:br/>
        <w:t>vt 0.847857 0.040123</w:t>
        <w:br/>
        <w:t>vt 0.843950 0.033077</w:t>
        <w:br/>
        <w:t>vt 0.847857 0.033174</w:t>
        <w:br/>
        <w:t>vt 0.843950 0.026165</w:t>
        <w:br/>
        <w:t>vt 0.847857 0.026335</w:t>
        <w:br/>
        <w:t>vt 0.843950 0.019059</w:t>
        <w:br/>
        <w:t>vt 0.847856 0.019279</w:t>
        <w:br/>
        <w:t>vt 0.825516 0.017627</w:t>
        <w:br/>
        <w:t>vt 0.825516 0.024781</w:t>
        <w:br/>
        <w:t>vt 0.822331 0.024642</w:t>
        <w:br/>
        <w:t>vt 0.822331 0.017499</w:t>
        <w:br/>
        <w:t>vt 0.825516 0.032375</w:t>
        <w:br/>
        <w:t>vt 0.822331 0.032339</w:t>
        <w:br/>
        <w:t>vt 0.825516 0.040430</w:t>
        <w:br/>
        <w:t>vt 0.822331 0.040514</w:t>
        <w:br/>
        <w:t>vt 0.825516 0.048991</w:t>
        <w:br/>
        <w:t>vt 0.822331 0.049148</w:t>
        <w:br/>
        <w:t>vt 0.825516 0.058032</w:t>
        <w:br/>
        <w:t>vt 0.822332 0.058266</w:t>
        <w:br/>
        <w:t>vt 0.825516 0.067564</w:t>
        <w:br/>
        <w:t>vt 0.822332 0.067908</w:t>
        <w:br/>
        <w:t>vt 0.843950 0.011751</w:t>
        <w:br/>
        <w:t>vt 0.847856 0.011980</w:t>
        <w:br/>
        <w:t>vt 0.843950 0.004200</w:t>
        <w:br/>
        <w:t>vt 0.847856 0.004701</w:t>
        <w:br/>
        <w:t>vt 0.847857 0.205266</w:t>
        <w:br/>
        <w:t>vt 0.843950 0.205775</w:t>
        <w:br/>
        <w:t>vt 0.843950 0.198375</w:t>
        <w:br/>
        <w:t>vt 0.847857 0.198282</w:t>
        <w:br/>
        <w:t>vt 0.843950 0.191148</w:t>
        <w:br/>
        <w:t>vt 0.847856 0.191060</w:t>
        <w:br/>
        <w:t>vt 0.843950 0.183971</w:t>
        <w:br/>
        <w:t>vt 0.847857 0.183893</w:t>
        <w:br/>
        <w:t>vt 0.843950 0.176671</w:t>
        <w:br/>
        <w:t>vt 0.847857 0.176661</w:t>
        <w:br/>
        <w:t>vt 0.822331 0.183920</w:t>
        <w:br/>
        <w:t>vt 0.822331 0.176366</w:t>
        <w:br/>
        <w:t>vt 0.825516 0.176396</w:t>
        <w:br/>
        <w:t>vt 0.825516 0.183957</w:t>
        <w:br/>
        <w:t>vt 0.822331 0.191042</w:t>
        <w:br/>
        <w:t>vt 0.825516 0.191071</w:t>
        <w:br/>
        <w:t>vt 0.825516 0.197826</w:t>
        <w:br/>
        <w:t>vt 0.822331 0.197704</w:t>
        <w:br/>
        <w:t>vt 0.825516 0.204363</w:t>
        <w:br/>
        <w:t>vt 0.822331 0.203542</w:t>
        <w:br/>
        <w:t>vt 0.825516 0.004685</w:t>
        <w:br/>
        <w:t>vt 0.825516 0.010976</w:t>
        <w:br/>
        <w:t>vt 0.822331 0.010998</w:t>
        <w:br/>
        <w:t>vt 0.822331 0.005564</w:t>
        <w:br/>
        <w:t>vt 0.843950 0.169218</w:t>
        <w:br/>
        <w:t>vt 0.847856 0.169300</w:t>
        <w:br/>
        <w:t>vt 0.843950 0.161587</w:t>
        <w:br/>
        <w:t>vt 0.847856 0.161762</w:t>
        <w:br/>
        <w:t>vt 0.843950 0.153521</w:t>
        <w:br/>
        <w:t>vt 0.847857 0.153801</w:t>
        <w:br/>
        <w:t>vt 0.843950 0.144874</w:t>
        <w:br/>
        <w:t>vt 0.847856 0.145242</w:t>
        <w:br/>
        <w:t>vt 0.825516 0.142300</w:t>
        <w:br/>
        <w:t>vt 0.825516 0.151310</w:t>
        <w:br/>
        <w:t>vt 0.822332 0.151125</w:t>
        <w:br/>
        <w:t>vt 0.822332 0.142070</w:t>
        <w:br/>
        <w:t>vt 0.825516 0.160067</w:t>
        <w:br/>
        <w:t>vt 0.822331 0.159945</w:t>
        <w:br/>
        <w:t>vt 0.825516 0.168426</w:t>
        <w:br/>
        <w:t>vt 0.822331 0.168372</w:t>
        <w:br/>
        <w:t>vt 0.843950 0.135602</w:t>
        <w:br/>
        <w:t>vt 0.847856 0.136050</w:t>
        <w:br/>
        <w:t>vt 0.843950 0.125762</w:t>
        <w:br/>
        <w:t>vt 0.847856 0.126311</w:t>
        <w:br/>
        <w:t>vt 0.825516 0.123793</w:t>
        <w:br/>
        <w:t>vt 0.825516 0.133108</w:t>
        <w:br/>
        <w:t>vt 0.822331 0.132888</w:t>
        <w:br/>
        <w:t>vt 0.822332 0.123686</w:t>
        <w:br/>
        <w:t>vt 0.843950 0.073722</w:t>
        <w:br/>
        <w:t>vt 0.847857 0.073087</w:t>
        <w:br/>
        <w:t>vt 0.847857 0.083368</w:t>
        <w:br/>
        <w:t>vt 0.843950 0.084119</w:t>
        <w:br/>
        <w:t>vt 0.825516 0.077565</w:t>
        <w:br/>
        <w:t>vt 0.822332 0.077948</w:t>
        <w:br/>
        <w:t>vt 0.825516 0.087556</w:t>
        <w:br/>
        <w:t>vt 0.822331 0.087890</w:t>
        <w:br/>
        <w:t>vt 0.843950 0.094686</w:t>
        <w:br/>
        <w:t>vt 0.847857 0.093662</w:t>
        <w:br/>
        <w:t>vt 0.847856 0.105177</w:t>
        <w:br/>
        <w:t>vt 0.843950 0.105276</w:t>
        <w:br/>
        <w:t>vt 0.825516 0.097053</w:t>
        <w:br/>
        <w:t>vt 0.822331 0.097071</w:t>
        <w:br/>
        <w:t>vt 0.825516 0.105938</w:t>
        <w:br/>
        <w:t>vt 0.822331 0.106062</w:t>
        <w:br/>
        <w:t>vt 0.843950 0.115631</w:t>
        <w:br/>
        <w:t>vt 0.847856 0.116478</w:t>
        <w:br/>
        <w:t>vt 0.825516 0.114640</w:t>
        <w:br/>
        <w:t>vt 0.822331 0.114920</w:t>
        <w:br/>
        <w:t>vt 0.843950 0.047566</w:t>
        <w:br/>
        <w:t>vt 0.825516 0.048991</w:t>
        <w:br/>
        <w:t>vt 0.825516 0.040430</w:t>
        <w:br/>
        <w:t>vt 0.843950 0.040136</w:t>
        <w:br/>
        <w:t>vt 0.825516 0.032375</w:t>
        <w:br/>
        <w:t>vt 0.843950 0.033077</w:t>
        <w:br/>
        <w:t>vt 0.843950 0.205775</w:t>
        <w:br/>
        <w:t>vt 0.825516 0.204363</w:t>
        <w:br/>
        <w:t>vt 0.825516 0.197826</w:t>
        <w:br/>
        <w:t>vt 0.843950 0.198375</w:t>
        <w:br/>
        <w:t>vt 0.825516 0.191071</w:t>
        <w:br/>
        <w:t>vt 0.843950 0.191148</w:t>
        <w:br/>
        <w:t>vt 0.843950 0.011751</w:t>
        <w:br/>
        <w:t>vt 0.843950 0.019059</w:t>
        <w:br/>
        <w:t>vt 0.825516 0.017627</w:t>
        <w:br/>
        <w:t>vt 0.825516 0.010976</w:t>
        <w:br/>
        <w:t>vt 0.825516 0.004685</w:t>
        <w:br/>
        <w:t>vt 0.843950 0.004200</w:t>
        <w:br/>
        <w:t>vt 0.843950 0.026165</w:t>
        <w:br/>
        <w:t>vt 0.825516 0.024781</w:t>
        <w:br/>
        <w:t>vt 0.843950 0.176671</w:t>
        <w:br/>
        <w:t>vt 0.825516 0.176396</w:t>
        <w:br/>
        <w:t>vt 0.825516 0.168426</w:t>
        <w:br/>
        <w:t>vt 0.843950 0.169218</w:t>
        <w:br/>
        <w:t>vt 0.825516 0.160067</w:t>
        <w:br/>
        <w:t>vt 0.843950 0.161587</w:t>
        <w:br/>
        <w:t>vt 0.825516 0.183957</w:t>
        <w:br/>
        <w:t>vt 0.843950 0.183971</w:t>
        <w:br/>
        <w:t>vt 0.843950 0.153521</w:t>
        <w:br/>
        <w:t>vt 0.825516 0.151310</w:t>
        <w:br/>
        <w:t>vt 0.825516 0.142300</w:t>
        <w:br/>
        <w:t>vt 0.843950 0.144874</w:t>
        <w:br/>
        <w:t>vt 0.843950 0.064129</w:t>
        <w:br/>
        <w:t>vt 0.825516 0.067564</w:t>
        <w:br/>
        <w:t>vt 0.825516 0.058032</w:t>
        <w:br/>
        <w:t>vt 0.843950 0.055500</w:t>
        <w:br/>
        <w:t>vt 0.843950 0.084119</w:t>
        <w:br/>
        <w:t>vt 0.825516 0.087556</w:t>
        <w:br/>
        <w:t>vt 0.825516 0.077565</w:t>
        <w:br/>
        <w:t>vt 0.843950 0.073722</w:t>
        <w:br/>
        <w:t>vt 0.843950 0.105276</w:t>
        <w:br/>
        <w:t>vt 0.825516 0.105938</w:t>
        <w:br/>
        <w:t>vt 0.825516 0.097053</w:t>
        <w:br/>
        <w:t>vt 0.843950 0.094686</w:t>
        <w:br/>
        <w:t>vt 0.843950 0.115631</w:t>
        <w:br/>
        <w:t>vt 0.843950 0.125762</w:t>
        <w:br/>
        <w:t>vt 0.825516 0.123793</w:t>
        <w:br/>
        <w:t>vt 0.825516 0.114640</w:t>
        <w:br/>
        <w:t>vt 0.843950 0.135602</w:t>
        <w:br/>
        <w:t>vt 0.825516 0.133108</w:t>
        <w:br/>
        <w:t>vt 0.484447 0.493489</w:t>
        <w:br/>
        <w:t>vt 0.478554 0.486139</w:t>
        <w:br/>
        <w:t>vt 0.475938 0.488722</w:t>
        <w:br/>
        <w:t>vt 0.479154 0.494283</w:t>
        <w:br/>
        <w:t>vt 0.455125 0.493773</w:t>
        <w:br/>
        <w:t>vt 0.458901 0.488529</w:t>
        <w:br/>
        <w:t>vt 0.456831 0.486124</w:t>
        <w:br/>
        <w:t>vt 0.450423 0.491937</w:t>
        <w:br/>
        <w:t>vt 0.459338 0.494434</w:t>
        <w:br/>
        <w:t>vt 0.461661 0.489652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0.483574 0.502284</w:t>
        <w:br/>
        <w:t>vt 0.478878 0.500438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0.878085 0.020502</w:t>
        <w:br/>
        <w:t>vt 0.878889 0.028043</w:t>
        <w:br/>
        <w:t>vt 0.880643 0.027554</w:t>
        <w:br/>
        <w:t>vt 0.879879 0.020510</w:t>
        <w:br/>
        <w:t>vt 0.880802 0.014469</w:t>
        <w:br/>
        <w:t>vt 0.879084 0.013955</w:t>
        <w:br/>
        <w:t>vt 0.880802 0.014469</w:t>
        <w:br/>
        <w:t>vt 0.892968 0.016115</w:t>
        <w:br/>
        <w:t>vt 0.889582 0.009875</w:t>
        <w:br/>
        <w:t>vt 0.883480 0.008098</w:t>
        <w:br/>
        <w:t>vt 0.883480 0.008098</w:t>
        <w:br/>
        <w:t>vt 0.882059 0.006857</w:t>
        <w:br/>
        <w:t>vt 0.894683 0.015536</w:t>
        <w:br/>
        <w:t>vt 0.891033 0.008679</w:t>
        <w:br/>
        <w:t>vt 0.889582 0.009875</w:t>
        <w:br/>
        <w:t>vt 0.892968 0.016115</w:t>
        <w:br/>
        <w:t>vt 0.894322 0.030179</w:t>
        <w:br/>
        <w:t>vt 0.895606 0.022328</w:t>
        <w:br/>
        <w:t>vt 0.893838 0.022357</w:t>
        <w:br/>
        <w:t>vt 0.892591 0.029550</w:t>
        <w:br/>
        <w:t>vt 0.879879 0.020510</w:t>
        <w:br/>
        <w:t>vt 0.893838 0.022357</w:t>
        <w:br/>
        <w:t>vt 0.880643 0.027554</w:t>
        <w:br/>
        <w:t>vt 0.892591 0.029550</w:t>
        <w:br/>
        <w:t>vt 0.889321 0.036252</w:t>
        <w:br/>
        <w:t>vt 0.890599 0.037636</w:t>
        <w:br/>
        <w:t>vt 0.885844 0.038844</w:t>
        <w:br/>
        <w:t>vt 0.885554 0.040544</w:t>
        <w:br/>
        <w:t>vt 0.885844 0.038844</w:t>
        <w:br/>
        <w:t>vt 0.889321 0.036252</w:t>
        <w:br/>
        <w:t>vt 0.883044 0.034699</w:t>
        <w:br/>
        <w:t>vt 0.881486 0.035773</w:t>
        <w:br/>
        <w:t>vt 0.883044 0.034699</w:t>
        <w:br/>
        <w:t>vt 0.885554 0.040544</w:t>
        <w:br/>
        <w:t>vt 0.885844 0.038844</w:t>
        <w:br/>
        <w:t>vt 0.885963 0.005364</w:t>
        <w:br/>
        <w:t>vt 0.886166 0.003702</w:t>
        <w:br/>
        <w:t>vt 0.885963 0.005364</w:t>
        <w:br/>
        <w:t>vt 0.886166 0.003702</w:t>
        <w:br/>
        <w:t>vt 0.885963 0.005364</w:t>
        <w:br/>
        <w:t>vt 0.504668 0.759745</w:t>
        <w:br/>
        <w:t>vt 0.504668 0.769072</w:t>
        <w:br/>
        <w:t>vt 0.501684 0.769072</w:t>
        <w:br/>
        <w:t>vt 0.501684 0.759745</w:t>
        <w:br/>
        <w:t>vt 0.504668 0.750420</w:t>
        <w:br/>
        <w:t>vt 0.501684 0.750420</w:t>
        <w:br/>
        <w:t>vt 0.501684 0.741092</w:t>
        <w:br/>
        <w:t>vt 0.504668 0.741092</w:t>
        <w:br/>
        <w:t>vt 0.504668 0.731766</w:t>
        <w:br/>
        <w:t>vt 0.501684 0.731765</w:t>
        <w:br/>
        <w:t>vt 0.504668 0.722439</w:t>
        <w:br/>
        <w:t>vt 0.501684 0.722439</w:t>
        <w:br/>
        <w:t>vt 0.504668 0.713112</w:t>
        <w:br/>
        <w:t>vt 0.501684 0.713112</w:t>
        <w:br/>
        <w:t>vt 0.504668 0.703785</w:t>
        <w:br/>
        <w:t>vt 0.501684 0.703784</w:t>
        <w:br/>
        <w:t>vt 0.504668 0.694458</w:t>
        <w:br/>
        <w:t>vt 0.501684 0.694457</w:t>
        <w:br/>
        <w:t>vt 0.501684 0.685131</w:t>
        <w:br/>
        <w:t>vt 0.504668 0.685131</w:t>
        <w:br/>
        <w:t>vt 0.504668 0.675806</w:t>
        <w:br/>
        <w:t>vt 0.501684 0.675806</w:t>
        <w:br/>
        <w:t>vt 0.501687 0.666485</w:t>
        <w:br/>
        <w:t>vt 0.504668 0.666488</w:t>
        <w:br/>
        <w:t>vt 0.501709 0.657197</w:t>
        <w:br/>
        <w:t>vt 0.504668 0.657212</w:t>
        <w:br/>
        <w:t>vt 0.501895 0.647767</w:t>
        <w:br/>
        <w:t>vt 0.504668 0.647767</w:t>
        <w:br/>
        <w:t>vt 0.501710 0.825216</w:t>
        <w:br/>
        <w:t>vt 0.504668 0.825201</w:t>
        <w:br/>
        <w:t>vt 0.504668 0.834635</w:t>
        <w:br/>
        <w:t>vt 0.501898 0.834635</w:t>
        <w:br/>
        <w:t>vt 0.501692 0.815934</w:t>
        <w:br/>
        <w:t>vt 0.504668 0.815934</w:t>
        <w:br/>
        <w:t>vt 0.501698 0.806876</w:t>
        <w:br/>
        <w:t>vt 0.504668 0.806872</w:t>
        <w:br/>
        <w:t>vt 0.501675 0.795753</w:t>
        <w:br/>
        <w:t>vt 0.504668 0.795775</w:t>
        <w:br/>
        <w:t>vt 0.504668 0.799698</w:t>
        <w:br/>
        <w:t>vt 0.501686 0.799722</w:t>
        <w:br/>
        <w:t>vt 0.501699 0.787683</w:t>
        <w:br/>
        <w:t>vt 0.504668 0.787684</w:t>
        <w:br/>
        <w:t>vt 0.501685 0.778396</w:t>
        <w:br/>
        <w:t>vt 0.504668 0.778394</w:t>
        <w:br/>
        <w:t>vt 0.501684 0.769072</w:t>
        <w:br/>
        <w:t>vt 0.498898 0.769072</w:t>
        <w:br/>
        <w:t>vt 0.498898 0.759745</w:t>
        <w:br/>
        <w:t>vt 0.501684 0.759745</w:t>
        <w:br/>
        <w:t>vt 0.498898 0.750420</w:t>
        <w:br/>
        <w:t>vt 0.501684 0.750420</w:t>
        <w:br/>
        <w:t>vt 0.498898 0.741092</w:t>
        <w:br/>
        <w:t>vt 0.501684 0.741092</w:t>
        <w:br/>
        <w:t>vt 0.498898 0.731766</w:t>
        <w:br/>
        <w:t>vt 0.501684 0.731765</w:t>
        <w:br/>
        <w:t>vt 0.498898 0.722439</w:t>
        <w:br/>
        <w:t>vt 0.501684 0.722439</w:t>
        <w:br/>
        <w:t>vt 0.498898 0.713112</w:t>
        <w:br/>
        <w:t>vt 0.501684 0.713112</w:t>
        <w:br/>
        <w:t>vt 0.498898 0.703785</w:t>
        <w:br/>
        <w:t>vt 0.501684 0.703784</w:t>
        <w:br/>
        <w:t>vt 0.498899 0.694458</w:t>
        <w:br/>
        <w:t>vt 0.501684 0.694457</w:t>
        <w:br/>
        <w:t>vt 0.498899 0.685131</w:t>
        <w:br/>
        <w:t>vt 0.501684 0.685131</w:t>
        <w:br/>
        <w:t>vt 0.498899 0.675805</w:t>
        <w:br/>
        <w:t>vt 0.501684 0.675806</w:t>
        <w:br/>
        <w:t>vt 0.498902 0.666481</w:t>
        <w:br/>
        <w:t>vt 0.501687 0.666485</w:t>
        <w:br/>
        <w:t>vt 0.498929 0.657154</w:t>
        <w:br/>
        <w:t>vt 0.501709 0.657197</w:t>
        <w:br/>
        <w:t>vt 0.499164 0.647767</w:t>
        <w:br/>
        <w:t>vt 0.501895 0.647767</w:t>
        <w:br/>
        <w:t>vt 0.499156 0.834635</w:t>
        <w:br/>
        <w:t>vt 0.498930 0.825255</w:t>
        <w:br/>
        <w:t>vt 0.501710 0.825216</w:t>
        <w:br/>
        <w:t>vt 0.501898 0.834635</w:t>
        <w:br/>
        <w:t>vt 0.498907 0.815917</w:t>
        <w:br/>
        <w:t>vt 0.501692 0.815934</w:t>
        <w:br/>
        <w:t>vt 0.498908 0.806766</w:t>
        <w:br/>
        <w:t>vt 0.501698 0.806876</w:t>
        <w:br/>
        <w:t>vt 0.501675 0.795753</w:t>
        <w:br/>
        <w:t>vt 0.501686 0.799722</w:t>
        <w:br/>
        <w:t>vt 0.498882 0.799614</w:t>
        <w:br/>
        <w:t>vt 0.498869 0.795900</w:t>
        <w:br/>
        <w:t>vt 0.498913 0.787776</w:t>
        <w:br/>
        <w:t>vt 0.501699 0.787683</w:t>
        <w:br/>
        <w:t>vt 0.498900 0.778401</w:t>
        <w:br/>
        <w:t>vt 0.501685 0.778396</w:t>
        <w:br/>
        <w:t>vt 0.498898 0.769072</w:t>
        <w:br/>
        <w:t>vt 0.496249 0.769072</w:t>
        <w:br/>
        <w:t>vt 0.496249 0.759745</w:t>
        <w:br/>
        <w:t>vt 0.498898 0.759745</w:t>
        <w:br/>
        <w:t>vt 0.496249 0.750419</w:t>
        <w:br/>
        <w:t>vt 0.498898 0.750420</w:t>
        <w:br/>
        <w:t>vt 0.496249 0.741092</w:t>
        <w:br/>
        <w:t>vt 0.498898 0.741092</w:t>
        <w:br/>
        <w:t>vt 0.496249 0.731765</w:t>
        <w:br/>
        <w:t>vt 0.498898 0.731766</w:t>
        <w:br/>
        <w:t>vt 0.496250 0.722438</w:t>
        <w:br/>
        <w:t>vt 0.498898 0.722439</w:t>
        <w:br/>
        <w:t>vt 0.496249 0.713111</w:t>
        <w:br/>
        <w:t>vt 0.498898 0.713112</w:t>
        <w:br/>
        <w:t>vt 0.496249 0.703784</w:t>
        <w:br/>
        <w:t>vt 0.498898 0.703785</w:t>
        <w:br/>
        <w:t>vt 0.496250 0.694457</w:t>
        <w:br/>
        <w:t>vt 0.498899 0.694458</w:t>
        <w:br/>
        <w:t>vt 0.496250 0.685131</w:t>
        <w:br/>
        <w:t>vt 0.498899 0.685131</w:t>
        <w:br/>
        <w:t>vt 0.496250 0.675804</w:t>
        <w:br/>
        <w:t>vt 0.498899 0.675805</w:t>
        <w:br/>
        <w:t>vt 0.496253 0.666476</w:t>
        <w:br/>
        <w:t>vt 0.498902 0.666481</w:t>
        <w:br/>
        <w:t>vt 0.496270 0.657129</w:t>
        <w:br/>
        <w:t>vt 0.498929 0.657154</w:t>
        <w:br/>
        <w:t>vt 0.496355 0.647767</w:t>
        <w:br/>
        <w:t>vt 0.499164 0.647767</w:t>
        <w:br/>
        <w:t>vt 0.499156 0.834635</w:t>
        <w:br/>
        <w:t>vt 0.496338 0.834635</w:t>
        <w:br/>
        <w:t>vt 0.496270 0.825276</w:t>
        <w:br/>
        <w:t>vt 0.498930 0.825255</w:t>
        <w:br/>
        <w:t>vt 0.496256 0.815908</w:t>
        <w:br/>
        <w:t>vt 0.498907 0.815917</w:t>
        <w:br/>
        <w:t>vt 0.496253 0.806704</w:t>
        <w:br/>
        <w:t>vt 0.498908 0.806766</w:t>
        <w:br/>
        <w:t>vt 0.498869 0.795900</w:t>
        <w:br/>
        <w:t>vt 0.498882 0.799614</w:t>
        <w:br/>
        <w:t>vt 0.496248 0.799548</w:t>
        <w:br/>
        <w:t>vt 0.496245 0.795990</w:t>
        <w:br/>
        <w:t>vt 0.496254 0.787828</w:t>
        <w:br/>
        <w:t>vt 0.498913 0.787776</w:t>
        <w:br/>
        <w:t>vt 0.496250 0.778405</w:t>
        <w:br/>
        <w:t>vt 0.498900 0.778401</w:t>
        <w:br/>
        <w:t>vt 0.496249 0.769072</w:t>
        <w:br/>
        <w:t>vt 0.493600 0.769072</w:t>
        <w:br/>
        <w:t>vt 0.493600 0.759745</w:t>
        <w:br/>
        <w:t>vt 0.496249 0.759745</w:t>
        <w:br/>
        <w:t>vt 0.493600 0.750419</w:t>
        <w:br/>
        <w:t>vt 0.496249 0.750419</w:t>
        <w:br/>
        <w:t>vt 0.493600 0.741092</w:t>
        <w:br/>
        <w:t>vt 0.496249 0.741092</w:t>
        <w:br/>
        <w:t>vt 0.493600 0.731765</w:t>
        <w:br/>
        <w:t>vt 0.496249 0.731765</w:t>
        <w:br/>
        <w:t>vt 0.493600 0.722438</w:t>
        <w:br/>
        <w:t>vt 0.496250 0.722438</w:t>
        <w:br/>
        <w:t>vt 0.493600 0.713111</w:t>
        <w:br/>
        <w:t>vt 0.496249 0.713111</w:t>
        <w:br/>
        <w:t>vt 0.493600 0.703785</w:t>
        <w:br/>
        <w:t>vt 0.496249 0.703784</w:t>
        <w:br/>
        <w:t>vt 0.493600 0.694457</w:t>
        <w:br/>
        <w:t>vt 0.496250 0.694457</w:t>
        <w:br/>
        <w:t>vt 0.493600 0.685131</w:t>
        <w:br/>
        <w:t>vt 0.496250 0.685131</w:t>
        <w:br/>
        <w:t>vt 0.493600 0.675803</w:t>
        <w:br/>
        <w:t>vt 0.496250 0.675804</w:t>
        <w:br/>
        <w:t>vt 0.493602 0.666475</w:t>
        <w:br/>
        <w:t>vt 0.496253 0.666476</w:t>
        <w:br/>
        <w:t>vt 0.493608 0.657131</w:t>
        <w:br/>
        <w:t>vt 0.496270 0.657129</w:t>
        <w:br/>
        <w:t>vt 0.493541 0.647767</w:t>
        <w:br/>
        <w:t>vt 0.496355 0.647767</w:t>
        <w:br/>
        <w:t>vt 0.496338 0.834635</w:t>
        <w:br/>
        <w:t>vt 0.493529 0.834635</w:t>
        <w:br/>
        <w:t>vt 0.493608 0.825269</w:t>
        <w:br/>
        <w:t>vt 0.496270 0.825276</w:t>
        <w:br/>
        <w:t>vt 0.493602 0.815920</w:t>
        <w:br/>
        <w:t>vt 0.496256 0.815908</w:t>
        <w:br/>
        <w:t>vt 0.493601 0.806776</w:t>
        <w:br/>
        <w:t>vt 0.496253 0.806704</w:t>
        <w:br/>
        <w:t>vt 0.496248 0.799548</w:t>
        <w:br/>
        <w:t>vt 0.493613 0.799631</w:t>
        <w:br/>
        <w:t>vt 0.493621 0.795887</w:t>
        <w:br/>
        <w:t>vt 0.496245 0.795990</w:t>
        <w:br/>
        <w:t>vt 0.496254 0.787828</w:t>
        <w:br/>
        <w:t>vt 0.493597 0.787772</w:t>
        <w:br/>
        <w:t>vt 0.493600 0.778403</w:t>
        <w:br/>
        <w:t>vt 0.496250 0.778405</w:t>
        <w:br/>
        <w:t>vt 0.490814 0.769072</w:t>
        <w:br/>
        <w:t>vt 0.490814 0.759745</w:t>
        <w:br/>
        <w:t>vt 0.493600 0.759745</w:t>
        <w:br/>
        <w:t>vt 0.493600 0.769072</w:t>
        <w:br/>
        <w:t>vt 0.490814 0.750419</w:t>
        <w:br/>
        <w:t>vt 0.493600 0.750419</w:t>
        <w:br/>
        <w:t>vt 0.490814 0.741092</w:t>
        <w:br/>
        <w:t>vt 0.493600 0.741092</w:t>
        <w:br/>
        <w:t>vt 0.490814 0.731765</w:t>
        <w:br/>
        <w:t>vt 0.493600 0.731765</w:t>
        <w:br/>
        <w:t>vt 0.490814 0.722438</w:t>
        <w:br/>
        <w:t>vt 0.493600 0.722438</w:t>
        <w:br/>
        <w:t>vt 0.490814 0.713112</w:t>
        <w:br/>
        <w:t>vt 0.493600 0.713111</w:t>
        <w:br/>
        <w:t>vt 0.490814 0.703784</w:t>
        <w:br/>
        <w:t>vt 0.493600 0.703785</w:t>
        <w:br/>
        <w:t>vt 0.490814 0.694457</w:t>
        <w:br/>
        <w:t>vt 0.493600 0.694457</w:t>
        <w:br/>
        <w:t>vt 0.490814 0.685130</w:t>
        <w:br/>
        <w:t>vt 0.493600 0.685131</w:t>
        <w:br/>
        <w:t>vt 0.490814 0.675803</w:t>
        <w:br/>
        <w:t>vt 0.493600 0.675803</w:t>
        <w:br/>
        <w:t>vt 0.490814 0.666475</w:t>
        <w:br/>
        <w:t>vt 0.493602 0.666475</w:t>
        <w:br/>
        <w:t>vt 0.490814 0.657150</w:t>
        <w:br/>
        <w:t>vt 0.493608 0.657131</w:t>
        <w:br/>
        <w:t>vt 0.490814 0.647767</w:t>
        <w:br/>
        <w:t>vt 0.493541 0.647767</w:t>
        <w:br/>
        <w:t>vt 0.490814 0.834635</w:t>
        <w:br/>
        <w:t>vt 0.490814 0.825250</w:t>
        <w:br/>
        <w:t>vt 0.493608 0.825269</w:t>
        <w:br/>
        <w:t>vt 0.493529 0.834635</w:t>
        <w:br/>
        <w:t>vt 0.490814 0.815939</w:t>
        <w:br/>
        <w:t>vt 0.493602 0.815920</w:t>
        <w:br/>
        <w:t>vt 0.490814 0.806896</w:t>
        <w:br/>
        <w:t>vt 0.493601 0.806776</w:t>
        <w:br/>
        <w:t>vt 0.493613 0.799631</w:t>
        <w:br/>
        <w:t>vt 0.490814 0.799771</w:t>
        <w:br/>
        <w:t>vt 0.490814 0.795711</w:t>
        <w:br/>
        <w:t>vt 0.493621 0.795887</w:t>
        <w:br/>
        <w:t>vt 0.493597 0.787772</w:t>
        <w:br/>
        <w:t>vt 0.490814 0.787677</w:t>
        <w:br/>
        <w:t>vt 0.490814 0.778399</w:t>
        <w:br/>
        <w:t>vt 0.493600 0.778403</w:t>
        <w:br/>
        <w:t>vt 0.479154 0.494283</w:t>
        <w:br/>
        <w:t>vt 0.484447 0.493489</w:t>
        <w:br/>
        <w:t>vt 0.478554 0.486139</w:t>
        <w:br/>
        <w:t>vt 0.475938 0.488722</w:t>
        <w:br/>
        <w:t>vt 0.450423 0.491937</w:t>
        <w:br/>
        <w:t>vt 0.455125 0.493773</w:t>
        <w:br/>
        <w:t>vt 0.458901 0.488529</w:t>
        <w:br/>
        <w:t>vt 0.456831 0.486124</w:t>
        <w:br/>
        <w:t>vt 0.459338 0.494434</w:t>
        <w:br/>
        <w:t>vt 0.461661 0.489652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0.483574 0.502284</w:t>
        <w:br/>
        <w:t>vt 0.478878 0.500438</w:t>
        <w:br/>
        <w:t>vt 0.449559 0.500727</w:t>
        <w:br/>
        <w:t>vt 0.454852 0.499925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0.455452 0.508065</w:t>
        <w:br/>
        <w:t>vt 0.458069 0.505481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0.485361 0.651654</w:t>
        <w:br/>
        <w:t>vt 0.485467 0.672863</w:t>
        <w:br/>
        <w:t>vt 0.480354 0.672730</w:t>
        <w:br/>
        <w:t>vt 0.480487 0.651223</w:t>
        <w:br/>
        <w:t>vt 0.485535 0.713886</w:t>
        <w:br/>
        <w:t>vt 0.485509 0.738452</w:t>
        <w:br/>
        <w:t>vt 0.480106 0.738288</w:t>
        <w:br/>
        <w:t>vt 0.480137 0.713859</w:t>
        <w:br/>
        <w:t>vt 0.485449 0.765648</w:t>
        <w:br/>
        <w:t>vt 0.480124 0.765249</w:t>
        <w:br/>
        <w:t>vt 0.485370 0.798518</w:t>
        <w:br/>
        <w:t>vt 0.480180 0.797692</w:t>
        <w:br/>
        <w:t>vt 0.485385 0.833977</w:t>
        <w:br/>
        <w:t>vt 0.480289 0.832597</w:t>
        <w:br/>
        <w:t>vt 0.485517 0.692396</w:t>
        <w:br/>
        <w:t>vt 0.480225 0.692397</w:t>
        <w:br/>
        <w:t>vt 0.487117 0.672795</w:t>
        <w:br/>
        <w:t>vt 0.485467 0.672863</w:t>
        <w:br/>
        <w:t>vt 0.485361 0.651654</w:t>
        <w:br/>
        <w:t>vt 0.487117 0.651692</w:t>
        <w:br/>
        <w:t>vt 0.480354 0.672730</w:t>
        <w:br/>
        <w:t>vt 0.478661 0.673066</w:t>
        <w:br/>
        <w:t>vt 0.478661 0.651687</w:t>
        <w:br/>
        <w:t>vt 0.480487 0.651223</w:t>
        <w:br/>
        <w:t>vt 0.487117 0.713933</w:t>
        <w:br/>
        <w:t>vt 0.487117 0.738537</w:t>
        <w:br/>
        <w:t>vt 0.485509 0.738452</w:t>
        <w:br/>
        <w:t>vt 0.485535 0.713886</w:t>
        <w:br/>
        <w:t>vt 0.480106 0.738288</w:t>
        <w:br/>
        <w:t>vt 0.478661 0.738595</w:t>
        <w:br/>
        <w:t>vt 0.478661 0.714191</w:t>
        <w:br/>
        <w:t>vt 0.480137 0.713859</w:t>
        <w:br/>
        <w:t>vt 0.487117 0.765754</w:t>
        <w:br/>
        <w:t>vt 0.485449 0.765648</w:t>
        <w:br/>
        <w:t>vt 0.480124 0.765249</w:t>
        <w:br/>
        <w:t>vt 0.478662 0.765509</w:t>
        <w:br/>
        <w:t>vt 0.487117 0.798625</w:t>
        <w:br/>
        <w:t>vt 0.485370 0.798518</w:t>
        <w:br/>
        <w:t>vt 0.480180 0.797692</w:t>
        <w:br/>
        <w:t>vt 0.478662 0.797886</w:t>
        <w:br/>
        <w:t>vt 0.487117 0.834033</w:t>
        <w:br/>
        <w:t>vt 0.485385 0.833977</w:t>
        <w:br/>
        <w:t>vt 0.480289 0.832597</w:t>
        <w:br/>
        <w:t>vt 0.478661 0.832710</w:t>
        <w:br/>
        <w:t>vt 0.487117 0.692367</w:t>
        <w:br/>
        <w:t>vt 0.485517 0.692396</w:t>
        <w:br/>
        <w:t>vt 0.480225 0.692397</w:t>
        <w:br/>
        <w:t>vt 0.478662 0.692717</w:t>
        <w:br/>
        <w:t>vt 0.631205 0.564647</w:t>
        <w:br/>
        <w:t>vt 0.629400 0.562815</w:t>
        <w:br/>
        <w:t>vt 0.633301 0.560397</w:t>
        <w:br/>
        <w:t>vt 0.634190 0.562885</w:t>
        <w:br/>
        <w:t>vt 0.637638 0.562541</w:t>
        <w:br/>
        <w:t>vt 0.637927 0.559882</w:t>
        <w:br/>
        <w:t>vt 0.642461 0.561421</w:t>
        <w:br/>
        <w:t>vt 0.640930 0.563776</w:t>
        <w:br/>
        <w:t>vt 0.647034 0.566110</w:t>
        <w:br/>
        <w:t>vt 0.644449 0.567166</w:t>
        <w:br/>
        <w:t>vt 0.650697 0.601022</w:t>
        <w:br/>
        <w:t>vt 0.648257 0.599734</w:t>
        <w:br/>
        <w:t>vt 0.626688 0.566655</w:t>
        <w:br/>
        <w:t>vt 0.629325 0.567591</w:t>
        <w:br/>
        <w:t>vt 0.628520 0.572364</w:t>
        <w:br/>
        <w:t>vt 0.625805 0.573066</w:t>
        <w:br/>
        <w:t>vt 0.644874 0.600805</w:t>
        <w:br/>
        <w:t>vt 0.643866 0.603458</w:t>
        <w:br/>
        <w:t>vt 0.650697 0.601022</w:t>
        <w:br/>
        <w:t>vt 0.643866 0.603458</w:t>
        <w:br/>
        <w:t>vt 0.644874 0.600805</w:t>
        <w:br/>
        <w:t>vt 0.648257 0.599734</w:t>
        <w:br/>
        <w:t>vt 0.644874 0.600805</w:t>
        <w:br/>
        <w:t>vt 0.628520 0.572364</w:t>
        <w:br/>
        <w:t>vt 0.644449 0.567166</w:t>
        <w:br/>
        <w:t>vt 0.648257 0.599734</w:t>
        <w:br/>
        <w:t>vt 0.629325 0.567591</w:t>
        <w:br/>
        <w:t>vt 0.640930 0.563776</w:t>
        <w:br/>
        <w:t>vt 0.631205 0.564647</w:t>
        <w:br/>
        <w:t>vt 0.637638 0.562541</w:t>
        <w:br/>
        <w:t>vt 0.634190 0.562885</w:t>
        <w:br/>
        <w:t>vt 0.485102 0.177549</w:t>
        <w:br/>
        <w:t>vt 0.475045 0.166679</w:t>
        <w:br/>
        <w:t>vt 0.477168 0.162398</w:t>
        <w:br/>
        <w:t>vt 0.488470 0.174329</w:t>
        <w:br/>
        <w:t>vt 0.508452 0.206882</w:t>
        <w:br/>
        <w:t>vt 0.511166 0.202904</w:t>
        <w:br/>
        <w:t>vt 0.526248 0.217094</w:t>
        <w:br/>
        <w:t>vt 0.523498 0.221033</w:t>
        <w:br/>
        <w:t>vt 0.496018 0.192255</w:t>
        <w:br/>
        <w:t>vt 0.499024 0.188458</w:t>
        <w:br/>
        <w:t>vt 0.523038 0.088472</w:t>
        <w:br/>
        <w:t>vt 0.529168 0.090923</w:t>
        <w:br/>
        <w:t>vt 0.525300 0.093494</w:t>
        <w:br/>
        <w:t>vt 0.518759 0.090594</w:t>
        <w:br/>
        <w:t>vt 0.530859 0.098399</w:t>
        <w:br/>
        <w:t>vt 0.534069 0.094989</w:t>
        <w:br/>
        <w:t>vt 0.534507 0.103439</w:t>
        <w:br/>
        <w:t>vt 0.537267 0.099762</w:t>
        <w:br/>
        <w:t>vt 0.540168 0.105212</w:t>
        <w:br/>
        <w:t>vt 0.536837 0.109086</w:t>
        <w:br/>
        <w:t>vt 0.565802 0.239794</w:t>
        <w:br/>
        <w:t>vt 0.586931 0.246144</w:t>
        <w:br/>
        <w:t>vt 0.584771 0.250333</w:t>
        <w:br/>
        <w:t>vt 0.563045 0.243820</w:t>
        <w:br/>
        <w:t>vt 0.615011 0.245975</w:t>
        <w:br/>
        <w:t>vt 0.619831 0.250797</w:t>
        <w:br/>
        <w:t>vt 0.603827 0.252049</w:t>
        <w:br/>
        <w:t>vt 0.604188 0.247261</w:t>
        <w:br/>
        <w:t>vt 0.614477 0.228536</w:t>
        <w:br/>
        <w:t>vt 0.619928 0.229985</w:t>
        <w:br/>
        <w:t>vt 0.541824 0.233717</w:t>
        <w:br/>
        <w:t>vt 0.544520 0.229606</w:t>
        <w:br/>
        <w:t>vt 0.548060 0.113352</w:t>
        <w:br/>
        <w:t>vt 0.551417 0.110411</w:t>
        <w:br/>
        <w:t>vt 0.557403 0.114566</w:t>
        <w:br/>
        <w:t>vt 0.553924 0.117322</w:t>
        <w:br/>
        <w:t>vt 0.558464 0.122692</w:t>
        <w:br/>
        <w:t>vt 0.562169 0.119990</w:t>
        <w:br/>
        <w:t>vt 0.565997 0.128008</w:t>
        <w:br/>
        <w:t>vt 0.562120 0.130264</w:t>
        <w:br/>
        <w:t>vt 0.573973 0.149068</w:t>
        <w:br/>
        <w:t>vt 0.564999 0.141488</w:t>
        <w:br/>
        <w:t>vt 0.570091 0.139638</w:t>
        <w:br/>
        <w:t>vt 0.577864 0.146628</w:t>
        <w:br/>
        <w:t>vt 0.597033 0.173374</w:t>
        <w:br/>
        <w:t>vt 0.582557 0.156942</w:t>
        <w:br/>
        <w:t>vt 0.586816 0.154910</w:t>
        <w:br/>
        <w:t>vt 0.601347 0.172021</w:t>
        <w:br/>
        <w:t>vt 0.605813 0.190476</w:t>
        <w:br/>
        <w:t>vt 0.611145 0.189877</w:t>
        <w:br/>
        <w:t>vt 0.611303 0.208933</w:t>
        <w:br/>
        <w:t>vt 0.616393 0.209058</w:t>
        <w:br/>
        <w:t>vt 0.483228 0.179274</w:t>
        <w:br/>
        <w:t>vt 0.472964 0.167649</w:t>
        <w:br/>
        <w:t>vt 0.475045 0.166679</w:t>
        <w:br/>
        <w:t>vt 0.485102 0.177549</w:t>
        <w:br/>
        <w:t>vt 0.475045 0.166679</w:t>
        <w:br/>
        <w:t>vt 0.472964 0.167649</w:t>
        <w:br/>
        <w:t>vt 0.474476 0.162501</w:t>
        <w:br/>
        <w:t>vt 0.477168 0.162398</w:t>
        <w:br/>
        <w:t>vt 0.521966 0.223018</w:t>
        <w:br/>
        <w:t>vt 0.506683 0.208647</w:t>
        <w:br/>
        <w:t>vt 0.508452 0.206882</w:t>
        <w:br/>
        <w:t>vt 0.523498 0.221033</w:t>
        <w:br/>
        <w:t>vt 0.494116 0.193885</w:t>
        <w:br/>
        <w:t>vt 0.496018 0.192255</w:t>
        <w:br/>
        <w:t>vt 0.524169 0.086450</w:t>
        <w:br/>
        <w:t>vt 0.530658 0.088958</w:t>
        <w:br/>
        <w:t>vt 0.529168 0.090923</w:t>
        <w:br/>
        <w:t>vt 0.523038 0.088472</w:t>
        <w:br/>
        <w:t>vt 0.535915 0.093384</w:t>
        <w:br/>
        <w:t>vt 0.534069 0.094989</w:t>
        <w:br/>
        <w:t>vt 0.537267 0.099762</w:t>
        <w:br/>
        <w:t>vt 0.539329 0.098323</w:t>
        <w:br/>
        <w:t>vt 0.542003 0.103369</w:t>
        <w:br/>
        <w:t>vt 0.540168 0.105212</w:t>
        <w:br/>
        <w:t>vt 0.584384 0.252830</w:t>
        <w:br/>
        <w:t>vt 0.562262 0.245748</w:t>
        <w:br/>
        <w:t>vt 0.563045 0.243820</w:t>
        <w:br/>
        <w:t>vt 0.584771 0.250333</w:t>
        <w:br/>
        <w:t>vt 0.603986 0.254159</w:t>
        <w:br/>
        <w:t>vt 0.603827 0.252049</w:t>
        <w:br/>
        <w:t>vt 0.619831 0.250797</w:t>
        <w:br/>
        <w:t>vt 0.621384 0.252239</w:t>
        <w:br/>
        <w:t>vt 0.622478 0.229916</w:t>
        <w:br/>
        <w:t>vt 0.621384 0.252239</w:t>
        <w:br/>
        <w:t>vt 0.619831 0.250797</w:t>
        <w:br/>
        <w:t>vt 0.619928 0.229985</w:t>
        <w:br/>
        <w:t>vt 0.540590 0.235632</w:t>
        <w:br/>
        <w:t>vt 0.541824 0.233717</w:t>
        <w:br/>
        <w:t>vt 0.552817 0.108393</w:t>
        <w:br/>
        <w:t>vt 0.551417 0.110411</w:t>
        <w:br/>
        <w:t>vt 0.559140 0.112801</w:t>
        <w:br/>
        <w:t>vt 0.557403 0.114566</w:t>
        <w:br/>
        <w:t>vt 0.562169 0.119990</w:t>
        <w:br/>
        <w:t>vt 0.564257 0.118648</w:t>
        <w:br/>
        <w:t>vt 0.568310 0.127046</w:t>
        <w:br/>
        <w:t>vt 0.565997 0.128008</w:t>
        <w:br/>
        <w:t>vt 0.572303 0.138335</w:t>
        <w:br/>
        <w:t>vt 0.580578 0.145710</w:t>
        <w:br/>
        <w:t>vt 0.577864 0.146628</w:t>
        <w:br/>
        <w:t>vt 0.570091 0.139638</w:t>
        <w:br/>
        <w:t>vt 0.586816 0.154910</w:t>
        <w:br/>
        <w:t>vt 0.589155 0.152864</w:t>
        <w:br/>
        <w:t>vt 0.603387 0.170632</w:t>
        <w:br/>
        <w:t>vt 0.601347 0.172021</w:t>
        <w:br/>
        <w:t>vt 0.613462 0.188946</w:t>
        <w:br/>
        <w:t>vt 0.611145 0.189877</w:t>
        <w:br/>
        <w:t>vt 0.618860 0.208540</w:t>
        <w:br/>
        <w:t>vt 0.616393 0.209058</w:t>
        <w:br/>
        <w:t>vt 0.474492 0.103997</w:t>
        <w:br/>
        <w:t>vt 0.464146 0.110837</w:t>
        <w:br/>
        <w:t>vt 0.474072 0.089104</w:t>
        <w:br/>
        <w:t>vt 0.477242 0.089301</w:t>
        <w:br/>
        <w:t>vt 0.475204 0.075229</w:t>
        <w:br/>
        <w:t>vt 0.477483 0.075119</w:t>
        <w:br/>
        <w:t>vt 0.520978 0.078324</w:t>
        <w:br/>
        <w:t>vt 0.520582 0.085606</w:t>
        <w:br/>
        <w:t>vt 0.518446 0.086920</w:t>
        <w:br/>
        <w:t>vt 0.518607 0.078257</w:t>
        <w:br/>
        <w:t>vt 0.521122 0.070884</w:t>
        <w:br/>
        <w:t>vt 0.518636 0.071298</w:t>
        <w:br/>
        <w:t>vt 0.475198 0.061770</w:t>
        <w:br/>
        <w:t>vt 0.477336 0.061207</w:t>
        <w:br/>
        <w:t>vt 0.475133 0.047605</w:t>
        <w:br/>
        <w:t>vt 0.477386 0.047642</w:t>
        <w:br/>
        <w:t>vt 0.515097 0.057220</w:t>
        <w:br/>
        <w:t>vt 0.517443 0.055790</w:t>
        <w:br/>
        <w:t>vt 0.520221 0.063361</w:t>
        <w:br/>
        <w:t>vt 0.517694 0.064085</w:t>
        <w:br/>
        <w:t>vt 0.506756 0.043191</w:t>
        <w:br/>
        <w:t>vt 0.513042 0.049048</w:t>
        <w:br/>
        <w:t>vt 0.511088 0.050424</w:t>
        <w:br/>
        <w:t>vt 0.504779 0.044789</w:t>
        <w:br/>
        <w:t>vt 0.501321 0.030485</w:t>
        <w:br/>
        <w:t>vt 0.503978 0.029963</w:t>
        <w:br/>
        <w:t>vt 0.504816 0.038757</w:t>
        <w:br/>
        <w:t>vt 0.502304 0.039602</w:t>
        <w:br/>
        <w:t>vt 0.477901 0.033499</w:t>
        <w:br/>
        <w:t>vt 0.475528 0.033580</w:t>
        <w:br/>
        <w:t>vt 0.477211 0.019146</w:t>
        <w:br/>
        <w:t>vt 0.479883 0.019216</w:t>
        <w:br/>
        <w:t>vt 0.499796 0.026226</w:t>
        <w:br/>
        <w:t>vt 0.502065 0.024748</w:t>
        <w:br/>
        <w:t>vt 0.480912 0.004541</w:t>
        <w:br/>
        <w:t>vt 0.482854 0.006074</w:t>
        <w:br/>
        <w:t>vt 0.487991 0.002531</w:t>
        <w:br/>
        <w:t>vt 0.487164 0.004466</w:t>
        <w:br/>
        <w:t>vt 0.485652 0.004046</w:t>
        <w:br/>
        <w:t>vt 0.485661 0.001832</w:t>
        <w:br/>
        <w:t>vt 0.495063 0.014040</w:t>
        <w:br/>
        <w:t>vt 0.499143 0.020260</w:t>
        <w:br/>
        <w:t>vt 0.496898 0.021838</w:t>
        <w:br/>
        <w:t>vt 0.492819 0.015249</w:t>
        <w:br/>
        <w:t>vt 0.488677 0.004887</w:t>
        <w:br/>
        <w:t>vt 0.490321 0.003230</w:t>
        <w:br/>
        <w:t>vt 0.484253 0.005060</w:t>
        <w:br/>
        <w:t>vt 0.483286 0.003187</w:t>
        <w:br/>
        <w:t>vt 0.518446 0.086920</w:t>
        <w:br/>
        <w:t>vt 0.514065 0.090902</w:t>
        <w:br/>
        <w:t>vt 0.518446 0.086920</w:t>
        <w:br/>
        <w:t>vt 0.520582 0.085606</w:t>
        <w:br/>
        <w:t>vt 0.296290 0.943836</w:t>
        <w:br/>
        <w:t>vt 0.294160 0.937512</w:t>
        <w:br/>
        <w:t>vt 0.304723 0.937512</w:t>
        <w:br/>
        <w:t>vt 0.305713 0.943836</w:t>
        <w:br/>
        <w:t>vt 0.288717 0.943836</w:t>
        <w:br/>
        <w:t>vt 0.287507 0.949298</w:t>
        <w:br/>
        <w:t>vt 0.279872 0.951186</w:t>
        <w:br/>
        <w:t>vt 0.282234 0.937512</w:t>
        <w:br/>
        <w:t>vt 0.293341 0.949969</w:t>
        <w:br/>
        <w:t>vt 0.293274 0.951924</w:t>
        <w:br/>
        <w:t>vt 0.287507 0.949298</w:t>
        <w:br/>
        <w:t>vt 0.288717 0.943836</w:t>
        <w:br/>
        <w:t>vt 0.298443 0.949969</w:t>
        <w:br/>
        <w:t>vt 0.299478 0.966069</w:t>
        <w:br/>
        <w:t>vt 0.293274 0.951924</w:t>
        <w:br/>
        <w:t>vt 0.304906 0.963326</w:t>
        <w:br/>
        <w:t>vt 0.316070 0.977045</w:t>
        <w:br/>
        <w:t>vt 0.312257 0.984466</w:t>
        <w:br/>
        <w:t>vt 0.326397 0.977045</w:t>
        <w:br/>
        <w:t>vt 0.320378 0.984466</w:t>
        <w:br/>
        <w:t>vt 0.298014 0.977045</w:t>
        <w:br/>
        <w:t>vt 0.305211 0.984466</w:t>
        <w:br/>
        <w:t>vt 0.287669 0.984466</w:t>
        <w:br/>
        <w:t>vt 0.290577 0.977045</w:t>
        <w:br/>
        <w:t>vt 0.305211 0.984466</w:t>
        <w:br/>
        <w:t>vt 0.294478 0.965880</w:t>
        <w:br/>
        <w:t>vt 0.299478 0.966069</w:t>
        <w:br/>
        <w:t>vt 0.312257 0.984466</w:t>
        <w:br/>
        <w:t>vt 0.289359 0.968265</w:t>
        <w:br/>
        <w:t>vt 0.275848 0.956347</w:t>
        <w:br/>
        <w:t>vt 0.294478 0.965880</w:t>
        <w:br/>
        <w:t>vt 0.298014 0.977045</w:t>
        <w:br/>
        <w:t>vt 0.305211 0.984466</w:t>
        <w:br/>
        <w:t>vt 0.268201 0.984466</w:t>
        <w:br/>
        <w:t>vt 0.264240 0.977045</w:t>
        <w:br/>
        <w:t>vt 0.277518 0.977045</w:t>
        <w:br/>
        <w:t>vt 0.278215 0.984466</w:t>
        <w:br/>
        <w:t>vt 0.299687 0.992276</w:t>
        <w:br/>
        <w:t>vt 0.287767 0.992276</w:t>
        <w:br/>
        <w:t>vt 0.288318 0.997115</w:t>
        <w:br/>
        <w:t>vt 0.287767 0.992276</w:t>
        <w:br/>
        <w:t>vt 0.299687 0.992276</w:t>
        <w:br/>
        <w:t>vt 0.299920 0.997115</w:t>
        <w:br/>
        <w:t>vt 0.278418 0.992276</w:t>
        <w:br/>
        <w:t>vt 0.278663 0.997115</w:t>
        <w:br/>
        <w:t>vt 0.268719 0.997115</w:t>
        <w:br/>
        <w:t>vt 0.268484 0.992276</w:t>
        <w:br/>
        <w:t>vt 0.268484 0.992276</w:t>
        <w:br/>
        <w:t>vt 0.268201 0.984466</w:t>
        <w:br/>
        <w:t>vt 0.278215 0.984466</w:t>
        <w:br/>
        <w:t>vt 0.278418 0.992276</w:t>
        <w:br/>
        <w:t>vt 0.312207 0.992276</w:t>
        <w:br/>
        <w:t>vt 0.311831 0.997115</w:t>
        <w:br/>
        <w:t>vt 0.340099 0.992276</w:t>
        <w:br/>
        <w:t>vt 0.329795 0.992276</w:t>
        <w:br/>
        <w:t>vt 0.331392 0.984466</w:t>
        <w:br/>
        <w:t>vt 0.341355 0.984466</w:t>
        <w:br/>
        <w:t>vt 0.336576 0.977045</w:t>
        <w:br/>
        <w:t>vt 0.346889 0.977045</w:t>
        <w:br/>
        <w:t>vt 0.341355 0.984466</w:t>
        <w:br/>
        <w:t>vt 0.331392 0.984466</w:t>
        <w:br/>
        <w:t>vt 0.346889 0.977045</w:t>
        <w:br/>
        <w:t>vt 0.336576 0.977045</w:t>
        <w:br/>
        <w:t>vt 0.337534 0.949969</w:t>
        <w:br/>
        <w:t>vt 0.349026 0.949969</w:t>
        <w:br/>
        <w:t>vt 0.304906 0.963326</w:t>
        <w:br/>
        <w:t>vt 0.304360 0.949969</w:t>
        <w:br/>
        <w:t>vt 0.314146 0.949969</w:t>
        <w:br/>
        <w:t>vt 0.316070 0.977045</w:t>
        <w:br/>
        <w:t>vt 0.357085 0.977045</w:t>
        <w:br/>
        <w:t>vt 0.367588 0.977045</w:t>
        <w:br/>
        <w:t>vt 0.362728 0.984466</w:t>
        <w:br/>
        <w:t>vt 0.351968 0.984466</w:t>
        <w:br/>
        <w:t>vt 0.361608 0.992276</w:t>
        <w:br/>
        <w:t>vt 0.350696 0.992276</w:t>
        <w:br/>
        <w:t>vt 0.351968 0.984466</w:t>
        <w:br/>
        <w:t>vt 0.362728 0.984466</w:t>
        <w:br/>
        <w:t>vt 0.350979 0.997115</w:t>
        <w:br/>
        <w:t>vt 0.350696 0.992276</w:t>
        <w:br/>
        <w:t>vt 0.361608 0.992276</w:t>
        <w:br/>
        <w:t>vt 0.361841 0.997115</w:t>
        <w:br/>
        <w:t>vt 0.373381 0.997115</w:t>
        <w:br/>
        <w:t>vt 0.373254 0.992276</w:t>
        <w:br/>
        <w:t>vt 0.386234 0.992276</w:t>
        <w:br/>
        <w:t>vt 0.385897 0.997115</w:t>
        <w:br/>
        <w:t>vt 0.340099 0.992276</w:t>
        <w:br/>
        <w:t>vt 0.340450 0.997115</w:t>
        <w:br/>
        <w:t>vt 0.330233 0.997115</w:t>
        <w:br/>
        <w:t>vt 0.329795 0.992276</w:t>
        <w:br/>
        <w:t>vt 0.373697 0.984466</w:t>
        <w:br/>
        <w:t>vt 0.385570 0.984466</w:t>
        <w:br/>
        <w:t>vt 0.386234 0.992276</w:t>
        <w:br/>
        <w:t>vt 0.373254 0.992276</w:t>
        <w:br/>
        <w:t>vt 0.137791 0.984466</w:t>
        <w:br/>
        <w:t>vt 0.138805 0.992276</w:t>
        <w:br/>
        <w:t>vt 0.126449 0.992276</w:t>
        <w:br/>
        <w:t>vt 0.126230 0.984466</w:t>
        <w:br/>
        <w:t>vt 0.132517 0.976707</w:t>
        <w:br/>
        <w:t>vt 0.137791 0.984466</w:t>
        <w:br/>
        <w:t>vt 0.126230 0.984466</w:t>
        <w:br/>
        <w:t>vt 0.373697 0.984466</w:t>
        <w:br/>
        <w:t>vt 0.383151 0.977045</w:t>
        <w:br/>
        <w:t>vt 0.385570 0.984466</w:t>
        <w:br/>
        <w:t>vt 0.304360 0.949969</w:t>
        <w:br/>
        <w:t>vt 0.296290 0.943836</w:t>
        <w:br/>
        <w:t>vt 0.305713 0.943836</w:t>
        <w:br/>
        <w:t>vt 0.316407 0.943836</w:t>
        <w:br/>
        <w:t>vt 0.337451 0.943836</w:t>
        <w:br/>
        <w:t>vt 0.347748 0.943836</w:t>
        <w:br/>
        <w:t>vt 0.360011 0.949969</w:t>
        <w:br/>
        <w:t>vt 0.357156 0.943836</w:t>
        <w:br/>
        <w:t>vt 0.366375 0.943836</w:t>
        <w:br/>
        <w:t>vt 0.370548 0.949969</w:t>
        <w:br/>
        <w:t>vt 0.366375 0.943836</w:t>
        <w:br/>
        <w:t>vt 0.357156 0.943836</w:t>
        <w:br/>
        <w:t>vt 0.358086 0.937512</w:t>
        <w:br/>
        <w:t>vt 0.367087 0.937512</w:t>
        <w:br/>
        <w:t>vt 0.376293 0.937512</w:t>
        <w:br/>
        <w:t>vt 0.387206 0.937512</w:t>
        <w:br/>
        <w:t>vt 0.386697 0.943836</w:t>
        <w:br/>
        <w:t>vt 0.375770 0.943836</w:t>
        <w:br/>
        <w:t>vt 0.376293 0.937512</w:t>
        <w:br/>
        <w:t>vt 0.371795 0.931871</w:t>
        <w:br/>
        <w:t>vt 0.386363 0.931871</w:t>
        <w:br/>
        <w:t>vt 0.387206 0.937512</w:t>
        <w:br/>
        <w:t>vt 0.358506 0.931871</w:t>
        <w:br/>
        <w:t>vt 0.122471 0.943836</w:t>
        <w:br/>
        <w:t>vt 0.121503 0.937512</w:t>
        <w:br/>
        <w:t>vt 0.131629 0.937512</w:t>
        <w:br/>
        <w:t>vt 0.132785 0.943836</w:t>
        <w:br/>
        <w:t>vt 0.125760 0.931871</w:t>
        <w:br/>
        <w:t>vt 0.141488 0.937512</w:t>
        <w:br/>
        <w:t>vt 0.142788 0.943836</w:t>
        <w:br/>
        <w:t>vt 0.140864 0.928291</w:t>
        <w:br/>
        <w:t>vt 0.375770 0.943836</w:t>
        <w:br/>
        <w:t>vt 0.386697 0.943836</w:t>
        <w:br/>
        <w:t>vt 0.385061 0.949969</w:t>
        <w:br/>
        <w:t>vt 0.128885 0.949969</w:t>
        <w:br/>
        <w:t>vt 0.122471 0.943836</w:t>
        <w:br/>
        <w:t>vt 0.132785 0.943836</w:t>
        <w:br/>
        <w:t>vt 0.338604 0.937512</w:t>
        <w:br/>
        <w:t>vt 0.348930 0.937512</w:t>
        <w:br/>
        <w:t>vt 0.316371 0.937512</w:t>
        <w:br/>
        <w:t>vt 0.316407 0.943836</w:t>
        <w:br/>
        <w:t>vt 0.308414 0.928291</w:t>
        <w:br/>
        <w:t>vt 0.322786 0.928291</w:t>
        <w:br/>
        <w:t>vt 0.316371 0.937512</w:t>
        <w:br/>
        <w:t>vt 0.336335 0.931871</w:t>
        <w:br/>
        <w:t>vt 0.349526 0.931871</w:t>
        <w:br/>
        <w:t>vt 0.281631 0.928291</w:t>
        <w:br/>
        <w:t>vt 0.282234 0.937512</w:t>
        <w:br/>
        <w:t>vt 0.264618 0.935524</w:t>
        <w:br/>
        <w:t>vt 0.264790 0.928291</w:t>
        <w:br/>
        <w:t>vt 0.295519 0.928291</w:t>
        <w:br/>
        <w:t>vt 0.264427 0.941995</w:t>
        <w:br/>
        <w:t>vt 0.264618 0.935524</w:t>
        <w:br/>
        <w:t>vt 0.239481 0.935445</w:t>
        <w:br/>
        <w:t>vt 0.221679 0.937512</w:t>
        <w:br/>
        <w:t>vt 0.223387 0.928291</w:t>
        <w:br/>
        <w:t>vt 0.238224 0.928291</w:t>
        <w:br/>
        <w:t>vt 0.221679 0.937512</w:t>
        <w:br/>
        <w:t>vt 0.239481 0.935445</w:t>
        <w:br/>
        <w:t>vt 0.239676 0.941991</w:t>
        <w:br/>
        <w:t>vt 0.224019 0.951149</w:t>
        <w:br/>
        <w:t>vt 0.215125 0.943836</w:t>
        <w:br/>
        <w:t>vt 0.216377 0.949809</w:t>
        <w:br/>
        <w:t>vt 0.210637 0.949969</w:t>
        <w:br/>
        <w:t>vt 0.207352 0.943836</w:t>
        <w:br/>
        <w:t>vt 0.215125 0.943836</w:t>
        <w:br/>
        <w:t>vt 0.188208 0.949969</w:t>
        <w:br/>
        <w:t>vt 0.187139 0.943836</w:t>
        <w:br/>
        <w:t>vt 0.198097 0.943836</w:t>
        <w:br/>
        <w:t>vt 0.199993 0.949969</w:t>
        <w:br/>
        <w:t>vt 0.164812 0.943836</w:t>
        <w:br/>
        <w:t>vt 0.176078 0.943836</w:t>
        <w:br/>
        <w:t>vt 0.175972 0.949969</w:t>
        <w:br/>
        <w:t>vt 0.163877 0.949969</w:t>
        <w:br/>
        <w:t>vt 0.165394 0.977045</w:t>
        <w:br/>
        <w:t>vt 0.176180 0.977045</w:t>
        <w:br/>
        <w:t>vt 0.188208 0.949969</w:t>
        <w:br/>
        <w:t>vt 0.199993 0.949969</w:t>
        <w:br/>
        <w:t>vt 0.198630 0.963591</w:t>
        <w:br/>
        <w:t>vt 0.186988 0.977045</w:t>
        <w:br/>
        <w:t>vt 0.198097 0.943836</w:t>
        <w:br/>
        <w:t>vt 0.187139 0.943836</w:t>
        <w:br/>
        <w:t>vt 0.187401 0.937512</w:t>
        <w:br/>
        <w:t>vt 0.199328 0.937512</w:t>
        <w:br/>
        <w:t>vt 0.194077 0.928291</w:t>
        <w:br/>
        <w:t>vt 0.207352 0.943836</w:t>
        <w:br/>
        <w:t>vt 0.209850 0.937512</w:t>
        <w:br/>
        <w:t>vt 0.209850 0.937512</w:t>
        <w:br/>
        <w:t>vt 0.208388 0.928291</w:t>
        <w:br/>
        <w:t>vt 0.175556 0.937512</w:t>
        <w:br/>
        <w:t>vt 0.176078 0.943836</w:t>
        <w:br/>
        <w:t>vt 0.164812 0.943836</w:t>
        <w:br/>
        <w:t>vt 0.163986 0.937512</w:t>
        <w:br/>
        <w:t>vt 0.216377 0.949809</w:t>
        <w:br/>
        <w:t>vt 0.210585 0.951809</w:t>
        <w:br/>
        <w:t>vt 0.210637 0.949969</w:t>
        <w:br/>
        <w:t>vt 0.215125 0.943836</w:t>
        <w:br/>
        <w:t>vt 0.204150 0.966613</w:t>
        <w:br/>
        <w:t>vt 0.198630 0.963591</w:t>
        <w:br/>
        <w:t>vt 0.209256 0.966250</w:t>
        <w:br/>
        <w:t>vt 0.204150 0.966613</w:t>
        <w:br/>
        <w:t>vt 0.186988 0.977045</w:t>
        <w:br/>
        <w:t>vt 0.190857 0.984466</w:t>
        <w:br/>
        <w:t>vt 0.199141 0.984466</w:t>
        <w:br/>
        <w:t>vt 0.190857 0.984466</w:t>
        <w:br/>
        <w:t>vt 0.210585 0.951809</w:t>
        <w:br/>
        <w:t>vt 0.240822 0.948243</w:t>
        <w:br/>
        <w:t>vt 0.228111 0.956237</w:t>
        <w:br/>
        <w:t>vt 0.214475 0.968425</w:t>
        <w:br/>
        <w:t>vt 0.209256 0.966250</w:t>
        <w:br/>
        <w:t>vt 0.206052 0.977045</w:t>
        <w:br/>
        <w:t>vt 0.199141 0.984466</w:t>
        <w:br/>
        <w:t>vt 0.206541 0.984466</w:t>
        <w:br/>
        <w:t>vt 0.199141 0.984466</w:t>
        <w:br/>
        <w:t>vt 0.206052 0.977045</w:t>
        <w:br/>
        <w:t>vt 0.213228 0.977045</w:t>
        <w:br/>
        <w:t>vt 0.223116 0.977045</w:t>
        <w:br/>
        <w:t>vt 0.239727 0.977045</w:t>
        <w:br/>
        <w:t>vt 0.235861 0.984466</w:t>
        <w:br/>
        <w:t>vt 0.225584 0.984466</w:t>
        <w:br/>
        <w:t>vt 0.216263 0.984466</w:t>
        <w:br/>
        <w:t>vt 0.243800 0.984466</w:t>
        <w:br/>
        <w:t>vt 0.235861 0.984466</w:t>
        <w:br/>
        <w:t>vt 0.243800 0.984466</w:t>
        <w:br/>
        <w:t>vt 0.243836 0.992276</w:t>
        <w:br/>
        <w:t>vt 0.235650 0.992276</w:t>
        <w:br/>
        <w:t>vt 0.225584 0.984466</w:t>
        <w:br/>
        <w:t>vt 0.225436 0.992276</w:t>
        <w:br/>
        <w:t>vt 0.225436 0.992276</w:t>
        <w:br/>
        <w:t>vt 0.235650 0.992276</w:t>
        <w:br/>
        <w:t>vt 0.235485 0.997115</w:t>
        <w:br/>
        <w:t>vt 0.225256 0.997115</w:t>
        <w:br/>
        <w:t>vt 0.243836 0.992276</w:t>
        <w:br/>
        <w:t>vt 0.243824 0.997115</w:t>
        <w:br/>
        <w:t>vt 0.260437 0.992276</w:t>
        <w:br/>
        <w:t>vt 0.260239 0.984466</w:t>
        <w:br/>
        <w:t>vt 0.260239 0.984466</w:t>
        <w:br/>
        <w:t>vt 0.172416 0.992276</w:t>
        <w:br/>
        <w:t>vt 0.183573 0.992276</w:t>
        <w:br/>
        <w:t>vt 0.183171 0.997115</w:t>
        <w:br/>
        <w:t>vt 0.172005 0.997115</w:t>
        <w:br/>
        <w:t>vt 0.149739 0.997115</w:t>
        <w:br/>
        <w:t>vt 0.138515 0.997115</w:t>
        <w:br/>
        <w:t>vt 0.138805 0.992276</w:t>
        <w:br/>
        <w:t>vt 0.150019 0.992276</w:t>
        <w:br/>
        <w:t>vt 0.172416 0.992276</w:t>
        <w:br/>
        <w:t>vt 0.170641 0.984466</w:t>
        <w:br/>
        <w:t>vt 0.182329 0.984466</w:t>
        <w:br/>
        <w:t>vt 0.183573 0.992276</w:t>
        <w:br/>
        <w:t>vt 0.195052 0.992276</w:t>
        <w:br/>
        <w:t>vt 0.194425 0.997115</w:t>
        <w:br/>
        <w:t>vt 0.263228 0.948346</w:t>
        <w:br/>
        <w:t>vt 0.126286 0.997115</w:t>
        <w:br/>
        <w:t>vt 0.126449 0.992276</w:t>
        <w:br/>
        <w:t>vt 0.383181 0.965068</w:t>
        <w:br/>
        <w:t>vt 0.368675 0.965320</w:t>
        <w:br/>
        <w:t>vt 0.370548 0.949969</w:t>
        <w:br/>
        <w:t>vt 0.385061 0.949969</w:t>
        <w:br/>
        <w:t>vt 0.143556 0.977045</w:t>
        <w:br/>
        <w:t>vt 0.170641 0.984466</w:t>
        <w:br/>
        <w:t>vt 0.165394 0.977045</w:t>
        <w:br/>
        <w:t>vt 0.176180 0.977045</w:t>
        <w:br/>
        <w:t>vt 0.182329 0.984466</w:t>
        <w:br/>
        <w:t>vt 0.260565 0.997115</w:t>
        <w:br/>
        <w:t>vt 0.260437 0.992276</w:t>
        <w:br/>
        <w:t>vt 0.215346 0.997115</w:t>
        <w:br/>
        <w:t>vt 0.215819 0.992276</w:t>
        <w:br/>
        <w:t>vt 0.216263 0.984466</w:t>
        <w:br/>
        <w:t>vt 0.215819 0.992276</w:t>
        <w:br/>
        <w:t>vt 0.180530 0.928291</w:t>
        <w:br/>
        <w:t>vt 0.166007 0.928291</w:t>
        <w:br/>
        <w:t>vt 0.140082 0.949969</w:t>
        <w:br/>
        <w:t>vt 0.142788 0.943836</w:t>
        <w:br/>
        <w:t>vt 0.195052 0.992276</w:t>
        <w:br/>
        <w:t>vt 0.148780 0.984466</w:t>
        <w:br/>
        <w:t>vt 0.150019 0.992276</w:t>
        <w:br/>
        <w:t>vt 0.714461 0.628205</w:t>
        <w:br/>
        <w:t>vt 0.737687 0.651967</w:t>
        <w:br/>
        <w:t>vt 0.737616 0.655979</w:t>
        <w:br/>
        <w:t>vt 0.161595 0.992276</w:t>
        <w:br/>
        <w:t>vt 0.161176 0.997115</w:t>
        <w:br/>
        <w:t>vt 0.161595 0.992276</w:t>
        <w:br/>
        <w:t>vt 0.160210 0.984466</w:t>
        <w:br/>
        <w:t>vt 0.160210 0.984466</w:t>
        <w:br/>
        <w:t>vt 0.154260 0.977045</w:t>
        <w:br/>
        <w:t>vt 0.154260 0.977045</w:t>
        <w:br/>
        <w:t>vt 0.151490 0.949969</w:t>
        <w:br/>
        <w:t>vt 0.153647 0.943836</w:t>
        <w:br/>
        <w:t>vt 0.153647 0.943836</w:t>
        <w:br/>
        <w:t>vt 0.152426 0.937512</w:t>
        <w:br/>
        <w:t>vt 0.151827 0.928291</w:t>
        <w:br/>
        <w:t>vt 0.143556 0.977045</w:t>
        <w:br/>
        <w:t>vt 0.140082 0.949969</w:t>
        <w:br/>
        <w:t>vt 0.148780 0.984466</w:t>
        <w:br/>
        <w:t>vt 0.113848 0.997115</w:t>
        <w:br/>
        <w:t>vt 0.113589 0.992276</w:t>
        <w:br/>
        <w:t>vt 0.113589 0.992276</w:t>
        <w:br/>
        <w:t>vt 0.114512 0.984466</w:t>
        <w:br/>
        <w:t>vt 0.116861 0.977045</w:t>
        <w:br/>
        <w:t>vt 0.114035 0.949969</w:t>
        <w:br/>
        <w:t>vt 0.111484 0.943836</w:t>
        <w:br/>
        <w:t>vt 0.111484 0.943836</w:t>
        <w:br/>
        <w:t>vt 0.110504 0.937512</w:t>
        <w:br/>
        <w:t>vt 0.110825 0.931871</w:t>
        <w:br/>
        <w:t>vt 0.110504 0.937512</w:t>
        <w:br/>
        <w:t>vt 0.357085 0.977045</w:t>
        <w:br/>
        <w:t>vt 0.360011 0.949969</w:t>
        <w:br/>
        <w:t>vt 0.319864 0.997115</w:t>
        <w:br/>
        <w:t>vt 0.319275 0.992276</w:t>
        <w:br/>
        <w:t>vt 0.319275 0.992276</w:t>
        <w:br/>
        <w:t>vt 0.320378 0.984466</w:t>
        <w:br/>
        <w:t>vt 0.326397 0.977045</w:t>
        <w:br/>
        <w:t>vt 0.325863 0.949969</w:t>
        <w:br/>
        <w:t>vt 0.326998 0.943836</w:t>
        <w:br/>
        <w:t>vt 0.327924 0.937512</w:t>
        <w:br/>
        <w:t>vt 0.326998 0.943836</w:t>
        <w:br/>
        <w:t>vt 0.312207 0.992276</w:t>
        <w:br/>
        <w:t>vt 0.288717 0.943836</w:t>
        <w:br/>
        <w:t>vt 0.252221 0.997115</w:t>
        <w:br/>
        <w:t>vt 0.252161 0.992276</w:t>
        <w:br/>
        <w:t>vt 0.252161 0.992276</w:t>
        <w:br/>
        <w:t>vt 0.252032 0.984466</w:t>
        <w:br/>
        <w:t>vt 0.252045 0.977045</w:t>
        <w:br/>
        <w:t>vt 0.252032 0.984466</w:t>
        <w:br/>
        <w:t>vt 0.252101 0.944241</w:t>
        <w:br/>
        <w:t>vt 0.252158 0.937178</w:t>
        <w:br/>
        <w:t>vt 0.252122 0.934610</w:t>
        <w:br/>
        <w:t>vt 0.252122 0.934610</w:t>
        <w:br/>
        <w:t>vt 0.252124 0.928291</w:t>
        <w:br/>
        <w:t>vt 0.205592 0.997115</w:t>
        <w:br/>
        <w:t>vt 0.206305 0.992276</w:t>
        <w:br/>
        <w:t>vt 0.206541 0.984466</w:t>
        <w:br/>
        <w:t>vt 0.206305 0.992276</w:t>
        <w:br/>
        <w:t>vt 0.358850 0.928291</w:t>
        <w:br/>
        <w:t>vt 0.347315 0.928291</w:t>
        <w:br/>
        <w:t>vt 0.335636 0.928291</w:t>
        <w:br/>
        <w:t>vt 0.336335 0.931871</w:t>
        <w:br/>
        <w:t>vt 0.322786 0.928291</w:t>
        <w:br/>
        <w:t>vt 0.124884 0.928291</w:t>
        <w:br/>
        <w:t>vt 0.110546 0.928291</w:t>
        <w:br/>
        <w:t>vt 0.369793 0.928291</w:t>
        <w:br/>
        <w:t>vt 0.384505 0.928291</w:t>
        <w:br/>
        <w:t>vt 0.713836 0.664182</w:t>
        <w:br/>
        <w:t>vt 0.732228 0.664198</w:t>
        <w:br/>
        <w:t>vt 0.714016 0.698460</w:t>
        <w:br/>
        <w:t>vt 0.714075 0.638134</w:t>
        <w:br/>
        <w:t>vt 0.732228 0.664198</w:t>
        <w:br/>
        <w:t>vt 0.687626 0.665168</w:t>
        <w:br/>
        <w:t>vt 0.695916 0.663884</w:t>
        <w:br/>
        <w:t>vt 0.714016 0.698460</w:t>
        <w:br/>
        <w:t>vt 0.714222 0.705602</w:t>
        <w:br/>
        <w:t>vt 0.695719 0.648677</w:t>
        <w:br/>
        <w:t>vt 0.741013 0.665941</w:t>
        <w:br/>
        <w:t>vt 0.714222 0.705602</w:t>
        <w:br/>
        <w:t>vt 0.271421 0.922182</w:t>
        <w:br/>
        <w:t>vt 0.274996 0.913809</w:t>
        <w:br/>
        <w:t>vt 0.286546 0.921751</w:t>
        <w:br/>
        <w:t>vt 0.157298 0.921712</w:t>
        <w:br/>
        <w:t>vt 0.154934 0.913644</w:t>
        <w:br/>
        <w:t>vt 0.164440 0.913759</w:t>
        <w:br/>
        <w:t>vt 0.166995 0.921623</w:t>
        <w:br/>
        <w:t>vt 0.190395 0.913831</w:t>
        <w:br/>
        <w:t>vt 0.194076 0.921205</w:t>
        <w:br/>
        <w:t>vt 0.179380 0.921820</w:t>
        <w:br/>
        <w:t>vt 0.175887 0.913873</w:t>
        <w:br/>
        <w:t>vt 0.147821 0.920373</w:t>
        <w:br/>
        <w:t>vt 0.139966 0.920386</w:t>
        <w:br/>
        <w:t>vt 0.140292 0.913600</w:t>
        <w:br/>
        <w:t>vt 0.147859 0.913563</w:t>
        <w:br/>
        <w:t>vt 0.714075 0.638134</w:t>
        <w:br/>
        <w:t>vt 0.714461 0.628205</w:t>
        <w:br/>
        <w:t>vt 0.695323 0.644818</w:t>
        <w:br/>
        <w:t>vt 0.695719 0.648677</w:t>
        <w:br/>
        <w:t>vt 0.081852 0.396245</w:t>
        <w:br/>
        <w:t>vt 0.081852 0.399647</w:t>
        <w:br/>
        <w:t>vt 0.074160 0.400215</w:t>
        <w:br/>
        <w:t>vt 0.081852 0.389186</w:t>
        <w:br/>
        <w:t>vt 0.081852 0.393010</w:t>
        <w:br/>
        <w:t>vt 0.074160 0.392379</w:t>
        <w:br/>
        <w:t>vt 0.081852 0.402810</w:t>
        <w:br/>
        <w:t>vt 0.074160 0.405606</w:t>
        <w:br/>
        <w:t>vt 0.081852 0.413766</w:t>
        <w:br/>
        <w:t>vt 0.081852 0.417056</w:t>
        <w:br/>
        <w:t>vt 0.074160 0.416051</w:t>
        <w:br/>
        <w:t>vt 0.074160 0.423694</w:t>
        <w:br/>
        <w:t>vt 0.081852 0.420659</w:t>
        <w:br/>
        <w:t>vt 0.081852 0.424637</w:t>
        <w:br/>
        <w:t>vt 0.081852 0.407703</w:t>
        <w:br/>
        <w:t>vt 0.081852 0.410635</w:t>
        <w:br/>
        <w:t>vt 0.074160 0.410550</w:t>
        <w:br/>
        <w:t>vt 0.081852 0.377389</w:t>
        <w:br/>
        <w:t>vt 0.081852 0.381650</w:t>
        <w:br/>
        <w:t>vt 0.074160 0.382563</w:t>
        <w:br/>
        <w:t>vt 0.074160 0.370712</w:t>
        <w:br/>
        <w:t>vt 0.081852 0.360477</w:t>
        <w:br/>
        <w:t>vt 0.081852 0.363907</w:t>
        <w:br/>
        <w:t>vt 0.074160 0.362854</w:t>
        <w:br/>
        <w:t>vt 0.081852 0.353616</w:t>
        <w:br/>
        <w:t>vt 0.081852 0.356932</w:t>
        <w:br/>
        <w:t>vt 0.074160 0.353233</w:t>
        <w:br/>
        <w:t>vt 0.081852 0.350221</w:t>
        <w:br/>
        <w:t>vt 0.074160 0.346364</w:t>
        <w:br/>
        <w:t>vt 0.081852 0.346824</w:t>
        <w:br/>
        <w:t>vt 0.081852 0.343135</w:t>
        <w:br/>
        <w:t>vt 0.074160 0.340154</w:t>
        <w:br/>
        <w:t>vt 0.081852 0.385495</w:t>
        <w:br/>
        <w:t>vt 0.081852 0.335526</w:t>
        <w:br/>
        <w:t>vt 0.081852 0.339561</w:t>
        <w:br/>
        <w:t>vt 0.074160 0.332670</w:t>
        <w:br/>
        <w:t>vt 0.081852 0.331567</w:t>
        <w:br/>
        <w:t>vt 0.081852 0.404867</w:t>
        <w:br/>
        <w:t>vt 0.081852 0.373018</w:t>
        <w:br/>
        <w:t>vt 0.081852 0.368174</w:t>
        <w:br/>
        <w:t>vt 0.785998 0.594651</w:t>
        <w:br/>
        <w:t>vt 0.779017 0.603062</w:t>
        <w:br/>
        <w:t>vt 0.776050 0.597031</w:t>
        <w:br/>
        <w:t>vt 0.784186 0.587979</w:t>
        <w:br/>
        <w:t>vt 0.772664 0.613275</w:t>
        <w:br/>
        <w:t>vt 0.764443 0.622730</w:t>
        <w:br/>
        <w:t>vt 0.761664 0.617397</w:t>
        <w:br/>
        <w:t>vt 0.770247 0.604787</w:t>
        <w:br/>
        <w:t>vt 0.751843 0.627196</w:t>
        <w:br/>
        <w:t>vt 0.753434 0.632585</w:t>
        <w:br/>
        <w:t>vt 0.742578 0.639525</w:t>
        <w:br/>
        <w:t>vt 0.742341 0.634850</w:t>
        <w:br/>
        <w:t>vt 0.742578 0.639525</w:t>
        <w:br/>
        <w:t>vt 0.734481 0.644510</w:t>
        <w:br/>
        <w:t>vt 0.732428 0.642080</w:t>
        <w:br/>
        <w:t>vt 0.758009 0.612372</w:t>
        <w:br/>
        <w:t>vt 0.764771 0.602303</w:t>
        <w:br/>
        <w:t>vt 0.770247 0.604787</w:t>
        <w:br/>
        <w:t>vt 0.761664 0.617397</w:t>
        <w:br/>
        <w:t>vt 0.749988 0.620850</w:t>
        <w:br/>
        <w:t>vt 0.751843 0.627196</w:t>
        <w:br/>
        <w:t>vt 0.739581 0.629449</w:t>
        <w:br/>
        <w:t>vt 0.729336 0.637096</w:t>
        <w:br/>
        <w:t>vt 0.784186 0.587979</w:t>
        <w:br/>
        <w:t>vt 0.772985 0.584600</w:t>
        <w:br/>
        <w:t>vt 0.775811 0.577062</w:t>
        <w:br/>
        <w:t>vt 0.788535 0.579109</w:t>
        <w:br/>
        <w:t>vt 0.768374 0.594337</w:t>
        <w:br/>
        <w:t>vt 0.764536 0.587831</w:t>
        <w:br/>
        <w:t>vt 0.763059 0.580434</w:t>
        <w:br/>
        <w:t>vt 0.776050 0.597031</w:t>
        <w:br/>
        <w:t>vt 0.764536 0.587831</w:t>
        <w:br/>
        <w:t>vt 0.768374 0.594337</w:t>
        <w:br/>
        <w:t>vt 0.761190 0.594487</w:t>
        <w:br/>
        <w:t>vt 0.757324 0.585858</w:t>
        <w:br/>
        <w:t>vt 0.757829 0.576309</w:t>
        <w:br/>
        <w:t>vt 0.763059 0.580434</w:t>
        <w:br/>
        <w:t>vt 0.764771 0.602303</w:t>
        <w:br/>
        <w:t>vt 0.756957 0.602064</w:t>
        <w:br/>
        <w:t>vt 0.761190 0.594487</w:t>
        <w:br/>
        <w:t>vt 0.768374 0.594337</w:t>
        <w:br/>
        <w:t>vt 0.758009 0.612372</w:t>
        <w:br/>
        <w:t>vt 0.751283 0.609584</w:t>
        <w:br/>
        <w:t>vt 0.749988 0.620850</w:t>
        <w:br/>
        <w:t>vt 0.744788 0.616516</w:t>
        <w:br/>
        <w:t>vt 0.739581 0.629449</w:t>
        <w:br/>
        <w:t>vt 0.735953 0.625457</w:t>
        <w:br/>
        <w:t>vt 0.729336 0.637096</w:t>
        <w:br/>
        <w:t>vt 0.727421 0.634418</w:t>
        <w:br/>
        <w:t>vt 0.761442 0.570875</w:t>
        <w:br/>
        <w:t>vt 0.763392 0.574465</w:t>
        <w:br/>
        <w:t>vt 0.775811 0.577062</w:t>
        <w:br/>
        <w:t>vt 0.775106 0.571415</w:t>
        <w:br/>
        <w:t>vt 0.788320 0.572227</w:t>
        <w:br/>
        <w:t>vt 0.788535 0.579109</w:t>
        <w:br/>
        <w:t>vt 0.807972 0.548050</w:t>
        <w:br/>
        <w:t>vt 0.808385 0.543940</w:t>
        <w:br/>
        <w:t>vt 0.819292 0.552266</w:t>
        <w:br/>
        <w:t>vt 0.817483 0.553575</w:t>
        <w:br/>
        <w:t>vt 0.826199 0.562253</w:t>
        <w:br/>
        <w:t>vt 0.825255 0.563949</w:t>
        <w:br/>
        <w:t>vt 0.828256 0.567364</w:t>
        <w:br/>
        <w:t>vt 0.829645 0.571188</w:t>
        <w:br/>
        <w:t>vt 0.828047 0.571361</w:t>
        <w:br/>
        <w:t>vt 0.826519 0.566761</w:t>
        <w:br/>
        <w:t>vt 0.829645 0.571188</w:t>
        <w:br/>
        <w:t>vt 0.831086 0.580787</w:t>
        <w:br/>
        <w:t>vt 0.829883 0.582035</w:t>
        <w:br/>
        <w:t>vt 0.831139 0.594117</w:t>
        <w:br/>
        <w:t>vt 0.830104 0.593635</w:t>
        <w:br/>
        <w:t>vt 0.830558 0.604314</w:t>
        <w:br/>
        <w:t>vt 0.827596 0.603638</w:t>
        <w:br/>
        <w:t>vt 0.819663 0.576380</w:t>
        <w:br/>
        <w:t>vt 0.809805 0.579605</w:t>
        <w:br/>
        <w:t>vt 0.809468 0.570061</w:t>
        <w:br/>
        <w:t>vt 0.818727 0.567263</w:t>
        <w:br/>
        <w:t>vt 0.812025 0.559073</w:t>
        <w:br/>
        <w:t>vt 0.805298 0.563997</w:t>
        <w:br/>
        <w:t>vt 0.802817 0.551465</w:t>
        <w:br/>
        <w:t>vt 0.797289 0.558903</w:t>
        <w:br/>
        <w:t>vt 0.807972 0.548050</w:t>
        <w:br/>
        <w:t>vt 0.817483 0.553575</w:t>
        <w:br/>
        <w:t>vt 0.825255 0.563949</w:t>
        <w:br/>
        <w:t>vt 0.826519 0.566761</w:t>
        <w:br/>
        <w:t>vt 0.819751 0.584582</w:t>
        <w:br/>
        <w:t>vt 0.809937 0.588750</w:t>
        <w:br/>
        <w:t>vt 0.809838 0.596594</w:t>
        <w:br/>
        <w:t>vt 0.798799 0.598307</w:t>
        <w:br/>
        <w:t>vt 0.820110 0.595320</w:t>
        <w:br/>
        <w:t>vt 0.809585 0.607137</w:t>
        <w:br/>
        <w:t>vt 0.795660 0.610728</w:t>
        <w:br/>
        <w:t>vt 0.818812 0.615971</w:t>
        <w:br/>
        <w:t>vt 0.806569 0.615638</w:t>
        <w:br/>
        <w:t>vt 0.794254 0.615797</w:t>
        <w:br/>
        <w:t>vt 0.822842 0.617301</w:t>
        <w:br/>
        <w:t>vt 0.813219 0.629364</w:t>
        <w:br/>
        <w:t>vt 0.808386 0.627267</w:t>
        <w:br/>
        <w:t>vt 0.802776 0.623848</w:t>
        <w:br/>
        <w:t>vt 0.790218 0.623636</w:t>
        <w:br/>
        <w:t>vt 0.801763 0.641635</w:t>
        <w:br/>
        <w:t>vt 0.795238 0.638852</w:t>
        <w:br/>
        <w:t>vt 0.784995 0.632077</w:t>
        <w:br/>
        <w:t>vt 0.774266 0.647244</w:t>
        <w:br/>
        <w:t>vt 0.783718 0.654511</w:t>
        <w:br/>
        <w:t>vt 0.788096 0.657123</w:t>
        <w:br/>
        <w:t>vt 0.767816 0.672076</w:t>
        <w:br/>
        <w:t>vt 0.759395 0.666684</w:t>
        <w:br/>
        <w:t>vt 0.769851 0.672633</w:t>
        <w:br/>
        <w:t>vt 0.759395 0.666684</w:t>
        <w:br/>
        <w:t>vt 0.753664 0.681784</w:t>
        <w:br/>
        <w:t>vt 0.739511 0.691492</w:t>
        <w:br/>
        <w:t>vt 0.744511 0.691492</w:t>
        <w:br/>
        <w:t>vt 0.753664 0.681784</w:t>
        <w:br/>
        <w:t>vt 0.788562 0.545245</w:t>
        <w:br/>
        <w:t>vt 0.790064 0.540634</w:t>
        <w:br/>
        <w:t>vt 0.786288 0.555515</w:t>
        <w:br/>
        <w:t>vt 0.776969 0.549503</w:t>
        <w:br/>
        <w:t>vt 0.776930 0.542895</w:t>
        <w:br/>
        <w:t>vt 0.776526 0.539768</w:t>
        <w:br/>
        <w:t>vt 0.766011 0.542906</w:t>
        <w:br/>
        <w:t>vt 0.762869 0.539877</w:t>
        <w:br/>
        <w:t>vt 0.801317 0.567085</w:t>
        <w:br/>
        <w:t>vt 0.795498 0.562401</w:t>
        <w:br/>
        <w:t>vt 0.792549 0.610540</w:t>
        <w:br/>
        <w:t>vt 0.795660 0.610728</w:t>
        <w:br/>
        <w:t>vt 0.794254 0.615797</w:t>
        <w:br/>
        <w:t>vt 0.790294 0.615527</w:t>
        <w:br/>
        <w:t>vt 0.758829 0.540658</w:t>
        <w:br/>
        <w:t>vt 0.232400 0.526785</w:t>
        <w:br/>
        <w:t>vt 0.235417 0.520521</w:t>
        <w:br/>
        <w:t>vt 0.238871 0.520954</w:t>
        <w:br/>
        <w:t>vt 0.235591 0.529910</w:t>
        <w:br/>
        <w:t>vt 0.239216 0.502863</w:t>
        <w:br/>
        <w:t>vt 0.241965 0.500557</w:t>
        <w:br/>
        <w:t>vt 0.238871 0.520954</w:t>
        <w:br/>
        <w:t>vt 0.244953 0.498050</w:t>
        <w:br/>
        <w:t>vt 0.242534 0.519359</w:t>
        <w:br/>
        <w:t>vt 0.790064 0.540634</w:t>
        <w:br/>
        <w:t>vt 0.791175 0.537094</w:t>
        <w:br/>
        <w:t>vt 0.776526 0.539768</w:t>
        <w:br/>
        <w:t>vt 0.776703 0.536365</w:t>
        <w:br/>
        <w:t>vt 0.758767 0.538083</w:t>
        <w:br/>
        <w:t>vt 0.761683 0.538108</w:t>
        <w:br/>
        <w:t>vt 0.225905 0.542542</w:t>
        <w:br/>
        <w:t>vt 0.222313 0.539675</w:t>
        <w:br/>
        <w:t>vt 0.210981 0.554432</w:t>
        <w:br/>
        <w:t>vt 0.208775 0.551550</w:t>
        <w:br/>
        <w:t>vt 0.198694 0.564278</w:t>
        <w:br/>
        <w:t>vt 0.196954 0.560533</w:t>
        <w:br/>
        <w:t>vt 0.177213 0.581593</w:t>
        <w:br/>
        <w:t>vt 0.176785 0.575180</w:t>
        <w:br/>
        <w:t>vt 0.167336 0.579279</w:t>
        <w:br/>
        <w:t>vt 0.166349 0.575594</w:t>
        <w:br/>
        <w:t>vt 0.167336 0.579279</w:t>
        <w:br/>
        <w:t>vt 0.177213 0.581593</w:t>
        <w:br/>
        <w:t>vt 0.157140 0.582959</w:t>
        <w:br/>
        <w:t>vt 0.232652 0.493302</w:t>
        <w:br/>
        <w:t>vt 0.244953 0.498050</w:t>
        <w:br/>
        <w:t>vt 0.241965 0.500557</w:t>
        <w:br/>
        <w:t>vt 0.230222 0.497794</w:t>
        <w:br/>
        <w:t>vt 0.233615 0.502035</w:t>
        <w:br/>
        <w:t>vt 0.239216 0.502863</w:t>
        <w:br/>
        <w:t>vt 0.166349 0.575594</w:t>
        <w:br/>
        <w:t>vt 0.167336 0.579279</w:t>
        <w:br/>
        <w:t>vt 0.157140 0.582959</w:t>
        <w:br/>
        <w:t>vt 0.156468 0.575006</w:t>
        <w:br/>
        <w:t>vt 0.132725 0.571069</w:t>
        <w:br/>
        <w:t>vt 0.136042 0.565660</w:t>
        <w:br/>
        <w:t>vt 0.118246 0.557927</w:t>
        <w:br/>
        <w:t>vt 0.115296 0.562584</w:t>
        <w:br/>
        <w:t>vt 0.105496 0.551646</w:t>
        <w:br/>
        <w:t>vt 0.103081 0.553556</w:t>
        <w:br/>
        <w:t>vt 0.090396 0.541945</w:t>
        <w:br/>
        <w:t>vt 0.091872 0.537216</w:t>
        <w:br/>
        <w:t>vt 0.081105 0.525098</w:t>
        <w:br/>
        <w:t>vt 0.977322 0.288395</w:t>
        <w:br/>
        <w:t>vt 0.964494 0.278859</w:t>
        <w:br/>
        <w:t>vt 0.991020 0.271856</w:t>
        <w:br/>
        <w:t>vt 0.991184 0.282103</w:t>
        <w:br/>
        <w:t>vt 0.995828 0.291168</w:t>
        <w:br/>
        <w:t>vt 0.995828 0.331490</w:t>
        <w:br/>
        <w:t>vt 0.993494 0.331333</w:t>
        <w:br/>
        <w:t>vt 0.992661 0.372550</w:t>
        <w:br/>
        <w:t>vt 0.988032 0.372378</w:t>
        <w:br/>
        <w:t>vt 0.988210 0.350319</w:t>
        <w:br/>
        <w:t>vt 0.992540 0.350797</w:t>
        <w:br/>
        <w:t>vt 0.995828 0.352258</w:t>
        <w:br/>
        <w:t>vt 0.995828 0.372593</w:t>
        <w:br/>
        <w:t>vt 0.995828 0.408968</w:t>
        <w:br/>
        <w:t>vt 0.993298 0.408821</w:t>
        <w:br/>
        <w:t>vt 0.984035 0.408224</w:t>
        <w:br/>
        <w:t>vt 0.983807 0.372148</w:t>
        <w:br/>
        <w:t>vt 0.988250 0.408486</w:t>
        <w:br/>
        <w:t>vt 0.983564 0.349888</w:t>
        <w:br/>
        <w:t>vt 0.169263 0.469230</w:t>
        <w:br/>
        <w:t>vt 0.174451 0.478949</w:t>
        <w:br/>
        <w:t>vt 0.161002 0.479937</w:t>
        <w:br/>
        <w:t>vt 0.160256 0.462854</w:t>
        <w:br/>
        <w:t>vt 0.162176 0.495977</w:t>
        <w:br/>
        <w:t>vt 0.179337 0.493353</w:t>
        <w:br/>
        <w:t>vt 0.180244 0.508955</w:t>
        <w:br/>
        <w:t>vt 0.163198 0.511840</w:t>
        <w:br/>
        <w:t>vt 0.188979 0.489905</w:t>
        <w:br/>
        <w:t>vt 0.198465 0.504384</w:t>
        <w:br/>
        <w:t>vt 0.179906 0.478839</w:t>
        <w:br/>
        <w:t>vt 0.180264 0.523944</w:t>
        <w:br/>
        <w:t>vt 0.163659 0.525739</w:t>
        <w:br/>
        <w:t>vt 0.196854 0.523268</w:t>
        <w:br/>
        <w:t>vt 0.179492 0.539002</w:t>
        <w:br/>
        <w:t>vt 0.175611 0.556075</w:t>
        <w:br/>
        <w:t>vt 0.164845 0.553573</w:t>
        <w:br/>
        <w:t>vt 0.164155 0.538807</w:t>
        <w:br/>
        <w:t>vt 0.188247 0.558968</w:t>
        <w:br/>
        <w:t>vt 0.195133 0.541621</w:t>
        <w:br/>
        <w:t>vt 0.176785 0.575180</w:t>
        <w:br/>
        <w:t>vt 0.196954 0.560533</w:t>
        <w:br/>
        <w:t>vt 0.208775 0.551550</w:t>
        <w:br/>
        <w:t>vt 0.211607 0.510298</w:t>
        <w:br/>
        <w:t>vt 0.216887 0.534258</w:t>
        <w:br/>
        <w:t>vt 0.201422 0.497539</w:t>
        <w:br/>
        <w:t>vt 0.217674 0.493618</w:t>
        <w:br/>
        <w:t>vt 0.214953 0.499910</w:t>
        <w:br/>
        <w:t>vt 0.198465 0.504384</w:t>
        <w:br/>
        <w:t>vt 0.227490 0.518308</w:t>
        <w:br/>
        <w:t>vt 0.233615 0.502035</w:t>
        <w:br/>
        <w:t>vt 0.224127 0.515793</w:t>
        <w:br/>
        <w:t>vt 0.230222 0.497794</w:t>
        <w:br/>
        <w:t>vt 0.214953 0.499910</w:t>
        <w:br/>
        <w:t>vt 0.201422 0.497539</w:t>
        <w:br/>
        <w:t>vt 0.192845 0.486203</w:t>
        <w:br/>
        <w:t>vt 0.182621 0.475363</w:t>
        <w:br/>
        <w:t>vt 0.170588 0.466352</w:t>
        <w:br/>
        <w:t>vt 0.159688 0.460600</w:t>
        <w:br/>
        <w:t>vt 0.159688 0.460600</w:t>
        <w:br/>
        <w:t>vt 0.160256 0.462854</w:t>
        <w:br/>
        <w:t>vt 0.151220 0.469276</w:t>
        <w:br/>
        <w:t>vt 0.148379 0.467952</w:t>
        <w:br/>
        <w:t>vt 0.149314 0.481195</w:t>
        <w:br/>
        <w:t>vt 0.140342 0.481353</w:t>
        <w:br/>
        <w:t>vt 0.136096 0.480058</w:t>
        <w:br/>
        <w:t>vt 0.162176 0.495977</w:t>
        <w:br/>
        <w:t>vt 0.163198 0.511840</w:t>
        <w:br/>
        <w:t>vt 0.147773 0.510439</w:t>
        <w:br/>
        <w:t>vt 0.147854 0.495856</w:t>
        <w:br/>
        <w:t>vt 0.125817 0.509215</w:t>
        <w:br/>
        <w:t>vt 0.131923 0.495989</w:t>
        <w:br/>
        <w:t>vt 0.122628 0.505018</w:t>
        <w:br/>
        <w:t>vt 0.128437 0.491687</w:t>
        <w:br/>
        <w:t>vt 0.148743 0.525457</w:t>
        <w:br/>
        <w:t>vt 0.163659 0.525739</w:t>
        <w:br/>
        <w:t>vt 0.129634 0.527415</w:t>
        <w:br/>
        <w:t>vt 0.150231 0.540460</w:t>
        <w:br/>
        <w:t>vt 0.164155 0.538807</w:t>
        <w:br/>
        <w:t>vt 0.164845 0.553573</w:t>
        <w:br/>
        <w:t>vt 0.153572 0.557387</w:t>
        <w:br/>
        <w:t>vt 0.142799 0.562772</w:t>
        <w:br/>
        <w:t>vt 0.134236 0.546321</w:t>
        <w:br/>
        <w:t>vt 0.166349 0.575594</w:t>
        <w:br/>
        <w:t>vt 0.156468 0.575006</w:t>
        <w:br/>
        <w:t>vt 0.136042 0.565660</w:t>
        <w:br/>
        <w:t>vt 0.115122 0.503016</w:t>
        <w:br/>
        <w:t>vt 0.117294 0.506855</w:t>
        <w:br/>
        <w:t>vt 0.108319 0.507073</w:t>
        <w:br/>
        <w:t>vt 0.107230 0.503668</w:t>
        <w:br/>
        <w:t>vt 0.091857 0.512392</w:t>
        <w:br/>
        <w:t>vt 0.091083 0.508800</w:t>
        <w:br/>
        <w:t>vt 0.107230 0.503668</w:t>
        <w:br/>
        <w:t>vt 0.083659 0.519977</w:t>
        <w:br/>
        <w:t>vt 0.080700 0.517070</w:t>
        <w:br/>
        <w:t>vt 0.080700 0.517070</w:t>
        <w:br/>
        <w:t>vt 0.083659 0.519977</w:t>
        <w:br/>
        <w:t>vt 0.108319 0.507073</w:t>
        <w:br/>
        <w:t>vt 0.117294 0.506855</w:t>
        <w:br/>
        <w:t>vt 0.117102 0.530546</w:t>
        <w:br/>
        <w:t>vt 0.091857 0.512392</w:t>
        <w:br/>
        <w:t>vt 0.103065 0.530715</w:t>
        <w:br/>
        <w:t>vt 0.099351 0.531842</w:t>
        <w:br/>
        <w:t>vt 0.090286 0.517085</w:t>
        <w:br/>
        <w:t>vt 0.118246 0.557927</w:t>
        <w:br/>
        <w:t>vt 0.120768 0.550144</w:t>
        <w:br/>
        <w:t>vt 0.106914 0.548604</w:t>
        <w:br/>
        <w:t>vt 0.095071 0.535013</w:t>
        <w:br/>
        <w:t>vt 0.086802 0.520329</w:t>
        <w:br/>
        <w:t>vt 0.111386 0.543833</w:t>
        <w:br/>
        <w:t>vt 0.090286 0.517085</w:t>
        <w:br/>
        <w:t>vt 0.086802 0.520329</w:t>
        <w:br/>
        <w:t>vt 0.761280 0.520636</w:t>
        <w:br/>
        <w:t>vt 0.765951 0.513686</w:t>
        <w:br/>
        <w:t>vt 0.769958 0.519434</w:t>
        <w:br/>
        <w:t>vt 0.766505 0.525922</w:t>
        <w:br/>
        <w:t>vt 0.774704 0.525377</w:t>
        <w:br/>
        <w:t>vt 0.758759 0.526666</w:t>
        <w:br/>
        <w:t>vt 0.776703 0.536365</w:t>
        <w:br/>
        <w:t>vt 0.770990 0.532442</w:t>
        <w:br/>
        <w:t>vt 0.782284 0.531195</w:t>
        <w:br/>
        <w:t>vt 0.791175 0.537094</w:t>
        <w:br/>
        <w:t>vt 0.759608 0.532175</w:t>
        <w:br/>
        <w:t>vt 0.761683 0.538108</w:t>
        <w:br/>
        <w:t>vt 0.778345 0.524151</w:t>
        <w:br/>
        <w:t>vt 0.788027 0.530343</w:t>
        <w:br/>
        <w:t>vt 0.782284 0.531195</w:t>
        <w:br/>
        <w:t>vt 0.774704 0.525377</w:t>
        <w:br/>
        <w:t>vt 0.773760 0.519047</w:t>
        <w:br/>
        <w:t>vt 0.769958 0.519434</w:t>
        <w:br/>
        <w:t>vt 0.765951 0.513686</w:t>
        <w:br/>
        <w:t>vt 0.766331 0.510540</w:t>
        <w:br/>
        <w:t>vt 0.758684 0.517519</w:t>
        <w:br/>
        <w:t>vt 0.766331 0.510540</w:t>
        <w:br/>
        <w:t>vt 0.765951 0.513686</w:t>
        <w:br/>
        <w:t>vt 0.761280 0.520636</w:t>
        <w:br/>
        <w:t>vt 0.755870 0.525859</w:t>
        <w:br/>
        <w:t>vt 0.758759 0.526666</w:t>
        <w:br/>
        <w:t>vt 0.759608 0.532175</w:t>
        <w:br/>
        <w:t>vt 0.755457 0.532558</w:t>
        <w:br/>
        <w:t>vt 0.758767 0.538083</w:t>
        <w:br/>
        <w:t>vt 0.992408 0.445215</w:t>
        <w:br/>
        <w:t>vt 0.988061 0.445059</w:t>
        <w:br/>
        <w:t>vt 0.995828 0.445131</w:t>
        <w:br/>
        <w:t>vt 0.983764 0.444675</w:t>
        <w:br/>
        <w:t>vt 0.992566 0.481263</w:t>
        <w:br/>
        <w:t>vt 0.988323 0.481139</w:t>
        <w:br/>
        <w:t>vt 0.995828 0.481091</w:t>
        <w:br/>
        <w:t>vt 0.983512 0.480464</w:t>
        <w:br/>
        <w:t>vt 0.993152 0.512218</w:t>
        <w:br/>
        <w:t>vt 0.989111 0.512302</w:t>
        <w:br/>
        <w:t>vt 0.995828 0.512190</w:t>
        <w:br/>
        <w:t>vt 0.983240 0.511834</w:t>
        <w:br/>
        <w:t>vt 0.993109 0.569179</w:t>
        <w:br/>
        <w:t>vt 0.989128 0.570022</w:t>
        <w:br/>
        <w:t>vt 0.989247 0.543641</w:t>
        <w:br/>
        <w:t>vt 0.993188 0.543163</w:t>
        <w:br/>
        <w:t>vt 0.995828 0.542983</w:t>
        <w:br/>
        <w:t>vt 0.995828 0.569081</w:t>
        <w:br/>
        <w:t>vt 0.983440 0.574625</w:t>
        <w:br/>
        <w:t>vt 0.983006 0.559138</w:t>
        <w:br/>
        <w:t>vt 0.977692 0.551473</w:t>
        <w:br/>
        <w:t>vt 0.974467 0.541355</w:t>
        <w:br/>
        <w:t>vt 0.983523 0.329501</w:t>
        <w:br/>
        <w:t>vt 0.988175 0.330338</w:t>
        <w:br/>
        <w:t>vt 0.222313 0.539675</w:t>
        <w:br/>
        <w:t>vt 0.784995 0.632077</w:t>
        <w:br/>
        <w:t>vt 0.780377 0.631412</w:t>
        <w:br/>
        <w:t>vt 0.785829 0.622419</w:t>
        <w:br/>
        <w:t>vt 0.790218 0.623636</w:t>
        <w:br/>
        <w:t>vt 0.774266 0.647244</w:t>
        <w:br/>
        <w:t>vt 0.768976 0.647487</w:t>
        <w:br/>
        <w:t>vt 0.754267 0.665942</w:t>
        <w:br/>
        <w:t>vt 0.735012 0.693073</w:t>
        <w:br/>
        <w:t>vt 0.754267 0.665942</w:t>
        <w:br/>
        <w:t>vt 0.078028 0.525355</w:t>
        <w:br/>
        <w:t>vt 0.571154 0.894441</w:t>
        <w:br/>
        <w:t>vt 0.563482 0.896144</w:t>
        <w:br/>
        <w:t>vt 0.566232 0.892236</w:t>
        <w:br/>
        <w:t>vt 0.570565 0.890827</w:t>
        <w:br/>
        <w:t>vt 0.577278 0.892994</w:t>
        <w:br/>
        <w:t>vt 0.577363 0.888774</w:t>
        <w:br/>
        <w:t>vt 0.584410 0.891505</w:t>
        <w:br/>
        <w:t>vt 0.584479 0.886421</w:t>
        <w:br/>
        <w:t>vt 0.590980 0.891083</w:t>
        <w:br/>
        <w:t>vt 0.593126 0.887494</w:t>
        <w:br/>
        <w:t>vt 0.620126 0.887969</w:t>
        <w:br/>
        <w:t>vt 0.634200 0.884341</w:t>
        <w:br/>
        <w:t>vt 0.634045 0.888591</w:t>
        <w:br/>
        <w:t>vt 0.620121 0.891521</w:t>
        <w:br/>
        <w:t>vt 0.633898 0.892504</w:t>
        <w:br/>
        <w:t>vt 0.619940 0.894901</w:t>
        <w:br/>
        <w:t>vt 0.610903 0.892657</w:t>
        <w:br/>
        <w:t>vt 0.610847 0.889203</w:t>
        <w:br/>
        <w:t>vt 0.610696 0.895307</w:t>
        <w:br/>
        <w:t>vt 0.604164 0.894774</w:t>
        <w:br/>
        <w:t>vt 0.601423 0.891056</w:t>
        <w:br/>
        <w:t>vt 0.605201 0.897160</w:t>
        <w:br/>
        <w:t>vt 0.604164 0.894774</w:t>
        <w:br/>
        <w:t>vt 0.706543 0.899009</w:t>
        <w:br/>
        <w:t>vt 0.706179 0.891320</w:t>
        <w:br/>
        <w:t>vt 0.709746 0.893460</w:t>
        <w:br/>
        <w:t>vt 0.710472 0.898292</w:t>
        <w:br/>
        <w:t>vt 0.703677 0.895198</w:t>
        <w:br/>
        <w:t>vt 0.703060 0.890142</w:t>
        <w:br/>
        <w:t>vt 0.702244 0.897133</w:t>
        <w:br/>
        <w:t>vt 0.706543 0.899009</w:t>
        <w:br/>
        <w:t>vt 0.705677 0.901273</w:t>
        <w:br/>
        <w:t>vt 0.710015 0.900888</w:t>
        <w:br/>
        <w:t>vt 0.705677 0.901273</w:t>
        <w:br/>
        <w:t>vt 0.706543 0.899009</w:t>
        <w:br/>
        <w:t>vt 0.710472 0.898292</w:t>
        <w:br/>
        <w:t>vt 0.698422 0.892433</w:t>
        <w:br/>
        <w:t>vt 0.699296 0.887647</w:t>
        <w:br/>
        <w:t>vt 0.698226 0.895205</w:t>
        <w:br/>
        <w:t>vt 0.698422 0.892433</w:t>
        <w:br/>
        <w:t>vt 0.693306 0.890222</w:t>
        <w:br/>
        <w:t>vt 0.693350 0.885386</w:t>
        <w:br/>
        <w:t>vt 0.692646 0.892180</w:t>
        <w:br/>
        <w:t>vt 0.693306 0.890222</w:t>
        <w:br/>
        <w:t>vt 0.687328 0.888578</w:t>
        <w:br/>
        <w:t>vt 0.685828 0.884501</w:t>
        <w:br/>
        <w:t>vt 0.686525 0.890636</w:t>
        <w:br/>
        <w:t>vt 0.679530 0.889732</w:t>
        <w:br/>
        <w:t>vt 0.676283 0.885910</w:t>
        <w:br/>
        <w:t>vt 0.681159 0.890838</w:t>
        <w:br/>
        <w:t>vt 0.663326 0.884977</w:t>
        <w:br/>
        <w:t>vt 0.658263 0.884801</w:t>
        <w:br/>
        <w:t>vt 0.658085 0.879941</w:t>
        <w:br/>
        <w:t>vt 0.664633 0.880205</w:t>
        <w:br/>
        <w:t>vt 0.648791 0.886042</w:t>
        <w:br/>
        <w:t>vt 0.648184 0.881196</w:t>
        <w:br/>
        <w:t>vt 0.648982 0.888848</w:t>
        <w:br/>
        <w:t>vt 0.658107 0.887329</w:t>
        <w:br/>
        <w:t>vt 0.662560 0.887929</w:t>
        <w:br/>
        <w:t>vt 0.677234 0.890020</w:t>
        <w:br/>
        <w:t>vt 0.675128 0.887143</w:t>
        <w:br/>
        <w:t>vt 0.676283 0.885910</w:t>
        <w:br/>
        <w:t>vt 0.679530 0.889732</w:t>
        <w:br/>
        <w:t>vt 0.681159 0.890838</w:t>
        <w:br/>
        <w:t>vt 0.681431 0.900163</w:t>
        <w:br/>
        <w:t>vt 0.684783 0.899182</w:t>
        <w:br/>
        <w:t>vt 0.685878 0.909762</w:t>
        <w:br/>
        <w:t>vt 0.689305 0.909550</w:t>
        <w:br/>
        <w:t>vt 0.693269 0.918837</w:t>
        <w:br/>
        <w:t>vt 0.689952 0.919293</w:t>
        <w:br/>
        <w:t>vt 0.675128 0.887143</w:t>
        <w:br/>
        <w:t>vt 0.671856 0.891107</w:t>
        <w:br/>
        <w:t>vt 0.667902 0.887224</w:t>
        <w:br/>
        <w:t>vt 0.669743 0.882340</w:t>
        <w:br/>
        <w:t>vt 0.677234 0.890020</w:t>
        <w:br/>
        <w:t>vt 0.673452 0.893494</w:t>
        <w:br/>
        <w:t>vt 0.599295 0.893619</w:t>
        <w:br/>
        <w:t>vt 0.577108 0.895669</w:t>
        <w:br/>
        <w:t>vt 0.570606 0.896889</w:t>
        <w:br/>
        <w:t>vt 0.571154 0.894441</w:t>
        <w:br/>
        <w:t>vt 0.577278 0.892994</w:t>
        <w:br/>
        <w:t>vt 0.584973 0.893703</w:t>
        <w:br/>
        <w:t>vt 0.584410 0.891505</w:t>
        <w:br/>
        <w:t>vt 0.590578 0.892975</w:t>
        <w:br/>
        <w:t>vt 0.590980 0.891083</w:t>
        <w:br/>
        <w:t>vt 0.563346 0.897407</w:t>
        <w:br/>
        <w:t>vt 0.563482 0.896144</w:t>
        <w:br/>
        <w:t>vt 0.596161 0.894331</w:t>
        <w:br/>
        <w:t>vt 0.599295 0.893619</w:t>
        <w:br/>
        <w:t>vt 0.596161 0.894331</w:t>
        <w:br/>
        <w:t>vt 0.592600 0.901896</w:t>
        <w:br/>
        <w:t>vt 0.591318 0.900143</w:t>
        <w:br/>
        <w:t>vt 0.583397 0.907442</w:t>
        <w:br/>
        <w:t>vt 0.584873 0.909476</w:t>
        <w:br/>
        <w:t>vt 0.579391 0.914309</w:t>
        <w:br/>
        <w:t>vt 0.577183 0.912060</w:t>
        <w:br/>
        <w:t>vt 0.569351 0.924528</w:t>
        <w:br/>
        <w:t>vt 0.566235 0.922939</w:t>
        <w:br/>
        <w:t>vt 0.587667 0.912097</w:t>
        <w:br/>
        <w:t>vt 0.584873 0.909476</w:t>
        <w:br/>
        <w:t>vt 0.596433 0.903176</w:t>
        <w:br/>
        <w:t>vt 0.582175 0.917278</w:t>
        <w:br/>
        <w:t>vt 0.579391 0.914309</w:t>
        <w:br/>
        <w:t>vt 0.569351 0.924528</w:t>
        <w:br/>
        <w:t>vt 0.571919 0.927060</w:t>
        <w:br/>
        <w:t>vt 0.561358 0.929335</w:t>
        <w:br/>
        <w:t>vt 0.563927 0.930800</w:t>
        <w:br/>
        <w:t>vt 0.559308 0.938104</w:t>
        <w:br/>
        <w:t>vt 0.556793 0.937218</w:t>
        <w:br/>
        <w:t>vt 0.567261 0.933359</w:t>
        <w:br/>
        <w:t>vt 0.563404 0.940964</w:t>
        <w:br/>
        <w:t>vt 0.666519 0.890219</w:t>
        <w:br/>
        <w:t>vt 0.670083 0.893562</w:t>
        <w:br/>
        <w:t>vt 0.546086 0.963439</w:t>
        <w:br/>
        <w:t>vt 0.555233 0.965180</w:t>
        <w:br/>
        <w:t>vt 0.554939 0.969400</w:t>
        <w:br/>
        <w:t>vt 0.544719 0.967032</w:t>
        <w:br/>
        <w:t>vt 0.538632 0.962338</w:t>
        <w:br/>
        <w:t>vt 0.540787 0.958670</w:t>
        <w:br/>
        <w:t>vt 0.529973 0.959927</w:t>
        <w:br/>
        <w:t>vt 0.531698 0.956498</w:t>
        <w:br/>
        <w:t>vt 0.522846 0.956426</w:t>
        <w:br/>
        <w:t>vt 0.524415 0.953280</w:t>
        <w:br/>
        <w:t>vt 0.514873 0.954483</w:t>
        <w:br/>
        <w:t>vt 0.516273 0.952026</w:t>
        <w:br/>
        <w:t>vt 0.507748 0.951699</w:t>
        <w:br/>
        <w:t>vt 0.509064 0.949322</w:t>
        <w:br/>
        <w:t>vt 0.503061 0.946099</w:t>
        <w:br/>
        <w:t>vt 0.500576 0.948015</w:t>
        <w:br/>
        <w:t>vt 0.504941 0.943822</w:t>
        <w:br/>
        <w:t>vt 0.510126 0.946567</w:t>
        <w:br/>
        <w:t>vt 0.509064 0.949322</w:t>
        <w:br/>
        <w:t>vt 0.503061 0.946099</w:t>
        <w:br/>
        <w:t>vt 0.517075 0.949285</w:t>
        <w:br/>
        <w:t>vt 0.516273 0.952026</w:t>
        <w:br/>
        <w:t>vt 0.524415 0.953280</w:t>
        <w:br/>
        <w:t>vt 0.525363 0.950675</w:t>
        <w:br/>
        <w:t>vt 0.532592 0.954216</w:t>
        <w:br/>
        <w:t>vt 0.531698 0.956498</w:t>
        <w:br/>
        <w:t>vt 0.540787 0.958670</w:t>
        <w:br/>
        <w:t>vt 0.541688 0.956549</w:t>
        <w:br/>
        <w:t>vt 0.557138 0.950660</w:t>
        <w:br/>
        <w:t>vt 0.562085 0.952058</w:t>
        <w:br/>
        <w:t>vt 0.557138 0.950660</w:t>
        <w:br/>
        <w:t>vt 0.553881 0.949359</w:t>
        <w:br/>
        <w:t>vt 0.547100 0.961219</w:t>
        <w:br/>
        <w:t>vt 0.546086 0.963439</w:t>
        <w:br/>
        <w:t>vt 0.552924 0.962453</w:t>
        <w:br/>
        <w:t>vt 0.555233 0.965180</w:t>
        <w:br/>
        <w:t>vt 0.552924 0.962453</w:t>
        <w:br/>
        <w:t>vt 0.559638 0.964014</w:t>
        <w:br/>
        <w:t>vt 0.558788 0.969798</w:t>
        <w:br/>
        <w:t>vt 0.597638 0.905419</w:t>
        <w:br/>
        <w:t>vt 0.596433 0.903176</w:t>
        <w:br/>
        <w:t>vt 0.587667 0.912097</w:t>
        <w:br/>
        <w:t>vt 0.588896 0.913979</w:t>
        <w:br/>
        <w:t>vt 0.582175 0.917278</w:t>
        <w:br/>
        <w:t>vt 0.583011 0.919277</w:t>
        <w:br/>
        <w:t>vt 0.571919 0.927060</w:t>
        <w:br/>
        <w:t>vt 0.573388 0.928768</w:t>
        <w:br/>
        <w:t>vt 0.565799 0.941284</w:t>
        <w:br/>
        <w:t>vt 0.563404 0.940964</w:t>
        <w:br/>
        <w:t>vt 0.567261 0.933359</w:t>
        <w:br/>
        <w:t>vt 0.569237 0.934440</w:t>
        <w:br/>
        <w:t>vt 0.563717 0.952218</w:t>
        <w:br/>
        <w:t>vt 0.562085 0.952058</w:t>
        <w:br/>
        <w:t>vt 0.562647 0.962719</w:t>
        <w:br/>
        <w:t>vt 0.559638 0.964014</w:t>
        <w:br/>
        <w:t>vt 0.561300 0.970529</w:t>
        <w:br/>
        <w:t>vt 0.558788 0.969798</w:t>
        <w:br/>
        <w:t>vt 0.692882 0.881709</w:t>
        <w:br/>
        <w:t>vt 0.693350 0.885386</w:t>
        <w:br/>
        <w:t>vt 0.685828 0.884501</w:t>
        <w:br/>
        <w:t>vt 0.685405 0.881497</w:t>
        <w:br/>
        <w:t>vt 0.676359 0.883124</w:t>
        <w:br/>
        <w:t>vt 0.669743 0.882340</w:t>
        <w:br/>
        <w:t>vt 0.671278 0.878686</w:t>
        <w:br/>
        <w:t>vt 0.665468 0.876130</w:t>
        <w:br/>
        <w:t>vt 0.664633 0.880205</w:t>
        <w:br/>
        <w:t>vt 0.658085 0.879941</w:t>
        <w:br/>
        <w:t>vt 0.657990 0.874811</w:t>
        <w:br/>
        <w:t>vt 0.648240 0.875024</w:t>
        <w:br/>
        <w:t>vt 0.648184 0.881196</w:t>
        <w:br/>
        <w:t>vt 0.634200 0.884341</w:t>
        <w:br/>
        <w:t>vt 0.633229 0.879275</w:t>
        <w:br/>
        <w:t>vt 0.620126 0.887969</w:t>
        <w:br/>
        <w:t>vt 0.619051 0.883989</w:t>
        <w:br/>
        <w:t>vt 0.610847 0.889203</w:t>
        <w:br/>
        <w:t>vt 0.610254 0.886786</w:t>
        <w:br/>
        <w:t>vt 0.603166 0.888607</w:t>
        <w:br/>
        <w:t>vt 0.594148 0.885175</w:t>
        <w:br/>
        <w:t>vt 0.593126 0.887494</w:t>
        <w:br/>
        <w:t>vt 0.584560 0.884723</w:t>
        <w:br/>
        <w:t>vt 0.584479 0.886421</w:t>
        <w:br/>
        <w:t>vt 0.576910 0.886469</w:t>
        <w:br/>
        <w:t>vt 0.577363 0.888774</w:t>
        <w:br/>
        <w:t>vt 0.570565 0.890827</w:t>
        <w:br/>
        <w:t>vt 0.566547 0.889999</w:t>
        <w:br/>
        <w:t>vt 0.566232 0.892236</w:t>
        <w:br/>
        <w:t>vt 0.681431 0.900163</w:t>
        <w:br/>
        <w:t>vt 0.676979 0.901734</w:t>
        <w:br/>
        <w:t>vt 0.674190 0.903615</w:t>
        <w:br/>
        <w:t>vt 0.685878 0.909762</w:t>
        <w:br/>
        <w:t>vt 0.681228 0.912738</w:t>
        <w:br/>
        <w:t>vt 0.678248 0.914749</w:t>
        <w:br/>
        <w:t>vt 0.689952 0.919293</w:t>
        <w:br/>
        <w:t>vt 0.684667 0.922013</w:t>
        <w:br/>
        <w:t>vt 0.681802 0.923828</w:t>
        <w:br/>
        <w:t>vt 0.551706 0.971534</w:t>
        <w:br/>
        <w:t>vt 0.543922 0.969456</w:t>
        <w:br/>
        <w:t>vt 0.544719 0.967032</w:t>
        <w:br/>
        <w:t>vt 0.554939 0.969400</w:t>
        <w:br/>
        <w:t>vt 0.537382 0.964110</w:t>
        <w:br/>
        <w:t>vt 0.538632 0.962338</w:t>
        <w:br/>
        <w:t>vt 0.529973 0.959927</w:t>
        <w:br/>
        <w:t>vt 0.528532 0.962149</w:t>
        <w:br/>
        <w:t>vt 0.528532 0.962149</w:t>
        <w:br/>
        <w:t>vt 0.521603 0.958995</w:t>
        <w:br/>
        <w:t>vt 0.513940 0.957670</w:t>
        <w:br/>
        <w:t>vt 0.506416 0.954587</w:t>
        <w:br/>
        <w:t>vt 0.507748 0.951699</w:t>
        <w:br/>
        <w:t>vt 0.498846 0.950266</w:t>
        <w:br/>
        <w:t>vt 0.500576 0.948015</w:t>
        <w:br/>
        <w:t>vt 0.555159 0.991692</w:t>
        <w:br/>
        <w:t>vt 0.552514 0.993411</w:t>
        <w:br/>
        <w:t>vt 0.551706 0.971534</w:t>
        <w:br/>
        <w:t>vt 0.554939 0.969400</w:t>
        <w:br/>
        <w:t>vt 0.552514 0.993411</w:t>
        <w:br/>
        <w:t>vt 0.550133 0.995721</w:t>
        <w:br/>
        <w:t>vt 0.568254 0.991476</w:t>
        <w:br/>
        <w:t>vt 0.568497 0.993380</w:t>
        <w:br/>
        <w:t>vt 0.567740 0.995721</w:t>
        <w:br/>
        <w:t>vt 0.550133 0.995721</w:t>
        <w:br/>
        <w:t>vt 0.552514 0.993411</w:t>
        <w:br/>
        <w:t>vt 0.568497 0.993380</w:t>
        <w:br/>
        <w:t>vt 0.557146 0.989962</w:t>
        <w:br/>
        <w:t>vt 0.555159 0.991692</w:t>
        <w:br/>
        <w:t>vt 0.557146 0.989962</w:t>
        <w:br/>
        <w:t>vt 0.567918 0.989902</w:t>
        <w:br/>
        <w:t>vt 0.583725 0.995721</w:t>
        <w:br/>
        <w:t>vt 0.584125 0.992974</w:t>
        <w:br/>
        <w:t>vt 0.584814 0.990812</w:t>
        <w:br/>
        <w:t>vt 0.601170 0.991722</w:t>
        <w:br/>
        <w:t>vt 0.601085 0.993502</w:t>
        <w:br/>
        <w:t>vt 0.600723 0.995721</w:t>
        <w:br/>
        <w:t>vt 0.610958 0.993508</w:t>
        <w:br/>
        <w:t>vt 0.610981 0.991935</w:t>
        <w:br/>
        <w:t>vt 0.611162 0.995721</w:t>
        <w:br/>
        <w:t>vt 0.627619 0.992380</w:t>
        <w:br/>
        <w:t>vt 0.627700 0.990545</w:t>
        <w:br/>
        <w:t>vt 0.627274 0.995721</w:t>
        <w:br/>
        <w:t>vt 0.646472 0.992822</w:t>
        <w:br/>
        <w:t>vt 0.647827 0.989636</w:t>
        <w:br/>
        <w:t>vt 0.645944 0.995721</w:t>
        <w:br/>
        <w:t>vt 0.646472 0.992822</w:t>
        <w:br/>
        <w:t>vt 0.584193 0.988415</w:t>
        <w:br/>
        <w:t>vt 0.600511 0.989782</w:t>
        <w:br/>
        <w:t>vt 0.601170 0.991722</w:t>
        <w:br/>
        <w:t>vt 0.611407 0.989667</w:t>
        <w:br/>
        <w:t>vt 0.610981 0.991935</w:t>
        <w:br/>
        <w:t>vt 0.628296 0.988493</w:t>
        <w:br/>
        <w:t>vt 0.627700 0.990545</w:t>
        <w:br/>
        <w:t>vt 0.648774 0.987328</w:t>
        <w:br/>
        <w:t>vt 0.647827 0.989636</w:t>
        <w:br/>
        <w:t>vt 0.687702 0.931549</w:t>
        <w:br/>
        <w:t>vt 0.684780 0.933005</w:t>
        <w:br/>
        <w:t>vt 0.694197 0.929126</w:t>
        <w:br/>
        <w:t>vt 0.696995 0.928799</w:t>
        <w:br/>
        <w:t>vt 0.694197 0.929126</w:t>
        <w:br/>
        <w:t>vt 0.695683 0.940181</w:t>
        <w:br/>
        <w:t>vt 0.688293 0.942229</w:t>
        <w:br/>
        <w:t>vt 0.685430 0.942263</w:t>
        <w:br/>
        <w:t>vt 0.699155 0.940527</w:t>
        <w:br/>
        <w:t>vt 0.695683 0.940181</w:t>
        <w:br/>
        <w:t>vt 0.691075 0.952658</w:t>
        <w:br/>
        <w:t>vt 0.684519 0.952816</w:t>
        <w:br/>
        <w:t>vt 0.694559 0.953164</w:t>
        <w:br/>
        <w:t>vt 0.680151 0.953123</w:t>
        <w:br/>
        <w:t>vt 0.678907 0.979360</w:t>
        <w:br/>
        <w:t>vt 0.676639 0.966499</w:t>
        <w:br/>
        <w:t>vt 0.680524 0.966779</w:t>
        <w:br/>
        <w:t>vt 0.682146 0.979888</w:t>
        <w:br/>
        <w:t>vt 0.683980 0.989050</w:t>
        <w:br/>
        <w:t>vt 0.686789 0.990642</w:t>
        <w:br/>
        <w:t>vt 0.683980 0.989050</w:t>
        <w:br/>
        <w:t>vt 0.686789 0.990642</w:t>
        <w:br/>
        <w:t>vt 0.677115 0.991335</w:t>
        <w:br/>
        <w:t>vt 0.677632 0.988963</w:t>
        <w:br/>
        <w:t>vt 0.664245 0.990703</w:t>
        <w:br/>
        <w:t>vt 0.664427 0.987993</w:t>
        <w:br/>
        <w:t>vt 0.664427 0.987993</w:t>
        <w:br/>
        <w:t>vt 0.686467 0.980010</w:t>
        <w:br/>
        <w:t>vt 0.691614 0.993730</w:t>
        <w:br/>
        <w:t>vt 0.685365 0.969000</w:t>
        <w:br/>
        <w:t>vt 0.688403 0.971028</w:t>
        <w:br/>
        <w:t>vt 0.689952 0.978863</w:t>
        <w:br/>
        <w:t>vt 0.694702 0.993305</w:t>
        <w:br/>
        <w:t>vt 0.691614 0.993730</w:t>
        <w:br/>
        <w:t>vt 0.687632 0.993179</w:t>
        <w:br/>
        <w:t>vt 0.677872 0.993713</w:t>
        <w:br/>
        <w:t>vt 0.677115 0.991335</w:t>
        <w:br/>
        <w:t>vt 0.664063 0.992835</w:t>
        <w:br/>
        <w:t>vt 0.664245 0.990703</w:t>
        <w:br/>
        <w:t>vt 0.663914 0.995721</w:t>
        <w:br/>
        <w:t>vt 0.664063 0.992835</w:t>
        <w:br/>
        <w:t>vt 0.677090 0.995721</w:t>
        <w:br/>
        <w:t>vt 0.677872 0.993713</w:t>
        <w:br/>
        <w:t>vt 0.687179 0.995721</w:t>
        <w:br/>
        <w:t>vt 0.687632 0.993179</w:t>
        <w:br/>
        <w:t>vt 0.699556 0.970854</w:t>
        <w:br/>
        <w:t>vt 0.700327 0.973517</w:t>
        <w:br/>
        <w:t>vt 0.689313 0.972766</w:t>
        <w:br/>
        <w:t>vt 0.688403 0.971028</w:t>
        <w:br/>
        <w:t>vt 0.699556 0.970854</w:t>
        <w:br/>
        <w:t>vt 0.688403 0.971028</w:t>
        <w:br/>
        <w:t>vt 0.688687 0.967819</w:t>
        <w:br/>
        <w:t>vt 0.699532 0.967809</w:t>
        <w:br/>
        <w:t>vt 0.709439 0.964511</w:t>
        <w:br/>
        <w:t>vt 0.710571 0.968728</w:t>
        <w:br/>
        <w:t>vt 0.710305 0.970501</w:t>
        <w:br/>
        <w:t>vt 0.710571 0.968728</w:t>
        <w:br/>
        <w:t>vt 0.716924 0.968389</w:t>
        <w:br/>
        <w:t>vt 0.717693 0.971706</w:t>
        <w:br/>
        <w:t>vt 0.716924 0.968389</w:t>
        <w:br/>
        <w:t>vt 0.718877 0.961863</w:t>
        <w:br/>
        <w:t>vt 0.724150 0.968240</w:t>
        <w:br/>
        <w:t>vt 0.723925 0.965461</w:t>
        <w:br/>
        <w:t>vt 0.725280 0.960955</w:t>
        <w:br/>
        <w:t>vt 0.723925 0.965461</w:t>
        <w:br/>
        <w:t>vt 0.732460 0.968746</w:t>
        <w:br/>
        <w:t>vt 0.733317 0.966312</w:t>
        <w:br/>
        <w:t>vt 0.733317 0.966312</w:t>
        <w:br/>
        <w:t>vt 0.736040 0.962381</w:t>
        <w:br/>
        <w:t>vt 0.742294 0.969465</w:t>
        <w:br/>
        <w:t>vt 0.742351 0.967105</w:t>
        <w:br/>
        <w:t>vt 0.753752 0.967727</w:t>
        <w:br/>
        <w:t>vt 0.753900 0.969716</w:t>
        <w:br/>
        <w:t>vt 0.742351 0.967105</w:t>
        <w:br/>
        <w:t>vt 0.743215 0.963246</w:t>
        <w:br/>
        <w:t>vt 0.750897 0.963716</w:t>
        <w:br/>
        <w:t>vt 0.753752 0.967727</w:t>
        <w:br/>
        <w:t>vt 0.736889 0.960466</w:t>
        <w:br/>
        <w:t>vt 0.743556 0.960365</w:t>
        <w:br/>
        <w:t>vt 0.743215 0.963246</w:t>
        <w:br/>
        <w:t>vt 0.736040 0.962381</w:t>
        <w:br/>
        <w:t>vt 0.749742 0.960668</w:t>
        <w:br/>
        <w:t>vt 0.750897 0.963716</w:t>
        <w:br/>
        <w:t>vt 0.725280 0.960955</w:t>
        <w:br/>
        <w:t>vt 0.726165 0.959362</w:t>
        <w:br/>
        <w:t>vt 0.708414 0.963575</w:t>
        <w:br/>
        <w:t>vt 0.717807 0.960962</w:t>
        <w:br/>
        <w:t>vt 0.700068 0.966891</w:t>
        <w:br/>
        <w:t>vt 0.706179 0.891320</w:t>
        <w:br/>
        <w:t>vt 0.707080 0.887871</w:t>
        <w:br/>
        <w:t>vt 0.710736 0.889880</w:t>
        <w:br/>
        <w:t>vt 0.709746 0.893460</w:t>
        <w:br/>
        <w:t>vt 0.703060 0.890142</w:t>
        <w:br/>
        <w:t>vt 0.703690 0.886511</w:t>
        <w:br/>
        <w:t>vt 0.699296 0.887647</w:t>
        <w:br/>
        <w:t>vt 0.699571 0.884146</w:t>
        <w:br/>
        <w:t>vt 0.689945 0.966503</w:t>
        <w:br/>
        <w:t>vt 0.688687 0.967819</w:t>
        <w:br/>
        <w:t>vt 0.717490 0.954052</w:t>
        <w:br/>
        <w:t>vt 0.718877 0.961863</w:t>
        <w:br/>
        <w:t>vt 0.717807 0.960962</w:t>
        <w:br/>
        <w:t>vt 0.716009 0.954833</w:t>
        <w:br/>
        <w:t>vt 0.722509 0.957689</w:t>
        <w:br/>
        <w:t>vt 0.722509 0.957689</w:t>
        <w:br/>
        <w:t>vt 0.723882 0.956857</w:t>
        <w:br/>
        <w:t>vt 0.717490 0.954052</w:t>
        <w:br/>
        <w:t>vt 0.721121 0.951761</w:t>
        <w:br/>
        <w:t>vt 0.722727 0.951752</w:t>
        <w:br/>
        <w:t>vt 0.721121 0.951761</w:t>
        <w:br/>
        <w:t>vt 0.718119 0.941645</w:t>
        <w:br/>
        <w:t>vt 0.719193 0.942430</w:t>
        <w:br/>
        <w:t>vt 0.717846 0.947161</w:t>
        <w:br/>
        <w:t>vt 0.716285 0.947728</w:t>
        <w:br/>
        <w:t>vt 0.725298 0.934029</w:t>
        <w:br/>
        <w:t>vt 0.717846 0.947161</w:t>
        <w:br/>
        <w:t>vt 0.725298 0.934029</w:t>
        <w:br/>
        <w:t>vt 0.721830 0.944802</w:t>
        <w:br/>
        <w:t>vt 0.719193 0.942430</w:t>
        <w:br/>
        <w:t>vt 0.723256 0.945739</w:t>
        <w:br/>
        <w:t>vt 0.722727 0.951752</w:t>
        <w:br/>
        <w:t>vt 0.122628 0.505018</w:t>
        <w:br/>
        <w:t>vt 0.125817 0.509215</w:t>
        <w:br/>
        <w:t>vt 0.809805 0.579605</w:t>
        <w:br/>
        <w:t>vt 0.804997 0.578635</w:t>
        <w:br/>
        <w:t>vt 0.804775 0.573413</w:t>
        <w:br/>
        <w:t>vt 0.809468 0.570061</w:t>
        <w:br/>
        <w:t>vt 0.805592 0.587764</w:t>
        <w:br/>
        <w:t>vt 0.802352 0.588394</w:t>
        <w:br/>
        <w:t>vt 0.804775 0.573413</w:t>
        <w:br/>
        <w:t>vt 0.796523 0.597320</w:t>
        <w:br/>
        <w:t>vt 0.805592 0.587764</w:t>
        <w:br/>
        <w:t>vt 0.900991 0.704253</w:t>
        <w:br/>
        <w:t>vt 0.892980 0.706198</w:t>
        <w:br/>
        <w:t>vt 0.899415 0.689382</w:t>
        <w:br/>
        <w:t>vt 0.903532 0.689936</w:t>
        <w:br/>
        <w:t>vt 0.902128 0.712021</w:t>
        <w:br/>
        <w:t>vt 0.898807 0.717564</w:t>
        <w:br/>
        <w:t>vt 0.902128 0.712021</w:t>
        <w:br/>
        <w:t>vt 0.914337 0.707976</w:t>
        <w:br/>
        <w:t>vt 0.915651 0.714207</w:t>
        <w:br/>
        <w:t>vt 0.898807 0.717564</w:t>
        <w:br/>
        <w:t>vt 0.928079 0.707824</w:t>
        <w:br/>
        <w:t>vt 0.929007 0.702779</w:t>
        <w:br/>
        <w:t>vt 0.914337 0.707976</w:t>
        <w:br/>
        <w:t>vt 0.900991 0.704253</w:t>
        <w:br/>
        <w:t>vt 0.903532 0.689936</w:t>
        <w:br/>
        <w:t>vt 0.929007 0.702779</w:t>
        <w:br/>
        <w:t>vt 0.902128 0.712021</w:t>
        <w:br/>
        <w:t>vt 0.863543 0.657300</w:t>
        <w:br/>
        <w:t>vt 0.858397 0.659304</w:t>
        <w:br/>
        <w:t>vt 0.860430 0.653793</w:t>
        <w:br/>
        <w:t>vt 0.864208 0.654578</w:t>
        <w:br/>
        <w:t>vt 0.852697 0.661390</w:t>
        <w:br/>
        <w:t>vt 0.855593 0.650675</w:t>
        <w:br/>
        <w:t>vt 0.860430 0.653793</w:t>
        <w:br/>
        <w:t>vt 0.858397 0.659304</w:t>
        <w:br/>
        <w:t>vt 0.864983 0.641777</w:t>
        <w:br/>
        <w:t>vt 0.867070 0.647447</w:t>
        <w:br/>
        <w:t>vt 0.867070 0.647447</w:t>
        <w:br/>
        <w:t>vt 0.869971 0.650044</w:t>
        <w:br/>
        <w:t>vt 0.877243 0.641326</w:t>
        <w:br/>
        <w:t>vt 0.880137 0.644827</w:t>
        <w:br/>
        <w:t>vt 0.875747 0.635265</w:t>
        <w:br/>
        <w:t>vt 0.877243 0.641326</w:t>
        <w:br/>
        <w:t>vt 0.890571 0.635857</w:t>
        <w:br/>
        <w:t>vt 0.891862 0.639516</w:t>
        <w:br/>
        <w:t>vt 0.889078 0.630276</w:t>
        <w:br/>
        <w:t>vt 0.890571 0.635857</w:t>
        <w:br/>
        <w:t>vt 0.901038 0.632347</w:t>
        <w:br/>
        <w:t>vt 0.897413 0.627879</w:t>
        <w:br/>
        <w:t>vt 0.902283 0.635736</w:t>
        <w:br/>
        <w:t>vt 0.917038 0.632730</w:t>
        <w:br/>
        <w:t>vt 0.917082 0.635824</w:t>
        <w:br/>
        <w:t>vt 0.929568 0.636548</w:t>
        <w:br/>
        <w:t>vt 0.929200 0.633496</w:t>
        <w:br/>
        <w:t>vt 0.939074 0.631939</w:t>
        <w:br/>
        <w:t>vt 0.936755 0.630039</w:t>
        <w:br/>
        <w:t>vt 0.938470 0.629980</w:t>
        <w:br/>
        <w:t>vt 0.936755 0.630039</w:t>
        <w:br/>
        <w:t>vt 0.932091 0.619581</w:t>
        <w:br/>
        <w:t>vt 0.934027 0.618266</w:t>
        <w:br/>
        <w:t>vt 0.923459 0.610586</w:t>
        <w:br/>
        <w:t>vt 0.925166 0.609233</w:t>
        <w:br/>
        <w:t>vt 0.920677 0.602295</w:t>
        <w:br/>
        <w:t>vt 0.922850 0.602620</w:t>
        <w:br/>
        <w:t>vt 0.923278 0.595397</w:t>
        <w:br/>
        <w:t>vt 0.925014 0.597169</w:t>
        <w:br/>
        <w:t>vt 0.934814 0.588631</w:t>
        <w:br/>
        <w:t>vt 0.926970 0.594329</w:t>
        <w:br/>
        <w:t>vt 0.925901 0.592925</w:t>
        <w:br/>
        <w:t>vt 0.935769 0.583630</w:t>
        <w:br/>
        <w:t>vt 0.917510 0.597748</w:t>
        <w:br/>
        <w:t>vt 0.922461 0.590978</w:t>
        <w:br/>
        <w:t>vt 0.919235 0.599647</w:t>
        <w:br/>
        <w:t>vt 0.914191 0.604689</w:t>
        <w:br/>
        <w:t>vt 0.916298 0.605768</w:t>
        <w:br/>
        <w:t>vt 0.912785 0.613681</w:t>
        <w:br/>
        <w:t>vt 0.910459 0.612735</w:t>
        <w:br/>
        <w:t>vt 0.907348 0.625579</w:t>
        <w:br/>
        <w:t>vt 0.905409 0.624440</w:t>
        <w:br/>
        <w:t>vt 0.903217 0.631030</w:t>
        <w:br/>
        <w:t>vt 0.900185 0.629746</w:t>
        <w:br/>
        <w:t>vt 0.919252 0.627679</w:t>
        <w:br/>
        <w:t>vt 0.923459 0.610586</w:t>
        <w:br/>
        <w:t>vt 0.932091 0.619581</w:t>
        <w:br/>
        <w:t>vt 0.936755 0.630039</w:t>
        <w:br/>
        <w:t>vt 0.920677 0.602295</w:t>
        <w:br/>
        <w:t>vt 0.920818 0.587896</w:t>
        <w:br/>
        <w:t>vt 0.935824 0.580046</w:t>
        <w:br/>
        <w:t>vt 0.914523 0.596706</w:t>
        <w:br/>
        <w:t>vt 0.911206 0.603232</w:t>
        <w:br/>
        <w:t>vt 0.907866 0.611738</w:t>
        <w:br/>
        <w:t>vt 0.903129 0.622676</w:t>
        <w:br/>
        <w:t>vt 0.935165 0.590731</w:t>
        <w:br/>
        <w:t>vt 0.934814 0.588631</w:t>
        <w:br/>
        <w:t>vt 0.937711 0.584260</w:t>
        <w:br/>
        <w:t>vt 0.940424 0.592623</w:t>
        <w:br/>
        <w:t>vt 0.935824 0.580046</w:t>
        <w:br/>
        <w:t>vt 0.939668 0.581789</w:t>
        <w:br/>
        <w:t>vt 0.937711 0.584260</w:t>
        <w:br/>
        <w:t>vt 0.935769 0.583630</w:t>
        <w:br/>
        <w:t>vt 0.939668 0.581789</w:t>
        <w:br/>
        <w:t>vt 0.943266 0.591316</w:t>
        <w:br/>
        <w:t>vt 0.945086 0.599495</w:t>
        <w:br/>
        <w:t>vt 0.941376 0.601307</w:t>
        <w:br/>
        <w:t>vt 0.937118 0.602658</w:t>
        <w:br/>
        <w:t>vt 0.944655 0.611822</w:t>
        <w:br/>
        <w:t>vt 0.940900 0.613566</w:t>
        <w:br/>
        <w:t>vt 0.947425 0.609537</w:t>
        <w:br/>
        <w:t>vt 0.949633 0.620454</w:t>
        <w:br/>
        <w:t>vt 0.946306 0.623413</w:t>
        <w:br/>
        <w:t>vt 0.951566 0.616785</w:t>
        <w:br/>
        <w:t>vt 0.938470 0.629980</w:t>
        <w:br/>
        <w:t>vt 0.934027 0.618266</w:t>
        <w:br/>
        <w:t>vt 0.925166 0.609233</w:t>
        <w:br/>
        <w:t>vt 0.926970 0.594329</w:t>
        <w:br/>
        <w:t>vt 0.925014 0.597169</w:t>
        <w:br/>
        <w:t>vt 0.922850 0.602620</w:t>
        <w:br/>
        <w:t>vt 0.946858 0.625460</w:t>
        <w:br/>
        <w:t>vt 0.951204 0.637889</w:t>
        <w:br/>
        <w:t>vt 0.939074 0.631939</w:t>
        <w:br/>
        <w:t>vt 0.959073 0.625441</w:t>
        <w:br/>
        <w:t>vt 0.957522 0.633289</w:t>
        <w:br/>
        <w:t>vt 0.939601 0.648533</w:t>
        <w:br/>
        <w:t>vt 0.929568 0.636548</w:t>
        <w:br/>
        <w:t>vt 0.912937 0.653142</w:t>
        <w:br/>
        <w:t>vt 0.896190 0.657050</w:t>
        <w:br/>
        <w:t>vt 0.890590 0.658588</w:t>
        <w:br/>
        <w:t>vt 0.882473 0.662040</w:t>
        <w:br/>
        <w:t>vt 0.907744 0.676801</w:t>
        <w:br/>
        <w:t>vt 0.946442 0.688180</w:t>
        <w:br/>
        <w:t>vt 0.911185 0.667507</w:t>
        <w:br/>
        <w:t>vt 0.961528 0.676904</w:t>
        <w:br/>
        <w:t>vt 0.957187 0.681237</w:t>
        <w:br/>
        <w:t>vt 0.928079 0.707824</w:t>
        <w:br/>
        <w:t>vt 0.929007 0.702779</w:t>
        <w:br/>
        <w:t>vt 0.931827 0.708679</w:t>
        <w:br/>
        <w:t>vt 0.930168 0.710630</w:t>
        <w:br/>
        <w:t>vt 0.937872 0.738507</w:t>
        <w:br/>
        <w:t>vt 0.935901 0.738211</w:t>
        <w:br/>
        <w:t>vt 0.934551 0.754293</w:t>
        <w:br/>
        <w:t>vt 0.936454 0.755269</w:t>
        <w:br/>
        <w:t>vt 0.929955 0.774293</w:t>
        <w:br/>
        <w:t>vt 0.929008 0.773296</w:t>
        <w:br/>
        <w:t>vt 0.920511 0.791566</w:t>
        <w:br/>
        <w:t>vt 0.925208 0.802426</w:t>
        <w:br/>
        <w:t>vt 0.923860 0.803011</w:t>
        <w:br/>
        <w:t>vt 0.919329 0.791604</w:t>
        <w:br/>
        <w:t>vt 0.924939 0.818092</w:t>
        <w:br/>
        <w:t>vt 0.927429 0.811825</w:t>
        <w:br/>
        <w:t>vt 0.928835 0.820664</w:t>
        <w:br/>
        <w:t>vt 0.928703 0.825218</w:t>
        <w:br/>
        <w:t>vt 0.924939 0.818092</w:t>
        <w:br/>
        <w:t>vt 0.923702 0.821026</w:t>
        <w:br/>
        <w:t>vt 0.928951 0.826401</w:t>
        <w:br/>
        <w:t>vt 0.935814 0.811716</w:t>
        <w:br/>
        <w:t>vt 0.934736 0.804884</w:t>
        <w:br/>
        <w:t>vt 0.932025 0.797936</w:t>
        <w:br/>
        <w:t>vt 0.928471 0.791452</w:t>
        <w:br/>
        <w:t>vt 0.939582 0.757998</w:t>
        <w:br/>
        <w:t>vt 0.934036 0.775423</w:t>
        <w:br/>
        <w:t>vt 0.930915 0.790552</w:t>
        <w:br/>
        <w:t>vt 0.934767 0.796964</w:t>
        <w:br/>
        <w:t>vt 0.937144 0.804318</w:t>
        <w:br/>
        <w:t>vt 0.937740 0.811993</w:t>
        <w:br/>
        <w:t>vt 0.928951 0.826401</w:t>
        <w:br/>
        <w:t>vt 0.928703 0.825218</w:t>
        <w:br/>
        <w:t>vt 0.937740 0.811993</w:t>
        <w:br/>
        <w:t>vt 0.940471 0.814079</w:t>
        <w:br/>
        <w:t>vt 0.928835 0.820664</w:t>
        <w:br/>
        <w:t>vt 0.948121 0.802214</w:t>
        <w:br/>
        <w:t>vt 0.951248 0.803299</w:t>
        <w:br/>
        <w:t>vt 0.946817 0.793787</w:t>
        <w:br/>
        <w:t>vt 0.948121 0.802214</w:t>
        <w:br/>
        <w:t>vt 0.946412 0.785101</w:t>
        <w:br/>
        <w:t>vt 0.949805 0.793982</w:t>
        <w:br/>
        <w:t>vt 0.949490 0.784924</w:t>
        <w:br/>
        <w:t>vt 0.936702 0.775150</w:t>
        <w:br/>
        <w:t>vt 0.941940 0.759059</w:t>
        <w:br/>
        <w:t>vt 0.946882 0.775621</w:t>
        <w:br/>
        <w:t>vt 0.948695 0.759919</w:t>
        <w:br/>
        <w:t>vt 0.942879 0.740839</w:t>
        <w:br/>
        <w:t>vt 0.944915 0.740454</w:t>
        <w:br/>
        <w:t>vt 0.951679 0.758354</w:t>
        <w:br/>
        <w:t>vt 0.952092 0.744432</w:t>
        <w:br/>
        <w:t>vt 0.956630 0.741188</w:t>
        <w:br/>
        <w:t>vt 0.945184 0.718211</w:t>
        <w:br/>
        <w:t>vt 0.947106 0.720112</w:t>
        <w:br/>
        <w:t>vt 0.959899 0.722445</w:t>
        <w:br/>
        <w:t>vt 0.963384 0.724829</w:t>
        <w:br/>
        <w:t>vt 0.959899 0.722445</w:t>
        <w:br/>
        <w:t>vt 0.947106 0.720112</w:t>
        <w:br/>
        <w:t>vt 0.946721 0.715604</w:t>
        <w:br/>
        <w:t>vt 0.958869 0.718058</w:t>
        <w:br/>
        <w:t>vt 0.966560 0.716840</w:t>
        <w:br/>
        <w:t>vt 0.969823 0.719114</w:t>
        <w:br/>
        <w:t>vt 0.955072 0.702037</w:t>
        <w:br/>
        <w:t>vt 0.969203 0.711337</w:t>
        <w:br/>
        <w:t>vt 0.972883 0.712390</w:t>
        <w:br/>
        <w:t>vt 0.973270 0.704379</w:t>
        <w:br/>
        <w:t>vt 0.968995 0.703914</w:t>
        <w:br/>
        <w:t>vt 0.966990 0.698164</w:t>
        <w:br/>
        <w:t>vt 0.971616 0.697933</w:t>
        <w:br/>
        <w:t>vt 0.966978 0.688113</w:t>
        <w:br/>
        <w:t>vt 0.963650 0.687099</w:t>
        <w:br/>
        <w:t>vt 0.963830 0.714780</w:t>
        <w:br/>
        <w:t>vt 0.964529 0.699222</w:t>
        <w:br/>
        <w:t>vt 0.960213 0.689845</w:t>
        <w:br/>
        <w:t>vt 0.963650 0.687099</w:t>
        <w:br/>
        <w:t>vt 0.965157 0.685764</w:t>
        <w:br/>
        <w:t>vt 0.966872 0.687566</w:t>
        <w:br/>
        <w:t>vt 0.966978 0.688113</w:t>
        <w:br/>
        <w:t>vt 0.965157 0.685764</w:t>
        <w:br/>
        <w:t>vt 0.970111 0.684512</w:t>
        <w:br/>
        <w:t>vt 0.971336 0.688054</w:t>
        <w:br/>
        <w:t>vt 0.966872 0.687566</w:t>
        <w:br/>
        <w:t>vt 0.975274 0.682978</w:t>
        <w:br/>
        <w:t>vt 0.977340 0.685946</w:t>
        <w:br/>
        <w:t>vt 0.977111 0.678608</w:t>
        <w:br/>
        <w:t>vt 0.980652 0.680558</w:t>
        <w:br/>
        <w:t>vt 0.976304 0.673631</w:t>
        <w:br/>
        <w:t>vt 0.980796 0.675005</w:t>
        <w:br/>
        <w:t>vt 0.979512 0.671709</w:t>
        <w:br/>
        <w:t>vt 0.975335 0.670196</w:t>
        <w:br/>
        <w:t>vt 0.993682 0.658553</w:t>
        <w:br/>
        <w:t>vt 0.988351 0.656104</w:t>
        <w:br/>
        <w:t>vt 0.994851 0.649931</w:t>
        <w:br/>
        <w:t>vt 0.999984 0.648524</w:t>
        <w:br/>
        <w:t>vt 0.985876 0.665960</w:t>
        <w:br/>
        <w:t>vt 0.980967 0.663662</w:t>
        <w:br/>
        <w:t>vt 0.979512 0.671709</w:t>
        <w:br/>
        <w:t>vt 0.975335 0.670196</w:t>
        <w:br/>
        <w:t>vt 0.999984 0.648524</w:t>
        <w:br/>
        <w:t>vt 0.994851 0.649931</w:t>
        <w:br/>
        <w:t>vt 0.987812 0.643044</w:t>
        <w:br/>
        <w:t>vt 0.991826 0.638214</w:t>
        <w:br/>
        <w:t>vt 0.980190 0.638280</w:t>
        <w:br/>
        <w:t>vt 0.983279 0.632562</w:t>
        <w:br/>
        <w:t>vt 0.973701 0.629611</w:t>
        <w:br/>
        <w:t>vt 0.970908 0.634969</w:t>
        <w:br/>
        <w:t>vt 0.963045 0.631921</w:t>
        <w:br/>
        <w:t>vt 0.968261 0.626398</w:t>
        <w:br/>
        <w:t>vt 0.966105 0.619371</w:t>
        <w:br/>
        <w:t>vt 0.968261 0.626398</w:t>
        <w:br/>
        <w:t>vt 0.963045 0.631921</w:t>
        <w:br/>
        <w:t>vt 0.962405 0.624254</w:t>
        <w:br/>
        <w:t>vt 0.949633 0.620454</w:t>
        <w:br/>
        <w:t>vt 0.951566 0.616785</w:t>
        <w:br/>
        <w:t>vt 0.966105 0.619371</w:t>
        <w:br/>
        <w:t>vt 0.962405 0.624254</w:t>
        <w:br/>
        <w:t>vt 0.959073 0.625441</w:t>
        <w:br/>
        <w:t>vt 0.946858 0.625460</w:t>
        <w:br/>
        <w:t>vt 0.962405 0.624254</w:t>
        <w:br/>
        <w:t>vt 0.963045 0.631921</w:t>
        <w:br/>
        <w:t>vt 0.969724 0.637103</w:t>
        <w:br/>
        <w:t>vt 0.979619 0.640716</w:t>
        <w:br/>
        <w:t>vt 0.986695 0.645416</w:t>
        <w:br/>
        <w:t>vt 0.990044 0.648993</w:t>
        <w:br/>
        <w:t>vt 0.994851 0.649931</w:t>
        <w:br/>
        <w:t>vt 0.988351 0.656104</w:t>
        <w:br/>
        <w:t>vt 0.984886 0.653698</w:t>
        <w:br/>
        <w:t>vt 0.978751 0.662097</w:t>
        <w:br/>
        <w:t>vt 0.963830 0.714780</w:t>
        <w:br/>
        <w:t>vt 0.966234 0.709909</w:t>
        <w:br/>
        <w:t>vt 0.965938 0.704270</w:t>
        <w:br/>
        <w:t>vt 0.964529 0.699222</w:t>
        <w:br/>
        <w:t>vt 0.960213 0.689845</w:t>
        <w:br/>
        <w:t>vt 0.957187 0.681237</w:t>
        <w:br/>
        <w:t>vt 0.959522 0.681385</w:t>
        <w:br/>
        <w:t>vt 0.959522 0.681385</w:t>
        <w:br/>
        <w:t>vt 0.957187 0.681237</w:t>
        <w:br/>
        <w:t>vt 0.961528 0.676904</w:t>
        <w:br/>
        <w:t>vt 0.961233 0.679827</w:t>
        <w:br/>
        <w:t>vt 0.965477 0.683618</w:t>
        <w:br/>
        <w:t>vt 0.966043 0.681211</w:t>
        <w:br/>
        <w:t>vt 0.970188 0.682743</w:t>
        <w:br/>
        <w:t>vt 0.961233 0.679827</w:t>
        <w:br/>
        <w:t>vt 0.973864 0.680953</w:t>
        <w:br/>
        <w:t>vt 0.974558 0.678089</w:t>
        <w:br/>
        <w:t>vt 0.973920 0.673936</w:t>
        <w:br/>
        <w:t>vt 0.971265 0.669329</w:t>
        <w:br/>
        <w:t>vt 0.971265 0.669329</w:t>
        <w:br/>
        <w:t>vt 0.973920 0.673936</w:t>
        <w:br/>
        <w:t>vt 0.974558 0.678089</w:t>
        <w:br/>
        <w:t>vt 0.852697 0.661390</w:t>
        <w:br/>
        <w:t>vt 0.858397 0.659304</w:t>
        <w:br/>
        <w:t>vt 0.866213 0.662886</w:t>
        <w:br/>
        <w:t>vt 0.864191 0.668504</w:t>
        <w:br/>
        <w:t>vt 0.876780 0.664297</w:t>
        <w:br/>
        <w:t>vt 0.874793 0.671148</w:t>
        <w:br/>
        <w:t>vt 0.868702 0.659221</w:t>
        <w:br/>
        <w:t>vt 0.866213 0.662886</w:t>
        <w:br/>
        <w:t>vt 0.876780 0.664297</w:t>
        <w:br/>
        <w:t>vt 0.995828 0.605317</w:t>
        <w:br/>
        <w:t>vt 0.989979 0.603299</w:t>
        <w:br/>
        <w:t>vt 0.903184 0.675459</w:t>
        <w:br/>
        <w:t>vt 0.906646 0.666538</w:t>
        <w:br/>
        <w:t>vt 0.908261 0.657877</w:t>
        <w:br/>
        <w:t>vt 0.908261 0.657877</w:t>
        <w:br/>
        <w:t>vt 0.897026 0.659400</w:t>
        <w:br/>
        <w:t>vt 0.966234 0.709909</w:t>
        <w:br/>
        <w:t>vt 0.965938 0.704270</w:t>
        <w:br/>
        <w:t>vt 0.792730 0.532546</w:t>
        <w:br/>
        <w:t>vt 0.808385 0.543940</w:t>
        <w:br/>
        <w:t>vt 0.791175 0.537094</w:t>
        <w:br/>
        <w:t>vt 0.812195 0.536599</w:t>
        <w:br/>
        <w:t>vt 0.812195 0.536599</w:t>
        <w:br/>
        <w:t>vt 0.949706 0.776288</w:t>
        <w:br/>
        <w:t>vt 0.821740 0.388756</w:t>
        <w:br/>
        <w:t>vt 0.809015 0.407610</w:t>
        <w:br/>
        <w:t>vt 0.804709 0.407556</w:t>
        <w:br/>
        <w:t>vt 0.820687 0.385979</w:t>
        <w:br/>
        <w:t>vt 0.842569 0.366484</w:t>
        <w:br/>
        <w:t>vt 0.843375 0.371668</w:t>
        <w:br/>
        <w:t>vt 0.845632 0.367920</w:t>
        <w:br/>
        <w:t>vt 0.858422 0.359680</w:t>
        <w:br/>
        <w:t>vt 0.860004 0.361182</w:t>
        <w:br/>
        <w:t>vt 0.890056 0.476364</w:t>
        <w:br/>
        <w:t>vt 0.887418 0.480571</w:t>
        <w:br/>
        <w:t>vt 0.874182 0.472876</w:t>
        <w:br/>
        <w:t>vt 0.871875 0.467036</w:t>
        <w:br/>
        <w:t>vt 0.866719 0.469539</w:t>
        <w:br/>
        <w:t>vt 0.853577 0.455311</w:t>
        <w:br/>
        <w:t>vt 0.849108 0.458452</w:t>
        <w:br/>
        <w:t>vt 0.891563 0.472286</w:t>
        <w:br/>
        <w:t>vt 0.875328 0.464001</w:t>
        <w:br/>
        <w:t>vt 0.857264 0.452302</w:t>
        <w:br/>
        <w:t>vt 0.814905 0.407759</w:t>
        <w:br/>
        <w:t>vt 0.826636 0.392206</w:t>
        <w:br/>
        <w:t>vt 0.845921 0.376327</w:t>
        <w:br/>
        <w:t>vt 0.863549 0.365503</w:t>
        <w:br/>
        <w:t>vt 0.918245 0.826563</w:t>
        <w:br/>
        <w:t>vt 0.927632 0.831142</w:t>
        <w:br/>
        <w:t>vt 0.924130 0.834725</w:t>
        <w:br/>
        <w:t>vt 0.917596 0.831478</w:t>
        <w:br/>
        <w:t>vt 0.910980 0.832691</w:t>
        <w:br/>
        <w:t>vt 0.908994 0.828170</w:t>
        <w:br/>
        <w:t>vt 0.933188 0.837037</w:t>
        <w:br/>
        <w:t>vt 0.938311 0.843333</w:t>
        <w:br/>
        <w:t>vt 0.930913 0.842778</w:t>
        <w:br/>
        <w:t>vt 0.928111 0.839149</w:t>
        <w:br/>
        <w:t>vt 0.906063 0.836742</w:t>
        <w:br/>
        <w:t>vt 0.902584 0.833511</w:t>
        <w:br/>
        <w:t>vt 0.891594 0.502689</w:t>
        <w:br/>
        <w:t>vt 0.886376 0.513706</w:t>
        <w:br/>
        <w:t>vt 0.881937 0.512506</w:t>
        <w:br/>
        <w:t>vt 0.888563 0.499209</w:t>
        <w:br/>
        <w:t>vt 0.899757 0.494662</w:t>
        <w:br/>
        <w:t>vt 0.897468 0.489640</w:t>
        <w:br/>
        <w:t>vt 0.874314 0.546380</w:t>
        <w:br/>
        <w:t>vt 0.877109 0.524569</w:t>
        <w:br/>
        <w:t>vt 0.882137 0.526076</w:t>
        <w:br/>
        <w:t>vt 0.877873 0.546897</w:t>
        <w:br/>
        <w:t>vt 0.878357 0.569093</w:t>
        <w:br/>
        <w:t>vt 0.873211 0.569637</w:t>
        <w:br/>
        <w:t>vt 0.882755 0.592841</w:t>
        <w:br/>
        <w:t>vt 0.877773 0.594151</w:t>
        <w:br/>
        <w:t>vt 0.885338 0.224449</w:t>
        <w:br/>
        <w:t>vt 0.883538 0.247433</w:t>
        <w:br/>
        <w:t>vt 0.877968 0.247079</w:t>
        <w:br/>
        <w:t>vt 0.880315 0.223364</w:t>
        <w:br/>
        <w:t>vt 0.887423 0.297581</w:t>
        <w:br/>
        <w:t>vt 0.884078 0.300342</w:t>
        <w:br/>
        <w:t>vt 0.879344 0.276217</w:t>
        <w:br/>
        <w:t>vt 0.883767 0.275639</w:t>
        <w:br/>
        <w:t>vt 0.899456 0.482335</w:t>
        <w:br/>
        <w:t>vt 0.897435 0.477467</w:t>
        <w:br/>
        <w:t>vt 0.910006 0.476275</w:t>
        <w:br/>
        <w:t>vt 0.910153 0.480096</w:t>
        <w:br/>
        <w:t>vt 0.914054 0.476937</w:t>
        <w:br/>
        <w:t>vt 0.910066 0.484233</w:t>
        <w:br/>
        <w:t>vt 0.910151 0.489970</w:t>
        <w:br/>
        <w:t>vt 0.924130 0.834725</w:t>
        <w:br/>
        <w:t>vt 0.919653 0.848359</w:t>
        <w:br/>
        <w:t>vt 0.922559 0.853184</w:t>
        <w:br/>
        <w:t>vt 0.930913 0.842778</w:t>
        <w:br/>
        <w:t>vt 0.915590 0.848877</w:t>
        <w:br/>
        <w:t>vt 0.915519 0.845846</w:t>
        <w:br/>
        <w:t>vt 0.918244 0.850441</w:t>
        <w:br/>
        <w:t>vt 0.912362 0.849536</w:t>
        <w:br/>
        <w:t>vt 0.910359 0.847090</w:t>
        <w:br/>
        <w:t>vt 0.909688 0.852892</w:t>
        <w:br/>
        <w:t>vt 0.906707 0.852668</w:t>
        <w:br/>
        <w:t>vt 0.910980 0.832691</w:t>
        <w:br/>
        <w:t>vt 0.906063 0.836742</w:t>
        <w:br/>
        <w:t>vt 0.906707 0.852668</w:t>
        <w:br/>
        <w:t>vt 0.902437 0.841048</w:t>
        <w:br/>
        <w:t>vt 0.915319 0.853755</w:t>
        <w:br/>
        <w:t>vt 0.920064 0.854107</w:t>
        <w:br/>
        <w:t>vt 0.919160 0.864453</w:t>
        <w:br/>
        <w:t>vt 0.916712 0.865389</w:t>
        <w:br/>
        <w:t>vt 0.910465 0.864686</w:t>
        <w:br/>
        <w:t>vt 0.909295 0.864583</w:t>
        <w:br/>
        <w:t>vt 0.913485 0.864886</w:t>
        <w:br/>
        <w:t>vt 0.910198 0.483453</w:t>
        <w:br/>
        <w:t>vt 0.911117 0.481874</w:t>
        <w:br/>
        <w:t>vt 0.914999 0.482063</w:t>
        <w:br/>
        <w:t>vt 0.910857 0.480496</w:t>
        <w:br/>
        <w:t>vt 0.915265 0.487747</w:t>
        <w:br/>
        <w:t>vt 0.897784 0.473981</w:t>
        <w:br/>
        <w:t>vt 0.909537 0.473285</w:t>
        <w:br/>
        <w:t>vt 0.913654 0.470173</w:t>
        <w:br/>
        <w:t>vt 0.914054 0.476937</w:t>
        <w:br/>
        <w:t>vt 0.917156 0.494429</w:t>
        <w:br/>
        <w:t>vt 0.915265 0.487747</w:t>
        <w:br/>
        <w:t>vt 0.938906 0.487230</w:t>
        <w:br/>
        <w:t>vt 0.902898 0.498230</w:t>
        <w:br/>
        <w:t>vt 0.896110 0.505394</w:t>
        <w:br/>
        <w:t>vt 0.891438 0.515095</w:t>
        <w:br/>
        <w:t>vt 0.887018 0.527051</w:t>
        <w:br/>
        <w:t>vt 0.883707 0.546947</w:t>
        <w:br/>
        <w:t>vt 0.883630 0.567562</w:t>
        <w:br/>
        <w:t>vt 0.887715 0.589792</w:t>
        <w:br/>
        <w:t>vt 0.890208 0.227554</w:t>
        <w:br/>
        <w:t>vt 0.888717 0.248551</w:t>
        <w:br/>
        <w:t>vt 0.885338 0.224449</w:t>
        <w:br/>
        <w:t>vt 0.889442 0.275512</w:t>
        <w:br/>
        <w:t>vt 0.892448 0.296421</w:t>
        <w:br/>
        <w:t>vt 0.912638 0.494622</w:t>
        <w:br/>
        <w:t>vt 0.907726 0.500956</w:t>
        <w:br/>
        <w:t>vt 0.898912 0.511413</w:t>
        <w:br/>
        <w:t>vt 0.905647 0.468781</w:t>
        <w:br/>
        <w:t>vt 0.892903 0.468008</w:t>
        <w:br/>
        <w:t>vt 0.876869 0.461031</w:t>
        <w:br/>
        <w:t>vt 0.889851 0.459851</w:t>
        <w:br/>
        <w:t>vt 0.914999 0.482063</w:t>
        <w:br/>
        <w:t>vt 0.937451 0.475607</w:t>
        <w:br/>
        <w:t>vt 0.936535 0.463514</w:t>
        <w:br/>
        <w:t>vt 0.913376 0.457526</w:t>
        <w:br/>
        <w:t>vt 0.904609 0.458580</w:t>
        <w:br/>
        <w:t>vt 0.936112 0.451038</w:t>
        <w:br/>
        <w:t>vt 0.877302 0.345976</w:t>
        <w:br/>
        <w:t>vt 0.892598 0.338623</w:t>
        <w:br/>
        <w:t>vt 0.891007 0.344753</w:t>
        <w:br/>
        <w:t>vt 0.876853 0.350589</w:t>
        <w:br/>
        <w:t>vt 0.892510 0.348877</w:t>
        <w:br/>
        <w:t>vt 0.879163 0.355391</w:t>
        <w:br/>
        <w:t>vt 0.463912 0.154359</w:t>
        <w:br/>
        <w:t>vt 0.460604 0.157850</w:t>
        <w:br/>
        <w:t>vt 0.454288 0.154280</w:t>
        <w:br/>
        <w:t>vt 0.455854 0.149797</w:t>
        <w:br/>
        <w:t>vt 0.468308 0.161817</w:t>
        <w:br/>
        <w:t>vt 0.463727 0.163402</w:t>
        <w:br/>
        <w:t>vt 0.446635 0.149205</w:t>
        <w:br/>
        <w:t>vt 0.448115 0.153974</w:t>
        <w:br/>
        <w:t>vt 0.442961 0.155006</w:t>
        <w:br/>
        <w:t>vt 0.439292 0.149132</w:t>
        <w:br/>
        <w:t>vt 0.468993 0.170132</w:t>
        <w:br/>
        <w:t>vt 0.468105 0.178594</w:t>
        <w:br/>
        <w:t>vt 0.463352 0.175281</w:t>
        <w:br/>
        <w:t>vt 0.464009 0.168908</w:t>
        <w:br/>
        <w:t>vt 0.893933 0.311935</w:t>
        <w:br/>
        <w:t>vt 0.892456 0.318895</w:t>
        <w:br/>
        <w:t>vt 0.903372 0.324348</w:t>
        <w:br/>
        <w:t>vt 0.901167 0.328346</w:t>
        <w:br/>
        <w:t>vt 0.901831 0.342142</w:t>
        <w:br/>
        <w:t>vt 0.903157 0.337003</w:t>
        <w:br/>
        <w:t>vt 0.914266 0.338161</w:t>
        <w:br/>
        <w:t>vt 0.916619 0.342063</w:t>
        <w:br/>
        <w:t>vt 0.912559 0.342118</w:t>
        <w:br/>
        <w:t>vt 0.913711 0.329368</w:t>
        <w:br/>
        <w:t>vt 0.913525 0.335311</w:t>
        <w:br/>
        <w:t>vt 0.451016 0.167938</w:t>
        <w:br/>
        <w:t>vt 0.460604 0.157850</w:t>
        <w:br/>
        <w:t>vt 0.463727 0.163402</w:t>
        <w:br/>
        <w:t>vt 0.453581 0.173106</w:t>
        <w:br/>
        <w:t>vt 0.446261 0.166326</w:t>
        <w:br/>
        <w:t>vt 0.448306 0.170767</w:t>
        <w:br/>
        <w:t>vt 0.445463 0.169859</w:t>
        <w:br/>
        <w:t>vt 0.449719 0.173386</w:t>
        <w:br/>
        <w:t>vt 0.442961 0.155006</w:t>
        <w:br/>
        <w:t>vt 0.439990 0.166893</w:t>
        <w:br/>
        <w:t>vt 0.451853 0.179980</w:t>
        <w:br/>
        <w:t>vt 0.449092 0.177652</w:t>
        <w:br/>
        <w:t>vt 0.441844 0.170709</w:t>
        <w:br/>
        <w:t>vt 0.445146 0.174408</w:t>
        <w:br/>
        <w:t>vt 0.433758 0.178383</w:t>
        <w:br/>
        <w:t>vt 0.435008 0.180156</w:t>
        <w:br/>
        <w:t>vt 0.440338 0.186062</w:t>
        <w:br/>
        <w:t>vt 0.439438 0.184831</w:t>
        <w:br/>
        <w:t>vt 0.437549 0.182367</w:t>
        <w:br/>
        <w:t>vt 0.914912 0.335672</w:t>
        <w:br/>
        <w:t>vt 0.918013 0.336817</w:t>
        <w:br/>
        <w:t>vt 0.915773 0.337103</w:t>
        <w:br/>
        <w:t>vt 0.915398 0.338515</w:t>
        <w:br/>
        <w:t>vt 0.914266 0.338161</w:t>
        <w:br/>
        <w:t>vt 0.915398 0.338515</w:t>
        <w:br/>
        <w:t>vt 0.916619 0.342063</w:t>
        <w:br/>
        <w:t>vt 0.917367 0.332200</w:t>
        <w:br/>
        <w:t>vt 0.914912 0.335672</w:t>
        <w:br/>
        <w:t>vt 0.913525 0.335311</w:t>
        <w:br/>
        <w:t>vt 0.902270 0.345899</w:t>
        <w:br/>
        <w:t>vt 0.912114 0.345708</w:t>
        <w:br/>
        <w:t>vt 0.912559 0.342118</w:t>
        <w:br/>
        <w:t>vt 0.915467 0.325290</w:t>
        <w:br/>
        <w:t>vt 0.906159 0.321224</w:t>
        <w:br/>
        <w:t>vt 0.897815 0.309876</w:t>
        <w:br/>
        <w:t>vt 0.908502 0.316359</w:t>
        <w:br/>
        <w:t>vt 0.920177 0.323938</w:t>
        <w:br/>
        <w:t>vt 0.903005 0.307951</w:t>
        <w:br/>
        <w:t>vt 0.898736 0.298765</w:t>
        <w:br/>
        <w:t>vt 0.904788 0.349816</w:t>
        <w:br/>
        <w:t>vt 0.916954 0.349217</w:t>
        <w:br/>
        <w:t>vt 0.893301 0.352927</w:t>
        <w:br/>
        <w:t>vt 0.881117 0.359284</w:t>
        <w:br/>
        <w:t>vt 0.904807 0.360216</w:t>
        <w:br/>
        <w:t>vt 0.890666 0.359875</w:t>
        <w:br/>
        <w:t>vt 0.915554 0.361680</w:t>
        <w:br/>
        <w:t>vt 0.918013 0.336817</w:t>
        <w:br/>
        <w:t>vt 0.938571 0.333214</w:t>
        <w:br/>
        <w:t>vt 0.936897 0.344614</w:t>
        <w:br/>
        <w:t>vt 0.936358 0.356120</w:t>
        <w:br/>
        <w:t>vt 0.916619 0.342063</w:t>
        <w:br/>
        <w:t>vt 0.917367 0.332200</w:t>
        <w:br/>
        <w:t>vt 0.941096 0.322408</w:t>
        <w:br/>
        <w:t>vt 0.869962 0.367444</w:t>
        <w:br/>
        <w:t>vt 0.849430 0.380639</w:t>
        <w:br/>
        <w:t>vt 0.833054 0.394128</w:t>
        <w:br/>
        <w:t>vt 0.820809 0.408150</w:t>
        <w:br/>
        <w:t>vt 0.861358 0.449250</w:t>
        <w:br/>
        <w:t>vt 0.846248 0.394669</w:t>
        <w:br/>
        <w:t>vt 0.844826 0.408862</w:t>
        <w:br/>
        <w:t>vt 0.831055 0.408511</w:t>
        <w:br/>
        <w:t>vt 0.886336 0.369718</w:t>
        <w:br/>
        <w:t>vt 0.902374 0.371950</w:t>
        <w:br/>
        <w:t>vt 0.913060 0.374763</w:t>
        <w:br/>
        <w:t>vt 0.882228 0.409319</w:t>
        <w:br/>
        <w:t>vt 0.864912 0.409151</w:t>
        <w:br/>
        <w:t>vt 0.865785 0.394906</w:t>
        <w:br/>
        <w:t>vt 0.881989 0.395862</w:t>
        <w:br/>
        <w:t>vt 0.899843 0.384170</w:t>
        <w:br/>
        <w:t>vt 0.911019 0.391607</w:t>
        <w:br/>
        <w:t>vt 0.898043 0.396965</w:t>
        <w:br/>
        <w:t>vt 0.898103 0.409496</w:t>
        <w:br/>
        <w:t>vt 0.910887 0.409617</w:t>
        <w:br/>
        <w:t>vt 0.866251 0.424743</w:t>
        <w:br/>
        <w:t>vt 0.883084 0.424950</w:t>
        <w:br/>
        <w:t>vt 0.910857 0.425990</w:t>
        <w:br/>
        <w:t>vt 0.899253 0.425181</w:t>
        <w:br/>
        <w:t>vt 0.884920 0.436600</w:t>
        <w:br/>
        <w:t>vt 0.869068 0.437503</w:t>
        <w:br/>
        <w:t>vt 0.872339 0.449850</w:t>
        <w:br/>
        <w:t>vt 0.887158 0.447970</w:t>
        <w:br/>
        <w:t>vt 0.912690 0.443425</w:t>
        <w:br/>
        <w:t>vt 0.901321 0.436562</w:t>
        <w:br/>
        <w:t>vt 0.935363 0.381936</w:t>
        <w:br/>
        <w:t>vt 0.934994 0.395234</w:t>
        <w:br/>
        <w:t>vt 0.936058 0.368491</w:t>
        <w:br/>
        <w:t>vt 0.934476 0.409987</w:t>
        <w:br/>
        <w:t>vt 0.934956 0.423142</w:t>
        <w:br/>
        <w:t>vt 0.935205 0.436502</w:t>
        <w:br/>
        <w:t>vt 0.892577 0.528593</w:t>
        <w:br/>
        <w:t>vt 0.889486 0.544881</w:t>
        <w:br/>
        <w:t>vt 0.890693 0.563336</w:t>
        <w:br/>
        <w:t>vt 0.895088 0.583918</w:t>
        <w:br/>
        <w:t>vt 0.897382 0.233530</w:t>
        <w:br/>
        <w:t>vt 0.894971 0.248557</w:t>
        <w:br/>
        <w:t>vt 0.894248 0.274609</w:t>
        <w:br/>
        <w:t>vt 0.912148 0.245739</w:t>
        <w:br/>
        <w:t>vt 0.904503 0.256632</w:t>
        <w:br/>
        <w:t>vt 0.927307 0.259192</w:t>
        <w:br/>
        <w:t>vt 0.919238 0.269773</w:t>
        <w:br/>
        <w:t>vt 0.938357 0.269803</w:t>
        <w:br/>
        <w:t>vt 0.930026 0.280055</w:t>
        <w:br/>
        <w:t>vt 0.947603 0.279806</w:t>
        <w:br/>
        <w:t>vt 0.938680 0.289548</w:t>
        <w:br/>
        <w:t>vt 0.899903 0.557666</w:t>
        <w:br/>
        <w:t>vt 0.908989 0.535913</w:t>
        <w:br/>
        <w:t>vt 0.915959 0.546837</w:t>
        <w:br/>
        <w:t>vt 0.920307 0.525631</w:t>
        <w:br/>
        <w:t>vt 0.927589 0.537348</w:t>
        <w:br/>
        <w:t>vt 0.937277 0.529249</w:t>
        <w:br/>
        <w:t>vt 0.930321 0.518677</w:t>
        <w:br/>
        <w:t>vt 0.909808 0.283781</w:t>
        <w:br/>
        <w:t>vt 0.921786 0.291746</w:t>
        <w:br/>
        <w:t>vt 0.931854 0.299903</w:t>
        <w:br/>
        <w:t>vt 0.913839 0.513329</w:t>
        <w:br/>
        <w:t>vt 0.901402 0.522456</w:t>
        <w:br/>
        <w:t>vt 0.923668 0.506742</w:t>
        <w:br/>
        <w:t>vt 0.914148 0.305415</w:t>
        <w:br/>
        <w:t>vt 0.926117 0.311796</w:t>
        <w:br/>
        <w:t>vt 0.944715 0.310805</w:t>
        <w:br/>
        <w:t>vt 0.949936 0.300740</w:t>
        <w:br/>
        <w:t>vt 0.956578 0.292620</w:t>
        <w:br/>
        <w:t>vt 0.946506 0.513569</w:t>
        <w:br/>
        <w:t>vt 0.950421 0.520876</w:t>
        <w:br/>
        <w:t>vt 0.942389 0.500995</w:t>
        <w:br/>
        <w:t>vt 0.868106 0.381071</w:t>
        <w:br/>
        <w:t>vt 0.883665 0.382010</w:t>
        <w:br/>
        <w:t>vt 0.832255 0.423577</w:t>
        <w:br/>
        <w:t>vt 0.903155 0.447781</w:t>
        <w:br/>
        <w:t>vt 0.910039 0.571887</w:t>
        <w:br/>
        <w:t>vt 0.925294 0.558654</w:t>
        <w:br/>
        <w:t>vt 0.936453 0.548275</w:t>
        <w:br/>
        <w:t>vt 0.945791 0.538578</w:t>
        <w:br/>
        <w:t>vt 0.955084 0.525913</w:t>
        <w:br/>
        <w:t>vt 0.846221 0.423705</w:t>
        <w:br/>
        <w:t>vt 0.846429 0.437306</w:t>
        <w:br/>
        <w:t>vt 0.903157 0.337003</w:t>
        <w:br/>
        <w:t>vt 0.917367 0.332200</w:t>
        <w:br/>
        <w:t>vt 0.915265 0.487747</w:t>
        <w:br/>
        <w:t>vt 0.960787 0.471389</w:t>
        <w:br/>
        <w:t>vt 0.961301 0.482113</w:t>
        <w:br/>
        <w:t>vt 0.960619 0.460075</w:t>
        <w:br/>
        <w:t>vt 0.960250 0.434986</w:t>
        <w:br/>
        <w:t>vt 0.960522 0.448255</w:t>
        <w:br/>
        <w:t>vt 0.962210 0.494812</w:t>
        <w:br/>
        <w:t>vt 0.961091 0.338075</w:t>
        <w:br/>
        <w:t>vt 0.960574 0.348937</w:t>
        <w:br/>
        <w:t>vt 0.960430 0.360405</w:t>
        <w:br/>
        <w:t>vt 0.960322 0.372445</w:t>
        <w:br/>
        <w:t>vt 0.960211 0.385093</w:t>
        <w:br/>
        <w:t>vt 0.961849 0.327966</w:t>
        <w:br/>
        <w:t>vt 0.960137 0.397437</w:t>
        <w:br/>
        <w:t>vt 0.960147 0.409799</w:t>
        <w:br/>
        <w:t>vt 0.960178 0.422916</w:t>
        <w:br/>
        <w:t>vt 0.962956 0.317549</w:t>
        <w:br/>
        <w:t>vt 0.965365 0.308499</w:t>
        <w:br/>
        <w:t>vt 0.969680 0.301628</w:t>
        <w:br/>
        <w:t>vt 0.965171 0.512659</w:t>
        <w:br/>
        <w:t>vt 0.968081 0.518105</w:t>
        <w:br/>
        <w:t>vt 0.963572 0.506110</w:t>
        <w:br/>
        <w:t>vt 0.965719 0.471167</w:t>
        <w:br/>
        <w:t>vt 0.966000 0.481675</w:t>
        <w:br/>
        <w:t>vt 0.965590 0.459966</w:t>
        <w:br/>
        <w:t>vt 0.965389 0.435029</w:t>
        <w:br/>
        <w:t>vt 0.965533 0.448267</w:t>
        <w:br/>
        <w:t>vt 0.966541 0.494336</w:t>
        <w:br/>
        <w:t>vt 0.965870 0.338440</w:t>
        <w:br/>
        <w:t>vt 0.965594 0.349160</w:t>
        <w:br/>
        <w:t>vt 0.965474 0.360501</w:t>
        <w:br/>
        <w:t>vt 0.965413 0.372400</w:t>
        <w:br/>
        <w:t>vt 0.965355 0.384971</w:t>
        <w:br/>
        <w:t>vt 0.966324 0.328538</w:t>
        <w:br/>
        <w:t>vt 0.965319 0.397305</w:t>
        <w:br/>
        <w:t>vt 0.965313 0.409775</w:t>
        <w:br/>
        <w:t>vt 0.965345 0.423030</w:t>
        <w:br/>
        <w:t>vt 0.966981 0.318257</w:t>
        <w:br/>
        <w:t>vt 0.968362 0.309301</w:t>
        <w:br/>
        <w:t>vt 0.971685 0.302842</w:t>
        <w:br/>
        <w:t>vt 0.968259 0.511978</w:t>
        <w:br/>
        <w:t>vt 0.970200 0.517377</w:t>
        <w:br/>
        <w:t>vt 0.967343 0.505619</w:t>
        <w:br/>
        <w:t>vt 0.969504 0.471068</w:t>
        <w:br/>
        <w:t>vt 0.969698 0.481551</w:t>
        <w:br/>
        <w:t>vt 0.969482 0.459881</w:t>
        <w:br/>
        <w:t>vt 0.969444 0.434985</w:t>
        <w:br/>
        <w:t>vt 0.969479 0.448196</w:t>
        <w:br/>
        <w:t>vt 0.970012 0.494161</w:t>
        <w:br/>
        <w:t>vt 0.969623 0.338583</w:t>
        <w:br/>
        <w:t>vt 0.969436 0.349263</w:t>
        <w:br/>
        <w:t>vt 0.969419 0.360582</w:t>
        <w:br/>
        <w:t>vt 0.969416 0.372446</w:t>
        <w:br/>
        <w:t>vt 0.969422 0.384992</w:t>
        <w:br/>
        <w:t>vt 0.969870 0.328742</w:t>
        <w:br/>
        <w:t>vt 0.969437 0.397314</w:t>
        <w:br/>
        <w:t>vt 0.969482 0.409766</w:t>
        <w:br/>
        <w:t>vt 0.969452 0.423003</w:t>
        <w:br/>
        <w:t>vt 0.970224 0.318522</w:t>
        <w:br/>
        <w:t>vt 0.970878 0.309673</w:t>
        <w:br/>
        <w:t>vt 0.973323 0.303773</w:t>
        <w:br/>
        <w:t>vt 0.970830 0.511682</w:t>
        <w:br/>
        <w:t>vt 0.971979 0.516943</w:t>
        <w:br/>
        <w:t>vt 0.970423 0.505385</w:t>
        <w:br/>
        <w:t>vt 0.973371 0.471003</w:t>
        <w:br/>
        <w:t>vt 0.973371 0.481710</w:t>
        <w:br/>
        <w:t>vt 0.969698 0.481551</w:t>
        <w:br/>
        <w:t>vt 0.969504 0.471068</w:t>
        <w:br/>
        <w:t>vt 0.969482 0.459881</w:t>
        <w:br/>
        <w:t>vt 0.973371 0.459733</w:t>
        <w:br/>
        <w:t>vt 0.969444 0.434985</w:t>
        <w:br/>
        <w:t>vt 0.973371 0.434771</w:t>
        <w:br/>
        <w:t>vt 0.973371 0.447918</w:t>
        <w:br/>
        <w:t>vt 0.969479 0.448196</w:t>
        <w:br/>
        <w:t>vt 0.970012 0.494161</w:t>
        <w:br/>
        <w:t>vt 0.973371 0.494212</w:t>
        <w:br/>
        <w:t>vt 0.969623 0.338583</w:t>
        <w:br/>
        <w:t>vt 0.973371 0.338598</w:t>
        <w:br/>
        <w:t>vt 0.973371 0.349334</w:t>
        <w:br/>
        <w:t>vt 0.969436 0.349263</w:t>
        <w:br/>
        <w:t>vt 0.969419 0.360582</w:t>
        <w:br/>
        <w:t>vt 0.973371 0.360742</w:t>
        <w:br/>
        <w:t>vt 0.969422 0.384992</w:t>
        <w:br/>
        <w:t>vt 0.969416 0.372446</w:t>
        <w:br/>
        <w:t>vt 0.973371 0.372705</w:t>
        <w:br/>
        <w:t>vt 0.973371 0.385258</w:t>
        <w:br/>
        <w:t>vt 0.969870 0.328742</w:t>
        <w:br/>
        <w:t>vt 0.973371 0.328640</w:t>
        <w:br/>
        <w:t>vt 0.969437 0.397314</w:t>
        <w:br/>
        <w:t>vt 0.973371 0.397537</w:t>
        <w:br/>
        <w:t>vt 0.969482 0.409766</w:t>
        <w:br/>
        <w:t>vt 0.973371 0.409776</w:t>
        <w:br/>
        <w:t>vt 0.973371 0.422740</w:t>
        <w:br/>
        <w:t>vt 0.969452 0.423003</w:t>
        <w:br/>
        <w:t>vt 0.970224 0.318522</w:t>
        <w:br/>
        <w:t>vt 0.973371 0.318466</w:t>
        <w:br/>
        <w:t>vt 0.970878 0.309673</w:t>
        <w:br/>
        <w:t>vt 0.973371 0.309788</w:t>
        <w:br/>
        <w:t>vt 0.973323 0.303773</w:t>
        <w:br/>
        <w:t>vt 0.973371 0.304440</w:t>
        <w:br/>
        <w:t>vt 0.971979 0.516943</w:t>
        <w:br/>
        <w:t>vt 0.970830 0.511682</w:t>
        <w:br/>
        <w:t>vt 0.973371 0.511643</w:t>
        <w:br/>
        <w:t>vt 0.973371 0.516562</w:t>
        <w:br/>
        <w:t>vt 0.970423 0.505385</w:t>
        <w:br/>
        <w:t>vt 0.973371 0.505250</w:t>
        <w:br/>
        <w:t>vt 0.702571 0.173739</w:t>
        <w:br/>
        <w:t>vt 0.705556 0.178197</w:t>
        <w:br/>
        <w:t>vt 0.689245 0.185942</w:t>
        <w:br/>
        <w:t>vt 0.707056 0.183335</w:t>
        <w:br/>
        <w:t>vt 0.706897 0.188657</w:t>
        <w:br/>
        <w:t>vt 0.704929 0.194004</w:t>
        <w:br/>
        <w:t>vt 0.696874 0.169796</w:t>
        <w:br/>
        <w:t>vt 0.674337 0.196134</w:t>
        <w:br/>
        <w:t>vt 0.672035 0.191372</w:t>
        <w:br/>
        <w:t>vt 0.689245 0.185942</w:t>
        <w:br/>
        <w:t>vt 0.677963 0.199977</w:t>
        <w:br/>
        <w:t>vt 0.687824 0.203500</w:t>
        <w:br/>
        <w:t>vt 0.682593 0.202502</w:t>
        <w:br/>
        <w:t>vt 0.671288 0.186134</w:t>
        <w:br/>
        <w:t>vt 0.692865 0.202963</w:t>
        <w:br/>
        <w:t>vt 0.697538 0.201122</w:t>
        <w:br/>
        <w:t>vt 0.701861 0.197956</w:t>
        <w:br/>
        <w:t>vt 0.672517 0.180174</w:t>
        <w:br/>
        <w:t>vt 0.675876 0.174703</w:t>
        <w:br/>
        <w:t>vt 0.680806 0.170814</w:t>
        <w:br/>
        <w:t>vt 0.685301 0.169010</w:t>
        <w:br/>
        <w:t>vt 0.690016 0.168334</w:t>
        <w:br/>
        <w:t>vt 0.902437 0.841048</w:t>
        <w:br/>
        <w:t>vt 0.895229 0.841921</w:t>
        <w:br/>
        <w:t>vt 0.976475 0.526952</w:t>
        <w:br/>
        <w:t>vt 0.787398 0.587913</w:t>
        <w:br/>
        <w:t>vt 0.788416 0.595329</w:t>
        <w:br/>
        <w:t>vt 0.816163 0.427625</w:t>
        <w:br/>
        <w:t>vt 0.823199 0.432708</w:t>
        <w:br/>
        <w:t>vt 0.820859 0.433710</w:t>
        <w:br/>
        <w:t>vt 0.826429 0.424286</w:t>
        <w:br/>
        <w:t>vt 0.841441 0.439253</w:t>
        <w:br/>
        <w:t>vt 0.836544 0.441694</w:t>
        <w:br/>
        <w:t>vt 0.820550 0.425611</w:t>
        <w:br/>
        <w:t>vt 0.804709 0.407556</w:t>
        <w:br/>
        <w:t>vt 0.809015 0.407610</w:t>
        <w:br/>
        <w:t>vt 0.832505 0.442142</w:t>
        <w:br/>
        <w:t>vt 0.832015 0.444319</w:t>
        <w:br/>
        <w:t>vt 0.451853 0.179980</w:t>
        <w:br/>
        <w:t>vt 0.917596 0.831478</w:t>
        <w:br/>
        <w:t>vt 0.383518 0.966471</w:t>
        <w:br/>
        <w:t>vt 0.383674 0.974661</w:t>
        <w:br/>
        <w:t>vt 0.367588 0.977045</w:t>
        <w:br/>
        <w:t>vt 0.116654 0.965184</w:t>
        <w:br/>
        <w:t>vt 0.114035 0.949969</w:t>
        <w:br/>
        <w:t>vt 0.128885 0.949969</w:t>
        <w:br/>
        <w:t>vt 0.131403 0.965036</w:t>
        <w:br/>
        <w:t>vt 0.116293 0.974670</w:t>
        <w:br/>
        <w:t>vt 0.116374 0.966566</w:t>
        <w:br/>
        <w:t>vt 0.132517 0.976707</w:t>
        <w:br/>
        <w:t>vt 0.368675 0.965320</w:t>
        <w:br/>
        <w:t>vt 0.383181 0.965068</w:t>
        <w:br/>
        <w:t>vt 0.383518 0.966471</w:t>
        <w:br/>
        <w:t>vt 0.383151 0.977045</w:t>
        <w:br/>
        <w:t>vt 0.367588 0.977045</w:t>
        <w:br/>
        <w:t>vt 0.383674 0.974661</w:t>
        <w:br/>
        <w:t>vt 0.132517 0.976707</w:t>
        <w:br/>
        <w:t>vt 0.116861 0.977045</w:t>
        <w:br/>
        <w:t>vt 0.116293 0.974670</w:t>
        <w:br/>
        <w:t>vt 0.116654 0.965184</w:t>
        <w:br/>
        <w:t>vt 0.131403 0.965036</w:t>
        <w:br/>
        <w:t>vt 0.116374 0.966566</w:t>
        <w:br/>
        <w:t>vt 0.114512 0.984466</w:t>
        <w:br/>
        <w:t>vt 0.986457 0.607146</w:t>
        <w:br/>
        <w:t>vt 0.980682 0.613874</w:t>
        <w:br/>
        <w:t>vt 0.763392 0.574465</w:t>
        <w:br/>
        <w:t>vt 0.761442 0.570875</w:t>
        <w:br/>
        <w:t>vt 0.233724 0.914268</w:t>
        <w:br/>
        <w:t>vt 0.242413 0.913978</w:t>
        <w:br/>
        <w:t>vt 0.240435 0.922007</w:t>
        <w:br/>
        <w:t>vt 0.233900 0.922104</w:t>
        <w:br/>
        <w:t>vt 0.226600 0.921086</w:t>
        <w:br/>
        <w:t>vt 0.213402 0.921508</w:t>
        <w:br/>
        <w:t>vt 0.218781 0.913969</w:t>
        <w:br/>
        <w:t>vt 0.226520 0.913960</w:t>
        <w:br/>
        <w:t>vt 0.205740 0.913989</w:t>
        <w:br/>
        <w:t>vt 0.317516 0.913557</w:t>
        <w:br/>
        <w:t>vt 0.325936 0.913596</w:t>
        <w:br/>
        <w:t>vt 0.324862 0.920276</w:t>
        <w:br/>
        <w:t>vt 0.317037 0.920380</w:t>
        <w:br/>
        <w:t>vt 0.310213 0.913606</w:t>
        <w:br/>
        <w:t>vt 0.306859 0.922203</w:t>
        <w:br/>
        <w:t>vt 0.297789 0.913881</w:t>
        <w:br/>
        <w:t>vt 0.295359 0.922012</w:t>
        <w:br/>
        <w:t>vt 0.288179 0.913911</w:t>
        <w:br/>
        <w:t>vt 0.264549 0.913850</w:t>
        <w:br/>
        <w:t>vt 0.255593 0.922109</w:t>
        <w:br/>
        <w:t>vt 0.253685 0.914025</w:t>
        <w:br/>
        <w:t>vt 0.286251 0.923472</w:t>
        <w:br/>
        <w:t>vt 0.271440 0.923472</w:t>
        <w:br/>
        <w:t>vt 0.271421 0.922182</w:t>
        <w:br/>
        <w:t>vt 0.286546 0.921751</w:t>
        <w:br/>
        <w:t>vt 0.157761 0.923472</w:t>
        <w:br/>
        <w:t>vt 0.166426 0.923472</w:t>
        <w:br/>
        <w:t>vt 0.154995 0.912473</w:t>
        <w:br/>
        <w:t>vt 0.164548 0.912473</w:t>
        <w:br/>
        <w:t>vt 0.164440 0.913759</w:t>
        <w:br/>
        <w:t>vt 0.154934 0.913644</w:t>
        <w:br/>
        <w:t>vt 0.179574 0.923472</w:t>
        <w:br/>
        <w:t>vt 0.194076 0.921205</w:t>
        <w:br/>
        <w:t>vt 0.195039 0.923472</w:t>
        <w:br/>
        <w:t>vt 0.176023 0.912473</w:t>
        <w:br/>
        <w:t>vt 0.190532 0.912473</w:t>
        <w:br/>
        <w:t>vt 0.190395 0.913831</w:t>
        <w:br/>
        <w:t>vt 0.175887 0.913873</w:t>
        <w:br/>
        <w:t>vt 0.141236 0.923472</w:t>
        <w:br/>
        <w:t>vt 0.139966 0.920386</w:t>
        <w:br/>
        <w:t>vt 0.147821 0.920373</w:t>
        <w:br/>
        <w:t>vt 0.148856 0.923472</w:t>
        <w:br/>
        <w:t>vt 0.147909 0.912473</w:t>
        <w:br/>
        <w:t>vt 0.147859 0.913563</w:t>
        <w:br/>
        <w:t>vt 0.140292 0.913600</w:t>
        <w:br/>
        <w:t>vt 0.140397 0.912473</w:t>
        <w:br/>
        <w:t>vt 0.233936 0.912473</w:t>
        <w:br/>
        <w:t>vt 0.242512 0.912473</w:t>
        <w:br/>
        <w:t>vt 0.242413 0.913978</w:t>
        <w:br/>
        <w:t>vt 0.233724 0.914268</w:t>
        <w:br/>
        <w:t>vt 0.233898 0.923472</w:t>
        <w:br/>
        <w:t>vt 0.233900 0.922104</w:t>
        <w:br/>
        <w:t>vt 0.240435 0.922007</w:t>
        <w:br/>
        <w:t>vt 0.240253 0.923472</w:t>
        <w:br/>
        <w:t>vt 0.213544 0.923472</w:t>
        <w:br/>
        <w:t>vt 0.213402 0.921508</w:t>
        <w:br/>
        <w:t>vt 0.226600 0.921086</w:t>
        <w:br/>
        <w:t>vt 0.226797 0.923472</w:t>
        <w:br/>
        <w:t>vt 0.226359 0.912473</w:t>
        <w:br/>
        <w:t>vt 0.226520 0.913960</w:t>
        <w:br/>
        <w:t>vt 0.218781 0.913969</w:t>
        <w:br/>
        <w:t>vt 0.218849 0.912473</w:t>
        <w:br/>
        <w:t>vt 0.205777 0.912473</w:t>
        <w:br/>
        <w:t>vt 0.205740 0.913989</w:t>
        <w:br/>
        <w:t>vt 0.166426 0.923472</w:t>
        <w:br/>
        <w:t>vt 0.157761 0.923472</w:t>
        <w:br/>
        <w:t>vt 0.325752 0.912473</w:t>
        <w:br/>
        <w:t>vt 0.325936 0.913596</w:t>
        <w:br/>
        <w:t>vt 0.317516 0.913557</w:t>
        <w:br/>
        <w:t>vt 0.317419 0.912473</w:t>
        <w:br/>
        <w:t>vt 0.324187 0.923472</w:t>
        <w:br/>
        <w:t>vt 0.316707 0.923472</w:t>
        <w:br/>
        <w:t>vt 0.317037 0.920380</w:t>
        <w:br/>
        <w:t>vt 0.324862 0.920276</w:t>
        <w:br/>
        <w:t>vt 0.310139 0.912473</w:t>
        <w:br/>
        <w:t>vt 0.310213 0.913606</w:t>
        <w:br/>
        <w:t>vt 0.307012 0.923472</w:t>
        <w:br/>
        <w:t>vt 0.306859 0.922203</w:t>
        <w:br/>
        <w:t>vt 0.297789 0.913881</w:t>
        <w:br/>
        <w:t>vt 0.297703 0.912473</w:t>
        <w:br/>
        <w:t>vt 0.295052 0.923472</w:t>
        <w:br/>
        <w:t>vt 0.295359 0.922012</w:t>
        <w:br/>
        <w:t>vt 0.288179 0.913911</w:t>
        <w:br/>
        <w:t>vt 0.287968 0.912473</w:t>
        <w:br/>
        <w:t>vt 0.295052 0.923472</w:t>
        <w:br/>
        <w:t>vt 0.264627 0.912473</w:t>
        <w:br/>
        <w:t>vt 0.274965 0.912473</w:t>
        <w:br/>
        <w:t>vt 0.274996 0.913809</w:t>
        <w:br/>
        <w:t>vt 0.264549 0.913850</w:t>
        <w:br/>
        <w:t>vt 0.253685 0.914025</w:t>
        <w:br/>
        <w:t>vt 0.253749 0.912473</w:t>
        <w:br/>
        <w:t>vt 0.255649 0.923472</w:t>
        <w:br/>
        <w:t>vt 0.255593 0.922109</w:t>
        <w:br/>
        <w:t>vt 0.233900 0.922104</w:t>
        <w:br/>
        <w:t>vt 0.233898 0.923472</w:t>
        <w:br/>
        <w:t>vt 0.856942 0.357701</w:t>
        <w:br/>
        <w:t>vt 0.375894 0.246380</w:t>
        <w:br/>
        <w:t>vt 0.378549 0.246377</w:t>
        <w:br/>
        <w:t>vt 0.378549 0.272236</w:t>
        <w:br/>
        <w:t>vt 0.375934 0.272188</w:t>
        <w:br/>
        <w:t>vt 0.375872 0.320399</w:t>
        <w:br/>
        <w:t>vt 0.378549 0.320515</w:t>
        <w:br/>
        <w:t>vt 0.378549 0.367599</w:t>
        <w:br/>
        <w:t>vt 0.375911 0.367554</w:t>
        <w:br/>
        <w:t>vt 0.356374 0.367204</w:t>
        <w:br/>
        <w:t>vt 0.356374 0.318683</w:t>
        <w:br/>
        <w:t>vt 0.359019 0.318809</w:t>
        <w:br/>
        <w:t>vt 0.359039 0.367245</w:t>
        <w:br/>
        <w:t>vt 0.356374 0.271730</w:t>
        <w:br/>
        <w:t>vt 0.359057 0.271787</w:t>
        <w:br/>
        <w:t>vt 0.356374 0.246088</w:t>
        <w:br/>
        <w:t>vt 0.359034 0.246085</w:t>
        <w:br/>
        <w:t>vt 0.378549 0.414649</w:t>
        <w:br/>
        <w:t>vt 0.375897 0.414555</w:t>
        <w:br/>
        <w:t>vt 0.356374 0.413659</w:t>
        <w:br/>
        <w:t>vt 0.356374 0.367204</w:t>
        <w:br/>
        <w:t>vt 0.359030 0.413744</w:t>
        <w:br/>
        <w:t>vt 0.358952 0.500518</w:t>
        <w:br/>
        <w:t>vt 0.356374 0.500572</w:t>
        <w:br/>
        <w:t>vt 0.356374 0.459186</w:t>
        <w:br/>
        <w:t>vt 0.359011 0.459265</w:t>
        <w:br/>
        <w:t>vt 0.356374 0.413659</w:t>
        <w:br/>
        <w:t>vt 0.375853 0.460113</w:t>
        <w:br/>
        <w:t>vt 0.378549 0.460188</w:t>
        <w:br/>
        <w:t>vt 0.375849 0.500540</w:t>
        <w:br/>
        <w:t>vt 0.378549 0.500537</w:t>
        <w:br/>
        <w:t>vt 0.378549 0.202945</w:t>
        <w:br/>
        <w:t>vt 0.378549 0.220455</w:t>
        <w:br/>
        <w:t>vt 0.375887 0.220459</w:t>
        <w:br/>
        <w:t>vt 0.375889 0.202938</w:t>
        <w:br/>
        <w:t>vt 0.356374 0.220382</w:t>
        <w:br/>
        <w:t>vt 0.359016 0.220374</w:t>
        <w:br/>
        <w:t>vt 0.356374 0.203404</w:t>
        <w:br/>
        <w:t>vt 0.359024 0.203408</w:t>
        <w:br/>
        <w:t>vt 0.375890 0.142533</w:t>
        <w:br/>
        <w:t>vt 0.378549 0.142541</w:t>
        <w:br/>
        <w:t>vt 0.378549 0.168038</w:t>
        <w:br/>
        <w:t>vt 0.375892 0.168085</w:t>
        <w:br/>
        <w:t>vt 0.378549 0.185508</w:t>
        <w:br/>
        <w:t>vt 0.375895 0.185531</w:t>
        <w:br/>
        <w:t>vt 0.356374 0.186224</w:t>
        <w:br/>
        <w:t>vt 0.359034 0.186200</w:t>
        <w:br/>
        <w:t>vt 0.356374 0.168889</w:t>
        <w:br/>
        <w:t>vt 0.359033 0.168867</w:t>
        <w:br/>
        <w:t>vt 0.356374 0.143314</w:t>
        <w:br/>
        <w:t>vt 0.359028 0.143289</w:t>
        <w:br/>
        <w:t>vt 0.359688 0.529681</w:t>
        <w:br/>
        <w:t>vt 0.356374 0.530425</w:t>
        <w:br/>
        <w:t>vt 0.376137 0.530151</w:t>
        <w:br/>
        <w:t>vt 0.378549 0.530791</w:t>
        <w:br/>
        <w:t>vt 0.375833 0.053617</w:t>
        <w:br/>
        <w:t>vt 0.378549 0.053780</w:t>
        <w:br/>
        <w:t>vt 0.378549 0.081166</w:t>
        <w:br/>
        <w:t>vt 0.375906 0.081159</w:t>
        <w:br/>
        <w:t>vt 0.378549 0.113420</w:t>
        <w:br/>
        <w:t>vt 0.375906 0.113487</w:t>
        <w:br/>
        <w:t>vt 0.356374 0.114566</w:t>
        <w:br/>
        <w:t>vt 0.359015 0.114530</w:t>
        <w:br/>
        <w:t>vt 0.356374 0.081993</w:t>
        <w:br/>
        <w:t>vt 0.358979 0.081964</w:t>
        <w:br/>
        <w:t>vt 0.358988 0.053301</w:t>
        <w:br/>
        <w:t>vt 0.356374 0.053156</w:t>
        <w:br/>
        <w:t>vt 0.376260 0.018807</w:t>
        <w:br/>
        <w:t>vt 0.378549 0.019668</w:t>
        <w:br/>
        <w:t>vt 0.378549 0.053780</w:t>
        <w:br/>
        <w:t>vt 0.358796 0.024953</w:t>
        <w:br/>
        <w:t>vt 0.356374 0.024843</w:t>
        <w:br/>
        <w:t>vt 0.356374 0.008141</w:t>
        <w:br/>
        <w:t>vt 0.359738 0.007277</w:t>
        <w:br/>
        <w:t>vt 0.335915 0.364668</w:t>
        <w:br/>
        <w:t>vt 0.335915 0.320827</w:t>
        <w:br/>
        <w:t>vt 0.339258 0.320831</w:t>
        <w:br/>
        <w:t>vt 0.339318 0.364655</w:t>
        <w:br/>
        <w:t>vt 0.335915 0.274367</w:t>
        <w:br/>
        <w:t>vt 0.339309 0.274396</w:t>
        <w:br/>
        <w:t>vt 0.335915 0.227370</w:t>
        <w:br/>
        <w:t>vt 0.339257 0.227447</w:t>
        <w:br/>
        <w:t>vt 0.345950 0.227650</w:t>
        <w:br/>
        <w:t>vt 0.345950 0.274529</w:t>
        <w:br/>
        <w:t>vt 0.342589 0.274495</w:t>
        <w:br/>
        <w:t>vt 0.342518 0.227614</w:t>
        <w:br/>
        <w:t>vt 0.345950 0.320875</w:t>
        <w:br/>
        <w:t>vt 0.342537 0.320866</w:t>
        <w:br/>
        <w:t>vt 0.345950 0.364614</w:t>
        <w:br/>
        <w:t>vt 0.342591 0.364633</w:t>
        <w:br/>
        <w:t>vt 0.345950 0.403565</w:t>
        <w:br/>
        <w:t>vt 0.342587 0.403603</w:t>
        <w:br/>
        <w:t>vt 0.345950 0.437648</w:t>
        <w:br/>
        <w:t>vt 0.342537 0.437757</w:t>
        <w:br/>
        <w:t>vt 0.339318 0.403722</w:t>
        <w:br/>
        <w:t>vt 0.335915 0.403768</w:t>
        <w:br/>
        <w:t>vt 0.339306 0.438103</w:t>
        <w:br/>
        <w:t>vt 0.335915 0.438226</w:t>
        <w:br/>
        <w:t>vt 0.342562 0.200562</w:t>
        <w:br/>
        <w:t>vt 0.345950 0.200642</w:t>
        <w:br/>
        <w:t>vt 0.335915 0.200278</w:t>
        <w:br/>
        <w:t>vt 0.339304 0.200358</w:t>
        <w:br/>
        <w:t>vt 0.345950 0.464572</w:t>
        <w:br/>
        <w:t>vt 0.342542 0.464579</w:t>
        <w:br/>
        <w:t>vt 0.339343 0.465198</w:t>
        <w:br/>
        <w:t>vt 0.335915 0.465193</w:t>
        <w:br/>
        <w:t>vt 0.342572 0.522265</w:t>
        <w:br/>
        <w:t>vt 0.345950 0.522160</w:t>
        <w:br/>
        <w:t>vt 0.345950 0.533447</w:t>
        <w:br/>
        <w:t>vt 0.342564 0.533416</w:t>
        <w:br/>
        <w:t>vt 0.342727 0.545760</w:t>
        <w:br/>
        <w:t>vt 0.345950 0.546169</w:t>
        <w:br/>
        <w:t>vt 0.335915 0.533442</w:t>
        <w:br/>
        <w:t>vt 0.339314 0.533380</w:t>
        <w:br/>
        <w:t>vt 0.339511 0.546035</w:t>
        <w:br/>
        <w:t>vt 0.335915 0.546565</w:t>
        <w:br/>
        <w:t>vt 0.339330 0.522609</w:t>
        <w:br/>
        <w:t>vt 0.335915 0.522718</w:t>
        <w:br/>
        <w:t>vt 0.342518 0.510800</w:t>
        <w:br/>
        <w:t>vt 0.345950 0.510634</w:t>
        <w:br/>
        <w:t>vt 0.335915 0.511443</w:t>
        <w:br/>
        <w:t>vt 0.339325 0.511280</w:t>
        <w:br/>
        <w:t>vt 0.335915 0.500007</w:t>
        <w:br/>
        <w:t>vt 0.339339 0.499802</w:t>
        <w:br/>
        <w:t>vt 0.335915 0.484170</w:t>
        <w:br/>
        <w:t>vt 0.339344 0.483992</w:t>
        <w:br/>
        <w:t>vt 0.342531 0.483481</w:t>
        <w:br/>
        <w:t>vt 0.345950 0.483320</w:t>
        <w:br/>
        <w:t>vt 0.345950 0.499067</w:t>
        <w:br/>
        <w:t>vt 0.342509 0.499236</w:t>
        <w:br/>
        <w:t>vt 0.342519 0.016915</w:t>
        <w:br/>
        <w:t>vt 0.344157 0.010151</w:t>
        <w:br/>
        <w:t>vt 0.345950 0.017339</w:t>
        <w:br/>
        <w:t>vt 0.342589 0.035210</w:t>
        <w:br/>
        <w:t>vt 0.345950 0.035291</w:t>
        <w:br/>
        <w:t>vt 0.345950 0.066161</w:t>
        <w:br/>
        <w:t>vt 0.342569 0.066180</w:t>
        <w:br/>
        <w:t>vt 0.339295 0.035199</w:t>
        <w:br/>
        <w:t>vt 0.339262 0.066192</w:t>
        <w:br/>
        <w:t>vt 0.335915 0.066187</w:t>
        <w:br/>
        <w:t>vt 0.335915 0.035268</w:t>
        <w:br/>
        <w:t>vt 0.335915 0.016536</w:t>
        <w:br/>
        <w:t>vt 0.339254 0.016469</w:t>
        <w:br/>
        <w:t>vt 0.337487 0.009473</w:t>
        <w:br/>
        <w:t>vt 0.339290 0.095024</w:t>
        <w:br/>
        <w:t>vt 0.335915 0.095014</w:t>
        <w:br/>
        <w:t>vt 0.345950 0.094958</w:t>
        <w:br/>
        <w:t>vt 0.342581 0.094996</w:t>
        <w:br/>
        <w:t>vt 0.339309 0.138101</w:t>
        <w:br/>
        <w:t>vt 0.335915 0.138089</w:t>
        <w:br/>
        <w:t>vt 0.335915 0.119533</w:t>
        <w:br/>
        <w:t>vt 0.339313 0.119541</w:t>
        <w:br/>
        <w:t>vt 0.342578 0.119506</w:t>
        <w:br/>
        <w:t>vt 0.345950 0.119472</w:t>
        <w:br/>
        <w:t>vt 0.342576 0.138113</w:t>
        <w:br/>
        <w:t>vt 0.345950 0.138121</w:t>
        <w:br/>
        <w:t>vt 0.345950 0.175631</w:t>
        <w:br/>
        <w:t>vt 0.342585 0.175571</w:t>
        <w:br/>
        <w:t>vt 0.339315 0.175372</w:t>
        <w:br/>
        <w:t>vt 0.335915 0.175283</w:t>
        <w:br/>
        <w:t>vt 0.345950 0.156883</w:t>
        <w:br/>
        <w:t>vt 0.342562 0.156837</w:t>
        <w:br/>
        <w:t>vt 0.335915 0.156676</w:t>
        <w:br/>
        <w:t>vt 0.339298 0.156722</w:t>
        <w:br/>
        <w:t>vt 0.388542 0.042491</w:t>
        <w:br/>
        <w:t>vt 0.388443 0.069277</w:t>
        <w:br/>
        <w:t>vt 0.385813 0.069284</w:t>
        <w:br/>
        <w:t>vt 0.385813 0.042476</w:t>
        <w:br/>
        <w:t>vt 0.389393 0.022146</w:t>
        <w:br/>
        <w:t>vt 0.385813 0.021588</w:t>
        <w:br/>
        <w:t>vt 0.405912 0.016090</w:t>
        <w:br/>
        <w:t>vt 0.407810 0.015023</w:t>
        <w:br/>
        <w:t>vt 0.407810 0.040684</w:t>
        <w:br/>
        <w:t>vt 0.404948 0.040676</w:t>
        <w:br/>
        <w:t>vt 0.407810 0.069764</w:t>
        <w:br/>
        <w:t>vt 0.405222 0.069711</w:t>
        <w:br/>
        <w:t>vt 0.405427 0.528848</w:t>
        <w:br/>
        <w:t>vt 0.405141 0.494972</w:t>
        <w:br/>
        <w:t>vt 0.407810 0.494858</w:t>
        <w:br/>
        <w:t>vt 0.407810 0.529696</w:t>
        <w:br/>
        <w:t>vt 0.405138 0.453413</w:t>
        <w:br/>
        <w:t>vt 0.407810 0.453412</w:t>
        <w:br/>
        <w:t>vt 0.388576 0.527027</w:t>
        <w:br/>
        <w:t>vt 0.385813 0.527561</w:t>
        <w:br/>
        <w:t>vt 0.385813 0.498516</w:t>
        <w:br/>
        <w:t>vt 0.388489 0.498366</w:t>
        <w:br/>
        <w:t>vt 0.385813 0.456564</w:t>
        <w:br/>
        <w:t>vt 0.388508 0.456562</w:t>
        <w:br/>
        <w:t>vt 0.407810 0.100568</w:t>
        <w:br/>
        <w:t>vt 0.405155 0.100643</w:t>
        <w:br/>
        <w:t>vt 0.407810 0.100568</w:t>
        <w:br/>
        <w:t>vt 0.407810 0.130471</w:t>
        <w:br/>
        <w:t>vt 0.405237 0.130649</w:t>
        <w:br/>
        <w:t>vt 0.407810 0.130471</w:t>
        <w:br/>
        <w:t>vt 0.407810 0.155468</w:t>
        <w:br/>
        <w:t>vt 0.405148 0.155658</w:t>
        <w:br/>
        <w:t>vt 0.385813 0.101208</w:t>
        <w:br/>
        <w:t>vt 0.388365 0.101137</w:t>
        <w:br/>
        <w:t>vt 0.388528 0.132487</w:t>
        <w:br/>
        <w:t>vt 0.385813 0.132680</w:t>
        <w:br/>
        <w:t>vt 0.388506 0.158395</w:t>
        <w:br/>
        <w:t>vt 0.385813 0.158534</w:t>
        <w:br/>
        <w:t>vt 0.388491 0.175819</w:t>
        <w:br/>
        <w:t>vt 0.385813 0.175974</w:t>
        <w:br/>
        <w:t>vt 0.407810 0.172806</w:t>
        <w:br/>
        <w:t>vt 0.405127 0.172962</w:t>
        <w:br/>
        <w:t>vt 0.388490 0.193032</w:t>
        <w:br/>
        <w:t>vt 0.385813 0.193190</w:t>
        <w:br/>
        <w:t>vt 0.407810 0.190012</w:t>
        <w:br/>
        <w:t>vt 0.405132 0.190165</w:t>
        <w:br/>
        <w:t>vt 0.388517 0.210263</w:t>
        <w:br/>
        <w:t>vt 0.385813 0.210410</w:t>
        <w:br/>
        <w:t>vt 0.407810 0.207187</w:t>
        <w:br/>
        <w:t>vt 0.405144 0.207309</w:t>
        <w:br/>
        <w:t>vt 0.388491 0.238724</w:t>
        <w:br/>
        <w:t>vt 0.385813 0.238825</w:t>
        <w:br/>
        <w:t>vt 0.407810 0.235930</w:t>
        <w:br/>
        <w:t>vt 0.405134 0.236030</w:t>
        <w:br/>
        <w:t>vt 0.388452 0.266749</w:t>
        <w:br/>
        <w:t>vt 0.385813 0.266813</w:t>
        <w:br/>
        <w:t>vt 0.407810 0.264360</w:t>
        <w:br/>
        <w:t>vt 0.405152 0.264494</w:t>
        <w:br/>
        <w:t>vt 0.388464 0.314870</w:t>
        <w:br/>
        <w:t>vt 0.385813 0.315021</w:t>
        <w:br/>
        <w:t>vt 0.407810 0.312105</w:t>
        <w:br/>
        <w:t>vt 0.405118 0.312256</w:t>
        <w:br/>
        <w:t>vt 0.388502 0.363038</w:t>
        <w:br/>
        <w:t>vt 0.385813 0.363180</w:t>
        <w:br/>
        <w:t>vt 0.407810 0.360380</w:t>
        <w:br/>
        <w:t>vt 0.405161 0.360522</w:t>
        <w:br/>
        <w:t>vt 0.388479 0.410543</w:t>
        <w:br/>
        <w:t>vt 0.385813 0.410669</w:t>
        <w:br/>
        <w:t>vt 0.407810 0.407960</w:t>
        <w:br/>
        <w:t>vt 0.405135 0.408088</w:t>
        <w:br/>
        <w:t>vt 0.318784 0.467301</w:t>
        <w:br/>
        <w:t>vt 0.318784 0.424182</w:t>
        <w:br/>
        <w:t>vt 0.322055 0.424088</w:t>
        <w:br/>
        <w:t>vt 0.322089 0.467177</w:t>
        <w:br/>
        <w:t>vt 0.321932 0.501497</w:t>
        <w:br/>
        <w:t>vt 0.318784 0.501524</w:t>
        <w:br/>
        <w:t>vt 0.318784 0.467301</w:t>
        <w:br/>
        <w:t>vt 0.322282 0.540318</w:t>
        <w:br/>
        <w:t>vt 0.318784 0.541471</w:t>
        <w:br/>
        <w:t>vt 0.328432 0.424015</w:t>
        <w:br/>
        <w:t>vt 0.328432 0.467081</w:t>
        <w:br/>
        <w:t>vt 0.325233 0.467145</w:t>
        <w:br/>
        <w:t>vt 0.325193 0.424089</w:t>
        <w:br/>
        <w:t>vt 0.328432 0.501501</w:t>
        <w:br/>
        <w:t>vt 0.325045 0.501598</w:t>
        <w:br/>
        <w:t>vt 0.328432 0.538857</w:t>
        <w:br/>
        <w:t>vt 0.324992 0.539041</w:t>
        <w:br/>
        <w:t>vt 0.318784 0.378018</w:t>
        <w:br/>
        <w:t>vt 0.322033 0.377887</w:t>
        <w:br/>
        <w:t>vt 0.325175 0.377758</w:t>
        <w:br/>
        <w:t>vt 0.328432 0.377643</w:t>
        <w:br/>
        <w:t>vt 0.325175 0.328221</w:t>
        <w:br/>
        <w:t>vt 0.328432 0.328083</w:t>
        <w:br/>
        <w:t>vt 0.318784 0.328532</w:t>
        <w:br/>
        <w:t>vt 0.322030 0.328390</w:t>
        <w:br/>
        <w:t>vt 0.318784 0.278509</w:t>
        <w:br/>
        <w:t>vt 0.322025 0.278363</w:t>
        <w:br/>
        <w:t>vt 0.325172 0.278215</w:t>
        <w:br/>
        <w:t>vt 0.328432 0.278072</w:t>
        <w:br/>
        <w:t>vt 0.328432 0.227291</w:t>
        <w:br/>
        <w:t>vt 0.325186 0.227546</w:t>
        <w:br/>
        <w:t>vt 0.318784 0.227715</w:t>
        <w:br/>
        <w:t>vt 0.322044 0.227670</w:t>
        <w:br/>
        <w:t>vt 0.318784 0.201083</w:t>
        <w:br/>
        <w:t>vt 0.322037 0.200931</w:t>
        <w:br/>
        <w:t>vt 0.328432 0.200622</w:t>
        <w:br/>
        <w:t>vt 0.325179 0.200780</w:t>
        <w:br/>
        <w:t>vt 0.318784 0.174515</w:t>
        <w:br/>
        <w:t>vt 0.322037 0.174452</w:t>
        <w:br/>
        <w:t>vt 0.325185 0.174285</w:t>
        <w:br/>
        <w:t>vt 0.328432 0.174019</w:t>
        <w:br/>
        <w:t>vt 0.328432 0.155619</w:t>
        <w:br/>
        <w:t>vt 0.325179 0.155783</w:t>
        <w:br/>
        <w:t>vt 0.318784 0.156087</w:t>
        <w:br/>
        <w:t>vt 0.322037 0.155928</w:t>
        <w:br/>
        <w:t>vt 0.318784 0.137600</w:t>
        <w:br/>
        <w:t>vt 0.322037 0.137439</w:t>
        <w:br/>
        <w:t>vt 0.328432 0.137156</w:t>
        <w:br/>
        <w:t>vt 0.325178 0.137310</w:t>
        <w:br/>
        <w:t>vt 0.318784 0.119071</w:t>
        <w:br/>
        <w:t>vt 0.322023 0.118835</w:t>
        <w:br/>
        <w:t>vt 0.328432 0.118650</w:t>
        <w:br/>
        <w:t>vt 0.325162 0.118714</w:t>
        <w:br/>
        <w:t>vt 0.325177 0.091986</w:t>
        <w:br/>
        <w:t>vt 0.328432 0.091868</w:t>
        <w:br/>
        <w:t>vt 0.318784 0.092274</w:t>
        <w:br/>
        <w:t>vt 0.322034 0.092105</w:t>
        <w:br/>
        <w:t>vt 0.325233 0.062039</w:t>
        <w:br/>
        <w:t>vt 0.328432 0.061953</w:t>
        <w:br/>
        <w:t>vt 0.318784 0.062342</w:t>
        <w:br/>
        <w:t>vt 0.322078 0.062141</w:t>
        <w:br/>
        <w:t>vt 0.325225 0.024098</w:t>
        <w:br/>
        <w:t>vt 0.328432 0.024002</w:t>
        <w:br/>
        <w:t>vt 0.318784 0.025246</w:t>
        <w:br/>
        <w:t>vt 0.321597 0.024656</w:t>
        <w:br/>
        <w:t>vt 0.326898 0.014471</w:t>
        <w:br/>
        <w:t>vt 0.320430 0.015081</w:t>
        <w:br/>
        <w:t>vt 0.375934 0.272188</w:t>
        <w:br/>
        <w:t>vt 0.375872 0.320399</w:t>
        <w:br/>
        <w:t>vt 0.359019 0.318809</w:t>
        <w:br/>
        <w:t>vt 0.359057 0.271787</w:t>
        <w:br/>
        <w:t>vt 0.375911 0.367554</w:t>
        <w:br/>
        <w:t>vt 0.359039 0.367245</w:t>
        <w:br/>
        <w:t>vt 0.359011 0.459265</w:t>
        <w:br/>
        <w:t>vt 0.359030 0.413744</w:t>
        <w:br/>
        <w:t>vt 0.375897 0.414555</w:t>
        <w:br/>
        <w:t>vt 0.375853 0.460113</w:t>
        <w:br/>
        <w:t>vt 0.375887 0.220459</w:t>
        <w:br/>
        <w:t>vt 0.375894 0.246380</w:t>
        <w:br/>
        <w:t>vt 0.359034 0.246085</w:t>
        <w:br/>
        <w:t>vt 0.359016 0.220374</w:t>
        <w:br/>
        <w:t>vt 0.375895 0.185531</w:t>
        <w:br/>
        <w:t>vt 0.359034 0.186200</w:t>
        <w:br/>
        <w:t>vt 0.359033 0.168867</w:t>
        <w:br/>
        <w:t>vt 0.375892 0.168085</w:t>
        <w:br/>
        <w:t>vt 0.342589 0.274495</w:t>
        <w:br/>
        <w:t>vt 0.342537 0.320866</w:t>
        <w:br/>
        <w:t>vt 0.339258 0.320831</w:t>
        <w:br/>
        <w:t>vt 0.339309 0.274396</w:t>
        <w:br/>
        <w:t>vt 0.342587 0.403603</w:t>
        <w:br/>
        <w:t>vt 0.339318 0.403722</w:t>
        <w:br/>
        <w:t>vt 0.339318 0.364655</w:t>
        <w:br/>
        <w:t>vt 0.342591 0.364633</w:t>
        <w:br/>
        <w:t>vt 0.358952 0.500518</w:t>
        <w:br/>
        <w:t>vt 0.375849 0.500540</w:t>
        <w:br/>
        <w:t>vt 0.342518 0.227614</w:t>
        <w:br/>
        <w:t>vt 0.339257 0.227447</w:t>
        <w:br/>
        <w:t>vt 0.342537 0.437757</w:t>
        <w:br/>
        <w:t>vt 0.339306 0.438103</w:t>
        <w:br/>
        <w:t>vt 0.389393 0.022146</w:t>
        <w:br/>
        <w:t>vt 0.405912 0.016090</w:t>
        <w:br/>
        <w:t>vt 0.404948 0.040676</w:t>
        <w:br/>
        <w:t>vt 0.388542 0.042491</w:t>
        <w:br/>
        <w:t>vt 0.339314 0.533380</w:t>
        <w:br/>
        <w:t>vt 0.342564 0.533416</w:t>
        <w:br/>
        <w:t>vt 0.342727 0.545760</w:t>
        <w:br/>
        <w:t>vt 0.339511 0.546035</w:t>
        <w:br/>
        <w:t>vt 0.339330 0.522609</w:t>
        <w:br/>
        <w:t>vt 0.342572 0.522265</w:t>
        <w:br/>
        <w:t>vt 0.376137 0.530151</w:t>
        <w:br/>
        <w:t>vt 0.359688 0.529681</w:t>
        <w:br/>
        <w:t>vt 0.339339 0.499802</w:t>
        <w:br/>
        <w:t>vt 0.342509 0.499236</w:t>
        <w:br/>
        <w:t>vt 0.342518 0.510800</w:t>
        <w:br/>
        <w:t>vt 0.339325 0.511280</w:t>
        <w:br/>
        <w:t>vt 0.339344 0.483992</w:t>
        <w:br/>
        <w:t>vt 0.342531 0.483481</w:t>
        <w:br/>
        <w:t>vt 0.339343 0.465198</w:t>
        <w:br/>
        <w:t>vt 0.342542 0.464579</w:t>
        <w:br/>
        <w:t>vt 0.342519 0.016915</w:t>
        <w:br/>
        <w:t>vt 0.342589 0.035210</w:t>
        <w:br/>
        <w:t>vt 0.339295 0.035199</w:t>
        <w:br/>
        <w:t>vt 0.339254 0.016469</w:t>
        <w:br/>
        <w:t>vt 0.342569 0.066180</w:t>
        <w:br/>
        <w:t>vt 0.339262 0.066192</w:t>
        <w:br/>
        <w:t>vt 0.339290 0.095024</w:t>
        <w:br/>
        <w:t>vt 0.342581 0.094996</w:t>
        <w:br/>
        <w:t>vt 0.342578 0.119506</w:t>
        <w:br/>
        <w:t>vt 0.339313 0.119541</w:t>
        <w:br/>
        <w:t>vt 0.342562 0.200562</w:t>
        <w:br/>
        <w:t>vt 0.339304 0.200358</w:t>
        <w:br/>
        <w:t>vt 0.342576 0.138113</w:t>
        <w:br/>
        <w:t>vt 0.339309 0.138101</w:t>
        <w:br/>
        <w:t>vt 0.375906 0.113487</w:t>
        <w:br/>
        <w:t>vt 0.359015 0.114530</w:t>
        <w:br/>
        <w:t>vt 0.358979 0.081964</w:t>
        <w:br/>
        <w:t>vt 0.375906 0.081159</w:t>
        <w:br/>
        <w:t>vt 0.375833 0.053617</w:t>
        <w:br/>
        <w:t>vt 0.358988 0.053301</w:t>
        <w:br/>
        <w:t>vt 0.358796 0.024953</w:t>
        <w:br/>
        <w:t>vt 0.376260 0.018807</w:t>
        <w:br/>
        <w:t>vt 0.359738 0.007277</w:t>
        <w:br/>
        <w:t>vt 0.337487 0.009473</w:t>
        <w:br/>
        <w:t>vt 0.344157 0.010151</w:t>
        <w:br/>
        <w:t>vt 0.359028 0.143289</w:t>
        <w:br/>
        <w:t>vt 0.375890 0.142533</w:t>
        <w:br/>
        <w:t>vt 0.342562 0.156837</w:t>
        <w:br/>
        <w:t>vt 0.339298 0.156722</w:t>
        <w:br/>
        <w:t>vt 0.375889 0.202938</w:t>
        <w:br/>
        <w:t>vt 0.359024 0.203408</w:t>
        <w:br/>
        <w:t>vt 0.342585 0.175571</w:t>
        <w:br/>
        <w:t>vt 0.339315 0.175372</w:t>
        <w:br/>
        <w:t>vt 0.321932 0.501497</w:t>
        <w:br/>
        <w:t>vt 0.322089 0.467177</w:t>
        <w:br/>
        <w:t>vt 0.325233 0.467145</w:t>
        <w:br/>
        <w:t>vt 0.325045 0.501598</w:t>
        <w:br/>
        <w:t>vt 0.324992 0.539041</w:t>
        <w:br/>
        <w:t>vt 0.322282 0.540318</w:t>
        <w:br/>
        <w:t>vt 0.322055 0.424088</w:t>
        <w:br/>
        <w:t>vt 0.325193 0.424089</w:t>
        <w:br/>
        <w:t>vt 0.322033 0.377887</w:t>
        <w:br/>
        <w:t>vt 0.325175 0.377758</w:t>
        <w:br/>
        <w:t>vt 0.322030 0.328390</w:t>
        <w:br/>
        <w:t>vt 0.325175 0.328221</w:t>
        <w:br/>
        <w:t>vt 0.322025 0.278363</w:t>
        <w:br/>
        <w:t>vt 0.325172 0.278215</w:t>
        <w:br/>
        <w:t>vt 0.325186 0.227546</w:t>
        <w:br/>
        <w:t>vt 0.322044 0.227670</w:t>
        <w:br/>
        <w:t>vt 0.325179 0.200780</w:t>
        <w:br/>
        <w:t>vt 0.322037 0.200931</w:t>
        <w:br/>
        <w:t>vt 0.322037 0.174452</w:t>
        <w:br/>
        <w:t>vt 0.325185 0.174285</w:t>
        <w:br/>
        <w:t>vt 0.325179 0.155783</w:t>
        <w:br/>
        <w:t>vt 0.322037 0.155928</w:t>
        <w:br/>
        <w:t>vt 0.325178 0.137310</w:t>
        <w:br/>
        <w:t>vt 0.322037 0.137439</w:t>
        <w:br/>
        <w:t>vt 0.322023 0.118835</w:t>
        <w:br/>
        <w:t>vt 0.325162 0.118714</w:t>
        <w:br/>
        <w:t>vt 0.322034 0.092105</w:t>
        <w:br/>
        <w:t>vt 0.325177 0.091986</w:t>
        <w:br/>
        <w:t>vt 0.322078 0.062141</w:t>
        <w:br/>
        <w:t>vt 0.325233 0.062039</w:t>
        <w:br/>
        <w:t>vt 0.321597 0.024656</w:t>
        <w:br/>
        <w:t>vt 0.325225 0.024098</w:t>
        <w:br/>
        <w:t>vt 0.325225 0.024098</w:t>
        <w:br/>
        <w:t>vt 0.321597 0.024656</w:t>
        <w:br/>
        <w:t>vt 0.320430 0.015081</w:t>
        <w:br/>
        <w:t>vt 0.326898 0.014471</w:t>
        <w:br/>
        <w:t>vt 0.405427 0.528848</w:t>
        <w:br/>
        <w:t>vt 0.388576 0.527027</w:t>
        <w:br/>
        <w:t>vt 0.388489 0.498366</w:t>
        <w:br/>
        <w:t>vt 0.405141 0.494972</w:t>
        <w:br/>
        <w:t>vt 0.388365 0.101137</w:t>
        <w:br/>
        <w:t>vt 0.405155 0.100643</w:t>
        <w:br/>
        <w:t>vt 0.405237 0.130649</w:t>
        <w:br/>
        <w:t>vt 0.388528 0.132487</w:t>
        <w:br/>
        <w:t>vt 0.405222 0.069711</w:t>
        <w:br/>
        <w:t>vt 0.388443 0.069277</w:t>
        <w:br/>
        <w:t>vt 0.405148 0.155658</w:t>
        <w:br/>
        <w:t>vt 0.388506 0.158395</w:t>
        <w:br/>
        <w:t>vt 0.405127 0.172962</w:t>
        <w:br/>
        <w:t>vt 0.388491 0.175819</w:t>
        <w:br/>
        <w:t>vt 0.405132 0.190165</w:t>
        <w:br/>
        <w:t>vt 0.388490 0.193032</w:t>
        <w:br/>
        <w:t>vt 0.405144 0.207309</w:t>
        <w:br/>
        <w:t>vt 0.388517 0.210263</w:t>
        <w:br/>
        <w:t>vt 0.405134 0.236030</w:t>
        <w:br/>
        <w:t>vt 0.388491 0.238724</w:t>
        <w:br/>
        <w:t>vt 0.405152 0.264494</w:t>
        <w:br/>
        <w:t>vt 0.388452 0.266749</w:t>
        <w:br/>
        <w:t>vt 0.405118 0.312256</w:t>
        <w:br/>
        <w:t>vt 0.388464 0.314870</w:t>
        <w:br/>
        <w:t>vt 0.405161 0.360522</w:t>
        <w:br/>
        <w:t>vt 0.388502 0.363038</w:t>
        <w:br/>
        <w:t>vt 0.405135 0.408088</w:t>
        <w:br/>
        <w:t>vt 0.388479 0.410543</w:t>
        <w:br/>
        <w:t>vt 0.405138 0.453413</w:t>
        <w:br/>
        <w:t>vt 0.388508 0.456562</w:t>
        <w:br/>
        <w:t>vt 0.233936 0.912473</w:t>
        <w:br/>
        <w:t>vt 0.233724 0.914268</w:t>
        <w:br/>
        <w:t>vt 0.991727 0.292374</w:t>
        <w:br/>
        <w:t>vt 0.983462 0.296562</w:t>
        <w:br/>
        <w:t>vt 0.995828 0.283311</w:t>
        <w:br/>
        <w:t>vt 0.991184 0.282103</w:t>
        <w:br/>
        <w:t>vt 0.991020 0.271856</w:t>
        <w:br/>
        <w:t>vt 0.995828 0.271209</w:t>
        <w:br/>
        <w:t>vt 0.963506 0.280794</w:t>
        <w:br/>
        <w:t>vt 0.964494 0.278859</w:t>
        <w:br/>
        <w:t>vt 0.977322 0.288395</w:t>
        <w:br/>
        <w:t>vt 0.975536 0.289611</w:t>
        <w:br/>
        <w:t>vt 0.981050 0.407998</w:t>
        <w:br/>
        <w:t>vt 0.981050 0.371972</w:t>
        <w:br/>
        <w:t>vt 0.981050 0.349702</w:t>
        <w:br/>
        <w:t>vt 0.981050 0.444410</w:t>
        <w:br/>
        <w:t>vt 0.981050 0.480192</w:t>
        <w:br/>
        <w:t>vt 0.983240 0.511834</w:t>
        <w:br/>
        <w:t>vt 0.981050 0.511327</w:t>
        <w:br/>
        <w:t>vt 0.975542 0.552513</w:t>
        <w:br/>
        <w:t>vt 0.972169 0.541970</w:t>
        <w:br/>
        <w:t>vt 0.980671 0.559923</w:t>
        <w:br/>
        <w:t>vt 0.981154 0.574736</w:t>
        <w:br/>
        <w:t>vt 0.981050 0.329281</w:t>
        <w:br/>
        <w:t>vt 0.976475 0.526952</w:t>
        <w:br/>
        <w:t>vt 0.974034 0.526996</w:t>
        <w:br/>
        <w:t>vt 0.974034 0.526996</w:t>
        <w:br/>
        <w:t>vt 0.975471 0.534153</w:t>
        <w:br/>
        <w:t>vt 0.973102 0.534483</w:t>
        <w:br/>
        <w:t>vt 0.979315 0.611950</w:t>
        <w:br/>
        <w:t>vt 0.980682 0.613874</w:t>
        <w:br/>
        <w:t>vt 0.983462 0.296562</w:t>
        <w:br/>
        <w:t>vt 0.981050 0.297033</w:t>
        <w:br/>
        <w:t>vt 0.991727 0.292374</w:t>
        <w:br/>
        <w:t>vt 0.891094 0.660979</w:t>
        <w:br/>
        <w:t>vt 0.995828 0.291168</w:t>
        <w:br/>
        <w:t>vt 0.485102 0.177549</w:t>
        <w:br/>
        <w:t>vt 0.488470 0.174329</w:t>
        <w:br/>
        <w:t>vt 0.477168 0.162398</w:t>
        <w:br/>
        <w:t>vt 0.475045 0.166679</w:t>
        <w:br/>
        <w:t>vt 0.508452 0.206882</w:t>
        <w:br/>
        <w:t>vt 0.523498 0.221033</w:t>
        <w:br/>
        <w:t>vt 0.526248 0.217094</w:t>
        <w:br/>
        <w:t>vt 0.511166 0.202904</w:t>
        <w:br/>
        <w:t>vt 0.499024 0.188458</w:t>
        <w:br/>
        <w:t>vt 0.496018 0.192255</w:t>
        <w:br/>
        <w:t>vt 0.525300 0.093494</w:t>
        <w:br/>
        <w:t>vt 0.529168 0.090923</w:t>
        <w:br/>
        <w:t>vt 0.523038 0.088472</w:t>
        <w:br/>
        <w:t>vt 0.518759 0.090594</w:t>
        <w:br/>
        <w:t>vt 0.530859 0.098399</w:t>
        <w:br/>
        <w:t>vt 0.534069 0.094989</w:t>
        <w:br/>
        <w:t>vt 0.534507 0.103439</w:t>
        <w:br/>
        <w:t>vt 0.536837 0.109086</w:t>
        <w:br/>
        <w:t>vt 0.540168 0.105212</w:t>
        <w:br/>
        <w:t>vt 0.537267 0.099762</w:t>
        <w:br/>
        <w:t>vt 0.584771 0.250333</w:t>
        <w:br/>
        <w:t>vt 0.586931 0.246144</w:t>
        <w:br/>
        <w:t>vt 0.565802 0.239794</w:t>
        <w:br/>
        <w:t>vt 0.563045 0.243820</w:t>
        <w:br/>
        <w:t>vt 0.603827 0.252049</w:t>
        <w:br/>
        <w:t>vt 0.619831 0.250797</w:t>
        <w:br/>
        <w:t>vt 0.615011 0.245975</w:t>
        <w:br/>
        <w:t>vt 0.604188 0.247261</w:t>
        <w:br/>
        <w:t>vt 0.619928 0.229985</w:t>
        <w:br/>
        <w:t>vt 0.614477 0.228536</w:t>
        <w:br/>
        <w:t>vt 0.544520 0.229606</w:t>
        <w:br/>
        <w:t>vt 0.541824 0.233717</w:t>
        <w:br/>
        <w:t>vt 0.548060 0.113352</w:t>
        <w:br/>
        <w:t>vt 0.551417 0.110411</w:t>
        <w:br/>
        <w:t>vt 0.553924 0.117322</w:t>
        <w:br/>
        <w:t>vt 0.557403 0.114566</w:t>
        <w:br/>
        <w:t>vt 0.558464 0.122692</w:t>
        <w:br/>
        <w:t>vt 0.562119 0.130264</w:t>
        <w:br/>
        <w:t>vt 0.565997 0.128008</w:t>
        <w:br/>
        <w:t>vt 0.562169 0.119990</w:t>
        <w:br/>
        <w:t>vt 0.570091 0.139638</w:t>
        <w:br/>
        <w:t>vt 0.564999 0.141488</w:t>
        <w:br/>
        <w:t>vt 0.573973 0.149068</w:t>
        <w:br/>
        <w:t>vt 0.577864 0.146628</w:t>
        <w:br/>
        <w:t>vt 0.597033 0.173374</w:t>
        <w:br/>
        <w:t>vt 0.601347 0.172021</w:t>
        <w:br/>
        <w:t>vt 0.586816 0.154910</w:t>
        <w:br/>
        <w:t>vt 0.582557 0.156942</w:t>
        <w:br/>
        <w:t>vt 0.605813 0.190476</w:t>
        <w:br/>
        <w:t>vt 0.611145 0.189877</w:t>
        <w:br/>
        <w:t>vt 0.616393 0.209058</w:t>
        <w:br/>
        <w:t>vt 0.611303 0.208933</w:t>
        <w:br/>
        <w:t>vt 0.475045 0.166679</w:t>
        <w:br/>
        <w:t>vt 0.472964 0.167649</w:t>
        <w:br/>
        <w:t>vt 0.483228 0.179274</w:t>
        <w:br/>
        <w:t>vt 0.485102 0.177549</w:t>
        <w:br/>
        <w:t>vt 0.475045 0.166679</w:t>
        <w:br/>
        <w:t>vt 0.477168 0.162398</w:t>
        <w:br/>
        <w:t>vt 0.474476 0.162501</w:t>
        <w:br/>
        <w:t>vt 0.472964 0.167649</w:t>
        <w:br/>
        <w:t>vt 0.508452 0.206882</w:t>
        <w:br/>
        <w:t>vt 0.506683 0.208647</w:t>
        <w:br/>
        <w:t>vt 0.521966 0.223018</w:t>
        <w:br/>
        <w:t>vt 0.523498 0.221033</w:t>
        <w:br/>
        <w:t>vt 0.496018 0.192255</w:t>
        <w:br/>
        <w:t>vt 0.494116 0.193885</w:t>
        <w:br/>
        <w:t>vt 0.529168 0.090923</w:t>
        <w:br/>
        <w:t>vt 0.530658 0.088958</w:t>
        <w:br/>
        <w:t>vt 0.524169 0.086450</w:t>
        <w:br/>
        <w:t>vt 0.523038 0.088472</w:t>
        <w:br/>
        <w:t>vt 0.534069 0.094989</w:t>
        <w:br/>
        <w:t>vt 0.535915 0.093384</w:t>
        <w:br/>
        <w:t>vt 0.537267 0.099762</w:t>
        <w:br/>
        <w:t>vt 0.540168 0.105212</w:t>
        <w:br/>
        <w:t>vt 0.542003 0.103369</w:t>
        <w:br/>
        <w:t>vt 0.539329 0.098323</w:t>
        <w:br/>
        <w:t>vt 0.563045 0.243820</w:t>
        <w:br/>
        <w:t>vt 0.562262 0.245748</w:t>
        <w:br/>
        <w:t>vt 0.584384 0.252830</w:t>
        <w:br/>
        <w:t>vt 0.584771 0.250333</w:t>
        <w:br/>
        <w:t>vt 0.603986 0.254159</w:t>
        <w:br/>
        <w:t>vt 0.621384 0.252239</w:t>
        <w:br/>
        <w:t>vt 0.619831 0.250797</w:t>
        <w:br/>
        <w:t>vt 0.603827 0.252049</w:t>
        <w:br/>
        <w:t>vt 0.619831 0.250797</w:t>
        <w:br/>
        <w:t>vt 0.621384 0.252239</w:t>
        <w:br/>
        <w:t>vt 0.622478 0.229916</w:t>
        <w:br/>
        <w:t>vt 0.619928 0.229985</w:t>
        <w:br/>
        <w:t>vt 0.541824 0.233717</w:t>
        <w:br/>
        <w:t>vt 0.540590 0.235632</w:t>
        <w:br/>
        <w:t>vt 0.551417 0.110411</w:t>
        <w:br/>
        <w:t>vt 0.552817 0.108393</w:t>
        <w:br/>
        <w:t>vt 0.559139 0.112801</w:t>
        <w:br/>
        <w:t>vt 0.557403 0.114566</w:t>
        <w:br/>
        <w:t>vt 0.562169 0.119990</w:t>
        <w:br/>
        <w:t>vt 0.565997 0.128008</w:t>
        <w:br/>
        <w:t>vt 0.568310 0.127046</w:t>
        <w:br/>
        <w:t>vt 0.564257 0.118648</w:t>
        <w:br/>
        <w:t>vt 0.577864 0.146628</w:t>
        <w:br/>
        <w:t>vt 0.580578 0.145710</w:t>
        <w:br/>
        <w:t>vt 0.572303 0.138335</w:t>
        <w:br/>
        <w:t>vt 0.570091 0.139638</w:t>
        <w:br/>
        <w:t>vt 0.586816 0.154910</w:t>
        <w:br/>
        <w:t>vt 0.601347 0.172021</w:t>
        <w:br/>
        <w:t>vt 0.603387 0.170632</w:t>
        <w:br/>
        <w:t>vt 0.589155 0.152864</w:t>
        <w:br/>
        <w:t>vt 0.613462 0.188946</w:t>
        <w:br/>
        <w:t>vt 0.611145 0.189877</w:t>
        <w:br/>
        <w:t>vt 0.618860 0.208540</w:t>
        <w:br/>
        <w:t>vt 0.616393 0.209058</w:t>
        <w:br/>
        <w:t>vt 0.474492 0.103997</w:t>
        <w:br/>
        <w:t>vt 0.477242 0.089301</w:t>
        <w:br/>
        <w:t>vt 0.474072 0.089104</w:t>
        <w:br/>
        <w:t>vt 0.464146 0.110837</w:t>
        <w:br/>
        <w:t>vt 0.477483 0.075119</w:t>
        <w:br/>
        <w:t>vt 0.475204 0.075229</w:t>
        <w:br/>
        <w:t>vt 0.518446 0.086920</w:t>
        <w:br/>
        <w:t>vt 0.520582 0.085606</w:t>
        <w:br/>
        <w:t>vt 0.520978 0.078324</w:t>
        <w:br/>
        <w:t>vt 0.518607 0.078257</w:t>
        <w:br/>
        <w:t>vt 0.521122 0.070884</w:t>
        <w:br/>
        <w:t>vt 0.518636 0.071298</w:t>
        <w:br/>
        <w:t>vt 0.477337 0.061207</w:t>
        <w:br/>
        <w:t>vt 0.475198 0.061770</w:t>
        <w:br/>
        <w:t>vt 0.477386 0.047642</w:t>
        <w:br/>
        <w:t>vt 0.475133 0.047605</w:t>
        <w:br/>
        <w:t>vt 0.515097 0.057220</w:t>
        <w:br/>
        <w:t>vt 0.517694 0.064085</w:t>
        <w:br/>
        <w:t>vt 0.520221 0.063361</w:t>
        <w:br/>
        <w:t>vt 0.517443 0.055790</w:t>
        <w:br/>
        <w:t>vt 0.511088 0.050424</w:t>
        <w:br/>
        <w:t>vt 0.513042 0.049048</w:t>
        <w:br/>
        <w:t>vt 0.506756 0.043191</w:t>
        <w:br/>
        <w:t>vt 0.504779 0.044789</w:t>
        <w:br/>
        <w:t>vt 0.501321 0.030485</w:t>
        <w:br/>
        <w:t>vt 0.502304 0.039602</w:t>
        <w:br/>
        <w:t>vt 0.504816 0.038757</w:t>
        <w:br/>
        <w:t>vt 0.503978 0.029963</w:t>
        <w:br/>
        <w:t>vt 0.477901 0.033499</w:t>
        <w:br/>
        <w:t>vt 0.479883 0.019216</w:t>
        <w:br/>
        <w:t>vt 0.477211 0.019146</w:t>
        <w:br/>
        <w:t>vt 0.475528 0.033580</w:t>
        <w:br/>
        <w:t>vt 0.499796 0.026226</w:t>
        <w:br/>
        <w:t>vt 0.502065 0.024748</w:t>
        <w:br/>
        <w:t>vt 0.482854 0.006074</w:t>
        <w:br/>
        <w:t>vt 0.480912 0.004541</w:t>
        <w:br/>
        <w:t>vt 0.490321 0.003230</w:t>
        <w:br/>
        <w:t>vt 0.487991 0.002531</w:t>
        <w:br/>
        <w:t>vt 0.487164 0.004466</w:t>
        <w:br/>
        <w:t>vt 0.488677 0.004887</w:t>
        <w:br/>
        <w:t>vt 0.496898 0.021838</w:t>
        <w:br/>
        <w:t>vt 0.499143 0.020260</w:t>
        <w:br/>
        <w:t>vt 0.495063 0.014040</w:t>
        <w:br/>
        <w:t>vt 0.492819 0.015249</w:t>
        <w:br/>
        <w:t>vt 0.483286 0.003187</w:t>
        <w:br/>
        <w:t>vt 0.484253 0.005060</w:t>
        <w:br/>
        <w:t>vt 0.485652 0.004046</w:t>
        <w:br/>
        <w:t>vt 0.485661 0.001832</w:t>
        <w:br/>
        <w:t>vt 0.518446 0.086920</w:t>
        <w:br/>
        <w:t>vt 0.514065 0.090902</w:t>
        <w:br/>
        <w:t>vt 0.518446 0.086920</w:t>
        <w:br/>
        <w:t>vt 0.520582 0.085606</w:t>
        <w:br/>
        <w:t>vt 0.296289 0.943836</w:t>
        <w:br/>
        <w:t>vt 0.305713 0.943836</w:t>
        <w:br/>
        <w:t>vt 0.304723 0.937512</w:t>
        <w:br/>
        <w:t>vt 0.294160 0.937512</w:t>
        <w:br/>
        <w:t>vt 0.279872 0.951186</w:t>
        <w:br/>
        <w:t>vt 0.287507 0.949298</w:t>
        <w:br/>
        <w:t>vt 0.288717 0.943836</w:t>
        <w:br/>
        <w:t>vt 0.282234 0.937512</w:t>
        <w:br/>
        <w:t>vt 0.287507 0.949298</w:t>
        <w:br/>
        <w:t>vt 0.293274 0.951924</w:t>
        <w:br/>
        <w:t>vt 0.293341 0.949969</w:t>
        <w:br/>
        <w:t>vt 0.288717 0.943836</w:t>
        <w:br/>
        <w:t>vt 0.298443 0.949969</w:t>
        <w:br/>
        <w:t>vt 0.293274 0.951924</w:t>
        <w:br/>
        <w:t>vt 0.299478 0.966069</w:t>
        <w:br/>
        <w:t>vt 0.304906 0.963326</w:t>
        <w:br/>
        <w:t>vt 0.312257 0.984466</w:t>
        <w:br/>
        <w:t>vt 0.316070 0.977045</w:t>
        <w:br/>
        <w:t>vt 0.320378 0.984466</w:t>
        <w:br/>
        <w:t>vt 0.326397 0.977045</w:t>
        <w:br/>
        <w:t>vt 0.287669 0.984466</w:t>
        <w:br/>
        <w:t>vt 0.305211 0.984466</w:t>
        <w:br/>
        <w:t>vt 0.298013 0.977045</w:t>
        <w:br/>
        <w:t>vt 0.290577 0.977045</w:t>
        <w:br/>
        <w:t>vt 0.305211 0.984466</w:t>
        <w:br/>
        <w:t>vt 0.312257 0.984466</w:t>
        <w:br/>
        <w:t>vt 0.299478 0.966069</w:t>
        <w:br/>
        <w:t>vt 0.294478 0.965880</w:t>
        <w:br/>
        <w:t>vt 0.275848 0.956347</w:t>
        <w:br/>
        <w:t>vt 0.289359 0.968265</w:t>
        <w:br/>
        <w:t>vt 0.294478 0.965880</w:t>
        <w:br/>
        <w:t>vt 0.298013 0.977045</w:t>
        <w:br/>
        <w:t>vt 0.305211 0.984466</w:t>
        <w:br/>
        <w:t>vt 0.268201 0.984466</w:t>
        <w:br/>
        <w:t>vt 0.278215 0.984466</w:t>
        <w:br/>
        <w:t>vt 0.277518 0.977045</w:t>
        <w:br/>
        <w:t>vt 0.264240 0.977045</w:t>
        <w:br/>
        <w:t>vt 0.299687 0.992276</w:t>
        <w:br/>
        <w:t>vt 0.287767 0.992276</w:t>
        <w:br/>
        <w:t>vt 0.288318 0.997115</w:t>
        <w:br/>
        <w:t>vt 0.299920 0.997115</w:t>
        <w:br/>
        <w:t>vt 0.299687 0.992276</w:t>
        <w:br/>
        <w:t>vt 0.287767 0.992276</w:t>
        <w:br/>
        <w:t>vt 0.278418 0.992276</w:t>
        <w:br/>
        <w:t>vt 0.268484 0.992276</w:t>
        <w:br/>
        <w:t>vt 0.268719 0.997115</w:t>
        <w:br/>
        <w:t>vt 0.278663 0.997115</w:t>
        <w:br/>
        <w:t>vt 0.278215 0.984466</w:t>
        <w:br/>
        <w:t>vt 0.268201 0.984466</w:t>
        <w:br/>
        <w:t>vt 0.268484 0.992276</w:t>
        <w:br/>
        <w:t>vt 0.278418 0.992276</w:t>
        <w:br/>
        <w:t>vt 0.311831 0.997115</w:t>
        <w:br/>
        <w:t>vt 0.312207 0.992276</w:t>
        <w:br/>
        <w:t>vt 0.331392 0.984466</w:t>
        <w:br/>
        <w:t>vt 0.329795 0.992276</w:t>
        <w:br/>
        <w:t>vt 0.340099 0.992276</w:t>
        <w:br/>
        <w:t>vt 0.341355 0.984466</w:t>
        <w:br/>
        <w:t>vt 0.341355 0.984466</w:t>
        <w:br/>
        <w:t>vt 0.346889 0.977045</w:t>
        <w:br/>
        <w:t>vt 0.336576 0.977045</w:t>
        <w:br/>
        <w:t>vt 0.331392 0.984466</w:t>
        <w:br/>
        <w:t>vt 0.337534 0.949969</w:t>
        <w:br/>
        <w:t>vt 0.336576 0.977045</w:t>
        <w:br/>
        <w:t>vt 0.346889 0.977045</w:t>
        <w:br/>
        <w:t>vt 0.349026 0.949969</w:t>
        <w:br/>
        <w:t>vt 0.304906 0.963326</w:t>
        <w:br/>
        <w:t>vt 0.316070 0.977045</w:t>
        <w:br/>
        <w:t>vt 0.314146 0.949969</w:t>
        <w:br/>
        <w:t>vt 0.304360 0.949969</w:t>
        <w:br/>
        <w:t>vt 0.362728 0.984466</w:t>
        <w:br/>
        <w:t>vt 0.367588 0.977045</w:t>
        <w:br/>
        <w:t>vt 0.357085 0.977045</w:t>
        <w:br/>
        <w:t>vt 0.351968 0.984466</w:t>
        <w:br/>
        <w:t>vt 0.351968 0.984466</w:t>
        <w:br/>
        <w:t>vt 0.350696 0.992276</w:t>
        <w:br/>
        <w:t>vt 0.361608 0.992276</w:t>
        <w:br/>
        <w:t>vt 0.362728 0.984466</w:t>
        <w:br/>
        <w:t>vt 0.361608 0.992276</w:t>
        <w:br/>
        <w:t>vt 0.350696 0.992276</w:t>
        <w:br/>
        <w:t>vt 0.350979 0.997115</w:t>
        <w:br/>
        <w:t>vt 0.361841 0.997115</w:t>
        <w:br/>
        <w:t>vt 0.386234 0.992276</w:t>
        <w:br/>
        <w:t>vt 0.373254 0.992276</w:t>
        <w:br/>
        <w:t>vt 0.373381 0.997115</w:t>
        <w:br/>
        <w:t>vt 0.385897 0.997115</w:t>
        <w:br/>
        <w:t>vt 0.340099 0.992276</w:t>
        <w:br/>
        <w:t>vt 0.329795 0.992276</w:t>
        <w:br/>
        <w:t>vt 0.330233 0.997115</w:t>
        <w:br/>
        <w:t>vt 0.340450 0.997115</w:t>
        <w:br/>
        <w:t>vt 0.386234 0.992276</w:t>
        <w:br/>
        <w:t>vt 0.385570 0.984466</w:t>
        <w:br/>
        <w:t>vt 0.373697 0.984466</w:t>
        <w:br/>
        <w:t>vt 0.373254 0.992276</w:t>
        <w:br/>
        <w:t>vt 0.137791 0.984466</w:t>
        <w:br/>
        <w:t>vt 0.126230 0.984466</w:t>
        <w:br/>
        <w:t>vt 0.126449 0.992276</w:t>
        <w:br/>
        <w:t>vt 0.138805 0.992276</w:t>
        <w:br/>
        <w:t>vt 0.132517 0.976707</w:t>
        <w:br/>
        <w:t>vt 0.126230 0.984466</w:t>
        <w:br/>
        <w:t>vt 0.137791 0.984466</w:t>
        <w:br/>
        <w:t>vt 0.373697 0.984466</w:t>
        <w:br/>
        <w:t>vt 0.385570 0.984466</w:t>
        <w:br/>
        <w:t>vt 0.383151 0.977045</w:t>
        <w:br/>
        <w:t>vt 0.296289 0.943836</w:t>
        <w:br/>
        <w:t>vt 0.304360 0.949969</w:t>
        <w:br/>
        <w:t>vt 0.305713 0.943836</w:t>
        <w:br/>
        <w:t>vt 0.316407 0.943836</w:t>
        <w:br/>
        <w:t>vt 0.347748 0.943836</w:t>
        <w:br/>
        <w:t>vt 0.337451 0.943836</w:t>
        <w:br/>
        <w:t>vt 0.360011 0.949969</w:t>
        <w:br/>
        <w:t>vt 0.370548 0.949969</w:t>
        <w:br/>
        <w:t>vt 0.366375 0.943836</w:t>
        <w:br/>
        <w:t>vt 0.357156 0.943836</w:t>
        <w:br/>
        <w:t>vt 0.358086 0.937512</w:t>
        <w:br/>
        <w:t>vt 0.357156 0.943836</w:t>
        <w:br/>
        <w:t>vt 0.366375 0.943836</w:t>
        <w:br/>
        <w:t>vt 0.367087 0.937512</w:t>
        <w:br/>
        <w:t>vt 0.386697 0.943836</w:t>
        <w:br/>
        <w:t>vt 0.387206 0.937512</w:t>
        <w:br/>
        <w:t>vt 0.376293 0.937512</w:t>
        <w:br/>
        <w:t>vt 0.375770 0.943836</w:t>
        <w:br/>
        <w:t>vt 0.376293 0.937512</w:t>
        <w:br/>
        <w:t>vt 0.387206 0.937512</w:t>
        <w:br/>
        <w:t>vt 0.386363 0.931871</w:t>
        <w:br/>
        <w:t>vt 0.371795 0.931871</w:t>
        <w:br/>
        <w:t>vt 0.358506 0.931871</w:t>
        <w:br/>
        <w:t>vt 0.122471 0.943836</w:t>
        <w:br/>
        <w:t>vt 0.132785 0.943836</w:t>
        <w:br/>
        <w:t>vt 0.131629 0.937512</w:t>
        <w:br/>
        <w:t>vt 0.121503 0.937512</w:t>
        <w:br/>
        <w:t>vt 0.125760 0.931871</w:t>
        <w:br/>
        <w:t>vt 0.141488 0.937512</w:t>
        <w:br/>
        <w:t>vt 0.142788 0.943836</w:t>
        <w:br/>
        <w:t>vt 0.140864 0.928291</w:t>
        <w:br/>
        <w:t>vt 0.385061 0.949969</w:t>
        <w:br/>
        <w:t>vt 0.386697 0.943836</w:t>
        <w:br/>
        <w:t>vt 0.375770 0.943836</w:t>
        <w:br/>
        <w:t>vt 0.128885 0.949969</w:t>
        <w:br/>
        <w:t>vt 0.132785 0.943836</w:t>
        <w:br/>
        <w:t>vt 0.122471 0.943836</w:t>
        <w:br/>
        <w:t>vt 0.348930 0.937512</w:t>
        <w:br/>
        <w:t>vt 0.338604 0.937512</w:t>
        <w:br/>
        <w:t>vt 0.316371 0.937512</w:t>
        <w:br/>
        <w:t>vt 0.316407 0.943836</w:t>
        <w:br/>
        <w:t>vt 0.308414 0.928291</w:t>
        <w:br/>
        <w:t>vt 0.316371 0.937512</w:t>
        <w:br/>
        <w:t>vt 0.322786 0.928291</w:t>
        <w:br/>
        <w:t>vt 0.349526 0.931871</w:t>
        <w:br/>
        <w:t>vt 0.336335 0.931871</w:t>
        <w:br/>
        <w:t>vt 0.281631 0.928291</w:t>
        <w:br/>
        <w:t>vt 0.264790 0.928291</w:t>
        <w:br/>
        <w:t>vt 0.264618 0.935524</w:t>
        <w:br/>
        <w:t>vt 0.282234 0.937512</w:t>
        <w:br/>
        <w:t>vt 0.295519 0.928291</w:t>
        <w:br/>
        <w:t>vt 0.264427 0.941995</w:t>
        <w:br/>
        <w:t>vt 0.264618 0.935524</w:t>
        <w:br/>
        <w:t>vt 0.223387 0.928291</w:t>
        <w:br/>
        <w:t>vt 0.221679 0.937512</w:t>
        <w:br/>
        <w:t>vt 0.239481 0.935445</w:t>
        <w:br/>
        <w:t>vt 0.238224 0.928291</w:t>
        <w:br/>
        <w:t>vt 0.221679 0.937512</w:t>
        <w:br/>
        <w:t>vt 0.224019 0.951149</w:t>
        <w:br/>
        <w:t>vt 0.239676 0.941991</w:t>
        <w:br/>
        <w:t>vt 0.239481 0.935445</w:t>
        <w:br/>
        <w:t>vt 0.215125 0.943836</w:t>
        <w:br/>
        <w:t>vt 0.216377 0.949809</w:t>
        <w:br/>
        <w:t>vt 0.210637 0.949969</w:t>
        <w:br/>
        <w:t>vt 0.215125 0.943836</w:t>
        <w:br/>
        <w:t>vt 0.207352 0.943836</w:t>
        <w:br/>
        <w:t>vt 0.188208 0.949969</w:t>
        <w:br/>
        <w:t>vt 0.199993 0.949969</w:t>
        <w:br/>
        <w:t>vt 0.198097 0.943836</w:t>
        <w:br/>
        <w:t>vt 0.187139 0.943836</w:t>
        <w:br/>
        <w:t>vt 0.175972 0.949969</w:t>
        <w:br/>
        <w:t>vt 0.176078 0.943836</w:t>
        <w:br/>
        <w:t>vt 0.164812 0.943836</w:t>
        <w:br/>
        <w:t>vt 0.163877 0.949969</w:t>
        <w:br/>
        <w:t>vt 0.165394 0.977045</w:t>
        <w:br/>
        <w:t>vt 0.176180 0.977045</w:t>
        <w:br/>
        <w:t>vt 0.188208 0.949969</w:t>
        <w:br/>
        <w:t>vt 0.186988 0.977045</w:t>
        <w:br/>
        <w:t>vt 0.198630 0.963591</w:t>
        <w:br/>
        <w:t>vt 0.199993 0.949969</w:t>
        <w:br/>
        <w:t>vt 0.187401 0.937512</w:t>
        <w:br/>
        <w:t>vt 0.187139 0.943836</w:t>
        <w:br/>
        <w:t>vt 0.198097 0.943836</w:t>
        <w:br/>
        <w:t>vt 0.199328 0.937512</w:t>
        <w:br/>
        <w:t>vt 0.194077 0.928291</w:t>
        <w:br/>
        <w:t>vt 0.209850 0.937512</w:t>
        <w:br/>
        <w:t>vt 0.207352 0.943836</w:t>
        <w:br/>
        <w:t>vt 0.208388 0.928291</w:t>
        <w:br/>
        <w:t>vt 0.209850 0.937512</w:t>
        <w:br/>
        <w:t>vt 0.175556 0.937512</w:t>
        <w:br/>
        <w:t>vt 0.163986 0.937512</w:t>
        <w:br/>
        <w:t>vt 0.164812 0.943836</w:t>
        <w:br/>
        <w:t>vt 0.176078 0.943836</w:t>
        <w:br/>
        <w:t>vt 0.210637 0.949969</w:t>
        <w:br/>
        <w:t>vt 0.210585 0.951809</w:t>
        <w:br/>
        <w:t>vt 0.216377 0.949809</w:t>
        <w:br/>
        <w:t>vt 0.215125 0.943836</w:t>
        <w:br/>
        <w:t>vt 0.198630 0.963591</w:t>
        <w:br/>
        <w:t>vt 0.204150 0.966613</w:t>
        <w:br/>
        <w:t>vt 0.204150 0.966613</w:t>
        <w:br/>
        <w:t>vt 0.209256 0.966250</w:t>
        <w:br/>
        <w:t>vt 0.186988 0.977045</w:t>
        <w:br/>
        <w:t>vt 0.190857 0.984466</w:t>
        <w:br/>
        <w:t>vt 0.199141 0.984466</w:t>
        <w:br/>
        <w:t>vt 0.190857 0.984466</w:t>
        <w:br/>
        <w:t>vt 0.210585 0.951809</w:t>
        <w:br/>
        <w:t>vt 0.228111 0.956237</w:t>
        <w:br/>
        <w:t>vt 0.240822 0.948243</w:t>
        <w:br/>
        <w:t>vt 0.209256 0.966250</w:t>
        <w:br/>
        <w:t>vt 0.214475 0.968425</w:t>
        <w:br/>
        <w:t>vt 0.199141 0.984466</w:t>
        <w:br/>
        <w:t>vt 0.206052 0.977045</w:t>
        <w:br/>
        <w:t>vt 0.206541 0.984466</w:t>
        <w:br/>
        <w:t>vt 0.213228 0.977045</w:t>
        <w:br/>
        <w:t>vt 0.206052 0.977045</w:t>
        <w:br/>
        <w:t>vt 0.199141 0.984466</w:t>
        <w:br/>
        <w:t>vt 0.235861 0.984466</w:t>
        <w:br/>
        <w:t>vt 0.239727 0.977045</w:t>
        <w:br/>
        <w:t>vt 0.223116 0.977045</w:t>
        <w:br/>
        <w:t>vt 0.225584 0.984466</w:t>
        <w:br/>
        <w:t>vt 0.216263 0.984466</w:t>
        <w:br/>
        <w:t>vt 0.243800 0.984466</w:t>
        <w:br/>
        <w:t>vt 0.243836 0.992276</w:t>
        <w:br/>
        <w:t>vt 0.243800 0.984466</w:t>
        <w:br/>
        <w:t>vt 0.235861 0.984466</w:t>
        <w:br/>
        <w:t>vt 0.235650 0.992276</w:t>
        <w:br/>
        <w:t>vt 0.225584 0.984466</w:t>
        <w:br/>
        <w:t>vt 0.225436 0.992276</w:t>
        <w:br/>
        <w:t>vt 0.235485 0.997115</w:t>
        <w:br/>
        <w:t>vt 0.235650 0.992276</w:t>
        <w:br/>
        <w:t>vt 0.225436 0.992276</w:t>
        <w:br/>
        <w:t>vt 0.225256 0.997115</w:t>
        <w:br/>
        <w:t>vt 0.243824 0.997115</w:t>
        <w:br/>
        <w:t>vt 0.243836 0.992276</w:t>
        <w:br/>
        <w:t>vt 0.260437 0.992276</w:t>
        <w:br/>
        <w:t>vt 0.260239 0.984466</w:t>
        <w:br/>
        <w:t>vt 0.260239 0.984466</w:t>
        <w:br/>
        <w:t>vt 0.183171 0.997115</w:t>
        <w:br/>
        <w:t>vt 0.183573 0.992276</w:t>
        <w:br/>
        <w:t>vt 0.172415 0.992276</w:t>
        <w:br/>
        <w:t>vt 0.172005 0.997115</w:t>
        <w:br/>
        <w:t>vt 0.138805 0.992276</w:t>
        <w:br/>
        <w:t>vt 0.138515 0.997115</w:t>
        <w:br/>
        <w:t>vt 0.149739 0.997115</w:t>
        <w:br/>
        <w:t>vt 0.150019 0.992276</w:t>
        <w:br/>
        <w:t>vt 0.172415 0.992276</w:t>
        <w:br/>
        <w:t>vt 0.183573 0.992276</w:t>
        <w:br/>
        <w:t>vt 0.182329 0.984466</w:t>
        <w:br/>
        <w:t>vt 0.170641 0.984466</w:t>
        <w:br/>
        <w:t>vt 0.194425 0.997115</w:t>
        <w:br/>
        <w:t>vt 0.195052 0.992276</w:t>
        <w:br/>
        <w:t>vt 0.263228 0.948346</w:t>
        <w:br/>
        <w:t>vt 0.126449 0.992276</w:t>
        <w:br/>
        <w:t>vt 0.126286 0.997115</w:t>
        <w:br/>
        <w:t>vt 0.370548 0.949969</w:t>
        <w:br/>
        <w:t>vt 0.368675 0.965320</w:t>
        <w:br/>
        <w:t>vt 0.383181 0.965068</w:t>
        <w:br/>
        <w:t>vt 0.385061 0.949969</w:t>
        <w:br/>
        <w:t>vt 0.143556 0.977045</w:t>
        <w:br/>
        <w:t>vt 0.176180 0.977045</w:t>
        <w:br/>
        <w:t>vt 0.165394 0.977045</w:t>
        <w:br/>
        <w:t>vt 0.170641 0.984466</w:t>
        <w:br/>
        <w:t>vt 0.182329 0.984466</w:t>
        <w:br/>
        <w:t>vt 0.260565 0.997115</w:t>
        <w:br/>
        <w:t>vt 0.260437 0.992276</w:t>
        <w:br/>
        <w:t>vt 0.215819 0.992276</w:t>
        <w:br/>
        <w:t>vt 0.215346 0.997115</w:t>
        <w:br/>
        <w:t>vt 0.216263 0.984466</w:t>
        <w:br/>
        <w:t>vt 0.215819 0.992276</w:t>
        <w:br/>
        <w:t>vt 0.180530 0.928291</w:t>
        <w:br/>
        <w:t>vt 0.166007 0.928291</w:t>
        <w:br/>
        <w:t>vt 0.140082 0.949969</w:t>
        <w:br/>
        <w:t>vt 0.142788 0.943836</w:t>
        <w:br/>
        <w:t>vt 0.195052 0.992276</w:t>
        <w:br/>
        <w:t>vt 0.148780 0.984466</w:t>
        <w:br/>
        <w:t>vt 0.150019 0.992276</w:t>
        <w:br/>
        <w:t>vt 0.714461 0.628205</w:t>
        <w:br/>
        <w:t>vt 0.737616 0.655979</w:t>
        <w:br/>
        <w:t>vt 0.737687 0.651967</w:t>
        <w:br/>
        <w:t>vt 0.161595 0.992276</w:t>
        <w:br/>
        <w:t>vt 0.161176 0.997115</w:t>
        <w:br/>
        <w:t>vt 0.161595 0.992276</w:t>
        <w:br/>
        <w:t>vt 0.160210 0.984466</w:t>
        <w:br/>
        <w:t>vt 0.154260 0.977045</w:t>
        <w:br/>
        <w:t>vt 0.160210 0.984466</w:t>
        <w:br/>
        <w:t>vt 0.154260 0.977045</w:t>
        <w:br/>
        <w:t>vt 0.151490 0.949969</w:t>
        <w:br/>
        <w:t>vt 0.153647 0.943836</w:t>
        <w:br/>
        <w:t>vt 0.152426 0.937512</w:t>
        <w:br/>
        <w:t>vt 0.153647 0.943836</w:t>
        <w:br/>
        <w:t>vt 0.151827 0.928291</w:t>
        <w:br/>
        <w:t>vt 0.140082 0.949969</w:t>
        <w:br/>
        <w:t>vt 0.143556 0.977045</w:t>
        <w:br/>
        <w:t>vt 0.148780 0.984466</w:t>
        <w:br/>
        <w:t>vt 0.113589 0.992276</w:t>
        <w:br/>
        <w:t>vt 0.113848 0.997115</w:t>
        <w:br/>
        <w:t>vt 0.114512 0.984466</w:t>
        <w:br/>
        <w:t>vt 0.113589 0.992276</w:t>
        <w:br/>
        <w:t>vt 0.116861 0.977045</w:t>
        <w:br/>
        <w:t>vt 0.114035 0.949969</w:t>
        <w:br/>
        <w:t>vt 0.111484 0.943836</w:t>
        <w:br/>
        <w:t>vt 0.111484 0.943836</w:t>
        <w:br/>
        <w:t>vt 0.110504 0.937512</w:t>
        <w:br/>
        <w:t>vt 0.110825 0.931871</w:t>
        <w:br/>
        <w:t>vt 0.110504 0.937512</w:t>
        <w:br/>
        <w:t>vt 0.357085 0.977045</w:t>
        <w:br/>
        <w:t>vt 0.360011 0.949969</w:t>
        <w:br/>
        <w:t>vt 0.319275 0.992276</w:t>
        <w:br/>
        <w:t>vt 0.319864 0.997115</w:t>
        <w:br/>
        <w:t>vt 0.320378 0.984466</w:t>
        <w:br/>
        <w:t>vt 0.319275 0.992276</w:t>
        <w:br/>
        <w:t>vt 0.325863 0.949969</w:t>
        <w:br/>
        <w:t>vt 0.326397 0.977045</w:t>
        <w:br/>
        <w:t>vt 0.326998 0.943836</w:t>
        <w:br/>
        <w:t>vt 0.327924 0.937512</w:t>
        <w:br/>
        <w:t>vt 0.326998 0.943836</w:t>
        <w:br/>
        <w:t>vt 0.312207 0.992276</w:t>
        <w:br/>
        <w:t>vt 0.288717 0.943836</w:t>
        <w:br/>
        <w:t>vt 0.252221 0.997115</w:t>
        <w:br/>
        <w:t>vt 0.252162 0.992276</w:t>
        <w:br/>
        <w:t>vt 0.252162 0.992276</w:t>
        <w:br/>
        <w:t>vt 0.252033 0.984466</w:t>
        <w:br/>
        <w:t>vt 0.252045 0.977045</w:t>
        <w:br/>
        <w:t>vt 0.252033 0.984466</w:t>
        <w:br/>
        <w:t>vt 0.252101 0.944241</w:t>
        <w:br/>
        <w:t>vt 0.252158 0.937178</w:t>
        <w:br/>
        <w:t>vt 0.252122 0.934610</w:t>
        <w:br/>
        <w:t>vt 0.252124 0.928291</w:t>
        <w:br/>
        <w:t>vt 0.252122 0.934610</w:t>
        <w:br/>
        <w:t>vt 0.206305 0.992276</w:t>
        <w:br/>
        <w:t>vt 0.205592 0.997115</w:t>
        <w:br/>
        <w:t>vt 0.206541 0.984466</w:t>
        <w:br/>
        <w:t>vt 0.206305 0.992276</w:t>
        <w:br/>
        <w:t>vt 0.358850 0.928291</w:t>
        <w:br/>
        <w:t>vt 0.347315 0.928291</w:t>
        <w:br/>
        <w:t>vt 0.335636 0.928291</w:t>
        <w:br/>
        <w:t>vt 0.336335 0.931871</w:t>
        <w:br/>
        <w:t>vt 0.322786 0.928291</w:t>
        <w:br/>
        <w:t>vt 0.124884 0.928291</w:t>
        <w:br/>
        <w:t>vt 0.110546 0.928291</w:t>
        <w:br/>
        <w:t>vt 0.369793 0.928291</w:t>
        <w:br/>
        <w:t>vt 0.384505 0.928291</w:t>
        <w:br/>
        <w:t>vt 0.713836 0.664182</w:t>
        <w:br/>
        <w:t>vt 0.714016 0.698460</w:t>
        <w:br/>
        <w:t>vt 0.732228 0.664198</w:t>
        <w:br/>
        <w:t>vt 0.714075 0.638134</w:t>
        <w:br/>
        <w:t>vt 0.732228 0.664198</w:t>
        <w:br/>
        <w:t>vt 0.714016 0.698460</w:t>
        <w:br/>
        <w:t>vt 0.695916 0.663884</w:t>
        <w:br/>
        <w:t>vt 0.687626 0.665168</w:t>
        <w:br/>
        <w:t>vt 0.714222 0.705602</w:t>
        <w:br/>
        <w:t>vt 0.695719 0.648677</w:t>
        <w:br/>
        <w:t>vt 0.714222 0.705602</w:t>
        <w:br/>
        <w:t>vt 0.741013 0.665941</w:t>
        <w:br/>
        <w:t>vt 0.271421 0.922182</w:t>
        <w:br/>
        <w:t>vt 0.286546 0.921751</w:t>
        <w:br/>
        <w:t>vt 0.274996 0.913809</w:t>
        <w:br/>
        <w:t>vt 0.164440 0.913759</w:t>
        <w:br/>
        <w:t>vt 0.154934 0.913644</w:t>
        <w:br/>
        <w:t>vt 0.157298 0.921712</w:t>
        <w:br/>
        <w:t>vt 0.166995 0.921623</w:t>
        <w:br/>
        <w:t>vt 0.190395 0.913831</w:t>
        <w:br/>
        <w:t>vt 0.175887 0.913873</w:t>
        <w:br/>
        <w:t>vt 0.179380 0.921820</w:t>
        <w:br/>
        <w:t>vt 0.194076 0.921205</w:t>
        <w:br/>
        <w:t>vt 0.140292 0.913600</w:t>
        <w:br/>
        <w:t>vt 0.139966 0.920386</w:t>
        <w:br/>
        <w:t>vt 0.147821 0.920373</w:t>
        <w:br/>
        <w:t>vt 0.147859 0.913563</w:t>
        <w:br/>
        <w:t>vt 0.714075 0.638134</w:t>
        <w:br/>
        <w:t>vt 0.714461 0.628205</w:t>
        <w:br/>
        <w:t>vt 0.695323 0.644818</w:t>
        <w:br/>
        <w:t>vt 0.695719 0.648677</w:t>
        <w:br/>
        <w:t>vt 0.081852 0.396245</w:t>
        <w:br/>
        <w:t>vt 0.074160 0.400215</w:t>
        <w:br/>
        <w:t>vt 0.081852 0.399647</w:t>
        <w:br/>
        <w:t>vt 0.081852 0.389186</w:t>
        <w:br/>
        <w:t>vt 0.074160 0.392379</w:t>
        <w:br/>
        <w:t>vt 0.081852 0.393010</w:t>
        <w:br/>
        <w:t>vt 0.074160 0.405606</w:t>
        <w:br/>
        <w:t>vt 0.081852 0.402810</w:t>
        <w:br/>
        <w:t>vt 0.081852 0.413766</w:t>
        <w:br/>
        <w:t>vt 0.074160 0.416051</w:t>
        <w:br/>
        <w:t>vt 0.081852 0.417056</w:t>
        <w:br/>
        <w:t>vt 0.074160 0.423694</w:t>
        <w:br/>
        <w:t>vt 0.081852 0.424637</w:t>
        <w:br/>
        <w:t>vt 0.081852 0.420659</w:t>
        <w:br/>
        <w:t>vt 0.081852 0.407703</w:t>
        <w:br/>
        <w:t>vt 0.074160 0.410550</w:t>
        <w:br/>
        <w:t>vt 0.081852 0.410635</w:t>
        <w:br/>
        <w:t>vt 0.081852 0.377389</w:t>
        <w:br/>
        <w:t>vt 0.074160 0.370712</w:t>
        <w:br/>
        <w:t>vt 0.074160 0.382563</w:t>
        <w:br/>
        <w:t>vt 0.081852 0.381650</w:t>
        <w:br/>
        <w:t>vt 0.081852 0.360477</w:t>
        <w:br/>
        <w:t>vt 0.074160 0.362854</w:t>
        <w:br/>
        <w:t>vt 0.081852 0.363907</w:t>
        <w:br/>
        <w:t>vt 0.081852 0.353616</w:t>
        <w:br/>
        <w:t>vt 0.074160 0.353233</w:t>
        <w:br/>
        <w:t>vt 0.081852 0.356932</w:t>
        <w:br/>
        <w:t>vt 0.074160 0.346364</w:t>
        <w:br/>
        <w:t>vt 0.081852 0.350221</w:t>
        <w:br/>
        <w:t>vt 0.081852 0.346824</w:t>
        <w:br/>
        <w:t>vt 0.081852 0.343135</w:t>
        <w:br/>
        <w:t>vt 0.074160 0.340154</w:t>
        <w:br/>
        <w:t>vt 0.081852 0.385495</w:t>
        <w:br/>
        <w:t>vt 0.081852 0.335526</w:t>
        <w:br/>
        <w:t>vt 0.074160 0.332670</w:t>
        <w:br/>
        <w:t>vt 0.081852 0.339561</w:t>
        <w:br/>
        <w:t>vt 0.081852 0.331567</w:t>
        <w:br/>
        <w:t>vt 0.081852 0.404867</w:t>
        <w:br/>
        <w:t>vt 0.081852 0.373018</w:t>
        <w:br/>
        <w:t>vt 0.081852 0.368174</w:t>
        <w:br/>
        <w:t>vt 0.785998 0.594651</w:t>
        <w:br/>
        <w:t>vt 0.784186 0.587979</w:t>
        <w:br/>
        <w:t>vt 0.776050 0.597031</w:t>
        <w:br/>
        <w:t>vt 0.779017 0.603062</w:t>
        <w:br/>
        <w:t>vt 0.772665 0.613275</w:t>
        <w:br/>
        <w:t>vt 0.770247 0.604787</w:t>
        <w:br/>
        <w:t>vt 0.761664 0.617397</w:t>
        <w:br/>
        <w:t>vt 0.764443 0.622730</w:t>
        <w:br/>
        <w:t>vt 0.751843 0.627196</w:t>
        <w:br/>
        <w:t>vt 0.753433 0.632585</w:t>
        <w:br/>
        <w:t>vt 0.742341 0.634850</w:t>
        <w:br/>
        <w:t>vt 0.742578 0.639525</w:t>
        <w:br/>
        <w:t>vt 0.742578 0.639525</w:t>
        <w:br/>
        <w:t>vt 0.732428 0.642080</w:t>
        <w:br/>
        <w:t>vt 0.734481 0.644510</w:t>
        <w:br/>
        <w:t>vt 0.758009 0.612372</w:t>
        <w:br/>
        <w:t>vt 0.761664 0.617397</w:t>
        <w:br/>
        <w:t>vt 0.770247 0.604787</w:t>
        <w:br/>
        <w:t>vt 0.764771 0.602303</w:t>
        <w:br/>
        <w:t>vt 0.749988 0.620850</w:t>
        <w:br/>
        <w:t>vt 0.751843 0.627196</w:t>
        <w:br/>
        <w:t>vt 0.739581 0.629449</w:t>
        <w:br/>
        <w:t>vt 0.729336 0.637096</w:t>
        <w:br/>
        <w:t>vt 0.775811 0.577062</w:t>
        <w:br/>
        <w:t>vt 0.772985 0.584600</w:t>
        <w:br/>
        <w:t>vt 0.784186 0.587979</w:t>
        <w:br/>
        <w:t>vt 0.763059 0.580434</w:t>
        <w:br/>
        <w:t>vt 0.764536 0.587831</w:t>
        <w:br/>
        <w:t>vt 0.768374 0.594337</w:t>
        <w:br/>
        <w:t>vt 0.776050 0.597031</w:t>
        <w:br/>
        <w:t>vt 0.764536 0.587831</w:t>
        <w:br/>
        <w:t>vt 0.757324 0.585858</w:t>
        <w:br/>
        <w:t>vt 0.761190 0.594487</w:t>
        <w:br/>
        <w:t>vt 0.768374 0.594337</w:t>
        <w:br/>
        <w:t>vt 0.763059 0.580434</w:t>
        <w:br/>
        <w:t>vt 0.757829 0.576309</w:t>
        <w:br/>
        <w:t>vt 0.761190 0.594487</w:t>
        <w:br/>
        <w:t>vt 0.756957 0.602064</w:t>
        <w:br/>
        <w:t>vt 0.764771 0.602303</w:t>
        <w:br/>
        <w:t>vt 0.768374 0.594337</w:t>
        <w:br/>
        <w:t>vt 0.758009 0.612372</w:t>
        <w:br/>
        <w:t>vt 0.751282 0.609584</w:t>
        <w:br/>
        <w:t>vt 0.749988 0.620850</w:t>
        <w:br/>
        <w:t>vt 0.744788 0.616516</w:t>
        <w:br/>
        <w:t>vt 0.739581 0.629449</w:t>
        <w:br/>
        <w:t>vt 0.735953 0.625457</w:t>
        <w:br/>
        <w:t>vt 0.727421 0.634418</w:t>
        <w:br/>
        <w:t>vt 0.729336 0.637096</w:t>
        <w:br/>
        <w:t>vt 0.763392 0.574465</w:t>
        <w:br/>
        <w:t>vt 0.761442 0.570875</w:t>
        <w:br/>
        <w:t>vt 0.788320 0.572227</w:t>
        <w:br/>
        <w:t>vt 0.775106 0.571415</w:t>
        <w:br/>
        <w:t>vt 0.775811 0.577062</w:t>
        <w:br/>
        <w:t>vt 0.819292 0.552266</w:t>
        <w:br/>
        <w:t>vt 0.808385 0.543940</w:t>
        <w:br/>
        <w:t>vt 0.807972 0.548050</w:t>
        <w:br/>
        <w:t>vt 0.817483 0.553575</w:t>
        <w:br/>
        <w:t>vt 0.825255 0.563949</w:t>
        <w:br/>
        <w:t>vt 0.826199 0.562253</w:t>
        <w:br/>
        <w:t>vt 0.828256 0.567364</w:t>
        <w:br/>
        <w:t>vt 0.826519 0.566761</w:t>
        <w:br/>
        <w:t>vt 0.828047 0.571361</w:t>
        <w:br/>
        <w:t>vt 0.829645 0.571188</w:t>
        <w:br/>
        <w:t>vt 0.831086 0.580787</w:t>
        <w:br/>
        <w:t>vt 0.829645 0.571188</w:t>
        <w:br/>
        <w:t>vt 0.829883 0.582035</w:t>
        <w:br/>
        <w:t>vt 0.830104 0.593635</w:t>
        <w:br/>
        <w:t>vt 0.831139 0.594117</w:t>
        <w:br/>
        <w:t>vt 0.827596 0.603638</w:t>
        <w:br/>
        <w:t>vt 0.830558 0.604314</w:t>
        <w:br/>
        <w:t>vt 0.809468 0.570061</w:t>
        <w:br/>
        <w:t>vt 0.809805 0.579605</w:t>
        <w:br/>
        <w:t>vt 0.819664 0.576380</w:t>
        <w:br/>
        <w:t>vt 0.818727 0.567263</w:t>
        <w:br/>
        <w:t>vt 0.812025 0.559073</w:t>
        <w:br/>
        <w:t>vt 0.805298 0.563997</w:t>
        <w:br/>
        <w:t>vt 0.802817 0.551465</w:t>
        <w:br/>
        <w:t>vt 0.797289 0.558903</w:t>
        <w:br/>
        <w:t>vt 0.817483 0.553575</w:t>
        <w:br/>
        <w:t>vt 0.807972 0.548050</w:t>
        <w:br/>
        <w:t>vt 0.825255 0.563949</w:t>
        <w:br/>
        <w:t>vt 0.826519 0.566761</w:t>
        <w:br/>
        <w:t>vt 0.819752 0.584582</w:t>
        <w:br/>
        <w:t>vt 0.809937 0.588750</w:t>
        <w:br/>
        <w:t>vt 0.798799 0.598307</w:t>
        <w:br/>
        <w:t>vt 0.809838 0.596594</w:t>
        <w:br/>
        <w:t>vt 0.820110 0.595320</w:t>
        <w:br/>
        <w:t>vt 0.809585 0.607137</w:t>
        <w:br/>
        <w:t>vt 0.795660 0.610728</w:t>
        <w:br/>
        <w:t>vt 0.818812 0.615971</w:t>
        <w:br/>
        <w:t>vt 0.806569 0.615638</w:t>
        <w:br/>
        <w:t>vt 0.794254 0.615797</w:t>
        <w:br/>
        <w:t>vt 0.822842 0.617301</w:t>
        <w:br/>
        <w:t>vt 0.813219 0.629364</w:t>
        <w:br/>
        <w:t>vt 0.808386 0.627267</w:t>
        <w:br/>
        <w:t>vt 0.802776 0.623848</w:t>
        <w:br/>
        <w:t>vt 0.790218 0.623636</w:t>
        <w:br/>
        <w:t>vt 0.795238 0.638852</w:t>
        <w:br/>
        <w:t>vt 0.801763 0.641635</w:t>
        <w:br/>
        <w:t>vt 0.784995 0.632077</w:t>
        <w:br/>
        <w:t>vt 0.774266 0.647244</w:t>
        <w:br/>
        <w:t>vt 0.783718 0.654511</w:t>
        <w:br/>
        <w:t>vt 0.788096 0.657123</w:t>
        <w:br/>
        <w:t>vt 0.759395 0.666684</w:t>
        <w:br/>
        <w:t>vt 0.767816 0.672076</w:t>
        <w:br/>
        <w:t>vt 0.769851 0.672633</w:t>
        <w:br/>
        <w:t>vt 0.753664 0.681784</w:t>
        <w:br/>
        <w:t>vt 0.753664 0.681784</w:t>
        <w:br/>
        <w:t>vt 0.744511 0.691492</w:t>
        <w:br/>
        <w:t>vt 0.790064 0.540634</w:t>
        <w:br/>
        <w:t>vt 0.788562 0.545245</w:t>
        <w:br/>
        <w:t>vt 0.786288 0.555515</w:t>
        <w:br/>
        <w:t>vt 0.776969 0.549503</w:t>
        <w:br/>
        <w:t>vt 0.776930 0.542895</w:t>
        <w:br/>
        <w:t>vt 0.776526 0.539768</w:t>
        <w:br/>
        <w:t>vt 0.762869 0.539877</w:t>
        <w:br/>
        <w:t>vt 0.766011 0.542906</w:t>
        <w:br/>
        <w:t>vt 0.801316 0.567085</w:t>
        <w:br/>
        <w:t>vt 0.795498 0.562401</w:t>
        <w:br/>
        <w:t>vt 0.794254 0.615797</w:t>
        <w:br/>
        <w:t>vt 0.795660 0.610728</w:t>
        <w:br/>
        <w:t>vt 0.792549 0.610540</w:t>
        <w:br/>
        <w:t>vt 0.790294 0.615527</w:t>
        <w:br/>
        <w:t>vt 0.758829 0.540658</w:t>
        <w:br/>
        <w:t>vt 0.232400 0.526785</w:t>
        <w:br/>
        <w:t>vt 0.235591 0.529910</w:t>
        <w:br/>
        <w:t>vt 0.238871 0.520954</w:t>
        <w:br/>
        <w:t>vt 0.235417 0.520521</w:t>
        <w:br/>
        <w:t>vt 0.238871 0.520954</w:t>
        <w:br/>
        <w:t>vt 0.241965 0.500557</w:t>
        <w:br/>
        <w:t>vt 0.239216 0.502863</w:t>
        <w:br/>
        <w:t>vt 0.242534 0.519359</w:t>
        <w:br/>
        <w:t>vt 0.244953 0.498050</w:t>
        <w:br/>
        <w:t>vt 0.791175 0.537094</w:t>
        <w:br/>
        <w:t>vt 0.790064 0.540634</w:t>
        <w:br/>
        <w:t>vt 0.776703 0.536365</w:t>
        <w:br/>
        <w:t>vt 0.776526 0.539768</w:t>
        <w:br/>
        <w:t>vt 0.761683 0.538108</w:t>
        <w:br/>
        <w:t>vt 0.758767 0.538083</w:t>
        <w:br/>
        <w:t>vt 0.222313 0.539675</w:t>
        <w:br/>
        <w:t>vt 0.225905 0.542542</w:t>
        <w:br/>
        <w:t>vt 0.210981 0.554432</w:t>
        <w:br/>
        <w:t>vt 0.208775 0.551550</w:t>
        <w:br/>
        <w:t>vt 0.196954 0.560533</w:t>
        <w:br/>
        <w:t>vt 0.198694 0.564278</w:t>
        <w:br/>
        <w:t>vt 0.176785 0.575180</w:t>
        <w:br/>
        <w:t>vt 0.177213 0.581593</w:t>
        <w:br/>
        <w:t>vt 0.166349 0.575594</w:t>
        <w:br/>
        <w:t>vt 0.167336 0.579279</w:t>
        <w:br/>
        <w:t>vt 0.167336 0.579279</w:t>
        <w:br/>
        <w:t>vt 0.157140 0.582959</w:t>
        <w:br/>
        <w:t>vt 0.177213 0.581593</w:t>
        <w:br/>
        <w:t>vt 0.232652 0.493302</w:t>
        <w:br/>
        <w:t>vt 0.230222 0.497794</w:t>
        <w:br/>
        <w:t>vt 0.241965 0.500557</w:t>
        <w:br/>
        <w:t>vt 0.244953 0.498050</w:t>
        <w:br/>
        <w:t>vt 0.233615 0.502035</w:t>
        <w:br/>
        <w:t>vt 0.239216 0.502863</w:t>
        <w:br/>
        <w:t>vt 0.166349 0.575594</w:t>
        <w:br/>
        <w:t>vt 0.156468 0.575006</w:t>
        <w:br/>
        <w:t>vt 0.157140 0.582959</w:t>
        <w:br/>
        <w:t>vt 0.167336 0.579279</w:t>
        <w:br/>
        <w:t>vt 0.132725 0.571069</w:t>
        <w:br/>
        <w:t>vt 0.136042 0.565660</w:t>
        <w:br/>
        <w:t>vt 0.118246 0.557927</w:t>
        <w:br/>
        <w:t>vt 0.115296 0.562584</w:t>
        <w:br/>
        <w:t>vt 0.090396 0.541945</w:t>
        <w:br/>
        <w:t>vt 0.103081 0.553556</w:t>
        <w:br/>
        <w:t>vt 0.105496 0.551646</w:t>
        <w:br/>
        <w:t>vt 0.091872 0.537216</w:t>
        <w:br/>
        <w:t>vt 0.081105 0.525098</w:t>
        <w:br/>
        <w:t>vt 0.977322 0.288395</w:t>
        <w:br/>
        <w:t>vt 0.991184 0.282103</w:t>
        <w:br/>
        <w:t>vt 0.991020 0.271856</w:t>
        <w:br/>
        <w:t>vt 0.964494 0.278859</w:t>
        <w:br/>
        <w:t>vt 0.995828 0.291168</w:t>
        <w:br/>
        <w:t>vt 0.993494 0.331333</w:t>
        <w:br/>
        <w:t>vt 0.995828 0.331490</w:t>
        <w:br/>
        <w:t>vt 0.992661 0.372550</w:t>
        <w:br/>
        <w:t>vt 0.992540 0.350797</w:t>
        <w:br/>
        <w:t>vt 0.988210 0.350319</w:t>
        <w:br/>
        <w:t>vt 0.988032 0.372378</w:t>
        <w:br/>
        <w:t>vt 0.995828 0.372593</w:t>
        <w:br/>
        <w:t>vt 0.995828 0.352258</w:t>
        <w:br/>
        <w:t>vt 0.993298 0.408821</w:t>
        <w:br/>
        <w:t>vt 0.995828 0.408968</w:t>
        <w:br/>
        <w:t>vt 0.983807 0.372148</w:t>
        <w:br/>
        <w:t>vt 0.984035 0.408224</w:t>
        <w:br/>
        <w:t>vt 0.988250 0.408486</w:t>
        <w:br/>
        <w:t>vt 0.983564 0.349888</w:t>
        <w:br/>
        <w:t>vt 0.161002 0.479937</w:t>
        <w:br/>
        <w:t>vt 0.174451 0.478949</w:t>
        <w:br/>
        <w:t>vt 0.169263 0.469230</w:t>
        <w:br/>
        <w:t>vt 0.160256 0.462854</w:t>
        <w:br/>
        <w:t>vt 0.162176 0.495977</w:t>
        <w:br/>
        <w:t>vt 0.163198 0.511840</w:t>
        <w:br/>
        <w:t>vt 0.180243 0.508955</w:t>
        <w:br/>
        <w:t>vt 0.179337 0.493353</w:t>
        <w:br/>
        <w:t>vt 0.188979 0.489905</w:t>
        <w:br/>
        <w:t>vt 0.198465 0.504384</w:t>
        <w:br/>
        <w:t>vt 0.179906 0.478839</w:t>
        <w:br/>
        <w:t>vt 0.163659 0.525739</w:t>
        <w:br/>
        <w:t>vt 0.180264 0.523944</w:t>
        <w:br/>
        <w:t>vt 0.196854 0.523268</w:t>
        <w:br/>
        <w:t>vt 0.179492 0.539002</w:t>
        <w:br/>
        <w:t>vt 0.164155 0.538807</w:t>
        <w:br/>
        <w:t>vt 0.164845 0.553573</w:t>
        <w:br/>
        <w:t>vt 0.175611 0.556075</w:t>
        <w:br/>
        <w:t>vt 0.188247 0.558968</w:t>
        <w:br/>
        <w:t>vt 0.195133 0.541621</w:t>
        <w:br/>
        <w:t>vt 0.176785 0.575180</w:t>
        <w:br/>
        <w:t>vt 0.196954 0.560533</w:t>
        <w:br/>
        <w:t>vt 0.208775 0.551550</w:t>
        <w:br/>
        <w:t>vt 0.211607 0.510298</w:t>
        <w:br/>
        <w:t>vt 0.216887 0.534258</w:t>
        <w:br/>
        <w:t>vt 0.201422 0.497539</w:t>
        <w:br/>
        <w:t>vt 0.198465 0.504384</w:t>
        <w:br/>
        <w:t>vt 0.214953 0.499910</w:t>
        <w:br/>
        <w:t>vt 0.217674 0.493618</w:t>
        <w:br/>
        <w:t>vt 0.233615 0.502035</w:t>
        <w:br/>
        <w:t>vt 0.227490 0.518308</w:t>
        <w:br/>
        <w:t>vt 0.224127 0.515793</w:t>
        <w:br/>
        <w:t>vt 0.230222 0.497794</w:t>
        <w:br/>
        <w:t>vt 0.214953 0.499910</w:t>
        <w:br/>
        <w:t>vt 0.201422 0.497539</w:t>
        <w:br/>
        <w:t>vt 0.192845 0.486203</w:t>
        <w:br/>
        <w:t>vt 0.182621 0.475363</w:t>
        <w:br/>
        <w:t>vt 0.170588 0.466352</w:t>
        <w:br/>
        <w:t>vt 0.159688 0.460600</w:t>
        <w:br/>
        <w:t>vt 0.151220 0.469276</w:t>
        <w:br/>
        <w:t>vt 0.160256 0.462854</w:t>
        <w:br/>
        <w:t>vt 0.159688 0.460600</w:t>
        <w:br/>
        <w:t>vt 0.148379 0.467952</w:t>
        <w:br/>
        <w:t>vt 0.149314 0.481195</w:t>
        <w:br/>
        <w:t>vt 0.136096 0.480058</w:t>
        <w:br/>
        <w:t>vt 0.140342 0.481353</w:t>
        <w:br/>
        <w:t>vt 0.162176 0.495977</w:t>
        <w:br/>
        <w:t>vt 0.147854 0.495856</w:t>
        <w:br/>
        <w:t>vt 0.147773 0.510439</w:t>
        <w:br/>
        <w:t>vt 0.163198 0.511840</w:t>
        <w:br/>
        <w:t>vt 0.131923 0.495989</w:t>
        <w:br/>
        <w:t>vt 0.125817 0.509215</w:t>
        <w:br/>
        <w:t>vt 0.122628 0.505018</w:t>
        <w:br/>
        <w:t>vt 0.128437 0.491687</w:t>
        <w:br/>
        <w:t>vt 0.148743 0.525457</w:t>
        <w:br/>
        <w:t>vt 0.163659 0.525739</w:t>
        <w:br/>
        <w:t>vt 0.129634 0.527415</w:t>
        <w:br/>
        <w:t>vt 0.164845 0.553573</w:t>
        <w:br/>
        <w:t>vt 0.164155 0.538807</w:t>
        <w:br/>
        <w:t>vt 0.150231 0.540460</w:t>
        <w:br/>
        <w:t>vt 0.153572 0.557387</w:t>
        <w:br/>
        <w:t>vt 0.142799 0.562772</w:t>
        <w:br/>
        <w:t>vt 0.134236 0.546321</w:t>
        <w:br/>
        <w:t>vt 0.156468 0.575006</w:t>
        <w:br/>
        <w:t>vt 0.166349 0.575594</w:t>
        <w:br/>
        <w:t>vt 0.136042 0.565660</w:t>
        <w:br/>
        <w:t>vt 0.115122 0.503016</w:t>
        <w:br/>
        <w:t>vt 0.107230 0.503668</w:t>
        <w:br/>
        <w:t>vt 0.108319 0.507073</w:t>
        <w:br/>
        <w:t>vt 0.117294 0.506855</w:t>
        <w:br/>
        <w:t>vt 0.107230 0.503668</w:t>
        <w:br/>
        <w:t>vt 0.091083 0.508800</w:t>
        <w:br/>
        <w:t>vt 0.091857 0.512392</w:t>
        <w:br/>
        <w:t>vt 0.083659 0.519977</w:t>
        <w:br/>
        <w:t>vt 0.080700 0.517070</w:t>
        <w:br/>
        <w:t>vt 0.080700 0.517070</w:t>
        <w:br/>
        <w:t>vt 0.083659 0.519977</w:t>
        <w:br/>
        <w:t>vt 0.108319 0.507073</w:t>
        <w:br/>
        <w:t>vt 0.117102 0.530546</w:t>
        <w:br/>
        <w:t>vt 0.117294 0.506855</w:t>
        <w:br/>
        <w:t>vt 0.091857 0.512392</w:t>
        <w:br/>
        <w:t>vt 0.090286 0.517085</w:t>
        <w:br/>
        <w:t>vt 0.099351 0.531842</w:t>
        <w:br/>
        <w:t>vt 0.103065 0.530715</w:t>
        <w:br/>
        <w:t>vt 0.118246 0.557927</w:t>
        <w:br/>
        <w:t>vt 0.120768 0.550144</w:t>
        <w:br/>
        <w:t>vt 0.106914 0.548604</w:t>
        <w:br/>
        <w:t>vt 0.095071 0.535013</w:t>
        <w:br/>
        <w:t>vt 0.086802 0.520329</w:t>
        <w:br/>
        <w:t>vt 0.111386 0.543833</w:t>
        <w:br/>
        <w:t>vt 0.086802 0.520329</w:t>
        <w:br/>
        <w:t>vt 0.090286 0.517085</w:t>
        <w:br/>
        <w:t>vt 0.761280 0.520636</w:t>
        <w:br/>
        <w:t>vt 0.769958 0.519434</w:t>
        <w:br/>
        <w:t>vt 0.765951 0.513686</w:t>
        <w:br/>
        <w:t>vt 0.766505 0.525922</w:t>
        <w:br/>
        <w:t>vt 0.774704 0.525377</w:t>
        <w:br/>
        <w:t>vt 0.758759 0.526666</w:t>
        <w:br/>
        <w:t>vt 0.776703 0.536365</w:t>
        <w:br/>
        <w:t>vt 0.791175 0.537094</w:t>
        <w:br/>
        <w:t>vt 0.782284 0.531195</w:t>
        <w:br/>
        <w:t>vt 0.770990 0.532442</w:t>
        <w:br/>
        <w:t>vt 0.759608 0.532175</w:t>
        <w:br/>
        <w:t>vt 0.761683 0.538108</w:t>
        <w:br/>
        <w:t>vt 0.778345 0.524151</w:t>
        <w:br/>
        <w:t>vt 0.774704 0.525377</w:t>
        <w:br/>
        <w:t>vt 0.782284 0.531195</w:t>
        <w:br/>
        <w:t>vt 0.788027 0.530343</w:t>
        <w:br/>
        <w:t>vt 0.773760 0.519047</w:t>
        <w:br/>
        <w:t>vt 0.769958 0.519434</w:t>
        <w:br/>
        <w:t>vt 0.766331 0.510540</w:t>
        <w:br/>
        <w:t>vt 0.765951 0.513686</w:t>
        <w:br/>
        <w:t>vt 0.758684 0.517519</w:t>
        <w:br/>
        <w:t>vt 0.761280 0.520636</w:t>
        <w:br/>
        <w:t>vt 0.765951 0.513686</w:t>
        <w:br/>
        <w:t>vt 0.766331 0.510540</w:t>
        <w:br/>
        <w:t>vt 0.755870 0.525859</w:t>
        <w:br/>
        <w:t>vt 0.758759 0.526666</w:t>
        <w:br/>
        <w:t>vt 0.755457 0.532558</w:t>
        <w:br/>
        <w:t>vt 0.759608 0.532175</w:t>
        <w:br/>
        <w:t>vt 0.758767 0.538083</w:t>
        <w:br/>
        <w:t>vt 0.992408 0.445215</w:t>
        <w:br/>
        <w:t>vt 0.988061 0.445059</w:t>
        <w:br/>
        <w:t>vt 0.995828 0.445131</w:t>
        <w:br/>
        <w:t>vt 0.983764 0.444675</w:t>
        <w:br/>
        <w:t>vt 0.992566 0.481263</w:t>
        <w:br/>
        <w:t>vt 0.988323 0.481139</w:t>
        <w:br/>
        <w:t>vt 0.995828 0.481091</w:t>
        <w:br/>
        <w:t>vt 0.983512 0.480464</w:t>
        <w:br/>
        <w:t>vt 0.993152 0.512218</w:t>
        <w:br/>
        <w:t>vt 0.989111 0.512302</w:t>
        <w:br/>
        <w:t>vt 0.995828 0.512190</w:t>
        <w:br/>
        <w:t>vt 0.983240 0.511834</w:t>
        <w:br/>
        <w:t>vt 0.993109 0.569179</w:t>
        <w:br/>
        <w:t>vt 0.993188 0.543163</w:t>
        <w:br/>
        <w:t>vt 0.989247 0.543641</w:t>
        <w:br/>
        <w:t>vt 0.989128 0.570022</w:t>
        <w:br/>
        <w:t>vt 0.995828 0.569081</w:t>
        <w:br/>
        <w:t>vt 0.995828 0.542983</w:t>
        <w:br/>
        <w:t>vt 0.983440 0.574625</w:t>
        <w:br/>
        <w:t>vt 0.983006 0.559138</w:t>
        <w:br/>
        <w:t>vt 0.977692 0.551473</w:t>
        <w:br/>
        <w:t>vt 0.974467 0.541355</w:t>
        <w:br/>
        <w:t>vt 0.988175 0.330338</w:t>
        <w:br/>
        <w:t>vt 0.983523 0.329501</w:t>
        <w:br/>
        <w:t>vt 0.222313 0.539675</w:t>
        <w:br/>
        <w:t>vt 0.784995 0.632077</w:t>
        <w:br/>
        <w:t>vt 0.790218 0.623636</w:t>
        <w:br/>
        <w:t>vt 0.785829 0.622419</w:t>
        <w:br/>
        <w:t>vt 0.780377 0.631412</w:t>
        <w:br/>
        <w:t>vt 0.774266 0.647244</w:t>
        <w:br/>
        <w:t>vt 0.768976 0.647487</w:t>
        <w:br/>
        <w:t>vt 0.759395 0.666684</w:t>
        <w:br/>
        <w:t>vt 0.754267 0.665942</w:t>
        <w:br/>
        <w:t>vt 0.739511 0.691492</w:t>
        <w:br/>
        <w:t>vt 0.754267 0.665942</w:t>
        <w:br/>
        <w:t>vt 0.735012 0.693073</w:t>
        <w:br/>
        <w:t>vt 0.078028 0.525355</w:t>
        <w:br/>
        <w:t>vt 0.566232 0.892236</w:t>
        <w:br/>
        <w:t>vt 0.563482 0.896144</w:t>
        <w:br/>
        <w:t>vt 0.571154 0.894441</w:t>
        <w:br/>
        <w:t>vt 0.570565 0.890827</w:t>
        <w:br/>
        <w:t>vt 0.577278 0.892994</w:t>
        <w:br/>
        <w:t>vt 0.577363 0.888774</w:t>
        <w:br/>
        <w:t>vt 0.584410 0.891505</w:t>
        <w:br/>
        <w:t>vt 0.584479 0.886421</w:t>
        <w:br/>
        <w:t>vt 0.590980 0.891083</w:t>
        <w:br/>
        <w:t>vt 0.593126 0.887494</w:t>
        <w:br/>
        <w:t>vt 0.620126 0.887969</w:t>
        <w:br/>
        <w:t>vt 0.620121 0.891521</w:t>
        <w:br/>
        <w:t>vt 0.634045 0.888591</w:t>
        <w:br/>
        <w:t>vt 0.634200 0.884341</w:t>
        <w:br/>
        <w:t>vt 0.633898 0.892504</w:t>
        <w:br/>
        <w:t>vt 0.619940 0.894901</w:t>
        <w:br/>
        <w:t>vt 0.610847 0.889203</w:t>
        <w:br/>
        <w:t>vt 0.610903 0.892657</w:t>
        <w:br/>
        <w:t>vt 0.610696 0.895307</w:t>
        <w:br/>
        <w:t>vt 0.604164 0.894774</w:t>
        <w:br/>
        <w:t>vt 0.601423 0.891056</w:t>
        <w:br/>
        <w:t>vt 0.604164 0.894774</w:t>
        <w:br/>
        <w:t>vt 0.605201 0.897160</w:t>
        <w:br/>
        <w:t>vt 0.706543 0.899009</w:t>
        <w:br/>
        <w:t>vt 0.706179 0.891320</w:t>
        <w:br/>
        <w:t>vt 0.703060 0.890142</w:t>
        <w:br/>
        <w:t>vt 0.703677 0.895198</w:t>
        <w:br/>
        <w:t>vt 0.706543 0.899009</w:t>
        <w:br/>
        <w:t>vt 0.702244 0.897133</w:t>
        <w:br/>
        <w:t>vt 0.705677 0.901273</w:t>
        <w:br/>
        <w:t>vt 0.710015 0.900888</w:t>
        <w:br/>
        <w:t>vt 0.706543 0.899009</w:t>
        <w:br/>
        <w:t>vt 0.705677 0.901273</w:t>
        <w:br/>
        <w:t>vt 0.699296 0.887647</w:t>
        <w:br/>
        <w:t>vt 0.698422 0.892433</w:t>
        <w:br/>
        <w:t>vt 0.698422 0.892433</w:t>
        <w:br/>
        <w:t>vt 0.698226 0.895205</w:t>
        <w:br/>
        <w:t>vt 0.693350 0.885386</w:t>
        <w:br/>
        <w:t>vt 0.693306 0.890222</w:t>
        <w:br/>
        <w:t>vt 0.693306 0.890222</w:t>
        <w:br/>
        <w:t>vt 0.692646 0.892180</w:t>
        <w:br/>
        <w:t>vt 0.687328 0.888578</w:t>
        <w:br/>
        <w:t>vt 0.685828 0.884501</w:t>
        <w:br/>
        <w:t>vt 0.686525 0.890636</w:t>
        <w:br/>
        <w:t>vt 0.676283 0.885910</w:t>
        <w:br/>
        <w:t>vt 0.679530 0.889732</w:t>
        <w:br/>
        <w:t>vt 0.681159 0.890838</w:t>
        <w:br/>
        <w:t>vt 0.663326 0.884977</w:t>
        <w:br/>
        <w:t>vt 0.664633 0.880205</w:t>
        <w:br/>
        <w:t>vt 0.658085 0.879941</w:t>
        <w:br/>
        <w:t>vt 0.658263 0.884801</w:t>
        <w:br/>
        <w:t>vt 0.648184 0.881196</w:t>
        <w:br/>
        <w:t>vt 0.648791 0.886042</w:t>
        <w:br/>
        <w:t>vt 0.648983 0.888848</w:t>
        <w:br/>
        <w:t>vt 0.658107 0.887329</w:t>
        <w:br/>
        <w:t>vt 0.662560 0.887929</w:t>
        <w:br/>
        <w:t>vt 0.676283 0.885910</w:t>
        <w:br/>
        <w:t>vt 0.675128 0.887143</w:t>
        <w:br/>
        <w:t>vt 0.677234 0.890020</w:t>
        <w:br/>
        <w:t>vt 0.679530 0.889732</w:t>
        <w:br/>
        <w:t>vt 0.681159 0.890838</w:t>
        <w:br/>
        <w:t>vt 0.681431 0.900163</w:t>
        <w:br/>
        <w:t>vt 0.684783 0.899182</w:t>
        <w:br/>
        <w:t>vt 0.685878 0.909762</w:t>
        <w:br/>
        <w:t>vt 0.689305 0.909550</w:t>
        <w:br/>
        <w:t>vt 0.689952 0.919293</w:t>
        <w:br/>
        <w:t>vt 0.693269 0.918837</w:t>
        <w:br/>
        <w:t>vt 0.667902 0.887224</w:t>
        <w:br/>
        <w:t>vt 0.671856 0.891107</w:t>
        <w:br/>
        <w:t>vt 0.675128 0.887143</w:t>
        <w:br/>
        <w:t>vt 0.669744 0.882340</w:t>
        <w:br/>
        <w:t>vt 0.677234 0.890020</w:t>
        <w:br/>
        <w:t>vt 0.673452 0.893494</w:t>
        <w:br/>
        <w:t>vt 0.599295 0.893619</w:t>
        <w:br/>
        <w:t>vt 0.571154 0.894441</w:t>
        <w:br/>
        <w:t>vt 0.570606 0.896889</w:t>
        <w:br/>
        <w:t>vt 0.577108 0.895669</w:t>
        <w:br/>
        <w:t>vt 0.577278 0.892994</w:t>
        <w:br/>
        <w:t>vt 0.584973 0.893703</w:t>
        <w:br/>
        <w:t>vt 0.584410 0.891505</w:t>
        <w:br/>
        <w:t>vt 0.590578 0.892975</w:t>
        <w:br/>
        <w:t>vt 0.590980 0.891083</w:t>
        <w:br/>
        <w:t>vt 0.563482 0.896144</w:t>
        <w:br/>
        <w:t>vt 0.563346 0.897407</w:t>
        <w:br/>
        <w:t>vt 0.596161 0.894331</w:t>
        <w:br/>
        <w:t>vt 0.599295 0.893619</w:t>
        <w:br/>
        <w:t>vt 0.592600 0.901896</w:t>
        <w:br/>
        <w:t>vt 0.596161 0.894331</w:t>
        <w:br/>
        <w:t>vt 0.591318 0.900143</w:t>
        <w:br/>
        <w:t>vt 0.583397 0.907442</w:t>
        <w:br/>
        <w:t>vt 0.584873 0.909476</w:t>
        <w:br/>
        <w:t>vt 0.579391 0.914309</w:t>
        <w:br/>
        <w:t>vt 0.577183 0.912060</w:t>
        <w:br/>
        <w:t>vt 0.566235 0.922939</w:t>
        <w:br/>
        <w:t>vt 0.569351 0.924528</w:t>
        <w:br/>
        <w:t>vt 0.584873 0.909476</w:t>
        <w:br/>
        <w:t>vt 0.587667 0.912097</w:t>
        <w:br/>
        <w:t>vt 0.596433 0.903176</w:t>
        <w:br/>
        <w:t>vt 0.579391 0.914309</w:t>
        <w:br/>
        <w:t>vt 0.582175 0.917278</w:t>
        <w:br/>
        <w:t>vt 0.569351 0.924528</w:t>
        <w:br/>
        <w:t>vt 0.571919 0.927060</w:t>
        <w:br/>
        <w:t>vt 0.559308 0.938104</w:t>
        <w:br/>
        <w:t>vt 0.563927 0.930800</w:t>
        <w:br/>
        <w:t>vt 0.561358 0.929335</w:t>
        <w:br/>
        <w:t>vt 0.556792 0.937218</w:t>
        <w:br/>
        <w:t>vt 0.567261 0.933359</w:t>
        <w:br/>
        <w:t>vt 0.563404 0.940964</w:t>
        <w:br/>
        <w:t>vt 0.666519 0.890219</w:t>
        <w:br/>
        <w:t>vt 0.670083 0.893562</w:t>
        <w:br/>
        <w:t>vt 0.546086 0.963439</w:t>
        <w:br/>
        <w:t>vt 0.544719 0.967032</w:t>
        <w:br/>
        <w:t>vt 0.554939 0.969400</w:t>
        <w:br/>
        <w:t>vt 0.555233 0.965180</w:t>
        <w:br/>
        <w:t>vt 0.540787 0.958670</w:t>
        <w:br/>
        <w:t>vt 0.538632 0.962338</w:t>
        <w:br/>
        <w:t>vt 0.531698 0.956498</w:t>
        <w:br/>
        <w:t>vt 0.529973 0.959927</w:t>
        <w:br/>
        <w:t>vt 0.522846 0.956426</w:t>
        <w:br/>
        <w:t>vt 0.524415 0.953280</w:t>
        <w:br/>
        <w:t>vt 0.516273 0.952026</w:t>
        <w:br/>
        <w:t>vt 0.514873 0.954483</w:t>
        <w:br/>
        <w:t>vt 0.509064 0.949322</w:t>
        <w:br/>
        <w:t>vt 0.507748 0.951699</w:t>
        <w:br/>
        <w:t>vt 0.503061 0.946099</w:t>
        <w:br/>
        <w:t>vt 0.503061 0.946099</w:t>
        <w:br/>
        <w:t>vt 0.509064 0.949322</w:t>
        <w:br/>
        <w:t>vt 0.510126 0.946567</w:t>
        <w:br/>
        <w:t>vt 0.516273 0.952026</w:t>
        <w:br/>
        <w:t>vt 0.517075 0.949285</w:t>
        <w:br/>
        <w:t>vt 0.524415 0.953280</w:t>
        <w:br/>
        <w:t>vt 0.525363 0.950675</w:t>
        <w:br/>
        <w:t>vt 0.532592 0.954216</w:t>
        <w:br/>
        <w:t>vt 0.531698 0.956498</w:t>
        <w:br/>
        <w:t>vt 0.540787 0.958670</w:t>
        <w:br/>
        <w:t>vt 0.541688 0.956549</w:t>
        <w:br/>
        <w:t>vt 0.557138 0.950660</w:t>
        <w:br/>
        <w:t>vt 0.562085 0.952058</w:t>
        <w:br/>
        <w:t>vt 0.553881 0.949359</w:t>
        <w:br/>
        <w:t>vt 0.557138 0.950660</w:t>
        <w:br/>
        <w:t>vt 0.546086 0.963439</w:t>
        <w:br/>
        <w:t>vt 0.547101 0.961219</w:t>
        <w:br/>
        <w:t>vt 0.555233 0.965180</w:t>
        <w:br/>
        <w:t>vt 0.552924 0.962453</w:t>
        <w:br/>
        <w:t>vt 0.552924 0.962453</w:t>
        <w:br/>
        <w:t>vt 0.559638 0.964014</w:t>
        <w:br/>
        <w:t>vt 0.558789 0.969798</w:t>
        <w:br/>
        <w:t>vt 0.596433 0.903176</w:t>
        <w:br/>
        <w:t>vt 0.597638 0.905419</w:t>
        <w:br/>
        <w:t>vt 0.587667 0.912097</w:t>
        <w:br/>
        <w:t>vt 0.588896 0.913979</w:t>
        <w:br/>
        <w:t>vt 0.582175 0.917278</w:t>
        <w:br/>
        <w:t>vt 0.583011 0.919277</w:t>
        <w:br/>
        <w:t>vt 0.571919 0.927060</w:t>
        <w:br/>
        <w:t>vt 0.573388 0.928768</w:t>
        <w:br/>
        <w:t>vt 0.567261 0.933359</w:t>
        <w:br/>
        <w:t>vt 0.563404 0.940964</w:t>
        <w:br/>
        <w:t>vt 0.565799 0.941284</w:t>
        <w:br/>
        <w:t>vt 0.569237 0.934440</w:t>
        <w:br/>
        <w:t>vt 0.562085 0.952058</w:t>
        <w:br/>
        <w:t>vt 0.563717 0.952218</w:t>
        <w:br/>
        <w:t>vt 0.559638 0.964014</w:t>
        <w:br/>
        <w:t>vt 0.562647 0.962719</w:t>
        <w:br/>
        <w:t>vt 0.558789 0.969798</w:t>
        <w:br/>
        <w:t>vt 0.561300 0.970529</w:t>
        <w:br/>
        <w:t>vt 0.685828 0.884501</w:t>
        <w:br/>
        <w:t>vt 0.693350 0.885386</w:t>
        <w:br/>
        <w:t>vt 0.692882 0.881709</w:t>
        <w:br/>
        <w:t>vt 0.685405 0.881497</w:t>
        <w:br/>
        <w:t>vt 0.676359 0.883124</w:t>
        <w:br/>
        <w:t>vt 0.669744 0.882340</w:t>
        <w:br/>
        <w:t>vt 0.671278 0.878686</w:t>
        <w:br/>
        <w:t>vt 0.658085 0.879941</w:t>
        <w:br/>
        <w:t>vt 0.664633 0.880205</w:t>
        <w:br/>
        <w:t>vt 0.665468 0.876130</w:t>
        <w:br/>
        <w:t>vt 0.657990 0.874811</w:t>
        <w:br/>
        <w:t>vt 0.648240 0.875024</w:t>
        <w:br/>
        <w:t>vt 0.648184 0.881196</w:t>
        <w:br/>
        <w:t>vt 0.633229 0.879275</w:t>
        <w:br/>
        <w:t>vt 0.634200 0.884341</w:t>
        <w:br/>
        <w:t>vt 0.620126 0.887969</w:t>
        <w:br/>
        <w:t>vt 0.619051 0.883989</w:t>
        <w:br/>
        <w:t>vt 0.610254 0.886786</w:t>
        <w:br/>
        <w:t>vt 0.610847 0.889203</w:t>
        <w:br/>
        <w:t>vt 0.603166 0.888607</w:t>
        <w:br/>
        <w:t>vt 0.594148 0.885175</w:t>
        <w:br/>
        <w:t>vt 0.593126 0.887494</w:t>
        <w:br/>
        <w:t>vt 0.584560 0.884723</w:t>
        <w:br/>
        <w:t>vt 0.584479 0.886421</w:t>
        <w:br/>
        <w:t>vt 0.576910 0.886469</w:t>
        <w:br/>
        <w:t>vt 0.577363 0.888774</w:t>
        <w:br/>
        <w:t>vt 0.570565 0.890827</w:t>
        <w:br/>
        <w:t>vt 0.566547 0.889999</w:t>
        <w:br/>
        <w:t>vt 0.566232 0.892236</w:t>
        <w:br/>
        <w:t>vt 0.676979 0.901734</w:t>
        <w:br/>
        <w:t>vt 0.681431 0.900163</w:t>
        <w:br/>
        <w:t>vt 0.674190 0.903615</w:t>
        <w:br/>
        <w:t>vt 0.685878 0.909762</w:t>
        <w:br/>
        <w:t>vt 0.681228 0.912738</w:t>
        <w:br/>
        <w:t>vt 0.678248 0.914749</w:t>
        <w:br/>
        <w:t>vt 0.684667 0.922013</w:t>
        <w:br/>
        <w:t>vt 0.689952 0.919293</w:t>
        <w:br/>
        <w:t>vt 0.681802 0.923828</w:t>
        <w:br/>
        <w:t>vt 0.551706 0.971534</w:t>
        <w:br/>
        <w:t>vt 0.554939 0.969400</w:t>
        <w:br/>
        <w:t>vt 0.544719 0.967032</w:t>
        <w:br/>
        <w:t>vt 0.543922 0.969456</w:t>
        <w:br/>
        <w:t>vt 0.537382 0.964110</w:t>
        <w:br/>
        <w:t>vt 0.538632 0.962338</w:t>
        <w:br/>
        <w:t>vt 0.529973 0.959927</w:t>
        <w:br/>
        <w:t>vt 0.528532 0.962149</w:t>
        <w:br/>
        <w:t>vt 0.528532 0.962149</w:t>
        <w:br/>
        <w:t>vt 0.521603 0.958995</w:t>
        <w:br/>
        <w:t>vt 0.513940 0.957670</w:t>
        <w:br/>
        <w:t>vt 0.507748 0.951699</w:t>
        <w:br/>
        <w:t>vt 0.506416 0.954587</w:t>
        <w:br/>
        <w:t>vt 0.498846 0.950266</w:t>
        <w:br/>
        <w:t>vt 0.552514 0.993411</w:t>
        <w:br/>
        <w:t>vt 0.555159 0.991692</w:t>
        <w:br/>
        <w:t>vt 0.552514 0.993411</w:t>
        <w:br/>
        <w:t>vt 0.554939 0.969400</w:t>
        <w:br/>
        <w:t>vt 0.551706 0.971534</w:t>
        <w:br/>
        <w:t>vt 0.550133 0.995721</w:t>
        <w:br/>
        <w:t>vt 0.568497 0.993380</w:t>
        <w:br/>
        <w:t>vt 0.568254 0.991476</w:t>
        <w:br/>
        <w:t>vt 0.567740 0.995721</w:t>
        <w:br/>
        <w:t>vt 0.568497 0.993380</w:t>
        <w:br/>
        <w:t>vt 0.552514 0.993411</w:t>
        <w:br/>
        <w:t>vt 0.550133 0.995721</w:t>
        <w:br/>
        <w:t>vt 0.557146 0.989962</w:t>
        <w:br/>
        <w:t>vt 0.555159 0.991692</w:t>
        <w:br/>
        <w:t>vt 0.557146 0.989962</w:t>
        <w:br/>
        <w:t>vt 0.567918 0.989902</w:t>
        <w:br/>
        <w:t>vt 0.583725 0.995721</w:t>
        <w:br/>
        <w:t>vt 0.584126 0.992974</w:t>
        <w:br/>
        <w:t>vt 0.601085 0.993502</w:t>
        <w:br/>
        <w:t>vt 0.601170 0.991722</w:t>
        <w:br/>
        <w:t>vt 0.584814 0.990812</w:t>
        <w:br/>
        <w:t>vt 0.600723 0.995721</w:t>
        <w:br/>
        <w:t>vt 0.610958 0.993508</w:t>
        <w:br/>
        <w:t>vt 0.610981 0.991935</w:t>
        <w:br/>
        <w:t>vt 0.611162 0.995721</w:t>
        <w:br/>
        <w:t>vt 0.627619 0.992380</w:t>
        <w:br/>
        <w:t>vt 0.627700 0.990545</w:t>
        <w:br/>
        <w:t>vt 0.627274 0.995721</w:t>
        <w:br/>
        <w:t>vt 0.646472 0.992822</w:t>
        <w:br/>
        <w:t>vt 0.647827 0.989636</w:t>
        <w:br/>
        <w:t>vt 0.645944 0.995721</w:t>
        <w:br/>
        <w:t>vt 0.646472 0.992822</w:t>
        <w:br/>
        <w:t>vt 0.584193 0.988415</w:t>
        <w:br/>
        <w:t>vt 0.601170 0.991722</w:t>
        <w:br/>
        <w:t>vt 0.600511 0.989782</w:t>
        <w:br/>
        <w:t>vt 0.610981 0.991935</w:t>
        <w:br/>
        <w:t>vt 0.611408 0.989667</w:t>
        <w:br/>
        <w:t>vt 0.627700 0.990545</w:t>
        <w:br/>
        <w:t>vt 0.628296 0.988493</w:t>
        <w:br/>
        <w:t>vt 0.647827 0.989636</w:t>
        <w:br/>
        <w:t>vt 0.648774 0.987328</w:t>
        <w:br/>
        <w:t>vt 0.684780 0.933005</w:t>
        <w:br/>
        <w:t>vt 0.687702 0.931549</w:t>
        <w:br/>
        <w:t>vt 0.694197 0.929126</w:t>
        <w:br/>
        <w:t>vt 0.694197 0.929126</w:t>
        <w:br/>
        <w:t>vt 0.696995 0.928799</w:t>
        <w:br/>
        <w:t>vt 0.695683 0.940181</w:t>
        <w:br/>
        <w:t>vt 0.688293 0.942229</w:t>
        <w:br/>
        <w:t>vt 0.685430 0.942263</w:t>
        <w:br/>
        <w:t>vt 0.695683 0.940181</w:t>
        <w:br/>
        <w:t>vt 0.699155 0.940527</w:t>
        <w:br/>
        <w:t>vt 0.684519 0.952816</w:t>
        <w:br/>
        <w:t>vt 0.691075 0.952658</w:t>
        <w:br/>
        <w:t>vt 0.694559 0.953164</w:t>
        <w:br/>
        <w:t>vt 0.680151 0.953123</w:t>
        <w:br/>
        <w:t>vt 0.678907 0.979360</w:t>
        <w:br/>
        <w:t>vt 0.682146 0.979888</w:t>
        <w:br/>
        <w:t>vt 0.680524 0.966779</w:t>
        <w:br/>
        <w:t>vt 0.676639 0.966499</w:t>
        <w:br/>
        <w:t>vt 0.683980 0.989050</w:t>
        <w:br/>
        <w:t>vt 0.686789 0.990642</w:t>
        <w:br/>
        <w:t>vt 0.677115 0.991335</w:t>
        <w:br/>
        <w:t>vt 0.686789 0.990642</w:t>
        <w:br/>
        <w:t>vt 0.683980 0.989050</w:t>
        <w:br/>
        <w:t>vt 0.677632 0.988963</w:t>
        <w:br/>
        <w:t>vt 0.664427 0.987993</w:t>
        <w:br/>
        <w:t>vt 0.664245 0.990703</w:t>
        <w:br/>
        <w:t>vt 0.664427 0.987993</w:t>
        <w:br/>
        <w:t>vt 0.686467 0.980010</w:t>
        <w:br/>
        <w:t>vt 0.691614 0.993730</w:t>
        <w:br/>
        <w:t>vt 0.685365 0.969000</w:t>
        <w:br/>
        <w:t>vt 0.689945 0.966503</w:t>
        <w:br/>
        <w:t>vt 0.694559 0.953164</w:t>
        <w:br/>
        <w:t>vt 0.688687 0.967819</w:t>
        <w:br/>
        <w:t>vt 0.688403 0.971028</w:t>
        <w:br/>
        <w:t>vt 0.689952 0.978863</w:t>
        <w:br/>
        <w:t>vt 0.691614 0.993730</w:t>
        <w:br/>
        <w:t>vt 0.694702 0.993305</w:t>
        <w:br/>
        <w:t>vt 0.677115 0.991335</w:t>
        <w:br/>
        <w:t>vt 0.677872 0.993713</w:t>
        <w:br/>
        <w:t>vt 0.687632 0.993179</w:t>
        <w:br/>
        <w:t>vt 0.664245 0.990703</w:t>
        <w:br/>
        <w:t>vt 0.664063 0.992835</w:t>
        <w:br/>
        <w:t>vt 0.663914 0.995721</w:t>
        <w:br/>
        <w:t>vt 0.664063 0.992835</w:t>
        <w:br/>
        <w:t>vt 0.677090 0.995721</w:t>
        <w:br/>
        <w:t>vt 0.677872 0.993713</w:t>
        <w:br/>
        <w:t>vt 0.687179 0.995721</w:t>
        <w:br/>
        <w:t>vt 0.687632 0.993179</w:t>
        <w:br/>
        <w:t>vt 0.689313 0.972766</w:t>
        <w:br/>
        <w:t>vt 0.689313 0.972766</w:t>
        <w:br/>
        <w:t>vt 0.700327 0.973517</w:t>
        <w:br/>
        <w:t>vt 0.699556 0.970854</w:t>
        <w:br/>
        <w:t>vt 0.688403 0.971028</w:t>
        <w:br/>
        <w:t>vt 0.699556 0.970854</w:t>
        <w:br/>
        <w:t>vt 0.699532 0.967809</w:t>
        <w:br/>
        <w:t>vt 0.688687 0.967819</w:t>
        <w:br/>
        <w:t>vt 0.688403 0.971028</w:t>
        <w:br/>
        <w:t>vt 0.710571 0.968728</w:t>
        <w:br/>
        <w:t>vt 0.709439 0.964511</w:t>
        <w:br/>
        <w:t>vt 0.710305 0.970501</w:t>
        <w:br/>
        <w:t>vt 0.710571 0.968728</w:t>
        <w:br/>
        <w:t>vt 0.716924 0.968389</w:t>
        <w:br/>
        <w:t>vt 0.717693 0.971706</w:t>
        <w:br/>
        <w:t>vt 0.716924 0.968389</w:t>
        <w:br/>
        <w:t>vt 0.718877 0.961863</w:t>
        <w:br/>
        <w:t>vt 0.724150 0.968240</w:t>
        <w:br/>
        <w:t>vt 0.723925 0.965461</w:t>
        <w:br/>
        <w:t>vt 0.723925 0.965461</w:t>
        <w:br/>
        <w:t>vt 0.725280 0.960955</w:t>
        <w:br/>
        <w:t>vt 0.732460 0.968746</w:t>
        <w:br/>
        <w:t>vt 0.733317 0.966312</w:t>
        <w:br/>
        <w:t>vt 0.733317 0.966312</w:t>
        <w:br/>
        <w:t>vt 0.736040 0.962381</w:t>
        <w:br/>
        <w:t>vt 0.742294 0.969465</w:t>
        <w:br/>
        <w:t>vt 0.742351 0.967105</w:t>
        <w:br/>
        <w:t>vt 0.753752 0.967727</w:t>
        <w:br/>
        <w:t>vt 0.753900 0.969716</w:t>
        <w:br/>
        <w:t>vt 0.742351 0.967105</w:t>
        <w:br/>
        <w:t>vt 0.743215 0.963246</w:t>
        <w:br/>
        <w:t>vt 0.750897 0.963716</w:t>
        <w:br/>
        <w:t>vt 0.736889 0.960466</w:t>
        <w:br/>
        <w:t>vt 0.736040 0.962381</w:t>
        <w:br/>
        <w:t>vt 0.743215 0.963246</w:t>
        <w:br/>
        <w:t>vt 0.743556 0.960365</w:t>
        <w:br/>
        <w:t>vt 0.750897 0.963716</w:t>
        <w:br/>
        <w:t>vt 0.749742 0.960668</w:t>
        <w:br/>
        <w:t>vt 0.726165 0.959362</w:t>
        <w:br/>
        <w:t>vt 0.725280 0.960955</w:t>
        <w:br/>
        <w:t>vt 0.717807 0.960962</w:t>
        <w:br/>
        <w:t>vt 0.708414 0.963575</w:t>
        <w:br/>
        <w:t>vt 0.700068 0.966891</w:t>
        <w:br/>
        <w:t>vt 0.710736 0.889880</w:t>
        <w:br/>
        <w:t>vt 0.707080 0.887871</w:t>
        <w:br/>
        <w:t>vt 0.706179 0.891320</w:t>
        <w:br/>
        <w:t>vt 0.709746 0.893460</w:t>
        <w:br/>
        <w:t>vt 0.703690 0.886511</w:t>
        <w:br/>
        <w:t>vt 0.703060 0.890142</w:t>
        <w:br/>
        <w:t>vt 0.699571 0.884146</w:t>
        <w:br/>
        <w:t>vt 0.699296 0.887647</w:t>
        <w:br/>
        <w:t>vt 0.689945 0.966503</w:t>
        <w:br/>
        <w:t>vt 0.717489 0.954052</w:t>
        <w:br/>
        <w:t>vt 0.716009 0.954833</w:t>
        <w:br/>
        <w:t>vt 0.717807 0.960962</w:t>
        <w:br/>
        <w:t>vt 0.718877 0.961863</w:t>
        <w:br/>
        <w:t>vt 0.722509 0.957689</w:t>
        <w:br/>
        <w:t>vt 0.722509 0.957689</w:t>
        <w:br/>
        <w:t>vt 0.723882 0.956857</w:t>
        <w:br/>
        <w:t>vt 0.717489 0.954052</w:t>
        <w:br/>
        <w:t>vt 0.721121 0.951761</w:t>
        <w:br/>
        <w:t>vt 0.722727 0.951752</w:t>
        <w:br/>
        <w:t>vt 0.721121 0.951761</w:t>
        <w:br/>
        <w:t>vt 0.718119 0.941645</w:t>
        <w:br/>
        <w:t>vt 0.716285 0.947728</w:t>
        <w:br/>
        <w:t>vt 0.717846 0.947161</w:t>
        <w:br/>
        <w:t>vt 0.719193 0.942430</w:t>
        <w:br/>
        <w:t>vt 0.725298 0.934029</w:t>
        <w:br/>
        <w:t>vt 0.717846 0.947161</w:t>
        <w:br/>
        <w:t>vt 0.721830 0.944802</w:t>
        <w:br/>
        <w:t>vt 0.719193 0.942430</w:t>
        <w:br/>
        <w:t>vt 0.122628 0.505018</w:t>
        <w:br/>
        <w:t>vt 0.125817 0.509215</w:t>
        <w:br/>
        <w:t>vt 0.809805 0.579605</w:t>
        <w:br/>
        <w:t>vt 0.809468 0.570061</w:t>
        <w:br/>
        <w:t>vt 0.804775 0.573413</w:t>
        <w:br/>
        <w:t>vt 0.804997 0.578635</w:t>
        <w:br/>
        <w:t>vt 0.805592 0.587764</w:t>
        <w:br/>
        <w:t>vt 0.802352 0.588394</w:t>
        <w:br/>
        <w:t>vt 0.804775 0.573413</w:t>
        <w:br/>
        <w:t>vt 0.796523 0.597320</w:t>
        <w:br/>
        <w:t>vt 0.805592 0.587764</w:t>
        <w:br/>
        <w:t>vt 0.899415 0.689382</w:t>
        <w:br/>
        <w:t>vt 0.892980 0.706198</w:t>
        <w:br/>
        <w:t>vt 0.900991 0.704253</w:t>
        <w:br/>
        <w:t>vt 0.903532 0.689936</w:t>
        <w:br/>
        <w:t>vt 0.898807 0.717564</w:t>
        <w:br/>
        <w:t>vt 0.902128 0.712021</w:t>
        <w:br/>
        <w:t>vt 0.902128 0.712021</w:t>
        <w:br/>
        <w:t>vt 0.898807 0.717564</w:t>
        <w:br/>
        <w:t>vt 0.915651 0.714207</w:t>
        <w:br/>
        <w:t>vt 0.914337 0.707976</w:t>
        <w:br/>
        <w:t>vt 0.928079 0.707824</w:t>
        <w:br/>
        <w:t>vt 0.929007 0.702779</w:t>
        <w:br/>
        <w:t>vt 0.914337 0.707976</w:t>
        <w:br/>
        <w:t>vt 0.929007 0.702779</w:t>
        <w:br/>
        <w:t>vt 0.903532 0.689936</w:t>
        <w:br/>
        <w:t>vt 0.900991 0.704253</w:t>
        <w:br/>
        <w:t>vt 0.902128 0.712021</w:t>
        <w:br/>
        <w:t>vt 0.863543 0.657300</w:t>
        <w:br/>
        <w:t>vt 0.864208 0.654578</w:t>
        <w:br/>
        <w:t>vt 0.860430 0.653793</w:t>
        <w:br/>
        <w:t>vt 0.858397 0.659304</w:t>
        <w:br/>
        <w:t>vt 0.852697 0.661390</w:t>
        <w:br/>
        <w:t>vt 0.858397 0.659304</w:t>
        <w:br/>
        <w:t>vt 0.860430 0.653793</w:t>
        <w:br/>
        <w:t>vt 0.855593 0.650675</w:t>
        <w:br/>
        <w:t>vt 0.867070 0.647447</w:t>
        <w:br/>
        <w:t>vt 0.864983 0.641777</w:t>
        <w:br/>
        <w:t>vt 0.867070 0.647447</w:t>
        <w:br/>
        <w:t>vt 0.869971 0.650044</w:t>
        <w:br/>
        <w:t>vt 0.880137 0.644827</w:t>
        <w:br/>
        <w:t>vt 0.877243 0.641326</w:t>
        <w:br/>
        <w:t>vt 0.877243 0.641326</w:t>
        <w:br/>
        <w:t>vt 0.875747 0.635265</w:t>
        <w:br/>
        <w:t>vt 0.891862 0.639516</w:t>
        <w:br/>
        <w:t>vt 0.890571 0.635857</w:t>
        <w:br/>
        <w:t>vt 0.890571 0.635857</w:t>
        <w:br/>
        <w:t>vt 0.889078 0.630276</w:t>
        <w:br/>
        <w:t>vt 0.901038 0.632347</w:t>
        <w:br/>
        <w:t>vt 0.897413 0.627879</w:t>
        <w:br/>
        <w:t>vt 0.902283 0.635736</w:t>
        <w:br/>
        <w:t>vt 0.917082 0.635824</w:t>
        <w:br/>
        <w:t>vt 0.917038 0.632730</w:t>
        <w:br/>
        <w:t>vt 0.929568 0.636548</w:t>
        <w:br/>
        <w:t>vt 0.929200 0.633496</w:t>
        <w:br/>
        <w:t>vt 0.939074 0.631939</w:t>
        <w:br/>
        <w:t>vt 0.936755 0.630039</w:t>
        <w:br/>
        <w:t>vt 0.932091 0.619581</w:t>
        <w:br/>
        <w:t>vt 0.936755 0.630039</w:t>
        <w:br/>
        <w:t>vt 0.938470 0.629980</w:t>
        <w:br/>
        <w:t>vt 0.934027 0.618266</w:t>
        <w:br/>
        <w:t>vt 0.925166 0.609233</w:t>
        <w:br/>
        <w:t>vt 0.923459 0.610586</w:t>
        <w:br/>
        <w:t>vt 0.922850 0.602620</w:t>
        <w:br/>
        <w:t>vt 0.920677 0.602295</w:t>
        <w:br/>
        <w:t>vt 0.925014 0.597169</w:t>
        <w:br/>
        <w:t>vt 0.923278 0.595397</w:t>
        <w:br/>
        <w:t>vt 0.934814 0.588631</w:t>
        <w:br/>
        <w:t>vt 0.935769 0.583630</w:t>
        <w:br/>
        <w:t>vt 0.925901 0.592925</w:t>
        <w:br/>
        <w:t>vt 0.926970 0.594329</w:t>
        <w:br/>
        <w:t>vt 0.917510 0.597748</w:t>
        <w:br/>
        <w:t>vt 0.919235 0.599647</w:t>
        <w:br/>
        <w:t>vt 0.922461 0.590978</w:t>
        <w:br/>
        <w:t>vt 0.914191 0.604689</w:t>
        <w:br/>
        <w:t>vt 0.916298 0.605768</w:t>
        <w:br/>
        <w:t>vt 0.910459 0.612735</w:t>
        <w:br/>
        <w:t>vt 0.912785 0.613681</w:t>
        <w:br/>
        <w:t>vt 0.905409 0.624440</w:t>
        <w:br/>
        <w:t>vt 0.907348 0.625579</w:t>
        <w:br/>
        <w:t>vt 0.900185 0.629746</w:t>
        <w:br/>
        <w:t>vt 0.903217 0.631030</w:t>
        <w:br/>
        <w:t>vt 0.919252 0.627679</w:t>
        <w:br/>
        <w:t>vt 0.923459 0.610586</w:t>
        <w:br/>
        <w:t>vt 0.936755 0.630039</w:t>
        <w:br/>
        <w:t>vt 0.932091 0.619581</w:t>
        <w:br/>
        <w:t>vt 0.920677 0.602295</w:t>
        <w:br/>
        <w:t>vt 0.920818 0.587896</w:t>
        <w:br/>
        <w:t>vt 0.935824 0.580046</w:t>
        <w:br/>
        <w:t>vt 0.914523 0.596706</w:t>
        <w:br/>
        <w:t>vt 0.911206 0.603232</w:t>
        <w:br/>
        <w:t>vt 0.907866 0.611738</w:t>
        <w:br/>
        <w:t>vt 0.903129 0.622676</w:t>
        <w:br/>
        <w:t>vt 0.935165 0.590731</w:t>
        <w:br/>
        <w:t>vt 0.940424 0.592623</w:t>
        <w:br/>
        <w:t>vt 0.937711 0.584260</w:t>
        <w:br/>
        <w:t>vt 0.934814 0.588631</w:t>
        <w:br/>
        <w:t>vt 0.935824 0.580046</w:t>
        <w:br/>
        <w:t>vt 0.935769 0.583630</w:t>
        <w:br/>
        <w:t>vt 0.937711 0.584260</w:t>
        <w:br/>
        <w:t>vt 0.939668 0.581789</w:t>
        <w:br/>
        <w:t>vt 0.943266 0.591316</w:t>
        <w:br/>
        <w:t>vt 0.939668 0.581789</w:t>
        <w:br/>
        <w:t>vt 0.941376 0.601307</w:t>
        <w:br/>
        <w:t>vt 0.945086 0.599495</w:t>
        <w:br/>
        <w:t>vt 0.937118 0.602658</w:t>
        <w:br/>
        <w:t>vt 0.940900 0.613566</w:t>
        <w:br/>
        <w:t>vt 0.944655 0.611822</w:t>
        <w:br/>
        <w:t>vt 0.947425 0.609537</w:t>
        <w:br/>
        <w:t>vt 0.946306 0.623413</w:t>
        <w:br/>
        <w:t>vt 0.949633 0.620454</w:t>
        <w:br/>
        <w:t>vt 0.951566 0.616785</w:t>
        <w:br/>
        <w:t>vt 0.934027 0.618266</w:t>
        <w:br/>
        <w:t>vt 0.938470 0.629980</w:t>
        <w:br/>
        <w:t>vt 0.925166 0.609233</w:t>
        <w:br/>
        <w:t>vt 0.926970 0.594329</w:t>
        <w:br/>
        <w:t>vt 0.925014 0.597169</w:t>
        <w:br/>
        <w:t>vt 0.922850 0.602620</w:t>
        <w:br/>
        <w:t>vt 0.946858 0.625460</w:t>
        <w:br/>
        <w:t>vt 0.939074 0.631939</w:t>
        <w:br/>
        <w:t>vt 0.951204 0.637889</w:t>
        <w:br/>
        <w:t>vt 0.957522 0.633289</w:t>
        <w:br/>
        <w:t>vt 0.959073 0.625441</w:t>
        <w:br/>
        <w:t>vt 0.929568 0.636548</w:t>
        <w:br/>
        <w:t>vt 0.939601 0.648533</w:t>
        <w:br/>
        <w:t>vt 0.912937 0.653142</w:t>
        <w:br/>
        <w:t>vt 0.896190 0.657050</w:t>
        <w:br/>
        <w:t>vt 0.882473 0.662040</w:t>
        <w:br/>
        <w:t>vt 0.890590 0.658588</w:t>
        <w:br/>
        <w:t>vt 0.907744 0.676801</w:t>
        <w:br/>
        <w:t>vt 0.946442 0.688180</w:t>
        <w:br/>
        <w:t>vt 0.911185 0.667507</w:t>
        <w:br/>
        <w:t>vt 0.961528 0.676904</w:t>
        <w:br/>
        <w:t>vt 0.957187 0.681237</w:t>
        <w:br/>
        <w:t>vt 0.931827 0.708679</w:t>
        <w:br/>
        <w:t>vt 0.929007 0.702779</w:t>
        <w:br/>
        <w:t>vt 0.928079 0.707824</w:t>
        <w:br/>
        <w:t>vt 0.930168 0.710630</w:t>
        <w:br/>
        <w:t>vt 0.935901 0.738211</w:t>
        <w:br/>
        <w:t>vt 0.937872 0.738507</w:t>
        <w:br/>
        <w:t>vt 0.934551 0.754293</w:t>
        <w:br/>
        <w:t>vt 0.936454 0.755269</w:t>
        <w:br/>
        <w:t>vt 0.929008 0.773296</w:t>
        <w:br/>
        <w:t>vt 0.929955 0.774293</w:t>
        <w:br/>
        <w:t>vt 0.920511 0.791566</w:t>
        <w:br/>
        <w:t>vt 0.919329 0.791604</w:t>
        <w:br/>
        <w:t>vt 0.923860 0.803011</w:t>
        <w:br/>
        <w:t>vt 0.925208 0.802426</w:t>
        <w:br/>
        <w:t>vt 0.928835 0.820664</w:t>
        <w:br/>
        <w:t>vt 0.927429 0.811825</w:t>
        <w:br/>
        <w:t>vt 0.924939 0.818092</w:t>
        <w:br/>
        <w:t>vt 0.928703 0.825218</w:t>
        <w:br/>
        <w:t>vt 0.923702 0.821026</w:t>
        <w:br/>
        <w:t>vt 0.928951 0.826401</w:t>
        <w:br/>
        <w:t>vt 0.935814 0.811716</w:t>
        <w:br/>
        <w:t>vt 0.934736 0.804884</w:t>
        <w:br/>
        <w:t>vt 0.932025 0.797936</w:t>
        <w:br/>
        <w:t>vt 0.928471 0.791452</w:t>
        <w:br/>
        <w:t>vt 0.939582 0.757998</w:t>
        <w:br/>
        <w:t>vt 0.934036 0.775423</w:t>
        <w:br/>
        <w:t>vt 0.930915 0.790552</w:t>
        <w:br/>
        <w:t>vt 0.934767 0.796964</w:t>
        <w:br/>
        <w:t>vt 0.937144 0.804318</w:t>
        <w:br/>
        <w:t>vt 0.937740 0.811993</w:t>
        <w:br/>
        <w:t>vt 0.928951 0.826401</w:t>
        <w:br/>
        <w:t>vt 0.940471 0.814079</w:t>
        <w:br/>
        <w:t>vt 0.937740 0.811993</w:t>
        <w:br/>
        <w:t>vt 0.928703 0.825218</w:t>
        <w:br/>
        <w:t>vt 0.928835 0.820664</w:t>
        <w:br/>
        <w:t>vt 0.951248 0.803299</w:t>
        <w:br/>
        <w:t>vt 0.948121 0.802214</w:t>
        <w:br/>
        <w:t>vt 0.948121 0.802214</w:t>
        <w:br/>
        <w:t>vt 0.946817 0.793787</w:t>
        <w:br/>
        <w:t>vt 0.946412 0.785101</w:t>
        <w:br/>
        <w:t>vt 0.949805 0.793982</w:t>
        <w:br/>
        <w:t>vt 0.949490 0.784924</w:t>
        <w:br/>
        <w:t>vt 0.936702 0.775150</w:t>
        <w:br/>
        <w:t>vt 0.941940 0.759059</w:t>
        <w:br/>
        <w:t>vt 0.946882 0.775621</w:t>
        <w:br/>
        <w:t>vt 0.948695 0.759919</w:t>
        <w:br/>
        <w:t>vt 0.944915 0.740454</w:t>
        <w:br/>
        <w:t>vt 0.942879 0.740839</w:t>
        <w:br/>
        <w:t>vt 0.951679 0.758354</w:t>
        <w:br/>
        <w:t>vt 0.956630 0.741188</w:t>
        <w:br/>
        <w:t>vt 0.952092 0.744432</w:t>
        <w:br/>
        <w:t>vt 0.945184 0.718211</w:t>
        <w:br/>
        <w:t>vt 0.947106 0.720112</w:t>
        <w:br/>
        <w:t>vt 0.963384 0.724829</w:t>
        <w:br/>
        <w:t>vt 0.959899 0.722445</w:t>
        <w:br/>
        <w:t>vt 0.959899 0.722445</w:t>
        <w:br/>
        <w:t>vt 0.958869 0.718058</w:t>
        <w:br/>
        <w:t>vt 0.946721 0.715604</w:t>
        <w:br/>
        <w:t>vt 0.947106 0.720112</w:t>
        <w:br/>
        <w:t>vt 0.969823 0.719114</w:t>
        <w:br/>
        <w:t>vt 0.966560 0.716840</w:t>
        <w:br/>
        <w:t>vt 0.955072 0.702037</w:t>
        <w:br/>
        <w:t>vt 0.969203 0.711337</w:t>
        <w:br/>
        <w:t>vt 0.972883 0.712390</w:t>
        <w:br/>
        <w:t>vt 0.973270 0.704379</w:t>
        <w:br/>
        <w:t>vt 0.968995 0.703914</w:t>
        <w:br/>
        <w:t>vt 0.971616 0.697933</w:t>
        <w:br/>
        <w:t>vt 0.966990 0.698164</w:t>
        <w:br/>
        <w:t>vt 0.966978 0.688113</w:t>
        <w:br/>
        <w:t>vt 0.963650 0.687099</w:t>
        <w:br/>
        <w:t>vt 0.963830 0.714780</w:t>
        <w:br/>
        <w:t>vt 0.964529 0.699222</w:t>
        <w:br/>
        <w:t>vt 0.960213 0.689845</w:t>
        <w:br/>
        <w:t>vt 0.966872 0.687566</w:t>
        <w:br/>
        <w:t>vt 0.965157 0.685764</w:t>
        <w:br/>
        <w:t>vt 0.963650 0.687099</w:t>
        <w:br/>
        <w:t>vt 0.966978 0.688113</w:t>
        <w:br/>
        <w:t>vt 0.971336 0.688054</w:t>
        <w:br/>
        <w:t>vt 0.970111 0.684512</w:t>
        <w:br/>
        <w:t>vt 0.965157 0.685764</w:t>
        <w:br/>
        <w:t>vt 0.966872 0.687566</w:t>
        <w:br/>
        <w:t>vt 0.977340 0.685946</w:t>
        <w:br/>
        <w:t>vt 0.975274 0.682978</w:t>
        <w:br/>
        <w:t>vt 0.980652 0.680558</w:t>
        <w:br/>
        <w:t>vt 0.977111 0.678608</w:t>
        <w:br/>
        <w:t>vt 0.980796 0.675005</w:t>
        <w:br/>
        <w:t>vt 0.976304 0.673631</w:t>
        <w:br/>
        <w:t>vt 0.979512 0.671709</w:t>
        <w:br/>
        <w:t>vt 0.975335 0.670196</w:t>
        <w:br/>
        <w:t>vt 0.994851 0.649931</w:t>
        <w:br/>
        <w:t>vt 0.988351 0.656104</w:t>
        <w:br/>
        <w:t>vt 0.993682 0.658553</w:t>
        <w:br/>
        <w:t>vt 0.999984 0.648524</w:t>
        <w:br/>
        <w:t>vt 0.980967 0.663662</w:t>
        <w:br/>
        <w:t>vt 0.985876 0.665960</w:t>
        <w:br/>
        <w:t>vt 0.975335 0.670196</w:t>
        <w:br/>
        <w:t>vt 0.979512 0.671709</w:t>
        <w:br/>
        <w:t>vt 0.987812 0.643044</w:t>
        <w:br/>
        <w:t>vt 0.994851 0.649931</w:t>
        <w:br/>
        <w:t>vt 0.999984 0.648524</w:t>
        <w:br/>
        <w:t>vt 0.991826 0.638214</w:t>
        <w:br/>
        <w:t>vt 0.980190 0.638280</w:t>
        <w:br/>
        <w:t>vt 0.983279 0.632562</w:t>
        <w:br/>
        <w:t>vt 0.963045 0.631921</w:t>
        <w:br/>
        <w:t>vt 0.970908 0.634969</w:t>
        <w:br/>
        <w:t>vt 0.973701 0.629611</w:t>
        <w:br/>
        <w:t>vt 0.968261 0.626398</w:t>
        <w:br/>
        <w:t>vt 0.966105 0.619371</w:t>
        <w:br/>
        <w:t>vt 0.962405 0.624254</w:t>
        <w:br/>
        <w:t>vt 0.963045 0.631921</w:t>
        <w:br/>
        <w:t>vt 0.968261 0.626398</w:t>
        <w:br/>
        <w:t>vt 0.949633 0.620454</w:t>
        <w:br/>
        <w:t>vt 0.962405 0.624254</w:t>
        <w:br/>
        <w:t>vt 0.966105 0.619371</w:t>
        <w:br/>
        <w:t>vt 0.951566 0.616785</w:t>
        <w:br/>
        <w:t>vt 0.946858 0.625460</w:t>
        <w:br/>
        <w:t>vt 0.959073 0.625441</w:t>
        <w:br/>
        <w:t>vt 0.963045 0.631921</w:t>
        <w:br/>
        <w:t>vt 0.962405 0.624254</w:t>
        <w:br/>
        <w:t>vt 0.969724 0.637103</w:t>
        <w:br/>
        <w:t>vt 0.979619 0.640716</w:t>
        <w:br/>
        <w:t>vt 0.986695 0.645416</w:t>
        <w:br/>
        <w:t>vt 0.990044 0.648993</w:t>
        <w:br/>
        <w:t>vt 0.988351 0.656104</w:t>
        <w:br/>
        <w:t>vt 0.994851 0.649931</w:t>
        <w:br/>
        <w:t>vt 0.984886 0.653698</w:t>
        <w:br/>
        <w:t>vt 0.978751 0.662097</w:t>
        <w:br/>
        <w:t>vt 0.963830 0.714780</w:t>
        <w:br/>
        <w:t>vt 0.966234 0.709909</w:t>
        <w:br/>
        <w:t>vt 0.965938 0.704270</w:t>
        <w:br/>
        <w:t>vt 0.964529 0.699222</w:t>
        <w:br/>
        <w:t>vt 0.960213 0.689845</w:t>
        <w:br/>
        <w:t>vt 0.959522 0.681385</w:t>
        <w:br/>
        <w:t>vt 0.957187 0.681237</w:t>
        <w:br/>
        <w:t>vt 0.961528 0.676904</w:t>
        <w:br/>
        <w:t>vt 0.957187 0.681237</w:t>
        <w:br/>
        <w:t>vt 0.959522 0.681385</w:t>
        <w:br/>
        <w:t>vt 0.961233 0.679827</w:t>
        <w:br/>
        <w:t>vt 0.970188 0.682743</w:t>
        <w:br/>
        <w:t>vt 0.966043 0.681211</w:t>
        <w:br/>
        <w:t>vt 0.965477 0.683618</w:t>
        <w:br/>
        <w:t>vt 0.961233 0.679827</w:t>
        <w:br/>
        <w:t>vt 0.973864 0.680953</w:t>
        <w:br/>
        <w:t>vt 0.974558 0.678089</w:t>
        <w:br/>
        <w:t>vt 0.973920 0.673936</w:t>
        <w:br/>
        <w:t>vt 0.971265 0.669329</w:t>
        <w:br/>
        <w:t>vt 0.971265 0.669329</w:t>
        <w:br/>
        <w:t>vt 0.973920 0.673936</w:t>
        <w:br/>
        <w:t>vt 0.974558 0.678089</w:t>
        <w:br/>
        <w:t>vt 0.852697 0.661390</w:t>
        <w:br/>
        <w:t>vt 0.864191 0.668504</w:t>
        <w:br/>
        <w:t>vt 0.866213 0.662886</w:t>
        <w:br/>
        <w:t>vt 0.858397 0.659304</w:t>
        <w:br/>
        <w:t>vt 0.874793 0.671148</w:t>
        <w:br/>
        <w:t>vt 0.876780 0.664297</w:t>
        <w:br/>
        <w:t>vt 0.866213 0.662886</w:t>
        <w:br/>
        <w:t>vt 0.868702 0.659221</w:t>
        <w:br/>
        <w:t>vt 0.876780 0.664297</w:t>
        <w:br/>
        <w:t>vt 0.989979 0.603299</w:t>
        <w:br/>
        <w:t>vt 0.995828 0.605317</w:t>
        <w:br/>
        <w:t>vt 0.903184 0.675459</w:t>
        <w:br/>
        <w:t>vt 0.906646 0.666538</w:t>
        <w:br/>
        <w:t>vt 0.908261 0.657877</w:t>
        <w:br/>
        <w:t>vt 0.908261 0.657877</w:t>
        <w:br/>
        <w:t>vt 0.897026 0.659400</w:t>
        <w:br/>
        <w:t>vt 0.966234 0.709909</w:t>
        <w:br/>
        <w:t>vt 0.965938 0.704270</w:t>
        <w:br/>
        <w:t>vt 0.792730 0.532546</w:t>
        <w:br/>
        <w:t>vt 0.808385 0.543940</w:t>
        <w:br/>
        <w:t>vt 0.812195 0.536599</w:t>
        <w:br/>
        <w:t>vt 0.791175 0.537094</w:t>
        <w:br/>
        <w:t>vt 0.812195 0.536599</w:t>
        <w:br/>
        <w:t>vt 0.949706 0.776288</w:t>
        <w:br/>
        <w:t>vt 0.976475 0.526952</w:t>
        <w:br/>
        <w:t>vt 0.367588 0.977045</w:t>
        <w:br/>
        <w:t>vt 0.383674 0.974661</w:t>
        <w:br/>
        <w:t>vt 0.383518 0.966471</w:t>
        <w:br/>
        <w:t>vt 0.128885 0.949969</w:t>
        <w:br/>
        <w:t>vt 0.114035 0.949969</w:t>
        <w:br/>
        <w:t>vt 0.116654 0.965184</w:t>
        <w:br/>
        <w:t>vt 0.131403 0.965036</w:t>
        <w:br/>
        <w:t>vt 0.116374 0.966566</w:t>
        <w:br/>
        <w:t>vt 0.116293 0.974670</w:t>
        <w:br/>
        <w:t>vt 0.132517 0.976707</w:t>
        <w:br/>
        <w:t>vt 0.368675 0.965320</w:t>
        <w:br/>
        <w:t>vt 0.383518 0.966471</w:t>
        <w:br/>
        <w:t>vt 0.383181 0.965068</w:t>
        <w:br/>
        <w:t>vt 0.383151 0.977045</w:t>
        <w:br/>
        <w:t>vt 0.383674 0.974661</w:t>
        <w:br/>
        <w:t>vt 0.367588 0.977045</w:t>
        <w:br/>
        <w:t>vt 0.132517 0.976707</w:t>
        <w:br/>
        <w:t>vt 0.116293 0.974670</w:t>
        <w:br/>
        <w:t>vt 0.116861 0.977045</w:t>
        <w:br/>
        <w:t>vt 0.116654 0.965184</w:t>
        <w:br/>
        <w:t>vt 0.116374 0.966566</w:t>
        <w:br/>
        <w:t>vt 0.131403 0.965036</w:t>
        <w:br/>
        <w:t>vt 0.114512 0.984466</w:t>
        <w:br/>
        <w:t>vt 0.986457 0.607146</w:t>
        <w:br/>
        <w:t>vt 0.980682 0.613874</w:t>
        <w:br/>
        <w:t>vt 0.763392 0.574465</w:t>
        <w:br/>
        <w:t>vt 0.761442 0.570875</w:t>
        <w:br/>
        <w:t>vt 0.240435 0.922007</w:t>
        <w:br/>
        <w:t>vt 0.242413 0.913978</w:t>
        <w:br/>
        <w:t>vt 0.233724 0.914268</w:t>
        <w:br/>
        <w:t>vt 0.233900 0.922104</w:t>
        <w:br/>
        <w:t>vt 0.218781 0.913969</w:t>
        <w:br/>
        <w:t>vt 0.213402 0.921508</w:t>
        <w:br/>
        <w:t>vt 0.226600 0.921086</w:t>
        <w:br/>
        <w:t>vt 0.226520 0.913960</w:t>
        <w:br/>
        <w:t>vt 0.205740 0.913989</w:t>
        <w:br/>
        <w:t>vt 0.324862 0.920276</w:t>
        <w:br/>
        <w:t>vt 0.325936 0.913596</w:t>
        <w:br/>
        <w:t>vt 0.317516 0.913557</w:t>
        <w:br/>
        <w:t>vt 0.317037 0.920380</w:t>
        <w:br/>
        <w:t>vt 0.310213 0.913606</w:t>
        <w:br/>
        <w:t>vt 0.306859 0.922203</w:t>
        <w:br/>
        <w:t>vt 0.297789 0.913881</w:t>
        <w:br/>
        <w:t>vt 0.295359 0.922012</w:t>
        <w:br/>
        <w:t>vt 0.288179 0.913911</w:t>
        <w:br/>
        <w:t>vt 0.264549 0.913850</w:t>
        <w:br/>
        <w:t>vt 0.255593 0.922109</w:t>
        <w:br/>
        <w:t>vt 0.253685 0.914025</w:t>
        <w:br/>
        <w:t>vt 0.286251 0.923472</w:t>
        <w:br/>
        <w:t>vt 0.286546 0.921751</w:t>
        <w:br/>
        <w:t>vt 0.271421 0.922182</w:t>
        <w:br/>
        <w:t>vt 0.271440 0.923472</w:t>
        <w:br/>
        <w:t>vt 0.157761 0.923472</w:t>
        <w:br/>
        <w:t>vt 0.166426 0.923472</w:t>
        <w:br/>
        <w:t>vt 0.154995 0.912473</w:t>
        <w:br/>
        <w:t>vt 0.154934 0.913644</w:t>
        <w:br/>
        <w:t>vt 0.164440 0.913759</w:t>
        <w:br/>
        <w:t>vt 0.164548 0.912473</w:t>
        <w:br/>
        <w:t>vt 0.194076 0.921205</w:t>
        <w:br/>
        <w:t>vt 0.179574 0.923472</w:t>
        <w:br/>
        <w:t>vt 0.195039 0.923472</w:t>
        <w:br/>
        <w:t>vt 0.176023 0.912473</w:t>
        <w:br/>
        <w:t>vt 0.175887 0.913873</w:t>
        <w:br/>
        <w:t>vt 0.190395 0.913831</w:t>
        <w:br/>
        <w:t>vt 0.190532 0.912473</w:t>
        <w:br/>
        <w:t>vt 0.147821 0.920373</w:t>
        <w:br/>
        <w:t>vt 0.139966 0.920386</w:t>
        <w:br/>
        <w:t>vt 0.141236 0.923472</w:t>
        <w:br/>
        <w:t>vt 0.148856 0.923472</w:t>
        <w:br/>
        <w:t>vt 0.140292 0.913600</w:t>
        <w:br/>
        <w:t>vt 0.147859 0.913563</w:t>
        <w:br/>
        <w:t>vt 0.147909 0.912473</w:t>
        <w:br/>
        <w:t>vt 0.140397 0.912473</w:t>
        <w:br/>
        <w:t>vt 0.242413 0.913978</w:t>
        <w:br/>
        <w:t>vt 0.242512 0.912473</w:t>
        <w:br/>
        <w:t>vt 0.233936 0.912473</w:t>
        <w:br/>
        <w:t>vt 0.233724 0.914268</w:t>
        <w:br/>
        <w:t>vt 0.240435 0.922007</w:t>
        <w:br/>
        <w:t>vt 0.233900 0.922104</w:t>
        <w:br/>
        <w:t>vt 0.233898 0.923472</w:t>
        <w:br/>
        <w:t>vt 0.240253 0.923472</w:t>
        <w:br/>
        <w:t>vt 0.226600 0.921086</w:t>
        <w:br/>
        <w:t>vt 0.213402 0.921508</w:t>
        <w:br/>
        <w:t>vt 0.213544 0.923472</w:t>
        <w:br/>
        <w:t>vt 0.226797 0.923472</w:t>
        <w:br/>
        <w:t>vt 0.218781 0.913969</w:t>
        <w:br/>
        <w:t>vt 0.226520 0.913960</w:t>
        <w:br/>
        <w:t>vt 0.226359 0.912473</w:t>
        <w:br/>
        <w:t>vt 0.218849 0.912473</w:t>
        <w:br/>
        <w:t>vt 0.205777 0.912473</w:t>
        <w:br/>
        <w:t>vt 0.205740 0.913989</w:t>
        <w:br/>
        <w:t>vt 0.166426 0.923472</w:t>
        <w:br/>
        <w:t>vt 0.157761 0.923472</w:t>
        <w:br/>
        <w:t>vt 0.317516 0.913557</w:t>
        <w:br/>
        <w:t>vt 0.325936 0.913596</w:t>
        <w:br/>
        <w:t>vt 0.325752 0.912473</w:t>
        <w:br/>
        <w:t>vt 0.317419 0.912473</w:t>
        <w:br/>
        <w:t>vt 0.324187 0.923472</w:t>
        <w:br/>
        <w:t>vt 0.324862 0.920276</w:t>
        <w:br/>
        <w:t>vt 0.317037 0.920380</w:t>
        <w:br/>
        <w:t>vt 0.316707 0.923472</w:t>
        <w:br/>
        <w:t>vt 0.310139 0.912473</w:t>
        <w:br/>
        <w:t>vt 0.310213 0.913606</w:t>
        <w:br/>
        <w:t>vt 0.306859 0.922203</w:t>
        <w:br/>
        <w:t>vt 0.307012 0.923472</w:t>
        <w:br/>
        <w:t>vt 0.297789 0.913881</w:t>
        <w:br/>
        <w:t>vt 0.297703 0.912473</w:t>
        <w:br/>
        <w:t>vt 0.295359 0.922012</w:t>
        <w:br/>
        <w:t>vt 0.295052 0.923472</w:t>
        <w:br/>
        <w:t>vt 0.288179 0.913911</w:t>
        <w:br/>
        <w:t>vt 0.287968 0.912473</w:t>
        <w:br/>
        <w:t>vt 0.295052 0.923472</w:t>
        <w:br/>
        <w:t>vt 0.264627 0.912473</w:t>
        <w:br/>
        <w:t>vt 0.264549 0.913850</w:t>
        <w:br/>
        <w:t>vt 0.274996 0.913809</w:t>
        <w:br/>
        <w:t>vt 0.274965 0.912473</w:t>
        <w:br/>
        <w:t>vt 0.253749 0.912473</w:t>
        <w:br/>
        <w:t>vt 0.253685 0.914025</w:t>
        <w:br/>
        <w:t>vt 0.255593 0.922109</w:t>
        <w:br/>
        <w:t>vt 0.255649 0.923472</w:t>
        <w:br/>
        <w:t>vt 0.233898 0.923472</w:t>
        <w:br/>
        <w:t>vt 0.233900 0.922104</w:t>
        <w:br/>
        <w:t>vt 0.233724 0.914268</w:t>
        <w:br/>
        <w:t>vt 0.233936 0.912473</w:t>
        <w:br/>
        <w:t>vt 0.991727 0.292374</w:t>
        <w:br/>
        <w:t>vt 0.983462 0.296562</w:t>
        <w:br/>
        <w:t>vt 0.991020 0.271856</w:t>
        <w:br/>
        <w:t>vt 0.991184 0.282103</w:t>
        <w:br/>
        <w:t>vt 0.995828 0.283311</w:t>
        <w:br/>
        <w:t>vt 0.995828 0.271209</w:t>
        <w:br/>
        <w:t>vt 0.963506 0.280794</w:t>
        <w:br/>
        <w:t>vt 0.975536 0.289611</w:t>
        <w:br/>
        <w:t>vt 0.977322 0.288395</w:t>
        <w:br/>
        <w:t>vt 0.964494 0.278859</w:t>
        <w:br/>
        <w:t>vt 0.981050 0.407998</w:t>
        <w:br/>
        <w:t>vt 0.981050 0.371972</w:t>
        <w:br/>
        <w:t>vt 0.981050 0.349702</w:t>
        <w:br/>
        <w:t>vt 0.981050 0.444410</w:t>
        <w:br/>
        <w:t>vt 0.981050 0.480192</w:t>
        <w:br/>
        <w:t>vt 0.981050 0.511327</w:t>
        <w:br/>
        <w:t>vt 0.983240 0.511834</w:t>
        <w:br/>
        <w:t>vt 0.975542 0.552513</w:t>
        <w:br/>
        <w:t>vt 0.972169 0.541970</w:t>
        <w:br/>
        <w:t>vt 0.980671 0.559923</w:t>
        <w:br/>
        <w:t>vt 0.981154 0.574736</w:t>
        <w:br/>
        <w:t>vt 0.981050 0.329281</w:t>
        <w:br/>
        <w:t>vt 0.974035 0.526996</w:t>
        <w:br/>
        <w:t>vt 0.976475 0.526952</w:t>
        <w:br/>
        <w:t>vt 0.975471 0.534153</w:t>
        <w:br/>
        <w:t>vt 0.973102 0.534483</w:t>
        <w:br/>
        <w:t>vt 0.979315 0.611950</w:t>
        <w:br/>
        <w:t>vt 0.980682 0.613874</w:t>
        <w:br/>
        <w:t>vt 0.983462 0.296562</w:t>
        <w:br/>
        <w:t>vt 0.981050 0.297033</w:t>
        <w:br/>
        <w:t>vt 0.991727 0.292374</w:t>
        <w:br/>
        <w:t>vt 0.891094 0.660979</w:t>
        <w:br/>
        <w:t>vt 0.995828 0.291168</w:t>
        <w:br/>
        <w:t>vt 0.974035 0.526996</w:t>
        <w:br/>
        <w:t>vt 0.692386 0.318966</w:t>
        <w:br/>
        <w:t>vt 0.692353 0.320862</w:t>
        <w:br/>
        <w:t>vt 0.698434 0.322602</w:t>
        <w:br/>
        <w:t>vt 0.699410 0.321035</w:t>
        <w:br/>
        <w:t>vt 0.702817 0.327129</w:t>
        <w:br/>
        <w:t>vt 0.704443 0.326258</w:t>
        <w:br/>
        <w:t>vt 0.704366 0.333233</w:t>
        <w:br/>
        <w:t>vt 0.706209 0.333273</w:t>
        <w:br/>
        <w:t>vt 0.702686 0.339321</w:t>
        <w:br/>
        <w:t>vt 0.704240 0.340225</w:t>
        <w:br/>
        <w:t>vt 0.698165 0.343759</w:t>
        <w:br/>
        <w:t>vt 0.699098 0.345349</w:t>
        <w:br/>
        <w:t>vt 0.692024 0.345334</w:t>
        <w:br/>
        <w:t>vt 0.692008 0.347229</w:t>
        <w:br/>
        <w:t>vt 0.685904 0.343618</w:t>
        <w:br/>
        <w:t>vt 0.684975 0.345157</w:t>
        <w:br/>
        <w:t>vt 0.679902 0.339950</w:t>
        <w:br/>
        <w:t>vt 0.681506 0.339042</w:t>
        <w:br/>
        <w:t>vt 0.678116 0.332896</w:t>
        <w:br/>
        <w:t>vt 0.679960 0.332903</w:t>
        <w:br/>
        <w:t>vt 0.681693 0.326820</w:t>
        <w:br/>
        <w:t>vt 0.680097 0.325895</w:t>
        <w:br/>
        <w:t>vt 0.685310 0.320815</w:t>
        <w:br/>
        <w:t>vt 0.686232 0.322414</w:t>
        <w:br/>
        <w:t>vt 0.692248 0.327617</w:t>
        <w:br/>
        <w:t>vt 0.694986 0.328364</w:t>
        <w:br/>
        <w:t>vt 0.695832 0.326926</w:t>
        <w:br/>
        <w:t>vt 0.692279 0.325859</w:t>
        <w:br/>
        <w:t>vt 0.698436 0.329575</w:t>
        <w:br/>
        <w:t>vt 0.696963 0.330424</w:t>
        <w:br/>
        <w:t>vt 0.699360 0.333183</w:t>
        <w:br/>
        <w:t>vt 0.697654 0.333191</w:t>
        <w:br/>
        <w:t>vt 0.696877 0.335926</w:t>
        <w:br/>
        <w:t>vt 0.698359 0.336775</w:t>
        <w:br/>
        <w:t>vt 0.695696 0.339389</w:t>
        <w:br/>
        <w:t>vt 0.694840 0.337898</w:t>
        <w:br/>
        <w:t>vt 0.692075 0.340340</w:t>
        <w:br/>
        <w:t>vt 0.692096 0.338566</w:t>
        <w:br/>
        <w:t>vt 0.689373 0.337826</w:t>
        <w:br/>
        <w:t>vt 0.688483 0.339298</w:t>
        <w:br/>
        <w:t>vt 0.687385 0.335797</w:t>
        <w:br/>
        <w:t>vt 0.685883 0.336607</w:t>
        <w:br/>
        <w:t>vt 0.686679 0.333037</w:t>
        <w:br/>
        <w:t>vt 0.684972 0.332981</w:t>
        <w:br/>
        <w:t>vt 0.687443 0.330287</w:t>
        <w:br/>
        <w:t>vt 0.685997 0.329395</w:t>
        <w:br/>
        <w:t>vt 0.689482 0.328285</w:t>
        <w:br/>
        <w:t>vt 0.688679 0.326826</w:t>
        <w:br/>
        <w:t>vt 0.686232 0.322414</w:t>
        <w:br/>
        <w:t>vt 0.688679 0.326826</w:t>
        <w:br/>
        <w:t>vt 0.692279 0.325859</w:t>
        <w:br/>
        <w:t>vt 0.692353 0.320862</w:t>
        <w:br/>
        <w:t>vt 0.681693 0.326820</w:t>
        <w:br/>
        <w:t>vt 0.685997 0.329395</w:t>
        <w:br/>
        <w:t>vt 0.679960 0.332903</w:t>
        <w:br/>
        <w:t>vt 0.684972 0.332981</w:t>
        <w:br/>
        <w:t>vt 0.681506 0.339042</w:t>
        <w:br/>
        <w:t>vt 0.685883 0.336607</w:t>
        <w:br/>
        <w:t>vt 0.685904 0.343618</w:t>
        <w:br/>
        <w:t>vt 0.688483 0.339298</w:t>
        <w:br/>
        <w:t>vt 0.692024 0.345334</w:t>
        <w:br/>
        <w:t>vt 0.692075 0.340340</w:t>
        <w:br/>
        <w:t>vt 0.698165 0.343759</w:t>
        <w:br/>
        <w:t>vt 0.695696 0.339389</w:t>
        <w:br/>
        <w:t>vt 0.702686 0.339321</w:t>
        <w:br/>
        <w:t>vt 0.698359 0.336775</w:t>
        <w:br/>
        <w:t>vt 0.699360 0.333183</w:t>
        <w:br/>
        <w:t>vt 0.704366 0.333233</w:t>
        <w:br/>
        <w:t>vt 0.702817 0.327129</w:t>
        <w:br/>
        <w:t>vt 0.698436 0.329575</w:t>
        <w:br/>
        <w:t>vt 0.698434 0.322602</w:t>
        <w:br/>
        <w:t>vt 0.695832 0.326926</w:t>
        <w:br/>
        <w:t>vt 0.648796 0.150151</w:t>
        <w:br/>
        <w:t>vt 0.646516 0.150533</w:t>
        <w:br/>
        <w:t>vt 0.646516 0.139543</w:t>
        <w:br/>
        <w:t>vt 0.649063 0.139291</w:t>
        <w:br/>
        <w:t>vt 0.652793 0.150097</w:t>
        <w:br/>
        <w:t>vt 0.653265 0.139542</w:t>
        <w:br/>
        <w:t>vt 0.655704 0.140039</w:t>
        <w:br/>
        <w:t>vt 0.655100 0.150524</w:t>
        <w:br/>
        <w:t>vt 0.679314 0.149577</w:t>
        <w:br/>
        <w:t>vt 0.668194 0.165804</w:t>
        <w:br/>
        <w:t>vt 0.666397 0.164174</w:t>
        <w:br/>
        <w:t>vt 0.677247 0.148268</w:t>
        <w:br/>
        <w:t>vt 0.663895 0.160855</w:t>
        <w:br/>
        <w:t>vt 0.662238 0.159131</w:t>
        <w:br/>
        <w:t>vt 0.671890 0.144872</w:t>
        <w:br/>
        <w:t>vt 0.673936 0.146235</w:t>
        <w:br/>
        <w:t>vt 0.649434 0.175319</w:t>
        <w:br/>
        <w:t>vt 0.646516 0.175414</w:t>
        <w:br/>
        <w:t>vt 0.646516 0.164455</w:t>
        <w:br/>
        <w:t>vt 0.648693 0.163919</w:t>
        <w:br/>
        <w:t>vt 0.648389 0.188626</w:t>
        <w:br/>
        <w:t>vt 0.646516 0.188218</w:t>
        <w:br/>
        <w:t>vt 0.652129 0.162407</w:t>
        <w:br/>
        <w:t>vt 0.654498 0.162135</w:t>
        <w:br/>
        <w:t>vt 0.654702 0.165810</w:t>
        <w:br/>
        <w:t>vt 0.653368 0.168036</w:t>
        <w:br/>
        <w:t>vt 0.657121 0.167035</w:t>
        <w:br/>
        <w:t>vt 0.653368 0.168036</w:t>
        <w:br/>
        <w:t>vt 0.654702 0.165810</w:t>
        <w:br/>
        <w:t>vt 0.656751 0.164489</w:t>
        <w:br/>
        <w:t>vt 0.656238 0.178212</w:t>
        <w:br/>
        <w:t>vt 0.658618 0.178472</w:t>
        <w:br/>
        <w:t>vt 0.660514 0.186489</w:t>
        <w:br/>
        <w:t>vt 0.658355 0.187301</w:t>
        <w:br/>
        <w:t>vt 0.660223 0.171874</w:t>
        <w:br/>
        <w:t>vt 0.661885 0.173543</w:t>
        <w:br/>
        <w:t>vt 0.648747 0.205802</w:t>
        <w:br/>
        <w:t>vt 0.646516 0.205794</w:t>
        <w:br/>
        <w:t>vt 0.654360 0.193279</w:t>
        <w:br/>
        <w:t>vt 0.652339 0.188533</w:t>
        <w:br/>
        <w:t>vt 0.656946 0.193342</w:t>
        <w:br/>
        <w:t>vt 0.655526 0.194944</w:t>
        <w:br/>
        <w:t>vt 0.653377 0.204963</w:t>
        <w:br/>
        <w:t>vt 0.652339 0.188533</w:t>
        <w:br/>
        <w:t>vt 0.654360 0.193279</w:t>
        <w:br/>
        <w:t>vt 0.655743 0.204460</w:t>
        <w:br/>
        <w:t>vt 0.657568 0.221684</w:t>
        <w:br/>
        <w:t>vt 0.655044 0.222084</w:t>
        <w:br/>
        <w:t>vt 0.646516 0.223139</w:t>
        <w:br/>
        <w:t>vt 0.648907 0.223102</w:t>
        <w:br/>
        <w:t>vt 0.660905 0.204645</w:t>
        <w:br/>
        <w:t>vt 0.658553 0.205449</w:t>
        <w:br/>
        <w:t>vt 0.667214 0.201411</w:t>
        <w:br/>
        <w:t>vt 0.665067 0.202457</w:t>
        <w:br/>
        <w:t>vt 0.672298 0.216040</w:t>
        <w:br/>
        <w:t>vt 0.669974 0.216633</w:t>
        <w:br/>
        <w:t>vt 0.665689 0.217334</w:t>
        <w:br/>
        <w:t>vt 0.663382 0.217783</w:t>
        <w:br/>
        <w:t>vt 0.667219 0.227183</w:t>
        <w:br/>
        <w:t>vt 0.664481 0.226407</w:t>
        <w:br/>
        <w:t>vt 0.673345 0.226864</w:t>
        <w:br/>
        <w:t>vt 0.671139 0.227704</w:t>
        <w:br/>
        <w:t>vt 0.673632 0.231883</w:t>
        <w:br/>
        <w:t>vt 0.675909 0.230983</w:t>
        <w:br/>
        <w:t>vt 0.663385 0.231406</w:t>
        <w:br/>
        <w:t>vt 0.660981 0.229545</w:t>
        <w:br/>
        <w:t>vt 0.648785 0.239554</w:t>
        <w:br/>
        <w:t>vt 0.646516 0.239653</w:t>
        <w:br/>
        <w:t>vt 0.657329 0.236663</w:t>
        <w:br/>
        <w:t>vt 0.655832 0.241611</w:t>
        <w:br/>
        <w:t>vt 0.655832 0.241611</w:t>
        <w:br/>
        <w:t>vt 0.657329 0.236663</w:t>
        <w:br/>
        <w:t>vt 0.648901 0.256349</w:t>
        <w:br/>
        <w:t>vt 0.646516 0.256291</w:t>
        <w:br/>
        <w:t>vt 0.670097 0.244473</w:t>
        <w:br/>
        <w:t>vt 0.668067 0.246344</w:t>
        <w:br/>
        <w:t>vt 0.667331 0.243322</w:t>
        <w:br/>
        <w:t>vt 0.667989 0.237497</w:t>
        <w:br/>
        <w:t>vt 0.663261 0.244822</w:t>
        <w:br/>
        <w:t>vt 0.667989 0.237497</w:t>
        <w:br/>
        <w:t>vt 0.667331 0.243322</w:t>
        <w:br/>
        <w:t>vt 0.665410 0.245790</w:t>
        <w:br/>
        <w:t>vt 0.672738 0.273461</w:t>
        <w:br/>
        <w:t>vt 0.670728 0.260474</w:t>
        <w:br/>
        <w:t>vt 0.673062 0.259811</w:t>
        <w:br/>
        <w:t>vt 0.675150 0.273206</w:t>
        <w:br/>
        <w:t>vt 0.674097 0.236008</w:t>
        <w:br/>
        <w:t>vt 0.676630 0.235880</w:t>
        <w:br/>
        <w:t>vt 0.675715 0.241245</w:t>
        <w:br/>
        <w:t>vt 0.673161 0.241344</w:t>
        <w:br/>
        <w:t>vt 0.677658 0.258136</w:t>
        <w:br/>
        <w:t>vt 0.680016 0.257521</w:t>
        <w:br/>
        <w:t>vt 0.683418 0.271914</w:t>
        <w:br/>
        <w:t>vt 0.681110 0.272500</w:t>
        <w:br/>
        <w:t>vt 0.658770 0.258554</w:t>
        <w:br/>
        <w:t>vt 0.661228 0.259240</w:t>
        <w:br/>
        <w:t>vt 0.659574 0.272346</w:t>
        <w:br/>
        <w:t>vt 0.657185 0.272244</w:t>
        <w:br/>
        <w:t>vt 0.658469 0.285004</w:t>
        <w:br/>
        <w:t>vt 0.656033 0.285149</w:t>
        <w:br/>
        <w:t>vt 0.658096 0.300097</w:t>
        <w:br/>
        <w:t>vt 0.655636 0.300220</w:t>
        <w:br/>
        <w:t>vt 0.646516 0.271809</w:t>
        <w:br/>
        <w:t>vt 0.648894 0.271802</w:t>
        <w:br/>
        <w:t>vt 0.646516 0.285907</w:t>
        <w:br/>
        <w:t>vt 0.648893 0.285860</w:t>
        <w:br/>
        <w:t>vt 0.646516 0.300443</w:t>
        <w:br/>
        <w:t>vt 0.648948 0.300462</w:t>
        <w:br/>
        <w:t>vt 0.658487 0.313935</w:t>
        <w:br/>
        <w:t>vt 0.656028 0.314079</w:t>
        <w:br/>
        <w:t>vt 0.649039 0.314408</w:t>
        <w:br/>
        <w:t>vt 0.646516 0.314468</w:t>
        <w:br/>
        <w:t>vt 0.658907 0.326540</w:t>
        <w:br/>
        <w:t>vt 0.656458 0.326445</w:t>
        <w:br/>
        <w:t>vt 0.649013 0.327263</w:t>
        <w:br/>
        <w:t>vt 0.646516 0.327716</w:t>
        <w:br/>
        <w:t>vt 0.648543 0.336867</w:t>
        <w:br/>
        <w:t>vt 0.646516 0.337539</w:t>
        <w:br/>
        <w:t>vt 0.657953 0.335179</w:t>
        <w:br/>
        <w:t>vt 0.655959 0.335081</w:t>
        <w:br/>
        <w:t>vt 0.666775 0.340068</w:t>
        <w:br/>
        <w:t>vt 0.668284 0.329945</w:t>
        <w:br/>
        <w:t>vt 0.670648 0.330376</w:t>
        <w:br/>
        <w:t>vt 0.668954 0.340472</w:t>
        <w:br/>
        <w:t>vt 0.675741 0.331712</w:t>
        <w:br/>
        <w:t>vt 0.673742 0.342100</w:t>
        <w:br/>
        <w:t>vt 0.671548 0.341387</w:t>
        <w:br/>
        <w:t>vt 0.673368 0.331108</w:t>
        <w:br/>
        <w:t>vt 0.668341 0.345375</w:t>
        <w:br/>
        <w:t>vt 0.666359 0.344847</w:t>
        <w:br/>
        <w:t>vt 0.671049 0.346311</w:t>
        <w:br/>
        <w:t>vt 0.673066 0.346796</w:t>
        <w:br/>
        <w:t>vt 0.648467 0.345393</w:t>
        <w:br/>
        <w:t>vt 0.646516 0.345621</w:t>
        <w:br/>
        <w:t>vt 0.648214 0.351306</w:t>
        <w:br/>
        <w:t>vt 0.646516 0.353862</w:t>
        <w:br/>
        <w:t>vt 0.654927 0.342439</w:t>
        <w:br/>
        <w:t>vt 0.657005 0.341728</w:t>
        <w:br/>
        <w:t>vt 0.657008 0.349512</w:t>
        <w:br/>
        <w:t>vt 0.654857 0.348107</w:t>
        <w:br/>
        <w:t>vt 0.667982 0.350319</w:t>
        <w:br/>
        <w:t>vt 0.665699 0.349819</w:t>
        <w:br/>
        <w:t>vt 0.668043 0.353078</w:t>
        <w:br/>
        <w:t>vt 0.666303 0.354565</w:t>
        <w:br/>
        <w:t>vt 0.670104 0.353928</w:t>
        <w:br/>
        <w:t>vt 0.670831 0.351120</w:t>
        <w:br/>
        <w:t>vt 0.672982 0.351474</w:t>
        <w:br/>
        <w:t>vt 0.671196 0.356149</w:t>
        <w:br/>
        <w:t>vt 0.684631 0.284319</w:t>
        <w:br/>
        <w:t>vt 0.686797 0.283126</w:t>
        <w:br/>
        <w:t>vt 0.691914 0.290473</w:t>
        <w:br/>
        <w:t>vt 0.690266 0.292311</w:t>
        <w:br/>
        <w:t>vt 0.672052 0.304661</w:t>
        <w:br/>
        <w:t>vt 0.674487 0.283806</w:t>
        <w:br/>
        <w:t>vt 0.676934 0.283996</w:t>
        <w:br/>
        <w:t>vt 0.674479 0.304858</w:t>
        <w:br/>
        <w:t>vt 0.672781 0.316492</w:t>
        <w:br/>
        <w:t>vt 0.670331 0.316212</w:t>
        <w:br/>
        <w:t>vt 0.677426 0.304935</w:t>
        <w:br/>
        <w:t>vt 0.680248 0.288756</w:t>
        <w:br/>
        <w:t>vt 0.681825 0.292785</w:t>
        <w:br/>
        <w:t>vt 0.679878 0.305206</w:t>
        <w:br/>
        <w:t>vt 0.677855 0.317208</w:t>
        <w:br/>
        <w:t>vt 0.675470 0.316825</w:t>
        <w:br/>
        <w:t>vt 0.700710 0.301130</w:t>
        <w:br/>
        <w:t>vt 0.698883 0.302727</w:t>
        <w:br/>
        <w:t>vt 0.697712 0.305062</w:t>
        <w:br/>
        <w:t>vt 0.695884 0.306739</w:t>
        <w:br/>
        <w:t>vt 0.687564 0.297792</w:t>
        <w:br/>
        <w:t>vt 0.688948 0.295757</w:t>
        <w:br/>
        <w:t>vt 0.681825 0.292785</w:t>
        <w:br/>
        <w:t>vt 0.680248 0.288756</w:t>
        <w:br/>
        <w:t>vt 0.709000 0.311473</w:t>
        <w:br/>
        <w:t>vt 0.707068 0.312918</w:t>
        <w:br/>
        <w:t>vt 0.704681 0.315075</w:t>
        <w:br/>
        <w:t>vt 0.702734 0.316549</w:t>
        <w:br/>
        <w:t>vt 0.711157 0.326675</w:t>
        <w:br/>
        <w:t>vt 0.709220 0.328019</w:t>
        <w:br/>
        <w:t>vt 0.716592 0.323104</w:t>
        <w:br/>
        <w:t>vt 0.714526 0.324326</w:t>
        <w:br/>
        <w:t>vt 0.715987 0.335865</w:t>
        <w:br/>
        <w:t>vt 0.714038 0.336829</w:t>
        <w:br/>
        <w:t>vt 0.720773 0.332093</w:t>
        <w:br/>
        <w:t>vt 0.719252 0.333461</w:t>
        <w:br/>
        <w:t>vt 0.722698 0.334888</w:t>
        <w:br/>
        <w:t>vt 0.720944 0.336319</w:t>
        <w:br/>
        <w:t>vt 0.725178 0.338381</w:t>
        <w:br/>
        <w:t>vt 0.723575 0.339533</w:t>
        <w:br/>
        <w:t>vt 0.717777 0.338825</w:t>
        <w:br/>
        <w:t>vt 0.716166 0.340020</w:t>
        <w:br/>
        <w:t>vt 0.720136 0.341844</w:t>
        <w:br/>
        <w:t>vt 0.718536 0.343106</w:t>
        <w:br/>
        <w:t>vt 0.723460 0.345557</w:t>
        <w:br/>
        <w:t>vt 0.723340 0.348137</w:t>
        <w:br/>
        <w:t>vt 0.726434 0.343593</w:t>
        <w:br/>
        <w:t>vt 0.728792 0.343973</w:t>
        <w:br/>
        <w:t>vt 0.726434 0.343593</w:t>
        <w:br/>
        <w:t>vt 0.728792 0.343973</w:t>
        <w:br/>
        <w:t>vt 0.723340 0.348137</w:t>
        <w:br/>
        <w:t>vt 0.723460 0.345557</w:t>
        <w:br/>
        <w:t>vt 0.670104 0.353928</w:t>
        <w:br/>
        <w:t>vt 0.671196 0.356149</w:t>
        <w:br/>
        <w:t>vt 0.666303 0.354565</w:t>
        <w:br/>
        <w:t>vt 0.668043 0.353078</w:t>
        <w:br/>
        <w:t>vt 0.648214 0.351306</w:t>
        <w:br/>
        <w:t>vt 0.646516 0.353862</w:t>
        <w:br/>
        <w:t>vt 0.653368 0.168036</w:t>
        <w:br/>
        <w:t>vt 0.649434 0.175319</w:t>
        <w:br/>
        <w:t>vt 0.648693 0.163919</w:t>
        <w:br/>
        <w:t>vt 0.652129 0.162407</w:t>
        <w:br/>
        <w:t>vt 0.648796 0.150151</w:t>
        <w:br/>
        <w:t>vt 0.652793 0.150097</w:t>
        <w:br/>
        <w:t>vt 0.649063 0.139291</w:t>
        <w:br/>
        <w:t>vt 0.653265 0.139542</w:t>
        <w:br/>
        <w:t>vt 0.656238 0.178212</w:t>
        <w:br/>
        <w:t>vt 0.657121 0.167035</w:t>
        <w:br/>
        <w:t>vt 0.660223 0.171874</w:t>
        <w:br/>
        <w:t>vt 0.666397 0.164174</w:t>
        <w:br/>
        <w:t>vt 0.663895 0.160855</w:t>
        <w:br/>
        <w:t>vt 0.673936 0.146235</w:t>
        <w:br/>
        <w:t>vt 0.677247 0.148268</w:t>
        <w:br/>
        <w:t>vt 0.648389 0.188626</w:t>
        <w:br/>
        <w:t>vt 0.652339 0.188533</w:t>
        <w:br/>
        <w:t>vt 0.653377 0.204963</w:t>
        <w:br/>
        <w:t>vt 0.648747 0.205802</w:t>
        <w:br/>
        <w:t>vt 0.658355 0.187301</w:t>
        <w:br/>
        <w:t>vt 0.656946 0.193342</w:t>
        <w:br/>
        <w:t>vt 0.665067 0.202457</w:t>
        <w:br/>
        <w:t>vt 0.660905 0.204645</w:t>
        <w:br/>
        <w:t>vt 0.669974 0.216633</w:t>
        <w:br/>
        <w:t>vt 0.665689 0.217334</w:t>
        <w:br/>
        <w:t>vt 0.667219 0.227183</w:t>
        <w:br/>
        <w:t>vt 0.671139 0.227704</w:t>
        <w:br/>
        <w:t>vt 0.655044 0.222084</w:t>
        <w:br/>
        <w:t>vt 0.648907 0.223102</w:t>
        <w:br/>
        <w:t>vt 0.648785 0.239554</w:t>
        <w:br/>
        <w:t>vt 0.655832 0.241611</w:t>
        <w:br/>
        <w:t>vt 0.673161 0.241344</w:t>
        <w:br/>
        <w:t>vt 0.670097 0.244473</w:t>
        <w:br/>
        <w:t>vt 0.667989 0.237497</w:t>
        <w:br/>
        <w:t>vt 0.674097 0.236008</w:t>
        <w:br/>
        <w:t>vt 0.656033 0.285149</w:t>
        <w:br/>
        <w:t>vt 0.648893 0.285860</w:t>
        <w:br/>
        <w:t>vt 0.648894 0.271802</w:t>
        <w:br/>
        <w:t>vt 0.657185 0.272244</w:t>
        <w:br/>
        <w:t>vt 0.655636 0.300220</w:t>
        <w:br/>
        <w:t>vt 0.648948 0.300462</w:t>
        <w:br/>
        <w:t>vt 0.649039 0.314408</w:t>
        <w:br/>
        <w:t>vt 0.656028 0.314079</w:t>
        <w:br/>
        <w:t>vt 0.656458 0.326445</w:t>
        <w:br/>
        <w:t>vt 0.649013 0.327263</w:t>
        <w:br/>
        <w:t>vt 0.655959 0.335081</w:t>
        <w:br/>
        <w:t>vt 0.673368 0.331108</w:t>
        <w:br/>
        <w:t>vt 0.671548 0.341387</w:t>
        <w:br/>
        <w:t>vt 0.668954 0.340472</w:t>
        <w:br/>
        <w:t>vt 0.670648 0.330376</w:t>
        <w:br/>
        <w:t>vt 0.668341 0.345375</w:t>
        <w:br/>
        <w:t>vt 0.648543 0.336867</w:t>
        <w:br/>
        <w:t>vt 0.654927 0.342439</w:t>
        <w:br/>
        <w:t>vt 0.670831 0.351120</w:t>
        <w:br/>
        <w:t>vt 0.667982 0.350319</w:t>
        <w:br/>
        <w:t>vt 0.663385 0.231406</w:t>
        <w:br/>
        <w:t>vt 0.667630 0.231607</w:t>
        <w:br/>
        <w:t>vt 0.676934 0.283996</w:t>
        <w:br/>
        <w:t>vt 0.675150 0.273206</w:t>
        <w:br/>
        <w:t>vt 0.681110 0.272500</w:t>
        <w:br/>
        <w:t>vt 0.684631 0.284319</w:t>
        <w:br/>
        <w:t>vt 0.675470 0.316825</w:t>
        <w:br/>
        <w:t>vt 0.672781 0.316492</w:t>
        <w:br/>
        <w:t>vt 0.674479 0.304858</w:t>
        <w:br/>
        <w:t>vt 0.677426 0.304935</w:t>
        <w:br/>
        <w:t>vt 0.688948 0.295757</w:t>
        <w:br/>
        <w:t>vt 0.690266 0.292311</w:t>
        <w:br/>
        <w:t>vt 0.698883 0.302727</w:t>
        <w:br/>
        <w:t>vt 0.697712 0.305062</w:t>
        <w:br/>
        <w:t>vt 0.707068 0.312918</w:t>
        <w:br/>
        <w:t>vt 0.704681 0.315075</w:t>
        <w:br/>
        <w:t>vt 0.714526 0.324326</w:t>
        <w:br/>
        <w:t>vt 0.711157 0.326675</w:t>
        <w:br/>
        <w:t>vt 0.720944 0.336319</w:t>
        <w:br/>
        <w:t>vt 0.717777 0.338825</w:t>
        <w:br/>
        <w:t>vt 0.715987 0.335865</w:t>
        <w:br/>
        <w:t>vt 0.719252 0.333461</w:t>
        <w:br/>
        <w:t>vt 0.680248 0.288756</w:t>
        <w:br/>
        <w:t>vt 0.723575 0.339533</w:t>
        <w:br/>
        <w:t>vt 0.720136 0.341844</w:t>
        <w:br/>
        <w:t>vt 0.726434 0.343593</w:t>
        <w:br/>
        <w:t>vt 0.723460 0.345557</w:t>
        <w:br/>
        <w:t>vt 0.670104 0.353928</w:t>
        <w:br/>
        <w:t>vt 0.668043 0.353078</w:t>
        <w:br/>
        <w:t>vt 0.648901 0.256349</w:t>
        <w:br/>
        <w:t>vt 0.658770 0.258554</w:t>
        <w:br/>
        <w:t>vt 0.673062 0.259811</w:t>
        <w:br/>
        <w:t>vt 0.677658 0.258136</w:t>
        <w:br/>
        <w:t>vt 0.648467 0.345393</w:t>
        <w:br/>
        <w:t>vt 0.654857 0.348107</w:t>
        <w:br/>
        <w:t>vt 0.648214 0.351306</w:t>
        <w:br/>
        <w:t>vt 0.673632 0.231883</w:t>
        <w:br/>
        <w:t>vt 0.646516 0.139543</w:t>
        <w:br/>
        <w:t>vt 0.646516 0.150533</w:t>
        <w:br/>
        <w:t>vt 0.648796 0.150151</w:t>
        <w:br/>
        <w:t>vt 0.652793 0.150097</w:t>
        <w:br/>
        <w:t>vt 0.655100 0.150524</w:t>
        <w:br/>
        <w:t>vt 0.666397 0.164174</w:t>
        <w:br/>
        <w:t>vt 0.668194 0.165804</w:t>
        <w:br/>
        <w:t>vt 0.677247 0.148268</w:t>
        <w:br/>
        <w:t>vt 0.662238 0.159131</w:t>
        <w:br/>
        <w:t>vt 0.663895 0.160855</w:t>
        <w:br/>
        <w:t>vt 0.646516 0.164455</w:t>
        <w:br/>
        <w:t>vt 0.646516 0.175414</w:t>
        <w:br/>
        <w:t>vt 0.649434 0.175319</w:t>
        <w:br/>
        <w:t>vt 0.648693 0.163919</w:t>
        <w:br/>
        <w:t>vt 0.646516 0.188218</w:t>
        <w:br/>
        <w:t>vt 0.648389 0.188626</w:t>
        <w:br/>
        <w:t>vt 0.654702 0.165810</w:t>
        <w:br/>
        <w:t>vt 0.654498 0.162135</w:t>
        <w:br/>
        <w:t>vt 0.652129 0.162407</w:t>
        <w:br/>
        <w:t>vt 0.653368 0.168036</w:t>
        <w:br/>
        <w:t>vt 0.657121 0.167035</w:t>
        <w:br/>
        <w:t>vt 0.656751 0.164489</w:t>
        <w:br/>
        <w:t>vt 0.654702 0.165810</w:t>
        <w:br/>
        <w:t>vt 0.653368 0.168036</w:t>
        <w:br/>
        <w:t>vt 0.660514 0.186489</w:t>
        <w:br/>
        <w:t>vt 0.658618 0.178472</w:t>
        <w:br/>
        <w:t>vt 0.656238 0.178212</w:t>
        <w:br/>
        <w:t>vt 0.658355 0.187301</w:t>
        <w:br/>
        <w:t>vt 0.661885 0.173543</w:t>
        <w:br/>
        <w:t>vt 0.660223 0.171874</w:t>
        <w:br/>
        <w:t>vt 0.646516 0.205794</w:t>
        <w:br/>
        <w:t>vt 0.648747 0.205802</w:t>
        <w:br/>
        <w:t>vt 0.654361 0.193279</w:t>
        <w:br/>
        <w:t>vt 0.655526 0.194944</w:t>
        <w:br/>
        <w:t>vt 0.656946 0.193342</w:t>
        <w:br/>
        <w:t>vt 0.652339 0.188533</w:t>
        <w:br/>
        <w:t>vt 0.653377 0.204963</w:t>
        <w:br/>
        <w:t>vt 0.655743 0.204460</w:t>
        <w:br/>
        <w:t>vt 0.654361 0.193279</w:t>
        <w:br/>
        <w:t>vt 0.652339 0.188533</w:t>
        <w:br/>
        <w:t>vt 0.657568 0.221684</w:t>
        <w:br/>
        <w:t>vt 0.655044 0.222084</w:t>
        <w:br/>
        <w:t>vt 0.646516 0.223139</w:t>
        <w:br/>
        <w:t>vt 0.648907 0.223102</w:t>
        <w:br/>
        <w:t>vt 0.658553 0.205449</w:t>
        <w:br/>
        <w:t>vt 0.660905 0.204645</w:t>
        <w:br/>
        <w:t>vt 0.667214 0.201411</w:t>
        <w:br/>
        <w:t>vt 0.665067 0.202457</w:t>
        <w:br/>
        <w:t>vt 0.672297 0.216040</w:t>
        <w:br/>
        <w:t>vt 0.669974 0.216633</w:t>
        <w:br/>
        <w:t>vt 0.663382 0.217783</w:t>
        <w:br/>
        <w:t>vt 0.665689 0.217334</w:t>
        <w:br/>
        <w:t>vt 0.664480 0.226407</w:t>
        <w:br/>
        <w:t>vt 0.667219 0.227183</w:t>
        <w:br/>
        <w:t>vt 0.673345 0.226864</w:t>
        <w:br/>
        <w:t>vt 0.671139 0.227704</w:t>
        <w:br/>
        <w:t>vt 0.673632 0.231883</w:t>
        <w:br/>
        <w:t>vt 0.675909 0.230983</w:t>
        <w:br/>
        <w:t>vt 0.660981 0.229545</w:t>
        <w:br/>
        <w:t>vt 0.663385 0.231406</w:t>
        <w:br/>
        <w:t>vt 0.646516 0.239653</w:t>
        <w:br/>
        <w:t>vt 0.648785 0.239554</w:t>
        <w:br/>
        <w:t>vt 0.657329 0.236663</w:t>
        <w:br/>
        <w:t>vt 0.655832 0.241611</w:t>
        <w:br/>
        <w:t>vt 0.657329 0.236663</w:t>
        <w:br/>
        <w:t>vt 0.655832 0.241611</w:t>
        <w:br/>
        <w:t>vt 0.646516 0.256291</w:t>
        <w:br/>
        <w:t>vt 0.648901 0.256349</w:t>
        <w:br/>
        <w:t>vt 0.667331 0.243322</w:t>
        <w:br/>
        <w:t>vt 0.668067 0.246344</w:t>
        <w:br/>
        <w:t>vt 0.670097 0.244473</w:t>
        <w:br/>
        <w:t>vt 0.667989 0.237497</w:t>
        <w:br/>
        <w:t>vt 0.663261 0.244822</w:t>
        <w:br/>
        <w:t>vt 0.665410 0.245790</w:t>
        <w:br/>
        <w:t>vt 0.667331 0.243322</w:t>
        <w:br/>
        <w:t>vt 0.667989 0.237497</w:t>
        <w:br/>
        <w:t>vt 0.672738 0.273461</w:t>
        <w:br/>
        <w:t>vt 0.675150 0.273206</w:t>
        <w:br/>
        <w:t>vt 0.673062 0.259811</w:t>
        <w:br/>
        <w:t>vt 0.670728 0.260474</w:t>
        <w:br/>
        <w:t>vt 0.675715 0.241245</w:t>
        <w:br/>
        <w:t>vt 0.676630 0.235880</w:t>
        <w:br/>
        <w:t>vt 0.674097 0.236008</w:t>
        <w:br/>
        <w:t>vt 0.673162 0.241344</w:t>
        <w:br/>
        <w:t>vt 0.677658 0.258136</w:t>
        <w:br/>
        <w:t>vt 0.680017 0.257521</w:t>
        <w:br/>
        <w:t>vt 0.683418 0.271914</w:t>
        <w:br/>
        <w:t>vt 0.681110 0.272500</w:t>
        <w:br/>
        <w:t>vt 0.659574 0.272346</w:t>
        <w:br/>
        <w:t>vt 0.661228 0.259240</w:t>
        <w:br/>
        <w:t>vt 0.658770 0.258554</w:t>
        <w:br/>
        <w:t>vt 0.657185 0.272244</w:t>
        <w:br/>
        <w:t>vt 0.658469 0.285004</w:t>
        <w:br/>
        <w:t>vt 0.656033 0.285149</w:t>
        <w:br/>
        <w:t>vt 0.658096 0.300097</w:t>
        <w:br/>
        <w:t>vt 0.655636 0.300220</w:t>
        <w:br/>
        <w:t>vt 0.646516 0.271809</w:t>
        <w:br/>
        <w:t>vt 0.648895 0.271802</w:t>
        <w:br/>
        <w:t>vt 0.646516 0.285907</w:t>
        <w:br/>
        <w:t>vt 0.648893 0.285860</w:t>
        <w:br/>
        <w:t>vt 0.646516 0.300443</w:t>
        <w:br/>
        <w:t>vt 0.648948 0.300462</w:t>
        <w:br/>
        <w:t>vt 0.656028 0.314079</w:t>
        <w:br/>
        <w:t>vt 0.658487 0.313935</w:t>
        <w:br/>
        <w:t>vt 0.646516 0.314468</w:t>
        <w:br/>
        <w:t>vt 0.649040 0.314408</w:t>
        <w:br/>
        <w:t>vt 0.656458 0.326445</w:t>
        <w:br/>
        <w:t>vt 0.658907 0.326540</w:t>
        <w:br/>
        <w:t>vt 0.646516 0.327716</w:t>
        <w:br/>
        <w:t>vt 0.649013 0.327263</w:t>
        <w:br/>
        <w:t>vt 0.646516 0.337539</w:t>
        <w:br/>
        <w:t>vt 0.648543 0.336867</w:t>
        <w:br/>
        <w:t>vt 0.657953 0.335179</w:t>
        <w:br/>
        <w:t>vt 0.655959 0.335081</w:t>
        <w:br/>
        <w:t>vt 0.666775 0.340068</w:t>
        <w:br/>
        <w:t>vt 0.668954 0.340472</w:t>
        <w:br/>
        <w:t>vt 0.670648 0.330376</w:t>
        <w:br/>
        <w:t>vt 0.668284 0.329945</w:t>
        <w:br/>
        <w:t>vt 0.675741 0.331712</w:t>
        <w:br/>
        <w:t>vt 0.673368 0.331108</w:t>
        <w:br/>
        <w:t>vt 0.671548 0.341387</w:t>
        <w:br/>
        <w:t>vt 0.673743 0.342100</w:t>
        <w:br/>
        <w:t>vt 0.666359 0.344847</w:t>
        <w:br/>
        <w:t>vt 0.668341 0.345375</w:t>
        <w:br/>
        <w:t>vt 0.671049 0.346311</w:t>
        <w:br/>
        <w:t>vt 0.673066 0.346796</w:t>
        <w:br/>
        <w:t>vt 0.646516 0.345621</w:t>
        <w:br/>
        <w:t>vt 0.648467 0.345393</w:t>
        <w:br/>
        <w:t>vt 0.646516 0.353862</w:t>
        <w:br/>
        <w:t>vt 0.648214 0.351306</w:t>
        <w:br/>
        <w:t>vt 0.657008 0.349512</w:t>
        <w:br/>
        <w:t>vt 0.657005 0.341728</w:t>
        <w:br/>
        <w:t>vt 0.654927 0.342439</w:t>
        <w:br/>
        <w:t>vt 0.654857 0.348107</w:t>
        <w:br/>
        <w:t>vt 0.665699 0.349819</w:t>
        <w:br/>
        <w:t>vt 0.667982 0.350319</w:t>
        <w:br/>
        <w:t>vt 0.666303 0.354565</w:t>
        <w:br/>
        <w:t>vt 0.668043 0.353078</w:t>
        <w:br/>
        <w:t>vt 0.670104 0.353928</w:t>
        <w:br/>
        <w:t>vt 0.671196 0.356149</w:t>
        <w:br/>
        <w:t>vt 0.672982 0.351474</w:t>
        <w:br/>
        <w:t>vt 0.670831 0.351120</w:t>
        <w:br/>
        <w:t>vt 0.691914 0.290473</w:t>
        <w:br/>
        <w:t>vt 0.686797 0.283126</w:t>
        <w:br/>
        <w:t>vt 0.684631 0.284319</w:t>
        <w:br/>
        <w:t>vt 0.690266 0.292311</w:t>
        <w:br/>
        <w:t>vt 0.672052 0.304661</w:t>
        <w:br/>
        <w:t>vt 0.674479 0.304858</w:t>
        <w:br/>
        <w:t>vt 0.676934 0.283996</w:t>
        <w:br/>
        <w:t>vt 0.674487 0.283806</w:t>
        <w:br/>
        <w:t>vt 0.670331 0.316212</w:t>
        <w:br/>
        <w:t>vt 0.672781 0.316492</w:t>
        <w:br/>
        <w:t>vt 0.677426 0.304935</w:t>
        <w:br/>
        <w:t>vt 0.679878 0.305206</w:t>
        <w:br/>
        <w:t>vt 0.681825 0.292785</w:t>
        <w:br/>
        <w:t>vt 0.680248 0.288756</w:t>
        <w:br/>
        <w:t>vt 0.677855 0.317208</w:t>
        <w:br/>
        <w:t>vt 0.675470 0.316825</w:t>
        <w:br/>
        <w:t>vt 0.700710 0.301130</w:t>
        <w:br/>
        <w:t>vt 0.698883 0.302727</w:t>
        <w:br/>
        <w:t>vt 0.687564 0.297792</w:t>
        <w:br/>
        <w:t>vt 0.695884 0.306739</w:t>
        <w:br/>
        <w:t>vt 0.697712 0.305062</w:t>
        <w:br/>
        <w:t>vt 0.688948 0.295757</w:t>
        <w:br/>
        <w:t>vt 0.681825 0.292785</w:t>
        <w:br/>
        <w:t>vt 0.680248 0.288756</w:t>
        <w:br/>
        <w:t>vt 0.709000 0.311473</w:t>
        <w:br/>
        <w:t>vt 0.707068 0.312918</w:t>
        <w:br/>
        <w:t>vt 0.702734 0.316549</w:t>
        <w:br/>
        <w:t>vt 0.704681 0.315075</w:t>
        <w:br/>
        <w:t>vt 0.709220 0.328019</w:t>
        <w:br/>
        <w:t>vt 0.711157 0.326675</w:t>
        <w:br/>
        <w:t>vt 0.716592 0.323104</w:t>
        <w:br/>
        <w:t>vt 0.714526 0.324326</w:t>
        <w:br/>
        <w:t>vt 0.714038 0.336829</w:t>
        <w:br/>
        <w:t>vt 0.715987 0.335865</w:t>
        <w:br/>
        <w:t>vt 0.720773 0.332093</w:t>
        <w:br/>
        <w:t>vt 0.719252 0.333461</w:t>
        <w:br/>
        <w:t>vt 0.722698 0.334888</w:t>
        <w:br/>
        <w:t>vt 0.720944 0.336319</w:t>
        <w:br/>
        <w:t>vt 0.725178 0.338381</w:t>
        <w:br/>
        <w:t>vt 0.723575 0.339533</w:t>
        <w:br/>
        <w:t>vt 0.716166 0.340020</w:t>
        <w:br/>
        <w:t>vt 0.717777 0.338825</w:t>
        <w:br/>
        <w:t>vt 0.718536 0.343106</w:t>
        <w:br/>
        <w:t>vt 0.720136 0.341844</w:t>
        <w:br/>
        <w:t>vt 0.723340 0.348137</w:t>
        <w:br/>
        <w:t>vt 0.723460 0.345557</w:t>
        <w:br/>
        <w:t>vt 0.726434 0.343593</w:t>
        <w:br/>
        <w:t>vt 0.728792 0.343973</w:t>
        <w:br/>
        <w:t>vt 0.723340 0.348137</w:t>
        <w:br/>
        <w:t>vt 0.728792 0.343973</w:t>
        <w:br/>
        <w:t>vt 0.726434 0.343593</w:t>
        <w:br/>
        <w:t>vt 0.723460 0.345557</w:t>
        <w:br/>
        <w:t>vt 0.666303 0.354565</w:t>
        <w:br/>
        <w:t>vt 0.671196 0.356149</w:t>
        <w:br/>
        <w:t>vt 0.670104 0.353928</w:t>
        <w:br/>
        <w:t>vt 0.668043 0.353078</w:t>
        <w:br/>
        <w:t>vt 0.648214 0.351306</w:t>
        <w:br/>
        <w:t>vt 0.646516 0.353862</w:t>
        <w:br/>
        <w:t>vt 0.648693 0.163919</w:t>
        <w:br/>
        <w:t>vt 0.649434 0.175319</w:t>
        <w:br/>
        <w:t>vt 0.653368 0.168036</w:t>
        <w:br/>
        <w:t>vt 0.652129 0.162407</w:t>
        <w:br/>
        <w:t>vt 0.652793 0.150097</w:t>
        <w:br/>
        <w:t>vt 0.648796 0.150151</w:t>
        <w:br/>
        <w:t>vt 0.656238 0.178212</w:t>
        <w:br/>
        <w:t>vt 0.657121 0.167035</w:t>
        <w:br/>
        <w:t>vt 0.660223 0.171874</w:t>
        <w:br/>
        <w:t>vt 0.666397 0.164174</w:t>
        <w:br/>
        <w:t>vt 0.663895 0.160855</w:t>
        <w:br/>
        <w:t>vt 0.677247 0.148268</w:t>
        <w:br/>
        <w:t>vt 0.653377 0.204963</w:t>
        <w:br/>
        <w:t>vt 0.652339 0.188533</w:t>
        <w:br/>
        <w:t>vt 0.648389 0.188626</w:t>
        <w:br/>
        <w:t>vt 0.648747 0.205802</w:t>
        <w:br/>
        <w:t>vt 0.658355 0.187301</w:t>
        <w:br/>
        <w:t>vt 0.656946 0.193342</w:t>
        <w:br/>
        <w:t>vt 0.665067 0.202457</w:t>
        <w:br/>
        <w:t>vt 0.660905 0.204645</w:t>
        <w:br/>
        <w:t>vt 0.665689 0.217334</w:t>
        <w:br/>
        <w:t>vt 0.669974 0.216633</w:t>
        <w:br/>
        <w:t>vt 0.667219 0.227183</w:t>
        <w:br/>
        <w:t>vt 0.671139 0.227704</w:t>
        <w:br/>
        <w:t>vt 0.648907 0.223102</w:t>
        <w:br/>
        <w:t>vt 0.655044 0.222084</w:t>
        <w:br/>
        <w:t>vt 0.648785 0.239554</w:t>
        <w:br/>
        <w:t>vt 0.655832 0.241611</w:t>
        <w:br/>
        <w:t>vt 0.673162 0.241344</w:t>
        <w:br/>
        <w:t>vt 0.674097 0.236008</w:t>
        <w:br/>
        <w:t>vt 0.667989 0.237497</w:t>
        <w:br/>
        <w:t>vt 0.670097 0.244473</w:t>
        <w:br/>
        <w:t>vt 0.656033 0.285149</w:t>
        <w:br/>
        <w:t>vt 0.657185 0.272244</w:t>
        <w:br/>
        <w:t>vt 0.648895 0.271802</w:t>
        <w:br/>
        <w:t>vt 0.648893 0.285860</w:t>
        <w:br/>
        <w:t>vt 0.648948 0.300462</w:t>
        <w:br/>
        <w:t>vt 0.655636 0.300220</w:t>
        <w:br/>
        <w:t>vt 0.649040 0.314408</w:t>
        <w:br/>
        <w:t>vt 0.656028 0.314079</w:t>
        <w:br/>
        <w:t>vt 0.649013 0.327263</w:t>
        <w:br/>
        <w:t>vt 0.656458 0.326445</w:t>
        <w:br/>
        <w:t>vt 0.655959 0.335081</w:t>
        <w:br/>
        <w:t>vt 0.668954 0.340472</w:t>
        <w:br/>
        <w:t>vt 0.671548 0.341387</w:t>
        <w:br/>
        <w:t>vt 0.673368 0.331108</w:t>
        <w:br/>
        <w:t>vt 0.670648 0.330376</w:t>
        <w:br/>
        <w:t>vt 0.668341 0.345375</w:t>
        <w:br/>
        <w:t>vt 0.648543 0.336867</w:t>
        <w:br/>
        <w:t>vt 0.654927 0.342439</w:t>
        <w:br/>
        <w:t>vt 0.667982 0.350319</w:t>
        <w:br/>
        <w:t>vt 0.670831 0.351120</w:t>
        <w:br/>
        <w:t>vt 0.663385 0.231406</w:t>
        <w:br/>
        <w:t>vt 0.667630 0.231607</w:t>
        <w:br/>
        <w:t>vt 0.676934 0.283996</w:t>
        <w:br/>
        <w:t>vt 0.684631 0.284319</w:t>
        <w:br/>
        <w:t>vt 0.681110 0.272500</w:t>
        <w:br/>
        <w:t>vt 0.675150 0.273206</w:t>
        <w:br/>
        <w:t>vt 0.674479 0.304858</w:t>
        <w:br/>
        <w:t>vt 0.672781 0.316492</w:t>
        <w:br/>
        <w:t>vt 0.675470 0.316825</w:t>
        <w:br/>
        <w:t>vt 0.677426 0.304935</w:t>
        <w:br/>
        <w:t>vt 0.698883 0.302727</w:t>
        <w:br/>
        <w:t>vt 0.690266 0.292311</w:t>
        <w:br/>
        <w:t>vt 0.688948 0.295757</w:t>
        <w:br/>
        <w:t>vt 0.697712 0.305062</w:t>
        <w:br/>
        <w:t>vt 0.704681 0.315075</w:t>
        <w:br/>
        <w:t>vt 0.707068 0.312918</w:t>
        <w:br/>
        <w:t>vt 0.711157 0.326675</w:t>
        <w:br/>
        <w:t>vt 0.714526 0.324326</w:t>
        <w:br/>
        <w:t>vt 0.720944 0.336319</w:t>
        <w:br/>
        <w:t>vt 0.719252 0.333461</w:t>
        <w:br/>
        <w:t>vt 0.715987 0.335865</w:t>
        <w:br/>
        <w:t>vt 0.717777 0.338825</w:t>
        <w:br/>
        <w:t>vt 0.680248 0.288756</w:t>
        <w:br/>
        <w:t>vt 0.720136 0.341844</w:t>
        <w:br/>
        <w:t>vt 0.723575 0.339533</w:t>
        <w:br/>
        <w:t>vt 0.723460 0.345557</w:t>
        <w:br/>
        <w:t>vt 0.726434 0.343593</w:t>
        <w:br/>
        <w:t>vt 0.668043 0.353078</w:t>
        <w:br/>
        <w:t>vt 0.670104 0.353928</w:t>
        <w:br/>
        <w:t>vt 0.658770 0.258554</w:t>
        <w:br/>
        <w:t>vt 0.648901 0.256349</w:t>
        <w:br/>
        <w:t>vt 0.677658 0.258136</w:t>
        <w:br/>
        <w:t>vt 0.673062 0.259811</w:t>
        <w:br/>
        <w:t>vt 0.648467 0.345393</w:t>
        <w:br/>
        <w:t>vt 0.648214 0.351306</w:t>
        <w:br/>
        <w:t>vt 0.654857 0.348107</w:t>
        <w:br/>
        <w:t>vt 0.673632 0.231883</w:t>
        <w:br/>
        <w:t>vt 0.497643 0.392023</w:t>
        <w:br/>
        <w:t>vt 0.497674 0.394804</w:t>
        <w:br/>
        <w:t>vt 0.478253 0.422558</w:t>
        <w:br/>
        <w:t>vt 0.475173 0.422926</w:t>
        <w:br/>
        <w:t>vt 0.475173 0.422926</w:t>
        <w:br/>
        <w:t>vt 0.478253 0.422558</w:t>
        <w:br/>
        <w:t>vt 0.498020 0.449050</w:t>
        <w:br/>
        <w:t>vt 0.498069 0.451691</w:t>
        <w:br/>
        <w:t>vt 0.520799 0.421778</w:t>
        <w:br/>
        <w:t>vt 0.498069 0.451691</w:t>
        <w:br/>
        <w:t>vt 0.498020 0.449050</w:t>
        <w:br/>
        <w:t>vt 0.517669 0.421444</w:t>
        <w:br/>
        <w:t>vt 0.478253 0.422558</w:t>
        <w:br/>
        <w:t>vt 0.497674 0.394804</w:t>
        <w:br/>
        <w:t>vt 0.497725 0.421380</w:t>
        <w:br/>
        <w:t>vt 0.497725 0.421380</w:t>
        <w:br/>
        <w:t>vt 0.497674 0.394804</w:t>
        <w:br/>
        <w:t>vt 0.517669 0.421444</w:t>
        <w:br/>
        <w:t>vt 0.497643 0.392023</w:t>
        <w:br/>
        <w:t>vt 0.520799 0.421778</w:t>
        <w:br/>
        <w:t>vt 0.718694 0.725503</w:t>
        <w:br/>
        <w:t>vt 0.717973 0.719735</w:t>
        <w:br/>
        <w:t>vt 0.707609 0.723937</w:t>
        <w:br/>
        <w:t>vt 0.722335 0.718327</w:t>
        <w:br/>
        <w:t>vt 0.717973 0.719735</w:t>
        <w:br/>
        <w:t>vt 0.718694 0.725503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0.697304 0.728331</w:t>
        <w:br/>
        <w:t>vt 0.693064 0.730557</w:t>
        <w:br/>
        <w:t>vt 0.698139 0.736861</w:t>
        <w:br/>
        <w:t>vt 0.696495 0.722615</w:t>
        <w:br/>
        <w:t>vt 0.691794 0.722472</w:t>
        <w:br/>
        <w:t>vt 0.706149 0.735115</w:t>
        <w:br/>
        <w:t>vt 0.705586 0.739729</w:t>
        <w:br/>
        <w:t>vt 0.713503 0.738823</w:t>
        <w:br/>
        <w:t>vt 0.711860 0.734306</w:t>
        <w:br/>
        <w:t>vt 0.717373 0.711641</w:t>
        <w:br/>
        <w:t>vt 0.714438 0.715091</w:t>
        <w:br/>
        <w:t>vt 0.714438 0.715091</w:t>
        <w:br/>
        <w:t>vt 0.709632 0.708239</w:t>
        <w:br/>
        <w:t>vt 0.709033 0.712951</w:t>
        <w:br/>
        <w:t>vt 0.701274 0.709558</w:t>
        <w:br/>
        <w:t>vt 0.703263 0.713642</w:t>
        <w:br/>
        <w:t>vt 0.694769 0.714771</w:t>
        <w:br/>
        <w:t>vt 0.698665 0.717229</w:t>
        <w:br/>
        <w:t>vt 0.703263 0.713642</w:t>
        <w:br/>
        <w:t>vt 0.698665 0.717229</w:t>
        <w:br/>
        <w:t>vt 0.709033 0.712951</w:t>
        <w:br/>
        <w:t>vt 0.696495 0.722615</w:t>
        <w:br/>
        <w:t>vt 0.479154 0.494283</w:t>
        <w:br/>
        <w:t>vt 0.484447 0.493489</w:t>
        <w:br/>
        <w:t>vt 0.478554 0.486139</w:t>
        <w:br/>
        <w:t>vt 0.475938 0.488722</w:t>
        <w:br/>
        <w:t>vt 0.455125 0.493773</w:t>
        <w:br/>
        <w:t>vt 0.458901 0.488529</w:t>
        <w:br/>
        <w:t>vt 0.456831 0.486124</w:t>
        <w:br/>
        <w:t>vt 0.450423 0.491937</w:t>
        <w:br/>
        <w:t>vt 0.459338 0.494434</w:t>
        <w:br/>
        <w:t>vt 0.461661 0.489652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0.483574 0.502284</w:t>
        <w:br/>
        <w:t>vt 0.478878 0.500438</w:t>
        <w:br/>
        <w:t>vt 0.449559 0.500727</w:t>
        <w:br/>
        <w:t>vt 0.454852 0.499925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0.484447 0.493489</w:t>
        <w:br/>
        <w:t>vt 0.479154 0.494283</w:t>
        <w:br/>
        <w:t>vt 0.475938 0.488722</w:t>
        <w:br/>
        <w:t>vt 0.478554 0.486139</w:t>
        <w:br/>
        <w:t>vt 0.458901 0.488529</w:t>
        <w:br/>
        <w:t>vt 0.455125 0.493773</w:t>
        <w:br/>
        <w:t>vt 0.450423 0.491937</w:t>
        <w:br/>
        <w:t>vt 0.456831 0.486124</w:t>
        <w:br/>
        <w:t>vt 0.459338 0.494434</w:t>
        <w:br/>
        <w:t>vt 0.461661 0.489652</w:t>
        <w:br/>
        <w:t>vt 0.464498 0.490137</w:t>
        <w:br/>
        <w:t>vt 0.463253 0.494697</w:t>
        <w:br/>
        <w:t>vt 0.467039 0.494805</w:t>
        <w:br/>
        <w:t>vt 0.467296 0.490299</w:t>
        <w:br/>
        <w:t>vt 0.470835 0.494801</w:t>
        <w:br/>
        <w:t>vt 0.470104 0.490221</w:t>
        <w:br/>
        <w:t>vt 0.472992 0.489804</w:t>
        <w:br/>
        <w:t>vt 0.474800 0.494643</w:t>
        <w:br/>
        <w:t>vt 0.483574 0.502284</w:t>
        <w:br/>
        <w:t>vt 0.478878 0.500438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0.871024 0.114628</w:t>
        <w:br/>
        <w:t>vt 0.856143 0.113491</w:t>
        <w:br/>
        <w:t>vt 0.856143 0.119086</w:t>
        <w:br/>
        <w:t>vt 0.871024 0.119242</w:t>
        <w:br/>
        <w:t>vt 0.856143 0.124299</w:t>
        <w:br/>
        <w:t>vt 0.871024 0.123579</w:t>
        <w:br/>
        <w:t>vt 0.856143 0.017076</w:t>
        <w:br/>
        <w:t>vt 0.871024 0.016877</w:t>
        <w:br/>
        <w:t>vt 0.871024 0.012459</w:t>
        <w:br/>
        <w:t>vt 0.856143 0.013141</w:t>
        <w:br/>
        <w:t>vt 0.856143 0.021223</w:t>
        <w:br/>
        <w:t>vt 0.871024 0.021283</w:t>
        <w:br/>
        <w:t>vt 0.856143 0.133714</w:t>
        <w:br/>
        <w:t>vt 0.856143 0.137912</w:t>
        <w:br/>
        <w:t>vt 0.871024 0.136529</w:t>
        <w:br/>
        <w:t>vt 0.871024 0.132119</w:t>
        <w:br/>
        <w:t>vt 0.856143 0.141855</w:t>
        <w:br/>
        <w:t>vt 0.871024 0.140944</w:t>
        <w:br/>
        <w:t>vt 0.856143 0.129165</w:t>
        <w:br/>
        <w:t>vt 0.871024 0.127792</w:t>
        <w:br/>
        <w:t>vt 0.856143 0.035598</w:t>
        <w:br/>
        <w:t>vt 0.871024 0.034947</w:t>
        <w:br/>
        <w:t>vt 0.871024 0.030265</w:t>
        <w:br/>
        <w:t>vt 0.856143 0.030469</w:t>
        <w:br/>
        <w:t>vt 0.856143 0.041036</w:t>
        <w:br/>
        <w:t>vt 0.871024 0.039754</w:t>
        <w:br/>
        <w:t>vt 0.856143 0.025670</w:t>
        <w:br/>
        <w:t>vt 0.871024 0.025716</w:t>
        <w:br/>
        <w:t>vt 0.856143 0.046765</w:t>
        <w:br/>
        <w:t>vt 0.871024 0.044852</w:t>
        <w:br/>
        <w:t>vt 0.856143 0.052675</w:t>
        <w:br/>
        <w:t>vt 0.871024 0.050383</w:t>
        <w:br/>
        <w:t>vt 0.871024 0.104159</w:t>
        <w:br/>
        <w:t>vt 0.856143 0.101083</w:t>
        <w:br/>
        <w:t>vt 0.856143 0.107489</w:t>
        <w:br/>
        <w:t>vt 0.871024 0.109645</w:t>
        <w:br/>
        <w:t>vt 0.871024 0.091108</w:t>
        <w:br/>
        <w:t>vt 0.856143 0.087692</w:t>
        <w:br/>
        <w:t>vt 0.856143 0.094343</w:t>
        <w:br/>
        <w:t>vt 0.871024 0.097968</w:t>
        <w:br/>
        <w:t>vt 0.871024 0.076780</w:t>
        <w:br/>
        <w:t>vt 0.856143 0.076017</w:t>
        <w:br/>
        <w:t>vt 0.856143 0.081597</w:t>
        <w:br/>
        <w:t>vt 0.871024 0.084123</w:t>
        <w:br/>
        <w:t>vt 0.856143 0.064750</w:t>
        <w:br/>
        <w:t>vt 0.856143 0.070549</w:t>
        <w:br/>
        <w:t>vt 0.871024 0.069593</w:t>
        <w:br/>
        <w:t>vt 0.871024 0.062905</w:t>
        <w:br/>
        <w:t>vt 0.856143 0.058693</w:t>
        <w:br/>
        <w:t>vt 0.871024 0.056410</w:t>
        <w:br/>
        <w:t>vt 0.847857 0.063667</w:t>
        <w:br/>
        <w:t>vt 0.847857 0.055200</w:t>
        <w:br/>
        <w:t>vt 0.843950 0.055500</w:t>
        <w:br/>
        <w:t>vt 0.843950 0.064129</w:t>
        <w:br/>
        <w:t>vt 0.847857 0.047414</w:t>
        <w:br/>
        <w:t>vt 0.843950 0.047566</w:t>
        <w:br/>
        <w:t>vt 0.847857 0.040123</w:t>
        <w:br/>
        <w:t>vt 0.843950 0.040136</w:t>
        <w:br/>
        <w:t>vt 0.847857 0.033174</w:t>
        <w:br/>
        <w:t>vt 0.843950 0.033077</w:t>
        <w:br/>
        <w:t>vt 0.847857 0.026335</w:t>
        <w:br/>
        <w:t>vt 0.843950 0.026165</w:t>
        <w:br/>
        <w:t>vt 0.847857 0.019279</w:t>
        <w:br/>
        <w:t>vt 0.843950 0.019059</w:t>
        <w:br/>
        <w:t>vt 0.825516 0.017627</w:t>
        <w:br/>
        <w:t>vt 0.822331 0.017499</w:t>
        <w:br/>
        <w:t>vt 0.822331 0.024642</w:t>
        <w:br/>
        <w:t>vt 0.825516 0.024781</w:t>
        <w:br/>
        <w:t>vt 0.822331 0.032339</w:t>
        <w:br/>
        <w:t>vt 0.825516 0.032375</w:t>
        <w:br/>
        <w:t>vt 0.825516 0.040430</w:t>
        <w:br/>
        <w:t>vt 0.822331 0.040514</w:t>
        <w:br/>
        <w:t>vt 0.822331 0.049148</w:t>
        <w:br/>
        <w:t>vt 0.825516 0.048991</w:t>
        <w:br/>
        <w:t>vt 0.822332 0.058266</w:t>
        <w:br/>
        <w:t>vt 0.825516 0.058032</w:t>
        <w:br/>
        <w:t>vt 0.822332 0.067908</w:t>
        <w:br/>
        <w:t>vt 0.825516 0.067564</w:t>
        <w:br/>
        <w:t>vt 0.847857 0.011980</w:t>
        <w:br/>
        <w:t>vt 0.843950 0.011751</w:t>
        <w:br/>
        <w:t>vt 0.847857 0.004701</w:t>
        <w:br/>
        <w:t>vt 0.843950 0.004200</w:t>
        <w:br/>
        <w:t>vt 0.847857 0.205266</w:t>
        <w:br/>
        <w:t>vt 0.847857 0.198282</w:t>
        <w:br/>
        <w:t>vt 0.843950 0.198375</w:t>
        <w:br/>
        <w:t>vt 0.843950 0.205775</w:t>
        <w:br/>
        <w:t>vt 0.847857 0.191060</w:t>
        <w:br/>
        <w:t>vt 0.843950 0.191148</w:t>
        <w:br/>
        <w:t>vt 0.847857 0.183893</w:t>
        <w:br/>
        <w:t>vt 0.843950 0.183971</w:t>
        <w:br/>
        <w:t>vt 0.847857 0.176661</w:t>
        <w:br/>
        <w:t>vt 0.843950 0.176671</w:t>
        <w:br/>
        <w:t>vt 0.822331 0.183920</w:t>
        <w:br/>
        <w:t>vt 0.825516 0.183957</w:t>
        <w:br/>
        <w:t>vt 0.825516 0.176396</w:t>
        <w:br/>
        <w:t>vt 0.822331 0.176366</w:t>
        <w:br/>
        <w:t>vt 0.822331 0.191042</w:t>
        <w:br/>
        <w:t>vt 0.825516 0.191071</w:t>
        <w:br/>
        <w:t>vt 0.822331 0.197704</w:t>
        <w:br/>
        <w:t>vt 0.825516 0.197826</w:t>
        <w:br/>
        <w:t>vt 0.822331 0.203542</w:t>
        <w:br/>
        <w:t>vt 0.825516 0.204363</w:t>
        <w:br/>
        <w:t>vt 0.822331 0.010998</w:t>
        <w:br/>
        <w:t>vt 0.825516 0.010976</w:t>
        <w:br/>
        <w:t>vt 0.825516 0.004685</w:t>
        <w:br/>
        <w:t>vt 0.822331 0.005564</w:t>
        <w:br/>
        <w:t>vt 0.847857 0.169300</w:t>
        <w:br/>
        <w:t>vt 0.843950 0.169218</w:t>
        <w:br/>
        <w:t>vt 0.847857 0.161762</w:t>
        <w:br/>
        <w:t>vt 0.843950 0.161587</w:t>
        <w:br/>
        <w:t>vt 0.847857 0.153801</w:t>
        <w:br/>
        <w:t>vt 0.843950 0.153521</w:t>
        <w:br/>
        <w:t>vt 0.847857 0.145242</w:t>
        <w:br/>
        <w:t>vt 0.843950 0.144874</w:t>
        <w:br/>
        <w:t>vt 0.825516 0.142300</w:t>
        <w:br/>
        <w:t>vt 0.822332 0.142070</w:t>
        <w:br/>
        <w:t>vt 0.822332 0.151125</w:t>
        <w:br/>
        <w:t>vt 0.825516 0.151310</w:t>
        <w:br/>
        <w:t>vt 0.822331 0.159945</w:t>
        <w:br/>
        <w:t>vt 0.825516 0.160067</w:t>
        <w:br/>
        <w:t>vt 0.822331 0.168372</w:t>
        <w:br/>
        <w:t>vt 0.825516 0.168426</w:t>
        <w:br/>
        <w:t>vt 0.847857 0.136050</w:t>
        <w:br/>
        <w:t>vt 0.843950 0.135602</w:t>
        <w:br/>
        <w:t>vt 0.847857 0.126311</w:t>
        <w:br/>
        <w:t>vt 0.843950 0.125762</w:t>
        <w:br/>
        <w:t>vt 0.825516 0.123793</w:t>
        <w:br/>
        <w:t>vt 0.822332 0.123686</w:t>
        <w:br/>
        <w:t>vt 0.822331 0.132888</w:t>
        <w:br/>
        <w:t>vt 0.825516 0.133108</w:t>
        <w:br/>
        <w:t>vt 0.847857 0.083368</w:t>
        <w:br/>
        <w:t>vt 0.847857 0.073087</w:t>
        <w:br/>
        <w:t>vt 0.843950 0.073722</w:t>
        <w:br/>
        <w:t>vt 0.843950 0.084119</w:t>
        <w:br/>
        <w:t>vt 0.822332 0.077948</w:t>
        <w:br/>
        <w:t>vt 0.825516 0.077565</w:t>
        <w:br/>
        <w:t>vt 0.822331 0.087890</w:t>
        <w:br/>
        <w:t>vt 0.825516 0.087556</w:t>
        <w:br/>
        <w:t>vt 0.847857 0.105177</w:t>
        <w:br/>
        <w:t>vt 0.847857 0.093662</w:t>
        <w:br/>
        <w:t>vt 0.843950 0.094686</w:t>
        <w:br/>
        <w:t>vt 0.843950 0.105276</w:t>
        <w:br/>
        <w:t>vt 0.822331 0.097071</w:t>
        <w:br/>
        <w:t>vt 0.825516 0.097053</w:t>
        <w:br/>
        <w:t>vt 0.822331 0.106062</w:t>
        <w:br/>
        <w:t>vt 0.825516 0.105938</w:t>
        <w:br/>
        <w:t>vt 0.847857 0.116478</w:t>
        <w:br/>
        <w:t>vt 0.843950 0.115631</w:t>
        <w:br/>
        <w:t>vt 0.822331 0.114920</w:t>
        <w:br/>
        <w:t>vt 0.825516 0.114640</w:t>
        <w:br/>
        <w:t>vt 0.825516 0.040430</w:t>
        <w:br/>
        <w:t>vt 0.825516 0.048991</w:t>
        <w:br/>
        <w:t>vt 0.843950 0.047566</w:t>
        <w:br/>
        <w:t>vt 0.843950 0.040136</w:t>
        <w:br/>
        <w:t>vt 0.843950 0.033077</w:t>
        <w:br/>
        <w:t>vt 0.825516 0.032375</w:t>
        <w:br/>
        <w:t>vt 0.825516 0.197826</w:t>
        <w:br/>
        <w:t>vt 0.825516 0.204363</w:t>
        <w:br/>
        <w:t>vt 0.843950 0.205775</w:t>
        <w:br/>
        <w:t>vt 0.843950 0.198375</w:t>
        <w:br/>
        <w:t>vt 0.843950 0.191148</w:t>
        <w:br/>
        <w:t>vt 0.825516 0.191071</w:t>
        <w:br/>
        <w:t>vt 0.843950 0.011751</w:t>
        <w:br/>
        <w:t>vt 0.825516 0.010976</w:t>
        <w:br/>
        <w:t>vt 0.825516 0.017627</w:t>
        <w:br/>
        <w:t>vt 0.843950 0.019059</w:t>
        <w:br/>
        <w:t>vt 0.843950 0.004200</w:t>
        <w:br/>
        <w:t>vt 0.825516 0.004685</w:t>
        <w:br/>
        <w:t>vt 0.843950 0.026165</w:t>
        <w:br/>
        <w:t>vt 0.825516 0.024781</w:t>
        <w:br/>
        <w:t>vt 0.825516 0.168426</w:t>
        <w:br/>
        <w:t>vt 0.825516 0.176396</w:t>
        <w:br/>
        <w:t>vt 0.843950 0.176671</w:t>
        <w:br/>
        <w:t>vt 0.843950 0.169218</w:t>
        <w:br/>
        <w:t>vt 0.843950 0.161587</w:t>
        <w:br/>
        <w:t>vt 0.825516 0.160067</w:t>
        <w:br/>
        <w:t>vt 0.825516 0.183957</w:t>
        <w:br/>
        <w:t>vt 0.843950 0.183971</w:t>
        <w:br/>
        <w:t>vt 0.843950 0.153521</w:t>
        <w:br/>
        <w:t>vt 0.825516 0.151310</w:t>
        <w:br/>
        <w:t>vt 0.843950 0.144874</w:t>
        <w:br/>
        <w:t>vt 0.825516 0.142300</w:t>
        <w:br/>
        <w:t>vt 0.825516 0.058032</w:t>
        <w:br/>
        <w:t>vt 0.825516 0.067564</w:t>
        <w:br/>
        <w:t>vt 0.843950 0.064129</w:t>
        <w:br/>
        <w:t>vt 0.843950 0.055500</w:t>
        <w:br/>
        <w:t>vt 0.825516 0.077565</w:t>
        <w:br/>
        <w:t>vt 0.825516 0.087556</w:t>
        <w:br/>
        <w:t>vt 0.843950 0.084119</w:t>
        <w:br/>
        <w:t>vt 0.843950 0.073722</w:t>
        <w:br/>
        <w:t>vt 0.825516 0.097053</w:t>
        <w:br/>
        <w:t>vt 0.825516 0.105938</w:t>
        <w:br/>
        <w:t>vt 0.843950 0.105276</w:t>
        <w:br/>
        <w:t>vt 0.843950 0.094686</w:t>
        <w:br/>
        <w:t>vt 0.843950 0.115631</w:t>
        <w:br/>
        <w:t>vt 0.825516 0.114640</w:t>
        <w:br/>
        <w:t>vt 0.825516 0.123793</w:t>
        <w:br/>
        <w:t>vt 0.843950 0.125762</w:t>
        <w:br/>
        <w:t>vt 0.843950 0.135602</w:t>
        <w:br/>
        <w:t>vt 0.825516 0.133108</w:t>
        <w:br/>
        <w:t>vt 0.484447 0.493489</w:t>
        <w:br/>
        <w:t>vt 0.478554 0.486139</w:t>
        <w:br/>
        <w:t>vt 0.475938 0.488722</w:t>
        <w:br/>
        <w:t>vt 0.479154 0.494283</w:t>
        <w:br/>
        <w:t>vt 0.450423 0.491937</w:t>
        <w:br/>
        <w:t>vt 0.455125 0.493773</w:t>
        <w:br/>
        <w:t>vt 0.458901 0.488529</w:t>
        <w:br/>
        <w:t>vt 0.456831 0.486124</w:t>
        <w:br/>
        <w:t>vt 0.459338 0.494434</w:t>
        <w:br/>
        <w:t>vt 0.461661 0.489652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0.478878 0.500438</w:t>
        <w:br/>
        <w:t>vt 0.483574 0.502284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0.455452 0.508065</w:t>
        <w:br/>
        <w:t>vt 0.458069 0.505481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0.720090 0.877588</w:t>
        <w:br/>
        <w:t>vt 0.725464 0.872320</w:t>
        <w:br/>
        <w:t>vt 0.727213 0.876907</w:t>
        <w:br/>
        <w:t>vt 0.724182 0.880980</w:t>
        <w:br/>
        <w:t>vt 0.727213 0.876907</w:t>
        <w:br/>
        <w:t>vt 0.725464 0.872320</w:t>
        <w:br/>
        <w:t>vt 0.732981 0.872688</w:t>
        <w:br/>
        <w:t>vt 0.732176 0.877943</w:t>
        <w:br/>
        <w:t>vt 0.732176 0.877943</w:t>
        <w:br/>
        <w:t>vt 0.734230 0.885177</w:t>
        <w:br/>
        <w:t>vt 0.730226 0.884844</w:t>
        <w:br/>
        <w:t>vt 0.727213 0.876907</w:t>
        <w:br/>
        <w:t>vt 0.748373 0.897169</w:t>
        <w:br/>
        <w:t>vt 0.743528 0.897890</w:t>
        <w:br/>
        <w:t>vt 0.742252 0.891003</w:t>
        <w:br/>
        <w:t>vt 0.747362 0.888384</w:t>
        <w:br/>
        <w:t>vt 0.742675 0.877309</w:t>
        <w:br/>
        <w:t>vt 0.740087 0.881701</w:t>
        <w:br/>
        <w:t>vt 0.751577 0.885915</w:t>
        <w:br/>
        <w:t>vt 0.747362 0.888384</w:t>
        <w:br/>
        <w:t>vt 0.720765 0.889044</w:t>
        <w:br/>
        <w:t>vt 0.715914 0.887482</w:t>
        <w:br/>
        <w:t>vt 0.719765 0.898875</w:t>
        <w:br/>
        <w:t>vt 0.714975 0.899829</w:t>
        <w:br/>
        <w:t>vt 0.721047 0.909694</w:t>
        <w:br/>
        <w:t>vt 0.724846 0.906114</w:t>
        <w:br/>
        <w:t>vt 0.733105 0.912669</w:t>
        <w:br/>
        <w:t>vt 0.731342 0.917814</w:t>
        <w:br/>
        <w:t>vt 0.742327 0.916681</w:t>
        <w:br/>
        <w:t>vt 0.744374 0.922064</w:t>
        <w:br/>
        <w:t>vt 0.742327 0.916681</w:t>
        <w:br/>
        <w:t>vt 0.746547 0.907553</w:t>
        <w:br/>
        <w:t>vt 0.751288 0.910229</w:t>
        <w:br/>
        <w:t>vt 0.744374 0.922064</w:t>
        <w:br/>
        <w:t>vt 0.748373 0.897169</w:t>
        <w:br/>
        <w:t>vt 0.753591 0.897323</w:t>
        <w:br/>
        <w:t>vt 0.719765 0.898875</w:t>
        <w:br/>
        <w:t>vt 0.720765 0.889044</w:t>
        <w:br/>
        <w:t>vt 0.725830 0.892256</w:t>
        <w:br/>
        <w:t>vt 0.725330 0.897439</w:t>
        <w:br/>
        <w:t>vt 0.727455 0.887752</w:t>
        <w:br/>
        <w:t>vt 0.724182 0.880980</w:t>
        <w:br/>
        <w:t>vt 0.740087 0.881701</w:t>
        <w:br/>
        <w:t>vt 0.738436 0.887463</w:t>
        <w:br/>
        <w:t>vt 0.742681 0.906223</w:t>
        <w:br/>
        <w:t>vt 0.746547 0.907553</w:t>
        <w:br/>
        <w:t>vt 0.740442 0.911714</w:t>
        <w:br/>
        <w:t>vt 0.735121 0.909096</w:t>
        <w:br/>
        <w:t>vt 0.724846 0.906114</w:t>
        <w:br/>
        <w:t>vt 0.728952 0.903432</w:t>
        <w:br/>
        <w:t>vt 0.880643 0.027554</w:t>
        <w:br/>
        <w:t>vt 0.878889 0.028043</w:t>
        <w:br/>
        <w:t>vt 0.878085 0.020502</w:t>
        <w:br/>
        <w:t>vt 0.879879 0.020510</w:t>
        <w:br/>
        <w:t>vt 0.879084 0.013955</w:t>
        <w:br/>
        <w:t>vt 0.880802 0.014469</w:t>
        <w:br/>
        <w:t>vt 0.889582 0.009875</w:t>
        <w:br/>
        <w:t>vt 0.892968 0.016115</w:t>
        <w:br/>
        <w:t>vt 0.880802 0.014469</w:t>
        <w:br/>
        <w:t>vt 0.883480 0.008098</w:t>
        <w:br/>
        <w:t>vt 0.883480 0.008098</w:t>
        <w:br/>
        <w:t>vt 0.882059 0.006857</w:t>
        <w:br/>
        <w:t>vt 0.894683 0.015536</w:t>
        <w:br/>
        <w:t>vt 0.892968 0.016115</w:t>
        <w:br/>
        <w:t>vt 0.889582 0.009875</w:t>
        <w:br/>
        <w:t>vt 0.891033 0.008679</w:t>
        <w:br/>
        <w:t>vt 0.894322 0.030179</w:t>
        <w:br/>
        <w:t>vt 0.892591 0.029550</w:t>
        <w:br/>
        <w:t>vt 0.893838 0.022357</w:t>
        <w:br/>
        <w:t>vt 0.895606 0.022328</w:t>
        <w:br/>
        <w:t>vt 0.893838 0.022357</w:t>
        <w:br/>
        <w:t>vt 0.879879 0.020510</w:t>
        <w:br/>
        <w:t>vt 0.880643 0.027554</w:t>
        <w:br/>
        <w:t>vt 0.892591 0.029550</w:t>
        <w:br/>
        <w:t>vt 0.890599 0.037636</w:t>
        <w:br/>
        <w:t>vt 0.889321 0.036252</w:t>
        <w:br/>
        <w:t>vt 0.885554 0.040544</w:t>
        <w:br/>
        <w:t>vt 0.885843 0.038844</w:t>
        <w:br/>
        <w:t>vt 0.885843 0.038844</w:t>
        <w:br/>
        <w:t>vt 0.883044 0.034699</w:t>
        <w:br/>
        <w:t>vt 0.889321 0.036252</w:t>
        <w:br/>
        <w:t>vt 0.883044 0.034699</w:t>
        <w:br/>
        <w:t>vt 0.881486 0.035773</w:t>
        <w:br/>
        <w:t>vt 0.885843 0.038844</w:t>
        <w:br/>
        <w:t>vt 0.885554 0.040544</w:t>
        <w:br/>
        <w:t>vt 0.885963 0.005364</w:t>
        <w:br/>
        <w:t>vt 0.886166 0.003702</w:t>
        <w:br/>
        <w:t>vt 0.886166 0.003702</w:t>
        <w:br/>
        <w:t>vt 0.885963 0.005364</w:t>
        <w:br/>
        <w:t>vt 0.885963 0.005364</w:t>
        <w:br/>
        <w:t>vt 0.087279 0.260524</w:t>
        <w:br/>
        <w:t>vt 0.091759 0.260327</w:t>
        <w:br/>
        <w:t>vt 0.091759 0.265890</w:t>
        <w:br/>
        <w:t>vt 0.087279 0.266095</w:t>
        <w:br/>
        <w:t>vt 0.087279 0.254844</w:t>
        <w:br/>
        <w:t>vt 0.091759 0.254738</w:t>
        <w:br/>
        <w:t>vt 0.087279 0.249039</w:t>
        <w:br/>
        <w:t>vt 0.091759 0.249080</w:t>
        <w:br/>
        <w:t>vt 0.091759 0.243315</w:t>
        <w:br/>
        <w:t>vt 0.087279 0.243152</w:t>
        <w:br/>
        <w:t>vt 0.091759 0.237461</w:t>
        <w:br/>
        <w:t>vt 0.087279 0.237243</w:t>
        <w:br/>
        <w:t>vt 0.091759 0.231611</w:t>
        <w:br/>
        <w:t>vt 0.087279 0.231356</w:t>
        <w:br/>
        <w:t>vt 0.091759 0.282851</w:t>
        <w:br/>
        <w:t>vt 0.091759 0.288647</w:t>
        <w:br/>
        <w:t>vt 0.087279 0.288536</w:t>
        <w:br/>
        <w:t>vt 0.087279 0.282765</w:t>
        <w:br/>
        <w:t>vt 0.091759 0.271475</w:t>
        <w:br/>
        <w:t>vt 0.087279 0.271602</w:t>
        <w:br/>
        <w:t>vt 0.091759 0.277116</w:t>
        <w:br/>
        <w:t>vt 0.087279 0.277134</w:t>
        <w:br/>
        <w:t>vt 0.656815 0.024855</w:t>
        <w:br/>
        <w:t>vt 0.650505 0.027140</w:t>
        <w:br/>
        <w:t>vt 0.660592 0.019340</w:t>
        <w:br/>
        <w:t>vt 0.644026 0.025264</w:t>
        <w:br/>
        <w:t>vt 0.639895 0.019903</w:t>
        <w:br/>
        <w:t>vt 0.639723 0.013128</w:t>
        <w:br/>
        <w:t>vt 0.643569 0.007551</w:t>
        <w:br/>
        <w:t>vt 0.649959 0.005315</w:t>
        <w:br/>
        <w:t>vt 0.656419 0.007280</w:t>
        <w:br/>
        <w:t>vt 0.660457 0.012652</w:t>
        <w:br/>
        <w:t>vt 0.646288 0.087465</w:t>
        <w:br/>
        <w:t>vt 0.642989 0.092900</w:t>
        <w:br/>
        <w:t>vt 0.645795 0.081123</w:t>
        <w:br/>
        <w:t>vt 0.637126 0.095367</w:t>
        <w:br/>
        <w:t>vt 0.630936 0.093891</w:t>
        <w:br/>
        <w:t>vt 0.626810 0.089041</w:t>
        <w:br/>
        <w:t>vt 0.626313 0.082686</w:t>
        <w:br/>
        <w:t>vt 0.629623 0.077241</w:t>
        <w:br/>
        <w:t>vt 0.635497 0.074783</w:t>
        <w:br/>
        <w:t>vt 0.641683 0.076271</w:t>
        <w:br/>
        <w:t>vt 0.485361 0.651654</w:t>
        <w:br/>
        <w:t>vt 0.480487 0.651223</w:t>
        <w:br/>
        <w:t>vt 0.480354 0.672730</w:t>
        <w:br/>
        <w:t>vt 0.485467 0.672863</w:t>
        <w:br/>
        <w:t>vt 0.485535 0.713886</w:t>
        <w:br/>
        <w:t>vt 0.480137 0.713859</w:t>
        <w:br/>
        <w:t>vt 0.480106 0.738288</w:t>
        <w:br/>
        <w:t>vt 0.485509 0.738452</w:t>
        <w:br/>
        <w:t>vt 0.480124 0.765249</w:t>
        <w:br/>
        <w:t>vt 0.485448 0.765648</w:t>
        <w:br/>
        <w:t>vt 0.480180 0.797692</w:t>
        <w:br/>
        <w:t>vt 0.485370 0.798518</w:t>
        <w:br/>
        <w:t>vt 0.480289 0.832597</w:t>
        <w:br/>
        <w:t>vt 0.485385 0.833977</w:t>
        <w:br/>
        <w:t>vt 0.480225 0.692397</w:t>
        <w:br/>
        <w:t>vt 0.485517 0.692396</w:t>
        <w:br/>
        <w:t>vt 0.487117 0.672795</w:t>
        <w:br/>
        <w:t>vt 0.487117 0.651692</w:t>
        <w:br/>
        <w:t>vt 0.485361 0.651654</w:t>
        <w:br/>
        <w:t>vt 0.485467 0.672863</w:t>
        <w:br/>
        <w:t>vt 0.480354 0.672730</w:t>
        <w:br/>
        <w:t>vt 0.480487 0.651223</w:t>
        <w:br/>
        <w:t>vt 0.478661 0.651687</w:t>
        <w:br/>
        <w:t>vt 0.478661 0.673066</w:t>
        <w:br/>
        <w:t>vt 0.485509 0.738452</w:t>
        <w:br/>
        <w:t>vt 0.487117 0.738537</w:t>
        <w:br/>
        <w:t>vt 0.487117 0.713933</w:t>
        <w:br/>
        <w:t>vt 0.485535 0.713886</w:t>
        <w:br/>
        <w:t>vt 0.480106 0.738288</w:t>
        <w:br/>
        <w:t>vt 0.480137 0.713859</w:t>
        <w:br/>
        <w:t>vt 0.478661 0.714191</w:t>
        <w:br/>
        <w:t>vt 0.478661 0.738595</w:t>
        <w:br/>
        <w:t>vt 0.485448 0.765648</w:t>
        <w:br/>
        <w:t>vt 0.487117 0.765754</w:t>
        <w:br/>
        <w:t>vt 0.480124 0.765249</w:t>
        <w:br/>
        <w:t>vt 0.478662 0.765509</w:t>
        <w:br/>
        <w:t>vt 0.485370 0.798518</w:t>
        <w:br/>
        <w:t>vt 0.487117 0.798625</w:t>
        <w:br/>
        <w:t>vt 0.480180 0.797692</w:t>
        <w:br/>
        <w:t>vt 0.478662 0.797886</w:t>
        <w:br/>
        <w:t>vt 0.485385 0.833977</w:t>
        <w:br/>
        <w:t>vt 0.487117 0.834033</w:t>
        <w:br/>
        <w:t>vt 0.480289 0.832597</w:t>
        <w:br/>
        <w:t>vt 0.478661 0.832710</w:t>
        <w:br/>
        <w:t>vt 0.485517 0.692396</w:t>
        <w:br/>
        <w:t>vt 0.487117 0.692367</w:t>
        <w:br/>
        <w:t>vt 0.480225 0.692397</w:t>
        <w:br/>
        <w:t>vt 0.478662 0.692717</w:t>
        <w:br/>
        <w:t>vt 0.497643 0.392023</w:t>
        <w:br/>
        <w:t>vt 0.497674 0.394804</w:t>
        <w:br/>
        <w:t>vt 0.478253 0.422558</w:t>
        <w:br/>
        <w:t>vt 0.475173 0.422926</w:t>
        <w:br/>
        <w:t>vt 0.475173 0.422926</w:t>
        <w:br/>
        <w:t>vt 0.478253 0.422558</w:t>
        <w:br/>
        <w:t>vt 0.498020 0.449050</w:t>
        <w:br/>
        <w:t>vt 0.498069 0.451691</w:t>
        <w:br/>
        <w:t>vt 0.520799 0.421778</w:t>
        <w:br/>
        <w:t>vt 0.498069 0.451691</w:t>
        <w:br/>
        <w:t>vt 0.498020 0.449050</w:t>
        <w:br/>
        <w:t>vt 0.517669 0.421444</w:t>
        <w:br/>
        <w:t>vt 0.478253 0.422558</w:t>
        <w:br/>
        <w:t>vt 0.497674 0.394804</w:t>
        <w:br/>
        <w:t>vt 0.497725 0.421380</w:t>
        <w:br/>
        <w:t>vt 0.497725 0.421380</w:t>
        <w:br/>
        <w:t>vt 0.497674 0.394804</w:t>
        <w:br/>
        <w:t>vt 0.517669 0.421444</w:t>
        <w:br/>
        <w:t>vt 0.497643 0.392023</w:t>
        <w:br/>
        <w:t>vt 0.520799 0.421778</w:t>
        <w:br/>
        <w:t>vt 0.461549 0.208965</w:t>
        <w:br/>
        <w:t>vt 0.466301 0.202878</w:t>
        <w:br/>
        <w:t>vt 0.467681 0.217084</w:t>
        <w:br/>
        <w:t>vt 0.461936 0.218103</w:t>
        <w:br/>
        <w:t>vt 0.471919 0.206561</w:t>
        <w:br/>
        <w:t>vt 0.473217 0.217009</w:t>
        <w:br/>
        <w:t>vt 0.473217 0.217009</w:t>
        <w:br/>
        <w:t>vt 0.471919 0.206561</w:t>
        <w:br/>
        <w:t>vt 0.477411 0.208323</w:t>
        <w:br/>
        <w:t>vt 0.478878 0.217170</w:t>
        <w:br/>
        <w:t>vt 0.482256 0.232133</w:t>
        <w:br/>
        <w:t>vt 0.476695 0.231925</w:t>
        <w:br/>
        <w:t>vt 0.481207 0.245944</w:t>
        <w:br/>
        <w:t>vt 0.476175 0.244050</w:t>
        <w:br/>
        <w:t>vt 0.476695 0.231925</w:t>
        <w:br/>
        <w:t>vt 0.469725 0.230208</w:t>
        <w:br/>
        <w:t>vt 0.464275 0.230030</w:t>
        <w:br/>
        <w:t>vt 0.467219 0.239652</w:t>
        <w:br/>
        <w:t>vt 0.460645 0.247924</w:t>
        <w:br/>
        <w:t>vt 0.457725 0.243130</w:t>
        <w:br/>
        <w:t>vt 0.462505 0.237458</w:t>
        <w:br/>
        <w:t>vt 0.467219 0.239652</w:t>
        <w:br/>
        <w:t>vt 0.476175 0.244050</w:t>
        <w:br/>
        <w:t>vt 0.471926 0.258001</w:t>
        <w:br/>
        <w:t>vt 0.468189 0.253869</w:t>
        <w:br/>
        <w:t>vt 0.468189 0.253869</w:t>
        <w:br/>
        <w:t>vt 0.460645 0.247924</w:t>
        <w:br/>
        <w:t>vt 0.457725 0.243130</w:t>
        <w:br/>
        <w:t>vt 0.460645 0.247924</w:t>
        <w:br/>
        <w:t>vt 0.452844 0.246496</w:t>
        <w:br/>
        <w:t>vt 0.453105 0.241590</w:t>
        <w:br/>
        <w:t>vt 0.443420 0.242677</w:t>
        <w:br/>
        <w:t>vt 0.446476 0.238463</w:t>
        <w:br/>
        <w:t>vt 0.477989 0.191993</w:t>
        <w:br/>
        <w:t>vt 0.485777 0.190864</w:t>
        <w:br/>
        <w:t>vt 0.481387 0.200520</w:t>
        <w:br/>
        <w:t>vt 0.473774 0.197244</w:t>
        <w:br/>
        <w:t>vt 0.477989 0.191993</w:t>
        <w:br/>
        <w:t>vt 0.477918 0.186172</w:t>
        <w:br/>
        <w:t>vt 0.485777 0.190864</w:t>
        <w:br/>
        <w:t>vt 0.467892 0.192283</w:t>
        <w:br/>
        <w:t>vt 0.467647 0.186630</w:t>
        <w:br/>
        <w:t>vt 0.467892 0.192283</w:t>
        <w:br/>
        <w:t>vt 0.456651 0.190108</w:t>
        <w:br/>
        <w:t>vt 0.457627 0.195572</w:t>
        <w:br/>
        <w:t>vt 0.449758 0.208644</w:t>
        <w:br/>
        <w:t>vt 0.466301 0.202878</w:t>
        <w:br/>
        <w:t>vt 0.461549 0.208965</w:t>
        <w:br/>
        <w:t>vt 0.451624 0.214005</w:t>
        <w:br/>
        <w:t>vt 0.445566 0.220961</w:t>
        <w:br/>
        <w:t>vt 0.441125 0.217653</w:t>
        <w:br/>
        <w:t>vt 0.444424 0.200521</w:t>
        <w:br/>
        <w:t>vt 0.431021 0.222203</w:t>
        <w:br/>
        <w:t>vt 0.457627 0.195572</w:t>
        <w:br/>
        <w:t>vt 0.436898 0.236097</w:t>
        <w:br/>
        <w:t>vt 0.423221 0.247396</w:t>
        <w:br/>
        <w:t>vt 0.436504 0.227567</w:t>
        <w:br/>
        <w:t>vt 0.436504 0.227567</w:t>
        <w:br/>
        <w:t>vt 0.441826 0.227977</w:t>
        <w:br/>
        <w:t>vt 0.441739 0.233475</w:t>
        <w:br/>
        <w:t>vt 0.436898 0.236097</w:t>
        <w:br/>
        <w:t>vt 0.443420 0.242677</w:t>
        <w:br/>
        <w:t>vt 0.439419 0.255952</w:t>
        <w:br/>
        <w:t>vt 0.438825 0.261142</w:t>
        <w:br/>
        <w:t>vt 0.424108 0.253370</w:t>
        <w:br/>
        <w:t>vt 0.423221 0.247396</w:t>
        <w:br/>
        <w:t>vt 0.439419 0.255952</w:t>
        <w:br/>
        <w:t>vt 0.452844 0.246496</w:t>
        <w:br/>
        <w:t>vt 0.455845 0.258000</w:t>
        <w:br/>
        <w:t>vt 0.457229 0.263349</w:t>
        <w:br/>
        <w:t>vt 0.455845 0.258000</w:t>
        <w:br/>
        <w:t>vt 0.444767 0.194653</w:t>
        <w:br/>
        <w:t>vt 0.444424 0.200521</w:t>
        <w:br/>
        <w:t>vt 0.423221 0.247396</w:t>
        <w:br/>
        <w:t>vt 0.424108 0.253370</w:t>
        <w:br/>
        <w:t>vt 0.418348 0.262460</w:t>
        <w:br/>
        <w:t>vt 0.414330 0.263575</w:t>
        <w:br/>
        <w:t>vt 0.461549 0.208965</w:t>
        <w:br/>
        <w:t>vt 0.461936 0.218103</w:t>
        <w:br/>
        <w:t>vt 0.467681 0.217084</w:t>
        <w:br/>
        <w:t>vt 0.466301 0.202878</w:t>
        <w:br/>
        <w:t>vt 0.473217 0.217009</w:t>
        <w:br/>
        <w:t>vt 0.471919 0.206561</w:t>
        <w:br/>
        <w:t>vt 0.473217 0.217009</w:t>
        <w:br/>
        <w:t>vt 0.478878 0.217170</w:t>
        <w:br/>
        <w:t>vt 0.477411 0.208323</w:t>
        <w:br/>
        <w:t>vt 0.471919 0.206561</w:t>
        <w:br/>
        <w:t>vt 0.476695 0.231925</w:t>
        <w:br/>
        <w:t>vt 0.482256 0.232133</w:t>
        <w:br/>
        <w:t>vt 0.476175 0.244050</w:t>
        <w:br/>
        <w:t>vt 0.481207 0.245944</w:t>
        <w:br/>
        <w:t>vt 0.469725 0.230208</w:t>
        <w:br/>
        <w:t>vt 0.476695 0.231925</w:t>
        <w:br/>
        <w:t>vt 0.464275 0.230030</w:t>
        <w:br/>
        <w:t>vt 0.467219 0.239652</w:t>
        <w:br/>
        <w:t>vt 0.462505 0.237458</w:t>
        <w:br/>
        <w:t>vt 0.457725 0.243130</w:t>
        <w:br/>
        <w:t>vt 0.460645 0.247924</w:t>
        <w:br/>
        <w:t>vt 0.467219 0.239652</w:t>
        <w:br/>
        <w:t>vt 0.476175 0.244050</w:t>
        <w:br/>
        <w:t>vt 0.468189 0.253869</w:t>
        <w:br/>
        <w:t>vt 0.471926 0.258001</w:t>
        <w:br/>
        <w:t>vt 0.460645 0.247924</w:t>
        <w:br/>
        <w:t>vt 0.468189 0.253869</w:t>
        <w:br/>
        <w:t>vt 0.457725 0.243130</w:t>
        <w:br/>
        <w:t>vt 0.453105 0.241590</w:t>
        <w:br/>
        <w:t>vt 0.452844 0.246496</w:t>
        <w:br/>
        <w:t>vt 0.460645 0.247924</w:t>
        <w:br/>
        <w:t>vt 0.443420 0.242677</w:t>
        <w:br/>
        <w:t>vt 0.446476 0.238463</w:t>
        <w:br/>
        <w:t>vt 0.481387 0.200520</w:t>
        <w:br/>
        <w:t>vt 0.485777 0.190864</w:t>
        <w:br/>
        <w:t>vt 0.477988 0.191993</w:t>
        <w:br/>
        <w:t>vt 0.473774 0.197244</w:t>
        <w:br/>
        <w:t>vt 0.477918 0.186172</w:t>
        <w:br/>
        <w:t>vt 0.477988 0.191993</w:t>
        <w:br/>
        <w:t>vt 0.485777 0.190864</w:t>
        <w:br/>
        <w:t>vt 0.467647 0.186630</w:t>
        <w:br/>
        <w:t>vt 0.467892 0.192283</w:t>
        <w:br/>
        <w:t>vt 0.467892 0.192283</w:t>
        <w:br/>
        <w:t>vt 0.456651 0.190108</w:t>
        <w:br/>
        <w:t>vt 0.457627 0.195572</w:t>
        <w:br/>
        <w:t>vt 0.449758 0.208644</w:t>
        <w:br/>
        <w:t>vt 0.451624 0.214005</w:t>
        <w:br/>
        <w:t>vt 0.461549 0.208965</w:t>
        <w:br/>
        <w:t>vt 0.466301 0.202878</w:t>
        <w:br/>
        <w:t>vt 0.441125 0.217653</w:t>
        <w:br/>
        <w:t>vt 0.445566 0.220961</w:t>
        <w:br/>
        <w:t>vt 0.444424 0.200521</w:t>
        <w:br/>
        <w:t>vt 0.431021 0.222203</w:t>
        <w:br/>
        <w:t>vt 0.457627 0.195572</w:t>
        <w:br/>
        <w:t>vt 0.436898 0.236097</w:t>
        <w:br/>
        <w:t>vt 0.436504 0.227567</w:t>
        <w:br/>
        <w:t>vt 0.423221 0.247396</w:t>
        <w:br/>
        <w:t>vt 0.441739 0.233475</w:t>
        <w:br/>
        <w:t>vt 0.441826 0.227977</w:t>
        <w:br/>
        <w:t>vt 0.436504 0.227567</w:t>
        <w:br/>
        <w:t>vt 0.436898 0.236097</w:t>
        <w:br/>
        <w:t>vt 0.443420 0.242677</w:t>
        <w:br/>
        <w:t>vt 0.439419 0.255952</w:t>
        <w:br/>
        <w:t>vt 0.438825 0.261142</w:t>
        <w:br/>
        <w:t>vt 0.439419 0.255952</w:t>
        <w:br/>
        <w:t>vt 0.423221 0.247396</w:t>
        <w:br/>
        <w:t>vt 0.424108 0.253370</w:t>
        <w:br/>
        <w:t>vt 0.455845 0.258000</w:t>
        <w:br/>
        <w:t>vt 0.452844 0.246496</w:t>
        <w:br/>
        <w:t>vt 0.455845 0.258000</w:t>
        <w:br/>
        <w:t>vt 0.457229 0.263349</w:t>
        <w:br/>
        <w:t>vt 0.444767 0.194653</w:t>
        <w:br/>
        <w:t>vt 0.444424 0.200521</w:t>
        <w:br/>
        <w:t>vt 0.423221 0.247396</w:t>
        <w:br/>
        <w:t>vt 0.414330 0.263575</w:t>
        <w:br/>
        <w:t>vt 0.418348 0.262460</w:t>
        <w:br/>
        <w:t>vt 0.424108 0.253370</w:t>
        <w:br/>
        <w:t>vt 0.349831 0.843293</w:t>
        <w:br/>
        <w:t>vt 0.339728 0.846506</w:t>
        <w:br/>
        <w:t>vt 0.346074 0.838191</w:t>
        <w:br/>
        <w:t>vt 0.363022 0.836197</w:t>
        <w:br/>
        <w:t>vt 0.351843 0.848593</w:t>
        <w:br/>
        <w:t>vt 0.349831 0.843293</w:t>
        <w:br/>
        <w:t>vt 0.353469 0.828385</w:t>
        <w:br/>
        <w:t>vt 0.363022 0.836197</w:t>
        <w:br/>
        <w:t>vt 0.357849 0.817361</w:t>
        <w:br/>
        <w:t>vt 0.363188 0.806191</w:t>
        <w:br/>
        <w:t>vt 0.363084 0.825174</w:t>
        <w:br/>
        <w:t>vt 0.339728 0.846506</w:t>
        <w:br/>
        <w:t>vt 0.363022 0.836197</w:t>
        <w:br/>
        <w:t>vt 0.363084 0.825174</w:t>
        <w:br/>
        <w:t>vt 0.368404 0.817419</w:t>
        <w:br/>
        <w:t>vt 0.362965 0.846673</w:t>
        <w:br/>
        <w:t>vt 0.374064 0.848716</w:t>
        <w:br/>
        <w:t>vt 0.376135 0.843439</w:t>
        <w:br/>
        <w:t>vt 0.379948 0.838378</w:t>
        <w:br/>
        <w:t>vt 0.386203 0.846763</w:t>
        <w:br/>
        <w:t>vt 0.372662 0.828491</w:t>
        <w:br/>
        <w:t>vt 0.363188 0.806191</w:t>
        <w:br/>
        <w:t>vt 0.386203 0.846763</w:t>
        <w:br/>
        <w:t>vt 0.376135 0.843439</w:t>
        <w:br/>
        <w:t>vt 0.833170 0.951007</w:t>
        <w:br/>
        <w:t>vt 0.829152 0.944201</w:t>
        <w:br/>
        <w:t>vt 0.833170 0.939774</w:t>
        <w:br/>
        <w:t>vt 0.833170 0.965992</w:t>
        <w:br/>
        <w:t>vt 0.828871 0.960394</w:t>
        <w:br/>
        <w:t>vt 0.833170 0.969698</w:t>
        <w:br/>
        <w:t>vt 0.823752 0.964644</w:t>
        <w:br/>
        <w:t>vt 0.833170 0.971143</w:t>
        <w:br/>
        <w:t>vt 0.821368 0.965837</w:t>
        <w:br/>
        <w:t>vt 0.823752 0.964644</w:t>
        <w:br/>
        <w:t>vt 0.833170 0.969698</w:t>
        <w:br/>
        <w:t>vt 0.815327 0.951036</w:t>
        <w:br/>
        <w:t>vt 0.824481 0.951890</w:t>
        <w:br/>
        <w:t>vt 0.823558 0.937994</w:t>
        <w:br/>
        <w:t>vt 0.813258 0.950939</w:t>
        <w:br/>
        <w:t>vt 0.815327 0.951036</w:t>
        <w:br/>
        <w:t>vt 0.813258 0.950939</w:t>
        <w:br/>
        <w:t>vt 0.821595 0.936454</w:t>
        <w:br/>
        <w:t>vt 0.823558 0.937994</w:t>
        <w:br/>
        <w:t>vt 0.815327 0.951036</w:t>
        <w:br/>
        <w:t>vt 0.833170 0.931754</w:t>
        <w:br/>
        <w:t>vt 0.833170 0.933963</w:t>
        <w:br/>
        <w:t>vt 0.833170 0.951007</w:t>
        <w:br/>
        <w:t>vt 0.833170 0.939774</w:t>
        <w:br/>
        <w:t>vt 0.829152 0.944201</w:t>
        <w:br/>
        <w:t>vt 0.828871 0.960394</w:t>
        <w:br/>
        <w:t>vt 0.833170 0.965992</w:t>
        <w:br/>
        <w:t>vt 0.823752 0.964644</w:t>
        <w:br/>
        <w:t>vt 0.833170 0.969698</w:t>
        <w:br/>
        <w:t>vt 0.823752 0.964644</w:t>
        <w:br/>
        <w:t>vt 0.821368 0.965837</w:t>
        <w:br/>
        <w:t>vt 0.833170 0.971143</w:t>
        <w:br/>
        <w:t>vt 0.833170 0.969698</w:t>
        <w:br/>
        <w:t>vt 0.824481 0.951890</w:t>
        <w:br/>
        <w:t>vt 0.815327 0.951036</w:t>
        <w:br/>
        <w:t>vt 0.823558 0.937994</w:t>
        <w:br/>
        <w:t>vt 0.815327 0.951036</w:t>
        <w:br/>
        <w:t>vt 0.813258 0.950939</w:t>
        <w:br/>
        <w:t>vt 0.823558 0.937994</w:t>
        <w:br/>
        <w:t>vt 0.821595 0.936454</w:t>
        <w:br/>
        <w:t>vt 0.813258 0.950939</w:t>
        <w:br/>
        <w:t>vt 0.815327 0.951036</w:t>
        <w:br/>
        <w:t>vt 0.833170 0.931754</w:t>
        <w:br/>
        <w:t>vt 0.833170 0.933963</w:t>
        <w:br/>
        <w:t>vt 0.479154 0.494283</w:t>
        <w:br/>
        <w:t>vt 0.484447 0.493489</w:t>
        <w:br/>
        <w:t>vt 0.478554 0.486139</w:t>
        <w:br/>
        <w:t>vt 0.475938 0.488722</w:t>
        <w:br/>
        <w:t>vt 0.455125 0.493773</w:t>
        <w:br/>
        <w:t>vt 0.458901 0.488529</w:t>
        <w:br/>
        <w:t>vt 0.456831 0.486124</w:t>
        <w:br/>
        <w:t>vt 0.450423 0.491937</w:t>
        <w:br/>
        <w:t>vt 0.459338 0.494434</w:t>
        <w:br/>
        <w:t>vt 0.461661 0.489652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0.478878 0.500438</w:t>
        <w:br/>
        <w:t>vt 0.483574 0.502284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0.475098 0.505682</w:t>
        <w:br/>
        <w:t>vt 0.477158 0.508091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0.674216 0.660069</w:t>
        <w:br/>
        <w:t>vt 0.678639 0.663902</w:t>
        <w:br/>
        <w:t>vt 0.673485 0.664412</w:t>
        <w:br/>
        <w:t>vt 0.687807 0.669545</w:t>
        <w:br/>
        <w:t>vt 0.678873 0.668990</w:t>
        <w:br/>
        <w:t>vt 0.677519 0.679312</w:t>
        <w:br/>
        <w:t>vt 0.673852 0.683354</w:t>
        <w:br/>
        <w:t>vt 0.673036 0.679052</w:t>
        <w:br/>
        <w:t>vt 0.687502 0.673568</w:t>
        <w:br/>
        <w:t>vt 0.678504 0.674620</w:t>
        <w:br/>
        <w:t>vt 0.664082 0.670645</w:t>
        <w:br/>
        <w:t>vt 0.663552 0.668336</w:t>
        <w:br/>
        <w:t>vt 0.667415 0.663419</w:t>
        <w:br/>
        <w:t>vt 0.670849 0.664673</w:t>
        <w:br/>
        <w:t>vt 0.672843 0.686929</w:t>
        <w:br/>
        <w:t>vt 0.667311 0.680322</w:t>
        <w:br/>
        <w:t>vt 0.670307 0.678894</w:t>
        <w:br/>
        <w:t>vt 0.639002 0.668103</w:t>
        <w:br/>
        <w:t>vt 0.636906 0.667649</w:t>
        <w:br/>
        <w:t>vt 0.641130 0.663287</w:t>
        <w:br/>
        <w:t>vt 0.641849 0.665647</w:t>
        <w:br/>
        <w:t>vt 0.677519 0.679312</w:t>
        <w:br/>
        <w:t>vt 0.663494 0.675506</w:t>
        <w:br/>
        <w:t>vt 0.664114 0.673070</w:t>
        <w:br/>
        <w:t>vt 0.658838 0.674397</w:t>
        <w:br/>
        <w:t>vt 0.658946 0.668979</w:t>
        <w:br/>
        <w:t>vt 0.660884 0.668598</w:t>
        <w:br/>
        <w:t>vt 0.660697 0.674869</w:t>
        <w:br/>
        <w:t>vt 0.660173 0.676495</w:t>
        <w:br/>
        <w:t>vt 0.658196 0.675818</w:t>
        <w:br/>
        <w:t>vt 0.658838 0.674397</w:t>
        <w:br/>
        <w:t>vt 0.660697 0.674869</w:t>
        <w:br/>
        <w:t>vt 0.660302 0.666825</w:t>
        <w:br/>
        <w:t>vt 0.660884 0.668598</w:t>
        <w:br/>
        <w:t>vt 0.658946 0.668979</w:t>
        <w:br/>
        <w:t>vt 0.658131 0.667374</w:t>
        <w:br/>
        <w:t>vt 0.661982 0.676581</w:t>
        <w:br/>
        <w:t>vt 0.662617 0.674476</w:t>
        <w:br/>
        <w:t>vt 0.662183 0.666930</w:t>
        <w:br/>
        <w:t>vt 0.662730 0.669116</w:t>
        <w:br/>
        <w:t>vt 0.662617 0.674476</w:t>
        <w:br/>
        <w:t>vt 0.662730 0.669116</w:t>
        <w:br/>
        <w:t>vt 0.665672 0.672994</w:t>
        <w:br/>
        <w:t>vt 0.665611 0.670669</w:t>
        <w:br/>
        <w:t>vt 0.656906 0.674599</w:t>
        <w:br/>
        <w:t>vt 0.657502 0.672767</w:t>
        <w:br/>
        <w:t>vt 0.657502 0.672767</w:t>
        <w:br/>
        <w:t>vt 0.657498 0.670584</w:t>
        <w:br/>
        <w:t>vt 0.657498 0.670584</w:t>
        <w:br/>
        <w:t>vt 0.657016 0.668836</w:t>
        <w:br/>
        <w:t>vt 0.663552 0.668336</w:t>
        <w:br/>
        <w:t>vt 0.664082 0.670645</w:t>
        <w:br/>
        <w:t>vt 0.663494 0.675506</w:t>
        <w:br/>
        <w:t>vt 0.664114 0.673070</w:t>
        <w:br/>
        <w:t>vt 0.638733 0.674765</w:t>
        <w:br/>
        <w:t>vt 0.639002 0.668103</w:t>
        <w:br/>
        <w:t>vt 0.656906 0.674599</w:t>
        <w:br/>
        <w:t>vt 0.641515 0.681122</w:t>
        <w:br/>
        <w:t>vt 0.641982 0.677284</w:t>
        <w:br/>
        <w:t>vt 0.657502 0.672767</w:t>
        <w:br/>
        <w:t>vt 0.657016 0.668836</w:t>
        <w:br/>
        <w:t>vt 0.657498 0.670584</w:t>
        <w:br/>
        <w:t>vt 0.641849 0.665647</w:t>
        <w:br/>
        <w:t>vt 0.641130 0.663287</w:t>
        <w:br/>
        <w:t>vt 0.638733 0.674765</w:t>
        <w:br/>
        <w:t>vt 0.636842 0.675767</w:t>
        <w:br/>
        <w:t>vt 0.641849 0.665647</w:t>
        <w:br/>
        <w:t>vt 0.641982 0.677284</w:t>
        <w:br/>
        <w:t>vt 0.543860 0.674626</w:t>
        <w:br/>
        <w:t>vt 0.545205 0.668443</w:t>
        <w:br/>
        <w:t>vt 0.551070 0.670792</w:t>
        <w:br/>
        <w:t>vt 0.556289 0.674654</w:t>
        <w:br/>
        <w:t>vt 0.551443 0.678200</w:t>
        <w:br/>
        <w:t>vt 0.545132 0.681152</w:t>
        <w:br/>
        <w:t>vt 0.539660 0.682366</w:t>
        <w:br/>
        <w:t>vt 0.527247 0.674212</w:t>
        <w:br/>
        <w:t>vt 0.538997 0.666239</w:t>
        <w:br/>
        <w:t>vt 0.549675 0.660473</w:t>
        <w:br/>
        <w:t>vt 0.547388 0.667535</w:t>
        <w:br/>
        <w:t>vt 0.550957 0.659097</w:t>
        <w:br/>
        <w:t>vt 0.537156 0.683331</w:t>
        <w:br/>
        <w:t>vt 0.525313 0.674210</w:t>
        <w:br/>
        <w:t>vt 0.527247 0.674212</w:t>
        <w:br/>
        <w:t>vt 0.525313 0.674210</w:t>
        <w:br/>
        <w:t>vt 0.537131 0.665021</w:t>
        <w:br/>
        <w:t>vt 0.550957 0.659097</w:t>
        <w:br/>
        <w:t>vt 0.547636 0.686098</w:t>
        <w:br/>
        <w:t>vt 0.549297 0.688158</w:t>
        <w:br/>
        <w:t>vt 0.754045 0.408815</w:t>
        <w:br/>
        <w:t>vt 0.745071 0.390103</w:t>
        <w:br/>
        <w:t>vt 0.749409 0.389126</w:t>
        <w:br/>
        <w:t>vt 0.757585 0.407629</w:t>
        <w:br/>
        <w:t>vt 0.636524 0.141596</w:t>
        <w:br/>
        <w:t>vt 0.634344 0.164470</w:t>
        <w:br/>
        <w:t>vt 0.638884 0.164608</w:t>
        <w:br/>
        <w:t>vt 0.639875 0.139692</w:t>
        <w:br/>
        <w:t>vt 0.637461 0.139613</w:t>
        <w:br/>
        <w:t>vt 0.736856 0.371684</w:t>
        <w:br/>
        <w:t>vt 0.740559 0.370474</w:t>
        <w:br/>
        <w:t>vt 0.677438 0.375877</w:t>
        <w:br/>
        <w:t>vt 0.669414 0.395751</w:t>
        <w:br/>
        <w:t>vt 0.666682 0.393611</w:t>
        <w:br/>
        <w:t>vt 0.673692 0.371828</w:t>
        <w:br/>
        <w:t>vt 0.635980 0.308227</w:t>
        <w:br/>
        <w:t>vt 0.634460 0.325332</w:t>
        <w:br/>
        <w:t>vt 0.636947 0.323358</w:t>
        <w:br/>
        <w:t>vt 0.638159 0.308747</w:t>
        <w:br/>
        <w:t>vt 0.741372 0.368716</w:t>
        <w:br/>
        <w:t>vt 0.725547 0.352734</w:t>
        <w:br/>
        <w:t>vt 0.734172 0.359789</w:t>
        <w:br/>
        <w:t>vt 0.730613 0.363008</w:t>
        <w:br/>
        <w:t>vt 0.723756 0.357057</w:t>
        <w:br/>
        <w:t>vt 0.716090 0.353231</w:t>
        <w:br/>
        <w:t>vt 0.718454 0.348550</w:t>
        <w:br/>
        <w:t>vt 0.708531 0.352056</w:t>
        <w:br/>
        <w:t>vt 0.707787 0.347125</w:t>
        <w:br/>
        <w:t>vt 0.700144 0.352766</w:t>
        <w:br/>
        <w:t>vt 0.698368 0.349953</w:t>
        <w:br/>
        <w:t>vt 0.690937 0.354945</w:t>
        <w:br/>
        <w:t>vt 0.691748 0.357322</w:t>
        <w:br/>
        <w:t>vt 0.681092 0.362702</w:t>
        <w:br/>
        <w:t>vt 0.683880 0.365804</w:t>
        <w:br/>
        <w:t>vt 0.678147 0.374950</w:t>
        <w:br/>
        <w:t>vt 0.673692 0.371828</w:t>
        <w:br/>
        <w:t>vt 0.675409 0.371123</w:t>
        <w:br/>
        <w:t>vt 0.675409 0.371123</w:t>
        <w:br/>
        <w:t>vt 0.638535 0.174241</w:t>
        <w:br/>
        <w:t>vt 0.638462 0.183948</w:t>
        <w:br/>
        <w:t>vt 0.633629 0.180358</w:t>
        <w:br/>
        <w:t>vt 0.634146 0.186606</w:t>
        <w:br/>
        <w:t>vt 0.638151 0.203894</w:t>
        <w:br/>
        <w:t>vt 0.634752 0.202264</w:t>
        <w:br/>
        <w:t>vt 0.635451 0.208827</w:t>
        <w:br/>
        <w:t>vt 0.639226 0.211475</w:t>
        <w:br/>
        <w:t>vt 0.631370 0.254358</w:t>
        <w:br/>
        <w:t>vt 0.632286 0.272143</w:t>
        <w:br/>
        <w:t>vt 0.638400 0.262313</w:t>
        <w:br/>
        <w:t>vt 0.638251 0.252629</w:t>
        <w:br/>
        <w:t>vt 0.631950 0.247053</w:t>
        <w:br/>
        <w:t>vt 0.633777 0.227782</w:t>
        <w:br/>
        <w:t>vt 0.639589 0.225645</w:t>
        <w:br/>
        <w:t>vt 0.633383 0.232045</w:t>
        <w:br/>
        <w:t>vt 0.638059 0.232825</w:t>
        <w:br/>
        <w:t>vt 0.639809 0.292894</w:t>
        <w:br/>
        <w:t>vt 0.636452 0.291491</w:t>
        <w:br/>
        <w:t>vt 0.637468 0.292205</w:t>
        <w:br/>
        <w:t>vt 0.720744 0.364705</w:t>
        <w:br/>
        <w:t>vt 0.723756 0.357057</w:t>
        <w:br/>
        <w:t>vt 0.730613 0.363008</w:t>
        <w:br/>
        <w:t>vt 0.726239 0.369207</w:t>
        <w:br/>
        <w:t>vt 0.714571 0.362373</w:t>
        <w:br/>
        <w:t>vt 0.716090 0.353231</w:t>
        <w:br/>
        <w:t>vt 0.708278 0.361032</w:t>
        <w:br/>
        <w:t>vt 0.708531 0.352056</w:t>
        <w:br/>
        <w:t>vt 0.701158 0.361555</w:t>
        <w:br/>
        <w:t>vt 0.700144 0.352766</w:t>
        <w:br/>
        <w:t>vt 0.693518 0.364773</w:t>
        <w:br/>
        <w:t>vt 0.691748 0.357322</w:t>
        <w:br/>
        <w:t>vt 0.687813 0.370743</w:t>
        <w:br/>
        <w:t>vt 0.683880 0.365804</w:t>
        <w:br/>
        <w:t>vt 0.678147 0.374950</w:t>
        <w:br/>
        <w:t>vt 0.682356 0.380109</w:t>
        <w:br/>
        <w:t>vt 0.669414 0.395751</w:t>
        <w:br/>
        <w:t>vt 0.677438 0.375877</w:t>
        <w:br/>
        <w:t>vt 0.675078 0.398857</w:t>
        <w:br/>
        <w:t>vt 0.689344 0.372876</w:t>
        <w:br/>
        <w:t>vt 0.686317 0.381638</w:t>
        <w:br/>
        <w:t>vt 0.677489 0.400295</w:t>
        <w:br/>
        <w:t>vt 0.695402 0.382034</w:t>
        <w:br/>
        <w:t>vt 0.692323 0.385527</w:t>
        <w:br/>
        <w:t>vt 0.678811 0.404183</w:t>
        <w:br/>
        <w:t>vt 0.745071 0.390103</w:t>
        <w:br/>
        <w:t>vt 0.741030 0.394296</w:t>
        <w:br/>
        <w:t>vt 0.731383 0.376243</w:t>
        <w:br/>
        <w:t>vt 0.736856 0.371684</w:t>
        <w:br/>
        <w:t>vt 0.738493 0.398310</w:t>
        <w:br/>
        <w:t>vt 0.738264 0.403517</w:t>
        <w:br/>
        <w:t>vt 0.723988 0.384644</w:t>
        <w:br/>
        <w:t>vt 0.728027 0.382135</w:t>
        <w:br/>
        <w:t>vt 0.728831 0.376965</w:t>
        <w:br/>
        <w:t>vt 0.724092 0.370679</w:t>
        <w:br/>
        <w:t>vt 0.719322 0.366474</w:t>
        <w:br/>
        <w:t>vt 0.714032 0.364079</w:t>
        <w:br/>
        <w:t>vt 0.708362 0.363542</w:t>
        <w:br/>
        <w:t>vt 0.701819 0.363731</w:t>
        <w:br/>
        <w:t>vt 0.694986 0.367244</w:t>
        <w:br/>
        <w:t>vt 0.728027 0.382135</w:t>
        <w:br/>
        <w:t>vt 0.723988 0.384644</w:t>
        <w:br/>
        <w:t>vt 0.731383 0.376243</w:t>
        <w:br/>
        <w:t>vt 0.720211 0.382048</w:t>
        <w:br/>
        <w:t>vt 0.715409 0.380276</w:t>
        <w:br/>
        <w:t>vt 0.711557 0.379051</w:t>
        <w:br/>
        <w:t>vt 0.707772 0.378715</w:t>
        <w:br/>
        <w:t>vt 0.703276 0.378858</w:t>
        <w:br/>
        <w:t>vt 0.699484 0.380462</w:t>
        <w:br/>
        <w:t>vt 0.717294 0.384852</w:t>
        <w:br/>
        <w:t>vt 0.711833 0.382619</w:t>
        <w:br/>
        <w:t>vt 0.707926 0.382232</w:t>
        <w:br/>
        <w:t>vt 0.703097 0.382673</w:t>
        <w:br/>
        <w:t>vt 0.698271 0.384635</w:t>
        <w:br/>
        <w:t>vt 0.693320 0.388350</w:t>
        <w:br/>
        <w:t>vt 0.722346 0.387339</w:t>
        <w:br/>
        <w:t>vt 0.735751 0.403126</w:t>
        <w:br/>
        <w:t>vt 0.681517 0.404330</w:t>
        <w:br/>
        <w:t>vt 0.724249 0.410398</w:t>
        <w:br/>
        <w:t>vt 0.717856 0.414034</w:t>
        <w:br/>
        <w:t>vt 0.712265 0.416283</w:t>
        <w:br/>
        <w:t>vt 0.708608 0.417063</w:t>
        <w:br/>
        <w:t>vt 0.703921 0.416708</w:t>
        <w:br/>
        <w:t>vt 0.699486 0.415207</w:t>
        <w:br/>
        <w:t>vt 0.692902 0.411870</w:t>
        <w:br/>
        <w:t>vt 0.691754 0.412344</w:t>
        <w:br/>
        <w:t>vt 0.678811 0.404183</w:t>
        <w:br/>
        <w:t>vt 0.681517 0.404330</w:t>
        <w:br/>
        <w:t>vt 0.698008 0.416150</w:t>
        <w:br/>
        <w:t>vt 0.704347 0.418677</w:t>
        <w:br/>
        <w:t>vt 0.708517 0.419129</w:t>
        <w:br/>
        <w:t>vt 0.712595 0.418097</w:t>
        <w:br/>
        <w:t>vt 0.718404 0.415166</w:t>
        <w:br/>
        <w:t>vt 0.724564 0.411183</w:t>
        <w:br/>
        <w:t>vt 0.738264 0.403517</w:t>
        <w:br/>
        <w:t>vt 0.670494 0.407976</w:t>
        <w:br/>
        <w:t>vt 0.669002 0.397498</w:t>
        <w:br/>
        <w:t>vt 0.674921 0.400245</w:t>
        <w:br/>
        <w:t>vt 0.674361 0.406153</w:t>
        <w:br/>
        <w:t>vt 0.671388 0.410403</w:t>
        <w:br/>
        <w:t>vt 0.727767 0.414896</w:t>
        <w:br/>
        <w:t>vt 0.740600 0.406674</w:t>
        <w:br/>
        <w:t>vt 0.720507 0.419799</w:t>
        <w:br/>
        <w:t>vt 0.714503 0.422833</w:t>
        <w:br/>
        <w:t>vt 0.709023 0.424739</w:t>
        <w:br/>
        <w:t>vt 0.703913 0.424014</w:t>
        <w:br/>
        <w:t>vt 0.697834 0.421134</w:t>
        <w:br/>
        <w:t>vt 0.688382 0.415572</w:t>
        <w:br/>
        <w:t>vt 0.675848 0.408810</w:t>
        <w:br/>
        <w:t>vt 0.669002 0.397498</w:t>
        <w:br/>
        <w:t>vt 0.741576 0.412516</w:t>
        <w:br/>
        <w:t>vt 0.729808 0.416220</w:t>
        <w:br/>
        <w:t>vt 0.740987 0.408486</w:t>
        <w:br/>
        <w:t>vt 0.720792 0.421608</w:t>
        <w:br/>
        <w:t>vt 0.720507 0.419799</w:t>
        <w:br/>
        <w:t>vt 0.714620 0.424863</w:t>
        <w:br/>
        <w:t>vt 0.709390 0.426258</w:t>
        <w:br/>
        <w:t>vt 0.709023 0.424739</w:t>
        <w:br/>
        <w:t>vt 0.703266 0.425457</w:t>
        <w:br/>
        <w:t>vt 0.703913 0.424014</w:t>
        <w:br/>
        <w:t>vt 0.697866 0.423294</w:t>
        <w:br/>
        <w:t>vt 0.687321 0.417163</w:t>
        <w:br/>
        <w:t>vt 0.675779 0.410168</w:t>
        <w:br/>
        <w:t>vt 0.754045 0.408815</w:t>
        <w:br/>
        <w:t>vt 0.749523 0.413494</w:t>
        <w:br/>
        <w:t>vt 0.745571 0.407794</w:t>
        <w:br/>
        <w:t>vt 0.737531 0.421677</w:t>
        <w:br/>
        <w:t>vt 0.728974 0.421874</w:t>
        <w:br/>
        <w:t>vt 0.680055 0.423183</w:t>
        <w:br/>
        <w:t>vt 0.674742 0.413284</w:t>
        <w:br/>
        <w:t>vt 0.688375 0.422818</w:t>
        <w:br/>
        <w:t>vt 0.683419 0.446634</w:t>
        <w:br/>
        <w:t>vt 0.690507 0.446747</w:t>
        <w:br/>
        <w:t>vt 0.698224 0.446749</w:t>
        <w:br/>
        <w:t>vt 0.733633 0.446245</w:t>
        <w:br/>
        <w:t>vt 0.727586 0.446455</w:t>
        <w:br/>
        <w:t>vt 0.721085 0.446497</w:t>
        <w:br/>
        <w:t>vt 0.714460 0.446485</w:t>
        <w:br/>
        <w:t>vt 0.703266 0.425457</w:t>
        <w:br/>
        <w:t>vt 0.704199 0.446627</w:t>
        <w:br/>
        <w:t>vt 0.710157 0.446426</w:t>
        <w:br/>
        <w:t>vt 0.709390 0.426258</w:t>
        <w:br/>
        <w:t>vt 0.644068 0.310392</w:t>
        <w:br/>
        <w:t>vt 0.641881 0.318503</w:t>
        <w:br/>
        <w:t>vt 0.644068 0.316521</w:t>
        <w:br/>
        <w:t>vt 0.638159 0.308747</w:t>
        <w:br/>
        <w:t>vt 0.636947 0.323358</w:t>
        <w:br/>
        <w:t>vt 0.736467 0.449952</w:t>
        <w:br/>
        <w:t>vt 0.728723 0.449896</w:t>
        <w:br/>
        <w:t>vt 0.721929 0.449898</w:t>
        <w:br/>
        <w:t>vt 0.715725 0.449828</w:t>
        <w:br/>
        <w:t>vt 0.710438 0.449943</w:t>
        <w:br/>
        <w:t>vt 0.704623 0.449814</w:t>
        <w:br/>
        <w:t>vt 0.698008 0.449916</w:t>
        <w:br/>
        <w:t>vt 0.689317 0.449935</w:t>
        <w:br/>
        <w:t>vt 0.681076 0.449890</w:t>
        <w:br/>
        <w:t>vt 0.688990 0.454721</w:t>
        <w:br/>
        <w:t>vt 0.681082 0.454721</w:t>
        <w:br/>
        <w:t>vt 0.697550 0.454721</w:t>
        <w:br/>
        <w:t>vt 0.704217 0.454721</w:t>
        <w:br/>
        <w:t>vt 0.710223 0.454721</w:t>
        <w:br/>
        <w:t>vt 0.716060 0.454721</w:t>
        <w:br/>
        <w:t>vt 0.722052 0.454721</w:t>
        <w:br/>
        <w:t>vt 0.729158 0.454721</w:t>
        <w:br/>
        <w:t>vt 0.736498 0.454721</w:t>
        <w:br/>
        <w:t>vt 0.226646 0.033122</w:t>
        <w:br/>
        <w:t>vt 0.227273 0.031174</w:t>
        <w:br/>
        <w:t>vt 0.240372 0.024464</w:t>
        <w:br/>
        <w:t>vt 0.243035 0.025072</w:t>
        <w:br/>
        <w:t>vt 0.231533 0.010801</w:t>
        <w:br/>
        <w:t>vt 0.237336 0.021070</w:t>
        <w:br/>
        <w:t>vt 0.226301 0.026163</w:t>
        <w:br/>
        <w:t>vt 0.221439 0.015875</w:t>
        <w:br/>
        <w:t>vt 0.219745 0.014960</w:t>
        <w:br/>
        <w:t>vt 0.232019 0.008628</w:t>
        <w:br/>
        <w:t>vt 0.231399 0.006528</w:t>
        <w:br/>
        <w:t>vt 0.218200 0.013335</w:t>
        <w:br/>
        <w:t>vt 0.633105 0.237823</w:t>
        <w:br/>
        <w:t>vt 0.638081 0.242702</w:t>
        <w:br/>
        <w:t>vt 0.638110 0.193891</w:t>
        <w:br/>
        <w:t>vt 0.635870 0.193299</w:t>
        <w:br/>
        <w:t>vt 0.644068 0.211948</w:t>
        <w:br/>
        <w:t>vt 0.639226 0.211475</w:t>
        <w:br/>
        <w:t>vt 0.639589 0.225645</w:t>
        <w:br/>
        <w:t>vt 0.644068 0.225341</w:t>
        <w:br/>
        <w:t>vt 0.644068 0.233274</w:t>
        <w:br/>
        <w:t>vt 0.638059 0.232825</w:t>
        <w:br/>
        <w:t>vt 0.638081 0.242702</w:t>
        <w:br/>
        <w:t>vt 0.644068 0.243431</w:t>
        <w:br/>
        <w:t>vt 0.644068 0.253659</w:t>
        <w:br/>
        <w:t>vt 0.638251 0.252629</w:t>
        <w:br/>
        <w:t>vt 0.638400 0.262313</w:t>
        <w:br/>
        <w:t>vt 0.644068 0.263507</w:t>
        <w:br/>
        <w:t>vt 0.639082 0.271406</w:t>
        <w:br/>
        <w:t>vt 0.644068 0.269986</w:t>
        <w:br/>
        <w:t>vt 0.639809 0.292894</w:t>
        <w:br/>
        <w:t>vt 0.644068 0.294620</w:t>
        <w:br/>
        <w:t>vt 0.644068 0.141657</w:t>
        <w:br/>
        <w:t>vt 0.639875 0.139692</w:t>
        <w:br/>
        <w:t>vt 0.638884 0.164608</w:t>
        <w:br/>
        <w:t>vt 0.644068 0.165761</w:t>
        <w:br/>
        <w:t>vt 0.644068 0.172796</w:t>
        <w:br/>
        <w:t>vt 0.638535 0.174241</w:t>
        <w:br/>
        <w:t>vt 0.638462 0.183948</w:t>
        <w:br/>
        <w:t>vt 0.644068 0.182947</w:t>
        <w:br/>
        <w:t>vt 0.644068 0.203680</w:t>
        <w:br/>
        <w:t>vt 0.644068 0.193352</w:t>
        <w:br/>
        <w:t>vt 0.638110 0.193891</w:t>
        <w:br/>
        <w:t>vt 0.638151 0.203894</w:t>
        <w:br/>
        <w:t>vt 0.246194 0.030059</w:t>
        <w:br/>
        <w:t>vt 0.227149 0.036547</w:t>
        <w:br/>
        <w:t>vt 0.226646 0.033122</w:t>
        <w:br/>
        <w:t>vt 0.243035 0.025072</w:t>
        <w:br/>
        <w:t>vt 0.229756 0.045031</w:t>
        <w:br/>
        <w:t>vt 0.250266 0.035480</w:t>
        <w:br/>
        <w:t>vt 0.259396 0.047748</w:t>
        <w:br/>
        <w:t>vt 0.231803 0.060495</w:t>
        <w:br/>
        <w:t>vt 0.261641 0.053499</w:t>
        <w:br/>
        <w:t>vt 0.234368 0.065786</w:t>
        <w:br/>
        <w:t>vt 0.263838 0.059282</w:t>
        <w:br/>
        <w:t>vt 0.236981 0.071066</w:t>
        <w:br/>
        <w:t>vt 0.240523 0.075746</w:t>
        <w:br/>
        <w:t>vt 0.264055 0.065537</w:t>
        <w:br/>
        <w:t>vt 0.262308 0.071663</w:t>
        <w:br/>
        <w:t>vt 0.244756 0.079953</w:t>
        <w:br/>
        <w:t>vt 0.259891 0.077599</w:t>
        <w:br/>
        <w:t>vt 0.250427 0.082021</w:t>
        <w:br/>
        <w:t>vt 0.706345 0.538941</w:t>
        <w:br/>
        <w:t>vt 0.706210 0.558845</w:t>
        <w:br/>
        <w:t>vt 0.700820 0.558231</w:t>
        <w:br/>
        <w:t>vt 0.701368 0.539221</w:t>
        <w:br/>
        <w:t>vt 0.695107 0.556107</w:t>
        <w:br/>
        <w:t>vt 0.692446 0.552061</w:t>
        <w:br/>
        <w:t>vt 0.693369 0.543753</w:t>
        <w:br/>
        <w:t>vt 0.696429 0.540563</w:t>
        <w:br/>
        <w:t>vt 0.691854 0.547763</w:t>
        <w:br/>
        <w:t>vt 0.639082 0.271406</w:t>
        <w:br/>
        <w:t>vt 0.629155 0.189172</w:t>
        <w:br/>
        <w:t>vt 0.631760 0.194825</w:t>
        <w:br/>
        <w:t>vt 0.632766 0.194997</w:t>
        <w:br/>
        <w:t>vt 0.628179 0.220908</w:t>
        <w:br/>
        <w:t>vt 0.629231 0.221571</w:t>
        <w:br/>
        <w:t>vt 0.630939 0.221501</w:t>
        <w:br/>
        <w:t>vt 0.624455 0.199639</w:t>
        <w:br/>
        <w:t>vt 0.628207 0.204002</w:t>
        <w:br/>
        <w:t>vt 0.626727 0.200958</w:t>
        <w:br/>
        <w:t>vt 0.622439 0.212832</w:t>
        <w:br/>
        <w:t>vt 0.627477 0.214914</w:t>
        <w:br/>
        <w:t>vt 0.625642 0.212919</w:t>
        <w:br/>
        <w:t>vt 0.629712 0.203214</w:t>
        <w:br/>
        <w:t>vt 0.630735 0.208445</w:t>
        <w:br/>
        <w:t>vt 0.632425 0.228875</w:t>
        <w:br/>
        <w:t>vt 0.634579 0.194730</w:t>
        <w:br/>
        <w:t>vt 0.628305 0.222901</w:t>
        <w:br/>
        <w:t>vt 0.631222 0.224066</w:t>
        <w:br/>
        <w:t>vt 0.629332 0.222499</w:t>
        <w:br/>
        <w:t>vt 0.629740 0.213501</w:t>
        <w:br/>
        <w:t>vt 0.631330 0.216635</w:t>
        <w:br/>
        <w:t>vt 0.633021 0.199526</w:t>
        <w:br/>
        <w:t>vt 0.631437 0.201805</w:t>
        <w:br/>
        <w:t>vt 0.629231 0.221571</w:t>
        <w:br/>
        <w:t>vt 0.631763 0.225518</w:t>
        <w:br/>
        <w:t>vt 0.631292 0.218642</w:t>
        <w:br/>
        <w:t>vt 0.630339 0.211100</w:t>
        <w:br/>
        <w:t>vt 0.673252 0.673954</w:t>
        <w:br/>
        <w:t>vt 0.673578 0.669660</w:t>
        <w:br/>
        <w:t>vt 0.547793 0.682324</w:t>
        <w:br/>
        <w:t>vt 0.549297 0.688158</w:t>
        <w:br/>
        <w:t>vt 0.547636 0.686098</w:t>
        <w:br/>
        <w:t>vt 0.545132 0.681152</w:t>
        <w:br/>
        <w:t>vt 0.763179 0.427062</w:t>
        <w:br/>
        <w:t>vt 0.766810 0.425305</w:t>
        <w:br/>
        <w:t>vt 0.763179 0.427062</w:t>
        <w:br/>
        <w:t>vt 0.759396 0.431737</w:t>
        <w:br/>
        <w:t>vt 0.671635 0.657565</w:t>
        <w:br/>
        <w:t>vt 0.552631 0.680283</w:t>
        <w:br/>
        <w:t>vt 0.556289 0.674654</w:t>
        <w:br/>
        <w:t>vt 0.558821 0.674615</w:t>
        <w:br/>
        <w:t>vt 0.552154 0.669117</w:t>
        <w:br/>
        <w:t>vt 0.552631 0.680283</w:t>
        <w:br/>
        <w:t>vt 0.547793 0.682324</w:t>
        <w:br/>
        <w:t>vt 0.556289 0.674654</w:t>
        <w:br/>
        <w:t>vt 0.558821 0.674615</w:t>
        <w:br/>
        <w:t>vt 0.435392 0.990002</w:t>
        <w:br/>
        <w:t>vt 0.438165 0.990029</w:t>
        <w:br/>
        <w:t>vt 0.436985 0.994023</w:t>
        <w:br/>
        <w:t>vt 0.440597 0.983065</w:t>
        <w:br/>
        <w:t>vt 0.446375 0.986054</w:t>
        <w:br/>
        <w:t>vt 0.440300 0.990984</w:t>
        <w:br/>
        <w:t>vt 0.435811 0.981904</w:t>
        <w:br/>
        <w:t>vt 0.444497 0.976627</w:t>
        <w:br/>
        <w:t>vt 0.451420 0.982162</w:t>
        <w:br/>
        <w:t>vt 0.437581 0.972959</w:t>
        <w:br/>
        <w:t>vt 0.450558 0.968579</w:t>
        <w:br/>
        <w:t>vt 0.459648 0.974446</w:t>
        <w:br/>
        <w:t>vt 0.441775 0.964502</w:t>
        <w:br/>
        <w:t>vt 0.455994 0.961194</w:t>
        <w:br/>
        <w:t>vt 0.464743 0.966943</w:t>
        <w:br/>
        <w:t>vt 0.447283 0.954695</w:t>
        <w:br/>
        <w:t>vt 0.460610 0.949856</w:t>
        <w:br/>
        <w:t>vt 0.469403 0.956264</w:t>
        <w:br/>
        <w:t>vt 0.448393 0.948590</w:t>
        <w:br/>
        <w:t>vt 0.468089 0.938363</w:t>
        <w:br/>
        <w:t>vt 0.473510 0.942537</w:t>
        <w:br/>
        <w:t>vt 0.457994 0.934815</w:t>
        <w:br/>
        <w:t>vt 0.446179 0.945037</w:t>
        <w:br/>
        <w:t>vt 0.444419 0.931479</w:t>
        <w:br/>
        <w:t>vt 0.436965 0.941514</w:t>
        <w:br/>
        <w:t>vt 0.432910 0.927823</w:t>
        <w:br/>
        <w:t>vt 0.428293 0.937909</w:t>
        <w:br/>
        <w:t>vt 0.419129 0.930662</w:t>
        <w:br/>
        <w:t>vt 0.422047 0.924642</w:t>
        <w:br/>
        <w:t>vt 0.411802 0.922148</w:t>
        <w:br/>
        <w:t>vt 0.413540 0.919997</w:t>
        <w:br/>
        <w:t>vt 0.408830 0.918167</w:t>
        <w:br/>
        <w:t>vt 0.408997 0.917664</w:t>
        <w:br/>
        <w:t>vt 0.443514 0.947084</w:t>
        <w:br/>
        <w:t>vt 0.445237 0.950626</w:t>
        <w:br/>
        <w:t>vt 0.444291 0.953396</w:t>
        <w:br/>
        <w:t>vt 0.441549 0.958854</w:t>
        <w:br/>
        <w:t>vt 0.436951 0.943580</w:t>
        <w:br/>
        <w:t>vt 0.427402 0.940066</w:t>
        <w:br/>
        <w:t>vt 0.443693 0.926806</w:t>
        <w:br/>
        <w:t>vt 0.434235 0.924250</w:t>
        <w:br/>
        <w:t>vt 0.458847 0.930727</w:t>
        <w:br/>
        <w:t>vt 0.469723 0.935715</w:t>
        <w:br/>
        <w:t>vt 0.475080 0.939044</w:t>
        <w:br/>
        <w:t>vt 0.423314 0.921218</w:t>
        <w:br/>
        <w:t>vt 0.415437 0.917866</w:t>
        <w:br/>
        <w:t>vt 0.407291 0.914875</w:t>
        <w:br/>
        <w:t>vt 0.411084 0.906275</w:t>
        <w:br/>
        <w:t>vt 0.417574 0.907164</w:t>
        <w:br/>
        <w:t>vt 0.425115 0.908529</w:t>
        <w:br/>
        <w:t>vt 0.436980 0.909619</w:t>
        <w:br/>
        <w:t>vt 0.446448 0.911000</w:t>
        <w:br/>
        <w:t>vt 0.461371 0.914860</w:t>
        <w:br/>
        <w:t>vt 0.473621 0.919562</w:t>
        <w:br/>
        <w:t>vt 0.481651 0.926266</w:t>
        <w:br/>
        <w:t>vt 0.459938 0.912099</w:t>
        <w:br/>
        <w:t>vt 0.448115 0.908541</w:t>
        <w:br/>
        <w:t>vt 0.473656 0.916978</w:t>
        <w:br/>
        <w:t>vt 0.485115 0.913584</w:t>
        <w:br/>
        <w:t>vt 0.488280 0.915129</w:t>
        <w:br/>
        <w:t>vt 0.482318 0.907006</w:t>
        <w:br/>
        <w:t>vt 0.459934 0.897489</w:t>
        <w:br/>
        <w:t>vt 0.471605 0.900818</w:t>
        <w:br/>
        <w:t>vt 0.448434 0.898145</w:t>
        <w:br/>
        <w:t>vt 0.443951 0.905823</w:t>
        <w:br/>
        <w:t>vt 0.443546 0.899699</w:t>
        <w:br/>
        <w:t>vt 0.442037 0.901291</w:t>
        <w:br/>
        <w:t>vt 0.442272 0.904702</w:t>
        <w:br/>
        <w:t>vt 0.441437 0.903237</w:t>
        <w:br/>
        <w:t>vt 0.488280 0.915129</w:t>
        <w:br/>
        <w:t>vt 0.485115 0.913584</w:t>
        <w:br/>
        <w:t>vt 0.482318 0.907006</w:t>
        <w:br/>
        <w:t>vt 0.481941 0.898630</w:t>
        <w:br/>
        <w:t>vt 0.491812 0.893312</w:t>
        <w:br/>
        <w:t>vt 0.499067 0.912008</w:t>
        <w:br/>
        <w:t>vt 0.498461 0.929425</w:t>
        <w:br/>
        <w:t>vt 0.504945 0.921154</w:t>
        <w:br/>
        <w:t>vt 0.504945 0.930025</w:t>
        <w:br/>
        <w:t>vt 0.487724 0.931066</w:t>
        <w:br/>
        <w:t>vt 0.495026 0.884188</w:t>
        <w:br/>
        <w:t>vt 0.504945 0.877543</w:t>
        <w:br/>
        <w:t>vt 0.504945 0.881281</w:t>
        <w:br/>
        <w:t>vt 0.490568 0.887458</w:t>
        <w:br/>
        <w:t>vt 0.497481 0.849169</w:t>
        <w:br/>
        <w:t>vt 0.504945 0.848289</w:t>
        <w:br/>
        <w:t>vt 0.504945 0.877543</w:t>
        <w:br/>
        <w:t>vt 0.495026 0.884188</w:t>
        <w:br/>
        <w:t>vt 0.489938 0.852703</w:t>
        <w:br/>
        <w:t>vt 0.495026 0.884188</w:t>
        <w:br/>
        <w:t>vt 0.490568 0.887458</w:t>
        <w:br/>
        <w:t>vt 0.482739 0.850354</w:t>
        <w:br/>
        <w:t>vt 0.463475 0.846259</w:t>
        <w:br/>
        <w:t>vt 0.464187 0.844685</w:t>
        <w:br/>
        <w:t>vt 0.497481 0.849169</w:t>
        <w:br/>
        <w:t>vt 0.495738 0.839467</w:t>
        <w:br/>
        <w:t>vt 0.504945 0.839398</w:t>
        <w:br/>
        <w:t>vt 0.504945 0.848289</w:t>
        <w:br/>
        <w:t>vt 0.482506 0.845679</w:t>
        <w:br/>
        <w:t>vt 0.464187 0.844685</w:t>
        <w:br/>
        <w:t>vt 0.461147 0.840198</w:t>
        <w:br/>
        <w:t>vt 0.482739 0.850354</w:t>
        <w:br/>
        <w:t>vt 0.458681 0.845615</w:t>
        <w:br/>
        <w:t>vt 0.461147 0.840198</w:t>
        <w:br/>
        <w:t>vt 0.477356 0.898383</w:t>
        <w:br/>
        <w:t>vt 0.479552 0.903851</w:t>
        <w:br/>
        <w:t>vt 0.479552 0.903851</w:t>
        <w:br/>
        <w:t>vt 0.472635 0.899225</w:t>
        <w:br/>
        <w:t>vt 0.460859 0.895792</w:t>
        <w:br/>
        <w:t>vt 0.448412 0.896393</w:t>
        <w:br/>
        <w:t>vt 0.448434 0.898145</w:t>
        <w:br/>
        <w:t>vt 0.441000 0.899646</w:t>
        <w:br/>
        <w:t>vt 0.442974 0.897947</w:t>
        <w:br/>
        <w:t>vt 0.441437 0.903237</w:t>
        <w:br/>
        <w:t>vt 0.442272 0.904702</w:t>
        <w:br/>
        <w:t>vt 0.440571 0.905096</w:t>
        <w:br/>
        <w:t>vt 0.439854 0.902594</w:t>
        <w:br/>
        <w:t>vt 0.448115 0.908541</w:t>
        <w:br/>
        <w:t>vt 0.444022 0.907776</w:t>
        <w:br/>
        <w:t>vt 0.442684 0.907034</w:t>
        <w:br/>
        <w:t>vt 0.444022 0.907776</w:t>
        <w:br/>
        <w:t>vt 0.437183 0.907024</w:t>
        <w:br/>
        <w:t>vt 0.425298 0.905671</w:t>
        <w:br/>
        <w:t>vt 0.417692 0.904720</w:t>
        <w:br/>
        <w:t>vt 0.411497 0.903631</w:t>
        <w:br/>
        <w:t>vt 0.499741 0.932632</w:t>
        <w:br/>
        <w:t>vt 0.504945 0.933656</w:t>
        <w:br/>
        <w:t>vt 0.492998 0.938291</w:t>
        <w:br/>
        <w:t>vt 0.495410 0.938492</w:t>
        <w:br/>
        <w:t>vt 0.495245 0.942937</w:t>
        <w:br/>
        <w:t>vt 0.493092 0.942869</w:t>
        <w:br/>
        <w:t>vt 0.493486 0.949229</w:t>
        <w:br/>
        <w:t>vt 0.495667 0.949468</w:t>
        <w:br/>
        <w:t>vt 0.494997 0.955875</w:t>
        <w:br/>
        <w:t>vt 0.497024 0.954898</w:t>
        <w:br/>
        <w:t>vt 0.496353 0.938849</w:t>
        <w:br/>
        <w:t>vt 0.496123 0.942989</w:t>
        <w:br/>
        <w:t>vt 0.496689 0.949506</w:t>
        <w:br/>
        <w:t>vt 0.498403 0.954868</w:t>
        <w:br/>
        <w:t>vt 0.497024 0.954898</w:t>
        <w:br/>
        <w:t>vt 0.492574 0.949611</w:t>
        <w:br/>
        <w:t>vt 0.493486 0.949229</w:t>
        <w:br/>
        <w:t>vt 0.494997 0.955875</w:t>
        <w:br/>
        <w:t>vt 0.493749 0.956389</w:t>
        <w:br/>
        <w:t>vt 0.492020 0.943634</w:t>
        <w:br/>
        <w:t>vt 0.491927 0.939162</w:t>
        <w:br/>
        <w:t>vt 0.492998 0.938291</w:t>
        <w:br/>
        <w:t>vt 0.487724 0.931066</w:t>
        <w:br/>
        <w:t>vt 0.487534 0.933009</w:t>
        <w:br/>
        <w:t>vt 0.482476 0.928705</w:t>
        <w:br/>
        <w:t>vt 0.481651 0.926266</w:t>
        <w:br/>
        <w:t>vt 0.482476 0.928705</w:t>
        <w:br/>
        <w:t>vt 0.478155 0.940694</w:t>
        <w:br/>
        <w:t>vt 0.475100 0.956156</w:t>
        <w:br/>
        <w:t>vt 0.469403 0.956264</w:t>
        <w:br/>
        <w:t>vt 0.468634 0.969173</w:t>
        <w:br/>
        <w:t>vt 0.464743 0.966943</w:t>
        <w:br/>
        <w:t>vt 0.459648 0.974446</w:t>
        <w:br/>
        <w:t>vt 0.462691 0.978335</w:t>
        <w:br/>
        <w:t>vt 0.451420 0.982162</w:t>
        <w:br/>
        <w:t>vt 0.454577 0.986369</w:t>
        <w:br/>
        <w:t>vt 0.449145 0.990759</w:t>
        <w:br/>
        <w:t>vt 0.443715 0.995020</w:t>
        <w:br/>
        <w:t>vt 0.436985 0.994023</w:t>
        <w:br/>
        <w:t>vt 0.435649 0.999019</w:t>
        <w:br/>
        <w:t>vt 0.434146 0.970493</w:t>
        <w:br/>
        <w:t>vt 0.437128 0.963001</w:t>
        <w:br/>
        <w:t>vt 0.438750 0.959092</w:t>
        <w:br/>
        <w:t>vt 0.418122 0.936770</w:t>
        <w:br/>
        <w:t>vt 0.408833 0.926063</w:t>
        <w:br/>
        <w:t>vt 0.411802 0.922148</w:t>
        <w:br/>
        <w:t>vt 0.408830 0.918167</w:t>
        <w:br/>
        <w:t>vt 0.404278 0.918113</w:t>
        <w:br/>
        <w:t>vt 0.407291 0.914875</w:t>
        <w:br/>
        <w:t>vt 0.408997 0.917664</w:t>
        <w:br/>
        <w:t>vt 0.401756 0.908909</w:t>
        <w:br/>
        <w:t>vt 0.404729 0.903109</w:t>
        <w:br/>
        <w:t>vt 0.400433 0.911269</w:t>
        <w:br/>
        <w:t>vt 0.405059 0.900954</w:t>
        <w:br/>
        <w:t>vt 0.402075 0.901528</w:t>
        <w:br/>
        <w:t>vt 0.402604 0.899439</w:t>
        <w:br/>
        <w:t>vt 0.398630 0.906711</w:t>
        <w:br/>
        <w:t>vt 0.398050 0.908846</w:t>
        <w:br/>
        <w:t>vt 0.398630 0.906711</w:t>
        <w:br/>
        <w:t>vt 0.391713 0.905472</w:t>
        <w:br/>
        <w:t>vt 0.390631 0.907333</w:t>
        <w:br/>
        <w:t>vt 0.396595 0.896205</w:t>
        <w:br/>
        <w:t>vt 0.397326 0.894875</w:t>
        <w:br/>
        <w:t>vt 0.391713 0.905472</w:t>
        <w:br/>
        <w:t>vt 0.387681 0.902454</w:t>
        <w:br/>
        <w:t>vt 0.385198 0.902888</w:t>
        <w:br/>
        <w:t>vt 0.386607 0.899221</w:t>
        <w:br/>
        <w:t>vt 0.384606 0.898443</w:t>
        <w:br/>
        <w:t>vt 0.386876 0.895494</w:t>
        <w:br/>
        <w:t>vt 0.388240 0.897009</w:t>
        <w:br/>
        <w:t>vt 0.390665 0.893325</w:t>
        <w:br/>
        <w:t>vt 0.391538 0.895142</w:t>
        <w:br/>
        <w:t>vt 0.391538 0.895142</w:t>
        <w:br/>
        <w:t>vt 0.387681 0.902454</w:t>
        <w:br/>
        <w:t>vt 0.439998 0.953848</w:t>
        <w:br/>
        <w:t>vt 0.439048 0.950474</w:t>
        <w:br/>
        <w:t>vt 0.434063 0.946830</w:t>
        <w:br/>
        <w:t>vt 0.427125 0.942730</w:t>
        <w:br/>
        <w:t>vt 0.437046 0.951385</w:t>
        <w:br/>
        <w:t>vt 0.433608 0.948383</w:t>
        <w:br/>
        <w:t>vt 0.427571 0.944420</w:t>
        <w:br/>
        <w:t>vt 0.438588 0.954130</w:t>
        <w:br/>
        <w:t>vt 0.431539 0.980454</w:t>
        <w:br/>
        <w:t>vt 0.435811 0.981904</w:t>
        <w:br/>
        <w:t>vt 0.430324 0.990401</w:t>
        <w:br/>
        <w:t>vt 0.436985 0.994023</w:t>
        <w:br/>
        <w:t>vt 0.435649 0.999019</w:t>
        <w:br/>
        <w:t>vt 0.231559 0.567077</w:t>
        <w:br/>
        <w:t>vt 0.230286 0.568754</w:t>
        <w:br/>
        <w:t>vt 0.221310 0.567265</w:t>
        <w:br/>
        <w:t>vt 0.221404 0.565708</w:t>
        <w:br/>
        <w:t>vt 0.219029 0.568607</w:t>
        <w:br/>
        <w:t>vt 0.231559 0.567077</w:t>
        <w:br/>
        <w:t>vt 0.232340 0.570043</w:t>
        <w:br/>
        <w:t>vt 0.230286 0.568754</w:t>
        <w:br/>
        <w:t>vt 0.053831 0.991497</w:t>
        <w:br/>
        <w:t>vt 0.055409 0.986299</w:t>
        <w:br/>
        <w:t>vt 0.056262 0.986141</w:t>
        <w:br/>
        <w:t>vt 0.229162 0.576625</w:t>
        <w:br/>
        <w:t>vt 0.232392 0.575218</w:t>
        <w:br/>
        <w:t>vt 0.232059 0.579314</w:t>
        <w:br/>
        <w:t>vt 0.226530 0.584955</w:t>
        <w:br/>
        <w:t>vt 0.224987 0.583438</w:t>
        <w:br/>
        <w:t>vt 0.038078 0.989028</w:t>
        <w:br/>
        <w:t>vt 0.038052 0.993930</w:t>
        <w:br/>
        <w:t>vt 0.028963 0.996284</w:t>
        <w:br/>
        <w:t>vt 0.030356 0.984385</w:t>
        <w:br/>
        <w:t>vt 0.221770 0.589505</w:t>
        <w:br/>
        <w:t>vt 0.220208 0.588022</w:t>
        <w:br/>
        <w:t>vt 0.004771 0.989286</w:t>
        <w:br/>
        <w:t>vt 0.017228 0.979543</w:t>
        <w:br/>
        <w:t>vt 0.028139 0.974383</w:t>
        <w:br/>
        <w:t>vt 0.213658 0.595186</w:t>
        <w:br/>
        <w:t>vt 0.212608 0.593402</w:t>
        <w:br/>
        <w:t>vt 0.205624 0.598658</w:t>
        <w:br/>
        <w:t>vt 0.204883 0.596313</w:t>
        <w:br/>
        <w:t>vt 0.196382 0.599840</w:t>
        <w:br/>
        <w:t>vt 0.195947 0.597571</w:t>
        <w:br/>
        <w:t>vt 0.184506 0.597500</w:t>
        <w:br/>
        <w:t>vt 0.186198 0.595905</w:t>
        <w:br/>
        <w:t>vt 0.184799 0.589295</w:t>
        <w:br/>
        <w:t>vt 0.187314 0.590263</w:t>
        <w:br/>
        <w:t>vt 0.186198 0.595905</w:t>
        <w:br/>
        <w:t>vt 0.184506 0.597500</w:t>
        <w:br/>
        <w:t>vt 0.190151 0.581669</w:t>
        <w:br/>
        <w:t>vt 0.191729 0.583391</w:t>
        <w:br/>
        <w:t>vt 0.197163 0.575557</w:t>
        <w:br/>
        <w:t>vt 0.198526 0.577428</w:t>
        <w:br/>
        <w:t>vt 0.204893 0.570424</w:t>
        <w:br/>
        <w:t>vt 0.205869 0.572650</w:t>
        <w:br/>
        <w:t>vt 0.213044 0.569984</w:t>
        <w:br/>
        <w:t>vt 0.212584 0.567894</w:t>
        <w:br/>
        <w:t>vt 0.217749 0.567845</w:t>
        <w:br/>
        <w:t>vt 0.224987 0.583438</w:t>
        <w:br/>
        <w:t>vt 0.213044 0.569984</w:t>
        <w:br/>
        <w:t>vt 0.219029 0.568607</w:t>
        <w:br/>
        <w:t>vt 0.229162 0.576625</w:t>
        <w:br/>
        <w:t>vt 0.220208 0.588022</w:t>
        <w:br/>
        <w:t>vt 0.212608 0.593402</w:t>
        <w:br/>
        <w:t>vt 0.191729 0.583391</w:t>
        <w:br/>
        <w:t>vt 0.195947 0.597571</w:t>
        <w:br/>
        <w:t>vt 0.187314 0.590263</w:t>
        <w:br/>
        <w:t>vt 0.511377 0.843804</w:t>
        <w:br/>
        <w:t>vt 0.528939 0.843180</w:t>
        <w:br/>
        <w:t>vt 0.528939 0.854297</w:t>
        <w:br/>
        <w:t>vt 0.511377 0.855275</w:t>
        <w:br/>
        <w:t>vt 0.511377 0.865719</w:t>
        <w:br/>
        <w:t>vt 0.528939 0.865260</w:t>
        <w:br/>
        <w:t>vt 0.528939 0.875629</w:t>
        <w:br/>
        <w:t>vt 0.511377 0.875461</w:t>
        <w:br/>
        <w:t>vt 0.528939 0.885913</w:t>
        <w:br/>
        <w:t>vt 0.511377 0.885164</w:t>
        <w:br/>
        <w:t>vt 0.528939 0.895992</w:t>
        <w:br/>
        <w:t>vt 0.528939 0.905743</w:t>
        <w:br/>
        <w:t>vt 0.511377 0.906158</w:t>
        <w:br/>
        <w:t>vt 0.511377 0.895310</w:t>
        <w:br/>
        <w:t>vt 0.511377 0.832374</w:t>
        <w:br/>
        <w:t>vt 0.528939 0.832155</w:t>
        <w:br/>
        <w:t>vt 0.528939 0.915394</w:t>
        <w:br/>
        <w:t>vt 0.511377 0.918306</w:t>
        <w:br/>
        <w:t>vt 0.511377 0.823294</w:t>
        <w:br/>
        <w:t>vt 0.528939 0.819702</w:t>
        <w:br/>
        <w:t>vt 0.511377 0.817533</w:t>
        <w:br/>
        <w:t>vt 0.528939 0.812025</w:t>
        <w:br/>
        <w:t>vt 0.531466 0.820411</w:t>
        <w:br/>
        <w:t>vt 0.531466 0.832871</w:t>
        <w:br/>
        <w:t>vt 0.528939 0.832155</w:t>
        <w:br/>
        <w:t>vt 0.528939 0.819702</w:t>
        <w:br/>
        <w:t>vt 0.531466 0.844047</w:t>
        <w:br/>
        <w:t>vt 0.528939 0.843180</w:t>
        <w:br/>
        <w:t>vt 0.531466 0.854738</w:t>
        <w:br/>
        <w:t>vt 0.528939 0.854297</w:t>
        <w:br/>
        <w:t>vt 0.531466 0.865218</w:t>
        <w:br/>
        <w:t>vt 0.528939 0.865260</w:t>
        <w:br/>
        <w:t>vt 0.531466 0.875375</w:t>
        <w:br/>
        <w:t>vt 0.528939 0.875629</w:t>
        <w:br/>
        <w:t>vt 0.531466 0.885607</w:t>
        <w:br/>
        <w:t>vt 0.528939 0.885913</w:t>
        <w:br/>
        <w:t>vt 0.531466 0.895976</w:t>
        <w:br/>
        <w:t>vt 0.531466 0.905636</w:t>
        <w:br/>
        <w:t>vt 0.531466 0.914763</w:t>
        <w:br/>
        <w:t>vt 0.508677 0.918165</w:t>
        <w:br/>
        <w:t>vt 0.508677 0.905830</w:t>
        <w:br/>
        <w:t>vt 0.511377 0.906158</w:t>
        <w:br/>
        <w:t>vt 0.508677 0.894845</w:t>
        <w:br/>
        <w:t>vt 0.508677 0.884656</w:t>
        <w:br/>
        <w:t>vt 0.508677 0.875201</w:t>
        <w:br/>
        <w:t>vt 0.508677 0.865833</w:t>
        <w:br/>
        <w:t>vt 0.508677 0.855856</w:t>
        <w:br/>
        <w:t>vt 0.508677 0.844638</w:t>
        <w:br/>
        <w:t>vt 0.508677 0.833297</w:t>
        <w:br/>
        <w:t>vt 0.508677 0.823806</w:t>
        <w:br/>
        <w:t>vt 0.508677 0.809160</w:t>
        <w:br/>
        <w:t>vt 0.511377 0.817533</w:t>
        <w:br/>
        <w:t>vt 0.508677 0.818171</w:t>
        <w:br/>
        <w:t>vt 0.531466 0.811796</w:t>
        <w:br/>
        <w:t>vt 0.004316 0.987639</w:t>
        <w:br/>
        <w:t>vt 0.015872 0.977873</w:t>
        <w:br/>
        <w:t>vt 0.017228 0.979543</w:t>
        <w:br/>
        <w:t>vt 0.004771 0.989286</w:t>
        <w:br/>
        <w:t>vt 0.027837 0.972113</w:t>
        <w:br/>
        <w:t>vt 0.028139 0.974383</w:t>
        <w:br/>
        <w:t>vt 0.042461 0.976202</w:t>
        <w:br/>
        <w:t>vt 0.042099 0.978213</w:t>
        <w:br/>
        <w:t>vt 0.042099 0.978213</w:t>
        <w:br/>
        <w:t>vt 0.055409 0.986299</w:t>
        <w:br/>
        <w:t>vt 0.054965 0.981729</w:t>
        <w:br/>
        <w:t>vt 0.055409 0.986299</w:t>
        <w:br/>
        <w:t>vt 0.056262 0.986141</w:t>
        <w:br/>
        <w:t>vt 0.531466 0.798915</w:t>
        <w:br/>
        <w:t>vt 0.186198 0.595905</w:t>
        <w:br/>
        <w:t>vt 0.045586 0.992253</w:t>
        <w:br/>
        <w:t>vt 0.435392 0.990002</w:t>
        <w:br/>
        <w:t>vt 0.436985 0.994023</w:t>
        <w:br/>
        <w:t>vt 0.438165 0.990029</w:t>
        <w:br/>
        <w:t>vt 0.440300 0.990984</w:t>
        <w:br/>
        <w:t>vt 0.446375 0.986054</w:t>
        <w:br/>
        <w:t>vt 0.440597 0.983065</w:t>
        <w:br/>
        <w:t>vt 0.435811 0.981904</w:t>
        <w:br/>
        <w:t>vt 0.451420 0.982162</w:t>
        <w:br/>
        <w:t>vt 0.444497 0.976627</w:t>
        <w:br/>
        <w:t>vt 0.437581 0.972959</w:t>
        <w:br/>
        <w:t>vt 0.459648 0.974446</w:t>
        <w:br/>
        <w:t>vt 0.450558 0.968579</w:t>
        <w:br/>
        <w:t>vt 0.441775 0.964502</w:t>
        <w:br/>
        <w:t>vt 0.455994 0.961194</w:t>
        <w:br/>
        <w:t>vt 0.464743 0.966943</w:t>
        <w:br/>
        <w:t>vt 0.447284 0.954695</w:t>
        <w:br/>
        <w:t>vt 0.469403 0.956264</w:t>
        <w:br/>
        <w:t>vt 0.460610 0.949856</w:t>
        <w:br/>
        <w:t>vt 0.448393 0.948590</w:t>
        <w:br/>
        <w:t>vt 0.473510 0.942537</w:t>
        <w:br/>
        <w:t>vt 0.468089 0.938363</w:t>
        <w:br/>
        <w:t>vt 0.457994 0.934815</w:t>
        <w:br/>
        <w:t>vt 0.446179 0.945037</w:t>
        <w:br/>
        <w:t>vt 0.444419 0.931479</w:t>
        <w:br/>
        <w:t>vt 0.436965 0.941514</w:t>
        <w:br/>
        <w:t>vt 0.432910 0.927823</w:t>
        <w:br/>
        <w:t>vt 0.428293 0.937909</w:t>
        <w:br/>
        <w:t>vt 0.422047 0.924642</w:t>
        <w:br/>
        <w:t>vt 0.419129 0.930662</w:t>
        <w:br/>
        <w:t>vt 0.411802 0.922148</w:t>
        <w:br/>
        <w:t>vt 0.413540 0.919997</w:t>
        <w:br/>
        <w:t>vt 0.408830 0.918167</w:t>
        <w:br/>
        <w:t>vt 0.408997 0.917664</w:t>
        <w:br/>
        <w:t>vt 0.443514 0.947084</w:t>
        <w:br/>
        <w:t>vt 0.445237 0.950626</w:t>
        <w:br/>
        <w:t>vt 0.444291 0.953396</w:t>
        <w:br/>
        <w:t>vt 0.441549 0.958854</w:t>
        <w:br/>
        <w:t>vt 0.436951 0.943580</w:t>
        <w:br/>
        <w:t>vt 0.427402 0.940066</w:t>
        <w:br/>
        <w:t>vt 0.443693 0.926806</w:t>
        <w:br/>
        <w:t>vt 0.434235 0.924250</w:t>
        <w:br/>
        <w:t>vt 0.458847 0.930727</w:t>
        <w:br/>
        <w:t>vt 0.469723 0.935715</w:t>
        <w:br/>
        <w:t>vt 0.475080 0.939044</w:t>
        <w:br/>
        <w:t>vt 0.423314 0.921218</w:t>
        <w:br/>
        <w:t>vt 0.415437 0.917866</w:t>
        <w:br/>
        <w:t>vt 0.407291 0.914875</w:t>
        <w:br/>
        <w:t>vt 0.411084 0.906275</w:t>
        <w:br/>
        <w:t>vt 0.417574 0.907164</w:t>
        <w:br/>
        <w:t>vt 0.425115 0.908529</w:t>
        <w:br/>
        <w:t>vt 0.436980 0.909619</w:t>
        <w:br/>
        <w:t>vt 0.446448 0.911000</w:t>
        <w:br/>
        <w:t>vt 0.461371 0.914860</w:t>
        <w:br/>
        <w:t>vt 0.473621 0.919562</w:t>
        <w:br/>
        <w:t>vt 0.481651 0.926266</w:t>
        <w:br/>
        <w:t>vt 0.459938 0.912099</w:t>
        <w:br/>
        <w:t>vt 0.448115 0.908541</w:t>
        <w:br/>
        <w:t>vt 0.473656 0.916978</w:t>
        <w:br/>
        <w:t>vt 0.488280 0.915129</w:t>
        <w:br/>
        <w:t>vt 0.485115 0.913584</w:t>
        <w:br/>
        <w:t>vt 0.482318 0.907006</w:t>
        <w:br/>
        <w:t>vt 0.471605 0.900818</w:t>
        <w:br/>
        <w:t>vt 0.459934 0.897489</w:t>
        <w:br/>
        <w:t>vt 0.448434 0.898145</w:t>
        <w:br/>
        <w:t>vt 0.443546 0.899699</w:t>
        <w:br/>
        <w:t>vt 0.443951 0.905823</w:t>
        <w:br/>
        <w:t>vt 0.442037 0.901291</w:t>
        <w:br/>
        <w:t>vt 0.442272 0.904702</w:t>
        <w:br/>
        <w:t>vt 0.441437 0.903237</w:t>
        <w:br/>
        <w:t>vt 0.482318 0.907006</w:t>
        <w:br/>
        <w:t>vt 0.485115 0.913584</w:t>
        <w:br/>
        <w:t>vt 0.488280 0.915129</w:t>
        <w:br/>
        <w:t>vt 0.481941 0.898630</w:t>
        <w:br/>
        <w:t>vt 0.499067 0.912008</w:t>
        <w:br/>
        <w:t>vt 0.491812 0.893312</w:t>
        <w:br/>
        <w:t>vt 0.498461 0.929425</w:t>
        <w:br/>
        <w:t>vt 0.504945 0.930025</w:t>
        <w:br/>
        <w:t>vt 0.504945 0.921154</w:t>
        <w:br/>
        <w:t>vt 0.487724 0.931066</w:t>
        <w:br/>
        <w:t>vt 0.495026 0.884188</w:t>
        <w:br/>
        <w:t>vt 0.490568 0.887458</w:t>
        <w:br/>
        <w:t>vt 0.504945 0.881281</w:t>
        <w:br/>
        <w:t>vt 0.504945 0.877543</w:t>
        <w:br/>
        <w:t>vt 0.504945 0.848289</w:t>
        <w:br/>
        <w:t>vt 0.497481 0.849169</w:t>
        <w:br/>
        <w:t>vt 0.495026 0.884188</w:t>
        <w:br/>
        <w:t>vt 0.489938 0.852703</w:t>
        <w:br/>
        <w:t>vt 0.482739 0.850354</w:t>
        <w:br/>
        <w:t>vt 0.490568 0.887458</w:t>
        <w:br/>
        <w:t>vt 0.495026 0.884188</w:t>
        <w:br/>
        <w:t>vt 0.464187 0.844685</w:t>
        <w:br/>
        <w:t>vt 0.463475 0.846259</w:t>
        <w:br/>
        <w:t>vt 0.504945 0.839398</w:t>
        <w:br/>
        <w:t>vt 0.495738 0.839467</w:t>
        <w:br/>
        <w:t>vt 0.497481 0.849169</w:t>
        <w:br/>
        <w:t>vt 0.504945 0.848289</w:t>
        <w:br/>
        <w:t>vt 0.482506 0.845679</w:t>
        <w:br/>
        <w:t>vt 0.461146 0.840198</w:t>
        <w:br/>
        <w:t>vt 0.464187 0.844685</w:t>
        <w:br/>
        <w:t>vt 0.482739 0.850354</w:t>
        <w:br/>
        <w:t>vt 0.461146 0.840198</w:t>
        <w:br/>
        <w:t>vt 0.458681 0.845615</w:t>
        <w:br/>
        <w:t>vt 0.477356 0.898383</w:t>
        <w:br/>
        <w:t>vt 0.479552 0.903851</w:t>
        <w:br/>
        <w:t>vt 0.479552 0.903851</w:t>
        <w:br/>
        <w:t>vt 0.472635 0.899225</w:t>
        <w:br/>
        <w:t>vt 0.460859 0.895792</w:t>
        <w:br/>
        <w:t>vt 0.448412 0.896393</w:t>
        <w:br/>
        <w:t>vt 0.448434 0.898145</w:t>
        <w:br/>
        <w:t>vt 0.442974 0.897947</w:t>
        <w:br/>
        <w:t>vt 0.441000 0.899646</w:t>
        <w:br/>
        <w:t>vt 0.441437 0.903237</w:t>
        <w:br/>
        <w:t>vt 0.439854 0.902594</w:t>
        <w:br/>
        <w:t>vt 0.440571 0.905096</w:t>
        <w:br/>
        <w:t>vt 0.442272 0.904702</w:t>
        <w:br/>
        <w:t>vt 0.442684 0.907034</w:t>
        <w:br/>
        <w:t>vt 0.444022 0.907776</w:t>
        <w:br/>
        <w:t>vt 0.448115 0.908541</w:t>
        <w:br/>
        <w:t>vt 0.444022 0.907776</w:t>
        <w:br/>
        <w:t>vt 0.437183 0.907024</w:t>
        <w:br/>
        <w:t>vt 0.425298 0.905671</w:t>
        <w:br/>
        <w:t>vt 0.417692 0.904720</w:t>
        <w:br/>
        <w:t>vt 0.411497 0.903631</w:t>
        <w:br/>
        <w:t>vt 0.499741 0.932632</w:t>
        <w:br/>
        <w:t>vt 0.504945 0.933656</w:t>
        <w:br/>
        <w:t>vt 0.492998 0.938291</w:t>
        <w:br/>
        <w:t>vt 0.495410 0.938492</w:t>
        <w:br/>
        <w:t>vt 0.493092 0.942869</w:t>
        <w:br/>
        <w:t>vt 0.495245 0.942937</w:t>
        <w:br/>
        <w:t>vt 0.493487 0.949229</w:t>
        <w:br/>
        <w:t>vt 0.495667 0.949468</w:t>
        <w:br/>
        <w:t>vt 0.494997 0.955875</w:t>
        <w:br/>
        <w:t>vt 0.497024 0.954898</w:t>
        <w:br/>
        <w:t>vt 0.496353 0.938849</w:t>
        <w:br/>
        <w:t>vt 0.496123 0.942989</w:t>
        <w:br/>
        <w:t>vt 0.496689 0.949506</w:t>
        <w:br/>
        <w:t>vt 0.497024 0.954898</w:t>
        <w:br/>
        <w:t>vt 0.498403 0.954868</w:t>
        <w:br/>
        <w:t>vt 0.494997 0.955875</w:t>
        <w:br/>
        <w:t>vt 0.493487 0.949229</w:t>
        <w:br/>
        <w:t>vt 0.492573 0.949611</w:t>
        <w:br/>
        <w:t>vt 0.493749 0.956389</w:t>
        <w:br/>
        <w:t>vt 0.492020 0.943634</w:t>
        <w:br/>
        <w:t>vt 0.492998 0.938291</w:t>
        <w:br/>
        <w:t>vt 0.491927 0.939162</w:t>
        <w:br/>
        <w:t>vt 0.482476 0.928705</w:t>
        <w:br/>
        <w:t>vt 0.487534 0.933009</w:t>
        <w:br/>
        <w:t>vt 0.487724 0.931066</w:t>
        <w:br/>
        <w:t>vt 0.481651 0.926266</w:t>
        <w:br/>
        <w:t>vt 0.478155 0.940694</w:t>
        <w:br/>
        <w:t>vt 0.482476 0.928705</w:t>
        <w:br/>
        <w:t>vt 0.469403 0.956264</w:t>
        <w:br/>
        <w:t>vt 0.475100 0.956156</w:t>
        <w:br/>
        <w:t>vt 0.464743 0.966943</w:t>
        <w:br/>
        <w:t>vt 0.468634 0.969173</w:t>
        <w:br/>
        <w:t>vt 0.459648 0.974446</w:t>
        <w:br/>
        <w:t>vt 0.462691 0.978335</w:t>
        <w:br/>
        <w:t>vt 0.451420 0.982162</w:t>
        <w:br/>
        <w:t>vt 0.454577 0.986369</w:t>
        <w:br/>
        <w:t>vt 0.449145 0.990759</w:t>
        <w:br/>
        <w:t>vt 0.443715 0.995020</w:t>
        <w:br/>
        <w:t>vt 0.436985 0.994023</w:t>
        <w:br/>
        <w:t>vt 0.435649 0.999019</w:t>
        <w:br/>
        <w:t>vt 0.434146 0.970493</w:t>
        <w:br/>
        <w:t>vt 0.437128 0.963001</w:t>
        <w:br/>
        <w:t>vt 0.438750 0.959092</w:t>
        <w:br/>
        <w:t>vt 0.418122 0.936770</w:t>
        <w:br/>
        <w:t>vt 0.411802 0.922148</w:t>
        <w:br/>
        <w:t>vt 0.408833 0.926063</w:t>
        <w:br/>
        <w:t>vt 0.408830 0.918167</w:t>
        <w:br/>
        <w:t>vt 0.404278 0.918113</w:t>
        <w:br/>
        <w:t>vt 0.407291 0.914875</w:t>
        <w:br/>
        <w:t>vt 0.408997 0.917664</w:t>
        <w:br/>
        <w:t>vt 0.401756 0.908909</w:t>
        <w:br/>
        <w:t>vt 0.404729 0.903109</w:t>
        <w:br/>
        <w:t>vt 0.400433 0.911269</w:t>
        <w:br/>
        <w:t>vt 0.405059 0.900954</w:t>
        <w:br/>
        <w:t>vt 0.402604 0.899439</w:t>
        <w:br/>
        <w:t>vt 0.402075 0.901528</w:t>
        <w:br/>
        <w:t>vt 0.398630 0.906711</w:t>
        <w:br/>
        <w:t>vt 0.398630 0.906711</w:t>
        <w:br/>
        <w:t>vt 0.398050 0.908846</w:t>
        <w:br/>
        <w:t>vt 0.391713 0.905472</w:t>
        <w:br/>
        <w:t>vt 0.390631 0.907333</w:t>
        <w:br/>
        <w:t>vt 0.396594 0.896205</w:t>
        <w:br/>
        <w:t>vt 0.397326 0.894875</w:t>
        <w:br/>
        <w:t>vt 0.391713 0.905472</w:t>
        <w:br/>
        <w:t>vt 0.387681 0.902454</w:t>
        <w:br/>
        <w:t>vt 0.385198 0.902888</w:t>
        <w:br/>
        <w:t>vt 0.386607 0.899221</w:t>
        <w:br/>
        <w:t>vt 0.384606 0.898443</w:t>
        <w:br/>
        <w:t>vt 0.388240 0.897009</w:t>
        <w:br/>
        <w:t>vt 0.386876 0.895494</w:t>
        <w:br/>
        <w:t>vt 0.391538 0.895142</w:t>
        <w:br/>
        <w:t>vt 0.390665 0.893325</w:t>
        <w:br/>
        <w:t>vt 0.387681 0.902454</w:t>
        <w:br/>
        <w:t>vt 0.391538 0.895142</w:t>
        <w:br/>
        <w:t>vt 0.439998 0.953848</w:t>
        <w:br/>
        <w:t>vt 0.439048 0.950474</w:t>
        <w:br/>
        <w:t>vt 0.434063 0.946830</w:t>
        <w:br/>
        <w:t>vt 0.427125 0.942730</w:t>
        <w:br/>
        <w:t>vt 0.437047 0.951385</w:t>
        <w:br/>
        <w:t>vt 0.433608 0.948383</w:t>
        <w:br/>
        <w:t>vt 0.427571 0.944420</w:t>
        <w:br/>
        <w:t>vt 0.438588 0.954130</w:t>
        <w:br/>
        <w:t>vt 0.431539 0.980454</w:t>
        <w:br/>
        <w:t>vt 0.435811 0.981904</w:t>
        <w:br/>
        <w:t>vt 0.430324 0.990401</w:t>
        <w:br/>
        <w:t>vt 0.435649 0.999019</w:t>
        <w:br/>
        <w:t>vt 0.436985 0.994023</w:t>
        <w:br/>
        <w:t>vt 0.221310 0.567265</w:t>
        <w:br/>
        <w:t>vt 0.230286 0.568754</w:t>
        <w:br/>
        <w:t>vt 0.231559 0.567077</w:t>
        <w:br/>
        <w:t>vt 0.221404 0.565708</w:t>
        <w:br/>
        <w:t>vt 0.219029 0.568607</w:t>
        <w:br/>
        <w:t>vt 0.231559 0.567077</w:t>
        <w:br/>
        <w:t>vt 0.230286 0.568754</w:t>
        <w:br/>
        <w:t>vt 0.232340 0.570043</w:t>
        <w:br/>
        <w:t>vt 0.055409 0.986299</w:t>
        <w:br/>
        <w:t>vt 0.229162 0.576625</w:t>
        <w:br/>
        <w:t>vt 0.232392 0.575218</w:t>
        <w:br/>
        <w:t>vt 0.224987 0.583438</w:t>
        <w:br/>
        <w:t>vt 0.226530 0.584955</w:t>
        <w:br/>
        <w:t>vt 0.028963 0.996284</w:t>
        <w:br/>
        <w:t>vt 0.038052 0.993930</w:t>
        <w:br/>
        <w:t>vt 0.038078 0.989028</w:t>
        <w:br/>
        <w:t>vt 0.030356 0.984385</w:t>
        <w:br/>
        <w:t>vt 0.220208 0.588022</w:t>
        <w:br/>
        <w:t>vt 0.221770 0.589505</w:t>
        <w:br/>
        <w:t>vt 0.017228 0.979543</w:t>
        <w:br/>
        <w:t>vt 0.004771 0.989286</w:t>
        <w:br/>
        <w:t>vt 0.028139 0.974383</w:t>
        <w:br/>
        <w:t>vt 0.212608 0.593402</w:t>
        <w:br/>
        <w:t>vt 0.213657 0.595186</w:t>
        <w:br/>
        <w:t>vt 0.205624 0.598658</w:t>
        <w:br/>
        <w:t>vt 0.204883 0.596313</w:t>
        <w:br/>
        <w:t>vt 0.195947 0.597571</w:t>
        <w:br/>
        <w:t>vt 0.196382 0.599840</w:t>
        <w:br/>
        <w:t>vt 0.184506 0.597500</w:t>
        <w:br/>
        <w:t>vt 0.186198 0.595905</w:t>
        <w:br/>
        <w:t>vt 0.186198 0.595905</w:t>
        <w:br/>
        <w:t>vt 0.187314 0.590263</w:t>
        <w:br/>
        <w:t>vt 0.184799 0.589295</w:t>
        <w:br/>
        <w:t>vt 0.184506 0.597500</w:t>
        <w:br/>
        <w:t>vt 0.191729 0.583391</w:t>
        <w:br/>
        <w:t>vt 0.190151 0.581669</w:t>
        <w:br/>
        <w:t>vt 0.198526 0.577428</w:t>
        <w:br/>
        <w:t>vt 0.197163 0.575557</w:t>
        <w:br/>
        <w:t>vt 0.205869 0.572650</w:t>
        <w:br/>
        <w:t>vt 0.204893 0.570424</w:t>
        <w:br/>
        <w:t>vt 0.213044 0.569984</w:t>
        <w:br/>
        <w:t>vt 0.212584 0.567894</w:t>
        <w:br/>
        <w:t>vt 0.217749 0.567845</w:t>
        <w:br/>
        <w:t>vt 0.217940 0.566326</w:t>
        <w:br/>
        <w:t>vt 0.219029 0.568607</w:t>
        <w:br/>
        <w:t>vt 0.213044 0.569984</w:t>
        <w:br/>
        <w:t>vt 0.224987 0.583438</w:t>
        <w:br/>
        <w:t>vt 0.229162 0.576625</w:t>
        <w:br/>
        <w:t>vt 0.212608 0.593402</w:t>
        <w:br/>
        <w:t>vt 0.220208 0.588022</w:t>
        <w:br/>
        <w:t>vt 0.191729 0.583391</w:t>
        <w:br/>
        <w:t>vt 0.195947 0.597571</w:t>
        <w:br/>
        <w:t>vt 0.187314 0.590263</w:t>
        <w:br/>
        <w:t>vt 0.528939 0.854297</w:t>
        <w:br/>
        <w:t>vt 0.528939 0.843180</w:t>
        <w:br/>
        <w:t>vt 0.511377 0.843804</w:t>
        <w:br/>
        <w:t>vt 0.511377 0.855275</w:t>
        <w:br/>
        <w:t>vt 0.528939 0.875629</w:t>
        <w:br/>
        <w:t>vt 0.528939 0.865260</w:t>
        <w:br/>
        <w:t>vt 0.511377 0.865719</w:t>
        <w:br/>
        <w:t>vt 0.511377 0.875461</w:t>
        <w:br/>
        <w:t>vt 0.511377 0.885164</w:t>
        <w:br/>
        <w:t>vt 0.528939 0.885913</w:t>
        <w:br/>
        <w:t>vt 0.528939 0.895992</w:t>
        <w:br/>
        <w:t>vt 0.511377 0.895310</w:t>
        <w:br/>
        <w:t>vt 0.511377 0.906158</w:t>
        <w:br/>
        <w:t>vt 0.528939 0.905743</w:t>
        <w:br/>
        <w:t>vt 0.528939 0.832155</w:t>
        <w:br/>
        <w:t>vt 0.511377 0.832374</w:t>
        <w:br/>
        <w:t>vt 0.511377 0.823294</w:t>
        <w:br/>
        <w:t>vt 0.528939 0.819702</w:t>
        <w:br/>
        <w:t>vt 0.528939 0.812025</w:t>
        <w:br/>
        <w:t>vt 0.511377 0.817533</w:t>
        <w:br/>
        <w:t>vt 0.531466 0.820411</w:t>
        <w:br/>
        <w:t>vt 0.528939 0.819702</w:t>
        <w:br/>
        <w:t>vt 0.528939 0.832155</w:t>
        <w:br/>
        <w:t>vt 0.531466 0.832871</w:t>
        <w:br/>
        <w:t>vt 0.528939 0.843180</w:t>
        <w:br/>
        <w:t>vt 0.531466 0.844047</w:t>
        <w:br/>
        <w:t>vt 0.528939 0.854297</w:t>
        <w:br/>
        <w:t>vt 0.531466 0.854738</w:t>
        <w:br/>
        <w:t>vt 0.528939 0.865260</w:t>
        <w:br/>
        <w:t>vt 0.531466 0.865218</w:t>
        <w:br/>
        <w:t>vt 0.528939 0.875629</w:t>
        <w:br/>
        <w:t>vt 0.531466 0.875375</w:t>
        <w:br/>
        <w:t>vt 0.528939 0.885913</w:t>
        <w:br/>
        <w:t>vt 0.531466 0.885607</w:t>
        <w:br/>
        <w:t>vt 0.531466 0.895976</w:t>
        <w:br/>
        <w:t>vt 0.531466 0.905636</w:t>
        <w:br/>
        <w:t>vt 0.511377 0.906158</w:t>
        <w:br/>
        <w:t>vt 0.508677 0.905830</w:t>
        <w:br/>
        <w:t>vt 0.508677 0.894845</w:t>
        <w:br/>
        <w:t>vt 0.508677 0.884656</w:t>
        <w:br/>
        <w:t>vt 0.508677 0.875201</w:t>
        <w:br/>
        <w:t>vt 0.508677 0.865833</w:t>
        <w:br/>
        <w:t>vt 0.508677 0.855856</w:t>
        <w:br/>
        <w:t>vt 0.508677 0.844638</w:t>
        <w:br/>
        <w:t>vt 0.508677 0.833297</w:t>
        <w:br/>
        <w:t>vt 0.508677 0.823806</w:t>
        <w:br/>
        <w:t>vt 0.508677 0.809160</w:t>
        <w:br/>
        <w:t>vt 0.508677 0.818171</w:t>
        <w:br/>
        <w:t>vt 0.511377 0.817533</w:t>
        <w:br/>
        <w:t>vt 0.531466 0.811796</w:t>
        <w:br/>
        <w:t>vt 0.004316 0.987639</w:t>
        <w:br/>
        <w:t>vt 0.004771 0.989286</w:t>
        <w:br/>
        <w:t>vt 0.017228 0.979543</w:t>
        <w:br/>
        <w:t>vt 0.015872 0.977873</w:t>
        <w:br/>
        <w:t>vt 0.028139 0.974383</w:t>
        <w:br/>
        <w:t>vt 0.027837 0.972113</w:t>
        <w:br/>
        <w:t>vt 0.042099 0.978213</w:t>
        <w:br/>
        <w:t>vt 0.042461 0.976202</w:t>
        <w:br/>
        <w:t>vt 0.042099 0.978213</w:t>
        <w:br/>
        <w:t>vt 0.055409 0.986299</w:t>
        <w:br/>
        <w:t>vt 0.054965 0.981729</w:t>
        <w:br/>
        <w:t>vt 0.055409 0.986299</w:t>
        <w:br/>
        <w:t>vt 0.056262 0.986141</w:t>
        <w:br/>
        <w:t>vt 0.531466 0.798915</w:t>
        <w:br/>
        <w:t>vt 0.186198 0.595905</w:t>
        <w:br/>
        <w:t>vt 0.217940 0.566326</w:t>
        <w:br/>
        <w:t>vt 0.484447 0.493489</w:t>
        <w:br/>
        <w:t>vt 0.479154 0.494283</w:t>
        <w:br/>
        <w:t>vt 0.475938 0.488722</w:t>
        <w:br/>
        <w:t>vt 0.478554 0.486139</w:t>
        <w:br/>
        <w:t>vt 0.455125 0.493773</w:t>
        <w:br/>
        <w:t>vt 0.450423 0.491937</w:t>
        <w:br/>
        <w:t>vt 0.456831 0.486124</w:t>
        <w:br/>
        <w:t>vt 0.458901 0.488529</w:t>
        <w:br/>
        <w:t>vt 0.461661 0.489652</w:t>
        <w:br/>
        <w:t>vt 0.459338 0.494434</w:t>
        <w:br/>
        <w:t>vt 0.464498 0.490137</w:t>
        <w:br/>
        <w:t>vt 0.463253 0.494697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0.483574 0.502284</w:t>
        <w:br/>
        <w:t>vt 0.478878 0.500438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0.087279 0.260524</w:t>
        <w:br/>
        <w:t>vt 0.091759 0.260327</w:t>
        <w:br/>
        <w:t>vt 0.091759 0.265890</w:t>
        <w:br/>
        <w:t>vt 0.087279 0.266095</w:t>
        <w:br/>
        <w:t>vt 0.087279 0.254844</w:t>
        <w:br/>
        <w:t>vt 0.091759 0.254738</w:t>
        <w:br/>
        <w:t>vt 0.087279 0.249039</w:t>
        <w:br/>
        <w:t>vt 0.091759 0.249080</w:t>
        <w:br/>
        <w:t>vt 0.091759 0.243315</w:t>
        <w:br/>
        <w:t>vt 0.087279 0.243152</w:t>
        <w:br/>
        <w:t>vt 0.091759 0.237461</w:t>
        <w:br/>
        <w:t>vt 0.087279 0.237243</w:t>
        <w:br/>
        <w:t>vt 0.091759 0.231611</w:t>
        <w:br/>
        <w:t>vt 0.087279 0.231356</w:t>
        <w:br/>
        <w:t>vt 0.091759 0.282851</w:t>
        <w:br/>
        <w:t>vt 0.091759 0.288647</w:t>
        <w:br/>
        <w:t>vt 0.087279 0.288536</w:t>
        <w:br/>
        <w:t>vt 0.087279 0.282765</w:t>
        <w:br/>
        <w:t>vt 0.091759 0.271475</w:t>
        <w:br/>
        <w:t>vt 0.087279 0.271602</w:t>
        <w:br/>
        <w:t>vt 0.091759 0.277116</w:t>
        <w:br/>
        <w:t>vt 0.087279 0.277134</w:t>
        <w:br/>
        <w:t>vt 0.656815 0.024855</w:t>
        <w:br/>
        <w:t>vt 0.650505 0.027140</w:t>
        <w:br/>
        <w:t>vt 0.660592 0.019340</w:t>
        <w:br/>
        <w:t>vt 0.644026 0.025264</w:t>
        <w:br/>
        <w:t>vt 0.639895 0.019903</w:t>
        <w:br/>
        <w:t>vt 0.639723 0.013128</w:t>
        <w:br/>
        <w:t>vt 0.643569 0.007551</w:t>
        <w:br/>
        <w:t>vt 0.649959 0.005315</w:t>
        <w:br/>
        <w:t>vt 0.656419 0.007280</w:t>
        <w:br/>
        <w:t>vt 0.660457 0.012652</w:t>
        <w:br/>
        <w:t>vt 0.646288 0.087465</w:t>
        <w:br/>
        <w:t>vt 0.642989 0.092900</w:t>
        <w:br/>
        <w:t>vt 0.645795 0.081123</w:t>
        <w:br/>
        <w:t>vt 0.637126 0.095367</w:t>
        <w:br/>
        <w:t>vt 0.630936 0.093891</w:t>
        <w:br/>
        <w:t>vt 0.626810 0.089041</w:t>
        <w:br/>
        <w:t>vt 0.626313 0.082686</w:t>
        <w:br/>
        <w:t>vt 0.629623 0.077241</w:t>
        <w:br/>
        <w:t>vt 0.635497 0.074783</w:t>
        <w:br/>
        <w:t>vt 0.641683 0.076271</w:t>
        <w:br/>
        <w:t>vt 0.484447 0.493489</w:t>
        <w:br/>
        <w:t>vt 0.479154 0.494283</w:t>
        <w:br/>
        <w:t>vt 0.475938 0.488722</w:t>
        <w:br/>
        <w:t>vt 0.478554 0.486139</w:t>
        <w:br/>
        <w:t>vt 0.458901 0.488529</w:t>
        <w:br/>
        <w:t>vt 0.455125 0.493773</w:t>
        <w:br/>
        <w:t>vt 0.450423 0.491937</w:t>
        <w:br/>
        <w:t>vt 0.456831 0.486124</w:t>
        <w:br/>
        <w:t>vt 0.461661 0.489652</w:t>
        <w:br/>
        <w:t>vt 0.459338 0.494434</w:t>
        <w:br/>
        <w:t>vt 0.463253 0.494697</w:t>
        <w:br/>
        <w:t>vt 0.464498 0.490137</w:t>
        <w:br/>
        <w:t>vt 0.467039 0.494805</w:t>
        <w:br/>
        <w:t>vt 0.467296 0.490299</w:t>
        <w:br/>
        <w:t>vt 0.470104 0.490221</w:t>
        <w:br/>
        <w:t>vt 0.470835 0.494801</w:t>
        <w:br/>
        <w:t>vt 0.472992 0.489804</w:t>
        <w:br/>
        <w:t>vt 0.474800 0.494643</w:t>
        <w:br/>
        <w:t>vt 0.483574 0.502284</w:t>
        <w:br/>
        <w:t>vt 0.478878 0.500438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0.685753 0.243569</w:t>
        <w:br/>
        <w:t>vt 0.694587 0.226491</w:t>
        <w:br/>
        <w:t>vt 0.710880 0.235014</w:t>
        <w:br/>
        <w:t>vt 0.678230 0.218104</w:t>
        <w:br/>
        <w:t>vt 0.703372 0.209560</w:t>
        <w:br/>
        <w:t>vt 0.694587 0.226491</w:t>
        <w:br/>
        <w:t>vt 0.710880 0.235014</w:t>
        <w:br/>
        <w:t>vt 0.703372 0.209560</w:t>
        <w:br/>
        <w:t>vt 0.704724 0.206959</w:t>
        <w:br/>
        <w:t>vt 0.713313 0.236492</w:t>
        <w:br/>
        <w:t>vt 0.678230 0.218104</w:t>
        <w:br/>
        <w:t>vt 0.675623 0.216962</w:t>
        <w:br/>
        <w:t>vt 0.704724 0.206959</w:t>
        <w:br/>
        <w:t>vt 0.703372 0.209560</w:t>
        <w:br/>
        <w:t>vt 0.685753 0.243569</w:t>
        <w:br/>
        <w:t>vt 0.684494 0.246005</w:t>
        <w:br/>
        <w:t>vt 0.675623 0.216962</w:t>
        <w:br/>
        <w:t>vt 0.678230 0.218104</w:t>
        <w:br/>
        <w:t>vt 0.685753 0.243569</w:t>
        <w:br/>
        <w:t>vt 0.710880 0.235014</w:t>
        <w:br/>
        <w:t>vt 0.713313 0.236492</w:t>
        <w:br/>
        <w:t>vt 0.684494 0.246005</w:t>
        <w:br/>
        <w:t>vt 0.478554 0.486139</w:t>
        <w:br/>
        <w:t>vt 0.484447 0.493489</w:t>
        <w:br/>
        <w:t>vt 0.479154 0.494283</w:t>
        <w:br/>
        <w:t>vt 0.475938 0.488722</w:t>
        <w:br/>
        <w:t>vt 0.455125 0.493773</w:t>
        <w:br/>
        <w:t>vt 0.450423 0.491937</w:t>
        <w:br/>
        <w:t>vt 0.456831 0.486124</w:t>
        <w:br/>
        <w:t>vt 0.458901 0.488529</w:t>
        <w:br/>
        <w:t>vt 0.459338 0.494434</w:t>
        <w:br/>
        <w:t>vt 0.461661 0.489652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0.474800 0.494643</w:t>
        <w:br/>
        <w:t>vt 0.472992 0.489804</w:t>
        <w:br/>
        <w:t>vt 0.483574 0.502284</w:t>
        <w:br/>
        <w:t>vt 0.478878 0.500438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0.478554 0.486139</w:t>
        <w:br/>
        <w:t>vt 0.484447 0.493489</w:t>
        <w:br/>
        <w:t>vt 0.479154 0.494283</w:t>
        <w:br/>
        <w:t>vt 0.475938 0.488722</w:t>
        <w:br/>
        <w:t>vt 0.455125 0.493773</w:t>
        <w:br/>
        <w:t>vt 0.450423 0.491937</w:t>
        <w:br/>
        <w:t>vt 0.456831 0.486124</w:t>
        <w:br/>
        <w:t>vt 0.458901 0.488529</w:t>
        <w:br/>
        <w:t>vt 0.461661 0.489652</w:t>
        <w:br/>
        <w:t>vt 0.459338 0.494434</w:t>
        <w:br/>
        <w:t>vt 0.463253 0.494697</w:t>
        <w:br/>
        <w:t>vt 0.464498 0.490137</w:t>
        <w:br/>
        <w:t>vt 0.467039 0.494805</w:t>
        <w:br/>
        <w:t>vt 0.467296 0.490299</w:t>
        <w:br/>
        <w:t>vt 0.470835 0.494801</w:t>
        <w:br/>
        <w:t>vt 0.470104 0.490221</w:t>
        <w:br/>
        <w:t>vt 0.472992 0.489804</w:t>
        <w:br/>
        <w:t>vt 0.474800 0.494643</w:t>
        <w:br/>
        <w:t>vt 0.483574 0.502284</w:t>
        <w:br/>
        <w:t>vt 0.478878 0.500438</w:t>
        <w:br/>
        <w:t>vt 0.454852 0.499925</w:t>
        <w:br/>
        <w:t>vt 0.449559 0.500727</w:t>
        <w:br/>
        <w:t>vt 0.459205 0.499560</w:t>
        <w:br/>
        <w:t>vt 0.463168 0.499406</w:t>
        <w:br/>
        <w:t>vt 0.466967 0.499398</w:t>
        <w:br/>
        <w:t>vt 0.470754 0.499507</w:t>
        <w:br/>
        <w:t>vt 0.474668 0.499771</w:t>
        <w:br/>
        <w:t>vt 0.477158 0.508091</w:t>
        <w:br/>
        <w:t>vt 0.475098 0.505682</w:t>
        <w:br/>
        <w:t>vt 0.458069 0.505481</w:t>
        <w:br/>
        <w:t>vt 0.455452 0.508065</w:t>
        <w:br/>
        <w:t>vt 0.461015 0.504399</w:t>
        <w:br/>
        <w:t>vt 0.463903 0.503984</w:t>
        <w:br/>
        <w:t>vt 0.466710 0.503906</w:t>
        <w:br/>
        <w:t>vt 0.469509 0.504068</w:t>
        <w:br/>
        <w:t>vt 0.472343 0.504554</w:t>
        <w:br/>
        <w:t>vt 0.467329 0.485154</w:t>
        <w:br/>
        <w:t>vt 0.466668 0.509050</w:t>
        <w:br/>
        <w:t>vt 0.994973 0.869738</w:t>
        <w:br/>
        <w:t>vt 0.994973 0.885759</w:t>
        <w:br/>
        <w:t>vt 0.988018 0.884320</w:t>
        <w:br/>
        <w:t>vt 0.994973 0.894518</w:t>
        <w:br/>
        <w:t>vt 0.981995 0.892032</w:t>
        <w:br/>
        <w:t>vt 0.984719 0.901464</w:t>
        <w:br/>
        <w:t>vt 0.977487 0.896004</w:t>
        <w:br/>
        <w:t>vt 0.976892 0.906182</w:t>
        <w:br/>
        <w:t>vt 0.970502 0.899863</w:t>
        <w:br/>
        <w:t>vt 0.972544 0.908317</w:t>
        <w:br/>
        <w:t>vt 0.963187 0.902788</w:t>
        <w:br/>
        <w:t>vt 0.991391 0.903529</w:t>
        <w:br/>
        <w:t>vt 0.984392 0.911071</w:t>
        <w:br/>
        <w:t>vt 0.994973 0.903385</w:t>
        <w:br/>
        <w:t>vt 0.977684 0.912616</w:t>
        <w:br/>
        <w:t>vt 0.994973 0.916122</w:t>
        <w:br/>
        <w:t>vt 0.972470 0.911095</w:t>
        <w:br/>
        <w:t>vt 0.977233 0.914865</w:t>
        <w:br/>
        <w:t>vt 0.981037 0.919240</w:t>
        <w:br/>
        <w:t>vt 0.994973 0.916122</w:t>
        <w:br/>
        <w:t>vt 0.994973 0.927623</w:t>
        <w:br/>
        <w:t>vt 0.979187 0.934558</w:t>
        <w:br/>
        <w:t>vt 0.978143 0.926320</w:t>
        <w:br/>
        <w:t>vt 0.994973 0.936012</w:t>
        <w:br/>
        <w:t>vt 0.972286 0.917870</w:t>
        <w:br/>
        <w:t>vt 0.980283 0.942657</w:t>
        <w:br/>
        <w:t>vt 0.994973 0.944211</w:t>
        <w:br/>
        <w:t>vt 0.983848 0.950327</w:t>
        <w:br/>
        <w:t>vt 0.994973 0.952060</w:t>
        <w:br/>
        <w:t>vt 0.994973 0.963915</w:t>
        <w:br/>
        <w:t>vt 0.988689 0.958747</w:t>
        <w:br/>
        <w:t>vt 0.978848 0.951971</w:t>
        <w:br/>
        <w:t>vt 0.974057 0.946051</w:t>
        <w:br/>
        <w:t>vt 0.964633 0.944820</w:t>
        <w:br/>
        <w:t>vt 0.966401 0.940186</w:t>
        <w:br/>
        <w:t>vt 0.957783 0.941287</w:t>
        <w:br/>
        <w:t>vt 0.959195 0.938678</w:t>
        <w:br/>
        <w:t>vt 0.962075 0.933148</w:t>
        <w:br/>
        <w:t>vt 0.963281 0.924927</w:t>
        <w:br/>
        <w:t>vt 0.968002 0.913576</w:t>
        <w:br/>
        <w:t>vt 0.968002 0.913576</w:t>
        <w:br/>
        <w:t>vt 0.965757 0.912003</w:t>
        <w:br/>
        <w:t>vt 0.969923 0.909464</w:t>
        <w:br/>
        <w:t>vt 0.972470 0.911095</w:t>
        <w:br/>
        <w:t>vt 0.961819 0.917737</w:t>
        <w:br/>
        <w:t>vt 0.961819 0.917737</w:t>
        <w:br/>
        <w:t>vt 0.960620 0.916008</w:t>
        <w:br/>
        <w:t>vt 0.957327 0.922961</w:t>
        <w:br/>
        <w:t>vt 0.955701 0.921240</w:t>
        <w:br/>
        <w:t>vt 0.957327 0.922961</w:t>
        <w:br/>
        <w:t>vt 0.953412 0.930579</w:t>
        <w:br/>
        <w:t>vt 0.949712 0.937992</w:t>
        <w:br/>
        <w:t>vt 0.951050 0.929618</w:t>
        <w:br/>
        <w:t>vt 0.953412 0.930579</w:t>
        <w:br/>
        <w:t>vt 0.947099 0.938426</w:t>
        <w:br/>
        <w:t>vt 0.949712 0.937992</w:t>
        <w:br/>
        <w:t>vt 0.955473 0.942357</w:t>
        <w:br/>
        <w:t>vt 0.947099 0.938426</w:t>
        <w:br/>
        <w:t>vt 0.963606 0.946366</w:t>
        <w:br/>
        <w:t>vt 0.974057 0.946051</w:t>
        <w:br/>
        <w:t>vt 0.973285 0.947309</w:t>
        <w:br/>
        <w:t>vt 0.977766 0.953137</w:t>
        <w:br/>
        <w:t>vt 0.986891 0.959893</w:t>
        <w:br/>
        <w:t>vt 0.994973 0.965331</w:t>
        <w:br/>
        <w:t>vt 0.994973 0.963915</w:t>
        <w:br/>
        <w:t>vt 0.952623 0.919281</w:t>
        <w:br/>
        <w:t>vt 0.943753 0.926557</w:t>
        <w:br/>
        <w:t>vt 0.937858 0.934152</w:t>
        <w:br/>
        <w:t>vt 0.943328 0.915051</w:t>
        <w:br/>
        <w:t>vt 0.953744 0.916351</w:t>
        <w:br/>
        <w:t>vt 0.942366 0.917263</w:t>
        <w:br/>
        <w:t>vt 0.957641 0.917518</w:t>
        <w:br/>
        <w:t>vt 0.955701 0.921240</w:t>
        <w:br/>
        <w:t>vt 0.940692 0.912559</w:t>
        <w:br/>
        <w:t>vt 0.936639 0.916291</w:t>
        <w:br/>
        <w:t>vt 0.925303 0.905333</w:t>
        <w:br/>
        <w:t>vt 0.927854 0.900871</w:t>
        <w:br/>
        <w:t>vt 0.913707 0.897418</w:t>
        <w:br/>
        <w:t>vt 0.916076 0.892676</w:t>
        <w:br/>
        <w:t>vt 0.898772 0.891104</w:t>
        <w:br/>
        <w:t>vt 0.900716 0.886621</w:t>
        <w:br/>
        <w:t>vt 0.890212 0.888567</w:t>
        <w:br/>
        <w:t>vt 0.891960 0.884050</w:t>
        <w:br/>
        <w:t>vt 0.883476 0.886976</w:t>
        <w:br/>
        <w:t>vt 0.879998 0.883329</w:t>
        <w:br/>
        <w:t>vt 0.883476 0.886976</w:t>
        <w:br/>
        <w:t>vt 0.884199 0.890656</w:t>
        <w:br/>
        <w:t>vt 0.879364 0.892571</w:t>
        <w:br/>
        <w:t>vt 0.879998 0.883329</w:t>
        <w:br/>
        <w:t>vt 0.888234 0.901370</w:t>
        <w:br/>
        <w:t>vt 0.884224 0.904697</w:t>
        <w:br/>
        <w:t>vt 0.894719 0.911155</w:t>
        <w:br/>
        <w:t>vt 0.891340 0.914963</w:t>
        <w:br/>
        <w:t>vt 0.904927 0.921740</w:t>
        <w:br/>
        <w:t>vt 0.901985 0.926293</w:t>
        <w:br/>
        <w:t>vt 0.915491 0.931136</w:t>
        <w:br/>
        <w:t>vt 0.913423 0.936409</w:t>
        <w:br/>
        <w:t>vt 0.913543 0.942665</w:t>
        <w:br/>
        <w:t>vt 0.910482 0.941921</w:t>
        <w:br/>
        <w:t>vt 0.913423 0.936409</w:t>
        <w:br/>
        <w:t>vt 0.918341 0.934075</w:t>
        <w:br/>
        <w:t>vt 0.909717 0.953800</w:t>
        <w:br/>
        <w:t>vt 0.907026 0.953127</w:t>
        <w:br/>
        <w:t>vt 0.907658 0.959502</w:t>
        <w:br/>
        <w:t>vt 0.905152 0.958956</w:t>
        <w:br/>
        <w:t>vt 0.906384 0.965367</w:t>
        <w:br/>
        <w:t>vt 0.903912 0.965010</w:t>
        <w:br/>
        <w:t>vt 0.905762 0.973112</w:t>
        <w:br/>
        <w:t>vt 0.903281 0.972719</w:t>
        <w:br/>
        <w:t>vt 0.901735 0.978759</w:t>
        <w:br/>
        <w:t>vt 0.904214 0.979566</w:t>
        <w:br/>
        <w:t>vt 0.901164 0.985914</w:t>
        <w:br/>
        <w:t>vt 0.899054 0.984954</w:t>
        <w:br/>
        <w:t>vt 0.897955 0.990341</w:t>
        <w:br/>
        <w:t>vt 0.896122 0.989337</w:t>
        <w:br/>
        <w:t>vt 0.893854 0.993955</w:t>
        <w:br/>
        <w:t>vt 0.892061 0.992785</w:t>
        <w:br/>
        <w:t>vt 0.892774 0.994760</w:t>
        <w:br/>
        <w:t>vt 0.890710 0.994368</w:t>
        <w:br/>
        <w:t>vt 0.892311 0.995904</w:t>
        <w:br/>
        <w:t>vt 0.890716 0.996389</w:t>
        <w:br/>
        <w:t>vt 0.892896 0.996810</w:t>
        <w:br/>
        <w:t>vt 0.891735 0.998527</w:t>
        <w:br/>
        <w:t>vt 0.896598 0.998372</w:t>
        <w:br/>
        <w:t>vt 0.894467 0.999090</w:t>
        <w:br/>
        <w:t>vt 0.894503 0.997125</w:t>
        <w:br/>
        <w:t>vt 0.895460 0.996459</w:t>
        <w:br/>
        <w:t>vt 0.899779 0.993365</w:t>
        <w:br/>
        <w:t>vt 0.901320 0.995743</w:t>
        <w:br/>
        <w:t>vt 0.904551 0.987810</w:t>
        <w:br/>
        <w:t>vt 0.907152 0.990701</w:t>
        <w:br/>
        <w:t>vt 0.908725 0.982470</w:t>
        <w:br/>
        <w:t>vt 0.911184 0.985778</w:t>
        <w:br/>
        <w:t>vt 0.913072 0.977215</w:t>
        <w:br/>
        <w:t>vt 0.915685 0.981426</w:t>
        <w:br/>
        <w:t>vt 0.921968 0.973580</w:t>
        <w:br/>
        <w:t>vt 0.924276 0.977245</w:t>
        <w:br/>
        <w:t>vt 0.928118 0.970167</w:t>
        <w:br/>
        <w:t>vt 0.930123 0.974351</w:t>
        <w:br/>
        <w:t>vt 0.940151 0.964695</w:t>
        <w:br/>
        <w:t>vt 0.935172 0.969700</w:t>
        <w:br/>
        <w:t>vt 0.932334 0.966826</w:t>
        <w:br/>
        <w:t>vt 0.937277 0.960909</w:t>
        <w:br/>
        <w:t>vt 0.952314 0.948136</w:t>
        <w:br/>
        <w:t>vt 0.940151 0.964695</w:t>
        <w:br/>
        <w:t>vt 0.952314 0.948136</w:t>
        <w:br/>
        <w:t>vt 0.960627 0.958757</w:t>
        <w:br/>
        <w:t>vt 0.950750 0.975213</w:t>
        <w:br/>
        <w:t>vt 0.971400 0.965964</w:t>
        <w:br/>
        <w:t>vt 0.964207 0.983699</w:t>
        <w:br/>
        <w:t>vt 0.982654 0.971328</w:t>
        <w:br/>
        <w:t>vt 0.978748 0.989174</w:t>
        <w:br/>
        <w:t>vt 0.994973 0.973775</w:t>
        <w:br/>
        <w:t>vt 0.994973 0.991288</w:t>
        <w:br/>
        <w:t>vt 0.960627 0.958757</w:t>
        <w:br/>
        <w:t>vt 0.952314 0.948136</w:t>
        <w:br/>
        <w:t>vt 0.956044 0.947403</w:t>
        <w:br/>
        <w:t>vt 0.963151 0.956329</w:t>
        <w:br/>
        <w:t>vt 0.972905 0.962637</w:t>
        <w:br/>
        <w:t>vt 0.971400 0.965964</w:t>
        <w:br/>
        <w:t>vt 0.983418 0.967101</w:t>
        <w:br/>
        <w:t>vt 0.994973 0.969175</w:t>
        <w:br/>
        <w:t>vt 0.955473 0.942357</w:t>
        <w:br/>
        <w:t>vt 0.957363 0.943298</w:t>
        <w:br/>
        <w:t>vt 0.956044 0.947403</w:t>
        <w:br/>
        <w:t>vt 0.955473 0.942357</w:t>
        <w:br/>
        <w:t>vt 0.933218 0.942693</w:t>
        <w:br/>
        <w:t>vt 0.926300 0.951127</w:t>
        <w:br/>
        <w:t>vt 0.935963 0.924941</w:t>
        <w:br/>
        <w:t>vt 0.928344 0.930889</w:t>
        <w:br/>
        <w:t>vt 0.918341 0.934075</w:t>
        <w:br/>
        <w:t>vt 0.913543 0.942665</w:t>
        <w:br/>
        <w:t>vt 0.921683 0.958844</w:t>
        <w:br/>
        <w:t>vt 0.909717 0.953800</w:t>
        <w:br/>
        <w:t>vt 0.915156 0.967556</w:t>
        <w:br/>
        <w:t>vt 0.907658 0.959502</w:t>
        <w:br/>
        <w:t>vt 0.905762 0.973112</w:t>
        <w:br/>
        <w:t>vt 0.906384 0.965367</w:t>
        <w:br/>
        <w:t>vt 0.904214 0.979566</w:t>
        <w:br/>
        <w:t>vt 0.901164 0.985914</w:t>
        <w:br/>
        <w:t>vt 0.897955 0.990341</w:t>
        <w:br/>
        <w:t>vt 0.893854 0.993955</w:t>
        <w:br/>
        <w:t>vt 0.892774 0.994760</w:t>
        <w:br/>
        <w:t>vt 0.932171 0.922321</w:t>
        <w:br/>
        <w:t>vt 0.936639 0.916291</w:t>
        <w:br/>
        <w:t>vt 0.924014 0.928173</w:t>
        <w:br/>
        <w:t>vt 0.915583 0.916116</w:t>
        <w:br/>
        <w:t>vt 0.913707 0.897418</w:t>
        <w:br/>
        <w:t>vt 0.906136 0.905885</w:t>
        <w:br/>
        <w:t>vt 0.894719 0.911155</w:t>
        <w:br/>
        <w:t>vt 0.898772 0.891104</w:t>
        <w:br/>
        <w:t>vt 0.894532 0.895943</w:t>
        <w:br/>
        <w:t>vt 0.888234 0.901370</w:t>
        <w:br/>
        <w:t>vt 0.890212 0.888567</w:t>
        <w:br/>
        <w:t>vt 0.884199 0.890656</w:t>
        <w:br/>
        <w:t>vt 0.883476 0.886976</w:t>
        <w:br/>
        <w:t>vt 0.947222 0.978039</w:t>
        <w:br/>
        <w:t>vt 0.937540 0.969361</w:t>
        <w:br/>
        <w:t>vt 0.940151 0.964695</w:t>
        <w:br/>
        <w:t>vt 0.950750 0.975213</w:t>
        <w:br/>
        <w:t>vt 0.961129 0.987150</w:t>
        <w:br/>
        <w:t>vt 0.964207 0.983699</w:t>
        <w:br/>
        <w:t>vt 0.976706 0.993456</w:t>
        <w:br/>
        <w:t>vt 0.978748 0.989174</w:t>
        <w:br/>
        <w:t>vt 0.994973 0.995970</w:t>
        <w:br/>
        <w:t>vt 0.994973 0.991288</w:t>
        <w:br/>
        <w:t>vt 0.994973 0.869738</w:t>
        <w:br/>
        <w:t>vt 0.988019 0.884320</w:t>
        <w:br/>
        <w:t>vt 0.994973 0.885759</w:t>
        <w:br/>
        <w:t>vt 0.994973 0.894518</w:t>
        <w:br/>
        <w:t>vt 0.981995 0.892032</w:t>
        <w:br/>
        <w:t>vt 0.977487 0.896004</w:t>
        <w:br/>
        <w:t>vt 0.984719 0.901464</w:t>
        <w:br/>
        <w:t>vt 0.970502 0.899863</w:t>
        <w:br/>
        <w:t>vt 0.976892 0.906182</w:t>
        <w:br/>
        <w:t>vt 0.972544 0.908317</w:t>
        <w:br/>
        <w:t>vt 0.963187 0.902788</w:t>
        <w:br/>
        <w:t>vt 0.991391 0.903529</w:t>
        <w:br/>
        <w:t>vt 0.984392 0.911071</w:t>
        <w:br/>
        <w:t>vt 0.994973 0.903385</w:t>
        <w:br/>
        <w:t>vt 0.977684 0.912616</w:t>
        <w:br/>
        <w:t>vt 0.994973 0.916122</w:t>
        <w:br/>
        <w:t>vt 0.994973 0.916122</w:t>
        <w:br/>
        <w:t>vt 0.972470 0.911095</w:t>
        <w:br/>
        <w:t>vt 0.977233 0.914865</w:t>
        <w:br/>
        <w:t>vt 0.981037 0.919240</w:t>
        <w:br/>
        <w:t>vt 0.994973 0.927623</w:t>
        <w:br/>
        <w:t>vt 0.979187 0.934558</w:t>
        <w:br/>
        <w:t>vt 0.994973 0.936012</w:t>
        <w:br/>
        <w:t>vt 0.978143 0.926320</w:t>
        <w:br/>
        <w:t>vt 0.972286 0.917870</w:t>
        <w:br/>
        <w:t>vt 0.980283 0.942657</w:t>
        <w:br/>
        <w:t>vt 0.994973 0.944211</w:t>
        <w:br/>
        <w:t>vt 0.983848 0.950327</w:t>
        <w:br/>
        <w:t>vt 0.994973 0.952060</w:t>
        <w:br/>
        <w:t>vt 0.988689 0.958747</w:t>
        <w:br/>
        <w:t>vt 0.994973 0.963915</w:t>
        <w:br/>
        <w:t>vt 0.978848 0.951971</w:t>
        <w:br/>
        <w:t>vt 0.974057 0.946051</w:t>
        <w:br/>
        <w:t>vt 0.966401 0.940186</w:t>
        <w:br/>
        <w:t>vt 0.964633 0.944820</w:t>
        <w:br/>
        <w:t>vt 0.959195 0.938678</w:t>
        <w:br/>
        <w:t>vt 0.957783 0.941287</w:t>
        <w:br/>
        <w:t>vt 0.962075 0.933148</w:t>
        <w:br/>
        <w:t>vt 0.963281 0.924927</w:t>
        <w:br/>
        <w:t>vt 0.968002 0.913576</w:t>
        <w:br/>
        <w:t>vt 0.968002 0.913576</w:t>
        <w:br/>
        <w:t>vt 0.972470 0.911095</w:t>
        <w:br/>
        <w:t>vt 0.969923 0.909464</w:t>
        <w:br/>
        <w:t>vt 0.965757 0.912003</w:t>
        <w:br/>
        <w:t>vt 0.961819 0.917737</w:t>
        <w:br/>
        <w:t>vt 0.960620 0.916008</w:t>
        <w:br/>
        <w:t>vt 0.961819 0.917737</w:t>
        <w:br/>
        <w:t>vt 0.955701 0.921240</w:t>
        <w:br/>
        <w:t>vt 0.957327 0.922961</w:t>
        <w:br/>
        <w:t>vt 0.957327 0.922961</w:t>
        <w:br/>
        <w:t>vt 0.953412 0.930579</w:t>
        <w:br/>
        <w:t>vt 0.949712 0.937992</w:t>
        <w:br/>
        <w:t>vt 0.951050 0.929618</w:t>
        <w:br/>
        <w:t>vt 0.953412 0.930579</w:t>
        <w:br/>
        <w:t>vt 0.947099 0.938426</w:t>
        <w:br/>
        <w:t>vt 0.955473 0.942357</w:t>
        <w:br/>
        <w:t>vt 0.949712 0.937992</w:t>
        <w:br/>
        <w:t>vt 0.947099 0.938426</w:t>
        <w:br/>
        <w:t>vt 0.963606 0.946366</w:t>
        <w:br/>
        <w:t>vt 0.973285 0.947309</w:t>
        <w:br/>
        <w:t>vt 0.974057 0.946051</w:t>
        <w:br/>
        <w:t>vt 0.977766 0.953137</w:t>
        <w:br/>
        <w:t>vt 0.986891 0.959893</w:t>
        <w:br/>
        <w:t>vt 0.994973 0.965331</w:t>
        <w:br/>
        <w:t>vt 0.994973 0.963915</w:t>
        <w:br/>
        <w:t>vt 0.952623 0.919281</w:t>
        <w:br/>
        <w:t>vt 0.943753 0.926557</w:t>
        <w:br/>
        <w:t>vt 0.937858 0.934152</w:t>
        <w:br/>
        <w:t>vt 0.953744 0.916351</w:t>
        <w:br/>
        <w:t>vt 0.943328 0.915051</w:t>
        <w:br/>
        <w:t>vt 0.942366 0.917263</w:t>
        <w:br/>
        <w:t>vt 0.955701 0.921240</w:t>
        <w:br/>
        <w:t>vt 0.957641 0.917518</w:t>
        <w:br/>
        <w:t>vt 0.940692 0.912559</w:t>
        <w:br/>
        <w:t>vt 0.936639 0.916291</w:t>
        <w:br/>
        <w:t>vt 0.925303 0.905333</w:t>
        <w:br/>
        <w:t>vt 0.927854 0.900871</w:t>
        <w:br/>
        <w:t>vt 0.916076 0.892676</w:t>
        <w:br/>
        <w:t>vt 0.913707 0.897418</w:t>
        <w:br/>
        <w:t>vt 0.900716 0.886621</w:t>
        <w:br/>
        <w:t>vt 0.898772 0.891104</w:t>
        <w:br/>
        <w:t>vt 0.891960 0.884050</w:t>
        <w:br/>
        <w:t>vt 0.890212 0.888567</w:t>
        <w:br/>
        <w:t>vt 0.883476 0.886976</w:t>
        <w:br/>
        <w:t>vt 0.879998 0.883329</w:t>
        <w:br/>
        <w:t>vt 0.879364 0.892571</w:t>
        <w:br/>
        <w:t>vt 0.884199 0.890656</w:t>
        <w:br/>
        <w:t>vt 0.883476 0.886976</w:t>
        <w:br/>
        <w:t>vt 0.879998 0.883329</w:t>
        <w:br/>
        <w:t>vt 0.888234 0.901370</w:t>
        <w:br/>
        <w:t>vt 0.884224 0.904697</w:t>
        <w:br/>
        <w:t>vt 0.891340 0.914963</w:t>
        <w:br/>
        <w:t>vt 0.894719 0.911155</w:t>
        <w:br/>
        <w:t>vt 0.901985 0.926293</w:t>
        <w:br/>
        <w:t>vt 0.904927 0.921740</w:t>
        <w:br/>
        <w:t>vt 0.913423 0.936409</w:t>
        <w:br/>
        <w:t>vt 0.915491 0.931136</w:t>
        <w:br/>
        <w:t>vt 0.913423 0.936409</w:t>
        <w:br/>
        <w:t>vt 0.910481 0.941921</w:t>
        <w:br/>
        <w:t>vt 0.913543 0.942665</w:t>
        <w:br/>
        <w:t>vt 0.918341 0.934075</w:t>
        <w:br/>
        <w:t>vt 0.907026 0.953127</w:t>
        <w:br/>
        <w:t>vt 0.909717 0.953800</w:t>
        <w:br/>
        <w:t>vt 0.905152 0.958956</w:t>
        <w:br/>
        <w:t>vt 0.907658 0.959502</w:t>
        <w:br/>
        <w:t>vt 0.903912 0.965010</w:t>
        <w:br/>
        <w:t>vt 0.906384 0.965367</w:t>
        <w:br/>
        <w:t>vt 0.903281 0.972719</w:t>
        <w:br/>
        <w:t>vt 0.905762 0.973112</w:t>
        <w:br/>
        <w:t>vt 0.901735 0.978759</w:t>
        <w:br/>
        <w:t>vt 0.904214 0.979566</w:t>
        <w:br/>
        <w:t>vt 0.899054 0.984954</w:t>
        <w:br/>
        <w:t>vt 0.901164 0.985914</w:t>
        <w:br/>
        <w:t>vt 0.896122 0.989337</w:t>
        <w:br/>
        <w:t>vt 0.897955 0.990341</w:t>
        <w:br/>
        <w:t>vt 0.892061 0.992785</w:t>
        <w:br/>
        <w:t>vt 0.893854 0.993955</w:t>
        <w:br/>
        <w:t>vt 0.890710 0.994368</w:t>
        <w:br/>
        <w:t>vt 0.892774 0.994760</w:t>
        <w:br/>
        <w:t>vt 0.890716 0.996389</w:t>
        <w:br/>
        <w:t>vt 0.892311 0.995904</w:t>
        <w:br/>
        <w:t>vt 0.892896 0.996810</w:t>
        <w:br/>
        <w:t>vt 0.891735 0.998527</w:t>
        <w:br/>
        <w:t>vt 0.894503 0.997125</w:t>
        <w:br/>
        <w:t>vt 0.894467 0.999090</w:t>
        <w:br/>
        <w:t>vt 0.896598 0.998372</w:t>
        <w:br/>
        <w:t>vt 0.895460 0.996459</w:t>
        <w:br/>
        <w:t>vt 0.901320 0.995743</w:t>
        <w:br/>
        <w:t>vt 0.899779 0.993365</w:t>
        <w:br/>
        <w:t>vt 0.907151 0.990701</w:t>
        <w:br/>
        <w:t>vt 0.904551 0.987810</w:t>
        <w:br/>
        <w:t>vt 0.911184 0.985778</w:t>
        <w:br/>
        <w:t>vt 0.908726 0.982470</w:t>
        <w:br/>
        <w:t>vt 0.915685 0.981426</w:t>
        <w:br/>
        <w:t>vt 0.913072 0.977215</w:t>
        <w:br/>
        <w:t>vt 0.924276 0.977245</w:t>
        <w:br/>
        <w:t>vt 0.921968 0.973580</w:t>
        <w:br/>
        <w:t>vt 0.930123 0.974351</w:t>
        <w:br/>
        <w:t>vt 0.928118 0.970167</w:t>
        <w:br/>
        <w:t>vt 0.932334 0.966826</w:t>
        <w:br/>
        <w:t>vt 0.935172 0.969700</w:t>
        <w:br/>
        <w:t>vt 0.940151 0.964695</w:t>
        <w:br/>
        <w:t>vt 0.937277 0.960909</w:t>
        <w:br/>
        <w:t>vt 0.952314 0.948136</w:t>
        <w:br/>
        <w:t>vt 0.960627 0.958757</w:t>
        <w:br/>
        <w:t>vt 0.952314 0.948136</w:t>
        <w:br/>
        <w:t>vt 0.940151 0.964695</w:t>
        <w:br/>
        <w:t>vt 0.950750 0.975213</w:t>
        <w:br/>
        <w:t>vt 0.964207 0.983699</w:t>
        <w:br/>
        <w:t>vt 0.971400 0.965964</w:t>
        <w:br/>
        <w:t>vt 0.978748 0.989174</w:t>
        <w:br/>
        <w:t>vt 0.982654 0.971328</w:t>
        <w:br/>
        <w:t>vt 0.994973 0.973775</w:t>
        <w:br/>
        <w:t>vt 0.994973 0.991288</w:t>
        <w:br/>
        <w:t>vt 0.956044 0.947403</w:t>
        <w:br/>
        <w:t>vt 0.952314 0.948136</w:t>
        <w:br/>
        <w:t>vt 0.960627 0.958757</w:t>
        <w:br/>
        <w:t>vt 0.963151 0.956329</w:t>
        <w:br/>
        <w:t>vt 0.972905 0.962637</w:t>
        <w:br/>
        <w:t>vt 0.971400 0.965964</w:t>
        <w:br/>
        <w:t>vt 0.983418 0.967101</w:t>
        <w:br/>
        <w:t>vt 0.994973 0.969175</w:t>
        <w:br/>
        <w:t>vt 0.957363 0.943298</w:t>
        <w:br/>
        <w:t>vt 0.955473 0.942357</w:t>
        <w:br/>
        <w:t>vt 0.956044 0.947403</w:t>
        <w:br/>
        <w:t>vt 0.955473 0.942357</w:t>
        <w:br/>
        <w:t>vt 0.933218 0.942693</w:t>
        <w:br/>
        <w:t>vt 0.926300 0.951127</w:t>
        <w:br/>
        <w:t>vt 0.935963 0.924941</w:t>
        <w:br/>
        <w:t>vt 0.928344 0.930889</w:t>
        <w:br/>
        <w:t>vt 0.918341 0.934075</w:t>
        <w:br/>
        <w:t>vt 0.913543 0.942665</w:t>
        <w:br/>
        <w:t>vt 0.921683 0.958844</w:t>
        <w:br/>
        <w:t>vt 0.909717 0.953800</w:t>
        <w:br/>
        <w:t>vt 0.915156 0.967556</w:t>
        <w:br/>
        <w:t>vt 0.907658 0.959502</w:t>
        <w:br/>
        <w:t>vt 0.906384 0.965367</w:t>
        <w:br/>
        <w:t>vt 0.905762 0.973112</w:t>
        <w:br/>
        <w:t>vt 0.904214 0.979566</w:t>
        <w:br/>
        <w:t>vt 0.901164 0.985914</w:t>
        <w:br/>
        <w:t>vt 0.897955 0.990341</w:t>
        <w:br/>
        <w:t>vt 0.893854 0.993955</w:t>
        <w:br/>
        <w:t>vt 0.892774 0.994760</w:t>
        <w:br/>
        <w:t>vt 0.936639 0.916291</w:t>
        <w:br/>
        <w:t>vt 0.932171 0.922321</w:t>
        <w:br/>
        <w:t>vt 0.924014 0.928173</w:t>
        <w:br/>
        <w:t>vt 0.915583 0.916116</w:t>
        <w:br/>
        <w:t>vt 0.913707 0.897418</w:t>
        <w:br/>
        <w:t>vt 0.906136 0.905885</w:t>
        <w:br/>
        <w:t>vt 0.894719 0.911155</w:t>
        <w:br/>
        <w:t>vt 0.898772 0.891104</w:t>
        <w:br/>
        <w:t>vt 0.894532 0.895943</w:t>
        <w:br/>
        <w:t>vt 0.888234 0.901370</w:t>
        <w:br/>
        <w:t>vt 0.890212 0.888567</w:t>
        <w:br/>
        <w:t>vt 0.884199 0.890656</w:t>
        <w:br/>
        <w:t>vt 0.883476 0.886976</w:t>
        <w:br/>
        <w:t>vt 0.940151 0.964695</w:t>
        <w:br/>
        <w:t>vt 0.937540 0.969361</w:t>
        <w:br/>
        <w:t>vt 0.947222 0.978039</w:t>
        <w:br/>
        <w:t>vt 0.950750 0.975213</w:t>
        <w:br/>
        <w:t>vt 0.961129 0.987150</w:t>
        <w:br/>
        <w:t>vt 0.964207 0.983699</w:t>
        <w:br/>
        <w:t>vt 0.976706 0.993456</w:t>
        <w:br/>
        <w:t>vt 0.978748 0.989174</w:t>
        <w:br/>
        <w:t>vt 0.994973 0.995970</w:t>
        <w:br/>
        <w:t>vt 0.994973 0.991288</w:t>
        <w:br/>
        <w:t>vt 0.718694 0.725503</w:t>
        <w:br/>
        <w:t>vt 0.707609 0.723937</w:t>
        <w:br/>
        <w:t>vt 0.717973 0.719735</w:t>
        <w:br/>
        <w:t>vt 0.718694 0.725503</w:t>
        <w:br/>
        <w:t>vt 0.717973 0.719735</w:t>
        <w:br/>
        <w:t>vt 0.722335 0.718327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0.698139 0.736861</w:t>
        <w:br/>
        <w:t>vt 0.693064 0.730557</w:t>
        <w:br/>
        <w:t>vt 0.697304 0.728331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0.714438 0.715091</w:t>
        <w:br/>
        <w:t>vt 0.717373 0.711641</w:t>
        <w:br/>
        <w:t>vt 0.714438 0.715091</w:t>
        <w:br/>
        <w:t>vt 0.709033 0.712951</w:t>
        <w:br/>
        <w:t>vt 0.709632 0.708239</w:t>
        <w:br/>
        <w:t>vt 0.703263 0.713642</w:t>
        <w:br/>
        <w:t>vt 0.701274 0.709558</w:t>
        <w:br/>
        <w:t>vt 0.698665 0.717229</w:t>
        <w:br/>
        <w:t>vt 0.694769 0.714771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0.717973 0.719735</w:t>
        <w:br/>
        <w:t>vt 0.707609 0.723937</w:t>
        <w:br/>
        <w:t>vt 0.722335 0.718327</w:t>
        <w:br/>
        <w:t>vt 0.717973 0.719735</w:t>
        <w:br/>
        <w:t>vt 0.718694 0.725503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0.697304 0.728331</w:t>
        <w:br/>
        <w:t>vt 0.693064 0.730557</w:t>
        <w:br/>
        <w:t>vt 0.698139 0.736861</w:t>
        <w:br/>
        <w:t>vt 0.696495 0.722615</w:t>
        <w:br/>
        <w:t>vt 0.691794 0.722472</w:t>
        <w:br/>
        <w:t>vt 0.706149 0.735115</w:t>
        <w:br/>
        <w:t>vt 0.705586 0.739729</w:t>
        <w:br/>
        <w:t>vt 0.713503 0.738823</w:t>
        <w:br/>
        <w:t>vt 0.711860 0.734306</w:t>
        <w:br/>
        <w:t>vt 0.717373 0.711641</w:t>
        <w:br/>
        <w:t>vt 0.714438 0.715091</w:t>
        <w:br/>
        <w:t>vt 0.714438 0.715091</w:t>
        <w:br/>
        <w:t>vt 0.709632 0.708239</w:t>
        <w:br/>
        <w:t>vt 0.709033 0.712951</w:t>
        <w:br/>
        <w:t>vt 0.701274 0.709558</w:t>
        <w:br/>
        <w:t>vt 0.703263 0.713642</w:t>
        <w:br/>
        <w:t>vt 0.694769 0.714771</w:t>
        <w:br/>
        <w:t>vt 0.698665 0.717229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0.717973 0.719735</w:t>
        <w:br/>
        <w:t>vt 0.707609 0.723937</w:t>
        <w:br/>
        <w:t>vt 0.718694 0.725503</w:t>
        <w:br/>
        <w:t>vt 0.723261 0.726518</w:t>
        <w:br/>
        <w:t>vt 0.722335 0.718327</w:t>
        <w:br/>
        <w:t>vt 0.717973 0.719735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0.697304 0.728331</w:t>
        <w:br/>
        <w:t>vt 0.693064 0.730557</w:t>
        <w:br/>
        <w:t>vt 0.698139 0.736861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0.717373 0.711641</w:t>
        <w:br/>
        <w:t>vt 0.714438 0.715091</w:t>
        <w:br/>
        <w:t>vt 0.714438 0.715091</w:t>
        <w:br/>
        <w:t>vt 0.709632 0.708239</w:t>
        <w:br/>
        <w:t>vt 0.709033 0.712951</w:t>
        <w:br/>
        <w:t>vt 0.701274 0.709558</w:t>
        <w:br/>
        <w:t>vt 0.703263 0.713642</w:t>
        <w:br/>
        <w:t>vt 0.694769 0.714771</w:t>
        <w:br/>
        <w:t>vt 0.698665 0.717229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0.707609 0.723937</w:t>
        <w:br/>
        <w:t>vt 0.717973 0.719735</w:t>
        <w:br/>
        <w:t>vt 0.718694 0.725503</w:t>
        <w:br/>
        <w:t>vt 0.717973 0.719735</w:t>
        <w:br/>
        <w:t>vt 0.722335 0.718327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0.698139 0.736861</w:t>
        <w:br/>
        <w:t>vt 0.693064 0.730557</w:t>
        <w:br/>
        <w:t>vt 0.697304 0.728331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0.714438 0.715091</w:t>
        <w:br/>
        <w:t>vt 0.717373 0.711641</w:t>
        <w:br/>
        <w:t>vt 0.714438 0.715091</w:t>
        <w:br/>
        <w:t>vt 0.709033 0.712951</w:t>
        <w:br/>
        <w:t>vt 0.709632 0.708239</w:t>
        <w:br/>
        <w:t>vt 0.703263 0.713642</w:t>
        <w:br/>
        <w:t>vt 0.701274 0.709558</w:t>
        <w:br/>
        <w:t>vt 0.698665 0.717229</w:t>
        <w:br/>
        <w:t>vt 0.694769 0.714771</w:t>
        <w:br/>
        <w:t>vt 0.703263 0.713642</w:t>
        <w:br/>
        <w:t>vt 0.698665 0.717229</w:t>
        <w:br/>
        <w:t>vt 0.709033 0.712951</w:t>
        <w:br/>
        <w:t>vt 0.696495 0.722615</w:t>
        <w:br/>
        <w:t>vt 0.718694 0.725503</w:t>
        <w:br/>
        <w:t>vt 0.707609 0.723937</w:t>
        <w:br/>
        <w:t>vt 0.717973 0.719735</w:t>
        <w:br/>
        <w:t>vt 0.718694 0.725503</w:t>
        <w:br/>
        <w:t>vt 0.717973 0.719735</w:t>
        <w:br/>
        <w:t>vt 0.722335 0.718327</w:t>
        <w:br/>
        <w:t>vt 0.723261 0.726518</w:t>
        <w:br/>
        <w:t>vt 0.716445 0.730826</w:t>
        <w:br/>
        <w:t>vt 0.719994 0.734009</w:t>
        <w:br/>
        <w:t>vt 0.716445 0.730826</w:t>
        <w:br/>
        <w:t>vt 0.711860 0.734306</w:t>
        <w:br/>
        <w:t>vt 0.706149 0.735115</w:t>
        <w:br/>
        <w:t>vt 0.700840 0.732868</w:t>
        <w:br/>
        <w:t>vt 0.697304 0.728331</w:t>
        <w:br/>
        <w:t>vt 0.700840 0.732868</w:t>
        <w:br/>
        <w:t>vt 0.698139 0.736861</w:t>
        <w:br/>
        <w:t>vt 0.693064 0.730557</w:t>
        <w:br/>
        <w:t>vt 0.697304 0.728331</w:t>
        <w:br/>
        <w:t>vt 0.691794 0.722472</w:t>
        <w:br/>
        <w:t>vt 0.696495 0.722615</w:t>
        <w:br/>
        <w:t>vt 0.706149 0.735115</w:t>
        <w:br/>
        <w:t>vt 0.705586 0.739729</w:t>
        <w:br/>
        <w:t>vt 0.713503 0.738823</w:t>
        <w:br/>
        <w:t>vt 0.711860 0.734306</w:t>
        <w:br/>
        <w:t>vt 0.714438 0.715091</w:t>
        <w:br/>
        <w:t>vt 0.717373 0.711641</w:t>
        <w:br/>
        <w:t>vt 0.714438 0.715091</w:t>
        <w:br/>
        <w:t>vt 0.709033 0.712951</w:t>
        <w:br/>
        <w:t>vt 0.709632 0.708239</w:t>
        <w:br/>
        <w:t>vt 0.703263 0.713642</w:t>
        <w:br/>
        <w:t>vt 0.701274 0.709558</w:t>
        <w:br/>
        <w:t>vt 0.698665 0.717229</w:t>
        <w:br/>
        <w:t>vt 0.694769 0.714771</w:t>
        <w:br/>
        <w:t>vt 0.703263 0.713642</w:t>
        <w:br/>
        <w:t>vt 0.698665 0.717229</w:t>
        <w:br/>
        <w:t>vt 0.709033 0.712951</w:t>
        <w:br/>
        <w:t>vt 0.696495 0.722615</w:t>
        <w:br/>
        <w:t>vt 0.423474 0.402522</w:t>
        <w:br/>
        <w:t>vt 0.425644 0.410174</w:t>
        <w:br/>
        <w:t>vt 0.420037 0.404605</w:t>
        <w:br/>
        <w:t>vt 0.428035 0.399895</w:t>
        <w:br/>
        <w:t>vt 0.427492 0.402491</w:t>
        <w:br/>
        <w:t>vt 0.423474 0.402522</w:t>
        <w:br/>
        <w:t>vt 0.422791 0.400113</w:t>
        <w:br/>
        <w:t>vt 0.432753 0.402379</w:t>
        <w:br/>
        <w:t>vt 0.431025 0.404406</w:t>
        <w:br/>
        <w:t>vt 0.433155 0.407850</w:t>
        <w:br/>
        <w:t>vt 0.431025 0.404406</w:t>
        <w:br/>
        <w:t>vt 0.435652 0.406940</w:t>
        <w:br/>
        <w:t>vt 0.433155 0.407850</w:t>
        <w:br/>
        <w:t>vt 0.433317 0.417323</w:t>
        <w:br/>
        <w:t>vt 0.431320 0.415570</w:t>
        <w:br/>
        <w:t>vt 0.433280 0.411940</w:t>
        <w:br/>
        <w:t>vt 0.435890 0.412405</w:t>
        <w:br/>
        <w:t>vt 0.433280 0.411940</w:t>
        <w:br/>
        <w:t>vt 0.431320 0.415570</w:t>
        <w:br/>
        <w:t>vt 0.428539 0.420387</w:t>
        <w:br/>
        <w:t>vt 0.427763 0.417648</w:t>
        <w:br/>
        <w:t>vt 0.423646 0.417746</w:t>
        <w:br/>
        <w:t>vt 0.422865 0.420286</w:t>
        <w:br/>
        <w:t>vt 0.427763 0.417648</w:t>
        <w:br/>
        <w:t>vt 0.423646 0.417746</w:t>
        <w:br/>
        <w:t>vt 0.420072 0.415686</w:t>
        <w:br/>
        <w:t>vt 0.418093 0.417451</w:t>
        <w:br/>
        <w:t>vt 0.418031 0.412139</w:t>
        <w:br/>
        <w:t>vt 0.415427 0.412674</w:t>
        <w:br/>
        <w:t>vt 0.420072 0.415686</w:t>
        <w:br/>
        <w:t>vt 0.415501 0.407271</w:t>
        <w:br/>
        <w:t>vt 0.418213 0.402680</w:t>
        <w:br/>
        <w:t>vt 0.420037 0.404605</w:t>
        <w:br/>
        <w:t>vt 0.418035 0.408090</w:t>
        <w:br/>
        <w:t>vt 0.427492 0.402491</w:t>
        <w:br/>
        <w:t>vt 0.418035 0.408090</w:t>
        <w:br/>
        <w:t>vt 0.418031 0.412139</w:t>
        <w:br/>
        <w:t>vt 0.841967 0.356168</w:t>
        <w:br/>
        <w:t>vt 0.845029 0.354936</w:t>
        <w:br/>
        <w:t>vt 0.845181 0.359836</w:t>
        <w:br/>
        <w:t>vt 0.843426 0.362511</w:t>
        <w:br/>
        <w:t>vt 0.840953 0.347384</w:t>
        <w:br/>
        <w:t>vt 0.843812 0.345847</w:t>
        <w:br/>
        <w:t>vt 0.837514 0.338748</w:t>
        <w:br/>
        <w:t>vt 0.840037 0.336581</w:t>
        <w:br/>
        <w:t>vt 0.832244 0.330630</w:t>
        <w:br/>
        <w:t>vt 0.834571 0.328179</w:t>
        <w:br/>
        <w:t>vt 0.825825 0.321718</w:t>
        <w:br/>
        <w:t>vt 0.828261 0.319390</w:t>
        <w:br/>
        <w:t>vt 0.837181 0.310604</w:t>
        <w:br/>
        <w:t>vt 0.845985 0.318796</w:t>
        <w:br/>
        <w:t>vt 0.843210 0.320280</w:t>
        <w:br/>
        <w:t>vt 0.834699 0.312470</w:t>
        <w:br/>
        <w:t>vt 0.843210 0.320280</w:t>
        <w:br/>
        <w:t>vt 0.834699 0.312470</w:t>
        <w:br/>
        <w:t>vt 0.849912 0.330163</w:t>
        <w:br/>
        <w:t>vt 0.852519 0.341578</w:t>
        <w:br/>
        <w:t>vt 0.849914 0.353136</w:t>
        <w:br/>
        <w:t>vt 0.845029 0.354936</w:t>
        <w:br/>
        <w:t>vt 0.853011 0.355071</w:t>
        <w:br/>
        <w:t>vt 0.855904 0.342225</w:t>
        <w:br/>
        <w:t>vt 0.853122 0.329556</w:t>
        <w:br/>
        <w:t>vt 0.819812 0.310821</w:t>
        <w:br/>
        <w:t>vt 0.822654 0.309268</w:t>
        <w:br/>
        <w:t>vt 0.818313 0.302393</w:t>
        <w:br/>
        <w:t>vt 0.821101 0.303087</w:t>
        <w:br/>
        <w:t>vt 0.822518 0.299331</w:t>
        <w:br/>
        <w:t>vt 0.822328 0.302218</w:t>
        <w:br/>
        <w:t>vt 0.821541 0.302103</w:t>
        <w:br/>
        <w:t>vt 0.820029 0.300192</w:t>
        <w:br/>
        <w:t>vt 0.820029 0.300192</w:t>
        <w:br/>
        <w:t>vt 0.821541 0.302103</w:t>
        <w:br/>
        <w:t>vt 0.826719 0.305621</w:t>
        <w:br/>
        <w:t>vt 0.821101 0.303087</w:t>
        <w:br/>
        <w:t>vt 0.821541 0.302103</w:t>
        <w:br/>
        <w:t>vt 0.822328 0.302218</w:t>
        <w:br/>
        <w:t>vt 0.828888 0.303469</w:t>
        <w:br/>
        <w:t>vt 0.826719 0.305621</w:t>
        <w:br/>
        <w:t>vt 0.847618 0.362968</w:t>
        <w:br/>
        <w:t>vt 0.846320 0.359664</w:t>
        <w:br/>
        <w:t>vt 0.845479 0.360405</w:t>
        <w:br/>
        <w:t>vt 0.845003 0.363432</w:t>
        <w:br/>
        <w:t>vt 0.845003 0.363432</w:t>
        <w:br/>
        <w:t>vt 0.845479 0.360405</w:t>
        <w:br/>
        <w:t>vt 0.845181 0.359836</w:t>
        <w:br/>
        <w:t>vt 0.841967 0.356168</w:t>
        <w:br/>
        <w:t>vt 0.843426 0.362511</w:t>
        <w:br/>
        <w:t>vt 0.845181 0.359836</w:t>
        <w:br/>
        <w:t>vt 0.845029 0.354936</w:t>
        <w:br/>
        <w:t>vt 0.840953 0.347384</w:t>
        <w:br/>
        <w:t>vt 0.843812 0.345847</w:t>
        <w:br/>
        <w:t>vt 0.837514 0.338748</w:t>
        <w:br/>
        <w:t>vt 0.840037 0.336581</w:t>
        <w:br/>
        <w:t>vt 0.832244 0.330630</w:t>
        <w:br/>
        <w:t>vt 0.834571 0.328179</w:t>
        <w:br/>
        <w:t>vt 0.825825 0.321718</w:t>
        <w:br/>
        <w:t>vt 0.828261 0.319390</w:t>
        <w:br/>
        <w:t>vt 0.837181 0.310604</w:t>
        <w:br/>
        <w:t>vt 0.834699 0.312470</w:t>
        <w:br/>
        <w:t>vt 0.843210 0.320280</w:t>
        <w:br/>
        <w:t>vt 0.845985 0.318796</w:t>
        <w:br/>
        <w:t>vt 0.843210 0.320280</w:t>
        <w:br/>
        <w:t>vt 0.834699 0.312470</w:t>
        <w:br/>
        <w:t>vt 0.849912 0.330163</w:t>
        <w:br/>
        <w:t>vt 0.852519 0.341578</w:t>
        <w:br/>
        <w:t>vt 0.849914 0.353136</w:t>
        <w:br/>
        <w:t>vt 0.845029 0.354936</w:t>
        <w:br/>
        <w:t>vt 0.853011 0.355071</w:t>
        <w:br/>
        <w:t>vt 0.855904 0.342225</w:t>
        <w:br/>
        <w:t>vt 0.853122 0.329556</w:t>
        <w:br/>
        <w:t>vt 0.819812 0.310821</w:t>
        <w:br/>
        <w:t>vt 0.822654 0.309268</w:t>
        <w:br/>
        <w:t>vt 0.818313 0.302393</w:t>
        <w:br/>
        <w:t>vt 0.821101 0.303087</w:t>
        <w:br/>
        <w:t>vt 0.822518 0.299331</w:t>
        <w:br/>
        <w:t>vt 0.820029 0.300192</w:t>
        <w:br/>
        <w:t>vt 0.821541 0.302103</w:t>
        <w:br/>
        <w:t>vt 0.822328 0.302218</w:t>
        <w:br/>
        <w:t>vt 0.820029 0.300192</w:t>
        <w:br/>
        <w:t>vt 0.821541 0.302103</w:t>
        <w:br/>
        <w:t>vt 0.826719 0.305621</w:t>
        <w:br/>
        <w:t>vt 0.821101 0.303087</w:t>
        <w:br/>
        <w:t>vt 0.821541 0.302103</w:t>
        <w:br/>
        <w:t>vt 0.822328 0.302218</w:t>
        <w:br/>
        <w:t>vt 0.828888 0.303469</w:t>
        <w:br/>
        <w:t>vt 0.826719 0.305621</w:t>
        <w:br/>
        <w:t>vt 0.846320 0.359664</w:t>
        <w:br/>
        <w:t>vt 0.847618 0.362968</w:t>
        <w:br/>
        <w:t>vt 0.845003 0.363432</w:t>
        <w:br/>
        <w:t>vt 0.845479 0.360405</w:t>
        <w:br/>
        <w:t>vt 0.845479 0.360405</w:t>
        <w:br/>
        <w:t>vt 0.845003 0.363432</w:t>
        <w:br/>
        <w:t>vt 0.845181 0.359836</w:t>
        <w:br/>
        <w:t>vt 0.753664 0.681784</w:t>
        <w:br/>
        <w:t>vt 0.753664 0.681784</w:t>
        <w:br/>
        <w:t>vt 0.486177 0.262125</w:t>
        <w:br/>
        <w:t>vt 0.486177 0.262125</w:t>
        <w:br/>
        <w:t>vt 0.780279 0.457344</w:t>
        <w:br/>
        <w:t>vt 0.776606 0.448443</w:t>
        <w:br/>
        <w:t>vt 0.780279 0.457344</w:t>
        <w:br/>
        <w:t>vt 0.776606 0.448443</w:t>
        <w:br/>
        <w:t>vt 0.776606 0.448443</w:t>
        <w:br/>
        <w:t>vt 0.380198 0.600208</w:t>
        <w:br/>
        <w:t>vt 0.384463 0.600168</w:t>
        <w:br/>
        <w:t>vt 0.384954 0.577440</w:t>
        <w:br/>
        <w:t>vt 0.380198 0.577515</w:t>
        <w:br/>
        <w:t>vt 0.380198 0.575548</w:t>
        <w:br/>
        <w:t>vt 0.386114 0.575772</w:t>
        <w:br/>
        <w:t>vt 0.385542 0.594738</w:t>
        <w:br/>
        <w:t>vt 0.391593 0.585432</w:t>
        <w:br/>
        <w:t>vt 0.385153 0.586782</w:t>
        <w:br/>
        <w:t>vt 0.384207 0.580716</w:t>
        <w:br/>
        <w:t>vt 0.380198 0.580774</w:t>
        <w:br/>
        <w:t>vt 0.380198 0.585946</w:t>
        <w:br/>
        <w:t>vt 0.380198 0.594084</w:t>
        <w:br/>
        <w:t>vt 0.383033 0.573115</w:t>
        <w:br/>
        <w:t>vt 0.380198 0.571679</w:t>
        <w:br/>
        <w:t>vt 0.384463 0.600168</w:t>
        <w:br/>
        <w:t>vt 0.384954 0.577440</w:t>
        <w:br/>
        <w:t>vt 0.386114 0.575772</w:t>
        <w:br/>
        <w:t>vt 0.385542 0.594738</w:t>
        <w:br/>
        <w:t>vt 0.391593 0.585432</w:t>
        <w:br/>
        <w:t>vt 0.385153 0.586782</w:t>
        <w:br/>
        <w:t>vt 0.384207 0.580716</w:t>
        <w:br/>
        <w:t>vt 0.380198 0.585946</w:t>
        <w:br/>
        <w:t>vt 0.383033 0.573115</w:t>
        <w:br/>
        <w:t>vt 0.993357 0.244659</w:t>
        <w:br/>
        <w:t>vt 0.993357 0.254867</w:t>
        <w:br/>
        <w:t>vt 0.987490 0.255971</w:t>
        <w:br/>
        <w:t>vt 0.986889 0.246611</w:t>
        <w:br/>
        <w:t>vt 0.606656 0.169157</w:t>
        <w:br/>
        <w:t>vt 0.611102 0.153681</w:t>
        <w:br/>
        <w:t>vt 0.625867 0.164552</w:t>
        <w:br/>
        <w:t>vt 0.627939 0.174168</w:t>
        <w:br/>
        <w:t>vt 0.716538 0.019796</w:t>
        <w:br/>
        <w:t>vt 0.696961 0.018262</w:t>
        <w:br/>
        <w:t>vt 0.696582 0.003090</w:t>
        <w:br/>
        <w:t>vt 0.718678 0.003090</w:t>
        <w:br/>
        <w:t>vt 0.472137 0.132483</w:t>
        <w:br/>
        <w:t>vt 0.491962 0.134886</w:t>
        <w:br/>
        <w:t>vt 0.492765 0.119761</w:t>
        <w:br/>
        <w:t>vt 0.471551 0.118130</w:t>
        <w:br/>
        <w:t>vt 0.738486 0.906566</w:t>
        <w:br/>
        <w:t>vt 0.736170 0.900477</w:t>
        <w:br/>
        <w:t>vt 0.736170 0.900477</w:t>
        <w:br/>
        <w:t>vt 0.738486 0.906566</w:t>
        <w:br/>
        <w:t>vt 0.734338 0.895659</w:t>
        <w:br/>
        <w:t>vt 0.732244 0.890153</w:t>
        <w:br/>
        <w:t>vt 0.732244 0.890153</w:t>
        <w:br/>
        <w:t>vt 0.734338 0.895659</w:t>
        <w:br/>
        <w:t>vt 0.740442 0.911714</w:t>
        <w:br/>
        <w:t>vt 0.429872 0.179148</w:t>
        <w:br/>
        <w:t>vt 0.414330 0.204763</w:t>
        <w:br/>
        <w:t>vt 0.444767 0.194653</w:t>
        <w:br/>
        <w:t>vt 0.444424 0.200521</w:t>
        <w:br/>
        <w:t>vt 0.415143 0.155729</w:t>
        <w:br/>
        <w:t>vt 0.414330 0.263575</w:t>
        <w:br/>
        <w:t>vt 0.429872 0.179148</w:t>
        <w:br/>
        <w:t>vt 0.444424 0.200521</w:t>
        <w:br/>
        <w:t>vt 0.444767 0.194653</w:t>
        <w:br/>
        <w:t>vt 0.415143 0.155729</w:t>
        <w:br/>
        <w:t>vt 0.504945 0.892893</w:t>
        <w:br/>
        <w:t>vt 0.504945 0.881281</w:t>
        <w:br/>
        <w:t>vt 0.504945 0.921154</w:t>
        <w:br/>
        <w:t>vt 0.504945 0.892893</w:t>
        <w:br/>
        <w:t>vt 0.504945 0.881281</w:t>
        <w:br/>
        <w:t>vt 0.707748 0.993708</w:t>
        <w:br/>
        <w:t>vt 0.703246 0.987706</w:t>
        <w:br/>
        <w:t>vt 0.707480 0.987210</w:t>
        <w:br/>
        <w:t>vt 0.709898 0.991720</w:t>
        <w:br/>
        <w:t>vt 0.726594 0.988238</w:t>
        <w:br/>
        <w:t>vt 0.730290 0.989821</w:t>
        <w:br/>
        <w:t>vt 0.725039 0.994282</w:t>
        <w:br/>
        <w:t>vt 0.723454 0.992315</w:t>
        <w:br/>
        <w:t>vt 0.721285 0.991349</w:t>
        <w:br/>
        <w:t>vt 0.723258 0.987603</w:t>
        <w:br/>
        <w:t>vt 0.720149 0.987292</w:t>
        <w:br/>
        <w:t>vt 0.719041 0.990890</w:t>
        <w:br/>
        <w:t>vt 0.717138 0.987108</w:t>
        <w:br/>
        <w:t>vt 0.716816 0.990688</w:t>
        <w:br/>
        <w:t>vt 0.714579 0.990678</w:t>
        <w:br/>
        <w:t>vt 0.714116 0.987012</w:t>
        <w:br/>
        <w:t>vt 0.712271 0.990934</w:t>
        <w:br/>
        <w:t>vt 0.710956 0.987036</w:t>
        <w:br/>
        <w:t>vt 0.704169 0.980727</w:t>
        <w:br/>
        <w:t>vt 0.707860 0.982318</w:t>
        <w:br/>
        <w:t>vt 0.726972 0.983347</w:t>
        <w:br/>
        <w:t>vt 0.731205 0.982846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0.709427 0.976271</w:t>
        <w:br/>
        <w:t>vt 0.711004 0.978241</w:t>
        <w:br/>
        <w:t>vt 0.724555 0.978842</w:t>
        <w:br/>
        <w:t>vt 0.726705 0.976852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0.532825 0.985718</w:t>
        <w:br/>
        <w:t>vt 0.531995 0.983968</w:t>
        <w:br/>
        <w:t>vt 0.537577 0.981289</w:t>
        <w:br/>
        <w:t>vt 0.538613 0.982899</w:t>
        <w:br/>
        <w:t>vt 0.519205 0.992061</w:t>
        <w:br/>
        <w:t>vt 0.511317 0.994443</w:t>
        <w:br/>
        <w:t>vt 0.510997 0.992529</w:t>
        <w:br/>
        <w:t>vt 0.518875 0.990153</w:t>
        <w:br/>
        <w:t>vt 0.525765 0.987166</w:t>
        <w:br/>
        <w:t>vt 0.526253 0.989036</w:t>
        <w:br/>
        <w:t>vt 0.157570 0.035732</w:t>
        <w:br/>
        <w:t>vt 0.159793 0.033677</w:t>
        <w:br/>
        <w:t>vt 0.160668 0.038001</w:t>
        <w:br/>
        <w:t>vt 0.158400 0.040017</w:t>
        <w:br/>
        <w:t>vt 0.163445 0.041676</w:t>
        <w:br/>
        <w:t>vt 0.161052 0.043571</w:t>
        <w:br/>
        <w:t>vt 0.164332 0.045783</w:t>
        <w:br/>
        <w:t>vt 0.166834 0.043976</w:t>
        <w:br/>
        <w:t>vt 0.169367 0.046332</w:t>
        <w:br/>
        <w:t>vt 0.484096 0.994264</w:t>
        <w:br/>
        <w:t>vt 0.487343 0.986344</w:t>
        <w:br/>
        <w:t>vt 0.494234 0.989820</w:t>
        <w:br/>
        <w:t>vt 0.493119 0.995611</w:t>
        <w:br/>
        <w:t>vt 0.474791 0.980578</w:t>
        <w:br/>
        <w:t>vt 0.481147 0.983178</w:t>
        <w:br/>
        <w:t>vt 0.476892 0.991650</w:t>
        <w:br/>
        <w:t>vt 0.470778 0.988686</w:t>
        <w:br/>
        <w:t>vt 0.502552 0.995699</w:t>
        <w:br/>
        <w:t>vt 0.502236 0.993787</w:t>
        <w:br/>
        <w:t>vt 0.493126 0.963962</w:t>
        <w:br/>
        <w:t>vt 0.491784 0.962668</w:t>
        <w:br/>
        <w:t>vt 0.500157 0.959240</w:t>
        <w:br/>
        <w:t>vt 0.502001 0.962340</w:t>
        <w:br/>
        <w:t>vt 0.484980 0.967424</w:t>
        <w:br/>
        <w:t>vt 0.488907 0.970229</w:t>
        <w:br/>
        <w:t>vt 0.485119 0.976537</w:t>
        <w:br/>
        <w:t>vt 0.479804 0.973594</w:t>
        <w:br/>
        <w:t>vt 0.494336 0.973719</w:t>
        <w:br/>
        <w:t>vt 0.490967 0.980147</w:t>
        <w:br/>
        <w:t>vt 0.500600 0.977804</w:t>
        <w:br/>
        <w:t>vt 0.497301 0.984072</w:t>
        <w:br/>
        <w:t>vt 0.504744 0.969328</w:t>
        <w:br/>
        <w:t>vt 0.497946 0.966507</w:t>
        <w:br/>
        <w:t>vt 0.507032 0.982073</w:t>
        <w:br/>
        <w:t>vt 0.503860 0.988113</w:t>
        <w:br/>
        <w:t>vt 0.509000 0.978201</w:t>
        <w:br/>
        <w:t>vt 0.513221 0.986237</w:t>
        <w:br/>
        <w:t>vt 0.521946 0.984824</w:t>
        <w:br/>
        <w:t>vt 0.515330 0.980368</w:t>
        <w:br/>
        <w:t>vt 0.517772 0.975205</w:t>
        <w:br/>
        <w:t>vt 0.525658 0.980128</w:t>
        <w:br/>
        <w:t>vt 0.527460 0.971790</w:t>
        <w:br/>
        <w:t>vt 0.168610 0.037532</w:t>
        <w:br/>
        <w:t>vt 0.168618 0.029295</w:t>
        <w:br/>
        <w:t>vt 0.534282 0.973582</w:t>
        <w:br/>
        <w:t>vt 0.533100 0.980551</w:t>
        <w:br/>
        <w:t>vt 0.159966 0.030718</w:t>
        <w:br/>
        <w:t>vt 0.159329 0.019170</w:t>
        <w:br/>
        <w:t>vt 0.168039 0.019306</w:t>
        <w:br/>
        <w:t>vt 0.541902 0.975101</w:t>
        <w:br/>
        <w:t>vt 0.158951 0.007895</w:t>
        <w:br/>
        <w:t>vt 0.167642 0.007895</w:t>
        <w:br/>
        <w:t>vt 0.150898 0.018722</w:t>
        <w:br/>
        <w:t>vt 0.150064 0.007895</w:t>
        <w:br/>
        <w:t>vt 0.151920 0.031253</w:t>
        <w:br/>
        <w:t>vt 0.157933 0.032929</w:t>
        <w:br/>
        <w:t>vt 0.152775 0.034175</w:t>
        <w:br/>
        <w:t>vt 0.147941 0.034357</w:t>
        <w:br/>
        <w:t>vt 0.142108 0.026124</w:t>
        <w:br/>
        <w:t>vt 0.141961 0.018252</w:t>
        <w:br/>
        <w:t>vt 0.141737 0.007895</w:t>
        <w:br/>
        <w:t>vt 0.133151 0.007895</w:t>
        <w:br/>
        <w:t>vt 0.131545 0.018014</w:t>
        <w:br/>
        <w:t>vt 0.130827 0.025167</w:t>
        <w:br/>
        <w:t>vt 0.138230 0.032430</w:t>
        <w:br/>
        <w:t>vt 0.143164 0.033949</w:t>
        <w:br/>
        <w:t>vt 0.121992 0.023220</w:t>
        <w:br/>
        <w:t>vt 0.122270 0.017663</w:t>
        <w:br/>
        <w:t>vt 0.127670 0.023814</w:t>
        <w:br/>
        <w:t>vt 0.124943 0.007895</w:t>
        <w:br/>
        <w:t>vt 0.116313 0.014443</w:t>
        <w:br/>
        <w:t>vt 0.116751 0.007895</w:t>
        <w:br/>
        <w:t>vt 0.118639 0.021924</w:t>
        <w:br/>
        <w:t>vt 0.106063 0.009587</w:t>
        <w:br/>
        <w:t>vt 0.106262 0.010770</w:t>
        <w:br/>
        <w:t>vt 0.115964 0.019666</w:t>
        <w:br/>
        <w:t>vt 0.112683 0.015956</w:t>
        <w:br/>
        <w:t>vt 0.106461 0.011954</w:t>
        <w:br/>
        <w:t>vt 0.107009 0.008741</w:t>
        <w:br/>
        <w:t>vt 0.133969 0.029590</w:t>
        <w:br/>
        <w:t>vt 0.613668 0.574643</w:t>
        <w:br/>
        <w:t>vt 0.603999 0.584853</w:t>
        <w:br/>
        <w:t>vt 0.600408 0.579005</w:t>
        <w:br/>
        <w:t>vt 0.554035 0.581205</w:t>
        <w:br/>
        <w:t>vt 0.565806 0.582673</w:t>
        <w:br/>
        <w:t>vt 0.565417 0.587608</w:t>
        <w:br/>
        <w:t>vt 0.600627 0.572787</w:t>
        <w:br/>
        <w:t>vt 0.603999 0.567498</w:t>
        <w:br/>
        <w:t>vt 0.561430 0.571734</w:t>
        <w:br/>
        <w:t>vt 0.557650 0.568960</w:t>
        <w:br/>
        <w:t>vt 0.563065 0.574575</w:t>
        <w:br/>
        <w:t>vt 0.564767 0.578086</w:t>
        <w:br/>
        <w:t>vt 0.609639 0.588556</w:t>
        <w:br/>
        <w:t>vt 0.567652 0.592632</w:t>
        <w:br/>
        <w:t>vt 0.572318 0.592070</w:t>
        <w:br/>
        <w:t>vt 0.571960 0.594947</w:t>
        <w:br/>
        <w:t>vt 0.565560 0.595968</w:t>
        <w:br/>
        <w:t>vt 0.568590 0.583745</w:t>
        <w:br/>
        <w:t>vt 0.573159 0.581851</w:t>
        <w:br/>
        <w:t>vt 0.573427 0.584612</w:t>
        <w:br/>
        <w:t>vt 0.568934 0.586679</w:t>
        <w:br/>
        <w:t>vt 0.568140 0.580589</w:t>
        <w:br/>
        <w:t>vt 0.572694 0.579589</w:t>
        <w:br/>
        <w:t>vt 0.567719 0.578284</w:t>
        <w:br/>
        <w:t>vt 0.572570 0.577324</w:t>
        <w:br/>
        <w:t>vt 0.567372 0.575456</w:t>
        <w:br/>
        <w:t>vt 0.572434 0.575207</w:t>
        <w:br/>
        <w:t>vt 0.566806 0.573217</w:t>
        <w:br/>
        <w:t>vt 0.572239 0.572793</w:t>
        <w:br/>
        <w:t>vt 0.564601 0.569643</w:t>
        <w:br/>
        <w:t>vt 0.563911 0.568326</w:t>
        <w:br/>
        <w:t>vt 0.569026 0.567521</w:t>
        <w:br/>
        <w:t>vt 0.571132 0.569991</w:t>
        <w:br/>
        <w:t>vt 0.563360 0.566946</w:t>
        <w:br/>
        <w:t>vt 0.569314 0.565577</w:t>
        <w:br/>
        <w:t>vt 0.594286 0.567944</w:t>
        <w:br/>
        <w:t>vt 0.599318 0.567542</w:t>
        <w:br/>
        <w:t>vt 0.597916 0.570695</w:t>
        <w:br/>
        <w:t>vt 0.593667 0.570510</w:t>
        <w:br/>
        <w:t>vt 0.597396 0.577184</w:t>
        <w:br/>
        <w:t>vt 0.597982 0.580805</w:t>
        <w:br/>
        <w:t>vt 0.593494 0.579754</w:t>
        <w:br/>
        <w:t>vt 0.593804 0.576954</w:t>
        <w:br/>
        <w:t>vt 0.599222 0.584396</w:t>
        <w:br/>
        <w:t>vt 0.592997 0.583567</w:t>
        <w:br/>
        <w:t>vt 0.596359 0.586236</w:t>
        <w:br/>
        <w:t>vt 0.601296 0.587306</w:t>
        <w:br/>
        <w:t>vt 0.597658 0.588170</w:t>
        <w:br/>
        <w:t>vt 0.603999 0.584853</w:t>
        <w:br/>
        <w:t>vt 0.609639 0.588556</w:t>
        <w:br/>
        <w:t>vt 0.605109 0.589964</w:t>
        <w:br/>
        <w:t>vt 0.594126 0.588197</w:t>
        <w:br/>
        <w:t>vt 0.589656 0.585931</w:t>
        <w:br/>
        <w:t>vt 0.593266 0.586441</w:t>
        <w:br/>
        <w:t>vt 0.575019 0.568487</w:t>
        <w:br/>
        <w:t>vt 0.572925 0.589396</w:t>
        <w:br/>
        <w:t>vt 0.578730 0.588322</w:t>
        <w:br/>
        <w:t>vt 0.568716 0.589384</w:t>
        <w:br/>
        <w:t>vt 0.563804 0.591782</w:t>
        <w:br/>
        <w:t>vt 0.565417 0.587608</w:t>
        <w:br/>
        <w:t>vt 0.565806 0.582673</w:t>
        <w:br/>
        <w:t>vt 0.564767 0.578086</w:t>
        <w:br/>
        <w:t>vt 0.563065 0.574575</w:t>
        <w:br/>
        <w:t>vt 0.565732 0.571576</w:t>
        <w:br/>
        <w:t>vt 0.561430 0.571734</w:t>
        <w:br/>
        <w:t>vt 0.557650 0.568960</w:t>
        <w:br/>
        <w:t>vt 0.600627 0.572787</w:t>
        <w:br/>
        <w:t>vt 0.597411 0.574278</w:t>
        <w:br/>
        <w:t>vt 0.600408 0.579005</w:t>
        <w:br/>
        <w:t>vt 0.599515 0.590099</w:t>
        <w:br/>
        <w:t>vt 0.561604 0.595506</w:t>
        <w:br/>
        <w:t>vt 0.563804 0.591782</w:t>
        <w:br/>
        <w:t>vt 0.561002 0.565609</w:t>
        <w:br/>
        <w:t>vt 0.608670 0.564588</w:t>
        <w:br/>
        <w:t>vt 0.603749 0.562989</w:t>
        <w:br/>
        <w:t>vt 0.604453 0.562820</w:t>
        <w:br/>
        <w:t>vt 0.608670 0.564588</w:t>
        <w:br/>
        <w:t>vt 0.603999 0.567498</w:t>
        <w:br/>
        <w:t>vt 0.601417 0.564836</w:t>
        <w:br/>
        <w:t>vt 0.594018 0.565334</w:t>
        <w:br/>
        <w:t>vt 0.576536 0.584860</w:t>
        <w:br/>
        <w:t>vt 0.593371 0.574366</w:t>
        <w:br/>
        <w:t>vt 0.589539 0.573812</w:t>
        <w:br/>
        <w:t>vt 0.587853 0.570022</w:t>
        <w:br/>
        <w:t>vt 0.590379 0.578445</w:t>
        <w:br/>
        <w:t>vt 0.590230 0.582363</w:t>
        <w:br/>
        <w:t>vt 0.575224 0.581745</w:t>
        <w:br/>
        <w:t>vt 0.574710 0.578047</w:t>
        <w:br/>
        <w:t>vt 0.575079 0.573718</w:t>
        <w:br/>
        <w:t>vt 0.578078 0.570271</w:t>
        <w:br/>
        <w:t>vt 0.490432 0.315362</w:t>
        <w:br/>
        <w:t>vt 0.493401 0.313842</w:t>
        <w:br/>
        <w:t>vt 0.493448 0.314726</w:t>
        <w:br/>
        <w:t>vt 0.487997 0.315834</w:t>
        <w:br/>
        <w:t>vt 0.490432 0.315362</w:t>
        <w:br/>
        <w:t>vt 0.493591 0.323775</w:t>
        <w:br/>
        <w:t>vt 0.486935 0.322860</w:t>
        <w:br/>
        <w:t>vt 0.496264 0.315333</w:t>
        <w:br/>
        <w:t>vt 0.493448 0.314726</w:t>
        <w:br/>
        <w:t>vt 0.496264 0.315333</w:t>
        <w:br/>
        <w:t>vt 0.498538 0.315834</w:t>
        <w:br/>
        <w:t>vt 0.486936 0.322860</w:t>
        <w:br/>
        <w:t>vt 0.487997 0.315834</w:t>
        <w:br/>
        <w:t>vt 0.493608 0.317842</w:t>
        <w:br/>
        <w:t>vt 0.499835 0.322860</w:t>
        <w:br/>
        <w:t>vt 0.493851 0.323407</w:t>
        <w:br/>
        <w:t>vt 0.493280 0.315294</w:t>
        <w:br/>
        <w:t>vt 0.493400 0.313735</w:t>
        <w:br/>
        <w:t>vt 0.495644 0.315498</w:t>
        <w:br/>
        <w:t>vt 0.531771 0.585563</w:t>
        <w:br/>
        <w:t>vt 0.518218 0.588116</w:t>
        <w:br/>
        <w:t>vt 0.518795 0.576119</w:t>
        <w:br/>
        <w:t>vt 0.532803 0.574205</w:t>
        <w:br/>
        <w:t>vt 0.536587 0.652201</w:t>
        <w:br/>
        <w:t>vt 0.524195 0.651942</w:t>
        <w:br/>
        <w:t>vt 0.527903 0.642004</w:t>
        <w:br/>
        <w:t>vt 0.537778 0.642171</w:t>
        <w:br/>
        <w:t>vt 0.536540 0.633354</w:t>
        <w:br/>
        <w:t>vt 0.527968 0.634685</w:t>
        <w:br/>
        <w:t>vt 0.493414 0.314822</w:t>
        <w:br/>
        <w:t>vt 0.490937 0.315282</w:t>
        <w:br/>
        <w:t>vt 0.493400 0.313842</w:t>
        <w:br/>
        <w:t>vt 0.531580 0.595286</w:t>
        <w:br/>
        <w:t>vt 0.518209 0.596014</w:t>
        <w:br/>
        <w:t>vt 0.532409 0.603945</w:t>
        <w:br/>
        <w:t>vt 0.533914 0.613339</w:t>
        <w:br/>
        <w:t>vt 0.520201 0.613637</w:t>
        <w:br/>
        <w:t>vt 0.518353 0.603809</w:t>
        <w:br/>
        <w:t>vt 0.536745 0.624386</w:t>
        <w:br/>
        <w:t>vt 0.526054 0.625955</w:t>
        <w:br/>
        <w:t>vt 0.493236 0.322701</w:t>
        <w:br/>
        <w:t>vt 0.486936 0.322860</w:t>
        <w:br/>
        <w:t>vt 0.487997 0.315834</w:t>
        <w:br/>
        <w:t>vt 0.490937 0.315282</w:t>
        <w:br/>
        <w:t>vt 0.493414 0.314822</w:t>
        <w:br/>
        <w:t>vt 0.495945 0.315366</w:t>
        <w:br/>
        <w:t>vt 0.495945 0.315366</w:t>
        <w:br/>
        <w:t>vt 0.493054 0.315098</w:t>
        <w:br/>
        <w:t>vt 0.490108 0.315417</w:t>
        <w:br/>
        <w:t>vt 0.493401 0.313738</w:t>
        <w:br/>
        <w:t>vt 0.493104 0.322970</w:t>
        <w:br/>
        <w:t>vt 0.486936 0.322860</w:t>
        <w:br/>
        <w:t>vt 0.487997 0.315834</w:t>
        <w:br/>
        <w:t>vt 0.490108 0.315417</w:t>
        <w:br/>
        <w:t>vt 0.495807 0.315388</w:t>
        <w:br/>
        <w:t>vt 0.493054 0.315098</w:t>
        <w:br/>
        <w:t>vt 0.493264 0.314966</w:t>
        <w:br/>
        <w:t>vt 0.490384 0.315348</w:t>
        <w:br/>
        <w:t>vt 0.493401 0.313880</w:t>
        <w:br/>
        <w:t>vt 0.499674 0.332228</w:t>
        <w:br/>
        <w:t>vt 0.493274 0.323323</w:t>
        <w:br/>
        <w:t>vt 0.499835 0.322860</w:t>
        <w:br/>
        <w:t>vt 0.487997 0.315834</w:t>
        <w:br/>
        <w:t>vt 0.490384 0.315348</w:t>
        <w:br/>
        <w:t>vt 0.486936 0.322860</w:t>
        <w:br/>
        <w:t>vt 0.496186 0.315399</w:t>
        <w:br/>
        <w:t>vt 0.493264 0.314966</w:t>
        <w:br/>
        <w:t>vt 0.516665 0.587150</w:t>
        <w:br/>
        <w:t>vt 0.516452 0.576772</w:t>
        <w:br/>
        <w:t>vt 0.518795 0.576119</w:t>
        <w:br/>
        <w:t>vt 0.518218 0.588116</w:t>
        <w:br/>
        <w:t>vt 0.518209 0.596014</w:t>
        <w:br/>
        <w:t>vt 0.516484 0.596662</w:t>
        <w:br/>
        <w:t>vt 0.518353 0.603809</w:t>
        <w:br/>
        <w:t>vt 0.517225 0.605040</w:t>
        <w:br/>
        <w:t>vt 0.520201 0.613637</w:t>
        <w:br/>
        <w:t>vt 0.518309 0.614743</w:t>
        <w:br/>
        <w:t>vt 0.526054 0.625955</w:t>
        <w:br/>
        <w:t>vt 0.523907 0.625769</w:t>
        <w:br/>
        <w:t>vt 0.527968 0.634685</w:t>
        <w:br/>
        <w:t>vt 0.525933 0.634345</w:t>
        <w:br/>
        <w:t>vt 0.526476 0.641923</w:t>
        <w:br/>
        <w:t>vt 0.522285 0.650577</w:t>
        <w:br/>
        <w:t>vt 0.487997 0.315834</w:t>
        <w:br/>
        <w:t>vt 0.490789 0.315514</w:t>
        <w:br/>
        <w:t>vt 0.490789 0.315514</w:t>
        <w:br/>
        <w:t>vt 0.498538 0.315834</w:t>
        <w:br/>
        <w:t>vt 0.495644 0.315498</w:t>
        <w:br/>
        <w:t>vt 0.493280 0.315294</w:t>
        <w:br/>
        <w:t>vt 0.498538 0.315834</w:t>
        <w:br/>
        <w:t>vt 0.499674 0.332228</w:t>
        <w:br/>
        <w:t>vt 0.493884 0.332228</w:t>
        <w:br/>
        <w:t>vt 0.487647 0.332228</w:t>
        <w:br/>
        <w:t>vt 0.499674 0.332228</w:t>
        <w:br/>
        <w:t>vt 0.499834 0.322860</w:t>
        <w:br/>
        <w:t>vt 0.487647 0.332228</w:t>
        <w:br/>
        <w:t>vt 0.493884 0.332228</w:t>
        <w:br/>
        <w:t>vt 0.498538 0.315834</w:t>
        <w:br/>
        <w:t>vt 0.487997 0.315834</w:t>
        <w:br/>
        <w:t>vt 0.498538 0.315834</w:t>
        <w:br/>
        <w:t>vt 0.499834 0.322860</w:t>
        <w:br/>
        <w:t>vt 0.499674 0.332228</w:t>
        <w:br/>
        <w:t>vt 0.487647 0.332228</w:t>
        <w:br/>
        <w:t>vt 0.493884 0.332228</w:t>
        <w:br/>
        <w:t>vt 0.498539 0.315834</w:t>
        <w:br/>
        <w:t>vt 0.495807 0.315388</w:t>
        <w:br/>
        <w:t>vt 0.498539 0.315834</w:t>
        <w:br/>
        <w:t>vt 0.487997 0.315834</w:t>
        <w:br/>
        <w:t>vt 0.487647 0.332228</w:t>
        <w:br/>
        <w:t>vt 0.498539 0.315834</w:t>
        <w:br/>
        <w:t>vt 0.496186 0.315399</w:t>
        <w:br/>
        <w:t>vt 0.498539 0.315834</w:t>
        <w:br/>
        <w:t>vt 0.487997 0.315834</w:t>
        <w:br/>
        <w:t>vt 0.493884 0.332228</w:t>
        <w:br/>
        <w:t>vt 0.499835 0.322860</w:t>
        <w:br/>
        <w:t>vt 0.499673 0.332228</w:t>
        <w:br/>
        <w:t>vt 0.493884 0.332228</w:t>
        <w:br/>
        <w:t>vt 0.487647 0.332228</w:t>
        <w:br/>
        <w:t>vt 0.498538 0.315834</w:t>
        <w:br/>
        <w:t>vt 0.487997 0.315834</w:t>
        <w:br/>
        <w:t>vt 0.290577 0.977045</w:t>
        <w:br/>
        <w:t>vt 0.289359 0.968265</w:t>
        <w:br/>
        <w:t>vt 0.298014 0.977045</w:t>
        <w:br/>
        <w:t>vt 0.277518 0.977045</w:t>
        <w:br/>
        <w:t>vt 0.264240 0.977045</w:t>
        <w:br/>
        <w:t>vt 0.213228 0.977045</w:t>
        <w:br/>
        <w:t>vt 0.206052 0.977045</w:t>
        <w:br/>
        <w:t>vt 0.214475 0.968425</w:t>
        <w:br/>
        <w:t>vt 0.239727 0.977045</w:t>
        <w:br/>
        <w:t>vt 0.223116 0.977045</w:t>
        <w:br/>
        <w:t>vt 0.257830 0.747688</w:t>
        <w:br/>
        <w:t>vt 0.261831 0.711806</w:t>
        <w:br/>
        <w:t>vt 0.276047 0.713785</w:t>
        <w:br/>
        <w:t>vt 0.272988 0.748817</w:t>
        <w:br/>
        <w:t>vt 0.245684 0.746748</w:t>
        <w:br/>
        <w:t>vt 0.247985 0.709914</w:t>
        <w:br/>
        <w:t>vt 0.235838 0.746663</w:t>
        <w:br/>
        <w:t>vt 0.238175 0.709087</w:t>
        <w:br/>
        <w:t>vt 0.244834 0.776593</w:t>
        <w:br/>
        <w:t>vt 0.234362 0.776603</w:t>
        <w:br/>
        <w:t>vt 0.255937 0.777073</w:t>
        <w:br/>
        <w:t>vt 0.225699 0.746664</w:t>
        <w:br/>
        <w:t>vt 0.213205 0.746957</w:t>
        <w:br/>
        <w:t>vt 0.213832 0.710110</w:t>
        <w:br/>
        <w:t>vt 0.228213 0.709162</w:t>
        <w:br/>
        <w:t>vt 0.285206 0.749893</w:t>
        <w:br/>
        <w:t>vt 0.287570 0.715358</w:t>
        <w:br/>
        <w:t>vt 0.300457 0.717049</w:t>
        <w:br/>
        <w:t>vt 0.296444 0.750935</w:t>
        <w:br/>
        <w:t>vt 0.307576 0.751921</w:t>
        <w:br/>
        <w:t>vt 0.301916 0.781770</w:t>
        <w:br/>
        <w:t>vt 0.291486 0.780442</w:t>
        <w:br/>
        <w:t>vt 0.313936 0.718589</w:t>
        <w:br/>
        <w:t>vt 0.326586 0.719702</w:t>
        <w:br/>
        <w:t>vt 0.318800 0.753160</w:t>
        <w:br/>
        <w:t>vt 0.338710 0.721061</w:t>
        <w:br/>
        <w:t>vt 0.328575 0.754728</w:t>
        <w:br/>
        <w:t>vt 0.351680 0.722567</w:t>
        <w:br/>
        <w:t>vt 0.339463 0.759166</w:t>
        <w:br/>
        <w:t>vt 0.312252 0.783459</w:t>
        <w:br/>
        <w:t>vt 0.281197 0.779199</w:t>
        <w:br/>
        <w:t>vt 0.265034 0.816876</w:t>
        <w:br/>
        <w:t>vt 0.266664 0.806576</w:t>
        <w:br/>
        <w:t>vt 0.277807 0.807002</w:t>
        <w:br/>
        <w:t>vt 0.276917 0.817840</w:t>
        <w:br/>
        <w:t>vt 0.269356 0.778054</w:t>
        <w:br/>
        <w:t>vt 0.254379 0.806199</w:t>
        <w:br/>
        <w:t>vt 0.253404 0.816743</w:t>
        <w:br/>
        <w:t>vt 0.243702 0.805929</w:t>
        <w:br/>
        <w:t>vt 0.243142 0.816481</w:t>
        <w:br/>
        <w:t>vt 0.287314 0.807388</w:t>
        <w:br/>
        <w:t>vt 0.285956 0.816413</w:t>
        <w:br/>
        <w:t>vt 0.187463 0.748111</w:t>
        <w:br/>
        <w:t>vt 0.177080 0.748884</w:t>
        <w:br/>
        <w:t>vt 0.175683 0.713316</w:t>
        <w:br/>
        <w:t>vt 0.187723 0.712275</w:t>
        <w:br/>
        <w:t>vt 0.188959 0.779629</w:t>
        <w:br/>
        <w:t>vt 0.178746 0.780816</w:t>
        <w:br/>
        <w:t>vt 0.162364 0.714572</w:t>
        <w:br/>
        <w:t>vt 0.165853 0.749886</w:t>
        <w:br/>
        <w:t>vt 0.169157 0.782084</w:t>
        <w:br/>
        <w:t>vt 0.200232 0.816598</w:t>
        <w:br/>
        <w:t>vt 0.192739 0.816652</w:t>
        <w:br/>
        <w:t>vt 0.191499 0.805694</w:t>
        <w:br/>
        <w:t>vt 0.200577 0.805568</w:t>
        <w:br/>
        <w:t>vt 0.199001 0.747519</w:t>
        <w:br/>
        <w:t>vt 0.199666 0.778568</w:t>
        <w:br/>
        <w:t>vt 0.199043 0.711264</w:t>
        <w:br/>
        <w:t>vt 0.223676 0.776918</w:t>
        <w:br/>
        <w:t>vt 0.211764 0.805543</w:t>
        <w:br/>
        <w:t>vt 0.222902 0.805544</w:t>
        <w:br/>
        <w:t>vt 0.222649 0.816230</w:t>
        <w:br/>
        <w:t>vt 0.211792 0.816363</w:t>
        <w:br/>
        <w:t>vt 0.211956 0.777621</w:t>
        <w:br/>
        <w:t>vt 0.233344 0.805696</w:t>
        <w:br/>
        <w:t>vt 0.232561 0.816293</w:t>
        <w:br/>
        <w:t>vt 0.125767 0.718117</w:t>
        <w:br/>
        <w:t>vt 0.138135 0.716732</w:t>
        <w:br/>
        <w:t>vt 0.145566 0.751881</w:t>
        <w:br/>
        <w:t>vt 0.133885 0.753687</w:t>
        <w:br/>
        <w:t>vt 0.158620 0.783542</w:t>
        <w:br/>
        <w:t>vt 0.154102 0.751055</w:t>
        <w:br/>
        <w:t>vt 0.148806 0.715683</w:t>
        <w:br/>
        <w:t>vt 0.252045 0.977045</w:t>
        <w:br/>
        <w:t>vt 0.354587 0.752178</w:t>
        <w:br/>
        <w:t>vt 0.366007 0.723987</w:t>
        <w:br/>
        <w:t>vt 0.305120 0.799801</w:t>
        <w:br/>
        <w:t>vt 0.297271 0.808077</w:t>
        <w:br/>
        <w:t>vt 0.297271 0.808077</w:t>
        <w:br/>
        <w:t>vt 0.291801 0.817709</w:t>
        <w:br/>
        <w:t>vt 0.262988 0.827751</w:t>
        <w:br/>
        <w:t>vt 0.277843 0.827342</w:t>
        <w:br/>
        <w:t>vt 0.283332 0.821272</w:t>
        <w:br/>
        <w:t>vt 0.107092 0.745202</w:t>
        <w:br/>
        <w:t>vt 0.099320 0.721939</w:t>
        <w:br/>
        <w:t>vt 0.111122 0.719872</w:t>
        <w:br/>
        <w:t>vt 0.119947 0.748036</w:t>
        <w:br/>
        <w:t>vt 0.379039 0.725786</w:t>
        <w:br/>
        <w:t>vt 0.369306 0.748802</w:t>
        <w:br/>
        <w:t>vt 0.318928 0.785280</w:t>
        <w:br/>
        <w:t>vt 0.313472 0.796051</w:t>
        <w:br/>
        <w:t>vt 0.183399 0.817335</w:t>
        <w:br/>
        <w:t>vt 0.179553 0.806266</w:t>
        <w:br/>
        <w:t>vt 0.222480 0.826988</w:t>
        <w:br/>
        <w:t>vt 0.211987 0.827247</w:t>
        <w:br/>
        <w:t>vt 0.200036 0.827659</w:t>
        <w:br/>
        <w:t>vt 0.195056 0.827899</w:t>
        <w:br/>
        <w:t>vt 0.183399 0.817335</w:t>
        <w:br/>
        <w:t>vt 0.162813 0.793524</w:t>
        <w:br/>
        <w:t>vt 0.171436 0.798204</w:t>
        <w:br/>
        <w:t>vt 0.326641 0.771646</w:t>
        <w:br/>
        <w:t>vt 0.313472 0.796051</w:t>
        <w:br/>
        <w:t>vt 0.195056 0.827899</w:t>
        <w:br/>
        <w:t>vt 0.801327 0.687509</w:t>
        <w:br/>
        <w:t>vt 0.813492 0.679770</w:t>
        <w:br/>
        <w:t>vt 0.814380 0.688695</w:t>
        <w:br/>
        <w:t>vt 0.824249 0.668590</w:t>
        <w:br/>
        <w:t>vt 0.834997 0.675961</w:t>
        <w:br/>
        <w:t>vt 0.826524 0.677741</w:t>
        <w:br/>
        <w:t>vt 0.833362 0.666123</w:t>
        <w:br/>
        <w:t>vt 0.825487 0.659862</w:t>
        <w:br/>
        <w:t>vt 0.840614 0.666821</w:t>
        <w:br/>
        <w:t>vt 0.843532 0.675300</w:t>
        <w:br/>
        <w:t>vt 0.838001 0.657787</w:t>
        <w:br/>
        <w:t>vt 0.832648 0.656226</w:t>
        <w:br/>
        <w:t>vt 0.827216 0.653461</w:t>
        <w:br/>
        <w:t>vt 0.844965 0.651479</w:t>
        <w:br/>
        <w:t>vt 0.844742 0.658211</w:t>
        <w:br/>
        <w:t>vt 0.838952 0.649901</w:t>
        <w:br/>
        <w:t>vt 0.846268 0.643108</w:t>
        <w:br/>
        <w:t>vt 0.840534 0.641786</w:t>
        <w:br/>
        <w:t>vt 0.848897 0.667965</w:t>
        <w:br/>
        <w:t>vt 0.836507 0.684413</w:t>
        <w:br/>
        <w:t>vt 0.836486 0.691207</w:t>
        <w:br/>
        <w:t>vt 0.828460 0.689052</w:t>
        <w:br/>
        <w:t>vt 0.844276 0.683073</w:t>
        <w:br/>
        <w:t>vt 0.844092 0.691059</w:t>
        <w:br/>
        <w:t>vt 0.812031 0.658125</w:t>
        <w:br/>
        <w:t>vt 0.815443 0.652901</w:t>
        <w:br/>
        <w:t>vt 0.817975 0.648018</w:t>
        <w:br/>
        <w:t>vt 0.820251 0.641324</w:t>
        <w:br/>
        <w:t>vt 0.822434 0.634217</w:t>
        <w:br/>
        <w:t>vt 0.831490 0.638238</w:t>
        <w:br/>
        <w:t>vt 0.829433 0.646013</w:t>
        <w:br/>
        <w:t>vt 0.807231 0.662431</w:t>
        <w:br/>
        <w:t>vt 0.814900 0.669983</w:t>
        <w:br/>
        <w:t>vt 0.802443 0.667354</w:t>
        <w:br/>
        <w:t>vt 0.796245 0.672843</w:t>
        <w:br/>
        <w:t>vt 0.827687 0.697934</w:t>
        <w:br/>
        <w:t>vt 0.813890 0.697442</w:t>
        <w:br/>
        <w:t>vt 0.836404 0.698132</w:t>
        <w:br/>
        <w:t>vt 0.835717 0.705270</w:t>
        <w:br/>
        <w:t>vt 0.827008 0.707260</w:t>
        <w:br/>
        <w:t>vt 0.844226 0.698314</w:t>
        <w:br/>
        <w:t>vt 0.843343 0.705075</w:t>
        <w:br/>
        <w:t>vt 0.824352 0.716751</w:t>
        <w:br/>
        <w:t>vt 0.811725 0.714104</w:t>
        <w:br/>
        <w:t>vt 0.813612 0.706139</w:t>
        <w:br/>
        <w:t>vt 0.800888 0.704860</w:t>
        <w:br/>
        <w:t>vt 0.800297 0.696040</w:t>
        <w:br/>
        <w:t>vt 0.788723 0.678948</w:t>
        <w:br/>
        <w:t>vt 0.781376 0.685901</w:t>
        <w:br/>
        <w:t>vt 0.777327 0.693809</w:t>
        <w:br/>
        <w:t>vt 0.781229 0.703277</w:t>
        <w:br/>
        <w:t>vt 0.868399 0.685561</w:t>
        <w:br/>
        <w:t>vt 0.870107 0.689433</w:t>
        <w:br/>
        <w:t>vt 0.861712 0.689438</w:t>
        <w:br/>
        <w:t>vt 0.861238 0.681414</w:t>
        <w:br/>
        <w:t>vt 0.303304 0.634285</w:t>
        <w:br/>
        <w:t>vt 0.308038 0.621661</w:t>
        <w:br/>
        <w:t>vt 0.316532 0.633080</w:t>
        <w:br/>
        <w:t>vt 0.282357 0.617675</w:t>
        <w:br/>
        <w:t>vt 0.284713 0.629572</w:t>
        <w:br/>
        <w:t>vt 0.272448 0.626997</w:t>
        <w:br/>
        <w:t>vt 0.277457 0.640448</w:t>
        <w:br/>
        <w:t>vt 0.265096 0.638559</w:t>
        <w:br/>
        <w:t>vt 0.294597 0.631594</w:t>
        <w:br/>
        <w:t>vt 0.290642 0.642529</w:t>
        <w:br/>
        <w:t>vt 0.295064 0.620923</w:t>
        <w:br/>
        <w:t>vt 0.311031 0.646062</w:t>
        <w:br/>
        <w:t>vt 0.301748 0.645591</w:t>
        <w:br/>
        <w:t>vt 0.301286 0.657073</w:t>
        <w:br/>
        <w:t>vt 0.314686 0.658970</w:t>
        <w:br/>
        <w:t>vt 0.328453 0.658731</w:t>
        <w:br/>
        <w:t>vt 0.331648 0.672295</w:t>
        <w:br/>
        <w:t>vt 0.316871 0.671287</w:t>
        <w:br/>
        <w:t>vt 0.322619 0.645500</w:t>
        <w:br/>
        <w:t>vt 0.340774 0.655403</w:t>
        <w:br/>
        <w:t>vt 0.345024 0.671303</w:t>
        <w:br/>
        <w:t>vt 0.333074 0.640555</w:t>
        <w:br/>
        <w:t>vt 0.301343 0.668915</w:t>
        <w:br/>
        <w:t>vt 0.301607 0.684927</w:t>
        <w:br/>
        <w:t>vt 0.316851 0.686699</w:t>
        <w:br/>
        <w:t>vt 0.331671 0.687711</w:t>
        <w:br/>
        <w:t>vt 0.287634 0.653902</w:t>
        <w:br/>
        <w:t>vt 0.286076 0.665851</w:t>
        <w:br/>
        <w:t>vt 0.332680 0.626313</w:t>
        <w:br/>
        <w:t>vt 0.343964 0.636851</w:t>
        <w:br/>
        <w:t>vt 0.306708 0.612989</w:t>
        <w:br/>
        <w:t>vt 0.319384 0.612864</w:t>
        <w:br/>
        <w:t>vt 0.321047 0.600354</w:t>
        <w:br/>
        <w:t>vt 0.328034 0.607564</w:t>
        <w:br/>
        <w:t>vt 0.313736 0.604590</w:t>
        <w:br/>
        <w:t>vt 0.328034 0.607564</w:t>
        <w:br/>
        <w:t>vt 0.334623 0.601742</w:t>
        <w:br/>
        <w:t>vt 0.339963 0.607247</w:t>
        <w:br/>
        <w:t>vt 0.331462 0.614036</w:t>
        <w:br/>
        <w:t>vt 0.322165 0.619514</w:t>
        <w:br/>
        <w:t>vt 0.344922 0.621239</w:t>
        <w:br/>
        <w:t>vt 0.352333 0.613676</w:t>
        <w:br/>
        <w:t>vt 0.364190 0.624181</w:t>
        <w:br/>
        <w:t>vt 0.354777 0.632191</w:t>
        <w:br/>
        <w:t>vt 0.148307 0.599449</w:t>
        <w:br/>
        <w:t>vt 0.155155 0.605136</w:t>
        <w:br/>
        <w:t>vt 0.148667 0.609073</w:t>
        <w:br/>
        <w:t>vt 0.140188 0.601720</w:t>
        <w:br/>
        <w:t>vt 0.163305 0.610352</w:t>
        <w:br/>
        <w:t>vt 0.158459 0.614455</w:t>
        <w:br/>
        <w:t>vt 0.167709 0.601768</w:t>
        <w:br/>
        <w:t>vt 0.163305 0.610352</w:t>
        <w:br/>
        <w:t>vt 0.155155 0.605136</w:t>
        <w:br/>
        <w:t>vt 0.161364 0.597198</w:t>
        <w:br/>
        <w:t>vt 0.148307 0.599449</w:t>
        <w:br/>
        <w:t>vt 0.155295 0.592144</w:t>
        <w:br/>
        <w:t>vt 0.326894 0.595488</w:t>
        <w:br/>
        <w:t>vt 0.334623 0.601742</w:t>
        <w:br/>
        <w:t>vt 0.852666 0.705830</w:t>
        <w:br/>
        <w:t>vt 0.853810 0.698495</w:t>
        <w:br/>
        <w:t>vt 0.853266 0.689669</w:t>
        <w:br/>
        <w:t>vt 0.853183 0.681203</w:t>
        <w:br/>
        <w:t>vt 0.860983 0.706915</w:t>
        <w:br/>
        <w:t>vt 0.862416 0.698602</w:t>
        <w:br/>
        <w:t>vt 0.871021 0.698836</w:t>
        <w:br/>
        <w:t>vt 0.879727 0.699423</w:t>
        <w:br/>
        <w:t>vt 0.876221 0.689604</w:t>
        <w:br/>
        <w:t>vt 0.883767 0.694365</w:t>
        <w:br/>
        <w:t>vt 0.870361 0.708670</w:t>
        <w:br/>
        <w:t>vt 0.879325 0.704894</w:t>
        <w:br/>
        <w:t>vt 0.859195 0.712833</w:t>
        <w:br/>
        <w:t>vt 0.850277 0.714138</w:t>
        <w:br/>
        <w:t>vt 0.849759 0.719691</w:t>
        <w:br/>
        <w:t>vt 0.842034 0.712423</w:t>
        <w:br/>
        <w:t>vt 0.229164 0.631732</w:t>
        <w:br/>
        <w:t>vt 0.222802 0.635136</w:t>
        <w:br/>
        <w:t>vt 0.216626 0.624692</w:t>
        <w:br/>
        <w:t>vt 0.250309 0.647551</w:t>
        <w:br/>
        <w:t>vt 0.249822 0.659527</w:t>
        <w:br/>
        <w:t>vt 0.238716 0.658730</w:t>
        <w:br/>
        <w:t>vt 0.238494 0.646989</w:t>
        <w:br/>
        <w:t>vt 0.250804 0.677173</w:t>
        <w:br/>
        <w:t>vt 0.239188 0.676072</w:t>
        <w:br/>
        <w:t>vt 0.271681 0.662933</w:t>
        <w:br/>
        <w:t>vt 0.273086 0.680416</w:t>
        <w:br/>
        <w:t>vt 0.262387 0.678709</w:t>
        <w:br/>
        <w:t>vt 0.261206 0.661102</w:t>
        <w:br/>
        <w:t>vt 0.227141 0.676285</w:t>
        <w:br/>
        <w:t>vt 0.227165 0.658903</w:t>
        <w:br/>
        <w:t>vt 0.884028 0.702264</w:t>
        <w:br/>
        <w:t>vt 0.212417 0.636242</w:t>
        <w:br/>
        <w:t>vt 0.207778 0.627181</w:t>
        <w:br/>
        <w:t>vt 0.226003 0.647245</w:t>
        <w:br/>
        <w:t>vt 0.212240 0.649229</w:t>
        <w:br/>
        <w:t>vt 0.214497 0.660298</w:t>
        <w:br/>
        <w:t>vt 0.184446 0.619891</w:t>
        <w:br/>
        <w:t>vt 0.198431 0.616262</w:t>
        <w:br/>
        <w:t>vt 0.199228 0.627732</w:t>
        <w:br/>
        <w:t>vt 0.187323 0.630265</w:t>
        <w:br/>
        <w:t>vt 0.202592 0.639047</w:t>
        <w:br/>
        <w:t>vt 0.191935 0.640662</w:t>
        <w:br/>
        <w:t>vt 0.202300 0.650682</w:t>
        <w:br/>
        <w:t>vt 0.192314 0.651712</w:t>
        <w:br/>
        <w:t>vt 0.202834 0.661915</w:t>
        <w:br/>
        <w:t>vt 0.191211 0.663673</w:t>
        <w:br/>
        <w:t>vt 0.262069 0.649570</w:t>
        <w:br/>
        <w:t>vt 0.252784 0.635310</w:t>
        <w:br/>
        <w:t>vt 0.273405 0.651415</w:t>
        <w:br/>
        <w:t>vt 0.345126 0.688239</w:t>
        <w:br/>
        <w:t>vt 0.388439 0.687220</w:t>
        <w:br/>
        <w:t>vt 0.373181 0.688179</w:t>
        <w:br/>
        <w:t>vt 0.373125 0.669000</w:t>
        <w:br/>
        <w:t>vt 0.387834 0.667293</w:t>
        <w:br/>
        <w:t>vt 0.358896 0.670189</w:t>
        <w:br/>
        <w:t>vt 0.358882 0.688373</w:t>
        <w:br/>
        <w:t>vt 0.286657 0.682632</w:t>
        <w:br/>
        <w:t>vt 0.794421 0.719409</w:t>
        <w:br/>
        <w:t>vt 0.787800 0.711539</w:t>
        <w:br/>
        <w:t>vt 0.794421 0.719409</w:t>
        <w:br/>
        <w:t>vt 0.799576 0.725960</w:t>
        <w:br/>
        <w:t>vt 0.796801 0.727237</w:t>
        <w:br/>
        <w:t>vt 0.792149 0.720515</w:t>
        <w:br/>
        <w:t>vt 0.801020 0.733065</w:t>
        <w:br/>
        <w:t>vt 0.803722 0.731408</w:t>
        <w:br/>
        <w:t>vt 0.808144 0.736093</w:t>
        <w:br/>
        <w:t>vt 0.805474 0.738114</w:t>
        <w:br/>
        <w:t>vt 0.809728 0.742601</w:t>
        <w:br/>
        <w:t>vt 0.812240 0.741609</w:t>
        <w:br/>
        <w:t>vt 0.816561 0.747415</w:t>
        <w:br/>
        <w:t>vt 0.811917 0.748431</w:t>
        <w:br/>
        <w:t>vt 0.785527 0.712675</w:t>
        <w:br/>
        <w:t>vt 0.779060 0.704093</w:t>
        <w:br/>
        <w:t>vt 0.781229 0.703277</w:t>
        <w:br/>
        <w:t>vt 0.787800 0.711539</w:t>
        <w:br/>
        <w:t>vt 0.775002 0.693844</w:t>
        <w:br/>
        <w:t>vt 0.777327 0.693809</w:t>
        <w:br/>
        <w:t>vt 0.781376 0.685901</w:t>
        <w:br/>
        <w:t>vt 0.779347 0.684619</w:t>
        <w:br/>
        <w:t>vt 0.788723 0.678948</w:t>
        <w:br/>
        <w:t>vt 0.786873 0.677341</w:t>
        <w:br/>
        <w:t>vt 0.811872 0.724305</w:t>
        <w:br/>
        <w:t>vt 0.808144 0.736093</w:t>
        <w:br/>
        <w:t>vt 0.803722 0.731408</w:t>
        <w:br/>
        <w:t>vt 0.820791 0.727269</w:t>
        <w:br/>
        <w:t>vt 0.829550 0.731076</w:t>
        <w:br/>
        <w:t>vt 0.822675 0.734574</w:t>
        <w:br/>
        <w:t>vt 0.836452 0.729239</w:t>
        <w:br/>
        <w:t>vt 0.836580 0.737519</w:t>
        <w:br/>
        <w:t>vt 0.831285 0.739118</w:t>
        <w:br/>
        <w:t>vt 0.838744 0.745199</w:t>
        <w:br/>
        <w:t>vt 0.833982 0.746850</w:t>
        <w:br/>
        <w:t>vt 0.843342 0.737071</w:t>
        <w:br/>
        <w:t>vt 0.844789 0.743856</w:t>
        <w:br/>
        <w:t>vt 0.844309 0.727945</w:t>
        <w:br/>
        <w:t>vt 0.832870 0.718623</w:t>
        <w:br/>
        <w:t>vt 0.840675 0.719163</w:t>
        <w:br/>
        <w:t>vt 0.826070 0.741997</w:t>
        <w:br/>
        <w:t>vt 0.816561 0.747415</w:t>
        <w:br/>
        <w:t>vt 0.812240 0.741609</w:t>
        <w:br/>
        <w:t>vt 0.829216 0.749086</w:t>
        <w:br/>
        <w:t>vt 0.836065 0.640274</w:t>
        <w:br/>
        <w:t>vt 0.834327 0.648371</w:t>
        <w:br/>
        <w:t>vt 0.799576 0.725960</w:t>
        <w:br/>
        <w:t>vt 0.816255 0.630839</w:t>
        <w:br/>
        <w:t>vt 0.822434 0.634217</w:t>
        <w:br/>
        <w:t>vt 0.814586 0.637339</w:t>
        <w:br/>
        <w:t>vt 0.820562 0.753550</w:t>
        <w:br/>
        <w:t>vt 0.171965 0.617828</w:t>
        <w:br/>
        <w:t>vt 0.175108 0.610812</w:t>
        <w:br/>
        <w:t>vt 0.184587 0.610790</w:t>
        <w:br/>
        <w:t>vt 0.178326 0.631512</w:t>
        <w:br/>
        <w:t>vt 0.167556 0.629990</w:t>
        <w:br/>
        <w:t>vt 0.170294 0.642644</w:t>
        <w:br/>
        <w:t>vt 0.160831 0.641363</w:t>
        <w:br/>
        <w:t>vt 0.180707 0.641636</w:t>
        <w:br/>
        <w:t>vt 0.151617 0.622369</w:t>
        <w:br/>
        <w:t>vt 0.138767 0.617188</w:t>
        <w:br/>
        <w:t>vt 0.140506 0.632180</w:t>
        <w:br/>
        <w:t>vt 0.151285 0.635985</w:t>
        <w:br/>
        <w:t>vt 0.141388 0.650492</w:t>
        <w:br/>
        <w:t>vt 0.128623 0.647952</w:t>
        <w:br/>
        <w:t>vt 0.134830 0.666262</w:t>
        <w:br/>
        <w:t>vt 0.120978 0.665685</w:t>
        <w:br/>
        <w:t>vt 0.132786 0.683812</w:t>
        <w:br/>
        <w:t>vt 0.118916 0.683990</w:t>
        <w:br/>
        <w:t>vt 0.104532 0.684187</w:t>
        <w:br/>
        <w:t>vt 0.106574 0.665056</w:t>
        <w:br/>
        <w:t>vt 0.091434 0.663923</w:t>
        <w:br/>
        <w:t>vt 0.101168 0.642174</w:t>
        <w:br/>
        <w:t>vt 0.115042 0.645938</w:t>
        <w:br/>
        <w:t>vt 0.090734 0.683793</w:t>
        <w:br/>
        <w:t>vt 0.146355 0.683536</w:t>
        <w:br/>
        <w:t>vt 0.148093 0.667192</w:t>
        <w:br/>
        <w:t>vt 0.161987 0.682980</w:t>
        <w:br/>
        <w:t>vt 0.163048 0.666913</w:t>
        <w:br/>
        <w:t>vt 0.153446 0.653852</w:t>
        <w:br/>
        <w:t>vt 0.165707 0.654441</w:t>
        <w:br/>
        <w:t>vt 0.129278 0.628045</w:t>
        <w:br/>
        <w:t>vt 0.129765 0.610414</w:t>
        <w:br/>
        <w:t>vt 0.117893 0.621384</w:t>
        <w:br/>
        <w:t>vt 0.214387 0.677584</w:t>
        <w:br/>
        <w:t>vt 0.202429 0.679040</w:t>
        <w:br/>
        <w:t>vt 0.179670 0.665245</w:t>
        <w:br/>
        <w:t>vt 0.190580 0.680601</w:t>
        <w:br/>
        <w:t>vt 0.178430 0.681957</w:t>
        <w:br/>
        <w:t>vt 0.180732 0.653179</w:t>
        <w:br/>
        <w:t>vt 0.800105 0.665895</w:t>
        <w:br/>
        <w:t>vt 0.802443 0.667354</w:t>
        <w:br/>
        <w:t>vt 0.796245 0.672843</w:t>
        <w:br/>
        <w:t>vt 0.794120 0.671296</w:t>
        <w:br/>
        <w:t>vt 0.812031 0.658125</w:t>
        <w:br/>
        <w:t>vt 0.807587 0.654956</w:t>
        <w:br/>
        <w:t>vt 0.815443 0.652901</w:t>
        <w:br/>
        <w:t>vt 0.817975 0.648018</w:t>
        <w:br/>
        <w:t>vt 0.809983 0.649532</w:t>
        <w:br/>
        <w:t>vt 0.804491 0.660409</w:t>
        <w:br/>
        <w:t>vt 0.807231 0.662431</w:t>
        <w:br/>
        <w:t>vt 0.834811 0.711082</w:t>
        <w:br/>
        <w:t>vt 0.353332 0.652615</w:t>
        <w:br/>
        <w:t>vt 0.366963 0.649840</w:t>
        <w:br/>
        <w:t>vt 0.379746 0.645231</w:t>
        <w:br/>
        <w:t>vt 0.847334 0.751114</w:t>
        <w:br/>
        <w:t>vt 0.841480 0.752492</w:t>
        <w:br/>
        <w:t>vt 0.815027 0.753926</w:t>
        <w:br/>
        <w:t>vt 0.820562 0.753550</w:t>
        <w:br/>
        <w:t>vt 0.853505 0.674260</w:t>
        <w:br/>
        <w:t>vt 0.148769 0.766978</w:t>
        <w:br/>
        <w:t>vt 0.232034 0.826961</w:t>
        <w:br/>
        <w:t>vt 0.242450 0.827107</w:t>
        <w:br/>
        <w:t>vt 0.252126 0.827337</w:t>
        <w:br/>
        <w:t>vt 0.823621 0.760172</w:t>
        <w:br/>
        <w:t>vt 0.816562 0.760309</w:t>
        <w:br/>
        <w:t>vt 0.823621 0.760172</w:t>
        <w:br/>
        <w:t>vt 0.832357 0.755962</w:t>
        <w:br/>
        <w:t>vt 0.836943 0.753987</w:t>
        <w:br/>
        <w:t>vt 0.812508 0.643322</w:t>
        <w:br/>
        <w:t>vt 0.820251 0.641324</w:t>
        <w:br/>
        <w:t>vt 0.720884 0.041801</w:t>
        <w:br/>
        <w:t>vt 0.721780 0.044986</w:t>
        <w:br/>
        <w:t>vt 0.717060 0.045443</w:t>
        <w:br/>
        <w:t>vt 0.716046 0.042772</w:t>
        <w:br/>
        <w:t>vt 0.711783 0.043669</w:t>
        <w:br/>
        <w:t>vt 0.711026 0.047827</w:t>
        <w:br/>
        <w:t>vt 0.718208 0.053263</w:t>
        <w:br/>
        <w:t>vt 0.718075 0.048115</w:t>
        <w:br/>
        <w:t>vt 0.722676 0.048170</w:t>
        <w:br/>
        <w:t>vt 0.723498 0.052988</w:t>
        <w:br/>
        <w:t>vt 0.718028 0.057257</w:t>
        <w:br/>
        <w:t>vt 0.724149 0.057177</w:t>
        <w:br/>
        <w:t>vt 0.724716 0.062373</w:t>
        <w:br/>
        <w:t>vt 0.717271 0.069905</w:t>
        <w:br/>
        <w:t>vt 0.725435 0.067553</w:t>
        <w:br/>
        <w:t>vt 0.052591 0.875968</w:t>
        <w:br/>
        <w:t>vt 0.046403 0.887089</w:t>
        <w:br/>
        <w:t>vt 0.052591 0.887302</w:t>
        <w:br/>
        <w:t>vt 0.034092 0.884721</w:t>
        <w:br/>
        <w:t>vt 0.040358 0.886190</w:t>
        <w:br/>
        <w:t>vt 0.037183 0.875690</w:t>
        <w:br/>
        <w:t>vt 0.029695 0.875561</w:t>
        <w:br/>
        <w:t>vt 0.028126 0.883090</w:t>
        <w:br/>
        <w:t>vt 0.034120 0.896523</w:t>
        <w:br/>
        <w:t>vt 0.040765 0.897109</w:t>
        <w:br/>
        <w:t>vt 0.028887 0.896544</w:t>
        <w:br/>
        <w:t>vt 0.994967 0.682681</w:t>
        <w:br/>
        <w:t>vt 0.994967 0.687503</w:t>
        <w:br/>
        <w:t>vt 0.983168 0.684232</w:t>
        <w:br/>
        <w:t>vt 0.994967 0.697009</w:t>
        <w:br/>
        <w:t>vt 0.987465 0.703461</w:t>
        <w:br/>
        <w:t>vt 0.994967 0.708883</w:t>
        <w:br/>
        <w:t>vt 0.993370 0.726602</w:t>
        <w:br/>
        <w:t>vt 0.027414 0.907280</w:t>
        <w:br/>
        <w:t>vt 0.033363 0.907437</w:t>
        <w:br/>
        <w:t>vt 0.040171 0.907880</w:t>
        <w:br/>
        <w:t>vt 0.031952 0.918246</w:t>
        <w:br/>
        <w:t>vt 0.039083 0.918613</w:t>
        <w:br/>
        <w:t>vt 0.025588 0.917844</w:t>
        <w:br/>
        <w:t>vt 0.037901 0.927961</w:t>
        <w:br/>
        <w:t>vt 0.030088 0.927391</w:t>
        <w:br/>
        <w:t>vt 0.023160 0.926793</w:t>
        <w:br/>
        <w:t>vt 0.027294 0.936292</w:t>
        <w:br/>
        <w:t>vt 0.025193 0.945388</w:t>
        <w:br/>
        <w:t>vt 0.033043 0.946141</w:t>
        <w:br/>
        <w:t>vt 0.019945 0.935464</w:t>
        <w:br/>
        <w:t>vt 0.016291 0.943988</w:t>
        <w:br/>
        <w:t>vt 0.030763 0.954928</w:t>
        <w:br/>
        <w:t>vt 0.021715 0.954063</w:t>
        <w:br/>
        <w:t>vt 0.012309 0.952388</w:t>
        <w:br/>
        <w:t>vt 0.029915 0.960785</w:t>
        <w:br/>
        <w:t>vt 0.018013 0.962793</w:t>
        <w:br/>
        <w:t>vt 0.038011 0.957092</w:t>
        <w:br/>
        <w:t>vt 0.008482 0.959055</w:t>
        <w:br/>
        <w:t>vt 0.013671 0.970264</w:t>
        <w:br/>
        <w:t>vt 0.019286 0.969553</w:t>
        <w:br/>
        <w:t>vt 0.023634 0.967414</w:t>
        <w:br/>
        <w:t>vt 0.036300 0.937249</w:t>
        <w:br/>
        <w:t>vt 0.044876 0.875718</w:t>
        <w:br/>
        <w:t>vt 0.046631 0.897148</w:t>
        <w:br/>
        <w:t>vt 0.052591 0.896977</w:t>
        <w:br/>
        <w:t>vt 0.046237 0.907939</w:t>
        <w:br/>
        <w:t>vt 0.052591 0.907848</w:t>
        <w:br/>
        <w:t>vt 0.045841 0.918722</w:t>
        <w:br/>
        <w:t>vt 0.052591 0.918684</w:t>
        <w:br/>
        <w:t>vt 0.045336 0.927966</w:t>
        <w:br/>
        <w:t>vt 0.052591 0.928066</w:t>
        <w:br/>
        <w:t>vt 0.044673 0.937195</w:t>
        <w:br/>
        <w:t>vt 0.052591 0.937434</w:t>
        <w:br/>
        <w:t>vt 0.045432 0.947172</w:t>
        <w:br/>
        <w:t>vt 0.052591 0.947681</w:t>
        <w:br/>
        <w:t>vt 0.045901 0.959230</w:t>
        <w:br/>
        <w:t>vt 0.052591 0.962606</w:t>
        <w:br/>
        <w:t>vt 0.990175 0.733301</w:t>
        <w:br/>
        <w:t>vt 0.978390 0.734289</w:t>
        <w:br/>
        <w:t>vt 0.990175 0.743061</w:t>
        <w:br/>
        <w:t>vt 0.970275 0.758426</w:t>
        <w:br/>
        <w:t>vt 0.990175 0.753974</w:t>
        <w:br/>
        <w:t>vt 0.990175 0.764555</w:t>
        <w:br/>
        <w:t>vt 0.971323 0.778541</w:t>
        <w:br/>
        <w:t>vt 0.990175 0.788361</w:t>
        <w:br/>
        <w:t>vt 0.967582 0.796593</w:t>
        <w:br/>
        <w:t>vt 0.990175 0.813432</w:t>
        <w:br/>
        <w:t>vt 0.977466 0.816962</w:t>
        <w:br/>
        <w:t>vt 0.819402 0.814008</w:t>
        <w:br/>
        <w:t>vt 0.834399 0.817672</w:t>
        <w:br/>
        <w:t>vt 0.834399 0.811366</w:t>
        <w:br/>
        <w:t>vt 0.990175 0.825635</w:t>
        <w:br/>
        <w:t>vt 0.990175 0.837809</w:t>
        <w:br/>
        <w:t>vt 0.983164 0.838397</w:t>
        <w:br/>
        <w:t>vt 0.825470 0.841730</w:t>
        <w:br/>
        <w:t>vt 0.826799 0.847804</w:t>
        <w:br/>
        <w:t>vt 0.834399 0.838650</w:t>
        <w:br/>
        <w:t>vt 0.834399 0.825777</w:t>
        <w:br/>
        <w:t>vt 0.990175 0.850088</w:t>
        <w:br/>
        <w:t>vt 0.990175 0.863241</w:t>
        <w:br/>
        <w:t>vt 0.981639 0.855752</w:t>
        <w:br/>
        <w:t>vt 0.821971 0.829818</w:t>
        <w:br/>
        <w:t>vt 0.990175 0.801001</w:t>
        <w:br/>
        <w:t>vt 0.834399 0.806250</w:t>
        <w:br/>
        <w:t>vt 0.828491 0.856603</w:t>
        <w:br/>
        <w:t>vt 0.834399 0.853296</w:t>
        <w:br/>
        <w:t>vt 0.834399 0.869257</w:t>
        <w:br/>
        <w:t>vt 0.756303 0.789320</w:t>
        <w:br/>
        <w:t>vt 0.775676 0.787023</w:t>
        <w:br/>
        <w:t>vt 0.775991 0.809639</w:t>
        <w:br/>
        <w:t>vt 0.756303 0.811872</w:t>
        <w:br/>
        <w:t>vt 0.764461 0.776107</w:t>
        <w:br/>
        <w:t>vt 0.774642 0.772647</w:t>
        <w:br/>
        <w:t>vt 0.796984 0.806996</w:t>
        <w:br/>
        <w:t>vt 0.795725 0.783847</w:t>
        <w:br/>
        <w:t>vt 0.812126 0.782148</w:t>
        <w:br/>
        <w:t>vt 0.815432 0.804882</w:t>
        <w:br/>
        <w:t>vt 0.799768 0.828712</w:t>
        <w:br/>
        <w:t>vt 0.777197 0.831641</w:t>
        <w:br/>
        <w:t>vt 0.800863 0.851362</w:t>
        <w:br/>
        <w:t>vt 0.777906 0.854053</w:t>
        <w:br/>
        <w:t>vt 0.819091 0.826364</w:t>
        <w:br/>
        <w:t>vt 0.823100 0.848655</w:t>
        <w:br/>
        <w:t>vt 0.802505 0.870848</w:t>
        <w:br/>
        <w:t>vt 0.778311 0.873646</w:t>
        <w:br/>
        <w:t>vt 0.826997 0.872554</w:t>
        <w:br/>
        <w:t>vt 0.821799 0.883349</w:t>
        <w:br/>
        <w:t>vt 0.778292 0.893250</w:t>
        <w:br/>
        <w:t>vt 0.802983 0.890797</w:t>
        <w:br/>
        <w:t>vt 0.800181 0.908065</w:t>
        <w:br/>
        <w:t>vt 0.778160 0.909984</w:t>
        <w:br/>
        <w:t>vt 0.797368 0.922823</w:t>
        <w:br/>
        <w:t>vt 0.778801 0.927009</w:t>
        <w:br/>
        <w:t>vt 0.834399 0.800909</w:t>
        <w:br/>
        <w:t>vt 0.820877 0.800454</w:t>
        <w:br/>
        <w:t>vt 0.990175 0.775030</w:t>
        <w:br/>
        <w:t>vt 0.825483 0.790437</w:t>
        <w:br/>
        <w:t>vt 0.834399 0.794114</w:t>
        <w:br/>
        <w:t>vt 0.834399 0.786212</w:t>
        <w:br/>
        <w:t>vt 0.827779 0.784072</w:t>
        <w:br/>
        <w:t>vt 0.862534 0.574490</w:t>
        <w:br/>
        <w:t>vt 0.869507 0.574639</w:t>
        <w:br/>
        <w:t>vt 0.869259 0.588828</w:t>
        <w:br/>
        <w:t>vt 0.861830 0.588735</w:t>
        <w:br/>
        <w:t>vt 0.869628 0.569561</w:t>
        <w:br/>
        <w:t>vt 0.865861 0.569606</w:t>
        <w:br/>
        <w:t>vt 0.868591 0.564954</w:t>
        <w:br/>
        <w:t>vt 0.869791 0.564937</w:t>
        <w:br/>
        <w:t>vt 0.851506 0.588542</w:t>
        <w:br/>
        <w:t>vt 0.858198 0.578602</w:t>
        <w:br/>
        <w:t>vt 0.852274 0.582210</w:t>
        <w:br/>
        <w:t>vt 0.846666 0.584351</w:t>
        <w:br/>
        <w:t>vt 0.842712 0.589319</w:t>
        <w:br/>
        <w:t>vt 0.842391 0.585810</w:t>
        <w:br/>
        <w:t>vt 0.402287 0.971914</w:t>
        <w:br/>
        <w:t>vt 0.397552 0.973052</w:t>
        <w:br/>
        <w:t>vt 0.395383 0.969210</w:t>
        <w:br/>
        <w:t>vt 0.400052 0.964139</w:t>
        <w:br/>
        <w:t>vt 0.392852 0.963417</w:t>
        <w:br/>
        <w:t>vt 0.395389 0.959556</w:t>
        <w:br/>
        <w:t>vt 0.398434 0.956209</w:t>
        <w:br/>
        <w:t>vt 0.390982 0.967527</w:t>
        <w:br/>
        <w:t>vt 0.406812 0.961801</w:t>
        <w:br/>
        <w:t>vt 0.403074 0.952444</w:t>
        <w:br/>
        <w:t>vt 0.409310 0.970712</w:t>
        <w:br/>
        <w:t>vt 0.416546 0.969566</w:t>
        <w:br/>
        <w:t>vt 0.414398 0.957755</w:t>
        <w:br/>
        <w:t>vt 0.408068 0.949286</w:t>
        <w:br/>
        <w:t>vt 0.425087 0.962443</w:t>
        <w:br/>
        <w:t>vt 0.423771 0.968787</w:t>
        <w:br/>
        <w:t>vt 0.869130 0.598072</w:t>
        <w:br/>
        <w:t>vt 0.861487 0.598105</w:t>
        <w:br/>
        <w:t>vt 0.850440 0.598215</w:t>
        <w:br/>
        <w:t>vt 0.841413 0.597909</w:t>
        <w:br/>
        <w:t>vt 0.848919 0.610631</w:t>
        <w:br/>
        <w:t>vt 0.836846 0.608815</w:t>
        <w:br/>
        <w:t>vt 0.860768 0.611664</w:t>
        <w:br/>
        <w:t>vt 0.869000 0.611840</w:t>
        <w:br/>
        <w:t>vt 0.868949 0.632613</w:t>
        <w:br/>
        <w:t>vt 0.860628 0.630826</w:t>
        <w:br/>
        <w:t>vt 0.850801 0.629517</w:t>
        <w:br/>
        <w:t>vt 0.835643 0.628966</w:t>
        <w:br/>
        <w:t>vt 0.831423 0.615765</w:t>
        <w:br/>
        <w:t>vt 0.825946 0.628798</w:t>
        <w:br/>
        <w:t>vt 0.769536 0.463698</w:t>
        <w:br/>
        <w:t>vt 0.758350 0.458466</w:t>
        <w:br/>
        <w:t>vt 0.767962 0.458466</w:t>
        <w:br/>
        <w:t>vt 0.776672 0.458466</w:t>
        <w:br/>
        <w:t>vt 0.671667 0.454759</w:t>
        <w:br/>
        <w:t>vt 0.657056 0.454759</w:t>
        <w:br/>
        <w:t>vt 0.658331 0.445905</w:t>
        <w:br/>
        <w:t>vt 0.673216 0.447114</w:t>
        <w:br/>
        <w:t>vt 0.962163 0.824591</w:t>
        <w:br/>
        <w:t>vt 0.966393 0.833716</w:t>
        <w:br/>
        <w:t>vt 0.958901 0.833875</w:t>
        <w:br/>
        <w:t>vt 0.958901 0.824805</w:t>
        <w:br/>
        <w:t>vt 0.659540 0.437885</w:t>
        <w:br/>
        <w:t>vt 0.674311 0.438122</w:t>
        <w:br/>
        <w:t>vt 0.061091 0.996305</w:t>
        <w:br/>
        <w:t>vt 0.076510 0.997182</w:t>
        <w:br/>
        <w:t>vt 0.071958 0.998935</w:t>
        <w:br/>
        <w:t>vt 0.058013 0.997345</w:t>
        <w:br/>
        <w:t>vt 0.090987 0.979826</w:t>
        <w:br/>
        <w:t>vt 0.090606 0.998026</w:t>
        <w:br/>
        <w:t>vt 0.076510 0.997182</w:t>
        <w:br/>
        <w:t>vt 0.078588 0.978425</w:t>
        <w:br/>
        <w:t>vt 0.101517 0.981110</w:t>
        <w:br/>
        <w:t>vt 0.102539 0.998216</w:t>
        <w:br/>
        <w:t>vt 0.640165 0.454759</w:t>
        <w:br/>
        <w:t>vt 0.641122 0.445412</w:t>
        <w:br/>
        <w:t>vt 0.079511 0.954278</w:t>
        <w:br/>
        <w:t>vt 0.067815 0.977169</w:t>
        <w:br/>
        <w:t>vt 0.067443 0.952807</w:t>
        <w:br/>
        <w:t>vt 0.090813 0.955341</w:t>
        <w:br/>
        <w:t>vt 0.100652 0.956259</w:t>
        <w:br/>
        <w:t>vt 0.081109 0.930299</w:t>
        <w:br/>
        <w:t>vt 0.071274 0.928876</w:t>
        <w:br/>
        <w:t>vt 0.090248 0.930766</w:t>
        <w:br/>
        <w:t>vt 0.101617 0.930847</w:t>
        <w:br/>
        <w:t>vt 0.754237 0.482293</w:t>
        <w:br/>
        <w:t>vt 0.755843 0.469616</w:t>
        <w:br/>
        <w:t>vt 0.768668 0.473844</w:t>
        <w:br/>
        <w:t>vt 0.742470 0.478339</w:t>
        <w:br/>
        <w:t>vt 0.737834 0.493611</w:t>
        <w:br/>
        <w:t>vt 0.735114 0.458466</w:t>
        <w:br/>
        <w:t>vt 0.721252 0.463919</w:t>
        <w:br/>
        <w:t>vt 0.718995 0.458466</w:t>
        <w:br/>
        <w:t>vt 0.706747 0.468570</w:t>
        <w:br/>
        <w:t>vt 0.699147 0.458466</w:t>
        <w:br/>
        <w:t>vt 0.725375 0.474527</w:t>
        <w:br/>
        <w:t>vt 0.726984 0.479081</w:t>
        <w:br/>
        <w:t>vt 0.711352 0.484316</w:t>
        <w:br/>
        <w:t>vt 0.709123 0.478145</w:t>
        <w:br/>
        <w:t>vt 0.078216 0.906681</w:t>
        <w:br/>
        <w:t>vt 0.067893 0.905551</w:t>
        <w:br/>
        <w:t>vt 0.089102 0.906164</w:t>
        <w:br/>
        <w:t>vt 0.101254 0.905067</w:t>
        <w:br/>
        <w:t>vt 0.073961 0.883545</w:t>
        <w:br/>
        <w:t>vt 0.067297 0.882199</w:t>
        <w:br/>
        <w:t>vt 0.087885 0.881590</w:t>
        <w:br/>
        <w:t>vt 0.101306 0.879247</w:t>
        <w:br/>
        <w:t>vt 0.070438 0.863445</w:t>
        <w:br/>
        <w:t>vt 0.055306 0.865834</w:t>
        <w:br/>
        <w:t>vt 0.086902 0.859992</w:t>
        <w:br/>
        <w:t>vt 0.101071 0.856448</w:t>
        <w:br/>
        <w:t>vt 0.067531 0.843131</w:t>
        <w:br/>
        <w:t>vt 0.046300 0.847575</w:t>
        <w:br/>
        <w:t>vt 0.043301 0.827430</w:t>
        <w:br/>
        <w:t>vt 0.064951 0.822904</w:t>
        <w:br/>
        <w:t>vt 0.085829 0.838462</w:t>
        <w:br/>
        <w:t>vt 0.083413 0.816624</w:t>
        <w:br/>
        <w:t>vt 0.100853 0.833722</w:t>
        <w:br/>
        <w:t>vt 0.100707 0.811221</w:t>
        <w:br/>
        <w:t>vt 0.061193 0.803179</w:t>
        <w:br/>
        <w:t>vt 0.080898 0.795353</w:t>
        <w:br/>
        <w:t>vt 0.101071 0.788933</w:t>
        <w:br/>
        <w:t>vt 0.057375 0.790858</w:t>
        <w:br/>
        <w:t>vt 0.079240 0.774627</w:t>
        <w:br/>
        <w:t>vt 0.046455 0.807152</w:t>
        <w:br/>
        <w:t>vt 0.100859 0.770789</w:t>
        <w:br/>
        <w:t>vt 0.063695 0.771578</w:t>
        <w:br/>
        <w:t>vt 0.070013 0.762540</w:t>
        <w:br/>
        <w:t>vt 0.081369 0.755197</w:t>
        <w:br/>
        <w:t>vt 0.091721 0.753163</w:t>
        <w:br/>
        <w:t>vt 0.102074 0.751130</w:t>
        <w:br/>
        <w:t>vt 0.642160 0.436178</w:t>
        <w:br/>
        <w:t>vt 0.623318 0.454759</w:t>
        <w:br/>
        <w:t>vt 0.623923 0.444601</w:t>
        <w:br/>
        <w:t>vt 0.624873 0.433409</w:t>
        <w:br/>
        <w:t>vt 0.729444 0.484523</w:t>
        <w:br/>
        <w:t>vt 0.715422 0.491813</w:t>
        <w:br/>
        <w:t>vt 0.755622 0.508929</w:t>
        <w:br/>
        <w:t>vt 0.753259 0.506786</w:t>
        <w:br/>
        <w:t>vt 0.760493 0.502986</w:t>
        <w:br/>
        <w:t>vt 0.606407 0.454759</w:t>
        <w:br/>
        <w:t>vt 0.606682 0.444589</w:t>
        <w:br/>
        <w:t>vt 0.607335 0.434066</w:t>
        <w:br/>
        <w:t>vt 0.589537 0.454759</w:t>
        <w:br/>
        <w:t>vt 0.589473 0.443860</w:t>
        <w:br/>
        <w:t>vt 0.589891 0.432805</w:t>
        <w:br/>
        <w:t>vt 0.573700 0.454759</w:t>
        <w:br/>
        <w:t>vt 0.573945 0.442856</w:t>
        <w:br/>
        <w:t>vt 0.574731 0.430275</w:t>
        <w:br/>
        <w:t>vt 0.557836 0.454759</w:t>
        <w:br/>
        <w:t>vt 0.558383 0.441957</w:t>
        <w:br/>
        <w:t>vt 0.559325 0.429053</w:t>
        <w:br/>
        <w:t>vt 0.542006 0.454759</w:t>
        <w:br/>
        <w:t>vt 0.542892 0.439950</w:t>
        <w:br/>
        <w:t>vt 0.544005 0.428547</w:t>
        <w:br/>
        <w:t>vt 0.518114 0.454759</w:t>
        <w:br/>
        <w:t>vt 0.526825 0.439202</w:t>
        <w:br/>
        <w:t>vt 0.527573 0.428907</w:t>
        <w:br/>
        <w:t>vt 0.739195 0.494620</w:t>
        <w:br/>
        <w:t>vt 0.753259 0.506786</w:t>
        <w:br/>
        <w:t>vt 0.734316 0.515808</w:t>
        <w:br/>
        <w:t>vt 0.724948 0.504305</w:t>
        <w:br/>
        <w:t>vt 0.723686 0.502918</w:t>
        <w:br/>
        <w:t>vt 0.709302 0.510777</w:t>
        <w:br/>
        <w:t>vt 0.702540 0.500662</w:t>
        <w:br/>
        <w:t>vt 0.709879 0.513051</w:t>
        <w:br/>
        <w:t>vt 0.692381 0.520584</w:t>
        <w:br/>
        <w:t>vt 0.689435 0.507189</w:t>
        <w:br/>
        <w:t>vt 0.693341 0.523430</w:t>
        <w:br/>
        <w:t>vt 0.676792 0.514147</w:t>
        <w:br/>
        <w:t>vt 0.675417 0.531629</w:t>
        <w:br/>
        <w:t>vt 0.674238 0.536982</w:t>
        <w:br/>
        <w:t>vt 0.702047 0.497658</w:t>
        <w:br/>
        <w:t>vt 0.697004 0.487761</w:t>
        <w:br/>
        <w:t>vt 0.681249 0.491092</w:t>
        <w:br/>
        <w:t>vt 0.680365 0.485638</w:t>
        <w:br/>
        <w:t>vt 0.696524 0.481661</w:t>
        <w:br/>
        <w:t>vt 0.685846 0.459626</w:t>
        <w:br/>
        <w:t>vt 0.692817 0.470548</w:t>
        <w:br/>
        <w:t>vt 0.688882 0.503310</w:t>
        <w:br/>
        <w:t>vt 0.675983 0.509278</w:t>
        <w:br/>
        <w:t>vt 0.668651 0.495255</w:t>
        <w:br/>
        <w:t>vt 0.670910 0.459698</w:t>
        <w:br/>
        <w:t>vt 0.678743 0.473578</w:t>
        <w:br/>
        <w:t>vt 0.967790 0.763033</w:t>
        <w:br/>
        <w:t>vt 0.958901 0.764373</w:t>
        <w:br/>
        <w:t>vt 0.958901 0.755345</w:t>
        <w:br/>
        <w:t>vt 0.965247 0.753731</w:t>
        <w:br/>
        <w:t>vt 0.966214 0.772654</w:t>
        <w:br/>
        <w:t>vt 0.958901 0.773426</w:t>
        <w:br/>
        <w:t>vt 0.960533 0.781182</w:t>
        <w:br/>
        <w:t>vt 0.958901 0.782638</w:t>
        <w:br/>
        <w:t>vt 0.961474 0.792026</w:t>
        <w:br/>
        <w:t>vt 0.958901 0.793357</w:t>
        <w:br/>
        <w:t>vt 0.962037 0.802826</w:t>
        <w:br/>
        <w:t>vt 0.958901 0.803715</w:t>
        <w:br/>
        <w:t>vt 0.963119 0.813749</w:t>
        <w:br/>
        <w:t>vt 0.958901 0.814101</w:t>
        <w:br/>
        <w:t>vt 0.659891 0.541622</w:t>
        <w:br/>
        <w:t>vt 0.664183 0.520396</w:t>
        <w:br/>
        <w:t>vt 0.656661 0.500367</w:t>
        <w:br/>
        <w:t>vt 0.663785 0.516182</w:t>
        <w:br/>
        <w:t>vt 0.669767 0.488281</w:t>
        <w:br/>
        <w:t>vt 0.656969 0.491689</w:t>
        <w:br/>
        <w:t>vt 0.656567 0.487408</w:t>
        <w:br/>
        <w:t>vt 0.654215 0.459847</w:t>
        <w:br/>
        <w:t>vt 0.663942 0.475277</w:t>
        <w:br/>
        <w:t>vt 0.648276 0.477547</w:t>
        <w:br/>
        <w:t>vt 0.632579 0.480833</w:t>
        <w:br/>
        <w:t>vt 0.636760 0.459952</w:t>
        <w:br/>
        <w:t>vt 0.637627 0.498210</w:t>
        <w:br/>
        <w:t>vt 0.636775 0.489201</w:t>
        <w:br/>
        <w:t>vt 0.650885 0.522597</w:t>
        <w:br/>
        <w:t>vt 0.644435 0.504801</w:t>
        <w:br/>
        <w:t>vt 0.650117 0.545969</w:t>
        <w:br/>
        <w:t>vt 0.651055 0.526844</w:t>
        <w:br/>
        <w:t>vt 0.616375 0.483981</w:t>
        <w:br/>
        <w:t>vt 0.595347 0.484594</w:t>
        <w:br/>
        <w:t>vt 0.594560 0.460413</w:t>
        <w:br/>
        <w:t>vt 0.618595 0.460284</w:t>
        <w:br/>
        <w:t>vt 0.617036 0.504795</w:t>
        <w:br/>
        <w:t>vt 0.602001 0.506863</w:t>
        <w:br/>
        <w:t>vt 0.602117 0.493186</w:t>
        <w:br/>
        <w:t>vt 0.616840 0.492009</w:t>
        <w:br/>
        <w:t>vt 0.622901 0.530138</w:t>
        <w:br/>
        <w:t>vt 0.608437 0.532270</w:t>
        <w:br/>
        <w:t>vt 0.605724 0.514467</w:t>
        <w:br/>
        <w:t>vt 0.619374 0.512646</w:t>
        <w:br/>
        <w:t>vt 0.625861 0.554399</w:t>
        <w:br/>
        <w:t>vt 0.612100 0.557616</w:t>
        <w:br/>
        <w:t>vt 0.609614 0.539557</w:t>
        <w:br/>
        <w:t>vt 0.623855 0.536883</w:t>
        <w:br/>
        <w:t>vt 0.571728 0.460430</w:t>
        <w:br/>
        <w:t>vt 0.577566 0.483283</w:t>
        <w:br/>
        <w:t>vt 0.559990 0.481852</w:t>
        <w:br/>
        <w:t>vt 0.549614 0.460475</w:t>
        <w:br/>
        <w:t>vt 0.572298 0.494050</w:t>
        <w:br/>
        <w:t>vt 0.575666 0.511617</w:t>
        <w:br/>
        <w:t>vt 0.562720 0.508637</w:t>
        <w:br/>
        <w:t>vt 0.557763 0.493556</w:t>
        <w:br/>
        <w:t>vt 0.579552 0.523288</w:t>
        <w:br/>
        <w:t>vt 0.565870 0.518928</w:t>
        <w:br/>
        <w:t>vt 0.584154 0.534535</w:t>
        <w:br/>
        <w:t>vt 0.588575 0.554315</w:t>
        <w:br/>
        <w:t>vt 0.574940 0.548042</w:t>
        <w:br/>
        <w:t>vt 0.570345 0.526736</w:t>
        <w:br/>
        <w:t>vt 0.528662 0.460257</w:t>
        <w:br/>
        <w:t>vt 0.542500 0.481150</w:t>
        <w:br/>
        <w:t>vt 0.525192 0.480927</w:t>
        <w:br/>
        <w:t>vt 0.508268 0.460034</w:t>
        <w:br/>
        <w:t>vt 0.543335 0.492377</w:t>
        <w:br/>
        <w:t>vt 0.528877 0.490496</w:t>
        <w:br/>
        <w:t>vt 0.549911 0.504996</w:t>
        <w:br/>
        <w:t>vt 0.552210 0.513648</w:t>
        <w:br/>
        <w:t>vt 0.538140 0.507610</w:t>
        <w:br/>
        <w:t>vt 0.535207 0.502098</w:t>
        <w:br/>
        <w:t>vt 0.555902 0.518514</w:t>
        <w:br/>
        <w:t>vt 0.561262 0.539962</w:t>
        <w:br/>
        <w:t>vt 0.543568 0.528922</w:t>
        <w:br/>
        <w:t>vt 0.538167 0.510758</w:t>
        <w:br/>
        <w:t>vt 0.492047 0.480223</w:t>
        <w:br/>
        <w:t>vt 0.469452 0.459379</w:t>
        <w:br/>
        <w:t>vt 0.488542 0.459983</w:t>
        <w:br/>
        <w:t>vt 0.508349 0.481197</w:t>
        <w:br/>
        <w:t>vt 0.555902 0.518514</w:t>
        <w:br/>
        <w:t>vt 0.538167 0.510758</w:t>
        <w:br/>
        <w:t>vt 0.636670 0.526851</w:t>
        <w:br/>
        <w:t>vt 0.632147 0.509085</w:t>
        <w:br/>
        <w:t>vt 0.637502 0.533043</w:t>
        <w:br/>
        <w:t>vt 0.638186 0.550655</w:t>
        <w:br/>
        <w:t>vt 0.587236 0.493863</w:t>
        <w:br/>
        <w:t>vt 0.587610 0.507303</w:t>
        <w:br/>
        <w:t>vt 0.591547 0.517318</w:t>
        <w:br/>
        <w:t>vt 0.593134 0.528411</w:t>
        <w:br/>
        <w:t>vt 0.595225 0.539247</w:t>
        <w:br/>
        <w:t>vt 0.599154 0.556997</w:t>
        <w:br/>
        <w:t>vt 0.883913 0.972699</w:t>
        <w:br/>
        <w:t>vt 0.880247 0.961851</w:t>
        <w:br/>
        <w:t>vt 0.886657 0.963474</w:t>
        <w:br/>
        <w:t>vt 0.871446 0.996401</w:t>
        <w:br/>
        <w:t>vt 0.867212 0.995643</w:t>
        <w:br/>
        <w:t>vt 0.871203 0.988233</w:t>
        <w:br/>
        <w:t>vt 0.863796 0.986414</w:t>
        <w:br/>
        <w:t>vt 0.861080 0.990526</w:t>
        <w:br/>
        <w:t>vt 0.855398 0.984622</w:t>
        <w:br/>
        <w:t>vt 0.870194 0.969931</w:t>
        <w:br/>
        <w:t>vt 0.874847 0.970952</w:t>
        <w:br/>
        <w:t>vt 0.870051 0.978954</w:t>
        <w:br/>
        <w:t>vt 0.871708 0.953770</w:t>
        <w:br/>
        <w:t>vt 0.856189 0.977376</w:t>
        <w:br/>
        <w:t>vt 0.865423 0.978260</w:t>
        <w:br/>
        <w:t>vt 0.858955 0.967963</w:t>
        <w:br/>
        <w:t>vt 0.867758 0.969384</w:t>
        <w:br/>
        <w:t>vt 0.862475 0.952214</w:t>
        <w:br/>
        <w:t>vt 0.848919 0.966262</w:t>
        <w:br/>
        <w:t>vt 0.846041 0.979247</w:t>
        <w:br/>
        <w:t>vt 0.842517 0.976860</w:t>
        <w:br/>
        <w:t>vt 0.842808 0.965219</w:t>
        <w:br/>
        <w:t>vt 0.842102 0.949536</w:t>
        <w:br/>
        <w:t>vt 0.851720 0.950610</w:t>
        <w:br/>
        <w:t>vt 0.887634 0.957802</w:t>
        <w:br/>
        <w:t>vt 0.882636 0.951589</w:t>
        <w:br/>
        <w:t>vt 0.889414 0.947947</w:t>
        <w:br/>
        <w:t>vt 0.886220 0.936659</w:t>
        <w:br/>
        <w:t>vt 0.891693 0.939982</w:t>
        <w:br/>
        <w:t>vt 0.893963 0.941721</w:t>
        <w:br/>
        <w:t>vt 0.891610 0.948925</w:t>
        <w:br/>
        <w:t>vt 0.891693 0.939982</w:t>
        <w:br/>
        <w:t>vt 0.889969 0.957958</w:t>
        <w:br/>
        <w:t>vt 0.879273 0.927524</w:t>
        <w:br/>
        <w:t>vt 0.876422 0.935330</w:t>
        <w:br/>
        <w:t>vt 0.870597 0.922941</w:t>
        <w:br/>
        <w:t>vt 0.873059 0.914647</w:t>
        <w:br/>
        <w:t>vt 0.855104 0.931389</w:t>
        <w:br/>
        <w:t>vt 0.856736 0.931675</w:t>
        <w:br/>
        <w:t>vt 0.853358 0.950333</w:t>
        <w:br/>
        <w:t>vt 0.851720 0.950610</w:t>
        <w:br/>
        <w:t>vt 0.856480 0.917450</w:t>
        <w:br/>
        <w:t>vt 0.858952 0.917350</w:t>
        <w:br/>
        <w:t>vt 0.842318 0.923531</w:t>
        <w:br/>
        <w:t>vt 0.856480 0.917450</w:t>
        <w:br/>
        <w:t>vt 0.855104 0.931389</w:t>
        <w:br/>
        <w:t>vt 0.867992 0.904428</w:t>
        <w:br/>
        <w:t>vt 0.858952 0.917350</w:t>
        <w:br/>
        <w:t>vt 0.859011 0.900233</w:t>
        <w:br/>
        <w:t>vt 0.856982 0.899112</w:t>
        <w:br/>
        <w:t>vt 0.841754 0.898083</w:t>
        <w:br/>
        <w:t>vt 0.859670 0.870349</w:t>
        <w:br/>
        <w:t>vt 0.842309 0.869957</w:t>
        <w:br/>
        <w:t>vt 0.876168 0.858213</w:t>
        <w:br/>
        <w:t>vt 0.862474 0.842521</w:t>
        <w:br/>
        <w:t>vt 0.885299 0.844624</w:t>
        <w:br/>
        <w:t>vt 0.859682 0.843597</w:t>
        <w:br/>
        <w:t>vt 0.862474 0.842521</w:t>
        <w:br/>
        <w:t>vt 0.861944 0.873699</w:t>
        <w:br/>
        <w:t>vt 0.843403 0.844649</w:t>
        <w:br/>
        <w:t>vt 0.861538 0.825048</w:t>
        <w:br/>
        <w:t>vt 0.881012 0.820844</w:t>
        <w:br/>
        <w:t>vt 0.859354 0.825968</w:t>
        <w:br/>
        <w:t>vt 0.861538 0.825048</w:t>
        <w:br/>
        <w:t>vt 0.859354 0.825968</w:t>
        <w:br/>
        <w:t>vt 0.842855 0.818098</w:t>
        <w:br/>
        <w:t>vt 0.892048 0.834837</w:t>
        <w:br/>
        <w:t>vt 0.894790 0.816553</w:t>
        <w:br/>
        <w:t>vt 0.903117 0.826563</w:t>
        <w:br/>
        <w:t>vt 0.915049 0.813348</w:t>
        <w:br/>
        <w:t>vt 0.915305 0.820828</w:t>
        <w:br/>
        <w:t>vt 0.881715 0.740581</w:t>
        <w:br/>
        <w:t>vt 0.883132 0.724926</w:t>
        <w:br/>
        <w:t>vt 0.909077 0.738242</w:t>
        <w:br/>
        <w:t>vt 0.909896 0.747856</w:t>
        <w:br/>
        <w:t>vt 0.910548 0.756824</w:t>
        <w:br/>
        <w:t>vt 0.882300 0.753933</w:t>
        <w:br/>
        <w:t>vt 0.911633 0.768885</w:t>
        <w:br/>
        <w:t>vt 0.912777 0.778805</w:t>
        <w:br/>
        <w:t>vt 0.893129 0.780486</w:t>
        <w:br/>
        <w:t>vt 0.883549 0.766159</w:t>
        <w:br/>
        <w:t>vt 0.914224 0.793921</w:t>
        <w:br/>
        <w:t>vt 0.902597 0.795913</w:t>
        <w:br/>
        <w:t>vt 0.891347 0.800115</w:t>
        <w:br/>
        <w:t>vt 0.874569 0.804163</w:t>
        <w:br/>
        <w:t>vt 0.860151 0.807773</w:t>
        <w:br/>
        <w:t>vt 0.858231 0.808387</w:t>
        <w:br/>
        <w:t>vt 0.860151 0.807773</w:t>
        <w:br/>
        <w:t>vt 0.858231 0.808387</w:t>
        <w:br/>
        <w:t>vt 0.886455 0.781629</w:t>
        <w:br/>
        <w:t>vt 0.869834 0.784526</w:t>
        <w:br/>
        <w:t>vt 0.866278 0.768798</w:t>
        <w:br/>
        <w:t>vt 0.857625 0.789648</w:t>
        <w:br/>
        <w:t>vt 0.855258 0.772062</w:t>
        <w:br/>
        <w:t>vt 0.840996 0.794114</w:t>
        <w:br/>
        <w:t>vt 0.840102 0.772942</w:t>
        <w:br/>
        <w:t>vt 0.851665 0.774038</w:t>
        <w:br/>
        <w:t>vt 0.855743 0.791646</w:t>
        <w:br/>
        <w:t>vt 0.859214 0.732742</w:t>
        <w:br/>
        <w:t>vt 0.863542 0.715804</w:t>
        <w:br/>
        <w:t>vt 0.863057 0.752244</w:t>
        <w:br/>
        <w:t>vt 0.855743 0.791646</w:t>
        <w:br/>
        <w:t>vt 0.857625 0.789648</w:t>
        <w:br/>
        <w:t>vt 0.853521 0.751351</w:t>
        <w:br/>
        <w:t>vt 0.429709 0.863279</w:t>
        <w:br/>
        <w:t>vt 0.434443 0.828442</w:t>
        <w:br/>
        <w:t>vt 0.444691 0.865408</w:t>
        <w:br/>
        <w:t>vt 0.514606 0.487542</w:t>
        <w:br/>
        <w:t>vt 0.522659 0.503156</w:t>
        <w:br/>
        <w:t>vt 0.522171 0.501547</w:t>
        <w:br/>
        <w:t>vt 0.523490 0.517295</w:t>
        <w:br/>
        <w:t>vt 0.522659 0.503156</w:t>
        <w:br/>
        <w:t>vt 0.501894 0.491935</w:t>
        <w:br/>
        <w:t>vt 0.500894 0.503417</w:t>
        <w:br/>
        <w:t>vt 0.501894 0.491935</w:t>
        <w:br/>
        <w:t>vt 0.436920 0.799722</w:t>
        <w:br/>
        <w:t>vt 0.457360 0.802534</w:t>
        <w:br/>
        <w:t>vt 0.456025 0.833012</w:t>
        <w:br/>
        <w:t>vt 0.439579 0.773927</w:t>
        <w:br/>
        <w:t>vt 0.460931 0.776406</w:t>
        <w:br/>
        <w:t>vt 0.442610 0.748905</w:t>
        <w:br/>
        <w:t>vt 0.464473 0.751674</w:t>
        <w:br/>
        <w:t>vt 0.444163 0.723264</w:t>
        <w:br/>
        <w:t>vt 0.469236 0.726343</w:t>
        <w:br/>
        <w:t>vt 0.446204 0.700660</w:t>
        <w:br/>
        <w:t>vt 0.473862 0.698725</w:t>
        <w:br/>
        <w:t>vt 0.447651 0.678542</w:t>
        <w:br/>
        <w:t>vt 0.447782 0.659866</w:t>
        <w:br/>
        <w:t>vt 0.456415 0.661397</w:t>
        <w:br/>
        <w:t>vt 0.460113 0.673927</w:t>
        <w:br/>
        <w:t>vt 0.415923 0.827798</w:t>
        <w:br/>
        <w:t>vt 0.417086 0.797021</w:t>
        <w:br/>
        <w:t>vt 0.417742 0.771330</w:t>
        <w:br/>
        <w:t>vt 0.742556 0.474014</w:t>
        <w:br/>
        <w:t>vt 0.740831 0.471722</w:t>
        <w:br/>
        <w:t>vt 0.420799 0.675468</w:t>
        <w:br/>
        <w:t>vt 0.427743 0.654802</w:t>
        <w:br/>
        <w:t>vt 0.881070 0.980706</w:t>
        <w:br/>
        <w:t>vt 0.748111 0.458466</w:t>
        <w:br/>
        <w:t>vt 0.753716 0.466941</w:t>
        <w:br/>
        <w:t>vt 0.753716 0.466941</w:t>
        <w:br/>
        <w:t>vt 0.755843 0.469616</w:t>
        <w:br/>
        <w:t>vt 0.397552 0.973052</w:t>
        <w:br/>
        <w:t>vt 0.395876 0.976557</w:t>
        <w:br/>
        <w:t>vt 0.394997 0.972241</w:t>
        <w:br/>
        <w:t>vt 0.723989 0.041050</w:t>
        <w:br/>
        <w:t>vt 0.724610 0.045191</w:t>
        <w:br/>
        <w:t>vt 0.403068 0.974408</w:t>
        <w:br/>
        <w:t>vt 0.395876 0.976557</w:t>
        <w:br/>
        <w:t>vt 0.397552 0.973052</w:t>
        <w:br/>
        <w:t>vt 0.402287 0.971914</w:t>
        <w:br/>
        <w:t>vt 0.409310 0.970712</w:t>
        <w:br/>
        <w:t>vt 0.409617 0.973248</w:t>
        <w:br/>
        <w:t>vt 0.416546 0.969566</w:t>
        <w:br/>
        <w:t>vt 0.417804 0.972253</w:t>
        <w:br/>
        <w:t>vt 0.425087 0.962443</w:t>
        <w:br/>
        <w:t>vt 0.429657 0.956613</w:t>
        <w:br/>
        <w:t>vt 0.426045 0.970103</w:t>
        <w:br/>
        <w:t>vt 0.423771 0.968787</w:t>
        <w:br/>
        <w:t>vt 0.423771 0.968787</w:t>
        <w:br/>
        <w:t>vt 0.426045 0.970103</w:t>
        <w:br/>
        <w:t>vt 0.994967 0.677472</w:t>
        <w:br/>
        <w:t>vt 0.994967 0.679268</w:t>
        <w:br/>
        <w:t>vt 0.983168 0.684232</w:t>
        <w:br/>
        <w:t>vt 0.104205 0.905306</w:t>
        <w:br/>
        <w:t>vt 0.104205 0.930928</w:t>
        <w:br/>
        <w:t>vt 0.101617 0.930847</w:t>
        <w:br/>
        <w:t>vt 0.101254 0.905067</w:t>
        <w:br/>
        <w:t>vt 0.104205 0.879696</w:t>
        <w:br/>
        <w:t>vt 0.101306 0.879247</w:t>
        <w:br/>
        <w:t>vt 0.104205 0.856730</w:t>
        <w:br/>
        <w:t>vt 0.101071 0.856448</w:t>
        <w:br/>
        <w:t>vt 0.104205 0.811296</w:t>
        <w:br/>
        <w:t>vt 0.104205 0.833868</w:t>
        <w:br/>
        <w:t>vt 0.100853 0.833722</w:t>
        <w:br/>
        <w:t>vt 0.100707 0.811221</w:t>
        <w:br/>
        <w:t>vt 0.104205 0.788955</w:t>
        <w:br/>
        <w:t>vt 0.101071 0.788933</w:t>
        <w:br/>
        <w:t>vt 0.100859 0.770789</w:t>
        <w:br/>
        <w:t>vt 0.104205 0.770713</w:t>
        <w:br/>
        <w:t>vt 0.102074 0.751130</w:t>
        <w:br/>
        <w:t>vt 0.104205 0.748670</w:t>
        <w:br/>
        <w:t>vt 0.046455 0.807152</w:t>
        <w:br/>
        <w:t>vt 0.043301 0.827430</w:t>
        <w:br/>
        <w:t>vt 0.039798 0.826883</w:t>
        <w:br/>
        <w:t>vt 0.042560 0.805727</w:t>
        <w:br/>
        <w:t>vt 0.054452 0.789164</w:t>
        <w:br/>
        <w:t>vt 0.057375 0.790858</w:t>
        <w:br/>
        <w:t>vt 0.061329 0.769460</w:t>
        <w:br/>
        <w:t>vt 0.063695 0.771578</w:t>
        <w:br/>
        <w:t>vt 0.067969 0.760240</w:t>
        <w:br/>
        <w:t>vt 0.070013 0.762540</w:t>
        <w:br/>
        <w:t>vt 0.078966 0.752846</w:t>
        <w:br/>
        <w:t>vt 0.081369 0.755197</w:t>
        <w:br/>
        <w:t>vt 0.091586 0.750758</w:t>
        <w:br/>
        <w:t>vt 0.516948 0.454759</w:t>
        <w:br/>
        <w:t>vt 0.521731 0.442184</w:t>
        <w:br/>
        <w:t>vt 0.526825 0.439202</w:t>
        <w:br/>
        <w:t>vt 0.518114 0.454759</w:t>
        <w:br/>
        <w:t>vt 0.526022 0.430094</w:t>
        <w:br/>
        <w:t>vt 0.527573 0.428907</w:t>
        <w:br/>
        <w:t>vt 0.736490 0.518573</w:t>
        <w:br/>
        <w:t>vt 0.734316 0.515808</w:t>
        <w:br/>
        <w:t>vt 0.721060 0.524011</w:t>
        <w:br/>
        <w:t>vt 0.719832 0.521576</w:t>
        <w:br/>
        <w:t>vt 0.717676 0.524870</w:t>
        <w:br/>
        <w:t>vt 0.695994 0.531732</w:t>
        <w:br/>
        <w:t>vt 0.695576 0.530304</w:t>
        <w:br/>
        <w:t>vt 0.718349 0.522121</w:t>
        <w:br/>
        <w:t>vt 0.675475 0.539941</w:t>
        <w:br/>
        <w:t>vt 0.674238 0.536982</w:t>
        <w:br/>
        <w:t>vt 0.685846 0.459626</w:t>
        <w:br/>
        <w:t>vt 0.686136 0.458466</w:t>
        <w:br/>
        <w:t>vt 0.695941 0.458466</w:t>
        <w:br/>
        <w:t>vt 0.699147 0.458466</w:t>
        <w:br/>
        <w:t>vt 0.671634 0.458466</w:t>
        <w:br/>
        <w:t>vt 0.670910 0.459698</w:t>
        <w:br/>
        <w:t>vt 0.661418 0.544217</w:t>
        <w:br/>
        <w:t>vt 0.659891 0.541622</w:t>
        <w:br/>
        <w:t>vt 0.654822 0.458466</w:t>
        <w:br/>
        <w:t>vt 0.654215 0.459847</w:t>
        <w:br/>
        <w:t>vt 0.637380 0.458466</w:t>
        <w:br/>
        <w:t>vt 0.636760 0.459952</w:t>
        <w:br/>
        <w:t>vt 0.651062 0.547768</w:t>
        <w:br/>
        <w:t>vt 0.650117 0.545969</w:t>
        <w:br/>
        <w:t>vt 0.595014 0.458466</w:t>
        <w:br/>
        <w:t>vt 0.618997 0.458466</w:t>
        <w:br/>
        <w:t>vt 0.618595 0.460284</w:t>
        <w:br/>
        <w:t>vt 0.594560 0.460413</w:t>
        <w:br/>
        <w:t>vt 0.625807 0.556853</w:t>
        <w:br/>
        <w:t>vt 0.612157 0.560093</w:t>
        <w:br/>
        <w:t>vt 0.612100 0.557616</w:t>
        <w:br/>
        <w:t>vt 0.625861 0.554399</w:t>
        <w:br/>
        <w:t>vt 0.549614 0.460475</w:t>
        <w:br/>
        <w:t>vt 0.549217 0.458466</w:t>
        <w:br/>
        <w:t>vt 0.571731 0.458466</w:t>
        <w:br/>
        <w:t>vt 0.571728 0.460430</w:t>
        <w:br/>
        <w:t>vt 0.586936 0.555929</w:t>
        <w:br/>
        <w:t>vt 0.574044 0.548922</w:t>
        <w:br/>
        <w:t>vt 0.574940 0.548042</w:t>
        <w:br/>
        <w:t>vt 0.588575 0.554315</w:t>
        <w:br/>
        <w:t>vt 0.508268 0.460034</w:t>
        <w:br/>
        <w:t>vt 0.507823 0.458466</w:t>
        <w:br/>
        <w:t>vt 0.528155 0.458466</w:t>
        <w:br/>
        <w:t>vt 0.528662 0.460257</w:t>
        <w:br/>
        <w:t>vt 0.561262 0.539962</w:t>
        <w:br/>
        <w:t>vt 0.561082 0.541395</w:t>
        <w:br/>
        <w:t>vt 0.543259 0.530608</w:t>
        <w:br/>
        <w:t>vt 0.543568 0.528922</w:t>
        <w:br/>
        <w:t>vt 0.469452 0.459379</w:t>
        <w:br/>
        <w:t>vt 0.488058 0.458466</w:t>
        <w:br/>
        <w:t>vt 0.488542 0.459983</w:t>
        <w:br/>
        <w:t>vt 0.638991 0.552540</w:t>
        <w:br/>
        <w:t>vt 0.638186 0.550655</w:t>
        <w:br/>
        <w:t>vt 0.599083 0.558670</w:t>
        <w:br/>
        <w:t>vt 0.599154 0.556997</w:t>
        <w:br/>
        <w:t>vt 0.842517 0.976860</w:t>
        <w:br/>
        <w:t>vt 0.838872 0.977348</w:t>
        <w:br/>
        <w:t>vt 0.842808 0.965219</w:t>
        <w:br/>
        <w:t>vt 0.838872 0.951753</w:t>
        <w:br/>
        <w:t>vt 0.842102 0.949536</w:t>
        <w:br/>
        <w:t>vt 0.838872 0.925439</w:t>
        <w:br/>
        <w:t>vt 0.842318 0.923531</w:t>
        <w:br/>
        <w:t>vt 0.842309 0.869957</w:t>
        <w:br/>
        <w:t>vt 0.838872 0.871937</w:t>
        <w:br/>
        <w:t>vt 0.838872 0.845321</w:t>
        <w:br/>
        <w:t>vt 0.843403 0.844649</w:t>
        <w:br/>
        <w:t>vt 0.838872 0.820953</w:t>
        <w:br/>
        <w:t>vt 0.842855 0.818098</w:t>
        <w:br/>
        <w:t>vt 0.917494 0.812873</w:t>
        <w:br/>
        <w:t>vt 0.917443 0.822109</w:t>
        <w:br/>
        <w:t>vt 0.915305 0.820828</w:t>
        <w:br/>
        <w:t>vt 0.915049 0.813348</w:t>
        <w:br/>
        <w:t>vt 0.911909 0.737966</w:t>
        <w:br/>
        <w:t>vt 0.912233 0.747806</w:t>
        <w:br/>
        <w:t>vt 0.909896 0.747856</w:t>
        <w:br/>
        <w:t>vt 0.909077 0.738242</w:t>
        <w:br/>
        <w:t>vt 0.913604 0.756506</w:t>
        <w:br/>
        <w:t>vt 0.910548 0.756824</w:t>
        <w:br/>
        <w:t>vt 0.913991 0.768858</w:t>
        <w:br/>
        <w:t>vt 0.915587 0.778412</w:t>
        <w:br/>
        <w:t>vt 0.912777 0.778805</w:t>
        <w:br/>
        <w:t>vt 0.911633 0.768885</w:t>
        <w:br/>
        <w:t>vt 0.914224 0.793921</w:t>
        <w:br/>
        <w:t>vt 0.916205 0.793563</w:t>
        <w:br/>
        <w:t>vt 0.840996 0.794114</w:t>
        <w:br/>
        <w:t>vt 0.838872 0.795970</w:t>
        <w:br/>
        <w:t>vt 0.840102 0.772942</w:t>
        <w:br/>
        <w:t>vt 0.522699 0.518781</w:t>
        <w:br/>
        <w:t>vt 0.523490 0.517295</w:t>
        <w:br/>
        <w:t>vt 0.499798 0.505214</w:t>
        <w:br/>
        <w:t>vt 0.500894 0.503417</w:t>
        <w:br/>
        <w:t>vt 0.756303 0.834241</w:t>
        <w:br/>
        <w:t>vt 0.756303 0.856682</w:t>
        <w:br/>
        <w:t>vt 0.756303 0.875900</w:t>
        <w:br/>
        <w:t>vt 0.756303 0.895016</w:t>
        <w:br/>
        <w:t>vt 0.756303 0.910677</w:t>
        <w:br/>
        <w:t>vt 0.756303 0.932960</w:t>
        <w:br/>
        <w:t>vt 0.046300 0.847575</w:t>
        <w:br/>
        <w:t>vt 0.042997 0.847502</w:t>
        <w:br/>
        <w:t>vt 0.055306 0.865834</w:t>
        <w:br/>
        <w:t>vt 0.051934 0.866350</w:t>
        <w:br/>
        <w:t>vt 0.067297 0.882199</w:t>
        <w:br/>
        <w:t>vt 0.063726 0.882498</w:t>
        <w:br/>
        <w:t>vt 0.067893 0.905551</w:t>
        <w:br/>
        <w:t>vt 0.065182 0.905440</w:t>
        <w:br/>
        <w:t>vt 0.071274 0.928876</w:t>
        <w:br/>
        <w:t>vt 0.068201 0.928629</w:t>
        <w:br/>
        <w:t>vt 0.064167 0.952416</w:t>
        <w:br/>
        <w:t>vt 0.067443 0.952807</w:t>
        <w:br/>
        <w:t>vt 0.067815 0.977169</w:t>
        <w:br/>
        <w:t>vt 0.064980 0.976783</w:t>
        <w:br/>
        <w:t>vt 0.061091 0.996305</w:t>
        <w:br/>
        <w:t>vt 0.058013 0.997345</w:t>
        <w:br/>
        <w:t>vt 0.038011 0.957092</w:t>
        <w:br/>
        <w:t>vt 0.039010 0.956520</w:t>
        <w:br/>
        <w:t>vt 0.030763 0.954928</w:t>
        <w:br/>
        <w:t>vt 0.038283 0.946750</w:t>
        <w:br/>
        <w:t>vt 0.039010 0.956520</w:t>
        <w:br/>
        <w:t>vt 0.958901 0.745515</w:t>
        <w:br/>
        <w:t>vt 0.710270 0.051985</w:t>
        <w:br/>
        <w:t>vt 0.708921 0.064250</w:t>
        <w:br/>
        <w:t>vt 0.540245 0.545223</w:t>
        <w:br/>
        <w:t>vt 0.558533 0.552822</w:t>
        <w:br/>
        <w:t>vt 0.555894 0.556529</w:t>
        <w:br/>
        <w:t>vt 0.534244 0.549585</w:t>
        <w:br/>
        <w:t>vt 0.534244 0.549585</w:t>
        <w:br/>
        <w:t>vt 0.548630 0.569769</w:t>
        <w:br/>
        <w:t>vt 0.528740 0.553236</w:t>
        <w:br/>
        <w:t>vt 0.520281 0.556657</w:t>
        <w:br/>
        <w:t>vt 0.570606 0.896889</w:t>
        <w:br/>
        <w:t>vt 0.577108 0.895669</w:t>
        <w:br/>
        <w:t>vt 0.577378 0.902182</w:t>
        <w:br/>
        <w:t>vt 0.567361 0.903016</w:t>
        <w:br/>
        <w:t>vt 0.573527 0.908399</w:t>
        <w:br/>
        <w:t>vt 0.559574 0.916802</w:t>
        <w:br/>
        <w:t>vt 0.553072 0.908987</w:t>
        <w:br/>
        <w:t>vt 0.584973 0.893703</w:t>
        <w:br/>
        <w:t>vt 0.588391 0.897571</w:t>
        <w:br/>
        <w:t>vt 0.634658 0.900967</w:t>
        <w:br/>
        <w:t>vt 0.618615 0.903031</w:t>
        <w:br/>
        <w:t>vt 0.608126 0.903119</w:t>
        <w:br/>
        <w:t>vt 0.705677 0.901273</w:t>
        <w:br/>
        <w:t>vt 0.712060 0.910232</w:t>
        <w:br/>
        <w:t>vt 0.702371 0.914451</w:t>
        <w:br/>
        <w:t>vt 0.700294 0.905731</w:t>
        <w:br/>
        <w:t>vt 0.694361 0.907548</w:t>
        <w:br/>
        <w:t>vt 0.691715 0.898211</w:t>
        <w:br/>
        <w:t>vt 0.650373 0.898027</w:t>
        <w:br/>
        <w:t>vt 0.660733 0.896676</w:t>
        <w:br/>
        <w:t>vt 0.563346 0.897407</w:t>
        <w:br/>
        <w:t>vt 0.561997 0.899097</w:t>
        <w:br/>
        <w:t>vt 0.590578 0.892975</w:t>
        <w:br/>
        <w:t>vt 0.549026 0.927221</w:t>
        <w:br/>
        <w:t>vt 0.542612 0.918256</w:t>
        <w:br/>
        <w:t>vt 0.538583 0.934778</w:t>
        <w:br/>
        <w:t>vt 0.532412 0.925653</w:t>
        <w:br/>
        <w:t>vt 0.546487 0.944766</w:t>
        <w:br/>
        <w:t>vt 0.561609 0.899573</w:t>
        <w:br/>
        <w:t>vt 0.536498 0.952453</w:t>
        <w:br/>
        <w:t>vt 0.527757 0.942179</w:t>
        <w:br/>
        <w:t>vt 0.521493 0.932948</w:t>
        <w:br/>
        <w:t>vt 0.517075 0.949285</w:t>
        <w:br/>
        <w:t>vt 0.510373 0.940157</w:t>
        <w:br/>
        <w:t>vt 0.510126 0.946567</w:t>
        <w:br/>
        <w:t>vt 0.504941 0.943822</w:t>
        <w:br/>
        <w:t>vt 0.532592 0.954216</w:t>
        <w:br/>
        <w:t>vt 0.525363 0.950675</w:t>
        <w:br/>
        <w:t>vt 0.541688 0.956549</w:t>
        <w:br/>
        <w:t>vt 0.547100 0.961219</w:t>
        <w:br/>
        <w:t>vt 0.552924 0.962453</w:t>
        <w:br/>
        <w:t>vt 0.600966 0.911003</w:t>
        <w:br/>
        <w:t>vt 0.594499 0.918318</w:t>
        <w:br/>
        <w:t>vt 0.587727 0.928009</w:t>
        <w:br/>
        <w:t>vt 0.578837 0.933883</w:t>
        <w:br/>
        <w:t>vt 0.565799 0.941284</w:t>
        <w:br/>
        <w:t>vt 0.571618 0.943378</w:t>
        <w:br/>
        <w:t>vt 0.572158 0.967450</w:t>
        <w:br/>
        <w:t>vt 0.579152 0.950127</w:t>
        <w:br/>
        <w:t>vt 0.586122 0.938811</w:t>
        <w:br/>
        <w:t>vt 0.606923 0.913216</w:t>
        <w:br/>
        <w:t>vt 0.617906 0.914028</w:t>
        <w:br/>
        <w:t>vt 0.635199 0.912834</w:t>
        <w:br/>
        <w:t>vt 0.652512 0.909536</w:t>
        <w:br/>
        <w:t>vt 0.663405 0.906540</w:t>
        <w:br/>
        <w:t>vt 0.604244 0.923096</w:t>
        <w:br/>
        <w:t>vt 0.601232 0.933192</w:t>
        <w:br/>
        <w:t>vt 0.597686 0.944234</w:t>
        <w:br/>
        <w:t>vt 0.593236 0.955420</w:t>
        <w:br/>
        <w:t>vt 0.588188 0.972491</w:t>
        <w:br/>
        <w:t>vt 0.616514 0.925082</w:t>
        <w:br/>
        <w:t>vt 0.635483 0.925017</w:t>
        <w:br/>
        <w:t>vt 0.614595 0.935608</w:t>
        <w:br/>
        <w:t>vt 0.654425 0.921644</w:t>
        <w:br/>
        <w:t>vt 0.666308 0.918373</w:t>
        <w:br/>
        <w:t>vt 0.635515 0.936276</w:t>
        <w:br/>
        <w:t>vt 0.656999 0.934820</w:t>
        <w:br/>
        <w:t>vt 0.670038 0.931192</w:t>
        <w:br/>
        <w:t>vt 0.634963 0.947634</w:t>
        <w:br/>
        <w:t>vt 0.611920 0.946717</w:t>
        <w:br/>
        <w:t>vt 0.631933 0.958441</w:t>
        <w:br/>
        <w:t>vt 0.608753 0.957521</w:t>
        <w:br/>
        <w:t>vt 0.658657 0.948126</w:t>
        <w:br/>
        <w:t>vt 0.657666 0.961046</w:t>
        <w:br/>
        <w:t>vt 0.604227 0.973699</w:t>
        <w:br/>
        <w:t>vt 0.627220 0.974329</w:t>
        <w:br/>
        <w:t>vt 0.653340 0.973781</w:t>
        <w:br/>
        <w:t>vt 0.675345 0.942771</w:t>
        <w:br/>
        <w:t>vt 0.707032 0.924318</w:t>
        <w:br/>
        <w:t>vt 0.715714 0.919433</w:t>
        <w:br/>
        <w:t>vt 0.710015 0.900888</w:t>
        <w:br/>
        <w:t>vt 0.710900 0.932718</w:t>
        <w:br/>
        <w:t>vt 0.720311 0.927461</w:t>
        <w:br/>
        <w:t>vt 0.706755 0.947060</w:t>
        <w:br/>
        <w:t>vt 0.718119 0.941645</w:t>
        <w:br/>
        <w:t>vt 0.733487 0.942302</w:t>
        <w:br/>
        <w:t>vt 0.725441 0.948578</w:t>
        <w:br/>
        <w:t>vt 0.705492 0.959685</w:t>
        <w:br/>
        <w:t>vt 0.713183 0.955512</w:t>
        <w:br/>
        <w:t>vt 0.674846 0.954439</w:t>
        <w:br/>
        <w:t>vt 0.671325 0.966281</w:t>
        <w:br/>
        <w:t>vt 0.667006 0.976708</w:t>
        <w:br/>
        <w:t>vt 0.677632 0.988963</w:t>
        <w:br/>
        <w:t>vt 0.689945 0.966503</w:t>
        <w:br/>
        <w:t>vt 0.694559 0.953164</w:t>
        <w:br/>
        <w:t>vt 0.689313 0.972766</w:t>
        <w:br/>
        <w:t>vt 0.723882 0.956857</w:t>
        <w:br/>
        <w:t>vt 0.730290 0.953631</w:t>
        <w:br/>
        <w:t>vt 0.726165 0.959362</w:t>
        <w:br/>
        <w:t>vt 0.737973 0.947176</w:t>
        <w:br/>
        <w:t>vt 0.743844 0.953655</w:t>
        <w:br/>
        <w:t>vt 0.743556 0.960365</w:t>
        <w:br/>
        <w:t>vt 0.736889 0.960466</w:t>
        <w:br/>
        <w:t>vt 0.747311 0.211923</w:t>
        <w:br/>
        <w:t>vt 0.738207 0.213490</w:t>
        <w:br/>
        <w:t>vt 0.737519 0.194229</w:t>
        <w:br/>
        <w:t>vt 0.746081 0.192661</w:t>
        <w:br/>
        <w:t>vt 0.756626 0.210249</w:t>
        <w:br/>
        <w:t>vt 0.765959 0.208658</w:t>
        <w:br/>
        <w:t>vt 0.767751 0.226836</w:t>
        <w:br/>
        <w:t>vt 0.757304 0.229111</w:t>
        <w:br/>
        <w:t>vt 0.737524 0.233958</w:t>
        <w:br/>
        <w:t>vt 0.746948 0.231586</w:t>
        <w:br/>
        <w:t>vt 0.749034 0.251731</w:t>
        <w:br/>
        <w:t>vt 0.737105 0.253756</w:t>
        <w:br/>
        <w:t>vt 0.793601 0.185680</w:t>
        <w:br/>
        <w:t>vt 0.810461 0.188797</w:t>
        <w:br/>
        <w:t>vt 0.793328 0.205107</w:t>
        <w:br/>
        <w:t>vt 0.792592 0.241904</w:t>
        <w:br/>
        <w:t>vt 0.782027 0.244520</w:t>
        <w:br/>
        <w:t>vt 0.778069 0.224868</w:t>
        <w:br/>
        <w:t>vt 0.788388 0.222798</w:t>
        <w:br/>
        <w:t>vt 0.754985 0.190993</w:t>
        <w:br/>
        <w:t>vt 0.763912 0.189430</w:t>
        <w:br/>
        <w:t>vt 0.773533 0.188008</w:t>
        <w:br/>
        <w:t>vt 0.783172 0.186813</w:t>
        <w:br/>
        <w:t>vt 0.784803 0.206122</w:t>
        <w:br/>
        <w:t>vt 0.775338 0.207304</w:t>
        <w:br/>
        <w:t>vt 0.771551 0.247174</w:t>
        <w:br/>
        <w:t>vt 0.760266 0.249621</w:t>
        <w:br/>
        <w:t>vt 0.742978 0.275290</w:t>
        <w:br/>
        <w:t>vt 0.754737 0.273618</w:t>
        <w:br/>
        <w:t>vt 0.768997 0.318296</w:t>
        <w:br/>
        <w:t>vt 0.775229 0.337970</w:t>
        <w:br/>
        <w:t>vt 0.767582 0.340323</w:t>
        <w:br/>
        <w:t>vt 0.760502 0.320090</w:t>
        <w:br/>
        <w:t>vt 0.772774 0.294722</w:t>
        <w:br/>
        <w:t>vt 0.765641 0.271656</w:t>
        <w:br/>
        <w:t>vt 0.776568 0.269538</w:t>
        <w:br/>
        <w:t>vt 0.782962 0.292290</w:t>
        <w:br/>
        <w:t>vt 0.784305 0.335149</w:t>
        <w:br/>
        <w:t>vt 0.778636 0.316287</w:t>
        <w:br/>
        <w:t>vt 0.788236 0.314233</w:t>
        <w:br/>
        <w:t>vt 0.793248 0.332357</w:t>
        <w:br/>
        <w:t>vt 0.788213 0.267543</w:t>
        <w:br/>
        <w:t>vt 0.799652 0.265440</w:t>
        <w:br/>
        <w:t>vt 0.752206 0.299227</w:t>
        <w:br/>
        <w:t>vt 0.762601 0.297110</w:t>
        <w:br/>
        <w:t>vt 0.797565 0.220561</w:t>
        <w:br/>
        <w:t>vt 0.810162 0.216032</w:t>
        <w:br/>
        <w:t>vt 0.796676 0.312337</w:t>
        <w:br/>
        <w:t>vt 0.804975 0.310668</w:t>
        <w:br/>
        <w:t>vt 0.806765 0.328425</w:t>
        <w:br/>
        <w:t>vt 0.800207 0.330207</w:t>
        <w:br/>
        <w:t>vt 0.793113 0.290118</w:t>
        <w:br/>
        <w:t>vt 0.802998 0.288151</w:t>
        <w:br/>
        <w:t>vt 0.808952 0.239467</w:t>
        <w:br/>
        <w:t>vt 0.809828 0.262668</w:t>
        <w:br/>
        <w:t>vt 0.802502 0.239993</w:t>
        <w:br/>
        <w:t>vt 0.795799 0.051925</w:t>
        <w:br/>
        <w:t>vt 0.803642 0.051702</w:t>
        <w:br/>
        <w:t>vt 0.803134 0.061458</w:t>
        <w:br/>
        <w:t>vt 0.793624 0.061744</w:t>
        <w:br/>
        <w:t>vt 0.802485 0.003090</w:t>
        <w:br/>
        <w:t>vt 0.803778 0.018028</w:t>
        <w:br/>
        <w:t>vt 0.797540 0.017707</w:t>
        <w:br/>
        <w:t>vt 0.795954 0.003090</w:t>
        <w:br/>
        <w:t>vt 0.780706 0.016224</w:t>
        <w:br/>
        <w:t>vt 0.780523 0.003090</w:t>
        <w:br/>
        <w:t>vt 0.787863 0.003090</w:t>
        <w:br/>
        <w:t>vt 0.789024 0.017312</w:t>
        <w:br/>
        <w:t>vt 0.776389 0.039587</w:t>
        <w:br/>
        <w:t>vt 0.786297 0.041361</w:t>
        <w:br/>
        <w:t>vt 0.784622 0.050944</w:t>
        <w:br/>
        <w:t>vt 0.773510 0.048925</w:t>
        <w:br/>
        <w:t>vt 0.686135 0.033169</w:t>
        <w:br/>
        <w:t>vt 0.685977 0.018243</w:t>
        <w:br/>
        <w:t>vt 0.697493 0.033511</w:t>
        <w:br/>
        <w:t>vt 0.778921 0.095563</w:t>
        <w:br/>
        <w:t>vt 0.788239 0.095751</w:t>
        <w:br/>
        <w:t>vt 0.788333 0.103341</w:t>
        <w:br/>
        <w:t>vt 0.778463 0.103417</w:t>
        <w:br/>
        <w:t>vt 0.782569 0.060548</w:t>
        <w:br/>
        <w:t>vt 0.772348 0.058930</w:t>
        <w:br/>
        <w:t>vt 0.769174 0.094926</w:t>
        <w:br/>
        <w:t>vt 0.769027 0.103251</w:t>
        <w:br/>
        <w:t>vt 0.749892 0.093473</w:t>
        <w:br/>
        <w:t>vt 0.750273 0.102641</w:t>
        <w:br/>
        <w:t>vt 0.740990 0.102663</w:t>
        <w:br/>
        <w:t>vt 0.740299 0.093172</w:t>
        <w:br/>
        <w:t>vt 0.720447 0.095360</w:t>
        <w:br/>
        <w:t>vt 0.730401 0.093777</w:t>
        <w:br/>
        <w:t>vt 0.731334 0.103510</w:t>
        <w:br/>
        <w:t>vt 0.721721 0.105233</w:t>
        <w:br/>
        <w:t>vt 0.708788 0.096362</w:t>
        <w:br/>
        <w:t>vt 0.709607 0.106052</w:t>
        <w:br/>
        <w:t>vt 0.696660 0.105154</w:t>
        <w:br/>
        <w:t>vt 0.695873 0.096521</w:t>
        <w:br/>
        <w:t>vt 0.772307 0.153785</w:t>
        <w:br/>
        <w:t>vt 0.780141 0.153022</w:t>
        <w:br/>
        <w:t>vt 0.781609 0.168180</w:t>
        <w:br/>
        <w:t>vt 0.771850 0.169323</w:t>
        <w:br/>
        <w:t>vt 0.752149 0.172271</w:t>
        <w:br/>
        <w:t>vt 0.761425 0.170563</w:t>
        <w:br/>
        <w:t>vt 0.756562 0.155669</w:t>
        <w:br/>
        <w:t>vt 0.748727 0.156972</w:t>
        <w:br/>
        <w:t>vt 0.734775 0.175797</w:t>
        <w:br/>
        <w:t>vt 0.743316 0.174004</w:t>
        <w:br/>
        <w:t>vt 0.732122 0.160455</w:t>
        <w:br/>
        <w:t>vt 0.740323 0.158596</w:t>
        <w:br/>
        <w:t>vt 0.729371 0.147490</w:t>
        <w:br/>
        <w:t>vt 0.737565 0.145643</w:t>
        <w:br/>
        <w:t>vt 0.754122 0.142999</w:t>
        <w:br/>
        <w:t>vt 0.745896 0.144157</w:t>
        <w:br/>
        <w:t>vt 0.779087 0.140612</w:t>
        <w:br/>
        <w:t>vt 0.770739 0.141321</w:t>
        <w:br/>
        <w:t>vt 0.808583 0.154820</w:t>
        <w:br/>
        <w:t>vt 0.800485 0.153320</w:t>
        <w:br/>
        <w:t>vt 0.801558 0.140606</w:t>
        <w:br/>
        <w:t>vt 0.792032 0.167359</w:t>
        <w:br/>
        <w:t>vt 0.801483 0.168306</w:t>
        <w:br/>
        <w:t>vt 0.712762 0.164893</w:t>
        <w:br/>
        <w:t>vt 0.722411 0.162625</w:t>
        <w:br/>
        <w:t>vt 0.725151 0.177588</w:t>
        <w:br/>
        <w:t>vt 0.715578 0.179437</w:t>
        <w:br/>
        <w:t>vt 0.727971 0.195669</w:t>
        <w:br/>
        <w:t>vt 0.718441 0.197225</w:t>
        <w:br/>
        <w:t>vt 0.710217 0.152734</w:t>
        <w:br/>
        <w:t>vt 0.719744 0.149957</w:t>
        <w:br/>
        <w:t>vt 0.716733 0.137219</w:t>
        <w:br/>
        <w:t>vt 0.707245 0.140343</w:t>
        <w:br/>
        <w:t>vt 0.704560 0.130107</w:t>
        <w:br/>
        <w:t>vt 0.714372 0.126788</w:t>
        <w:br/>
        <w:t>vt 0.704060 0.114784</w:t>
        <w:br/>
        <w:t>vt 0.696160 0.113538</w:t>
        <w:br/>
        <w:t>vt 0.724273 0.124087</w:t>
        <w:br/>
        <w:t>vt 0.733222 0.122372</w:t>
        <w:br/>
        <w:t>vt 0.734923 0.132896</w:t>
        <w:br/>
        <w:t>vt 0.726374 0.134661</w:t>
        <w:br/>
        <w:t>vt 0.732411 0.113199</w:t>
        <w:br/>
        <w:t>vt 0.723191 0.114904</w:t>
        <w:br/>
        <w:t>vt 0.750698 0.111945</w:t>
        <w:br/>
        <w:t>vt 0.741647 0.112308</w:t>
        <w:br/>
        <w:t>vt 0.799363 0.103390</w:t>
        <w:br/>
        <w:t>vt 0.811003 0.108668</w:t>
        <w:br/>
        <w:t>vt 0.799711 0.110399</w:t>
        <w:br/>
        <w:t>vt 0.778138 0.111499</w:t>
        <w:br/>
        <w:t>vt 0.788737 0.111043</w:t>
        <w:br/>
        <w:t>vt 0.768885 0.111703</w:t>
        <w:br/>
        <w:t>vt 0.769332 0.085981</w:t>
        <w:br/>
        <w:t>vt 0.769588 0.077157</w:t>
        <w:br/>
        <w:t>vt 0.779589 0.078398</w:t>
        <w:br/>
        <w:t>vt 0.779191 0.086960</w:t>
        <w:br/>
        <w:t>vt 0.749857 0.073970</w:t>
        <w:br/>
        <w:t>vt 0.749692 0.083739</w:t>
        <w:br/>
        <w:t>vt 0.739919 0.083120</w:t>
        <w:br/>
        <w:t>vt 0.740005 0.073050</w:t>
        <w:br/>
        <w:t>vt 0.730982 0.072570</w:t>
        <w:br/>
        <w:t>vt 0.722494 0.074756</w:t>
        <w:br/>
        <w:t>vt 0.728833 0.069691</w:t>
        <w:br/>
        <w:t>vt 0.705597 0.078255</w:t>
        <w:br/>
        <w:t>vt 0.707881 0.086869</w:t>
        <w:br/>
        <w:t>vt 0.695726 0.087633</w:t>
        <w:br/>
        <w:t>vt 0.693968 0.079696</w:t>
        <w:br/>
        <w:t>vt 0.789959 0.079269</w:t>
        <w:br/>
        <w:t>vt 0.789175 0.087469</w:t>
        <w:br/>
        <w:t>vt 0.796787 0.042266</w:t>
        <w:br/>
        <w:t>vt 0.692409 0.071786</w:t>
        <w:br/>
        <w:t>vt 0.677903 0.073445</w:t>
        <w:br/>
        <w:t>vt 0.684059 0.066010</w:t>
        <w:br/>
        <w:t>vt 0.678381 0.084908</w:t>
        <w:br/>
        <w:t>vt 0.683262 0.105672</w:t>
        <w:br/>
        <w:t>vt 0.682060 0.095814</w:t>
        <w:br/>
        <w:t>vt 0.684089 0.114357</w:t>
        <w:br/>
        <w:t>vt 0.665136 0.099911</w:t>
        <w:br/>
        <w:t>vt 0.661372 0.087935</w:t>
        <w:br/>
        <w:t>vt 0.669311 0.111692</w:t>
        <w:br/>
        <w:t>vt 0.651799 0.117055</w:t>
        <w:br/>
        <w:t>vt 0.647869 0.109220</w:t>
        <w:br/>
        <w:t>vt 0.675438 0.124750</w:t>
        <w:br/>
        <w:t>vt 0.658562 0.128597</w:t>
        <w:br/>
        <w:t>vt 0.644878 0.100973</w:t>
        <w:br/>
        <w:t>vt 0.645535 0.131423</w:t>
        <w:br/>
        <w:t>vt 0.639323 0.121647</w:t>
        <w:br/>
        <w:t>vt 0.630804 0.110545</w:t>
        <w:br/>
        <w:t>vt 0.617294 0.120118</w:t>
        <w:br/>
        <w:t>vt 0.622697 0.127736</w:t>
        <w:br/>
        <w:t>vt 0.602745 0.129602</w:t>
        <w:br/>
        <w:t>vt 0.605722 0.136750</w:t>
        <w:br/>
        <w:t>vt 0.626299 0.134490</w:t>
        <w:br/>
        <w:t>vt 0.729098 0.214627</w:t>
        <w:br/>
        <w:t>vt 0.720000 0.215983</w:t>
        <w:br/>
        <w:t>vt 0.728039 0.236127</w:t>
        <w:br/>
        <w:t>vt 0.718036 0.238416</w:t>
        <w:br/>
        <w:t>vt 0.725894 0.254803</w:t>
        <w:br/>
        <w:t>vt 0.714683 0.255851</w:t>
        <w:br/>
        <w:t>vt 0.716804 0.271475</w:t>
        <w:br/>
        <w:t>vt 0.732583 0.281642</w:t>
        <w:br/>
        <w:t>vt 0.722188 0.287993</w:t>
        <w:br/>
        <w:t>vt 0.745582 0.324693</w:t>
        <w:br/>
        <w:t>vt 0.732589 0.306428</w:t>
        <w:br/>
        <w:t>vt 0.742398 0.302827</w:t>
        <w:br/>
        <w:t>vt 0.759289 0.342913</w:t>
        <w:br/>
        <w:t>vt 0.810461 0.188797</w:t>
        <w:br/>
        <w:t>vt 0.813912 0.189057</w:t>
        <w:br/>
        <w:t>vt 0.813912 0.216013</w:t>
        <w:br/>
        <w:t>vt 0.810162 0.216032</w:t>
        <w:br/>
        <w:t>vt 0.809777 0.286778</w:t>
        <w:br/>
        <w:t>vt 0.813912 0.286215</w:t>
        <w:br/>
        <w:t>vt 0.813912 0.309891</w:t>
        <w:br/>
        <w:t>vt 0.809273 0.309956</w:t>
        <w:br/>
        <w:t>vt 0.809828 0.262668</w:t>
        <w:br/>
        <w:t>vt 0.813912 0.262666</w:t>
        <w:br/>
        <w:t>vt 0.813912 0.239513</w:t>
        <w:br/>
        <w:t>vt 0.808952 0.239467</w:t>
        <w:br/>
        <w:t>vt 0.813912 0.052469</w:t>
        <w:br/>
        <w:t>vt 0.813912 0.066109</w:t>
        <w:br/>
        <w:t>vt 0.811621 0.065977</w:t>
        <w:br/>
        <w:t>vt 0.811559 0.051321</w:t>
        <w:br/>
        <w:t>vt 0.813912 0.003090</w:t>
        <w:br/>
        <w:t>vt 0.813912 0.018238</w:t>
        <w:br/>
        <w:t>vt 0.810036 0.018252</w:t>
        <w:br/>
        <w:t>vt 0.809346 0.003090</w:t>
        <w:br/>
        <w:t>vt 0.683513 0.053998</w:t>
        <w:br/>
        <w:t>vt 0.683185 0.043766</w:t>
        <w:br/>
        <w:t>vt 0.685196 0.043773</w:t>
        <w:br/>
        <w:t>vt 0.685726 0.054522</w:t>
        <w:br/>
        <w:t>vt 0.686135 0.033169</w:t>
        <w:br/>
        <w:t>vt 0.682632 0.032625</w:t>
        <w:br/>
        <w:t>vt 0.682740 0.020089</w:t>
        <w:br/>
        <w:t>vt 0.685977 0.018243</w:t>
        <w:br/>
        <w:t>vt 0.811470 0.135747</w:t>
        <w:br/>
        <w:t>vt 0.813912 0.135979</w:t>
        <w:br/>
        <w:t>vt 0.813912 0.153728</w:t>
        <w:br/>
        <w:t>vt 0.808583 0.154820</w:t>
        <w:br/>
        <w:t>vt 0.813912 0.170398</w:t>
        <w:br/>
        <w:t>vt 0.809772 0.169182</w:t>
        <w:br/>
        <w:t>vt 0.715578 0.179437</w:t>
        <w:br/>
        <w:t>vt 0.712760 0.179864</w:t>
        <w:br/>
        <w:t>vt 0.710044 0.165503</w:t>
        <w:br/>
        <w:t>vt 0.712762 0.164893</w:t>
        <w:br/>
        <w:t>vt 0.715588 0.197480</w:t>
        <w:br/>
        <w:t>vt 0.718441 0.197225</w:t>
        <w:br/>
        <w:t>vt 0.707697 0.153432</w:t>
        <w:br/>
        <w:t>vt 0.710217 0.152734</w:t>
        <w:br/>
        <w:t>vt 0.707245 0.140343</w:t>
        <w:br/>
        <w:t>vt 0.705038 0.141090</w:t>
        <w:br/>
        <w:t>vt 0.702602 0.130968</w:t>
        <w:br/>
        <w:t>vt 0.704560 0.130107</w:t>
        <w:br/>
        <w:t>vt 0.813912 0.096356</w:t>
        <w:br/>
        <w:t>vt 0.813912 0.109242</w:t>
        <w:br/>
        <w:t>vt 0.810713 0.095535</w:t>
        <w:br/>
        <w:t>vt 0.813912 0.083262</w:t>
        <w:br/>
        <w:t>vt 0.811101 0.083791</w:t>
        <w:br/>
        <w:t>vt 0.684059 0.066010</w:t>
        <w:br/>
        <w:t>vt 0.681614 0.065136</w:t>
        <w:br/>
        <w:t>vt 0.697330 0.122113</w:t>
        <w:br/>
        <w:t>vt 0.697086 0.124339</w:t>
        <w:br/>
        <w:t>vt 0.691640 0.123727</w:t>
        <w:br/>
        <w:t>vt 0.691234 0.121548</w:t>
        <w:br/>
        <w:t>vt 0.659651 0.085728</w:t>
        <w:br/>
        <w:t>vt 0.676068 0.071416</w:t>
        <w:br/>
        <w:t>vt 0.677903 0.073445</w:t>
        <w:br/>
        <w:t>vt 0.661372 0.087935</w:t>
        <w:br/>
        <w:t>vt 0.676166 0.127399</w:t>
        <w:br/>
        <w:t>vt 0.675438 0.124750</w:t>
        <w:br/>
        <w:t>vt 0.659219 0.131274</w:t>
        <w:br/>
        <w:t>vt 0.658562 0.128597</w:t>
        <w:br/>
        <w:t>vt 0.644878 0.100973</w:t>
        <w:br/>
        <w:t>vt 0.643221 0.098719</w:t>
        <w:br/>
        <w:t>vt 0.646111 0.134113</w:t>
        <w:br/>
        <w:t>vt 0.645535 0.131423</w:t>
        <w:br/>
        <w:t>vt 0.630804 0.110545</w:t>
        <w:br/>
        <w:t>vt 0.629193 0.108296</w:t>
        <w:br/>
        <w:t>vt 0.606906 0.139634</w:t>
        <w:br/>
        <w:t>vt 0.605722 0.136750</w:t>
        <w:br/>
        <w:t>vt 0.626299 0.134490</w:t>
        <w:br/>
        <w:t>vt 0.626744 0.137208</w:t>
        <w:br/>
        <w:t>vt 0.601678 0.126899</w:t>
        <w:br/>
        <w:t>vt 0.615640 0.117887</w:t>
        <w:br/>
        <w:t>vt 0.617294 0.120118</w:t>
        <w:br/>
        <w:t>vt 0.602745 0.129602</w:t>
        <w:br/>
        <w:t>vt 0.717174 0.215918</w:t>
        <w:br/>
        <w:t>vt 0.720000 0.215983</w:t>
        <w:br/>
        <w:t>vt 0.715405 0.238076</w:t>
        <w:br/>
        <w:t>vt 0.718036 0.238416</w:t>
        <w:br/>
        <w:t>vt 0.712223 0.255860</w:t>
        <w:br/>
        <w:t>vt 0.714683 0.255851</w:t>
        <w:br/>
        <w:t>vt 0.719744 0.289062</w:t>
        <w:br/>
        <w:t>vt 0.714970 0.271430</w:t>
        <w:br/>
        <w:t>vt 0.716804 0.271475</w:t>
        <w:br/>
        <w:t>vt 0.722188 0.287993</w:t>
        <w:br/>
        <w:t>vt 0.745582 0.324693</w:t>
        <w:br/>
        <w:t>vt 0.743514 0.326521</w:t>
        <w:br/>
        <w:t>vt 0.730313 0.307910</w:t>
        <w:br/>
        <w:t>vt 0.732589 0.306428</w:t>
        <w:br/>
        <w:t>vt 0.759289 0.342913</w:t>
        <w:br/>
        <w:t>vt 0.757384 0.344856</w:t>
        <w:br/>
        <w:t>vt 0.585322 0.140547</w:t>
        <w:br/>
        <w:t>vt 0.586020 0.144053</w:t>
        <w:br/>
        <w:t>vt 0.584124 0.138249</w:t>
        <w:br/>
        <w:t>vt 0.585322 0.140547</w:t>
        <w:br/>
        <w:t>vt 0.587780 0.145469</w:t>
        <w:br/>
        <w:t>vt 0.586020 0.144053</w:t>
        <w:br/>
        <w:t>vt 0.690335 0.061044</w:t>
        <w:br/>
        <w:t>vt 0.685726 0.054522</w:t>
        <w:br/>
        <w:t>vt 0.716009 0.954833</w:t>
        <w:br/>
        <w:t>vt 0.716285 0.947728</w:t>
        <w:br/>
        <w:t>vt 0.791095 0.152346</w:t>
        <w:br/>
        <w:t>vt 0.700811 0.123891</w:t>
        <w:br/>
        <w:t>vt 0.699549 0.126005</w:t>
        <w:br/>
        <w:t>vt 0.711861 0.117904</w:t>
        <w:br/>
        <w:t>vt 0.703037 0.126538</w:t>
        <w:br/>
        <w:t>vt 0.701216 0.128071</w:t>
        <w:br/>
        <w:t>vt 0.403727 0.886019</w:t>
        <w:br/>
        <w:t>vt 0.406587 0.865918</w:t>
        <w:br/>
        <w:t>vt 0.412956 0.885399</w:t>
        <w:br/>
        <w:t>vt 0.458861 0.873802</w:t>
        <w:br/>
        <w:t>vt 0.461082 0.876041</w:t>
        <w:br/>
        <w:t>vt 0.439763 0.880064</w:t>
        <w:br/>
        <w:t>vt 0.439439 0.873838</w:t>
        <w:br/>
        <w:t>vt 0.417528 0.869302</w:t>
        <w:br/>
        <w:t>vt 0.426315 0.883186</w:t>
        <w:br/>
        <w:t>vt 0.428254 0.872375</w:t>
        <w:br/>
        <w:t>vt 0.809772 0.169182</w:t>
        <w:br/>
        <w:t>vt 0.796821 0.749577</w:t>
        <w:br/>
        <w:t>vt 0.789603 0.754704</w:t>
        <w:br/>
        <w:t>vt 0.866676 0.933545</w:t>
        <w:br/>
        <w:t>vt 0.838872 0.899703</w:t>
        <w:br/>
        <w:t>vt 0.841754 0.898083</w:t>
        <w:br/>
        <w:t>vt 0.605567 0.155050</w:t>
        <w:br/>
        <w:t>vt 0.604755 0.144534</w:t>
        <w:br/>
        <w:t>vt 0.861005 0.887074</w:t>
        <w:br/>
        <w:t>vt 0.861944 0.873699</w:t>
        <w:br/>
        <w:t>vt 0.850214 0.966490</w:t>
        <w:br/>
        <w:t>vt 0.846041 0.979247</w:t>
        <w:br/>
        <w:t>vt 0.856736 0.931675</w:t>
        <w:br/>
        <w:t>vt 0.876212 0.993523</w:t>
        <w:br/>
        <w:t>vt 0.878477 0.988768</w:t>
        <w:br/>
        <w:t>vt 0.994967 0.679268</w:t>
        <w:br/>
        <w:t>vt 0.861005 0.887074</w:t>
        <w:br/>
        <w:t>vt 0.756303 0.776697</w:t>
        <w:br/>
        <w:t>vt 0.765075 0.778319</w:t>
        <w:br/>
        <w:t>vt 0.851665 0.774038</w:t>
        <w:br/>
        <w:t>vt 0.855258 0.772062</w:t>
        <w:br/>
        <w:t>vt 0.412902 0.858860</w:t>
        <w:br/>
        <w:t>vt 0.418687 0.745694</w:t>
        <w:br/>
        <w:t>vt 0.419521 0.720246</w:t>
        <w:br/>
        <w:t>vt 0.420034 0.697604</w:t>
        <w:br/>
        <w:t>vt 0.851243 0.750803</w:t>
        <w:br/>
        <w:t>vt 0.859214 0.732742</w:t>
        <w:br/>
        <w:t>vt 0.853521 0.751351</w:t>
        <w:br/>
        <w:t>vt 0.475357 0.699685</w:t>
        <w:br/>
        <w:t>vt 0.470429 0.726699</w:t>
        <w:br/>
        <w:t>vt 0.469236 0.726343</w:t>
        <w:br/>
        <w:t>vt 0.473862 0.698725</w:t>
        <w:br/>
        <w:t>vt 0.411496 0.623334</w:t>
        <w:br/>
        <w:t>vt 0.404930 0.621308</w:t>
        <w:br/>
        <w:t>vt 0.410455 0.616008</w:t>
        <w:br/>
        <w:t>vt 0.438179 0.638658</w:t>
        <w:br/>
        <w:t>vt 0.432073 0.645077</w:t>
        <w:br/>
        <w:t>vt 0.435511 0.636683</w:t>
        <w:br/>
        <w:t>vt 0.451230 0.651969</w:t>
        <w:br/>
        <w:t>vt 0.422325 0.649791</w:t>
        <w:br/>
        <w:t>vt 0.456025 0.833012</w:t>
        <w:br/>
        <w:t>vt 0.457360 0.802534</w:t>
        <w:br/>
        <w:t>vt 0.458553 0.802817</w:t>
        <w:br/>
        <w:t>vt 0.458628 0.833693</w:t>
        <w:br/>
        <w:t>vt 0.460931 0.776406</w:t>
        <w:br/>
        <w:t>vt 0.462010 0.776623</w:t>
        <w:br/>
        <w:t>vt 0.464473 0.751674</w:t>
        <w:br/>
        <w:t>vt 0.465792 0.752026</w:t>
        <w:br/>
        <w:t>vt 0.809301 0.327951</w:t>
        <w:br/>
        <w:t>vt 0.813912 0.328530</w:t>
        <w:br/>
        <w:t>vt 0.746099 0.929992</w:t>
        <w:br/>
        <w:t>vt 0.745775 0.924542</w:t>
        <w:br/>
        <w:t>vt 0.751577 0.928967</w:t>
        <w:br/>
        <w:t>vt 0.746825 0.936667</w:t>
        <w:br/>
        <w:t>vt 0.788302 0.977063</w:t>
        <w:br/>
        <w:t>vt 0.779277 0.971970</w:t>
        <w:br/>
        <w:t>vt 0.788139 0.972011</w:t>
        <w:br/>
        <w:t>vt 0.807781 0.964845</w:t>
        <w:br/>
        <w:t>vt 0.812421 0.968549</w:t>
        <w:br/>
        <w:t>vt 0.805411 0.971532</w:t>
        <w:br/>
        <w:t>vt 0.828886 0.868821</w:t>
        <w:br/>
        <w:t>vt 0.831727 0.879114</w:t>
        <w:br/>
        <w:t>vt 0.819431 0.909488</w:t>
        <w:br/>
        <w:t>vt 0.816124 0.919647</w:t>
        <w:br/>
        <w:t>vt 0.813336 0.929917</w:t>
        <w:br/>
        <w:t>vt 0.814567 0.934953</w:t>
        <w:br/>
        <w:t>vt 0.813531 0.938808</w:t>
        <w:br/>
        <w:t>vt 0.795539 0.937743</w:t>
        <w:br/>
        <w:t>vt 0.810460 0.942020</w:t>
        <w:br/>
        <w:t>vt 0.807202 0.943782</w:t>
        <w:br/>
        <w:t>vt 0.800754 0.945459</w:t>
        <w:br/>
        <w:t>vt 0.777844 0.950022</w:t>
        <w:br/>
        <w:t>vt 0.779385 0.941160</w:t>
        <w:br/>
        <w:t>vt 0.748997 0.943289</w:t>
        <w:br/>
        <w:t>vt 0.768235 0.991155</w:t>
        <w:br/>
        <w:t>vt 0.760597 0.984593</w:t>
        <w:br/>
        <w:t>vt 0.769208 0.985184</w:t>
        <w:br/>
        <w:t>vt 0.769550 0.990200</w:t>
        <w:br/>
        <w:t>vt 0.753574 0.950288</w:t>
        <w:br/>
        <w:t>vt 0.757450 0.954059</w:t>
        <w:br/>
        <w:t>vt 0.771051 0.981007</w:t>
        <w:br/>
        <w:t>vt 0.758091 0.978747</w:t>
        <w:br/>
        <w:t>vt 0.757415 0.974263</w:t>
        <w:br/>
        <w:t>vt 0.774904 0.976229</w:t>
        <w:br/>
        <w:t>vt 0.757279 0.968336</w:t>
        <w:br/>
        <w:t>vt 0.757606 0.960224</w:t>
        <w:br/>
        <w:t>vt 0.801294 0.946284</w:t>
        <w:br/>
        <w:t>vt 0.804287 0.946440</w:t>
        <w:br/>
        <w:t>vt 0.806311 0.952424</w:t>
        <w:br/>
        <w:t>vt 0.803738 0.954575</w:t>
        <w:br/>
        <w:t>vt 0.815964 0.894584</w:t>
        <w:br/>
        <w:t>vt 0.827144 0.895697</w:t>
        <w:br/>
        <w:t>vt 0.830270 0.891429</w:t>
        <w:br/>
        <w:t>vt 0.834191 0.887842</w:t>
        <w:br/>
        <w:t>vt 0.793190 0.973015</w:t>
        <w:br/>
        <w:t>vt 0.801334 0.955300</w:t>
        <w:br/>
        <w:t>vt 0.804966 0.959578</w:t>
        <w:br/>
        <w:t>vt 0.799509 0.973188</w:t>
        <w:br/>
        <w:t>vt 0.778355 0.957856</w:t>
        <w:br/>
        <w:t>vt 0.755546 0.483091</w:t>
        <w:br/>
        <w:t>vt 0.104205 0.980466</w:t>
        <w:br/>
        <w:t>vt 0.101517 0.981110</w:t>
        <w:br/>
        <w:t>vt 0.100652 0.956259</w:t>
        <w:br/>
        <w:t>vt 0.104205 0.956066</w:t>
        <w:br/>
        <w:t>vt 0.768668 0.473844</w:t>
        <w:br/>
        <w:t>vt 0.769314 0.475419</w:t>
        <w:br/>
        <w:t>vt 0.754237 0.482293</w:t>
        <w:br/>
        <w:t>vt 0.719832 0.521576</w:t>
        <w:br/>
        <w:t>vt 0.695576 0.530304</w:t>
        <w:br/>
        <w:t>vt 0.765225 0.489199</w:t>
        <w:br/>
        <w:t>vt 0.769314 0.475419</w:t>
        <w:br/>
        <w:t>vt 0.760493 0.502986</w:t>
        <w:br/>
        <w:t>vt 0.581734 0.587264</w:t>
        <w:br/>
        <w:t>vt 0.582246 0.588063</w:t>
        <w:br/>
        <w:t>vt 0.579462 0.588860</w:t>
        <w:br/>
        <w:t>vt 0.587597 0.586382</w:t>
        <w:br/>
        <w:t>vt 0.590186 0.586805</w:t>
        <w:br/>
        <w:t>vt 0.585752 0.569295</w:t>
        <w:br/>
        <w:t>vt 0.585912 0.567999</w:t>
        <w:br/>
        <w:t>vt 0.587816 0.568174</w:t>
        <w:br/>
        <w:t>vt 0.579365 0.569556</w:t>
        <w:br/>
        <w:t>vt 0.577146 0.569181</w:t>
        <w:br/>
        <w:t>vt 0.583916 0.577851</w:t>
        <w:br/>
        <w:t>vt 0.583916 0.577851</w:t>
        <w:br/>
        <w:t>vt 0.580822 0.567567</w:t>
        <w:br/>
        <w:t>vt 0.582197 0.566764</w:t>
        <w:br/>
        <w:t>vt 0.583631 0.567120</w:t>
        <w:br/>
        <w:t>vt 0.580040 0.568485</w:t>
        <w:br/>
        <w:t>vt 0.579365 0.569556</w:t>
        <w:br/>
        <w:t>vt 0.584697 0.567872</w:t>
        <w:br/>
        <w:t>vt 0.585752 0.569295</w:t>
        <w:br/>
        <w:t>vt 0.584962 0.589064</w:t>
        <w:br/>
        <w:t>vt 0.583642 0.588769</w:t>
        <w:br/>
        <w:t>vt 0.586131 0.588516</w:t>
        <w:br/>
        <w:t>vt 0.582560 0.587996</w:t>
        <w:br/>
        <w:t>vt 0.581734 0.587264</w:t>
        <w:br/>
        <w:t>vt 0.586880 0.587521</w:t>
        <w:br/>
        <w:t>vt 0.587597 0.586382</w:t>
        <w:br/>
        <w:t>vt 0.587487 0.569366</w:t>
        <w:br/>
        <w:t>vt 0.587853 0.570022</w:t>
        <w:br/>
        <w:t>vt 0.583916 0.577851</w:t>
        <w:br/>
        <w:t>vt 0.824470 0.900056</w:t>
        <w:br/>
        <w:t>vt 0.461366 0.687508</w:t>
        <w:br/>
        <w:t>vt 0.468212 0.691496</w:t>
        <w:br/>
        <w:t>vt 0.834399 0.777791</w:t>
        <w:br/>
        <w:t>vt 0.831962 0.775036</w:t>
        <w:br/>
        <w:t>vt 0.579076 0.568399</w:t>
        <w:br/>
        <w:t>vt 0.587460 0.587146</w:t>
        <w:br/>
        <w:t>vt 0.579462 0.588860</w:t>
        <w:br/>
        <w:t>vt 0.545734 0.585374</w:t>
        <w:br/>
        <w:t>vt 0.546942 0.575795</w:t>
        <w:br/>
        <w:t>vt 0.548667 0.576657</w:t>
        <w:br/>
        <w:t>vt 0.548667 0.585661</w:t>
        <w:br/>
        <w:t>vt 0.548667 0.603603</w:t>
        <w:br/>
        <w:t>vt 0.548667 0.612735</w:t>
        <w:br/>
        <w:t>vt 0.547222 0.612451</w:t>
        <w:br/>
        <w:t>vt 0.546422 0.603864</w:t>
        <w:br/>
        <w:t>vt 0.548667 0.623133</w:t>
        <w:br/>
        <w:t>vt 0.547460 0.621894</w:t>
        <w:br/>
        <w:t>vt 0.548667 0.631996</w:t>
        <w:br/>
        <w:t>vt 0.546856 0.632354</w:t>
        <w:br/>
        <w:t>vt 0.547665 0.651405</w:t>
        <w:br/>
        <w:t>vt 0.547399 0.642502</w:t>
        <w:br/>
        <w:t>vt 0.548667 0.642677</w:t>
        <w:br/>
        <w:t>vt 0.548667 0.650594</w:t>
        <w:br/>
        <w:t>vt 0.548667 0.631996</w:t>
        <w:br/>
        <w:t>vt 0.548667 0.594921</w:t>
        <w:br/>
        <w:t>vt 0.544797 0.594512</w:t>
        <w:br/>
        <w:t>vt 0.749742 0.960668</w:t>
        <w:br/>
        <w:t>vt 0.544797 0.594512</w:t>
        <w:br/>
        <w:t>vt 0.545734 0.585374</w:t>
        <w:br/>
        <w:t>vt 0.546422 0.603864</w:t>
        <w:br/>
        <w:t>vt 0.547222 0.612451</w:t>
        <w:br/>
        <w:t>vt 0.547460 0.621894</w:t>
        <w:br/>
        <w:t>vt 0.547399 0.642502</w:t>
        <w:br/>
        <w:t>vt 0.547665 0.651405</w:t>
        <w:br/>
        <w:t>vt 0.546942 0.575795</w:t>
        <w:br/>
        <w:t>vt 0.769614 0.503256</w:t>
        <w:br/>
        <w:t>vt 0.806837 0.949000</w:t>
        <w:br/>
        <w:t>vt 0.769536 0.463698</w:t>
        <w:br/>
        <w:t>vt 0.090606 0.998026</w:t>
        <w:br/>
        <w:t>vt 0.391885 0.886376</w:t>
        <w:br/>
        <w:t>vt 0.730096 0.083417</w:t>
        <w:br/>
        <w:t>vt 0.742180 0.121201</w:t>
        <w:br/>
        <w:t>vt 0.743534 0.131549</w:t>
        <w:br/>
        <w:t>vt 0.759740 0.075563</w:t>
        <w:br/>
        <w:t>vt 0.759491 0.084825</w:t>
        <w:br/>
        <w:t>vt 0.759497 0.094160</w:t>
        <w:br/>
        <w:t>vt 0.759598 0.102939</w:t>
        <w:br/>
        <w:t>vt 0.759765 0.111824</w:t>
        <w:br/>
        <w:t>vt 0.762377 0.056514</w:t>
        <w:br/>
        <w:t>vt 0.762734 0.045519</w:t>
        <w:br/>
        <w:t>vt 0.766678 0.036956</w:t>
        <w:br/>
        <w:t>vt 0.772702 0.014118</w:t>
        <w:br/>
        <w:t>vt 0.774037 0.003090</w:t>
        <w:br/>
        <w:t>vt 0.811206 0.121418</w:t>
        <w:br/>
        <w:t>vt 0.800743 0.127500</w:t>
        <w:br/>
        <w:t>vt 0.800149 0.117477</w:t>
        <w:br/>
        <w:t>vt 0.751051 0.120458</w:t>
        <w:br/>
        <w:t>vt 0.752125 0.130592</w:t>
        <w:br/>
        <w:t>vt 0.790650 0.139929</w:t>
        <w:br/>
        <w:t>vt 0.809777 0.286778</w:t>
        <w:br/>
        <w:t>vt 0.809273 0.309956</w:t>
        <w:br/>
        <w:t>vt 0.809301 0.327951</w:t>
        <w:br/>
        <w:t>vt 0.762412 0.142011</w:t>
        <w:br/>
        <w:t>vt 0.764420 0.154424</w:t>
        <w:br/>
        <w:t>vt 0.759968 0.119953</w:t>
        <w:br/>
        <w:t>vt 0.760790 0.129834</w:t>
        <w:br/>
        <w:t>vt 0.769490 0.129114</w:t>
        <w:br/>
        <w:t>vt 0.768937 0.119441</w:t>
        <w:br/>
        <w:t>vt 0.778007 0.118810</w:t>
        <w:br/>
        <w:t>vt 0.778261 0.128418</w:t>
        <w:br/>
        <w:t>vt 0.789012 0.118004</w:t>
        <w:br/>
        <w:t>vt 0.789807 0.127631</w:t>
        <w:br/>
        <w:t>vt 0.720363 0.085264</w:t>
        <w:br/>
        <w:t>vt 0.799261 0.095793</w:t>
        <w:br/>
        <w:t>vt 0.799534 0.088230</w:t>
        <w:br/>
        <w:t>vt 0.799783 0.080800</w:t>
        <w:br/>
        <w:t>vt 0.813912 0.121595</w:t>
        <w:br/>
        <w:t>vt 0.702260 0.069674</w:t>
        <w:br/>
        <w:t>vt 0.741497 0.062797</w:t>
        <w:br/>
        <w:t>vt 0.751329 0.064393</w:t>
        <w:br/>
        <w:t>vt 0.761096 0.066454</w:t>
        <w:br/>
        <w:t>vt 0.770827 0.068475</w:t>
        <w:br/>
        <w:t>vt 0.780710 0.069992</w:t>
        <w:br/>
        <w:t>vt 0.791329 0.071192</w:t>
        <w:br/>
        <w:t>vt 0.801981 0.070995</w:t>
        <w:br/>
        <w:t>vt 0.714935 0.033416</w:t>
        <w:br/>
        <w:t>vt 0.703037 0.126538</w:t>
        <w:br/>
        <w:t>vt 0.813912 0.109242</w:t>
        <w:br/>
        <w:t>vt 0.803625 0.042397</w:t>
        <w:br/>
        <w:t>vt 0.813912 0.043184</w:t>
        <w:br/>
        <w:t>vt 0.810740 0.042363</w:t>
        <w:br/>
        <w:t>vt 0.682632 0.032625</w:t>
        <w:br/>
        <w:t>vt 0.769421 0.027430</w:t>
        <w:br/>
        <w:t>vt 0.778516 0.029985</w:t>
        <w:br/>
        <w:t>vt 0.787707 0.031642</w:t>
        <w:br/>
        <w:t>vt 0.797237 0.032525</w:t>
        <w:br/>
        <w:t>vt 0.803607 0.033269</w:t>
        <w:br/>
        <w:t>vt 0.810032 0.033782</w:t>
        <w:br/>
        <w:t>vt 0.813912 0.034056</w:t>
        <w:br/>
        <w:t>vt 0.757896 0.051998</w:t>
        <w:br/>
        <w:t>vt 0.753913 0.055565</w:t>
        <w:br/>
        <w:t>vt 0.749985 0.057939</w:t>
        <w:br/>
        <w:t>vt 0.742349 0.060253</w:t>
        <w:br/>
        <w:t>vt 0.733302 0.062419</w:t>
        <w:br/>
        <w:t>vt 0.687685 0.048644</w:t>
        <w:br/>
        <w:t>vt 0.700365 0.048152</w:t>
        <w:br/>
        <w:t>vt 0.682632 0.003090</w:t>
        <w:br/>
        <w:t>vt 0.685750 0.003090</w:t>
        <w:br/>
        <w:t>vt 0.685750 0.003090</w:t>
        <w:br/>
        <w:t>vt 0.725232 0.049331</w:t>
        <w:br/>
        <w:t>vt 0.504283 0.957994</w:t>
        <w:br/>
        <w:t>vt 0.700811 0.123891</w:t>
        <w:br/>
        <w:t>vt 0.697330 0.122113</w:t>
        <w:br/>
        <w:t>vt 0.691234 0.121548</w:t>
        <w:br/>
        <w:t>vt 0.272613 0.839100</w:t>
        <w:br/>
        <w:t>vt 0.254743 0.860711</w:t>
        <w:br/>
        <w:t>vt 0.260924 0.838473</w:t>
        <w:br/>
        <w:t>vt 0.261405 0.851591</w:t>
        <w:br/>
        <w:t>vt 0.250832 0.838032</w:t>
        <w:br/>
        <w:t>vt 0.248902 0.866135</w:t>
        <w:br/>
        <w:t>vt 0.241680 0.837839</w:t>
        <w:br/>
        <w:t>vt 0.236519 0.849637</w:t>
        <w:br/>
        <w:t>vt 0.232488 0.838202</w:t>
        <w:br/>
        <w:t>vt 0.227214 0.861354</w:t>
        <w:br/>
        <w:t>vt 0.222145 0.857903</w:t>
        <w:br/>
        <w:t>vt 0.222422 0.838143</w:t>
        <w:br/>
        <w:t>vt 0.212551 0.848570</w:t>
        <w:br/>
        <w:t>vt 0.212421 0.838376</w:t>
        <w:br/>
        <w:t>vt 0.201095 0.838690</w:t>
        <w:br/>
        <w:t>vt 0.174111 0.605395</w:t>
        <w:br/>
        <w:t>vt 0.305571 0.610313</w:t>
        <w:br/>
        <w:t>vt 0.297279 0.612788</w:t>
        <w:br/>
        <w:t>vt 0.266871 0.623866</w:t>
        <w:br/>
        <w:t>vt 0.240305 0.635725</w:t>
        <w:br/>
        <w:t>vt 0.887340 0.698681</w:t>
        <w:br/>
        <w:t>vt 0.253793 0.631413</w:t>
        <w:br/>
        <w:t>vt 0.834399 0.770511</w:t>
        <w:br/>
        <w:t>vt 0.834399 0.761009</w:t>
        <w:br/>
        <w:t>vt 0.824439 0.792499</w:t>
        <w:br/>
        <w:t>vt 0.764294 0.776163</w:t>
        <w:br/>
        <w:t>vt 0.765075 0.778319</w:t>
        <w:br/>
        <w:t>vt 0.054678 0.747838</w:t>
        <w:br/>
        <w:t>vt 0.033237 0.746171</w:t>
        <w:br/>
        <w:t>vt 0.036113 0.726975</w:t>
        <w:br/>
        <w:t>vt 0.058984 0.728212</w:t>
        <w:br/>
        <w:t>vt 0.043749 0.690236</w:t>
        <w:br/>
        <w:t>vt 0.065229 0.691421</w:t>
        <w:br/>
        <w:t>vt 0.062831 0.703970</w:t>
        <w:br/>
        <w:t>vt 0.040879 0.702430</w:t>
        <w:br/>
        <w:t>vt 0.019498 0.702023</w:t>
        <w:br/>
        <w:t>vt 0.022008 0.689506</w:t>
        <w:br/>
        <w:t>vt 0.030375 0.650595</w:t>
        <w:br/>
        <w:t>vt 0.009894 0.649069</w:t>
        <w:br/>
        <w:t>vt 0.015708 0.625366</w:t>
        <w:br/>
        <w:t>vt 0.035515 0.628295</w:t>
        <w:br/>
        <w:t>vt 0.073125 0.628760</w:t>
        <w:br/>
        <w:t>vt 0.083086 0.627323</w:t>
        <w:br/>
        <w:t>vt 0.085418 0.651089</w:t>
        <w:br/>
        <w:t>vt 0.071291 0.651109</w:t>
        <w:br/>
        <w:t>vt 0.053027 0.650983</w:t>
        <w:br/>
        <w:t>vt 0.056905 0.629812</w:t>
        <w:br/>
        <w:t>vt 0.068355 0.673095</w:t>
        <w:br/>
        <w:t>vt 0.048049 0.672470</w:t>
        <w:br/>
        <w:t>vt 0.042005 0.597203</w:t>
        <w:br/>
        <w:t>vt 0.039773 0.609375</w:t>
        <w:br/>
        <w:t>vt 0.020728 0.605385</w:t>
        <w:br/>
        <w:t>vt 0.026750 0.580853</w:t>
        <w:br/>
        <w:t>vt 0.058413 0.611611</w:t>
        <w:br/>
        <w:t>vt 0.072165 0.609444</w:t>
        <w:br/>
        <w:t>vt 0.078878 0.608484</w:t>
        <w:br/>
        <w:t>vt 0.025665 0.671427</w:t>
        <w:br/>
        <w:t>vt 0.082384 0.674158</w:t>
        <w:br/>
        <w:t>vt 0.060669 0.716121</w:t>
        <w:br/>
        <w:t>vt 0.037956 0.714668</w:t>
        <w:br/>
        <w:t>vt 0.017021 0.714581</w:t>
        <w:br/>
        <w:t>vt 0.050432 0.767522</w:t>
        <w:br/>
        <w:t>vt 0.030347 0.765535</w:t>
        <w:br/>
        <w:t>vt 0.007877 0.670510</w:t>
        <w:br/>
        <w:t>vt 0.006584 0.689245</w:t>
        <w:br/>
        <w:t>vt 0.006042 0.701944</w:t>
        <w:br/>
        <w:t>vt 0.005569 0.714558</w:t>
        <w:br/>
        <w:t>vt 0.014534 0.727151</w:t>
        <w:br/>
        <w:t>vt 0.005475 0.727117</w:t>
        <w:br/>
        <w:t>vt 0.010353 0.745894</w:t>
        <w:br/>
        <w:t>vt 0.006051 0.745892</w:t>
        <w:br/>
        <w:t>vt 0.006503 0.764566</w:t>
        <w:br/>
        <w:t>vt 0.025127 0.800411</w:t>
        <w:br/>
        <w:t>vt 0.006917 0.799651</w:t>
        <w:br/>
        <w:t>vt 0.005269 0.930487</w:t>
        <w:br/>
        <w:t>vt 0.001897 0.951324</w:t>
        <w:br/>
        <w:t>vt 0.003469 0.930395</w:t>
        <w:br/>
        <w:t>vt 0.013307 0.901252</w:t>
        <w:br/>
        <w:t>vt 0.010242 0.901101</w:t>
        <w:br/>
        <w:t>vt 0.015031 0.868527</w:t>
        <w:br/>
        <w:t>vt 0.021727 0.868964</w:t>
        <w:br/>
        <w:t>vt 0.020022 0.834662</w:t>
        <w:br/>
        <w:t>vt 0.030458 0.835364</w:t>
        <w:br/>
        <w:t>vt 0.040143 0.801457</w:t>
        <w:br/>
        <w:t>vt 0.004045 0.900727</w:t>
        <w:br/>
        <w:t>vt 0.003536 0.867767</w:t>
        <w:br/>
        <w:t>vt 0.005211 0.833755</w:t>
        <w:br/>
        <w:t>vt 0.077202 0.692465</w:t>
        <w:br/>
        <w:t>vt 0.073148 0.704608</w:t>
        <w:br/>
        <w:t>vt 0.069014 0.716612</w:t>
        <w:br/>
        <w:t>vt 0.064863 0.728522</w:t>
        <w:br/>
        <w:t>vt 0.057566 0.748064</w:t>
        <w:br/>
        <w:t>vt 0.058697 0.608250</w:t>
        <w:br/>
        <w:t>vt 0.071711 0.598426</w:t>
        <w:br/>
        <w:t>vt 0.075365 0.594905</w:t>
        <w:br/>
        <w:t>vt 0.561604 0.595506</w:t>
        <w:br/>
        <w:t>vt 0.560973 0.595433</w:t>
        <w:br/>
        <w:t>vt 0.810641 0.755469</w:t>
        <w:br/>
        <w:t>vt 0.810641 0.755469</w:t>
        <w:br/>
        <w:t>vt 0.803251 0.745017</w:t>
        <w:br/>
        <w:t>vt 0.404155 0.852419</w:t>
        <w:br/>
        <w:t>vt 0.399639 0.846539</w:t>
        <w:br/>
        <w:t>vt 0.399145 0.824253</w:t>
        <w:br/>
        <w:t>vt 0.399047 0.810333</w:t>
        <w:br/>
        <w:t>vt 0.398573 0.794857</w:t>
        <w:br/>
        <w:t>vt 0.398233 0.769017</w:t>
        <w:br/>
        <w:t>vt 0.398831 0.742981</w:t>
        <w:br/>
        <w:t>vt 0.400026 0.717641</w:t>
        <w:br/>
        <w:t>vt 0.400828 0.695662</w:t>
        <w:br/>
        <w:t>vt 0.405997 0.684844</w:t>
        <w:br/>
        <w:t>vt 0.406931 0.679461</w:t>
        <w:br/>
        <w:t>vt 0.400724 0.661285</w:t>
        <w:br/>
        <w:t>vt 0.400395 0.650312</w:t>
        <w:br/>
        <w:t>vt 0.415776 0.640404</w:t>
        <w:br/>
        <w:t>vt 0.412429 0.630423</w:t>
        <w:br/>
        <w:t>vt 0.402462 0.624084</w:t>
        <w:br/>
        <w:t>vt 0.407865 0.674078</w:t>
        <w:br/>
        <w:t>vt 0.405094 0.666525</w:t>
        <w:br/>
        <w:t>vt 0.532825 0.985718</w:t>
        <w:br/>
        <w:t>vt 0.538613 0.982899</w:t>
        <w:br/>
        <w:t>vt 0.537577 0.981289</w:t>
        <w:br/>
        <w:t>vt 0.531995 0.983968</w:t>
        <w:br/>
        <w:t>vt 0.519205 0.992061</w:t>
        <w:br/>
        <w:t>vt 0.518875 0.990153</w:t>
        <w:br/>
        <w:t>vt 0.510997 0.992529</w:t>
        <w:br/>
        <w:t>vt 0.511317 0.994443</w:t>
        <w:br/>
        <w:t>vt 0.526253 0.989036</w:t>
        <w:br/>
        <w:t>vt 0.525765 0.987166</w:t>
        <w:br/>
        <w:t>vt 0.157570 0.035732</w:t>
        <w:br/>
        <w:t>vt 0.158400 0.040017</w:t>
        <w:br/>
        <w:t>vt 0.160668 0.038001</w:t>
        <w:br/>
        <w:t>vt 0.159793 0.033677</w:t>
        <w:br/>
        <w:t>vt 0.163445 0.041676</w:t>
        <w:br/>
        <w:t>vt 0.161052 0.043571</w:t>
        <w:br/>
        <w:t>vt 0.164332 0.045783</w:t>
        <w:br/>
        <w:t>vt 0.169367 0.046332</w:t>
        <w:br/>
        <w:t>vt 0.166834 0.043976</w:t>
        <w:br/>
        <w:t>vt 0.494234 0.989820</w:t>
        <w:br/>
        <w:t>vt 0.487343 0.986344</w:t>
        <w:br/>
        <w:t>vt 0.484096 0.994264</w:t>
        <w:br/>
        <w:t>vt 0.493119 0.995611</w:t>
        <w:br/>
        <w:t>vt 0.474791 0.980578</w:t>
        <w:br/>
        <w:t>vt 0.470778 0.988686</w:t>
        <w:br/>
        <w:t>vt 0.476892 0.991650</w:t>
        <w:br/>
        <w:t>vt 0.481147 0.983178</w:t>
        <w:br/>
        <w:t>vt 0.502236 0.993787</w:t>
        <w:br/>
        <w:t>vt 0.502552 0.995699</w:t>
        <w:br/>
        <w:t>vt 0.493126 0.963962</w:t>
        <w:br/>
        <w:t>vt 0.502001 0.962340</w:t>
        <w:br/>
        <w:t>vt 0.500157 0.959240</w:t>
        <w:br/>
        <w:t>vt 0.491784 0.962668</w:t>
        <w:br/>
        <w:t>vt 0.484980 0.967424</w:t>
        <w:br/>
        <w:t>vt 0.479804 0.973594</w:t>
        <w:br/>
        <w:t>vt 0.485119 0.976537</w:t>
        <w:br/>
        <w:t>vt 0.488907 0.970229</w:t>
        <w:br/>
        <w:t>vt 0.490967 0.980147</w:t>
        <w:br/>
        <w:t>vt 0.494336 0.973719</w:t>
        <w:br/>
        <w:t>vt 0.497301 0.984072</w:t>
        <w:br/>
        <w:t>vt 0.500600 0.977804</w:t>
        <w:br/>
        <w:t>vt 0.504744 0.969328</w:t>
        <w:br/>
        <w:t>vt 0.497946 0.966507</w:t>
        <w:br/>
        <w:t>vt 0.503860 0.988113</w:t>
        <w:br/>
        <w:t>vt 0.507032 0.982073</w:t>
        <w:br/>
        <w:t>vt 0.509000 0.978201</w:t>
        <w:br/>
        <w:t>vt 0.513222 0.986237</w:t>
        <w:br/>
        <w:t>vt 0.517772 0.975205</w:t>
        <w:br/>
        <w:t>vt 0.515330 0.980368</w:t>
        <w:br/>
        <w:t>vt 0.521946 0.984824</w:t>
        <w:br/>
        <w:t>vt 0.525658 0.980128</w:t>
        <w:br/>
        <w:t>vt 0.527460 0.971790</w:t>
        <w:br/>
        <w:t>vt 0.168610 0.037532</w:t>
        <w:br/>
        <w:t>vt 0.168618 0.029295</w:t>
        <w:br/>
        <w:t>vt 0.534282 0.973582</w:t>
        <w:br/>
        <w:t>vt 0.533100 0.980551</w:t>
        <w:br/>
        <w:t>vt 0.159329 0.019170</w:t>
        <w:br/>
        <w:t>vt 0.159966 0.030718</w:t>
        <w:br/>
        <w:t>vt 0.168039 0.019306</w:t>
        <w:br/>
        <w:t>vt 0.541902 0.975101</w:t>
        <w:br/>
        <w:t>vt 0.158951 0.007895</w:t>
        <w:br/>
        <w:t>vt 0.150064 0.007895</w:t>
        <w:br/>
        <w:t>vt 0.150898 0.018722</w:t>
        <w:br/>
        <w:t>vt 0.151920 0.031253</w:t>
        <w:br/>
        <w:t>vt 0.157933 0.032929</w:t>
        <w:br/>
        <w:t>vt 0.152775 0.034175</w:t>
        <w:br/>
        <w:t>vt 0.147941 0.034357</w:t>
        <w:br/>
        <w:t>vt 0.141961 0.018252</w:t>
        <w:br/>
        <w:t>vt 0.142108 0.026124</w:t>
        <w:br/>
        <w:t>vt 0.141737 0.007895</w:t>
        <w:br/>
        <w:t>vt 0.133151 0.007895</w:t>
        <w:br/>
        <w:t>vt 0.131545 0.018014</w:t>
        <w:br/>
        <w:t>vt 0.130826 0.025167</w:t>
        <w:br/>
        <w:t>vt 0.138230 0.032430</w:t>
        <w:br/>
        <w:t>vt 0.143163 0.033949</w:t>
        <w:br/>
        <w:t>vt 0.121992 0.023220</w:t>
        <w:br/>
        <w:t>vt 0.127670 0.023814</w:t>
        <w:br/>
        <w:t>vt 0.122270 0.017663</w:t>
        <w:br/>
        <w:t>vt 0.124943 0.007895</w:t>
        <w:br/>
        <w:t>vt 0.116750 0.007895</w:t>
        <w:br/>
        <w:t>vt 0.116313 0.014443</w:t>
        <w:br/>
        <w:t>vt 0.118639 0.021924</w:t>
        <w:br/>
        <w:t>vt 0.106063 0.009587</w:t>
        <w:br/>
        <w:t>vt 0.106262 0.010770</w:t>
        <w:br/>
        <w:t>vt 0.112683 0.015956</w:t>
        <w:br/>
        <w:t>vt 0.115964 0.019666</w:t>
        <w:br/>
        <w:t>vt 0.106461 0.011954</w:t>
        <w:br/>
        <w:t>vt 0.107955 0.007895</w:t>
        <w:br/>
        <w:t>vt 0.107009 0.008741</w:t>
        <w:br/>
        <w:t>vt 0.133969 0.029590</w:t>
        <w:br/>
        <w:t>vt 0.490432 0.315362</w:t>
        <w:br/>
        <w:t>vt 0.493448 0.314726</w:t>
        <w:br/>
        <w:t>vt 0.493401 0.313842</w:t>
        <w:br/>
        <w:t>vt 0.487997 0.315834</w:t>
        <w:br/>
        <w:t>vt 0.486935 0.322860</w:t>
        <w:br/>
        <w:t>vt 0.493591 0.323775</w:t>
        <w:br/>
        <w:t>vt 0.490432 0.315362</w:t>
        <w:br/>
        <w:t>vt 0.496264 0.315333</w:t>
        <w:br/>
        <w:t>vt 0.493448 0.314726</w:t>
        <w:br/>
        <w:t>vt 0.496264 0.315333</w:t>
        <w:br/>
        <w:t>vt 0.498538 0.315834</w:t>
        <w:br/>
        <w:t>vt 0.486936 0.322860</w:t>
        <w:br/>
        <w:t>vt 0.493608 0.317842</w:t>
        <w:br/>
        <w:t>vt 0.487997 0.315834</w:t>
        <w:br/>
        <w:t>vt 0.499835 0.322860</w:t>
        <w:br/>
        <w:t>vt 0.493851 0.323407</w:t>
        <w:br/>
        <w:t>vt 0.493280 0.315294</w:t>
        <w:br/>
        <w:t>vt 0.495644 0.315498</w:t>
        <w:br/>
        <w:t>vt 0.493400 0.313735</w:t>
        <w:br/>
        <w:t>vt 0.518795 0.576119</w:t>
        <w:br/>
        <w:t>vt 0.518218 0.588116</w:t>
        <w:br/>
        <w:t>vt 0.531771 0.585563</w:t>
        <w:br/>
        <w:t>vt 0.532803 0.574205</w:t>
        <w:br/>
        <w:t>vt 0.527903 0.642004</w:t>
        <w:br/>
        <w:t>vt 0.524195 0.651942</w:t>
        <w:br/>
        <w:t>vt 0.536587 0.652201</w:t>
        <w:br/>
        <w:t>vt 0.537778 0.642171</w:t>
        <w:br/>
        <w:t>vt 0.536540 0.633354</w:t>
        <w:br/>
        <w:t>vt 0.527968 0.634685</w:t>
        <w:br/>
        <w:t>vt 0.493414 0.314822</w:t>
        <w:br/>
        <w:t>vt 0.493400 0.313842</w:t>
        <w:br/>
        <w:t>vt 0.490937 0.315282</w:t>
        <w:br/>
        <w:t>vt 0.518209 0.596014</w:t>
        <w:br/>
        <w:t>vt 0.531580 0.595286</w:t>
        <w:br/>
        <w:t>vt 0.532408 0.603945</w:t>
        <w:br/>
        <w:t>vt 0.518353 0.603809</w:t>
        <w:br/>
        <w:t>vt 0.520201 0.613637</w:t>
        <w:br/>
        <w:t>vt 0.533914 0.613339</w:t>
        <w:br/>
        <w:t>vt 0.526054 0.625955</w:t>
        <w:br/>
        <w:t>vt 0.536745 0.624386</w:t>
        <w:br/>
        <w:t>vt 0.493236 0.322701</w:t>
        <w:br/>
        <w:t>vt 0.490937 0.315282</w:t>
        <w:br/>
        <w:t>vt 0.487997 0.315834</w:t>
        <w:br/>
        <w:t>vt 0.486936 0.322860</w:t>
        <w:br/>
        <w:t>vt 0.493414 0.314822</w:t>
        <w:br/>
        <w:t>vt 0.495945 0.315366</w:t>
        <w:br/>
        <w:t>vt 0.495945 0.315366</w:t>
        <w:br/>
        <w:t>vt 0.493054 0.315098</w:t>
        <w:br/>
        <w:t>vt 0.493401 0.313738</w:t>
        <w:br/>
        <w:t>vt 0.490108 0.315417</w:t>
        <w:br/>
        <w:t>vt 0.493104 0.322970</w:t>
        <w:br/>
        <w:t>vt 0.490108 0.315417</w:t>
        <w:br/>
        <w:t>vt 0.487997 0.315834</w:t>
        <w:br/>
        <w:t>vt 0.486936 0.322860</w:t>
        <w:br/>
        <w:t>vt 0.495807 0.315388</w:t>
        <w:br/>
        <w:t>vt 0.493054 0.315098</w:t>
        <w:br/>
        <w:t>vt 0.493264 0.314966</w:t>
        <w:br/>
        <w:t>vt 0.493401 0.313880</w:t>
        <w:br/>
        <w:t>vt 0.490384 0.315348</w:t>
        <w:br/>
        <w:t>vt 0.499674 0.332228</w:t>
        <w:br/>
        <w:t>vt 0.499835 0.322860</w:t>
        <w:br/>
        <w:t>vt 0.493274 0.323323</w:t>
        <w:br/>
        <w:t>vt 0.487997 0.315834</w:t>
        <w:br/>
        <w:t>vt 0.486936 0.322860</w:t>
        <w:br/>
        <w:t>vt 0.490384 0.315348</w:t>
        <w:br/>
        <w:t>vt 0.496186 0.315399</w:t>
        <w:br/>
        <w:t>vt 0.493264 0.314966</w:t>
        <w:br/>
        <w:t>vt 0.516665 0.587150</w:t>
        <w:br/>
        <w:t>vt 0.518218 0.588116</w:t>
        <w:br/>
        <w:t>vt 0.518795 0.576119</w:t>
        <w:br/>
        <w:t>vt 0.516452 0.576772</w:t>
        <w:br/>
        <w:t>vt 0.516484 0.596662</w:t>
        <w:br/>
        <w:t>vt 0.518209 0.596014</w:t>
        <w:br/>
        <w:t>vt 0.518353 0.603809</w:t>
        <w:br/>
        <w:t>vt 0.517225 0.605040</w:t>
        <w:br/>
        <w:t>vt 0.518309 0.614743</w:t>
        <w:br/>
        <w:t>vt 0.520201 0.613637</w:t>
        <w:br/>
        <w:t>vt 0.523907 0.625769</w:t>
        <w:br/>
        <w:t>vt 0.526054 0.625955</w:t>
        <w:br/>
        <w:t>vt 0.525933 0.634345</w:t>
        <w:br/>
        <w:t>vt 0.527968 0.634685</w:t>
        <w:br/>
        <w:t>vt 0.526476 0.641923</w:t>
        <w:br/>
        <w:t>vt 0.522285 0.650577</w:t>
        <w:br/>
        <w:t>vt 0.487997 0.315834</w:t>
        <w:br/>
        <w:t>vt 0.490789 0.315514</w:t>
        <w:br/>
        <w:t>vt 0.490789 0.315514</w:t>
        <w:br/>
        <w:t>vt 0.498538 0.315834</w:t>
        <w:br/>
        <w:t>vt 0.495644 0.315498</w:t>
        <w:br/>
        <w:t>vt 0.493280 0.315294</w:t>
        <w:br/>
        <w:t>vt 0.498538 0.315834</w:t>
        <w:br/>
        <w:t>vt 0.499674 0.332228</w:t>
        <w:br/>
        <w:t>vt 0.493884 0.332228</w:t>
        <w:br/>
        <w:t>vt 0.487647 0.332228</w:t>
        <w:br/>
        <w:t>vt 0.499674 0.332228</w:t>
        <w:br/>
        <w:t>vt 0.499835 0.322860</w:t>
        <w:br/>
        <w:t>vt 0.487647 0.332228</w:t>
        <w:br/>
        <w:t>vt 0.493884 0.332228</w:t>
        <w:br/>
        <w:t>vt 0.498538 0.315834</w:t>
        <w:br/>
        <w:t>vt 0.487997 0.315834</w:t>
        <w:br/>
        <w:t>vt 0.498538 0.315834</w:t>
        <w:br/>
        <w:t>vt 0.499835 0.322860</w:t>
        <w:br/>
        <w:t>vt 0.499674 0.332228</w:t>
        <w:br/>
        <w:t>vt 0.487647 0.332228</w:t>
        <w:br/>
        <w:t>vt 0.493884 0.332228</w:t>
        <w:br/>
        <w:t>vt 0.498538 0.315834</w:t>
        <w:br/>
        <w:t>vt 0.495807 0.315388</w:t>
        <w:br/>
        <w:t>vt 0.498538 0.315834</w:t>
        <w:br/>
        <w:t>vt 0.487997 0.315834</w:t>
        <w:br/>
        <w:t>vt 0.487647 0.332228</w:t>
        <w:br/>
        <w:t>vt 0.498538 0.315834</w:t>
        <w:br/>
        <w:t>vt 0.496186 0.315399</w:t>
        <w:br/>
        <w:t>vt 0.498538 0.315834</w:t>
        <w:br/>
        <w:t>vt 0.487997 0.315834</w:t>
        <w:br/>
        <w:t>vt 0.493884 0.332228</w:t>
        <w:br/>
        <w:t>vt 0.499835 0.322860</w:t>
        <w:br/>
        <w:t>vt 0.499673 0.332228</w:t>
        <w:br/>
        <w:t>vt 0.493884 0.332228</w:t>
        <w:br/>
        <w:t>vt 0.487647 0.332228</w:t>
        <w:br/>
        <w:t>vt 0.498538 0.315834</w:t>
        <w:br/>
        <w:t>vt 0.487997 0.315834</w:t>
        <w:br/>
        <w:t>vt 0.290577 0.977045</w:t>
        <w:br/>
        <w:t>vt 0.298013 0.977045</w:t>
        <w:br/>
        <w:t>vt 0.289359 0.968265</w:t>
        <w:br/>
        <w:t>vt 0.277518 0.977045</w:t>
        <w:br/>
        <w:t>vt 0.264240 0.977045</w:t>
        <w:br/>
        <w:t>vt 0.213228 0.977045</w:t>
        <w:br/>
        <w:t>vt 0.214475 0.968425</w:t>
        <w:br/>
        <w:t>vt 0.206052 0.977045</w:t>
        <w:br/>
        <w:t>vt 0.223116 0.977045</w:t>
        <w:br/>
        <w:t>vt 0.239727 0.977045</w:t>
        <w:br/>
        <w:t>vt 0.276047 0.713785</w:t>
        <w:br/>
        <w:t>vt 0.261831 0.711806</w:t>
        <w:br/>
        <w:t>vt 0.257830 0.747688</w:t>
        <w:br/>
        <w:t>vt 0.272988 0.748817</w:t>
        <w:br/>
        <w:t>vt 0.247985 0.709914</w:t>
        <w:br/>
        <w:t>vt 0.245684 0.746748</w:t>
        <w:br/>
        <w:t>vt 0.238175 0.709087</w:t>
        <w:br/>
        <w:t>vt 0.235838 0.746663</w:t>
        <w:br/>
        <w:t>vt 0.234362 0.776603</w:t>
        <w:br/>
        <w:t>vt 0.244834 0.776593</w:t>
        <w:br/>
        <w:t>vt 0.255937 0.777073</w:t>
        <w:br/>
        <w:t>vt 0.225699 0.746664</w:t>
        <w:br/>
        <w:t>vt 0.228213 0.709162</w:t>
        <w:br/>
        <w:t>vt 0.213832 0.710110</w:t>
        <w:br/>
        <w:t>vt 0.213205 0.746957</w:t>
        <w:br/>
        <w:t>vt 0.300457 0.717049</w:t>
        <w:br/>
        <w:t>vt 0.287570 0.715358</w:t>
        <w:br/>
        <w:t>vt 0.285206 0.749893</w:t>
        <w:br/>
        <w:t>vt 0.296444 0.750935</w:t>
        <w:br/>
        <w:t>vt 0.291486 0.780442</w:t>
        <w:br/>
        <w:t>vt 0.301916 0.781770</w:t>
        <w:br/>
        <w:t>vt 0.307576 0.751921</w:t>
        <w:br/>
        <w:t>vt 0.318800 0.753160</w:t>
        <w:br/>
        <w:t>vt 0.326586 0.719702</w:t>
        <w:br/>
        <w:t>vt 0.313936 0.718589</w:t>
        <w:br/>
        <w:t>vt 0.328575 0.754728</w:t>
        <w:br/>
        <w:t>vt 0.338710 0.721061</w:t>
        <w:br/>
        <w:t>vt 0.351680 0.722567</w:t>
        <w:br/>
        <w:t>vt 0.339463 0.759166</w:t>
        <w:br/>
        <w:t>vt 0.312252 0.783459</w:t>
        <w:br/>
        <w:t>vt 0.281197 0.779199</w:t>
        <w:br/>
        <w:t>vt 0.277807 0.807002</w:t>
        <w:br/>
        <w:t>vt 0.266664 0.806576</w:t>
        <w:br/>
        <w:t>vt 0.265034 0.816876</w:t>
        <w:br/>
        <w:t>vt 0.276917 0.817840</w:t>
        <w:br/>
        <w:t>vt 0.269356 0.778054</w:t>
        <w:br/>
        <w:t>vt 0.254379 0.806199</w:t>
        <w:br/>
        <w:t>vt 0.253404 0.816743</w:t>
        <w:br/>
        <w:t>vt 0.243702 0.805929</w:t>
        <w:br/>
        <w:t>vt 0.243142 0.816481</w:t>
        <w:br/>
        <w:t>vt 0.285956 0.816413</w:t>
        <w:br/>
        <w:t>vt 0.287314 0.807388</w:t>
        <w:br/>
        <w:t>vt 0.175683 0.713316</w:t>
        <w:br/>
        <w:t>vt 0.177080 0.748884</w:t>
        <w:br/>
        <w:t>vt 0.187463 0.748111</w:t>
        <w:br/>
        <w:t>vt 0.187723 0.712275</w:t>
        <w:br/>
        <w:t>vt 0.178746 0.780816</w:t>
        <w:br/>
        <w:t>vt 0.188959 0.779629</w:t>
        <w:br/>
        <w:t>vt 0.162364 0.714572</w:t>
        <w:br/>
        <w:t>vt 0.165853 0.749886</w:t>
        <w:br/>
        <w:t>vt 0.169157 0.782084</w:t>
        <w:br/>
        <w:t>vt 0.200232 0.816598</w:t>
        <w:br/>
        <w:t>vt 0.200577 0.805568</w:t>
        <w:br/>
        <w:t>vt 0.191499 0.805694</w:t>
        <w:br/>
        <w:t>vt 0.192739 0.816652</w:t>
        <w:br/>
        <w:t>vt 0.199666 0.778568</w:t>
        <w:br/>
        <w:t>vt 0.199001 0.747519</w:t>
        <w:br/>
        <w:t>vt 0.199043 0.711264</w:t>
        <w:br/>
        <w:t>vt 0.223676 0.776918</w:t>
        <w:br/>
        <w:t>vt 0.211764 0.805543</w:t>
        <w:br/>
        <w:t>vt 0.211792 0.816363</w:t>
        <w:br/>
        <w:t>vt 0.222649 0.816230</w:t>
        <w:br/>
        <w:t>vt 0.222902 0.805544</w:t>
        <w:br/>
        <w:t>vt 0.211956 0.777621</w:t>
        <w:br/>
        <w:t>vt 0.232561 0.816293</w:t>
        <w:br/>
        <w:t>vt 0.233344 0.805696</w:t>
        <w:br/>
        <w:t>vt 0.145566 0.751881</w:t>
        <w:br/>
        <w:t>vt 0.138135 0.716732</w:t>
        <w:br/>
        <w:t>vt 0.125767 0.718117</w:t>
        <w:br/>
        <w:t>vt 0.133885 0.753687</w:t>
        <w:br/>
        <w:t>vt 0.154102 0.751055</w:t>
        <w:br/>
        <w:t>vt 0.158620 0.783542</w:t>
        <w:br/>
        <w:t>vt 0.148806 0.715683</w:t>
        <w:br/>
        <w:t>vt 0.252045 0.977045</w:t>
        <w:br/>
        <w:t>vt 0.354587 0.752178</w:t>
        <w:br/>
        <w:t>vt 0.366007 0.723987</w:t>
        <w:br/>
        <w:t>vt 0.297271 0.808077</w:t>
        <w:br/>
        <w:t>vt 0.305120 0.799801</w:t>
        <w:br/>
        <w:t>vt 0.291801 0.817709</w:t>
        <w:br/>
        <w:t>vt 0.297271 0.808077</w:t>
        <w:br/>
        <w:t>vt 0.262988 0.827751</w:t>
        <w:br/>
        <w:t>vt 0.277843 0.827342</w:t>
        <w:br/>
        <w:t>vt 0.283332 0.821272</w:t>
        <w:br/>
        <w:t>vt 0.111122 0.719872</w:t>
        <w:br/>
        <w:t>vt 0.099321 0.721939</w:t>
        <w:br/>
        <w:t>vt 0.107092 0.745202</w:t>
        <w:br/>
        <w:t>vt 0.119947 0.748036</w:t>
        <w:br/>
        <w:t>vt 0.369306 0.748802</w:t>
        <w:br/>
        <w:t>vt 0.379039 0.725786</w:t>
        <w:br/>
        <w:t>vt 0.318928 0.785280</w:t>
        <w:br/>
        <w:t>vt 0.313472 0.796051</w:t>
        <w:br/>
        <w:t>vt 0.179553 0.806266</w:t>
        <w:br/>
        <w:t>vt 0.183399 0.817335</w:t>
        <w:br/>
        <w:t>vt 0.222480 0.826988</w:t>
        <w:br/>
        <w:t>vt 0.211987 0.827247</w:t>
        <w:br/>
        <w:t>vt 0.200036 0.827659</w:t>
        <w:br/>
        <w:t>vt 0.195055 0.827899</w:t>
        <w:br/>
        <w:t>vt 0.183399 0.817335</w:t>
        <w:br/>
        <w:t>vt 0.162813 0.793524</w:t>
        <w:br/>
        <w:t>vt 0.171436 0.798204</w:t>
        <w:br/>
        <w:t>vt 0.326641 0.771646</w:t>
        <w:br/>
        <w:t>vt 0.313472 0.796051</w:t>
        <w:br/>
        <w:t>vt 0.195055 0.827899</w:t>
        <w:br/>
        <w:t>vt 0.801327 0.687509</w:t>
        <w:br/>
        <w:t>vt 0.814380 0.688695</w:t>
        <w:br/>
        <w:t>vt 0.813492 0.679770</w:t>
        <w:br/>
        <w:t>vt 0.824249 0.668590</w:t>
        <w:br/>
        <w:t>vt 0.826524 0.677741</w:t>
        <w:br/>
        <w:t>vt 0.834997 0.675961</w:t>
        <w:br/>
        <w:t>vt 0.833362 0.666123</w:t>
        <w:br/>
        <w:t>vt 0.825487 0.659862</w:t>
        <w:br/>
        <w:t>vt 0.843532 0.675300</w:t>
        <w:br/>
        <w:t>vt 0.840614 0.666821</w:t>
        <w:br/>
        <w:t>vt 0.838001 0.657787</w:t>
        <w:br/>
        <w:t>vt 0.832648 0.656226</w:t>
        <w:br/>
        <w:t>vt 0.827216 0.653461</w:t>
        <w:br/>
        <w:t>vt 0.844742 0.658211</w:t>
        <w:br/>
        <w:t>vt 0.844965 0.651479</w:t>
        <w:br/>
        <w:t>vt 0.838952 0.649901</w:t>
        <w:br/>
        <w:t>vt 0.846268 0.643108</w:t>
        <w:br/>
        <w:t>vt 0.840533 0.641786</w:t>
        <w:br/>
        <w:t>vt 0.848897 0.667965</w:t>
        <w:br/>
        <w:t>vt 0.836507 0.684413</w:t>
        <w:br/>
        <w:t>vt 0.828460 0.689052</w:t>
        <w:br/>
        <w:t>vt 0.836486 0.691207</w:t>
        <w:br/>
        <w:t>vt 0.844276 0.683073</w:t>
        <w:br/>
        <w:t>vt 0.844092 0.691059</w:t>
        <w:br/>
        <w:t>vt 0.812031 0.658125</w:t>
        <w:br/>
        <w:t>vt 0.817975 0.648018</w:t>
        <w:br/>
        <w:t>vt 0.815444 0.652901</w:t>
        <w:br/>
        <w:t>vt 0.831490 0.638238</w:t>
        <w:br/>
        <w:t>vt 0.822434 0.634217</w:t>
        <w:br/>
        <w:t>vt 0.820251 0.641324</w:t>
        <w:br/>
        <w:t>vt 0.829433 0.646013</w:t>
        <w:br/>
        <w:t>vt 0.807231 0.662431</w:t>
        <w:br/>
        <w:t>vt 0.802443 0.667354</w:t>
        <w:br/>
        <w:t>vt 0.814900 0.669983</w:t>
        <w:br/>
        <w:t>vt 0.796245 0.672843</w:t>
        <w:br/>
        <w:t>vt 0.813890 0.697442</w:t>
        <w:br/>
        <w:t>vt 0.827687 0.697934</w:t>
        <w:br/>
        <w:t>vt 0.827008 0.707260</w:t>
        <w:br/>
        <w:t>vt 0.835717 0.705270</w:t>
        <w:br/>
        <w:t>vt 0.836404 0.698132</w:t>
        <w:br/>
        <w:t>vt 0.843343 0.705075</w:t>
        <w:br/>
        <w:t>vt 0.844226 0.698314</w:t>
        <w:br/>
        <w:t>vt 0.813612 0.706139</w:t>
        <w:br/>
        <w:t>vt 0.811725 0.714104</w:t>
        <w:br/>
        <w:t>vt 0.824352 0.716751</w:t>
        <w:br/>
        <w:t>vt 0.800888 0.704860</w:t>
        <w:br/>
        <w:t>vt 0.800297 0.696040</w:t>
        <w:br/>
        <w:t>vt 0.788723 0.678948</w:t>
        <w:br/>
        <w:t>vt 0.781376 0.685901</w:t>
        <w:br/>
        <w:t>vt 0.777327 0.693809</w:t>
        <w:br/>
        <w:t>vt 0.781229 0.703277</w:t>
        <w:br/>
        <w:t>vt 0.861712 0.689438</w:t>
        <w:br/>
        <w:t>vt 0.870107 0.689433</w:t>
        <w:br/>
        <w:t>vt 0.868399 0.685561</w:t>
        <w:br/>
        <w:t>vt 0.861238 0.681414</w:t>
        <w:br/>
        <w:t>vt 0.303304 0.634285</w:t>
        <w:br/>
        <w:t>vt 0.316532 0.633080</w:t>
        <w:br/>
        <w:t>vt 0.308038 0.621661</w:t>
        <w:br/>
        <w:t>vt 0.282357 0.617675</w:t>
        <w:br/>
        <w:t>vt 0.272448 0.626997</w:t>
        <w:br/>
        <w:t>vt 0.284713 0.629572</w:t>
        <w:br/>
        <w:t>vt 0.277457 0.640448</w:t>
        <w:br/>
        <w:t>vt 0.265096 0.638559</w:t>
        <w:br/>
        <w:t>vt 0.290642 0.642529</w:t>
        <w:br/>
        <w:t>vt 0.294597 0.631594</w:t>
        <w:br/>
        <w:t>vt 0.295064 0.620923</w:t>
        <w:br/>
        <w:t>vt 0.301748 0.645591</w:t>
        <w:br/>
        <w:t>vt 0.311031 0.646062</w:t>
        <w:br/>
        <w:t>vt 0.301286 0.657073</w:t>
        <w:br/>
        <w:t>vt 0.314686 0.658970</w:t>
        <w:br/>
        <w:t>vt 0.328453 0.658731</w:t>
        <w:br/>
        <w:t>vt 0.316871 0.671287</w:t>
        <w:br/>
        <w:t>vt 0.331648 0.672295</w:t>
        <w:br/>
        <w:t>vt 0.322619 0.645500</w:t>
        <w:br/>
        <w:t>vt 0.345024 0.671303</w:t>
        <w:br/>
        <w:t>vt 0.340774 0.655403</w:t>
        <w:br/>
        <w:t>vt 0.333074 0.640555</w:t>
        <w:br/>
        <w:t>vt 0.301343 0.668915</w:t>
        <w:br/>
        <w:t>vt 0.301607 0.684927</w:t>
        <w:br/>
        <w:t>vt 0.316851 0.686699</w:t>
        <w:br/>
        <w:t>vt 0.331671 0.687711</w:t>
        <w:br/>
        <w:t>vt 0.287634 0.653902</w:t>
        <w:br/>
        <w:t>vt 0.286076 0.665851</w:t>
        <w:br/>
        <w:t>vt 0.332680 0.626313</w:t>
        <w:br/>
        <w:t>vt 0.343964 0.636851</w:t>
        <w:br/>
        <w:t>vt 0.319384 0.612864</w:t>
        <w:br/>
        <w:t>vt 0.306708 0.612989</w:t>
        <w:br/>
        <w:t>vt 0.328034 0.607564</w:t>
        <w:br/>
        <w:t>vt 0.321047 0.600354</w:t>
        <w:br/>
        <w:t>vt 0.313736 0.604590</w:t>
        <w:br/>
        <w:t>vt 0.339963 0.607247</w:t>
        <w:br/>
        <w:t>vt 0.334623 0.601742</w:t>
        <w:br/>
        <w:t>vt 0.328034 0.607564</w:t>
        <w:br/>
        <w:t>vt 0.331462 0.614036</w:t>
        <w:br/>
        <w:t>vt 0.322165 0.619514</w:t>
        <w:br/>
        <w:t>vt 0.344922 0.621239</w:t>
        <w:br/>
        <w:t>vt 0.364190 0.624181</w:t>
        <w:br/>
        <w:t>vt 0.352333 0.613676</w:t>
        <w:br/>
        <w:t>vt 0.354777 0.632191</w:t>
        <w:br/>
        <w:t>vt 0.148667 0.609073</w:t>
        <w:br/>
        <w:t>vt 0.155155 0.605136</w:t>
        <w:br/>
        <w:t>vt 0.148307 0.599449</w:t>
        <w:br/>
        <w:t>vt 0.140188 0.601720</w:t>
        <w:br/>
        <w:t>vt 0.158459 0.614455</w:t>
        <w:br/>
        <w:t>vt 0.163305 0.610352</w:t>
        <w:br/>
        <w:t>vt 0.155155 0.605136</w:t>
        <w:br/>
        <w:t>vt 0.163305 0.610352</w:t>
        <w:br/>
        <w:t>vt 0.167709 0.601768</w:t>
        <w:br/>
        <w:t>vt 0.161364 0.597198</w:t>
        <w:br/>
        <w:t>vt 0.148307 0.599449</w:t>
        <w:br/>
        <w:t>vt 0.155295 0.592144</w:t>
        <w:br/>
        <w:t>vt 0.334623 0.601742</w:t>
        <w:br/>
        <w:t>vt 0.326894 0.595488</w:t>
        <w:br/>
        <w:t>vt 0.852666 0.705830</w:t>
        <w:br/>
        <w:t>vt 0.853810 0.698495</w:t>
        <w:br/>
        <w:t>vt 0.853266 0.689669</w:t>
        <w:br/>
        <w:t>vt 0.853183 0.681203</w:t>
        <w:br/>
        <w:t>vt 0.860983 0.706915</w:t>
        <w:br/>
        <w:t>vt 0.862416 0.698602</w:t>
        <w:br/>
        <w:t>vt 0.871021 0.698836</w:t>
        <w:br/>
        <w:t>vt 0.879727 0.699423</w:t>
        <w:br/>
        <w:t>vt 0.883767 0.694365</w:t>
        <w:br/>
        <w:t>vt 0.876221 0.689604</w:t>
        <w:br/>
        <w:t>vt 0.870361 0.708670</w:t>
        <w:br/>
        <w:t>vt 0.879325 0.704894</w:t>
        <w:br/>
        <w:t>vt 0.850277 0.714138</w:t>
        <w:br/>
        <w:t>vt 0.859195 0.712833</w:t>
        <w:br/>
        <w:t>vt 0.849759 0.719691</w:t>
        <w:br/>
        <w:t>vt 0.842034 0.712423</w:t>
        <w:br/>
        <w:t>vt 0.229164 0.631732</w:t>
        <w:br/>
        <w:t>vt 0.216626 0.624692</w:t>
        <w:br/>
        <w:t>vt 0.222802 0.635136</w:t>
        <w:br/>
        <w:t>vt 0.250309 0.647551</w:t>
        <w:br/>
        <w:t>vt 0.238494 0.646989</w:t>
        <w:br/>
        <w:t>vt 0.238716 0.658730</w:t>
        <w:br/>
        <w:t>vt 0.249822 0.659527</w:t>
        <w:br/>
        <w:t>vt 0.239188 0.676072</w:t>
        <w:br/>
        <w:t>vt 0.250803 0.677173</w:t>
        <w:br/>
        <w:t>vt 0.262387 0.678709</w:t>
        <w:br/>
        <w:t>vt 0.273086 0.680416</w:t>
        <w:br/>
        <w:t>vt 0.271681 0.662933</w:t>
        <w:br/>
        <w:t>vt 0.261206 0.661102</w:t>
        <w:br/>
        <w:t>vt 0.227141 0.676285</w:t>
        <w:br/>
        <w:t>vt 0.227165 0.658903</w:t>
        <w:br/>
        <w:t>vt 0.884028 0.702264</w:t>
        <w:br/>
        <w:t>vt 0.207778 0.627181</w:t>
        <w:br/>
        <w:t>vt 0.212417 0.636242</w:t>
        <w:br/>
        <w:t>vt 0.212240 0.649229</w:t>
        <w:br/>
        <w:t>vt 0.226003 0.647245</w:t>
        <w:br/>
        <w:t>vt 0.214497 0.660298</w:t>
        <w:br/>
        <w:t>vt 0.184446 0.619891</w:t>
        <w:br/>
        <w:t>vt 0.187323 0.630265</w:t>
        <w:br/>
        <w:t>vt 0.199228 0.627732</w:t>
        <w:br/>
        <w:t>vt 0.198431 0.616262</w:t>
        <w:br/>
        <w:t>vt 0.191935 0.640662</w:t>
        <w:br/>
        <w:t>vt 0.202592 0.639047</w:t>
        <w:br/>
        <w:t>vt 0.202300 0.650682</w:t>
        <w:br/>
        <w:t>vt 0.192314 0.651712</w:t>
        <w:br/>
        <w:t>vt 0.191211 0.663673</w:t>
        <w:br/>
        <w:t>vt 0.202834 0.661915</w:t>
        <w:br/>
        <w:t>vt 0.262069 0.649570</w:t>
        <w:br/>
        <w:t>vt 0.252784 0.635310</w:t>
        <w:br/>
        <w:t>vt 0.273405 0.651415</w:t>
        <w:br/>
        <w:t>vt 0.345126 0.688239</w:t>
        <w:br/>
        <w:t>vt 0.388439 0.687220</w:t>
        <w:br/>
        <w:t>vt 0.387834 0.667293</w:t>
        <w:br/>
        <w:t>vt 0.373124 0.669000</w:t>
        <w:br/>
        <w:t>vt 0.373181 0.688179</w:t>
        <w:br/>
        <w:t>vt 0.358896 0.670189</w:t>
        <w:br/>
        <w:t>vt 0.358882 0.688373</w:t>
        <w:br/>
        <w:t>vt 0.286657 0.682632</w:t>
        <w:br/>
        <w:t>vt 0.787800 0.711539</w:t>
        <w:br/>
        <w:t>vt 0.794421 0.719409</w:t>
        <w:br/>
        <w:t>vt 0.794421 0.719409</w:t>
        <w:br/>
        <w:t>vt 0.792149 0.720515</w:t>
        <w:br/>
        <w:t>vt 0.796801 0.727237</w:t>
        <w:br/>
        <w:t>vt 0.799576 0.725960</w:t>
        <w:br/>
        <w:t>vt 0.801020 0.733065</w:t>
        <w:br/>
        <w:t>vt 0.803722 0.731408</w:t>
        <w:br/>
        <w:t>vt 0.805474 0.738114</w:t>
        <w:br/>
        <w:t>vt 0.808144 0.736093</w:t>
        <w:br/>
        <w:t>vt 0.809728 0.742601</w:t>
        <w:br/>
        <w:t>vt 0.812240 0.741609</w:t>
        <w:br/>
        <w:t>vt 0.811917 0.748431</w:t>
        <w:br/>
        <w:t>vt 0.816561 0.747415</w:t>
        <w:br/>
        <w:t>vt 0.781229 0.703277</w:t>
        <w:br/>
        <w:t>vt 0.779060 0.704093</w:t>
        <w:br/>
        <w:t>vt 0.785527 0.712675</w:t>
        <w:br/>
        <w:t>vt 0.787800 0.711539</w:t>
        <w:br/>
        <w:t>vt 0.775002 0.693844</w:t>
        <w:br/>
        <w:t>vt 0.777327 0.693809</w:t>
        <w:br/>
        <w:t>vt 0.781376 0.685901</w:t>
        <w:br/>
        <w:t>vt 0.779347 0.684619</w:t>
        <w:br/>
        <w:t>vt 0.788723 0.678948</w:t>
        <w:br/>
        <w:t>vt 0.786873 0.677341</w:t>
        <w:br/>
        <w:t>vt 0.811872 0.724305</w:t>
        <w:br/>
        <w:t>vt 0.803722 0.731408</w:t>
        <w:br/>
        <w:t>vt 0.808144 0.736093</w:t>
        <w:br/>
        <w:t>vt 0.820791 0.727269</w:t>
        <w:br/>
        <w:t>vt 0.822675 0.734574</w:t>
        <w:br/>
        <w:t>vt 0.829550 0.731076</w:t>
        <w:br/>
        <w:t>vt 0.836580 0.737519</w:t>
        <w:br/>
        <w:t>vt 0.836452 0.729239</w:t>
        <w:br/>
        <w:t>vt 0.831285 0.739118</w:t>
        <w:br/>
        <w:t>vt 0.833982 0.746850</w:t>
        <w:br/>
        <w:t>vt 0.838744 0.745199</w:t>
        <w:br/>
        <w:t>vt 0.843342 0.737071</w:t>
        <w:br/>
        <w:t>vt 0.844789 0.743856</w:t>
        <w:br/>
        <w:t>vt 0.844309 0.727945</w:t>
        <w:br/>
        <w:t>vt 0.832870 0.718623</w:t>
        <w:br/>
        <w:t>vt 0.840675 0.719163</w:t>
        <w:br/>
        <w:t>vt 0.826070 0.741997</w:t>
        <w:br/>
        <w:t>vt 0.816561 0.747415</w:t>
        <w:br/>
        <w:t>vt 0.812240 0.741609</w:t>
        <w:br/>
        <w:t>vt 0.829216 0.749086</w:t>
        <w:br/>
        <w:t>vt 0.834327 0.648371</w:t>
        <w:br/>
        <w:t>vt 0.836065 0.640274</w:t>
        <w:br/>
        <w:t>vt 0.799576 0.725960</w:t>
        <w:br/>
        <w:t>vt 0.816255 0.630839</w:t>
        <w:br/>
        <w:t>vt 0.814586 0.637339</w:t>
        <w:br/>
        <w:t>vt 0.822434 0.634217</w:t>
        <w:br/>
        <w:t>vt 0.820562 0.753550</w:t>
        <w:br/>
        <w:t>vt 0.184587 0.610790</w:t>
        <w:br/>
        <w:t>vt 0.175108 0.610812</w:t>
        <w:br/>
        <w:t>vt 0.171965 0.617828</w:t>
        <w:br/>
        <w:t>vt 0.178326 0.631512</w:t>
        <w:br/>
        <w:t>vt 0.167556 0.629990</w:t>
        <w:br/>
        <w:t>vt 0.160831 0.641363</w:t>
        <w:br/>
        <w:t>vt 0.170294 0.642644</w:t>
        <w:br/>
        <w:t>vt 0.180707 0.641636</w:t>
        <w:br/>
        <w:t>vt 0.151617 0.622369</w:t>
        <w:br/>
        <w:t>vt 0.138767 0.617188</w:t>
        <w:br/>
        <w:t>vt 0.140506 0.632180</w:t>
        <w:br/>
        <w:t>vt 0.151285 0.635985</w:t>
        <w:br/>
        <w:t>vt 0.128623 0.647952</w:t>
        <w:br/>
        <w:t>vt 0.141388 0.650492</w:t>
        <w:br/>
        <w:t>vt 0.134830 0.666262</w:t>
        <w:br/>
        <w:t>vt 0.120978 0.665685</w:t>
        <w:br/>
        <w:t>vt 0.118916 0.683990</w:t>
        <w:br/>
        <w:t>vt 0.132786 0.683812</w:t>
        <w:br/>
        <w:t>vt 0.106574 0.665056</w:t>
        <w:br/>
        <w:t>vt 0.104532 0.684187</w:t>
        <w:br/>
        <w:t>vt 0.115042 0.645938</w:t>
        <w:br/>
        <w:t>vt 0.101168 0.642174</w:t>
        <w:br/>
        <w:t>vt 0.091434 0.663923</w:t>
        <w:br/>
        <w:t>vt 0.090734 0.683793</w:t>
        <w:br/>
        <w:t>vt 0.146355 0.683536</w:t>
        <w:br/>
        <w:t>vt 0.148093 0.667192</w:t>
        <w:br/>
        <w:t>vt 0.161986 0.682980</w:t>
        <w:br/>
        <w:t>vt 0.163048 0.666913</w:t>
        <w:br/>
        <w:t>vt 0.165707 0.654441</w:t>
        <w:br/>
        <w:t>vt 0.153446 0.653852</w:t>
        <w:br/>
        <w:t>vt 0.129278 0.628045</w:t>
        <w:br/>
        <w:t>vt 0.129765 0.610414</w:t>
        <w:br/>
        <w:t>vt 0.117893 0.621384</w:t>
        <w:br/>
        <w:t>vt 0.214387 0.677584</w:t>
        <w:br/>
        <w:t>vt 0.202429 0.679040</w:t>
        <w:br/>
        <w:t>vt 0.190580 0.680601</w:t>
        <w:br/>
        <w:t>vt 0.179670 0.665245</w:t>
        <w:br/>
        <w:t>vt 0.178430 0.681957</w:t>
        <w:br/>
        <w:t>vt 0.180732 0.653179</w:t>
        <w:br/>
        <w:t>vt 0.796245 0.672843</w:t>
        <w:br/>
        <w:t>vt 0.802443 0.667354</w:t>
        <w:br/>
        <w:t>vt 0.800105 0.665895</w:t>
        <w:br/>
        <w:t>vt 0.794120 0.671296</w:t>
        <w:br/>
        <w:t>vt 0.812031 0.658125</w:t>
        <w:br/>
        <w:t>vt 0.815444 0.652901</w:t>
        <w:br/>
        <w:t>vt 0.807587 0.654956</w:t>
        <w:br/>
        <w:t>vt 0.817975 0.648018</w:t>
        <w:br/>
        <w:t>vt 0.809983 0.649532</w:t>
        <w:br/>
        <w:t>vt 0.804491 0.660409</w:t>
        <w:br/>
        <w:t>vt 0.807231 0.662431</w:t>
        <w:br/>
        <w:t>vt 0.834811 0.711082</w:t>
        <w:br/>
        <w:t>vt 0.353332 0.652615</w:t>
        <w:br/>
        <w:t>vt 0.366963 0.649840</w:t>
        <w:br/>
        <w:t>vt 0.379746 0.645231</w:t>
        <w:br/>
        <w:t>vt 0.841480 0.752492</w:t>
        <w:br/>
        <w:t>vt 0.847334 0.751114</w:t>
        <w:br/>
        <w:t>vt 0.815027 0.753926</w:t>
        <w:br/>
        <w:t>vt 0.820562 0.753550</w:t>
        <w:br/>
        <w:t>vt 0.853505 0.674260</w:t>
        <w:br/>
        <w:t>vt 0.148769 0.766978</w:t>
        <w:br/>
        <w:t>vt 0.232034 0.826961</w:t>
        <w:br/>
        <w:t>vt 0.242450 0.827107</w:t>
        <w:br/>
        <w:t>vt 0.252126 0.827337</w:t>
        <w:br/>
        <w:t>vt 0.823621 0.760172</w:t>
        <w:br/>
        <w:t>vt 0.816561 0.760309</w:t>
        <w:br/>
        <w:t>vt 0.823621 0.760172</w:t>
        <w:br/>
        <w:t>vt 0.832357 0.755962</w:t>
        <w:br/>
        <w:t>vt 0.836943 0.753987</w:t>
        <w:br/>
        <w:t>vt 0.812508 0.643322</w:t>
        <w:br/>
        <w:t>vt 0.820251 0.641324</w:t>
        <w:br/>
        <w:t>vt 0.717060 0.045443</w:t>
        <w:br/>
        <w:t>vt 0.721780 0.044986</w:t>
        <w:br/>
        <w:t>vt 0.720884 0.041801</w:t>
        <w:br/>
        <w:t>vt 0.711783 0.043669</w:t>
        <w:br/>
        <w:t>vt 0.711026 0.047827</w:t>
        <w:br/>
        <w:t>vt 0.722676 0.048170</w:t>
        <w:br/>
        <w:t>vt 0.718075 0.048115</w:t>
        <w:br/>
        <w:t>vt 0.718208 0.053263</w:t>
        <w:br/>
        <w:t>vt 0.723498 0.052988</w:t>
        <w:br/>
        <w:t>vt 0.718028 0.057257</w:t>
        <w:br/>
        <w:t>vt 0.724149 0.057177</w:t>
        <w:br/>
        <w:t>vt 0.724716 0.062373</w:t>
        <w:br/>
        <w:t>vt 0.717271 0.069905</w:t>
        <w:br/>
        <w:t>vt 0.725435 0.067553</w:t>
        <w:br/>
        <w:t>vt 0.052591 0.875968</w:t>
        <w:br/>
        <w:t>vt 0.052591 0.887302</w:t>
        <w:br/>
        <w:t>vt 0.046403 0.887089</w:t>
        <w:br/>
        <w:t>vt 0.034092 0.884721</w:t>
        <w:br/>
        <w:t>vt 0.037183 0.875690</w:t>
        <w:br/>
        <w:t>vt 0.040358 0.886190</w:t>
        <w:br/>
        <w:t>vt 0.029695 0.875561</w:t>
        <w:br/>
        <w:t>vt 0.028126 0.883090</w:t>
        <w:br/>
        <w:t>vt 0.034120 0.896523</w:t>
        <w:br/>
        <w:t>vt 0.040765 0.897109</w:t>
        <w:br/>
        <w:t>vt 0.028887 0.896544</w:t>
        <w:br/>
        <w:t>vt 0.994967 0.682681</w:t>
        <w:br/>
        <w:t>vt 0.983168 0.684232</w:t>
        <w:br/>
        <w:t>vt 0.994967 0.687503</w:t>
        <w:br/>
        <w:t>vt 0.987465 0.703461</w:t>
        <w:br/>
        <w:t>vt 0.994967 0.697009</w:t>
        <w:br/>
        <w:t>vt 0.994967 0.708883</w:t>
        <w:br/>
        <w:t>vt 0.993370 0.726602</w:t>
        <w:br/>
        <w:t>vt 0.033363 0.907437</w:t>
        <w:br/>
        <w:t>vt 0.027414 0.907280</w:t>
        <w:br/>
        <w:t>vt 0.040171 0.907880</w:t>
        <w:br/>
        <w:t>vt 0.039083 0.918613</w:t>
        <w:br/>
        <w:t>vt 0.031952 0.918246</w:t>
        <w:br/>
        <w:t>vt 0.025589 0.917844</w:t>
        <w:br/>
        <w:t>vt 0.037901 0.927961</w:t>
        <w:br/>
        <w:t>vt 0.030088 0.927391</w:t>
        <w:br/>
        <w:t>vt 0.023160 0.926793</w:t>
        <w:br/>
        <w:t>vt 0.027294 0.936292</w:t>
        <w:br/>
        <w:t>vt 0.033043 0.946141</w:t>
        <w:br/>
        <w:t>vt 0.025193 0.945388</w:t>
        <w:br/>
        <w:t>vt 0.019945 0.935464</w:t>
        <w:br/>
        <w:t>vt 0.016291 0.943988</w:t>
        <w:br/>
        <w:t>vt 0.030763 0.954928</w:t>
        <w:br/>
        <w:t>vt 0.021715 0.954063</w:t>
        <w:br/>
        <w:t>vt 0.012309 0.952388</w:t>
        <w:br/>
        <w:t>vt 0.029915 0.960785</w:t>
        <w:br/>
        <w:t>vt 0.018013 0.962793</w:t>
        <w:br/>
        <w:t>vt 0.038011 0.957092</w:t>
        <w:br/>
        <w:t>vt 0.008482 0.959055</w:t>
        <w:br/>
        <w:t>vt 0.023634 0.967414</w:t>
        <w:br/>
        <w:t>vt 0.019286 0.969553</w:t>
        <w:br/>
        <w:t>vt 0.013671 0.970264</w:t>
        <w:br/>
        <w:t>vt 0.008317 0.968717</w:t>
        <w:br/>
        <w:t>vt 0.002964 0.967169</w:t>
        <w:br/>
        <w:t>vt 0.036300 0.937249</w:t>
        <w:br/>
        <w:t>vt 0.044876 0.875718</w:t>
        <w:br/>
        <w:t>vt 0.052591 0.896977</w:t>
        <w:br/>
        <w:t>vt 0.046631 0.897148</w:t>
        <w:br/>
        <w:t>vt 0.052591 0.907848</w:t>
        <w:br/>
        <w:t>vt 0.046237 0.907939</w:t>
        <w:br/>
        <w:t>vt 0.052591 0.918684</w:t>
        <w:br/>
        <w:t>vt 0.045841 0.918722</w:t>
        <w:br/>
        <w:t>vt 0.052591 0.928066</w:t>
        <w:br/>
        <w:t>vt 0.045336 0.927966</w:t>
        <w:br/>
        <w:t>vt 0.052591 0.937434</w:t>
        <w:br/>
        <w:t>vt 0.044673 0.937195</w:t>
        <w:br/>
        <w:t>vt 0.052591 0.947681</w:t>
        <w:br/>
        <w:t>vt 0.045432 0.947172</w:t>
        <w:br/>
        <w:t>vt 0.052591 0.962606</w:t>
        <w:br/>
        <w:t>vt 0.045901 0.959230</w:t>
        <w:br/>
        <w:t>vt 0.990175 0.733301</w:t>
        <w:br/>
        <w:t>vt 0.978390 0.734289</w:t>
        <w:br/>
        <w:t>vt 0.990175 0.743061</w:t>
        <w:br/>
        <w:t>vt 0.970275 0.758426</w:t>
        <w:br/>
        <w:t>vt 0.990175 0.753974</w:t>
        <w:br/>
        <w:t>vt 0.971323 0.778541</w:t>
        <w:br/>
        <w:t>vt 0.990175 0.764555</w:t>
        <w:br/>
        <w:t>vt 0.967582 0.796593</w:t>
        <w:br/>
        <w:t>vt 0.990175 0.788361</w:t>
        <w:br/>
        <w:t>vt 0.977466 0.816962</w:t>
        <w:br/>
        <w:t>vt 0.990175 0.813432</w:t>
        <w:br/>
        <w:t>vt 0.819402 0.814008</w:t>
        <w:br/>
        <w:t>vt 0.834399 0.811366</w:t>
        <w:br/>
        <w:t>vt 0.834399 0.817672</w:t>
        <w:br/>
        <w:t>vt 0.990175 0.825635</w:t>
        <w:br/>
        <w:t>vt 0.983164 0.838397</w:t>
        <w:br/>
        <w:t>vt 0.990175 0.837809</w:t>
        <w:br/>
        <w:t>vt 0.825470 0.841730</w:t>
        <w:br/>
        <w:t>vt 0.834399 0.825777</w:t>
        <w:br/>
        <w:t>vt 0.834399 0.838650</w:t>
        <w:br/>
        <w:t>vt 0.826799 0.847804</w:t>
        <w:br/>
        <w:t>vt 0.990175 0.850088</w:t>
        <w:br/>
        <w:t>vt 0.981639 0.855752</w:t>
        <w:br/>
        <w:t>vt 0.990175 0.863241</w:t>
        <w:br/>
        <w:t>vt 0.821971 0.829818</w:t>
        <w:br/>
        <w:t>vt 0.990175 0.801001</w:t>
        <w:br/>
        <w:t>vt 0.834399 0.806250</w:t>
        <w:br/>
        <w:t>vt 0.834399 0.853296</w:t>
        <w:br/>
        <w:t>vt 0.828491 0.856603</w:t>
        <w:br/>
        <w:t>vt 0.834399 0.869257</w:t>
        <w:br/>
        <w:t>vt 0.775991 0.809639</w:t>
        <w:br/>
        <w:t>vt 0.775676 0.787023</w:t>
        <w:br/>
        <w:t>vt 0.756303 0.789320</w:t>
        <w:br/>
        <w:t>vt 0.756303 0.811872</w:t>
        <w:br/>
        <w:t>vt 0.774642 0.772647</w:t>
        <w:br/>
        <w:t>vt 0.764461 0.776107</w:t>
        <w:br/>
        <w:t>vt 0.796984 0.806996</w:t>
        <w:br/>
        <w:t>vt 0.815433 0.804882</w:t>
        <w:br/>
        <w:t>vt 0.812126 0.782148</w:t>
        <w:br/>
        <w:t>vt 0.795725 0.783847</w:t>
        <w:br/>
        <w:t>vt 0.799768 0.828712</w:t>
        <w:br/>
        <w:t>vt 0.777197 0.831641</w:t>
        <w:br/>
        <w:t>vt 0.777906 0.854053</w:t>
        <w:br/>
        <w:t>vt 0.800863 0.851362</w:t>
        <w:br/>
        <w:t>vt 0.823100 0.848655</w:t>
        <w:br/>
        <w:t>vt 0.819091 0.826364</w:t>
        <w:br/>
        <w:t>vt 0.778311 0.873646</w:t>
        <w:br/>
        <w:t>vt 0.802505 0.870848</w:t>
        <w:br/>
        <w:t>vt 0.826997 0.872554</w:t>
        <w:br/>
        <w:t>vt 0.821799 0.883349</w:t>
        <w:br/>
        <w:t>vt 0.778292 0.893250</w:t>
        <w:br/>
        <w:t>vt 0.778160 0.909984</w:t>
        <w:br/>
        <w:t>vt 0.800181 0.908065</w:t>
        <w:br/>
        <w:t>vt 0.802983 0.890797</w:t>
        <w:br/>
        <w:t>vt 0.797368 0.922823</w:t>
        <w:br/>
        <w:t>vt 0.778801 0.927009</w:t>
        <w:br/>
        <w:t>vt 0.820877 0.800454</w:t>
        <w:br/>
        <w:t>vt 0.834399 0.800909</w:t>
        <w:br/>
        <w:t>vt 0.990175 0.775030</w:t>
        <w:br/>
        <w:t>vt 0.834399 0.786212</w:t>
        <w:br/>
        <w:t>vt 0.834399 0.794114</w:t>
        <w:br/>
        <w:t>vt 0.825483 0.790437</w:t>
        <w:br/>
        <w:t>vt 0.827779 0.784072</w:t>
        <w:br/>
        <w:t>vt 0.862534 0.574490</w:t>
        <w:br/>
        <w:t>vt 0.861830 0.588735</w:t>
        <w:br/>
        <w:t>vt 0.869507 0.574639</w:t>
        <w:br/>
        <w:t>vt 0.869628 0.569561</w:t>
        <w:br/>
        <w:t>vt 0.869791 0.564937</w:t>
        <w:br/>
        <w:t>vt 0.868591 0.564954</w:t>
        <w:br/>
        <w:t>vt 0.865861 0.569606</w:t>
        <w:br/>
        <w:t>vt 0.858198 0.578602</w:t>
        <w:br/>
        <w:t>vt 0.851506 0.588542</w:t>
        <w:br/>
        <w:t>vt 0.852274 0.582210</w:t>
        <w:br/>
        <w:t>vt 0.846666 0.584351</w:t>
        <w:br/>
        <w:t>vt 0.842712 0.589319</w:t>
        <w:br/>
        <w:t>vt 0.842391 0.585810</w:t>
        <w:br/>
        <w:t>vt 0.402287 0.971914</w:t>
        <w:br/>
        <w:t>vt 0.400052 0.964139</w:t>
        <w:br/>
        <w:t>vt 0.395383 0.969210</w:t>
        <w:br/>
        <w:t>vt 0.397552 0.973052</w:t>
        <w:br/>
        <w:t>vt 0.392852 0.963417</w:t>
        <w:br/>
        <w:t>vt 0.395389 0.959556</w:t>
        <w:br/>
        <w:t>vt 0.398434 0.956209</w:t>
        <w:br/>
        <w:t>vt 0.390982 0.967527</w:t>
        <w:br/>
        <w:t>vt 0.406812 0.961801</w:t>
        <w:br/>
        <w:t>vt 0.403074 0.952444</w:t>
        <w:br/>
        <w:t>vt 0.409310 0.970712</w:t>
        <w:br/>
        <w:t>vt 0.416546 0.969566</w:t>
        <w:br/>
        <w:t>vt 0.414398 0.957755</w:t>
        <w:br/>
        <w:t>vt 0.408068 0.949286</w:t>
        <w:br/>
        <w:t>vt 0.425087 0.962443</w:t>
        <w:br/>
        <w:t>vt 0.423771 0.968787</w:t>
        <w:br/>
        <w:t>vt 0.861487 0.598105</w:t>
        <w:br/>
        <w:t>vt 0.850440 0.598215</w:t>
        <w:br/>
        <w:t>vt 0.841413 0.597909</w:t>
        <w:br/>
        <w:t>vt 0.836846 0.608815</w:t>
        <w:br/>
        <w:t>vt 0.848919 0.610631</w:t>
        <w:br/>
        <w:t>vt 0.860768 0.611664</w:t>
        <w:br/>
        <w:t>vt 0.869000 0.611840</w:t>
        <w:br/>
        <w:t>vt 0.860628 0.630826</w:t>
        <w:br/>
        <w:t>vt 0.868949 0.632613</w:t>
        <w:br/>
        <w:t>vt 0.850801 0.629517</w:t>
        <w:br/>
        <w:t>vt 0.835643 0.628966</w:t>
        <w:br/>
        <w:t>vt 0.831424 0.615765</w:t>
        <w:br/>
        <w:t>vt 0.825946 0.628798</w:t>
        <w:br/>
        <w:t>vt 0.769536 0.463698</w:t>
        <w:br/>
        <w:t>vt 0.767962 0.458466</w:t>
        <w:br/>
        <w:t>vt 0.758350 0.458466</w:t>
        <w:br/>
        <w:t>vt 0.776672 0.458466</w:t>
        <w:br/>
        <w:t>vt 0.673216 0.447114</w:t>
        <w:br/>
        <w:t>vt 0.658330 0.445905</w:t>
        <w:br/>
        <w:t>vt 0.958901 0.833875</w:t>
        <w:br/>
        <w:t>vt 0.966393 0.833716</w:t>
        <w:br/>
        <w:t>vt 0.962162 0.824591</w:t>
        <w:br/>
        <w:t>vt 0.958901 0.824805</w:t>
        <w:br/>
        <w:t>vt 0.674311 0.438122</w:t>
        <w:br/>
        <w:t>vt 0.659539 0.437885</w:t>
        <w:br/>
        <w:t>vt 0.061091 0.996305</w:t>
        <w:br/>
        <w:t>vt 0.058013 0.997345</w:t>
        <w:br/>
        <w:t>vt 0.071958 0.998935</w:t>
        <w:br/>
        <w:t>vt 0.076510 0.997182</w:t>
        <w:br/>
        <w:t>vt 0.090987 0.979826</w:t>
        <w:br/>
        <w:t>vt 0.078588 0.978425</w:t>
        <w:br/>
        <w:t>vt 0.076510 0.997182</w:t>
        <w:br/>
        <w:t>vt 0.090606 0.998026</w:t>
        <w:br/>
        <w:t>vt 0.102539 0.998216</w:t>
        <w:br/>
        <w:t>vt 0.101517 0.981110</w:t>
        <w:br/>
        <w:t>vt 0.641122 0.445412</w:t>
        <w:br/>
        <w:t>vt 0.079511 0.954278</w:t>
        <w:br/>
        <w:t>vt 0.067443 0.952807</w:t>
        <w:br/>
        <w:t>vt 0.067815 0.977169</w:t>
        <w:br/>
        <w:t>vt 0.090813 0.955341</w:t>
        <w:br/>
        <w:t>vt 0.100652 0.956259</w:t>
        <w:br/>
        <w:t>vt 0.081109 0.930299</w:t>
        <w:br/>
        <w:t>vt 0.071274 0.928876</w:t>
        <w:br/>
        <w:t>vt 0.090248 0.930766</w:t>
        <w:br/>
        <w:t>vt 0.101617 0.930847</w:t>
        <w:br/>
        <w:t>vt 0.754237 0.482293</w:t>
        <w:br/>
        <w:t>vt 0.768668 0.473844</w:t>
        <w:br/>
        <w:t>vt 0.755843 0.469616</w:t>
        <w:br/>
        <w:t>vt 0.742470 0.478339</w:t>
        <w:br/>
        <w:t>vt 0.737834 0.493611</w:t>
        <w:br/>
        <w:t>vt 0.735114 0.458466</w:t>
        <w:br/>
        <w:t>vt 0.718995 0.458466</w:t>
        <w:br/>
        <w:t>vt 0.721252 0.463919</w:t>
        <w:br/>
        <w:t>vt 0.699147 0.458466</w:t>
        <w:br/>
        <w:t>vt 0.706747 0.468570</w:t>
        <w:br/>
        <w:t>vt 0.711352 0.484316</w:t>
        <w:br/>
        <w:t>vt 0.726984 0.479081</w:t>
        <w:br/>
        <w:t>vt 0.725375 0.474527</w:t>
        <w:br/>
        <w:t>vt 0.709123 0.478145</w:t>
        <w:br/>
        <w:t>vt 0.078216 0.906681</w:t>
        <w:br/>
        <w:t>vt 0.067893 0.905551</w:t>
        <w:br/>
        <w:t>vt 0.101254 0.905067</w:t>
        <w:br/>
        <w:t>vt 0.089102 0.906164</w:t>
        <w:br/>
        <w:t>vt 0.073961 0.883545</w:t>
        <w:br/>
        <w:t>vt 0.067297 0.882199</w:t>
        <w:br/>
        <w:t>vt 0.087885 0.881590</w:t>
        <w:br/>
        <w:t>vt 0.101306 0.879247</w:t>
        <w:br/>
        <w:t>vt 0.070438 0.863445</w:t>
        <w:br/>
        <w:t>vt 0.055306 0.865834</w:t>
        <w:br/>
        <w:t>vt 0.086902 0.859992</w:t>
        <w:br/>
        <w:t>vt 0.101071 0.856448</w:t>
        <w:br/>
        <w:t>vt 0.043301 0.827430</w:t>
        <w:br/>
        <w:t>vt 0.046300 0.847575</w:t>
        <w:br/>
        <w:t>vt 0.067531 0.843131</w:t>
        <w:br/>
        <w:t>vt 0.064951 0.822904</w:t>
        <w:br/>
        <w:t>vt 0.085829 0.838462</w:t>
        <w:br/>
        <w:t>vt 0.083413 0.816624</w:t>
        <w:br/>
        <w:t>vt 0.100853 0.833722</w:t>
        <w:br/>
        <w:t>vt 0.100707 0.811221</w:t>
        <w:br/>
        <w:t>vt 0.061193 0.803179</w:t>
        <w:br/>
        <w:t>vt 0.080898 0.795353</w:t>
        <w:br/>
        <w:t>vt 0.101071 0.788933</w:t>
        <w:br/>
        <w:t>vt 0.057375 0.790858</w:t>
        <w:br/>
        <w:t>vt 0.079240 0.774627</w:t>
        <w:br/>
        <w:t>vt 0.046455 0.807152</w:t>
        <w:br/>
        <w:t>vt 0.100859 0.770789</w:t>
        <w:br/>
        <w:t>vt 0.081369 0.755197</w:t>
        <w:br/>
        <w:t>vt 0.070013 0.762540</w:t>
        <w:br/>
        <w:t>vt 0.063695 0.771578</w:t>
        <w:br/>
        <w:t>vt 0.642160 0.436178</w:t>
        <w:br/>
        <w:t>vt 0.623923 0.444601</w:t>
        <w:br/>
        <w:t>vt 0.623318 0.454759</w:t>
        <w:br/>
        <w:t>vt 0.624873 0.433409</w:t>
        <w:br/>
        <w:t>vt 0.729444 0.484523</w:t>
        <w:br/>
        <w:t>vt 0.715422 0.491813</w:t>
        <w:br/>
        <w:t>vt 0.755622 0.508929</w:t>
        <w:br/>
        <w:t>vt 0.760493 0.502986</w:t>
        <w:br/>
        <w:t>vt 0.753259 0.506786</w:t>
        <w:br/>
        <w:t>vt 0.606682 0.444589</w:t>
        <w:br/>
        <w:t>vt 0.606406 0.454759</w:t>
        <w:br/>
        <w:t>vt 0.607335 0.434066</w:t>
        <w:br/>
        <w:t>vt 0.589473 0.443860</w:t>
        <w:br/>
        <w:t>vt 0.589891 0.432805</w:t>
        <w:br/>
        <w:t>vt 0.573945 0.442856</w:t>
        <w:br/>
        <w:t>vt 0.573700 0.454759</w:t>
        <w:br/>
        <w:t>vt 0.574731 0.430275</w:t>
        <w:br/>
        <w:t>vt 0.558383 0.441957</w:t>
        <w:br/>
        <w:t>vt 0.557836 0.454759</w:t>
        <w:br/>
        <w:t>vt 0.559325 0.429053</w:t>
        <w:br/>
        <w:t>vt 0.542892 0.439950</w:t>
        <w:br/>
        <w:t>vt 0.544005 0.428547</w:t>
        <w:br/>
        <w:t>vt 0.526825 0.439202</w:t>
        <w:br/>
        <w:t>vt 0.527573 0.428907</w:t>
        <w:br/>
        <w:t>vt 0.739195 0.494620</w:t>
        <w:br/>
        <w:t>vt 0.724948 0.504305</w:t>
        <w:br/>
        <w:t>vt 0.734316 0.515808</w:t>
        <w:br/>
        <w:t>vt 0.753259 0.506786</w:t>
        <w:br/>
        <w:t>vt 0.723686 0.502918</w:t>
        <w:br/>
        <w:t>vt 0.702540 0.500662</w:t>
        <w:br/>
        <w:t>vt 0.709302 0.510777</w:t>
        <w:br/>
        <w:t>vt 0.709879 0.513051</w:t>
        <w:br/>
        <w:t>vt 0.689435 0.507189</w:t>
        <w:br/>
        <w:t>vt 0.692381 0.520584</w:t>
        <w:br/>
        <w:t>vt 0.693341 0.523430</w:t>
        <w:br/>
        <w:t>vt 0.676792 0.514147</w:t>
        <w:br/>
        <w:t>vt 0.675417 0.531629</w:t>
        <w:br/>
        <w:t>vt 0.674238 0.536982</w:t>
        <w:br/>
        <w:t>vt 0.702047 0.497658</w:t>
        <w:br/>
        <w:t>vt 0.697004 0.487761</w:t>
        <w:br/>
        <w:t>vt 0.696524 0.481661</w:t>
        <w:br/>
        <w:t>vt 0.680365 0.485638</w:t>
        <w:br/>
        <w:t>vt 0.681249 0.491092</w:t>
        <w:br/>
        <w:t>vt 0.685846 0.459626</w:t>
        <w:br/>
        <w:t>vt 0.692817 0.470548</w:t>
        <w:br/>
        <w:t>vt 0.688882 0.503310</w:t>
        <w:br/>
        <w:t>vt 0.675983 0.509278</w:t>
        <w:br/>
        <w:t>vt 0.668651 0.495255</w:t>
        <w:br/>
        <w:t>vt 0.670910 0.459698</w:t>
        <w:br/>
        <w:t>vt 0.678743 0.473578</w:t>
        <w:br/>
        <w:t>vt 0.958901 0.755345</w:t>
        <w:br/>
        <w:t>vt 0.958901 0.764373</w:t>
        <w:br/>
        <w:t>vt 0.967790 0.763033</w:t>
        <w:br/>
        <w:t>vt 0.965247 0.753731</w:t>
        <w:br/>
        <w:t>vt 0.958901 0.773426</w:t>
        <w:br/>
        <w:t>vt 0.966214 0.772654</w:t>
        <w:br/>
        <w:t>vt 0.958901 0.782638</w:t>
        <w:br/>
        <w:t>vt 0.960533 0.781182</w:t>
        <w:br/>
        <w:t>vt 0.958901 0.793357</w:t>
        <w:br/>
        <w:t>vt 0.961474 0.792026</w:t>
        <w:br/>
        <w:t>vt 0.958901 0.803715</w:t>
        <w:br/>
        <w:t>vt 0.962037 0.802826</w:t>
        <w:br/>
        <w:t>vt 0.958901 0.814101</w:t>
        <w:br/>
        <w:t>vt 0.963119 0.813749</w:t>
        <w:br/>
        <w:t>vt 0.664183 0.520396</w:t>
        <w:br/>
        <w:t>vt 0.659891 0.541622</w:t>
        <w:br/>
        <w:t>vt 0.656661 0.500367</w:t>
        <w:br/>
        <w:t>vt 0.663785 0.516182</w:t>
        <w:br/>
        <w:t>vt 0.669767 0.488281</w:t>
        <w:br/>
        <w:t>vt 0.656567 0.487408</w:t>
        <w:br/>
        <w:t>vt 0.656969 0.491689</w:t>
        <w:br/>
        <w:t>vt 0.663942 0.475277</w:t>
        <w:br/>
        <w:t>vt 0.654215 0.459847</w:t>
        <w:br/>
        <w:t>vt 0.648276 0.477547</w:t>
        <w:br/>
        <w:t>vt 0.636760 0.459952</w:t>
        <w:br/>
        <w:t>vt 0.632579 0.480833</w:t>
        <w:br/>
        <w:t>vt 0.636775 0.489201</w:t>
        <w:br/>
        <w:t>vt 0.637627 0.498210</w:t>
        <w:br/>
        <w:t>vt 0.644435 0.504801</w:t>
        <w:br/>
        <w:t>vt 0.650885 0.522597</w:t>
        <w:br/>
        <w:t>vt 0.651055 0.526844</w:t>
        <w:br/>
        <w:t>vt 0.650117 0.545969</w:t>
        <w:br/>
        <w:t>vt 0.594560 0.460413</w:t>
        <w:br/>
        <w:t>vt 0.595347 0.484594</w:t>
        <w:br/>
        <w:t>vt 0.616375 0.483981</w:t>
        <w:br/>
        <w:t>vt 0.618595 0.460284</w:t>
        <w:br/>
        <w:t>vt 0.602117 0.493186</w:t>
        <w:br/>
        <w:t>vt 0.602001 0.506863</w:t>
        <w:br/>
        <w:t>vt 0.617036 0.504795</w:t>
        <w:br/>
        <w:t>vt 0.616840 0.492009</w:t>
        <w:br/>
        <w:t>vt 0.605724 0.514467</w:t>
        <w:br/>
        <w:t>vt 0.608437 0.532270</w:t>
        <w:br/>
        <w:t>vt 0.622901 0.530138</w:t>
        <w:br/>
        <w:t>vt 0.619374 0.512646</w:t>
        <w:br/>
        <w:t>vt 0.609614 0.539557</w:t>
        <w:br/>
        <w:t>vt 0.612100 0.557616</w:t>
        <w:br/>
        <w:t>vt 0.625861 0.554399</w:t>
        <w:br/>
        <w:t>vt 0.623855 0.536883</w:t>
        <w:br/>
        <w:t>vt 0.571728 0.460430</w:t>
        <w:br/>
        <w:t>vt 0.549614 0.460475</w:t>
        <w:br/>
        <w:t>vt 0.559990 0.481852</w:t>
        <w:br/>
        <w:t>vt 0.577566 0.483283</w:t>
        <w:br/>
        <w:t>vt 0.562720 0.508637</w:t>
        <w:br/>
        <w:t>vt 0.575666 0.511617</w:t>
        <w:br/>
        <w:t>vt 0.572298 0.494050</w:t>
        <w:br/>
        <w:t>vt 0.557763 0.493556</w:t>
        <w:br/>
        <w:t>vt 0.565870 0.518928</w:t>
        <w:br/>
        <w:t>vt 0.579552 0.523288</w:t>
        <w:br/>
        <w:t>vt 0.584154 0.534535</w:t>
        <w:br/>
        <w:t>vt 0.570345 0.526736</w:t>
        <w:br/>
        <w:t>vt 0.574940 0.548042</w:t>
        <w:br/>
        <w:t>vt 0.588575 0.554315</w:t>
        <w:br/>
        <w:t>vt 0.528662 0.460257</w:t>
        <w:br/>
        <w:t>vt 0.508268 0.460034</w:t>
        <w:br/>
        <w:t>vt 0.525192 0.480927</w:t>
        <w:br/>
        <w:t>vt 0.542500 0.481150</w:t>
        <w:br/>
        <w:t>vt 0.528877 0.490496</w:t>
        <w:br/>
        <w:t>vt 0.543335 0.492377</w:t>
        <w:br/>
        <w:t>vt 0.549911 0.504996</w:t>
        <w:br/>
        <w:t>vt 0.535207 0.502098</w:t>
        <w:br/>
        <w:t>vt 0.538140 0.507610</w:t>
        <w:br/>
        <w:t>vt 0.552210 0.513648</w:t>
        <w:br/>
        <w:t>vt 0.555902 0.518514</w:t>
        <w:br/>
        <w:t>vt 0.538167 0.510758</w:t>
        <w:br/>
        <w:t>vt 0.543568 0.528922</w:t>
        <w:br/>
        <w:t>vt 0.561262 0.539962</w:t>
        <w:br/>
        <w:t>vt 0.492047 0.480223</w:t>
        <w:br/>
        <w:t>vt 0.508349 0.481197</w:t>
        <w:br/>
        <w:t>vt 0.488542 0.459983</w:t>
        <w:br/>
        <w:t>vt 0.469452 0.459379</w:t>
        <w:br/>
        <w:t>vt 0.538167 0.510758</w:t>
        <w:br/>
        <w:t>vt 0.555902 0.518514</w:t>
        <w:br/>
        <w:t>vt 0.632147 0.509085</w:t>
        <w:br/>
        <w:t>vt 0.636670 0.526851</w:t>
        <w:br/>
        <w:t>vt 0.637502 0.533043</w:t>
        <w:br/>
        <w:t>vt 0.638186 0.550655</w:t>
        <w:br/>
        <w:t>vt 0.587236 0.493863</w:t>
        <w:br/>
        <w:t>vt 0.587610 0.507303</w:t>
        <w:br/>
        <w:t>vt 0.591547 0.517318</w:t>
        <w:br/>
        <w:t>vt 0.595225 0.539247</w:t>
        <w:br/>
        <w:t>vt 0.593134 0.528411</w:t>
        <w:br/>
        <w:t>vt 0.599154 0.556997</w:t>
        <w:br/>
        <w:t>vt 0.883913 0.972699</w:t>
        <w:br/>
        <w:t>vt 0.886657 0.963474</w:t>
        <w:br/>
        <w:t>vt 0.880247 0.961851</w:t>
        <w:br/>
        <w:t>vt 0.871446 0.996401</w:t>
        <w:br/>
        <w:t>vt 0.871203 0.988233</w:t>
        <w:br/>
        <w:t>vt 0.867212 0.995643</w:t>
        <w:br/>
        <w:t>vt 0.863796 0.986414</w:t>
        <w:br/>
        <w:t>vt 0.855398 0.984622</w:t>
        <w:br/>
        <w:t>vt 0.861080 0.990526</w:t>
        <w:br/>
        <w:t>vt 0.870194 0.969931</w:t>
        <w:br/>
        <w:t>vt 0.870051 0.978954</w:t>
        <w:br/>
        <w:t>vt 0.874847 0.970952</w:t>
        <w:br/>
        <w:t>vt 0.871708 0.953770</w:t>
        <w:br/>
        <w:t>vt 0.865423 0.978260</w:t>
        <w:br/>
        <w:t>vt 0.856189 0.977376</w:t>
        <w:br/>
        <w:t>vt 0.867758 0.969384</w:t>
        <w:br/>
        <w:t>vt 0.858955 0.967963</w:t>
        <w:br/>
        <w:t>vt 0.862475 0.952214</w:t>
        <w:br/>
        <w:t>vt 0.848919 0.966262</w:t>
        <w:br/>
        <w:t>vt 0.842808 0.965219</w:t>
        <w:br/>
        <w:t>vt 0.842517 0.976860</w:t>
        <w:br/>
        <w:t>vt 0.846041 0.979247</w:t>
        <w:br/>
        <w:t>vt 0.851720 0.950610</w:t>
        <w:br/>
        <w:t>vt 0.842103 0.949536</w:t>
        <w:br/>
        <w:t>vt 0.887634 0.957802</w:t>
        <w:br/>
        <w:t>vt 0.882637 0.951589</w:t>
        <w:br/>
        <w:t>vt 0.889414 0.947947</w:t>
        <w:br/>
        <w:t>vt 0.886220 0.936659</w:t>
        <w:br/>
        <w:t>vt 0.891693 0.939982</w:t>
        <w:br/>
        <w:t>vt 0.893963 0.941721</w:t>
        <w:br/>
        <w:t>vt 0.891693 0.939982</w:t>
        <w:br/>
        <w:t>vt 0.891610 0.948925</w:t>
        <w:br/>
        <w:t>vt 0.889969 0.957958</w:t>
        <w:br/>
        <w:t>vt 0.879273 0.927524</w:t>
        <w:br/>
        <w:t>vt 0.876422 0.935330</w:t>
        <w:br/>
        <w:t>vt 0.873059 0.914647</w:t>
        <w:br/>
        <w:t>vt 0.870597 0.922941</w:t>
        <w:br/>
        <w:t>vt 0.855104 0.931389</w:t>
        <w:br/>
        <w:t>vt 0.851720 0.950610</w:t>
        <w:br/>
        <w:t>vt 0.853358 0.950333</w:t>
        <w:br/>
        <w:t>vt 0.856736 0.931675</w:t>
        <w:br/>
        <w:t>vt 0.858952 0.917350</w:t>
        <w:br/>
        <w:t>vt 0.856480 0.917450</w:t>
        <w:br/>
        <w:t>vt 0.842318 0.923531</w:t>
        <w:br/>
        <w:t>vt 0.855104 0.931389</w:t>
        <w:br/>
        <w:t>vt 0.856480 0.917450</w:t>
        <w:br/>
        <w:t>vt 0.867992 0.904428</w:t>
        <w:br/>
        <w:t>vt 0.859011 0.900233</w:t>
        <w:br/>
        <w:t>vt 0.858952 0.917350</w:t>
        <w:br/>
        <w:t>vt 0.856982 0.899112</w:t>
        <w:br/>
        <w:t>vt 0.841754 0.898083</w:t>
        <w:br/>
        <w:t>vt 0.859670 0.870349</w:t>
        <w:br/>
        <w:t>vt 0.842309 0.869957</w:t>
        <w:br/>
        <w:t>vt 0.876168 0.858213</w:t>
        <w:br/>
        <w:t>vt 0.885299 0.844624</w:t>
        <w:br/>
        <w:t>vt 0.862474 0.842521</w:t>
        <w:br/>
        <w:t>vt 0.862474 0.842521</w:t>
        <w:br/>
        <w:t>vt 0.859682 0.843597</w:t>
        <w:br/>
        <w:t>vt 0.861944 0.873699</w:t>
        <w:br/>
        <w:t>vt 0.843403 0.844649</w:t>
        <w:br/>
        <w:t>vt 0.881012 0.820844</w:t>
        <w:br/>
        <w:t>vt 0.861538 0.825048</w:t>
        <w:br/>
        <w:t>vt 0.861538 0.825048</w:t>
        <w:br/>
        <w:t>vt 0.859354 0.825968</w:t>
        <w:br/>
        <w:t>vt 0.859354 0.825968</w:t>
        <w:br/>
        <w:t>vt 0.842855 0.818098</w:t>
        <w:br/>
        <w:t>vt 0.894790 0.816553</w:t>
        <w:br/>
        <w:t>vt 0.892048 0.834837</w:t>
        <w:br/>
        <w:t>vt 0.903117 0.826563</w:t>
        <w:br/>
        <w:t>vt 0.915305 0.820828</w:t>
        <w:br/>
        <w:t>vt 0.915049 0.813348</w:t>
        <w:br/>
        <w:t>vt 0.909076 0.738242</w:t>
        <w:br/>
        <w:t>vt 0.881715 0.740581</w:t>
        <w:br/>
        <w:t>vt 0.909896 0.747856</w:t>
        <w:br/>
        <w:t>vt 0.882300 0.753933</w:t>
        <w:br/>
        <w:t>vt 0.910548 0.756824</w:t>
        <w:br/>
        <w:t>vt 0.911633 0.768885</w:t>
        <w:br/>
        <w:t>vt 0.883549 0.766159</w:t>
        <w:br/>
        <w:t>vt 0.893129 0.780486</w:t>
        <w:br/>
        <w:t>vt 0.912777 0.778805</w:t>
        <w:br/>
        <w:t>vt 0.914224 0.793921</w:t>
        <w:br/>
        <w:t>vt 0.902597 0.795913</w:t>
        <w:br/>
        <w:t>vt 0.891347 0.800115</w:t>
        <w:br/>
        <w:t>vt 0.874569 0.804163</w:t>
        <w:br/>
        <w:t>vt 0.860151 0.807773</w:t>
        <w:br/>
        <w:t>vt 0.860151 0.807773</w:t>
        <w:br/>
        <w:t>vt 0.858231 0.808387</w:t>
        <w:br/>
        <w:t>vt 0.858231 0.808387</w:t>
        <w:br/>
        <w:t>vt 0.866278 0.768798</w:t>
        <w:br/>
        <w:t>vt 0.869834 0.784526</w:t>
        <w:br/>
        <w:t>vt 0.886455 0.781629</w:t>
        <w:br/>
        <w:t>vt 0.855258 0.772062</w:t>
        <w:br/>
        <w:t>vt 0.857625 0.789648</w:t>
        <w:br/>
        <w:t>vt 0.851665 0.774038</w:t>
        <w:br/>
        <w:t>vt 0.840102 0.772942</w:t>
        <w:br/>
        <w:t>vt 0.840997 0.794114</w:t>
        <w:br/>
        <w:t>vt 0.855743 0.791646</w:t>
        <w:br/>
        <w:t>vt 0.859214 0.732742</w:t>
        <w:br/>
        <w:t>vt 0.863542 0.715804</w:t>
        <w:br/>
        <w:t>vt 0.863057 0.752244</w:t>
        <w:br/>
        <w:t>vt 0.855743 0.791646</w:t>
        <w:br/>
        <w:t>vt 0.857625 0.789648</w:t>
        <w:br/>
        <w:t>vt 0.853521 0.751351</w:t>
        <w:br/>
        <w:t>vt 0.429709 0.863279</w:t>
        <w:br/>
        <w:t>vt 0.444691 0.865408</w:t>
        <w:br/>
        <w:t>vt 0.434443 0.828442</w:t>
        <w:br/>
        <w:t>vt 0.514606 0.487542</w:t>
        <w:br/>
        <w:t>vt 0.522171 0.501547</w:t>
        <w:br/>
        <w:t>vt 0.522659 0.503156</w:t>
        <w:br/>
        <w:t>vt 0.522659 0.503156</w:t>
        <w:br/>
        <w:t>vt 0.523490 0.517295</w:t>
        <w:br/>
        <w:t>vt 0.501894 0.491935</w:t>
        <w:br/>
        <w:t>vt 0.501894 0.491935</w:t>
        <w:br/>
        <w:t>vt 0.500894 0.503417</w:t>
        <w:br/>
        <w:t>vt 0.457360 0.802534</w:t>
        <w:br/>
        <w:t>vt 0.436920 0.799722</w:t>
        <w:br/>
        <w:t>vt 0.439579 0.773927</w:t>
        <w:br/>
        <w:t>vt 0.460931 0.776406</w:t>
        <w:br/>
        <w:t>vt 0.442610 0.748905</w:t>
        <w:br/>
        <w:t>vt 0.464473 0.751674</w:t>
        <w:br/>
        <w:t>vt 0.444163 0.723264</w:t>
        <w:br/>
        <w:t>vt 0.469236 0.726343</w:t>
        <w:br/>
        <w:t>vt 0.473862 0.698725</w:t>
        <w:br/>
        <w:t>vt 0.446204 0.700660</w:t>
        <w:br/>
        <w:t>vt 0.447651 0.678542</w:t>
        <w:br/>
        <w:t>vt 0.460113 0.673927</w:t>
        <w:br/>
        <w:t>vt 0.456415 0.661397</w:t>
        <w:br/>
        <w:t>vt 0.447782 0.659866</w:t>
        <w:br/>
        <w:t>vt 0.415923 0.827798</w:t>
        <w:br/>
        <w:t>vt 0.417086 0.797021</w:t>
        <w:br/>
        <w:t>vt 0.417742 0.771330</w:t>
        <w:br/>
        <w:t>vt 0.742556 0.474014</w:t>
        <w:br/>
        <w:t>vt 0.740831 0.471722</w:t>
        <w:br/>
        <w:t>vt 0.420799 0.675468</w:t>
        <w:br/>
        <w:t>vt 0.427743 0.654802</w:t>
        <w:br/>
        <w:t>vt 0.881070 0.980706</w:t>
        <w:br/>
        <w:t>vt 0.753716 0.466941</w:t>
        <w:br/>
        <w:t>vt 0.748111 0.458466</w:t>
        <w:br/>
        <w:t>vt 0.753716 0.466941</w:t>
        <w:br/>
        <w:t>vt 0.755843 0.469616</w:t>
        <w:br/>
        <w:t>vt 0.397552 0.973052</w:t>
        <w:br/>
        <w:t>vt 0.394997 0.972241</w:t>
        <w:br/>
        <w:t>vt 0.395876 0.976557</w:t>
        <w:br/>
        <w:t>vt 0.724610 0.045191</w:t>
        <w:br/>
        <w:t>vt 0.397552 0.973052</w:t>
        <w:br/>
        <w:t>vt 0.395876 0.976557</w:t>
        <w:br/>
        <w:t>vt 0.403068 0.974408</w:t>
        <w:br/>
        <w:t>vt 0.402287 0.971914</w:t>
        <w:br/>
        <w:t>vt 0.409617 0.973248</w:t>
        <w:br/>
        <w:t>vt 0.409310 0.970712</w:t>
        <w:br/>
        <w:t>vt 0.416546 0.969566</w:t>
        <w:br/>
        <w:t>vt 0.417804 0.972253</w:t>
        <w:br/>
        <w:t>vt 0.425087 0.962443</w:t>
        <w:br/>
        <w:t>vt 0.423771 0.968787</w:t>
        <w:br/>
        <w:t>vt 0.426045 0.970103</w:t>
        <w:br/>
        <w:t>vt 0.429657 0.956613</w:t>
        <w:br/>
        <w:t>vt 0.423771 0.968787</w:t>
        <w:br/>
        <w:t>vt 0.426045 0.970103</w:t>
        <w:br/>
        <w:t>vt 0.994967 0.677472</w:t>
        <w:br/>
        <w:t>vt 0.983168 0.684232</w:t>
        <w:br/>
        <w:t>vt 0.994967 0.679268</w:t>
        <w:br/>
        <w:t>vt 0.101617 0.930847</w:t>
        <w:br/>
        <w:t>vt 0.104205 0.930928</w:t>
        <w:br/>
        <w:t>vt 0.104205 0.905306</w:t>
        <w:br/>
        <w:t>vt 0.101254 0.905067</w:t>
        <w:br/>
        <w:t>vt 0.104205 0.879696</w:t>
        <w:br/>
        <w:t>vt 0.101306 0.879247</w:t>
        <w:br/>
        <w:t>vt 0.104205 0.856730</w:t>
        <w:br/>
        <w:t>vt 0.101071 0.856448</w:t>
        <w:br/>
        <w:t>vt 0.100853 0.833722</w:t>
        <w:br/>
        <w:t>vt 0.104205 0.833868</w:t>
        <w:br/>
        <w:t>vt 0.104205 0.811296</w:t>
        <w:br/>
        <w:t>vt 0.100707 0.811221</w:t>
        <w:br/>
        <w:t>vt 0.104205 0.788955</w:t>
        <w:br/>
        <w:t>vt 0.101071 0.788933</w:t>
        <w:br/>
        <w:t>vt 0.104205 0.770713</w:t>
        <w:br/>
        <w:t>vt 0.100859 0.770789</w:t>
        <w:br/>
        <w:t>vt 0.102074 0.751130</w:t>
        <w:br/>
        <w:t>vt 0.104205 0.748670</w:t>
        <w:br/>
        <w:t>vt 0.039798 0.826883</w:t>
        <w:br/>
        <w:t>vt 0.043301 0.827430</w:t>
        <w:br/>
        <w:t>vt 0.046455 0.807152</w:t>
        <w:br/>
        <w:t>vt 0.042560 0.805727</w:t>
        <w:br/>
        <w:t>vt 0.057375 0.790858</w:t>
        <w:br/>
        <w:t>vt 0.054452 0.789164</w:t>
        <w:br/>
        <w:t>vt 0.063695 0.771578</w:t>
        <w:br/>
        <w:t>vt 0.061329 0.769460</w:t>
        <w:br/>
        <w:t>vt 0.070013 0.762540</w:t>
        <w:br/>
        <w:t>vt 0.067969 0.760240</w:t>
        <w:br/>
        <w:t>vt 0.081369 0.755197</w:t>
        <w:br/>
        <w:t>vt 0.078966 0.752846</w:t>
        <w:br/>
        <w:t>vt 0.091722 0.753163</w:t>
        <w:br/>
        <w:t>vt 0.091586 0.750758</w:t>
        <w:br/>
        <w:t>vt 0.526825 0.439202</w:t>
        <w:br/>
        <w:t>vt 0.521731 0.442184</w:t>
        <w:br/>
        <w:t>vt 0.516948 0.454759</w:t>
        <w:br/>
        <w:t>vt 0.518114 0.454759</w:t>
        <w:br/>
        <w:t>vt 0.527573 0.428907</w:t>
        <w:br/>
        <w:t>vt 0.526022 0.430094</w:t>
        <w:br/>
        <w:t>vt 0.734316 0.515808</w:t>
        <w:br/>
        <w:t>vt 0.736490 0.518573</w:t>
        <w:br/>
        <w:t>vt 0.719832 0.521576</w:t>
        <w:br/>
        <w:t>vt 0.721060 0.524011</w:t>
        <w:br/>
        <w:t>vt 0.695576 0.530304</w:t>
        <w:br/>
        <w:t>vt 0.695994 0.531732</w:t>
        <w:br/>
        <w:t>vt 0.717676 0.524870</w:t>
        <w:br/>
        <w:t>vt 0.718349 0.522121</w:t>
        <w:br/>
        <w:t>vt 0.674238 0.536982</w:t>
        <w:br/>
        <w:t>vt 0.675475 0.539941</w:t>
        <w:br/>
        <w:t>vt 0.685846 0.459626</w:t>
        <w:br/>
        <w:t>vt 0.699147 0.458466</w:t>
        <w:br/>
        <w:t>vt 0.695941 0.458466</w:t>
        <w:br/>
        <w:t>vt 0.686136 0.458466</w:t>
        <w:br/>
        <w:t>vt 0.671634 0.458466</w:t>
        <w:br/>
        <w:t>vt 0.670910 0.459698</w:t>
        <w:br/>
        <w:t>vt 0.659891 0.541622</w:t>
        <w:br/>
        <w:t>vt 0.661418 0.544217</w:t>
        <w:br/>
        <w:t>vt 0.654822 0.458466</w:t>
        <w:br/>
        <w:t>vt 0.654215 0.459847</w:t>
        <w:br/>
        <w:t>vt 0.637380 0.458466</w:t>
        <w:br/>
        <w:t>vt 0.636760 0.459952</w:t>
        <w:br/>
        <w:t>vt 0.650117 0.545969</w:t>
        <w:br/>
        <w:t>vt 0.651062 0.547768</w:t>
        <w:br/>
        <w:t>vt 0.618595 0.460284</w:t>
        <w:br/>
        <w:t>vt 0.618997 0.458466</w:t>
        <w:br/>
        <w:t>vt 0.595014 0.458466</w:t>
        <w:br/>
        <w:t>vt 0.594560 0.460413</w:t>
        <w:br/>
        <w:t>vt 0.612100 0.557616</w:t>
        <w:br/>
        <w:t>vt 0.612157 0.560093</w:t>
        <w:br/>
        <w:t>vt 0.625807 0.556853</w:t>
        <w:br/>
        <w:t>vt 0.625861 0.554399</w:t>
        <w:br/>
        <w:t>vt 0.549614 0.460475</w:t>
        <w:br/>
        <w:t>vt 0.571728 0.460430</w:t>
        <w:br/>
        <w:t>vt 0.571731 0.458466</w:t>
        <w:br/>
        <w:t>vt 0.549217 0.458466</w:t>
        <w:br/>
        <w:t>vt 0.574940 0.548042</w:t>
        <w:br/>
        <w:t>vt 0.574044 0.548922</w:t>
        <w:br/>
        <w:t>vt 0.586936 0.555929</w:t>
        <w:br/>
        <w:t>vt 0.588575 0.554315</w:t>
        <w:br/>
        <w:t>vt 0.508268 0.460034</w:t>
        <w:br/>
        <w:t>vt 0.528662 0.460257</w:t>
        <w:br/>
        <w:t>vt 0.528155 0.458466</w:t>
        <w:br/>
        <w:t>vt 0.507823 0.458466</w:t>
        <w:br/>
        <w:t>vt 0.561262 0.539962</w:t>
        <w:br/>
        <w:t>vt 0.543568 0.528922</w:t>
        <w:br/>
        <w:t>vt 0.543259 0.530608</w:t>
        <w:br/>
        <w:t>vt 0.561082 0.541395</w:t>
        <w:br/>
        <w:t>vt 0.469452 0.459379</w:t>
        <w:br/>
        <w:t>vt 0.488542 0.459983</w:t>
        <w:br/>
        <w:t>vt 0.488058 0.458466</w:t>
        <w:br/>
        <w:t>vt 0.638186 0.550655</w:t>
        <w:br/>
        <w:t>vt 0.638991 0.552540</w:t>
        <w:br/>
        <w:t>vt 0.599083 0.558670</w:t>
        <w:br/>
        <w:t>vt 0.599154 0.556997</w:t>
        <w:br/>
        <w:t>vt 0.842517 0.976860</w:t>
        <w:br/>
        <w:t>vt 0.842808 0.965219</w:t>
        <w:br/>
        <w:t>vt 0.838872 0.977348</w:t>
        <w:br/>
        <w:t>vt 0.842103 0.949536</w:t>
        <w:br/>
        <w:t>vt 0.838872 0.951753</w:t>
        <w:br/>
        <w:t>vt 0.842318 0.923531</w:t>
        <w:br/>
        <w:t>vt 0.838872 0.925439</w:t>
        <w:br/>
        <w:t>vt 0.842309 0.869957</w:t>
        <w:br/>
        <w:t>vt 0.843403 0.844649</w:t>
        <w:br/>
        <w:t>vt 0.838872 0.845321</w:t>
        <w:br/>
        <w:t>vt 0.838872 0.871937</w:t>
        <w:br/>
        <w:t>vt 0.842855 0.818098</w:t>
        <w:br/>
        <w:t>vt 0.838872 0.820953</w:t>
        <w:br/>
        <w:t>vt 0.915305 0.820828</w:t>
        <w:br/>
        <w:t>vt 0.917443 0.822109</w:t>
        <w:br/>
        <w:t>vt 0.917494 0.812873</w:t>
        <w:br/>
        <w:t>vt 0.915049 0.813348</w:t>
        <w:br/>
        <w:t>vt 0.909896 0.747856</w:t>
        <w:br/>
        <w:t>vt 0.912233 0.747806</w:t>
        <w:br/>
        <w:t>vt 0.909076 0.738242</w:t>
        <w:br/>
        <w:t>vt 0.910548 0.756824</w:t>
        <w:br/>
        <w:t>vt 0.913604 0.756506</w:t>
        <w:br/>
        <w:t>vt 0.912777 0.778805</w:t>
        <w:br/>
        <w:t>vt 0.915587 0.778412</w:t>
        <w:br/>
        <w:t>vt 0.913991 0.768858</w:t>
        <w:br/>
        <w:t>vt 0.911633 0.768885</w:t>
        <w:br/>
        <w:t>vt 0.914224 0.793921</w:t>
        <w:br/>
        <w:t>vt 0.916205 0.793563</w:t>
        <w:br/>
        <w:t>vt 0.840997 0.794114</w:t>
        <w:br/>
        <w:t>vt 0.840102 0.772942</w:t>
        <w:br/>
        <w:t>vt 0.838872 0.795970</w:t>
        <w:br/>
        <w:t>vt 0.523490 0.517295</w:t>
        <w:br/>
        <w:t>vt 0.522699 0.518781</w:t>
        <w:br/>
        <w:t>vt 0.500894 0.503417</w:t>
        <w:br/>
        <w:t>vt 0.499798 0.505214</w:t>
        <w:br/>
        <w:t>vt 0.756303 0.834241</w:t>
        <w:br/>
        <w:t>vt 0.756303 0.856682</w:t>
        <w:br/>
        <w:t>vt 0.756303 0.875900</w:t>
        <w:br/>
        <w:t>vt 0.756303 0.895016</w:t>
        <w:br/>
        <w:t>vt 0.756303 0.910677</w:t>
        <w:br/>
        <w:t>vt 0.756303 0.932960</w:t>
        <w:br/>
        <w:t>vt 0.042997 0.847502</w:t>
        <w:br/>
        <w:t>vt 0.046300 0.847575</w:t>
        <w:br/>
        <w:t>vt 0.051934 0.866350</w:t>
        <w:br/>
        <w:t>vt 0.055306 0.865834</w:t>
        <w:br/>
        <w:t>vt 0.063726 0.882498</w:t>
        <w:br/>
        <w:t>vt 0.067297 0.882199</w:t>
        <w:br/>
        <w:t>vt 0.065182 0.905440</w:t>
        <w:br/>
        <w:t>vt 0.067893 0.905551</w:t>
        <w:br/>
        <w:t>vt 0.068201 0.928629</w:t>
        <w:br/>
        <w:t>vt 0.071274 0.928876</w:t>
        <w:br/>
        <w:t>vt 0.064167 0.952416</w:t>
        <w:br/>
        <w:t>vt 0.067443 0.952807</w:t>
        <w:br/>
        <w:t>vt 0.064980 0.976783</w:t>
        <w:br/>
        <w:t>vt 0.067815 0.977169</w:t>
        <w:br/>
        <w:t>vt 0.061091 0.996305</w:t>
        <w:br/>
        <w:t>vt 0.058013 0.997345</w:t>
        <w:br/>
        <w:t>vt 0.038011 0.957092</w:t>
        <w:br/>
        <w:t>vt 0.030763 0.954928</w:t>
        <w:br/>
        <w:t>vt 0.039010 0.956520</w:t>
        <w:br/>
        <w:t>vt 0.038283 0.946750</w:t>
        <w:br/>
        <w:t>vt 0.039010 0.956520</w:t>
        <w:br/>
        <w:t>vt 0.958901 0.745515</w:t>
        <w:br/>
        <w:t>vt 0.710270 0.051985</w:t>
        <w:br/>
        <w:t>vt 0.708921 0.064250</w:t>
        <w:br/>
        <w:t>vt 0.555894 0.556529</w:t>
        <w:br/>
        <w:t>vt 0.558533 0.552822</w:t>
        <w:br/>
        <w:t>vt 0.540245 0.545223</w:t>
        <w:br/>
        <w:t>vt 0.534244 0.549585</w:t>
        <w:br/>
        <w:t>vt 0.548630 0.569769</w:t>
        <w:br/>
        <w:t>vt 0.534244 0.549585</w:t>
        <w:br/>
        <w:t>vt 0.528740 0.553236</w:t>
        <w:br/>
        <w:t>vt 0.520281 0.556657</w:t>
        <w:br/>
        <w:t>vt 0.570606 0.896889</w:t>
        <w:br/>
        <w:t>vt 0.577378 0.902182</w:t>
        <w:br/>
        <w:t>vt 0.577108 0.895669</w:t>
        <w:br/>
        <w:t>vt 0.567361 0.903016</w:t>
        <w:br/>
        <w:t>vt 0.559574 0.916802</w:t>
        <w:br/>
        <w:t>vt 0.573527 0.908399</w:t>
        <w:br/>
        <w:t>vt 0.584973 0.893703</w:t>
        <w:br/>
        <w:t>vt 0.588391 0.897571</w:t>
        <w:br/>
        <w:t>vt 0.618615 0.903031</w:t>
        <w:br/>
        <w:t>vt 0.634658 0.900967</w:t>
        <w:br/>
        <w:t>vt 0.608126 0.903119</w:t>
        <w:br/>
        <w:t>vt 0.705677 0.901273</w:t>
        <w:br/>
        <w:t>vt 0.702371 0.914451</w:t>
        <w:br/>
        <w:t>vt 0.700294 0.905731</w:t>
        <w:br/>
        <w:t>vt 0.694361 0.907548</w:t>
        <w:br/>
        <w:t>vt 0.691715 0.898211</w:t>
        <w:br/>
        <w:t>vt 0.650373 0.898027</w:t>
        <w:br/>
        <w:t>vt 0.660733 0.896676</w:t>
        <w:br/>
        <w:t>vt 0.561997 0.899097</w:t>
        <w:br/>
        <w:t>vt 0.590578 0.892975</w:t>
        <w:br/>
        <w:t>vt 0.549026 0.927221</w:t>
        <w:br/>
        <w:t>vt 0.542612 0.918256</w:t>
        <w:br/>
        <w:t>vt 0.532412 0.925653</w:t>
        <w:br/>
        <w:t>vt 0.538583 0.934778</w:t>
        <w:br/>
        <w:t>vt 0.546487 0.944766</w:t>
        <w:br/>
        <w:t>vt 0.527757 0.942179</w:t>
        <w:br/>
        <w:t>vt 0.536498 0.952453</w:t>
        <w:br/>
        <w:t>vt 0.521493 0.932948</w:t>
        <w:br/>
        <w:t>vt 0.517075 0.949285</w:t>
        <w:br/>
        <w:t>vt 0.510126 0.946567</w:t>
        <w:br/>
        <w:t>vt 0.525363 0.950675</w:t>
        <w:br/>
        <w:t>vt 0.532592 0.954216</w:t>
        <w:br/>
        <w:t>vt 0.541688 0.956549</w:t>
        <w:br/>
        <w:t>vt 0.547101 0.961219</w:t>
        <w:br/>
        <w:t>vt 0.552924 0.962453</w:t>
        <w:br/>
        <w:t>vt 0.600966 0.911003</w:t>
        <w:br/>
        <w:t>vt 0.594499 0.918318</w:t>
        <w:br/>
        <w:t>vt 0.587727 0.928009</w:t>
        <w:br/>
        <w:t>vt 0.578837 0.933883</w:t>
        <w:br/>
        <w:t>vt 0.571618 0.943378</w:t>
        <w:br/>
        <w:t>vt 0.565799 0.941284</w:t>
        <w:br/>
        <w:t>vt 0.572158 0.967450</w:t>
        <w:br/>
        <w:t>vt 0.579152 0.950127</w:t>
        <w:br/>
        <w:t>vt 0.586122 0.938811</w:t>
        <w:br/>
        <w:t>vt 0.606923 0.913216</w:t>
        <w:br/>
        <w:t>vt 0.617906 0.914028</w:t>
        <w:br/>
        <w:t>vt 0.635199 0.912834</w:t>
        <w:br/>
        <w:t>vt 0.652512 0.909536</w:t>
        <w:br/>
        <w:t>vt 0.663405 0.906540</w:t>
        <w:br/>
        <w:t>vt 0.604244 0.923096</w:t>
        <w:br/>
        <w:t>vt 0.601233 0.933192</w:t>
        <w:br/>
        <w:t>vt 0.597686 0.944234</w:t>
        <w:br/>
        <w:t>vt 0.593236 0.955420</w:t>
        <w:br/>
        <w:t>vt 0.588188 0.972491</w:t>
        <w:br/>
        <w:t>vt 0.616514 0.925082</w:t>
        <w:br/>
        <w:t>vt 0.635483 0.925017</w:t>
        <w:br/>
        <w:t>vt 0.614595 0.935608</w:t>
        <w:br/>
        <w:t>vt 0.654425 0.921644</w:t>
        <w:br/>
        <w:t>vt 0.666307 0.918373</w:t>
        <w:br/>
        <w:t>vt 0.635515 0.936276</w:t>
        <w:br/>
        <w:t>vt 0.656999 0.934820</w:t>
        <w:br/>
        <w:t>vt 0.670038 0.931192</w:t>
        <w:br/>
        <w:t>vt 0.634963 0.947634</w:t>
        <w:br/>
        <w:t>vt 0.611920 0.946717</w:t>
        <w:br/>
        <w:t>vt 0.631933 0.958441</w:t>
        <w:br/>
        <w:t>vt 0.608753 0.957521</w:t>
        <w:br/>
        <w:t>vt 0.658657 0.948126</w:t>
        <w:br/>
        <w:t>vt 0.657666 0.961046</w:t>
        <w:br/>
        <w:t>vt 0.604227 0.973699</w:t>
        <w:br/>
        <w:t>vt 0.627220 0.974329</w:t>
        <w:br/>
        <w:t>vt 0.653340 0.973781</w:t>
        <w:br/>
        <w:t>vt 0.675345 0.942771</w:t>
        <w:br/>
        <w:t>vt 0.707032 0.924318</w:t>
        <w:br/>
        <w:t>vt 0.710015 0.900888</w:t>
        <w:br/>
        <w:t>vt 0.710900 0.932718</w:t>
        <w:br/>
        <w:t>vt 0.720311 0.927461</w:t>
        <w:br/>
        <w:t>vt 0.706755 0.947060</w:t>
        <w:br/>
        <w:t>vt 0.718119 0.941645</w:t>
        <w:br/>
        <w:t>vt 0.725298 0.934029</w:t>
        <w:br/>
        <w:t>vt 0.723256 0.945739</w:t>
        <w:br/>
        <w:t>vt 0.725441 0.948578</w:t>
        <w:br/>
        <w:t>vt 0.722727 0.951752</w:t>
        <w:br/>
        <w:t>vt 0.705492 0.959685</w:t>
        <w:br/>
        <w:t>vt 0.713183 0.955512</w:t>
        <w:br/>
        <w:t>vt 0.674846 0.954439</w:t>
        <w:br/>
        <w:t>vt 0.667006 0.976708</w:t>
        <w:br/>
        <w:t>vt 0.671325 0.966281</w:t>
        <w:br/>
        <w:t>vt 0.677632 0.988963</w:t>
        <w:br/>
        <w:t>vt 0.723882 0.956857</w:t>
        <w:br/>
        <w:t>vt 0.726165 0.959362</w:t>
        <w:br/>
        <w:t>vt 0.730290 0.953631</w:t>
        <w:br/>
        <w:t>vt 0.743844 0.953655</w:t>
        <w:br/>
        <w:t>vt 0.736889 0.960466</w:t>
        <w:br/>
        <w:t>vt 0.743556 0.960365</w:t>
        <w:br/>
        <w:t>vt 0.737519 0.194229</w:t>
        <w:br/>
        <w:t>vt 0.738207 0.213490</w:t>
        <w:br/>
        <w:t>vt 0.747311 0.211923</w:t>
        <w:br/>
        <w:t>vt 0.746081 0.192661</w:t>
        <w:br/>
        <w:t>vt 0.767751 0.226836</w:t>
        <w:br/>
        <w:t>vt 0.765959 0.208658</w:t>
        <w:br/>
        <w:t>vt 0.756626 0.210249</w:t>
        <w:br/>
        <w:t>vt 0.757304 0.229111</w:t>
        <w:br/>
        <w:t>vt 0.749034 0.251731</w:t>
        <w:br/>
        <w:t>vt 0.746948 0.231586</w:t>
        <w:br/>
        <w:t>vt 0.737525 0.233958</w:t>
        <w:br/>
        <w:t>vt 0.737105 0.253756</w:t>
        <w:br/>
        <w:t>vt 0.793601 0.185680</w:t>
        <w:br/>
        <w:t>vt 0.793328 0.205107</w:t>
        <w:br/>
        <w:t>vt 0.810462 0.188797</w:t>
        <w:br/>
        <w:t>vt 0.778069 0.224868</w:t>
        <w:br/>
        <w:t>vt 0.782027 0.244520</w:t>
        <w:br/>
        <w:t>vt 0.792592 0.241904</w:t>
        <w:br/>
        <w:t>vt 0.788388 0.222798</w:t>
        <w:br/>
        <w:t>vt 0.754985 0.190993</w:t>
        <w:br/>
        <w:t>vt 0.763912 0.189430</w:t>
        <w:br/>
        <w:t>vt 0.773533 0.188008</w:t>
        <w:br/>
        <w:t>vt 0.775337 0.207304</w:t>
        <w:br/>
        <w:t>vt 0.784803 0.206122</w:t>
        <w:br/>
        <w:t>vt 0.783172 0.186813</w:t>
        <w:br/>
        <w:t>vt 0.760266 0.249621</w:t>
        <w:br/>
        <w:t>vt 0.771551 0.247174</w:t>
        <w:br/>
        <w:t>vt 0.742978 0.275290</w:t>
        <w:br/>
        <w:t>vt 0.754737 0.273618</w:t>
        <w:br/>
        <w:t>vt 0.768997 0.318296</w:t>
        <w:br/>
        <w:t>vt 0.760502 0.320090</w:t>
        <w:br/>
        <w:t>vt 0.767582 0.340323</w:t>
        <w:br/>
        <w:t>vt 0.772774 0.294722</w:t>
        <w:br/>
        <w:t>vt 0.782962 0.292290</w:t>
        <w:br/>
        <w:t>vt 0.776568 0.269538</w:t>
        <w:br/>
        <w:t>vt 0.765640 0.271656</w:t>
        <w:br/>
        <w:t>vt 0.793248 0.332357</w:t>
        <w:br/>
        <w:t>vt 0.788236 0.314233</w:t>
        <w:br/>
        <w:t>vt 0.778636 0.316287</w:t>
        <w:br/>
        <w:t>vt 0.788213 0.267543</w:t>
        <w:br/>
        <w:t>vt 0.799652 0.265440</w:t>
        <w:br/>
        <w:t>vt 0.752206 0.299227</w:t>
        <w:br/>
        <w:t>vt 0.762601 0.297110</w:t>
        <w:br/>
        <w:t>vt 0.797565 0.220561</w:t>
        <w:br/>
        <w:t>vt 0.810163 0.216032</w:t>
        <w:br/>
        <w:t>vt 0.806765 0.328425</w:t>
        <w:br/>
        <w:t>vt 0.804975 0.310668</w:t>
        <w:br/>
        <w:t>vt 0.796676 0.312337</w:t>
        <w:br/>
        <w:t>vt 0.802998 0.288151</w:t>
        <w:br/>
        <w:t>vt 0.793113 0.290118</w:t>
        <w:br/>
        <w:t>vt 0.808952 0.239467</w:t>
        <w:br/>
        <w:t>vt 0.802502 0.239993</w:t>
        <w:br/>
        <w:t>vt 0.809828 0.262668</w:t>
        <w:br/>
        <w:t>vt 0.795799 0.051925</w:t>
        <w:br/>
        <w:t>vt 0.793624 0.061744</w:t>
        <w:br/>
        <w:t>vt 0.803134 0.061458</w:t>
        <w:br/>
        <w:t>vt 0.803642 0.051702</w:t>
        <w:br/>
        <w:t>vt 0.797539 0.017707</w:t>
        <w:br/>
        <w:t>vt 0.803778 0.018028</w:t>
        <w:br/>
        <w:t>vt 0.780524 0.003090</w:t>
        <w:br/>
        <w:t>vt 0.780706 0.016224</w:t>
        <w:br/>
        <w:t>vt 0.789024 0.017312</w:t>
        <w:br/>
        <w:t>vt 0.784622 0.050944</w:t>
        <w:br/>
        <w:t>vt 0.786297 0.041361</w:t>
        <w:br/>
        <w:t>vt 0.776389 0.039587</w:t>
        <w:br/>
        <w:t>vt 0.773510 0.048925</w:t>
        <w:br/>
        <w:t>vt 0.686135 0.033169</w:t>
        <w:br/>
        <w:t>vt 0.697493 0.033511</w:t>
        <w:br/>
        <w:t>vt 0.696961 0.018262</w:t>
        <w:br/>
        <w:t>vt 0.685977 0.018243</w:t>
        <w:br/>
        <w:t>vt 0.788333 0.103341</w:t>
        <w:br/>
        <w:t>vt 0.788239 0.095751</w:t>
        <w:br/>
        <w:t>vt 0.778921 0.095563</w:t>
        <w:br/>
        <w:t>vt 0.778463 0.103417</w:t>
        <w:br/>
        <w:t>vt 0.782569 0.060548</w:t>
        <w:br/>
        <w:t>vt 0.772348 0.058930</w:t>
        <w:br/>
        <w:t>vt 0.769174 0.094926</w:t>
        <w:br/>
        <w:t>vt 0.769027 0.103251</w:t>
        <w:br/>
        <w:t>vt 0.740990 0.102663</w:t>
        <w:br/>
        <w:t>vt 0.750273 0.102641</w:t>
        <w:br/>
        <w:t>vt 0.749892 0.093473</w:t>
        <w:br/>
        <w:t>vt 0.740299 0.093172</w:t>
        <w:br/>
        <w:t>vt 0.720447 0.095360</w:t>
        <w:br/>
        <w:t>vt 0.721721 0.105233</w:t>
        <w:br/>
        <w:t>vt 0.731334 0.103510</w:t>
        <w:br/>
        <w:t>vt 0.730401 0.093777</w:t>
        <w:br/>
        <w:t>vt 0.696660 0.105154</w:t>
        <w:br/>
        <w:t>vt 0.709607 0.106052</w:t>
        <w:br/>
        <w:t>vt 0.708788 0.096362</w:t>
        <w:br/>
        <w:t>vt 0.695873 0.096521</w:t>
        <w:br/>
        <w:t>vt 0.781609 0.168180</w:t>
        <w:br/>
        <w:t>vt 0.780141 0.153022</w:t>
        <w:br/>
        <w:t>vt 0.772307 0.153785</w:t>
        <w:br/>
        <w:t>vt 0.771850 0.169323</w:t>
        <w:br/>
        <w:t>vt 0.752149 0.172271</w:t>
        <w:br/>
        <w:t>vt 0.761425 0.170563</w:t>
        <w:br/>
        <w:t>vt 0.756562 0.155669</w:t>
        <w:br/>
        <w:t>vt 0.748727 0.156972</w:t>
        <w:br/>
        <w:t>vt 0.734775 0.175797</w:t>
        <w:br/>
        <w:t>vt 0.743316 0.174004</w:t>
        <w:br/>
        <w:t>vt 0.732122 0.160455</w:t>
        <w:br/>
        <w:t>vt 0.740323 0.158596</w:t>
        <w:br/>
        <w:t>vt 0.729371 0.147490</w:t>
        <w:br/>
        <w:t>vt 0.737566 0.145643</w:t>
        <w:br/>
        <w:t>vt 0.754122 0.142999</w:t>
        <w:br/>
        <w:t>vt 0.745896 0.144157</w:t>
        <w:br/>
        <w:t>vt 0.779087 0.140612</w:t>
        <w:br/>
        <w:t>vt 0.770739 0.141321</w:t>
        <w:br/>
        <w:t>vt 0.808583 0.154820</w:t>
        <w:br/>
        <w:t>vt 0.801558 0.140606</w:t>
        <w:br/>
        <w:t>vt 0.800485 0.153320</w:t>
        <w:br/>
        <w:t>vt 0.792032 0.167359</w:t>
        <w:br/>
        <w:t>vt 0.801483 0.168306</w:t>
        <w:br/>
        <w:t>vt 0.725151 0.177588</w:t>
        <w:br/>
        <w:t>vt 0.722411 0.162625</w:t>
        <w:br/>
        <w:t>vt 0.712762 0.164893</w:t>
        <w:br/>
        <w:t>vt 0.715578 0.179437</w:t>
        <w:br/>
        <w:t>vt 0.718441 0.197225</w:t>
        <w:br/>
        <w:t>vt 0.727971 0.195669</w:t>
        <w:br/>
        <w:t>vt 0.710217 0.152734</w:t>
        <w:br/>
        <w:t>vt 0.719744 0.149957</w:t>
        <w:br/>
        <w:t>vt 0.704560 0.130107</w:t>
        <w:br/>
        <w:t>vt 0.707245 0.140343</w:t>
        <w:br/>
        <w:t>vt 0.716733 0.137219</w:t>
        <w:br/>
        <w:t>vt 0.714372 0.126788</w:t>
        <w:br/>
        <w:t>vt 0.704060 0.114784</w:t>
        <w:br/>
        <w:t>vt 0.696160 0.113538</w:t>
        <w:br/>
        <w:t>vt 0.734923 0.132896</w:t>
        <w:br/>
        <w:t>vt 0.733222 0.122372</w:t>
        <w:br/>
        <w:t>vt 0.724273 0.124087</w:t>
        <w:br/>
        <w:t>vt 0.726374 0.134661</w:t>
        <w:br/>
        <w:t>vt 0.723191 0.114904</w:t>
        <w:br/>
        <w:t>vt 0.732411 0.113199</w:t>
        <w:br/>
        <w:t>vt 0.741647 0.112308</w:t>
        <w:br/>
        <w:t>vt 0.750698 0.111945</w:t>
        <w:br/>
        <w:t>vt 0.799363 0.103390</w:t>
        <w:br/>
        <w:t>vt 0.799711 0.110399</w:t>
        <w:br/>
        <w:t>vt 0.811002 0.108668</w:t>
        <w:br/>
        <w:t>vt 0.778138 0.111499</w:t>
        <w:br/>
        <w:t>vt 0.788737 0.111043</w:t>
        <w:br/>
        <w:t>vt 0.768885 0.111703</w:t>
        <w:br/>
        <w:t>vt 0.769332 0.085981</w:t>
        <w:br/>
        <w:t>vt 0.779191 0.086960</w:t>
        <w:br/>
        <w:t>vt 0.779589 0.078398</w:t>
        <w:br/>
        <w:t>vt 0.769588 0.077157</w:t>
        <w:br/>
        <w:t>vt 0.739919 0.083120</w:t>
        <w:br/>
        <w:t>vt 0.749692 0.083739</w:t>
        <w:br/>
        <w:t>vt 0.749857 0.073970</w:t>
        <w:br/>
        <w:t>vt 0.740005 0.073050</w:t>
        <w:br/>
        <w:t>vt 0.730982 0.072570</w:t>
        <w:br/>
        <w:t>vt 0.728833 0.069691</w:t>
        <w:br/>
        <w:t>vt 0.722494 0.074756</w:t>
        <w:br/>
        <w:t>vt 0.705597 0.078255</w:t>
        <w:br/>
        <w:t>vt 0.693968 0.079696</w:t>
        <w:br/>
        <w:t>vt 0.695726 0.087633</w:t>
        <w:br/>
        <w:t>vt 0.707881 0.086869</w:t>
        <w:br/>
        <w:t>vt 0.789175 0.087469</w:t>
        <w:br/>
        <w:t>vt 0.789959 0.079269</w:t>
        <w:br/>
        <w:t>vt 0.796787 0.042266</w:t>
        <w:br/>
        <w:t>vt 0.692409 0.071786</w:t>
        <w:br/>
        <w:t>vt 0.684059 0.066010</w:t>
        <w:br/>
        <w:t>vt 0.677903 0.073445</w:t>
        <w:br/>
        <w:t>vt 0.678381 0.084908</w:t>
        <w:br/>
        <w:t>vt 0.683262 0.105672</w:t>
        <w:br/>
        <w:t>vt 0.682060 0.095814</w:t>
        <w:br/>
        <w:t>vt 0.684089 0.114357</w:t>
        <w:br/>
        <w:t>vt 0.665136 0.099911</w:t>
        <w:br/>
        <w:t>vt 0.661372 0.087935</w:t>
        <w:br/>
        <w:t>vt 0.669311 0.111692</w:t>
        <w:br/>
        <w:t>vt 0.647869 0.109220</w:t>
        <w:br/>
        <w:t>vt 0.651799 0.117055</w:t>
        <w:br/>
        <w:t>vt 0.658562 0.128597</w:t>
        <w:br/>
        <w:t>vt 0.675438 0.124750</w:t>
        <w:br/>
        <w:t>vt 0.644878 0.100973</w:t>
        <w:br/>
        <w:t>vt 0.639323 0.121647</w:t>
        <w:br/>
        <w:t>vt 0.645535 0.131423</w:t>
        <w:br/>
        <w:t>vt 0.630804 0.110545</w:t>
        <w:br/>
        <w:t>vt 0.617294 0.120118</w:t>
        <w:br/>
        <w:t>vt 0.602745 0.129602</w:t>
        <w:br/>
        <w:t>vt 0.622697 0.127736</w:t>
        <w:br/>
        <w:t>vt 0.605721 0.136750</w:t>
        <w:br/>
        <w:t>vt 0.626299 0.134490</w:t>
        <w:br/>
        <w:t>vt 0.729098 0.214627</w:t>
        <w:br/>
        <w:t>vt 0.720000 0.215983</w:t>
        <w:br/>
        <w:t>vt 0.728039 0.236127</w:t>
        <w:br/>
        <w:t>vt 0.718036 0.238416</w:t>
        <w:br/>
        <w:t>vt 0.714683 0.255851</w:t>
        <w:br/>
        <w:t>vt 0.725894 0.254803</w:t>
        <w:br/>
        <w:t>vt 0.716804 0.271475</w:t>
        <w:br/>
        <w:t>vt 0.722188 0.287993</w:t>
        <w:br/>
        <w:t>vt 0.732583 0.281642</w:t>
        <w:br/>
        <w:t>vt 0.745582 0.324693</w:t>
        <w:br/>
        <w:t>vt 0.742398 0.302827</w:t>
        <w:br/>
        <w:t>vt 0.732589 0.306428</w:t>
        <w:br/>
        <w:t>vt 0.810462 0.188797</w:t>
        <w:br/>
        <w:t>vt 0.810163 0.216032</w:t>
        <w:br/>
        <w:t>vt 0.813912 0.216013</w:t>
        <w:br/>
        <w:t>vt 0.813912 0.189057</w:t>
        <w:br/>
        <w:t>vt 0.809777 0.286778</w:t>
        <w:br/>
        <w:t>vt 0.809273 0.309956</w:t>
        <w:br/>
        <w:t>vt 0.813912 0.309891</w:t>
        <w:br/>
        <w:t>vt 0.813912 0.286215</w:t>
        <w:br/>
        <w:t>vt 0.809828 0.262668</w:t>
        <w:br/>
        <w:t>vt 0.813912 0.262666</w:t>
        <w:br/>
        <w:t>vt 0.813912 0.239513</w:t>
        <w:br/>
        <w:t>vt 0.808952 0.239467</w:t>
        <w:br/>
        <w:t>vt 0.811621 0.065977</w:t>
        <w:br/>
        <w:t>vt 0.813912 0.066109</w:t>
        <w:br/>
        <w:t>vt 0.813912 0.052469</w:t>
        <w:br/>
        <w:t>vt 0.811559 0.051321</w:t>
        <w:br/>
        <w:t>vt 0.810036 0.018252</w:t>
        <w:br/>
        <w:t>vt 0.813912 0.018238</w:t>
        <w:br/>
        <w:t>vt 0.813912 0.003090</w:t>
        <w:br/>
        <w:t>vt 0.809346 0.003090</w:t>
        <w:br/>
        <w:t>vt 0.685196 0.043773</w:t>
        <w:br/>
        <w:t>vt 0.683185 0.043766</w:t>
        <w:br/>
        <w:t>vt 0.683512 0.053998</w:t>
        <w:br/>
        <w:t>vt 0.685726 0.054522</w:t>
        <w:br/>
        <w:t>vt 0.686135 0.033169</w:t>
        <w:br/>
        <w:t>vt 0.685977 0.018243</w:t>
        <w:br/>
        <w:t>vt 0.682739 0.020089</w:t>
        <w:br/>
        <w:t>vt 0.682632 0.032625</w:t>
        <w:br/>
        <w:t>vt 0.811470 0.135747</w:t>
        <w:br/>
        <w:t>vt 0.808583 0.154820</w:t>
        <w:br/>
        <w:t>vt 0.813912 0.153728</w:t>
        <w:br/>
        <w:t>vt 0.813912 0.135979</w:t>
        <w:br/>
        <w:t>vt 0.813912 0.170398</w:t>
        <w:br/>
        <w:t>vt 0.809772 0.169182</w:t>
        <w:br/>
        <w:t>vt 0.715578 0.179437</w:t>
        <w:br/>
        <w:t>vt 0.712762 0.164893</w:t>
        <w:br/>
        <w:t>vt 0.710044 0.165503</w:t>
        <w:br/>
        <w:t>vt 0.712760 0.179864</w:t>
        <w:br/>
        <w:t>vt 0.715588 0.197480</w:t>
        <w:br/>
        <w:t>vt 0.718441 0.197225</w:t>
        <w:br/>
        <w:t>vt 0.710217 0.152734</w:t>
        <w:br/>
        <w:t>vt 0.707697 0.153432</w:t>
        <w:br/>
        <w:t>vt 0.707245 0.140343</w:t>
        <w:br/>
        <w:t>vt 0.704560 0.130107</w:t>
        <w:br/>
        <w:t>vt 0.702602 0.130968</w:t>
        <w:br/>
        <w:t>vt 0.705038 0.141090</w:t>
        <w:br/>
        <w:t>vt 0.813912 0.109242</w:t>
        <w:br/>
        <w:t>vt 0.813912 0.096356</w:t>
        <w:br/>
        <w:t>vt 0.810713 0.095535</w:t>
        <w:br/>
        <w:t>vt 0.813912 0.083262</w:t>
        <w:br/>
        <w:t>vt 0.811101 0.083791</w:t>
        <w:br/>
        <w:t>vt 0.684059 0.066010</w:t>
        <w:br/>
        <w:t>vt 0.681614 0.065136</w:t>
        <w:br/>
        <w:t>vt 0.697330 0.122113</w:t>
        <w:br/>
        <w:t>vt 0.691234 0.121548</w:t>
        <w:br/>
        <w:t>vt 0.691640 0.123727</w:t>
        <w:br/>
        <w:t>vt 0.697086 0.124339</w:t>
        <w:br/>
        <w:t>vt 0.677903 0.073445</w:t>
        <w:br/>
        <w:t>vt 0.676068 0.071416</w:t>
        <w:br/>
        <w:t>vt 0.659651 0.085728</w:t>
        <w:br/>
        <w:t>vt 0.661372 0.087935</w:t>
        <w:br/>
        <w:t>vt 0.676166 0.127399</w:t>
        <w:br/>
        <w:t>vt 0.675438 0.124750</w:t>
        <w:br/>
        <w:t>vt 0.658562 0.128597</w:t>
        <w:br/>
        <w:t>vt 0.659219 0.131274</w:t>
        <w:br/>
        <w:t>vt 0.643221 0.098719</w:t>
        <w:br/>
        <w:t>vt 0.644878 0.100973</w:t>
        <w:br/>
        <w:t>vt 0.645535 0.131423</w:t>
        <w:br/>
        <w:t>vt 0.646111 0.134113</w:t>
        <w:br/>
        <w:t>vt 0.629193 0.108296</w:t>
        <w:br/>
        <w:t>vt 0.630804 0.110545</w:t>
        <w:br/>
        <w:t>vt 0.626299 0.134490</w:t>
        <w:br/>
        <w:t>vt 0.605721 0.136750</w:t>
        <w:br/>
        <w:t>vt 0.606906 0.139634</w:t>
        <w:br/>
        <w:t>vt 0.626744 0.137208</w:t>
        <w:br/>
        <w:t>vt 0.617294 0.120118</w:t>
        <w:br/>
        <w:t>vt 0.615640 0.117887</w:t>
        <w:br/>
        <w:t>vt 0.601678 0.126899</w:t>
        <w:br/>
        <w:t>vt 0.602745 0.129602</w:t>
        <w:br/>
        <w:t>vt 0.717174 0.215918</w:t>
        <w:br/>
        <w:t>vt 0.720000 0.215983</w:t>
        <w:br/>
        <w:t>vt 0.715405 0.238076</w:t>
        <w:br/>
        <w:t>vt 0.718036 0.238416</w:t>
        <w:br/>
        <w:t>vt 0.712223 0.255860</w:t>
        <w:br/>
        <w:t>vt 0.714683 0.255851</w:t>
        <w:br/>
        <w:t>vt 0.716804 0.271475</w:t>
        <w:br/>
        <w:t>vt 0.714970 0.271430</w:t>
        <w:br/>
        <w:t>vt 0.719744 0.289062</w:t>
        <w:br/>
        <w:t>vt 0.722188 0.287993</w:t>
        <w:br/>
        <w:t>vt 0.745582 0.324693</w:t>
        <w:br/>
        <w:t>vt 0.732589 0.306428</w:t>
        <w:br/>
        <w:t>vt 0.730313 0.307910</w:t>
        <w:br/>
        <w:t>vt 0.743514 0.326521</w:t>
        <w:br/>
        <w:t>vt 0.757384 0.344856</w:t>
        <w:br/>
        <w:t>vt 0.585322 0.140547</w:t>
        <w:br/>
        <w:t>vt 0.586020 0.144053</w:t>
        <w:br/>
        <w:t>vt 0.584124 0.138249</w:t>
        <w:br/>
        <w:t>vt 0.585322 0.140547</w:t>
        <w:br/>
        <w:t>vt 0.587780 0.145469</w:t>
        <w:br/>
        <w:t>vt 0.586020 0.144053</w:t>
        <w:br/>
        <w:t>vt 0.690335 0.061044</w:t>
        <w:br/>
        <w:t>vt 0.685726 0.054522</w:t>
        <w:br/>
        <w:t>vt 0.716009 0.954833</w:t>
        <w:br/>
        <w:t>vt 0.716285 0.947728</w:t>
        <w:br/>
        <w:t>vt 0.791095 0.152346</w:t>
        <w:br/>
        <w:t>vt 0.699549 0.126005</w:t>
        <w:br/>
        <w:t>vt 0.700811 0.123891</w:t>
        <w:br/>
        <w:t>vt 0.711861 0.117904</w:t>
        <w:br/>
        <w:t>vt 0.701216 0.128071</w:t>
        <w:br/>
        <w:t>vt 0.703037 0.126538</w:t>
        <w:br/>
        <w:t>vt 0.403727 0.886019</w:t>
        <w:br/>
        <w:t>vt 0.412956 0.885399</w:t>
        <w:br/>
        <w:t>vt 0.406587 0.865918</w:t>
        <w:br/>
        <w:t>vt 0.458861 0.873802</w:t>
        <w:br/>
        <w:t>vt 0.439439 0.873838</w:t>
        <w:br/>
        <w:t>vt 0.439763 0.880064</w:t>
        <w:br/>
        <w:t>vt 0.461082 0.876041</w:t>
        <w:br/>
        <w:t>vt 0.417529 0.869302</w:t>
        <w:br/>
        <w:t>vt 0.426315 0.883186</w:t>
        <w:br/>
        <w:t>vt 0.428254 0.872375</w:t>
        <w:br/>
        <w:t>vt 0.809772 0.169182</w:t>
        <w:br/>
        <w:t>vt 0.796821 0.749577</w:t>
        <w:br/>
        <w:t>vt 0.789603 0.754704</w:t>
        <w:br/>
        <w:t>vt 0.866676 0.933545</w:t>
        <w:br/>
        <w:t>vt 0.841754 0.898083</w:t>
        <w:br/>
        <w:t>vt 0.838872 0.899703</w:t>
        <w:br/>
        <w:t>vt 0.611102 0.153681</w:t>
        <w:br/>
        <w:t>vt 0.604755 0.144534</w:t>
        <w:br/>
        <w:t>vt 0.605567 0.155050</w:t>
        <w:br/>
        <w:t>vt 0.625867 0.164552</w:t>
        <w:br/>
        <w:t>vt 0.606656 0.169157</w:t>
        <w:br/>
        <w:t>vt 0.861005 0.887074</w:t>
        <w:br/>
        <w:t>vt 0.861944 0.873699</w:t>
        <w:br/>
        <w:t>vt 0.850214 0.966490</w:t>
        <w:br/>
        <w:t>vt 0.846041 0.979247</w:t>
        <w:br/>
        <w:t>vt 0.856736 0.931675</w:t>
        <w:br/>
        <w:t>vt 0.876212 0.993523</w:t>
        <w:br/>
        <w:t>vt 0.878477 0.988768</w:t>
        <w:br/>
        <w:t>vt 0.994967 0.679268</w:t>
        <w:br/>
        <w:t>vt 0.861005 0.887074</w:t>
        <w:br/>
        <w:t>vt 0.765075 0.778319</w:t>
        <w:br/>
        <w:t>vt 0.756303 0.776697</w:t>
        <w:br/>
        <w:t>vt 0.855258 0.772062</w:t>
        <w:br/>
        <w:t>vt 0.851665 0.774038</w:t>
        <w:br/>
        <w:t>vt 0.412902 0.858860</w:t>
        <w:br/>
        <w:t>vt 0.418687 0.745694</w:t>
        <w:br/>
        <w:t>vt 0.419521 0.720246</w:t>
        <w:br/>
        <w:t>vt 0.420034 0.697604</w:t>
        <w:br/>
        <w:t>vt 0.851243 0.750803</w:t>
        <w:br/>
        <w:t>vt 0.853521 0.751351</w:t>
        <w:br/>
        <w:t>vt 0.859214 0.732742</w:t>
        <w:br/>
        <w:t>vt 0.469236 0.726343</w:t>
        <w:br/>
        <w:t>vt 0.470429 0.726699</w:t>
        <w:br/>
        <w:t>vt 0.475357 0.699685</w:t>
        <w:br/>
        <w:t>vt 0.473862 0.698725</w:t>
        <w:br/>
        <w:t>vt 0.411496 0.623334</w:t>
        <w:br/>
        <w:t>vt 0.410455 0.616008</w:t>
        <w:br/>
        <w:t>vt 0.404930 0.621308</w:t>
        <w:br/>
        <w:t>vt 0.438179 0.638658</w:t>
        <w:br/>
        <w:t>vt 0.435511 0.636683</w:t>
        <w:br/>
        <w:t>vt 0.432073 0.645077</w:t>
        <w:br/>
        <w:t>vt 0.451230 0.651969</w:t>
        <w:br/>
        <w:t>vt 0.422325 0.649791</w:t>
        <w:br/>
        <w:t>vt 0.456025 0.833012</w:t>
        <w:br/>
        <w:t>vt 0.458628 0.833693</w:t>
        <w:br/>
        <w:t>vt 0.458553 0.802817</w:t>
        <w:br/>
        <w:t>vt 0.457360 0.802534</w:t>
        <w:br/>
        <w:t>vt 0.462010 0.776623</w:t>
        <w:br/>
        <w:t>vt 0.460931 0.776406</w:t>
        <w:br/>
        <w:t>vt 0.465792 0.752026</w:t>
        <w:br/>
        <w:t>vt 0.464473 0.751674</w:t>
        <w:br/>
        <w:t>vt 0.813912 0.328530</w:t>
        <w:br/>
        <w:t>vt 0.746099 0.929992</w:t>
        <w:br/>
        <w:t>vt 0.746825 0.936667</w:t>
        <w:br/>
        <w:t>vt 0.751577 0.928967</w:t>
        <w:br/>
        <w:t>vt 0.745775 0.924542</w:t>
        <w:br/>
        <w:t>vt 0.788302 0.977063</w:t>
        <w:br/>
        <w:t>vt 0.788139 0.972011</w:t>
        <w:br/>
        <w:t>vt 0.779277 0.971970</w:t>
        <w:br/>
        <w:t>vt 0.807781 0.964845</w:t>
        <w:br/>
        <w:t>vt 0.805411 0.971532</w:t>
        <w:br/>
        <w:t>vt 0.812421 0.968549</w:t>
        <w:br/>
        <w:t>vt 0.828886 0.868821</w:t>
        <w:br/>
        <w:t>vt 0.831727 0.879114</w:t>
        <w:br/>
        <w:t>vt 0.819431 0.909488</w:t>
        <w:br/>
        <w:t>vt 0.816124 0.919647</w:t>
        <w:br/>
        <w:t>vt 0.813531 0.938808</w:t>
        <w:br/>
        <w:t>vt 0.814567 0.934953</w:t>
        <w:br/>
        <w:t>vt 0.813336 0.929917</w:t>
        <w:br/>
        <w:t>vt 0.795539 0.937743</w:t>
        <w:br/>
        <w:t>vt 0.810460 0.942020</w:t>
        <w:br/>
        <w:t>vt 0.807202 0.943782</w:t>
        <w:br/>
        <w:t>vt 0.777844 0.950022</w:t>
        <w:br/>
        <w:t>vt 0.800754 0.945459</w:t>
        <w:br/>
        <w:t>vt 0.779385 0.941160</w:t>
        <w:br/>
        <w:t>vt 0.748997 0.943289</w:t>
        <w:br/>
        <w:t>vt 0.769208 0.985184</w:t>
        <w:br/>
        <w:t>vt 0.760597 0.984593</w:t>
        <w:br/>
        <w:t>vt 0.768235 0.991155</w:t>
        <w:br/>
        <w:t>vt 0.769550 0.990200</w:t>
        <w:br/>
        <w:t>vt 0.753574 0.950288</w:t>
        <w:br/>
        <w:t>vt 0.757450 0.954059</w:t>
        <w:br/>
        <w:t>vt 0.771051 0.981007</w:t>
        <w:br/>
        <w:t>vt 0.758091 0.978747</w:t>
        <w:br/>
        <w:t>vt 0.757415 0.974263</w:t>
        <w:br/>
        <w:t>vt 0.774904 0.976229</w:t>
        <w:br/>
        <w:t>vt 0.757279 0.968336</w:t>
        <w:br/>
        <w:t>vt 0.757606 0.960224</w:t>
        <w:br/>
        <w:t>vt 0.801294 0.946284</w:t>
        <w:br/>
        <w:t>vt 0.803738 0.954575</w:t>
        <w:br/>
        <w:t>vt 0.806311 0.952424</w:t>
        <w:br/>
        <w:t>vt 0.804287 0.946440</w:t>
        <w:br/>
        <w:t>vt 0.815964 0.894584</w:t>
        <w:br/>
        <w:t>vt 0.827144 0.895697</w:t>
        <w:br/>
        <w:t>vt 0.830270 0.891429</w:t>
        <w:br/>
        <w:t>vt 0.834191 0.887842</w:t>
        <w:br/>
        <w:t>vt 0.804966 0.959578</w:t>
        <w:br/>
        <w:t>vt 0.801334 0.955300</w:t>
        <w:br/>
        <w:t>vt 0.793190 0.973015</w:t>
        <w:br/>
        <w:t>vt 0.799509 0.973188</w:t>
        <w:br/>
        <w:t>vt 0.755546 0.483091</w:t>
        <w:br/>
        <w:t>vt 0.100652 0.956259</w:t>
        <w:br/>
        <w:t>vt 0.101517 0.981110</w:t>
        <w:br/>
        <w:t>vt 0.104205 0.980466</w:t>
        <w:br/>
        <w:t>vt 0.104205 0.956066</w:t>
        <w:br/>
        <w:t>vt 0.769314 0.475419</w:t>
        <w:br/>
        <w:t>vt 0.768668 0.473844</w:t>
        <w:br/>
        <w:t>vt 0.754237 0.482293</w:t>
        <w:br/>
        <w:t>vt 0.719832 0.521576</w:t>
        <w:br/>
        <w:t>vt 0.695576 0.530304</w:t>
        <w:br/>
        <w:t>vt 0.765225 0.489199</w:t>
        <w:br/>
        <w:t>vt 0.769314 0.475419</w:t>
        <w:br/>
        <w:t>vt 0.760493 0.502986</w:t>
        <w:br/>
        <w:t>vt 0.824470 0.900056</w:t>
        <w:br/>
        <w:t>vt 0.461366 0.687508</w:t>
        <w:br/>
        <w:t>vt 0.468212 0.691496</w:t>
        <w:br/>
        <w:t>vt 0.834399 0.777791</w:t>
        <w:br/>
        <w:t>vt 0.831962 0.775036</w:t>
        <w:br/>
        <w:t>vt 0.545734 0.585374</w:t>
        <w:br/>
        <w:t>vt 0.548667 0.585661</w:t>
        <w:br/>
        <w:t>vt 0.548667 0.576657</w:t>
        <w:br/>
        <w:t>vt 0.546942 0.575795</w:t>
        <w:br/>
        <w:t>vt 0.548667 0.603603</w:t>
        <w:br/>
        <w:t>vt 0.546422 0.603864</w:t>
        <w:br/>
        <w:t>vt 0.547222 0.612451</w:t>
        <w:br/>
        <w:t>vt 0.548667 0.612735</w:t>
        <w:br/>
        <w:t>vt 0.547460 0.621894</w:t>
        <w:br/>
        <w:t>vt 0.548667 0.623133</w:t>
        <w:br/>
        <w:t>vt 0.546856 0.632354</w:t>
        <w:br/>
        <w:t>vt 0.548667 0.631996</w:t>
        <w:br/>
        <w:t>vt 0.547665 0.651405</w:t>
        <w:br/>
        <w:t>vt 0.548667 0.650594</w:t>
        <w:br/>
        <w:t>vt 0.548667 0.642677</w:t>
        <w:br/>
        <w:t>vt 0.547399 0.642502</w:t>
        <w:br/>
        <w:t>vt 0.548667 0.631996</w:t>
        <w:br/>
        <w:t>vt 0.544797 0.594512</w:t>
        <w:br/>
        <w:t>vt 0.548667 0.594921</w:t>
        <w:br/>
        <w:t>vt 0.749742 0.960668</w:t>
        <w:br/>
        <w:t>vt 0.544797 0.594512</w:t>
        <w:br/>
        <w:t>vt 0.545734 0.585374</w:t>
        <w:br/>
        <w:t>vt 0.546422 0.603864</w:t>
        <w:br/>
        <w:t>vt 0.547222 0.612451</w:t>
        <w:br/>
        <w:t>vt 0.547460 0.621894</w:t>
        <w:br/>
        <w:t>vt 0.547399 0.642502</w:t>
        <w:br/>
        <w:t>vt 0.547665 0.651405</w:t>
        <w:br/>
        <w:t>vt 0.546942 0.575795</w:t>
        <w:br/>
        <w:t>vt 0.769614 0.503256</w:t>
        <w:br/>
        <w:t>vt 0.778355 0.957856</w:t>
        <w:br/>
        <w:t>vt 0.806837 0.949000</w:t>
        <w:br/>
        <w:t>vt 0.769536 0.463698</w:t>
        <w:br/>
        <w:t>vt 0.090606 0.998026</w:t>
        <w:br/>
        <w:t>vt 0.391885 0.886376</w:t>
        <w:br/>
        <w:t>vt 0.730096 0.083417</w:t>
        <w:br/>
        <w:t>vt 0.743534 0.131549</w:t>
        <w:br/>
        <w:t>vt 0.742180 0.121201</w:t>
        <w:br/>
        <w:t>vt 0.759491 0.084825</w:t>
        <w:br/>
        <w:t>vt 0.759740 0.075563</w:t>
        <w:br/>
        <w:t>vt 0.759497 0.094160</w:t>
        <w:br/>
        <w:t>vt 0.759598 0.102939</w:t>
        <w:br/>
        <w:t>vt 0.759765 0.111824</w:t>
        <w:br/>
        <w:t>vt 0.762734 0.045519</w:t>
        <w:br/>
        <w:t>vt 0.762377 0.056514</w:t>
        <w:br/>
        <w:t>vt 0.766678 0.036956</w:t>
        <w:br/>
        <w:t>vt 0.772702 0.014118</w:t>
        <w:br/>
        <w:t>vt 0.811206 0.121418</w:t>
        <w:br/>
        <w:t>vt 0.800149 0.117477</w:t>
        <w:br/>
        <w:t>vt 0.800743 0.127500</w:t>
        <w:br/>
        <w:t>vt 0.752125 0.130592</w:t>
        <w:br/>
        <w:t>vt 0.751051 0.120458</w:t>
        <w:br/>
        <w:t>vt 0.790650 0.139929</w:t>
        <w:br/>
        <w:t>vt 0.809777 0.286778</w:t>
        <w:br/>
        <w:t>vt 0.809273 0.309956</w:t>
        <w:br/>
        <w:t>vt 0.764420 0.154424</w:t>
        <w:br/>
        <w:t>vt 0.762412 0.142011</w:t>
        <w:br/>
        <w:t>vt 0.759968 0.119953</w:t>
        <w:br/>
        <w:t>vt 0.760790 0.129834</w:t>
        <w:br/>
        <w:t>vt 0.769490 0.129114</w:t>
        <w:br/>
        <w:t>vt 0.778261 0.128418</w:t>
        <w:br/>
        <w:t>vt 0.778007 0.118810</w:t>
        <w:br/>
        <w:t>vt 0.768937 0.119441</w:t>
        <w:br/>
        <w:t>vt 0.789807 0.127631</w:t>
        <w:br/>
        <w:t>vt 0.789012 0.118004</w:t>
        <w:br/>
        <w:t>vt 0.720363 0.085264</w:t>
        <w:br/>
        <w:t>vt 0.799534 0.088230</w:t>
        <w:br/>
        <w:t>vt 0.799261 0.095793</w:t>
        <w:br/>
        <w:t>vt 0.799783 0.080800</w:t>
        <w:br/>
        <w:t>vt 0.813912 0.121595</w:t>
        <w:br/>
        <w:t>vt 0.702260 0.069674</w:t>
        <w:br/>
        <w:t>vt 0.741497 0.062797</w:t>
        <w:br/>
        <w:t>vt 0.751329 0.064393</w:t>
        <w:br/>
        <w:t>vt 0.761096 0.066454</w:t>
        <w:br/>
        <w:t>vt 0.770827 0.068475</w:t>
        <w:br/>
        <w:t>vt 0.780710 0.069992</w:t>
        <w:br/>
        <w:t>vt 0.791329 0.071192</w:t>
        <w:br/>
        <w:t>vt 0.801981 0.070995</w:t>
        <w:br/>
        <w:t>vt 0.714935 0.033416</w:t>
        <w:br/>
        <w:t>vt 0.716538 0.019796</w:t>
        <w:br/>
        <w:t>vt 0.703037 0.126538</w:t>
        <w:br/>
        <w:t>vt 0.813912 0.109242</w:t>
        <w:br/>
        <w:t>vt 0.803625 0.042397</w:t>
        <w:br/>
        <w:t>vt 0.813912 0.043184</w:t>
        <w:br/>
        <w:t>vt 0.810740 0.042363</w:t>
        <w:br/>
        <w:t>vt 0.682632 0.032625</w:t>
        <w:br/>
        <w:t>vt 0.778516 0.029985</w:t>
        <w:br/>
        <w:t>vt 0.769421 0.027430</w:t>
        <w:br/>
        <w:t>vt 0.787707 0.031642</w:t>
        <w:br/>
        <w:t>vt 0.797236 0.032525</w:t>
        <w:br/>
        <w:t>vt 0.803607 0.033269</w:t>
        <w:br/>
        <w:t>vt 0.810032 0.033782</w:t>
        <w:br/>
        <w:t>vt 0.813912 0.034056</w:t>
        <w:br/>
        <w:t>vt 0.757896 0.051998</w:t>
        <w:br/>
        <w:t>vt 0.753912 0.055565</w:t>
        <w:br/>
        <w:t>vt 0.749985 0.057939</w:t>
        <w:br/>
        <w:t>vt 0.742349 0.060253</w:t>
        <w:br/>
        <w:t>vt 0.733302 0.062419</w:t>
        <w:br/>
        <w:t>vt 0.687685 0.048644</w:t>
        <w:br/>
        <w:t>vt 0.700365 0.048152</w:t>
        <w:br/>
        <w:t>vt 0.682632 0.003090</w:t>
        <w:br/>
        <w:t>vt 0.696582 0.003090</w:t>
        <w:br/>
        <w:t>vt 0.725232 0.049331</w:t>
        <w:br/>
        <w:t>vt 0.504283 0.957994</w:t>
        <w:br/>
        <w:t>vt 0.700811 0.123891</w:t>
        <w:br/>
        <w:t>vt 0.697330 0.122113</w:t>
        <w:br/>
        <w:t>vt 0.691234 0.121548</w:t>
        <w:br/>
        <w:t>vt 0.272613 0.839100</w:t>
        <w:br/>
        <w:t>vt 0.254743 0.860711</w:t>
        <w:br/>
        <w:t>vt 0.261405 0.851591</w:t>
        <w:br/>
        <w:t>vt 0.260924 0.838473</w:t>
        <w:br/>
        <w:t>vt 0.250832 0.838032</w:t>
        <w:br/>
        <w:t>vt 0.248902 0.866135</w:t>
        <w:br/>
        <w:t>vt 0.241680 0.837839</w:t>
        <w:br/>
        <w:t>vt 0.236519 0.849637</w:t>
        <w:br/>
        <w:t>vt 0.232488 0.838202</w:t>
        <w:br/>
        <w:t>vt 0.222145 0.857903</w:t>
        <w:br/>
        <w:t>vt 0.227214 0.861354</w:t>
        <w:br/>
        <w:t>vt 0.222422 0.838143</w:t>
        <w:br/>
        <w:t>vt 0.212421 0.838376</w:t>
        <w:br/>
        <w:t>vt 0.212551 0.848570</w:t>
        <w:br/>
        <w:t>vt 0.201095 0.838690</w:t>
        <w:br/>
        <w:t>vt 0.174111 0.605395</w:t>
        <w:br/>
        <w:t>vt 0.305571 0.610313</w:t>
        <w:br/>
        <w:t>vt 0.297279 0.612788</w:t>
        <w:br/>
        <w:t>vt 0.266871 0.623866</w:t>
        <w:br/>
        <w:t>vt 0.240304 0.635725</w:t>
        <w:br/>
        <w:t>vt 0.887340 0.698681</w:t>
        <w:br/>
        <w:t>vt 0.253793 0.631413</w:t>
        <w:br/>
        <w:t>vt 0.834399 0.761009</w:t>
        <w:br/>
        <w:t>vt 0.834399 0.770511</w:t>
        <w:br/>
        <w:t>vt 0.824439 0.792499</w:t>
        <w:br/>
        <w:t>vt 0.764294 0.776163</w:t>
        <w:br/>
        <w:t>vt 0.765075 0.778319</w:t>
        <w:br/>
        <w:t>vt 0.810641 0.755469</w:t>
        <w:br/>
        <w:t>vt 0.810641 0.755469</w:t>
        <w:br/>
        <w:t>vt 0.404155 0.852419</w:t>
        <w:br/>
        <w:t>vt 0.399639 0.846539</w:t>
        <w:br/>
        <w:t>vt 0.399145 0.824253</w:t>
        <w:br/>
        <w:t>vt 0.399047 0.810333</w:t>
        <w:br/>
        <w:t>vt 0.398573 0.794857</w:t>
        <w:br/>
        <w:t>vt 0.398233 0.769017</w:t>
        <w:br/>
        <w:t>vt 0.398831 0.742981</w:t>
        <w:br/>
        <w:t>vt 0.400026 0.717641</w:t>
        <w:br/>
        <w:t>vt 0.400828 0.695662</w:t>
        <w:br/>
        <w:t>vt 0.406931 0.679461</w:t>
        <w:br/>
        <w:t>vt 0.407865 0.674078</w:t>
        <w:br/>
        <w:t>vt 0.400724 0.661285</w:t>
        <w:br/>
        <w:t>vt 0.400395 0.650312</w:t>
        <w:br/>
        <w:t>vt 0.415776 0.640404</w:t>
        <w:br/>
        <w:t>vt 0.412429 0.630423</w:t>
        <w:br/>
        <w:t>vt 0.402462 0.624084</w:t>
        <w:br/>
        <w:t>vt 0.405997 0.684844</w:t>
        <w:br/>
        <w:t>vt 0.405094 0.666525</w:t>
        <w:br/>
        <w:t>vt 0.707480 0.987210</w:t>
        <w:br/>
        <w:t>vt 0.703246 0.987706</w:t>
        <w:br/>
        <w:t>vt 0.707748 0.993708</w:t>
        <w:br/>
        <w:t>vt 0.709898 0.991720</w:t>
        <w:br/>
        <w:t>vt 0.730290 0.989821</w:t>
        <w:br/>
        <w:t>vt 0.726594 0.988238</w:t>
        <w:br/>
        <w:t>vt 0.723454 0.992315</w:t>
        <w:br/>
        <w:t>vt 0.725039 0.994282</w:t>
        <w:br/>
        <w:t>vt 0.723258 0.987603</w:t>
        <w:br/>
        <w:t>vt 0.721285 0.991349</w:t>
        <w:br/>
        <w:t>vt 0.720149 0.987292</w:t>
        <w:br/>
        <w:t>vt 0.719041 0.990890</w:t>
        <w:br/>
        <w:t>vt 0.717138 0.987108</w:t>
        <w:br/>
        <w:t>vt 0.716816 0.990688</w:t>
        <w:br/>
        <w:t>vt 0.714116 0.987012</w:t>
        <w:br/>
        <w:t>vt 0.714579 0.990678</w:t>
        <w:br/>
        <w:t>vt 0.710956 0.987036</w:t>
        <w:br/>
        <w:t>vt 0.712271 0.990934</w:t>
        <w:br/>
        <w:t>vt 0.704169 0.980727</w:t>
        <w:br/>
        <w:t>vt 0.707860 0.982318</w:t>
        <w:br/>
        <w:t>vt 0.731205 0.982846</w:t>
        <w:br/>
        <w:t>vt 0.726972 0.983347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0.709427 0.976271</w:t>
        <w:br/>
        <w:t>vt 0.711004 0.978241</w:t>
        <w:br/>
        <w:t>vt 0.726705 0.976852</w:t>
        <w:br/>
        <w:t>vt 0.724555 0.978842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0.436416 0.330493</w:t>
        <w:br/>
        <w:t>vt 0.428913 0.330418</w:t>
        <w:br/>
        <w:t>vt 0.428913 0.326421</w:t>
        <w:br/>
        <w:t>vt 0.436495 0.326279</w:t>
        <w:br/>
        <w:t>vt 0.428913 0.321239</w:t>
        <w:br/>
        <w:t>vt 0.428913 0.311721</w:t>
        <w:br/>
        <w:t>vt 0.438233 0.313577</w:t>
        <w:br/>
        <w:t>vt 0.428913 0.305580</w:t>
        <w:br/>
        <w:t>vt 0.428913 0.302694</w:t>
        <w:br/>
        <w:t>vt 0.436969 0.304009</w:t>
        <w:br/>
        <w:t>vt 0.437155 0.308027</w:t>
        <w:br/>
        <w:t>vt 0.428913 0.299501</w:t>
        <w:br/>
        <w:t>vt 0.436908 0.299836</w:t>
        <w:br/>
        <w:t>vt 0.428913 0.294926</w:t>
        <w:br/>
        <w:t>vt 0.436797 0.295488</w:t>
        <w:br/>
        <w:t>vt 0.436977 0.288807</w:t>
        <w:br/>
        <w:t>vt 0.428913 0.288761</w:t>
        <w:br/>
        <w:t>vt 0.437257 0.278510</w:t>
        <w:br/>
        <w:t>vt 0.428913 0.272998</w:t>
        <w:br/>
        <w:t>vt 0.436664 0.272998</w:t>
        <w:br/>
        <w:t>vt 0.428913 0.280044</w:t>
        <w:br/>
        <w:t>vt 0.428913 0.335366</w:t>
        <w:br/>
        <w:t>vt 0.436604 0.334971</w:t>
        <w:br/>
        <w:t>vt 0.436705 0.341223</w:t>
        <w:br/>
        <w:t>vt 0.428913 0.341223</w:t>
        <w:br/>
        <w:t>vt 0.436839 0.321306</w:t>
        <w:br/>
        <w:t>vt 0.428913 0.307539</w:t>
        <w:br/>
        <w:t>vt 0.437088 0.311960</w:t>
        <w:br/>
        <w:t>vt 0.446923 0.327246</w:t>
        <w:br/>
        <w:t>vt 0.446846 0.331027</w:t>
        <w:br/>
        <w:t>vt 0.438909 0.330628</w:t>
        <w:br/>
        <w:t>vt 0.438944 0.326461</w:t>
        <w:br/>
        <w:t>vt 0.447574 0.313556</w:t>
        <w:br/>
        <w:t>vt 0.439297 0.321530</w:t>
        <w:br/>
        <w:t>vt 0.439802 0.313727</w:t>
        <w:br/>
        <w:t>vt 0.447257 0.306547</w:t>
        <w:br/>
        <w:t>vt 0.439129 0.308224</w:t>
        <w:br/>
        <w:t>vt 0.439459 0.303935</w:t>
        <w:br/>
        <w:t>vt 0.447285 0.302816</w:t>
        <w:br/>
        <w:t>vt 0.439494 0.299474</w:t>
        <w:br/>
        <w:t>vt 0.447014 0.298934</w:t>
        <w:br/>
        <w:t>vt 0.439412 0.295115</w:t>
        <w:br/>
        <w:t>vt 0.447042 0.294255</w:t>
        <w:br/>
        <w:t>vt 0.439674 0.288545</w:t>
        <w:br/>
        <w:t>vt 0.447151 0.288139</w:t>
        <w:br/>
        <w:t>vt 0.439573 0.278250</w:t>
        <w:br/>
        <w:t>vt 0.446813 0.272998</w:t>
        <w:br/>
        <w:t>vt 0.447078 0.279423</w:t>
        <w:br/>
        <w:t>vt 0.440069 0.272998</w:t>
        <w:br/>
        <w:t>vt 0.446254 0.335585</w:t>
        <w:br/>
        <w:t>vt 0.438630 0.335050</w:t>
        <w:br/>
        <w:t>vt 0.439104 0.341223</w:t>
        <w:br/>
        <w:t>vt 0.446885 0.341223</w:t>
        <w:br/>
        <w:t>vt 0.447030 0.322500</w:t>
        <w:br/>
        <w:t>vt 0.446458 0.309694</w:t>
        <w:br/>
        <w:t>vt 0.439493 0.312393</w:t>
        <w:br/>
        <w:t>vt 0.449474 0.327486</w:t>
        <w:br/>
        <w:t>vt 0.449474 0.331268</w:t>
        <w:br/>
        <w:t>vt 0.446846 0.331027</w:t>
        <w:br/>
        <w:t>vt 0.446923 0.327246</w:t>
        <w:br/>
        <w:t>vt 0.436416 0.330493</w:t>
        <w:br/>
        <w:t>vt 0.436495 0.326279</w:t>
        <w:br/>
        <w:t>vt 0.438944 0.326461</w:t>
        <w:br/>
        <w:t>vt 0.438909 0.330628</w:t>
        <w:br/>
        <w:t>vt 0.439297 0.321530</w:t>
        <w:br/>
        <w:t>vt 0.436839 0.321306</w:t>
        <w:br/>
        <w:t>vt 0.438233 0.313577</w:t>
        <w:br/>
        <w:t>vt 0.439802 0.313727</w:t>
        <w:br/>
        <w:t>vt 0.449474 0.314337</w:t>
        <w:br/>
        <w:t>vt 0.449474 0.322907</w:t>
        <w:br/>
        <w:t>vt 0.447030 0.322500</w:t>
        <w:br/>
        <w:t>vt 0.447574 0.313556</w:t>
        <w:br/>
        <w:t>vt 0.437155 0.308027</w:t>
        <w:br/>
        <w:t>vt 0.436969 0.304009</w:t>
        <w:br/>
        <w:t>vt 0.439459 0.303935</w:t>
        <w:br/>
        <w:t>vt 0.439129 0.308224</w:t>
        <w:br/>
        <w:t>vt 0.447285 0.302816</w:t>
        <w:br/>
        <w:t>vt 0.449474 0.302700</w:t>
        <w:br/>
        <w:t>vt 0.449474 0.306779</w:t>
        <w:br/>
        <w:t>vt 0.447257 0.306547</w:t>
        <w:br/>
        <w:t>vt 0.436908 0.299836</w:t>
        <w:br/>
        <w:t>vt 0.439494 0.299474</w:t>
        <w:br/>
        <w:t>vt 0.447014 0.298934</w:t>
        <w:br/>
        <w:t>vt 0.449474 0.298818</w:t>
        <w:br/>
        <w:t>vt 0.447042 0.294255</w:t>
        <w:br/>
        <w:t>vt 0.449474 0.294119</w:t>
        <w:br/>
        <w:t>vt 0.436797 0.295488</w:t>
        <w:br/>
        <w:t>vt 0.439412 0.295115</w:t>
        <w:br/>
        <w:t>vt 0.436977 0.288807</w:t>
        <w:br/>
        <w:t>vt 0.439674 0.288545</w:t>
        <w:br/>
        <w:t>vt 0.449474 0.287977</w:t>
        <w:br/>
        <w:t>vt 0.447151 0.288139</w:t>
        <w:br/>
        <w:t>vt 0.436977 0.288807</w:t>
        <w:br/>
        <w:t>vt 0.437257 0.278510</w:t>
        <w:br/>
        <w:t>vt 0.447078 0.279423</w:t>
        <w:br/>
        <w:t>vt 0.449474 0.279281</w:t>
        <w:br/>
        <w:t>vt 0.446813 0.272998</w:t>
        <w:br/>
        <w:t>vt 0.449474 0.272998</w:t>
        <w:br/>
        <w:t>vt 0.436664 0.272998</w:t>
        <w:br/>
        <w:t>vt 0.440069 0.272998</w:t>
        <w:br/>
        <w:t>vt 0.436604 0.334971</w:t>
        <w:br/>
        <w:t>vt 0.438630 0.335050</w:t>
        <w:br/>
        <w:t>vt 0.449474 0.335842</w:t>
        <w:br/>
        <w:t>vt 0.446254 0.335585</w:t>
        <w:br/>
        <w:t>vt 0.436705 0.341223</w:t>
        <w:br/>
        <w:t>vt 0.439104 0.341223</w:t>
        <w:br/>
        <w:t>vt 0.449474 0.341223</w:t>
        <w:br/>
        <w:t>vt 0.446885 0.341223</w:t>
        <w:br/>
        <w:t>vt 0.437088 0.311960</w:t>
        <w:br/>
        <w:t>vt 0.449474 0.309926</w:t>
        <w:br/>
        <w:t>vt 0.446458 0.309694</w:t>
        <w:br/>
        <w:t>vt 0.428913 0.307539</w:t>
        <w:br/>
        <w:t>vt 0.449474 0.309926</w:t>
        <w:br/>
        <w:t>vt 0.736130 0.767244</w:t>
        <w:br/>
        <w:t>vt 0.732279 0.767245</w:t>
        <w:br/>
        <w:t>vt 0.732279 0.758780</w:t>
        <w:br/>
        <w:t>vt 0.736131 0.758779</w:t>
        <w:br/>
        <w:t>vt 0.736130 0.775709</w:t>
        <w:br/>
        <w:t>vt 0.732279 0.775709</w:t>
        <w:br/>
        <w:t>vt 0.732279 0.784172</w:t>
        <w:br/>
        <w:t>vt 0.736130 0.784172</w:t>
        <w:br/>
        <w:t>vt 0.732279 0.792637</w:t>
        <w:br/>
        <w:t>vt 0.736130 0.792636</w:t>
        <w:br/>
        <w:t>vt 0.736130 0.801100</w:t>
        <w:br/>
        <w:t>vt 0.732279 0.801100</w:t>
        <w:br/>
        <w:t>vt 0.736129 0.809564</w:t>
        <w:br/>
        <w:t>vt 0.732279 0.809565</w:t>
        <w:br/>
        <w:t>vt 0.732279 0.818027</w:t>
        <w:br/>
        <w:t>vt 0.736128 0.818028</w:t>
        <w:br/>
        <w:t>vt 0.732279 0.826491</w:t>
        <w:br/>
        <w:t>vt 0.736128 0.826492</w:t>
        <w:br/>
        <w:t>vt 0.732279 0.834955</w:t>
        <w:br/>
        <w:t>vt 0.736129 0.834956</w:t>
        <w:br/>
        <w:t>vt 0.736131 0.843421</w:t>
        <w:br/>
        <w:t>vt 0.732279 0.843422</w:t>
        <w:br/>
        <w:t>vt 0.736132 0.851880</w:t>
        <w:br/>
        <w:t>vt 0.732279 0.851885</w:t>
        <w:br/>
        <w:t>vt 0.732279 0.860335</w:t>
        <w:br/>
        <w:t>vt 0.736131 0.860335</w:t>
        <w:br/>
        <w:t>vt 0.732279 0.868791</w:t>
        <w:br/>
        <w:t>vt 0.736132 0.868791</w:t>
        <w:br/>
        <w:t>vt 0.736130 0.707942</w:t>
        <w:br/>
        <w:t>vt 0.732279 0.707943</w:t>
        <w:br/>
        <w:t>vt 0.732279 0.699446</w:t>
        <w:br/>
        <w:t>vt 0.736129 0.699446</w:t>
        <w:br/>
        <w:t>vt 0.732279 0.716430</w:t>
        <w:br/>
        <w:t>vt 0.736129 0.716432</w:t>
        <w:br/>
        <w:t>vt 0.736130 0.724913</w:t>
        <w:br/>
        <w:t>vt 0.732279 0.724915</w:t>
        <w:br/>
        <w:t>vt 0.736130 0.733386</w:t>
        <w:br/>
        <w:t>vt 0.732279 0.733388</w:t>
        <w:br/>
        <w:t>vt 0.736131 0.741851</w:t>
        <w:br/>
        <w:t>vt 0.732279 0.741853</w:t>
        <w:br/>
        <w:t>vt 0.732279 0.750315</w:t>
        <w:br/>
        <w:t>vt 0.736131 0.750315</w:t>
        <w:br/>
        <w:t>vt 0.736131 0.758779</w:t>
        <w:br/>
        <w:t>vt 0.739577 0.758780</w:t>
        <w:br/>
        <w:t>vt 0.739577 0.767244</w:t>
        <w:br/>
        <w:t>vt 0.736130 0.767244</w:t>
        <w:br/>
        <w:t>vt 0.739577 0.775709</w:t>
        <w:br/>
        <w:t>vt 0.736130 0.775709</w:t>
        <w:br/>
        <w:t>vt 0.739576 0.784172</w:t>
        <w:br/>
        <w:t>vt 0.736130 0.784172</w:t>
        <w:br/>
        <w:t>vt 0.739576 0.792637</w:t>
        <w:br/>
        <w:t>vt 0.736130 0.792636</w:t>
        <w:br/>
        <w:t>vt 0.739576 0.801100</w:t>
        <w:br/>
        <w:t>vt 0.736130 0.801100</w:t>
        <w:br/>
        <w:t>vt 0.739575 0.809565</w:t>
        <w:br/>
        <w:t>vt 0.736129 0.809564</w:t>
        <w:br/>
        <w:t>vt 0.739575 0.818029</w:t>
        <w:br/>
        <w:t>vt 0.736128 0.818028</w:t>
        <w:br/>
        <w:t>vt 0.739575 0.826492</w:t>
        <w:br/>
        <w:t>vt 0.736128 0.826492</w:t>
        <w:br/>
        <w:t>vt 0.739576 0.834958</w:t>
        <w:br/>
        <w:t>vt 0.736129 0.834956</w:t>
        <w:br/>
        <w:t>vt 0.739577 0.843420</w:t>
        <w:br/>
        <w:t>vt 0.736131 0.843421</w:t>
        <w:br/>
        <w:t>vt 0.739578 0.851876</w:t>
        <w:br/>
        <w:t>vt 0.736132 0.851880</w:t>
        <w:br/>
        <w:t>vt 0.739577 0.860335</w:t>
        <w:br/>
        <w:t>vt 0.736131 0.860335</w:t>
        <w:br/>
        <w:t>vt 0.739577 0.868791</w:t>
        <w:br/>
        <w:t>vt 0.736132 0.868791</w:t>
        <w:br/>
        <w:t>vt 0.739576 0.699446</w:t>
        <w:br/>
        <w:t>vt 0.739576 0.707943</w:t>
        <w:br/>
        <w:t>vt 0.736130 0.707942</w:t>
        <w:br/>
        <w:t>vt 0.736129 0.699446</w:t>
        <w:br/>
        <w:t>vt 0.739574 0.716435</w:t>
        <w:br/>
        <w:t>vt 0.736129 0.716432</w:t>
        <w:br/>
        <w:t>vt 0.739575 0.724912</w:t>
        <w:br/>
        <w:t>vt 0.736130 0.724913</w:t>
        <w:br/>
        <w:t>vt 0.739578 0.733385</w:t>
        <w:br/>
        <w:t>vt 0.736130 0.733386</w:t>
        <w:br/>
        <w:t>vt 0.739578 0.741852</w:t>
        <w:br/>
        <w:t>vt 0.736131 0.741851</w:t>
        <w:br/>
        <w:t>vt 0.739578 0.750315</w:t>
        <w:br/>
        <w:t>vt 0.736131 0.750315</w:t>
        <w:br/>
        <w:t>vt 0.742671 0.758780</w:t>
        <w:br/>
        <w:t>vt 0.742671 0.767244</w:t>
        <w:br/>
        <w:t>vt 0.739577 0.767244</w:t>
        <w:br/>
        <w:t>vt 0.739577 0.758780</w:t>
        <w:br/>
        <w:t>vt 0.742670 0.775708</w:t>
        <w:br/>
        <w:t>vt 0.739577 0.775709</w:t>
        <w:br/>
        <w:t>vt 0.742670 0.784172</w:t>
        <w:br/>
        <w:t>vt 0.739576 0.784172</w:t>
        <w:br/>
        <w:t>vt 0.742670 0.792637</w:t>
        <w:br/>
        <w:t>vt 0.739576 0.792637</w:t>
        <w:br/>
        <w:t>vt 0.742670 0.801100</w:t>
        <w:br/>
        <w:t>vt 0.739576 0.801100</w:t>
        <w:br/>
        <w:t>vt 0.742669 0.809565</w:t>
        <w:br/>
        <w:t>vt 0.739575 0.809565</w:t>
        <w:br/>
        <w:t>vt 0.742669 0.818030</w:t>
        <w:br/>
        <w:t>vt 0.739575 0.818029</w:t>
        <w:br/>
        <w:t>vt 0.742669 0.826494</w:t>
        <w:br/>
        <w:t>vt 0.739575 0.826492</w:t>
        <w:br/>
        <w:t>vt 0.742669 0.834956</w:t>
        <w:br/>
        <w:t>vt 0.739576 0.834958</w:t>
        <w:br/>
        <w:t>vt 0.742671 0.843419</w:t>
        <w:br/>
        <w:t>vt 0.739577 0.843420</w:t>
        <w:br/>
        <w:t>vt 0.742671 0.851876</w:t>
        <w:br/>
        <w:t>vt 0.739578 0.851876</w:t>
        <w:br/>
        <w:t>vt 0.742671 0.860335</w:t>
        <w:br/>
        <w:t>vt 0.739577 0.860335</w:t>
        <w:br/>
        <w:t>vt 0.742671 0.868791</w:t>
        <w:br/>
        <w:t>vt 0.739577 0.868791</w:t>
        <w:br/>
        <w:t>vt 0.742670 0.699446</w:t>
        <w:br/>
        <w:t>vt 0.742669 0.707943</w:t>
        <w:br/>
        <w:t>vt 0.739576 0.707943</w:t>
        <w:br/>
        <w:t>vt 0.739576 0.699446</w:t>
        <w:br/>
        <w:t>vt 0.742668 0.716434</w:t>
        <w:br/>
        <w:t>vt 0.739574 0.716435</w:t>
        <w:br/>
        <w:t>vt 0.742669 0.724913</w:t>
        <w:br/>
        <w:t>vt 0.739575 0.724912</w:t>
        <w:br/>
        <w:t>vt 0.742671 0.733386</w:t>
        <w:br/>
        <w:t>vt 0.739578 0.733385</w:t>
        <w:br/>
        <w:t>vt 0.742672 0.741851</w:t>
        <w:br/>
        <w:t>vt 0.739578 0.741852</w:t>
        <w:br/>
        <w:t>vt 0.742672 0.750316</w:t>
        <w:br/>
        <w:t>vt 0.739578 0.750315</w:t>
        <w:br/>
        <w:t>vt 0.742671 0.758780</w:t>
        <w:br/>
        <w:t>vt 0.745765 0.758780</w:t>
        <w:br/>
        <w:t>vt 0.745764 0.767244</w:t>
        <w:br/>
        <w:t>vt 0.742671 0.767244</w:t>
        <w:br/>
        <w:t>vt 0.745764 0.775709</w:t>
        <w:br/>
        <w:t>vt 0.742670 0.775708</w:t>
        <w:br/>
        <w:t>vt 0.745764 0.784172</w:t>
        <w:br/>
        <w:t>vt 0.742670 0.784172</w:t>
        <w:br/>
        <w:t>vt 0.745764 0.792636</w:t>
        <w:br/>
        <w:t>vt 0.742670 0.792637</w:t>
        <w:br/>
        <w:t>vt 0.745764 0.801100</w:t>
        <w:br/>
        <w:t>vt 0.742670 0.801100</w:t>
        <w:br/>
        <w:t>vt 0.745763 0.809565</w:t>
        <w:br/>
        <w:t>vt 0.742669 0.809565</w:t>
        <w:br/>
        <w:t>vt 0.745763 0.818030</w:t>
        <w:br/>
        <w:t>vt 0.742669 0.818030</w:t>
        <w:br/>
        <w:t>vt 0.745763 0.826494</w:t>
        <w:br/>
        <w:t>vt 0.742669 0.826494</w:t>
        <w:br/>
        <w:t>vt 0.745764 0.834956</w:t>
        <w:br/>
        <w:t>vt 0.742669 0.834956</w:t>
        <w:br/>
        <w:t>vt 0.745764 0.843416</w:t>
        <w:br/>
        <w:t>vt 0.742671 0.843419</w:t>
        <w:br/>
        <w:t>vt 0.745765 0.851874</w:t>
        <w:br/>
        <w:t>vt 0.742671 0.851876</w:t>
        <w:br/>
        <w:t>vt 0.745764 0.860334</w:t>
        <w:br/>
        <w:t>vt 0.742671 0.860335</w:t>
        <w:br/>
        <w:t>vt 0.745764 0.868791</w:t>
        <w:br/>
        <w:t>vt 0.742671 0.868791</w:t>
        <w:br/>
        <w:t>vt 0.742670 0.699446</w:t>
        <w:br/>
        <w:t>vt 0.745763 0.699446</w:t>
        <w:br/>
        <w:t>vt 0.745763 0.707943</w:t>
        <w:br/>
        <w:t>vt 0.742669 0.707943</w:t>
        <w:br/>
        <w:t>vt 0.745761 0.716433</w:t>
        <w:br/>
        <w:t>vt 0.742668 0.716434</w:t>
        <w:br/>
        <w:t>vt 0.745763 0.724914</w:t>
        <w:br/>
        <w:t>vt 0.742669 0.724913</w:t>
        <w:br/>
        <w:t>vt 0.745765 0.733386</w:t>
        <w:br/>
        <w:t>vt 0.742671 0.733386</w:t>
        <w:br/>
        <w:t>vt 0.745766 0.741851</w:t>
        <w:br/>
        <w:t>vt 0.742672 0.741851</w:t>
        <w:br/>
        <w:t>vt 0.745765 0.750315</w:t>
        <w:br/>
        <w:t>vt 0.742672 0.750316</w:t>
        <w:br/>
        <w:t>vt 0.749210 0.758780</w:t>
        <w:br/>
        <w:t>vt 0.749210 0.767245</w:t>
        <w:br/>
        <w:t>vt 0.745764 0.767244</w:t>
        <w:br/>
        <w:t>vt 0.745765 0.758780</w:t>
        <w:br/>
        <w:t>vt 0.749210 0.775708</w:t>
        <w:br/>
        <w:t>vt 0.745764 0.775709</w:t>
        <w:br/>
        <w:t>vt 0.749210 0.784172</w:t>
        <w:br/>
        <w:t>vt 0.745764 0.784172</w:t>
        <w:br/>
        <w:t>vt 0.749210 0.792636</w:t>
        <w:br/>
        <w:t>vt 0.745764 0.792636</w:t>
        <w:br/>
        <w:t>vt 0.749210 0.801101</w:t>
        <w:br/>
        <w:t>vt 0.745764 0.801100</w:t>
        <w:br/>
        <w:t>vt 0.749210 0.809566</w:t>
        <w:br/>
        <w:t>vt 0.745763 0.809565</w:t>
        <w:br/>
        <w:t>vt 0.749210 0.818031</w:t>
        <w:br/>
        <w:t>vt 0.745763 0.818030</w:t>
        <w:br/>
        <w:t>vt 0.749210 0.826495</w:t>
        <w:br/>
        <w:t>vt 0.745763 0.826494</w:t>
        <w:br/>
        <w:t>vt 0.749210 0.834956</w:t>
        <w:br/>
        <w:t>vt 0.745764 0.834956</w:t>
        <w:br/>
        <w:t>vt 0.749210 0.843412</w:t>
        <w:br/>
        <w:t>vt 0.745764 0.843416</w:t>
        <w:br/>
        <w:t>vt 0.749210 0.851872</w:t>
        <w:br/>
        <w:t>vt 0.745765 0.851874</w:t>
        <w:br/>
        <w:t>vt 0.749210 0.860336</w:t>
        <w:br/>
        <w:t>vt 0.745764 0.860334</w:t>
        <w:br/>
        <w:t>vt 0.749210 0.868791</w:t>
        <w:br/>
        <w:t>vt 0.745764 0.868791</w:t>
        <w:br/>
        <w:t>vt 0.745763 0.699446</w:t>
        <w:br/>
        <w:t>vt 0.749210 0.699446</w:t>
        <w:br/>
        <w:t>vt 0.749210 0.707943</w:t>
        <w:br/>
        <w:t>vt 0.745763 0.707943</w:t>
        <w:br/>
        <w:t>vt 0.749210 0.716435</w:t>
        <w:br/>
        <w:t>vt 0.745761 0.716433</w:t>
        <w:br/>
        <w:t>vt 0.749210 0.724919</w:t>
        <w:br/>
        <w:t>vt 0.745763 0.724914</w:t>
        <w:br/>
        <w:t>vt 0.749210 0.733386</w:t>
        <w:br/>
        <w:t>vt 0.745765 0.733386</w:t>
        <w:br/>
        <w:t>vt 0.749210 0.741851</w:t>
        <w:br/>
        <w:t>vt 0.745766 0.741851</w:t>
        <w:br/>
        <w:t>vt 0.749210 0.750315</w:t>
        <w:br/>
        <w:t>vt 0.745765 0.750315</w:t>
        <w:br/>
        <w:t>vt 0.703246 0.987706</w:t>
        <w:br/>
        <w:t>vt 0.707480 0.987210</w:t>
        <w:br/>
        <w:t>vt 0.709898 0.991720</w:t>
        <w:br/>
        <w:t>vt 0.707748 0.993708</w:t>
        <w:br/>
        <w:t>vt 0.723454 0.992315</w:t>
        <w:br/>
        <w:t>vt 0.726594 0.988238</w:t>
        <w:br/>
        <w:t>vt 0.730290 0.989821</w:t>
        <w:br/>
        <w:t>vt 0.725039 0.994282</w:t>
        <w:br/>
        <w:t>vt 0.721285 0.991349</w:t>
        <w:br/>
        <w:t>vt 0.723258 0.987603</w:t>
        <w:br/>
        <w:t>vt 0.720149 0.987292</w:t>
        <w:br/>
        <w:t>vt 0.719041 0.990890</w:t>
        <w:br/>
        <w:t>vt 0.716816 0.990688</w:t>
        <w:br/>
        <w:t>vt 0.717138 0.987108</w:t>
        <w:br/>
        <w:t>vt 0.714579 0.990678</w:t>
        <w:br/>
        <w:t>vt 0.714116 0.987012</w:t>
        <w:br/>
        <w:t>vt 0.712271 0.990934</w:t>
        <w:br/>
        <w:t>vt 0.710956 0.987036</w:t>
        <w:br/>
        <w:t>vt 0.704169 0.980727</w:t>
        <w:br/>
        <w:t>vt 0.707860 0.982318</w:t>
        <w:br/>
        <w:t>vt 0.726972 0.983347</w:t>
        <w:br/>
        <w:t>vt 0.731205 0.982846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0.709427 0.976271</w:t>
        <w:br/>
        <w:t>vt 0.711004 0.978241</w:t>
        <w:br/>
        <w:t>vt 0.724555 0.978842</w:t>
        <w:br/>
        <w:t>vt 0.726705 0.976852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0.707748 0.993708</w:t>
        <w:br/>
        <w:t>vt 0.703246 0.987706</w:t>
        <w:br/>
        <w:t>vt 0.707480 0.987210</w:t>
        <w:br/>
        <w:t>vt 0.709898 0.991720</w:t>
        <w:br/>
        <w:t>vt 0.723454 0.992315</w:t>
        <w:br/>
        <w:t>vt 0.726594 0.988238</w:t>
        <w:br/>
        <w:t>vt 0.730290 0.989821</w:t>
        <w:br/>
        <w:t>vt 0.725039 0.994282</w:t>
        <w:br/>
        <w:t>vt 0.721285 0.991349</w:t>
        <w:br/>
        <w:t>vt 0.723258 0.987603</w:t>
        <w:br/>
        <w:t>vt 0.720149 0.987292</w:t>
        <w:br/>
        <w:t>vt 0.719041 0.990890</w:t>
        <w:br/>
        <w:t>vt 0.717138 0.987108</w:t>
        <w:br/>
        <w:t>vt 0.716816 0.990688</w:t>
        <w:br/>
        <w:t>vt 0.714116 0.987012</w:t>
        <w:br/>
        <w:t>vt 0.714579 0.990678</w:t>
        <w:br/>
        <w:t>vt 0.712271 0.990934</w:t>
        <w:br/>
        <w:t>vt 0.710956 0.987036</w:t>
        <w:br/>
        <w:t>vt 0.704169 0.980727</w:t>
        <w:br/>
        <w:t>vt 0.707860 0.982318</w:t>
        <w:br/>
        <w:t>vt 0.726972 0.983347</w:t>
        <w:br/>
        <w:t>vt 0.731205 0.982846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0.709427 0.976271</w:t>
        <w:br/>
        <w:t>vt 0.711004 0.978241</w:t>
        <w:br/>
        <w:t>vt 0.724555 0.978842</w:t>
        <w:br/>
        <w:t>vt 0.726705 0.976852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0.612768 0.268951</w:t>
        <w:br/>
        <w:t>vt 0.604249 0.269066</w:t>
        <w:br/>
        <w:t>vt 0.608213 0.262511</w:t>
        <w:br/>
        <w:t>vt 0.614262 0.265136</w:t>
        <w:br/>
        <w:t>vt 0.619413 0.267339</w:t>
        <w:br/>
        <w:t>vt 0.611977 0.271829</w:t>
        <w:br/>
        <w:t>vt 0.604263 0.276487</w:t>
        <w:br/>
        <w:t>vt 0.597785 0.280399</w:t>
        <w:br/>
        <w:t>vt 0.594940 0.277402</w:t>
        <w:br/>
        <w:t>vt 0.595100 0.272049</w:t>
        <w:br/>
        <w:t>vt 0.594445 0.282415</w:t>
        <w:br/>
        <w:t>vt 0.595736 0.260805</w:t>
        <w:br/>
        <w:t>vt 0.697808 0.274521</w:t>
        <w:br/>
        <w:t>vt 0.697403 0.280105</w:t>
        <w:br/>
        <w:t>vt 0.692148 0.275085</w:t>
        <w:br/>
        <w:t>vt 0.698015 0.269470</w:t>
        <w:br/>
        <w:t>vt 0.702572 0.273602</w:t>
        <w:br/>
        <w:t>vt 0.704587 0.263255</w:t>
        <w:br/>
        <w:t>vt 0.708345 0.269860</w:t>
        <w:br/>
        <w:t>vt 0.707310 0.261184</w:t>
        <w:br/>
        <w:t>vt 0.708345 0.278545</w:t>
        <w:br/>
        <w:t>vt 0.705396 0.285490</w:t>
        <w:br/>
        <w:t>vt 0.425545 0.149626</w:t>
        <w:br/>
        <w:t>vt 0.417585 0.142854</w:t>
        <w:br/>
        <w:t>vt 0.415726 0.153340</w:t>
        <w:br/>
        <w:t>vt 0.454654 0.131628</w:t>
        <w:br/>
        <w:t>vt 0.464927 0.118816</w:t>
        <w:br/>
        <w:t>vt 0.454292 0.119402</w:t>
        <w:br/>
        <w:t>vt 0.417214 0.119761</w:t>
        <w:br/>
        <w:t>vt 0.418137 0.133866</w:t>
        <w:br/>
        <w:t>vt 0.426730 0.134375</w:t>
        <w:br/>
        <w:t>vt 0.428046 0.119145</w:t>
        <w:br/>
        <w:t>vt 0.443967 0.097681</w:t>
        <w:br/>
        <w:t>vt 0.429697 0.095987</w:t>
        <w:br/>
        <w:t>vt 0.429277 0.107430</w:t>
        <w:br/>
        <w:t>vt 0.442810 0.108172</w:t>
        <w:br/>
        <w:t>vt 0.436216 0.089771</w:t>
        <w:br/>
        <w:t>vt 0.419285 0.097885</w:t>
        <w:br/>
        <w:t>vt 0.418147 0.107167</w:t>
        <w:br/>
        <w:t>vt 0.418084 0.087877</w:t>
        <w:br/>
        <w:t>vt 0.427128 0.081396</w:t>
        <w:br/>
        <w:t>vt 0.421006 0.076972</w:t>
        <w:br/>
        <w:t>vt 0.416080 0.078140</w:t>
        <w:br/>
        <w:t>vt 0.451949 0.085855</w:t>
        <w:br/>
        <w:t>vt 0.462030 0.089962</w:t>
        <w:br/>
        <w:t>vt 0.463783 0.078806</w:t>
        <w:br/>
        <w:t>vt 0.451499 0.078477</w:t>
        <w:br/>
        <w:t>vt 0.439243 0.077841</w:t>
        <w:br/>
        <w:t>vt 0.462287 0.023314</w:t>
        <w:br/>
        <w:t>vt 0.462515 0.008099</w:t>
        <w:br/>
        <w:t>vt 0.456960 0.008008</w:t>
        <w:br/>
        <w:t>vt 0.451314 0.016677</w:t>
        <w:br/>
        <w:t>vt 0.449400 0.038121</w:t>
        <w:br/>
        <w:t>vt 0.448709 0.052080</w:t>
        <w:br/>
        <w:t>vt 0.461182 0.050545</w:t>
        <w:br/>
        <w:t>vt 0.461451 0.036900</w:t>
        <w:br/>
        <w:t>vt 0.455650 0.108703</w:t>
        <w:br/>
        <w:t>vt 0.417387 0.154620</w:t>
        <w:br/>
        <w:t>vt 0.426770 0.151995</w:t>
        <w:br/>
        <w:t>vt 0.433306 0.148626</w:t>
        <w:br/>
        <w:t>vt 0.441880 0.143854</w:t>
        <w:br/>
        <w:t>vt 0.455982 0.132699</w:t>
        <w:br/>
        <w:t>vt 0.454654 0.131628</w:t>
        <w:br/>
        <w:t>vt 0.440325 0.142737</w:t>
        <w:br/>
        <w:t>vt 0.457032 0.106795</w:t>
        <w:br/>
        <w:t>vt 0.445032 0.096045</w:t>
        <w:br/>
        <w:t>vt 0.455650 0.108703</w:t>
        <w:br/>
        <w:t>vt 0.437849 0.088277</w:t>
        <w:br/>
        <w:t>vt 0.436216 0.089771</w:t>
        <w:br/>
        <w:t>vt 0.428453 0.079710</w:t>
        <w:br/>
        <w:t>vt 0.427128 0.081396</w:t>
        <w:br/>
        <w:t>vt 0.420675 0.074770</w:t>
        <w:br/>
        <w:t>vt 0.421006 0.076972</w:t>
        <w:br/>
        <w:t>vt 0.420675 0.074770</w:t>
        <w:br/>
        <w:t>vt 0.414930 0.077002</w:t>
        <w:br/>
        <w:t>vt 0.416080 0.078140</w:t>
        <w:br/>
        <w:t>vt 0.421006 0.076972</w:t>
        <w:br/>
        <w:t>vt 0.467121 0.118824</w:t>
        <w:br/>
        <w:t>vt 0.464927 0.118816</w:t>
        <w:br/>
        <w:t>vt 0.467121 0.118824</w:t>
        <w:br/>
        <w:t>vt 0.464927 0.118816</w:t>
        <w:br/>
        <w:t>vt 0.411508 0.052579</w:t>
        <w:br/>
        <w:t>vt 0.422688 0.067085</w:t>
        <w:br/>
        <w:t>vt 0.423991 0.065804</w:t>
        <w:br/>
        <w:t>vt 0.413333 0.052589</w:t>
        <w:br/>
        <w:t>vt 0.445125 0.084488</w:t>
        <w:br/>
        <w:t>vt 0.439243 0.077841</w:t>
        <w:br/>
        <w:t>vt 0.437685 0.079289</w:t>
        <w:br/>
        <w:t>vt 0.451949 0.085855</w:t>
        <w:br/>
        <w:t>vt 0.451835 0.088216</w:t>
        <w:br/>
        <w:t>vt 0.459769 0.090323</w:t>
        <w:br/>
        <w:t>vt 0.462030 0.089962</w:t>
        <w:br/>
        <w:t>vt 0.433381 0.029559</w:t>
        <w:br/>
        <w:t>vt 0.423482 0.038816</w:t>
        <w:br/>
        <w:t>vt 0.425048 0.040354</w:t>
        <w:br/>
        <w:t>vt 0.435760 0.030814</w:t>
        <w:br/>
        <w:t>vt 0.449554 0.014707</w:t>
        <w:br/>
        <w:t>vt 0.442876 0.020805</w:t>
        <w:br/>
        <w:t>vt 0.445242 0.022239</w:t>
        <w:br/>
        <w:t>vt 0.451314 0.016677</w:t>
        <w:br/>
        <w:t>vt 0.456960 0.008008</w:t>
        <w:br/>
        <w:t>vt 0.455338 0.006418</w:t>
        <w:br/>
        <w:t>vt 0.462023 0.005050</w:t>
        <w:br/>
        <w:t>vt 0.462515 0.008099</w:t>
        <w:br/>
        <w:t>vt 0.411508 0.052579</w:t>
        <w:br/>
        <w:t>vt 0.413333 0.052589</w:t>
        <w:br/>
        <w:t>vt 0.678020 0.646273</w:t>
        <w:br/>
        <w:t>vt 0.661925 0.641694</w:t>
        <w:br/>
        <w:t>vt 0.697344 0.608774</w:t>
        <w:br/>
        <w:t>vt 0.686462 0.613160</w:t>
        <w:br/>
        <w:t>vt 0.692695 0.605141</w:t>
        <w:br/>
        <w:t>vt 0.697712 0.598171</w:t>
        <w:br/>
        <w:t>vt 0.704330 0.604624</w:t>
        <w:br/>
        <w:t>vt 0.713537 0.574458</w:t>
        <w:br/>
        <w:t>vt 0.710274 0.580488</w:t>
        <w:br/>
        <w:t>vt 0.706528 0.579193</w:t>
        <w:br/>
        <w:t>vt 0.710617 0.594200</w:t>
        <w:br/>
        <w:t>vt 0.703230 0.589327</w:t>
        <w:br/>
        <w:t>vt 0.704330 0.604624</w:t>
        <w:br/>
        <w:t>vt 0.710617 0.594200</w:t>
        <w:br/>
        <w:t>vt 0.714955 0.598185</w:t>
        <w:br/>
        <w:t>vt 0.710009 0.606048</w:t>
        <w:br/>
        <w:t>vt 0.662183 0.666930</w:t>
        <w:br/>
        <w:t>vt 0.660562 0.661774</w:t>
        <w:br/>
        <w:t>vt 0.661903 0.655999</w:t>
        <w:br/>
        <w:t>vt 0.651951 0.654686</w:t>
        <w:br/>
        <w:t>vt 0.650951 0.662843</w:t>
        <w:br/>
        <w:t>vt 0.653135 0.642720</w:t>
        <w:br/>
        <w:t>vt 0.657419 0.625429</w:t>
        <w:br/>
        <w:t>vt 0.666122 0.626830</w:t>
        <w:br/>
        <w:t>vt 0.657016 0.668836</w:t>
        <w:br/>
        <w:t>vt 0.641130 0.663287</w:t>
        <w:br/>
        <w:t>vt 0.641697 0.654902</w:t>
        <w:br/>
        <w:t>vt 0.643079 0.642837</w:t>
        <w:br/>
        <w:t>vt 0.645591 0.624780</w:t>
        <w:br/>
        <w:t>vt 0.671002 0.612481</w:t>
        <w:br/>
        <w:t>vt 0.658625 0.610305</w:t>
        <w:br/>
        <w:t>vt 0.647203 0.609021</w:t>
        <w:br/>
        <w:t>vt 0.661133 0.602232</w:t>
        <w:br/>
        <w:t>vt 0.661564 0.593034</w:t>
        <w:br/>
        <w:t>vt 0.671962 0.593763</w:t>
        <w:br/>
        <w:t>vt 0.673778 0.605234</w:t>
        <w:br/>
        <w:t>vt 0.671687 0.584279</w:t>
        <w:br/>
        <w:t>vt 0.661487 0.583394</w:t>
        <w:br/>
        <w:t>vt 0.661128 0.573905</w:t>
        <w:br/>
        <w:t>vt 0.672257 0.574963</w:t>
        <w:br/>
        <w:t>vt 0.673102 0.566056</w:t>
        <w:br/>
        <w:t>vt 0.659778 0.563909</w:t>
        <w:br/>
        <w:t>vt 0.659202 0.553857</w:t>
        <w:br/>
        <w:t>vt 0.674438 0.558317</w:t>
        <w:br/>
        <w:t>vt 0.656591 0.719193</w:t>
        <w:br/>
        <w:t>vt 0.669131 0.718576</w:t>
        <w:br/>
        <w:t>vt 0.672414 0.733594</w:t>
        <w:br/>
        <w:t>vt 0.657680 0.733181</w:t>
        <w:br/>
        <w:t>vt 0.654526 0.704887</w:t>
        <w:br/>
        <w:t>vt 0.664825 0.702886</w:t>
        <w:br/>
        <w:t>vt 0.652485 0.691304</w:t>
        <w:br/>
        <w:t>vt 0.662082 0.689994</w:t>
        <w:br/>
        <w:t>vt 0.661982 0.676581</w:t>
        <w:br/>
        <w:t>vt 0.661198 0.682385</w:t>
        <w:br/>
        <w:t>vt 0.651600 0.682046</w:t>
        <w:br/>
        <w:t>vt 0.642326 0.691055</w:t>
        <w:br/>
        <w:t>vt 0.643853 0.704864</w:t>
        <w:br/>
        <w:t>vt 0.645262 0.719759</w:t>
        <w:br/>
        <w:t>vt 0.646493 0.732941</w:t>
        <w:br/>
        <w:t>vt 0.626368 0.658283</w:t>
        <w:br/>
        <w:t>vt 0.628338 0.642308</w:t>
        <w:br/>
        <w:t>vt 0.631257 0.622686</w:t>
        <w:br/>
        <w:t>vt 0.632971 0.606380</w:t>
        <w:br/>
        <w:t>vt 0.636842 0.675767</w:t>
        <w:br/>
        <w:t>vt 0.624766 0.672137</w:t>
        <w:br/>
        <w:t>vt 0.636906 0.667649</w:t>
        <w:br/>
        <w:t>vt 0.625478 0.686504</w:t>
        <w:br/>
        <w:t>vt 0.627502 0.703961</w:t>
        <w:br/>
        <w:t>vt 0.629775 0.720903</w:t>
        <w:br/>
        <w:t>vt 0.630431 0.735954</w:t>
        <w:br/>
        <w:t>vt 0.613184 0.607908</w:t>
        <w:br/>
        <w:t>vt 0.618391 0.590535</w:t>
        <w:br/>
        <w:t>vt 0.610481 0.702655</w:t>
        <w:br/>
        <w:t>vt 0.609610 0.686996</w:t>
        <w:br/>
        <w:t>vt 0.608725 0.658522</w:t>
        <w:br/>
        <w:t>vt 0.592569 0.660401</w:t>
        <w:br/>
        <w:t>vt 0.593951 0.644685</w:t>
        <w:br/>
        <w:t>vt 0.610155 0.643420</w:t>
        <w:br/>
        <w:t>vt 0.595387 0.628170</w:t>
        <w:br/>
        <w:t>vt 0.612297 0.624471</w:t>
        <w:br/>
        <w:t>vt 0.597482 0.610895</w:t>
        <w:br/>
        <w:t>vt 0.599037 0.597770</w:t>
        <w:br/>
        <w:t>vt 0.609069 0.672477</w:t>
        <w:br/>
        <w:t>vt 0.593175 0.672841</w:t>
        <w:br/>
        <w:t>vt 0.593713 0.686109</w:t>
        <w:br/>
        <w:t>vt 0.593932 0.700229</w:t>
        <w:br/>
        <w:t>vt 0.612271 0.717747</w:t>
        <w:br/>
        <w:t>vt 0.594062 0.714433</w:t>
        <w:br/>
        <w:t>vt 0.614910 0.732573</w:t>
        <w:br/>
        <w:t>vt 0.594515 0.729334</w:t>
        <w:br/>
        <w:t>vt 0.616495 0.747923</w:t>
        <w:br/>
        <w:t>vt 0.594733 0.741208</w:t>
        <w:br/>
        <w:t>vt 0.577512 0.646937</w:t>
        <w:br/>
        <w:t>vt 0.576401 0.661851</w:t>
        <w:br/>
        <w:t>vt 0.577280 0.673814</w:t>
        <w:br/>
        <w:t>vt 0.577893 0.685215</w:t>
        <w:br/>
        <w:t>vt 0.577767 0.696318</w:t>
        <w:br/>
        <w:t>vt 0.576585 0.709336</w:t>
        <w:br/>
        <w:t>vt 0.574661 0.723979</w:t>
        <w:br/>
        <w:t>vt 0.573359 0.733476</w:t>
        <w:br/>
        <w:t>vt 0.519403 0.676066</w:t>
        <w:br/>
        <w:t>vt 0.525508 0.677757</w:t>
        <w:br/>
        <w:t>vt 0.525261 0.670346</w:t>
        <w:br/>
        <w:t>vt 0.519141 0.672103</w:t>
        <w:br/>
        <w:t>vt 0.507203 0.674477</w:t>
        <w:br/>
        <w:t>vt 0.507246 0.673180</w:t>
        <w:br/>
        <w:t>vt 0.562018 0.621655</w:t>
        <w:br/>
        <w:t>vt 0.560245 0.623230</w:t>
        <w:br/>
        <w:t>vt 0.556428 0.612875</w:t>
        <w:br/>
        <w:t>vt 0.558456 0.610525</w:t>
        <w:br/>
        <w:t>vt 0.564477 0.637677</w:t>
        <w:br/>
        <w:t>vt 0.562914 0.638024</w:t>
        <w:br/>
        <w:t>vt 0.559731 0.653106</w:t>
        <w:br/>
        <w:t>vt 0.558582 0.652294</w:t>
        <w:br/>
        <w:t>vt 0.550538 0.658108</w:t>
        <w:br/>
        <w:t>vt 0.537150 0.663790</w:t>
        <w:br/>
        <w:t>vt 0.656766 0.607675</w:t>
        <w:br/>
        <w:t>vt 0.647572 0.607116</w:t>
        <w:br/>
        <w:t>vt 0.657952 0.600530</w:t>
        <w:br/>
        <w:t>vt 0.658162 0.592161</w:t>
        <w:br/>
        <w:t>vt 0.658421 0.583303</w:t>
        <w:br/>
        <w:t>vt 0.658240 0.574094</w:t>
        <w:br/>
        <w:t>vt 0.657068 0.564864</w:t>
        <w:br/>
        <w:t>vt 0.656486 0.555869</w:t>
        <w:br/>
        <w:t>vt 0.655919 0.735733</w:t>
        <w:br/>
        <w:t>vt 0.646630 0.734473</w:t>
        <w:br/>
        <w:t>vt 0.646493 0.732941</w:t>
        <w:br/>
        <w:t>vt 0.657680 0.733181</w:t>
        <w:br/>
        <w:t>vt 0.630431 0.735954</w:t>
        <w:br/>
        <w:t>vt 0.646630 0.734473</w:t>
        <w:br/>
        <w:t>vt 0.630595 0.737684</w:t>
        <w:br/>
        <w:t>vt 0.616373 0.749718</w:t>
        <w:br/>
        <w:t>vt 0.551849 0.727767</w:t>
        <w:br/>
        <w:t>vt 0.550309 0.726743</w:t>
        <w:br/>
        <w:t>vt 0.554692 0.718574</w:t>
        <w:br/>
        <w:t>vt 0.556709 0.719083</w:t>
        <w:br/>
        <w:t>vt 0.558873 0.706253</w:t>
        <w:br/>
        <w:t>vt 0.561191 0.705905</w:t>
        <w:br/>
        <w:t>vt 0.556398 0.693834</w:t>
        <w:br/>
        <w:t>vt 0.557654 0.693049</w:t>
        <w:br/>
        <w:t>vt 0.548873 0.689378</w:t>
        <w:br/>
        <w:t>vt 0.537280 0.684553</w:t>
        <w:br/>
        <w:t>vt 0.525508 0.677757</w:t>
        <w:br/>
        <w:t>vt 0.524916 0.679001</w:t>
        <w:br/>
        <w:t>vt 0.519460 0.677708</w:t>
        <w:br/>
        <w:t>vt 0.519403 0.676066</w:t>
        <w:br/>
        <w:t>vt 0.525261 0.670346</w:t>
        <w:br/>
        <w:t>vt 0.524819 0.669104</w:t>
        <w:br/>
        <w:t>vt 0.507246 0.673180</w:t>
        <w:br/>
        <w:t>vt 0.507089 0.671535</w:t>
        <w:br/>
        <w:t>vt 0.519115 0.670574</w:t>
        <w:br/>
        <w:t>vt 0.519141 0.672103</w:t>
        <w:br/>
        <w:t>vt 0.507091 0.676047</w:t>
        <w:br/>
        <w:t>vt 0.507203 0.674477</w:t>
        <w:br/>
        <w:t>vt 0.679216 0.580088</w:t>
        <w:br/>
        <w:t>vt 0.677947 0.581242</w:t>
        <w:br/>
        <w:t>vt 0.677565 0.576041</w:t>
        <w:br/>
        <w:t>vt 0.679977 0.576697</w:t>
        <w:br/>
        <w:t>vt 0.681010 0.573364</w:t>
        <w:br/>
        <w:t>vt 0.692711 0.576171</w:t>
        <w:br/>
        <w:t>vt 0.679977 0.576697</w:t>
        <w:br/>
        <w:t>vt 0.683204 0.569922</w:t>
        <w:br/>
        <w:t>vt 0.690477 0.571780</w:t>
        <w:br/>
        <w:t>vt 0.690214 0.584588</w:t>
        <w:br/>
        <w:t>vt 0.686850 0.587611</w:t>
        <w:br/>
        <w:t>vt 0.680037 0.584737</w:t>
        <w:br/>
        <w:t>vt 0.680037 0.584737</w:t>
        <w:br/>
        <w:t>vt 0.679216 0.580088</w:t>
        <w:br/>
        <w:t>vt 0.681010 0.573364</w:t>
        <w:br/>
        <w:t>vt 0.680145 0.571891</w:t>
        <w:br/>
        <w:t>vt 0.683204 0.569922</w:t>
        <w:br/>
        <w:t>vt 0.678743 0.577436</w:t>
        <w:br/>
        <w:t>vt 0.680209 0.572758</w:t>
        <w:br/>
        <w:t>vt 0.681444 0.573963</w:t>
        <w:br/>
        <w:t>vt 0.680607 0.577673</w:t>
        <w:br/>
        <w:t>vt 0.680175 0.580627</w:t>
        <w:br/>
        <w:t>vt 0.678607 0.576160</w:t>
        <w:br/>
        <w:t>vt 0.681233 0.577143</w:t>
        <w:br/>
        <w:t>vt 0.680091 0.580904</w:t>
        <w:br/>
        <w:t>vt 0.678593 0.580737</w:t>
        <w:br/>
        <w:t>vt 0.678469 0.576614</w:t>
        <w:br/>
        <w:t>vt 0.681146 0.577428</w:t>
        <w:br/>
        <w:t>vt 0.682038 0.574491</w:t>
        <w:br/>
        <w:t>vt 0.691329 0.572103</w:t>
        <w:br/>
        <w:t>vt 0.691136 0.579874</w:t>
        <w:br/>
        <w:t>vt 0.681146 0.577428</w:t>
        <w:br/>
        <w:t>vt 0.680091 0.580904</w:t>
        <w:br/>
        <w:t>vt 0.683606 0.569327</w:t>
        <w:br/>
        <w:t>vt 0.689029 0.570974</w:t>
        <w:br/>
        <w:t>vt 0.678848 0.584998</w:t>
        <w:br/>
        <w:t>vt 0.680091 0.580904</w:t>
        <w:br/>
        <w:t>vt 0.686300 0.587261</w:t>
        <w:br/>
        <w:t>vt 0.684791 0.586802</w:t>
        <w:br/>
        <w:t>vt 0.678848 0.584998</w:t>
        <w:br/>
        <w:t>vt 0.680175 0.580627</w:t>
        <w:br/>
        <w:t>vt 0.689473 0.583728</w:t>
        <w:br/>
        <w:t>vt 0.682315 0.573579</w:t>
        <w:br/>
        <w:t>vt 0.683606 0.569327</w:t>
        <w:br/>
        <w:t>vt 0.689509 0.571119</w:t>
        <w:br/>
        <w:t>vt 0.691964 0.576253</w:t>
        <w:br/>
        <w:t>vt 0.680607 0.577673</w:t>
        <w:br/>
        <w:t>vt 0.692375 0.576449</w:t>
        <w:br/>
        <w:t>vt 0.690208 0.584775</w:t>
        <w:br/>
        <w:t>vt 0.680334 0.581469</w:t>
        <w:br/>
        <w:t>vt 0.681444 0.573963</w:t>
        <w:br/>
        <w:t>vt 0.690221 0.571780</w:t>
        <w:br/>
        <w:t>vt 0.683563 0.569887</w:t>
        <w:br/>
        <w:t>vt 0.686322 0.587112</w:t>
        <w:br/>
        <w:t>vt 0.679917 0.584591</w:t>
        <w:br/>
        <w:t>vt 0.681270 0.576734</w:t>
        <w:br/>
        <w:t>vt 0.692691 0.577177</w:t>
        <w:br/>
        <w:t>vt 0.690763 0.584505</w:t>
        <w:br/>
        <w:t>vt 0.680086 0.580386</w:t>
        <w:br/>
        <w:t>vt 0.690253 0.573019</w:t>
        <w:br/>
        <w:t>vt 0.682295 0.573210</w:t>
        <w:br/>
        <w:t>vt 0.683815 0.568544</w:t>
        <w:br/>
        <w:t>vt 0.683815 0.568544</w:t>
        <w:br/>
        <w:t>vt 0.682295 0.573210</w:t>
        <w:br/>
        <w:t>vt 0.677624 0.574969</w:t>
        <w:br/>
        <w:t>vt 0.683563 0.569887</w:t>
        <w:br/>
        <w:t>vt 0.683606 0.569327</w:t>
        <w:br/>
        <w:t>vt 0.682315 0.573579</w:t>
        <w:br/>
        <w:t>vt 0.683606 0.569327</w:t>
        <w:br/>
        <w:t>vt 0.682038 0.574491</w:t>
        <w:br/>
        <w:t>vt 0.678848 0.584998</w:t>
        <w:br/>
        <w:t>vt 0.680334 0.581469</w:t>
        <w:br/>
        <w:t>vt 0.679917 0.584591</w:t>
        <w:br/>
        <w:t>vt 0.681233 0.577143</w:t>
        <w:br/>
        <w:t>vt 0.678848 0.584998</w:t>
        <w:br/>
        <w:t>vt 0.686820 0.586258</w:t>
        <w:br/>
        <w:t>vt 0.679109 0.583994</w:t>
        <w:br/>
        <w:t>vt 0.633771 0.604935</w:t>
        <w:br/>
        <w:t>vt 0.619339 0.588883</w:t>
        <w:br/>
        <w:t>vt 0.681785 0.632079</w:t>
        <w:br/>
        <w:t>vt 0.684304 0.619566</w:t>
        <w:br/>
        <w:t>vt 0.688088 0.729705</w:t>
        <w:br/>
        <w:t>vt 0.683622 0.716120</w:t>
        <w:br/>
        <w:t>vt 0.679695 0.699521</w:t>
        <w:br/>
        <w:t>vt 0.658131 0.667374</w:t>
        <w:br/>
        <w:t>vt 0.557628 0.685891</w:t>
        <w:br/>
        <w:t>vt 0.558821 0.674615</w:t>
        <w:br/>
        <w:t>vt 0.558255 0.662236</w:t>
        <w:br/>
        <w:t>vt 0.678569 0.605723</w:t>
        <w:br/>
        <w:t>vt 0.678569 0.605723</w:t>
        <w:br/>
        <w:t>vt 0.673778 0.605234</w:t>
        <w:br/>
        <w:t>vt 0.675140 0.603703</w:t>
        <w:br/>
        <w:t>vt 0.678262 0.603773</w:t>
        <w:br/>
        <w:t>vt 0.673606 0.594056</w:t>
        <w:br/>
        <w:t>vt 0.675140 0.603703</w:t>
        <w:br/>
        <w:t>vt 0.685107 0.599588</w:t>
        <w:br/>
        <w:t>vt 0.686950 0.600652</w:t>
        <w:br/>
        <w:t>vt 0.691057 0.592339</w:t>
        <w:br/>
        <w:t>vt 0.692740 0.593324</w:t>
        <w:br/>
        <w:t>vt 0.671687 0.584279</w:t>
        <w:br/>
        <w:t>vt 0.674033 0.584471</w:t>
        <w:br/>
        <w:t>vt 0.695841 0.584401</w:t>
        <w:br/>
        <w:t>vt 0.697048 0.585249</w:t>
        <w:br/>
        <w:t>vt 0.672257 0.574963</w:t>
        <w:br/>
        <w:t>vt 0.673626 0.574736</w:t>
        <w:br/>
        <w:t>vt 0.698268 0.581003</w:t>
        <w:br/>
        <w:t>vt 0.696709 0.580377</w:t>
        <w:br/>
        <w:t>vt 0.697577 0.576354</w:t>
        <w:br/>
        <w:t>vt 0.699488 0.576758</w:t>
        <w:br/>
        <w:t>vt 0.673102 0.566056</w:t>
        <w:br/>
        <w:t>vt 0.675125 0.566123</w:t>
        <w:br/>
        <w:t>vt 0.696854 0.568884</w:t>
        <w:br/>
        <w:t>vt 0.698693 0.567692</w:t>
        <w:br/>
        <w:t>vt 0.674438 0.558317</w:t>
        <w:br/>
        <w:t>vt 0.676284 0.559755</w:t>
        <w:br/>
        <w:t>vt 0.708345 0.287000</w:t>
        <w:br/>
        <w:t>vt 0.577973 0.631468</w:t>
        <w:br/>
        <w:t>vt 0.578873 0.613339</w:t>
        <w:br/>
        <w:t>vt 0.578657 0.602972</w:t>
        <w:br/>
        <w:t>vt 0.686300 0.587261</w:t>
        <w:br/>
        <w:t>vt 0.415726 0.153340</w:t>
        <w:br/>
        <w:t>vt 0.417585 0.142854</w:t>
        <w:br/>
        <w:t>vt 0.412903 0.148950</w:t>
        <w:br/>
        <w:t>vt 0.412903 0.136103</w:t>
        <w:br/>
        <w:t>vt 0.418084 0.087877</w:t>
        <w:br/>
        <w:t>vt 0.416080 0.078140</w:t>
        <w:br/>
        <w:t>vt 0.412903 0.085116</w:t>
        <w:br/>
        <w:t>vt 0.419285 0.097885</w:t>
        <w:br/>
        <w:t>vt 0.412903 0.106309</w:t>
        <w:br/>
        <w:t>vt 0.417214 0.119761</w:t>
        <w:br/>
        <w:t>vt 0.418147 0.107167</w:t>
        <w:br/>
        <w:t>vt 0.412903 0.120779</w:t>
        <w:br/>
        <w:t>vt 0.418137 0.133866</w:t>
        <w:br/>
        <w:t>vt 0.462030 0.089962</w:t>
        <w:br/>
        <w:t>vt 0.465942 0.080678</w:t>
        <w:br/>
        <w:t>vt 0.463783 0.078806</w:t>
        <w:br/>
        <w:t>vt 0.461451 0.036900</w:t>
        <w:br/>
        <w:t>vt 0.465942 0.046118</w:t>
        <w:br/>
        <w:t>vt 0.465942 0.026499</w:t>
        <w:br/>
        <w:t>vt 0.461182 0.050545</w:t>
        <w:br/>
        <w:t>vt 0.465942 0.064380</w:t>
        <w:br/>
        <w:t>vt 0.462019 0.066425</w:t>
        <w:br/>
        <w:t>vt 0.462287 0.023314</w:t>
        <w:br/>
        <w:t>vt 0.414930 0.077002</w:t>
        <w:br/>
        <w:t>vt 0.465942 0.007365</w:t>
        <w:br/>
        <w:t>vt 0.464923 0.007767</w:t>
        <w:br/>
        <w:t>vt 0.413388 0.068045</w:t>
        <w:br/>
        <w:t>vt 0.412903 0.069113</w:t>
        <w:br/>
        <w:t>vt 0.462515 0.008099</w:t>
        <w:br/>
        <w:t>vt 0.459935 0.094013</w:t>
        <w:br/>
        <w:t>vt 0.461680 0.094758</w:t>
        <w:br/>
        <w:t>vt 0.465942 0.096989</w:t>
        <w:br/>
        <w:t>vt 0.461680 0.094758</w:t>
        <w:br/>
        <w:t>vt 0.441389 0.118841</w:t>
        <w:br/>
        <w:t>vt 0.440325 0.142737</w:t>
        <w:br/>
        <w:t>vt 0.440559 0.133196</w:t>
        <w:br/>
        <w:t>vt 0.462019 0.066425</w:t>
        <w:br/>
        <w:t>vt 0.449672 0.066002</w:t>
        <w:br/>
        <w:t>vt 0.445242 0.022239</w:t>
        <w:br/>
        <w:t>vt 0.451097 0.025798</w:t>
        <w:br/>
        <w:t>vt 0.413333 0.052589</w:t>
        <w:br/>
        <w:t>vt 0.424923 0.052187</w:t>
        <w:br/>
        <w:t>vt 0.425048 0.040354</w:t>
        <w:br/>
        <w:t>vt 0.423991 0.065804</w:t>
        <w:br/>
        <w:t>vt 0.435760 0.030814</w:t>
        <w:br/>
        <w:t>vt 0.686950 0.600652</w:t>
        <w:br/>
        <w:t>vt 0.692740 0.593324</w:t>
        <w:br/>
        <w:t>vt 0.697048 0.585249</w:t>
        <w:br/>
        <w:t>vt 0.713537 0.574458</w:t>
        <w:br/>
        <w:t>vt 0.698693 0.567692</w:t>
        <w:br/>
        <w:t>vt 0.435417 0.039332</w:t>
        <w:br/>
        <w:t>vt 0.435114 0.051924</w:t>
        <w:br/>
        <w:t>vt 0.436051 0.065972</w:t>
        <w:br/>
        <w:t>vt 0.703246 0.987706</w:t>
        <w:br/>
        <w:t>vt 0.707480 0.987210</w:t>
        <w:br/>
        <w:t>vt 0.709898 0.991720</w:t>
        <w:br/>
        <w:t>vt 0.707748 0.993708</w:t>
        <w:br/>
        <w:t>vt 0.723454 0.992315</w:t>
        <w:br/>
        <w:t>vt 0.726594 0.988238</w:t>
        <w:br/>
        <w:t>vt 0.730290 0.989821</w:t>
        <w:br/>
        <w:t>vt 0.725039 0.994282</w:t>
        <w:br/>
        <w:t>vt 0.721285 0.991349</w:t>
        <w:br/>
        <w:t>vt 0.723258 0.987603</w:t>
        <w:br/>
        <w:t>vt 0.719041 0.990890</w:t>
        <w:br/>
        <w:t>vt 0.720149 0.987292</w:t>
        <w:br/>
        <w:t>vt 0.716816 0.990688</w:t>
        <w:br/>
        <w:t>vt 0.717138 0.987108</w:t>
        <w:br/>
        <w:t>vt 0.714116 0.987012</w:t>
        <w:br/>
        <w:t>vt 0.714579 0.990678</w:t>
        <w:br/>
        <w:t>vt 0.710956 0.987036</w:t>
        <w:br/>
        <w:t>vt 0.712271 0.990934</w:t>
        <w:br/>
        <w:t>vt 0.704169 0.980727</w:t>
        <w:br/>
        <w:t>vt 0.707860 0.982318</w:t>
        <w:br/>
        <w:t>vt 0.726972 0.983347</w:t>
        <w:br/>
        <w:t>vt 0.731205 0.982846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0.709427 0.976271</w:t>
        <w:br/>
        <w:t>vt 0.711004 0.978241</w:t>
        <w:br/>
        <w:t>vt 0.724555 0.978842</w:t>
        <w:br/>
        <w:t>vt 0.726705 0.976852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0.428913 0.326421</w:t>
        <w:br/>
        <w:t>vt 0.428913 0.330418</w:t>
        <w:br/>
        <w:t>vt 0.436416 0.330493</w:t>
        <w:br/>
        <w:t>vt 0.436495 0.326279</w:t>
        <w:br/>
        <w:t>vt 0.428913 0.321239</w:t>
        <w:br/>
        <w:t>vt 0.438233 0.313577</w:t>
        <w:br/>
        <w:t>vt 0.428913 0.311721</w:t>
        <w:br/>
        <w:t>vt 0.436969 0.304009</w:t>
        <w:br/>
        <w:t>vt 0.428913 0.302694</w:t>
        <w:br/>
        <w:t>vt 0.428913 0.305580</w:t>
        <w:br/>
        <w:t>vt 0.437155 0.308027</w:t>
        <w:br/>
        <w:t>vt 0.436908 0.299836</w:t>
        <w:br/>
        <w:t>vt 0.428913 0.299501</w:t>
        <w:br/>
        <w:t>vt 0.428913 0.294926</w:t>
        <w:br/>
        <w:t>vt 0.436797 0.295488</w:t>
        <w:br/>
        <w:t>vt 0.436977 0.288807</w:t>
        <w:br/>
        <w:t>vt 0.428913 0.288761</w:t>
        <w:br/>
        <w:t>vt 0.437257 0.278510</w:t>
        <w:br/>
        <w:t>vt 0.428913 0.272998</w:t>
        <w:br/>
        <w:t>vt 0.428913 0.280044</w:t>
        <w:br/>
        <w:t>vt 0.436664 0.272998</w:t>
        <w:br/>
        <w:t>vt 0.428913 0.335366</w:t>
        <w:br/>
        <w:t>vt 0.436604 0.334971</w:t>
        <w:br/>
        <w:t>vt 0.436705 0.341223</w:t>
        <w:br/>
        <w:t>vt 0.428913 0.341223</w:t>
        <w:br/>
        <w:t>vt 0.436839 0.321306</w:t>
        <w:br/>
        <w:t>vt 0.428913 0.307539</w:t>
        <w:br/>
        <w:t>vt 0.437088 0.311960</w:t>
        <w:br/>
        <w:t>vt 0.438909 0.330628</w:t>
        <w:br/>
        <w:t>vt 0.446846 0.331027</w:t>
        <w:br/>
        <w:t>vt 0.446923 0.327246</w:t>
        <w:br/>
        <w:t>vt 0.438944 0.326461</w:t>
        <w:br/>
        <w:t>vt 0.447574 0.313556</w:t>
        <w:br/>
        <w:t>vt 0.439801 0.313727</w:t>
        <w:br/>
        <w:t>vt 0.439297 0.321530</w:t>
        <w:br/>
        <w:t>vt 0.447257 0.306547</w:t>
        <w:br/>
        <w:t>vt 0.447285 0.302816</w:t>
        <w:br/>
        <w:t>vt 0.439458 0.303935</w:t>
        <w:br/>
        <w:t>vt 0.439129 0.308224</w:t>
        <w:br/>
        <w:t>vt 0.447014 0.298934</w:t>
        <w:br/>
        <w:t>vt 0.439494 0.299474</w:t>
        <w:br/>
        <w:t>vt 0.439412 0.295115</w:t>
        <w:br/>
        <w:t>vt 0.447042 0.294255</w:t>
        <w:br/>
        <w:t>vt 0.447151 0.288139</w:t>
        <w:br/>
        <w:t>vt 0.439674 0.288545</w:t>
        <w:br/>
        <w:t>vt 0.439573 0.278250</w:t>
        <w:br/>
        <w:t>vt 0.446813 0.272998</w:t>
        <w:br/>
        <w:t>vt 0.440069 0.272998</w:t>
        <w:br/>
        <w:t>vt 0.447078 0.279423</w:t>
        <w:br/>
        <w:t>vt 0.446254 0.335585</w:t>
        <w:br/>
        <w:t>vt 0.438630 0.335050</w:t>
        <w:br/>
        <w:t>vt 0.439105 0.341223</w:t>
        <w:br/>
        <w:t>vt 0.446885 0.341223</w:t>
        <w:br/>
        <w:t>vt 0.447030 0.322500</w:t>
        <w:br/>
        <w:t>vt 0.446458 0.309694</w:t>
        <w:br/>
        <w:t>vt 0.439493 0.312393</w:t>
        <w:br/>
        <w:t>vt 0.446846 0.331027</w:t>
        <w:br/>
        <w:t>vt 0.449474 0.331268</w:t>
        <w:br/>
        <w:t>vt 0.449474 0.327486</w:t>
        <w:br/>
        <w:t>vt 0.446923 0.327246</w:t>
        <w:br/>
        <w:t>vt 0.438944 0.326461</w:t>
        <w:br/>
        <w:t>vt 0.436495 0.326279</w:t>
        <w:br/>
        <w:t>vt 0.436416 0.330493</w:t>
        <w:br/>
        <w:t>vt 0.438909 0.330628</w:t>
        <w:br/>
        <w:t>vt 0.439297 0.321530</w:t>
        <w:br/>
        <w:t>vt 0.439801 0.313727</w:t>
        <w:br/>
        <w:t>vt 0.438233 0.313577</w:t>
        <w:br/>
        <w:t>vt 0.436839 0.321306</w:t>
        <w:br/>
        <w:t>vt 0.447030 0.322500</w:t>
        <w:br/>
        <w:t>vt 0.449474 0.322907</w:t>
        <w:br/>
        <w:t>vt 0.449474 0.314337</w:t>
        <w:br/>
        <w:t>vt 0.447574 0.313556</w:t>
        <w:br/>
        <w:t>vt 0.439458 0.303935</w:t>
        <w:br/>
        <w:t>vt 0.436969 0.304009</w:t>
        <w:br/>
        <w:t>vt 0.437155 0.308027</w:t>
        <w:br/>
        <w:t>vt 0.439129 0.308224</w:t>
        <w:br/>
        <w:t>vt 0.447285 0.302816</w:t>
        <w:br/>
        <w:t>vt 0.447257 0.306547</w:t>
        <w:br/>
        <w:t>vt 0.449474 0.306779</w:t>
        <w:br/>
        <w:t>vt 0.449474 0.302700</w:t>
        <w:br/>
        <w:t>vt 0.439494 0.299474</w:t>
        <w:br/>
        <w:t>vt 0.436908 0.299836</w:t>
        <w:br/>
        <w:t>vt 0.447014 0.298934</w:t>
        <w:br/>
        <w:t>vt 0.449474 0.298818</w:t>
        <w:br/>
        <w:t>vt 0.447042 0.294255</w:t>
        <w:br/>
        <w:t>vt 0.449474 0.294119</w:t>
        <w:br/>
        <w:t>vt 0.439412 0.295115</w:t>
        <w:br/>
        <w:t>vt 0.436797 0.295488</w:t>
        <w:br/>
        <w:t>vt 0.439674 0.288545</w:t>
        <w:br/>
        <w:t>vt 0.436977 0.288807</w:t>
        <w:br/>
        <w:t>vt 0.449474 0.287977</w:t>
        <w:br/>
        <w:t>vt 0.447151 0.288139</w:t>
        <w:br/>
        <w:t>vt 0.437257 0.278510</w:t>
        <w:br/>
        <w:t>vt 0.436977 0.288807</w:t>
        <w:br/>
        <w:t>vt 0.447078 0.279423</w:t>
        <w:br/>
        <w:t>vt 0.449474 0.279281</w:t>
        <w:br/>
        <w:t>vt 0.446813 0.272998</w:t>
        <w:br/>
        <w:t>vt 0.449474 0.272998</w:t>
        <w:br/>
        <w:t>vt 0.436664 0.272998</w:t>
        <w:br/>
        <w:t>vt 0.440069 0.272998</w:t>
        <w:br/>
        <w:t>vt 0.436604 0.334971</w:t>
        <w:br/>
        <w:t>vt 0.438630 0.335050</w:t>
        <w:br/>
        <w:t>vt 0.446254 0.335585</w:t>
        <w:br/>
        <w:t>vt 0.449474 0.335842</w:t>
        <w:br/>
        <w:t>vt 0.436705 0.341223</w:t>
        <w:br/>
        <w:t>vt 0.439105 0.341223</w:t>
        <w:br/>
        <w:t>vt 0.446885 0.341223</w:t>
        <w:br/>
        <w:t>vt 0.449474 0.341223</w:t>
        <w:br/>
        <w:t>vt 0.437088 0.311960</w:t>
        <w:br/>
        <w:t>vt 0.446458 0.309694</w:t>
        <w:br/>
        <w:t>vt 0.449474 0.309926</w:t>
        <w:br/>
        <w:t>vt 0.428913 0.307539</w:t>
        <w:br/>
        <w:t>vt 0.449474 0.309926</w:t>
        <w:br/>
        <w:t>vt 0.104205 0.748670</w:t>
        <w:br/>
        <w:t>vt 0.102074 0.751130</w:t>
        <w:br/>
        <w:t>vt 0.104205 0.748670</w:t>
        <w:br/>
        <w:t>vt 0.002964 0.967169</w:t>
        <w:br/>
        <w:t>vt 0.008317 0.968717</w:t>
        <w:br/>
        <w:t>vt 0.819820 0.801385</w:t>
        <w:br/>
        <w:t>vt 0.824327 0.791241</w:t>
        <w:br/>
        <w:t>vt 0.824327 0.791241</w:t>
        <w:br/>
        <w:t>vt 0.819820 0.801385</w:t>
        <w:br/>
        <w:t>vt 0.827248 0.783106</w:t>
        <w:br/>
        <w:t>vt 0.827248 0.783106</w:t>
        <w:br/>
        <w:t>vt 0.107955 0.007895</w:t>
        <w:br/>
        <w:t>vt 0.550503 0.875233</w:t>
        <w:br/>
        <w:t>vt 0.534839 0.877150</w:t>
        <w:br/>
        <w:t>vt 0.534839 0.867280</w:t>
        <w:br/>
        <w:t>vt 0.549263 0.866578</w:t>
        <w:br/>
        <w:t>vt 0.569755 0.865130</w:t>
        <w:br/>
        <w:t>vt 0.561228 0.871500</w:t>
        <w:br/>
        <w:t>vt 0.557157 0.866952</w:t>
        <w:br/>
        <w:t>vt 0.707651 0.859889</w:t>
        <w:br/>
        <w:t>vt 0.720180 0.868960</w:t>
        <w:br/>
        <w:t>vt 0.707784 0.874274</w:t>
        <w:br/>
        <w:t>vt 0.555726 0.874777</w:t>
        <w:br/>
        <w:t>vt 0.534839 0.849939</w:t>
        <w:br/>
        <w:t>vt 0.549531 0.848256</w:t>
        <w:br/>
        <w:t>vt 0.566298 0.847352</w:t>
        <w:br/>
        <w:t>vt 0.717996 0.840625</w:t>
        <w:br/>
        <w:t>vt 0.727943 0.840846</w:t>
        <w:br/>
        <w:t>vt 0.727943 0.858568</w:t>
        <w:br/>
        <w:t>vt 0.717817 0.858984</w:t>
        <w:br/>
        <w:t>vt 0.580107 0.848795</w:t>
        <w:br/>
        <w:t>vt 0.582176 0.858278</w:t>
        <w:br/>
        <w:t>vt 0.667455 0.847714</w:t>
        <w:br/>
        <w:t>vt 0.669439 0.860250</w:t>
        <w:br/>
        <w:t>vt 0.663187 0.859143</w:t>
        <w:br/>
        <w:t>vt 0.590922 0.848839</w:t>
        <w:br/>
        <w:t>vt 0.586249 0.853025</w:t>
        <w:br/>
        <w:t>vt 0.628030 0.758023</w:t>
        <w:br/>
        <w:t>vt 0.626957 0.754406</w:t>
        <w:br/>
        <w:t>vt 0.638832 0.753423</w:t>
        <w:br/>
        <w:t>vt 0.645033 0.757997</w:t>
        <w:br/>
        <w:t>vt 0.616663 0.808282</w:t>
        <w:br/>
        <w:t>vt 0.614241 0.787805</w:t>
        <w:br/>
        <w:t>vt 0.629565 0.786983</w:t>
        <w:br/>
        <w:t>vt 0.630647 0.807148</w:t>
        <w:br/>
        <w:t>vt 0.646976 0.787254</w:t>
        <w:br/>
        <w:t>vt 0.646793 0.806330</w:t>
        <w:br/>
        <w:t>vt 0.666037 0.788124</w:t>
        <w:br/>
        <w:t>vt 0.665768 0.806326</w:t>
        <w:br/>
        <w:t>vt 0.690927 0.758862</w:t>
        <w:br/>
        <w:t>vt 0.685379 0.773170</w:t>
        <w:br/>
        <w:t>vt 0.682581 0.758293</w:t>
        <w:br/>
        <w:t>vt 0.674295 0.757733</w:t>
        <w:br/>
        <w:t>vt 0.675863 0.772572</w:t>
        <w:br/>
        <w:t>vt 0.666408 0.771891</w:t>
        <w:br/>
        <w:t>vt 0.666011 0.756893</w:t>
        <w:br/>
        <w:t>vt 0.684300 0.824953</w:t>
        <w:br/>
        <w:t>vt 0.685084 0.841398</w:t>
        <w:br/>
        <w:t>vt 0.675562 0.843613</w:t>
        <w:br/>
        <w:t>vt 0.665572 0.824286</w:t>
        <w:br/>
        <w:t>vt 0.684398 0.807235</w:t>
        <w:br/>
        <w:t>vt 0.684951 0.789419</w:t>
        <w:br/>
        <w:t>vt 0.624600 0.820615</w:t>
        <w:br/>
        <w:t>vt 0.618582 0.826372</w:t>
        <w:br/>
        <w:t>vt 0.646507 0.825675</w:t>
        <w:br/>
        <w:t>vt 0.614482 0.758851</w:t>
        <w:br/>
        <w:t>vt 0.614567 0.754000</w:t>
        <w:br/>
        <w:t>vt 0.705964 0.790588</w:t>
        <w:br/>
        <w:t>vt 0.706244 0.808241</w:t>
        <w:br/>
        <w:t>vt 0.605502 0.829574</w:t>
        <w:br/>
        <w:t>vt 0.602968 0.809418</w:t>
        <w:br/>
        <w:t>vt 0.601408 0.789536</w:t>
        <w:br/>
        <w:t>vt 0.590088 0.811405</w:t>
        <w:br/>
        <w:t>vt 0.588095 0.792101</w:t>
        <w:br/>
        <w:t>vt 0.598643 0.758871</w:t>
        <w:br/>
        <w:t>vt 0.598186 0.751927</w:t>
        <w:br/>
        <w:t>vt 0.612311 0.834123</w:t>
        <w:br/>
        <w:t>vt 0.586506 0.777275</w:t>
        <w:br/>
        <w:t>vt 0.599881 0.773697</w:t>
        <w:br/>
        <w:t>vt 0.577423 0.831347</w:t>
        <w:br/>
        <w:t>vt 0.592853 0.830498</w:t>
        <w:br/>
        <w:t>vt 0.599655 0.846439</w:t>
        <w:br/>
        <w:t>vt 0.603861 0.846824</w:t>
        <w:br/>
        <w:t>vt 0.613908 0.771407</w:t>
        <w:br/>
        <w:t>vt 0.706281 0.774201</w:t>
        <w:br/>
        <w:t>vt 0.646436 0.770903</w:t>
        <w:br/>
        <w:t>vt 0.628928 0.769767</w:t>
        <w:br/>
        <w:t>vt 0.585253 0.750170</w:t>
        <w:br/>
        <w:t>vt 0.585978 0.762114</w:t>
        <w:br/>
        <w:t>vt 0.718362 0.742154</w:t>
        <w:br/>
        <w:t>vt 0.727943 0.740874</w:t>
        <w:br/>
        <w:t>vt 0.727943 0.759988</w:t>
        <w:br/>
        <w:t>vt 0.717742 0.760136</w:t>
        <w:br/>
        <w:t>vt 0.698643 0.744211</w:t>
        <w:br/>
        <w:t>vt 0.691108 0.745146</w:t>
        <w:br/>
        <w:t>vt 0.673923 0.747393</w:t>
        <w:br/>
        <w:t>vt 0.681415 0.746295</w:t>
        <w:br/>
        <w:t>vt 0.717511 0.825649</w:t>
        <w:br/>
        <w:t>vt 0.727943 0.825827</w:t>
        <w:br/>
        <w:t>vt 0.727943 0.808539</w:t>
        <w:br/>
        <w:t>vt 0.717082 0.808320</w:t>
        <w:br/>
        <w:t>vt 0.707158 0.825793</w:t>
        <w:br/>
        <w:t>vt 0.708088 0.840849</w:t>
        <w:br/>
        <w:t>vt 0.716916 0.790770</w:t>
        <w:br/>
        <w:t>vt 0.727943 0.790936</w:t>
        <w:br/>
        <w:t>vt 0.534839 0.799028</w:t>
        <w:br/>
        <w:t>vt 0.550018 0.798653</w:t>
        <w:br/>
        <w:t>vt 0.550546 0.815586</w:t>
        <w:br/>
        <w:t>vt 0.534839 0.816587</w:t>
        <w:br/>
        <w:t>vt 0.574232 0.764632</w:t>
        <w:br/>
        <w:t>vt 0.575077 0.779646</w:t>
        <w:br/>
        <w:t>vt 0.576220 0.813027</w:t>
        <w:br/>
        <w:t>vt 0.563062 0.814370</w:t>
        <w:br/>
        <w:t>vt 0.562889 0.796904</w:t>
        <w:br/>
        <w:t>vt 0.575777 0.794525</w:t>
        <w:br/>
        <w:t>vt 0.563992 0.831654</w:t>
        <w:br/>
        <w:t>vt 0.572332 0.748119</w:t>
        <w:br/>
        <w:t>vt 0.717096 0.774281</w:t>
        <w:br/>
        <w:t>vt 0.727943 0.774111</w:t>
        <w:br/>
        <w:t>vt 0.562018 0.767151</w:t>
        <w:br/>
        <w:t>vt 0.562655 0.782897</w:t>
        <w:br/>
        <w:t>vt 0.534839 0.769187</w:t>
        <w:br/>
        <w:t>vt 0.548402 0.768869</w:t>
        <w:br/>
        <w:t>vt 0.549221 0.785136</w:t>
        <w:br/>
        <w:t>vt 0.534839 0.785612</w:t>
        <w:br/>
        <w:t>vt 0.534839 0.754862</w:t>
        <w:br/>
        <w:t>vt 0.546993 0.753477</w:t>
        <w:br/>
        <w:t>vt 0.546272 0.745706</w:t>
        <w:br/>
        <w:t>vt 0.534839 0.745147</w:t>
        <w:br/>
        <w:t>vt 0.560455 0.750910</w:t>
        <w:br/>
        <w:t>vt 0.559543 0.746783</w:t>
        <w:br/>
        <w:t>vt 0.550354 0.832282</w:t>
        <w:br/>
        <w:t>vt 0.534839 0.833916</w:t>
        <w:br/>
        <w:t>vt 0.666313 0.748992</w:t>
        <w:br/>
        <w:t>vt 0.650653 0.751792</w:t>
        <w:br/>
        <w:t>vt 0.629996 0.826476</w:t>
        <w:br/>
        <w:t>vt 0.639635 0.840930</w:t>
        <w:br/>
        <w:t>vt 0.635367 0.833651</w:t>
        <w:br/>
        <w:t>vt 0.660660 0.845644</w:t>
        <w:br/>
        <w:t>vt 0.642037 0.848393</w:t>
        <w:br/>
        <w:t>vt 0.651743 0.845633</w:t>
        <w:br/>
        <w:t>vt 0.674402 0.858694</w:t>
        <w:br/>
        <w:t>vt 0.673392 0.854468</w:t>
        <w:br/>
        <w:t>vt 0.679737 0.849320</w:t>
        <w:br/>
        <w:t>vt 0.688773 0.855921</w:t>
        <w:br/>
        <w:t>vt 0.682916 0.852094</w:t>
        <w:br/>
        <w:t>vt 0.699592 0.866633</w:t>
        <w:br/>
        <w:t>vt 0.691519 0.858036</w:t>
        <w:br/>
        <w:t>vt 0.673550 0.849035</w:t>
        <w:br/>
        <w:t>vt 0.676860 0.862005</w:t>
        <w:br/>
        <w:t>vt 0.724116 0.866855</w:t>
        <w:br/>
        <w:t>vt 0.727943 0.864949</w:t>
        <w:br/>
        <w:t>vt 0.588630 0.856739</w:t>
        <w:br/>
        <w:t>vt 0.609672 0.841221</w:t>
        <w:br/>
        <w:t>vt 0.607634 0.848810</w:t>
        <w:br/>
        <w:t>vt 0.655520 0.757676</w:t>
        <w:br/>
        <w:t>vt 0.703616 0.743673</w:t>
        <w:br/>
        <w:t>vt 0.699286 0.759526</w:t>
        <w:br/>
        <w:t>vt 0.707524 0.759873</w:t>
        <w:br/>
        <w:t>vt 0.708567 0.743195</w:t>
        <w:br/>
        <w:t>vt 0.659112 0.750393</w:t>
        <w:br/>
        <w:t>vt 0.549548 0.891683</w:t>
        <w:br/>
        <w:t>vt 0.539002 0.897688</w:t>
        <w:br/>
        <w:t>vt 0.534839 0.897723</w:t>
        <w:br/>
        <w:t>vt 0.947845 0.906383</w:t>
        <w:br/>
        <w:t>vt 0.935919 0.897424</w:t>
        <w:br/>
        <w:t>vt 0.952590 0.893661</w:t>
        <w:br/>
        <w:t>vt 0.958011 0.906357</w:t>
        <w:br/>
        <w:t>vt 0.955112 0.914405</w:t>
        <w:br/>
        <w:t>vt 0.879462 0.870691</w:t>
        <w:br/>
        <w:t>vt 0.879104 0.865471</w:t>
        <w:br/>
        <w:t>vt 0.888063 0.866730</w:t>
        <w:br/>
        <w:t>vt 0.888471 0.871236</w:t>
        <w:br/>
        <w:t>vt 0.935346 0.888396</w:t>
        <w:br/>
        <w:t>vt 0.930676 0.874535</w:t>
        <w:br/>
        <w:t>vt 0.943409 0.869779</w:t>
        <w:br/>
        <w:t>vt 0.953970 0.883663</w:t>
        <w:br/>
        <w:t>vt 0.963943 0.867683</w:t>
        <w:br/>
        <w:t>vt 0.956848 0.859160</w:t>
        <w:br/>
        <w:t>vt 0.968293 0.849257</w:t>
        <w:br/>
        <w:t>vt 0.975392 0.857848</w:t>
        <w:br/>
        <w:t>vt 0.919451 0.874476</w:t>
        <w:br/>
        <w:t>vt 0.925529 0.886754</w:t>
        <w:br/>
        <w:t>vt 0.912176 0.878658</w:t>
        <w:br/>
        <w:t>vt 0.909929 0.873802</w:t>
        <w:br/>
        <w:t>vt 0.928315 0.863941</w:t>
        <w:br/>
        <w:t>vt 0.939272 0.858429</w:t>
        <w:br/>
        <w:t>vt 0.893207 0.868066</w:t>
        <w:br/>
        <w:t>vt 0.899246 0.873795</w:t>
        <w:br/>
        <w:t>vt 0.931648 0.892803</w:t>
        <w:br/>
        <w:t>vt 0.949852 0.850332</w:t>
        <w:br/>
        <w:t>vt 0.961100 0.840551</w:t>
        <w:br/>
        <w:t>vt 0.918889 0.868972</w:t>
        <w:br/>
        <w:t>vt 0.912839 0.871335</w:t>
        <w:br/>
        <w:t>vt 0.598186 0.424841</w:t>
        <w:br/>
        <w:t>vt 0.590186 0.428650</w:t>
        <w:br/>
        <w:t>vt 0.586463 0.418836</w:t>
        <w:br/>
        <w:t>vt 0.595069 0.413052</w:t>
        <w:br/>
        <w:t>vt 0.605918 0.409765</w:t>
        <w:br/>
        <w:t>vt 0.608833 0.419119</w:t>
        <w:br/>
        <w:t>vt 0.483904 0.342584</w:t>
        <w:br/>
        <w:t>vt 0.484745 0.341450</w:t>
        <w:br/>
        <w:t>vt 0.489092 0.346665</w:t>
        <w:br/>
        <w:t>vt 0.488109 0.348000</w:t>
        <w:br/>
        <w:t>vt 0.596384 0.342582</w:t>
        <w:br/>
        <w:t>vt 0.601782 0.342248</w:t>
        <w:br/>
        <w:t>vt 0.603026 0.346531</w:t>
        <w:br/>
        <w:t>vt 0.595026 0.346507</w:t>
        <w:br/>
        <w:t>vt 0.604372 0.339146</w:t>
        <w:br/>
        <w:t>vt 0.605419 0.339919</w:t>
        <w:br/>
        <w:t>vt 0.482844 0.350571</w:t>
        <w:br/>
        <w:t>vt 0.482896 0.343732</w:t>
        <w:br/>
        <w:t>vt 0.483468 0.359293</w:t>
        <w:br/>
        <w:t>vt 0.494345 0.358695</w:t>
        <w:br/>
        <w:t>vt 0.495799 0.369575</w:t>
        <w:br/>
        <w:t>vt 0.499010 0.348654</w:t>
        <w:br/>
        <w:t>vt 0.494004 0.349449</w:t>
        <w:br/>
        <w:t>vt 0.494223 0.348196</w:t>
        <w:br/>
        <w:t>vt 0.498546 0.347504</w:t>
        <w:br/>
        <w:t>vt 0.503567 0.345586</w:t>
        <w:br/>
        <w:t>vt 0.504601 0.346520</w:t>
        <w:br/>
        <w:t>vt 0.505255 0.350881</w:t>
        <w:br/>
        <w:t>vt 0.592736 0.335061</w:t>
        <w:br/>
        <w:t>vt 0.589727 0.343962</w:t>
        <w:br/>
        <w:t>vt 0.586663 0.343460</w:t>
        <w:br/>
        <w:t>vt 0.506286 0.357635</w:t>
        <w:br/>
        <w:t>vt 0.516881 0.367509</w:t>
        <w:br/>
        <w:t>vt 0.620369 0.353852</w:t>
        <w:br/>
        <w:t>vt 0.619159 0.361807</w:t>
        <w:br/>
        <w:t>vt 0.610682 0.356821</w:t>
        <w:br/>
        <w:t>vt 0.612816 0.351445</w:t>
        <w:br/>
        <w:t>vt 0.621030 0.347532</w:t>
        <w:br/>
        <w:t>vt 0.615156 0.345390</w:t>
        <w:br/>
        <w:t>vt 0.482896 0.343732</w:t>
        <w:br/>
        <w:t>vt 0.482844 0.350571</w:t>
        <w:br/>
        <w:t>vt 0.478138 0.347822</w:t>
        <w:br/>
        <w:t>vt 0.481686 0.343598</w:t>
        <w:br/>
        <w:t>vt 0.605601 0.347297</w:t>
        <w:br/>
        <w:t>vt 0.606272 0.340242</w:t>
        <w:br/>
        <w:t>vt 0.607202 0.340211</w:t>
        <w:br/>
        <w:t>vt 0.607770 0.347715</w:t>
        <w:br/>
        <w:t>vt 0.603805 0.353050</w:t>
        <w:br/>
        <w:t>vt 0.474533 0.371574</w:t>
        <w:br/>
        <w:t>vt 0.474611 0.362383</w:t>
        <w:br/>
        <w:t>vt 0.472731 0.350786</w:t>
        <w:br/>
        <w:t>vt 0.479575 0.353107</w:t>
        <w:br/>
        <w:t>vt 0.473991 0.356135</w:t>
        <w:br/>
        <w:t>vt 0.581816 0.327923</w:t>
        <w:br/>
        <w:t>vt 0.588264 0.327184</w:t>
        <w:br/>
        <w:t>vt 0.588264 0.332515</w:t>
        <w:br/>
        <w:t>vt 0.582694 0.335758</w:t>
        <w:br/>
        <w:t>vt 0.504896 0.342941</w:t>
        <w:br/>
        <w:t>vt 0.504896 0.335042</w:t>
        <w:br/>
        <w:t>vt 0.510007 0.335071</w:t>
        <w:br/>
        <w:t>vt 0.509847 0.344884</w:t>
        <w:br/>
        <w:t>vt 0.576481 0.328526</w:t>
        <w:br/>
        <w:t>vt 0.577433 0.337547</w:t>
        <w:br/>
        <w:t>vt 0.514488 0.334905</w:t>
        <w:br/>
        <w:t>vt 0.515121 0.345630</w:t>
        <w:br/>
        <w:t>vt 0.591601 0.334681</w:t>
        <w:br/>
        <w:t>vt 0.586663 0.343460</w:t>
        <w:br/>
        <w:t>vt 0.590810 0.333444</w:t>
        <w:br/>
        <w:t>vt 0.584299 0.343300</w:t>
        <w:br/>
        <w:t>vt 0.504601 0.346520</w:t>
        <w:br/>
        <w:t>vt 0.505255 0.345439</w:t>
        <w:br/>
        <w:t>vt 0.509866 0.347747</w:t>
        <w:br/>
        <w:t>vt 0.505255 0.350881</w:t>
        <w:br/>
        <w:t>vt 0.516492 0.357615</w:t>
        <w:br/>
        <w:t>vt 0.566166 0.327870</w:t>
        <w:br/>
        <w:t>vt 0.571838 0.328178</w:t>
        <w:br/>
        <w:t>vt 0.572443 0.337457</w:t>
        <w:br/>
        <w:t>vt 0.566166 0.336941</w:t>
        <w:br/>
        <w:t>vt 0.524483 0.342843</w:t>
        <w:br/>
        <w:t>vt 0.519851 0.344993</w:t>
        <w:br/>
        <w:t>vt 0.518892 0.334682</w:t>
        <w:br/>
        <w:t>vt 0.524078 0.334590</w:t>
        <w:br/>
        <w:t>vt 0.521204 0.348271</w:t>
        <w:br/>
        <w:t>vt 0.525244 0.344176</w:t>
        <w:br/>
        <w:t>vt 0.525731 0.345376</w:t>
        <w:br/>
        <w:t>vt 0.525653 0.350213</w:t>
        <w:br/>
        <w:t>vt 0.566108 0.338142</w:t>
        <w:br/>
        <w:t>vt 0.570982 0.344206</w:t>
        <w:br/>
        <w:t>vt 0.568342 0.345950</w:t>
        <w:br/>
        <w:t>vt 0.525645 0.356538</w:t>
        <w:br/>
        <w:t>vt 0.527297 0.343287</w:t>
        <w:br/>
        <w:t>vt 0.527297 0.331427</w:t>
        <w:br/>
        <w:t>vt 0.531903 0.332001</w:t>
        <w:br/>
        <w:t>vt 0.530811 0.345366</w:t>
        <w:br/>
        <w:t>vt 0.557334 0.329651</w:t>
        <w:br/>
        <w:t>vt 0.561998 0.329529</w:t>
        <w:br/>
        <w:t>vt 0.561998 0.338070</w:t>
        <w:br/>
        <w:t>vt 0.560352 0.340741</w:t>
        <w:br/>
        <w:t>vt 0.553569 0.330198</w:t>
        <w:br/>
        <w:t>vt 0.556425 0.342731</w:t>
        <w:br/>
        <w:t>vt 0.536276 0.332034</w:t>
        <w:br/>
        <w:t>vt 0.535601 0.346468</w:t>
        <w:br/>
        <w:t>vt 0.565576 0.338927</w:t>
        <w:br/>
        <w:t>vt 0.568342 0.345950</w:t>
        <w:br/>
        <w:t>vt 0.564862 0.338631</w:t>
        <w:br/>
        <w:t>vt 0.529835 0.348637</w:t>
        <w:br/>
        <w:t>vt 0.526432 0.345160</w:t>
        <w:br/>
        <w:t>vt 0.568476 0.350882</w:t>
        <w:br/>
        <w:t>vt 0.565547 0.346188</w:t>
        <w:br/>
        <w:t>vt 0.528596 0.352618</w:t>
        <w:br/>
        <w:t>vt 0.533973 0.354649</w:t>
        <w:br/>
        <w:t>vt 0.533365 0.358061</w:t>
        <w:br/>
        <w:t>vt 0.545224 0.345582</w:t>
        <w:br/>
        <w:t>vt 0.540416 0.346304</w:t>
        <w:br/>
        <w:t>vt 0.540212 0.331756</w:t>
        <w:br/>
        <w:t>vt 0.544609 0.331084</w:t>
        <w:br/>
        <w:t>vt 0.549292 0.330693</w:t>
        <w:br/>
        <w:t>vt 0.551078 0.344275</w:t>
        <w:br/>
        <w:t>vt 0.559478 0.350960</w:t>
        <w:br/>
        <w:t>vt 0.552700 0.353214</w:t>
        <w:br/>
        <w:t>vt 0.554906 0.368328</w:t>
        <w:br/>
        <w:t>vt 0.553411 0.358909</w:t>
        <w:br/>
        <w:t>vt 0.561112 0.355193</w:t>
        <w:br/>
        <w:t>vt 0.570467 0.366201</w:t>
        <w:br/>
        <w:t>vt 0.545390 0.368692</w:t>
        <w:br/>
        <w:t>vt 0.533120 0.367845</w:t>
        <w:br/>
        <w:t>vt 0.538593 0.359092</w:t>
        <w:br/>
        <w:t>vt 0.545347 0.360426</w:t>
        <w:br/>
        <w:t>vt 0.613226 0.407081</w:t>
        <w:br/>
        <w:t>vt 0.618465 0.405250</w:t>
        <w:br/>
        <w:t>vt 0.619588 0.411664</w:t>
        <w:br/>
        <w:t>vt 0.615533 0.414681</w:t>
        <w:br/>
        <w:t>vt 0.613446 0.397266</w:t>
        <w:br/>
        <w:t>vt 0.618181 0.397220</w:t>
        <w:br/>
        <w:t>vt 0.444269 0.387958</w:t>
        <w:br/>
        <w:t>vt 0.447735 0.391942</w:t>
        <w:br/>
        <w:t>vt 0.442090 0.396006</w:t>
        <w:br/>
        <w:t>vt 0.439049 0.391302</w:t>
        <w:br/>
        <w:t>vt 0.624529 0.388390</w:t>
        <w:br/>
        <w:t>vt 0.620016 0.386024</w:t>
        <w:br/>
        <w:t>vt 0.625984 0.382279</w:t>
        <w:br/>
        <w:t>vt 0.627876 0.383469</w:t>
        <w:br/>
        <w:t>vt 0.448462 0.384660</w:t>
        <w:br/>
        <w:t>vt 0.450164 0.377853</w:t>
        <w:br/>
        <w:t>vt 0.455065 0.383246</w:t>
        <w:br/>
        <w:t>vt 0.452619 0.377207</w:t>
        <w:br/>
        <w:t>vt 0.451600 0.387753</w:t>
        <w:br/>
        <w:t>vt 0.518038 0.379407</w:t>
        <w:br/>
        <w:t>vt 0.533588 0.379703</w:t>
        <w:br/>
        <w:t>vt 0.587878 0.365863</w:t>
        <w:br/>
        <w:t>vt 0.594145 0.351951</w:t>
        <w:br/>
        <w:t>vt 0.603703 0.367484</w:t>
        <w:br/>
        <w:t>vt 0.466045 0.379440</w:t>
        <w:br/>
        <w:t>vt 0.459159 0.378332</w:t>
        <w:br/>
        <w:t>vt 0.461227 0.372939</w:t>
        <w:br/>
        <w:t>vt 0.468025 0.372291</w:t>
        <w:br/>
        <w:t>vt 0.458334 0.372869</w:t>
        <w:br/>
        <w:t>vt 0.455237 0.376036</w:t>
        <w:br/>
        <w:t>vt 0.626738 0.378984</w:t>
        <w:br/>
        <w:t>vt 0.618813 0.381520</w:t>
        <w:br/>
        <w:t>vt 0.618211 0.372914</w:t>
        <w:br/>
        <w:t>vt 0.626738 0.372879</w:t>
        <w:br/>
        <w:t>vt 0.577252 0.350909</w:t>
        <w:br/>
        <w:t>vt 0.579697 0.411038</w:t>
        <w:br/>
        <w:t>vt 0.568701 0.406363</w:t>
        <w:br/>
        <w:t>vt 0.571157 0.394878</w:t>
        <w:br/>
        <w:t>vt 0.589471 0.400873</w:t>
        <w:br/>
        <w:t>vt 0.556044 0.404131</w:t>
        <w:br/>
        <w:t>vt 0.555924 0.392557</w:t>
        <w:br/>
        <w:t>vt 0.547210 0.406098</w:t>
        <w:br/>
        <w:t>vt 0.544460 0.391522</w:t>
        <w:br/>
        <w:t>vt 0.544800 0.380058</w:t>
        <w:br/>
        <w:t>vt 0.556009 0.381501</w:t>
        <w:br/>
        <w:t>vt 0.544460 0.391522</w:t>
        <w:br/>
        <w:t>vt 0.532890 0.396892</w:t>
        <w:br/>
        <w:t>vt 0.571811 0.383947</w:t>
        <w:br/>
        <w:t>vt 0.604379 0.397395</w:t>
        <w:br/>
        <w:t>vt 0.604094 0.383395</w:t>
        <w:br/>
        <w:t>vt 0.452933 0.398067</w:t>
        <w:br/>
        <w:t>vt 0.446069 0.402766</w:t>
        <w:br/>
        <w:t>vt 0.457700 0.393084</w:t>
        <w:br/>
        <w:t>vt 0.463015 0.385929</w:t>
        <w:br/>
        <w:t>vt 0.470482 0.388943</w:t>
        <w:br/>
        <w:t>vt 0.469432 0.402454</w:t>
        <w:br/>
        <w:t>vt 0.587196 0.349434</w:t>
        <w:br/>
        <w:t>vt 0.487388 0.352905</w:t>
        <w:br/>
        <w:t>vt 0.500081 0.352481</w:t>
        <w:br/>
        <w:t>vt 0.509632 0.351728</w:t>
        <w:br/>
        <w:t>vt 0.521574 0.351891</w:t>
        <w:br/>
        <w:t>vt 0.452619 0.377207</w:t>
        <w:br/>
        <w:t>vt 0.460312 0.365050</w:t>
        <w:br/>
        <w:t>vt 0.626738 0.362916</w:t>
        <w:br/>
        <w:t>vt 0.462842 0.408233</w:t>
        <w:br/>
        <w:t>vt 0.457423 0.413563</w:t>
        <w:br/>
        <w:t>vt 0.460196 0.357645</w:t>
        <w:br/>
        <w:t>vt 0.460101 0.352473</w:t>
        <w:br/>
        <w:t>vt 0.466871 0.351953</w:t>
        <w:br/>
        <w:t>vt 0.467626 0.357334</w:t>
        <w:br/>
        <w:t>vt 0.468171 0.364051</w:t>
        <w:br/>
        <w:t>vt 0.545416 0.355122</w:t>
        <w:br/>
        <w:t>vt 0.539705 0.355173</w:t>
        <w:br/>
        <w:t>vt 0.540465 0.350519</w:t>
        <w:br/>
        <w:t>vt 0.545629 0.349961</w:t>
        <w:br/>
        <w:t>vt 0.545629 0.349961</w:t>
        <w:br/>
        <w:t>vt 0.626738 0.350202</w:t>
        <w:br/>
        <w:t>vt 0.642663 0.408267</w:t>
        <w:br/>
        <w:t>vt 0.637120 0.407807</w:t>
        <w:br/>
        <w:t>vt 0.637495 0.403157</w:t>
        <w:br/>
        <w:t>vt 0.642964 0.403947</w:t>
        <w:br/>
        <w:t>vt 0.647715 0.404393</w:t>
        <w:br/>
        <w:t>vt 0.655032 0.405641</w:t>
        <w:br/>
        <w:t>vt 0.654460 0.409781</w:t>
        <w:br/>
        <w:t>vt 0.647415 0.409118</w:t>
        <w:br/>
        <w:t>vt 0.426256 0.368850</w:t>
        <w:br/>
        <w:t>vt 0.427069 0.370321</w:t>
        <w:br/>
        <w:t>vt 0.422518 0.371566</w:t>
        <w:br/>
        <w:t>vt 0.643664 0.399505</w:t>
        <w:br/>
        <w:t>vt 0.638063 0.398321</w:t>
        <w:br/>
        <w:t>vt 0.648333 0.400612</w:t>
        <w:br/>
        <w:t>vt 0.655743 0.402245</w:t>
        <w:br/>
        <w:t>vt 0.660804 0.403218</w:t>
        <w:br/>
        <w:t>vt 0.665288 0.404416</w:t>
        <w:br/>
        <w:t>vt 0.664026 0.407245</w:t>
        <w:br/>
        <w:t>vt 0.660017 0.406317</w:t>
        <w:br/>
        <w:t>vt 0.441274 0.384570</w:t>
        <w:br/>
        <w:t>vt 0.436575 0.387535</w:t>
        <w:br/>
        <w:t>vt 0.429169 0.374536</w:t>
        <w:br/>
        <w:t>vt 0.432926 0.372164</w:t>
        <w:br/>
        <w:t>vt 0.435896 0.398663</w:t>
        <w:br/>
        <w:t>vt 0.433262 0.394199</w:t>
        <w:br/>
        <w:t>vt 0.641309 0.389379</w:t>
        <w:br/>
        <w:t>vt 0.639800 0.393605</w:t>
        <w:br/>
        <w:t>vt 0.646631 0.391076</w:t>
        <w:br/>
        <w:t>vt 0.645300 0.395236</w:t>
        <w:br/>
        <w:t>vt 0.433088 0.364907</w:t>
        <w:br/>
        <w:t>vt 0.432439 0.363906</w:t>
        <w:br/>
        <w:t>vt 0.436755 0.362949</w:t>
        <w:br/>
        <w:t>vt 0.661757 0.400153</w:t>
        <w:br/>
        <w:t>vt 0.665236 0.401247</w:t>
        <w:br/>
        <w:t>vt 0.436637 0.369887</w:t>
        <w:br/>
        <w:t>vt 0.445456 0.381492</w:t>
        <w:br/>
        <w:t>vt 0.649688 0.396790</w:t>
        <w:br/>
        <w:t>vt 0.656818 0.398884</w:t>
        <w:br/>
        <w:t>vt 0.439925 0.367169</w:t>
        <w:br/>
        <w:t>vt 0.622957 0.396162</w:t>
        <w:br/>
        <w:t>vt 0.623079 0.403861</w:t>
        <w:br/>
        <w:t>vt 0.431191 0.389582</w:t>
        <w:br/>
        <w:t>vt 0.424956 0.376540</w:t>
        <w:br/>
        <w:t>vt 0.660699 0.409216</w:t>
        <w:br/>
        <w:t>vt 0.657984 0.394701</w:t>
        <w:br/>
        <w:t>vt 0.651546 0.392521</w:t>
        <w:br/>
        <w:t>vt 0.429691 0.366823</w:t>
        <w:br/>
        <w:t>vt 0.428988 0.365653</w:t>
        <w:br/>
        <w:t>vt 0.425680 0.367828</w:t>
        <w:br/>
        <w:t>vt 0.662908 0.397569</w:t>
        <w:br/>
        <w:t>vt 0.426101 0.350362</w:t>
        <w:br/>
        <w:t>vt 0.429869 0.354188</w:t>
        <w:br/>
        <w:t>vt 0.427350 0.356495</w:t>
        <w:br/>
        <w:t>vt 0.424155 0.352251</w:t>
        <w:br/>
        <w:t>vt 0.418707 0.354779</w:t>
        <w:br/>
        <w:t>vt 0.421493 0.360223</w:t>
        <w:br/>
        <w:t>vt 0.417810 0.361182</w:t>
        <w:br/>
        <w:t>vt 0.416216 0.355436</w:t>
        <w:br/>
        <w:t>vt 0.421254 0.350575</w:t>
        <w:br/>
        <w:t>vt 0.422077 0.348728</w:t>
        <w:br/>
        <w:t>vt 0.426101 0.350362</w:t>
        <w:br/>
        <w:t>vt 0.416538 0.351667</w:t>
        <w:br/>
        <w:t>vt 0.418244 0.351739</w:t>
        <w:br/>
        <w:t>vt 0.459913 0.349365</w:t>
        <w:br/>
        <w:t>vt 0.466432 0.349275</w:t>
        <w:br/>
        <w:t>vt 0.626738 0.347288</w:t>
        <w:br/>
        <w:t>vt 0.465011 0.322068</w:t>
        <w:br/>
        <w:t>vt 0.465303 0.327364</w:t>
        <w:br/>
        <w:t>vt 0.459244 0.328008</w:t>
        <w:br/>
        <w:t>vt 0.459244 0.321026</w:t>
        <w:br/>
        <w:t>vt 0.626068 0.329479</w:t>
        <w:br/>
        <w:t>vt 0.626738 0.340298</w:t>
        <w:br/>
        <w:t>vt 0.620988 0.340010</w:t>
        <w:br/>
        <w:t>vt 0.621153 0.329843</w:t>
        <w:br/>
        <w:t>vt 0.621432 0.309682</w:t>
        <w:br/>
        <w:t>vt 0.626068 0.309354</w:t>
        <w:br/>
        <w:t>vt 0.626068 0.319985</w:t>
        <w:br/>
        <w:t>vt 0.621321 0.320716</w:t>
        <w:br/>
        <w:t>vt 0.621511 0.304046</w:t>
        <w:br/>
        <w:t>vt 0.626068 0.303306</w:t>
        <w:br/>
        <w:t>vt 0.459244 0.301397</w:t>
        <w:br/>
        <w:t>vt 0.465091 0.301129</w:t>
        <w:br/>
        <w:t>vt 0.464971 0.313832</w:t>
        <w:br/>
        <w:t>vt 0.459244 0.315039</w:t>
        <w:br/>
        <w:t>vt 0.616525 0.339110</w:t>
        <w:br/>
        <w:t>vt 0.616573 0.329790</w:t>
        <w:br/>
        <w:t>vt 0.616531 0.309935</w:t>
        <w:br/>
        <w:t>vt 0.616401 0.320989</w:t>
        <w:br/>
        <w:t>vt 0.616561 0.304206</w:t>
        <w:br/>
        <w:t>vt 0.618980 0.283106</w:t>
        <w:br/>
        <w:t>vt 0.615453 0.284028</w:t>
        <w:br/>
        <w:t>vt 0.614511 0.278619</w:t>
        <w:br/>
        <w:t>vt 0.617899 0.278555</w:t>
        <w:br/>
        <w:t>vt 0.467868 0.265386</w:t>
        <w:br/>
        <w:t>vt 0.465927 0.264411</w:t>
        <w:br/>
        <w:t>vt 0.469745 0.264642</w:t>
        <w:br/>
        <w:t>vt 0.470848 0.300646</w:t>
        <w:br/>
        <w:t>vt 0.470682 0.313276</w:t>
        <w:br/>
        <w:t>vt 0.471898 0.348377</w:t>
        <w:br/>
        <w:t>vt 0.464742 0.277581</w:t>
        <w:br/>
        <w:t>vt 0.471105 0.277827</w:t>
        <w:br/>
        <w:t>vt 0.470927 0.290388</w:t>
        <w:br/>
        <w:t>vt 0.465046 0.290938</w:t>
        <w:br/>
        <w:t>vt 0.477061 0.345974</w:t>
        <w:br/>
        <w:t>vt 0.481686 0.343089</w:t>
        <w:br/>
        <w:t>vt 0.475680 0.327420</w:t>
        <w:br/>
        <w:t>vt 0.475837 0.322342</w:t>
        <w:br/>
        <w:t>vt 0.481686 0.321907</w:t>
        <w:br/>
        <w:t>vt 0.481686 0.328437</w:t>
        <w:br/>
        <w:t>vt 0.611937 0.329426</w:t>
        <w:br/>
        <w:t>vt 0.606962 0.329623</w:t>
        <w:br/>
        <w:t>vt 0.606962 0.324895</w:t>
        <w:br/>
        <w:t>vt 0.611841 0.324649</w:t>
        <w:br/>
        <w:t>vt 0.612058 0.337970</w:t>
        <w:br/>
        <w:t>vt 0.606962 0.337362</w:t>
        <w:br/>
        <w:t>vt 0.481686 0.338891</w:t>
        <w:br/>
        <w:t>vt 0.475725 0.339393</w:t>
        <w:br/>
        <w:t>vt 0.611896 0.309760</w:t>
        <w:br/>
        <w:t>vt 0.611610 0.320571</w:t>
        <w:br/>
        <w:t>vt 0.606962 0.320165</w:t>
        <w:br/>
        <w:t>vt 0.606962 0.309445</w:t>
        <w:br/>
        <w:t>vt 0.481686 0.302036</w:t>
        <w:br/>
        <w:t>vt 0.481686 0.315675</w:t>
        <w:br/>
        <w:t>vt 0.476080 0.313902</w:t>
        <w:br/>
        <w:t>vt 0.476186 0.301163</w:t>
        <w:br/>
        <w:t>vt 0.611009 0.342633</w:t>
        <w:br/>
        <w:t>vt 0.616489 0.324907</w:t>
        <w:br/>
        <w:t>vt 0.611623 0.304011</w:t>
        <w:br/>
        <w:t>vt 0.611148 0.279727</w:t>
        <w:br/>
        <w:t>vt 0.611464 0.284170</w:t>
        <w:br/>
        <w:t>vt 0.476394 0.277510</w:t>
        <w:br/>
        <w:t>vt 0.476324 0.290665</w:t>
        <w:br/>
        <w:t>vt 0.621485 0.290412</w:t>
        <w:br/>
        <w:t>vt 0.626093 0.289235</w:t>
        <w:br/>
        <w:t>vt 0.616493 0.291230</w:t>
        <w:br/>
        <w:t>vt 0.611352 0.291319</w:t>
        <w:br/>
        <w:t>vt 0.621169 0.281190</w:t>
        <w:br/>
        <w:t>vt 0.608658 0.282546</w:t>
        <w:br/>
        <w:t>vt 0.606962 0.303510</w:t>
        <w:br/>
        <w:t>vt 0.606962 0.290875</w:t>
        <w:br/>
        <w:t>vt 0.621126 0.325001</w:t>
        <w:br/>
        <w:t>vt 0.626068 0.324383</w:t>
        <w:br/>
        <w:t>vt 0.481686 0.294824</w:t>
        <w:br/>
        <w:t>vt 0.476222 0.292284</w:t>
        <w:br/>
        <w:t>vt 0.465132 0.294606</w:t>
        <w:br/>
        <w:t>vt 0.459244 0.294301</w:t>
        <w:br/>
        <w:t>vt 0.470919 0.294266</w:t>
        <w:br/>
        <w:t>vt 0.476250 0.294626</w:t>
        <w:br/>
        <w:t>vt 0.459244 0.276924</w:t>
        <w:br/>
        <w:t>vt 0.466308 0.268830</w:t>
        <w:br/>
        <w:t>vt 0.463557 0.268075</w:t>
        <w:br/>
        <w:t>vt 0.465927 0.264411</w:t>
        <w:br/>
        <w:t>vt 0.467868 0.265386</w:t>
        <w:br/>
        <w:t>vt 0.475433 0.267268</w:t>
        <w:br/>
        <w:t>vt 0.481686 0.277175</w:t>
        <w:br/>
        <w:t>vt 0.473603 0.268390</w:t>
        <w:br/>
        <w:t>vt 0.471635 0.265298</w:t>
        <w:br/>
        <w:t>vt 0.473392 0.263942</w:t>
        <w:br/>
        <w:t>vt 0.726829 0.031140</w:t>
        <w:br/>
        <w:t>vt 0.725146 0.024614</w:t>
        <w:br/>
        <w:t>vt 0.729676 0.023905</w:t>
        <w:br/>
        <w:t>vt 0.730673 0.030096</w:t>
        <w:br/>
        <w:t>vt 0.756008 0.032612</w:t>
        <w:br/>
        <w:t>vt 0.760880 0.031484</w:t>
        <w:br/>
        <w:t>vt 0.756531 0.044902</w:t>
        <w:br/>
        <w:t>vt 0.753421 0.043869</w:t>
        <w:br/>
        <w:t>vt 0.762064 0.025075</w:t>
        <w:br/>
        <w:t>vt 0.756438 0.030169</w:t>
        <w:br/>
        <w:t>vt 0.757405 0.024354</w:t>
        <w:br/>
        <w:t>vt 0.735561 0.028952</w:t>
        <w:br/>
        <w:t>vt 0.734915 0.023072</w:t>
        <w:br/>
        <w:t>vt 0.739362 0.049756</w:t>
        <w:br/>
        <w:t>vt 0.740733 0.053712</w:t>
        <w:br/>
        <w:t>vt 0.737404 0.053642</w:t>
        <w:br/>
        <w:t>vt 0.736227 0.051024</w:t>
        <w:br/>
        <w:t>vt 0.750306 0.042291</w:t>
        <w:br/>
        <w:t>vt 0.752136 0.032151</w:t>
        <w:br/>
        <w:t>vt 0.753179 0.024016</w:t>
        <w:br/>
        <w:t>vt 0.752482 0.029647</w:t>
        <w:br/>
        <w:t>vt 0.748253 0.031152</w:t>
        <w:br/>
        <w:t>vt 0.746825 0.042013</w:t>
        <w:br/>
        <w:t>vt 0.743382 0.041252</w:t>
        <w:br/>
        <w:t>vt 0.743964 0.028860</w:t>
        <w:br/>
        <w:t>vt 0.740596 0.041067</w:t>
        <w:br/>
        <w:t>vt 0.739834 0.028429</w:t>
        <w:br/>
        <w:t>vt 0.744339 0.022766</w:t>
        <w:br/>
        <w:t>vt 0.739565 0.022815</w:t>
        <w:br/>
        <w:t>vt 0.748989 0.023224</w:t>
        <w:br/>
        <w:t>vt 0.748486 0.028928</w:t>
        <w:br/>
        <w:t>vt 0.743304 0.051731</w:t>
        <w:br/>
        <w:t>vt 0.741831 0.048750</w:t>
        <w:br/>
        <w:t>vt 0.744464 0.002854</w:t>
        <w:br/>
        <w:t>vt 0.744451 0.007670</w:t>
        <w:br/>
        <w:t>vt 0.738743 0.007155</w:t>
        <w:br/>
        <w:t>vt 0.738323 0.002088</w:t>
        <w:br/>
        <w:t>vt 0.749603 0.012042</w:t>
        <w:br/>
        <w:t>vt 0.749897 0.008068</w:t>
        <w:br/>
        <w:t>vt 0.754738 0.008967</w:t>
        <w:br/>
        <w:t>vt 0.754304 0.012795</w:t>
        <w:br/>
        <w:t>vt 0.733234 0.007324</w:t>
        <w:br/>
        <w:t>vt 0.727491 0.008368</w:t>
        <w:br/>
        <w:t>vt 0.726736 0.003908</w:t>
        <w:br/>
        <w:t>vt 0.732617 0.000952</w:t>
        <w:br/>
        <w:t>vt 0.737162 0.041725</w:t>
        <w:br/>
        <w:t>vt 0.733382 0.043233</w:t>
        <w:br/>
        <w:t>vt 0.730777 0.044976</w:t>
        <w:br/>
        <w:t>vt 0.734860 0.051962</w:t>
        <w:br/>
        <w:t>vt 0.743451 0.048546</w:t>
        <w:br/>
        <w:t>vt 0.752486 0.044615</w:t>
        <w:br/>
        <w:t>vt 0.750119 0.043270</w:t>
        <w:br/>
        <w:t>vt 0.747310 0.043176</w:t>
        <w:br/>
        <w:t>vt 0.750264 0.054371</w:t>
        <w:br/>
        <w:t>vt 0.748885 0.052396</w:t>
        <w:br/>
        <w:t>vt 0.750916 0.049961</w:t>
        <w:br/>
        <w:t>vt 0.752700 0.052075</w:t>
        <w:br/>
        <w:t>vt 0.745910 0.048403</w:t>
        <w:br/>
        <w:t>vt 0.722134 0.010065</w:t>
        <w:br/>
        <w:t>vt 0.721315 0.005649</w:t>
        <w:br/>
        <w:t>vt 0.745713 0.051176</w:t>
        <w:br/>
        <w:t>vt 0.509827 0.321468</w:t>
        <w:br/>
        <w:t>vt 0.509789 0.326624</w:t>
        <w:br/>
        <w:t>vt 0.504896 0.326564</w:t>
        <w:br/>
        <w:t>vt 0.504896 0.320041</w:t>
        <w:br/>
        <w:t>vt 0.581971 0.319235</w:t>
        <w:br/>
        <w:t>vt 0.588264 0.319027</w:t>
        <w:br/>
        <w:t>vt 0.588264 0.312513</w:t>
        <w:br/>
        <w:t>vt 0.582446 0.312628</w:t>
        <w:br/>
        <w:t>vt 0.582577 0.305546</w:t>
        <w:br/>
        <w:t>vt 0.588264 0.305260</w:t>
        <w:br/>
        <w:t>vt 0.588264 0.283016</w:t>
        <w:br/>
        <w:t>vt 0.588264 0.290416</w:t>
        <w:br/>
        <w:t>vt 0.582824 0.289868</w:t>
        <w:br/>
        <w:t>vt 0.582839 0.282995</w:t>
        <w:br/>
        <w:t>vt 0.509814 0.299670</w:t>
        <w:br/>
        <w:t>vt 0.504896 0.299877</w:t>
        <w:br/>
        <w:t>vt 0.504896 0.293642</w:t>
        <w:br/>
        <w:t>vt 0.509739 0.293854</w:t>
        <w:br/>
        <w:t>vt 0.509798 0.317714</w:t>
        <w:br/>
        <w:t>vt 0.504896 0.313140</w:t>
        <w:br/>
        <w:t>vt 0.509889 0.312439</w:t>
        <w:br/>
        <w:t>vt 0.576860 0.319358</w:t>
        <w:br/>
        <w:t>vt 0.576975 0.312636</w:t>
        <w:br/>
        <w:t>vt 0.577243 0.305616</w:t>
        <w:br/>
        <w:t>vt 0.577267 0.289861</w:t>
        <w:br/>
        <w:t>vt 0.577237 0.283169</w:t>
        <w:br/>
        <w:t>vt 0.582213 0.254328</w:t>
        <w:br/>
        <w:t>vt 0.581233 0.259622</w:t>
        <w:br/>
        <w:t>vt 0.577408 0.259669</w:t>
        <w:br/>
        <w:t>vt 0.577831 0.252924</w:t>
        <w:br/>
        <w:t>vt 0.514713 0.299208</w:t>
        <w:br/>
        <w:t>vt 0.514625 0.293497</w:t>
        <w:br/>
        <w:t>vt 0.514597 0.312245</w:t>
        <w:br/>
        <w:t>vt 0.514520 0.317597</w:t>
        <w:br/>
        <w:t>vt 0.514468 0.326748</w:t>
        <w:br/>
        <w:t>vt 0.514533 0.321383</w:t>
        <w:br/>
        <w:t>vt 0.509709 0.290310</w:t>
        <w:br/>
        <w:t>vt 0.509885 0.281143</w:t>
        <w:br/>
        <w:t>vt 0.514531 0.282090</w:t>
        <w:br/>
        <w:t>vt 0.514636 0.290032</w:t>
        <w:br/>
        <w:t>vt 0.524078 0.326663</w:t>
        <w:br/>
        <w:t>vt 0.518976 0.326528</w:t>
        <w:br/>
        <w:t>vt 0.519158 0.321333</w:t>
        <w:br/>
        <w:t>vt 0.524078 0.320308</w:t>
        <w:br/>
        <w:t>vt 0.571556 0.319215</w:t>
        <w:br/>
        <w:t>vt 0.566166 0.319280</w:t>
        <w:br/>
        <w:t>vt 0.566166 0.312605</w:t>
        <w:br/>
        <w:t>vt 0.571542 0.312444</w:t>
        <w:br/>
        <w:t>vt 0.524078 0.299441</w:t>
        <w:br/>
        <w:t>vt 0.519272 0.299396</w:t>
        <w:br/>
        <w:t>vt 0.519264 0.293346</w:t>
        <w:br/>
        <w:t>vt 0.524078 0.292815</w:t>
        <w:br/>
        <w:t>vt 0.566166 0.290100</w:t>
        <w:br/>
        <w:t>vt 0.566166 0.282600</w:t>
        <w:br/>
        <w:t>vt 0.571564 0.283242</w:t>
        <w:br/>
        <w:t>vt 0.571568 0.289859</w:t>
        <w:br/>
        <w:t>vt 0.566166 0.305022</w:t>
        <w:br/>
        <w:t>vt 0.571649 0.305221</w:t>
        <w:br/>
        <w:t>vt 0.519182 0.317706</w:t>
        <w:br/>
        <w:t>vt 0.519177 0.312387</w:t>
        <w:br/>
        <w:t>vt 0.524078 0.313206</w:t>
        <w:br/>
        <w:t>vt 0.573708 0.253758</w:t>
        <w:br/>
        <w:t>vt 0.573649 0.259111</w:t>
        <w:br/>
        <w:t>vt 0.519326 0.290033</w:t>
        <w:br/>
        <w:t>vt 0.519159 0.281003</w:t>
        <w:br/>
        <w:t>vt 0.583375 0.268193</w:t>
        <w:br/>
        <w:t>vt 0.588264 0.267789</w:t>
        <w:br/>
        <w:t>vt 0.577123 0.269238</w:t>
        <w:br/>
        <w:t>vt 0.571087 0.269120</w:t>
        <w:br/>
        <w:t>vt 0.584050 0.258020</w:t>
        <w:br/>
        <w:t>vt 0.571399 0.257365</w:t>
        <w:br/>
        <w:t>vt 0.566166 0.268133</w:t>
        <w:br/>
        <w:t>vt 0.524078 0.280532</w:t>
        <w:br/>
        <w:t>vt 0.504896 0.280640</w:t>
        <w:br/>
        <w:t>vt 0.517690 0.279708</w:t>
        <w:br/>
        <w:t>vt 0.507866 0.272737</w:t>
        <w:br/>
        <w:t>vt 0.511034 0.273167</w:t>
        <w:br/>
        <w:t>vt 0.517312 0.272999</w:t>
        <w:br/>
        <w:t>vt 0.520487 0.271909</w:t>
        <w:br/>
        <w:t>vt 0.515772 0.270039</w:t>
        <w:br/>
        <w:t>vt 0.518114 0.268866</w:t>
        <w:br/>
        <w:t>vt 0.531969 0.326429</w:t>
        <w:br/>
        <w:t>vt 0.527297 0.325693</w:t>
        <w:br/>
        <w:t>vt 0.561998 0.313335</w:t>
        <w:br/>
        <w:t>vt 0.557567 0.313465</w:t>
        <w:br/>
        <w:t>vt 0.557688 0.306915</w:t>
        <w:br/>
        <w:t>vt 0.561998 0.306525</w:t>
        <w:br/>
        <w:t>vt 0.531805 0.307081</w:t>
        <w:br/>
        <w:t>vt 0.531702 0.312814</w:t>
        <w:br/>
        <w:t>vt 0.527297 0.313308</w:t>
        <w:br/>
        <w:t>vt 0.527297 0.306615</w:t>
        <w:br/>
        <w:t>vt 0.557440 0.320320</w:t>
        <w:br/>
        <w:t>vt 0.557492 0.325334</w:t>
        <w:br/>
        <w:t>vt 0.553355 0.325438</w:t>
        <w:br/>
        <w:t>vt 0.553163 0.320282</w:t>
        <w:br/>
        <w:t>vt 0.553001 0.313437</w:t>
        <w:br/>
        <w:t>vt 0.552951 0.306857</w:t>
        <w:br/>
        <w:t>vt 0.557949 0.280285</w:t>
        <w:br/>
        <w:t>vt 0.557919 0.285894</w:t>
        <w:br/>
        <w:t>vt 0.553124 0.285690</w:t>
        <w:br/>
        <w:t>vt 0.553892 0.278988</w:t>
        <w:br/>
        <w:t>vt 0.535910 0.312533</w:t>
        <w:br/>
        <w:t>vt 0.535945 0.306921</w:t>
        <w:br/>
        <w:t>vt 0.531787 0.304218</w:t>
        <w:br/>
        <w:t>vt 0.532003 0.294989</w:t>
        <w:br/>
        <w:t>vt 0.536035 0.295836</w:t>
        <w:br/>
        <w:t>vt 0.535982 0.303698</w:t>
        <w:br/>
        <w:t>vt 0.540163 0.326404</w:t>
        <w:br/>
        <w:t>vt 0.544569 0.325327</w:t>
        <w:br/>
        <w:t>vt 0.549086 0.325542</w:t>
        <w:br/>
        <w:t>vt 0.540074 0.312869</w:t>
        <w:br/>
        <w:t>vt 0.540044 0.307179</w:t>
        <w:br/>
        <w:t>vt 0.544562 0.306762</w:t>
        <w:br/>
        <w:t>vt 0.544613 0.313312</w:t>
        <w:br/>
        <w:t>vt 0.548621 0.306853</w:t>
        <w:br/>
        <w:t>vt 0.548705 0.313385</w:t>
        <w:br/>
        <w:t>vt 0.544564 0.320312</w:t>
        <w:br/>
        <w:t>vt 0.548793 0.320254</w:t>
        <w:br/>
        <w:t>vt 0.540154 0.323296</w:t>
        <w:br/>
        <w:t>vt 0.540091 0.319868</w:t>
        <w:br/>
        <w:t>vt 0.549729 0.279448</w:t>
        <w:br/>
        <w:t>vt 0.548328 0.285703</w:t>
        <w:br/>
        <w:t>vt 0.535918 0.323062</w:t>
        <w:br/>
        <w:t>vt 0.535895 0.319554</w:t>
        <w:br/>
        <w:t>vt 0.540125 0.304090</w:t>
        <w:br/>
        <w:t>vt 0.540102 0.294935</w:t>
        <w:br/>
        <w:t>vt 0.557756 0.294835</w:t>
        <w:br/>
        <w:t>vt 0.561998 0.294413</w:t>
        <w:br/>
        <w:t>vt 0.553269 0.294986</w:t>
        <w:br/>
        <w:t>vt 0.548720 0.294858</w:t>
        <w:br/>
        <w:t>vt 0.531763 0.319968</w:t>
        <w:br/>
        <w:t>vt 0.531894 0.323420</w:t>
        <w:br/>
        <w:t>vt 0.527297 0.320788</w:t>
        <w:br/>
        <w:t>vt 0.561998 0.320105</w:t>
        <w:br/>
        <w:t>vt 0.561998 0.324478</w:t>
        <w:br/>
        <w:t>vt 0.561998 0.284347</w:t>
        <w:br/>
        <w:t>vt 0.545056 0.284440</w:t>
        <w:br/>
        <w:t>vt 0.545143 0.294828</w:t>
        <w:br/>
        <w:t>vt 0.527297 0.294888</w:t>
        <w:br/>
        <w:t>vt 0.532908 0.294087</w:t>
        <w:br/>
        <w:t>vt 0.530775 0.281486</w:t>
        <w:br/>
        <w:t>vt 0.533414 0.282807</w:t>
        <w:br/>
        <w:t>vt 0.531949 0.285889</w:t>
        <w:br/>
        <w:t>vt 0.527297 0.285517</w:t>
        <w:br/>
        <w:t>vt 0.539588 0.285311</w:t>
        <w:br/>
        <w:t>vt 0.537097 0.282284</w:t>
        <w:br/>
        <w:t>vt 0.539325 0.280179</w:t>
        <w:br/>
        <w:t>vt 0.626738 0.355196</w:t>
        <w:br/>
        <w:t>vt 0.439586 0.405851</w:t>
        <w:br/>
        <w:t>vt 0.453539 0.419208</w:t>
        <w:br/>
        <w:t>vt 0.588282 0.384097</w:t>
        <w:br/>
        <w:t>vt 0.551996 0.409958</w:t>
        <w:br/>
        <w:t>vt 0.500096 0.381465</w:t>
        <w:br/>
        <w:t>vt 0.483457 0.379681</w:t>
        <w:br/>
        <w:t>vt 0.484015 0.370245</w:t>
        <w:br/>
        <w:t>vt 0.515969 0.352434</w:t>
        <w:br/>
        <w:t>vt 0.623704 0.409549</w:t>
        <w:br/>
        <w:t>vt 0.470650 0.327133</w:t>
        <w:br/>
        <w:t>vt 0.470598 0.340162</w:t>
        <w:br/>
        <w:t>vt 0.465605 0.340998</w:t>
        <w:br/>
        <w:t>vt 0.459244 0.341579</w:t>
        <w:br/>
        <w:t>vt 0.758970 0.013150</w:t>
        <w:br/>
        <w:t>vt 0.759501 0.009275</w:t>
        <w:br/>
        <w:t>vt 0.470605 0.321817</w:t>
        <w:br/>
        <w:t>vt 0.535977 0.326374</w:t>
        <w:br/>
        <w:t>vt 0.430590 0.368392</w:t>
        <w:br/>
        <w:t>vt 0.434118 0.366343</w:t>
        <w:br/>
        <w:t>vt 0.493992 0.353798</w:t>
        <w:br/>
        <w:t>vt 0.515758 0.348680</w:t>
        <w:br/>
        <w:t>vt 0.534912 0.350413</w:t>
        <w:br/>
        <w:t>vt 0.567859 0.418371</w:t>
        <w:br/>
        <w:t>vt 0.573654 0.420792</w:t>
        <w:br/>
        <w:t>vt 0.579018 0.423601</w:t>
        <w:br/>
        <w:t>vt 0.562763 0.415513</w:t>
        <w:br/>
        <w:t>vt 0.556746 0.413092</w:t>
        <w:br/>
        <w:t>vt 0.584423 0.425946</w:t>
        <w:br/>
        <w:t>vt 0.502897 0.344471</w:t>
        <w:br/>
        <w:t>vt 0.473135 0.379694</w:t>
        <w:br/>
        <w:t>vt 0.509903 0.269663</w:t>
        <w:br/>
        <w:t>vt 0.512321 0.270142</w:t>
        <w:br/>
        <w:t>vt 0.534505 0.279290</w:t>
        <w:br/>
        <w:t>vt 0.533414 0.282807</w:t>
        <w:br/>
        <w:t>vt 0.539325 0.280179</w:t>
        <w:br/>
        <w:t>vt 0.537097 0.282284</w:t>
        <w:br/>
        <w:t>vt 0.513890 0.267347</w:t>
        <w:br/>
        <w:t>vt 0.512321 0.270142</w:t>
        <w:br/>
        <w:t>vt 0.509903 0.269663</w:t>
        <w:br/>
        <w:t>vt 0.518114 0.268866</w:t>
        <w:br/>
        <w:t>vt 0.515772 0.270039</w:t>
        <w:br/>
        <w:t>vt 0.464893 0.319456</w:t>
        <w:br/>
        <w:t>vt 0.470636 0.318978</w:t>
        <w:br/>
        <w:t>vt 0.475871 0.319512</w:t>
        <w:br/>
        <w:t>vt 0.470696 0.317045</w:t>
        <w:br/>
        <w:t>vt 0.476043 0.317657</w:t>
        <w:br/>
        <w:t>vt 0.464921 0.317608</w:t>
        <w:br/>
        <w:t>vt 0.465046 0.292600</w:t>
        <w:br/>
        <w:t>vt 0.470913 0.292085</w:t>
        <w:br/>
        <w:t>vt 0.759620 0.007800</w:t>
        <w:br/>
        <w:t>vt 0.764778 0.010130</w:t>
        <w:br/>
        <w:t>vt 0.755311 0.003261</w:t>
        <w:br/>
        <w:t>vt 0.760266 0.004614</w:t>
        <w:br/>
        <w:t>vt 0.754865 0.007405</w:t>
        <w:br/>
        <w:t>vt 0.750080 0.006712</w:t>
        <w:br/>
        <w:t>vt 0.750199 0.002858</w:t>
        <w:br/>
        <w:t>vt 0.756250 0.031349</w:t>
        <w:br/>
        <w:t>vt 0.752306 0.030991</w:t>
        <w:br/>
        <w:t>vt 0.748347 0.030106</w:t>
        <w:br/>
        <w:t>vt 0.509832 0.319223</w:t>
        <w:br/>
        <w:t>vt 0.514530 0.319086</w:t>
        <w:br/>
        <w:t>vt 0.519167 0.319120</w:t>
        <w:br/>
        <w:t>vt 0.509717 0.291862</w:t>
        <w:br/>
        <w:t>vt 0.514669 0.291551</w:t>
        <w:br/>
        <w:t>vt 0.519313 0.291577</w:t>
        <w:br/>
        <w:t>vt 0.531987 0.324732</w:t>
        <w:br/>
        <w:t>vt 0.535947 0.324362</w:t>
        <w:br/>
        <w:t>vt 0.540161 0.324478</w:t>
        <w:br/>
        <w:t>vt 0.531823 0.305466</w:t>
        <w:br/>
        <w:t>vt 0.535957 0.305086</w:t>
        <w:br/>
        <w:t>vt 0.540058 0.305404</w:t>
        <w:br/>
        <w:t>vt 0.424956 0.376540</w:t>
        <w:br/>
        <w:t>vt 0.420585 0.367374</w:t>
        <w:br/>
        <w:t>vt 0.424152 0.365144</w:t>
        <w:br/>
        <w:t>vt 0.424804 0.358713</w:t>
        <w:br/>
        <w:t>vt 0.427452 0.363229</w:t>
        <w:br/>
        <w:t>vt 0.430595 0.361203</w:t>
        <w:br/>
        <w:t>vt 0.433833 0.359183</w:t>
        <w:br/>
        <w:t>vt 0.744534 0.010190</w:t>
        <w:br/>
        <w:t>vt 0.738909 0.009568</w:t>
        <w:br/>
        <w:t>vt 0.733467 0.009715</w:t>
        <w:br/>
        <w:t>vt 0.727825 0.010750</w:t>
        <w:br/>
        <w:t>vt 0.722534 0.012470</w:t>
        <w:br/>
        <w:t>vt 0.764185 0.012661</w:t>
        <w:br/>
        <w:t>vt 0.606272 0.340242</w:t>
        <w:br/>
        <w:t>vt 0.605601 0.347297</w:t>
        <w:br/>
        <w:t>vt 0.593608 0.340474</w:t>
        <w:br/>
        <w:t>vt 0.577915 0.345366</w:t>
        <w:br/>
        <w:t>vt 0.584299 0.343300</w:t>
        <w:br/>
        <w:t>vt 0.594100 0.335234</w:t>
        <w:br/>
        <w:t>vt 0.607546 0.340104</w:t>
        <w:br/>
        <w:t>vt 0.565547 0.346188</w:t>
        <w:br/>
        <w:t>vt 0.540533 0.401985</w:t>
        <w:br/>
        <w:t>vt 0.522854 0.391282</w:t>
        <w:br/>
        <w:t>vt 0.511616 0.384879</w:t>
        <w:br/>
        <w:t>vt 0.488319 0.388174</w:t>
        <w:br/>
        <w:t>vt 0.591601 0.334681</w:t>
        <w:br/>
        <w:t>vt 0.564862 0.338631</w:t>
        <w:br/>
        <w:t>vt 0.565576 0.338927</w:t>
        <w:br/>
        <w:t>vt 0.607202 0.340211</w:t>
        <w:br/>
        <w:t>vt 0.607770 0.347715</w:t>
        <w:br/>
        <w:t>vt 0.471635 0.265298</w:t>
        <w:br/>
        <w:t>vt 0.474608 0.275031</w:t>
        <w:br/>
        <w:t>vt 0.466552 0.275684</w:t>
        <w:br/>
        <w:t>vt 0.470899 0.275731</w:t>
        <w:br/>
        <w:t>vt 0.469412 0.262243</w:t>
        <w:br/>
        <w:t>vt 0.745713 0.051176</w:t>
        <w:br/>
        <w:t>vt 0.746914 0.052668</w:t>
        <w:br/>
        <w:t>vt 0.748885 0.052396</w:t>
        <w:br/>
        <w:t>vt 0.746270 0.054533</w:t>
        <w:br/>
        <w:t>vt 0.514438 0.280258</w:t>
        <w:br/>
        <w:t>vt 0.511057 0.279683</w:t>
        <w:br/>
        <w:t>vt 0.513959 0.269633</w:t>
        <w:br/>
        <w:t>vt 0.536006 0.294821</w:t>
        <w:br/>
        <w:t>vt 0.539074 0.293992</w:t>
        <w:br/>
        <w:t>vt 0.535222 0.282177</w:t>
        <w:br/>
        <w:t>vt 0.426296 0.356089</w:t>
        <w:br/>
        <w:t>vt 0.421537 0.358668</w:t>
        <w:br/>
        <w:t>vt 0.424318 0.357923</w:t>
        <w:br/>
        <w:t>vt 0.421254 0.350575</w:t>
        <w:br/>
        <w:t>vt 0.419590 0.350794</w:t>
        <w:br/>
        <w:t>vt 0.418436 0.348934</w:t>
        <w:br/>
        <w:t>vt 0.418244 0.351739</w:t>
        <w:br/>
        <w:t>vt 0.477731 0.395738</w:t>
        <w:br/>
        <w:t>vt 0.444867 0.416423</w:t>
        <w:br/>
        <w:t>vt 0.449810 0.424295</w:t>
        <w:br/>
        <w:t>vt 0.850041 0.213150</w:t>
        <w:br/>
        <w:t>vt 0.841913 0.230056</w:t>
        <w:br/>
        <w:t>vt 0.833593 0.228163</w:t>
        <w:br/>
        <w:t>vt 0.836459 0.265003</w:t>
        <w:br/>
        <w:t>vt 0.835268 0.282286</w:t>
        <w:br/>
        <w:t>vt 0.817470 0.281841</w:t>
        <w:br/>
        <w:t>vt 0.816391 0.261646</w:t>
        <w:br/>
        <w:t>vt 0.838304 0.247375</w:t>
        <w:br/>
        <w:t>vt 0.816799 0.243077</w:t>
        <w:br/>
        <w:t>vt 0.834774 0.299109</w:t>
        <w:br/>
        <w:t>vt 0.857996 0.267348</w:t>
        <w:br/>
        <w:t>vt 0.859751 0.249145</w:t>
        <w:br/>
        <w:t>vt 0.875345 0.251929</w:t>
        <w:br/>
        <w:t>vt 0.875345 0.269704</w:t>
        <w:br/>
        <w:t>vt 0.854701 0.303042</w:t>
        <w:br/>
        <w:t>vt 0.853865 0.322413</w:t>
        <w:br/>
        <w:t>vt 0.866224 0.214957</w:t>
        <w:br/>
        <w:t>vt 0.861219 0.200042</w:t>
        <w:br/>
        <w:t>vt 0.871179 0.200742</w:t>
        <w:br/>
        <w:t>vt 0.932957 0.145057</w:t>
        <w:br/>
        <w:t>vt 0.925627 0.170216</w:t>
        <w:br/>
        <w:t>vt 0.919556 0.162014</w:t>
        <w:br/>
        <w:t>vt 0.926006 0.141713</w:t>
        <w:br/>
        <w:t>vt 0.939467 0.149053</w:t>
        <w:br/>
        <w:t>vt 0.934681 0.167542</w:t>
        <w:br/>
        <w:t>vt 0.947416 0.152362</w:t>
        <w:br/>
        <w:t>vt 0.944561 0.169807</w:t>
        <w:br/>
        <w:t>vt 0.960567 0.151578</w:t>
        <w:br/>
        <w:t>vt 0.984847 0.161721</w:t>
        <w:br/>
        <w:t>vt 0.985234 0.179227</w:t>
        <w:br/>
        <w:t>vt 0.974256 0.176338</w:t>
        <w:br/>
        <w:t>vt 0.979097 0.160642</w:t>
        <w:br/>
        <w:t>vt 0.972399 0.159417</w:t>
        <w:br/>
        <w:t>vt 0.955403 0.172876</w:t>
        <w:br/>
        <w:t>vt 0.961798 0.154280</w:t>
        <w:br/>
        <w:t>vt 0.988983 0.163026</w:t>
        <w:br/>
        <w:t>vt 0.993357 0.166357</w:t>
        <w:br/>
        <w:t>vt 0.993357 0.182176</w:t>
        <w:br/>
        <w:t>vt 0.912494 0.174969</w:t>
        <w:br/>
        <w:t>vt 0.912102 0.189239</w:t>
        <w:br/>
        <w:t>vt 0.935450 0.199062</w:t>
        <w:br/>
        <w:t>vt 0.925731 0.207367</w:t>
        <w:br/>
        <w:t>vt 0.918516 0.197880</w:t>
        <w:br/>
        <w:t>vt 0.930939 0.185524</w:t>
        <w:br/>
        <w:t>vt 0.972283 0.191961</w:t>
        <w:br/>
        <w:t>vt 0.969867 0.204054</w:t>
        <w:br/>
        <w:t>vt 0.951505 0.197276</w:t>
        <w:br/>
        <w:t>vt 0.951963 0.184657</w:t>
        <w:br/>
        <w:t>vt 0.985067 0.201558</w:t>
        <w:br/>
        <w:t>vt 0.981672 0.215297</w:t>
        <w:br/>
        <w:t>vt 0.993357 0.204303</w:t>
        <w:br/>
        <w:t>vt 0.993357 0.228393</w:t>
        <w:br/>
        <w:t>vt 0.937999 0.179869</w:t>
        <w:br/>
        <w:t>vt 0.930197 0.116203</w:t>
        <w:br/>
        <w:t>vt 0.929981 0.102769</w:t>
        <w:br/>
        <w:t>vt 0.938099 0.102858</w:t>
        <w:br/>
        <w:t>vt 0.938391 0.116340</w:t>
        <w:br/>
        <w:t>vt 0.936906 0.127295</w:t>
        <w:br/>
        <w:t>vt 0.929047 0.126806</w:t>
        <w:br/>
        <w:t>vt 0.935837 0.133302</w:t>
        <w:br/>
        <w:t>vt 0.928789 0.130416</w:t>
        <w:br/>
        <w:t>vt 0.943994 0.127999</w:t>
        <w:br/>
        <w:t>vt 0.941941 0.137171</w:t>
        <w:br/>
        <w:t>vt 0.925237 0.085787</w:t>
        <w:br/>
        <w:t>vt 0.932851 0.084250</w:t>
        <w:br/>
        <w:t>vt 0.945570 0.102040</w:t>
        <w:br/>
        <w:t>vt 0.940158 0.081586</w:t>
        <w:br/>
        <w:t>vt 0.951897 0.129734</w:t>
        <w:br/>
        <w:t>vt 0.949543 0.142511</w:t>
        <w:br/>
        <w:t>vt 0.981882 0.087849</w:t>
        <w:br/>
        <w:t>vt 0.984618 0.087643</w:t>
        <w:br/>
        <w:t>vt 0.981744 0.089466</w:t>
        <w:br/>
        <w:t>vt 0.980369 0.062721</w:t>
        <w:br/>
        <w:t>vt 0.984705 0.062560</w:t>
        <w:br/>
        <w:t>vt 0.984665 0.075668</w:t>
        <w:br/>
        <w:t>vt 0.980847 0.075762</w:t>
        <w:br/>
        <w:t>vt 0.969323 0.076676</w:t>
        <w:br/>
        <w:t>vt 0.967985 0.063745</w:t>
        <w:br/>
        <w:t>vt 0.955556 0.065509</w:t>
        <w:br/>
        <w:t>vt 0.958321 0.078160</w:t>
        <w:br/>
        <w:t>vt 0.948808 0.079687</w:t>
        <w:br/>
        <w:t>vt 0.945656 0.067258</w:t>
        <w:br/>
        <w:t>vt 0.928475 0.071541</w:t>
        <w:br/>
        <w:t>vt 0.936672 0.069137</w:t>
        <w:br/>
        <w:t>vt 0.921643 0.074398</w:t>
        <w:br/>
        <w:t>vt 0.963685 0.087712</w:t>
        <w:br/>
        <w:t>vt 0.971125 0.088026</w:t>
        <w:br/>
        <w:t>vt 0.972000 0.096336</w:t>
        <w:br/>
        <w:t>vt 0.953550 0.100112</w:t>
        <w:br/>
        <w:t>vt 0.946803 0.116031</w:t>
        <w:br/>
        <w:t>vt 0.978867 0.092353</w:t>
        <w:br/>
        <w:t>vt 0.961244 0.095113</w:t>
        <w:br/>
        <w:t>vt 0.942867 0.053334</w:t>
        <w:br/>
        <w:t>vt 0.952731 0.051393</w:t>
        <w:br/>
        <w:t>vt 0.931722 0.055549</w:t>
        <w:br/>
        <w:t>vt 0.922934 0.058590</w:t>
        <w:br/>
        <w:t>vt 0.917206 0.063872</w:t>
        <w:br/>
        <w:t>vt 0.966162 0.049596</w:t>
        <w:br/>
        <w:t>vt 0.979675 0.048633</w:t>
        <w:br/>
        <w:t>vt 0.894314 0.191993</w:t>
        <w:br/>
        <w:t>vt 0.893575 0.203775</w:t>
        <w:br/>
        <w:t>vt 0.881901 0.203824</w:t>
        <w:br/>
        <w:t>vt 0.881033 0.193219</w:t>
        <w:br/>
        <w:t>vt 0.915881 0.018945</w:t>
        <w:br/>
        <w:t>vt 0.914505 0.032591</w:t>
        <w:br/>
        <w:t>vt 0.902822 0.027389</w:t>
        <w:br/>
        <w:t>vt 0.904023 0.015552</w:t>
        <w:br/>
        <w:t>vt 0.984265 0.048331</w:t>
        <w:br/>
        <w:t>vt 0.904897 0.190068</w:t>
        <w:br/>
        <w:t>vt 0.904671 0.180349</w:t>
        <w:br/>
        <w:t>vt 0.893678 0.184452</w:t>
        <w:br/>
        <w:t>vt 0.879912 0.187716</w:t>
        <w:br/>
        <w:t>vt 0.901642 0.207196</w:t>
        <w:br/>
        <w:t>vt 0.965000 0.033515</w:t>
        <w:br/>
        <w:t>vt 0.978690 0.032314</w:t>
        <w:br/>
        <w:t>vt 0.983577 0.031990</w:t>
        <w:br/>
        <w:t>vt 0.913217 0.044127</w:t>
        <w:br/>
        <w:t>vt 0.901683 0.033791</w:t>
        <w:br/>
        <w:t>vt 0.926347 0.037135</w:t>
        <w:br/>
        <w:t>vt 0.940943 0.036298</w:t>
        <w:br/>
        <w:t>vt 0.951198 0.034919</w:t>
        <w:br/>
        <w:t>vt 0.963086 0.017283</w:t>
        <w:br/>
        <w:t>vt 0.978813 0.017419</w:t>
        <w:br/>
        <w:t>vt 0.916054 0.139028</w:t>
        <w:br/>
        <w:t>vt 0.910982 0.155028</w:t>
        <w:br/>
        <w:t>vt 0.902086 0.150626</w:t>
        <w:br/>
        <w:t>vt 0.905156 0.136467</w:t>
        <w:br/>
        <w:t>vt 0.888080 0.172952</w:t>
        <w:br/>
        <w:t>vt 0.891766 0.178440</w:t>
        <w:br/>
        <w:t>vt 0.878479 0.184025</w:t>
        <w:br/>
        <w:t>vt 0.876168 0.180971</w:t>
        <w:br/>
        <w:t>vt 0.901510 0.170868</w:t>
        <w:br/>
        <w:t>vt 0.905082 0.166965</w:t>
        <w:br/>
        <w:t>vt 0.897406 0.162069</w:t>
        <w:br/>
        <w:t>vt 0.897090 0.041267</w:t>
        <w:br/>
        <w:t>vt 0.899662 0.037895</w:t>
        <w:br/>
        <w:t>vt 0.909316 0.050022</w:t>
        <w:br/>
        <w:t>vt 0.904355 0.054269</w:t>
        <w:br/>
        <w:t>vt 0.910515 0.066245</w:t>
        <w:br/>
        <w:t>vt 0.906247 0.067382</w:t>
        <w:br/>
        <w:t>vt 0.897578 0.057468</w:t>
        <w:br/>
        <w:t>vt 0.898858 0.068820</w:t>
        <w:br/>
        <w:t>vt 0.892619 0.044362</w:t>
        <w:br/>
        <w:t>vt 0.883174 0.168093</w:t>
        <w:br/>
        <w:t>vt 0.872534 0.177183</w:t>
        <w:br/>
        <w:t>vt 0.893120 0.147615</w:t>
        <w:br/>
        <w:t>vt 0.889480 0.157978</w:t>
        <w:br/>
        <w:t>vt 0.874933 0.151222</w:t>
        <w:br/>
        <w:t>vt 0.869593 0.158266</w:t>
        <w:br/>
        <w:t>vt 0.920670 0.102173</w:t>
        <w:br/>
        <w:t>vt 0.917147 0.086826</w:t>
        <w:br/>
        <w:t>vt 0.914507 0.076825</w:t>
        <w:br/>
        <w:t>vt 0.908476 0.087292</w:t>
        <w:br/>
        <w:t>vt 0.907601 0.078364</w:t>
        <w:br/>
        <w:t>vt 0.898947 0.078247</w:t>
        <w:br/>
        <w:t>vt 0.882376 0.062080</w:t>
        <w:br/>
        <w:t>vt 0.883693 0.070583</w:t>
        <w:br/>
        <w:t>vt 0.898879 0.087334</w:t>
        <w:br/>
        <w:t>vt 0.883963 0.078670</w:t>
        <w:br/>
        <w:t>vt 0.909415 0.101301</w:t>
        <w:br/>
        <w:t>vt 0.861687 0.167300</w:t>
        <w:br/>
        <w:t>vt 0.896522 0.123708</w:t>
        <w:br/>
        <w:t>vt 0.907532 0.125519</w:t>
        <w:br/>
        <w:t>vt 0.895332 0.133941</w:t>
        <w:br/>
        <w:t>vt 0.919055 0.126528</w:t>
        <w:br/>
        <w:t>vt 0.919837 0.115483</w:t>
        <w:br/>
        <w:t>vt 0.908506 0.114052</w:t>
        <w:br/>
        <w:t>vt 0.884656 0.087243</w:t>
        <w:br/>
        <w:t>vt 0.878752 0.142841</w:t>
        <w:br/>
        <w:t>vt 0.934949 0.856098</w:t>
        <w:br/>
        <w:t>vt 0.956411 0.123625</w:t>
        <w:br/>
        <w:t>vt 0.958412 0.132246</w:t>
        <w:br/>
        <w:t>vt 0.943800 0.839590</w:t>
        <w:br/>
        <w:t>vt 0.953699 0.831594</w:t>
        <w:br/>
        <w:t>vt 0.956475 0.108884</w:t>
        <w:br/>
        <w:t>vt 0.955062 0.114736</w:t>
        <w:br/>
        <w:t>vt 0.958833 0.140262</w:t>
        <w:br/>
        <w:t>vt 0.959248 0.146691</w:t>
        <w:br/>
        <w:t>vt 0.956403 0.147745</w:t>
        <w:br/>
        <w:t>vt 0.959756 0.101584</w:t>
        <w:br/>
        <w:t>vt 0.897873 0.112158</w:t>
        <w:br/>
        <w:t>vt 0.882642 0.121804</w:t>
        <w:br/>
        <w:t>vt 0.883824 0.110184</w:t>
        <w:br/>
        <w:t>vt 0.898933 0.100352</w:t>
        <w:br/>
        <w:t>vt 0.884484 0.098917</w:t>
        <w:br/>
        <w:t>vt 0.878629 0.049809</w:t>
        <w:br/>
        <w:t>vt 0.881448 0.130369</w:t>
        <w:br/>
        <w:t>vt 0.972231 0.153744</w:t>
        <w:br/>
        <w:t>vt 0.967529 0.147550</w:t>
        <w:br/>
        <w:t>vt 0.971835 0.148799</w:t>
        <w:br/>
        <w:t>vt 0.975966 0.239533</w:t>
        <w:br/>
        <w:t>vt 0.978269 0.249700</w:t>
        <w:br/>
        <w:t>vt 0.972348 0.245969</w:t>
        <w:br/>
        <w:t>vt 0.918125 0.217627</w:t>
        <w:br/>
        <w:t>vt 0.908136 0.210470</w:t>
        <w:br/>
        <w:t>vt 0.982903 0.234682</w:t>
        <w:br/>
        <w:t>vt 0.955618 0.234423</w:t>
        <w:br/>
        <w:t>vt 0.961429 0.223092</w:t>
        <w:br/>
        <w:t>vt 0.970535 0.231222</w:t>
        <w:br/>
        <w:t>vt 0.962627 0.240003</w:t>
        <w:br/>
        <w:t>vt 0.965905 0.214041</w:t>
        <w:br/>
        <w:t>vt 0.976659 0.223976</w:t>
        <w:br/>
        <w:t>vt 0.990006 0.083131</w:t>
        <w:br/>
        <w:t>vt 0.987031 0.085124</w:t>
        <w:br/>
        <w:t>vt 0.993357 0.075307</w:t>
        <w:br/>
        <w:t>vt 0.993357 0.062326</w:t>
        <w:br/>
        <w:t>vt 0.993357 0.047961</w:t>
        <w:br/>
        <w:t>vt 0.993357 0.031613</w:t>
        <w:br/>
        <w:t>vt 0.993357 0.017266</w:t>
        <w:br/>
        <w:t>vt 0.939559 0.844863</w:t>
        <w:br/>
        <w:t>vt 0.884166 0.863844</w:t>
        <w:br/>
        <w:t>vt 0.986018 0.159527</w:t>
        <w:br/>
        <w:t>vt 0.983411 0.156544</w:t>
        <w:br/>
        <w:t>vt 0.978110 0.152560</w:t>
        <w:br/>
        <w:t>vt 0.979972 0.155468</w:t>
        <w:br/>
        <w:t>vt 0.970798 0.144832</w:t>
        <w:br/>
        <w:t>vt 0.974297 0.149434</w:t>
        <w:br/>
        <w:t>vt 0.953900 0.220244</w:t>
        <w:br/>
        <w:t>vt 0.954283 0.206634</w:t>
        <w:br/>
        <w:t>vt 0.953348 0.234467</w:t>
        <w:br/>
        <w:t>vt 0.954114 0.240567</w:t>
        <w:br/>
        <w:t>vt 0.960625 0.244245</w:t>
        <w:br/>
        <w:t>vt 0.966487 0.245107</w:t>
        <w:br/>
        <w:t>vt 0.978439 0.011307</w:t>
        <w:br/>
        <w:t>vt 0.993357 0.005123</w:t>
        <w:br/>
        <w:t>vt 0.948202 0.021875</w:t>
        <w:br/>
        <w:t>vt 0.935603 0.023610</w:t>
        <w:br/>
        <w:t>vt 0.925466 0.022323</w:t>
        <w:br/>
        <w:t>vt 0.916553 0.015202</w:t>
        <w:br/>
        <w:t>vt 0.904070 0.006836</w:t>
        <w:br/>
        <w:t>vt 0.894478 0.214693</w:t>
        <w:br/>
        <w:t>vt 0.883181 0.211654</w:t>
        <w:br/>
        <w:t>vt 0.905962 0.218654</w:t>
        <w:br/>
        <w:t>vt 0.917558 0.224383</w:t>
        <w:br/>
        <w:t>vt 0.923710 0.220082</w:t>
        <w:br/>
        <w:t>vt 0.922243 0.226624</w:t>
        <w:br/>
        <w:t>vt 0.931237 0.212584</w:t>
        <w:br/>
        <w:t>vt 0.936119 0.216152</w:t>
        <w:br/>
        <w:t>vt 0.993357 0.081449</w:t>
        <w:br/>
        <w:t>vt 0.929296 0.222536</w:t>
        <w:br/>
        <w:t>vt 0.937194 0.225571</w:t>
        <w:br/>
        <w:t>vt 0.936424 0.228962</w:t>
        <w:br/>
        <w:t>vt 0.879802 0.860365</w:t>
        <w:br/>
        <w:t>vt 0.881902 0.861631</w:t>
        <w:br/>
        <w:t>vt 0.877978 0.858322</w:t>
        <w:br/>
        <w:t>vt 0.937801 0.850266</w:t>
        <w:br/>
        <w:t>vt 0.945684 0.833581</w:t>
        <w:br/>
        <w:t>vt 0.945543 0.828655</w:t>
        <w:br/>
        <w:t>vt 0.945185 0.821290</w:t>
        <w:br/>
        <w:t>vt 0.975019 0.093417</w:t>
        <w:br/>
        <w:t>vt 0.862064 0.232376</w:t>
        <w:br/>
        <w:t>vt 0.856473 0.285319</w:t>
        <w:br/>
        <w:t>vt 0.875345 0.321348</w:t>
        <w:br/>
        <w:t>vt 0.875345 0.338407</w:t>
        <w:br/>
        <w:t>vt 0.862902 0.340131</w:t>
        <w:br/>
        <w:t>vt 0.875345 0.304087</w:t>
        <w:br/>
        <w:t>vt 0.875345 0.287450</w:t>
        <w:br/>
        <w:t>vt 0.875345 0.234318</w:t>
        <w:br/>
        <w:t>vt 0.875345 0.216557</w:t>
        <w:br/>
        <w:t>vt 0.875345 0.200520</w:t>
        <w:br/>
        <w:t>vt 0.900204 0.867762</w:t>
        <w:br/>
        <w:t>vt 0.903930 0.870956</w:t>
        <w:br/>
        <w:t>vt 0.907871 0.872250</w:t>
        <w:br/>
        <w:t>vt 0.487249 0.338434</w:t>
        <w:br/>
        <w:t>vt 0.491168 0.343304</w:t>
        <w:br/>
        <w:t>vt 0.494828 0.345989</w:t>
        <w:br/>
        <w:t>vt 0.497991 0.345423</w:t>
        <w:br/>
        <w:t>vt 0.501844 0.342850</w:t>
        <w:br/>
        <w:t>vt 0.595767 0.335530</w:t>
        <w:br/>
        <w:t>vt 0.597077 0.339505</w:t>
        <w:br/>
        <w:t>vt 0.598166 0.340540</w:t>
        <w:br/>
        <w:t>vt 0.599035 0.339879</w:t>
        <w:br/>
        <w:t>vt 0.601893 0.337484</w:t>
        <w:br/>
        <w:t>vt 0.765621 0.005517</w:t>
        <w:br/>
        <w:t>vt 0.927828 0.229295</w:t>
        <w:br/>
        <w:t>vt 0.934732 0.230911</w:t>
        <w:br/>
        <w:t>vt 0.933037 0.230746</w:t>
        <w:br/>
        <w:t>vt 0.931342 0.230582</w:t>
        <w:br/>
        <w:t>vt 0.534839 0.867280</w:t>
        <w:br/>
        <w:t>vt 0.534839 0.877150</w:t>
        <w:br/>
        <w:t>vt 0.550503 0.875233</w:t>
        <w:br/>
        <w:t>vt 0.549263 0.866578</w:t>
        <w:br/>
        <w:t>vt 0.569755 0.865130</w:t>
        <w:br/>
        <w:t>vt 0.557157 0.866952</w:t>
        <w:br/>
        <w:t>vt 0.561228 0.871500</w:t>
        <w:br/>
        <w:t>vt 0.707651 0.859889</w:t>
        <w:br/>
        <w:t>vt 0.707784 0.874274</w:t>
        <w:br/>
        <w:t>vt 0.720180 0.868960</w:t>
        <w:br/>
        <w:t>vt 0.555726 0.874777</w:t>
        <w:br/>
        <w:t>vt 0.534839 0.849939</w:t>
        <w:br/>
        <w:t>vt 0.549531 0.848256</w:t>
        <w:br/>
        <w:t>vt 0.566298 0.847352</w:t>
        <w:br/>
        <w:t>vt 0.727943 0.858568</w:t>
        <w:br/>
        <w:t>vt 0.727943 0.840846</w:t>
        <w:br/>
        <w:t>vt 0.717996 0.840625</w:t>
        <w:br/>
        <w:t>vt 0.717817 0.858984</w:t>
        <w:br/>
        <w:t>vt 0.582176 0.858278</w:t>
        <w:br/>
        <w:t>vt 0.580107 0.848795</w:t>
        <w:br/>
        <w:t>vt 0.667455 0.847714</w:t>
        <w:br/>
        <w:t>vt 0.663187 0.859143</w:t>
        <w:br/>
        <w:t>vt 0.669439 0.860250</w:t>
        <w:br/>
        <w:t>vt 0.590922 0.848839</w:t>
        <w:br/>
        <w:t>vt 0.586249 0.853025</w:t>
        <w:br/>
        <w:t>vt 0.638832 0.753423</w:t>
        <w:br/>
        <w:t>vt 0.626957 0.754406</w:t>
        <w:br/>
        <w:t>vt 0.628030 0.758023</w:t>
        <w:br/>
        <w:t>vt 0.645033 0.757997</w:t>
        <w:br/>
        <w:t>vt 0.616663 0.808282</w:t>
        <w:br/>
        <w:t>vt 0.630647 0.807148</w:t>
        <w:br/>
        <w:t>vt 0.629565 0.786983</w:t>
        <w:br/>
        <w:t>vt 0.614241 0.787805</w:t>
        <w:br/>
        <w:t>vt 0.646976 0.787254</w:t>
        <w:br/>
        <w:t>vt 0.646793 0.806330</w:t>
        <w:br/>
        <w:t>vt 0.666037 0.788124</w:t>
        <w:br/>
        <w:t>vt 0.665768 0.806326</w:t>
        <w:br/>
        <w:t>vt 0.690927 0.758862</w:t>
        <w:br/>
        <w:t>vt 0.682581 0.758293</w:t>
        <w:br/>
        <w:t>vt 0.685379 0.773170</w:t>
        <w:br/>
        <w:t>vt 0.674295 0.757733</w:t>
        <w:br/>
        <w:t>vt 0.666011 0.756893</w:t>
        <w:br/>
        <w:t>vt 0.666408 0.771891</w:t>
        <w:br/>
        <w:t>vt 0.675863 0.772572</w:t>
        <w:br/>
        <w:t>vt 0.684300 0.824953</w:t>
        <w:br/>
        <w:t>vt 0.665572 0.824286</w:t>
        <w:br/>
        <w:t>vt 0.675562 0.843613</w:t>
        <w:br/>
        <w:t>vt 0.685084 0.841398</w:t>
        <w:br/>
        <w:t>vt 0.684398 0.807235</w:t>
        <w:br/>
        <w:t>vt 0.684951 0.789419</w:t>
        <w:br/>
        <w:t>vt 0.618582 0.826372</w:t>
        <w:br/>
        <w:t>vt 0.624600 0.820615</w:t>
        <w:br/>
        <w:t>vt 0.646507 0.825675</w:t>
        <w:br/>
        <w:t>vt 0.614482 0.758851</w:t>
        <w:br/>
        <w:t>vt 0.614567 0.754000</w:t>
        <w:br/>
        <w:t>vt 0.705964 0.790588</w:t>
        <w:br/>
        <w:t>vt 0.706244 0.808241</w:t>
        <w:br/>
        <w:t>vt 0.602968 0.809418</w:t>
        <w:br/>
        <w:t>vt 0.605502 0.829574</w:t>
        <w:br/>
        <w:t>vt 0.601408 0.789536</w:t>
        <w:br/>
        <w:t>vt 0.588095 0.792101</w:t>
        <w:br/>
        <w:t>vt 0.590088 0.811405</w:t>
        <w:br/>
        <w:t>vt 0.598643 0.758871</w:t>
        <w:br/>
        <w:t>vt 0.598186 0.751927</w:t>
        <w:br/>
        <w:t>vt 0.612311 0.834123</w:t>
        <w:br/>
        <w:t>vt 0.599881 0.773697</w:t>
        <w:br/>
        <w:t>vt 0.586506 0.777275</w:t>
        <w:br/>
        <w:t>vt 0.592853 0.830498</w:t>
        <w:br/>
        <w:t>vt 0.577423 0.831347</w:t>
        <w:br/>
        <w:t>vt 0.599655 0.846439</w:t>
        <w:br/>
        <w:t>vt 0.603861 0.846824</w:t>
        <w:br/>
        <w:t>vt 0.613909 0.771407</w:t>
        <w:br/>
        <w:t>vt 0.706281 0.774201</w:t>
        <w:br/>
        <w:t>vt 0.646436 0.770903</w:t>
        <w:br/>
        <w:t>vt 0.628928 0.769767</w:t>
        <w:br/>
        <w:t>vt 0.585253 0.750170</w:t>
        <w:br/>
        <w:t>vt 0.585978 0.762114</w:t>
        <w:br/>
        <w:t>vt 0.727943 0.759988</w:t>
        <w:br/>
        <w:t>vt 0.727943 0.740874</w:t>
        <w:br/>
        <w:t>vt 0.718362 0.742154</w:t>
        <w:br/>
        <w:t>vt 0.717742 0.760136</w:t>
        <w:br/>
        <w:t>vt 0.698643 0.744211</w:t>
        <w:br/>
        <w:t>vt 0.691108 0.745146</w:t>
        <w:br/>
        <w:t>vt 0.681415 0.746295</w:t>
        <w:br/>
        <w:t>vt 0.673923 0.747393</w:t>
        <w:br/>
        <w:t>vt 0.727943 0.825827</w:t>
        <w:br/>
        <w:t>vt 0.717511 0.825649</w:t>
        <w:br/>
        <w:t>vt 0.727943 0.808539</w:t>
        <w:br/>
        <w:t>vt 0.717082 0.808320</w:t>
        <w:br/>
        <w:t>vt 0.707158 0.825793</w:t>
        <w:br/>
        <w:t>vt 0.708088 0.840849</w:t>
        <w:br/>
        <w:t>vt 0.727943 0.790936</w:t>
        <w:br/>
        <w:t>vt 0.716916 0.790770</w:t>
        <w:br/>
        <w:t>vt 0.550546 0.815586</w:t>
        <w:br/>
        <w:t>vt 0.550018 0.798653</w:t>
        <w:br/>
        <w:t>vt 0.534839 0.799028</w:t>
        <w:br/>
        <w:t>vt 0.534839 0.816587</w:t>
        <w:br/>
        <w:t>vt 0.574232 0.764632</w:t>
        <w:br/>
        <w:t>vt 0.575077 0.779646</w:t>
        <w:br/>
        <w:t>vt 0.576220 0.813027</w:t>
        <w:br/>
        <w:t>vt 0.575777 0.794525</w:t>
        <w:br/>
        <w:t>vt 0.562889 0.796904</w:t>
        <w:br/>
        <w:t>vt 0.563062 0.814370</w:t>
        <w:br/>
        <w:t>vt 0.563992 0.831654</w:t>
        <w:br/>
        <w:t>vt 0.572332 0.748119</w:t>
        <w:br/>
        <w:t>vt 0.727943 0.774111</w:t>
        <w:br/>
        <w:t>vt 0.717096 0.774281</w:t>
        <w:br/>
        <w:t>vt 0.562018 0.767151</w:t>
        <w:br/>
        <w:t>vt 0.562654 0.782897</w:t>
        <w:br/>
        <w:t>vt 0.534839 0.769187</w:t>
        <w:br/>
        <w:t>vt 0.534839 0.785612</w:t>
        <w:br/>
        <w:t>vt 0.549221 0.785136</w:t>
        <w:br/>
        <w:t>vt 0.548402 0.768869</w:t>
        <w:br/>
        <w:t>vt 0.534839 0.754862</w:t>
        <w:br/>
        <w:t>vt 0.546993 0.753477</w:t>
        <w:br/>
        <w:t>vt 0.546272 0.745706</w:t>
        <w:br/>
        <w:t>vt 0.534839 0.745147</w:t>
        <w:br/>
        <w:t>vt 0.560455 0.750910</w:t>
        <w:br/>
        <w:t>vt 0.559543 0.746783</w:t>
        <w:br/>
        <w:t>vt 0.534839 0.833916</w:t>
        <w:br/>
        <w:t>vt 0.550354 0.832282</w:t>
        <w:br/>
        <w:t>vt 0.666313 0.748992</w:t>
        <w:br/>
        <w:t>vt 0.650653 0.751792</w:t>
        <w:br/>
        <w:t>vt 0.629996 0.826476</w:t>
        <w:br/>
        <w:t>vt 0.635367 0.833651</w:t>
        <w:br/>
        <w:t>vt 0.639635 0.840930</w:t>
        <w:br/>
        <w:t>vt 0.660660 0.845644</w:t>
        <w:br/>
        <w:t>vt 0.642037 0.848393</w:t>
        <w:br/>
        <w:t>vt 0.651743 0.845633</w:t>
        <w:br/>
        <w:t>vt 0.674402 0.858694</w:t>
        <w:br/>
        <w:t>vt 0.673392 0.854468</w:t>
        <w:br/>
        <w:t>vt 0.679737 0.849320</w:t>
        <w:br/>
        <w:t>vt 0.682916 0.852094</w:t>
        <w:br/>
        <w:t>vt 0.688773 0.855921</w:t>
        <w:br/>
        <w:t>vt 0.691519 0.858036</w:t>
        <w:br/>
        <w:t>vt 0.699592 0.866633</w:t>
        <w:br/>
        <w:t>vt 0.673550 0.849035</w:t>
        <w:br/>
        <w:t>vt 0.676860 0.862005</w:t>
        <w:br/>
        <w:t>vt 0.724116 0.866855</w:t>
        <w:br/>
        <w:t>vt 0.727943 0.864949</w:t>
        <w:br/>
        <w:t>vt 0.588630 0.856739</w:t>
        <w:br/>
        <w:t>vt 0.609672 0.841221</w:t>
        <w:br/>
        <w:t>vt 0.607634 0.848810</w:t>
        <w:br/>
        <w:t>vt 0.655520 0.757676</w:t>
        <w:br/>
        <w:t>vt 0.703616 0.743673</w:t>
        <w:br/>
        <w:t>vt 0.699286 0.759526</w:t>
        <w:br/>
        <w:t>vt 0.707524 0.759873</w:t>
        <w:br/>
        <w:t>vt 0.708567 0.743195</w:t>
        <w:br/>
        <w:t>vt 0.659112 0.750393</w:t>
        <w:br/>
        <w:t>vt 0.549548 0.891683</w:t>
        <w:br/>
        <w:t>vt 0.539002 0.897688</w:t>
        <w:br/>
        <w:t>vt 0.534839 0.897723</w:t>
        <w:br/>
        <w:t>vt 0.947845 0.906383</w:t>
        <w:br/>
        <w:t>vt 0.958011 0.906357</w:t>
        <w:br/>
        <w:t>vt 0.952590 0.893661</w:t>
        <w:br/>
        <w:t>vt 0.935919 0.897424</w:t>
        <w:br/>
        <w:t>vt 0.955112 0.914405</w:t>
        <w:br/>
        <w:t>vt 0.888471 0.871236</w:t>
        <w:br/>
        <w:t>vt 0.888062 0.866730</w:t>
        <w:br/>
        <w:t>vt 0.935346 0.888396</w:t>
        <w:br/>
        <w:t>vt 0.953970 0.883663</w:t>
        <w:br/>
        <w:t>vt 0.943409 0.869779</w:t>
        <w:br/>
        <w:t>vt 0.930676 0.874535</w:t>
        <w:br/>
        <w:t>vt 0.963943 0.867683</w:t>
        <w:br/>
        <w:t>vt 0.968293 0.849257</w:t>
        <w:br/>
        <w:t>vt 0.956848 0.859160</w:t>
        <w:br/>
        <w:t>vt 0.919451 0.874476</w:t>
        <w:br/>
        <w:t>vt 0.909929 0.873802</w:t>
        <w:br/>
        <w:t>vt 0.912176 0.878658</w:t>
        <w:br/>
        <w:t>vt 0.925529 0.886754</w:t>
        <w:br/>
        <w:t>vt 0.939272 0.858429</w:t>
        <w:br/>
        <w:t>vt 0.928315 0.863941</w:t>
        <w:br/>
        <w:t>vt 0.893207 0.868066</w:t>
        <w:br/>
        <w:t>vt 0.899246 0.873795</w:t>
        <w:br/>
        <w:t>vt 0.931648 0.892803</w:t>
        <w:br/>
        <w:t>vt 0.949852 0.850332</w:t>
        <w:br/>
        <w:t>vt 0.918889 0.868972</w:t>
        <w:br/>
        <w:t>vt 0.912839 0.871335</w:t>
        <w:br/>
        <w:t>vt 0.598186 0.424841</w:t>
        <w:br/>
        <w:t>vt 0.595069 0.413052</w:t>
        <w:br/>
        <w:t>vt 0.586463 0.418836</w:t>
        <w:br/>
        <w:t>vt 0.590186 0.428650</w:t>
        <w:br/>
        <w:t>vt 0.608833 0.419119</w:t>
        <w:br/>
        <w:t>vt 0.605918 0.409765</w:t>
        <w:br/>
        <w:t>vt 0.483904 0.342584</w:t>
        <w:br/>
        <w:t>vt 0.488109 0.348000</w:t>
        <w:br/>
        <w:t>vt 0.489092 0.346665</w:t>
        <w:br/>
        <w:t>vt 0.484746 0.341450</w:t>
        <w:br/>
        <w:t>vt 0.596384 0.342582</w:t>
        <w:br/>
        <w:t>vt 0.595026 0.346507</w:t>
        <w:br/>
        <w:t>vt 0.603026 0.346531</w:t>
        <w:br/>
        <w:t>vt 0.601782 0.342248</w:t>
        <w:br/>
        <w:t>vt 0.605419 0.339919</w:t>
        <w:br/>
        <w:t>vt 0.604372 0.339146</w:t>
        <w:br/>
        <w:t>vt 0.482896 0.343732</w:t>
        <w:br/>
        <w:t>vt 0.482844 0.350571</w:t>
        <w:br/>
        <w:t>vt 0.483468 0.359293</w:t>
        <w:br/>
        <w:t>vt 0.495799 0.369575</w:t>
        <w:br/>
        <w:t>vt 0.494345 0.358695</w:t>
        <w:br/>
        <w:t>vt 0.499010 0.348654</w:t>
        <w:br/>
        <w:t>vt 0.498546 0.347504</w:t>
        <w:br/>
        <w:t>vt 0.494223 0.348196</w:t>
        <w:br/>
        <w:t>vt 0.494004 0.349449</w:t>
        <w:br/>
        <w:t>vt 0.503567 0.345586</w:t>
        <w:br/>
        <w:t>vt 0.505255 0.350881</w:t>
        <w:br/>
        <w:t>vt 0.504601 0.346520</w:t>
        <w:br/>
        <w:t>vt 0.592736 0.335061</w:t>
        <w:br/>
        <w:t>vt 0.586663 0.343460</w:t>
        <w:br/>
        <w:t>vt 0.589727 0.343962</w:t>
        <w:br/>
        <w:t>vt 0.506286 0.357635</w:t>
        <w:br/>
        <w:t>vt 0.516881 0.367509</w:t>
        <w:br/>
        <w:t>vt 0.620369 0.353852</w:t>
        <w:br/>
        <w:t>vt 0.612816 0.351445</w:t>
        <w:br/>
        <w:t>vt 0.610682 0.356821</w:t>
        <w:br/>
        <w:t>vt 0.619159 0.361807</w:t>
        <w:br/>
        <w:t>vt 0.621030 0.347532</w:t>
        <w:br/>
        <w:t>vt 0.615156 0.345390</w:t>
        <w:br/>
        <w:t>vt 0.478138 0.347822</w:t>
        <w:br/>
        <w:t>vt 0.482844 0.350571</w:t>
        <w:br/>
        <w:t>vt 0.482896 0.343732</w:t>
        <w:br/>
        <w:t>vt 0.481686 0.343598</w:t>
        <w:br/>
        <w:t>vt 0.605601 0.347297</w:t>
        <w:br/>
        <w:t>vt 0.607202 0.340211</w:t>
        <w:br/>
        <w:t>vt 0.606272 0.340242</w:t>
        <w:br/>
        <w:t>vt 0.607770 0.347715</w:t>
        <w:br/>
        <w:t>vt 0.603805 0.353050</w:t>
        <w:br/>
        <w:t>vt 0.474533 0.371574</w:t>
        <w:br/>
        <w:t>vt 0.474611 0.362383</w:t>
        <w:br/>
        <w:t>vt 0.472731 0.350786</w:t>
        <w:br/>
        <w:t>vt 0.473992 0.356135</w:t>
        <w:br/>
        <w:t>vt 0.479575 0.353107</w:t>
        <w:br/>
        <w:t>vt 0.581816 0.327923</w:t>
        <w:br/>
        <w:t>vt 0.582694 0.335758</w:t>
        <w:br/>
        <w:t>vt 0.588264 0.332515</w:t>
        <w:br/>
        <w:t>vt 0.588264 0.327184</w:t>
        <w:br/>
        <w:t>vt 0.504896 0.342941</w:t>
        <w:br/>
        <w:t>vt 0.509847 0.344884</w:t>
        <w:br/>
        <w:t>vt 0.510007 0.335071</w:t>
        <w:br/>
        <w:t>vt 0.504896 0.335042</w:t>
        <w:br/>
        <w:t>vt 0.576481 0.328526</w:t>
        <w:br/>
        <w:t>vt 0.577433 0.337547</w:t>
        <w:br/>
        <w:t>vt 0.515121 0.345630</w:t>
        <w:br/>
        <w:t>vt 0.514488 0.334905</w:t>
        <w:br/>
        <w:t>vt 0.591601 0.334681</w:t>
        <w:br/>
        <w:t>vt 0.590810 0.333444</w:t>
        <w:br/>
        <w:t>vt 0.586663 0.343460</w:t>
        <w:br/>
        <w:t>vt 0.584299 0.343300</w:t>
        <w:br/>
        <w:t>vt 0.504601 0.346520</w:t>
        <w:br/>
        <w:t>vt 0.505255 0.350881</w:t>
        <w:br/>
        <w:t>vt 0.509866 0.347747</w:t>
        <w:br/>
        <w:t>vt 0.505255 0.345439</w:t>
        <w:br/>
        <w:t>vt 0.516492 0.357615</w:t>
        <w:br/>
        <w:t>vt 0.572443 0.337457</w:t>
        <w:br/>
        <w:t>vt 0.571838 0.328178</w:t>
        <w:br/>
        <w:t>vt 0.566166 0.327870</w:t>
        <w:br/>
        <w:t>vt 0.566166 0.336941</w:t>
        <w:br/>
        <w:t>vt 0.524482 0.342843</w:t>
        <w:br/>
        <w:t>vt 0.524078 0.334590</w:t>
        <w:br/>
        <w:t>vt 0.518893 0.334682</w:t>
        <w:br/>
        <w:t>vt 0.519851 0.344993</w:t>
        <w:br/>
        <w:t>vt 0.525731 0.345376</w:t>
        <w:br/>
        <w:t>vt 0.525244 0.344176</w:t>
        <w:br/>
        <w:t>vt 0.521204 0.348271</w:t>
        <w:br/>
        <w:t>vt 0.525653 0.350213</w:t>
        <w:br/>
        <w:t>vt 0.566108 0.338142</w:t>
        <w:br/>
        <w:t>vt 0.568342 0.345950</w:t>
        <w:br/>
        <w:t>vt 0.570982 0.344206</w:t>
        <w:br/>
        <w:t>vt 0.525645 0.356538</w:t>
        <w:br/>
        <w:t>vt 0.527297 0.343287</w:t>
        <w:br/>
        <w:t>vt 0.530811 0.345366</w:t>
        <w:br/>
        <w:t>vt 0.531903 0.332001</w:t>
        <w:br/>
        <w:t>vt 0.527297 0.331427</w:t>
        <w:br/>
        <w:t>vt 0.557334 0.329651</w:t>
        <w:br/>
        <w:t>vt 0.560352 0.340741</w:t>
        <w:br/>
        <w:t>vt 0.561998 0.338070</w:t>
        <w:br/>
        <w:t>vt 0.561998 0.329529</w:t>
        <w:br/>
        <w:t>vt 0.553569 0.330198</w:t>
        <w:br/>
        <w:t>vt 0.556425 0.342731</w:t>
        <w:br/>
        <w:t>vt 0.535601 0.346468</w:t>
        <w:br/>
        <w:t>vt 0.536276 0.332034</w:t>
        <w:br/>
        <w:t>vt 0.565576 0.338927</w:t>
        <w:br/>
        <w:t>vt 0.564862 0.338631</w:t>
        <w:br/>
        <w:t>vt 0.568342 0.345950</w:t>
        <w:br/>
        <w:t>vt 0.529835 0.348637</w:t>
        <w:br/>
        <w:t>vt 0.526432 0.345160</w:t>
        <w:br/>
        <w:t>vt 0.565547 0.346188</w:t>
        <w:br/>
        <w:t>vt 0.568476 0.350882</w:t>
        <w:br/>
        <w:t>vt 0.528596 0.352618</w:t>
        <w:br/>
        <w:t>vt 0.533365 0.358061</w:t>
        <w:br/>
        <w:t>vt 0.533973 0.354649</w:t>
        <w:br/>
        <w:t>vt 0.545224 0.345582</w:t>
        <w:br/>
        <w:t>vt 0.544609 0.331084</w:t>
        <w:br/>
        <w:t>vt 0.540212 0.331756</w:t>
        <w:br/>
        <w:t>vt 0.540416 0.346304</w:t>
        <w:br/>
        <w:t>vt 0.551078 0.344275</w:t>
        <w:br/>
        <w:t>vt 0.549292 0.330693</w:t>
        <w:br/>
        <w:t>vt 0.559478 0.350960</w:t>
        <w:br/>
        <w:t>vt 0.552700 0.353214</w:t>
        <w:br/>
        <w:t>vt 0.554906 0.368328</w:t>
        <w:br/>
        <w:t>vt 0.570467 0.366201</w:t>
        <w:br/>
        <w:t>vt 0.561112 0.355193</w:t>
        <w:br/>
        <w:t>vt 0.553411 0.358909</w:t>
        <w:br/>
        <w:t>vt 0.545390 0.368692</w:t>
        <w:br/>
        <w:t>vt 0.545346 0.360426</w:t>
        <w:br/>
        <w:t>vt 0.538593 0.359092</w:t>
        <w:br/>
        <w:t>vt 0.533120 0.367845</w:t>
        <w:br/>
        <w:t>vt 0.613226 0.407081</w:t>
        <w:br/>
        <w:t>vt 0.615533 0.414681</w:t>
        <w:br/>
        <w:t>vt 0.619588 0.411664</w:t>
        <w:br/>
        <w:t>vt 0.618465 0.405250</w:t>
        <w:br/>
        <w:t>vt 0.613446 0.397266</w:t>
        <w:br/>
        <w:t>vt 0.618181 0.397220</w:t>
        <w:br/>
        <w:t>vt 0.442090 0.396006</w:t>
        <w:br/>
        <w:t>vt 0.447735 0.391942</w:t>
        <w:br/>
        <w:t>vt 0.444269 0.387958</w:t>
        <w:br/>
        <w:t>vt 0.439049 0.391302</w:t>
        <w:br/>
        <w:t>vt 0.625984 0.382279</w:t>
        <w:br/>
        <w:t>vt 0.620016 0.386024</w:t>
        <w:br/>
        <w:t>vt 0.624529 0.388390</w:t>
        <w:br/>
        <w:t>vt 0.627876 0.383469</w:t>
        <w:br/>
        <w:t>vt 0.448462 0.384660</w:t>
        <w:br/>
        <w:t>vt 0.455065 0.383246</w:t>
        <w:br/>
        <w:t>vt 0.450164 0.377853</w:t>
        <w:br/>
        <w:t>vt 0.452619 0.377207</w:t>
        <w:br/>
        <w:t>vt 0.451600 0.387753</w:t>
        <w:br/>
        <w:t>vt 0.518038 0.379407</w:t>
        <w:br/>
        <w:t>vt 0.533588 0.379703</w:t>
        <w:br/>
        <w:t>vt 0.587878 0.365863</w:t>
        <w:br/>
        <w:t>vt 0.603703 0.367484</w:t>
        <w:br/>
        <w:t>vt 0.594145 0.351951</w:t>
        <w:br/>
        <w:t>vt 0.466045 0.379440</w:t>
        <w:br/>
        <w:t>vt 0.468025 0.372291</w:t>
        <w:br/>
        <w:t>vt 0.461227 0.372939</w:t>
        <w:br/>
        <w:t>vt 0.459159 0.378332</w:t>
        <w:br/>
        <w:t>vt 0.458334 0.372869</w:t>
        <w:br/>
        <w:t>vt 0.455237 0.376036</w:t>
        <w:br/>
        <w:t>vt 0.626738 0.378984</w:t>
        <w:br/>
        <w:t>vt 0.626738 0.372879</w:t>
        <w:br/>
        <w:t>vt 0.618211 0.372914</w:t>
        <w:br/>
        <w:t>vt 0.618813 0.381520</w:t>
        <w:br/>
        <w:t>vt 0.577252 0.350909</w:t>
        <w:br/>
        <w:t>vt 0.579697 0.411038</w:t>
        <w:br/>
        <w:t>vt 0.589471 0.400873</w:t>
        <w:br/>
        <w:t>vt 0.571157 0.394878</w:t>
        <w:br/>
        <w:t>vt 0.568701 0.406363</w:t>
        <w:br/>
        <w:t>vt 0.556044 0.404131</w:t>
        <w:br/>
        <w:t>vt 0.555924 0.392557</w:t>
        <w:br/>
        <w:t>vt 0.544460 0.391522</w:t>
        <w:br/>
        <w:t>vt 0.547210 0.406098</w:t>
        <w:br/>
        <w:t>vt 0.556009 0.381501</w:t>
        <w:br/>
        <w:t>vt 0.544800 0.380058</w:t>
        <w:br/>
        <w:t>vt 0.544460 0.391522</w:t>
        <w:br/>
        <w:t>vt 0.532890 0.396892</w:t>
        <w:br/>
        <w:t>vt 0.571811 0.383947</w:t>
        <w:br/>
        <w:t>vt 0.604379 0.397395</w:t>
        <w:br/>
        <w:t>vt 0.604094 0.383395</w:t>
        <w:br/>
        <w:t>vt 0.452933 0.398067</w:t>
        <w:br/>
        <w:t>vt 0.446069 0.402766</w:t>
        <w:br/>
        <w:t>vt 0.457700 0.393084</w:t>
        <w:br/>
        <w:t>vt 0.469432 0.402454</w:t>
        <w:br/>
        <w:t>vt 0.470482 0.388943</w:t>
        <w:br/>
        <w:t>vt 0.463015 0.385929</w:t>
        <w:br/>
        <w:t>vt 0.587196 0.349434</w:t>
        <w:br/>
        <w:t>vt 0.487388 0.352905</w:t>
        <w:br/>
        <w:t>vt 0.500081 0.352481</w:t>
        <w:br/>
        <w:t>vt 0.509632 0.351728</w:t>
        <w:br/>
        <w:t>vt 0.521574 0.351891</w:t>
        <w:br/>
        <w:t>vt 0.452619 0.377207</w:t>
        <w:br/>
        <w:t>vt 0.460312 0.365050</w:t>
        <w:br/>
        <w:t>vt 0.626738 0.362916</w:t>
        <w:br/>
        <w:t>vt 0.457423 0.413563</w:t>
        <w:br/>
        <w:t>vt 0.462842 0.408233</w:t>
        <w:br/>
        <w:t>vt 0.460196 0.357645</w:t>
        <w:br/>
        <w:t>vt 0.467625 0.357334</w:t>
        <w:br/>
        <w:t>vt 0.466871 0.351953</w:t>
        <w:br/>
        <w:t>vt 0.460101 0.352473</w:t>
        <w:br/>
        <w:t>vt 0.468171 0.364051</w:t>
        <w:br/>
        <w:t>vt 0.545416 0.355122</w:t>
        <w:br/>
        <w:t>vt 0.545629 0.349961</w:t>
        <w:br/>
        <w:t>vt 0.540465 0.350519</w:t>
        <w:br/>
        <w:t>vt 0.539705 0.355173</w:t>
        <w:br/>
        <w:t>vt 0.545629 0.349961</w:t>
        <w:br/>
        <w:t>vt 0.626738 0.350202</w:t>
        <w:br/>
        <w:t>vt 0.642663 0.408267</w:t>
        <w:br/>
        <w:t>vt 0.642964 0.403947</w:t>
        <w:br/>
        <w:t>vt 0.637495 0.403157</w:t>
        <w:br/>
        <w:t>vt 0.637120 0.407807</w:t>
        <w:br/>
        <w:t>vt 0.647715 0.404393</w:t>
        <w:br/>
        <w:t>vt 0.647415 0.409118</w:t>
        <w:br/>
        <w:t>vt 0.654460 0.409781</w:t>
        <w:br/>
        <w:t>vt 0.655032 0.405641</w:t>
        <w:br/>
        <w:t>vt 0.426256 0.368850</w:t>
        <w:br/>
        <w:t>vt 0.422518 0.371566</w:t>
        <w:br/>
        <w:t>vt 0.427069 0.370321</w:t>
        <w:br/>
        <w:t>vt 0.643664 0.399505</w:t>
        <w:br/>
        <w:t>vt 0.638063 0.398321</w:t>
        <w:br/>
        <w:t>vt 0.655743 0.402245</w:t>
        <w:br/>
        <w:t>vt 0.648333 0.400612</w:t>
        <w:br/>
        <w:t>vt 0.660804 0.403218</w:t>
        <w:br/>
        <w:t>vt 0.660017 0.406317</w:t>
        <w:br/>
        <w:t>vt 0.664026 0.407245</w:t>
        <w:br/>
        <w:t>vt 0.665288 0.404416</w:t>
        <w:br/>
        <w:t>vt 0.441274 0.384570</w:t>
        <w:br/>
        <w:t>vt 0.432926 0.372164</w:t>
        <w:br/>
        <w:t>vt 0.429169 0.374536</w:t>
        <w:br/>
        <w:t>vt 0.436575 0.387535</w:t>
        <w:br/>
        <w:t>vt 0.433262 0.394199</w:t>
        <w:br/>
        <w:t>vt 0.435896 0.398663</w:t>
        <w:br/>
        <w:t>vt 0.639800 0.393605</w:t>
        <w:br/>
        <w:t>vt 0.641309 0.389379</w:t>
        <w:br/>
        <w:t>vt 0.646631 0.391076</w:t>
        <w:br/>
        <w:t>vt 0.645300 0.395236</w:t>
        <w:br/>
        <w:t>vt 0.433088 0.364907</w:t>
        <w:br/>
        <w:t>vt 0.436755 0.362949</w:t>
        <w:br/>
        <w:t>vt 0.432439 0.363906</w:t>
        <w:br/>
        <w:t>vt 0.665236 0.401247</w:t>
        <w:br/>
        <w:t>vt 0.661757 0.400153</w:t>
        <w:br/>
        <w:t>vt 0.436637 0.369887</w:t>
        <w:br/>
        <w:t>vt 0.445456 0.381492</w:t>
        <w:br/>
        <w:t>vt 0.649688 0.396790</w:t>
        <w:br/>
        <w:t>vt 0.656818 0.398884</w:t>
        <w:br/>
        <w:t>vt 0.439925 0.367169</w:t>
        <w:br/>
        <w:t>vt 0.622957 0.396162</w:t>
        <w:br/>
        <w:t>vt 0.623079 0.403861</w:t>
        <w:br/>
        <w:t>vt 0.424956 0.376540</w:t>
        <w:br/>
        <w:t>vt 0.431191 0.389582</w:t>
        <w:br/>
        <w:t>vt 0.660699 0.409216</w:t>
        <w:br/>
        <w:t>vt 0.657984 0.394701</w:t>
        <w:br/>
        <w:t>vt 0.651546 0.392521</w:t>
        <w:br/>
        <w:t>vt 0.429691 0.366823</w:t>
        <w:br/>
        <w:t>vt 0.428988 0.365653</w:t>
        <w:br/>
        <w:t>vt 0.425680 0.367828</w:t>
        <w:br/>
        <w:t>vt 0.662908 0.397569</w:t>
        <w:br/>
        <w:t>vt 0.426101 0.350362</w:t>
        <w:br/>
        <w:t>vt 0.424155 0.352251</w:t>
        <w:br/>
        <w:t>vt 0.427350 0.356495</w:t>
        <w:br/>
        <w:t>vt 0.429869 0.354188</w:t>
        <w:br/>
        <w:t>vt 0.418707 0.354779</w:t>
        <w:br/>
        <w:t>vt 0.416216 0.355436</w:t>
        <w:br/>
        <w:t>vt 0.417810 0.361182</w:t>
        <w:br/>
        <w:t>vt 0.421493 0.360223</w:t>
        <w:br/>
        <w:t>vt 0.422077 0.348728</w:t>
        <w:br/>
        <w:t>vt 0.421254 0.350575</w:t>
        <w:br/>
        <w:t>vt 0.426101 0.350362</w:t>
        <w:br/>
        <w:t>vt 0.418244 0.351739</w:t>
        <w:br/>
        <w:t>vt 0.416538 0.351667</w:t>
        <w:br/>
        <w:t>vt 0.466432 0.349275</w:t>
        <w:br/>
        <w:t>vt 0.459913 0.349365</w:t>
        <w:br/>
        <w:t>vt 0.626738 0.347288</w:t>
        <w:br/>
        <w:t>vt 0.465011 0.322068</w:t>
        <w:br/>
        <w:t>vt 0.459244 0.321026</w:t>
        <w:br/>
        <w:t>vt 0.459244 0.328008</w:t>
        <w:br/>
        <w:t>vt 0.465303 0.327364</w:t>
        <w:br/>
        <w:t>vt 0.626068 0.329479</w:t>
        <w:br/>
        <w:t>vt 0.621153 0.329843</w:t>
        <w:br/>
        <w:t>vt 0.620988 0.340010</w:t>
        <w:br/>
        <w:t>vt 0.626738 0.340298</w:t>
        <w:br/>
        <w:t>vt 0.621432 0.309682</w:t>
        <w:br/>
        <w:t>vt 0.621321 0.320716</w:t>
        <w:br/>
        <w:t>vt 0.626068 0.319985</w:t>
        <w:br/>
        <w:t>vt 0.626068 0.309354</w:t>
        <w:br/>
        <w:t>vt 0.621511 0.304046</w:t>
        <w:br/>
        <w:t>vt 0.626068 0.303306</w:t>
        <w:br/>
        <w:t>vt 0.459244 0.301397</w:t>
        <w:br/>
        <w:t>vt 0.459244 0.315039</w:t>
        <w:br/>
        <w:t>vt 0.464971 0.313832</w:t>
        <w:br/>
        <w:t>vt 0.465091 0.301129</w:t>
        <w:br/>
        <w:t>vt 0.616525 0.339110</w:t>
        <w:br/>
        <w:t>vt 0.616573 0.329790</w:t>
        <w:br/>
        <w:t>vt 0.616531 0.309935</w:t>
        <w:br/>
        <w:t>vt 0.616401 0.320989</w:t>
        <w:br/>
        <w:t>vt 0.616561 0.304206</w:t>
        <w:br/>
        <w:t>vt 0.618980 0.283106</w:t>
        <w:br/>
        <w:t>vt 0.617899 0.278555</w:t>
        <w:br/>
        <w:t>vt 0.614511 0.278619</w:t>
        <w:br/>
        <w:t>vt 0.615453 0.284028</w:t>
        <w:br/>
        <w:t>vt 0.467868 0.265386</w:t>
        <w:br/>
        <w:t>vt 0.469746 0.264642</w:t>
        <w:br/>
        <w:t>vt 0.465927 0.264411</w:t>
        <w:br/>
        <w:t>vt 0.470682 0.313276</w:t>
        <w:br/>
        <w:t>vt 0.470848 0.300646</w:t>
        <w:br/>
        <w:t>vt 0.471898 0.348377</w:t>
        <w:br/>
        <w:t>vt 0.470927 0.290388</w:t>
        <w:br/>
        <w:t>vt 0.471105 0.277827</w:t>
        <w:br/>
        <w:t>vt 0.464742 0.277581</w:t>
        <w:br/>
        <w:t>vt 0.465046 0.290938</w:t>
        <w:br/>
        <w:t>vt 0.477061 0.345974</w:t>
        <w:br/>
        <w:t>vt 0.481686 0.343089</w:t>
        <w:br/>
        <w:t>vt 0.481686 0.321907</w:t>
        <w:br/>
        <w:t>vt 0.475837 0.322342</w:t>
        <w:br/>
        <w:t>vt 0.475680 0.327420</w:t>
        <w:br/>
        <w:t>vt 0.481686 0.328437</w:t>
        <w:br/>
        <w:t>vt 0.611937 0.329426</w:t>
        <w:br/>
        <w:t>vt 0.611841 0.324649</w:t>
        <w:br/>
        <w:t>vt 0.606962 0.324895</w:t>
        <w:br/>
        <w:t>vt 0.606962 0.329623</w:t>
        <w:br/>
        <w:t>vt 0.606962 0.337362</w:t>
        <w:br/>
        <w:t>vt 0.612058 0.337970</w:t>
        <w:br/>
        <w:t>vt 0.475725 0.339393</w:t>
        <w:br/>
        <w:t>vt 0.481686 0.338891</w:t>
        <w:br/>
        <w:t>vt 0.611896 0.309760</w:t>
        <w:br/>
        <w:t>vt 0.606962 0.309445</w:t>
        <w:br/>
        <w:t>vt 0.606962 0.320165</w:t>
        <w:br/>
        <w:t>vt 0.611610 0.320571</w:t>
        <w:br/>
        <w:t>vt 0.481686 0.302036</w:t>
        <w:br/>
        <w:t>vt 0.476186 0.301163</w:t>
        <w:br/>
        <w:t>vt 0.476080 0.313902</w:t>
        <w:br/>
        <w:t>vt 0.481686 0.315675</w:t>
        <w:br/>
        <w:t>vt 0.611009 0.342633</w:t>
        <w:br/>
        <w:t>vt 0.616489 0.324907</w:t>
        <w:br/>
        <w:t>vt 0.611623 0.304011</w:t>
        <w:br/>
        <w:t>vt 0.611148 0.279727</w:t>
        <w:br/>
        <w:t>vt 0.611464 0.284170</w:t>
        <w:br/>
        <w:t>vt 0.476394 0.277510</w:t>
        <w:br/>
        <w:t>vt 0.476323 0.290665</w:t>
        <w:br/>
        <w:t>vt 0.626093 0.289235</w:t>
        <w:br/>
        <w:t>vt 0.621485 0.290412</w:t>
        <w:br/>
        <w:t>vt 0.616493 0.291230</w:t>
        <w:br/>
        <w:t>vt 0.611352 0.291319</w:t>
        <w:br/>
        <w:t>vt 0.621169 0.281190</w:t>
        <w:br/>
        <w:t>vt 0.608658 0.282546</w:t>
        <w:br/>
        <w:t>vt 0.606962 0.290875</w:t>
        <w:br/>
        <w:t>vt 0.606962 0.303510</w:t>
        <w:br/>
        <w:t>vt 0.626068 0.324383</w:t>
        <w:br/>
        <w:t>vt 0.621126 0.325001</w:t>
        <w:br/>
        <w:t>vt 0.481686 0.294824</w:t>
        <w:br/>
        <w:t>vt 0.476222 0.292284</w:t>
        <w:br/>
        <w:t>vt 0.465132 0.294606</w:t>
        <w:br/>
        <w:t>vt 0.459244 0.294301</w:t>
        <w:br/>
        <w:t>vt 0.470919 0.294266</w:t>
        <w:br/>
        <w:t>vt 0.476250 0.294626</w:t>
        <w:br/>
        <w:t>vt 0.459244 0.276924</w:t>
        <w:br/>
        <w:t>vt 0.465927 0.264411</w:t>
        <w:br/>
        <w:t>vt 0.463557 0.268075</w:t>
        <w:br/>
        <w:t>vt 0.466308 0.268830</w:t>
        <w:br/>
        <w:t>vt 0.467868 0.265386</w:t>
        <w:br/>
        <w:t>vt 0.481686 0.277175</w:t>
        <w:br/>
        <w:t>vt 0.475433 0.267268</w:t>
        <w:br/>
        <w:t>vt 0.473603 0.268390</w:t>
        <w:br/>
        <w:t>vt 0.473392 0.263942</w:t>
        <w:br/>
        <w:t>vt 0.471635 0.265298</w:t>
        <w:br/>
        <w:t>vt 0.726829 0.031140</w:t>
        <w:br/>
        <w:t>vt 0.730673 0.030096</w:t>
        <w:br/>
        <w:t>vt 0.729676 0.023905</w:t>
        <w:br/>
        <w:t>vt 0.725146 0.024614</w:t>
        <w:br/>
        <w:t>vt 0.756008 0.032612</w:t>
        <w:br/>
        <w:t>vt 0.753421 0.043869</w:t>
        <w:br/>
        <w:t>vt 0.756531 0.044902</w:t>
        <w:br/>
        <w:t>vt 0.760880 0.031484</w:t>
        <w:br/>
        <w:t>vt 0.762064 0.025075</w:t>
        <w:br/>
        <w:t>vt 0.757405 0.024354</w:t>
        <w:br/>
        <w:t>vt 0.756438 0.030169</w:t>
        <w:br/>
        <w:t>vt 0.735561 0.028952</w:t>
        <w:br/>
        <w:t>vt 0.734915 0.023072</w:t>
        <w:br/>
        <w:t>vt 0.739362 0.049756</w:t>
        <w:br/>
        <w:t>vt 0.736227 0.051024</w:t>
        <w:br/>
        <w:t>vt 0.737404 0.053642</w:t>
        <w:br/>
        <w:t>vt 0.740733 0.053712</w:t>
        <w:br/>
        <w:t>vt 0.752136 0.032151</w:t>
        <w:br/>
        <w:t>vt 0.750306 0.042291</w:t>
        <w:br/>
        <w:t>vt 0.753179 0.024016</w:t>
        <w:br/>
        <w:t>vt 0.752482 0.029647</w:t>
        <w:br/>
        <w:t>vt 0.748253 0.031152</w:t>
        <w:br/>
        <w:t>vt 0.743964 0.028860</w:t>
        <w:br/>
        <w:t>vt 0.743382 0.041252</w:t>
        <w:br/>
        <w:t>vt 0.746825 0.042013</w:t>
        <w:br/>
        <w:t>vt 0.740596 0.041067</w:t>
        <w:br/>
        <w:t>vt 0.739834 0.028429</w:t>
        <w:br/>
        <w:t>vt 0.744339 0.022766</w:t>
        <w:br/>
        <w:t>vt 0.739565 0.022815</w:t>
        <w:br/>
        <w:t>vt 0.748486 0.028928</w:t>
        <w:br/>
        <w:t>vt 0.748989 0.023224</w:t>
        <w:br/>
        <w:t>vt 0.743304 0.051731</w:t>
        <w:br/>
        <w:t>vt 0.741831 0.048750</w:t>
        <w:br/>
        <w:t>vt 0.738743 0.007155</w:t>
        <w:br/>
        <w:t>vt 0.744451 0.007670</w:t>
        <w:br/>
        <w:t>vt 0.744464 0.002854</w:t>
        <w:br/>
        <w:t>vt 0.738323 0.002088</w:t>
        <w:br/>
        <w:t>vt 0.754738 0.008967</w:t>
        <w:br/>
        <w:t>vt 0.749897 0.008068</w:t>
        <w:br/>
        <w:t>vt 0.749603 0.012042</w:t>
        <w:br/>
        <w:t>vt 0.754304 0.012795</w:t>
        <w:br/>
        <w:t>vt 0.733234 0.007324</w:t>
        <w:br/>
        <w:t>vt 0.732617 0.000952</w:t>
        <w:br/>
        <w:t>vt 0.726736 0.003908</w:t>
        <w:br/>
        <w:t>vt 0.727491 0.008368</w:t>
        <w:br/>
        <w:t>vt 0.737162 0.041725</w:t>
        <w:br/>
        <w:t>vt 0.733382 0.043233</w:t>
        <w:br/>
        <w:t>vt 0.730777 0.044976</w:t>
        <w:br/>
        <w:t>vt 0.734860 0.051962</w:t>
        <w:br/>
        <w:t>vt 0.743451 0.048546</w:t>
        <w:br/>
        <w:t>vt 0.752486 0.044615</w:t>
        <w:br/>
        <w:t>vt 0.750119 0.043270</w:t>
        <w:br/>
        <w:t>vt 0.747310 0.043176</w:t>
        <w:br/>
        <w:t>vt 0.750916 0.049961</w:t>
        <w:br/>
        <w:t>vt 0.748885 0.052396</w:t>
        <w:br/>
        <w:t>vt 0.750264 0.054371</w:t>
        <w:br/>
        <w:t>vt 0.752700 0.052075</w:t>
        <w:br/>
        <w:t>vt 0.745910 0.048403</w:t>
        <w:br/>
        <w:t>vt 0.721315 0.005649</w:t>
        <w:br/>
        <w:t>vt 0.722134 0.010065</w:t>
        <w:br/>
        <w:t>vt 0.745713 0.051176</w:t>
        <w:br/>
        <w:t>vt 0.509827 0.321468</w:t>
        <w:br/>
        <w:t>vt 0.504896 0.320041</w:t>
        <w:br/>
        <w:t>vt 0.504896 0.326564</w:t>
        <w:br/>
        <w:t>vt 0.509789 0.326624</w:t>
        <w:br/>
        <w:t>vt 0.581971 0.319235</w:t>
        <w:br/>
        <w:t>vt 0.588264 0.319027</w:t>
        <w:br/>
        <w:t>vt 0.582577 0.305546</w:t>
        <w:br/>
        <w:t>vt 0.582446 0.312628</w:t>
        <w:br/>
        <w:t>vt 0.588264 0.312513</w:t>
        <w:br/>
        <w:t>vt 0.588264 0.305260</w:t>
        <w:br/>
        <w:t>vt 0.588264 0.283016</w:t>
        <w:br/>
        <w:t>vt 0.582839 0.282995</w:t>
        <w:br/>
        <w:t>vt 0.582824 0.289868</w:t>
        <w:br/>
        <w:t>vt 0.588264 0.290416</w:t>
        <w:br/>
        <w:t>vt 0.504896 0.293642</w:t>
        <w:br/>
        <w:t>vt 0.504896 0.299877</w:t>
        <w:br/>
        <w:t>vt 0.509814 0.299670</w:t>
        <w:br/>
        <w:t>vt 0.509739 0.293854</w:t>
        <w:br/>
        <w:t>vt 0.504896 0.313140</w:t>
        <w:br/>
        <w:t>vt 0.509798 0.317714</w:t>
        <w:br/>
        <w:t>vt 0.509889 0.312439</w:t>
        <w:br/>
        <w:t>vt 0.576860 0.319358</w:t>
        <w:br/>
        <w:t>vt 0.577243 0.305616</w:t>
        <w:br/>
        <w:t>vt 0.576975 0.312636</w:t>
        <w:br/>
        <w:t>vt 0.577237 0.283169</w:t>
        <w:br/>
        <w:t>vt 0.577267 0.289861</w:t>
        <w:br/>
        <w:t>vt 0.582213 0.254328</w:t>
        <w:br/>
        <w:t>vt 0.577831 0.252924</w:t>
        <w:br/>
        <w:t>vt 0.577408 0.259669</w:t>
        <w:br/>
        <w:t>vt 0.581233 0.259622</w:t>
        <w:br/>
        <w:t>vt 0.514713 0.299208</w:t>
        <w:br/>
        <w:t>vt 0.514625 0.293497</w:t>
        <w:br/>
        <w:t>vt 0.514520 0.317597</w:t>
        <w:br/>
        <w:t>vt 0.514597 0.312245</w:t>
        <w:br/>
        <w:t>vt 0.514467 0.326748</w:t>
        <w:br/>
        <w:t>vt 0.514533 0.321383</w:t>
        <w:br/>
        <w:t>vt 0.509709 0.290310</w:t>
        <w:br/>
        <w:t>vt 0.514636 0.290032</w:t>
        <w:br/>
        <w:t>vt 0.514531 0.282090</w:t>
        <w:br/>
        <w:t>vt 0.509885 0.281143</w:t>
        <w:br/>
        <w:t>vt 0.524078 0.326663</w:t>
        <w:br/>
        <w:t>vt 0.524078 0.320308</w:t>
        <w:br/>
        <w:t>vt 0.519158 0.321333</w:t>
        <w:br/>
        <w:t>vt 0.518976 0.326528</w:t>
        <w:br/>
        <w:t>vt 0.571556 0.319215</w:t>
        <w:br/>
        <w:t>vt 0.571542 0.312444</w:t>
        <w:br/>
        <w:t>vt 0.566166 0.312605</w:t>
        <w:br/>
        <w:t>vt 0.566166 0.319280</w:t>
        <w:br/>
        <w:t>vt 0.524078 0.299441</w:t>
        <w:br/>
        <w:t>vt 0.524078 0.292815</w:t>
        <w:br/>
        <w:t>vt 0.519264 0.293346</w:t>
        <w:br/>
        <w:t>vt 0.519272 0.299396</w:t>
        <w:br/>
        <w:t>vt 0.571564 0.283242</w:t>
        <w:br/>
        <w:t>vt 0.566166 0.282600</w:t>
        <w:br/>
        <w:t>vt 0.566166 0.290100</w:t>
        <w:br/>
        <w:t>vt 0.571568 0.289859</w:t>
        <w:br/>
        <w:t>vt 0.571649 0.305221</w:t>
        <w:br/>
        <w:t>vt 0.566166 0.305022</w:t>
        <w:br/>
        <w:t>vt 0.524078 0.313206</w:t>
        <w:br/>
        <w:t>vt 0.519177 0.312387</w:t>
        <w:br/>
        <w:t>vt 0.519182 0.317706</w:t>
        <w:br/>
        <w:t>vt 0.573709 0.253758</w:t>
        <w:br/>
        <w:t>vt 0.573649 0.259111</w:t>
        <w:br/>
        <w:t>vt 0.519326 0.290033</w:t>
        <w:br/>
        <w:t>vt 0.519159 0.281003</w:t>
        <w:br/>
        <w:t>vt 0.588264 0.267789</w:t>
        <w:br/>
        <w:t>vt 0.583375 0.268193</w:t>
        <w:br/>
        <w:t>vt 0.577123 0.269238</w:t>
        <w:br/>
        <w:t>vt 0.571087 0.269120</w:t>
        <w:br/>
        <w:t>vt 0.584050 0.258020</w:t>
        <w:br/>
        <w:t>vt 0.571399 0.257365</w:t>
        <w:br/>
        <w:t>vt 0.566166 0.268133</w:t>
        <w:br/>
        <w:t>vt 0.524078 0.280532</w:t>
        <w:br/>
        <w:t>vt 0.504896 0.280640</w:t>
        <w:br/>
        <w:t>vt 0.517689 0.279708</w:t>
        <w:br/>
        <w:t>vt 0.507866 0.272737</w:t>
        <w:br/>
        <w:t>vt 0.511034 0.273167</w:t>
        <w:br/>
        <w:t>vt 0.520487 0.271909</w:t>
        <w:br/>
        <w:t>vt 0.517312 0.272999</w:t>
        <w:br/>
        <w:t>vt 0.518114 0.268866</w:t>
        <w:br/>
        <w:t>vt 0.515772 0.270039</w:t>
        <w:br/>
        <w:t>vt 0.531969 0.326429</w:t>
        <w:br/>
        <w:t>vt 0.527297 0.325693</w:t>
        <w:br/>
        <w:t>vt 0.557688 0.306915</w:t>
        <w:br/>
        <w:t>vt 0.557567 0.313465</w:t>
        <w:br/>
        <w:t>vt 0.561998 0.313335</w:t>
        <w:br/>
        <w:t>vt 0.561998 0.306525</w:t>
        <w:br/>
        <w:t>vt 0.531805 0.307081</w:t>
        <w:br/>
        <w:t>vt 0.527297 0.306615</w:t>
        <w:br/>
        <w:t>vt 0.527297 0.313308</w:t>
        <w:br/>
        <w:t>vt 0.531702 0.312814</w:t>
        <w:br/>
        <w:t>vt 0.557441 0.320320</w:t>
        <w:br/>
        <w:t>vt 0.553164 0.320282</w:t>
        <w:br/>
        <w:t>vt 0.553355 0.325438</w:t>
        <w:br/>
        <w:t>vt 0.557492 0.325334</w:t>
        <w:br/>
        <w:t>vt 0.552951 0.306857</w:t>
        <w:br/>
        <w:t>vt 0.553001 0.313437</w:t>
        <w:br/>
        <w:t>vt 0.557949 0.280285</w:t>
        <w:br/>
        <w:t>vt 0.553892 0.278988</w:t>
        <w:br/>
        <w:t>vt 0.553124 0.285690</w:t>
        <w:br/>
        <w:t>vt 0.557919 0.285894</w:t>
        <w:br/>
        <w:t>vt 0.535910 0.312533</w:t>
        <w:br/>
        <w:t>vt 0.535945 0.306921</w:t>
        <w:br/>
        <w:t>vt 0.531787 0.304218</w:t>
        <w:br/>
        <w:t>vt 0.535982 0.303698</w:t>
        <w:br/>
        <w:t>vt 0.536035 0.295836</w:t>
        <w:br/>
        <w:t>vt 0.532003 0.294989</w:t>
        <w:br/>
        <w:t>vt 0.544569 0.325327</w:t>
        <w:br/>
        <w:t>vt 0.540163 0.326404</w:t>
        <w:br/>
        <w:t>vt 0.549086 0.325542</w:t>
        <w:br/>
        <w:t>vt 0.544562 0.306762</w:t>
        <w:br/>
        <w:t>vt 0.540044 0.307179</w:t>
        <w:br/>
        <w:t>vt 0.540074 0.312869</w:t>
        <w:br/>
        <w:t>vt 0.544613 0.313312</w:t>
        <w:br/>
        <w:t>vt 0.548621 0.306853</w:t>
        <w:br/>
        <w:t>vt 0.548705 0.313385</w:t>
        <w:br/>
        <w:t>vt 0.548793 0.320254</w:t>
        <w:br/>
        <w:t>vt 0.544564 0.320312</w:t>
        <w:br/>
        <w:t>vt 0.540091 0.319868</w:t>
        <w:br/>
        <w:t>vt 0.540154 0.323296</w:t>
        <w:br/>
        <w:t>vt 0.549729 0.279448</w:t>
        <w:br/>
        <w:t>vt 0.548328 0.285703</w:t>
        <w:br/>
        <w:t>vt 0.535895 0.319554</w:t>
        <w:br/>
        <w:t>vt 0.535918 0.323062</w:t>
        <w:br/>
        <w:t>vt 0.540125 0.304090</w:t>
        <w:br/>
        <w:t>vt 0.540102 0.294935</w:t>
        <w:br/>
        <w:t>vt 0.561998 0.294413</w:t>
        <w:br/>
        <w:t>vt 0.557756 0.294835</w:t>
        <w:br/>
        <w:t>vt 0.553269 0.294986</w:t>
        <w:br/>
        <w:t>vt 0.548720 0.294858</w:t>
        <w:br/>
        <w:t>vt 0.531763 0.319968</w:t>
        <w:br/>
        <w:t>vt 0.531894 0.323420</w:t>
        <w:br/>
        <w:t>vt 0.527297 0.320788</w:t>
        <w:br/>
        <w:t>vt 0.561998 0.324478</w:t>
        <w:br/>
        <w:t>vt 0.561998 0.320105</w:t>
        <w:br/>
        <w:t>vt 0.561998 0.284347</w:t>
        <w:br/>
        <w:t>vt 0.545056 0.284440</w:t>
        <w:br/>
        <w:t>vt 0.545143 0.294828</w:t>
        <w:br/>
        <w:t>vt 0.527297 0.294888</w:t>
        <w:br/>
        <w:t>vt 0.532908 0.294087</w:t>
        <w:br/>
        <w:t>vt 0.531949 0.285889</w:t>
        <w:br/>
        <w:t>vt 0.533414 0.282807</w:t>
        <w:br/>
        <w:t>vt 0.530775 0.281486</w:t>
        <w:br/>
        <w:t>vt 0.527297 0.285517</w:t>
        <w:br/>
        <w:t>vt 0.539588 0.285311</w:t>
        <w:br/>
        <w:t>vt 0.539325 0.280179</w:t>
        <w:br/>
        <w:t>vt 0.537097 0.282284</w:t>
        <w:br/>
        <w:t>vt 0.626738 0.355196</w:t>
        <w:br/>
        <w:t>vt 0.439586 0.405851</w:t>
        <w:br/>
        <w:t>vt 0.453539 0.419208</w:t>
        <w:br/>
        <w:t>vt 0.588282 0.384097</w:t>
        <w:br/>
        <w:t>vt 0.551996 0.409958</w:t>
        <w:br/>
        <w:t>vt 0.484015 0.370245</w:t>
        <w:br/>
        <w:t>vt 0.483457 0.379681</w:t>
        <w:br/>
        <w:t>vt 0.500096 0.381465</w:t>
        <w:br/>
        <w:t>vt 0.515969 0.352434</w:t>
        <w:br/>
        <w:t>vt 0.623704 0.409549</w:t>
        <w:br/>
        <w:t>vt 0.465605 0.340998</w:t>
        <w:br/>
        <w:t>vt 0.470598 0.340162</w:t>
        <w:br/>
        <w:t>vt 0.470650 0.327133</w:t>
        <w:br/>
        <w:t>vt 0.459244 0.341579</w:t>
        <w:br/>
        <w:t>vt 0.758970 0.013150</w:t>
        <w:br/>
        <w:t>vt 0.759501 0.009275</w:t>
        <w:br/>
        <w:t>vt 0.470605 0.321817</w:t>
        <w:br/>
        <w:t>vt 0.535977 0.326374</w:t>
        <w:br/>
        <w:t>vt 0.430590 0.368392</w:t>
        <w:br/>
        <w:t>vt 0.434118 0.366343</w:t>
        <w:br/>
        <w:t>vt 0.493992 0.353798</w:t>
        <w:br/>
        <w:t>vt 0.515758 0.348680</w:t>
        <w:br/>
        <w:t>vt 0.534912 0.350413</w:t>
        <w:br/>
        <w:t>vt 0.567859 0.418371</w:t>
        <w:br/>
        <w:t>vt 0.573654 0.420792</w:t>
        <w:br/>
        <w:t>vt 0.579018 0.423601</w:t>
        <w:br/>
        <w:t>vt 0.556746 0.413092</w:t>
        <w:br/>
        <w:t>vt 0.562763 0.415513</w:t>
        <w:br/>
        <w:t>vt 0.584423 0.425946</w:t>
        <w:br/>
        <w:t>vt 0.502897 0.344471</w:t>
        <w:br/>
        <w:t>vt 0.473135 0.379694</w:t>
        <w:br/>
        <w:t>vt 0.509902 0.269663</w:t>
        <w:br/>
        <w:t>vt 0.512321 0.270142</w:t>
        <w:br/>
        <w:t>vt 0.534505 0.279290</w:t>
        <w:br/>
        <w:t>vt 0.533414 0.282807</w:t>
        <w:br/>
        <w:t>vt 0.539325 0.280179</w:t>
        <w:br/>
        <w:t>vt 0.537097 0.282284</w:t>
        <w:br/>
        <w:t>vt 0.513890 0.267347</w:t>
        <w:br/>
        <w:t>vt 0.509902 0.269663</w:t>
        <w:br/>
        <w:t>vt 0.512321 0.270142</w:t>
        <w:br/>
        <w:t>vt 0.518114 0.268866</w:t>
        <w:br/>
        <w:t>vt 0.515772 0.270039</w:t>
        <w:br/>
        <w:t>vt 0.464893 0.319456</w:t>
        <w:br/>
        <w:t>vt 0.470636 0.318978</w:t>
        <w:br/>
        <w:t>vt 0.475871 0.319512</w:t>
        <w:br/>
        <w:t>vt 0.476043 0.317657</w:t>
        <w:br/>
        <w:t>vt 0.470696 0.317045</w:t>
        <w:br/>
        <w:t>vt 0.464921 0.317608</w:t>
        <w:br/>
        <w:t>vt 0.465046 0.292600</w:t>
        <w:br/>
        <w:t>vt 0.470913 0.292085</w:t>
        <w:br/>
        <w:t>vt 0.759620 0.007800</w:t>
        <w:br/>
        <w:t>vt 0.764778 0.010130</w:t>
        <w:br/>
        <w:t>vt 0.760267 0.004614</w:t>
        <w:br/>
        <w:t>vt 0.755311 0.003261</w:t>
        <w:br/>
        <w:t>vt 0.754865 0.007405</w:t>
        <w:br/>
        <w:t>vt 0.750080 0.006712</w:t>
        <w:br/>
        <w:t>vt 0.750199 0.002858</w:t>
        <w:br/>
        <w:t>vt 0.756250 0.031349</w:t>
        <w:br/>
        <w:t>vt 0.752306 0.030991</w:t>
        <w:br/>
        <w:t>vt 0.748347 0.030106</w:t>
        <w:br/>
        <w:t>vt 0.509832 0.319223</w:t>
        <w:br/>
        <w:t>vt 0.514530 0.319086</w:t>
        <w:br/>
        <w:t>vt 0.519167 0.319120</w:t>
        <w:br/>
        <w:t>vt 0.509717 0.291862</w:t>
        <w:br/>
        <w:t>vt 0.514669 0.291551</w:t>
        <w:br/>
        <w:t>vt 0.519313 0.291577</w:t>
        <w:br/>
        <w:t>vt 0.531987 0.324732</w:t>
        <w:br/>
        <w:t>vt 0.535947 0.324362</w:t>
        <w:br/>
        <w:t>vt 0.540161 0.324478</w:t>
        <w:br/>
        <w:t>vt 0.531823 0.305466</w:t>
        <w:br/>
        <w:t>vt 0.535957 0.305086</w:t>
        <w:br/>
        <w:t>vt 0.540058 0.305404</w:t>
        <w:br/>
        <w:t>vt 0.424956 0.376540</w:t>
        <w:br/>
        <w:t>vt 0.420585 0.367374</w:t>
        <w:br/>
        <w:t>vt 0.424152 0.365144</w:t>
        <w:br/>
        <w:t>vt 0.427452 0.363229</w:t>
        <w:br/>
        <w:t>vt 0.424804 0.358713</w:t>
        <w:br/>
        <w:t>vt 0.430595 0.361203</w:t>
        <w:br/>
        <w:t>vt 0.433833 0.359183</w:t>
        <w:br/>
        <w:t>vt 0.744534 0.010190</w:t>
        <w:br/>
        <w:t>vt 0.738909 0.009568</w:t>
        <w:br/>
        <w:t>vt 0.733467 0.009715</w:t>
        <w:br/>
        <w:t>vt 0.727824 0.010750</w:t>
        <w:br/>
        <w:t>vt 0.722534 0.012470</w:t>
        <w:br/>
        <w:t>vt 0.764184 0.012661</w:t>
        <w:br/>
        <w:t>vt 0.606272 0.340242</w:t>
        <w:br/>
        <w:t>vt 0.605601 0.347297</w:t>
        <w:br/>
        <w:t>vt 0.593608 0.340474</w:t>
        <w:br/>
        <w:t>vt 0.577915 0.345366</w:t>
        <w:br/>
        <w:t>vt 0.584299 0.343300</w:t>
        <w:br/>
        <w:t>vt 0.594100 0.335234</w:t>
        <w:br/>
        <w:t>vt 0.607546 0.340104</w:t>
        <w:br/>
        <w:t>vt 0.565547 0.346188</w:t>
        <w:br/>
        <w:t>vt 0.540533 0.401985</w:t>
        <w:br/>
        <w:t>vt 0.522854 0.391282</w:t>
        <w:br/>
        <w:t>vt 0.511616 0.384879</w:t>
        <w:br/>
        <w:t>vt 0.488319 0.388174</w:t>
        <w:br/>
        <w:t>vt 0.591601 0.334681</w:t>
        <w:br/>
        <w:t>vt 0.564862 0.338631</w:t>
        <w:br/>
        <w:t>vt 0.565576 0.338927</w:t>
        <w:br/>
        <w:t>vt 0.607202 0.340211</w:t>
        <w:br/>
        <w:t>vt 0.607770 0.347715</w:t>
        <w:br/>
        <w:t>vt 0.471635 0.265298</w:t>
        <w:br/>
        <w:t>vt 0.474608 0.275031</w:t>
        <w:br/>
        <w:t>vt 0.466552 0.275684</w:t>
        <w:br/>
        <w:t>vt 0.470899 0.275731</w:t>
        <w:br/>
        <w:t>vt 0.469412 0.262243</w:t>
        <w:br/>
        <w:t>vt 0.745713 0.051176</w:t>
        <w:br/>
        <w:t>vt 0.746914 0.052668</w:t>
        <w:br/>
        <w:t>vt 0.748885 0.052396</w:t>
        <w:br/>
        <w:t>vt 0.746270 0.054533</w:t>
        <w:br/>
        <w:t>vt 0.514438 0.280258</w:t>
        <w:br/>
        <w:t>vt 0.511057 0.279683</w:t>
        <w:br/>
        <w:t>vt 0.513959 0.269633</w:t>
        <w:br/>
        <w:t>vt 0.536006 0.294821</w:t>
        <w:br/>
        <w:t>vt 0.539073 0.293992</w:t>
        <w:br/>
        <w:t>vt 0.535222 0.282177</w:t>
        <w:br/>
        <w:t>vt 0.426296 0.356089</w:t>
        <w:br/>
        <w:t>vt 0.421536 0.358668</w:t>
        <w:br/>
        <w:t>vt 0.424318 0.357923</w:t>
        <w:br/>
        <w:t>vt 0.421254 0.350575</w:t>
        <w:br/>
        <w:t>vt 0.418436 0.348934</w:t>
        <w:br/>
        <w:t>vt 0.419590 0.350794</w:t>
        <w:br/>
        <w:t>vt 0.418244 0.351739</w:t>
        <w:br/>
        <w:t>vt 0.477731 0.395738</w:t>
        <w:br/>
        <w:t>vt 0.444867 0.416423</w:t>
        <w:br/>
        <w:t>vt 0.449810 0.424295</w:t>
        <w:br/>
        <w:t>vt 0.850041 0.213150</w:t>
        <w:br/>
        <w:t>vt 0.833593 0.228163</w:t>
        <w:br/>
        <w:t>vt 0.841913 0.230056</w:t>
        <w:br/>
        <w:t>vt 0.836459 0.265003</w:t>
        <w:br/>
        <w:t>vt 0.816391 0.261646</w:t>
        <w:br/>
        <w:t>vt 0.817470 0.281841</w:t>
        <w:br/>
        <w:t>vt 0.835268 0.282286</w:t>
        <w:br/>
        <w:t>vt 0.838304 0.247375</w:t>
        <w:br/>
        <w:t>vt 0.816799 0.243077</w:t>
        <w:br/>
        <w:t>vt 0.834774 0.299109</w:t>
        <w:br/>
        <w:t>vt 0.875345 0.251929</w:t>
        <w:br/>
        <w:t>vt 0.859751 0.249145</w:t>
        <w:br/>
        <w:t>vt 0.857996 0.267348</w:t>
        <w:br/>
        <w:t>vt 0.875345 0.269704</w:t>
        <w:br/>
        <w:t>vt 0.854701 0.303042</w:t>
        <w:br/>
        <w:t>vt 0.853865 0.322413</w:t>
        <w:br/>
        <w:t>vt 0.861219 0.200042</w:t>
        <w:br/>
        <w:t>vt 0.866224 0.214957</w:t>
        <w:br/>
        <w:t>vt 0.871179 0.200742</w:t>
        <w:br/>
        <w:t>vt 0.919556 0.162014</w:t>
        <w:br/>
        <w:t>vt 0.925627 0.170216</w:t>
        <w:br/>
        <w:t>vt 0.932957 0.145057</w:t>
        <w:br/>
        <w:t>vt 0.926006 0.141713</w:t>
        <w:br/>
        <w:t>vt 0.934681 0.167542</w:t>
        <w:br/>
        <w:t>vt 0.939467 0.149053</w:t>
        <w:br/>
        <w:t>vt 0.944561 0.169807</w:t>
        <w:br/>
        <w:t>vt 0.947416 0.152362</w:t>
        <w:br/>
        <w:t>vt 0.960567 0.151578</w:t>
        <w:br/>
        <w:t>vt 0.974256 0.176338</w:t>
        <w:br/>
        <w:t>vt 0.985234 0.179227</w:t>
        <w:br/>
        <w:t>vt 0.984847 0.161721</w:t>
        <w:br/>
        <w:t>vt 0.979097 0.160642</w:t>
        <w:br/>
        <w:t>vt 0.972399 0.159417</w:t>
        <w:br/>
        <w:t>vt 0.961798 0.154280</w:t>
        <w:br/>
        <w:t>vt 0.955403 0.172876</w:t>
        <w:br/>
        <w:t>vt 0.993357 0.166357</w:t>
        <w:br/>
        <w:t>vt 0.988983 0.163026</w:t>
        <w:br/>
        <w:t>vt 0.993357 0.182176</w:t>
        <w:br/>
        <w:t>vt 0.912494 0.174969</w:t>
        <w:br/>
        <w:t>vt 0.912102 0.189239</w:t>
        <w:br/>
        <w:t>vt 0.935450 0.199062</w:t>
        <w:br/>
        <w:t>vt 0.930939 0.185524</w:t>
        <w:br/>
        <w:t>vt 0.918516 0.197880</w:t>
        <w:br/>
        <w:t>vt 0.925731 0.207367</w:t>
        <w:br/>
        <w:t>vt 0.972283 0.191961</w:t>
        <w:br/>
        <w:t>vt 0.951963 0.184657</w:t>
        <w:br/>
        <w:t>vt 0.951505 0.197276</w:t>
        <w:br/>
        <w:t>vt 0.969867 0.204054</w:t>
        <w:br/>
        <w:t>vt 0.985067 0.201558</w:t>
        <w:br/>
        <w:t>vt 0.981672 0.215297</w:t>
        <w:br/>
        <w:t>vt 0.993357 0.204303</w:t>
        <w:br/>
        <w:t>vt 0.993357 0.228393</w:t>
        <w:br/>
        <w:t>vt 0.937999 0.179869</w:t>
        <w:br/>
        <w:t>vt 0.930197 0.116203</w:t>
        <w:br/>
        <w:t>vt 0.938391 0.116340</w:t>
        <w:br/>
        <w:t>vt 0.938099 0.102858</w:t>
        <w:br/>
        <w:t>vt 0.929981 0.102769</w:t>
        <w:br/>
        <w:t>vt 0.929047 0.126806</w:t>
        <w:br/>
        <w:t>vt 0.936906 0.127295</w:t>
        <w:br/>
        <w:t>vt 0.928789 0.130416</w:t>
        <w:br/>
        <w:t>vt 0.935838 0.133302</w:t>
        <w:br/>
        <w:t>vt 0.943994 0.127999</w:t>
        <w:br/>
        <w:t>vt 0.941941 0.137171</w:t>
        <w:br/>
        <w:t>vt 0.932851 0.084250</w:t>
        <w:br/>
        <w:t>vt 0.925237 0.085787</w:t>
        <w:br/>
        <w:t>vt 0.945570 0.102040</w:t>
        <w:br/>
        <w:t>vt 0.940158 0.081586</w:t>
        <w:br/>
        <w:t>vt 0.951897 0.129734</w:t>
        <w:br/>
        <w:t>vt 0.949543 0.142511</w:t>
        <w:br/>
        <w:t>vt 0.981882 0.087849</w:t>
        <w:br/>
        <w:t>vt 0.981744 0.089466</w:t>
        <w:br/>
        <w:t>vt 0.984618 0.087643</w:t>
        <w:br/>
        <w:t>vt 0.980369 0.062721</w:t>
        <w:br/>
        <w:t>vt 0.980847 0.075762</w:t>
        <w:br/>
        <w:t>vt 0.984665 0.075668</w:t>
        <w:br/>
        <w:t>vt 0.984704 0.062560</w:t>
        <w:br/>
        <w:t>vt 0.967985 0.063745</w:t>
        <w:br/>
        <w:t>vt 0.969323 0.076676</w:t>
        <w:br/>
        <w:t>vt 0.955556 0.065509</w:t>
        <w:br/>
        <w:t>vt 0.945656 0.067258</w:t>
        <w:br/>
        <w:t>vt 0.948808 0.079687</w:t>
        <w:br/>
        <w:t>vt 0.958321 0.078160</w:t>
        <w:br/>
        <w:t>vt 0.928475 0.071541</w:t>
        <w:br/>
        <w:t>vt 0.936672 0.069137</w:t>
        <w:br/>
        <w:t>vt 0.921643 0.074398</w:t>
        <w:br/>
        <w:t>vt 0.963685 0.087712</w:t>
        <w:br/>
        <w:t>vt 0.972000 0.096336</w:t>
        <w:br/>
        <w:t>vt 0.971125 0.088026</w:t>
        <w:br/>
        <w:t>vt 0.953550 0.100112</w:t>
        <w:br/>
        <w:t>vt 0.946803 0.116031</w:t>
        <w:br/>
        <w:t>vt 0.978867 0.092353</w:t>
        <w:br/>
        <w:t>vt 0.961244 0.095113</w:t>
        <w:br/>
        <w:t>vt 0.952731 0.051393</w:t>
        <w:br/>
        <w:t>vt 0.942867 0.053334</w:t>
        <w:br/>
        <w:t>vt 0.931722 0.055549</w:t>
        <w:br/>
        <w:t>vt 0.922934 0.058590</w:t>
        <w:br/>
        <w:t>vt 0.917206 0.063872</w:t>
        <w:br/>
        <w:t>vt 0.979675 0.048633</w:t>
        <w:br/>
        <w:t>vt 0.966161 0.049596</w:t>
        <w:br/>
        <w:t>vt 0.894314 0.191993</w:t>
        <w:br/>
        <w:t>vt 0.881033 0.193219</w:t>
        <w:br/>
        <w:t>vt 0.881901 0.203824</w:t>
        <w:br/>
        <w:t>vt 0.893575 0.203775</w:t>
        <w:br/>
        <w:t>vt 0.915881 0.018945</w:t>
        <w:br/>
        <w:t>vt 0.904023 0.015552</w:t>
        <w:br/>
        <w:t>vt 0.902822 0.027389</w:t>
        <w:br/>
        <w:t>vt 0.914505 0.032591</w:t>
        <w:br/>
        <w:t>vt 0.984265 0.048331</w:t>
        <w:br/>
        <w:t>vt 0.904671 0.180349</w:t>
        <w:br/>
        <w:t>vt 0.904896 0.190068</w:t>
        <w:br/>
        <w:t>vt 0.893678 0.184452</w:t>
        <w:br/>
        <w:t>vt 0.879912 0.187716</w:t>
        <w:br/>
        <w:t>vt 0.901642 0.207196</w:t>
        <w:br/>
        <w:t>vt 0.978690 0.032314</w:t>
        <w:br/>
        <w:t>vt 0.965000 0.033515</w:t>
        <w:br/>
        <w:t>vt 0.983577 0.031990</w:t>
        <w:br/>
        <w:t>vt 0.901683 0.033791</w:t>
        <w:br/>
        <w:t>vt 0.913217 0.044127</w:t>
        <w:br/>
        <w:t>vt 0.926347 0.037135</w:t>
        <w:br/>
        <w:t>vt 0.951198 0.034919</w:t>
        <w:br/>
        <w:t>vt 0.940943 0.036298</w:t>
        <w:br/>
        <w:t>vt 0.978813 0.017419</w:t>
        <w:br/>
        <w:t>vt 0.963086 0.017283</w:t>
        <w:br/>
        <w:t>vt 0.902086 0.150626</w:t>
        <w:br/>
        <w:t>vt 0.910982 0.155028</w:t>
        <w:br/>
        <w:t>vt 0.916054 0.139028</w:t>
        <w:br/>
        <w:t>vt 0.905156 0.136467</w:t>
        <w:br/>
        <w:t>vt 0.878479 0.184025</w:t>
        <w:br/>
        <w:t>vt 0.891766 0.178440</w:t>
        <w:br/>
        <w:t>vt 0.888080 0.172952</w:t>
        <w:br/>
        <w:t>vt 0.876168 0.180971</w:t>
        <w:br/>
        <w:t>vt 0.901510 0.170868</w:t>
        <w:br/>
        <w:t>vt 0.905082 0.166965</w:t>
        <w:br/>
        <w:t>vt 0.897406 0.162069</w:t>
        <w:br/>
        <w:t>vt 0.897090 0.041267</w:t>
        <w:br/>
        <w:t>vt 0.904355 0.054269</w:t>
        <w:br/>
        <w:t>vt 0.909316 0.050022</w:t>
        <w:br/>
        <w:t>vt 0.899662 0.037895</w:t>
        <w:br/>
        <w:t>vt 0.910515 0.066245</w:t>
        <w:br/>
        <w:t>vt 0.906247 0.067382</w:t>
        <w:br/>
        <w:t>vt 0.897578 0.057468</w:t>
        <w:br/>
        <w:t>vt 0.898858 0.068820</w:t>
        <w:br/>
        <w:t>vt 0.892619 0.044362</w:t>
        <w:br/>
        <w:t>vt 0.883174 0.168093</w:t>
        <w:br/>
        <w:t>vt 0.872534 0.177183</w:t>
        <w:br/>
        <w:t>vt 0.893120 0.147615</w:t>
        <w:br/>
        <w:t>vt 0.889480 0.157978</w:t>
        <w:br/>
        <w:t>vt 0.874933 0.151222</w:t>
        <w:br/>
        <w:t>vt 0.869593 0.158266</w:t>
        <w:br/>
        <w:t>vt 0.917147 0.086826</w:t>
        <w:br/>
        <w:t>vt 0.920670 0.102173</w:t>
        <w:br/>
        <w:t>vt 0.914507 0.076825</w:t>
        <w:br/>
        <w:t>vt 0.907601 0.078364</w:t>
        <w:br/>
        <w:t>vt 0.908476 0.087292</w:t>
        <w:br/>
        <w:t>vt 0.898947 0.078247</w:t>
        <w:br/>
        <w:t>vt 0.882376 0.062080</w:t>
        <w:br/>
        <w:t>vt 0.883693 0.070583</w:t>
        <w:br/>
        <w:t>vt 0.898879 0.087334</w:t>
        <w:br/>
        <w:t>vt 0.883963 0.078670</w:t>
        <w:br/>
        <w:t>vt 0.909415 0.101301</w:t>
        <w:br/>
        <w:t>vt 0.861687 0.167300</w:t>
        <w:br/>
        <w:t>vt 0.907532 0.125519</w:t>
        <w:br/>
        <w:t>vt 0.896522 0.123708</w:t>
        <w:br/>
        <w:t>vt 0.895332 0.133941</w:t>
        <w:br/>
        <w:t>vt 0.919055 0.126528</w:t>
        <w:br/>
        <w:t>vt 0.919837 0.115483</w:t>
        <w:br/>
        <w:t>vt 0.908506 0.114052</w:t>
        <w:br/>
        <w:t>vt 0.884656 0.087243</w:t>
        <w:br/>
        <w:t>vt 0.878752 0.142841</w:t>
        <w:br/>
        <w:t>vt 0.934949 0.856098</w:t>
        <w:br/>
        <w:t>vt 0.958412 0.132246</w:t>
        <w:br/>
        <w:t>vt 0.956411 0.123625</w:t>
        <w:br/>
        <w:t>vt 0.943800 0.839590</w:t>
        <w:br/>
        <w:t>vt 0.956475 0.108884</w:t>
        <w:br/>
        <w:t>vt 0.955062 0.114736</w:t>
        <w:br/>
        <w:t>vt 0.958833 0.140262</w:t>
        <w:br/>
        <w:t>vt 0.956403 0.147745</w:t>
        <w:br/>
        <w:t>vt 0.959248 0.146691</w:t>
        <w:br/>
        <w:t>vt 0.959756 0.101584</w:t>
        <w:br/>
        <w:t>vt 0.897873 0.112158</w:t>
        <w:br/>
        <w:t>vt 0.883824 0.110184</w:t>
        <w:br/>
        <w:t>vt 0.882643 0.121804</w:t>
        <w:br/>
        <w:t>vt 0.884484 0.098917</w:t>
        <w:br/>
        <w:t>vt 0.898933 0.100352</w:t>
        <w:br/>
        <w:t>vt 0.878629 0.049809</w:t>
        <w:br/>
        <w:t>vt 0.881448 0.130369</w:t>
        <w:br/>
        <w:t>vt 0.972231 0.153744</w:t>
        <w:br/>
        <w:t>vt 0.971835 0.148799</w:t>
        <w:br/>
        <w:t>vt 0.967529 0.147550</w:t>
        <w:br/>
        <w:t>vt 0.975966 0.239533</w:t>
        <w:br/>
        <w:t>vt 0.972348 0.245969</w:t>
        <w:br/>
        <w:t>vt 0.978269 0.249700</w:t>
        <w:br/>
        <w:t>vt 0.918125 0.217627</w:t>
        <w:br/>
        <w:t>vt 0.908136 0.210470</w:t>
        <w:br/>
        <w:t>vt 0.993357 0.244659</w:t>
        <w:br/>
        <w:t>vt 0.982903 0.234682</w:t>
        <w:br/>
        <w:t>vt 0.986889 0.246611</w:t>
        <w:br/>
        <w:t>vt 0.955618 0.234423</w:t>
        <w:br/>
        <w:t>vt 0.962626 0.240003</w:t>
        <w:br/>
        <w:t>vt 0.970535 0.231222</w:t>
        <w:br/>
        <w:t>vt 0.961429 0.223092</w:t>
        <w:br/>
        <w:t>vt 0.976659 0.223976</w:t>
        <w:br/>
        <w:t>vt 0.965905 0.214041</w:t>
        <w:br/>
        <w:t>vt 0.987031 0.085124</w:t>
        <w:br/>
        <w:t>vt 0.990006 0.083131</w:t>
        <w:br/>
        <w:t>vt 0.993357 0.075307</w:t>
        <w:br/>
        <w:t>vt 0.993357 0.062326</w:t>
        <w:br/>
        <w:t>vt 0.993357 0.047961</w:t>
        <w:br/>
        <w:t>vt 0.993357 0.031613</w:t>
        <w:br/>
        <w:t>vt 0.993357 0.017266</w:t>
        <w:br/>
        <w:t>vt 0.939559 0.844863</w:t>
        <w:br/>
        <w:t>vt 0.884166 0.863844</w:t>
        <w:br/>
        <w:t>vt 0.986018 0.159527</w:t>
        <w:br/>
        <w:t>vt 0.983411 0.156544</w:t>
        <w:br/>
        <w:t>vt 0.979972 0.155468</w:t>
        <w:br/>
        <w:t>vt 0.978110 0.152560</w:t>
        <w:br/>
        <w:t>vt 0.970798 0.144832</w:t>
        <w:br/>
        <w:t>vt 0.974297 0.149434</w:t>
        <w:br/>
        <w:t>vt 0.954283 0.206634</w:t>
        <w:br/>
        <w:t>vt 0.953900 0.220244</w:t>
        <w:br/>
        <w:t>vt 0.953348 0.234467</w:t>
        <w:br/>
        <w:t>vt 0.954114 0.240567</w:t>
        <w:br/>
        <w:t>vt 0.960625 0.244245</w:t>
        <w:br/>
        <w:t>vt 0.966487 0.245107</w:t>
        <w:br/>
        <w:t>vt 0.993357 0.005123</w:t>
        <w:br/>
        <w:t>vt 0.978439 0.011307</w:t>
        <w:br/>
        <w:t>vt 0.948202 0.021875</w:t>
        <w:br/>
        <w:t>vt 0.935603 0.023610</w:t>
        <w:br/>
        <w:t>vt 0.925466 0.022323</w:t>
        <w:br/>
        <w:t>vt 0.916553 0.015202</w:t>
        <w:br/>
        <w:t>vt 0.904070 0.006836</w:t>
        <w:br/>
        <w:t>vt 0.883181 0.211654</w:t>
        <w:br/>
        <w:t>vt 0.894478 0.214693</w:t>
        <w:br/>
        <w:t>vt 0.905962 0.218654</w:t>
        <w:br/>
        <w:t>vt 0.917558 0.224383</w:t>
        <w:br/>
        <w:t>vt 0.923710 0.220082</w:t>
        <w:br/>
        <w:t>vt 0.922243 0.226624</w:t>
        <w:br/>
        <w:t>vt 0.931237 0.212584</w:t>
        <w:br/>
        <w:t>vt 0.936120 0.216152</w:t>
        <w:br/>
        <w:t>vt 0.993357 0.081449</w:t>
        <w:br/>
        <w:t>vt 0.929296 0.222536</w:t>
        <w:br/>
        <w:t>vt 0.937194 0.225571</w:t>
        <w:br/>
        <w:t>vt 0.936424 0.228962</w:t>
        <w:br/>
        <w:t>vt 0.881902 0.861631</w:t>
        <w:br/>
        <w:t>vt 0.879802 0.860365</w:t>
        <w:br/>
        <w:t>vt 0.877978 0.858322</w:t>
        <w:br/>
        <w:t>vt 0.937801 0.850266</w:t>
        <w:br/>
        <w:t>vt 0.945684 0.833581</w:t>
        <w:br/>
        <w:t>vt 0.945543 0.828655</w:t>
        <w:br/>
        <w:t>vt 0.945185 0.821290</w:t>
        <w:br/>
        <w:t>vt 0.975019 0.093417</w:t>
        <w:br/>
        <w:t>vt 0.862064 0.232376</w:t>
        <w:br/>
        <w:t>vt 0.856473 0.285319</w:t>
        <w:br/>
        <w:t>vt 0.862902 0.340131</w:t>
        <w:br/>
        <w:t>vt 0.875345 0.338407</w:t>
        <w:br/>
        <w:t>vt 0.875345 0.321348</w:t>
        <w:br/>
        <w:t>vt 0.875345 0.304087</w:t>
        <w:br/>
        <w:t>vt 0.875345 0.287450</w:t>
        <w:br/>
        <w:t>vt 0.875345 0.234318</w:t>
        <w:br/>
        <w:t>vt 0.875345 0.216557</w:t>
        <w:br/>
        <w:t>vt 0.875345 0.200520</w:t>
        <w:br/>
        <w:t>vt 0.987490 0.255971</w:t>
        <w:br/>
        <w:t>vt 0.993357 0.254867</w:t>
        <w:br/>
        <w:t>vt 0.900204 0.867762</w:t>
        <w:br/>
        <w:t>vt 0.903930 0.870956</w:t>
        <w:br/>
        <w:t>vt 0.907871 0.872250</w:t>
        <w:br/>
        <w:t>vt 0.491168 0.343304</w:t>
        <w:br/>
        <w:t>vt 0.487249 0.338434</w:t>
        <w:br/>
        <w:t>vt 0.494828 0.345989</w:t>
        <w:br/>
        <w:t>vt 0.497991 0.345423</w:t>
        <w:br/>
        <w:t>vt 0.501844 0.342850</w:t>
        <w:br/>
        <w:t>vt 0.597077 0.339505</w:t>
        <w:br/>
        <w:t>vt 0.595767 0.335530</w:t>
        <w:br/>
        <w:t>vt 0.598166 0.340540</w:t>
        <w:br/>
        <w:t>vt 0.599035 0.339879</w:t>
        <w:br/>
        <w:t>vt 0.601893 0.337484</w:t>
        <w:br/>
        <w:t>vt 0.765621 0.005517</w:t>
        <w:br/>
        <w:t>vt 0.927828 0.229295</w:t>
        <w:br/>
        <w:t>vt 0.931342 0.230582</w:t>
        <w:br/>
        <w:t>vt 0.933037 0.230746</w:t>
        <w:br/>
        <w:t>vt 0.934732 0.230911</w:t>
        <w:br/>
        <w:t>vt 0.453860 0.532758</w:t>
        <w:br/>
        <w:t>vt 0.443323 0.533056</w:t>
        <w:br/>
        <w:t>vt 0.442971 0.522325</w:t>
        <w:br/>
        <w:t>vt 0.454434 0.522325</w:t>
        <w:br/>
        <w:t>vt 0.430404 0.534115</w:t>
        <w:br/>
        <w:t>vt 0.418556 0.535513</w:t>
        <w:br/>
        <w:t>vt 0.417453 0.522325</w:t>
        <w:br/>
        <w:t>vt 0.430014 0.522325</w:t>
        <w:br/>
        <w:t>vt 0.520854 0.522325</w:t>
        <w:br/>
        <w:t>vt 0.520299 0.535027</w:t>
        <w:br/>
        <w:t>vt 0.508717 0.534397</w:t>
        <w:br/>
        <w:t>vt 0.508740 0.522325</w:t>
        <w:br/>
        <w:t>vt 0.490302 0.522325</w:t>
        <w:br/>
        <w:t>vt 0.499943 0.522325</w:t>
        <w:br/>
        <w:t>vt 0.499460 0.534036</w:t>
        <w:br/>
        <w:t>vt 0.490166 0.534062</w:t>
        <w:br/>
        <w:t>vt 0.470095 0.522325</w:t>
        <w:br/>
        <w:t>vt 0.470435 0.532852</w:t>
        <w:br/>
        <w:t>vt 0.462220 0.532508</w:t>
        <w:br/>
        <w:t>vt 0.461952 0.522325</w:t>
        <w:br/>
        <w:t>vt 0.480173 0.522325</w:t>
        <w:br/>
        <w:t>vt 0.479811 0.533452</w:t>
        <w:br/>
        <w:t>vt 0.478809 0.558364</w:t>
        <w:br/>
        <w:t>vt 0.470527 0.558396</w:t>
        <w:br/>
        <w:t>vt 0.462726 0.558800</w:t>
        <w:br/>
        <w:t>vt 0.454860 0.558971</w:t>
        <w:br/>
        <w:t>vt 0.445255 0.560021</w:t>
        <w:br/>
        <w:t>vt 0.434224 0.561557</w:t>
        <w:br/>
        <w:t>vt 0.514586 0.562527</w:t>
        <w:br/>
        <w:t>vt 0.505017 0.561143</w:t>
        <w:br/>
        <w:t>vt 0.425050 0.563128</w:t>
        <w:br/>
        <w:t>vt 0.487930 0.558697</w:t>
        <w:br/>
        <w:t>vt 0.484622 0.587022</w:t>
        <w:br/>
        <w:t>vt 0.476786 0.586760</w:t>
        <w:br/>
        <w:t>vt 0.470172 0.586677</w:t>
        <w:br/>
        <w:t>vt 0.463929 0.586862</w:t>
        <w:br/>
        <w:t>vt 0.457026 0.587008</w:t>
        <w:br/>
        <w:t>vt 0.448677 0.587988</w:t>
        <w:br/>
        <w:t>vt 0.496117 0.559753</w:t>
        <w:br/>
        <w:t>vt 0.491227 0.587716</w:t>
        <w:br/>
        <w:t>vt 0.439416 0.589306</w:t>
        <w:br/>
        <w:t>vt 0.506783 0.589910</w:t>
        <w:br/>
        <w:t>vt 0.499008 0.588755</w:t>
        <w:br/>
        <w:t>vt 0.432362 0.590423</w:t>
        <w:br/>
        <w:t>vt 0.482725 0.608692</w:t>
        <w:br/>
        <w:t>vt 0.488415 0.609104</w:t>
        <w:br/>
        <w:t>vt 0.501648 0.610177</w:t>
        <w:br/>
        <w:t>vt 0.494621 0.609594</w:t>
        <w:br/>
        <w:t>vt 0.443064 0.610104</w:t>
        <w:br/>
        <w:t>vt 0.437025 0.610748</w:t>
        <w:br/>
        <w:t>vt 0.469710 0.608689</w:t>
        <w:br/>
        <w:t>vt 0.464180 0.608950</w:t>
        <w:br/>
        <w:t>vt 0.475912 0.608619</w:t>
        <w:br/>
        <w:t>vt 0.481984 0.620367</w:t>
        <w:br/>
        <w:t>vt 0.487279 0.620546</w:t>
        <w:br/>
        <w:t>vt 0.444462 0.620805</w:t>
        <w:br/>
        <w:t>vt 0.438391 0.621620</w:t>
        <w:br/>
        <w:t>vt 0.469683 0.620546</w:t>
        <w:br/>
        <w:t>vt 0.464222 0.620775</w:t>
        <w:br/>
        <w:t>vt 0.475426 0.620497</w:t>
        <w:br/>
        <w:t>vt 0.458510 0.609050</w:t>
        <w:br/>
        <w:t>vt 0.450858 0.609648</w:t>
        <w:br/>
        <w:t>vt 0.451295 0.620628</w:t>
        <w:br/>
        <w:t>vt 0.458912 0.620689</w:t>
        <w:br/>
        <w:t>vt 0.499838 0.621145</w:t>
        <w:br/>
        <w:t>vt 0.493528 0.620692</w:t>
        <w:br/>
        <w:t>vt 0.475402 0.633560</w:t>
        <w:br/>
        <w:t>vt 0.470667 0.633560</w:t>
        <w:br/>
        <w:t>vt 0.486362 0.633560</w:t>
        <w:br/>
        <w:t>vt 0.481361 0.633560</w:t>
        <w:br/>
        <w:t>vt 0.464917 0.633560</w:t>
        <w:br/>
        <w:t>vt 0.451651 0.633560</w:t>
        <w:br/>
        <w:t>vt 0.459482 0.633560</w:t>
        <w:br/>
        <w:t>vt 0.444796 0.633560</w:t>
        <w:br/>
        <w:t>vt 0.438349 0.633560</w:t>
        <w:br/>
        <w:t>vt 0.498635 0.633560</w:t>
        <w:br/>
        <w:t>vt 0.492314 0.633560</w:t>
        <w:br/>
        <w:t>vt 0.293198 0.025498</w:t>
        <w:br/>
        <w:t>vt 0.277902 0.027422</w:t>
        <w:br/>
        <w:t>vt 0.283856 0.020928</w:t>
        <w:br/>
        <w:t>vt 0.283052 0.078583</w:t>
        <w:br/>
        <w:t>vt 0.290727 0.072984</w:t>
        <w:br/>
        <w:t>vt 0.296328 0.086937</w:t>
        <w:br/>
        <w:t>vt 0.280933 0.064208</w:t>
        <w:br/>
        <w:t>vt 0.292623 0.066316</w:t>
        <w:br/>
        <w:t>vt 0.277842 0.071405</w:t>
        <w:br/>
        <w:t>vt 0.311837 0.081704</w:t>
        <w:br/>
        <w:t>vt 0.311837 0.091252</w:t>
        <w:br/>
        <w:t>vt 0.311837 0.019182</w:t>
        <w:br/>
        <w:t>vt 0.293203 0.011372</w:t>
        <w:br/>
        <w:t>vt 0.311837 0.008756</w:t>
        <w:br/>
        <w:t>vt 0.311837 0.068631</w:t>
        <w:br/>
        <w:t>vt 0.518234 0.244661</w:t>
        <w:br/>
        <w:t>vt 0.513971 0.242445</w:t>
        <w:br/>
        <w:t>vt 0.516375 0.236968</w:t>
        <w:br/>
        <w:t>vt 0.520804 0.238295</w:t>
        <w:br/>
        <w:t>vt 0.515542 0.232283</w:t>
        <w:br/>
        <w:t>vt 0.524495 0.235918</w:t>
        <w:br/>
        <w:t>vt 0.510875 0.246683</w:t>
        <w:br/>
        <w:t>vt 0.514975 0.249766</w:t>
        <w:br/>
        <w:t>vt 0.512317 0.254570</w:t>
        <w:br/>
        <w:t>vt 0.507822 0.250025</w:t>
        <w:br/>
        <w:t>vt 0.506092 0.242758</w:t>
        <w:br/>
        <w:t>vt 0.502322 0.243761</w:t>
        <w:br/>
        <w:t>vt 0.499393 0.239421</w:t>
        <w:br/>
        <w:t>vt 0.502627 0.238515</w:t>
        <w:br/>
        <w:t>vt 0.511345 0.229990</w:t>
        <w:br/>
        <w:t>vt 0.507188 0.232329</w:t>
        <w:br/>
        <w:t>vt 0.506689 0.231635</w:t>
        <w:br/>
        <w:t>vt 0.504895 0.233076</w:t>
        <w:br/>
        <w:t>vt 0.504540 0.232885</w:t>
        <w:br/>
        <w:t>vt 0.505369 0.237071</w:t>
        <w:br/>
        <w:t>vt 0.507408 0.237742</w:t>
        <w:br/>
        <w:t>vt 0.506814 0.238545</w:t>
        <w:br/>
        <w:t>vt 0.504928 0.237326</w:t>
        <w:br/>
        <w:t>vt 0.509905 0.239804</w:t>
        <w:br/>
        <w:t>vt 0.508631 0.236535</w:t>
        <w:br/>
        <w:t>vt 0.511548 0.235352</w:t>
        <w:br/>
        <w:t>vt 0.508640 0.233339</w:t>
        <w:br/>
        <w:t>vt 0.506689 0.231635</w:t>
        <w:br/>
        <w:t>vt 0.502202 0.231933</w:t>
        <w:br/>
        <w:t>vt 0.498352 0.236662</w:t>
        <w:br/>
        <w:t>vt 0.498606 0.233192</w:t>
        <w:br/>
        <w:t>vt 0.501656 0.233966</w:t>
        <w:br/>
        <w:t>vt 0.501839 0.236341</w:t>
        <w:br/>
        <w:t>vt 0.503941 0.234286</w:t>
        <w:br/>
        <w:t>vt 0.504333 0.235926</w:t>
        <w:br/>
        <w:t>vt 0.504754 0.233913</w:t>
        <w:br/>
        <w:t>vt 0.504748 0.234997</w:t>
        <w:br/>
        <w:t>vt 0.499425 0.231010</w:t>
        <w:br/>
        <w:t>vt 0.502202 0.231933</w:t>
        <w:br/>
        <w:t>vt 0.505270 0.236082</w:t>
        <w:br/>
        <w:t>vt 0.754154 0.565975</w:t>
        <w:br/>
        <w:t>vt 0.754728 0.565880</w:t>
        <w:br/>
        <w:t>vt 0.755291 0.567685</w:t>
        <w:br/>
        <w:t>vt 0.754420 0.567451</w:t>
        <w:br/>
        <w:t>vt 0.747344 0.563452</w:t>
        <w:br/>
        <w:t>vt 0.747415 0.565665</w:t>
        <w:br/>
        <w:t>vt 0.740981 0.565145</w:t>
        <w:br/>
        <w:t>vt 0.754407 0.569310</w:t>
        <w:br/>
        <w:t>vt 0.753956 0.568909</w:t>
        <w:br/>
        <w:t>vt 0.751446 0.562796</w:t>
        <w:br/>
        <w:t>vt 0.753535 0.563632</w:t>
        <w:br/>
        <w:t>vt 0.754728 0.565880</w:t>
        <w:br/>
        <w:t>vt 0.754154 0.565975</w:t>
        <w:br/>
        <w:t>vt 0.754407 0.569310</w:t>
        <w:br/>
        <w:t>vt 0.751381 0.571894</w:t>
        <w:br/>
        <w:t>vt 0.749967 0.570439</w:t>
        <w:br/>
        <w:t>vt 0.753956 0.568909</w:t>
        <w:br/>
        <w:t>vt 0.751232 0.568063</w:t>
        <w:br/>
        <w:t>vt 0.753406 0.568091</w:t>
        <w:br/>
        <w:t>vt 0.750840 0.564999</w:t>
        <w:br/>
        <w:t>vt 0.753210 0.566422</w:t>
        <w:br/>
        <w:t>vt 0.748388 0.567923</w:t>
        <w:br/>
        <w:t>vt 0.751446 0.562796</w:t>
        <w:br/>
        <w:t>vt 0.749551 0.562971</w:t>
        <w:br/>
        <w:t>vt 0.754111 0.561358</w:t>
        <w:br/>
        <w:t>vt 0.753535 0.563632</w:t>
        <w:br/>
        <w:t>vt 0.742987 0.554269</w:t>
        <w:br/>
        <w:t>vt 0.746797 0.551560</w:t>
        <w:br/>
        <w:t>vt 0.749399 0.553607</w:t>
        <w:br/>
        <w:t>vt 0.748409 0.554730</w:t>
        <w:br/>
        <w:t>vt 0.746018 0.559840</w:t>
        <w:br/>
        <w:t>vt 0.750006 0.558409</w:t>
        <w:br/>
        <w:t>vt 0.753054 0.559469</w:t>
        <w:br/>
        <w:t>vt 0.747344 0.563452</w:t>
        <w:br/>
        <w:t>vt 0.740981 0.565145</w:t>
        <w:br/>
        <w:t>vt 0.748481 0.556346</w:t>
        <w:br/>
        <w:t>vt 0.744125 0.557164</w:t>
        <w:br/>
        <w:t>vt 0.742987 0.554269</w:t>
        <w:br/>
        <w:t>vt 0.748409 0.554730</w:t>
        <w:br/>
        <w:t>vt 0.736940 0.559415</w:t>
        <w:br/>
        <w:t>vt 0.735449 0.547865</w:t>
        <w:br/>
        <w:t>vt 0.734919 0.543315</w:t>
        <w:br/>
        <w:t>vt 0.738684 0.541757</w:t>
        <w:br/>
        <w:t>vt 0.739390 0.543888</w:t>
        <w:br/>
        <w:t>vt 0.745779 0.545271</w:t>
        <w:br/>
        <w:t>vt 0.746797 0.551560</w:t>
        <w:br/>
        <w:t>vt 0.740514 0.551730</w:t>
        <w:br/>
        <w:t>vt 0.743075 0.546110</w:t>
        <w:br/>
        <w:t>vt 0.742987 0.554269</w:t>
        <w:br/>
        <w:t>vt 0.740914 0.545549</w:t>
        <w:br/>
        <w:t>vt 0.737955 0.550054</w:t>
        <w:br/>
        <w:t>vt 0.731156 0.554314</w:t>
        <w:br/>
        <w:t>vt 0.729338 0.540983</w:t>
        <w:br/>
        <w:t>vt 0.730068 0.538683</w:t>
        <w:br/>
        <w:t>vt 0.734919 0.543315</w:t>
        <w:br/>
        <w:t>vt 0.732828 0.547346</w:t>
        <w:br/>
        <w:t>vt 0.732828 0.547346</w:t>
        <w:br/>
        <w:t>vt 0.734919 0.543315</w:t>
        <w:br/>
        <w:t>vt 0.726941 0.542348</w:t>
        <w:br/>
        <w:t>vt 0.728588 0.547863</w:t>
        <w:br/>
        <w:t>vt 0.725235 0.545296</w:t>
        <w:br/>
        <w:t>vt 0.724521 0.542042</w:t>
        <w:br/>
        <w:t>vt 0.729338 0.540983</w:t>
        <w:br/>
        <w:t>vt 0.728041 0.554964</w:t>
        <w:br/>
        <w:t>vt 0.726695 0.537153</w:t>
        <w:br/>
        <w:t>vt 0.726621 0.535221</w:t>
        <w:br/>
        <w:t>vt 0.727415 0.533572</w:t>
        <w:br/>
        <w:t>vt 0.731665 0.534800</w:t>
        <w:br/>
        <w:t>vt 0.750840 0.564999</w:t>
        <w:br/>
        <w:t>vt 0.750585 0.566374</w:t>
        <w:br/>
        <w:t>vt 0.747710 0.574066</w:t>
        <w:br/>
        <w:t>vt 0.744530 0.570555</w:t>
        <w:br/>
        <w:t>vt 0.750143 0.575655</w:t>
        <w:br/>
        <w:t>vt 0.754868 0.556378</w:t>
        <w:br/>
        <w:t>vt 0.754645 0.555027</w:t>
        <w:br/>
        <w:t>vt 0.756389 0.554546</w:t>
        <w:br/>
        <w:t>vt 0.755592 0.557657</w:t>
        <w:br/>
        <w:t>vt 0.753992 0.553811</w:t>
        <w:br/>
        <w:t>vt 0.754413 0.552293</w:t>
        <w:br/>
        <w:t>vt 0.745567 0.540694</w:t>
        <w:br/>
        <w:t>vt 0.744413 0.539698</w:t>
        <w:br/>
        <w:t>vt 0.745762 0.538101</w:t>
        <w:br/>
        <w:t>vt 0.747118 0.540887</w:t>
        <w:br/>
        <w:t>vt 0.743153 0.538910</w:t>
        <w:br/>
        <w:t>vt 0.742617 0.537441</w:t>
        <w:br/>
        <w:t>vt 0.726621 0.535221</w:t>
        <w:br/>
        <w:t>vt 0.724794 0.535583</w:t>
        <w:br/>
        <w:t>vt 0.724234 0.533018</w:t>
        <w:br/>
        <w:t>vt 0.727415 0.533572</w:t>
        <w:br/>
        <w:t>vt 0.722934 0.536263</w:t>
        <w:br/>
        <w:t>vt 0.720524 0.535841</w:t>
        <w:br/>
        <w:t>vt 0.725807 0.539806</w:t>
        <w:br/>
        <w:t>vt 0.727178 0.539240</w:t>
        <w:br/>
        <w:t>vt 0.727392 0.538592</w:t>
        <w:br/>
        <w:t>vt 0.723817 0.539092</w:t>
        <w:br/>
        <w:t>vt 0.723817 0.539092</w:t>
        <w:br/>
        <w:t>vt 0.720524 0.535841</w:t>
        <w:br/>
        <w:t>vt 0.722934 0.536263</w:t>
        <w:br/>
        <w:t>vt 0.724143 0.537922</w:t>
        <w:br/>
        <w:t>vt 0.726589 0.537570</w:t>
        <w:br/>
        <w:t>vt 0.743671 0.543268</w:t>
        <w:br/>
        <w:t>vt 0.744437 0.542211</w:t>
        <w:br/>
        <w:t>vt 0.745567 0.540694</w:t>
        <w:br/>
        <w:t>vt 0.747118 0.540887</w:t>
        <w:br/>
        <w:t>vt 0.742215 0.540575</w:t>
        <w:br/>
        <w:t>vt 0.742617 0.537441</w:t>
        <w:br/>
        <w:t>vt 0.743153 0.538910</w:t>
        <w:br/>
        <w:t>vt 0.741447 0.541942</w:t>
        <w:br/>
        <w:t>vt 0.742177 0.541080</w:t>
        <w:br/>
        <w:t>vt 0.741587 0.542859</w:t>
        <w:br/>
        <w:t>vt 0.742738 0.543626</w:t>
        <w:br/>
        <w:t>vt 0.744012 0.542406</w:t>
        <w:br/>
        <w:t>vt 0.751943 0.556997</w:t>
        <w:br/>
        <w:t>vt 0.752909 0.556675</w:t>
        <w:br/>
        <w:t>vt 0.754868 0.556378</w:t>
        <w:br/>
        <w:t>vt 0.755592 0.557657</w:t>
        <w:br/>
        <w:t>vt 0.752367 0.554338</w:t>
        <w:br/>
        <w:t>vt 0.754413 0.552293</w:t>
        <w:br/>
        <w:t>vt 0.753992 0.553811</w:t>
        <w:br/>
        <w:t>vt 0.751059 0.554803</w:t>
        <w:br/>
        <w:t>vt 0.750657 0.555367</w:t>
        <w:br/>
        <w:t>vt 0.751112 0.556617</w:t>
        <w:br/>
        <w:t>vt 0.752077 0.554681</w:t>
        <w:br/>
        <w:t>vt 0.751833 0.566314</w:t>
        <w:br/>
        <w:t>vt 0.752262 0.566122</w:t>
        <w:br/>
        <w:t>vt 0.751977 0.567208</w:t>
        <w:br/>
        <w:t>vt 0.752491 0.567670</w:t>
        <w:br/>
        <w:t>vt 0.754868 0.556378</w:t>
        <w:br/>
        <w:t>vt 0.753043 0.555459</w:t>
        <w:br/>
        <w:t>vt 0.754645 0.555027</w:t>
        <w:br/>
        <w:t>vt 0.744437 0.542211</w:t>
        <w:br/>
        <w:t>vt 0.743337 0.541319</w:t>
        <w:br/>
        <w:t>vt 0.744413 0.539698</w:t>
        <w:br/>
        <w:t>vt 0.745567 0.540694</w:t>
        <w:br/>
        <w:t>vt 0.724794 0.535583</w:t>
        <w:br/>
        <w:t>vt 0.725248 0.537107</w:t>
        <w:br/>
        <w:t>vt 0.752110 0.550131</w:t>
        <w:br/>
        <w:t>vt 0.750497 0.548791</w:t>
        <w:br/>
        <w:t>vt 0.748645 0.544772</w:t>
        <w:br/>
        <w:t>vt 0.750497 0.548791</w:t>
        <w:br/>
        <w:t>vt 0.736270 0.536678</w:t>
        <w:br/>
        <w:t>vt 0.738941 0.537175</w:t>
        <w:br/>
        <w:t>vt 0.736270 0.536678</w:t>
        <w:br/>
        <w:t>vt 0.725235 0.545296</w:t>
        <w:br/>
        <w:t>vt 0.718176 0.538058</w:t>
        <w:br/>
        <w:t>vt 0.724521 0.542042</w:t>
        <w:br/>
        <w:t>vt 0.725378 0.537640</w:t>
        <w:br/>
        <w:t>vt 0.724835 0.537778</w:t>
        <w:br/>
        <w:t>vt 0.742215 0.540575</w:t>
        <w:br/>
        <w:t>vt 0.743153 0.538910</w:t>
        <w:br/>
        <w:t>vt 0.752367 0.554338</w:t>
        <w:br/>
        <w:t>vt 0.753992 0.553811</w:t>
        <w:br/>
        <w:t>vt 0.747344 0.563452</w:t>
        <w:br/>
        <w:t>vt 0.749551 0.562971</w:t>
        <w:br/>
        <w:t>vt 0.753793 0.567315</w:t>
        <w:br/>
        <w:t>vt 0.532404 0.238879</w:t>
        <w:br/>
        <w:t>vt 0.736951 0.574642</w:t>
        <w:br/>
        <w:t>vt 0.728975 0.565929</w:t>
        <w:br/>
        <w:t>vt 0.724923 0.563305</w:t>
        <w:br/>
        <w:t>vt 0.542522 0.250369</w:t>
        <w:br/>
        <w:t>vt 0.528502 0.247277</w:t>
        <w:br/>
        <w:t>vt 0.538026 0.241920</w:t>
        <w:br/>
        <w:t>vt 0.743110 0.582035</w:t>
        <w:br/>
        <w:t>vt 0.524061 0.255446</w:t>
        <w:br/>
        <w:t>vt 0.523681 0.265502</w:t>
        <w:br/>
        <w:t>vt 0.532404 0.238879</w:t>
        <w:br/>
        <w:t>vt 0.745514 0.588182</w:t>
        <w:br/>
        <w:t>vt 0.721285 0.580692</w:t>
        <w:br/>
        <w:t>vt 0.721651 0.569672</w:t>
        <w:br/>
        <w:t>vt 0.724923 0.563305</w:t>
        <w:br/>
        <w:t>vt 0.726264 0.598465</w:t>
        <w:br/>
        <w:t>vt 0.723736 0.591092</w:t>
        <w:br/>
        <w:t>vt 0.543270 0.259700</w:t>
        <w:br/>
        <w:t>vt 0.542614 0.266037</w:t>
        <w:br/>
        <w:t>vt 0.500739 0.227115</w:t>
        <w:br/>
        <w:t>vt 0.511345 0.229990</w:t>
        <w:br/>
        <w:t>vt 0.293308 0.033071</w:t>
        <w:br/>
        <w:t>vt 0.280808 0.034640</w:t>
        <w:br/>
        <w:t>vt 0.311837 0.030387</w:t>
        <w:br/>
        <w:t>vt 0.294507 0.041145</w:t>
        <w:br/>
        <w:t>vt 0.282230 0.041972</w:t>
        <w:br/>
        <w:t>vt 0.311837 0.038775</w:t>
        <w:br/>
        <w:t>vt 0.293747 0.050034</w:t>
        <w:br/>
        <w:t>vt 0.282549 0.049265</w:t>
        <w:br/>
        <w:t>vt 0.311837 0.049444</w:t>
        <w:br/>
        <w:t>vt 0.293430 0.058483</w:t>
        <w:br/>
        <w:t>vt 0.281902 0.056612</w:t>
        <w:br/>
        <w:t>vt 0.311837 0.058899</w:t>
        <w:br/>
        <w:t>vt 0.269203 0.061988</w:t>
        <w:br/>
        <w:t>vt 0.276931 0.062645</w:t>
        <w:br/>
        <w:t>vt 0.273359 0.071322</w:t>
        <w:br/>
        <w:t>vt 0.269203 0.073319</w:t>
        <w:br/>
        <w:t>vt 0.277116 0.051818</w:t>
        <w:br/>
        <w:t>vt 0.269203 0.051412</w:t>
        <w:br/>
        <w:t>vt 0.269203 0.040513</w:t>
        <w:br/>
        <w:t>vt 0.276387 0.040936</w:t>
        <w:br/>
        <w:t>vt 0.269203 0.030713</w:t>
        <w:br/>
        <w:t>vt 0.269203 0.023594</w:t>
        <w:br/>
        <w:t>vt 0.275038 0.031175</w:t>
        <w:br/>
        <w:t>vt 0.275713 0.036056</w:t>
        <w:br/>
        <w:t>vt 0.752520 0.555581</w:t>
        <w:br/>
        <w:t>vt 0.752731 0.556108</w:t>
        <w:br/>
        <w:t>vt 0.742870 0.541894</w:t>
        <w:br/>
        <w:t>vt 0.442971 0.522325</w:t>
        <w:br/>
        <w:t>vt 0.443323 0.533056</w:t>
        <w:br/>
        <w:t>vt 0.453860 0.532758</w:t>
        <w:br/>
        <w:t>vt 0.454434 0.522325</w:t>
        <w:br/>
        <w:t>vt 0.430404 0.534115</w:t>
        <w:br/>
        <w:t>vt 0.430014 0.522325</w:t>
        <w:br/>
        <w:t>vt 0.417453 0.522325</w:t>
        <w:br/>
        <w:t>vt 0.418556 0.535513</w:t>
        <w:br/>
        <w:t>vt 0.520854 0.522325</w:t>
        <w:br/>
        <w:t>vt 0.508740 0.522325</w:t>
        <w:br/>
        <w:t>vt 0.508717 0.534397</w:t>
        <w:br/>
        <w:t>vt 0.520299 0.535027</w:t>
        <w:br/>
        <w:t>vt 0.490302 0.522325</w:t>
        <w:br/>
        <w:t>vt 0.490166 0.534062</w:t>
        <w:br/>
        <w:t>vt 0.499460 0.534036</w:t>
        <w:br/>
        <w:t>vt 0.499943 0.522325</w:t>
        <w:br/>
        <w:t>vt 0.462220 0.532508</w:t>
        <w:br/>
        <w:t>vt 0.470435 0.532852</w:t>
        <w:br/>
        <w:t>vt 0.470095 0.522325</w:t>
        <w:br/>
        <w:t>vt 0.461952 0.522325</w:t>
        <w:br/>
        <w:t>vt 0.480173 0.522325</w:t>
        <w:br/>
        <w:t>vt 0.479811 0.533452</w:t>
        <w:br/>
        <w:t>vt 0.470527 0.558396</w:t>
        <w:br/>
        <w:t>vt 0.478809 0.558364</w:t>
        <w:br/>
        <w:t>vt 0.462726 0.558800</w:t>
        <w:br/>
        <w:t>vt 0.445255 0.560021</w:t>
        <w:br/>
        <w:t>vt 0.454860 0.558971</w:t>
        <w:br/>
        <w:t>vt 0.434224 0.561557</w:t>
        <w:br/>
        <w:t>vt 0.505017 0.561143</w:t>
        <w:br/>
        <w:t>vt 0.514586 0.562527</w:t>
        <w:br/>
        <w:t>vt 0.425050 0.563128</w:t>
        <w:br/>
        <w:t>vt 0.476786 0.586760</w:t>
        <w:br/>
        <w:t>vt 0.484622 0.587022</w:t>
        <w:br/>
        <w:t>vt 0.487930 0.558697</w:t>
        <w:br/>
        <w:t>vt 0.470172 0.586677</w:t>
        <w:br/>
        <w:t>vt 0.463929 0.586862</w:t>
        <w:br/>
        <w:t>vt 0.457026 0.587008</w:t>
        <w:br/>
        <w:t>vt 0.448677 0.587988</w:t>
        <w:br/>
        <w:t>vt 0.496117 0.559753</w:t>
        <w:br/>
        <w:t>vt 0.491227 0.587716</w:t>
        <w:br/>
        <w:t>vt 0.439416 0.589306</w:t>
        <w:br/>
        <w:t>vt 0.506783 0.589910</w:t>
        <w:br/>
        <w:t>vt 0.499008 0.588755</w:t>
        <w:br/>
        <w:t>vt 0.432362 0.590423</w:t>
        <w:br/>
        <w:t>vt 0.482725 0.608692</w:t>
        <w:br/>
        <w:t>vt 0.488415 0.609104</w:t>
        <w:br/>
        <w:t>vt 0.494621 0.609594</w:t>
        <w:br/>
        <w:t>vt 0.501648 0.610177</w:t>
        <w:br/>
        <w:t>vt 0.437025 0.610748</w:t>
        <w:br/>
        <w:t>vt 0.443064 0.610104</w:t>
        <w:br/>
        <w:t>vt 0.469710 0.608689</w:t>
        <w:br/>
        <w:t>vt 0.464180 0.608950</w:t>
        <w:br/>
        <w:t>vt 0.475912 0.608619</w:t>
        <w:br/>
        <w:t>vt 0.481984 0.620367</w:t>
        <w:br/>
        <w:t>vt 0.487279 0.620546</w:t>
        <w:br/>
        <w:t>vt 0.444462 0.620805</w:t>
        <w:br/>
        <w:t>vt 0.438391 0.621620</w:t>
        <w:br/>
        <w:t>vt 0.469683 0.620546</w:t>
        <w:br/>
        <w:t>vt 0.464222 0.620775</w:t>
        <w:br/>
        <w:t>vt 0.475426 0.620497</w:t>
        <w:br/>
        <w:t>vt 0.450858 0.609648</w:t>
        <w:br/>
        <w:t>vt 0.458510 0.609050</w:t>
        <w:br/>
        <w:t>vt 0.451295 0.620628</w:t>
        <w:br/>
        <w:t>vt 0.458912 0.620689</w:t>
        <w:br/>
        <w:t>vt 0.493528 0.620692</w:t>
        <w:br/>
        <w:t>vt 0.499838 0.621145</w:t>
        <w:br/>
        <w:t>vt 0.470667 0.633560</w:t>
        <w:br/>
        <w:t>vt 0.475402 0.633560</w:t>
        <w:br/>
        <w:t>vt 0.481361 0.633560</w:t>
        <w:br/>
        <w:t>vt 0.486362 0.633560</w:t>
        <w:br/>
        <w:t>vt 0.464917 0.633560</w:t>
        <w:br/>
        <w:t>vt 0.451651 0.633560</w:t>
        <w:br/>
        <w:t>vt 0.459482 0.633560</w:t>
        <w:br/>
        <w:t>vt 0.444796 0.633560</w:t>
        <w:br/>
        <w:t>vt 0.438349 0.633560</w:t>
        <w:br/>
        <w:t>vt 0.492314 0.633560</w:t>
        <w:br/>
        <w:t>vt 0.498635 0.633560</w:t>
        <w:br/>
        <w:t>vt 0.293198 0.025498</w:t>
        <w:br/>
        <w:t>vt 0.283856 0.020928</w:t>
        <w:br/>
        <w:t>vt 0.277902 0.027422</w:t>
        <w:br/>
        <w:t>vt 0.283052 0.078583</w:t>
        <w:br/>
        <w:t>vt 0.296328 0.086937</w:t>
        <w:br/>
        <w:t>vt 0.290727 0.072984</w:t>
        <w:br/>
        <w:t>vt 0.280933 0.064208</w:t>
        <w:br/>
        <w:t>vt 0.277843 0.071405</w:t>
        <w:br/>
        <w:t>vt 0.292623 0.066316</w:t>
        <w:br/>
        <w:t>vt 0.311837 0.091252</w:t>
        <w:br/>
        <w:t>vt 0.311837 0.081704</w:t>
        <w:br/>
        <w:t>vt 0.293203 0.011372</w:t>
        <w:br/>
        <w:t>vt 0.311837 0.019182</w:t>
        <w:br/>
        <w:t>vt 0.311837 0.008756</w:t>
        <w:br/>
        <w:t>vt 0.311837 0.068631</w:t>
        <w:br/>
        <w:t>vt 0.516375 0.236968</w:t>
        <w:br/>
        <w:t>vt 0.513971 0.242445</w:t>
        <w:br/>
        <w:t>vt 0.518234 0.244661</w:t>
        <w:br/>
        <w:t>vt 0.520804 0.238295</w:t>
        <w:br/>
        <w:t>vt 0.515542 0.232283</w:t>
        <w:br/>
        <w:t>vt 0.524495 0.235918</w:t>
        <w:br/>
        <w:t>vt 0.510875 0.246683</w:t>
        <w:br/>
        <w:t>vt 0.514975 0.249766</w:t>
        <w:br/>
        <w:t>vt 0.507822 0.250025</w:t>
        <w:br/>
        <w:t>vt 0.512317 0.254570</w:t>
        <w:br/>
        <w:t>vt 0.506092 0.242758</w:t>
        <w:br/>
        <w:t>vt 0.502627 0.238515</w:t>
        <w:br/>
        <w:t>vt 0.499393 0.239421</w:t>
        <w:br/>
        <w:t>vt 0.502322 0.243761</w:t>
        <w:br/>
        <w:t>vt 0.511345 0.229990</w:t>
        <w:br/>
        <w:t>vt 0.506689 0.231635</w:t>
        <w:br/>
        <w:t>vt 0.507188 0.232329</w:t>
        <w:br/>
        <w:t>vt 0.504895 0.233076</w:t>
        <w:br/>
        <w:t>vt 0.504540 0.232885</w:t>
        <w:br/>
        <w:t>vt 0.505369 0.237071</w:t>
        <w:br/>
        <w:t>vt 0.504928 0.237326</w:t>
        <w:br/>
        <w:t>vt 0.506814 0.238545</w:t>
        <w:br/>
        <w:t>vt 0.507408 0.237742</w:t>
        <w:br/>
        <w:t>vt 0.509905 0.239804</w:t>
        <w:br/>
        <w:t>vt 0.508631 0.236535</w:t>
        <w:br/>
        <w:t>vt 0.511548 0.235352</w:t>
        <w:br/>
        <w:t>vt 0.508641 0.233339</w:t>
        <w:br/>
        <w:t>vt 0.506689 0.231635</w:t>
        <w:br/>
        <w:t>vt 0.502202 0.231933</w:t>
        <w:br/>
        <w:t>vt 0.501656 0.233966</w:t>
        <w:br/>
        <w:t>vt 0.498606 0.233192</w:t>
        <w:br/>
        <w:t>vt 0.498352 0.236662</w:t>
        <w:br/>
        <w:t>vt 0.501839 0.236341</w:t>
        <w:br/>
        <w:t>vt 0.503941 0.234286</w:t>
        <w:br/>
        <w:t>vt 0.504333 0.235926</w:t>
        <w:br/>
        <w:t>vt 0.504748 0.234997</w:t>
        <w:br/>
        <w:t>vt 0.504754 0.233913</w:t>
        <w:br/>
        <w:t>vt 0.502202 0.231933</w:t>
        <w:br/>
        <w:t>vt 0.499425 0.231010</w:t>
        <w:br/>
        <w:t>vt 0.505270 0.236082</w:t>
        <w:br/>
        <w:t>vt 0.755291 0.567685</w:t>
        <w:br/>
        <w:t>vt 0.754728 0.565880</w:t>
        <w:br/>
        <w:t>vt 0.754154 0.565975</w:t>
        <w:br/>
        <w:t>vt 0.754420 0.567451</w:t>
        <w:br/>
        <w:t>vt 0.747344 0.563452</w:t>
        <w:br/>
        <w:t>vt 0.740981 0.565145</w:t>
        <w:br/>
        <w:t>vt 0.747415 0.565665</w:t>
        <w:br/>
        <w:t>vt 0.753956 0.568909</w:t>
        <w:br/>
        <w:t>vt 0.754407 0.569310</w:t>
        <w:br/>
        <w:t>vt 0.751446 0.562796</w:t>
        <w:br/>
        <w:t>vt 0.754154 0.565975</w:t>
        <w:br/>
        <w:t>vt 0.754728 0.565880</w:t>
        <w:br/>
        <w:t>vt 0.753535 0.563632</w:t>
        <w:br/>
        <w:t>vt 0.754407 0.569310</w:t>
        <w:br/>
        <w:t>vt 0.753956 0.568909</w:t>
        <w:br/>
        <w:t>vt 0.749967 0.570439</w:t>
        <w:br/>
        <w:t>vt 0.751381 0.571894</w:t>
        <w:br/>
        <w:t>vt 0.751232 0.568063</w:t>
        <w:br/>
        <w:t>vt 0.753406 0.568091</w:t>
        <w:br/>
        <w:t>vt 0.750840 0.564999</w:t>
        <w:br/>
        <w:t>vt 0.753210 0.566422</w:t>
        <w:br/>
        <w:t>vt 0.748388 0.567923</w:t>
        <w:br/>
        <w:t>vt 0.751446 0.562796</w:t>
        <w:br/>
        <w:t>vt 0.753535 0.563632</w:t>
        <w:br/>
        <w:t>vt 0.754111 0.561358</w:t>
        <w:br/>
        <w:t>vt 0.749551 0.562971</w:t>
        <w:br/>
        <w:t>vt 0.742987 0.554269</w:t>
        <w:br/>
        <w:t>vt 0.748409 0.554730</w:t>
        <w:br/>
        <w:t>vt 0.749399 0.553607</w:t>
        <w:br/>
        <w:t>vt 0.746797 0.551560</w:t>
        <w:br/>
        <w:t>vt 0.746018 0.559840</w:t>
        <w:br/>
        <w:t>vt 0.753054 0.559469</w:t>
        <w:br/>
        <w:t>vt 0.750006 0.558409</w:t>
        <w:br/>
        <w:t>vt 0.747344 0.563452</w:t>
        <w:br/>
        <w:t>vt 0.740981 0.565145</w:t>
        <w:br/>
        <w:t>vt 0.748481 0.556346</w:t>
        <w:br/>
        <w:t>vt 0.748409 0.554730</w:t>
        <w:br/>
        <w:t>vt 0.742987 0.554269</w:t>
        <w:br/>
        <w:t>vt 0.744125 0.557164</w:t>
        <w:br/>
        <w:t>vt 0.736940 0.559415</w:t>
        <w:br/>
        <w:t>vt 0.735449 0.547865</w:t>
        <w:br/>
        <w:t>vt 0.739390 0.543888</w:t>
        <w:br/>
        <w:t>vt 0.738684 0.541757</w:t>
        <w:br/>
        <w:t>vt 0.734919 0.543315</w:t>
        <w:br/>
        <w:t>vt 0.740514 0.551730</w:t>
        <w:br/>
        <w:t>vt 0.746797 0.551560</w:t>
        <w:br/>
        <w:t>vt 0.745779 0.545271</w:t>
        <w:br/>
        <w:t>vt 0.743075 0.546110</w:t>
        <w:br/>
        <w:t>vt 0.742987 0.554269</w:t>
        <w:br/>
        <w:t>vt 0.740914 0.545549</w:t>
        <w:br/>
        <w:t>vt 0.737955 0.550054</w:t>
        <w:br/>
        <w:t>vt 0.731156 0.554314</w:t>
        <w:br/>
        <w:t>vt 0.729338 0.540983</w:t>
        <w:br/>
        <w:t>vt 0.732828 0.547346</w:t>
        <w:br/>
        <w:t>vt 0.734919 0.543315</w:t>
        <w:br/>
        <w:t>vt 0.730068 0.538683</w:t>
        <w:br/>
        <w:t>vt 0.732828 0.547346</w:t>
        <w:br/>
        <w:t>vt 0.734919 0.543315</w:t>
        <w:br/>
        <w:t>vt 0.726941 0.542348</w:t>
        <w:br/>
        <w:t>vt 0.724521 0.542042</w:t>
        <w:br/>
        <w:t>vt 0.725235 0.545296</w:t>
        <w:br/>
        <w:t>vt 0.728588 0.547863</w:t>
        <w:br/>
        <w:t>vt 0.729338 0.540983</w:t>
        <w:br/>
        <w:t>vt 0.728040 0.554964</w:t>
        <w:br/>
        <w:t>vt 0.726621 0.535221</w:t>
        <w:br/>
        <w:t>vt 0.726695 0.537153</w:t>
        <w:br/>
        <w:t>vt 0.727415 0.533572</w:t>
        <w:br/>
        <w:t>vt 0.731665 0.534800</w:t>
        <w:br/>
        <w:t>vt 0.750585 0.566374</w:t>
        <w:br/>
        <w:t>vt 0.750840 0.564999</w:t>
        <w:br/>
        <w:t>vt 0.744530 0.570555</w:t>
        <w:br/>
        <w:t>vt 0.747710 0.574066</w:t>
        <w:br/>
        <w:t>vt 0.750143 0.575655</w:t>
        <w:br/>
        <w:t>vt 0.754868 0.556378</w:t>
        <w:br/>
        <w:t>vt 0.755592 0.557657</w:t>
        <w:br/>
        <w:t>vt 0.756389 0.554546</w:t>
        <w:br/>
        <w:t>vt 0.754645 0.555027</w:t>
        <w:br/>
        <w:t>vt 0.754413 0.552293</w:t>
        <w:br/>
        <w:t>vt 0.753992 0.553811</w:t>
        <w:br/>
        <w:t>vt 0.745567 0.540694</w:t>
        <w:br/>
        <w:t>vt 0.747118 0.540887</w:t>
        <w:br/>
        <w:t>vt 0.745762 0.538101</w:t>
        <w:br/>
        <w:t>vt 0.744413 0.539698</w:t>
        <w:br/>
        <w:t>vt 0.742617 0.537441</w:t>
        <w:br/>
        <w:t>vt 0.743153 0.538910</w:t>
        <w:br/>
        <w:t>vt 0.726621 0.535221</w:t>
        <w:br/>
        <w:t>vt 0.727415 0.533572</w:t>
        <w:br/>
        <w:t>vt 0.724234 0.533018</w:t>
        <w:br/>
        <w:t>vt 0.724794 0.535583</w:t>
        <w:br/>
        <w:t>vt 0.720524 0.535841</w:t>
        <w:br/>
        <w:t>vt 0.722934 0.536263</w:t>
        <w:br/>
        <w:t>vt 0.727178 0.539240</w:t>
        <w:br/>
        <w:t>vt 0.725807 0.539806</w:t>
        <w:br/>
        <w:t>vt 0.727392 0.538592</w:t>
        <w:br/>
        <w:t>vt 0.723817 0.539092</w:t>
        <w:br/>
        <w:t>vt 0.722934 0.536263</w:t>
        <w:br/>
        <w:t>vt 0.720524 0.535841</w:t>
        <w:br/>
        <w:t>vt 0.723817 0.539092</w:t>
        <w:br/>
        <w:t>vt 0.724143 0.537922</w:t>
        <w:br/>
        <w:t>vt 0.726589 0.537570</w:t>
        <w:br/>
        <w:t>vt 0.743671 0.543268</w:t>
        <w:br/>
        <w:t>vt 0.744437 0.542211</w:t>
        <w:br/>
        <w:t>vt 0.747118 0.540887</w:t>
        <w:br/>
        <w:t>vt 0.745567 0.540694</w:t>
        <w:br/>
        <w:t>vt 0.742617 0.537441</w:t>
        <w:br/>
        <w:t>vt 0.742215 0.540575</w:t>
        <w:br/>
        <w:t>vt 0.743153 0.538910</w:t>
        <w:br/>
        <w:t>vt 0.741447 0.541942</w:t>
        <w:br/>
        <w:t>vt 0.742177 0.541080</w:t>
        <w:br/>
        <w:t>vt 0.742738 0.543626</w:t>
        <w:br/>
        <w:t>vt 0.741587 0.542859</w:t>
        <w:br/>
        <w:t>vt 0.744012 0.542406</w:t>
        <w:br/>
        <w:t>vt 0.751943 0.556997</w:t>
        <w:br/>
        <w:t>vt 0.752909 0.556675</w:t>
        <w:br/>
        <w:t>vt 0.755592 0.557657</w:t>
        <w:br/>
        <w:t>vt 0.754868 0.556378</w:t>
        <w:br/>
        <w:t>vt 0.754413 0.552293</w:t>
        <w:br/>
        <w:t>vt 0.752367 0.554338</w:t>
        <w:br/>
        <w:t>vt 0.753992 0.553811</w:t>
        <w:br/>
        <w:t>vt 0.751059 0.554803</w:t>
        <w:br/>
        <w:t>vt 0.750657 0.555367</w:t>
        <w:br/>
        <w:t>vt 0.751112 0.556617</w:t>
        <w:br/>
        <w:t>vt 0.752077 0.554681</w:t>
        <w:br/>
        <w:t>vt 0.751832 0.566314</w:t>
        <w:br/>
        <w:t>vt 0.752262 0.566122</w:t>
        <w:br/>
        <w:t>vt 0.751977 0.567208</w:t>
        <w:br/>
        <w:t>vt 0.752491 0.567670</w:t>
        <w:br/>
        <w:t>vt 0.754868 0.556378</w:t>
        <w:br/>
        <w:t>vt 0.754645 0.555027</w:t>
        <w:br/>
        <w:t>vt 0.753043 0.555459</w:t>
        <w:br/>
        <w:t>vt 0.744437 0.542211</w:t>
        <w:br/>
        <w:t>vt 0.745567 0.540694</w:t>
        <w:br/>
        <w:t>vt 0.744413 0.539698</w:t>
        <w:br/>
        <w:t>vt 0.743337 0.541319</w:t>
        <w:br/>
        <w:t>vt 0.724794 0.535583</w:t>
        <w:br/>
        <w:t>vt 0.725248 0.537107</w:t>
        <w:br/>
        <w:t>vt 0.752110 0.550131</w:t>
        <w:br/>
        <w:t>vt 0.750497 0.548791</w:t>
        <w:br/>
        <w:t>vt 0.750497 0.548791</w:t>
        <w:br/>
        <w:t>vt 0.748645 0.544772</w:t>
        <w:br/>
        <w:t>vt 0.738941 0.537175</w:t>
        <w:br/>
        <w:t>vt 0.736270 0.536678</w:t>
        <w:br/>
        <w:t>vt 0.736270 0.536678</w:t>
        <w:br/>
        <w:t>vt 0.725235 0.545296</w:t>
        <w:br/>
        <w:t>vt 0.724521 0.542042</w:t>
        <w:br/>
        <w:t>vt 0.718176 0.538058</w:t>
        <w:br/>
        <w:t>vt 0.724835 0.537778</w:t>
        <w:br/>
        <w:t>vt 0.725378 0.537640</w:t>
        <w:br/>
        <w:t>vt 0.742215 0.540575</w:t>
        <w:br/>
        <w:t>vt 0.743153 0.538910</w:t>
        <w:br/>
        <w:t>vt 0.753992 0.553811</w:t>
        <w:br/>
        <w:t>vt 0.752367 0.554338</w:t>
        <w:br/>
        <w:t>vt 0.749551 0.562971</w:t>
        <w:br/>
        <w:t>vt 0.747344 0.563452</w:t>
        <w:br/>
        <w:t>vt 0.753793 0.567315</w:t>
        <w:br/>
        <w:t>vt 0.532404 0.238879</w:t>
        <w:br/>
        <w:t>vt 0.736951 0.574642</w:t>
        <w:br/>
        <w:t>vt 0.728975 0.565929</w:t>
        <w:br/>
        <w:t>vt 0.724923 0.563305</w:t>
        <w:br/>
        <w:t>vt 0.542522 0.250369</w:t>
        <w:br/>
        <w:t>vt 0.538026 0.241920</w:t>
        <w:br/>
        <w:t>vt 0.528502 0.247277</w:t>
        <w:br/>
        <w:t>vt 0.743110 0.582035</w:t>
        <w:br/>
        <w:t>vt 0.523681 0.265502</w:t>
        <w:br/>
        <w:t>vt 0.524061 0.255446</w:t>
        <w:br/>
        <w:t>vt 0.532404 0.238879</w:t>
        <w:br/>
        <w:t>vt 0.745514 0.588182</w:t>
        <w:br/>
        <w:t>vt 0.721651 0.569672</w:t>
        <w:br/>
        <w:t>vt 0.721285 0.580692</w:t>
        <w:br/>
        <w:t>vt 0.724923 0.563305</w:t>
        <w:br/>
        <w:t>vt 0.723736 0.591092</w:t>
        <w:br/>
        <w:t>vt 0.726264 0.598465</w:t>
        <w:br/>
        <w:t>vt 0.543270 0.259700</w:t>
        <w:br/>
        <w:t>vt 0.542614 0.266037</w:t>
        <w:br/>
        <w:t>vt 0.500739 0.227115</w:t>
        <w:br/>
        <w:t>vt 0.511345 0.229990</w:t>
        <w:br/>
        <w:t>vt 0.280808 0.034640</w:t>
        <w:br/>
        <w:t>vt 0.293308 0.033071</w:t>
        <w:br/>
        <w:t>vt 0.311837 0.030387</w:t>
        <w:br/>
        <w:t>vt 0.282230 0.041972</w:t>
        <w:br/>
        <w:t>vt 0.294507 0.041145</w:t>
        <w:br/>
        <w:t>vt 0.311837 0.038775</w:t>
        <w:br/>
        <w:t>vt 0.282549 0.049265</w:t>
        <w:br/>
        <w:t>vt 0.293747 0.050034</w:t>
        <w:br/>
        <w:t>vt 0.311837 0.049444</w:t>
        <w:br/>
        <w:t>vt 0.281902 0.056612</w:t>
        <w:br/>
        <w:t>vt 0.293430 0.058483</w:t>
        <w:br/>
        <w:t>vt 0.311837 0.058899</w:t>
        <w:br/>
        <w:t>vt 0.273359 0.071322</w:t>
        <w:br/>
        <w:t>vt 0.276931 0.062645</w:t>
        <w:br/>
        <w:t>vt 0.269203 0.061988</w:t>
        <w:br/>
        <w:t>vt 0.269203 0.073319</w:t>
        <w:br/>
        <w:t>vt 0.277116 0.051818</w:t>
        <w:br/>
        <w:t>vt 0.269203 0.051412</w:t>
        <w:br/>
        <w:t>vt 0.269203 0.040513</w:t>
        <w:br/>
        <w:t>vt 0.276387 0.040936</w:t>
        <w:br/>
        <w:t>vt 0.269203 0.030713</w:t>
        <w:br/>
        <w:t>vt 0.275713 0.036056</w:t>
        <w:br/>
        <w:t>vt 0.275038 0.031175</w:t>
        <w:br/>
        <w:t>vt 0.269203 0.023594</w:t>
        <w:br/>
        <w:t>vt 0.752520 0.555581</w:t>
        <w:br/>
        <w:t>vt 0.752731 0.556108</w:t>
        <w:br/>
        <w:t>vt 0.742870 0.541894</w:t>
        <w:br/>
        <w:t>vt 0.602656 0.228536</w:t>
        <w:br/>
        <w:t>vt 0.585377 0.228936</w:t>
        <w:br/>
        <w:t>vt 0.565999 0.229278</w:t>
        <w:br/>
        <w:t>vt 0.600973 0.210132</w:t>
        <w:br/>
        <w:t>vt 0.599049 0.191757</w:t>
        <w:br/>
        <w:t>vt 0.545600 0.171027</w:t>
        <w:br/>
        <w:t>vt 0.565632 0.160105</w:t>
        <w:br/>
        <w:t>vt 0.564777 0.178450</w:t>
        <w:br/>
        <w:t>vt 0.583143 0.174921</w:t>
        <w:br/>
        <w:t>vt 0.545941 0.156602</w:t>
        <w:br/>
        <w:t>vt 0.546436 0.142413</w:t>
        <w:br/>
        <w:t>vt 0.546370 0.128082</w:t>
        <w:br/>
        <w:t>vt 0.528546 0.123007</w:t>
        <w:br/>
        <w:t>vt 0.527476 0.138600</w:t>
        <w:br/>
        <w:t>vt 0.545476 0.215093</w:t>
        <w:br/>
        <w:t>vt 0.526925 0.185094</w:t>
        <w:br/>
        <w:t>vt 0.545787 0.185553</w:t>
        <w:br/>
        <w:t>vt 0.545451 0.200103</w:t>
        <w:br/>
        <w:t>vt 0.527370 0.200837</w:t>
        <w:br/>
        <w:t>vt 0.526273 0.169507</w:t>
        <w:br/>
        <w:t>vt 0.526837 0.154045</w:t>
        <w:br/>
        <w:t>vt 0.509346 0.185922</w:t>
        <w:br/>
        <w:t>vt 0.506407 0.167455</w:t>
        <w:br/>
        <w:t>vt 0.508537 0.152030</w:t>
        <w:br/>
        <w:t>vt 0.509263 0.136372</w:t>
        <w:br/>
        <w:t>vt 0.510195 0.120710</w:t>
        <w:br/>
        <w:t>vt 0.523578 0.105661</w:t>
        <w:br/>
        <w:t>vt 0.490853 0.150822</w:t>
        <w:br/>
        <w:t>vt 0.489275 0.164909</w:t>
        <w:br/>
        <w:t>vt 0.491962 0.134886</w:t>
        <w:br/>
        <w:t>vt 0.492765 0.119761</w:t>
        <w:br/>
        <w:t>vt 0.494033 0.104470</w:t>
        <w:br/>
        <w:t>vt 0.510310 0.105267</w:t>
        <w:br/>
        <w:t>vt 0.494335 0.090066</w:t>
        <w:br/>
        <w:t>vt 0.472574 0.147636</w:t>
        <w:br/>
        <w:t>vt 0.472137 0.132483</w:t>
        <w:br/>
        <w:t>vt 0.471551 0.118130</w:t>
        <w:br/>
        <w:t>vt 0.474492 0.103997</w:t>
        <w:br/>
        <w:t>vt 0.477242 0.089301</w:t>
        <w:br/>
        <w:t>vt 0.477483 0.075119</w:t>
        <w:br/>
        <w:t>vt 0.493566 0.076444</w:t>
        <w:br/>
        <w:t>vt 0.514569 0.077951</w:t>
        <w:br/>
        <w:t>vt 0.518607 0.078257</w:t>
        <w:br/>
        <w:t>vt 0.518636 0.071298</w:t>
        <w:br/>
        <w:t>vt 0.493186 0.061500</w:t>
        <w:br/>
        <w:t>vt 0.505641 0.062071</w:t>
        <w:br/>
        <w:t>vt 0.477336 0.061207</w:t>
        <w:br/>
        <w:t>vt 0.477386 0.047642</w:t>
        <w:br/>
        <w:t>vt 0.493467 0.045520</w:t>
        <w:br/>
        <w:t>vt 0.504779 0.044789</w:t>
        <w:br/>
        <w:t>vt 0.515097 0.057220</w:t>
        <w:br/>
        <w:t>vt 0.517694 0.064085</w:t>
        <w:br/>
        <w:t>vt 0.501321 0.030485</w:t>
        <w:br/>
        <w:t>vt 0.502304 0.039602</w:t>
        <w:br/>
        <w:t>vt 0.493462 0.030695</w:t>
        <w:br/>
        <w:t>vt 0.477901 0.033499</w:t>
        <w:br/>
        <w:t>vt 0.479883 0.019216</w:t>
        <w:br/>
        <w:t>vt 0.489643 0.020686</w:t>
        <w:br/>
        <w:t>vt 0.499796 0.026226</w:t>
        <w:br/>
        <w:t>vt 0.492819 0.015249</w:t>
        <w:br/>
        <w:t>vt 0.496898 0.021838</w:t>
        <w:br/>
        <w:t>vt 0.474476 0.162501</w:t>
        <w:br/>
        <w:t>vt 0.461528 0.148436</w:t>
        <w:br/>
        <w:t>vt 0.472574 0.147636</w:t>
        <w:br/>
        <w:t>vt 0.477168 0.162398</w:t>
        <w:br/>
        <w:t>vt 0.471551 0.118130</w:t>
        <w:br/>
        <w:t>vt 0.511088 0.050424</w:t>
        <w:br/>
        <w:t>vt 0.565425 0.213535</w:t>
        <w:br/>
        <w:t>vt 0.583805 0.211786</w:t>
        <w:br/>
        <w:t>vt 0.564716 0.196597</w:t>
        <w:br/>
        <w:t>vt 0.583130 0.193680</w:t>
        <w:br/>
        <w:t>vt 0.305192 0.831072</w:t>
        <w:br/>
        <w:t>vt 0.307109 0.820527</w:t>
        <w:br/>
        <w:t>vt 0.317987 0.821637</w:t>
        <w:br/>
        <w:t>vt 0.315765 0.832169</w:t>
        <w:br/>
        <w:t>vt 0.295130 0.830127</w:t>
        <w:br/>
        <w:t>vt 0.296913 0.819510</w:t>
        <w:br/>
        <w:t>vt 0.320642 0.810503</w:t>
        <w:br/>
        <w:t>vt 0.330851 0.811903</w:t>
        <w:br/>
        <w:t>vt 0.327957 0.822937</w:t>
        <w:br/>
        <w:t>vt 0.341108 0.813665</w:t>
        <w:br/>
        <w:t>vt 0.337930 0.824495</w:t>
        <w:br/>
        <w:t>vt 0.325588 0.833378</w:t>
        <w:br/>
        <w:t>vt 0.335492 0.834760</w:t>
        <w:br/>
        <w:t>vt 0.127301 0.811787</w:t>
        <w:br/>
        <w:t>vt 0.137806 0.809891</w:t>
        <w:br/>
        <w:t>vt 0.140121 0.821211</w:t>
        <w:br/>
        <w:t>vt 0.129972 0.822678</w:t>
        <w:br/>
        <w:t>vt 0.141970 0.831892</w:t>
        <w:br/>
        <w:t>vt 0.132044 0.833010</w:t>
        <w:br/>
        <w:t>vt 0.351896 0.760102</w:t>
        <w:br/>
        <w:t>vt 0.364076 0.763102</w:t>
        <w:br/>
        <w:t>vt 0.348939 0.792250</w:t>
        <w:br/>
        <w:t>vt 0.337960 0.789386</w:t>
        <w:br/>
        <w:t>vt 0.132350 0.787692</w:t>
        <w:br/>
        <w:t>vt 0.120492 0.790000</w:t>
        <w:br/>
        <w:t>vt 0.110231 0.759632</w:t>
        <w:br/>
        <w:t>vt 0.122528 0.757086</w:t>
        <w:br/>
        <w:t>vt 0.310614 0.809555</w:t>
        <w:br/>
        <w:t>vt 0.160591 0.819093</w:t>
        <w:br/>
        <w:t>vt 0.170584 0.818385</w:t>
        <w:br/>
        <w:t>vt 0.171598 0.829341</w:t>
        <w:br/>
        <w:t>vt 0.161899 0.830058</w:t>
        <w:br/>
        <w:t>vt 0.150403 0.820029</w:t>
        <w:br/>
        <w:t>vt 0.151915 0.830914</w:t>
        <w:br/>
        <w:t>vt 0.181604 0.828754</w:t>
        <w:br/>
        <w:t>vt 0.182101 0.817671</w:t>
        <w:br/>
        <w:t>vt 0.148907 0.808470</w:t>
        <w:br/>
        <w:t>vt 0.273805 0.882864</w:t>
        <w:br/>
        <w:t>vt 0.272206 0.859110</w:t>
        <w:br/>
        <w:t>vt 0.281960 0.859816</w:t>
        <w:br/>
        <w:t>vt 0.283705 0.883352</w:t>
        <w:br/>
        <w:t>vt 0.264596 0.883649</w:t>
        <w:br/>
        <w:t>vt 0.262372 0.860611</w:t>
        <w:br/>
        <w:t>vt 0.222420 0.873160</w:t>
        <w:br/>
        <w:t>vt 0.212541 0.858256</w:t>
        <w:br/>
        <w:t>vt 0.220850 0.859256</w:t>
        <w:br/>
        <w:t>vt 0.214293 0.882233</w:t>
        <w:br/>
        <w:t>vt 0.204366 0.882645</w:t>
        <w:br/>
        <w:t>vt 0.202536 0.858711</w:t>
        <w:br/>
        <w:t>vt 0.194529 0.883035</w:t>
        <w:br/>
        <w:t>vt 0.192705 0.859345</w:t>
        <w:br/>
        <w:t>vt 0.185017 0.883415</w:t>
        <w:br/>
        <w:t>vt 0.182992 0.860047</w:t>
        <w:br/>
        <w:t>vt 0.175451 0.883972</w:t>
        <w:br/>
        <w:t>vt 0.173272 0.860798</w:t>
        <w:br/>
        <w:t>vt 0.166079 0.884344</w:t>
        <w:br/>
        <w:t>vt 0.163659 0.861673</w:t>
        <w:br/>
        <w:t>vt 0.157810 0.884298</w:t>
        <w:br/>
        <w:t>vt 0.154145 0.862636</w:t>
        <w:br/>
        <w:t>vt 0.320404 0.863975</w:t>
        <w:br/>
        <w:t>vt 0.319582 0.885252</w:t>
        <w:br/>
        <w:t>vt 0.310737 0.884705</w:t>
        <w:br/>
        <w:t>vt 0.310993 0.862797</w:t>
        <w:br/>
        <w:t>vt 0.329957 0.864973</w:t>
        <w:br/>
        <w:t>vt 0.329892 0.885694</w:t>
        <w:br/>
        <w:t>vt 0.137255 0.885120</w:t>
        <w:br/>
        <w:t>vt 0.135231 0.863891</w:t>
        <w:br/>
        <w:t>vt 0.144758 0.863426</w:t>
        <w:br/>
        <w:t>vt 0.147390 0.884858</w:t>
        <w:br/>
        <w:t>vt 0.291652 0.860617</w:t>
        <w:br/>
        <w:t>vt 0.292824 0.883913</w:t>
        <w:br/>
        <w:t>vt 0.301483 0.861618</w:t>
        <w:br/>
        <w:t>vt 0.301757 0.884212</w:t>
        <w:br/>
        <w:t>vt 0.237207 0.901008</w:t>
        <w:br/>
        <w:t>vt 0.236327 0.906473</w:t>
        <w:br/>
        <w:t>vt 0.224977 0.906473</w:t>
        <w:br/>
        <w:t>vt 0.220850 0.859256</w:t>
        <w:br/>
        <w:t>vt 0.227588 0.863967</w:t>
        <w:br/>
        <w:t>vt 0.257048 0.884508</w:t>
        <w:br/>
        <w:t>vt 0.259806 0.906473</w:t>
        <w:br/>
        <w:t>vt 0.246857 0.906473</w:t>
        <w:br/>
        <w:t>vt 0.251274 0.873494</w:t>
        <w:br/>
        <w:t>vt 0.320713 0.785694</w:t>
        <w:br/>
        <w:t>vt 0.314928 0.797267</w:t>
        <w:br/>
        <w:t>vt 0.318928 0.785280</w:t>
        <w:br/>
        <w:t>vt 0.212156 0.850875</w:t>
        <w:br/>
        <w:t>vt 0.198902 0.839013</w:t>
        <w:br/>
        <w:t>vt 0.193193 0.828381</w:t>
        <w:br/>
        <w:t>vt 0.182101 0.817671</w:t>
        <w:br/>
        <w:t>vt 0.177961 0.806654</w:t>
        <w:br/>
        <w:t>vt 0.170701 0.800036</w:t>
        <w:br/>
        <w:t>vt 0.161079 0.794727</w:t>
        <w:br/>
        <w:t>vt 0.156549 0.783993</w:t>
        <w:br/>
        <w:t>vt 0.146867 0.767704</w:t>
        <w:br/>
        <w:t>vt 0.132169 0.755272</w:t>
        <w:br/>
        <w:t>vt 0.120247 0.750110</w:t>
        <w:br/>
        <w:t>vt 0.106953 0.747704</w:t>
        <w:br/>
        <w:t>vt 0.369205 0.751349</w:t>
        <w:br/>
        <w:t>vt 0.354176 0.754337</w:t>
        <w:br/>
        <w:t>vt 0.342402 0.760023</w:t>
        <w:br/>
        <w:t>vt 0.326641 0.771646</w:t>
        <w:br/>
        <w:t>vt 0.328327 0.772521</w:t>
        <w:br/>
        <w:t>vt 0.306058 0.801410</w:t>
        <w:br/>
        <w:t>vt 0.298908 0.808762</w:t>
        <w:br/>
        <w:t>vt 0.305120 0.799801</w:t>
        <w:br/>
        <w:t>vt 0.293208 0.819110</w:t>
        <w:br/>
        <w:t>vt 0.284664 0.822812</w:t>
        <w:br/>
        <w:t>vt 0.279877 0.829024</w:t>
        <w:br/>
        <w:t>vt 0.262842 0.854065</w:t>
        <w:br/>
        <w:t>vt 0.275145 0.839579</w:t>
        <w:br/>
        <w:t>vt 0.256126 0.862469</w:t>
        <w:br/>
        <w:t>vt 0.193193 0.828381</w:t>
        <w:br/>
        <w:t>vt 0.177961 0.806654</w:t>
        <w:br/>
        <w:t>vt 0.170008 0.806941</w:t>
        <w:br/>
        <w:t>vt 0.159712 0.807485</w:t>
        <w:br/>
        <w:t>vt 0.146325 0.785475</w:t>
        <w:br/>
        <w:t>vt 0.354176 0.754337</w:t>
        <w:br/>
        <w:t>vt 0.327451 0.787041</w:t>
        <w:br/>
        <w:t>vt 0.298908 0.808762</w:t>
        <w:br/>
        <w:t>vt 0.293208 0.819110</w:t>
        <w:br/>
        <w:t>vt 0.289925 0.829745</w:t>
        <w:br/>
        <w:t>vt 0.275145 0.839579</w:t>
        <w:br/>
        <w:t>vt 0.248647 0.868862</w:t>
        <w:br/>
        <w:t>vt 0.192719 0.839241</w:t>
        <w:br/>
        <w:t>vt 0.280387 0.839796</w:t>
        <w:br/>
        <w:t>vt 0.248902 0.866135</w:t>
        <w:br/>
        <w:t>vt 0.213899 0.906473</w:t>
        <w:br/>
        <w:t>vt 0.182335 0.839580</w:t>
        <w:br/>
        <w:t>vt 0.172441 0.840044</w:t>
        <w:br/>
        <w:t>vt 0.162805 0.840629</w:t>
        <w:br/>
        <w:t>vt 0.153005 0.841305</w:t>
        <w:br/>
        <w:t>vt 0.143260 0.842046</w:t>
        <w:br/>
        <w:t>vt 0.133468 0.842854</w:t>
        <w:br/>
        <w:t>vt 0.333425 0.844464</w:t>
        <w:br/>
        <w:t>vt 0.323639 0.843297</w:t>
        <w:br/>
        <w:t>vt 0.313920 0.842247</w:t>
        <w:br/>
        <w:t>vt 0.303674 0.841330</w:t>
        <w:br/>
        <w:t>vt 0.293718 0.840578</w:t>
        <w:br/>
        <w:t>vt 0.286899 0.840162</w:t>
        <w:br/>
        <w:t>vt 0.306058 0.801410</w:t>
        <w:br/>
        <w:t>vt 0.311890 0.906473</w:t>
        <w:br/>
        <w:t>vt 0.304004 0.906473</w:t>
        <w:br/>
        <w:t>vt 0.296376 0.906473</w:t>
        <w:br/>
        <w:t>vt 0.288286 0.906473</w:t>
        <w:br/>
        <w:t>vt 0.278339 0.906473</w:t>
        <w:br/>
        <w:t>vt 0.269242 0.906473</w:t>
        <w:br/>
        <w:t>vt 0.203774 0.906473</w:t>
        <w:br/>
        <w:t>vt 0.194068 0.906473</w:t>
        <w:br/>
        <w:t>vt 0.184964 0.906473</w:t>
        <w:br/>
        <w:t>vt 0.175905 0.906473</w:t>
        <w:br/>
        <w:t>vt 0.167349 0.906473</w:t>
        <w:br/>
        <w:t>vt 0.160283 0.906473</w:t>
        <w:br/>
        <w:t>vt 0.148890 0.906473</w:t>
        <w:br/>
        <w:t>vt 0.138582 0.906473</w:t>
        <w:br/>
        <w:t>vt 0.319645 0.906473</w:t>
        <w:br/>
        <w:t>vt 0.329864 0.906473</w:t>
        <w:br/>
        <w:t>vt 0.232901 0.253997</w:t>
        <w:br/>
        <w:t>vt 0.232868 0.288913</w:t>
        <w:br/>
        <w:t>vt 0.211891 0.286420</w:t>
        <w:br/>
        <w:t>vt 0.212650 0.250855</w:t>
        <w:br/>
        <w:t>vt 0.284776 0.397095</w:t>
        <w:br/>
        <w:t>vt 0.283536 0.431873</w:t>
        <w:br/>
        <w:t>vt 0.266322 0.430640</w:t>
        <w:br/>
        <w:t>vt 0.267982 0.396606</w:t>
        <w:br/>
        <w:t>vt 0.252669 0.256920</w:t>
        <w:br/>
        <w:t>vt 0.252819 0.290975</w:t>
        <w:br/>
        <w:t>vt 0.140048 0.219361</w:t>
        <w:br/>
        <w:t>vt 0.140318 0.254394</w:t>
        <w:br/>
        <w:t>vt 0.125595 0.252727</w:t>
        <w:br/>
        <w:t>vt 0.124869 0.217320</w:t>
        <w:br/>
        <w:t>vt 0.159274 0.212021</w:t>
        <w:br/>
        <w:t>vt 0.159274 0.178328</w:t>
        <w:br/>
        <w:t>vt 0.179424 0.178660</w:t>
        <w:br/>
        <w:t>vt 0.179172 0.212215</w:t>
        <w:br/>
        <w:t>vt 0.259266 0.190131</w:t>
        <w:br/>
        <w:t>vt 0.255573 0.222621</w:t>
        <w:br/>
        <w:t>vt 0.235542 0.219261</w:t>
        <w:br/>
        <w:t>vt 0.238695 0.186486</w:t>
        <w:br/>
        <w:t>vt 0.140107 0.289962</w:t>
        <w:br/>
        <w:t>vt 0.139647 0.323405</w:t>
        <w:br/>
        <w:t>vt 0.124489 0.322306</w:t>
        <w:br/>
        <w:t>vt 0.125336 0.288615</w:t>
        <w:br/>
        <w:t>vt 0.275497 0.499413</w:t>
        <w:br/>
        <w:t>vt 0.255943 0.496677</w:t>
        <w:br/>
        <w:t>vt 0.262282 0.463922</w:t>
        <w:br/>
        <w:t>vt 0.280431 0.465733</w:t>
        <w:br/>
        <w:t>vt 0.215414 0.215888</w:t>
        <w:br/>
        <w:t>vt 0.217836 0.182886</w:t>
        <w:br/>
        <w:t>vt 0.159274 0.147194</w:t>
        <w:br/>
        <w:t>vt 0.159274 0.118516</w:t>
        <w:br/>
        <w:t>vt 0.180175 0.119578</w:t>
        <w:br/>
        <w:t>vt 0.179795 0.148518</w:t>
        <w:br/>
        <w:t>vt 0.243329 0.556092</w:t>
        <w:br/>
        <w:t>vt 0.249172 0.527319</w:t>
        <w:br/>
        <w:t>vt 0.269304 0.531254</w:t>
        <w:br/>
        <w:t>vt 0.263808 0.559944</w:t>
        <w:br/>
        <w:t>vt 0.309281 0.535746</w:t>
        <w:br/>
        <w:t>vt 0.312964 0.536008</w:t>
        <w:br/>
        <w:t>vt 0.312964 0.566043</w:t>
        <w:br/>
        <w:t>vt 0.303630 0.565122</w:t>
        <w:br/>
        <w:t>vt 0.005731 0.499470</w:t>
        <w:br/>
        <w:t>vt 0.011520 0.498211</w:t>
        <w:br/>
        <w:t>vt 0.016010 0.527116</w:t>
        <w:br/>
        <w:t>vt 0.005731 0.529788</w:t>
        <w:br/>
        <w:t>vt 0.123889 0.376828</w:t>
        <w:br/>
        <w:t>vt 0.124280 0.351203</w:t>
        <w:br/>
        <w:t>vt 0.139525 0.351798</w:t>
        <w:br/>
        <w:t>vt 0.139361 0.377032</w:t>
        <w:br/>
        <w:t>vt 0.245839 0.133185</w:t>
        <w:br/>
        <w:t>vt 0.242086 0.158399</w:t>
        <w:br/>
        <w:t>vt 0.221140 0.154458</w:t>
        <w:br/>
        <w:t>vt 0.224777 0.128415</w:t>
        <w:br/>
        <w:t>vt 0.265688 0.136975</w:t>
        <w:br/>
        <w:t>vt 0.262441 0.162197</w:t>
        <w:br/>
        <w:t>vt 0.034473 0.522149</w:t>
        <w:br/>
        <w:t>vt 0.030442 0.494245</w:t>
        <w:br/>
        <w:t>vt 0.234404 0.307399</w:t>
        <w:br/>
        <w:t>vt 0.236467 0.325871</w:t>
        <w:br/>
        <w:t>vt 0.213491 0.323542</w:t>
        <w:br/>
        <w:t>vt 0.212520 0.304997</w:t>
        <w:br/>
        <w:t>vt 0.284995 0.378764</w:t>
        <w:br/>
        <w:t>vt 0.268232 0.378994</w:t>
        <w:br/>
        <w:t>vt 0.267761 0.361419</w:t>
        <w:br/>
        <w:t>vt 0.284632 0.360466</w:t>
        <w:br/>
        <w:t>vt 0.256069 0.309102</w:t>
        <w:br/>
        <w:t>vt 0.259877 0.327381</w:t>
        <w:br/>
        <w:t>vt 0.239598 0.351835</w:t>
        <w:br/>
        <w:t>vt 0.241166 0.364881</w:t>
        <w:br/>
        <w:t>vt 0.215245 0.362644</w:t>
        <w:br/>
        <w:t>vt 0.214665 0.349663</w:t>
        <w:br/>
        <w:t>vt 0.281638 0.322543</w:t>
        <w:br/>
        <w:t>vt 0.282757 0.335327</w:t>
        <w:br/>
        <w:t>vt 0.265336 0.336740</w:t>
        <w:br/>
        <w:t>vt 0.263844 0.323812</w:t>
        <w:br/>
        <w:t>vt 0.262957 0.353122</w:t>
        <w:br/>
        <w:t>vt 0.264538 0.366153</w:t>
        <w:br/>
        <w:t>vt 0.128781 0.138272</w:t>
        <w:br/>
        <w:t>vt 0.132376 0.151854</w:t>
        <w:br/>
        <w:t>vt 0.110848 0.152779</w:t>
        <w:br/>
        <w:t>vt 0.105883 0.140080</w:t>
        <w:br/>
        <w:t>vt 0.061693 0.288517</w:t>
        <w:br/>
        <w:t>vt 0.043963 0.288060</w:t>
        <w:br/>
        <w:t>vt 0.044904 0.274864</w:t>
        <w:br/>
        <w:t>vt 0.063234 0.274637</w:t>
        <w:br/>
        <w:t>vt 0.235836 0.382873</w:t>
        <w:br/>
        <w:t>vt 0.297192 0.282945</w:t>
        <w:br/>
        <w:t>vt 0.284283 0.303572</w:t>
        <w:br/>
        <w:t>vt 0.282639 0.282877</w:t>
        <w:br/>
        <w:t>vt 0.154788 0.098599</w:t>
        <w:br/>
        <w:t>vt 0.154788 0.117644</w:t>
        <w:br/>
        <w:t>vt 0.138575 0.119863</w:t>
        <w:br/>
        <w:t>vt 0.135424 0.099379</w:t>
        <w:br/>
        <w:t>vt 0.115663 0.101180</w:t>
        <w:br/>
        <w:t>vt 0.120441 0.121216</w:t>
        <w:br/>
        <w:t>vt 0.101823 0.123134</w:t>
        <w:br/>
        <w:t>vt 0.097393 0.103067</w:t>
        <w:br/>
        <w:t>vt 0.045916 0.257165</w:t>
        <w:br/>
        <w:t>vt 0.064641 0.256105</w:t>
        <w:br/>
        <w:t>vt 0.234896 0.404414</w:t>
        <w:br/>
        <w:t>vt 0.234506 0.426548</w:t>
        <w:br/>
        <w:t>vt 0.215561 0.424032</w:t>
        <w:br/>
        <w:t>vt 0.214064 0.401504</w:t>
        <w:br/>
        <w:t>vt 0.295784 0.262220</w:t>
        <w:br/>
        <w:t>vt 0.280342 0.260115</w:t>
        <w:br/>
        <w:t>vt 0.135705 0.078386</w:t>
        <w:br/>
        <w:t>vt 0.154788 0.078552</w:t>
        <w:br/>
        <w:t>vt 0.094995 0.081827</w:t>
        <w:br/>
        <w:t>vt 0.114841 0.080226</w:t>
        <w:br/>
        <w:t>vt 0.048538 0.214284</w:t>
        <w:br/>
        <w:t>vt 0.062363 0.210506</w:t>
        <w:br/>
        <w:t>vt 0.065707 0.234240</w:t>
        <w:br/>
        <w:t>vt 0.048783 0.236045</w:t>
        <w:br/>
        <w:t>vt 0.079527 0.105026</w:t>
        <w:br/>
        <w:t>vt 0.075933 0.082182</w:t>
        <w:br/>
        <w:t>vt 0.087979 0.142568</w:t>
        <w:br/>
        <w:t>vt 0.083533 0.125625</w:t>
        <w:br/>
        <w:t>vt 0.154788 0.137384</w:t>
        <w:br/>
        <w:t>vt 0.154788 0.153246</w:t>
        <w:br/>
        <w:t>vt 0.138924 0.200353</w:t>
        <w:br/>
        <w:t>vt 0.136564 0.180043</w:t>
        <w:br/>
        <w:t>vt 0.154788 0.182785</w:t>
        <w:br/>
        <w:t>vt 0.154788 0.203296</w:t>
        <w:br/>
        <w:t>vt 0.154788 0.222010</w:t>
        <w:br/>
        <w:t>vt 0.154788 0.256266</w:t>
        <w:br/>
        <w:t>vt 0.154788 0.291408</w:t>
        <w:br/>
        <w:t>vt 0.154788 0.324671</w:t>
        <w:br/>
        <w:t>vt 0.154788 0.352700</w:t>
        <w:br/>
        <w:t>vt 0.154788 0.377369</w:t>
        <w:br/>
        <w:t>vt 0.030462 0.237028</w:t>
        <w:br/>
        <w:t>vt 0.015041 0.238338</w:t>
        <w:br/>
        <w:t>vt 0.016922 0.215623</w:t>
        <w:br/>
        <w:t>vt 0.034006 0.216249</w:t>
        <w:br/>
        <w:t>vt 0.159274 0.246794</w:t>
        <w:br/>
        <w:t>vt 0.179344 0.247421</w:t>
        <w:br/>
        <w:t>vt 0.159274 0.282749</w:t>
        <w:br/>
        <w:t>vt 0.179058 0.283426</w:t>
        <w:br/>
        <w:t>vt 0.159274 0.320506</w:t>
        <w:br/>
        <w:t>vt 0.159274 0.301655</w:t>
        <w:br/>
        <w:t>vt 0.178897 0.302230</w:t>
        <w:br/>
        <w:t>vt 0.178819 0.320988</w:t>
        <w:br/>
        <w:t>vt 0.159274 0.358996</w:t>
        <w:br/>
        <w:t>vt 0.159274 0.346331</w:t>
        <w:br/>
        <w:t>vt 0.178191 0.346824</w:t>
        <w:br/>
        <w:t>vt 0.177886 0.359615</w:t>
        <w:br/>
        <w:t>vt 0.159274 0.397455</w:t>
        <w:br/>
        <w:t>vt 0.159274 0.377204</w:t>
        <w:br/>
        <w:t>vt 0.177770 0.378045</w:t>
        <w:br/>
        <w:t>vt 0.177597 0.398613</w:t>
        <w:br/>
        <w:t>vt 0.159274 0.424364</w:t>
        <w:br/>
        <w:t>vt 0.178562 0.423282</w:t>
        <w:br/>
        <w:t>vt 0.092964 0.155243</w:t>
        <w:br/>
        <w:t>vt 0.057993 0.517789</w:t>
        <w:br/>
        <w:t>vt 0.052982 0.490012</w:t>
        <w:br/>
        <w:t>vt 0.026534 0.462395</w:t>
        <w:br/>
        <w:t>vt 0.048495 0.459661</w:t>
        <w:br/>
        <w:t>vt 0.024310 0.428039</w:t>
        <w:br/>
        <w:t>vt 0.045076 0.426149</w:t>
        <w:br/>
        <w:t>vt 0.022734 0.392996</w:t>
        <w:br/>
        <w:t>vt 0.043279 0.390929</w:t>
        <w:br/>
        <w:t>vt 0.022364 0.356091</w:t>
        <w:br/>
        <w:t>vt 0.043613 0.355110</w:t>
        <w:br/>
        <w:t>vt 0.023658 0.334998</w:t>
        <w:br/>
        <w:t>vt 0.047619 0.335633</w:t>
        <w:br/>
        <w:t>vt 0.026330 0.288714</w:t>
        <w:br/>
        <w:t>vt 0.026806 0.276171</w:t>
        <w:br/>
        <w:t>vt 0.027320 0.258520</w:t>
        <w:br/>
        <w:t>vt 0.279417 0.218071</w:t>
        <w:br/>
        <w:t>vt 0.288128 0.221687</w:t>
        <w:br/>
        <w:t>vt 0.282571 0.241276</w:t>
        <w:br/>
        <w:t>vt 0.269754 0.236007</w:t>
        <w:br/>
        <w:t>vt 0.294642 0.222944</w:t>
        <w:br/>
        <w:t>vt 0.292220 0.244213</w:t>
        <w:br/>
        <w:t>vt 0.020336 0.167172</w:t>
        <w:br/>
        <w:t>vt 0.029659 0.168809</w:t>
        <w:br/>
        <w:t>vt 0.022910 0.195545</w:t>
        <w:br/>
        <w:t>vt 0.016355 0.195304</w:t>
        <w:br/>
        <w:t>vt 0.034685 0.197138</w:t>
        <w:br/>
        <w:t>vt 0.028786 0.195921</w:t>
        <w:br/>
        <w:t>vt 0.035738 0.173651</w:t>
        <w:br/>
        <w:t>vt 0.005731 0.195699</w:t>
        <w:br/>
        <w:t>vt 0.005731 0.177078</w:t>
        <w:br/>
        <w:t>vt 0.039637 0.174338</w:t>
        <w:br/>
        <w:t>vt 0.048751 0.170039</w:t>
        <w:br/>
        <w:t>vt 0.053615 0.192715</w:t>
        <w:br/>
        <w:t>vt 0.044869 0.196288</w:t>
        <w:br/>
        <w:t>vt 0.062036 0.188811</w:t>
        <w:br/>
        <w:t>vt 0.056561 0.165429</w:t>
        <w:br/>
        <w:t>vt 0.105522 0.038492</w:t>
        <w:br/>
        <w:t>vt 0.114962 0.060206</w:t>
        <w:br/>
        <w:t>vt 0.100551 0.061443</w:t>
        <w:br/>
        <w:t>vt 0.098004 0.039695</w:t>
        <w:br/>
        <w:t>vt 0.251228 0.454683</w:t>
        <w:br/>
        <w:t>vt 0.235080 0.460059</w:t>
        <w:br/>
        <w:t>vt 0.235321 0.445736</w:t>
        <w:br/>
        <w:t>vt 0.251887 0.448401</w:t>
        <w:br/>
        <w:t>vt 0.235080 0.460059</w:t>
        <w:br/>
        <w:t>vt 0.216031 0.469227</w:t>
        <w:br/>
        <w:t>vt 0.218653 0.444405</w:t>
        <w:br/>
        <w:t>vt 0.206045 0.460400</w:t>
        <w:br/>
        <w:t>vt 0.198631 0.462248</w:t>
        <w:br/>
        <w:t>vt 0.202670 0.443976</w:t>
        <w:br/>
        <w:t>vt 0.184873 0.441079</w:t>
        <w:br/>
        <w:t>vt 0.173310 0.441485</w:t>
        <w:br/>
        <w:t>vt 0.198830 0.477474</w:t>
        <w:br/>
        <w:t>vt 0.202112 0.480437</w:t>
        <w:br/>
        <w:t>vt 0.020336 0.167172</w:t>
        <w:br/>
        <w:t>vt 0.035755 0.157715</w:t>
        <w:br/>
        <w:t>vt 0.040539 0.153046</w:t>
        <w:br/>
        <w:t>vt 0.048034 0.152517</w:t>
        <w:br/>
        <w:t>vt 0.300874 0.222061</w:t>
        <w:br/>
        <w:t>vt 0.296823 0.196700</w:t>
        <w:br/>
        <w:t>vt 0.312964 0.221323</w:t>
        <w:br/>
        <w:t>vt 0.296823 0.196700</w:t>
        <w:br/>
        <w:t>vt 0.216031 0.469227</w:t>
        <w:br/>
        <w:t>vt 0.202112 0.480437</w:t>
        <w:br/>
        <w:t>vt 0.208213 0.089371</w:t>
        <w:br/>
        <w:t>vt 0.205914 0.105270</w:t>
        <w:br/>
        <w:t>vt 0.182876 0.100399</w:t>
        <w:br/>
        <w:t>vt 0.186202 0.082485</w:t>
        <w:br/>
        <w:t>vt 0.159274 0.096758</w:t>
        <w:br/>
        <w:t>vt 0.258714 0.585582</w:t>
        <w:br/>
        <w:t>vt 0.238736 0.579213</w:t>
        <w:br/>
        <w:t>vt 0.064476 0.553299</w:t>
        <w:br/>
        <w:t>vt 0.039773 0.566920</w:t>
        <w:br/>
        <w:t>vt 0.037975 0.545508</w:t>
        <w:br/>
        <w:t>vt 0.061954 0.537638</w:t>
        <w:br/>
        <w:t>vt 0.138756 0.406550</w:t>
        <w:br/>
        <w:t>vt 0.122617 0.409148</w:t>
        <w:br/>
        <w:t>vt 0.123153 0.394342</w:t>
        <w:br/>
        <w:t>vt 0.138966 0.392807</w:t>
        <w:br/>
        <w:t>vt 0.228032 0.111498</w:t>
        <w:br/>
        <w:t>vt 0.230983 0.098285</w:t>
        <w:br/>
        <w:t>vt 0.251816 0.104802</w:t>
        <w:br/>
        <w:t>vt 0.248805 0.116977</w:t>
        <w:br/>
        <w:t>vt 0.268529 0.122060</w:t>
        <w:br/>
        <w:t>vt 0.272314 0.110194</w:t>
        <w:br/>
        <w:t>vt 0.126992 0.459598</w:t>
        <w:br/>
        <w:t>vt 0.121847 0.457886</w:t>
        <w:br/>
        <w:t>vt 0.127913 0.444594</w:t>
        <w:br/>
        <w:t>vt 0.132078 0.446499</w:t>
        <w:br/>
        <w:t>vt 0.139522 0.430925</w:t>
        <w:br/>
        <w:t>vt 0.141874 0.431355</w:t>
        <w:br/>
        <w:t>vt 0.198324 0.058065</w:t>
        <w:br/>
        <w:t>vt 0.210334 0.043407</w:t>
        <w:br/>
        <w:t>vt 0.217547 0.064628</w:t>
        <w:br/>
        <w:t>vt 0.207683 0.070451</w:t>
        <w:br/>
        <w:t>vt 0.277063 0.093984</w:t>
        <w:br/>
        <w:t>vt 0.280332 0.096973</w:t>
        <w:br/>
        <w:t>vt 0.255586 0.093379</w:t>
        <w:br/>
        <w:t>vt 0.254446 0.091814</w:t>
        <w:br/>
        <w:t>vt 0.233623 0.085767</w:t>
        <w:br/>
        <w:t>vt 0.234584 0.082569</w:t>
        <w:br/>
        <w:t>vt 0.154788 0.419114</w:t>
        <w:br/>
        <w:t>vt 0.154788 0.419555</w:t>
        <w:br/>
        <w:t>vt 0.276168 0.102930</w:t>
        <w:br/>
        <w:t>vt 0.254302 0.097084</w:t>
        <w:br/>
        <w:t>vt 0.232554 0.091071</w:t>
        <w:br/>
        <w:t>vt 0.187952 0.066786</w:t>
        <w:br/>
        <w:t>vt 0.208893 0.077446</w:t>
        <w:br/>
        <w:t>vt 0.124929 0.431329</w:t>
        <w:br/>
        <w:t>vt 0.117946 0.442518</w:t>
        <w:br/>
        <w:t>vt 0.136506 0.416596</w:t>
        <w:br/>
        <w:t>vt 0.113074 0.455569</w:t>
        <w:br/>
        <w:t>vt 0.117537 0.419157</w:t>
        <w:br/>
        <w:t>vt 0.111020 0.430993</w:t>
        <w:br/>
        <w:t>vt 0.107773 0.441319</w:t>
        <w:br/>
        <w:t>vt 0.066337 0.566691</w:t>
        <w:br/>
        <w:t>vt 0.053613 0.574422</w:t>
        <w:br/>
        <w:t>vt 0.181296 0.013900</w:t>
        <w:br/>
        <w:t>vt 0.190152 0.010782</w:t>
        <w:br/>
        <w:t>vt 0.192739 0.019033</w:t>
        <w:br/>
        <w:t>vt 0.183983 0.022350</w:t>
        <w:br/>
        <w:t>vt 0.179140 0.047441</w:t>
        <w:br/>
        <w:t>vt 0.185126 0.035576</w:t>
        <w:br/>
        <w:t>vt 0.197222 0.033624</w:t>
        <w:br/>
        <w:t>vt 0.122970 0.472300</w:t>
        <w:br/>
        <w:t>vt 0.117450 0.471178</w:t>
        <w:br/>
        <w:t>vt 0.202199 0.123398</w:t>
        <w:br/>
        <w:t>vt 0.104266 0.453453</w:t>
        <w:br/>
        <w:t>vt 0.090278 0.450009</w:t>
        <w:br/>
        <w:t>vt 0.094062 0.439410</w:t>
        <w:br/>
        <w:t>vt 0.109064 0.469722</w:t>
        <w:br/>
        <w:t>vt 0.100704 0.467972</w:t>
        <w:br/>
        <w:t>vt 0.085487 0.464301</w:t>
        <w:br/>
        <w:t>vt 0.097285 0.430432</w:t>
        <w:br/>
        <w:t>vt 0.100008 0.421436</w:t>
        <w:br/>
        <w:t>vt 0.154788 0.411662</w:t>
        <w:br/>
        <w:t>vt 0.154788 0.391739</w:t>
        <w:br/>
        <w:t>vt 0.154788 0.403653</w:t>
        <w:br/>
        <w:t>vt 0.005731 0.555131</w:t>
        <w:br/>
        <w:t>vt 0.019905 0.550978</w:t>
        <w:br/>
        <w:t>vt 0.021270 0.559301</w:t>
        <w:br/>
        <w:t>vt 0.059895 0.579457</w:t>
        <w:br/>
        <w:t>vt 0.067819 0.574967</w:t>
        <w:br/>
        <w:t>vt 0.070129 0.586621</w:t>
        <w:br/>
        <w:t>vt 0.172528 0.016858</w:t>
        <w:br/>
        <w:t>vt 0.169199 0.063588</w:t>
        <w:br/>
        <w:t>vt 0.159274 0.075387</w:t>
        <w:br/>
        <w:t>vt 0.256378 0.595445</w:t>
        <w:br/>
        <w:t>vt 0.234738 0.604345</w:t>
        <w:br/>
        <w:t>vt 0.277967 0.587885</w:t>
        <w:br/>
        <w:t>vt 0.283889 0.563004</w:t>
        <w:br/>
        <w:t>vt 0.299693 0.584832</w:t>
        <w:br/>
        <w:t>vt 0.102964 0.479348</w:t>
        <w:br/>
        <w:t>vt 0.111375 0.481699</w:t>
        <w:br/>
        <w:t>vt 0.118726 0.484228</w:t>
        <w:br/>
        <w:t>vt 0.312964 0.242016</w:t>
        <w:br/>
        <w:t>vt 0.301766 0.244475</w:t>
        <w:br/>
        <w:t>vt 0.312965 0.260926</w:t>
        <w:br/>
        <w:t>vt 0.312964 0.282211</w:t>
        <w:br/>
        <w:t>vt 0.298425 0.303060</w:t>
        <w:br/>
        <w:t>vt 0.312964 0.302436</w:t>
        <w:br/>
        <w:t>vt 0.088854 0.062260</w:t>
        <w:br/>
        <w:t>vt 0.136484 0.058548</w:t>
        <w:br/>
        <w:t>vt 0.185910 0.458693</w:t>
        <w:br/>
        <w:t>vt 0.263762 0.252735</w:t>
        <w:br/>
        <w:t>vt 0.191910 0.459854</w:t>
        <w:br/>
        <w:t>vt 0.196045 0.473520</w:t>
        <w:br/>
        <w:t>vt 0.197385 0.422381</w:t>
        <w:br/>
        <w:t>vt 0.063850 0.129683</w:t>
        <w:br/>
        <w:t>vt 0.059990 0.107364</w:t>
        <w:br/>
        <w:t>vt 0.083814 0.038565</w:t>
        <w:br/>
        <w:t>vt 0.077203 0.062071</w:t>
        <w:br/>
        <w:t>vt 0.062763 0.068470</w:t>
        <w:br/>
        <w:t>vt 0.090163 0.037511</w:t>
        <w:br/>
        <w:t>vt 0.094079 0.015622</w:t>
        <w:br/>
        <w:t>vt 0.114731 0.036934</w:t>
        <w:br/>
        <w:t>vt 0.122977 0.198294</w:t>
        <w:br/>
        <w:t>vt 0.035755 0.157715</w:t>
        <w:br/>
        <w:t>vt 0.040539 0.153046</w:t>
        <w:br/>
        <w:t>vt 0.005731 0.216307</w:t>
        <w:br/>
        <w:t>vt 0.005731 0.238528</w:t>
        <w:br/>
        <w:t>vt 0.005731 0.260763</w:t>
        <w:br/>
        <w:t>vt 0.029659 0.168809</w:t>
        <w:br/>
        <w:t>vt 0.179932 0.041985</w:t>
        <w:br/>
        <w:t>vt 0.154788 0.058834</w:t>
        <w:br/>
        <w:t>vt 0.133246 0.042968</w:t>
        <w:br/>
        <w:t>vt 0.154788 0.051002</w:t>
        <w:br/>
        <w:t>vt 0.099521 0.028019</w:t>
        <w:br/>
        <w:t>vt 0.099521 0.028019</w:t>
        <w:br/>
        <w:t>vt 0.098004 0.039695</w:t>
        <w:br/>
        <w:t>vt 0.094079 0.015622</w:t>
        <w:br/>
        <w:t>vt 0.101388 0.018726</w:t>
        <w:br/>
        <w:t>vt 0.253718 0.428936</w:t>
        <w:br/>
        <w:t>vt 0.256120 0.406725</w:t>
        <w:br/>
        <w:t>vt 0.256959 0.384408</w:t>
        <w:br/>
        <w:t>vt 0.312965 0.208582</w:t>
        <w:br/>
        <w:t>vt 0.199890 0.485964</w:t>
        <w:br/>
        <w:t>vt 0.194221 0.473869</w:t>
        <w:br/>
        <w:t>vt 0.182730 0.460513</w:t>
        <w:br/>
        <w:t>vt 0.296823 0.196700</w:t>
        <w:br/>
        <w:t>vt 0.279417 0.218071</w:t>
        <w:br/>
        <w:t>vt 0.278395 0.215011</w:t>
        <w:br/>
        <w:t>vt 0.293913 0.192789</w:t>
        <w:br/>
        <w:t>vt 0.268051 0.233880</w:t>
        <w:br/>
        <w:t>vt 0.269754 0.236007</w:t>
        <w:br/>
        <w:t>vt 0.263762 0.252735</w:t>
        <w:br/>
        <w:t>vt 0.261139 0.246414</w:t>
        <w:br/>
        <w:t>vt 0.173310 0.441485</w:t>
        <w:br/>
        <w:t>vt 0.170502 0.445523</w:t>
        <w:br/>
        <w:t>vt 0.159274 0.431474</w:t>
        <w:br/>
        <w:t>vt 0.159274 0.424364</w:t>
        <w:br/>
        <w:t>vt 0.042698 0.142474</w:t>
        <w:br/>
        <w:t>vt 0.048034 0.152517</w:t>
        <w:br/>
        <w:t>vt 0.049443 0.148921</w:t>
        <w:br/>
        <w:t>vt 0.058876 0.163594</w:t>
        <w:br/>
        <w:t>vt 0.056561 0.165429</w:t>
        <w:br/>
        <w:t>vt 0.083814 0.038565</w:t>
        <w:br/>
        <w:t>vt 0.061415 0.063192</w:t>
        <w:br/>
        <w:t>vt 0.079218 0.030459</w:t>
        <w:br/>
        <w:t>vt 0.092219 0.012440</w:t>
        <w:br/>
        <w:t>vt 0.214807 0.380898</w:t>
        <w:br/>
        <w:t>vt 0.069871 0.147389</w:t>
        <w:br/>
        <w:t>vt 0.005731 0.465899</w:t>
        <w:br/>
        <w:t>vt 0.005731 0.430925</w:t>
        <w:br/>
        <w:t>vt 0.005731 0.395150</w:t>
        <w:br/>
        <w:t>vt 0.005731 0.358682</w:t>
        <w:br/>
        <w:t>vt 0.005731 0.336685</w:t>
        <w:br/>
        <w:t>vt 0.005731 0.315410</w:t>
        <w:br/>
        <w:t>vt 0.024893 0.314358</w:t>
        <w:br/>
        <w:t>vt 0.005731 0.290830</w:t>
        <w:br/>
        <w:t>vt 0.005731 0.278775</w:t>
        <w:br/>
        <w:t>vt 0.175279 0.025962</w:t>
        <w:br/>
        <w:t>vt 0.179932 0.041985</w:t>
        <w:br/>
        <w:t>vt 0.199048 0.007524</w:t>
        <w:br/>
        <w:t>vt 0.201495 0.015659</w:t>
        <w:br/>
        <w:t>vt 0.206155 0.029967</w:t>
        <w:br/>
        <w:t>vt 0.237997 0.338835</w:t>
        <w:br/>
        <w:t>vt 0.214052 0.336631</w:t>
        <w:br/>
        <w:t>vt 0.261375 0.340194</w:t>
        <w:br/>
        <w:t>vt 0.134955 0.166067</w:t>
        <w:br/>
        <w:t>vt 0.154788 0.168083</w:t>
        <w:br/>
        <w:t>vt 0.115337 0.165886</w:t>
        <w:br/>
        <w:t>vt 0.097796 0.168018</w:t>
        <w:br/>
        <w:t>vt 0.059635 0.302370</w:t>
        <w:br/>
        <w:t>vt 0.042693 0.301364</w:t>
        <w:br/>
        <w:t>vt 0.025677 0.301462</w:t>
        <w:br/>
        <w:t>vt 0.005731 0.303068</w:t>
        <w:br/>
        <w:t>vt 0.283747 0.347962</w:t>
        <w:br/>
        <w:t>vt 0.266738 0.349241</w:t>
        <w:br/>
        <w:t>vt 0.159274 0.333503</w:t>
        <w:br/>
        <w:t>vt 0.178502 0.333951</w:t>
        <w:br/>
        <w:t>vt 0.118925 0.179644</w:t>
        <w:br/>
        <w:t>vt 0.101967 0.180890</w:t>
        <w:br/>
        <w:t>vt 0.057326 0.316121</w:t>
        <w:br/>
        <w:t>vt 0.041217 0.314707</w:t>
        <w:br/>
        <w:t>vt 0.106748 0.198209</w:t>
        <w:br/>
        <w:t>vt 0.260993 0.281927</w:t>
        <w:br/>
        <w:t>vt 0.261903 0.304331</w:t>
        <w:br/>
        <w:t>vt 0.201965 0.151150</w:t>
        <w:br/>
        <w:t>vt 0.200113 0.180387</w:t>
        <w:br/>
        <w:t>vt 0.198208 0.213473</w:t>
        <w:br/>
        <w:t>vt 0.197564 0.248896</w:t>
        <w:br/>
        <w:t>vt 0.196393 0.284743</w:t>
        <w:br/>
        <w:t>vt 0.195774 0.303395</w:t>
        <w:br/>
        <w:t>vt 0.195348 0.322014</w:t>
        <w:br/>
        <w:t>vt 0.194773 0.334952</w:t>
        <w:br/>
        <w:t>vt 0.194235 0.347811</w:t>
        <w:br/>
        <w:t>vt 0.193703 0.360589</w:t>
        <w:br/>
        <w:t>vt 0.193353 0.378997</w:t>
        <w:br/>
        <w:t>vt 0.192808 0.399548</w:t>
        <w:br/>
        <w:t>vt 0.312964 0.586366</w:t>
        <w:br/>
        <w:t>vt 0.312965 0.502434</w:t>
        <w:br/>
        <w:t>vt 0.294804 0.501198</w:t>
        <w:br/>
        <w:t>vt 0.298217 0.466835</w:t>
        <w:br/>
        <w:t>vt 0.312965 0.467286</w:t>
        <w:br/>
        <w:t>vt 0.300292 0.433195</w:t>
        <w:br/>
        <w:t>vt 0.312964 0.431845</w:t>
        <w:br/>
        <w:t>vt 0.301232 0.397399</w:t>
        <w:br/>
        <w:t>vt 0.312965 0.397631</w:t>
        <w:br/>
        <w:t>vt 0.301404 0.378485</w:t>
        <w:br/>
        <w:t>vt 0.312965 0.378443</w:t>
        <w:br/>
        <w:t>vt 0.301349 0.359567</w:t>
        <w:br/>
        <w:t>vt 0.312965 0.359143</w:t>
        <w:br/>
        <w:t>vt 0.300692 0.346871</w:t>
        <w:br/>
        <w:t>vt 0.312964 0.346180</w:t>
        <w:br/>
        <w:t>vt 0.300102 0.334191</w:t>
        <w:br/>
        <w:t>vt 0.312965 0.333373</w:t>
        <w:br/>
        <w:t>vt 0.299466 0.321538</w:t>
        <w:br/>
        <w:t>vt 0.312964 0.320793</w:t>
        <w:br/>
        <w:t>vt 0.289405 0.533962</w:t>
        <w:br/>
        <w:t>vt 0.061153 0.082683</w:t>
        <w:br/>
        <w:t>vt 0.075556 0.160078</w:t>
        <w:br/>
        <w:t>vt 0.081139 0.172097</w:t>
        <w:br/>
        <w:t>vt 0.085964 0.183711</w:t>
        <w:br/>
        <w:t>vt 0.090501 0.199528</w:t>
        <w:br/>
        <w:t>vt 0.081495 0.437841</w:t>
        <w:br/>
        <w:t>vt 0.078885 0.446021</w:t>
        <w:br/>
        <w:t>vt 0.075289 0.455216</w:t>
        <w:br/>
        <w:t>vt 0.089617 0.592254</w:t>
        <w:br/>
        <w:t>vt 0.087912 0.582420</w:t>
        <w:br/>
        <w:t>vt 0.085482 0.574760</w:t>
        <w:br/>
        <w:t>vt 0.083243 0.566531</w:t>
        <w:br/>
        <w:t>vt 0.081168 0.558202</w:t>
        <w:br/>
        <w:t>vt 0.078852 0.546657</w:t>
        <w:br/>
        <w:t>vt 0.076686 0.532762</w:t>
        <w:br/>
        <w:t>vt 0.073814 0.512845</w:t>
        <w:br/>
        <w:t>vt 0.070538 0.487087</w:t>
        <w:br/>
        <w:t>vt 0.067661 0.457798</w:t>
        <w:br/>
        <w:t>vt 0.065160 0.425184</w:t>
        <w:br/>
        <w:t>vt 0.064102 0.391156</w:t>
        <w:br/>
        <w:t>vt 0.066212 0.357222</w:t>
        <w:br/>
        <w:t>vt 0.069428 0.338106</w:t>
        <w:br/>
        <w:t>vt 0.073111 0.319982</w:t>
        <w:br/>
        <w:t>vt 0.076179 0.305988</w:t>
        <w:br/>
        <w:t>vt 0.079153 0.291463</w:t>
        <w:br/>
        <w:t>vt 0.081747 0.276307</w:t>
        <w:br/>
        <w:t>vt 0.083202 0.255881</w:t>
        <w:br/>
        <w:t>vt 0.081682 0.231927</w:t>
        <w:br/>
        <w:t>vt 0.076493 0.206941</w:t>
        <w:br/>
        <w:t>vt 0.072538 0.192234</w:t>
        <w:br/>
        <w:t>vt 0.084214 0.429760</w:t>
        <w:br/>
        <w:t>vt 0.086625 0.421714</w:t>
        <w:br/>
        <w:t>vt 0.089107 0.410678</w:t>
        <w:br/>
        <w:t>vt 0.105381 0.409693</w:t>
        <w:br/>
        <w:t>vt 0.091135 0.397229</w:t>
        <w:br/>
        <w:t>vt 0.107107 0.395776</w:t>
        <w:br/>
        <w:t>vt 0.092898 0.377247</w:t>
        <w:br/>
        <w:t>vt 0.108429 0.376827</w:t>
        <w:br/>
        <w:t>vt 0.093704 0.351029</w:t>
        <w:br/>
        <w:t>vt 0.109059 0.350972</w:t>
        <w:br/>
        <w:t>vt 0.109479 0.321478</w:t>
        <w:br/>
        <w:t>vt 0.094370 0.320770</w:t>
        <w:br/>
        <w:t>vt 0.110793 0.287693</w:t>
        <w:br/>
        <w:t>vt 0.096080 0.286972</w:t>
        <w:br/>
        <w:t>vt 0.111062 0.251883</w:t>
        <w:br/>
        <w:t>vt 0.096126 0.251717</w:t>
        <w:br/>
        <w:t>vt 0.109359 0.216985</w:t>
        <w:br/>
        <w:t>vt 0.093608 0.217538</w:t>
        <w:br/>
        <w:t>vt 0.074491 0.187022</w:t>
        <w:br/>
        <w:t>vt 0.602656 0.228536</w:t>
        <w:br/>
        <w:t>vt 0.585377 0.228936</w:t>
        <w:br/>
        <w:t>vt 0.566000 0.229278</w:t>
        <w:br/>
        <w:t>vt 0.600973 0.210132</w:t>
        <w:br/>
        <w:t>vt 0.599049 0.191757</w:t>
        <w:br/>
        <w:t>vt 0.545600 0.171027</w:t>
        <w:br/>
        <w:t>vt 0.564777 0.178450</w:t>
        <w:br/>
        <w:t>vt 0.565632 0.160105</w:t>
        <w:br/>
        <w:t>vt 0.583143 0.174921</w:t>
        <w:br/>
        <w:t>vt 0.545941 0.156602</w:t>
        <w:br/>
        <w:t>vt 0.546436 0.142413</w:t>
        <w:br/>
        <w:t>vt 0.546370 0.128082</w:t>
        <w:br/>
        <w:t>vt 0.528546 0.123007</w:t>
        <w:br/>
        <w:t>vt 0.527476 0.138600</w:t>
        <w:br/>
        <w:t>vt 0.545476 0.215093</w:t>
        <w:br/>
        <w:t>vt 0.526925 0.185094</w:t>
        <w:br/>
        <w:t>vt 0.527370 0.200837</w:t>
        <w:br/>
        <w:t>vt 0.545451 0.200103</w:t>
        <w:br/>
        <w:t>vt 0.545787 0.185553</w:t>
        <w:br/>
        <w:t>vt 0.526273 0.169507</w:t>
        <w:br/>
        <w:t>vt 0.526837 0.154045</w:t>
        <w:br/>
        <w:t>vt 0.509346 0.185922</w:t>
        <w:br/>
        <w:t>vt 0.506407 0.167455</w:t>
        <w:br/>
        <w:t>vt 0.508537 0.152030</w:t>
        <w:br/>
        <w:t>vt 0.509263 0.136372</w:t>
        <w:br/>
        <w:t>vt 0.510195 0.120710</w:t>
        <w:br/>
        <w:t>vt 0.523578 0.105661</w:t>
        <w:br/>
        <w:t>vt 0.490854 0.150822</w:t>
        <w:br/>
        <w:t>vt 0.489275 0.164909</w:t>
        <w:br/>
        <w:t>vt 0.510310 0.105267</w:t>
        <w:br/>
        <w:t>vt 0.494033 0.104470</w:t>
        <w:br/>
        <w:t>vt 0.494335 0.090066</w:t>
        <w:br/>
        <w:t>vt 0.474492 0.103997</w:t>
        <w:br/>
        <w:t>vt 0.477242 0.089301</w:t>
        <w:br/>
        <w:t>vt 0.493566 0.076444</w:t>
        <w:br/>
        <w:t>vt 0.477483 0.075119</w:t>
        <w:br/>
        <w:t>vt 0.514569 0.077951</w:t>
        <w:br/>
        <w:t>vt 0.518607 0.078257</w:t>
        <w:br/>
        <w:t>vt 0.518636 0.071298</w:t>
        <w:br/>
        <w:t>vt 0.505641 0.062071</w:t>
        <w:br/>
        <w:t>vt 0.493186 0.061500</w:t>
        <w:br/>
        <w:t>vt 0.477337 0.061207</w:t>
        <w:br/>
        <w:t>vt 0.477386 0.047642</w:t>
        <w:br/>
        <w:t>vt 0.493467 0.045520</w:t>
        <w:br/>
        <w:t>vt 0.504779 0.044789</w:t>
        <w:br/>
        <w:t>vt 0.517694 0.064085</w:t>
        <w:br/>
        <w:t>vt 0.515097 0.057220</w:t>
        <w:br/>
        <w:t>vt 0.501321 0.030485</w:t>
        <w:br/>
        <w:t>vt 0.493462 0.030695</w:t>
        <w:br/>
        <w:t>vt 0.502304 0.039602</w:t>
        <w:br/>
        <w:t>vt 0.477901 0.033499</w:t>
        <w:br/>
        <w:t>vt 0.489643 0.020686</w:t>
        <w:br/>
        <w:t>vt 0.479883 0.019216</w:t>
        <w:br/>
        <w:t>vt 0.499796 0.026226</w:t>
        <w:br/>
        <w:t>vt 0.492819 0.015249</w:t>
        <w:br/>
        <w:t>vt 0.496898 0.021838</w:t>
        <w:br/>
        <w:t>vt 0.472574 0.147636</w:t>
        <w:br/>
        <w:t>vt 0.461528 0.148436</w:t>
        <w:br/>
        <w:t>vt 0.474476 0.162501</w:t>
        <w:br/>
        <w:t>vt 0.477168 0.162398</w:t>
        <w:br/>
        <w:t>vt 0.471551 0.118130</w:t>
        <w:br/>
        <w:t>vt 0.511088 0.050424</w:t>
        <w:br/>
        <w:t>vt 0.565425 0.213535</w:t>
        <w:br/>
        <w:t>vt 0.583805 0.211786</w:t>
        <w:br/>
        <w:t>vt 0.564716 0.196597</w:t>
        <w:br/>
        <w:t>vt 0.583130 0.193680</w:t>
        <w:br/>
        <w:t>vt 0.317987 0.821637</w:t>
        <w:br/>
        <w:t>vt 0.307109 0.820527</w:t>
        <w:br/>
        <w:t>vt 0.305192 0.831072</w:t>
        <w:br/>
        <w:t>vt 0.315766 0.832169</w:t>
        <w:br/>
        <w:t>vt 0.296913 0.819510</w:t>
        <w:br/>
        <w:t>vt 0.295130 0.830127</w:t>
        <w:br/>
        <w:t>vt 0.327957 0.822937</w:t>
        <w:br/>
        <w:t>vt 0.330851 0.811903</w:t>
        <w:br/>
        <w:t>vt 0.320642 0.810503</w:t>
        <w:br/>
        <w:t>vt 0.337929 0.824495</w:t>
        <w:br/>
        <w:t>vt 0.341108 0.813665</w:t>
        <w:br/>
        <w:t>vt 0.325588 0.833378</w:t>
        <w:br/>
        <w:t>vt 0.335492 0.834760</w:t>
        <w:br/>
        <w:t>vt 0.140121 0.821211</w:t>
        <w:br/>
        <w:t>vt 0.137806 0.809891</w:t>
        <w:br/>
        <w:t>vt 0.127301 0.811787</w:t>
        <w:br/>
        <w:t>vt 0.129972 0.822678</w:t>
        <w:br/>
        <w:t>vt 0.141970 0.831892</w:t>
        <w:br/>
        <w:t>vt 0.132044 0.833010</w:t>
        <w:br/>
        <w:t>vt 0.348939 0.792250</w:t>
        <w:br/>
        <w:t>vt 0.364076 0.763102</w:t>
        <w:br/>
        <w:t>vt 0.351896 0.760102</w:t>
        <w:br/>
        <w:t>vt 0.337960 0.789386</w:t>
        <w:br/>
        <w:t>vt 0.110231 0.759632</w:t>
        <w:br/>
        <w:t>vt 0.120492 0.790000</w:t>
        <w:br/>
        <w:t>vt 0.132350 0.787692</w:t>
        <w:br/>
        <w:t>vt 0.122528 0.757086</w:t>
        <w:br/>
        <w:t>vt 0.310614 0.809555</w:t>
        <w:br/>
        <w:t>vt 0.160591 0.819093</w:t>
        <w:br/>
        <w:t>vt 0.161899 0.830058</w:t>
        <w:br/>
        <w:t>vt 0.171598 0.829341</w:t>
        <w:br/>
        <w:t>vt 0.170584 0.818385</w:t>
        <w:br/>
        <w:t>vt 0.150403 0.820029</w:t>
        <w:br/>
        <w:t>vt 0.151915 0.830914</w:t>
        <w:br/>
        <w:t>vt 0.181604 0.828754</w:t>
        <w:br/>
        <w:t>vt 0.182101 0.817671</w:t>
        <w:br/>
        <w:t>vt 0.148907 0.808470</w:t>
        <w:br/>
        <w:t>vt 0.281960 0.859816</w:t>
        <w:br/>
        <w:t>vt 0.272206 0.859110</w:t>
        <w:br/>
        <w:t>vt 0.273805 0.882864</w:t>
        <w:br/>
        <w:t>vt 0.283705 0.883352</w:t>
        <w:br/>
        <w:t>vt 0.262372 0.860611</w:t>
        <w:br/>
        <w:t>vt 0.264596 0.883649</w:t>
        <w:br/>
        <w:t>vt 0.222420 0.873160</w:t>
        <w:br/>
        <w:t>vt 0.220850 0.859256</w:t>
        <w:br/>
        <w:t>vt 0.212541 0.858256</w:t>
        <w:br/>
        <w:t>vt 0.214293 0.882233</w:t>
        <w:br/>
        <w:t>vt 0.202536 0.858711</w:t>
        <w:br/>
        <w:t>vt 0.204366 0.882645</w:t>
        <w:br/>
        <w:t>vt 0.192705 0.859345</w:t>
        <w:br/>
        <w:t>vt 0.194530 0.883035</w:t>
        <w:br/>
        <w:t>vt 0.182992 0.860047</w:t>
        <w:br/>
        <w:t>vt 0.185017 0.883415</w:t>
        <w:br/>
        <w:t>vt 0.173272 0.860798</w:t>
        <w:br/>
        <w:t>vt 0.175451 0.883972</w:t>
        <w:br/>
        <w:t>vt 0.163659 0.861673</w:t>
        <w:br/>
        <w:t>vt 0.166079 0.884344</w:t>
        <w:br/>
        <w:t>vt 0.154145 0.862636</w:t>
        <w:br/>
        <w:t>vt 0.157810 0.884298</w:t>
        <w:br/>
        <w:t>vt 0.320404 0.863975</w:t>
        <w:br/>
        <w:t>vt 0.310993 0.862797</w:t>
        <w:br/>
        <w:t>vt 0.310737 0.884705</w:t>
        <w:br/>
        <w:t>vt 0.319582 0.885252</w:t>
        <w:br/>
        <w:t>vt 0.329957 0.864973</w:t>
        <w:br/>
        <w:t>vt 0.329892 0.885694</w:t>
        <w:br/>
        <w:t>vt 0.144758 0.863426</w:t>
        <w:br/>
        <w:t>vt 0.135231 0.863891</w:t>
        <w:br/>
        <w:t>vt 0.137255 0.885120</w:t>
        <w:br/>
        <w:t>vt 0.147390 0.884858</w:t>
        <w:br/>
        <w:t>vt 0.291652 0.860617</w:t>
        <w:br/>
        <w:t>vt 0.292824 0.883913</w:t>
        <w:br/>
        <w:t>vt 0.301483 0.861618</w:t>
        <w:br/>
        <w:t>vt 0.301757 0.884212</w:t>
        <w:br/>
        <w:t>vt 0.224977 0.906473</w:t>
        <w:br/>
        <w:t>vt 0.236327 0.906473</w:t>
        <w:br/>
        <w:t>vt 0.237207 0.901008</w:t>
        <w:br/>
        <w:t>vt 0.220850 0.859256</w:t>
        <w:br/>
        <w:t>vt 0.227588 0.863967</w:t>
        <w:br/>
        <w:t>vt 0.246857 0.906473</w:t>
        <w:br/>
        <w:t>vt 0.259806 0.906473</w:t>
        <w:br/>
        <w:t>vt 0.257048 0.884508</w:t>
        <w:br/>
        <w:t>vt 0.251274 0.873494</w:t>
        <w:br/>
        <w:t>vt 0.314928 0.797267</w:t>
        <w:br/>
        <w:t>vt 0.320713 0.785694</w:t>
        <w:br/>
        <w:t>vt 0.318928 0.785280</w:t>
        <w:br/>
        <w:t>vt 0.212156 0.850875</w:t>
        <w:br/>
        <w:t>vt 0.198902 0.839013</w:t>
        <w:br/>
        <w:t>vt 0.182101 0.817671</w:t>
        <w:br/>
        <w:t>vt 0.193193 0.828381</w:t>
        <w:br/>
        <w:t>vt 0.177961 0.806654</w:t>
        <w:br/>
        <w:t>vt 0.170701 0.800036</w:t>
        <w:br/>
        <w:t>vt 0.156549 0.783993</w:t>
        <w:br/>
        <w:t>vt 0.161079 0.794727</w:t>
        <w:br/>
        <w:t>vt 0.146867 0.767704</w:t>
        <w:br/>
        <w:t>vt 0.132169 0.755272</w:t>
        <w:br/>
        <w:t>vt 0.120247 0.750110</w:t>
        <w:br/>
        <w:t>vt 0.106953 0.747704</w:t>
        <w:br/>
        <w:t>vt 0.354176 0.754337</w:t>
        <w:br/>
        <w:t>vt 0.369205 0.751349</w:t>
        <w:br/>
        <w:t>vt 0.342402 0.760023</w:t>
        <w:br/>
        <w:t>vt 0.326641 0.771646</w:t>
        <w:br/>
        <w:t>vt 0.328327 0.772521</w:t>
        <w:br/>
        <w:t>vt 0.298908 0.808762</w:t>
        <w:br/>
        <w:t>vt 0.306058 0.801410</w:t>
        <w:br/>
        <w:t>vt 0.305120 0.799801</w:t>
        <w:br/>
        <w:t>vt 0.293208 0.819110</w:t>
        <w:br/>
        <w:t>vt 0.279877 0.829024</w:t>
        <w:br/>
        <w:t>vt 0.284664 0.822812</w:t>
        <w:br/>
        <w:t>vt 0.262842 0.854065</w:t>
        <w:br/>
        <w:t>vt 0.275145 0.839579</w:t>
        <w:br/>
        <w:t>vt 0.256126 0.862469</w:t>
        <w:br/>
        <w:t>vt 0.193193 0.828381</w:t>
        <w:br/>
        <w:t>vt 0.177961 0.806654</w:t>
        <w:br/>
        <w:t>vt 0.170008 0.806941</w:t>
        <w:br/>
        <w:t>vt 0.159712 0.807485</w:t>
        <w:br/>
        <w:t>vt 0.146325 0.785475</w:t>
        <w:br/>
        <w:t>vt 0.354176 0.754337</w:t>
        <w:br/>
        <w:t>vt 0.327451 0.787041</w:t>
        <w:br/>
        <w:t>vt 0.298908 0.808762</w:t>
        <w:br/>
        <w:t>vt 0.293208 0.819110</w:t>
        <w:br/>
        <w:t>vt 0.289925 0.829745</w:t>
        <w:br/>
        <w:t>vt 0.275145 0.839579</w:t>
        <w:br/>
        <w:t>vt 0.248647 0.868862</w:t>
        <w:br/>
        <w:t>vt 0.192719 0.839241</w:t>
        <w:br/>
        <w:t>vt 0.280387 0.839796</w:t>
        <w:br/>
        <w:t>vt 0.248902 0.866135</w:t>
        <w:br/>
        <w:t>vt 0.213899 0.906473</w:t>
        <w:br/>
        <w:t>vt 0.182335 0.839580</w:t>
        <w:br/>
        <w:t>vt 0.172441 0.840044</w:t>
        <w:br/>
        <w:t>vt 0.162805 0.840629</w:t>
        <w:br/>
        <w:t>vt 0.153005 0.841305</w:t>
        <w:br/>
        <w:t>vt 0.143260 0.842046</w:t>
        <w:br/>
        <w:t>vt 0.133468 0.842854</w:t>
        <w:br/>
        <w:t>vt 0.323639 0.843297</w:t>
        <w:br/>
        <w:t>vt 0.333425 0.844464</w:t>
        <w:br/>
        <w:t>vt 0.313920 0.842247</w:t>
        <w:br/>
        <w:t>vt 0.303674 0.841330</w:t>
        <w:br/>
        <w:t>vt 0.293718 0.840578</w:t>
        <w:br/>
        <w:t>vt 0.286899 0.840162</w:t>
        <w:br/>
        <w:t>vt 0.306058 0.801410</w:t>
        <w:br/>
        <w:t>vt 0.304004 0.906473</w:t>
        <w:br/>
        <w:t>vt 0.311890 0.906473</w:t>
        <w:br/>
        <w:t>vt 0.296376 0.906473</w:t>
        <w:br/>
        <w:t>vt 0.288286 0.906473</w:t>
        <w:br/>
        <w:t>vt 0.278339 0.906473</w:t>
        <w:br/>
        <w:t>vt 0.269242 0.906473</w:t>
        <w:br/>
        <w:t>vt 0.203774 0.906473</w:t>
        <w:br/>
        <w:t>vt 0.194068 0.906473</w:t>
        <w:br/>
        <w:t>vt 0.184964 0.906473</w:t>
        <w:br/>
        <w:t>vt 0.175905 0.906473</w:t>
        <w:br/>
        <w:t>vt 0.167349 0.906473</w:t>
        <w:br/>
        <w:t>vt 0.160283 0.906473</w:t>
        <w:br/>
        <w:t>vt 0.148890 0.906473</w:t>
        <w:br/>
        <w:t>vt 0.138582 0.906473</w:t>
        <w:br/>
        <w:t>vt 0.319645 0.906473</w:t>
        <w:br/>
        <w:t>vt 0.329864 0.906473</w:t>
        <w:br/>
        <w:t>vt 0.482854 0.006074</w:t>
        <w:br/>
        <w:t>vt 0.488677 0.004887</w:t>
        <w:br/>
        <w:t>vt 0.488677 0.004887</w:t>
        <w:br/>
        <w:t>vt 0.482854 0.006074</w:t>
        <w:br/>
        <w:t>vt 0.484253 0.005060</w:t>
        <w:br/>
        <w:t>vt 0.487164 0.004466</w:t>
        <w:br/>
        <w:t>vt 0.485652 0.004046</w:t>
        <w:br/>
        <w:t>vt 0.487164 0.004466</w:t>
        <w:br/>
        <w:t>vt 0.484253 0.005060</w:t>
        <w:br/>
        <w:t>vt 0.485652 0.004046</w:t>
        <w:br/>
        <w:t>vt 0.349434 0.547192</w:t>
        <w:br/>
        <w:t>vt 0.355217 0.539807</w:t>
        <w:br/>
        <w:t>vt 0.357852 0.542348</w:t>
        <w:br/>
        <w:t>vt 0.354713 0.547922</w:t>
        <w:br/>
        <w:t>vt 0.383294 0.545257</w:t>
        <w:br/>
        <w:t>vt 0.378633 0.547139</w:t>
        <w:br/>
        <w:t>vt 0.374814 0.541961</w:t>
        <w:br/>
        <w:t>vt 0.376847 0.539543</w:t>
        <w:br/>
        <w:t>vt 0.374446 0.547846</w:t>
        <w:br/>
        <w:t>vt 0.372078 0.543111</w:t>
        <w:br/>
        <w:t>vt 0.370551 0.548153</w:t>
        <w:br/>
        <w:t>vt 0.369260 0.543626</w:t>
        <w:br/>
        <w:t>vt 0.366783 0.548303</w:t>
        <w:br/>
        <w:t>vt 0.366475 0.543819</w:t>
        <w:br/>
        <w:t>vt 0.363003 0.548343</w:t>
        <w:br/>
        <w:t>vt 0.363678 0.543774</w:t>
        <w:br/>
        <w:t>vt 0.359052 0.548231</w:t>
        <w:br/>
        <w:t>vt 0.360799 0.543393</w:t>
        <w:br/>
        <w:t>vt 0.350404 0.555940</w:t>
        <w:br/>
        <w:t>vt 0.355058 0.554048</w:t>
        <w:br/>
        <w:t>vt 0.384256 0.554000</w:t>
        <w:br/>
        <w:t>vt 0.378976 0.553262</w:t>
        <w:br/>
        <w:t>vt 0.374637 0.552948</w:t>
        <w:br/>
        <w:t>vt 0.370689 0.552841</w:t>
        <w:br/>
        <w:t>vt 0.366907 0.552876</w:t>
        <w:br/>
        <w:t>vt 0.363137 0.553028</w:t>
        <w:br/>
        <w:t>vt 0.359243 0.553335</w:t>
        <w:br/>
        <w:t>vt 0.358883 0.559226</w:t>
        <w:br/>
        <w:t>vt 0.356859 0.561648</w:t>
        <w:br/>
        <w:t>vt 0.375836 0.558831</w:t>
        <w:br/>
        <w:t>vt 0.378472 0.561374</w:t>
        <w:br/>
        <w:t>vt 0.372890 0.557787</w:t>
        <w:br/>
        <w:t>vt 0.370010 0.557407</w:t>
        <w:br/>
        <w:t>vt 0.367214 0.557361</w:t>
        <w:br/>
        <w:t>vt 0.364429 0.557555</w:t>
        <w:br/>
        <w:t>vt 0.361613 0.558071</w:t>
        <w:br/>
        <w:t>vt 0.366383 0.538697</w:t>
        <w:br/>
        <w:t>vt 0.367315 0.562484</w:t>
        <w:br/>
        <w:t>vt 0.534390 0.074096</w:t>
        <w:br/>
        <w:t>vt 0.533075 0.069505</w:t>
        <w:br/>
        <w:t>vt 0.540389 0.069960</w:t>
        <w:br/>
        <w:t>vt 0.539337 0.061493</w:t>
        <w:br/>
        <w:t>vt 0.544144 0.063611</w:t>
        <w:br/>
        <w:t>vt 0.539337 0.061493</w:t>
        <w:br/>
        <w:t>vt 0.541740 0.058480</w:t>
        <w:br/>
        <w:t>vt 0.546679 0.061097</w:t>
        <w:br/>
        <w:t>vt 0.544144 0.063611</w:t>
        <w:br/>
        <w:t>vt 0.547131 0.067164</w:t>
        <w:br/>
        <w:t>vt 0.550683 0.065807</w:t>
        <w:br/>
        <w:t>vt 0.547131 0.067164</w:t>
        <w:br/>
        <w:t>vt 0.551731 0.072000</w:t>
        <w:br/>
        <w:t>vt 0.547790 0.071495</w:t>
        <w:br/>
        <w:t>vt 0.534068 0.064263</w:t>
        <w:br/>
        <w:t>vt 0.527942 0.049832</w:t>
        <w:br/>
        <w:t>vt 0.533005 0.049393</w:t>
        <w:br/>
        <w:t>vt 0.533005 0.049393</w:t>
        <w:br/>
        <w:t>vt 0.535653 0.047977</w:t>
        <w:br/>
        <w:t>vt 0.528503 0.036474</w:t>
        <w:br/>
        <w:t>vt 0.530966 0.035853</w:t>
        <w:br/>
        <w:t>vt 0.523406 0.036429</w:t>
        <w:br/>
        <w:t>vt 0.528503 0.036474</w:t>
        <w:br/>
        <w:t>vt 0.523406 0.036429</w:t>
        <w:br/>
        <w:t>vt 0.527942 0.049832</w:t>
        <w:br/>
        <w:t>vt 0.525279 0.050685</w:t>
        <w:br/>
        <w:t>vt 0.521171 0.037054</w:t>
        <w:br/>
        <w:t>vt 0.534068 0.064263</w:t>
        <w:br/>
        <w:t>vt 0.530397 0.064651</w:t>
        <w:br/>
        <w:t>vt 0.533075 0.069505</w:t>
        <w:br/>
        <w:t>vt 0.529703 0.070714</w:t>
        <w:br/>
        <w:t>vt 0.547790 0.071495</w:t>
        <w:br/>
        <w:t>vt 0.549099 0.077863</w:t>
        <w:br/>
        <w:t>vt 0.545936 0.075354</w:t>
        <w:br/>
        <w:t>vt 0.545936 0.075354</w:t>
        <w:br/>
        <w:t>vt 0.542187 0.077478</w:t>
        <w:br/>
        <w:t>vt 0.543517 0.081212</w:t>
        <w:br/>
        <w:t>vt 0.542187 0.077478</w:t>
        <w:br/>
        <w:t>vt 0.531889 0.076747</w:t>
        <w:br/>
        <w:t>vt 0.534390 0.074096</w:t>
        <w:br/>
        <w:t>vt 0.537834 0.077067</w:t>
        <w:br/>
        <w:t>vt 0.537010 0.080783</w:t>
        <w:br/>
        <w:t>vt 0.537834 0.077067</w:t>
        <w:br/>
        <w:t>vt 0.526645 0.023967</w:t>
        <w:br/>
        <w:t>vt 0.529004 0.024582</w:t>
        <w:br/>
        <w:t>vt 0.526645 0.023967</w:t>
        <w:br/>
        <w:t>vt 0.520935 0.023941</w:t>
        <w:br/>
        <w:t>vt 0.518993 0.024729</w:t>
        <w:br/>
        <w:t>vt 0.520935 0.023941</w:t>
        <w:br/>
        <w:t>vt 0.515384 0.017299</w:t>
        <w:br/>
        <w:t>vt 0.535676 0.016521</w:t>
        <w:br/>
        <w:t>vt 0.535676 0.016521</w:t>
        <w:br/>
        <w:t>vt 0.537870 0.020129</w:t>
        <w:br/>
        <w:t>vt 0.529004 0.024582</w:t>
        <w:br/>
        <w:t>vt 0.526645 0.023967</w:t>
        <w:br/>
        <w:t>vt 0.553551 0.007110</w:t>
        <w:br/>
        <w:t>vt 0.555609 0.010893</w:t>
        <w:br/>
        <w:t>vt 0.502826 0.007110</w:t>
        <w:br/>
        <w:t>vt 0.515384 0.017299</w:t>
        <w:br/>
        <w:t>vt 0.512692 0.020435</w:t>
        <w:br/>
        <w:t>vt 0.500114 0.010457</w:t>
        <w:br/>
        <w:t>vt 0.502826 0.007110</w:t>
        <w:br/>
        <w:t>vt 0.523198 0.007110</w:t>
        <w:br/>
        <w:t>vt 0.553551 0.007110</w:t>
        <w:br/>
        <w:t>vt 0.534390 0.074096</w:t>
        <w:br/>
        <w:t>vt 0.540389 0.069960</w:t>
        <w:br/>
        <w:t>vt 0.533075 0.069505</w:t>
        <w:br/>
        <w:t>vt 0.539337 0.061493</w:t>
        <w:br/>
        <w:t>vt 0.544144 0.063611</w:t>
        <w:br/>
        <w:t>vt 0.539337 0.061493</w:t>
        <w:br/>
        <w:t>vt 0.544144 0.063611</w:t>
        <w:br/>
        <w:t>vt 0.546679 0.061097</w:t>
        <w:br/>
        <w:t>vt 0.541740 0.058480</w:t>
        <w:br/>
        <w:t>vt 0.547131 0.067164</w:t>
        <w:br/>
        <w:t>vt 0.550683 0.065807</w:t>
        <w:br/>
        <w:t>vt 0.547131 0.067164</w:t>
        <w:br/>
        <w:t>vt 0.551731 0.072000</w:t>
        <w:br/>
        <w:t>vt 0.547790 0.071495</w:t>
        <w:br/>
        <w:t>vt 0.534068 0.064263</w:t>
        <w:br/>
        <w:t>vt 0.533005 0.049393</w:t>
        <w:br/>
        <w:t>vt 0.527942 0.049832</w:t>
        <w:br/>
        <w:t>vt 0.533005 0.049393</w:t>
        <w:br/>
        <w:t>vt 0.535653 0.047977</w:t>
        <w:br/>
        <w:t>vt 0.528503 0.036474</w:t>
        <w:br/>
        <w:t>vt 0.530966 0.035853</w:t>
        <w:br/>
        <w:t>vt 0.528503 0.036474</w:t>
        <w:br/>
        <w:t>vt 0.523407 0.036429</w:t>
        <w:br/>
        <w:t>vt 0.525279 0.050685</w:t>
        <w:br/>
        <w:t>vt 0.527942 0.049832</w:t>
        <w:br/>
        <w:t>vt 0.523407 0.036429</w:t>
        <w:br/>
        <w:t>vt 0.521171 0.037054</w:t>
        <w:br/>
        <w:t>vt 0.530397 0.064651</w:t>
        <w:br/>
        <w:t>vt 0.534068 0.064263</w:t>
        <w:br/>
        <w:t>vt 0.529703 0.070714</w:t>
        <w:br/>
        <w:t>vt 0.533075 0.069505</w:t>
        <w:br/>
        <w:t>vt 0.547790 0.071495</w:t>
        <w:br/>
        <w:t>vt 0.549099 0.077863</w:t>
        <w:br/>
        <w:t>vt 0.545936 0.075354</w:t>
        <w:br/>
        <w:t>vt 0.545936 0.075354</w:t>
        <w:br/>
        <w:t>vt 0.542187 0.077478</w:t>
        <w:br/>
        <w:t>vt 0.543517 0.081212</w:t>
        <w:br/>
        <w:t>vt 0.542187 0.077478</w:t>
        <w:br/>
        <w:t>vt 0.531889 0.076747</w:t>
        <w:br/>
        <w:t>vt 0.537010 0.080783</w:t>
        <w:br/>
        <w:t>vt 0.537834 0.077067</w:t>
        <w:br/>
        <w:t>vt 0.534390 0.074096</w:t>
        <w:br/>
        <w:t>vt 0.537834 0.077067</w:t>
        <w:br/>
        <w:t>vt 0.526645 0.023967</w:t>
        <w:br/>
        <w:t>vt 0.529004 0.024582</w:t>
        <w:br/>
        <w:t>vt 0.526645 0.023967</w:t>
        <w:br/>
        <w:t>vt 0.520935 0.023941</w:t>
        <w:br/>
        <w:t>vt 0.520935 0.023941</w:t>
        <w:br/>
        <w:t>vt 0.518993 0.024729</w:t>
        <w:br/>
        <w:t>vt 0.515384 0.017299</w:t>
        <w:br/>
        <w:t>vt 0.535676 0.016521</w:t>
        <w:br/>
        <w:t>vt 0.535676 0.016521</w:t>
        <w:br/>
        <w:t>vt 0.526645 0.023967</w:t>
        <w:br/>
        <w:t>vt 0.529004 0.024582</w:t>
        <w:br/>
        <w:t>vt 0.537870 0.020129</w:t>
        <w:br/>
        <w:t>vt 0.553551 0.007110</w:t>
        <w:br/>
        <w:t>vt 0.555609 0.010893</w:t>
        <w:br/>
        <w:t>vt 0.502825 0.007110</w:t>
        <w:br/>
        <w:t>vt 0.500113 0.010457</w:t>
        <w:br/>
        <w:t>vt 0.512692 0.020435</w:t>
        <w:br/>
        <w:t>vt 0.515384 0.017299</w:t>
        <w:br/>
        <w:t>vt 0.502825 0.007110</w:t>
        <w:br/>
        <w:t>vt 0.553551 0.007110</w:t>
        <w:br/>
        <w:t>vt 0.117352 0.822977</w:t>
        <w:br/>
        <w:t>vt 0.119103 0.821532</w:t>
        <w:br/>
        <w:t>vt 0.122490 0.828366</w:t>
        <w:br/>
        <w:t>vt 0.119023 0.828320</w:t>
        <w:br/>
        <w:t>vt 0.115402 0.823326</w:t>
        <w:br/>
        <w:t>vt 0.117352 0.822977</w:t>
        <w:br/>
        <w:t>vt 0.119023 0.828320</w:t>
        <w:br/>
        <w:t>vt 0.115564 0.828388</w:t>
        <w:br/>
        <w:t>vt 0.112104 0.828456</w:t>
        <w:br/>
        <w:t>vt 0.113552 0.822933</w:t>
        <w:br/>
        <w:t>vt 0.115402 0.823326</w:t>
        <w:br/>
        <w:t>vt 0.115564 0.828388</w:t>
        <w:br/>
        <w:t>vt 0.108637 0.828409</w:t>
        <w:br/>
        <w:t>vt 0.112099 0.821757</w:t>
        <w:br/>
        <w:t>vt 0.113552 0.822933</w:t>
        <w:br/>
        <w:t>vt 0.112104 0.828456</w:t>
        <w:br/>
        <w:t>vt 0.119028 0.835018</w:t>
        <w:br/>
        <w:t>vt 0.117575 0.833842</w:t>
        <w:br/>
        <w:t>vt 0.117575 0.833842</w:t>
        <w:br/>
        <w:t>vt 0.115725 0.833450</w:t>
        <w:br/>
        <w:t>vt 0.113775 0.833799</w:t>
        <w:br/>
        <w:t>vt 0.115725 0.833450</w:t>
        <w:br/>
        <w:t>vt 0.113775 0.833799</w:t>
        <w:br/>
        <w:t>vt 0.112024 0.835244</w:t>
        <w:br/>
        <w:t>vt 0.115482 0.821386</w:t>
        <w:br/>
        <w:t>vt 0.115482 0.821386</w:t>
        <w:br/>
        <w:t>vt 0.115482 0.821386</w:t>
        <w:br/>
        <w:t>vt 0.115482 0.821386</w:t>
        <w:br/>
        <w:t>vt 0.115645 0.835390</w:t>
        <w:br/>
        <w:t>vt 0.115645 0.835390</w:t>
        <w:br/>
        <w:t>vt 0.115645 0.835390</w:t>
        <w:br/>
        <w:t>vt 0.115645 0.835390</w:t>
        <w:br/>
        <w:t>vt 0.365486 0.865980</w:t>
        <w:br/>
        <w:t>vt 0.363715 0.867013</w:t>
        <w:br/>
        <w:t>vt 0.362984 0.864190</w:t>
        <w:br/>
        <w:t>vt 0.364269 0.863281</w:t>
        <w:br/>
        <w:t>vt 0.363000 0.862571</w:t>
        <w:br/>
        <w:t>vt 0.362039 0.867662</w:t>
        <w:br/>
        <w:t>vt 0.361583 0.864615</w:t>
        <w:br/>
        <w:t>vt 0.360741 0.863215</w:t>
        <w:br/>
        <w:t>vt 0.360403 0.867802</w:t>
        <w:br/>
        <w:t>vt 0.360241 0.864715</w:t>
        <w:br/>
        <w:t>vt 0.358755 0.867725</w:t>
        <w:br/>
        <w:t>vt 0.358751 0.864338</w:t>
        <w:br/>
        <w:t>vt 0.358186 0.862348</w:t>
        <w:br/>
        <w:t>vt 0.357101 0.867606</w:t>
        <w:br/>
        <w:t>vt 0.357347 0.864277</w:t>
        <w:br/>
        <w:t>vt 0.355406 0.867380</w:t>
        <w:br/>
        <w:t>vt 0.355780 0.864253</w:t>
        <w:br/>
        <w:t>vt 0.355402 0.862786</w:t>
        <w:br/>
        <w:t>vt 0.353678 0.866900</w:t>
        <w:br/>
        <w:t>vt 0.354369 0.864027</w:t>
        <w:br/>
        <w:t>vt 0.351823 0.866047</w:t>
        <w:br/>
        <w:t>vt 0.352906 0.863289</w:t>
        <w:br/>
        <w:t>vt 0.353189 0.861718</w:t>
        <w:br/>
        <w:t>vt 0.349692 0.864835</w:t>
        <w:br/>
        <w:t>vt 0.351502 0.862146</w:t>
        <w:br/>
        <w:t>vt 0.346909 0.863435</w:t>
        <w:br/>
        <w:t>vt 0.350193 0.860224</w:t>
        <w:br/>
        <w:t>vt 0.352698 0.859214</w:t>
        <w:br/>
        <w:t>vt 0.370212 0.862909</w:t>
        <w:br/>
        <w:t>vt 0.367525 0.864557</w:t>
        <w:br/>
        <w:t>vt 0.365516 0.861846</w:t>
        <w:br/>
        <w:t>vt 0.367009 0.860255</w:t>
        <w:br/>
        <w:t>vt 0.364167 0.860303</w:t>
        <w:br/>
        <w:t>vt 0.366791 0.871898</w:t>
        <w:br/>
        <w:t>vt 0.364750 0.872471</w:t>
        <w:br/>
        <w:t>vt 0.362756 0.872819</w:t>
        <w:br/>
        <w:t>vt 0.360785 0.873137</w:t>
        <w:br/>
        <w:t>vt 0.358820 0.873250</w:t>
        <w:br/>
        <w:t>vt 0.356852 0.873196</w:t>
        <w:br/>
        <w:t>vt 0.354873 0.872980</w:t>
        <w:br/>
        <w:t>vt 0.352868 0.872639</w:t>
        <w:br/>
        <w:t>vt 0.350818 0.872147</w:t>
        <w:br/>
        <w:t>vt 0.348689 0.871584</w:t>
        <w:br/>
        <w:t>vt 0.346463 0.871049</w:t>
        <w:br/>
        <w:t>vt 0.371152 0.870565</w:t>
        <w:br/>
        <w:t>vt 0.368917 0.871223</w:t>
        <w:br/>
        <w:t>vt 0.366979 0.873083</w:t>
        <w:br/>
        <w:t>vt 0.364923 0.873569</w:t>
        <w:br/>
        <w:t>vt 0.362888 0.873937</w:t>
        <w:br/>
        <w:t>vt 0.360860 0.874200</w:t>
        <w:br/>
        <w:t>vt 0.358832 0.874314</w:t>
        <w:br/>
        <w:t>vt 0.356804 0.874276</w:t>
        <w:br/>
        <w:t>vt 0.354775 0.874099</w:t>
        <w:br/>
        <w:t>vt 0.352740 0.873783</w:t>
        <w:br/>
        <w:t>vt 0.350686 0.873341</w:t>
        <w:br/>
        <w:t>vt 0.348587 0.872839</w:t>
        <w:br/>
        <w:t>vt 0.346300 0.872324</w:t>
        <w:br/>
        <w:t>vt 0.371405 0.871873</w:t>
        <w:br/>
        <w:t>vt 0.369088 0.872492</w:t>
        <w:br/>
        <w:t>vt 0.367214 0.874675</w:t>
        <w:br/>
        <w:t>vt 0.365150 0.875064</w:t>
        <w:br/>
        <w:t>vt 0.363063 0.875367</w:t>
        <w:br/>
        <w:t>vt 0.360963 0.875610</w:t>
        <w:br/>
        <w:t>vt 0.358858 0.875721</w:t>
        <w:br/>
        <w:t>vt 0.356752 0.875703</w:t>
        <w:br/>
        <w:t>vt 0.354655 0.875562</w:t>
        <w:br/>
        <w:t>vt 0.352574 0.875313</w:t>
        <w:br/>
        <w:t>vt 0.350518 0.874977</w:t>
        <w:br/>
        <w:t>vt 0.348508 0.874525</w:t>
        <w:br/>
        <w:t>vt 0.346570 0.874055</w:t>
        <w:br/>
        <w:t>vt 0.371192 0.873690</w:t>
        <w:br/>
        <w:t>vt 0.369237 0.874207</w:t>
        <w:br/>
        <w:t>vt 0.376417 0.915086</w:t>
        <w:br/>
        <w:t>vt 0.371993 0.915086</w:t>
        <w:br/>
        <w:t>vt 0.367604 0.915086</w:t>
        <w:br/>
        <w:t>vt 0.363364 0.915086</w:t>
        <w:br/>
        <w:t>vt 0.359091 0.915086</w:t>
        <w:br/>
        <w:t>vt 0.354894 0.915086</w:t>
        <w:br/>
        <w:t>vt 0.350590 0.915086</w:t>
        <w:br/>
        <w:t>vt 0.346295 0.915086</w:t>
        <w:br/>
        <w:t>vt 0.341814 0.915086</w:t>
        <w:br/>
        <w:t>vt 0.337264 0.915086</w:t>
        <w:br/>
        <w:t>vt 0.332441 0.915086</w:t>
        <w:br/>
        <w:t>vt 0.385919 0.915086</w:t>
        <w:br/>
        <w:t>vt 0.381072 0.915086</w:t>
        <w:br/>
        <w:t>vt 0.374201 0.919210</w:t>
        <w:br/>
        <w:t>vt 0.365488 0.919210</w:t>
        <w:br/>
        <w:t>vt 0.357005 0.919210</w:t>
        <w:br/>
        <w:t>vt 0.348448 0.919210</w:t>
        <w:br/>
        <w:t>vt 0.339537 0.919210</w:t>
        <w:br/>
        <w:t>vt 0.330594 0.919210</w:t>
        <w:br/>
        <w:t>vt 0.383165 0.919210</w:t>
        <w:br/>
        <w:t>vt 0.126483 0.853873</w:t>
        <w:br/>
        <w:t>vt 0.126729 0.863199</w:t>
        <w:br/>
        <w:t>vt 0.110329 0.854301</w:t>
        <w:br/>
        <w:t>vt 0.118282 0.849424</w:t>
        <w:br/>
        <w:t>vt 0.118775 0.868077</w:t>
        <w:br/>
        <w:t>vt 0.110576 0.863627</w:t>
        <w:br/>
        <w:t>vt 0.384939 0.745083</w:t>
        <w:br/>
        <w:t>vt 0.384210 0.749628</w:t>
        <w:br/>
        <w:t>vt 0.378815 0.750814</w:t>
        <w:br/>
        <w:t>vt 0.377380 0.747996</w:t>
        <w:br/>
        <w:t>vt 0.374217 0.764725</w:t>
        <w:br/>
        <w:t>vt 0.377530 0.769187</w:t>
        <w:br/>
        <w:t>vt 0.374800 0.772562</w:t>
        <w:br/>
        <w:t>vt 0.371707 0.765795</w:t>
        <w:br/>
        <w:t>vt 0.375856 0.762756</w:t>
        <w:br/>
        <w:t>vt 0.379169 0.765906</w:t>
        <w:br/>
        <w:t>vt 0.380406 0.762767</w:t>
        <w:br/>
        <w:t>vt 0.376993 0.760559</w:t>
        <w:br/>
        <w:t>vt 0.377855 0.758307</w:t>
        <w:br/>
        <w:t>vt 0.381481 0.759692</w:t>
        <w:br/>
        <w:t>vt 0.378523 0.755985</w:t>
        <w:br/>
        <w:t>vt 0.382467 0.756581</w:t>
        <w:br/>
        <w:t>vt 0.378934 0.753511</w:t>
        <w:br/>
        <w:t>vt 0.383371 0.753289</w:t>
        <w:br/>
        <w:t>vt 0.391919 0.748090</w:t>
        <w:br/>
        <w:t>vt 0.389182 0.751459</w:t>
        <w:br/>
        <w:t>vt 0.382501 0.771013</w:t>
        <w:br/>
        <w:t>vt 0.381779 0.775561</w:t>
        <w:br/>
        <w:t>vt 0.383336 0.767350</w:t>
        <w:br/>
        <w:t>vt 0.384243 0.764064</w:t>
        <w:br/>
        <w:t>vt 0.385227 0.760948</w:t>
        <w:br/>
        <w:t>vt 0.386303 0.757873</w:t>
        <w:br/>
        <w:t>vt 0.387539 0.754734</w:t>
        <w:br/>
        <w:t>vt 0.395006 0.754862</w:t>
        <w:br/>
        <w:t>vt 0.392495 0.755922</w:t>
        <w:br/>
        <w:t>vt 0.387892 0.769825</w:t>
        <w:br/>
        <w:t>vt 0.389328 0.772644</w:t>
        <w:br/>
        <w:t>vt 0.387773 0.767129</w:t>
        <w:br/>
        <w:t>vt 0.388185 0.764655</w:t>
        <w:br/>
        <w:t>vt 0.388853 0.762334</w:t>
        <w:br/>
        <w:t>vt 0.389716 0.760082</w:t>
        <w:br/>
        <w:t>vt 0.390853 0.757886</w:t>
        <w:br/>
        <w:t>vt 0.373647 0.756939</w:t>
        <w:br/>
        <w:t>vt 0.393059 0.763709</w:t>
        <w:br/>
        <w:t>vt 0.023886 0.043132</w:t>
        <w:br/>
        <w:t>vt 0.023886 0.061641</w:t>
        <w:br/>
        <w:t>vt 0.011168 0.062396</w:t>
        <w:br/>
        <w:t>vt 0.015207 0.041637</w:t>
        <w:br/>
        <w:t>vt 0.016461 0.071634</w:t>
        <w:br/>
        <w:t>vt 0.023886 0.076952</w:t>
        <w:br/>
        <w:t>vt 0.023886 0.084525</w:t>
        <w:br/>
        <w:t>vt 0.023886 0.090049</w:t>
        <w:br/>
        <w:t>vt 0.010250 0.080456</w:t>
        <w:br/>
        <w:t>vt 0.014544 0.075970</w:t>
        <w:br/>
        <w:t>vt 0.006260 0.037190</w:t>
        <w:br/>
        <w:t>vt 0.011811 0.039746</w:t>
        <w:br/>
        <w:t>vt 0.007212 0.062690</w:t>
        <w:br/>
        <w:t>vt 0.001761 0.063549</w:t>
        <w:br/>
        <w:t>vt 0.007212 0.062690</w:t>
        <w:br/>
        <w:t>vt 0.011811 0.039746</w:t>
        <w:br/>
        <w:t>vt 0.014544 0.075970</w:t>
        <w:br/>
        <w:t>vt 0.023886 0.009039</w:t>
        <w:br/>
        <w:t>vt 0.023886 0.013678</w:t>
        <w:br/>
        <w:t>vt 0.023886 0.084525</w:t>
        <w:br/>
        <w:t>vt 0.023886 0.019860</w:t>
        <w:br/>
        <w:t>vt 0.023886 0.013678</w:t>
        <w:br/>
        <w:t>vt 0.023886 0.043132</w:t>
        <w:br/>
        <w:t>vt 0.015207 0.041637</w:t>
        <w:br/>
        <w:t>vt 0.011168 0.062396</w:t>
        <w:br/>
        <w:t>vt 0.023886 0.061641</w:t>
        <w:br/>
        <w:t>vt 0.016461 0.071634</w:t>
        <w:br/>
        <w:t>vt 0.023886 0.076952</w:t>
        <w:br/>
        <w:t>vt 0.023886 0.084525</w:t>
        <w:br/>
        <w:t>vt 0.014544 0.075970</w:t>
        <w:br/>
        <w:t>vt 0.010250 0.080456</w:t>
        <w:br/>
        <w:t>vt 0.023886 0.090049</w:t>
        <w:br/>
        <w:t>vt 0.006260 0.037190</w:t>
        <w:br/>
        <w:t>vt 0.001761 0.063549</w:t>
        <w:br/>
        <w:t>vt 0.007212 0.062690</w:t>
        <w:br/>
        <w:t>vt 0.011811 0.039746</w:t>
        <w:br/>
        <w:t>vt 0.011811 0.039746</w:t>
        <w:br/>
        <w:t>vt 0.007212 0.062690</w:t>
        <w:br/>
        <w:t>vt 0.014544 0.075970</w:t>
        <w:br/>
        <w:t>vt 0.023886 0.013678</w:t>
        <w:br/>
        <w:t>vt 0.023886 0.009039</w:t>
        <w:br/>
        <w:t>vt 0.023886 0.084525</w:t>
        <w:br/>
        <w:t>vt 0.023886 0.019860</w:t>
        <w:br/>
        <w:t>vt 0.023886 0.013678</w:t>
        <w:br/>
        <w:t>vt 0.972226 0.564498</w:t>
        <w:br/>
        <w:t>vt 0.975752 0.564136</w:t>
        <w:br/>
        <w:t>vt 0.974897 0.567348</w:t>
        <w:br/>
        <w:t>vt 0.971462 0.565794</w:t>
        <w:br/>
        <w:t>vt 0.972226 0.564498</w:t>
        <w:br/>
        <w:t>vt 0.971462 0.565794</w:t>
        <w:br/>
        <w:t>vt 0.971201 0.563215</w:t>
        <w:br/>
        <w:t>vt 0.966182 0.561378</w:t>
        <w:br/>
        <w:t>vt 0.965951 0.568580</w:t>
        <w:br/>
        <w:t>vt 0.952999 0.567563</w:t>
        <w:br/>
        <w:t>vt 0.960319 0.557401</w:t>
        <w:br/>
        <w:t>vt 0.960319 0.557401</w:t>
        <w:br/>
        <w:t>vt 0.962467 0.553394</w:t>
        <w:br/>
        <w:t>vt 0.968337 0.557386</w:t>
        <w:br/>
        <w:t>vt 0.966182 0.561378</w:t>
        <w:br/>
        <w:t>vt 0.954857 0.552479</w:t>
        <w:br/>
        <w:t>vt 0.955928 0.548575</w:t>
        <w:br/>
        <w:t>vt 0.951037 0.552542</w:t>
        <w:br/>
        <w:t>vt 0.950023 0.548501</w:t>
        <w:br/>
        <w:t>vt 0.951037 0.552542</w:t>
        <w:br/>
        <w:t>vt 0.954857 0.552479</w:t>
        <w:br/>
        <w:t>vt 0.945591 0.557445</w:t>
        <w:br/>
        <w:t>vt 0.943440 0.553416</w:t>
        <w:br/>
        <w:t>vt 0.937547 0.557497</w:t>
        <w:br/>
        <w:t>vt 0.939743 0.561450</w:t>
        <w:br/>
        <w:t>vt 0.955466 0.582798</w:t>
        <w:br/>
        <w:t>vt 0.959539 0.585148</w:t>
        <w:br/>
        <w:t>vt 0.958570 0.594921</w:t>
        <w:br/>
        <w:t>vt 0.955917 0.591321</w:t>
        <w:br/>
        <w:t>vt 0.955466 0.582798</w:t>
        <w:br/>
        <w:t>vt 0.969294 0.571385</w:t>
        <w:br/>
        <w:t>vt 0.965951 0.568580</w:t>
        <w:br/>
        <w:t>vt 0.950920 0.591889</w:t>
        <w:br/>
        <w:t>vt 0.950805 0.582735</w:t>
        <w:br/>
        <w:t>vt 0.955917 0.591321</w:t>
        <w:br/>
        <w:t>vt 0.958570 0.594921</w:t>
        <w:br/>
        <w:t>vt 0.948423 0.595241</w:t>
        <w:br/>
        <w:t>vt 0.950920 0.591889</w:t>
        <w:br/>
        <w:t>vt 0.955917 0.591321</w:t>
        <w:br/>
        <w:t>vt 0.974344 0.560780</w:t>
        <w:br/>
        <w:t>vt 0.975752 0.564136</w:t>
        <w:br/>
        <w:t>vt 0.972226 0.564498</w:t>
        <w:br/>
        <w:t>vt 0.971201 0.563215</w:t>
        <w:br/>
        <w:t>vt 0.946892 0.585325</w:t>
        <w:br/>
        <w:t>vt 0.950805 0.582735</w:t>
        <w:br/>
        <w:t>vt 0.950920 0.591889</w:t>
        <w:br/>
        <w:t>vt 0.948423 0.595241</w:t>
        <w:br/>
        <w:t>vt 0.939743 0.561450</w:t>
        <w:br/>
        <w:t>vt 0.945591 0.557445</w:t>
        <w:br/>
        <w:t>vt 0.940043 0.568725</w:t>
        <w:br/>
        <w:t>vt 0.934901 0.563438</w:t>
        <w:br/>
        <w:t>vt 0.934375 0.565986</w:t>
        <w:br/>
        <w:t>vt 0.930983 0.567491</w:t>
        <w:br/>
        <w:t>vt 0.930253 0.564254</w:t>
        <w:br/>
        <w:t>vt 0.933770 0.564672</w:t>
        <w:br/>
        <w:t>vt 0.934375 0.565986</w:t>
        <w:br/>
        <w:t>vt 0.936736 0.571624</w:t>
        <w:br/>
        <w:t>vt 0.940043 0.568725</w:t>
        <w:br/>
        <w:t>vt 0.931743 0.560955</w:t>
        <w:br/>
        <w:t>vt 0.934901 0.563438</w:t>
        <w:br/>
        <w:t>vt 0.933770 0.564672</w:t>
        <w:br/>
        <w:t>vt 0.930253 0.564254</w:t>
        <w:br/>
        <w:t>vt 0.933770 0.564672</w:t>
        <w:br/>
        <w:t>vt 0.423474 0.402522</w:t>
        <w:br/>
        <w:t>vt 0.425644 0.410174</w:t>
        <w:br/>
        <w:t>vt 0.420037 0.404605</w:t>
        <w:br/>
        <w:t>vt 0.428035 0.399895</w:t>
        <w:br/>
        <w:t>vt 0.427492 0.402491</w:t>
        <w:br/>
        <w:t>vt 0.423474 0.402522</w:t>
        <w:br/>
        <w:t>vt 0.422791 0.400113</w:t>
        <w:br/>
        <w:t>vt 0.432753 0.402379</w:t>
        <w:br/>
        <w:t>vt 0.431025 0.404406</w:t>
        <w:br/>
        <w:t>vt 0.433155 0.407850</w:t>
        <w:br/>
        <w:t>vt 0.431025 0.404406</w:t>
        <w:br/>
        <w:t>vt 0.435652 0.406940</w:t>
        <w:br/>
        <w:t>vt 0.433155 0.407850</w:t>
        <w:br/>
        <w:t>vt 0.433317 0.417323</w:t>
        <w:br/>
        <w:t>vt 0.431320 0.415570</w:t>
        <w:br/>
        <w:t>vt 0.433280 0.411940</w:t>
        <w:br/>
        <w:t>vt 0.435890 0.412405</w:t>
        <w:br/>
        <w:t>vt 0.433280 0.411940</w:t>
        <w:br/>
        <w:t>vt 0.431320 0.415570</w:t>
        <w:br/>
        <w:t>vt 0.428539 0.420387</w:t>
        <w:br/>
        <w:t>vt 0.427763 0.417648</w:t>
        <w:br/>
        <w:t>vt 0.423646 0.417746</w:t>
        <w:br/>
        <w:t>vt 0.422865 0.420286</w:t>
        <w:br/>
        <w:t>vt 0.427763 0.417648</w:t>
        <w:br/>
        <w:t>vt 0.423646 0.417746</w:t>
        <w:br/>
        <w:t>vt 0.420072 0.415686</w:t>
        <w:br/>
        <w:t>vt 0.418093 0.417451</w:t>
        <w:br/>
        <w:t>vt 0.418031 0.412139</w:t>
        <w:br/>
        <w:t>vt 0.415427 0.412674</w:t>
        <w:br/>
        <w:t>vt 0.420072 0.415686</w:t>
        <w:br/>
        <w:t>vt 0.415501 0.407271</w:t>
        <w:br/>
        <w:t>vt 0.418213 0.402680</w:t>
        <w:br/>
        <w:t>vt 0.420037 0.404605</w:t>
        <w:br/>
        <w:t>vt 0.418035 0.408090</w:t>
        <w:br/>
        <w:t>vt 0.427492 0.402491</w:t>
        <w:br/>
        <w:t>vt 0.418035 0.408090</w:t>
        <w:br/>
        <w:t>vt 0.418031 0.412139</w:t>
        <w:br/>
        <w:t>vt 0.419790 0.483706</w:t>
        <w:br/>
        <w:t>vt 0.421082 0.488124</w:t>
        <w:br/>
        <w:t>vt 0.416718 0.491510</w:t>
        <w:br/>
        <w:t>vt 0.414213 0.489581</w:t>
        <w:br/>
        <w:t>vt 0.423441 0.508657</w:t>
        <w:br/>
        <w:t>vt 0.422423 0.512877</w:t>
        <w:br/>
        <w:t>vt 0.416726 0.508092</w:t>
        <w:br/>
        <w:t>vt 0.418534 0.506049</w:t>
        <w:br/>
        <w:t>vt 0.419170 0.503567</w:t>
        <w:br/>
        <w:t>vt 0.423514 0.504990</w:t>
        <w:br/>
        <w:t>vt 0.423284 0.501624</w:t>
        <w:br/>
        <w:t>vt 0.419254 0.501094</w:t>
        <w:br/>
        <w:t>vt 0.422936 0.498385</w:t>
        <w:br/>
        <w:t>vt 0.419066 0.498690</w:t>
        <w:br/>
        <w:t>vt 0.418673 0.496307</w:t>
        <w:br/>
        <w:t>vt 0.422491 0.495152</w:t>
        <w:br/>
        <w:t>vt 0.421895 0.491791</w:t>
        <w:br/>
        <w:t>vt 0.417983 0.493895</w:t>
        <w:br/>
        <w:t>vt 0.427386 0.483427</w:t>
        <w:br/>
        <w:t>vt 0.426359 0.487644</w:t>
        <w:br/>
        <w:t>vt 0.428715 0.508174</w:t>
        <w:br/>
        <w:t>vt 0.430014 0.512591</w:t>
        <w:br/>
        <w:t>vt 0.427897 0.504507</w:t>
        <w:br/>
        <w:t>vt 0.427306 0.501149</w:t>
        <w:br/>
        <w:t>vt 0.426858 0.497913</w:t>
        <w:br/>
        <w:t>vt 0.426510 0.494673</w:t>
        <w:br/>
        <w:t>vt 0.426280 0.491308</w:t>
        <w:br/>
        <w:t>vt 0.433080 0.488219</w:t>
        <w:br/>
        <w:t>vt 0.431266 0.490254</w:t>
        <w:br/>
        <w:t>vt 0.433075 0.504787</w:t>
        <w:br/>
        <w:t>vt 0.435581 0.506717</w:t>
        <w:br/>
        <w:t>vt 0.431810 0.502403</w:t>
        <w:br/>
        <w:t>vt 0.431121 0.499991</w:t>
        <w:br/>
        <w:t>vt 0.430728 0.497608</w:t>
        <w:br/>
        <w:t>vt 0.430541 0.495204</w:t>
        <w:br/>
        <w:t>vt 0.430626 0.492733</w:t>
        <w:br/>
        <w:t>vt 0.414678 0.499260</w:t>
        <w:br/>
        <w:t>vt 0.435117 0.497046</w:t>
        <w:br/>
        <w:t>vt 0.251056 0.003450</w:t>
        <w:br/>
        <w:t>vt 0.252348 0.007868</w:t>
        <w:br/>
        <w:t>vt 0.247984 0.011254</w:t>
        <w:br/>
        <w:t>vt 0.245479 0.009325</w:t>
        <w:br/>
        <w:t>vt 0.254707 0.028401</w:t>
        <w:br/>
        <w:t>vt 0.253689 0.032621</w:t>
        <w:br/>
        <w:t>vt 0.247992 0.027836</w:t>
        <w:br/>
        <w:t>vt 0.249800 0.025793</w:t>
        <w:br/>
        <w:t>vt 0.250436 0.023311</w:t>
        <w:br/>
        <w:t>vt 0.254780 0.024734</w:t>
        <w:br/>
        <w:t>vt 0.254550 0.021368</w:t>
        <w:br/>
        <w:t>vt 0.250520 0.020838</w:t>
        <w:br/>
        <w:t>vt 0.250332 0.018434</w:t>
        <w:br/>
        <w:t>vt 0.254202 0.018129</w:t>
        <w:br/>
        <w:t>vt 0.249939 0.016051</w:t>
        <w:br/>
        <w:t>vt 0.253757 0.014896</w:t>
        <w:br/>
        <w:t>vt 0.249249 0.013639</w:t>
        <w:br/>
        <w:t>vt 0.253161 0.011535</w:t>
        <w:br/>
        <w:t>vt 0.258652 0.003171</w:t>
        <w:br/>
        <w:t>vt 0.257625 0.007388</w:t>
        <w:br/>
        <w:t>vt 0.259981 0.027918</w:t>
        <w:br/>
        <w:t>vt 0.261280 0.032335</w:t>
        <w:br/>
        <w:t>vt 0.259163 0.024251</w:t>
        <w:br/>
        <w:t>vt 0.258572 0.020893</w:t>
        <w:br/>
        <w:t>vt 0.258124 0.017657</w:t>
        <w:br/>
        <w:t>vt 0.257776 0.014417</w:t>
        <w:br/>
        <w:t>vt 0.257546 0.011052</w:t>
        <w:br/>
        <w:t>vt 0.264346 0.007963</w:t>
        <w:br/>
        <w:t>vt 0.262532 0.009998</w:t>
        <w:br/>
        <w:t>vt 0.264341 0.024531</w:t>
        <w:br/>
        <w:t>vt 0.266847 0.026461</w:t>
        <w:br/>
        <w:t>vt 0.263076 0.022147</w:t>
        <w:br/>
        <w:t>vt 0.262387 0.019735</w:t>
        <w:br/>
        <w:t>vt 0.261994 0.017352</w:t>
        <w:br/>
        <w:t>vt 0.261807 0.014948</w:t>
        <w:br/>
        <w:t>vt 0.261892 0.012477</w:t>
        <w:br/>
        <w:t>vt 0.245944 0.019004</w:t>
        <w:br/>
        <w:t>vt 0.266383 0.016790</w:t>
        <w:br/>
        <w:t>vt 0.603814 0.106718</w:t>
        <w:br/>
        <w:t>vt 0.593644 0.105281</w:t>
        <w:br/>
        <w:t>vt 0.603152 0.101426</w:t>
        <w:br/>
        <w:t>vt 0.603814 0.106718</w:t>
        <w:br/>
        <w:t>vt 0.603152 0.101426</w:t>
        <w:br/>
        <w:t>vt 0.607154 0.100134</w:t>
        <w:br/>
        <w:t>vt 0.608004 0.107649</w:t>
        <w:br/>
        <w:t>vt 0.601750 0.111601</w:t>
        <w:br/>
        <w:t>vt 0.605006 0.114521</w:t>
        <w:br/>
        <w:t>vt 0.601750 0.111601</w:t>
        <w:br/>
        <w:t>vt 0.597544 0.114793</w:t>
        <w:br/>
        <w:t>vt 0.592304 0.115536</w:t>
        <w:br/>
        <w:t>vt 0.587434 0.113475</w:t>
        <w:br/>
        <w:t>vt 0.584190 0.109313</w:t>
        <w:br/>
        <w:t>vt 0.587434 0.113475</w:t>
        <w:br/>
        <w:t>vt 0.584956 0.117138</w:t>
        <w:br/>
        <w:t>vt 0.580300 0.111355</w:t>
        <w:br/>
        <w:t>vt 0.584190 0.109313</w:t>
        <w:br/>
        <w:t>vt 0.579135 0.103937</w:t>
        <w:br/>
        <w:t>vt 0.583448 0.104069</w:t>
        <w:br/>
        <w:t>vt 0.592304 0.115536</w:t>
        <w:br/>
        <w:t>vt 0.591788 0.119769</w:t>
        <w:br/>
        <w:t>vt 0.597544 0.114793</w:t>
        <w:br/>
        <w:t>vt 0.599051 0.118938</w:t>
        <w:br/>
        <w:t>vt 0.599909 0.097166</w:t>
        <w:br/>
        <w:t>vt 0.602602 0.094000</w:t>
        <w:br/>
        <w:t>vt 0.599909 0.097166</w:t>
        <w:br/>
        <w:t>vt 0.594950 0.095203</w:t>
        <w:br/>
        <w:t>vt 0.595501 0.090880</w:t>
        <w:br/>
        <w:t>vt 0.589657 0.095837</w:t>
        <w:br/>
        <w:t>vt 0.587832 0.092090</w:t>
        <w:br/>
        <w:t>vt 0.585438 0.099127</w:t>
        <w:br/>
        <w:t>vt 0.581864 0.096872</w:t>
        <w:br/>
        <w:t>vt 0.589657 0.095837</w:t>
        <w:br/>
        <w:t>vt 0.585438 0.099127</w:t>
        <w:br/>
        <w:t>vt 0.594950 0.095203</w:t>
        <w:br/>
        <w:t>vt 0.583448 0.104069</w:t>
        <w:br/>
        <w:t>vt 0.132025 0.467484</w:t>
        <w:br/>
        <w:t>vt 0.136907 0.454835</w:t>
        <w:br/>
        <w:t>vt 0.143448 0.460181</w:t>
        <w:br/>
        <w:t>vt 0.152219 0.442774</w:t>
        <w:br/>
        <w:t>vt 0.152073 0.448393</w:t>
        <w:br/>
        <w:t>vt 0.146742 0.444036</w:t>
        <w:br/>
        <w:t>vt 0.150513 0.454149</w:t>
        <w:br/>
        <w:t>vt 0.141412 0.446710</w:t>
        <w:br/>
        <w:t>vt 0.589420 0.877701</w:t>
        <w:br/>
        <w:t>vt 0.584919 0.871699</w:t>
        <w:br/>
        <w:t>vt 0.589152 0.871203</w:t>
        <w:br/>
        <w:t>vt 0.591570 0.875713</w:t>
        <w:br/>
        <w:t>vt 0.605126 0.876308</w:t>
        <w:br/>
        <w:t>vt 0.608266 0.872230</w:t>
        <w:br/>
        <w:t>vt 0.611962 0.873814</w:t>
        <w:br/>
        <w:t>vt 0.606711 0.878275</w:t>
        <w:br/>
        <w:t>vt 0.602957 0.875341</w:t>
        <w:br/>
        <w:t>vt 0.604930 0.871596</w:t>
        <w:br/>
        <w:t>vt 0.600713 0.874883</w:t>
        <w:br/>
        <w:t>vt 0.601821 0.871285</w:t>
        <w:br/>
        <w:t>vt 0.598810 0.871100</w:t>
        <w:br/>
        <w:t>vt 0.598488 0.874681</w:t>
        <w:br/>
        <w:t>vt 0.596252 0.874671</w:t>
        <w:br/>
        <w:t>vt 0.595789 0.871005</w:t>
        <w:br/>
        <w:t>vt 0.593943 0.874927</w:t>
        <w:br/>
        <w:t>vt 0.592628 0.871028</w:t>
        <w:br/>
        <w:t>vt 0.585841 0.864720</w:t>
        <w:br/>
        <w:t>vt 0.589532 0.866311</w:t>
        <w:br/>
        <w:t>vt 0.608644 0.867340</w:t>
        <w:br/>
        <w:t>vt 0.612877 0.866839</w:t>
        <w:br/>
        <w:t>vt 0.605169 0.867518</w:t>
        <w:br/>
        <w:t>vt 0.602010 0.867539</w:t>
        <w:br/>
        <w:t>vt 0.598987 0.867446</w:t>
        <w:br/>
        <w:t>vt 0.595975 0.867261</w:t>
        <w:br/>
        <w:t>vt 0.592866 0.866951</w:t>
        <w:br/>
        <w:t>vt 0.591099 0.860264</w:t>
        <w:br/>
        <w:t>vt 0.592676 0.862234</w:t>
        <w:br/>
        <w:t>vt 0.606227 0.862835</w:t>
        <w:br/>
        <w:t>vt 0.608377 0.860845</w:t>
        <w:br/>
        <w:t>vt 0.603853 0.863620</w:t>
        <w:br/>
        <w:t>vt 0.601544 0.863876</w:t>
        <w:br/>
        <w:t>vt 0.599307 0.863866</w:t>
        <w:br/>
        <w:t>vt 0.597083 0.863663</w:t>
        <w:br/>
        <w:t>vt 0.594841 0.863203</w:t>
        <w:br/>
        <w:t>vt 0.598330 0.878776</w:t>
        <w:br/>
        <w:t>vt 0.599474 0.859770</w:t>
        <w:br/>
        <w:t>vt 0.589152 0.871203</w:t>
        <w:br/>
        <w:t>vt 0.584919 0.871699</w:t>
        <w:br/>
        <w:t>vt 0.589420 0.877701</w:t>
        <w:br/>
        <w:t>vt 0.591570 0.875713</w:t>
        <w:br/>
        <w:t>vt 0.611962 0.873814</w:t>
        <w:br/>
        <w:t>vt 0.608266 0.872230</w:t>
        <w:br/>
        <w:t>vt 0.605126 0.876308</w:t>
        <w:br/>
        <w:t>vt 0.606711 0.878275</w:t>
        <w:br/>
        <w:t>vt 0.604930 0.871596</w:t>
        <w:br/>
        <w:t>vt 0.602957 0.875341</w:t>
        <w:br/>
        <w:t>vt 0.601821 0.871285</w:t>
        <w:br/>
        <w:t>vt 0.600713 0.874883</w:t>
        <w:br/>
        <w:t>vt 0.598810 0.871100</w:t>
        <w:br/>
        <w:t>vt 0.598488 0.874681</w:t>
        <w:br/>
        <w:t>vt 0.595789 0.871005</w:t>
        <w:br/>
        <w:t>vt 0.596252 0.874671</w:t>
        <w:br/>
        <w:t>vt 0.592628 0.871028</w:t>
        <w:br/>
        <w:t>vt 0.593943 0.874927</w:t>
        <w:br/>
        <w:t>vt 0.585841 0.864720</w:t>
        <w:br/>
        <w:t>vt 0.589532 0.866311</w:t>
        <w:br/>
        <w:t>vt 0.612877 0.866839</w:t>
        <w:br/>
        <w:t>vt 0.608644 0.867340</w:t>
        <w:br/>
        <w:t>vt 0.605169 0.867518</w:t>
        <w:br/>
        <w:t>vt 0.602010 0.867539</w:t>
        <w:br/>
        <w:t>vt 0.598987 0.867446</w:t>
        <w:br/>
        <w:t>vt 0.595975 0.867261</w:t>
        <w:br/>
        <w:t>vt 0.592866 0.866951</w:t>
        <w:br/>
        <w:t>vt 0.591099 0.860264</w:t>
        <w:br/>
        <w:t>vt 0.592676 0.862234</w:t>
        <w:br/>
        <w:t>vt 0.606227 0.862835</w:t>
        <w:br/>
        <w:t>vt 0.608377 0.860845</w:t>
        <w:br/>
        <w:t>vt 0.603853 0.863620</w:t>
        <w:br/>
        <w:t>vt 0.601544 0.863876</w:t>
        <w:br/>
        <w:t>vt 0.599307 0.863866</w:t>
        <w:br/>
        <w:t>vt 0.597083 0.863663</w:t>
        <w:br/>
        <w:t>vt 0.594841 0.863203</w:t>
        <w:br/>
        <w:t>vt 0.598330 0.878776</w:t>
        <w:br/>
        <w:t>vt 0.599474 0.859770</w:t>
        <w:br/>
        <w:t>vt 0.289528 0.114537</w:t>
        <w:br/>
        <w:t>vt 0.289598 0.113179</w:t>
        <w:br/>
        <w:t>vt 0.293264 0.113681</w:t>
        <w:br/>
        <w:t>vt 0.292995 0.115469</w:t>
        <w:br/>
        <w:t>vt 0.296226 0.113585</w:t>
        <w:br/>
        <w:t>vt 0.296836 0.114989</w:t>
        <w:br/>
        <w:t>vt 0.286197 0.115891</w:t>
        <w:br/>
        <w:t>vt 0.285064 0.114021</w:t>
        <w:br/>
        <w:t>vt 0.300545 0.114240</w:t>
        <w:br/>
        <w:t>vt 0.299092 0.116193</w:t>
        <w:br/>
        <w:t>vt 0.309403 0.158463</w:t>
        <w:br/>
        <w:t>vt 0.312547 0.159580</w:t>
        <w:br/>
        <w:t>vt 0.272151 0.156671</w:t>
        <w:br/>
        <w:t>vt 0.269207 0.157680</w:t>
        <w:br/>
        <w:t>vt 0.306984 0.165466</w:t>
        <w:br/>
        <w:t>vt 0.308814 0.166926</w:t>
        <w:br/>
        <w:t>vt 0.301524 0.171841</w:t>
        <w:br/>
        <w:t>vt 0.300890 0.169373</w:t>
        <w:br/>
        <w:t>vt 0.293893 0.173130</w:t>
        <w:br/>
        <w:t>vt 0.293734 0.169405</w:t>
        <w:br/>
        <w:t>vt 0.290544 0.173363</w:t>
        <w:br/>
        <w:t>vt 0.290738 0.168814</w:t>
        <w:br/>
        <w:t>vt 0.287590 0.169790</w:t>
        <w:br/>
        <w:t>vt 0.287468 0.172660</w:t>
        <w:br/>
        <w:t>vt 0.280290 0.168727</w:t>
        <w:br/>
        <w:t>vt 0.278780 0.170580</w:t>
        <w:br/>
        <w:t>vt 0.273977 0.163274</w:t>
        <w:br/>
        <w:t>vt 0.271966 0.164287</w:t>
        <w:br/>
        <w:t>vt 0.296695 0.116374</w:t>
        <w:br/>
        <w:t>vt 0.292695 0.117518</w:t>
        <w:br/>
        <w:t>vt 0.292995 0.115469</w:t>
        <w:br/>
        <w:t>vt 0.296836 0.114989</w:t>
        <w:br/>
        <w:t>vt 0.289176 0.116343</w:t>
        <w:br/>
        <w:t>vt 0.292995 0.115469</w:t>
        <w:br/>
        <w:t>vt 0.292695 0.117518</w:t>
        <w:br/>
        <w:t>vt 0.286197 0.115891</w:t>
        <w:br/>
        <w:t>vt 0.299092 0.116193</w:t>
        <w:br/>
        <w:t>vt 0.291248 0.152555</w:t>
        <w:br/>
        <w:t>vt 0.272151 0.156671</w:t>
        <w:br/>
        <w:t>vt 0.309403 0.158463</w:t>
        <w:br/>
        <w:t>vt 0.291248 0.152555</w:t>
        <w:br/>
        <w:t>vt 0.306984 0.165466</w:t>
        <w:br/>
        <w:t>vt 0.291023 0.157791</w:t>
        <w:br/>
        <w:t>vt 0.291023 0.157791</w:t>
        <w:br/>
        <w:t>vt 0.273977 0.163274</w:t>
        <w:br/>
        <w:t>vt 0.300890 0.169373</w:t>
        <w:br/>
        <w:t>vt 0.290859 0.162025</w:t>
        <w:br/>
        <w:t>vt 0.290859 0.162025</w:t>
        <w:br/>
        <w:t>vt 0.280290 0.168727</w:t>
        <w:br/>
        <w:t>vt 0.290826 0.164749</w:t>
        <w:br/>
        <w:t>vt 0.293264 0.113681</w:t>
        <w:br/>
        <w:t>vt 0.289598 0.113179</w:t>
        <w:br/>
        <w:t>vt 0.289528 0.114537</w:t>
        <w:br/>
        <w:t>vt 0.292995 0.115469</w:t>
        <w:br/>
        <w:t>vt 0.296836 0.114989</w:t>
        <w:br/>
        <w:t>vt 0.296226 0.113585</w:t>
        <w:br/>
        <w:t>vt 0.285064 0.114021</w:t>
        <w:br/>
        <w:t>vt 0.286197 0.115891</w:t>
        <w:br/>
        <w:t>vt 0.299093 0.116193</w:t>
        <w:br/>
        <w:t>vt 0.300545 0.114240</w:t>
        <w:br/>
        <w:t>vt 0.309403 0.158463</w:t>
        <w:br/>
        <w:t>vt 0.312547 0.159580</w:t>
        <w:br/>
        <w:t>vt 0.269207 0.157680</w:t>
        <w:br/>
        <w:t>vt 0.272151 0.156671</w:t>
        <w:br/>
        <w:t>vt 0.306984 0.165466</w:t>
        <w:br/>
        <w:t>vt 0.308814 0.166926</w:t>
        <w:br/>
        <w:t>vt 0.301524 0.171841</w:t>
        <w:br/>
        <w:t>vt 0.300890 0.169373</w:t>
        <w:br/>
        <w:t>vt 0.293893 0.173130</w:t>
        <w:br/>
        <w:t>vt 0.293734 0.169405</w:t>
        <w:br/>
        <w:t>vt 0.290544 0.173363</w:t>
        <w:br/>
        <w:t>vt 0.290738 0.168814</w:t>
        <w:br/>
        <w:t>vt 0.287590 0.169790</w:t>
        <w:br/>
        <w:t>vt 0.287468 0.172660</w:t>
        <w:br/>
        <w:t>vt 0.280290 0.168727</w:t>
        <w:br/>
        <w:t>vt 0.278780 0.170580</w:t>
        <w:br/>
        <w:t>vt 0.273977 0.163274</w:t>
        <w:br/>
        <w:t>vt 0.271966 0.164287</w:t>
        <w:br/>
        <w:t>vt 0.296695 0.116374</w:t>
        <w:br/>
        <w:t>vt 0.296836 0.114989</w:t>
        <w:br/>
        <w:t>vt 0.292995 0.115469</w:t>
        <w:br/>
        <w:t>vt 0.292696 0.117518</w:t>
        <w:br/>
        <w:t>vt 0.292995 0.115469</w:t>
        <w:br/>
        <w:t>vt 0.289176 0.116343</w:t>
        <w:br/>
        <w:t>vt 0.292696 0.117518</w:t>
        <w:br/>
        <w:t>vt 0.286197 0.115891</w:t>
        <w:br/>
        <w:t>vt 0.299093 0.116193</w:t>
        <w:br/>
        <w:t>vt 0.291248 0.152555</w:t>
        <w:br/>
        <w:t>vt 0.272151 0.156671</w:t>
        <w:br/>
        <w:t>vt 0.291248 0.152555</w:t>
        <w:br/>
        <w:t>vt 0.309403 0.158463</w:t>
        <w:br/>
        <w:t>vt 0.291023 0.157791</w:t>
        <w:br/>
        <w:t>vt 0.306984 0.165466</w:t>
        <w:br/>
        <w:t>vt 0.273977 0.163274</w:t>
        <w:br/>
        <w:t>vt 0.291023 0.157791</w:t>
        <w:br/>
        <w:t>vt 0.290859 0.162025</w:t>
        <w:br/>
        <w:t>vt 0.300890 0.169373</w:t>
        <w:br/>
        <w:t>vt 0.280290 0.168727</w:t>
        <w:br/>
        <w:t>vt 0.290859 0.162025</w:t>
        <w:br/>
        <w:t>vt 0.290826 0.164749</w:t>
        <w:br/>
        <w:t>vt 0.382601 0.790882</w:t>
        <w:br/>
        <w:t>vt 0.373959 0.789661</w:t>
        <w:br/>
        <w:t>vt 0.382038 0.786385</w:t>
        <w:br/>
        <w:t>vt 0.382601 0.790882</w:t>
        <w:br/>
        <w:t>vt 0.382038 0.786385</w:t>
        <w:br/>
        <w:t>vt 0.385440 0.785287</w:t>
        <w:br/>
        <w:t>vt 0.386162 0.791673</w:t>
        <w:br/>
        <w:t>vt 0.380847 0.795032</w:t>
        <w:br/>
        <w:t>vt 0.383614 0.797513</w:t>
        <w:br/>
        <w:t>vt 0.380847 0.795032</w:t>
        <w:br/>
        <w:t>vt 0.377273 0.797745</w:t>
        <w:br/>
        <w:t>vt 0.372820 0.798376</w:t>
        <w:br/>
        <w:t>vt 0.368681 0.796624</w:t>
        <w:br/>
        <w:t>vt 0.365925 0.793087</w:t>
        <w:br/>
        <w:t>vt 0.368681 0.796624</w:t>
        <w:br/>
        <w:t>vt 0.366576 0.799737</w:t>
        <w:br/>
        <w:t>vt 0.362619 0.794822</w:t>
        <w:br/>
        <w:t>vt 0.365925 0.793087</w:t>
        <w:br/>
        <w:t>vt 0.361629 0.788519</w:t>
        <w:br/>
        <w:t>vt 0.365294 0.788630</w:t>
        <w:br/>
        <w:t>vt 0.372820 0.798376</w:t>
        <w:br/>
        <w:t>vt 0.372381 0.801973</w:t>
        <w:br/>
        <w:t>vt 0.378554 0.801266</w:t>
        <w:br/>
        <w:t>vt 0.377273 0.797745</w:t>
        <w:br/>
        <w:t>vt 0.379282 0.782764</w:t>
        <w:br/>
        <w:t>vt 0.381571 0.780074</w:t>
        <w:br/>
        <w:t>vt 0.379282 0.782764</w:t>
        <w:br/>
        <w:t>vt 0.375069 0.781096</w:t>
        <w:br/>
        <w:t>vt 0.375536 0.777423</w:t>
        <w:br/>
        <w:t>vt 0.370571 0.781635</w:t>
        <w:br/>
        <w:t>vt 0.369020 0.778451</w:t>
        <w:br/>
        <w:t>vt 0.366985 0.784431</w:t>
        <w:br/>
        <w:t>vt 0.363948 0.782515</w:t>
        <w:br/>
        <w:t>vt 0.370571 0.781635</w:t>
        <w:br/>
        <w:t>vt 0.366985 0.784431</w:t>
        <w:br/>
        <w:t>vt 0.375069 0.781096</w:t>
        <w:br/>
        <w:t>vt 0.365294 0.788630</w:t>
        <w:br/>
        <w:t>vt 0.801535 0.982868</w:t>
        <w:br/>
        <w:t>vt 0.807318 0.975483</w:t>
        <w:br/>
        <w:t>vt 0.809953 0.978024</w:t>
        <w:br/>
        <w:t>vt 0.806814 0.983598</w:t>
        <w:br/>
        <w:t>vt 0.835395 0.980933</w:t>
        <w:br/>
        <w:t>vt 0.830734 0.982815</w:t>
        <w:br/>
        <w:t>vt 0.826915 0.977637</w:t>
        <w:br/>
        <w:t>vt 0.828948 0.975219</w:t>
        <w:br/>
        <w:t>vt 0.826547 0.983522</w:t>
        <w:br/>
        <w:t>vt 0.824179 0.978787</w:t>
        <w:br/>
        <w:t>vt 0.822652 0.983829</w:t>
        <w:br/>
        <w:t>vt 0.821361 0.979302</w:t>
        <w:br/>
        <w:t>vt 0.815104 0.984019</w:t>
        <w:br/>
        <w:t>vt 0.815779 0.979450</w:t>
        <w:br/>
        <w:t>vt 0.811153 0.983907</w:t>
        <w:br/>
        <w:t>vt 0.812900 0.979069</w:t>
        <w:br/>
        <w:t>vt 0.802505 0.991616</w:t>
        <w:br/>
        <w:t>vt 0.807159 0.989724</w:t>
        <w:br/>
        <w:t>vt 0.836357 0.989676</w:t>
        <w:br/>
        <w:t>vt 0.831077 0.988938</w:t>
        <w:br/>
        <w:t>vt 0.826738 0.988624</w:t>
        <w:br/>
        <w:t>vt 0.822790 0.988517</w:t>
        <w:br/>
        <w:t>vt 0.815238 0.988704</w:t>
        <w:br/>
        <w:t>vt 0.822790 0.988517</w:t>
        <w:br/>
        <w:t>vt 0.815238 0.988704</w:t>
        <w:br/>
        <w:t>vt 0.811344 0.989011</w:t>
        <w:br/>
        <w:t>vt 0.810984 0.994902</w:t>
        <w:br/>
        <w:t>vt 0.808960 0.997324</w:t>
        <w:br/>
        <w:t>vt 0.830573 0.997050</w:t>
        <w:br/>
        <w:t>vt 0.827937 0.994507</w:t>
        <w:br/>
        <w:t>vt 0.824991 0.993463</w:t>
        <w:br/>
        <w:t>vt 0.822111 0.993083</w:t>
        <w:br/>
        <w:t>vt 0.816530 0.993231</w:t>
        <w:br/>
        <w:t>vt 0.813714 0.993747</w:t>
        <w:br/>
        <w:t>vt 0.818484 0.974373</w:t>
        <w:br/>
        <w:t>vt 0.819416 0.998160</w:t>
        <w:br/>
        <w:t>vt 0.045883 0.027603</w:t>
        <w:br/>
        <w:t>vt 0.045883 0.039837</w:t>
        <w:br/>
        <w:t>vt 0.052775 0.038605</w:t>
        <w:br/>
        <w:t>vt 0.052941 0.026329</w:t>
        <w:br/>
        <w:t>vt 0.056082 0.016615</w:t>
        <w:br/>
        <w:t>vt 0.058675 0.026364</w:t>
        <w:br/>
        <w:t>vt 0.062728 0.023526</w:t>
        <w:br/>
        <w:t>vt 0.063096 0.016202</w:t>
        <w:br/>
        <w:t>vt 0.058107 0.014459</w:t>
        <w:br/>
        <w:t>vt 0.063096 0.016202</w:t>
        <w:br/>
        <w:t>vt 0.066170 0.013876</w:t>
        <w:br/>
        <w:t>vt 0.058478 0.038132</w:t>
        <w:br/>
        <w:t>vt 0.045883 0.056728</w:t>
        <w:br/>
        <w:t>vt 0.051963 0.054732</w:t>
        <w:br/>
        <w:t>vt 0.057308 0.051638</w:t>
        <w:br/>
        <w:t>vt 0.053602 0.056541</w:t>
        <w:br/>
        <w:t>vt 0.060075 0.052692</w:t>
        <w:br/>
        <w:t>vt 0.045883 0.058812</w:t>
        <w:br/>
        <w:t>vt 0.064660 0.045965</w:t>
        <w:br/>
        <w:t>vt 0.066119 0.035589</w:t>
        <w:br/>
        <w:t>vt 0.062951 0.037126</w:t>
        <w:br/>
        <w:t>vt 0.061431 0.046129</w:t>
        <w:br/>
        <w:t>vt 0.065762 0.021626</w:t>
        <w:br/>
        <w:t>vt 0.066170 0.013876</w:t>
        <w:br/>
        <w:t>vt 0.058107 0.014459</w:t>
        <w:br/>
        <w:t>vt 0.054653 0.008321</w:t>
        <w:br/>
        <w:t>vt 0.052916 0.010585</w:t>
        <w:br/>
        <w:t>vt 0.050589 0.004830</w:t>
        <w:br/>
        <w:t>vt 0.049341 0.007307</w:t>
        <w:br/>
        <w:t>vt 0.045883 0.002664</w:t>
        <w:br/>
        <w:t>vt 0.045883 0.005107</w:t>
        <w:br/>
        <w:t>vt 0.052775 0.038605</w:t>
        <w:br/>
        <w:t>vt 0.045883 0.039837</w:t>
        <w:br/>
        <w:t>vt 0.045883 0.027603</w:t>
        <w:br/>
        <w:t>vt 0.052941 0.026329</w:t>
        <w:br/>
        <w:t>vt 0.056082 0.016615</w:t>
        <w:br/>
        <w:t>vt 0.058675 0.026364</w:t>
        <w:br/>
        <w:t>vt 0.063096 0.016202</w:t>
        <w:br/>
        <w:t>vt 0.062728 0.023526</w:t>
        <w:br/>
        <w:t>vt 0.058107 0.014459</w:t>
        <w:br/>
        <w:t>vt 0.066170 0.013876</w:t>
        <w:br/>
        <w:t>vt 0.063096 0.016202</w:t>
        <w:br/>
        <w:t>vt 0.058478 0.038132</w:t>
        <w:br/>
        <w:t>vt 0.051963 0.054732</w:t>
        <w:br/>
        <w:t>vt 0.045883 0.056728</w:t>
        <w:br/>
        <w:t>vt 0.053602 0.056541</w:t>
        <w:br/>
        <w:t>vt 0.057308 0.051638</w:t>
        <w:br/>
        <w:t>vt 0.060075 0.052692</w:t>
        <w:br/>
        <w:t>vt 0.045883 0.058812</w:t>
        <w:br/>
        <w:t>vt 0.064660 0.045965</w:t>
        <w:br/>
        <w:t>vt 0.061431 0.046129</w:t>
        <w:br/>
        <w:t>vt 0.062951 0.037126</w:t>
        <w:br/>
        <w:t>vt 0.066119 0.035589</w:t>
        <w:br/>
        <w:t>vt 0.065762 0.021626</w:t>
        <w:br/>
        <w:t>vt 0.066170 0.013876</w:t>
        <w:br/>
        <w:t>vt 0.058107 0.014459</w:t>
        <w:br/>
        <w:t>vt 0.052915 0.010585</w:t>
        <w:br/>
        <w:t>vt 0.054653 0.008321</w:t>
        <w:br/>
        <w:t>vt 0.049341 0.007307</w:t>
        <w:br/>
        <w:t>vt 0.050589 0.004830</w:t>
        <w:br/>
        <w:t>vt 0.045883 0.005107</w:t>
        <w:br/>
        <w:t>vt 0.045883 0.002664</w:t>
        <w:br/>
        <w:t>vt 0.666098 0.052187</w:t>
        <w:br/>
        <w:t>vt 0.668020 0.051662</w:t>
        <w:br/>
        <w:t>vt 0.668579 0.053214</w:t>
        <w:br/>
        <w:t>vt 0.666906 0.054453</w:t>
        <w:br/>
        <w:t>vt 0.663508 0.053575</w:t>
        <w:br/>
        <w:t>vt 0.663206 0.052176</w:t>
        <w:br/>
        <w:t>vt 0.660219 0.054194</w:t>
        <w:br/>
        <w:t>vt 0.659877 0.052623</w:t>
        <w:br/>
        <w:t>vt 0.663939 0.055030</w:t>
        <w:br/>
        <w:t>vt 0.660606 0.055862</w:t>
        <w:br/>
        <w:t>vt 0.659841 0.051024</w:t>
        <w:br/>
        <w:t>vt 0.663155 0.050788</w:t>
        <w:br/>
        <w:t>vt 0.659781 0.049487</w:t>
        <w:br/>
        <w:t>vt 0.663121 0.049452</w:t>
        <w:br/>
        <w:t>vt 0.659998 0.047935</w:t>
        <w:br/>
        <w:t>vt 0.663277 0.048109</w:t>
        <w:br/>
        <w:t>vt 0.666008 0.049974</w:t>
        <w:br/>
        <w:t>vt 0.664687 0.056479</w:t>
        <w:br/>
        <w:t>vt 0.668704 0.056425</w:t>
        <w:br/>
        <w:t>vt 0.665658 0.057927</w:t>
        <w:br/>
        <w:t>vt 0.667005 0.059388</w:t>
        <w:br/>
        <w:t>vt 0.667972 0.049848</w:t>
        <w:br/>
        <w:t>vt 0.667916 0.048049</w:t>
        <w:br/>
        <w:t>vt 0.670169 0.047749</w:t>
        <w:br/>
        <w:t>vt 0.668343 0.046449</w:t>
        <w:br/>
        <w:t>vt 0.665999 0.047795</w:t>
        <w:br/>
        <w:t>vt 0.666629 0.045532</w:t>
        <w:br/>
        <w:t>vt 0.663474 0.046736</w:t>
        <w:br/>
        <w:t>vt 0.670244 0.051627</w:t>
        <w:br/>
        <w:t>vt 0.669786 0.054284</w:t>
        <w:br/>
        <w:t>vt 0.671337 0.054406</w:t>
        <w:br/>
        <w:t>vt 0.671528 0.057204</w:t>
        <w:br/>
        <w:t>vt 0.668067 0.043344</w:t>
        <w:br/>
        <w:t>vt 0.670484 0.041533</w:t>
        <w:br/>
        <w:t>vt 0.670985 0.044610</w:t>
        <w:br/>
        <w:t>vt 0.669379 0.045161</w:t>
        <w:br/>
        <w:t>vt 0.666036 0.040839</w:t>
        <w:br/>
        <w:t>vt 0.665044 0.042385</w:t>
        <w:br/>
        <w:t>vt 0.667153 0.039250</w:t>
        <w:br/>
        <w:t>vt 0.664336 0.043873</w:t>
        <w:br/>
        <w:t>vt 0.668823 0.060691</w:t>
        <w:br/>
        <w:t>vt 0.664257 0.062972</w:t>
        <w:br/>
        <w:t>vt 0.663174 0.060947</w:t>
        <w:br/>
        <w:t>vt 0.662144 0.059203</w:t>
        <w:br/>
        <w:t>vt 0.668558 0.037449</w:t>
        <w:br/>
        <w:t>vt 0.663202 0.037597</w:t>
        <w:br/>
        <w:t>vt 0.664146 0.035406</w:t>
        <w:br/>
        <w:t>vt 0.662412 0.039639</w:t>
        <w:br/>
        <w:t>vt 0.661599 0.041405</w:t>
        <w:br/>
        <w:t>vt 0.659649 0.036574</w:t>
        <w:br/>
        <w:t>vt 0.658732 0.040447</w:t>
        <w:br/>
        <w:t>vt 0.550743 0.709132</w:t>
        <w:br/>
        <w:t>vt 0.540942 0.705626</w:t>
        <w:br/>
        <w:t>vt 0.550366 0.701316</w:t>
        <w:br/>
        <w:t>vt 0.545429 0.714922</w:t>
        <w:br/>
        <w:t>vt 0.537482 0.715301</w:t>
        <w:br/>
        <w:t>vt 0.531662 0.709940</w:t>
        <w:br/>
        <w:t>vt 0.526595 0.709201</w:t>
        <w:br/>
        <w:t>vt 0.526147 0.703501</w:t>
        <w:br/>
        <w:t>vt 0.531329 0.702209</w:t>
        <w:br/>
        <w:t>vt 0.529141 0.714582</w:t>
        <w:br/>
        <w:t>vt 0.539109 0.720425</w:t>
        <w:br/>
        <w:t>vt 0.544898 0.720051</w:t>
        <w:br/>
        <w:t>vt 0.533520 0.718333</w:t>
        <w:br/>
        <w:t>vt 0.558881 0.076696</w:t>
        <w:br/>
        <w:t>vt 0.558881 0.071420</w:t>
        <w:br/>
        <w:t>vt 0.655057 0.056494</w:t>
        <w:br/>
        <w:t>vt 0.558881 0.066083</w:t>
        <w:br/>
        <w:t>vt 0.558881 0.060711</w:t>
        <w:br/>
        <w:t>vt 0.654647 0.053473</w:t>
        <w:br/>
        <w:t>vt 0.558881 0.055327</w:t>
        <w:br/>
        <w:t>vt 0.558881 0.049881</w:t>
        <w:br/>
        <w:t>vt 0.654550 0.050413</w:t>
        <w:br/>
        <w:t>vt 0.550349 0.717647</w:t>
        <w:br/>
        <w:t>vt 0.554311 0.713358</w:t>
        <w:br/>
        <w:t>vt 0.555917 0.702212</w:t>
        <w:br/>
        <w:t>vt 0.556098 0.707895</w:t>
        <w:br/>
        <w:t>vt 0.558881 0.044588</w:t>
        <w:br/>
        <w:t>vt 0.558881 0.039279</w:t>
        <w:br/>
        <w:t>vt 0.654580 0.047363</w:t>
        <w:br/>
        <w:t>vt 0.553307 0.696927</w:t>
        <w:br/>
        <w:t>vt 0.549094 0.692970</w:t>
        <w:br/>
        <w:t>vt 0.544493 0.696008</w:t>
        <w:br/>
        <w:t>vt 0.543427 0.691029</w:t>
        <w:br/>
        <w:t>vt 0.536559 0.696435</w:t>
        <w:br/>
        <w:t>vt 0.661332 0.057469</w:t>
        <w:br/>
        <w:t>vt 0.657971 0.056941</w:t>
        <w:br/>
        <w:t>vt 0.655584 0.059447</w:t>
        <w:br/>
        <w:t>vt 0.659294 0.060160</w:t>
        <w:br/>
        <w:t>vt 0.656262 0.062250</w:t>
        <w:br/>
        <w:t>vt 0.660268 0.063849</w:t>
        <w:br/>
        <w:t>vt 0.655311 0.041424</w:t>
        <w:br/>
        <w:t>vt 0.655686 0.038605</w:t>
        <w:br/>
        <w:t>vt 0.558881 0.087007</w:t>
        <w:br/>
        <w:t>vt 0.558881 0.081920</w:t>
        <w:br/>
        <w:t>vt 0.657255 0.053657</w:t>
        <w:br/>
        <w:t>vt 0.657022 0.050399</w:t>
        <w:br/>
        <w:t>vt 0.657257 0.047147</w:t>
        <w:br/>
        <w:t>vt 0.661022 0.043163</w:t>
        <w:br/>
        <w:t>vt 0.660469 0.044770</w:t>
        <w:br/>
        <w:t>vt 0.657792 0.043859</w:t>
        <w:br/>
        <w:t>vt 0.663767 0.045312</w:t>
        <w:br/>
        <w:t>vt 0.660228 0.046396</w:t>
        <w:br/>
        <w:t>vt 0.654906 0.044354</w:t>
        <w:br/>
        <w:t>vt 0.537651 0.691186</w:t>
        <w:br/>
        <w:t>vt 0.528338 0.697903</w:t>
        <w:br/>
        <w:t>vt 0.532378 0.693796</w:t>
        <w:br/>
        <w:t>vt 0.558881 0.028620</w:t>
        <w:br/>
        <w:t>vt 0.558881 0.023271</w:t>
        <w:br/>
        <w:t>vt 0.558881 0.033962</w:t>
        <w:br/>
        <w:t>vt 0.558881 0.017984</w:t>
        <w:br/>
        <w:t>vt 0.558881 0.012817</w:t>
        <w:br/>
        <w:t>vt 0.558881 0.007669</w:t>
        <w:br/>
        <w:t>vt 0.558881 0.092012</w:t>
        <w:br/>
        <w:t>vt 0.131279 0.911597</w:t>
        <w:br/>
        <w:t>vt 0.135520 0.910962</w:t>
        <w:br/>
        <w:t>vt 0.130799 0.905074</w:t>
        <w:br/>
        <w:t>vt 0.128703 0.907143</w:t>
        <w:br/>
        <w:t>vt 0.108266 0.909718</w:t>
        <w:br/>
        <w:t>vt 0.112032 0.911189</w:t>
        <w:br/>
        <w:t>vt 0.115056 0.906988</w:t>
        <w:br/>
        <w:t>vt 0.113399 0.905063</w:t>
        <w:br/>
        <w:t>vt 0.115407 0.911718</w:t>
        <w:br/>
        <w:t>vt 0.117268 0.907888</w:t>
        <w:br/>
        <w:t>vt 0.118543 0.911929</w:t>
        <w:br/>
        <w:t>vt 0.119539 0.908277</w:t>
        <w:br/>
        <w:t>vt 0.121575 0.912016</w:t>
        <w:br/>
        <w:t>vt 0.121781 0.908406</w:t>
        <w:br/>
        <w:t>vt 0.124615 0.912013</w:t>
        <w:br/>
        <w:t>vt 0.124030 0.908343</w:t>
        <w:br/>
        <w:t>vt 0.127792 0.911886</w:t>
        <w:br/>
        <w:t>vt 0.126343 0.908010</w:t>
        <w:br/>
        <w:t>vt 0.134820 0.918006</w:t>
        <w:br/>
        <w:t>vt 0.131058 0.916528</w:t>
        <w:br/>
        <w:t>vt 0.107573 0.916760</w:t>
        <w:br/>
        <w:t>vt 0.111813 0.916117</w:t>
        <w:br/>
        <w:t>vt 0.115300 0.915824</w:t>
        <w:br/>
        <w:t>vt 0.118474 0.915701</w:t>
        <w:br/>
        <w:t>vt 0.121517 0.915695</w:t>
        <w:br/>
        <w:t>vt 0.124551 0.915782</w:t>
        <w:br/>
        <w:t>vt 0.127686 0.915993</w:t>
        <w:br/>
        <w:t>vt 0.129680 0.922658</w:t>
        <w:br/>
        <w:t>vt 0.128030 0.920728</w:t>
        <w:br/>
        <w:t>vt 0.114390 0.920568</w:t>
        <w:br/>
        <w:t>vt 0.112293 0.922638</w:t>
        <w:br/>
        <w:t>vt 0.116750 0.919701</w:t>
        <w:br/>
        <w:t>vt 0.119063 0.919368</w:t>
        <w:br/>
        <w:t>vt 0.121312 0.919305</w:t>
        <w:br/>
        <w:t>vt 0.123554 0.919436</w:t>
        <w:br/>
        <w:t>vt 0.125823 0.919825</w:t>
        <w:br/>
        <w:t>vt 0.121807 0.904285</w:t>
        <w:br/>
        <w:t>vt 0.121278 0.923426</w:t>
        <w:br/>
        <w:t>vt 0.766376 0.710789</w:t>
        <w:br/>
        <w:t>vt 0.763018 0.700450</w:t>
        <w:br/>
        <w:t>vt 0.764586 0.701208</w:t>
        <w:br/>
        <w:t>vt 0.771424 0.709511</w:t>
        <w:br/>
        <w:t>vt 0.771322 0.726133</w:t>
        <w:br/>
        <w:t>vt 0.769268 0.720119</w:t>
        <w:br/>
        <w:t>vt 0.778071 0.718280</w:t>
        <w:br/>
        <w:t>vt 0.785595 0.722220</w:t>
        <w:br/>
        <w:t>vt 0.774946 0.742009</w:t>
        <w:br/>
        <w:t>vt 0.779966 0.740568</w:t>
        <w:br/>
        <w:t>vt 0.778425 0.751166</w:t>
        <w:br/>
        <w:t>vt 0.777367 0.752589</w:t>
        <w:br/>
        <w:t>vt 0.765746 0.699406</w:t>
        <w:br/>
        <w:t>vt 0.764586 0.701208</w:t>
        <w:br/>
        <w:t>vt 0.763018 0.700450</w:t>
        <w:br/>
        <w:t>vt 0.762251 0.698694</w:t>
        <w:br/>
        <w:t>vt 0.771322 0.726133</w:t>
        <w:br/>
        <w:t>vt 0.785595 0.722220</w:t>
        <w:br/>
        <w:t>vt 0.781117 0.729316</w:t>
        <w:br/>
        <w:t>vt 0.772613 0.732207</w:t>
        <w:br/>
        <w:t>vt 0.762251 0.698694</w:t>
        <w:br/>
        <w:t>vt 0.763018 0.700450</w:t>
        <w:br/>
        <w:t>vt 0.761374 0.701603</w:t>
        <w:br/>
        <w:t>vt 0.759629 0.700633</w:t>
        <w:br/>
        <w:t>vt 0.775455 0.752470</w:t>
        <w:br/>
        <w:t>vt 0.769592 0.743731</w:t>
        <w:br/>
        <w:t>vt 0.763369 0.734204</w:t>
        <w:br/>
        <w:t>vt 0.756545 0.730267</w:t>
        <w:br/>
        <w:t>vt 0.760349 0.723188</w:t>
        <w:br/>
        <w:t>vt 0.756545 0.730267</w:t>
        <w:br/>
        <w:t>vt 0.761374 0.701603</w:t>
        <w:br/>
        <w:t>vt 0.760824 0.712093</w:t>
        <w:br/>
        <w:t>vt 0.777367 0.752589</w:t>
        <w:br/>
        <w:t>vt 0.778425 0.751166</w:t>
        <w:br/>
        <w:t>vt 0.780347 0.752122</w:t>
        <w:br/>
        <w:t>vt 0.777672 0.754491</w:t>
        <w:br/>
        <w:t>vt 0.775455 0.752470</w:t>
        <w:br/>
        <w:t>vt 0.777367 0.752589</w:t>
        <w:br/>
        <w:t>vt 0.777672 0.754491</w:t>
        <w:br/>
        <w:t>vt 0.774449 0.754197</w:t>
        <w:br/>
        <w:t>vt 0.779966 0.740568</w:t>
        <w:br/>
        <w:t>vt 0.785033 0.740038</w:t>
        <w:br/>
        <w:t>vt 0.771424 0.709511</w:t>
        <w:br/>
        <w:t>vt 0.775924 0.707315</w:t>
        <w:br/>
        <w:t>vt 0.760824 0.712093</w:t>
        <w:br/>
        <w:t>vt 0.756120 0.712863</w:t>
        <w:br/>
        <w:t>vt 0.769592 0.743731</w:t>
        <w:br/>
        <w:t>vt 0.765234 0.745405</w:t>
        <w:br/>
        <w:t>vt 0.781117 0.729316</w:t>
        <w:br/>
        <w:t>vt 0.785595 0.722220</w:t>
        <w:br/>
        <w:t>vt 0.778071 0.718280</w:t>
        <w:br/>
        <w:t>vt 0.769268 0.720119</w:t>
        <w:br/>
        <w:t>vt 0.778071 0.718280</w:t>
        <w:br/>
        <w:t>vt 0.760349 0.723188</w:t>
        <w:br/>
        <w:t>vt 0.760349 0.723188</w:t>
        <w:br/>
        <w:t>vt 0.756545 0.730267</w:t>
        <w:br/>
        <w:t>vt 0.763369 0.734204</w:t>
        <w:br/>
        <w:t>vt 0.772613 0.732207</w:t>
        <w:br/>
        <w:t>vt 0.763369 0.734204</w:t>
        <w:br/>
        <w:t>vt 0.781117 0.729316</w:t>
        <w:br/>
        <w:t>vt 0.135520 0.910962</w:t>
        <w:br/>
        <w:t>vt 0.130799 0.905074</w:t>
        <w:br/>
        <w:t>vt 0.128703 0.907143</w:t>
        <w:br/>
        <w:t>vt 0.131279 0.911597</w:t>
        <w:br/>
        <w:t>vt 0.108266 0.909718</w:t>
        <w:br/>
        <w:t>vt 0.112032 0.911189</w:t>
        <w:br/>
        <w:t>vt 0.115056 0.906988</w:t>
        <w:br/>
        <w:t>vt 0.113399 0.905063</w:t>
        <w:br/>
        <w:t>vt 0.115407 0.911718</w:t>
        <w:br/>
        <w:t>vt 0.117268 0.907888</w:t>
        <w:br/>
        <w:t>vt 0.118543 0.911929</w:t>
        <w:br/>
        <w:t>vt 0.119539 0.908277</w:t>
        <w:br/>
        <w:t>vt 0.121575 0.912016</w:t>
        <w:br/>
        <w:t>vt 0.121781 0.908406</w:t>
        <w:br/>
        <w:t>vt 0.124615 0.912013</w:t>
        <w:br/>
        <w:t>vt 0.124030 0.908343</w:t>
        <w:br/>
        <w:t>vt 0.127792 0.911886</w:t>
        <w:br/>
        <w:t>vt 0.126343 0.908010</w:t>
        <w:br/>
        <w:t>vt 0.134820 0.918006</w:t>
        <w:br/>
        <w:t>vt 0.131058 0.916528</w:t>
        <w:br/>
        <w:t>vt 0.107573 0.916760</w:t>
        <w:br/>
        <w:t>vt 0.111813 0.916117</w:t>
        <w:br/>
        <w:t>vt 0.115300 0.915824</w:t>
        <w:br/>
        <w:t>vt 0.118474 0.915701</w:t>
        <w:br/>
        <w:t>vt 0.121517 0.915695</w:t>
        <w:br/>
        <w:t>vt 0.124551 0.915782</w:t>
        <w:br/>
        <w:t>vt 0.127686 0.915993</w:t>
        <w:br/>
        <w:t>vt 0.128030 0.920728</w:t>
        <w:br/>
        <w:t>vt 0.129680 0.922658</w:t>
        <w:br/>
        <w:t>vt 0.114390 0.920568</w:t>
        <w:br/>
        <w:t>vt 0.112293 0.922638</w:t>
        <w:br/>
        <w:t>vt 0.116750 0.919701</w:t>
        <w:br/>
        <w:t>vt 0.119063 0.919368</w:t>
        <w:br/>
        <w:t>vt 0.121312 0.919305</w:t>
        <w:br/>
        <w:t>vt 0.123554 0.919436</w:t>
        <w:br/>
        <w:t>vt 0.125823 0.919825</w:t>
        <w:br/>
        <w:t>vt 0.121807 0.904285</w:t>
        <w:br/>
        <w:t>vt 0.121278 0.923426</w:t>
        <w:br/>
        <w:t>vt 0.448871 0.476080</w:t>
        <w:br/>
        <w:t>vt 0.447539 0.473177</w:t>
        <w:br/>
        <w:t>vt 0.454502 0.468593</w:t>
        <w:br/>
        <w:t>vt 0.457262 0.470701</w:t>
        <w:br/>
        <w:t>vt 0.459104 0.461646</w:t>
        <w:br/>
        <w:t>vt 0.463012 0.462478</w:t>
        <w:br/>
        <w:t>vt 0.460652 0.453508</w:t>
        <w:br/>
        <w:t>vt 0.465241 0.452636</w:t>
        <w:br/>
        <w:t>vt 0.458954 0.445463</w:t>
        <w:br/>
        <w:t>vt 0.463535 0.442610</w:t>
        <w:br/>
        <w:t>vt 0.454359 0.438719</w:t>
        <w:br/>
        <w:t>vt 0.458080 0.433922</w:t>
        <w:br/>
        <w:t>vt 0.447606 0.434238</w:t>
        <w:br/>
        <w:t>vt 0.449631 0.427966</w:t>
        <w:br/>
        <w:t>vt 0.439748 0.432680</w:t>
        <w:br/>
        <w:t>vt 0.439519 0.425844</w:t>
        <w:br/>
        <w:t>vt 0.431895 0.434166</w:t>
        <w:br/>
        <w:t>vt 0.429493 0.427944</w:t>
        <w:br/>
        <w:t>vt 0.425141 0.438564</w:t>
        <w:br/>
        <w:t>vt 0.421042 0.433681</w:t>
        <w:br/>
        <w:t>vt 0.420491 0.445206</w:t>
        <w:br/>
        <w:t>vt 0.415484 0.442196</w:t>
        <w:br/>
        <w:t>vt 0.418691 0.453174</w:t>
        <w:br/>
        <w:t>vt 0.413561 0.452142</w:t>
        <w:br/>
        <w:t>vt 0.422266 0.464780</w:t>
        <w:br/>
        <w:t>vt 0.418323 0.466223</w:t>
        <w:br/>
        <w:t>vt 0.431256 0.473003</w:t>
        <w:br/>
        <w:t>vt 0.429405 0.475950</w:t>
        <w:br/>
        <w:t>vt 0.439365 0.474709</w:t>
        <w:br/>
        <w:t>vt 0.439127 0.477891</w:t>
        <w:br/>
        <w:t>vt 0.446085 0.469654</w:t>
        <w:br/>
        <w:t>vt 0.450938 0.466444</w:t>
        <w:br/>
        <w:t>vt 0.454129 0.461589</w:t>
        <w:br/>
        <w:t>vt 0.455204 0.455945</w:t>
        <w:br/>
        <w:t>vt 0.460652 0.453508</w:t>
        <w:br/>
        <w:t>vt 0.454029 0.450391</w:t>
        <w:br/>
        <w:t>vt 0.458954 0.445463</w:t>
        <w:br/>
        <w:t>vt 0.450820 0.445776</w:t>
        <w:br/>
        <w:t>vt 0.454359 0.438719</w:t>
        <w:br/>
        <w:t>vt 0.446118 0.442587</w:t>
        <w:br/>
        <w:t>vt 0.447606 0.434238</w:t>
        <w:br/>
        <w:t>vt 0.440589 0.441446</w:t>
        <w:br/>
        <w:t>vt 0.439748 0.432680</w:t>
        <w:br/>
        <w:t>vt 0.435017 0.442456</w:t>
        <w:br/>
        <w:t>vt 0.431895 0.434166</w:t>
        <w:br/>
        <w:t>vt 0.425141 0.438564</w:t>
        <w:br/>
        <w:t>vt 0.430233 0.445531</w:t>
        <w:br/>
        <w:t>vt 0.420491 0.445206</w:t>
        <w:br/>
        <w:t>vt 0.426940 0.450152</w:t>
        <w:br/>
        <w:t>vt 0.425670 0.455744</w:t>
        <w:br/>
        <w:t>vt 0.428217 0.463932</w:t>
        <w:br/>
        <w:t>vt 0.434602 0.469633</w:t>
        <w:br/>
        <w:t>vt 0.440340 0.470786</w:t>
        <w:br/>
        <w:t>vt 0.448871 0.476080</w:t>
        <w:br/>
        <w:t>vt 0.457262 0.470701</w:t>
        <w:br/>
        <w:t>vt 0.454502 0.468593</w:t>
        <w:br/>
        <w:t>vt 0.447539 0.473177</w:t>
        <w:br/>
        <w:t>vt 0.463012 0.462478</w:t>
        <w:br/>
        <w:t>vt 0.459104 0.461646</w:t>
        <w:br/>
        <w:t>vt 0.465241 0.452636</w:t>
        <w:br/>
        <w:t>vt 0.460652 0.453508</w:t>
        <w:br/>
        <w:t>vt 0.463535 0.442610</w:t>
        <w:br/>
        <w:t>vt 0.458954 0.445463</w:t>
        <w:br/>
        <w:t>vt 0.458080 0.433922</w:t>
        <w:br/>
        <w:t>vt 0.454359 0.438719</w:t>
        <w:br/>
        <w:t>vt 0.449631 0.427966</w:t>
        <w:br/>
        <w:t>vt 0.447606 0.434238</w:t>
        <w:br/>
        <w:t>vt 0.439519 0.425844</w:t>
        <w:br/>
        <w:t>vt 0.439748 0.432680</w:t>
        <w:br/>
        <w:t>vt 0.429493 0.427944</w:t>
        <w:br/>
        <w:t>vt 0.431895 0.434166</w:t>
        <w:br/>
        <w:t>vt 0.421042 0.433681</w:t>
        <w:br/>
        <w:t>vt 0.425141 0.438564</w:t>
        <w:br/>
        <w:t>vt 0.415484 0.442196</w:t>
        <w:br/>
        <w:t>vt 0.420491 0.445206</w:t>
        <w:br/>
        <w:t>vt 0.413561 0.452142</w:t>
        <w:br/>
        <w:t>vt 0.418691 0.453174</w:t>
        <w:br/>
        <w:t>vt 0.418323 0.466223</w:t>
        <w:br/>
        <w:t>vt 0.422266 0.464780</w:t>
        <w:br/>
        <w:t>vt 0.429405 0.475950</w:t>
        <w:br/>
        <w:t>vt 0.431256 0.473003</w:t>
        <w:br/>
        <w:t>vt 0.439127 0.477891</w:t>
        <w:br/>
        <w:t>vt 0.439365 0.474709</w:t>
        <w:br/>
        <w:t>vt 0.450938 0.466444</w:t>
        <w:br/>
        <w:t>vt 0.446085 0.469654</w:t>
        <w:br/>
        <w:t>vt 0.454129 0.461589</w:t>
        <w:br/>
        <w:t>vt 0.455204 0.455945</w:t>
        <w:br/>
        <w:t>vt 0.460652 0.453508</w:t>
        <w:br/>
        <w:t>vt 0.454029 0.450391</w:t>
        <w:br/>
        <w:t>vt 0.458954 0.445463</w:t>
        <w:br/>
        <w:t>vt 0.450820 0.445776</w:t>
        <w:br/>
        <w:t>vt 0.454359 0.438719</w:t>
        <w:br/>
        <w:t>vt 0.446118 0.442587</w:t>
        <w:br/>
        <w:t>vt 0.447606 0.434238</w:t>
        <w:br/>
        <w:t>vt 0.440589 0.441446</w:t>
        <w:br/>
        <w:t>vt 0.439748 0.432680</w:t>
        <w:br/>
        <w:t>vt 0.435017 0.442456</w:t>
        <w:br/>
        <w:t>vt 0.431895 0.434166</w:t>
        <w:br/>
        <w:t>vt 0.425141 0.438564</w:t>
        <w:br/>
        <w:t>vt 0.430233 0.445531</w:t>
        <w:br/>
        <w:t>vt 0.420491 0.445206</w:t>
        <w:br/>
        <w:t>vt 0.426940 0.450152</w:t>
        <w:br/>
        <w:t>vt 0.425670 0.455744</w:t>
        <w:br/>
        <w:t>vt 0.428217 0.463932</w:t>
        <w:br/>
        <w:t>vt 0.434602 0.469633</w:t>
        <w:br/>
        <w:t>vt 0.440340 0.470786</w:t>
        <w:br/>
        <w:t>vt 0.135520 0.910962</w:t>
        <w:br/>
        <w:t>vt 0.131279 0.911597</w:t>
        <w:br/>
        <w:t>vt 0.128703 0.907143</w:t>
        <w:br/>
        <w:t>vt 0.130799 0.905074</w:t>
        <w:br/>
        <w:t>vt 0.115056 0.906988</w:t>
        <w:br/>
        <w:t>vt 0.112032 0.911189</w:t>
        <w:br/>
        <w:t>vt 0.108266 0.909718</w:t>
        <w:br/>
        <w:t>vt 0.113399 0.905063</w:t>
        <w:br/>
        <w:t>vt 0.117268 0.907888</w:t>
        <w:br/>
        <w:t>vt 0.115407 0.911718</w:t>
        <w:br/>
        <w:t>vt 0.118543 0.911929</w:t>
        <w:br/>
        <w:t>vt 0.119539 0.908277</w:t>
        <w:br/>
        <w:t>vt 0.121575 0.912016</w:t>
        <w:br/>
        <w:t>vt 0.121781 0.908406</w:t>
        <w:br/>
        <w:t>vt 0.124030 0.908343</w:t>
        <w:br/>
        <w:t>vt 0.124615 0.912013</w:t>
        <w:br/>
        <w:t>vt 0.126343 0.908010</w:t>
        <w:br/>
        <w:t>vt 0.127792 0.911886</w:t>
        <w:br/>
        <w:t>vt 0.134820 0.918006</w:t>
        <w:br/>
        <w:t>vt 0.131058 0.916528</w:t>
        <w:br/>
        <w:t>vt 0.111813 0.916117</w:t>
        <w:br/>
        <w:t>vt 0.107573 0.916760</w:t>
        <w:br/>
        <w:t>vt 0.115300 0.915824</w:t>
        <w:br/>
        <w:t>vt 0.118474 0.915701</w:t>
        <w:br/>
        <w:t>vt 0.121517 0.915695</w:t>
        <w:br/>
        <w:t>vt 0.124551 0.915782</w:t>
        <w:br/>
        <w:t>vt 0.127686 0.915993</w:t>
        <w:br/>
        <w:t>vt 0.129680 0.922658</w:t>
        <w:br/>
        <w:t>vt 0.128030 0.920728</w:t>
        <w:br/>
        <w:t>vt 0.114390 0.920568</w:t>
        <w:br/>
        <w:t>vt 0.112293 0.922638</w:t>
        <w:br/>
        <w:t>vt 0.116750 0.919701</w:t>
        <w:br/>
        <w:t>vt 0.119063 0.919368</w:t>
        <w:br/>
        <w:t>vt 0.121312 0.919305</w:t>
        <w:br/>
        <w:t>vt 0.123554 0.919436</w:t>
        <w:br/>
        <w:t>vt 0.125823 0.919825</w:t>
        <w:br/>
        <w:t>vt 0.121807 0.904285</w:t>
        <w:br/>
        <w:t>vt 0.121278 0.923426</w:t>
        <w:br/>
        <w:t>vt 0.761190 0.377436</w:t>
        <w:br/>
        <w:t>vt 0.764837 0.383609</w:t>
        <w:br/>
        <w:t>vt 0.760449 0.386201</w:t>
        <w:br/>
        <w:t>vt 0.756798 0.380021</w:t>
        <w:br/>
        <w:t>vt 0.753130 0.373812</w:t>
        <w:br/>
        <w:t>vt 0.757517 0.371219</w:t>
        <w:br/>
        <w:t>vt 0.753786 0.364903</w:t>
        <w:br/>
        <w:t>vt 0.749459 0.367597</w:t>
        <w:br/>
        <w:t>vt 0.745974 0.361698</w:t>
        <w:br/>
        <w:t>vt 0.749951 0.358411</w:t>
        <w:br/>
        <w:t>vt 0.775893 0.402325</w:t>
        <w:br/>
        <w:t>vt 0.779730 0.408821</w:t>
        <w:br/>
        <w:t>vt 0.774928 0.410711</w:t>
        <w:br/>
        <w:t>vt 0.771444 0.404814</w:t>
        <w:br/>
        <w:t>vt 0.767774 0.398601</w:t>
        <w:br/>
        <w:t>vt 0.772160 0.396005</w:t>
        <w:br/>
        <w:t>vt 0.768484 0.389784</w:t>
        <w:br/>
        <w:t>vt 0.764103 0.392386</w:t>
        <w:br/>
        <w:t>vt 0.833159 0.343211</w:t>
        <w:br/>
        <w:t>vt 0.832132 0.341472</w:t>
        <w:br/>
        <w:t>vt 0.831112 0.339746</w:t>
        <w:br/>
        <w:t>vt 0.830108 0.338046</w:t>
        <w:br/>
        <w:t>vt 0.829127 0.336385</w:t>
        <w:br/>
        <w:t>vt 0.837191 0.350036</w:t>
        <w:br/>
        <w:t>vt 0.836210 0.348375</w:t>
        <w:br/>
        <w:t>vt 0.835205 0.346674</w:t>
        <w:br/>
        <w:t>vt 0.834186 0.344949</w:t>
        <w:br/>
        <w:t>vt 0.084295 0.727071</w:t>
        <w:br/>
        <w:t>vt 0.092292 0.732186</w:t>
        <w:br/>
        <w:t>vt 0.086333 0.736342</w:t>
        <w:br/>
        <w:t>vt 0.093566 0.725034</w:t>
        <w:br/>
        <w:t>vt 0.089410 0.719075</w:t>
        <w:br/>
        <w:t>vt 0.082258 0.717800</w:t>
        <w:br/>
        <w:t>vt 0.076299 0.721957</w:t>
        <w:br/>
        <w:t>vt 0.075024 0.729109</w:t>
        <w:br/>
        <w:t>vt 0.079180 0.735068</w:t>
        <w:br/>
        <w:t>vt 0.760449 0.386201</w:t>
        <w:br/>
        <w:t>vt 0.764837 0.383609</w:t>
        <w:br/>
        <w:t>vt 0.761190 0.377436</w:t>
        <w:br/>
        <w:t>vt 0.756798 0.380021</w:t>
        <w:br/>
        <w:t>vt 0.757517 0.371219</w:t>
        <w:br/>
        <w:t>vt 0.753130 0.373812</w:t>
        <w:br/>
        <w:t>vt 0.753786 0.364903</w:t>
        <w:br/>
        <w:t>vt 0.749459 0.367597</w:t>
        <w:br/>
        <w:t>vt 0.749951 0.358411</w:t>
        <w:br/>
        <w:t>vt 0.745974 0.361698</w:t>
        <w:br/>
        <w:t>vt 0.774928 0.410711</w:t>
        <w:br/>
        <w:t>vt 0.779730 0.408821</w:t>
        <w:br/>
        <w:t>vt 0.775893 0.402325</w:t>
        <w:br/>
        <w:t>vt 0.771444 0.404814</w:t>
        <w:br/>
        <w:t>vt 0.772160 0.396005</w:t>
        <w:br/>
        <w:t>vt 0.767774 0.398601</w:t>
        <w:br/>
        <w:t>vt 0.768484 0.389784</w:t>
        <w:br/>
        <w:t>vt 0.764103 0.392386</w:t>
        <w:br/>
        <w:t>vt 0.833159 0.343211</w:t>
        <w:br/>
        <w:t>vt 0.832132 0.341472</w:t>
        <w:br/>
        <w:t>vt 0.831112 0.339746</w:t>
        <w:br/>
        <w:t>vt 0.830108 0.338046</w:t>
        <w:br/>
        <w:t>vt 0.829127 0.336385</w:t>
        <w:br/>
        <w:t>vt 0.837191 0.350036</w:t>
        <w:br/>
        <w:t>vt 0.836210 0.348375</w:t>
        <w:br/>
        <w:t>vt 0.835205 0.346674</w:t>
        <w:br/>
        <w:t>vt 0.834186 0.344949</w:t>
        <w:br/>
        <w:t>vt 0.084295 0.727071</w:t>
        <w:br/>
        <w:t>vt 0.086333 0.736342</w:t>
        <w:br/>
        <w:t>vt 0.092292 0.732186</w:t>
        <w:br/>
        <w:t>vt 0.093567 0.725034</w:t>
        <w:br/>
        <w:t>vt 0.089410 0.719075</w:t>
        <w:br/>
        <w:t>vt 0.082258 0.717800</w:t>
        <w:br/>
        <w:t>vt 0.076299 0.721957</w:t>
        <w:br/>
        <w:t>vt 0.075024 0.729109</w:t>
        <w:br/>
        <w:t>vt 0.079180 0.735068</w:t>
        <w:br/>
        <w:t>vt 0.764586 0.701208</w:t>
        <w:br/>
        <w:t>vt 0.763018 0.700450</w:t>
        <w:br/>
        <w:t>vt 0.766376 0.710789</w:t>
        <w:br/>
        <w:t>vt 0.771425 0.709511</w:t>
        <w:br/>
        <w:t>vt 0.771322 0.726133</w:t>
        <w:br/>
        <w:t>vt 0.785594 0.722220</w:t>
        <w:br/>
        <w:t>vt 0.778071 0.718280</w:t>
        <w:br/>
        <w:t>vt 0.769268 0.720119</w:t>
        <w:br/>
        <w:t>vt 0.774946 0.742009</w:t>
        <w:br/>
        <w:t>vt 0.777367 0.752589</w:t>
        <w:br/>
        <w:t>vt 0.778425 0.751166</w:t>
        <w:br/>
        <w:t>vt 0.779966 0.740568</w:t>
        <w:br/>
        <w:t>vt 0.763018 0.700450</w:t>
        <w:br/>
        <w:t>vt 0.764586 0.701208</w:t>
        <w:br/>
        <w:t>vt 0.765746 0.699406</w:t>
        <w:br/>
        <w:t>vt 0.762251 0.698694</w:t>
        <w:br/>
        <w:t>vt 0.771322 0.726133</w:t>
        <w:br/>
        <w:t>vt 0.772613 0.732207</w:t>
        <w:br/>
        <w:t>vt 0.781117 0.729316</w:t>
        <w:br/>
        <w:t>vt 0.785594 0.722220</w:t>
        <w:br/>
        <w:t>vt 0.761374 0.701603</w:t>
        <w:br/>
        <w:t>vt 0.763018 0.700450</w:t>
        <w:br/>
        <w:t>vt 0.762251 0.698694</w:t>
        <w:br/>
        <w:t>vt 0.759629 0.700633</w:t>
        <w:br/>
        <w:t>vt 0.775455 0.752470</w:t>
        <w:br/>
        <w:t>vt 0.769592 0.743731</w:t>
        <w:br/>
        <w:t>vt 0.763369 0.734204</w:t>
        <w:br/>
        <w:t>vt 0.756545 0.730267</w:t>
        <w:br/>
        <w:t>vt 0.760349 0.723188</w:t>
        <w:br/>
        <w:t>vt 0.756545 0.730267</w:t>
        <w:br/>
        <w:t>vt 0.761374 0.701603</w:t>
        <w:br/>
        <w:t>vt 0.760824 0.712093</w:t>
        <w:br/>
        <w:t>vt 0.777367 0.752589</w:t>
        <w:br/>
        <w:t>vt 0.777673 0.754491</w:t>
        <w:br/>
        <w:t>vt 0.780347 0.752122</w:t>
        <w:br/>
        <w:t>vt 0.778425 0.751166</w:t>
        <w:br/>
        <w:t>vt 0.777673 0.754491</w:t>
        <w:br/>
        <w:t>vt 0.777367 0.752589</w:t>
        <w:br/>
        <w:t>vt 0.775455 0.752470</w:t>
        <w:br/>
        <w:t>vt 0.774449 0.754197</w:t>
        <w:br/>
        <w:t>vt 0.785033 0.740038</w:t>
        <w:br/>
        <w:t>vt 0.779966 0.740568</w:t>
        <w:br/>
        <w:t>vt 0.771425 0.709511</w:t>
        <w:br/>
        <w:t>vt 0.775924 0.707315</w:t>
        <w:br/>
        <w:t>vt 0.756120 0.712863</w:t>
        <w:br/>
        <w:t>vt 0.760824 0.712093</w:t>
        <w:br/>
        <w:t>vt 0.769592 0.743731</w:t>
        <w:br/>
        <w:t>vt 0.765234 0.745405</w:t>
        <w:br/>
        <w:t>vt 0.785594 0.722220</w:t>
        <w:br/>
        <w:t>vt 0.781117 0.729316</w:t>
        <w:br/>
        <w:t>vt 0.778071 0.718280</w:t>
        <w:br/>
        <w:t>vt 0.769268 0.720119</w:t>
        <w:br/>
        <w:t>vt 0.778071 0.718280</w:t>
        <w:br/>
        <w:t>vt 0.760349 0.723188</w:t>
        <w:br/>
        <w:t>vt 0.756545 0.730267</w:t>
        <w:br/>
        <w:t>vt 0.760349 0.723188</w:t>
        <w:br/>
        <w:t>vt 0.763369 0.734204</w:t>
        <w:br/>
        <w:t>vt 0.772613 0.732207</w:t>
        <w:br/>
        <w:t>vt 0.763369 0.734204</w:t>
        <w:br/>
        <w:t>vt 0.781117 0.729316</w:t>
        <w:br/>
        <w:t>vt 0.448871 0.476080</w:t>
        <w:br/>
        <w:t>vt 0.457262 0.470701</w:t>
        <w:br/>
        <w:t>vt 0.454502 0.468593</w:t>
        <w:br/>
        <w:t>vt 0.447539 0.473177</w:t>
        <w:br/>
        <w:t>vt 0.463012 0.462478</w:t>
        <w:br/>
        <w:t>vt 0.459104 0.461646</w:t>
        <w:br/>
        <w:t>vt 0.465241 0.452636</w:t>
        <w:br/>
        <w:t>vt 0.460652 0.453508</w:t>
        <w:br/>
        <w:t>vt 0.463535 0.442610</w:t>
        <w:br/>
        <w:t>vt 0.458954 0.445463</w:t>
        <w:br/>
        <w:t>vt 0.458080 0.433922</w:t>
        <w:br/>
        <w:t>vt 0.454359 0.438719</w:t>
        <w:br/>
        <w:t>vt 0.449631 0.427966</w:t>
        <w:br/>
        <w:t>vt 0.447606 0.434238</w:t>
        <w:br/>
        <w:t>vt 0.439519 0.425844</w:t>
        <w:br/>
        <w:t>vt 0.439748 0.432680</w:t>
        <w:br/>
        <w:t>vt 0.429493 0.427944</w:t>
        <w:br/>
        <w:t>vt 0.431895 0.434166</w:t>
        <w:br/>
        <w:t>vt 0.421042 0.433681</w:t>
        <w:br/>
        <w:t>vt 0.425141 0.438564</w:t>
        <w:br/>
        <w:t>vt 0.415484 0.442196</w:t>
        <w:br/>
        <w:t>vt 0.420491 0.445206</w:t>
        <w:br/>
        <w:t>vt 0.413561 0.452142</w:t>
        <w:br/>
        <w:t>vt 0.418691 0.453174</w:t>
        <w:br/>
        <w:t>vt 0.418323 0.466223</w:t>
        <w:br/>
        <w:t>vt 0.422266 0.464780</w:t>
        <w:br/>
        <w:t>vt 0.429405 0.475950</w:t>
        <w:br/>
        <w:t>vt 0.431256 0.473003</w:t>
        <w:br/>
        <w:t>vt 0.439127 0.477891</w:t>
        <w:br/>
        <w:t>vt 0.439365 0.474709</w:t>
        <w:br/>
        <w:t>vt 0.450938 0.466444</w:t>
        <w:br/>
        <w:t>vt 0.446085 0.469654</w:t>
        <w:br/>
        <w:t>vt 0.454129 0.461589</w:t>
        <w:br/>
        <w:t>vt 0.455204 0.455945</w:t>
        <w:br/>
        <w:t>vt 0.460652 0.453508</w:t>
        <w:br/>
        <w:t>vt 0.454029 0.450391</w:t>
        <w:br/>
        <w:t>vt 0.458954 0.445463</w:t>
        <w:br/>
        <w:t>vt 0.450820 0.445776</w:t>
        <w:br/>
        <w:t>vt 0.454359 0.438719</w:t>
        <w:br/>
        <w:t>vt 0.446118 0.442587</w:t>
        <w:br/>
        <w:t>vt 0.447606 0.434238</w:t>
        <w:br/>
        <w:t>vt 0.440589 0.441446</w:t>
        <w:br/>
        <w:t>vt 0.439748 0.432680</w:t>
        <w:br/>
        <w:t>vt 0.435017 0.442456</w:t>
        <w:br/>
        <w:t>vt 0.431895 0.434166</w:t>
        <w:br/>
        <w:t>vt 0.425141 0.438564</w:t>
        <w:br/>
        <w:t>vt 0.430233 0.445531</w:t>
        <w:br/>
        <w:t>vt 0.420491 0.445206</w:t>
        <w:br/>
        <w:t>vt 0.426940 0.450152</w:t>
        <w:br/>
        <w:t>vt 0.425670 0.455744</w:t>
        <w:br/>
        <w:t>vt 0.428217 0.463932</w:t>
        <w:br/>
        <w:t>vt 0.434603 0.469633</w:t>
        <w:br/>
        <w:t>vt 0.440340 0.470786</w:t>
        <w:br/>
        <w:t>vt 0.448871 0.476080</w:t>
        <w:br/>
        <w:t>vt 0.447539 0.473177</w:t>
        <w:br/>
        <w:t>vt 0.454502 0.468593</w:t>
        <w:br/>
        <w:t>vt 0.457262 0.470701</w:t>
        <w:br/>
        <w:t>vt 0.459104 0.461646</w:t>
        <w:br/>
        <w:t>vt 0.463012 0.462478</w:t>
        <w:br/>
        <w:t>vt 0.460652 0.453508</w:t>
        <w:br/>
        <w:t>vt 0.465241 0.452636</w:t>
        <w:br/>
        <w:t>vt 0.458954 0.445463</w:t>
        <w:br/>
        <w:t>vt 0.463535 0.442610</w:t>
        <w:br/>
        <w:t>vt 0.454359 0.438719</w:t>
        <w:br/>
        <w:t>vt 0.458080 0.433922</w:t>
        <w:br/>
        <w:t>vt 0.447606 0.434238</w:t>
        <w:br/>
        <w:t>vt 0.449631 0.427966</w:t>
        <w:br/>
        <w:t>vt 0.439748 0.432680</w:t>
        <w:br/>
        <w:t>vt 0.439519 0.425844</w:t>
        <w:br/>
        <w:t>vt 0.431895 0.434166</w:t>
        <w:br/>
        <w:t>vt 0.429493 0.427944</w:t>
        <w:br/>
        <w:t>vt 0.425141 0.438564</w:t>
        <w:br/>
        <w:t>vt 0.421042 0.433681</w:t>
        <w:br/>
        <w:t>vt 0.420491 0.445206</w:t>
        <w:br/>
        <w:t>vt 0.415484 0.442196</w:t>
        <w:br/>
        <w:t>vt 0.418691 0.453174</w:t>
        <w:br/>
        <w:t>vt 0.413561 0.452142</w:t>
        <w:br/>
        <w:t>vt 0.422266 0.464780</w:t>
        <w:br/>
        <w:t>vt 0.418323 0.466223</w:t>
        <w:br/>
        <w:t>vt 0.431256 0.473003</w:t>
        <w:br/>
        <w:t>vt 0.429405 0.475950</w:t>
        <w:br/>
        <w:t>vt 0.439365 0.474709</w:t>
        <w:br/>
        <w:t>vt 0.439127 0.477891</w:t>
        <w:br/>
        <w:t>vt 0.446085 0.469654</w:t>
        <w:br/>
        <w:t>vt 0.450938 0.466444</w:t>
        <w:br/>
        <w:t>vt 0.454129 0.461589</w:t>
        <w:br/>
        <w:t>vt 0.455204 0.455945</w:t>
        <w:br/>
        <w:t>vt 0.460652 0.453508</w:t>
        <w:br/>
        <w:t>vt 0.454029 0.450391</w:t>
        <w:br/>
        <w:t>vt 0.458954 0.445463</w:t>
        <w:br/>
        <w:t>vt 0.450820 0.445776</w:t>
        <w:br/>
        <w:t>vt 0.454359 0.438719</w:t>
        <w:br/>
        <w:t>vt 0.446118 0.442587</w:t>
        <w:br/>
        <w:t>vt 0.447606 0.434238</w:t>
        <w:br/>
        <w:t>vt 0.440589 0.441446</w:t>
        <w:br/>
        <w:t>vt 0.439748 0.432680</w:t>
        <w:br/>
        <w:t>vt 0.435017 0.442456</w:t>
        <w:br/>
        <w:t>vt 0.431895 0.434166</w:t>
        <w:br/>
        <w:t>vt 0.425141 0.438564</w:t>
        <w:br/>
        <w:t>vt 0.430233 0.445531</w:t>
        <w:br/>
        <w:t>vt 0.420491 0.445206</w:t>
        <w:br/>
        <w:t>vt 0.426940 0.450152</w:t>
        <w:br/>
        <w:t>vt 0.425670 0.455744</w:t>
        <w:br/>
        <w:t>vt 0.428216 0.463932</w:t>
        <w:br/>
        <w:t>vt 0.434603 0.469633</w:t>
        <w:br/>
        <w:t>vt 0.440340 0.470786</w:t>
        <w:br/>
        <w:t>vt 0.130799 0.905074</w:t>
        <w:br/>
        <w:t>vt 0.135520 0.910962</w:t>
        <w:br/>
        <w:t>vt 0.131279 0.911597</w:t>
        <w:br/>
        <w:t>vt 0.128703 0.907143</w:t>
        <w:br/>
        <w:t>vt 0.115056 0.906988</w:t>
        <w:br/>
        <w:t>vt 0.112032 0.911189</w:t>
        <w:br/>
        <w:t>vt 0.108266 0.909718</w:t>
        <w:br/>
        <w:t>vt 0.113399 0.905063</w:t>
        <w:br/>
        <w:t>vt 0.117268 0.907888</w:t>
        <w:br/>
        <w:t>vt 0.115407 0.911718</w:t>
        <w:br/>
        <w:t>vt 0.119539 0.908277</w:t>
        <w:br/>
        <w:t>vt 0.118543 0.911929</w:t>
        <w:br/>
        <w:t>vt 0.121575 0.912016</w:t>
        <w:br/>
        <w:t>vt 0.121781 0.908406</w:t>
        <w:br/>
        <w:t>vt 0.124030 0.908343</w:t>
        <w:br/>
        <w:t>vt 0.124615 0.912013</w:t>
        <w:br/>
        <w:t>vt 0.126343 0.908010</w:t>
        <w:br/>
        <w:t>vt 0.127792 0.911886</w:t>
        <w:br/>
        <w:t>vt 0.134820 0.918006</w:t>
        <w:br/>
        <w:t>vt 0.131058 0.916528</w:t>
        <w:br/>
        <w:t>vt 0.111813 0.916117</w:t>
        <w:br/>
        <w:t>vt 0.107573 0.916760</w:t>
        <w:br/>
        <w:t>vt 0.115300 0.915824</w:t>
        <w:br/>
        <w:t>vt 0.118474 0.915701</w:t>
        <w:br/>
        <w:t>vt 0.121517 0.915695</w:t>
        <w:br/>
        <w:t>vt 0.124551 0.915782</w:t>
        <w:br/>
        <w:t>vt 0.127686 0.915993</w:t>
        <w:br/>
        <w:t>vt 0.129680 0.922658</w:t>
        <w:br/>
        <w:t>vt 0.128030 0.920728</w:t>
        <w:br/>
        <w:t>vt 0.114390 0.920568</w:t>
        <w:br/>
        <w:t>vt 0.112293 0.922638</w:t>
        <w:br/>
        <w:t>vt 0.116750 0.919701</w:t>
        <w:br/>
        <w:t>vt 0.119063 0.919368</w:t>
        <w:br/>
        <w:t>vt 0.121312 0.919305</w:t>
        <w:br/>
        <w:t>vt 0.123554 0.919436</w:t>
        <w:br/>
        <w:t>vt 0.125823 0.919825</w:t>
        <w:br/>
        <w:t>vt 0.121807 0.904285</w:t>
        <w:br/>
        <w:t>vt 0.121278 0.923426</w:t>
        <w:br/>
        <w:t>vt 0.985672 0.147614</w:t>
        <w:br/>
        <w:t>vt 0.977941 0.144819</w:t>
        <w:br/>
        <w:t>vt 0.980406 0.141865</w:t>
        <w:br/>
        <w:t>vt 0.985589 0.143942</w:t>
        <w:br/>
        <w:t>vt 0.973971 0.137138</w:t>
        <w:br/>
        <w:t>vt 0.977838 0.136354</w:t>
        <w:br/>
        <w:t>vt 0.975909 0.121517</w:t>
        <w:br/>
        <w:t>vt 0.980067 0.122537</w:t>
        <w:br/>
        <w:t>vt 0.985453 0.107355</w:t>
        <w:br/>
        <w:t>vt 0.985497 0.100713</w:t>
        <w:br/>
        <w:t>vt 0.980067 0.122537</w:t>
        <w:br/>
        <w:t>vt 0.985453 0.107355</w:t>
        <w:br/>
        <w:t>vt 0.990668 0.122701</w:t>
        <w:br/>
        <w:t>vt 0.993131 0.136065</w:t>
        <w:br/>
        <w:t>vt 0.977838 0.136354</w:t>
        <w:br/>
        <w:t>vt 0.990684 0.141600</w:t>
        <w:br/>
        <w:t>vt 0.980406 0.141865</w:t>
        <w:br/>
        <w:t>vt 0.985589 0.143942</w:t>
        <w:br/>
        <w:t>vt 0.990684 0.141600</w:t>
        <w:br/>
        <w:t>vt 0.993249 0.144483</w:t>
        <w:br/>
        <w:t>vt 0.993131 0.136065</w:t>
        <w:br/>
        <w:t>vt 0.997012 0.136789</w:t>
        <w:br/>
        <w:t>vt 0.994820 0.121636</w:t>
        <w:br/>
        <w:t>vt 0.990668 0.122701</w:t>
        <w:br/>
        <w:t>vt 0.985453 0.107355</w:t>
        <w:br/>
        <w:t>vt 0.985497 0.100713</w:t>
        <w:br/>
        <w:t>vt 0.619593 0.836038</w:t>
        <w:br/>
        <w:t>vt 0.617428 0.833790</w:t>
        <w:br/>
        <w:t>vt 0.614371 0.840388</w:t>
        <w:br/>
        <w:t>vt 0.617676 0.840873</w:t>
        <w:br/>
        <w:t>vt 0.624242 0.830671</w:t>
        <w:br/>
        <w:t>vt 0.624266 0.834110</w:t>
        <w:br/>
        <w:t>vt 0.616515 0.853165</w:t>
        <w:br/>
        <w:t>vt 0.620023 0.852204</w:t>
        <w:br/>
        <w:t>vt 0.624439 0.870730</w:t>
        <w:br/>
        <w:t>vt 0.624448 0.865097</w:t>
        <w:br/>
        <w:t>vt 0.630902 0.833542</w:t>
        <w:br/>
        <w:t>vt 0.628814 0.835864</w:t>
        <w:br/>
        <w:t>vt 0.634207 0.839927</w:t>
        <w:br/>
        <w:t>vt 0.630926 0.840533</w:t>
        <w:br/>
        <w:t>vt 0.628958 0.852239</w:t>
        <w:br/>
        <w:t>vt 0.632484 0.853118</w:t>
        <w:br/>
        <w:t>vt 0.624448 0.865097</w:t>
        <w:br/>
        <w:t>vt 0.624439 0.870730</w:t>
        <w:br/>
        <w:t>vt 0.624448 0.865097</w:t>
        <w:br/>
        <w:t>vt 0.628958 0.852239</w:t>
        <w:br/>
        <w:t>vt 0.620023 0.852204</w:t>
        <w:br/>
        <w:t>vt 0.630926 0.840533</w:t>
        <w:br/>
        <w:t>vt 0.617676 0.840873</w:t>
        <w:br/>
        <w:t>vt 0.628814 0.835864</w:t>
        <w:br/>
        <w:t>vt 0.619593 0.836038</w:t>
        <w:br/>
        <w:t>vt 0.624266 0.834110</w:t>
        <w:br/>
        <w:t>vt 0.619593 0.836038</w:t>
        <w:br/>
        <w:t>vt 0.617676 0.840873</w:t>
        <w:br/>
        <w:t>vt 0.614371 0.840388</w:t>
        <w:br/>
        <w:t>vt 0.617428 0.833790</w:t>
        <w:br/>
        <w:t>vt 0.624242 0.830671</w:t>
        <w:br/>
        <w:t>vt 0.624266 0.834110</w:t>
        <w:br/>
        <w:t>vt 0.620023 0.852204</w:t>
        <w:br/>
        <w:t>vt 0.616515 0.853165</w:t>
        <w:br/>
        <w:t>vt 0.624448 0.865097</w:t>
        <w:br/>
        <w:t>vt 0.624439 0.870730</w:t>
        <w:br/>
        <w:t>vt 0.630902 0.833542</w:t>
        <w:br/>
        <w:t>vt 0.628814 0.835864</w:t>
        <w:br/>
        <w:t>vt 0.634207 0.839927</w:t>
        <w:br/>
        <w:t>vt 0.630926 0.840533</w:t>
        <w:br/>
        <w:t>vt 0.632484 0.853118</w:t>
        <w:br/>
        <w:t>vt 0.628958 0.852239</w:t>
        <w:br/>
        <w:t>vt 0.624448 0.865097</w:t>
        <w:br/>
        <w:t>vt 0.624439 0.870730</w:t>
        <w:br/>
        <w:t>vt 0.624448 0.865097</w:t>
        <w:br/>
        <w:t>vt 0.620023 0.852204</w:t>
        <w:br/>
        <w:t>vt 0.628958 0.852239</w:t>
        <w:br/>
        <w:t>vt 0.617676 0.840873</w:t>
        <w:br/>
        <w:t>vt 0.630926 0.840533</w:t>
        <w:br/>
        <w:t>vt 0.619593 0.836038</w:t>
        <w:br/>
        <w:t>vt 0.628814 0.835864</w:t>
        <w:br/>
        <w:t>vt 0.624266 0.834110</w:t>
        <w:br/>
        <w:t>vt 0.930631 0.728148</w:t>
        <w:br/>
        <w:t>vt 0.928766 0.728281</w:t>
        <w:br/>
        <w:t>vt 0.925160 0.757250</w:t>
        <w:br/>
        <w:t>vt 0.926671 0.758266</w:t>
        <w:br/>
        <w:t>vt 0.924662 0.757556</w:t>
        <w:br/>
        <w:t>vt 0.925399 0.758915</w:t>
        <w:br/>
        <w:t>vt 0.922658 0.758931</w:t>
        <w:br/>
        <w:t>vt 0.923367 0.757431</w:t>
        <w:br/>
        <w:t>vt 0.922900 0.757053</w:t>
        <w:br/>
        <w:t>vt 0.921458 0.758303</w:t>
        <w:br/>
        <w:t>vt 0.920493 0.727839</w:t>
        <w:br/>
        <w:t>vt 0.918631 0.727655</w:t>
        <w:br/>
        <w:t>vt 0.919921 0.725301</w:t>
        <w:br/>
        <w:t>vt 0.921287 0.726372</w:t>
        <w:br/>
        <w:t>vt 0.921855 0.723862</w:t>
        <w:br/>
        <w:t>vt 0.922623 0.725446</w:t>
        <w:br/>
        <w:t>vt 0.924669 0.723294</w:t>
        <w:br/>
        <w:t>vt 0.924610 0.725166</w:t>
        <w:br/>
        <w:t>vt 0.926624 0.725635</w:t>
        <w:br/>
        <w:t>vt 0.927431 0.724137</w:t>
        <w:br/>
        <w:t>vt 0.929422 0.725634</w:t>
        <w:br/>
        <w:t>vt 0.927961 0.726736</w:t>
        <w:br/>
        <w:t>vt 0.924662 0.757556</w:t>
        <w:br/>
        <w:t>vt 0.925160 0.757250</w:t>
        <w:br/>
        <w:t>vt 0.922900 0.757053</w:t>
        <w:br/>
        <w:t>vt 0.923367 0.757431</w:t>
        <w:br/>
        <w:t>vt 0.928766 0.728281</w:t>
        <w:br/>
        <w:t>vt 0.920493 0.727839</w:t>
        <w:br/>
        <w:t>vt 0.927961 0.726736</w:t>
        <w:br/>
        <w:t>vt 0.921287 0.726372</w:t>
        <w:br/>
        <w:t>vt 0.926624 0.725635</w:t>
        <w:br/>
        <w:t>vt 0.922623 0.725446</w:t>
        <w:br/>
        <w:t>vt 0.924610 0.725166</w:t>
        <w:br/>
        <w:t>vt 0.123858 0.877993</w:t>
        <w:br/>
        <w:t>vt 0.126183 0.879955</w:t>
        <w:br/>
        <w:t>vt 0.128642 0.878358</w:t>
        <w:br/>
        <w:t>vt 0.125189 0.875381</w:t>
        <w:br/>
        <w:t>vt 0.127215 0.882816</w:t>
        <w:br/>
        <w:t>vt 0.130143 0.882663</w:t>
        <w:br/>
        <w:t>vt 0.126678 0.885811</w:t>
        <w:br/>
        <w:t>vt 0.129290 0.887142</w:t>
        <w:br/>
        <w:t>vt 0.124716 0.888135</w:t>
        <w:br/>
        <w:t>vt 0.126313 0.890594</w:t>
        <w:br/>
        <w:t>vt 0.121855 0.889167</w:t>
        <w:br/>
        <w:t>vt 0.122008 0.892095</w:t>
        <w:br/>
        <w:t>vt 0.118861 0.888631</w:t>
        <w:br/>
        <w:t>vt 0.117530 0.891243</w:t>
        <w:br/>
        <w:t>vt 0.116536 0.886669</w:t>
        <w:br/>
        <w:t>vt 0.114077 0.888265</w:t>
        <w:br/>
        <w:t>vt 0.115504 0.883807</w:t>
        <w:br/>
        <w:t>vt 0.112576 0.883960</w:t>
        <w:br/>
        <w:t>vt 0.116041 0.880813</w:t>
        <w:br/>
        <w:t>vt 0.113428 0.879482</w:t>
        <w:br/>
        <w:t>vt 0.118003 0.878489</w:t>
        <w:br/>
        <w:t>vt 0.116406 0.876030</w:t>
        <w:br/>
        <w:t>vt 0.120864 0.877457</w:t>
        <w:br/>
        <w:t>vt 0.120711 0.874528</w:t>
        <w:br/>
        <w:t>vt 0.123858 0.877993</w:t>
        <w:br/>
        <w:t>vt 0.121359 0.883312</w:t>
        <w:br/>
        <w:t>vt 0.126183 0.879955</w:t>
        <w:br/>
        <w:t>vt 0.127215 0.882816</w:t>
        <w:br/>
        <w:t>vt 0.126678 0.885811</w:t>
        <w:br/>
        <w:t>vt 0.124716 0.888135</w:t>
        <w:br/>
        <w:t>vt 0.121855 0.889167</w:t>
        <w:br/>
        <w:t>vt 0.118861 0.888631</w:t>
        <w:br/>
        <w:t>vt 0.116536 0.886669</w:t>
        <w:br/>
        <w:t>vt 0.115504 0.883807</w:t>
        <w:br/>
        <w:t>vt 0.116041 0.880813</w:t>
        <w:br/>
        <w:t>vt 0.118003 0.878489</w:t>
        <w:br/>
        <w:t>vt 0.120864 0.877457</w:t>
        <w:br/>
        <w:t>vt 0.123858 0.877993</w:t>
        <w:br/>
        <w:t>vt 0.125189 0.875381</w:t>
        <w:br/>
        <w:t>vt 0.128642 0.878358</w:t>
        <w:br/>
        <w:t>vt 0.126183 0.879955</w:t>
        <w:br/>
        <w:t>vt 0.127215 0.882816</w:t>
        <w:br/>
        <w:t>vt 0.130143 0.882663</w:t>
        <w:br/>
        <w:t>vt 0.129290 0.887142</w:t>
        <w:br/>
        <w:t>vt 0.126678 0.885811</w:t>
        <w:br/>
        <w:t>vt 0.124716 0.888135</w:t>
        <w:br/>
        <w:t>vt 0.126313 0.890594</w:t>
        <w:br/>
        <w:t>vt 0.121855 0.889167</w:t>
        <w:br/>
        <w:t>vt 0.122008 0.892095</w:t>
        <w:br/>
        <w:t>vt 0.118861 0.888631</w:t>
        <w:br/>
        <w:t>vt 0.117530 0.891243</w:t>
        <w:br/>
        <w:t>vt 0.114077 0.888265</w:t>
        <w:br/>
        <w:t>vt 0.116536 0.886669</w:t>
        <w:br/>
        <w:t>vt 0.115504 0.883807</w:t>
        <w:br/>
        <w:t>vt 0.112576 0.883960</w:t>
        <w:br/>
        <w:t>vt 0.116041 0.880813</w:t>
        <w:br/>
        <w:t>vt 0.113429 0.879482</w:t>
        <w:br/>
        <w:t>vt 0.118003 0.878489</w:t>
        <w:br/>
        <w:t>vt 0.116406 0.876030</w:t>
        <w:br/>
        <w:t>vt 0.120864 0.877457</w:t>
        <w:br/>
        <w:t>vt 0.120711 0.874528</w:t>
        <w:br/>
        <w:t>vt 0.123858 0.877993</w:t>
        <w:br/>
        <w:t>vt 0.126183 0.879955</w:t>
        <w:br/>
        <w:t>vt 0.121359 0.883312</w:t>
        <w:br/>
        <w:t>vt 0.127215 0.882816</w:t>
        <w:br/>
        <w:t>vt 0.126678 0.885811</w:t>
        <w:br/>
        <w:t>vt 0.124716 0.888135</w:t>
        <w:br/>
        <w:t>vt 0.121855 0.889167</w:t>
        <w:br/>
        <w:t>vt 0.118861 0.888631</w:t>
        <w:br/>
        <w:t>vt 0.116536 0.886669</w:t>
        <w:br/>
        <w:t>vt 0.115504 0.883807</w:t>
        <w:br/>
        <w:t>vt 0.116041 0.880813</w:t>
        <w:br/>
        <w:t>vt 0.118003 0.878489</w:t>
        <w:br/>
        <w:t>vt 0.120864 0.877457</w:t>
        <w:br/>
        <w:t>vt 0.514823 0.765073</w:t>
        <w:br/>
        <w:t>vt 0.514823 0.775383</w:t>
        <w:br/>
        <w:t>vt 0.511410 0.775073</w:t>
        <w:br/>
        <w:t>vt 0.511410 0.764472</w:t>
        <w:br/>
        <w:t>vt 0.523555 0.766982</w:t>
        <w:br/>
        <w:t>vt 0.523555 0.776803</w:t>
        <w:br/>
        <w:t>vt 0.523555 0.776803</w:t>
        <w:br/>
        <w:t>vt 0.523555 0.766982</w:t>
        <w:br/>
        <w:t>vt 0.527129 0.767372</w:t>
        <w:br/>
        <w:t>vt 0.527129 0.777137</w:t>
        <w:br/>
        <w:t>vt 0.523555 0.742590</w:t>
        <w:br/>
        <w:t>vt 0.527129 0.742445</w:t>
        <w:br/>
        <w:t>vt 0.527129 0.751802</w:t>
        <w:br/>
        <w:t>vt 0.523555 0.752001</w:t>
        <w:br/>
        <w:t>vt 0.523555 0.752001</w:t>
        <w:br/>
        <w:t>vt 0.514823 0.754116</w:t>
        <w:br/>
        <w:t>vt 0.514823 0.743879</w:t>
        <w:br/>
        <w:t>vt 0.523555 0.742590</w:t>
        <w:br/>
        <w:t>vt 0.511410 0.754979</w:t>
        <w:br/>
        <w:t>vt 0.511410 0.744448</w:t>
        <w:br/>
        <w:t>vt 0.523555 0.792592</w:t>
        <w:br/>
        <w:t>vt 0.514823 0.796649</w:t>
        <w:br/>
        <w:t>vt 0.514823 0.782363</w:t>
        <w:br/>
        <w:t>vt 0.523555 0.781993</w:t>
        <w:br/>
        <w:t>vt 0.514824 0.737049</w:t>
        <w:br/>
        <w:t>vt 0.523555 0.737513</w:t>
        <w:br/>
        <w:t>vt 0.514823 0.782363</w:t>
        <w:br/>
        <w:t>vt 0.523555 0.781993</w:t>
        <w:br/>
        <w:t>vt 0.514824 0.737049</w:t>
        <w:br/>
        <w:t>vt 0.514823 0.723343</w:t>
        <w:br/>
        <w:t>vt 0.523555 0.727604</w:t>
        <w:br/>
        <w:t>vt 0.523555 0.737513</w:t>
        <w:br/>
        <w:t>vt 0.514823 0.759425</w:t>
        <w:br/>
        <w:t>vt 0.523555 0.759401</w:t>
        <w:br/>
        <w:t>vt 0.523555 0.759401</w:t>
        <w:br/>
        <w:t>vt 0.514823 0.759425</w:t>
        <w:br/>
        <w:t>vt 0.514823 0.706894</w:t>
        <w:br/>
        <w:t>vt 0.523555 0.712360</w:t>
        <w:br/>
        <w:t>vt 0.523555 0.808657</w:t>
        <w:br/>
        <w:t>vt 0.514823 0.813852</w:t>
        <w:br/>
        <w:t>vt 0.511410 0.798339</w:t>
        <w:br/>
        <w:t>vt 0.511410 0.782919</w:t>
        <w:br/>
        <w:t>vt 0.527129 0.781833</w:t>
        <w:br/>
        <w:t>vt 0.527129 0.791889</w:t>
        <w:br/>
        <w:t>vt 0.511410 0.736541</w:t>
        <w:br/>
        <w:t>vt 0.527129 0.737701</w:t>
        <w:br/>
        <w:t>vt 0.523555 0.737513</w:t>
        <w:br/>
        <w:t>vt 0.527129 0.781833</w:t>
        <w:br/>
        <w:t>vt 0.511410 0.721458</w:t>
        <w:br/>
        <w:t>vt 0.523555 0.727604</w:t>
        <w:br/>
        <w:t>vt 0.527129 0.728020</w:t>
        <w:br/>
        <w:t>vt 0.527129 0.737701</w:t>
        <w:br/>
        <w:t>vt 0.523555 0.737513</w:t>
        <w:br/>
        <w:t>vt 0.511410 0.759482</w:t>
        <w:br/>
        <w:t>vt 0.527129 0.759522</w:t>
        <w:br/>
        <w:t>vt 0.523555 0.759401</w:t>
        <w:br/>
        <w:t>vt 0.511410 0.759482</w:t>
        <w:br/>
        <w:t>vt 0.511410 0.707544</w:t>
        <w:br/>
        <w:t>vt 0.527129 0.715360</w:t>
        <w:br/>
        <w:t>vt 0.523555 0.712360</w:t>
        <w:br/>
        <w:t>vt 0.511410 0.812974</w:t>
        <w:br/>
        <w:t>vt 0.527129 0.805048</w:t>
        <w:br/>
        <w:t>vt 0.930631 0.728148</w:t>
        <w:br/>
        <w:t>vt 0.926671 0.758266</w:t>
        <w:br/>
        <w:t>vt 0.925160 0.757250</w:t>
        <w:br/>
        <w:t>vt 0.928766 0.728281</w:t>
        <w:br/>
        <w:t>vt 0.925399 0.758915</w:t>
        <w:br/>
        <w:t>vt 0.924662 0.757556</w:t>
        <w:br/>
        <w:t>vt 0.922658 0.758931</w:t>
        <w:br/>
        <w:t>vt 0.923367 0.757431</w:t>
        <w:br/>
        <w:t>vt 0.921458 0.758303</w:t>
        <w:br/>
        <w:t>vt 0.922900 0.757053</w:t>
        <w:br/>
        <w:t>vt 0.918631 0.727655</w:t>
        <w:br/>
        <w:t>vt 0.920493 0.727839</w:t>
        <w:br/>
        <w:t>vt 0.919921 0.725301</w:t>
        <w:br/>
        <w:t>vt 0.921287 0.726372</w:t>
        <w:br/>
        <w:t>vt 0.921855 0.723862</w:t>
        <w:br/>
        <w:t>vt 0.922623 0.725446</w:t>
        <w:br/>
        <w:t>vt 0.924669 0.723294</w:t>
        <w:br/>
        <w:t>vt 0.924610 0.725166</w:t>
        <w:br/>
        <w:t>vt 0.927431 0.724137</w:t>
        <w:br/>
        <w:t>vt 0.926624 0.725635</w:t>
        <w:br/>
        <w:t>vt 0.929422 0.725634</w:t>
        <w:br/>
        <w:t>vt 0.927961 0.726736</w:t>
        <w:br/>
        <w:t>vt 0.924662 0.757556</w:t>
        <w:br/>
        <w:t>vt 0.923367 0.757431</w:t>
        <w:br/>
        <w:t>vt 0.922900 0.757053</w:t>
        <w:br/>
        <w:t>vt 0.925160 0.757250</w:t>
        <w:br/>
        <w:t>vt 0.920493 0.727839</w:t>
        <w:br/>
        <w:t>vt 0.928766 0.728281</w:t>
        <w:br/>
        <w:t>vt 0.921287 0.726372</w:t>
        <w:br/>
        <w:t>vt 0.927961 0.726736</w:t>
        <w:br/>
        <w:t>vt 0.922623 0.725446</w:t>
        <w:br/>
        <w:t>vt 0.926624 0.725635</w:t>
        <w:br/>
        <w:t>vt 0.924610 0.725166</w:t>
        <w:br/>
        <w:t>vt 0.514823 0.765073</w:t>
        <w:br/>
        <w:t>vt 0.511410 0.764472</w:t>
        <w:br/>
        <w:t>vt 0.511410 0.775073</w:t>
        <w:br/>
        <w:t>vt 0.514823 0.775383</w:t>
        <w:br/>
        <w:t>vt 0.523555 0.776803</w:t>
        <w:br/>
        <w:t>vt 0.523555 0.766982</w:t>
        <w:br/>
        <w:t>vt 0.523555 0.776803</w:t>
        <w:br/>
        <w:t>vt 0.527129 0.777137</w:t>
        <w:br/>
        <w:t>vt 0.527129 0.767372</w:t>
        <w:br/>
        <w:t>vt 0.523555 0.766982</w:t>
        <w:br/>
        <w:t>vt 0.527129 0.751802</w:t>
        <w:br/>
        <w:t>vt 0.527129 0.742445</w:t>
        <w:br/>
        <w:t>vt 0.523555 0.742590</w:t>
        <w:br/>
        <w:t>vt 0.523555 0.752001</w:t>
        <w:br/>
        <w:t>vt 0.514823 0.743879</w:t>
        <w:br/>
        <w:t>vt 0.514823 0.754116</w:t>
        <w:br/>
        <w:t>vt 0.523555 0.752001</w:t>
        <w:br/>
        <w:t>vt 0.523555 0.742590</w:t>
        <w:br/>
        <w:t>vt 0.511410 0.744448</w:t>
        <w:br/>
        <w:t>vt 0.511410 0.754979</w:t>
        <w:br/>
        <w:t>vt 0.523555 0.792592</w:t>
        <w:br/>
        <w:t>vt 0.523555 0.781993</w:t>
        <w:br/>
        <w:t>vt 0.514823 0.782363</w:t>
        <w:br/>
        <w:t>vt 0.514823 0.796649</w:t>
        <w:br/>
        <w:t>vt 0.523555 0.737513</w:t>
        <w:br/>
        <w:t>vt 0.514824 0.737049</w:t>
        <w:br/>
        <w:t>vt 0.514823 0.782363</w:t>
        <w:br/>
        <w:t>vt 0.523555 0.781993</w:t>
        <w:br/>
        <w:t>vt 0.514824 0.737049</w:t>
        <w:br/>
        <w:t>vt 0.523555 0.737513</w:t>
        <w:br/>
        <w:t>vt 0.523555 0.727604</w:t>
        <w:br/>
        <w:t>vt 0.514823 0.723343</w:t>
        <w:br/>
        <w:t>vt 0.523555 0.759401</w:t>
        <w:br/>
        <w:t>vt 0.514823 0.759425</w:t>
        <w:br/>
        <w:t>vt 0.523555 0.759401</w:t>
        <w:br/>
        <w:t>vt 0.514823 0.759425</w:t>
        <w:br/>
        <w:t>vt 0.523555 0.712360</w:t>
        <w:br/>
        <w:t>vt 0.514823 0.706894</w:t>
        <w:br/>
        <w:t>vt 0.523555 0.808657</w:t>
        <w:br/>
        <w:t>vt 0.514823 0.813852</w:t>
        <w:br/>
        <w:t>vt 0.511410 0.782919</w:t>
        <w:br/>
        <w:t>vt 0.511410 0.798339</w:t>
        <w:br/>
        <w:t>vt 0.527129 0.791889</w:t>
        <w:br/>
        <w:t>vt 0.527129 0.781833</w:t>
        <w:br/>
        <w:t>vt 0.511410 0.736541</w:t>
        <w:br/>
        <w:t>vt 0.527129 0.737701</w:t>
        <w:br/>
        <w:t>vt 0.523555 0.737513</w:t>
        <w:br/>
        <w:t>vt 0.527129 0.781833</w:t>
        <w:br/>
        <w:t>vt 0.511410 0.721458</w:t>
        <w:br/>
        <w:t>vt 0.523555 0.727604</w:t>
        <w:br/>
        <w:t>vt 0.523555 0.737513</w:t>
        <w:br/>
        <w:t>vt 0.527129 0.737701</w:t>
        <w:br/>
        <w:t>vt 0.527129 0.728020</w:t>
        <w:br/>
        <w:t>vt 0.511410 0.759482</w:t>
        <w:br/>
        <w:t>vt 0.527129 0.759522</w:t>
        <w:br/>
        <w:t>vt 0.523555 0.759401</w:t>
        <w:br/>
        <w:t>vt 0.511410 0.759482</w:t>
        <w:br/>
        <w:t>vt 0.511410 0.707544</w:t>
        <w:br/>
        <w:t>vt 0.527129 0.715360</w:t>
        <w:br/>
        <w:t>vt 0.523555 0.712360</w:t>
        <w:br/>
        <w:t>vt 0.511410 0.812974</w:t>
        <w:br/>
        <w:t>vt 0.527129 0.805048</w:t>
        <w:br/>
        <w:t>vt 0.211891 0.286420</w:t>
        <w:br/>
        <w:t>vt 0.232868 0.288913</w:t>
        <w:br/>
        <w:t>vt 0.232901 0.253997</w:t>
        <w:br/>
        <w:t>vt 0.212650 0.250855</w:t>
        <w:br/>
        <w:t>vt 0.284776 0.397095</w:t>
        <w:br/>
        <w:t>vt 0.267982 0.396606</w:t>
        <w:br/>
        <w:t>vt 0.266322 0.430640</w:t>
        <w:br/>
        <w:t>vt 0.283536 0.431873</w:t>
        <w:br/>
        <w:t>vt 0.252669 0.256920</w:t>
        <w:br/>
        <w:t>vt 0.252819 0.290975</w:t>
        <w:br/>
        <w:t>vt 0.140048 0.219361</w:t>
        <w:br/>
        <w:t>vt 0.124869 0.217320</w:t>
        <w:br/>
        <w:t>vt 0.125595 0.252727</w:t>
        <w:br/>
        <w:t>vt 0.140318 0.254394</w:t>
        <w:br/>
        <w:t>vt 0.159274 0.212021</w:t>
        <w:br/>
        <w:t>vt 0.179172 0.212215</w:t>
        <w:br/>
        <w:t>vt 0.179425 0.178660</w:t>
        <w:br/>
        <w:t>vt 0.159274 0.178328</w:t>
        <w:br/>
        <w:t>vt 0.259266 0.190131</w:t>
        <w:br/>
        <w:t>vt 0.238695 0.186486</w:t>
        <w:br/>
        <w:t>vt 0.235542 0.219261</w:t>
        <w:br/>
        <w:t>vt 0.255573 0.222621</w:t>
        <w:br/>
        <w:t>vt 0.140107 0.289962</w:t>
        <w:br/>
        <w:t>vt 0.125336 0.288615</w:t>
        <w:br/>
        <w:t>vt 0.124489 0.322306</w:t>
        <w:br/>
        <w:t>vt 0.139647 0.323405</w:t>
        <w:br/>
        <w:t>vt 0.262282 0.463922</w:t>
        <w:br/>
        <w:t>vt 0.255943 0.496677</w:t>
        <w:br/>
        <w:t>vt 0.275497 0.499413</w:t>
        <w:br/>
        <w:t>vt 0.280432 0.465733</w:t>
        <w:br/>
        <w:t>vt 0.217836 0.182886</w:t>
        <w:br/>
        <w:t>vt 0.215414 0.215888</w:t>
        <w:br/>
        <w:t>vt 0.159274 0.147194</w:t>
        <w:br/>
        <w:t>vt 0.179795 0.148518</w:t>
        <w:br/>
        <w:t>vt 0.180175 0.119578</w:t>
        <w:br/>
        <w:t>vt 0.159274 0.118516</w:t>
        <w:br/>
        <w:t>vt 0.243329 0.556092</w:t>
        <w:br/>
        <w:t>vt 0.263808 0.559944</w:t>
        <w:br/>
        <w:t>vt 0.269304 0.531254</w:t>
        <w:br/>
        <w:t>vt 0.249172 0.527319</w:t>
        <w:br/>
        <w:t>vt 0.312964 0.566043</w:t>
        <w:br/>
        <w:t>vt 0.312964 0.536008</w:t>
        <w:br/>
        <w:t>vt 0.309281 0.535746</w:t>
        <w:br/>
        <w:t>vt 0.303630 0.565122</w:t>
        <w:br/>
        <w:t>vt 0.016010 0.527116</w:t>
        <w:br/>
        <w:t>vt 0.011520 0.498211</w:t>
        <w:br/>
        <w:t>vt 0.005731 0.499470</w:t>
        <w:br/>
        <w:t>vt 0.005731 0.529788</w:t>
        <w:br/>
        <w:t>vt 0.123889 0.376828</w:t>
        <w:br/>
        <w:t>vt 0.139361 0.377032</w:t>
        <w:br/>
        <w:t>vt 0.139525 0.351798</w:t>
        <w:br/>
        <w:t>vt 0.124280 0.351203</w:t>
        <w:br/>
        <w:t>vt 0.245839 0.133185</w:t>
        <w:br/>
        <w:t>vt 0.224777 0.128415</w:t>
        <w:br/>
        <w:t>vt 0.221140 0.154458</w:t>
        <w:br/>
        <w:t>vt 0.242086 0.158399</w:t>
        <w:br/>
        <w:t>vt 0.265688 0.136975</w:t>
        <w:br/>
        <w:t>vt 0.262441 0.162197</w:t>
        <w:br/>
        <w:t>vt 0.034473 0.522149</w:t>
        <w:br/>
        <w:t>vt 0.030442 0.494245</w:t>
        <w:br/>
        <w:t>vt 0.213491 0.323542</w:t>
        <w:br/>
        <w:t>vt 0.236467 0.325871</w:t>
        <w:br/>
        <w:t>vt 0.234404 0.307399</w:t>
        <w:br/>
        <w:t>vt 0.212520 0.304997</w:t>
        <w:br/>
        <w:t>vt 0.267761 0.361419</w:t>
        <w:br/>
        <w:t>vt 0.268232 0.378994</w:t>
        <w:br/>
        <w:t>vt 0.284995 0.378764</w:t>
        <w:br/>
        <w:t>vt 0.284632 0.360466</w:t>
        <w:br/>
        <w:t>vt 0.259877 0.327381</w:t>
        <w:br/>
        <w:t>vt 0.256069 0.309102</w:t>
        <w:br/>
        <w:t>vt 0.215245 0.362644</w:t>
        <w:br/>
        <w:t>vt 0.241166 0.364881</w:t>
        <w:br/>
        <w:t>vt 0.239598 0.351835</w:t>
        <w:br/>
        <w:t>vt 0.214665 0.349663</w:t>
        <w:br/>
        <w:t>vt 0.281638 0.322543</w:t>
        <w:br/>
        <w:t>vt 0.263844 0.323812</w:t>
        <w:br/>
        <w:t>vt 0.265336 0.336740</w:t>
        <w:br/>
        <w:t>vt 0.282757 0.335327</w:t>
        <w:br/>
        <w:t>vt 0.264538 0.366153</w:t>
        <w:br/>
        <w:t>vt 0.262957 0.353122</w:t>
        <w:br/>
        <w:t>vt 0.128782 0.138272</w:t>
        <w:br/>
        <w:t>vt 0.105883 0.140080</w:t>
        <w:br/>
        <w:t>vt 0.110848 0.152779</w:t>
        <w:br/>
        <w:t>vt 0.132376 0.151854</w:t>
        <w:br/>
        <w:t>vt 0.061693 0.288517</w:t>
        <w:br/>
        <w:t>vt 0.063234 0.274637</w:t>
        <w:br/>
        <w:t>vt 0.044904 0.274864</w:t>
        <w:br/>
        <w:t>vt 0.043963 0.288060</w:t>
        <w:br/>
        <w:t>vt 0.235836 0.382873</w:t>
        <w:br/>
        <w:t>vt 0.297192 0.282945</w:t>
        <w:br/>
        <w:t>vt 0.282639 0.282877</w:t>
        <w:br/>
        <w:t>vt 0.284283 0.303572</w:t>
        <w:br/>
        <w:t>vt 0.154788 0.098599</w:t>
        <w:br/>
        <w:t>vt 0.135424 0.099379</w:t>
        <w:br/>
        <w:t>vt 0.138575 0.119863</w:t>
        <w:br/>
        <w:t>vt 0.154788 0.117644</w:t>
        <w:br/>
        <w:t>vt 0.115663 0.101180</w:t>
        <w:br/>
        <w:t>vt 0.097393 0.103067</w:t>
        <w:br/>
        <w:t>vt 0.101823 0.123134</w:t>
        <w:br/>
        <w:t>vt 0.120441 0.121216</w:t>
        <w:br/>
        <w:t>vt 0.064641 0.256105</w:t>
        <w:br/>
        <w:t>vt 0.045916 0.257165</w:t>
        <w:br/>
        <w:t>vt 0.215561 0.424032</w:t>
        <w:br/>
        <w:t>vt 0.234506 0.426548</w:t>
        <w:br/>
        <w:t>vt 0.234896 0.404414</w:t>
        <w:br/>
        <w:t>vt 0.214064 0.401504</w:t>
        <w:br/>
        <w:t>vt 0.295784 0.262220</w:t>
        <w:br/>
        <w:t>vt 0.280342 0.260115</w:t>
        <w:br/>
        <w:t>vt 0.135705 0.078386</w:t>
        <w:br/>
        <w:t>vt 0.154788 0.078552</w:t>
        <w:br/>
        <w:t>vt 0.094995 0.081827</w:t>
        <w:br/>
        <w:t>vt 0.114841 0.080226</w:t>
        <w:br/>
        <w:t>vt 0.048538 0.214284</w:t>
        <w:br/>
        <w:t>vt 0.048783 0.236045</w:t>
        <w:br/>
        <w:t>vt 0.065707 0.234240</w:t>
        <w:br/>
        <w:t>vt 0.062363 0.210506</w:t>
        <w:br/>
        <w:t>vt 0.075933 0.082182</w:t>
        <w:br/>
        <w:t>vt 0.079527 0.105026</w:t>
        <w:br/>
        <w:t>vt 0.083533 0.125625</w:t>
        <w:br/>
        <w:t>vt 0.087979 0.142568</w:t>
        <w:br/>
        <w:t>vt 0.154788 0.137384</w:t>
        <w:br/>
        <w:t>vt 0.154788 0.153246</w:t>
        <w:br/>
        <w:t>vt 0.154788 0.182785</w:t>
        <w:br/>
        <w:t>vt 0.136564 0.180043</w:t>
        <w:br/>
        <w:t>vt 0.138924 0.200353</w:t>
        <w:br/>
        <w:t>vt 0.154788 0.203296</w:t>
        <w:br/>
        <w:t>vt 0.154788 0.222010</w:t>
        <w:br/>
        <w:t>vt 0.154788 0.256266</w:t>
        <w:br/>
        <w:t>vt 0.154788 0.291408</w:t>
        <w:br/>
        <w:t>vt 0.154788 0.324671</w:t>
        <w:br/>
        <w:t>vt 0.154788 0.352700</w:t>
        <w:br/>
        <w:t>vt 0.154788 0.377369</w:t>
        <w:br/>
        <w:t>vt 0.016922 0.215623</w:t>
        <w:br/>
        <w:t>vt 0.015041 0.238338</w:t>
        <w:br/>
        <w:t>vt 0.030462 0.237028</w:t>
        <w:br/>
        <w:t>vt 0.034006 0.216249</w:t>
        <w:br/>
        <w:t>vt 0.159274 0.246794</w:t>
        <w:br/>
        <w:t>vt 0.179344 0.247421</w:t>
        <w:br/>
        <w:t>vt 0.159274 0.282749</w:t>
        <w:br/>
        <w:t>vt 0.179058 0.283426</w:t>
        <w:br/>
        <w:t>vt 0.159274 0.320506</w:t>
        <w:br/>
        <w:t>vt 0.178819 0.320988</w:t>
        <w:br/>
        <w:t>vt 0.178897 0.302230</w:t>
        <w:br/>
        <w:t>vt 0.159274 0.301655</w:t>
        <w:br/>
        <w:t>vt 0.159274 0.358996</w:t>
        <w:br/>
        <w:t>vt 0.177886 0.359615</w:t>
        <w:br/>
        <w:t>vt 0.178191 0.346824</w:t>
        <w:br/>
        <w:t>vt 0.159274 0.346331</w:t>
        <w:br/>
        <w:t>vt 0.159274 0.397455</w:t>
        <w:br/>
        <w:t>vt 0.177597 0.398613</w:t>
        <w:br/>
        <w:t>vt 0.177770 0.378045</w:t>
        <w:br/>
        <w:t>vt 0.159274 0.377204</w:t>
        <w:br/>
        <w:t>vt 0.159274 0.424364</w:t>
        <w:br/>
        <w:t>vt 0.178562 0.423282</w:t>
        <w:br/>
        <w:t>vt 0.092964 0.155243</w:t>
        <w:br/>
        <w:t>vt 0.057993 0.517789</w:t>
        <w:br/>
        <w:t>vt 0.052982 0.490012</w:t>
        <w:br/>
        <w:t>vt 0.026534 0.462395</w:t>
        <w:br/>
        <w:t>vt 0.048495 0.459661</w:t>
        <w:br/>
        <w:t>vt 0.024310 0.428039</w:t>
        <w:br/>
        <w:t>vt 0.045076 0.426149</w:t>
        <w:br/>
        <w:t>vt 0.043279 0.390929</w:t>
        <w:br/>
        <w:t>vt 0.022734 0.392996</w:t>
        <w:br/>
        <w:t>vt 0.043613 0.355110</w:t>
        <w:br/>
        <w:t>vt 0.022364 0.356091</w:t>
        <w:br/>
        <w:t>vt 0.047619 0.335633</w:t>
        <w:br/>
        <w:t>vt 0.023659 0.334998</w:t>
        <w:br/>
        <w:t>vt 0.026806 0.276171</w:t>
        <w:br/>
        <w:t>vt 0.026330 0.288714</w:t>
        <w:br/>
        <w:t>vt 0.027320 0.258520</w:t>
        <w:br/>
        <w:t>vt 0.279418 0.218071</w:t>
        <w:br/>
        <w:t>vt 0.269754 0.236007</w:t>
        <w:br/>
        <w:t>vt 0.282571 0.241276</w:t>
        <w:br/>
        <w:t>vt 0.288128 0.221687</w:t>
        <w:br/>
        <w:t>vt 0.294642 0.222944</w:t>
        <w:br/>
        <w:t>vt 0.292220 0.244213</w:t>
        <w:br/>
        <w:t>vt 0.020336 0.167172</w:t>
        <w:br/>
        <w:t>vt 0.016355 0.195304</w:t>
        <w:br/>
        <w:t>vt 0.022910 0.195545</w:t>
        <w:br/>
        <w:t>vt 0.029659 0.168809</w:t>
        <w:br/>
        <w:t>vt 0.034685 0.197138</w:t>
        <w:br/>
        <w:t>vt 0.035738 0.173651</w:t>
        <w:br/>
        <w:t>vt 0.028786 0.195921</w:t>
        <w:br/>
        <w:t>vt 0.005731 0.177078</w:t>
        <w:br/>
        <w:t>vt 0.005731 0.195699</w:t>
        <w:br/>
        <w:t>vt 0.053615 0.192715</w:t>
        <w:br/>
        <w:t>vt 0.048751 0.170039</w:t>
        <w:br/>
        <w:t>vt 0.039636 0.174338</w:t>
        <w:br/>
        <w:t>vt 0.044869 0.196288</w:t>
        <w:br/>
        <w:t>vt 0.062036 0.188811</w:t>
        <w:br/>
        <w:t>vt 0.056561 0.165429</w:t>
        <w:br/>
        <w:t>vt 0.100551 0.061443</w:t>
        <w:br/>
        <w:t>vt 0.114962 0.060206</w:t>
        <w:br/>
        <w:t>vt 0.105522 0.038492</w:t>
        <w:br/>
        <w:t>vt 0.098004 0.039695</w:t>
        <w:br/>
        <w:t>vt 0.251228 0.454683</w:t>
        <w:br/>
        <w:t>vt 0.251887 0.448401</w:t>
        <w:br/>
        <w:t>vt 0.235321 0.445736</w:t>
        <w:br/>
        <w:t>vt 0.235080 0.460059</w:t>
        <w:br/>
        <w:t>vt 0.235080 0.460059</w:t>
        <w:br/>
        <w:t>vt 0.218653 0.444405</w:t>
        <w:br/>
        <w:t>vt 0.216031 0.469227</w:t>
        <w:br/>
        <w:t>vt 0.206045 0.460400</w:t>
        <w:br/>
        <w:t>vt 0.202670 0.443976</w:t>
        <w:br/>
        <w:t>vt 0.198631 0.462248</w:t>
        <w:br/>
        <w:t>vt 0.173310 0.441485</w:t>
        <w:br/>
        <w:t>vt 0.184873 0.441079</w:t>
        <w:br/>
        <w:t>vt 0.198830 0.477474</w:t>
        <w:br/>
        <w:t>vt 0.202112 0.480437</w:t>
        <w:br/>
        <w:t>vt 0.020336 0.167172</w:t>
        <w:br/>
        <w:t>vt 0.035755 0.157715</w:t>
        <w:br/>
        <w:t>vt 0.048034 0.152517</w:t>
        <w:br/>
        <w:t>vt 0.040539 0.153046</w:t>
        <w:br/>
        <w:t>vt 0.300874 0.222061</w:t>
        <w:br/>
        <w:t>vt 0.312964 0.221323</w:t>
        <w:br/>
        <w:t>vt 0.296824 0.196700</w:t>
        <w:br/>
        <w:t>vt 0.296824 0.196700</w:t>
        <w:br/>
        <w:t>vt 0.216031 0.469227</w:t>
        <w:br/>
        <w:t>vt 0.202112 0.480437</w:t>
        <w:br/>
        <w:t>vt 0.208213 0.089371</w:t>
        <w:br/>
        <w:t>vt 0.186202 0.082485</w:t>
        <w:br/>
        <w:t>vt 0.182876 0.100399</w:t>
        <w:br/>
        <w:t>vt 0.205914 0.105270</w:t>
        <w:br/>
        <w:t>vt 0.159274 0.096758</w:t>
        <w:br/>
        <w:t>vt 0.238736 0.579213</w:t>
        <w:br/>
        <w:t>vt 0.258714 0.585582</w:t>
        <w:br/>
        <w:t>vt 0.037975 0.545508</w:t>
        <w:br/>
        <w:t>vt 0.039773 0.566920</w:t>
        <w:br/>
        <w:t>vt 0.064476 0.553299</w:t>
        <w:br/>
        <w:t>vt 0.061954 0.537638</w:t>
        <w:br/>
        <w:t>vt 0.123153 0.394342</w:t>
        <w:br/>
        <w:t>vt 0.122617 0.409148</w:t>
        <w:br/>
        <w:t>vt 0.138756 0.406550</w:t>
        <w:br/>
        <w:t>vt 0.138966 0.392807</w:t>
        <w:br/>
        <w:t>vt 0.228032 0.111498</w:t>
        <w:br/>
        <w:t>vt 0.248805 0.116977</w:t>
        <w:br/>
        <w:t>vt 0.251816 0.104802</w:t>
        <w:br/>
        <w:t>vt 0.230983 0.098285</w:t>
        <w:br/>
        <w:t>vt 0.268529 0.122060</w:t>
        <w:br/>
        <w:t>vt 0.272314 0.110194</w:t>
        <w:br/>
        <w:t>vt 0.126992 0.459598</w:t>
        <w:br/>
        <w:t>vt 0.132078 0.446499</w:t>
        <w:br/>
        <w:t>vt 0.127913 0.444594</w:t>
        <w:br/>
        <w:t>vt 0.121847 0.457886</w:t>
        <w:br/>
        <w:t>vt 0.139522 0.430925</w:t>
        <w:br/>
        <w:t>vt 0.141874 0.431355</w:t>
        <w:br/>
        <w:t>vt 0.217547 0.064628</w:t>
        <w:br/>
        <w:t>vt 0.210334 0.043407</w:t>
        <w:br/>
        <w:t>vt 0.198324 0.058065</w:t>
        <w:br/>
        <w:t>vt 0.207683 0.070451</w:t>
        <w:br/>
        <w:t>vt 0.254446 0.091814</w:t>
        <w:br/>
        <w:t>vt 0.255586 0.093379</w:t>
        <w:br/>
        <w:t>vt 0.280332 0.096973</w:t>
        <w:br/>
        <w:t>vt 0.233623 0.085767</w:t>
        <w:br/>
        <w:t>vt 0.234583 0.082569</w:t>
        <w:br/>
        <w:t>vt 0.154788 0.419555</w:t>
        <w:br/>
        <w:t>vt 0.154788 0.419114</w:t>
        <w:br/>
        <w:t>vt 0.276168 0.102930</w:t>
        <w:br/>
        <w:t>vt 0.254302 0.097084</w:t>
        <w:br/>
        <w:t>vt 0.232554 0.091071</w:t>
        <w:br/>
        <w:t>vt 0.187952 0.066786</w:t>
        <w:br/>
        <w:t>vt 0.208893 0.077446</w:t>
        <w:br/>
        <w:t>vt 0.124929 0.431329</w:t>
        <w:br/>
        <w:t>vt 0.117947 0.442518</w:t>
        <w:br/>
        <w:t>vt 0.136506 0.416596</w:t>
        <w:br/>
        <w:t>vt 0.113074 0.455569</w:t>
        <w:br/>
        <w:t>vt 0.117537 0.419157</w:t>
        <w:br/>
        <w:t>vt 0.111020 0.430993</w:t>
        <w:br/>
        <w:t>vt 0.107773 0.441319</w:t>
        <w:br/>
        <w:t>vt 0.053613 0.574422</w:t>
        <w:br/>
        <w:t>vt 0.066337 0.566691</w:t>
        <w:br/>
        <w:t>vt 0.192739 0.019033</w:t>
        <w:br/>
        <w:t>vt 0.190152 0.010782</w:t>
        <w:br/>
        <w:t>vt 0.181296 0.013900</w:t>
        <w:br/>
        <w:t>vt 0.183983 0.022350</w:t>
        <w:br/>
        <w:t>vt 0.185126 0.035576</w:t>
        <w:br/>
        <w:t>vt 0.179140 0.047441</w:t>
        <w:br/>
        <w:t>vt 0.197222 0.033624</w:t>
        <w:br/>
        <w:t>vt 0.117450 0.471178</w:t>
        <w:br/>
        <w:t>vt 0.122970 0.472300</w:t>
        <w:br/>
        <w:t>vt 0.202199 0.123398</w:t>
        <w:br/>
        <w:t>vt 0.104266 0.453453</w:t>
        <w:br/>
        <w:t>vt 0.094062 0.439410</w:t>
        <w:br/>
        <w:t>vt 0.090279 0.450009</w:t>
        <w:br/>
        <w:t>vt 0.109064 0.469722</w:t>
        <w:br/>
        <w:t>vt 0.100704 0.467972</w:t>
        <w:br/>
        <w:t>vt 0.085487 0.464301</w:t>
        <w:br/>
        <w:t>vt 0.097285 0.430432</w:t>
        <w:br/>
        <w:t>vt 0.100008 0.421436</w:t>
        <w:br/>
        <w:t>vt 0.154788 0.411662</w:t>
        <w:br/>
        <w:t>vt 0.154788 0.403653</w:t>
        <w:br/>
        <w:t>vt 0.154788 0.391739</w:t>
        <w:br/>
        <w:t>vt 0.005731 0.555131</w:t>
        <w:br/>
        <w:t>vt 0.021270 0.559301</w:t>
        <w:br/>
        <w:t>vt 0.019904 0.550978</w:t>
        <w:br/>
        <w:t>vt 0.059895 0.579457</w:t>
        <w:br/>
        <w:t>vt 0.067819 0.574967</w:t>
        <w:br/>
        <w:t>vt 0.070129 0.586621</w:t>
        <w:br/>
        <w:t>vt 0.172528 0.016858</w:t>
        <w:br/>
        <w:t>vt 0.169199 0.063588</w:t>
        <w:br/>
        <w:t>vt 0.159274 0.075387</w:t>
        <w:br/>
        <w:t>vt 0.256378 0.595445</w:t>
        <w:br/>
        <w:t>vt 0.234738 0.604345</w:t>
        <w:br/>
        <w:t>vt 0.277967 0.587885</w:t>
        <w:br/>
        <w:t>vt 0.299693 0.584832</w:t>
        <w:br/>
        <w:t>vt 0.283889 0.563004</w:t>
        <w:br/>
        <w:t>vt 0.102964 0.479348</w:t>
        <w:br/>
        <w:t>vt 0.111375 0.481699</w:t>
        <w:br/>
        <w:t>vt 0.118726 0.484228</w:t>
        <w:br/>
        <w:t>vt 0.312964 0.242016</w:t>
        <w:br/>
        <w:t>vt 0.301766 0.244475</w:t>
        <w:br/>
        <w:t>vt 0.312964 0.282211</w:t>
        <w:br/>
        <w:t>vt 0.312965 0.260926</w:t>
        <w:br/>
        <w:t>vt 0.298425 0.303060</w:t>
        <w:br/>
        <w:t>vt 0.312964 0.302436</w:t>
        <w:br/>
        <w:t>vt 0.088854 0.062260</w:t>
        <w:br/>
        <w:t>vt 0.136484 0.058548</w:t>
        <w:br/>
        <w:t>vt 0.185910 0.458693</w:t>
        <w:br/>
        <w:t>vt 0.263762 0.252735</w:t>
        <w:br/>
        <w:t>vt 0.191910 0.459854</w:t>
        <w:br/>
        <w:t>vt 0.196045 0.473520</w:t>
        <w:br/>
        <w:t>vt 0.197385 0.422381</w:t>
        <w:br/>
        <w:t>vt 0.059990 0.107364</w:t>
        <w:br/>
        <w:t>vt 0.063850 0.129683</w:t>
        <w:br/>
        <w:t>vt 0.083814 0.038565</w:t>
        <w:br/>
        <w:t>vt 0.062763 0.068470</w:t>
        <w:br/>
        <w:t>vt 0.077203 0.062071</w:t>
        <w:br/>
        <w:t>vt 0.090163 0.037511</w:t>
        <w:br/>
        <w:t>vt 0.094079 0.015622</w:t>
        <w:br/>
        <w:t>vt 0.114731 0.036934</w:t>
        <w:br/>
        <w:t>vt 0.122977 0.198294</w:t>
        <w:br/>
        <w:t>vt 0.035755 0.157715</w:t>
        <w:br/>
        <w:t>vt 0.040539 0.153046</w:t>
        <w:br/>
        <w:t>vt 0.005731 0.216307</w:t>
        <w:br/>
        <w:t>vt 0.005731 0.238528</w:t>
        <w:br/>
        <w:t>vt 0.005731 0.260763</w:t>
        <w:br/>
        <w:t>vt 0.029659 0.168809</w:t>
        <w:br/>
        <w:t>vt 0.179932 0.041985</w:t>
        <w:br/>
        <w:t>vt 0.154788 0.058834</w:t>
        <w:br/>
        <w:t>vt 0.154788 0.051002</w:t>
        <w:br/>
        <w:t>vt 0.133246 0.042968</w:t>
        <w:br/>
        <w:t>vt 0.099521 0.028019</w:t>
        <w:br/>
        <w:t>vt 0.099521 0.028019</w:t>
        <w:br/>
        <w:t>vt 0.098004 0.039695</w:t>
        <w:br/>
        <w:t>vt 0.101388 0.018726</w:t>
        <w:br/>
        <w:t>vt 0.094079 0.015622</w:t>
        <w:br/>
        <w:t>vt 0.253718 0.428936</w:t>
        <w:br/>
        <w:t>vt 0.256120 0.406725</w:t>
        <w:br/>
        <w:t>vt 0.256959 0.384408</w:t>
        <w:br/>
        <w:t>vt 0.312965 0.208582</w:t>
        <w:br/>
        <w:t>vt 0.194221 0.473869</w:t>
        <w:br/>
        <w:t>vt 0.199890 0.485964</w:t>
        <w:br/>
        <w:t>vt 0.182730 0.460513</w:t>
        <w:br/>
        <w:t>vt 0.296824 0.196700</w:t>
        <w:br/>
        <w:t>vt 0.293913 0.192789</w:t>
        <w:br/>
        <w:t>vt 0.278395 0.215011</w:t>
        <w:br/>
        <w:t>vt 0.279418 0.218071</w:t>
        <w:br/>
        <w:t>vt 0.268051 0.233880</w:t>
        <w:br/>
        <w:t>vt 0.269754 0.236007</w:t>
        <w:br/>
        <w:t>vt 0.261139 0.246414</w:t>
        <w:br/>
        <w:t>vt 0.263762 0.252735</w:t>
        <w:br/>
        <w:t>vt 0.159274 0.431474</w:t>
        <w:br/>
        <w:t>vt 0.170502 0.445523</w:t>
        <w:br/>
        <w:t>vt 0.173310 0.441485</w:t>
        <w:br/>
        <w:t>vt 0.159274 0.424364</w:t>
        <w:br/>
        <w:t>vt 0.042698 0.142474</w:t>
        <w:br/>
        <w:t>vt 0.058876 0.163594</w:t>
        <w:br/>
        <w:t>vt 0.049443 0.148921</w:t>
        <w:br/>
        <w:t>vt 0.048034 0.152517</w:t>
        <w:br/>
        <w:t>vt 0.056561 0.165429</w:t>
        <w:br/>
        <w:t>vt 0.083814 0.038565</w:t>
        <w:br/>
        <w:t>vt 0.079218 0.030459</w:t>
        <w:br/>
        <w:t>vt 0.061415 0.063192</w:t>
        <w:br/>
        <w:t>vt 0.092219 0.012440</w:t>
        <w:br/>
        <w:t>vt 0.214807 0.380898</w:t>
        <w:br/>
        <w:t>vt 0.069871 0.147389</w:t>
        <w:br/>
        <w:t>vt 0.005731 0.465899</w:t>
        <w:br/>
        <w:t>vt 0.005731 0.430925</w:t>
        <w:br/>
        <w:t>vt 0.005731 0.395150</w:t>
        <w:br/>
        <w:t>vt 0.005731 0.358682</w:t>
        <w:br/>
        <w:t>vt 0.005731 0.315410</w:t>
        <w:br/>
        <w:t>vt 0.005731 0.336685</w:t>
        <w:br/>
        <w:t>vt 0.024893 0.314358</w:t>
        <w:br/>
        <w:t>vt 0.005731 0.278775</w:t>
        <w:br/>
        <w:t>vt 0.005731 0.290830</w:t>
        <w:br/>
        <w:t>vt 0.175279 0.025962</w:t>
        <w:br/>
        <w:t>vt 0.179932 0.041985</w:t>
        <w:br/>
        <w:t>vt 0.201495 0.015659</w:t>
        <w:br/>
        <w:t>vt 0.199048 0.007524</w:t>
        <w:br/>
        <w:t>vt 0.206155 0.029967</w:t>
        <w:br/>
        <w:t>vt 0.237997 0.338835</w:t>
        <w:br/>
        <w:t>vt 0.214051 0.336631</w:t>
        <w:br/>
        <w:t>vt 0.261375 0.340194</w:t>
        <w:br/>
        <w:t>vt 0.134956 0.166067</w:t>
        <w:br/>
        <w:t>vt 0.154788 0.168083</w:t>
        <w:br/>
        <w:t>vt 0.115337 0.165886</w:t>
        <w:br/>
        <w:t>vt 0.097796 0.168018</w:t>
        <w:br/>
        <w:t>vt 0.059635 0.302370</w:t>
        <w:br/>
        <w:t>vt 0.042693 0.301364</w:t>
        <w:br/>
        <w:t>vt 0.025677 0.301462</w:t>
        <w:br/>
        <w:t>vt 0.005731 0.303068</w:t>
        <w:br/>
        <w:t>vt 0.283747 0.347962</w:t>
        <w:br/>
        <w:t>vt 0.266738 0.349241</w:t>
        <w:br/>
        <w:t>vt 0.178502 0.333951</w:t>
        <w:br/>
        <w:t>vt 0.159274 0.333503</w:t>
        <w:br/>
        <w:t>vt 0.118925 0.179644</w:t>
        <w:br/>
        <w:t>vt 0.101967 0.180890</w:t>
        <w:br/>
        <w:t>vt 0.057326 0.316121</w:t>
        <w:br/>
        <w:t>vt 0.041217 0.314707</w:t>
        <w:br/>
        <w:t>vt 0.106748 0.198209</w:t>
        <w:br/>
        <w:t>vt 0.260993 0.281927</w:t>
        <w:br/>
        <w:t>vt 0.261903 0.304331</w:t>
        <w:br/>
        <w:t>vt 0.201965 0.151150</w:t>
        <w:br/>
        <w:t>vt 0.200113 0.180387</w:t>
        <w:br/>
        <w:t>vt 0.198208 0.213473</w:t>
        <w:br/>
        <w:t>vt 0.197564 0.248896</w:t>
        <w:br/>
        <w:t>vt 0.196393 0.284743</w:t>
        <w:br/>
        <w:t>vt 0.195773 0.303395</w:t>
        <w:br/>
        <w:t>vt 0.195348 0.322014</w:t>
        <w:br/>
        <w:t>vt 0.194773 0.334952</w:t>
        <w:br/>
        <w:t>vt 0.194235 0.347811</w:t>
        <w:br/>
        <w:t>vt 0.193703 0.360589</w:t>
        <w:br/>
        <w:t>vt 0.193353 0.378997</w:t>
        <w:br/>
        <w:t>vt 0.192808 0.399548</w:t>
        <w:br/>
        <w:t>vt 0.312964 0.586366</w:t>
        <w:br/>
        <w:t>vt 0.312965 0.502434</w:t>
        <w:br/>
        <w:t>vt 0.298217 0.466835</w:t>
        <w:br/>
        <w:t>vt 0.294804 0.501198</w:t>
        <w:br/>
        <w:t>vt 0.312965 0.467286</w:t>
        <w:br/>
        <w:t>vt 0.300292 0.433195</w:t>
        <w:br/>
        <w:t>vt 0.312964 0.431845</w:t>
        <w:br/>
        <w:t>vt 0.301232 0.397399</w:t>
        <w:br/>
        <w:t>vt 0.312965 0.397631</w:t>
        <w:br/>
        <w:t>vt 0.312965 0.378443</w:t>
        <w:br/>
        <w:t>vt 0.301404 0.378485</w:t>
        <w:br/>
        <w:t>vt 0.301349 0.359567</w:t>
        <w:br/>
        <w:t>vt 0.312965 0.359143</w:t>
        <w:br/>
        <w:t>vt 0.300692 0.346871</w:t>
        <w:br/>
        <w:t>vt 0.312964 0.346180</w:t>
        <w:br/>
        <w:t>vt 0.300102 0.334191</w:t>
        <w:br/>
        <w:t>vt 0.312965 0.333373</w:t>
        <w:br/>
        <w:t>vt 0.312964 0.320793</w:t>
        <w:br/>
        <w:t>vt 0.299466 0.321538</w:t>
        <w:br/>
        <w:t>vt 0.289405 0.533962</w:t>
        <w:br/>
        <w:t>vt 0.061153 0.082683</w:t>
        <w:br/>
        <w:t>vt 0.075556 0.160078</w:t>
        <w:br/>
        <w:t>vt 0.081139 0.172097</w:t>
        <w:br/>
        <w:t>vt 0.085964 0.183711</w:t>
        <w:br/>
        <w:t>vt 0.090501 0.199528</w:t>
        <w:br/>
        <w:t>vt 0.081495 0.437841</w:t>
        <w:br/>
        <w:t>vt 0.078885 0.446021</w:t>
        <w:br/>
        <w:t>vt 0.075289 0.455216</w:t>
        <w:br/>
        <w:t>vt 0.089617 0.592254</w:t>
        <w:br/>
        <w:t>vt 0.087912 0.582420</w:t>
        <w:br/>
        <w:t>vt 0.085482 0.574760</w:t>
        <w:br/>
        <w:t>vt 0.083243 0.566531</w:t>
        <w:br/>
        <w:t>vt 0.081168 0.558202</w:t>
        <w:br/>
        <w:t>vt 0.078852 0.546657</w:t>
        <w:br/>
        <w:t>vt 0.076686 0.532762</w:t>
        <w:br/>
        <w:t>vt 0.073814 0.512845</w:t>
        <w:br/>
        <w:t>vt 0.070539 0.487087</w:t>
        <w:br/>
        <w:t>vt 0.067661 0.457798</w:t>
        <w:br/>
        <w:t>vt 0.065160 0.425184</w:t>
        <w:br/>
        <w:t>vt 0.064102 0.391156</w:t>
        <w:br/>
        <w:t>vt 0.066212 0.357222</w:t>
        <w:br/>
        <w:t>vt 0.069428 0.338106</w:t>
        <w:br/>
        <w:t>vt 0.073111 0.319982</w:t>
        <w:br/>
        <w:t>vt 0.076179 0.305988</w:t>
        <w:br/>
        <w:t>vt 0.079153 0.291463</w:t>
        <w:br/>
        <w:t>vt 0.081747 0.276307</w:t>
        <w:br/>
        <w:t>vt 0.083202 0.255881</w:t>
        <w:br/>
        <w:t>vt 0.081681 0.231927</w:t>
        <w:br/>
        <w:t>vt 0.076493 0.206941</w:t>
        <w:br/>
        <w:t>vt 0.072538 0.192234</w:t>
        <w:br/>
        <w:t>vt 0.084214 0.429760</w:t>
        <w:br/>
        <w:t>vt 0.086625 0.421714</w:t>
        <w:br/>
        <w:t>vt 0.089108 0.410678</w:t>
        <w:br/>
        <w:t>vt 0.105381 0.409693</w:t>
        <w:br/>
        <w:t>vt 0.091135 0.397229</w:t>
        <w:br/>
        <w:t>vt 0.107107 0.395776</w:t>
        <w:br/>
        <w:t>vt 0.092898 0.377247</w:t>
        <w:br/>
        <w:t>vt 0.108429 0.376827</w:t>
        <w:br/>
        <w:t>vt 0.093704 0.351029</w:t>
        <w:br/>
        <w:t>vt 0.109059 0.350972</w:t>
        <w:br/>
        <w:t>vt 0.109480 0.321478</w:t>
        <w:br/>
        <w:t>vt 0.094370 0.320770</w:t>
        <w:br/>
        <w:t>vt 0.110793 0.287693</w:t>
        <w:br/>
        <w:t>vt 0.096080 0.286972</w:t>
        <w:br/>
        <w:t>vt 0.111062 0.251883</w:t>
        <w:br/>
        <w:t>vt 0.096126 0.251717</w:t>
        <w:br/>
        <w:t>vt 0.109359 0.216985</w:t>
        <w:br/>
        <w:t>vt 0.093608 0.217538</w:t>
        <w:br/>
        <w:t>vt 0.074491 0.187022</w:t>
        <w:br/>
        <w:t>vt 0.667311 0.680322</w:t>
        <w:br/>
        <w:t>vt 0.672843 0.686929</w:t>
        <w:br/>
        <w:t>vt 0.673852 0.683354</w:t>
        <w:br/>
        <w:t>vt 0.703246 0.987706</w:t>
        <w:br/>
        <w:t>vt 0.707748 0.993708</w:t>
        <w:br/>
        <w:t>vt 0.709898 0.991720</w:t>
        <w:br/>
        <w:t>vt 0.707480 0.987210</w:t>
        <w:br/>
        <w:t>vt 0.730290 0.989821</w:t>
        <w:br/>
        <w:t>vt 0.726594 0.988238</w:t>
        <w:br/>
        <w:t>vt 0.723454 0.992315</w:t>
        <w:br/>
        <w:t>vt 0.725039 0.994282</w:t>
        <w:br/>
        <w:t>vt 0.723258 0.987603</w:t>
        <w:br/>
        <w:t>vt 0.721285 0.991349</w:t>
        <w:br/>
        <w:t>vt 0.720149 0.987292</w:t>
        <w:br/>
        <w:t>vt 0.719041 0.990890</w:t>
        <w:br/>
        <w:t>vt 0.717138 0.987108</w:t>
        <w:br/>
        <w:t>vt 0.716816 0.990688</w:t>
        <w:br/>
        <w:t>vt 0.714116 0.987012</w:t>
        <w:br/>
        <w:t>vt 0.714579 0.990678</w:t>
        <w:br/>
        <w:t>vt 0.710956 0.987036</w:t>
        <w:br/>
        <w:t>vt 0.712271 0.990934</w:t>
        <w:br/>
        <w:t>vt 0.704169 0.980727</w:t>
        <w:br/>
        <w:t>vt 0.707860 0.982318</w:t>
        <w:br/>
        <w:t>vt 0.731205 0.982846</w:t>
        <w:br/>
        <w:t>vt 0.726972 0.983347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0.711004 0.978241</w:t>
        <w:br/>
        <w:t>vt 0.709427 0.976271</w:t>
        <w:br/>
        <w:t>vt 0.724555 0.978842</w:t>
        <w:br/>
        <w:t>vt 0.726705 0.976852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0.732280 0.758780</w:t>
        <w:br/>
        <w:t>vt 0.732280 0.767245</w:t>
        <w:br/>
        <w:t>vt 0.736130 0.767244</w:t>
        <w:br/>
        <w:t>vt 0.736131 0.758779</w:t>
        <w:br/>
        <w:t>vt 0.732280 0.775709</w:t>
        <w:br/>
        <w:t>vt 0.736130 0.775709</w:t>
        <w:br/>
        <w:t>vt 0.732280 0.784172</w:t>
        <w:br/>
        <w:t>vt 0.736130 0.784172</w:t>
        <w:br/>
        <w:t>vt 0.732280 0.792637</w:t>
        <w:br/>
        <w:t>vt 0.736130 0.792636</w:t>
        <w:br/>
        <w:t>vt 0.732280 0.801100</w:t>
        <w:br/>
        <w:t>vt 0.736130 0.801100</w:t>
        <w:br/>
        <w:t>vt 0.732280 0.809565</w:t>
        <w:br/>
        <w:t>vt 0.736129 0.809564</w:t>
        <w:br/>
        <w:t>vt 0.732280 0.818027</w:t>
        <w:br/>
        <w:t>vt 0.736128 0.818028</w:t>
        <w:br/>
        <w:t>vt 0.732280 0.826491</w:t>
        <w:br/>
        <w:t>vt 0.736128 0.826492</w:t>
        <w:br/>
        <w:t>vt 0.732280 0.834955</w:t>
        <w:br/>
        <w:t>vt 0.736129 0.834956</w:t>
        <w:br/>
        <w:t>vt 0.732280 0.843422</w:t>
        <w:br/>
        <w:t>vt 0.736131 0.843421</w:t>
        <w:br/>
        <w:t>vt 0.732280 0.851885</w:t>
        <w:br/>
        <w:t>vt 0.736132 0.851880</w:t>
        <w:br/>
        <w:t>vt 0.732280 0.860335</w:t>
        <w:br/>
        <w:t>vt 0.736131 0.860335</w:t>
        <w:br/>
        <w:t>vt 0.732280 0.868791</w:t>
        <w:br/>
        <w:t>vt 0.736132 0.868791</w:t>
        <w:br/>
        <w:t>vt 0.732280 0.699446</w:t>
        <w:br/>
        <w:t>vt 0.732280 0.707943</w:t>
        <w:br/>
        <w:t>vt 0.736130 0.707942</w:t>
        <w:br/>
        <w:t>vt 0.736129 0.699446</w:t>
        <w:br/>
        <w:t>vt 0.732280 0.716430</w:t>
        <w:br/>
        <w:t>vt 0.736129 0.716432</w:t>
        <w:br/>
        <w:t>vt 0.732280 0.724915</w:t>
        <w:br/>
        <w:t>vt 0.736130 0.724913</w:t>
        <w:br/>
        <w:t>vt 0.732280 0.733388</w:t>
        <w:br/>
        <w:t>vt 0.736130 0.733386</w:t>
        <w:br/>
        <w:t>vt 0.732280 0.741853</w:t>
        <w:br/>
        <w:t>vt 0.736131 0.741851</w:t>
        <w:br/>
        <w:t>vt 0.732280 0.750315</w:t>
        <w:br/>
        <w:t>vt 0.736131 0.750315</w:t>
        <w:br/>
        <w:t>vt 0.739577 0.767244</w:t>
        <w:br/>
        <w:t>vt 0.739577 0.758780</w:t>
        <w:br/>
        <w:t>vt 0.736131 0.758779</w:t>
        <w:br/>
        <w:t>vt 0.736130 0.767244</w:t>
        <w:br/>
        <w:t>vt 0.739577 0.775709</w:t>
        <w:br/>
        <w:t>vt 0.736130 0.775709</w:t>
        <w:br/>
        <w:t>vt 0.736130 0.784172</w:t>
        <w:br/>
        <w:t>vt 0.739576 0.784172</w:t>
        <w:br/>
        <w:t>vt 0.736130 0.792636</w:t>
        <w:br/>
        <w:t>vt 0.739576 0.792637</w:t>
        <w:br/>
        <w:t>vt 0.739576 0.801100</w:t>
        <w:br/>
        <w:t>vt 0.736130 0.801100</w:t>
        <w:br/>
        <w:t>vt 0.739575 0.809565</w:t>
        <w:br/>
        <w:t>vt 0.736129 0.809564</w:t>
        <w:br/>
        <w:t>vt 0.739575 0.818029</w:t>
        <w:br/>
        <w:t>vt 0.736128 0.818028</w:t>
        <w:br/>
        <w:t>vt 0.739575 0.826492</w:t>
        <w:br/>
        <w:t>vt 0.736128 0.826492</w:t>
        <w:br/>
        <w:t>vt 0.739576 0.834958</w:t>
        <w:br/>
        <w:t>vt 0.736129 0.834956</w:t>
        <w:br/>
        <w:t>vt 0.736131 0.843421</w:t>
        <w:br/>
        <w:t>vt 0.739577 0.843420</w:t>
        <w:br/>
        <w:t>vt 0.736132 0.851880</w:t>
        <w:br/>
        <w:t>vt 0.739578 0.851876</w:t>
        <w:br/>
        <w:t>vt 0.736131 0.860335</w:t>
        <w:br/>
        <w:t>vt 0.739577 0.860335</w:t>
        <w:br/>
        <w:t>vt 0.736132 0.868791</w:t>
        <w:br/>
        <w:t>vt 0.739577 0.868791</w:t>
        <w:br/>
        <w:t>vt 0.739576 0.699446</w:t>
        <w:br/>
        <w:t>vt 0.736129 0.699446</w:t>
        <w:br/>
        <w:t>vt 0.736130 0.707942</w:t>
        <w:br/>
        <w:t>vt 0.739576 0.707943</w:t>
        <w:br/>
        <w:t>vt 0.739574 0.716435</w:t>
        <w:br/>
        <w:t>vt 0.736129 0.716432</w:t>
        <w:br/>
        <w:t>vt 0.739575 0.724912</w:t>
        <w:br/>
        <w:t>vt 0.736130 0.724913</w:t>
        <w:br/>
        <w:t>vt 0.736130 0.733386</w:t>
        <w:br/>
        <w:t>vt 0.739578 0.733385</w:t>
        <w:br/>
        <w:t>vt 0.736131 0.741851</w:t>
        <w:br/>
        <w:t>vt 0.739578 0.741852</w:t>
        <w:br/>
        <w:t>vt 0.736131 0.750315</w:t>
        <w:br/>
        <w:t>vt 0.739578 0.750315</w:t>
        <w:br/>
        <w:t>vt 0.742671 0.758780</w:t>
        <w:br/>
        <w:t>vt 0.739577 0.758780</w:t>
        <w:br/>
        <w:t>vt 0.739577 0.767244</w:t>
        <w:br/>
        <w:t>vt 0.742671 0.767244</w:t>
        <w:br/>
        <w:t>vt 0.742670 0.775708</w:t>
        <w:br/>
        <w:t>vt 0.739577 0.775709</w:t>
        <w:br/>
        <w:t>vt 0.742670 0.784172</w:t>
        <w:br/>
        <w:t>vt 0.739576 0.784172</w:t>
        <w:br/>
        <w:t>vt 0.742670 0.792637</w:t>
        <w:br/>
        <w:t>vt 0.739576 0.792637</w:t>
        <w:br/>
        <w:t>vt 0.742670 0.801100</w:t>
        <w:br/>
        <w:t>vt 0.739576 0.801100</w:t>
        <w:br/>
        <w:t>vt 0.742669 0.809565</w:t>
        <w:br/>
        <w:t>vt 0.739575 0.809565</w:t>
        <w:br/>
        <w:t>vt 0.742669 0.818030</w:t>
        <w:br/>
        <w:t>vt 0.739575 0.818029</w:t>
        <w:br/>
        <w:t>vt 0.742669 0.826494</w:t>
        <w:br/>
        <w:t>vt 0.739575 0.826492</w:t>
        <w:br/>
        <w:t>vt 0.742669 0.834956</w:t>
        <w:br/>
        <w:t>vt 0.739576 0.834958</w:t>
        <w:br/>
        <w:t>vt 0.742671 0.843419</w:t>
        <w:br/>
        <w:t>vt 0.739577 0.843420</w:t>
        <w:br/>
        <w:t>vt 0.739578 0.851876</w:t>
        <w:br/>
        <w:t>vt 0.742671 0.851876</w:t>
        <w:br/>
        <w:t>vt 0.739577 0.860335</w:t>
        <w:br/>
        <w:t>vt 0.742671 0.860335</w:t>
        <w:br/>
        <w:t>vt 0.739577 0.868791</w:t>
        <w:br/>
        <w:t>vt 0.742671 0.868791</w:t>
        <w:br/>
        <w:t>vt 0.742670 0.699446</w:t>
        <w:br/>
        <w:t>vt 0.739576 0.699446</w:t>
        <w:br/>
        <w:t>vt 0.739576 0.707943</w:t>
        <w:br/>
        <w:t>vt 0.742669 0.707943</w:t>
        <w:br/>
        <w:t>vt 0.739574 0.716435</w:t>
        <w:br/>
        <w:t>vt 0.742668 0.716434</w:t>
        <w:br/>
        <w:t>vt 0.739575 0.724912</w:t>
        <w:br/>
        <w:t>vt 0.742669 0.724913</w:t>
        <w:br/>
        <w:t>vt 0.739578 0.733385</w:t>
        <w:br/>
        <w:t>vt 0.742671 0.733386</w:t>
        <w:br/>
        <w:t>vt 0.742672 0.741851</w:t>
        <w:br/>
        <w:t>vt 0.739578 0.741852</w:t>
        <w:br/>
        <w:t>vt 0.739578 0.750315</w:t>
        <w:br/>
        <w:t>vt 0.742672 0.750316</w:t>
        <w:br/>
        <w:t>vt 0.745764 0.767244</w:t>
        <w:br/>
        <w:t>vt 0.745765 0.758780</w:t>
        <w:br/>
        <w:t>vt 0.742671 0.758780</w:t>
        <w:br/>
        <w:t>vt 0.742671 0.767244</w:t>
        <w:br/>
        <w:t>vt 0.742670 0.775708</w:t>
        <w:br/>
        <w:t>vt 0.745764 0.775709</w:t>
        <w:br/>
        <w:t>vt 0.742670 0.784172</w:t>
        <w:br/>
        <w:t>vt 0.745764 0.784172</w:t>
        <w:br/>
        <w:t>vt 0.742670 0.792637</w:t>
        <w:br/>
        <w:t>vt 0.745764 0.792636</w:t>
        <w:br/>
        <w:t>vt 0.742670 0.801100</w:t>
        <w:br/>
        <w:t>vt 0.745764 0.801100</w:t>
        <w:br/>
        <w:t>vt 0.745763 0.809565</w:t>
        <w:br/>
        <w:t>vt 0.742669 0.809565</w:t>
        <w:br/>
        <w:t>vt 0.745763 0.818030</w:t>
        <w:br/>
        <w:t>vt 0.742669 0.818030</w:t>
        <w:br/>
        <w:t>vt 0.745763 0.826494</w:t>
        <w:br/>
        <w:t>vt 0.742669 0.826494</w:t>
        <w:br/>
        <w:t>vt 0.745764 0.834956</w:t>
        <w:br/>
        <w:t>vt 0.742669 0.834956</w:t>
        <w:br/>
        <w:t>vt 0.742671 0.843419</w:t>
        <w:br/>
        <w:t>vt 0.745764 0.843416</w:t>
        <w:br/>
        <w:t>vt 0.742671 0.851876</w:t>
        <w:br/>
        <w:t>vt 0.745765 0.851874</w:t>
        <w:br/>
        <w:t>vt 0.745764 0.860334</w:t>
        <w:br/>
        <w:t>vt 0.742671 0.860335</w:t>
        <w:br/>
        <w:t>vt 0.745764 0.868791</w:t>
        <w:br/>
        <w:t>vt 0.742671 0.868791</w:t>
        <w:br/>
        <w:t>vt 0.745763 0.707943</w:t>
        <w:br/>
        <w:t>vt 0.745763 0.699446</w:t>
        <w:br/>
        <w:t>vt 0.742670 0.699446</w:t>
        <w:br/>
        <w:t>vt 0.742669 0.707943</w:t>
        <w:br/>
        <w:t>vt 0.745761 0.716433</w:t>
        <w:br/>
        <w:t>vt 0.742668 0.716434</w:t>
        <w:br/>
        <w:t>vt 0.745763 0.724914</w:t>
        <w:br/>
        <w:t>vt 0.742669 0.724913</w:t>
        <w:br/>
        <w:t>vt 0.745765 0.733386</w:t>
        <w:br/>
        <w:t>vt 0.742671 0.733386</w:t>
        <w:br/>
        <w:t>vt 0.742672 0.741851</w:t>
        <w:br/>
        <w:t>vt 0.745766 0.741851</w:t>
        <w:br/>
        <w:t>vt 0.745765 0.750315</w:t>
        <w:br/>
        <w:t>vt 0.742672 0.750316</w:t>
        <w:br/>
        <w:t>vt 0.749210 0.758780</w:t>
        <w:br/>
        <w:t>vt 0.745765 0.758780</w:t>
        <w:br/>
        <w:t>vt 0.745764 0.767244</w:t>
        <w:br/>
        <w:t>vt 0.749210 0.767245</w:t>
        <w:br/>
        <w:t>vt 0.745764 0.775709</w:t>
        <w:br/>
        <w:t>vt 0.749210 0.775708</w:t>
        <w:br/>
        <w:t>vt 0.749210 0.784172</w:t>
        <w:br/>
        <w:t>vt 0.745764 0.784172</w:t>
        <w:br/>
        <w:t>vt 0.749210 0.792636</w:t>
        <w:br/>
        <w:t>vt 0.745764 0.792636</w:t>
        <w:br/>
        <w:t>vt 0.745764 0.801100</w:t>
        <w:br/>
        <w:t>vt 0.749210 0.801101</w:t>
        <w:br/>
        <w:t>vt 0.745763 0.809565</w:t>
        <w:br/>
        <w:t>vt 0.749210 0.809566</w:t>
        <w:br/>
        <w:t>vt 0.745763 0.818030</w:t>
        <w:br/>
        <w:t>vt 0.749210 0.818031</w:t>
        <w:br/>
        <w:t>vt 0.745763 0.826494</w:t>
        <w:br/>
        <w:t>vt 0.749210 0.826495</w:t>
        <w:br/>
        <w:t>vt 0.745764 0.834956</w:t>
        <w:br/>
        <w:t>vt 0.749210 0.834956</w:t>
        <w:br/>
        <w:t>vt 0.749210 0.843412</w:t>
        <w:br/>
        <w:t>vt 0.745764 0.843416</w:t>
        <w:br/>
        <w:t>vt 0.749210 0.851872</w:t>
        <w:br/>
        <w:t>vt 0.745765 0.851874</w:t>
        <w:br/>
        <w:t>vt 0.749210 0.860336</w:t>
        <w:br/>
        <w:t>vt 0.745764 0.860334</w:t>
        <w:br/>
        <w:t>vt 0.749210 0.868791</w:t>
        <w:br/>
        <w:t>vt 0.745764 0.868791</w:t>
        <w:br/>
        <w:t>vt 0.749210 0.707943</w:t>
        <w:br/>
        <w:t>vt 0.749210 0.699446</w:t>
        <w:br/>
        <w:t>vt 0.745763 0.699446</w:t>
        <w:br/>
        <w:t>vt 0.745763 0.707943</w:t>
        <w:br/>
        <w:t>vt 0.745761 0.716433</w:t>
        <w:br/>
        <w:t>vt 0.749210 0.716435</w:t>
        <w:br/>
        <w:t>vt 0.745763 0.724914</w:t>
        <w:br/>
        <w:t>vt 0.749210 0.724919</w:t>
        <w:br/>
        <w:t>vt 0.749210 0.733386</w:t>
        <w:br/>
        <w:t>vt 0.745765 0.733386</w:t>
        <w:br/>
        <w:t>vt 0.749210 0.741851</w:t>
        <w:br/>
        <w:t>vt 0.745766 0.741851</w:t>
        <w:br/>
        <w:t>vt 0.749210 0.750315</w:t>
        <w:br/>
        <w:t>vt 0.745765 0.750315</w:t>
        <w:br/>
        <w:t>vt 0.613667 0.574643</w:t>
        <w:br/>
        <w:t>vt 0.600408 0.579005</w:t>
        <w:br/>
        <w:t>vt 0.603999 0.584853</w:t>
        <w:br/>
        <w:t>vt 0.554035 0.581205</w:t>
        <w:br/>
        <w:t>vt 0.565417 0.587608</w:t>
        <w:br/>
        <w:t>vt 0.565806 0.582673</w:t>
        <w:br/>
        <w:t>vt 0.600627 0.572787</w:t>
        <w:br/>
        <w:t>vt 0.603999 0.567498</w:t>
        <w:br/>
        <w:t>vt 0.561430 0.571734</w:t>
        <w:br/>
        <w:t>vt 0.557650 0.568960</w:t>
        <w:br/>
        <w:t>vt 0.564767 0.578086</w:t>
        <w:br/>
        <w:t>vt 0.563065 0.574575</w:t>
        <w:br/>
        <w:t>vt 0.609639 0.588556</w:t>
        <w:br/>
        <w:t>vt 0.567652 0.592632</w:t>
        <w:br/>
        <w:t>vt 0.565560 0.595968</w:t>
        <w:br/>
        <w:t>vt 0.571960 0.594947</w:t>
        <w:br/>
        <w:t>vt 0.572318 0.592070</w:t>
        <w:br/>
        <w:t>vt 0.568590 0.583745</w:t>
        <w:br/>
        <w:t>vt 0.568934 0.586679</w:t>
        <w:br/>
        <w:t>vt 0.573427 0.584612</w:t>
        <w:br/>
        <w:t>vt 0.573159 0.581851</w:t>
        <w:br/>
        <w:t>vt 0.568140 0.580589</w:t>
        <w:br/>
        <w:t>vt 0.572695 0.579589</w:t>
        <w:br/>
        <w:t>vt 0.567719 0.578284</w:t>
        <w:br/>
        <w:t>vt 0.572570 0.577324</w:t>
        <w:br/>
        <w:t>vt 0.567372 0.575456</w:t>
        <w:br/>
        <w:t>vt 0.572434 0.575207</w:t>
        <w:br/>
        <w:t>vt 0.572239 0.572793</w:t>
        <w:br/>
        <w:t>vt 0.566806 0.573217</w:t>
        <w:br/>
        <w:t>vt 0.564601 0.569643</w:t>
        <w:br/>
        <w:t>vt 0.571132 0.569991</w:t>
        <w:br/>
        <w:t>vt 0.569026 0.567521</w:t>
        <w:br/>
        <w:t>vt 0.563911 0.568326</w:t>
        <w:br/>
        <w:t>vt 0.563360 0.566946</w:t>
        <w:br/>
        <w:t>vt 0.569314 0.565577</w:t>
        <w:br/>
        <w:t>vt 0.594286 0.567944</w:t>
        <w:br/>
        <w:t>vt 0.593667 0.570510</w:t>
        <w:br/>
        <w:t>vt 0.597916 0.570695</w:t>
        <w:br/>
        <w:t>vt 0.599318 0.567542</w:t>
        <w:br/>
        <w:t>vt 0.593494 0.579754</w:t>
        <w:br/>
        <w:t>vt 0.597982 0.580805</w:t>
        <w:br/>
        <w:t>vt 0.597396 0.577184</w:t>
        <w:br/>
        <w:t>vt 0.593804 0.576954</w:t>
        <w:br/>
        <w:t>vt 0.592997 0.583567</w:t>
        <w:br/>
        <w:t>vt 0.599222 0.584396</w:t>
        <w:br/>
        <w:t>vt 0.596359 0.586236</w:t>
        <w:br/>
        <w:t>vt 0.597657 0.588170</w:t>
        <w:br/>
        <w:t>vt 0.601296 0.587306</w:t>
        <w:br/>
        <w:t>vt 0.605109 0.589964</w:t>
        <w:br/>
        <w:t>vt 0.609639 0.588556</w:t>
        <w:br/>
        <w:t>vt 0.603999 0.584853</w:t>
        <w:br/>
        <w:t>vt 0.594126 0.588197</w:t>
        <w:br/>
        <w:t>vt 0.593266 0.586441</w:t>
        <w:br/>
        <w:t>vt 0.589656 0.585931</w:t>
        <w:br/>
        <w:t>vt 0.575019 0.568487</w:t>
        <w:br/>
        <w:t>vt 0.578730 0.588322</w:t>
        <w:br/>
        <w:t>vt 0.572925 0.589396</w:t>
        <w:br/>
        <w:t>vt 0.568716 0.589384</w:t>
        <w:br/>
        <w:t>vt 0.563804 0.591782</w:t>
        <w:br/>
        <w:t>vt 0.565417 0.587608</w:t>
        <w:br/>
        <w:t>vt 0.565806 0.582673</w:t>
        <w:br/>
        <w:t>vt 0.564767 0.578086</w:t>
        <w:br/>
        <w:t>vt 0.563065 0.574575</w:t>
        <w:br/>
        <w:t>vt 0.565732 0.571576</w:t>
        <w:br/>
        <w:t>vt 0.561430 0.571734</w:t>
        <w:br/>
        <w:t>vt 0.557650 0.568960</w:t>
        <w:br/>
        <w:t>vt 0.600627 0.572787</w:t>
        <w:br/>
        <w:t>vt 0.597411 0.574278</w:t>
        <w:br/>
        <w:t>vt 0.600408 0.579005</w:t>
        <w:br/>
        <w:t>vt 0.599515 0.590099</w:t>
        <w:br/>
        <w:t>vt 0.561604 0.595506</w:t>
        <w:br/>
        <w:t>vt 0.563804 0.591782</w:t>
        <w:br/>
        <w:t>vt 0.561002 0.565609</w:t>
        <w:br/>
        <w:t>vt 0.608670 0.564588</w:t>
        <w:br/>
        <w:t>vt 0.603749 0.562989</w:t>
        <w:br/>
        <w:t>vt 0.608670 0.564588</w:t>
        <w:br/>
        <w:t>vt 0.604453 0.562820</w:t>
        <w:br/>
        <w:t>vt 0.603999 0.567498</w:t>
        <w:br/>
        <w:t>vt 0.601417 0.564836</w:t>
        <w:br/>
        <w:t>vt 0.594018 0.565334</w:t>
        <w:br/>
        <w:t>vt 0.576536 0.584860</w:t>
        <w:br/>
        <w:t>vt 0.593371 0.574366</w:t>
        <w:br/>
        <w:t>vt 0.587853 0.570022</w:t>
        <w:br/>
        <w:t>vt 0.589540 0.573812</w:t>
        <w:br/>
        <w:t>vt 0.590379 0.578445</w:t>
        <w:br/>
        <w:t>vt 0.590230 0.582363</w:t>
        <w:br/>
        <w:t>vt 0.575224 0.581745</w:t>
        <w:br/>
        <w:t>vt 0.574710 0.578047</w:t>
        <w:br/>
        <w:t>vt 0.575079 0.573718</w:t>
        <w:br/>
        <w:t>vt 0.578078 0.570271</w:t>
        <w:br/>
        <w:t>vt 0.581734 0.587264</w:t>
        <w:br/>
        <w:t>vt 0.579462 0.588860</w:t>
        <w:br/>
        <w:t>vt 0.582246 0.588063</w:t>
        <w:br/>
        <w:t>vt 0.587597 0.586382</w:t>
        <w:br/>
        <w:t>vt 0.590186 0.586805</w:t>
        <w:br/>
        <w:t>vt 0.585752 0.569295</w:t>
        <w:br/>
        <w:t>vt 0.587816 0.568174</w:t>
        <w:br/>
        <w:t>vt 0.585912 0.567999</w:t>
        <w:br/>
        <w:t>vt 0.579365 0.569556</w:t>
        <w:br/>
        <w:t>vt 0.577146 0.569181</w:t>
        <w:br/>
        <w:t>vt 0.583916 0.577851</w:t>
        <w:br/>
        <w:t>vt 0.583916 0.577851</w:t>
        <w:br/>
        <w:t>vt 0.580822 0.567567</w:t>
        <w:br/>
        <w:t>vt 0.582196 0.566764</w:t>
        <w:br/>
        <w:t>vt 0.583631 0.567120</w:t>
        <w:br/>
        <w:t>vt 0.580040 0.568485</w:t>
        <w:br/>
        <w:t>vt 0.579365 0.569556</w:t>
        <w:br/>
        <w:t>vt 0.585752 0.569295</w:t>
        <w:br/>
        <w:t>vt 0.584697 0.567872</w:t>
        <w:br/>
        <w:t>vt 0.584962 0.589064</w:t>
        <w:br/>
        <w:t>vt 0.583642 0.588769</w:t>
        <w:br/>
        <w:t>vt 0.586131 0.588516</w:t>
        <w:br/>
        <w:t>vt 0.581734 0.587264</w:t>
        <w:br/>
        <w:t>vt 0.582560 0.587996</w:t>
        <w:br/>
        <w:t>vt 0.586880 0.587521</w:t>
        <w:br/>
        <w:t>vt 0.587597 0.586382</w:t>
        <w:br/>
        <w:t>vt 0.587487 0.569366</w:t>
        <w:br/>
        <w:t>vt 0.583916 0.577851</w:t>
        <w:br/>
        <w:t>vt 0.587853 0.570022</w:t>
        <w:br/>
        <w:t>vt 0.579076 0.568399</w:t>
        <w:br/>
        <w:t>vt 0.587460 0.587146</w:t>
        <w:br/>
        <w:t>vt 0.579462 0.588860</w:t>
        <w:br/>
        <w:t>vt 0.036113 0.726975</w:t>
        <w:br/>
        <w:t>vt 0.033237 0.746171</w:t>
        <w:br/>
        <w:t>vt 0.054678 0.747838</w:t>
        <w:br/>
        <w:t>vt 0.058984 0.728212</w:t>
        <w:br/>
        <w:t>vt 0.043749 0.690236</w:t>
        <w:br/>
        <w:t>vt 0.040879 0.702430</w:t>
        <w:br/>
        <w:t>vt 0.062831 0.703970</w:t>
        <w:br/>
        <w:t>vt 0.065229 0.691421</w:t>
        <w:br/>
        <w:t>vt 0.022008 0.689506</w:t>
        <w:br/>
        <w:t>vt 0.019498 0.702023</w:t>
        <w:br/>
        <w:t>vt 0.015708 0.625366</w:t>
        <w:br/>
        <w:t>vt 0.009894 0.649069</w:t>
        <w:br/>
        <w:t>vt 0.030375 0.650595</w:t>
        <w:br/>
        <w:t>vt 0.035515 0.628295</w:t>
        <w:br/>
        <w:t>vt 0.085418 0.651089</w:t>
        <w:br/>
        <w:t>vt 0.083086 0.627323</w:t>
        <w:br/>
        <w:t>vt 0.073125 0.628760</w:t>
        <w:br/>
        <w:t>vt 0.071291 0.651109</w:t>
        <w:br/>
        <w:t>vt 0.053027 0.650983</w:t>
        <w:br/>
        <w:t>vt 0.056905 0.629812</w:t>
        <w:br/>
        <w:t>vt 0.048049 0.672470</w:t>
        <w:br/>
        <w:t>vt 0.068354 0.673095</w:t>
        <w:br/>
        <w:t>vt 0.020728 0.605385</w:t>
        <w:br/>
        <w:t>vt 0.039773 0.609375</w:t>
        <w:br/>
        <w:t>vt 0.042005 0.597203</w:t>
        <w:br/>
        <w:t>vt 0.026750 0.580853</w:t>
        <w:br/>
        <w:t>vt 0.058413 0.611611</w:t>
        <w:br/>
        <w:t>vt 0.072165 0.609444</w:t>
        <w:br/>
        <w:t>vt 0.078878 0.608484</w:t>
        <w:br/>
        <w:t>vt 0.025665 0.671427</w:t>
        <w:br/>
        <w:t>vt 0.082384 0.674158</w:t>
        <w:br/>
        <w:t>vt 0.037956 0.714668</w:t>
        <w:br/>
        <w:t>vt 0.060669 0.716121</w:t>
        <w:br/>
        <w:t>vt 0.017021 0.714581</w:t>
        <w:br/>
        <w:t>vt 0.030347 0.765535</w:t>
        <w:br/>
        <w:t>vt 0.050432 0.767522</w:t>
        <w:br/>
        <w:t>vt 0.007877 0.670510</w:t>
        <w:br/>
        <w:t>vt 0.006584 0.689245</w:t>
        <w:br/>
        <w:t>vt 0.006042 0.701944</w:t>
        <w:br/>
        <w:t>vt 0.005569 0.714558</w:t>
        <w:br/>
        <w:t>vt 0.014534 0.727151</w:t>
        <w:br/>
        <w:t>vt 0.005475 0.727117</w:t>
        <w:br/>
        <w:t>vt 0.010353 0.745894</w:t>
        <w:br/>
        <w:t>vt 0.006051 0.745892</w:t>
        <w:br/>
        <w:t>vt 0.006503 0.764566</w:t>
        <w:br/>
        <w:t>vt 0.025127 0.800411</w:t>
        <w:br/>
        <w:t>vt 0.006917 0.799651</w:t>
        <w:br/>
        <w:t>vt 0.005269 0.930487</w:t>
        <w:br/>
        <w:t>vt 0.003469 0.930395</w:t>
        <w:br/>
        <w:t>vt 0.001897 0.951324</w:t>
        <w:br/>
        <w:t>vt 0.013307 0.901252</w:t>
        <w:br/>
        <w:t>vt 0.010242 0.901101</w:t>
        <w:br/>
        <w:t>vt 0.015031 0.868527</w:t>
        <w:br/>
        <w:t>vt 0.021727 0.868964</w:t>
        <w:br/>
        <w:t>vt 0.020022 0.834662</w:t>
        <w:br/>
        <w:t>vt 0.030458 0.835364</w:t>
        <w:br/>
        <w:t>vt 0.040143 0.801457</w:t>
        <w:br/>
        <w:t>vt 0.004045 0.900727</w:t>
        <w:br/>
        <w:t>vt 0.003536 0.867767</w:t>
        <w:br/>
        <w:t>vt 0.005211 0.833755</w:t>
        <w:br/>
        <w:t>vt 0.077202 0.692465</w:t>
        <w:br/>
        <w:t>vt 0.073148 0.704608</w:t>
        <w:br/>
        <w:t>vt 0.069014 0.716612</w:t>
        <w:br/>
        <w:t>vt 0.064863 0.728522</w:t>
        <w:br/>
        <w:t>vt 0.057566 0.748064</w:t>
        <w:br/>
        <w:t>vt 0.058697 0.608250</w:t>
        <w:br/>
        <w:t>vt 0.075365 0.594905</w:t>
        <w:br/>
        <w:t>vt 0.071711 0.598426</w:t>
        <w:br/>
        <w:t>vt 0.561604 0.595506</w:t>
        <w:br/>
        <w:t>vt 0.560973 0.595433</w:t>
        <w:br/>
        <w:t>vt 0.608213 0.262511</w:t>
        <w:br/>
        <w:t>vt 0.604249 0.269066</w:t>
        <w:br/>
        <w:t>vt 0.612767 0.268951</w:t>
        <w:br/>
        <w:t>vt 0.614262 0.265136</w:t>
        <w:br/>
        <w:t>vt 0.619413 0.267339</w:t>
        <w:br/>
        <w:t>vt 0.611977 0.271829</w:t>
        <w:br/>
        <w:t>vt 0.604263 0.276487</w:t>
        <w:br/>
        <w:t>vt 0.597785 0.280399</w:t>
        <w:br/>
        <w:t>vt 0.594940 0.277402</w:t>
        <w:br/>
        <w:t>vt 0.595100 0.272049</w:t>
        <w:br/>
        <w:t>vt 0.594445 0.282415</w:t>
        <w:br/>
        <w:t>vt 0.595736 0.260805</w:t>
        <w:br/>
        <w:t>vt 0.697808 0.274521</w:t>
        <w:br/>
        <w:t>vt 0.692148 0.275085</w:t>
        <w:br/>
        <w:t>vt 0.697402 0.280105</w:t>
        <w:br/>
        <w:t>vt 0.698015 0.269470</w:t>
        <w:br/>
        <w:t>vt 0.702572 0.273602</w:t>
        <w:br/>
        <w:t>vt 0.708345 0.269860</w:t>
        <w:br/>
        <w:t>vt 0.704587 0.263255</w:t>
        <w:br/>
        <w:t>vt 0.707310 0.261184</w:t>
        <w:br/>
        <w:t>vt 0.705396 0.285490</w:t>
        <w:br/>
        <w:t>vt 0.708345 0.278545</w:t>
        <w:br/>
        <w:t>vt 0.425545 0.149626</w:t>
        <w:br/>
        <w:t>vt 0.415726 0.153340</w:t>
        <w:br/>
        <w:t>vt 0.417585 0.142854</w:t>
        <w:br/>
        <w:t>vt 0.454654 0.131628</w:t>
        <w:br/>
        <w:t>vt 0.454292 0.119402</w:t>
        <w:br/>
        <w:t>vt 0.464927 0.118816</w:t>
        <w:br/>
        <w:t>vt 0.426730 0.134375</w:t>
        <w:br/>
        <w:t>vt 0.418137 0.133866</w:t>
        <w:br/>
        <w:t>vt 0.417214 0.119761</w:t>
        <w:br/>
        <w:t>vt 0.428046 0.119145</w:t>
        <w:br/>
        <w:t>vt 0.429277 0.107430</w:t>
        <w:br/>
        <w:t>vt 0.429697 0.095987</w:t>
        <w:br/>
        <w:t>vt 0.443967 0.097681</w:t>
        <w:br/>
        <w:t>vt 0.442810 0.108172</w:t>
        <w:br/>
        <w:t>vt 0.436216 0.089771</w:t>
        <w:br/>
        <w:t>vt 0.419285 0.097885</w:t>
        <w:br/>
        <w:t>vt 0.418147 0.107167</w:t>
        <w:br/>
        <w:t>vt 0.418084 0.087877</w:t>
        <w:br/>
        <w:t>vt 0.427128 0.081396</w:t>
        <w:br/>
        <w:t>vt 0.416080 0.078140</w:t>
        <w:br/>
        <w:t>vt 0.421006 0.076972</w:t>
        <w:br/>
        <w:t>vt 0.451949 0.085855</w:t>
        <w:br/>
        <w:t>vt 0.451499 0.078477</w:t>
        <w:br/>
        <w:t>vt 0.463783 0.078806</w:t>
        <w:br/>
        <w:t>vt 0.462030 0.089962</w:t>
        <w:br/>
        <w:t>vt 0.439243 0.077841</w:t>
        <w:br/>
        <w:t>vt 0.456960 0.008008</w:t>
        <w:br/>
        <w:t>vt 0.462515 0.008099</w:t>
        <w:br/>
        <w:t>vt 0.462287 0.023314</w:t>
        <w:br/>
        <w:t>vt 0.451314 0.016677</w:t>
        <w:br/>
        <w:t>vt 0.461182 0.050545</w:t>
        <w:br/>
        <w:t>vt 0.448709 0.052080</w:t>
        <w:br/>
        <w:t>vt 0.449400 0.038121</w:t>
        <w:br/>
        <w:t>vt 0.461451 0.036900</w:t>
        <w:br/>
        <w:t>vt 0.455650 0.108703</w:t>
        <w:br/>
        <w:t>vt 0.426770 0.151995</w:t>
        <w:br/>
        <w:t>vt 0.417387 0.154620</w:t>
        <w:br/>
        <w:t>vt 0.433306 0.148626</w:t>
        <w:br/>
        <w:t>vt 0.454654 0.131628</w:t>
        <w:br/>
        <w:t>vt 0.455982 0.132699</w:t>
        <w:br/>
        <w:t>vt 0.441880 0.143854</w:t>
        <w:br/>
        <w:t>vt 0.440325 0.142737</w:t>
        <w:br/>
        <w:t>vt 0.445032 0.096045</w:t>
        <w:br/>
        <w:t>vt 0.457032 0.106795</w:t>
        <w:br/>
        <w:t>vt 0.455650 0.108703</w:t>
        <w:br/>
        <w:t>vt 0.436216 0.089771</w:t>
        <w:br/>
        <w:t>vt 0.437849 0.088277</w:t>
        <w:br/>
        <w:t>vt 0.427128 0.081396</w:t>
        <w:br/>
        <w:t>vt 0.428452 0.079710</w:t>
        <w:br/>
        <w:t>vt 0.421006 0.076972</w:t>
        <w:br/>
        <w:t>vt 0.420675 0.074770</w:t>
        <w:br/>
        <w:t>vt 0.416080 0.078140</w:t>
        <w:br/>
        <w:t>vt 0.414930 0.077002</w:t>
        <w:br/>
        <w:t>vt 0.420675 0.074770</w:t>
        <w:br/>
        <w:t>vt 0.421006 0.076972</w:t>
        <w:br/>
        <w:t>vt 0.467121 0.118824</w:t>
        <w:br/>
        <w:t>vt 0.464927 0.118816</w:t>
        <w:br/>
        <w:t>vt 0.464927 0.118816</w:t>
        <w:br/>
        <w:t>vt 0.467121 0.118824</w:t>
        <w:br/>
        <w:t>vt 0.423991 0.065804</w:t>
        <w:br/>
        <w:t>vt 0.422688 0.067085</w:t>
        <w:br/>
        <w:t>vt 0.411508 0.052579</w:t>
        <w:br/>
        <w:t>vt 0.413333 0.052589</w:t>
        <w:br/>
        <w:t>vt 0.445125 0.084488</w:t>
        <w:br/>
        <w:t>vt 0.437685 0.079289</w:t>
        <w:br/>
        <w:t>vt 0.439243 0.077841</w:t>
        <w:br/>
        <w:t>vt 0.451949 0.085855</w:t>
        <w:br/>
        <w:t>vt 0.462030 0.089962</w:t>
        <w:br/>
        <w:t>vt 0.459769 0.090323</w:t>
        <w:br/>
        <w:t>vt 0.451835 0.088216</w:t>
        <w:br/>
        <w:t>vt 0.425048 0.040354</w:t>
        <w:br/>
        <w:t>vt 0.423482 0.038816</w:t>
        <w:br/>
        <w:t>vt 0.433381 0.029559</w:t>
        <w:br/>
        <w:t>vt 0.435760 0.030814</w:t>
        <w:br/>
        <w:t>vt 0.445242 0.022239</w:t>
        <w:br/>
        <w:t>vt 0.442876 0.020805</w:t>
        <w:br/>
        <w:t>vt 0.449554 0.014707</w:t>
        <w:br/>
        <w:t>vt 0.451314 0.016677</w:t>
        <w:br/>
        <w:t>vt 0.456960 0.008008</w:t>
        <w:br/>
        <w:t>vt 0.455338 0.006418</w:t>
        <w:br/>
        <w:t>vt 0.462023 0.005050</w:t>
        <w:br/>
        <w:t>vt 0.462515 0.008099</w:t>
        <w:br/>
        <w:t>vt 0.413333 0.052589</w:t>
        <w:br/>
        <w:t>vt 0.411508 0.052579</w:t>
        <w:br/>
        <w:t>vt 0.678020 0.646273</w:t>
        <w:br/>
        <w:t>vt 0.661925 0.641694</w:t>
        <w:br/>
        <w:t>vt 0.671635 0.657565</w:t>
        <w:br/>
        <w:t>vt 0.697344 0.608774</w:t>
        <w:br/>
        <w:t>vt 0.692695 0.605141</w:t>
        <w:br/>
        <w:t>vt 0.686462 0.613160</w:t>
        <w:br/>
        <w:t>vt 0.697711 0.598171</w:t>
        <w:br/>
        <w:t>vt 0.704330 0.604624</w:t>
        <w:br/>
        <w:t>vt 0.713537 0.574458</w:t>
        <w:br/>
        <w:t>vt 0.706528 0.579193</w:t>
        <w:br/>
        <w:t>vt 0.710274 0.580488</w:t>
        <w:br/>
        <w:t>vt 0.703230 0.589327</w:t>
        <w:br/>
        <w:t>vt 0.710617 0.594200</w:t>
        <w:br/>
        <w:t>vt 0.704330 0.604624</w:t>
        <w:br/>
        <w:t>vt 0.710009 0.606048</w:t>
        <w:br/>
        <w:t>vt 0.714955 0.598185</w:t>
        <w:br/>
        <w:t>vt 0.710617 0.594200</w:t>
        <w:br/>
        <w:t>vt 0.662183 0.666930</w:t>
        <w:br/>
        <w:t>vt 0.663552 0.668336</w:t>
        <w:br/>
        <w:t>vt 0.667415 0.663419</w:t>
        <w:br/>
        <w:t>vt 0.660562 0.661774</w:t>
        <w:br/>
        <w:t>vt 0.661903 0.655999</w:t>
        <w:br/>
        <w:t>vt 0.660302 0.666825</w:t>
        <w:br/>
        <w:t>vt 0.662183 0.666930</w:t>
        <w:br/>
        <w:t>vt 0.651951 0.654686</w:t>
        <w:br/>
        <w:t>vt 0.650951 0.662843</w:t>
        <w:br/>
        <w:t>vt 0.653135 0.642720</w:t>
        <w:br/>
        <w:t>vt 0.657419 0.625429</w:t>
        <w:br/>
        <w:t>vt 0.666122 0.626830</w:t>
        <w:br/>
        <w:t>vt 0.657016 0.668836</w:t>
        <w:br/>
        <w:t>vt 0.641130 0.663287</w:t>
        <w:br/>
        <w:t>vt 0.641697 0.654902</w:t>
        <w:br/>
        <w:t>vt 0.641130 0.663287</w:t>
        <w:br/>
        <w:t>vt 0.643079 0.642837</w:t>
        <w:br/>
        <w:t>vt 0.645591 0.624780</w:t>
        <w:br/>
        <w:t>vt 0.671002 0.612481</w:t>
        <w:br/>
        <w:t>vt 0.658625 0.610305</w:t>
        <w:br/>
        <w:t>vt 0.647203 0.609021</w:t>
        <w:br/>
        <w:t>vt 0.671962 0.593763</w:t>
        <w:br/>
        <w:t>vt 0.661564 0.593034</w:t>
        <w:br/>
        <w:t>vt 0.661133 0.602232</w:t>
        <w:br/>
        <w:t>vt 0.673778 0.605234</w:t>
        <w:br/>
        <w:t>vt 0.671687 0.584279</w:t>
        <w:br/>
        <w:t>vt 0.661487 0.583394</w:t>
        <w:br/>
        <w:t>vt 0.672257 0.574963</w:t>
        <w:br/>
        <w:t>vt 0.661128 0.573905</w:t>
        <w:br/>
        <w:t>vt 0.673102 0.566056</w:t>
        <w:br/>
        <w:t>vt 0.659778 0.563909</w:t>
        <w:br/>
        <w:t>vt 0.674438 0.558317</w:t>
        <w:br/>
        <w:t>vt 0.659202 0.553857</w:t>
        <w:br/>
        <w:t>vt 0.656591 0.719193</w:t>
        <w:br/>
        <w:t>vt 0.657680 0.733181</w:t>
        <w:br/>
        <w:t>vt 0.672414 0.733594</w:t>
        <w:br/>
        <w:t>vt 0.669131 0.718576</w:t>
        <w:br/>
        <w:t>vt 0.664825 0.702886</w:t>
        <w:br/>
        <w:t>vt 0.654526 0.704887</w:t>
        <w:br/>
        <w:t>vt 0.652485 0.691304</w:t>
        <w:br/>
        <w:t>vt 0.662082 0.689994</w:t>
        <w:br/>
        <w:t>vt 0.663494 0.675506</w:t>
        <w:br/>
        <w:t>vt 0.661982 0.676581</w:t>
        <w:br/>
        <w:t>vt 0.661198 0.682385</w:t>
        <w:br/>
        <w:t>vt 0.661982 0.676581</w:t>
        <w:br/>
        <w:t>vt 0.660173 0.676495</w:t>
        <w:br/>
        <w:t>vt 0.651600 0.682046</w:t>
        <w:br/>
        <w:t>vt 0.658196 0.675818</w:t>
        <w:br/>
        <w:t>vt 0.656906 0.674599</w:t>
        <w:br/>
        <w:t>vt 0.641515 0.681122</w:t>
        <w:br/>
        <w:t>vt 0.642326 0.691055</w:t>
        <w:br/>
        <w:t>vt 0.643853 0.704864</w:t>
        <w:br/>
        <w:t>vt 0.645262 0.719759</w:t>
        <w:br/>
        <w:t>vt 0.646493 0.732941</w:t>
        <w:br/>
        <w:t>vt 0.626368 0.658283</w:t>
        <w:br/>
        <w:t>vt 0.628338 0.642308</w:t>
        <w:br/>
        <w:t>vt 0.631257 0.622686</w:t>
        <w:br/>
        <w:t>vt 0.632971 0.606380</w:t>
        <w:br/>
        <w:t>vt 0.636842 0.675767</w:t>
        <w:br/>
        <w:t>vt 0.636906 0.667649</w:t>
        <w:br/>
        <w:t>vt 0.624766 0.672137</w:t>
        <w:br/>
        <w:t>vt 0.625478 0.686504</w:t>
        <w:br/>
        <w:t>vt 0.627502 0.703961</w:t>
        <w:br/>
        <w:t>vt 0.629775 0.720903</w:t>
        <w:br/>
        <w:t>vt 0.630431 0.735954</w:t>
        <w:br/>
        <w:t>vt 0.618391 0.590535</w:t>
        <w:br/>
        <w:t>vt 0.613184 0.607908</w:t>
        <w:br/>
        <w:t>vt 0.609610 0.686996</w:t>
        <w:br/>
        <w:t>vt 0.610481 0.702655</w:t>
        <w:br/>
        <w:t>vt 0.593951 0.644685</w:t>
        <w:br/>
        <w:t>vt 0.592569 0.660401</w:t>
        <w:br/>
        <w:t>vt 0.608725 0.658522</w:t>
        <w:br/>
        <w:t>vt 0.610155 0.643420</w:t>
        <w:br/>
        <w:t>vt 0.595387 0.628170</w:t>
        <w:br/>
        <w:t>vt 0.612297 0.624471</w:t>
        <w:br/>
        <w:t>vt 0.597482 0.610895</w:t>
        <w:br/>
        <w:t>vt 0.599037 0.597770</w:t>
        <w:br/>
        <w:t>vt 0.609069 0.672477</w:t>
        <w:br/>
        <w:t>vt 0.593175 0.672841</w:t>
        <w:br/>
        <w:t>vt 0.593713 0.686109</w:t>
        <w:br/>
        <w:t>vt 0.593932 0.700229</w:t>
        <w:br/>
        <w:t>vt 0.594062 0.714433</w:t>
        <w:br/>
        <w:t>vt 0.612271 0.717747</w:t>
        <w:br/>
        <w:t>vt 0.594515 0.729334</w:t>
        <w:br/>
        <w:t>vt 0.614910 0.732573</w:t>
        <w:br/>
        <w:t>vt 0.594733 0.741208</w:t>
        <w:br/>
        <w:t>vt 0.616495 0.747923</w:t>
        <w:br/>
        <w:t>vt 0.577512 0.646937</w:t>
        <w:br/>
        <w:t>vt 0.576401 0.661851</w:t>
        <w:br/>
        <w:t>vt 0.577280 0.673814</w:t>
        <w:br/>
        <w:t>vt 0.577893 0.685215</w:t>
        <w:br/>
        <w:t>vt 0.577767 0.696318</w:t>
        <w:br/>
        <w:t>vt 0.576585 0.709336</w:t>
        <w:br/>
        <w:t>vt 0.574661 0.723979</w:t>
        <w:br/>
        <w:t>vt 0.573359 0.733476</w:t>
        <w:br/>
        <w:t>vt 0.519403 0.676066</w:t>
        <w:br/>
        <w:t>vt 0.525508 0.677757</w:t>
        <w:br/>
        <w:t>vt 0.525313 0.674210</w:t>
        <w:br/>
        <w:t>vt 0.537131 0.665021</w:t>
        <w:br/>
        <w:t>vt 0.525261 0.670346</w:t>
        <w:br/>
        <w:t>vt 0.507203 0.674477</w:t>
        <w:br/>
        <w:t>vt 0.519141 0.672103</w:t>
        <w:br/>
        <w:t>vt 0.507246 0.673180</w:t>
        <w:br/>
        <w:t>vt 0.556428 0.612875</w:t>
        <w:br/>
        <w:t>vt 0.560245 0.623230</w:t>
        <w:br/>
        <w:t>vt 0.562018 0.621655</w:t>
        <w:br/>
        <w:t>vt 0.558456 0.610525</w:t>
        <w:br/>
        <w:t>vt 0.564477 0.637677</w:t>
        <w:br/>
        <w:t>vt 0.562914 0.638024</w:t>
        <w:br/>
        <w:t>vt 0.559731 0.653106</w:t>
        <w:br/>
        <w:t>vt 0.558582 0.652294</w:t>
        <w:br/>
        <w:t>vt 0.550538 0.658108</w:t>
        <w:br/>
        <w:t>vt 0.550957 0.659097</w:t>
        <w:br/>
        <w:t>vt 0.537150 0.663790</w:t>
        <w:br/>
        <w:t>vt 0.656766 0.607675</w:t>
        <w:br/>
        <w:t>vt 0.647573 0.607116</w:t>
        <w:br/>
        <w:t>vt 0.657952 0.600530</w:t>
        <w:br/>
        <w:t>vt 0.658162 0.592161</w:t>
        <w:br/>
        <w:t>vt 0.658421 0.583303</w:t>
        <w:br/>
        <w:t>vt 0.658240 0.574094</w:t>
        <w:br/>
        <w:t>vt 0.657068 0.564864</w:t>
        <w:br/>
        <w:t>vt 0.656486 0.555869</w:t>
        <w:br/>
        <w:t>vt 0.655919 0.735733</w:t>
        <w:br/>
        <w:t>vt 0.646630 0.734473</w:t>
        <w:br/>
        <w:t>vt 0.630431 0.735954</w:t>
        <w:br/>
        <w:t>vt 0.630595 0.737684</w:t>
        <w:br/>
        <w:t>vt 0.616373 0.749718</w:t>
        <w:br/>
        <w:t>vt 0.554692 0.718574</w:t>
        <w:br/>
        <w:t>vt 0.550309 0.726743</w:t>
        <w:br/>
        <w:t>vt 0.551849 0.727767</w:t>
        <w:br/>
        <w:t>vt 0.556709 0.719083</w:t>
        <w:br/>
        <w:t>vt 0.561191 0.705905</w:t>
        <w:br/>
        <w:t>vt 0.558873 0.706253</w:t>
        <w:br/>
        <w:t>vt 0.557654 0.693049</w:t>
        <w:br/>
        <w:t>vt 0.556398 0.693834</w:t>
        <w:br/>
        <w:t>vt 0.549297 0.688158</w:t>
        <w:br/>
        <w:t>vt 0.548873 0.689378</w:t>
        <w:br/>
        <w:t>vt 0.537156 0.683331</w:t>
        <w:br/>
        <w:t>vt 0.537280 0.684553</w:t>
        <w:br/>
        <w:t>vt 0.519460 0.677708</w:t>
        <w:br/>
        <w:t>vt 0.524916 0.679001</w:t>
        <w:br/>
        <w:t>vt 0.525508 0.677757</w:t>
        <w:br/>
        <w:t>vt 0.519403 0.676066</w:t>
        <w:br/>
        <w:t>vt 0.524819 0.669104</w:t>
        <w:br/>
        <w:t>vt 0.525261 0.670346</w:t>
        <w:br/>
        <w:t>vt 0.519114 0.670574</w:t>
        <w:br/>
        <w:t>vt 0.507089 0.671535</w:t>
        <w:br/>
        <w:t>vt 0.507246 0.673180</w:t>
        <w:br/>
        <w:t>vt 0.519141 0.672103</w:t>
        <w:br/>
        <w:t>vt 0.507091 0.676047</w:t>
        <w:br/>
        <w:t>vt 0.507203 0.674477</w:t>
        <w:br/>
        <w:t>vt 0.679216 0.580088</w:t>
        <w:br/>
        <w:t>vt 0.679977 0.576697</w:t>
        <w:br/>
        <w:t>vt 0.677565 0.576041</w:t>
        <w:br/>
        <w:t>vt 0.677947 0.581242</w:t>
        <w:br/>
        <w:t>vt 0.681010 0.573364</w:t>
        <w:br/>
        <w:t>vt 0.679977 0.576697</w:t>
        <w:br/>
        <w:t>vt 0.692711 0.576171</w:t>
        <w:br/>
        <w:t>vt 0.690477 0.571780</w:t>
        <w:br/>
        <w:t>vt 0.683204 0.569922</w:t>
        <w:br/>
        <w:t>vt 0.690214 0.584588</w:t>
        <w:br/>
        <w:t>vt 0.680037 0.584737</w:t>
        <w:br/>
        <w:t>vt 0.686850 0.587611</w:t>
        <w:br/>
        <w:t>vt 0.680037 0.584737</w:t>
        <w:br/>
        <w:t>vt 0.679216 0.580088</w:t>
        <w:br/>
        <w:t>vt 0.681010 0.573364</w:t>
        <w:br/>
        <w:t>vt 0.683204 0.569922</w:t>
        <w:br/>
        <w:t>vt 0.680145 0.571891</w:t>
        <w:br/>
        <w:t>vt 0.678743 0.577436</w:t>
        <w:br/>
        <w:t>vt 0.680607 0.577673</w:t>
        <w:br/>
        <w:t>vt 0.681444 0.573963</w:t>
        <w:br/>
        <w:t>vt 0.680209 0.572758</w:t>
        <w:br/>
        <w:t>vt 0.680175 0.580627</w:t>
        <w:br/>
        <w:t>vt 0.681233 0.577143</w:t>
        <w:br/>
        <w:t>vt 0.678607 0.576160</w:t>
        <w:br/>
        <w:t>vt 0.680091 0.580904</w:t>
        <w:br/>
        <w:t>vt 0.681146 0.577428</w:t>
        <w:br/>
        <w:t>vt 0.678469 0.576614</w:t>
        <w:br/>
        <w:t>vt 0.678593 0.580737</w:t>
        <w:br/>
        <w:t>vt 0.691136 0.579874</w:t>
        <w:br/>
        <w:t>vt 0.691329 0.572103</w:t>
        <w:br/>
        <w:t>vt 0.682038 0.574491</w:t>
        <w:br/>
        <w:t>vt 0.681146 0.577428</w:t>
        <w:br/>
        <w:t>vt 0.680091 0.580904</w:t>
        <w:br/>
        <w:t>vt 0.683606 0.569327</w:t>
        <w:br/>
        <w:t>vt 0.689029 0.570974</w:t>
        <w:br/>
        <w:t>vt 0.678848 0.584998</w:t>
        <w:br/>
        <w:t>vt 0.686300 0.587261</w:t>
        <w:br/>
        <w:t>vt 0.680091 0.580904</w:t>
        <w:br/>
        <w:t>vt 0.680175 0.580627</w:t>
        <w:br/>
        <w:t>vt 0.678848 0.584998</w:t>
        <w:br/>
        <w:t>vt 0.684791 0.586802</w:t>
        <w:br/>
        <w:t>vt 0.689473 0.583728</w:t>
        <w:br/>
        <w:t>vt 0.682315 0.573579</w:t>
        <w:br/>
        <w:t>vt 0.691964 0.576253</w:t>
        <w:br/>
        <w:t>vt 0.689509 0.571119</w:t>
        <w:br/>
        <w:t>vt 0.683606 0.569327</w:t>
        <w:br/>
        <w:t>vt 0.680607 0.577673</w:t>
        <w:br/>
        <w:t>vt 0.680334 0.581469</w:t>
        <w:br/>
        <w:t>vt 0.690208 0.584775</w:t>
        <w:br/>
        <w:t>vt 0.692375 0.576449</w:t>
        <w:br/>
        <w:t>vt 0.681444 0.573963</w:t>
        <w:br/>
        <w:t>vt 0.690221 0.571780</w:t>
        <w:br/>
        <w:t>vt 0.683563 0.569887</w:t>
        <w:br/>
        <w:t>vt 0.686322 0.587112</w:t>
        <w:br/>
        <w:t>vt 0.679917 0.584591</w:t>
        <w:br/>
        <w:t>vt 0.681270 0.576734</w:t>
        <w:br/>
        <w:t>vt 0.680086 0.580386</w:t>
        <w:br/>
        <w:t>vt 0.690763 0.584505</w:t>
        <w:br/>
        <w:t>vt 0.692691 0.577177</w:t>
        <w:br/>
        <w:t>vt 0.690253 0.573019</w:t>
        <w:br/>
        <w:t>vt 0.682295 0.573210</w:t>
        <w:br/>
        <w:t>vt 0.683815 0.568544</w:t>
        <w:br/>
        <w:t>vt 0.683815 0.568544</w:t>
        <w:br/>
        <w:t>vt 0.677624 0.574969</w:t>
        <w:br/>
        <w:t>vt 0.682295 0.573210</w:t>
        <w:br/>
        <w:t>vt 0.683563 0.569887</w:t>
        <w:br/>
        <w:t>vt 0.682315 0.573579</w:t>
        <w:br/>
        <w:t>vt 0.683606 0.569327</w:t>
        <w:br/>
        <w:t>vt 0.682038 0.574491</w:t>
        <w:br/>
        <w:t>vt 0.683606 0.569327</w:t>
        <w:br/>
        <w:t>vt 0.678848 0.584998</w:t>
        <w:br/>
        <w:t>vt 0.680334 0.581469</w:t>
        <w:br/>
        <w:t>vt 0.679917 0.584591</w:t>
        <w:br/>
        <w:t>vt 0.681233 0.577143</w:t>
        <w:br/>
        <w:t>vt 0.678848 0.584998</w:t>
        <w:br/>
        <w:t>vt 0.686820 0.586258</w:t>
        <w:br/>
        <w:t>vt 0.679109 0.583994</w:t>
        <w:br/>
        <w:t>vt 0.633771 0.604935</w:t>
        <w:br/>
        <w:t>vt 0.619339 0.588883</w:t>
        <w:br/>
        <w:t>vt 0.681785 0.632079</w:t>
        <w:br/>
        <w:t>vt 0.684304 0.619566</w:t>
        <w:br/>
        <w:t>vt 0.688088 0.729705</w:t>
        <w:br/>
        <w:t>vt 0.683622 0.716120</w:t>
        <w:br/>
        <w:t>vt 0.679695 0.699521</w:t>
        <w:br/>
        <w:t>vt 0.658131 0.667374</w:t>
        <w:br/>
        <w:t>vt 0.658131 0.667374</w:t>
        <w:br/>
        <w:t>vt 0.636906 0.667649</w:t>
        <w:br/>
        <w:t>vt 0.558821 0.674615</w:t>
        <w:br/>
        <w:t>vt 0.557628 0.685891</w:t>
        <w:br/>
        <w:t>vt 0.558255 0.662236</w:t>
        <w:br/>
        <w:t>vt 0.678569 0.605723</w:t>
        <w:br/>
        <w:t>vt 0.678569 0.605723</w:t>
        <w:br/>
        <w:t>vt 0.678262 0.603773</w:t>
        <w:br/>
        <w:t>vt 0.675140 0.603703</w:t>
        <w:br/>
        <w:t>vt 0.673778 0.605234</w:t>
        <w:br/>
        <w:t>vt 0.673606 0.594056</w:t>
        <w:br/>
        <w:t>vt 0.675140 0.603703</w:t>
        <w:br/>
        <w:t>vt 0.685107 0.599588</w:t>
        <w:br/>
        <w:t>vt 0.686950 0.600652</w:t>
        <w:br/>
        <w:t>vt 0.691056 0.592339</w:t>
        <w:br/>
        <w:t>vt 0.692740 0.593324</w:t>
        <w:br/>
        <w:t>vt 0.674033 0.584471</w:t>
        <w:br/>
        <w:t>vt 0.671687 0.584279</w:t>
        <w:br/>
        <w:t>vt 0.695841 0.584401</w:t>
        <w:br/>
        <w:t>vt 0.697047 0.585249</w:t>
        <w:br/>
        <w:t>vt 0.673626 0.574736</w:t>
        <w:br/>
        <w:t>vt 0.672257 0.574963</w:t>
        <w:br/>
        <w:t>vt 0.697577 0.576354</w:t>
        <w:br/>
        <w:t>vt 0.696709 0.580377</w:t>
        <w:br/>
        <w:t>vt 0.698268 0.581003</w:t>
        <w:br/>
        <w:t>vt 0.699488 0.576758</w:t>
        <w:br/>
        <w:t>vt 0.675125 0.566123</w:t>
        <w:br/>
        <w:t>vt 0.673102 0.566056</w:t>
        <w:br/>
        <w:t>vt 0.696854 0.568884</w:t>
        <w:br/>
        <w:t>vt 0.698693 0.567692</w:t>
        <w:br/>
        <w:t>vt 0.676284 0.559755</w:t>
        <w:br/>
        <w:t>vt 0.674438 0.558317</w:t>
        <w:br/>
        <w:t>vt 0.674216 0.660069</w:t>
        <w:br/>
        <w:t>vt 0.708345 0.287000</w:t>
        <w:br/>
        <w:t>vt 0.577973 0.631468</w:t>
        <w:br/>
        <w:t>vt 0.578873 0.613339</w:t>
        <w:br/>
        <w:t>vt 0.578657 0.602972</w:t>
        <w:br/>
        <w:t>vt 0.552631 0.680283</w:t>
        <w:br/>
        <w:t>vt 0.552154 0.669117</w:t>
        <w:br/>
        <w:t>vt 0.550957 0.659097</w:t>
        <w:br/>
        <w:t>vt 0.686300 0.587261</w:t>
        <w:br/>
        <w:t>vt 0.415726 0.153340</w:t>
        <w:br/>
        <w:t>vt 0.412903 0.148950</w:t>
        <w:br/>
        <w:t>vt 0.417585 0.142854</w:t>
        <w:br/>
        <w:t>vt 0.412903 0.136103</w:t>
        <w:br/>
        <w:t>vt 0.418084 0.087877</w:t>
        <w:br/>
        <w:t>vt 0.412904 0.085116</w:t>
        <w:br/>
        <w:t>vt 0.416080 0.078140</w:t>
        <w:br/>
        <w:t>vt 0.419285 0.097885</w:t>
        <w:br/>
        <w:t>vt 0.412903 0.106309</w:t>
        <w:br/>
        <w:t>vt 0.417214 0.119761</w:t>
        <w:br/>
        <w:t>vt 0.412904 0.120779</w:t>
        <w:br/>
        <w:t>vt 0.418147 0.107167</w:t>
        <w:br/>
        <w:t>vt 0.418137 0.133866</w:t>
        <w:br/>
        <w:t>vt 0.462030 0.089962</w:t>
        <w:br/>
        <w:t>vt 0.463783 0.078806</w:t>
        <w:br/>
        <w:t>vt 0.465942 0.080678</w:t>
        <w:br/>
        <w:t>vt 0.461451 0.036900</w:t>
        <w:br/>
        <w:t>vt 0.465942 0.026499</w:t>
        <w:br/>
        <w:t>vt 0.465942 0.046118</w:t>
        <w:br/>
        <w:t>vt 0.461182 0.050545</w:t>
        <w:br/>
        <w:t>vt 0.465942 0.064380</w:t>
        <w:br/>
        <w:t>vt 0.462019 0.066425</w:t>
        <w:br/>
        <w:t>vt 0.462287 0.023314</w:t>
        <w:br/>
        <w:t>vt 0.414930 0.077002</w:t>
        <w:br/>
        <w:t>vt 0.465942 0.007365</w:t>
        <w:br/>
        <w:t>vt 0.464923 0.007767</w:t>
        <w:br/>
        <w:t>vt 0.412904 0.069113</w:t>
        <w:br/>
        <w:t>vt 0.413388 0.068045</w:t>
        <w:br/>
        <w:t>vt 0.462515 0.008099</w:t>
        <w:br/>
        <w:t>vt 0.459935 0.094013</w:t>
        <w:br/>
        <w:t>vt 0.461680 0.094758</w:t>
        <w:br/>
        <w:t>vt 0.465942 0.096989</w:t>
        <w:br/>
        <w:t>vt 0.461680 0.094758</w:t>
        <w:br/>
        <w:t>vt 0.441389 0.118841</w:t>
        <w:br/>
        <w:t>vt 0.440559 0.133196</w:t>
        <w:br/>
        <w:t>vt 0.440325 0.142737</w:t>
        <w:br/>
        <w:t>vt 0.449672 0.066002</w:t>
        <w:br/>
        <w:t>vt 0.462019 0.066425</w:t>
        <w:br/>
        <w:t>vt 0.445242 0.022239</w:t>
        <w:br/>
        <w:t>vt 0.451097 0.025798</w:t>
        <w:br/>
        <w:t>vt 0.413333 0.052589</w:t>
        <w:br/>
        <w:t>vt 0.425048 0.040354</w:t>
        <w:br/>
        <w:t>vt 0.424923 0.052187</w:t>
        <w:br/>
        <w:t>vt 0.423991 0.065804</w:t>
        <w:br/>
        <w:t>vt 0.435760 0.030814</w:t>
        <w:br/>
        <w:t>vt 0.686950 0.600652</w:t>
        <w:br/>
        <w:t>vt 0.692740 0.593324</w:t>
        <w:br/>
        <w:t>vt 0.697047 0.585249</w:t>
        <w:br/>
        <w:t>vt 0.713537 0.574458</w:t>
        <w:br/>
        <w:t>vt 0.698693 0.567692</w:t>
        <w:br/>
        <w:t>vt 0.435114 0.051924</w:t>
        <w:br/>
        <w:t>vt 0.435417 0.039332</w:t>
        <w:br/>
        <w:t>vt 0.436051 0.065972</w:t>
        <w:br/>
        <w:t>vt 0.703246 0.987706</w:t>
        <w:br/>
        <w:t>vt 0.707748 0.993708</w:t>
        <w:br/>
        <w:t>vt 0.709898 0.991720</w:t>
        <w:br/>
        <w:t>vt 0.707480 0.987210</w:t>
        <w:br/>
        <w:t>vt 0.730290 0.989821</w:t>
        <w:br/>
        <w:t>vt 0.726594 0.988238</w:t>
        <w:br/>
        <w:t>vt 0.723454 0.992315</w:t>
        <w:br/>
        <w:t>vt 0.725039 0.994282</w:t>
        <w:br/>
        <w:t>vt 0.723258 0.987603</w:t>
        <w:br/>
        <w:t>vt 0.721285 0.991349</w:t>
        <w:br/>
        <w:t>vt 0.720149 0.987292</w:t>
        <w:br/>
        <w:t>vt 0.719041 0.990890</w:t>
        <w:br/>
        <w:t>vt 0.717138 0.987108</w:t>
        <w:br/>
        <w:t>vt 0.716816 0.990688</w:t>
        <w:br/>
        <w:t>vt 0.714116 0.987012</w:t>
        <w:br/>
        <w:t>vt 0.714579 0.990678</w:t>
        <w:br/>
        <w:t>vt 0.710956 0.987036</w:t>
        <w:br/>
        <w:t>vt 0.712271 0.990934</w:t>
        <w:br/>
        <w:t>vt 0.704169 0.980727</w:t>
        <w:br/>
        <w:t>vt 0.707860 0.982318</w:t>
        <w:br/>
        <w:t>vt 0.731205 0.982846</w:t>
        <w:br/>
        <w:t>vt 0.726972 0.983347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0.709427 0.976271</w:t>
        <w:br/>
        <w:t>vt 0.711004 0.978241</w:t>
        <w:br/>
        <w:t>vt 0.726705 0.976852</w:t>
        <w:br/>
        <w:t>vt 0.724555 0.978842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0.703246 0.987706</w:t>
        <w:br/>
        <w:t>vt 0.707748 0.993708</w:t>
        <w:br/>
        <w:t>vt 0.709898 0.991720</w:t>
        <w:br/>
        <w:t>vt 0.707480 0.987210</w:t>
        <w:br/>
        <w:t>vt 0.730290 0.989821</w:t>
        <w:br/>
        <w:t>vt 0.726594 0.988238</w:t>
        <w:br/>
        <w:t>vt 0.723454 0.992315</w:t>
        <w:br/>
        <w:t>vt 0.725039 0.994282</w:t>
        <w:br/>
        <w:t>vt 0.723258 0.987603</w:t>
        <w:br/>
        <w:t>vt 0.721285 0.991349</w:t>
        <w:br/>
        <w:t>vt 0.720149 0.987292</w:t>
        <w:br/>
        <w:t>vt 0.719041 0.990890</w:t>
        <w:br/>
        <w:t>vt 0.717138 0.987108</w:t>
        <w:br/>
        <w:t>vt 0.716816 0.990688</w:t>
        <w:br/>
        <w:t>vt 0.714116 0.987012</w:t>
        <w:br/>
        <w:t>vt 0.714579 0.990678</w:t>
        <w:br/>
        <w:t>vt 0.710956 0.987036</w:t>
        <w:br/>
        <w:t>vt 0.712271 0.990934</w:t>
        <w:br/>
        <w:t>vt 0.704169 0.980727</w:t>
        <w:br/>
        <w:t>vt 0.707860 0.982318</w:t>
        <w:br/>
        <w:t>vt 0.731205 0.982846</w:t>
        <w:br/>
        <w:t>vt 0.726972 0.983347</w:t>
        <w:br/>
        <w:t>vt 0.723496 0.983526</w:t>
        <w:br/>
        <w:t>vt 0.720338 0.983546</w:t>
        <w:br/>
        <w:t>vt 0.717315 0.983453</w:t>
        <w:br/>
        <w:t>vt 0.714302 0.983269</w:t>
        <w:br/>
        <w:t>vt 0.711194 0.982958</w:t>
        <w:br/>
        <w:t>vt 0.711004 0.978241</w:t>
        <w:br/>
        <w:t>vt 0.709427 0.976271</w:t>
        <w:br/>
        <w:t>vt 0.724555 0.978842</w:t>
        <w:br/>
        <w:t>vt 0.726705 0.976852</w:t>
        <w:br/>
        <w:t>vt 0.722181 0.979627</w:t>
        <w:br/>
        <w:t>vt 0.719872 0.979883</w:t>
        <w:br/>
        <w:t>vt 0.717635 0.979873</w:t>
        <w:br/>
        <w:t>vt 0.715411 0.979671</w:t>
        <w:br/>
        <w:t>vt 0.713169 0.979211</w:t>
        <w:br/>
        <w:t>vt 0.716657 0.994783</w:t>
        <w:br/>
        <w:t>vt 0.717802 0.975778</w:t>
        <w:br/>
        <w:t>vt 0.478253 0.422558</w:t>
        <w:br/>
        <w:t>vt 0.497674 0.394804</w:t>
        <w:br/>
        <w:t>vt 0.497643 0.392023</w:t>
        <w:br/>
        <w:t>vt 0.475173 0.422926</w:t>
        <w:br/>
        <w:t>vt 0.475173 0.422926</w:t>
        <w:br/>
        <w:t>vt 0.498069 0.451691</w:t>
        <w:br/>
        <w:t>vt 0.498020 0.449050</w:t>
        <w:br/>
        <w:t>vt 0.478253 0.422558</w:t>
        <w:br/>
        <w:t>vt 0.520799 0.421778</w:t>
        <w:br/>
        <w:t>vt 0.517669 0.421444</w:t>
        <w:br/>
        <w:t>vt 0.498020 0.449050</w:t>
        <w:br/>
        <w:t>vt 0.498069 0.451691</w:t>
        <w:br/>
        <w:t>vt 0.478253 0.422558</w:t>
        <w:br/>
        <w:t>vt 0.497725 0.421380</w:t>
        <w:br/>
        <w:t>vt 0.497674 0.394804</w:t>
        <w:br/>
        <w:t>vt 0.497725 0.421380</w:t>
        <w:br/>
        <w:t>vt 0.517669 0.421444</w:t>
        <w:br/>
        <w:t>vt 0.497674 0.394804</w:t>
        <w:br/>
        <w:t>vt 0.497643 0.392023</w:t>
        <w:br/>
        <w:t>vt 0.520799 0.421778</w:t>
        <w:br/>
        <w:t>vt 0.821740 0.388756</w:t>
        <w:br/>
        <w:t>vt 0.820687 0.385979</w:t>
        <w:br/>
        <w:t>vt 0.804709 0.407556</w:t>
        <w:br/>
        <w:t>vt 0.809015 0.407610</w:t>
        <w:br/>
        <w:t>vt 0.843375 0.371668</w:t>
        <w:br/>
        <w:t>vt 0.842569 0.366484</w:t>
        <w:br/>
        <w:t>vt 0.860004 0.361182</w:t>
        <w:br/>
        <w:t>vt 0.858422 0.359680</w:t>
        <w:br/>
        <w:t>vt 0.845632 0.367920</w:t>
        <w:br/>
        <w:t>vt 0.874182 0.472876</w:t>
        <w:br/>
        <w:t>vt 0.887419 0.480571</w:t>
        <w:br/>
        <w:t>vt 0.890056 0.476364</w:t>
        <w:br/>
        <w:t>vt 0.871875 0.467036</w:t>
        <w:br/>
        <w:t>vt 0.866719 0.469539</w:t>
        <w:br/>
        <w:t>vt 0.853577 0.455311</w:t>
        <w:br/>
        <w:t>vt 0.849108 0.458452</w:t>
        <w:br/>
        <w:t>vt 0.891563 0.472286</w:t>
        <w:br/>
        <w:t>vt 0.875328 0.464001</w:t>
        <w:br/>
        <w:t>vt 0.857264 0.452302</w:t>
        <w:br/>
        <w:t>vt 0.814905 0.407759</w:t>
        <w:br/>
        <w:t>vt 0.826636 0.392206</w:t>
        <w:br/>
        <w:t>vt 0.845922 0.376327</w:t>
        <w:br/>
        <w:t>vt 0.863549 0.365503</w:t>
        <w:br/>
        <w:t>vt 0.918245 0.826563</w:t>
        <w:br/>
        <w:t>vt 0.917596 0.831478</w:t>
        <w:br/>
        <w:t>vt 0.924130 0.834725</w:t>
        <w:br/>
        <w:t>vt 0.927632 0.831142</w:t>
        <w:br/>
        <w:t>vt 0.908994 0.828170</w:t>
        <w:br/>
        <w:t>vt 0.910980 0.832691</w:t>
        <w:br/>
        <w:t>vt 0.930913 0.842778</w:t>
        <w:br/>
        <w:t>vt 0.938311 0.843333</w:t>
        <w:br/>
        <w:t>vt 0.933188 0.837037</w:t>
        <w:br/>
        <w:t>vt 0.928111 0.839149</w:t>
        <w:br/>
        <w:t>vt 0.902584 0.833511</w:t>
        <w:br/>
        <w:t>vt 0.906063 0.836742</w:t>
        <w:br/>
        <w:t>vt 0.891594 0.502689</w:t>
        <w:br/>
        <w:t>vt 0.888563 0.499209</w:t>
        <w:br/>
        <w:t>vt 0.881937 0.512506</w:t>
        <w:br/>
        <w:t>vt 0.886376 0.513706</w:t>
        <w:br/>
        <w:t>vt 0.899757 0.494662</w:t>
        <w:br/>
        <w:t>vt 0.897468 0.489640</w:t>
        <w:br/>
        <w:t>vt 0.874314 0.546380</w:t>
        <w:br/>
        <w:t>vt 0.877873 0.546897</w:t>
        <w:br/>
        <w:t>vt 0.882137 0.526076</w:t>
        <w:br/>
        <w:t>vt 0.877109 0.524569</w:t>
        <w:br/>
        <w:t>vt 0.873211 0.569637</w:t>
        <w:br/>
        <w:t>vt 0.878357 0.569093</w:t>
        <w:br/>
        <w:t>vt 0.877773 0.594151</w:t>
        <w:br/>
        <w:t>vt 0.882755 0.592841</w:t>
        <w:br/>
        <w:t>vt 0.885338 0.224449</w:t>
        <w:br/>
        <w:t>vt 0.880315 0.223364</w:t>
        <w:br/>
        <w:t>vt 0.877968 0.247079</w:t>
        <w:br/>
        <w:t>vt 0.883538 0.247433</w:t>
        <w:br/>
        <w:t>vt 0.879344 0.276217</w:t>
        <w:br/>
        <w:t>vt 0.884078 0.300342</w:t>
        <w:br/>
        <w:t>vt 0.887423 0.297581</w:t>
        <w:br/>
        <w:t>vt 0.883767 0.275639</w:t>
        <w:br/>
        <w:t>vt 0.910006 0.476275</w:t>
        <w:br/>
        <w:t>vt 0.897435 0.477467</w:t>
        <w:br/>
        <w:t>vt 0.899456 0.482335</w:t>
        <w:br/>
        <w:t>vt 0.910153 0.480096</w:t>
        <w:br/>
        <w:t>vt 0.914054 0.476937</w:t>
        <w:br/>
        <w:t>vt 0.910151 0.489970</w:t>
        <w:br/>
        <w:t>vt 0.910066 0.484233</w:t>
        <w:br/>
        <w:t>vt 0.924130 0.834725</w:t>
        <w:br/>
        <w:t>vt 0.919653 0.848359</w:t>
        <w:br/>
        <w:t>vt 0.922559 0.853184</w:t>
        <w:br/>
        <w:t>vt 0.930913 0.842778</w:t>
        <w:br/>
        <w:t>vt 0.915519 0.845846</w:t>
        <w:br/>
        <w:t>vt 0.915590 0.848877</w:t>
        <w:br/>
        <w:t>vt 0.918244 0.850441</w:t>
        <w:br/>
        <w:t>vt 0.912362 0.849536</w:t>
        <w:br/>
        <w:t>vt 0.910359 0.847090</w:t>
        <w:br/>
        <w:t>vt 0.906707 0.852668</w:t>
        <w:br/>
        <w:t>vt 0.909688 0.852892</w:t>
        <w:br/>
        <w:t>vt 0.910980 0.832691</w:t>
        <w:br/>
        <w:t>vt 0.906063 0.836742</w:t>
        <w:br/>
        <w:t>vt 0.906707 0.852668</w:t>
        <w:br/>
        <w:t>vt 0.902437 0.841048</w:t>
        <w:br/>
        <w:t>vt 0.915319 0.853755</w:t>
        <w:br/>
        <w:t>vt 0.920064 0.854107</w:t>
        <w:br/>
        <w:t>vt 0.919160 0.864453</w:t>
        <w:br/>
        <w:t>vt 0.916712 0.865389</w:t>
        <w:br/>
        <w:t>vt 0.909295 0.864583</w:t>
        <w:br/>
        <w:t>vt 0.910465 0.864686</w:t>
        <w:br/>
        <w:t>vt 0.913485 0.864886</w:t>
        <w:br/>
        <w:t>vt 0.910198 0.483453</w:t>
        <w:br/>
        <w:t>vt 0.914999 0.482063</w:t>
        <w:br/>
        <w:t>vt 0.911117 0.481874</w:t>
        <w:br/>
        <w:t>vt 0.910857 0.480496</w:t>
        <w:br/>
        <w:t>vt 0.915265 0.487747</w:t>
        <w:br/>
        <w:t>vt 0.909537 0.473285</w:t>
        <w:br/>
        <w:t>vt 0.897784 0.473981</w:t>
        <w:br/>
        <w:t>vt 0.913654 0.470173</w:t>
        <w:br/>
        <w:t>vt 0.914054 0.476937</w:t>
        <w:br/>
        <w:t>vt 0.917156 0.494429</w:t>
        <w:br/>
        <w:t>vt 0.938906 0.487230</w:t>
        <w:br/>
        <w:t>vt 0.915265 0.487747</w:t>
        <w:br/>
        <w:t>vt 0.896110 0.505394</w:t>
        <w:br/>
        <w:t>vt 0.902898 0.498230</w:t>
        <w:br/>
        <w:t>vt 0.891438 0.515095</w:t>
        <w:br/>
        <w:t>vt 0.887018 0.527051</w:t>
        <w:br/>
        <w:t>vt 0.883707 0.546947</w:t>
        <w:br/>
        <w:t>vt 0.883630 0.567562</w:t>
        <w:br/>
        <w:t>vt 0.887715 0.589792</w:t>
        <w:br/>
        <w:t>vt 0.890208 0.227554</w:t>
        <w:br/>
        <w:t>vt 0.885338 0.224449</w:t>
        <w:br/>
        <w:t>vt 0.888717 0.248551</w:t>
        <w:br/>
        <w:t>vt 0.889442 0.275512</w:t>
        <w:br/>
        <w:t>vt 0.892448 0.296421</w:t>
        <w:br/>
        <w:t>vt 0.912638 0.494622</w:t>
        <w:br/>
        <w:t>vt 0.907726 0.500956</w:t>
        <w:br/>
        <w:t>vt 0.898912 0.511413</w:t>
        <w:br/>
        <w:t>vt 0.905647 0.468781</w:t>
        <w:br/>
        <w:t>vt 0.892903 0.468008</w:t>
        <w:br/>
        <w:t>vt 0.876869 0.461031</w:t>
        <w:br/>
        <w:t>vt 0.889851 0.459851</w:t>
        <w:br/>
        <w:t>vt 0.937451 0.475607</w:t>
        <w:br/>
        <w:t>vt 0.914999 0.482063</w:t>
        <w:br/>
        <w:t>vt 0.936535 0.463514</w:t>
        <w:br/>
        <w:t>vt 0.913376 0.457526</w:t>
        <w:br/>
        <w:t>vt 0.904609 0.458580</w:t>
        <w:br/>
        <w:t>vt 0.936112 0.451038</w:t>
        <w:br/>
        <w:t>vt 0.891007 0.344753</w:t>
        <w:br/>
        <w:t>vt 0.892598 0.338623</w:t>
        <w:br/>
        <w:t>vt 0.877302 0.345976</w:t>
        <w:br/>
        <w:t>vt 0.876853 0.350589</w:t>
        <w:br/>
        <w:t>vt 0.892510 0.348877</w:t>
        <w:br/>
        <w:t>vt 0.879163 0.355391</w:t>
        <w:br/>
        <w:t>vt 0.463912 0.154359</w:t>
        <w:br/>
        <w:t>vt 0.455854 0.149797</w:t>
        <w:br/>
        <w:t>vt 0.454288 0.154280</w:t>
        <w:br/>
        <w:t>vt 0.460604 0.157850</w:t>
        <w:br/>
        <w:t>vt 0.463727 0.163402</w:t>
        <w:br/>
        <w:t>vt 0.468308 0.161817</w:t>
        <w:br/>
        <w:t>vt 0.446635 0.149205</w:t>
        <w:br/>
        <w:t>vt 0.439292 0.149132</w:t>
        <w:br/>
        <w:t>vt 0.442961 0.155006</w:t>
        <w:br/>
        <w:t>vt 0.448115 0.153974</w:t>
        <w:br/>
        <w:t>vt 0.463352 0.175281</w:t>
        <w:br/>
        <w:t>vt 0.468105 0.178594</w:t>
        <w:br/>
        <w:t>vt 0.468993 0.170132</w:t>
        <w:br/>
        <w:t>vt 0.464009 0.168908</w:t>
        <w:br/>
        <w:t>vt 0.893933 0.311935</w:t>
        <w:br/>
        <w:t>vt 0.892456 0.318895</w:t>
        <w:br/>
        <w:t>vt 0.903372 0.324348</w:t>
        <w:br/>
        <w:t>vt 0.901167 0.328346</w:t>
        <w:br/>
        <w:t>vt 0.901831 0.342142</w:t>
        <w:br/>
        <w:t>vt 0.903157 0.337003</w:t>
        <w:br/>
        <w:t>vt 0.914266 0.338161</w:t>
        <w:br/>
        <w:t>vt 0.912559 0.342118</w:t>
        <w:br/>
        <w:t>vt 0.916619 0.342063</w:t>
        <w:br/>
        <w:t>vt 0.913525 0.335311</w:t>
        <w:br/>
        <w:t>vt 0.913711 0.329368</w:t>
        <w:br/>
        <w:t>vt 0.451016 0.167938</w:t>
        <w:br/>
        <w:t>vt 0.453581 0.173106</w:t>
        <w:br/>
        <w:t>vt 0.463727 0.163402</w:t>
        <w:br/>
        <w:t>vt 0.460604 0.157850</w:t>
        <w:br/>
        <w:t>vt 0.448306 0.170767</w:t>
        <w:br/>
        <w:t>vt 0.446261 0.166326</w:t>
        <w:br/>
        <w:t>vt 0.445463 0.169859</w:t>
        <w:br/>
        <w:t>vt 0.449719 0.173386</w:t>
        <w:br/>
        <w:t>vt 0.442961 0.155006</w:t>
        <w:br/>
        <w:t>vt 0.439990 0.166893</w:t>
        <w:br/>
        <w:t>vt 0.449092 0.177652</w:t>
        <w:br/>
        <w:t>vt 0.451853 0.179980</w:t>
        <w:br/>
        <w:t>vt 0.441844 0.170709</w:t>
        <w:br/>
        <w:t>vt 0.445146 0.174408</w:t>
        <w:br/>
        <w:t>vt 0.433758 0.178383</w:t>
        <w:br/>
        <w:t>vt 0.435008 0.180156</w:t>
        <w:br/>
        <w:t>vt 0.439438 0.184831</w:t>
        <w:br/>
        <w:t>vt 0.440338 0.186062</w:t>
        <w:br/>
        <w:t>vt 0.437549 0.182367</w:t>
        <w:br/>
        <w:t>vt 0.914912 0.335672</w:t>
        <w:br/>
        <w:t>vt 0.915773 0.337103</w:t>
        <w:br/>
        <w:t>vt 0.918013 0.336817</w:t>
        <w:br/>
        <w:t>vt 0.915398 0.338515</w:t>
        <w:br/>
        <w:t>vt 0.914266 0.338161</w:t>
        <w:br/>
        <w:t>vt 0.916619 0.342063</w:t>
        <w:br/>
        <w:t>vt 0.915398 0.338515</w:t>
        <w:br/>
        <w:t>vt 0.917367 0.332200</w:t>
        <w:br/>
        <w:t>vt 0.913525 0.335311</w:t>
        <w:br/>
        <w:t>vt 0.914912 0.335672</w:t>
        <w:br/>
        <w:t>vt 0.902270 0.345899</w:t>
        <w:br/>
        <w:t>vt 0.912114 0.345708</w:t>
        <w:br/>
        <w:t>vt 0.912559 0.342118</w:t>
        <w:br/>
        <w:t>vt 0.915467 0.325290</w:t>
        <w:br/>
        <w:t>vt 0.906159 0.321224</w:t>
        <w:br/>
        <w:t>vt 0.897815 0.309876</w:t>
        <w:br/>
        <w:t>vt 0.908502 0.316359</w:t>
        <w:br/>
        <w:t>vt 0.920177 0.323938</w:t>
        <w:br/>
        <w:t>vt 0.903005 0.307951</w:t>
        <w:br/>
        <w:t>vt 0.898736 0.298765</w:t>
        <w:br/>
        <w:t>vt 0.904788 0.349816</w:t>
        <w:br/>
        <w:t>vt 0.916954 0.349217</w:t>
        <w:br/>
        <w:t>vt 0.893301 0.352927</w:t>
        <w:br/>
        <w:t>vt 0.881117 0.359284</w:t>
        <w:br/>
        <w:t>vt 0.890666 0.359875</w:t>
        <w:br/>
        <w:t>vt 0.904807 0.360216</w:t>
        <w:br/>
        <w:t>vt 0.915554 0.361680</w:t>
        <w:br/>
        <w:t>vt 0.918013 0.336817</w:t>
        <w:br/>
        <w:t>vt 0.936897 0.344614</w:t>
        <w:br/>
        <w:t>vt 0.938571 0.333214</w:t>
        <w:br/>
        <w:t>vt 0.916619 0.342063</w:t>
        <w:br/>
        <w:t>vt 0.936357 0.356120</w:t>
        <w:br/>
        <w:t>vt 0.917367 0.332200</w:t>
        <w:br/>
        <w:t>vt 0.941096 0.322408</w:t>
        <w:br/>
        <w:t>vt 0.869962 0.367444</w:t>
        <w:br/>
        <w:t>vt 0.849430 0.380639</w:t>
        <w:br/>
        <w:t>vt 0.833054 0.394128</w:t>
        <w:br/>
        <w:t>vt 0.820809 0.408150</w:t>
        <w:br/>
        <w:t>vt 0.861358 0.449250</w:t>
        <w:br/>
        <w:t>vt 0.844826 0.408862</w:t>
        <w:br/>
        <w:t>vt 0.846248 0.394669</w:t>
        <w:br/>
        <w:t>vt 0.831055 0.408511</w:t>
        <w:br/>
        <w:t>vt 0.886336 0.369718</w:t>
        <w:br/>
        <w:t>vt 0.902374 0.371950</w:t>
        <w:br/>
        <w:t>vt 0.913060 0.374763</w:t>
        <w:br/>
        <w:t>vt 0.865785 0.394906</w:t>
        <w:br/>
        <w:t>vt 0.864912 0.409151</w:t>
        <w:br/>
        <w:t>vt 0.882228 0.409319</w:t>
        <w:br/>
        <w:t>vt 0.881989 0.395862</w:t>
        <w:br/>
        <w:t>vt 0.899843 0.384170</w:t>
        <w:br/>
        <w:t>vt 0.898043 0.396965</w:t>
        <w:br/>
        <w:t>vt 0.911019 0.391607</w:t>
        <w:br/>
        <w:t>vt 0.898103 0.409496</w:t>
        <w:br/>
        <w:t>vt 0.910887 0.409617</w:t>
        <w:br/>
        <w:t>vt 0.866251 0.424743</w:t>
        <w:br/>
        <w:t>vt 0.883085 0.424950</w:t>
        <w:br/>
        <w:t>vt 0.899253 0.425181</w:t>
        <w:br/>
        <w:t>vt 0.910857 0.425990</w:t>
        <w:br/>
        <w:t>vt 0.869068 0.437503</w:t>
        <w:br/>
        <w:t>vt 0.884920 0.436600</w:t>
        <w:br/>
        <w:t>vt 0.872339 0.449850</w:t>
        <w:br/>
        <w:t>vt 0.887158 0.447970</w:t>
        <w:br/>
        <w:t>vt 0.912690 0.443425</w:t>
        <w:br/>
        <w:t>vt 0.901320 0.436562</w:t>
        <w:br/>
        <w:t>vt 0.935363 0.381936</w:t>
        <w:br/>
        <w:t>vt 0.934994 0.395234</w:t>
        <w:br/>
        <w:t>vt 0.936058 0.368491</w:t>
        <w:br/>
        <w:t>vt 0.934476 0.409987</w:t>
        <w:br/>
        <w:t>vt 0.934956 0.423142</w:t>
        <w:br/>
        <w:t>vt 0.935205 0.436502</w:t>
        <w:br/>
        <w:t>vt 0.892577 0.528593</w:t>
        <w:br/>
        <w:t>vt 0.889486 0.544881</w:t>
        <w:br/>
        <w:t>vt 0.890693 0.563336</w:t>
        <w:br/>
        <w:t>vt 0.895088 0.583918</w:t>
        <w:br/>
        <w:t>vt 0.897382 0.233530</w:t>
        <w:br/>
        <w:t>vt 0.894971 0.248557</w:t>
        <w:br/>
        <w:t>vt 0.894248 0.274609</w:t>
        <w:br/>
        <w:t>vt 0.904503 0.256632</w:t>
        <w:br/>
        <w:t>vt 0.912148 0.245739</w:t>
        <w:br/>
        <w:t>vt 0.927307 0.259192</w:t>
        <w:br/>
        <w:t>vt 0.919238 0.269773</w:t>
        <w:br/>
        <w:t>vt 0.938357 0.269803</w:t>
        <w:br/>
        <w:t>vt 0.930026 0.280055</w:t>
        <w:br/>
        <w:t>vt 0.947603 0.279806</w:t>
        <w:br/>
        <w:t>vt 0.938680 0.289548</w:t>
        <w:br/>
        <w:t>vt 0.908989 0.535913</w:t>
        <w:br/>
        <w:t>vt 0.899903 0.557666</w:t>
        <w:br/>
        <w:t>vt 0.915959 0.546837</w:t>
        <w:br/>
        <w:t>vt 0.927588 0.537348</w:t>
        <w:br/>
        <w:t>vt 0.920307 0.525631</w:t>
        <w:br/>
        <w:t>vt 0.937277 0.529249</w:t>
        <w:br/>
        <w:t>vt 0.930321 0.518677</w:t>
        <w:br/>
        <w:t>vt 0.909808 0.283781</w:t>
        <w:br/>
        <w:t>vt 0.921786 0.291746</w:t>
        <w:br/>
        <w:t>vt 0.931854 0.299903</w:t>
        <w:br/>
        <w:t>vt 0.901402 0.522456</w:t>
        <w:br/>
        <w:t>vt 0.913839 0.513329</w:t>
        <w:br/>
        <w:t>vt 0.923668 0.506742</w:t>
        <w:br/>
        <w:t>vt 0.914148 0.305415</w:t>
        <w:br/>
        <w:t>vt 0.926117 0.311796</w:t>
        <w:br/>
        <w:t>vt 0.944715 0.310805</w:t>
        <w:br/>
        <w:t>vt 0.949936 0.300740</w:t>
        <w:br/>
        <w:t>vt 0.956578 0.292620</w:t>
        <w:br/>
        <w:t>vt 0.950421 0.520876</w:t>
        <w:br/>
        <w:t>vt 0.946506 0.513569</w:t>
        <w:br/>
        <w:t>vt 0.942389 0.500995</w:t>
        <w:br/>
        <w:t>vt 0.868106 0.381071</w:t>
        <w:br/>
        <w:t>vt 0.883665 0.382010</w:t>
        <w:br/>
        <w:t>vt 0.832255 0.423577</w:t>
        <w:br/>
        <w:t>vt 0.903155 0.447781</w:t>
        <w:br/>
        <w:t>vt 0.910039 0.571887</w:t>
        <w:br/>
        <w:t>vt 0.925294 0.558654</w:t>
        <w:br/>
        <w:t>vt 0.936453 0.548275</w:t>
        <w:br/>
        <w:t>vt 0.945791 0.538578</w:t>
        <w:br/>
        <w:t>vt 0.955084 0.525913</w:t>
        <w:br/>
        <w:t>vt 0.846221 0.423705</w:t>
        <w:br/>
        <w:t>vt 0.846429 0.437306</w:t>
        <w:br/>
        <w:t>vt 0.903157 0.337003</w:t>
        <w:br/>
        <w:t>vt 0.917367 0.332200</w:t>
        <w:br/>
        <w:t>vt 0.915265 0.487747</w:t>
        <w:br/>
        <w:t>vt 0.961301 0.482113</w:t>
        <w:br/>
        <w:t>vt 0.960787 0.471389</w:t>
        <w:br/>
        <w:t>vt 0.960619 0.460075</w:t>
        <w:br/>
        <w:t>vt 0.960250 0.434986</w:t>
        <w:br/>
        <w:t>vt 0.960522 0.448255</w:t>
        <w:br/>
        <w:t>vt 0.962210 0.494812</w:t>
        <w:br/>
        <w:t>vt 0.960574 0.348937</w:t>
        <w:br/>
        <w:t>vt 0.961091 0.338075</w:t>
        <w:br/>
        <w:t>vt 0.960430 0.360405</w:t>
        <w:br/>
        <w:t>vt 0.960211 0.385093</w:t>
        <w:br/>
        <w:t>vt 0.960322 0.372445</w:t>
        <w:br/>
        <w:t>vt 0.961848 0.327966</w:t>
        <w:br/>
        <w:t>vt 0.960137 0.397437</w:t>
        <w:br/>
        <w:t>vt 0.960147 0.409799</w:t>
        <w:br/>
        <w:t>vt 0.960178 0.422916</w:t>
        <w:br/>
        <w:t>vt 0.962956 0.317549</w:t>
        <w:br/>
        <w:t>vt 0.965365 0.308499</w:t>
        <w:br/>
        <w:t>vt 0.969680 0.301628</w:t>
        <w:br/>
        <w:t>vt 0.968081 0.518105</w:t>
        <w:br/>
        <w:t>vt 0.965171 0.512659</w:t>
        <w:br/>
        <w:t>vt 0.963572 0.506110</w:t>
        <w:br/>
        <w:t>vt 0.965719 0.471167</w:t>
        <w:br/>
        <w:t>vt 0.966000 0.481675</w:t>
        <w:br/>
        <w:t>vt 0.965590 0.459966</w:t>
        <w:br/>
        <w:t>vt 0.965533 0.448267</w:t>
        <w:br/>
        <w:t>vt 0.965389 0.435029</w:t>
        <w:br/>
        <w:t>vt 0.966541 0.494336</w:t>
        <w:br/>
        <w:t>vt 0.965870 0.338440</w:t>
        <w:br/>
        <w:t>vt 0.965594 0.349160</w:t>
        <w:br/>
        <w:t>vt 0.965474 0.360501</w:t>
        <w:br/>
        <w:t>vt 0.965355 0.384971</w:t>
        <w:br/>
        <w:t>vt 0.965413 0.372400</w:t>
        <w:br/>
        <w:t>vt 0.966324 0.328538</w:t>
        <w:br/>
        <w:t>vt 0.965319 0.397305</w:t>
        <w:br/>
        <w:t>vt 0.965313 0.409775</w:t>
        <w:br/>
        <w:t>vt 0.965345 0.423030</w:t>
        <w:br/>
        <w:t>vt 0.966981 0.318257</w:t>
        <w:br/>
        <w:t>vt 0.968362 0.309301</w:t>
        <w:br/>
        <w:t>vt 0.971685 0.302842</w:t>
        <w:br/>
        <w:t>vt 0.970200 0.517377</w:t>
        <w:br/>
        <w:t>vt 0.968259 0.511978</w:t>
        <w:br/>
        <w:t>vt 0.967343 0.505619</w:t>
        <w:br/>
        <w:t>vt 0.969504 0.471068</w:t>
        <w:br/>
        <w:t>vt 0.969698 0.481551</w:t>
        <w:br/>
        <w:t>vt 0.969481 0.459881</w:t>
        <w:br/>
        <w:t>vt 0.969479 0.448196</w:t>
        <w:br/>
        <w:t>vt 0.969444 0.434985</w:t>
        <w:br/>
        <w:t>vt 0.970012 0.494161</w:t>
        <w:br/>
        <w:t>vt 0.969435 0.349263</w:t>
        <w:br/>
        <w:t>vt 0.969623 0.338583</w:t>
        <w:br/>
        <w:t>vt 0.969419 0.360582</w:t>
        <w:br/>
        <w:t>vt 0.969422 0.384992</w:t>
        <w:br/>
        <w:t>vt 0.969416 0.372446</w:t>
        <w:br/>
        <w:t>vt 0.969870 0.328742</w:t>
        <w:br/>
        <w:t>vt 0.969437 0.397314</w:t>
        <w:br/>
        <w:t>vt 0.969482 0.409766</w:t>
        <w:br/>
        <w:t>vt 0.969452 0.423003</w:t>
        <w:br/>
        <w:t>vt 0.970224 0.318522</w:t>
        <w:br/>
        <w:t>vt 0.970878 0.309673</w:t>
        <w:br/>
        <w:t>vt 0.973323 0.303773</w:t>
        <w:br/>
        <w:t>vt 0.971979 0.516943</w:t>
        <w:br/>
        <w:t>vt 0.970830 0.511682</w:t>
        <w:br/>
        <w:t>vt 0.970423 0.505385</w:t>
        <w:br/>
        <w:t>vt 0.973371 0.471003</w:t>
        <w:br/>
        <w:t>vt 0.969504 0.471068</w:t>
        <w:br/>
        <w:t>vt 0.969698 0.481551</w:t>
        <w:br/>
        <w:t>vt 0.973371 0.481710</w:t>
        <w:br/>
        <w:t>vt 0.973371 0.459733</w:t>
        <w:br/>
        <w:t>vt 0.969481 0.459881</w:t>
        <w:br/>
        <w:t>vt 0.973371 0.447918</w:t>
        <w:br/>
        <w:t>vt 0.973371 0.434771</w:t>
        <w:br/>
        <w:t>vt 0.969444 0.434985</w:t>
        <w:br/>
        <w:t>vt 0.969479 0.448196</w:t>
        <w:br/>
        <w:t>vt 0.970012 0.494161</w:t>
        <w:br/>
        <w:t>vt 0.973371 0.494212</w:t>
        <w:br/>
        <w:t>vt 0.973371 0.349334</w:t>
        <w:br/>
        <w:t>vt 0.973371 0.338598</w:t>
        <w:br/>
        <w:t>vt 0.969623 0.338583</w:t>
        <w:br/>
        <w:t>vt 0.969435 0.349263</w:t>
        <w:br/>
        <w:t>vt 0.969419 0.360582</w:t>
        <w:br/>
        <w:t>vt 0.973371 0.360742</w:t>
        <w:br/>
        <w:t>vt 0.969422 0.384992</w:t>
        <w:br/>
        <w:t>vt 0.973371 0.385258</w:t>
        <w:br/>
        <w:t>vt 0.973371 0.372705</w:t>
        <w:br/>
        <w:t>vt 0.969416 0.372446</w:t>
        <w:br/>
        <w:t>vt 0.973371 0.328640</w:t>
        <w:br/>
        <w:t>vt 0.969870 0.328742</w:t>
        <w:br/>
        <w:t>vt 0.969437 0.397314</w:t>
        <w:br/>
        <w:t>vt 0.973371 0.397537</w:t>
        <w:br/>
        <w:t>vt 0.969482 0.409766</w:t>
        <w:br/>
        <w:t>vt 0.973371 0.409776</w:t>
        <w:br/>
        <w:t>vt 0.973371 0.422740</w:t>
        <w:br/>
        <w:t>vt 0.969452 0.423003</w:t>
        <w:br/>
        <w:t>vt 0.973371 0.318466</w:t>
        <w:br/>
        <w:t>vt 0.970224 0.318522</w:t>
        <w:br/>
        <w:t>vt 0.973371 0.309788</w:t>
        <w:br/>
        <w:t>vt 0.970878 0.309673</w:t>
        <w:br/>
        <w:t>vt 0.973371 0.304440</w:t>
        <w:br/>
        <w:t>vt 0.973323 0.303773</w:t>
        <w:br/>
        <w:t>vt 0.971979 0.516943</w:t>
        <w:br/>
        <w:t>vt 0.973371 0.516562</w:t>
        <w:br/>
        <w:t>vt 0.973371 0.511643</w:t>
        <w:br/>
        <w:t>vt 0.970830 0.511682</w:t>
        <w:br/>
        <w:t>vt 0.973371 0.505250</w:t>
        <w:br/>
        <w:t>vt 0.970423 0.505385</w:t>
        <w:br/>
        <w:t>vt 0.702571 0.173739</w:t>
        <w:br/>
        <w:t>vt 0.689245 0.185942</w:t>
        <w:br/>
        <w:t>vt 0.705556 0.178197</w:t>
        <w:br/>
        <w:t>vt 0.707056 0.183335</w:t>
        <w:br/>
        <w:t>vt 0.706897 0.188657</w:t>
        <w:br/>
        <w:t>vt 0.704929 0.194004</w:t>
        <w:br/>
        <w:t>vt 0.696874 0.169796</w:t>
        <w:br/>
        <w:t>vt 0.674337 0.196134</w:t>
        <w:br/>
        <w:t>vt 0.689245 0.185942</w:t>
        <w:br/>
        <w:t>vt 0.672035 0.191372</w:t>
        <w:br/>
        <w:t>vt 0.677963 0.199977</w:t>
        <w:br/>
        <w:t>vt 0.687824 0.203500</w:t>
        <w:br/>
        <w:t>vt 0.682593 0.202502</w:t>
        <w:br/>
        <w:t>vt 0.671288 0.186134</w:t>
        <w:br/>
        <w:t>vt 0.692865 0.202963</w:t>
        <w:br/>
        <w:t>vt 0.697538 0.201122</w:t>
        <w:br/>
        <w:t>vt 0.701861 0.197956</w:t>
        <w:br/>
        <w:t>vt 0.672517 0.180174</w:t>
        <w:br/>
        <w:t>vt 0.675876 0.174703</w:t>
        <w:br/>
        <w:t>vt 0.680806 0.170814</w:t>
        <w:br/>
        <w:t>vt 0.685301 0.169010</w:t>
        <w:br/>
        <w:t>vt 0.690017 0.168334</w:t>
        <w:br/>
        <w:t>vt 0.895229 0.841921</w:t>
        <w:br/>
        <w:t>vt 0.902437 0.841048</w:t>
        <w:br/>
        <w:t>vt 0.816163 0.427625</w:t>
        <w:br/>
        <w:t>vt 0.820859 0.433710</w:t>
        <w:br/>
        <w:t>vt 0.823199 0.432708</w:t>
        <w:br/>
        <w:t>vt 0.836544 0.441694</w:t>
        <w:br/>
        <w:t>vt 0.841441 0.439253</w:t>
        <w:br/>
        <w:t>vt 0.826429 0.424286</w:t>
        <w:br/>
        <w:t>vt 0.820550 0.425611</w:t>
        <w:br/>
        <w:t>vt 0.809015 0.407610</w:t>
        <w:br/>
        <w:t>vt 0.804709 0.407556</w:t>
        <w:br/>
        <w:t>vt 0.832505 0.442142</w:t>
        <w:br/>
        <w:t>vt 0.832015 0.444319</w:t>
        <w:br/>
        <w:t>vt 0.451853 0.179980</w:t>
        <w:br/>
        <w:t>vt 0.917596 0.831478</w:t>
        <w:br/>
        <w:t>vt 0.856942 0.357701</w:t>
        <w:br/>
        <w:t>vt 0.378549 0.272236</w:t>
        <w:br/>
        <w:t>vt 0.378549 0.246377</w:t>
        <w:br/>
        <w:t>vt 0.375894 0.246380</w:t>
        <w:br/>
        <w:t>vt 0.375934 0.272188</w:t>
        <w:br/>
        <w:t>vt 0.375872 0.320399</w:t>
        <w:br/>
        <w:t>vt 0.378549 0.320515</w:t>
        <w:br/>
        <w:t>vt 0.375911 0.367554</w:t>
        <w:br/>
        <w:t>vt 0.378549 0.367599</w:t>
        <w:br/>
        <w:t>vt 0.356375 0.367204</w:t>
        <w:br/>
        <w:t>vt 0.359039 0.367245</w:t>
        <w:br/>
        <w:t>vt 0.359019 0.318809</w:t>
        <w:br/>
        <w:t>vt 0.356375 0.318683</w:t>
        <w:br/>
        <w:t>vt 0.359057 0.271787</w:t>
        <w:br/>
        <w:t>vt 0.356375 0.271730</w:t>
        <w:br/>
        <w:t>vt 0.356375 0.246088</w:t>
        <w:br/>
        <w:t>vt 0.359034 0.246085</w:t>
        <w:br/>
        <w:t>vt 0.375897 0.414555</w:t>
        <w:br/>
        <w:t>vt 0.378549 0.414649</w:t>
        <w:br/>
        <w:t>vt 0.356375 0.413659</w:t>
        <w:br/>
        <w:t>vt 0.359030 0.413744</w:t>
        <w:br/>
        <w:t>vt 0.356375 0.367204</w:t>
        <w:br/>
        <w:t>vt 0.356375 0.459186</w:t>
        <w:br/>
        <w:t>vt 0.356375 0.500572</w:t>
        <w:br/>
        <w:t>vt 0.358952 0.500518</w:t>
        <w:br/>
        <w:t>vt 0.359011 0.459265</w:t>
        <w:br/>
        <w:t>vt 0.356375 0.413659</w:t>
        <w:br/>
        <w:t>vt 0.375853 0.460113</w:t>
        <w:br/>
        <w:t>vt 0.378549 0.460188</w:t>
        <w:br/>
        <w:t>vt 0.375849 0.500540</w:t>
        <w:br/>
        <w:t>vt 0.378549 0.500537</w:t>
        <w:br/>
        <w:t>vt 0.378549 0.202945</w:t>
        <w:br/>
        <w:t>vt 0.375889 0.202938</w:t>
        <w:br/>
        <w:t>vt 0.375888 0.220459</w:t>
        <w:br/>
        <w:t>vt 0.378549 0.220455</w:t>
        <w:br/>
        <w:t>vt 0.356375 0.220382</w:t>
        <w:br/>
        <w:t>vt 0.359016 0.220374</w:t>
        <w:br/>
        <w:t>vt 0.359024 0.203408</w:t>
        <w:br/>
        <w:t>vt 0.356375 0.203404</w:t>
        <w:br/>
        <w:t>vt 0.378549 0.168038</w:t>
        <w:br/>
        <w:t>vt 0.378549 0.142541</w:t>
        <w:br/>
        <w:t>vt 0.375890 0.142533</w:t>
        <w:br/>
        <w:t>vt 0.375892 0.168085</w:t>
        <w:br/>
        <w:t>vt 0.375895 0.185531</w:t>
        <w:br/>
        <w:t>vt 0.378549 0.185508</w:t>
        <w:br/>
        <w:t>vt 0.356375 0.186224</w:t>
        <w:br/>
        <w:t>vt 0.359034 0.186200</w:t>
        <w:br/>
        <w:t>vt 0.356375 0.168889</w:t>
        <w:br/>
        <w:t>vt 0.359033 0.168867</w:t>
        <w:br/>
        <w:t>vt 0.356375 0.143314</w:t>
        <w:br/>
        <w:t>vt 0.359028 0.143289</w:t>
        <w:br/>
        <w:t>vt 0.356375 0.530425</w:t>
        <w:br/>
        <w:t>vt 0.359688 0.529681</w:t>
        <w:br/>
        <w:t>vt 0.376137 0.530151</w:t>
        <w:br/>
        <w:t>vt 0.378549 0.530791</w:t>
        <w:br/>
        <w:t>vt 0.378549 0.081166</w:t>
        <w:br/>
        <w:t>vt 0.378549 0.053780</w:t>
        <w:br/>
        <w:t>vt 0.375833 0.053617</w:t>
        <w:br/>
        <w:t>vt 0.375906 0.081159</w:t>
        <w:br/>
        <w:t>vt 0.378549 0.113420</w:t>
        <w:br/>
        <w:t>vt 0.375906 0.113487</w:t>
        <w:br/>
        <w:t>vt 0.356375 0.114566</w:t>
        <w:br/>
        <w:t>vt 0.359015 0.114530</w:t>
        <w:br/>
        <w:t>vt 0.356375 0.081993</w:t>
        <w:br/>
        <w:t>vt 0.358979 0.081964</w:t>
        <w:br/>
        <w:t>vt 0.358988 0.053301</w:t>
        <w:br/>
        <w:t>vt 0.356375 0.053156</w:t>
        <w:br/>
        <w:t>vt 0.378549 0.053780</w:t>
        <w:br/>
        <w:t>vt 0.378549 0.019668</w:t>
        <w:br/>
        <w:t>vt 0.376260 0.018807</w:t>
        <w:br/>
        <w:t>vt 0.358796 0.024953</w:t>
        <w:br/>
        <w:t>vt 0.356375 0.024843</w:t>
        <w:br/>
        <w:t>vt 0.356375 0.008141</w:t>
        <w:br/>
        <w:t>vt 0.359738 0.007277</w:t>
        <w:br/>
        <w:t>vt 0.335915 0.364668</w:t>
        <w:br/>
        <w:t>vt 0.339318 0.364655</w:t>
        <w:br/>
        <w:t>vt 0.339258 0.320831</w:t>
        <w:br/>
        <w:t>vt 0.335915 0.320827</w:t>
        <w:br/>
        <w:t>vt 0.339309 0.274396</w:t>
        <w:br/>
        <w:t>vt 0.335915 0.274367</w:t>
        <w:br/>
        <w:t>vt 0.339257 0.227447</w:t>
        <w:br/>
        <w:t>vt 0.335915 0.227370</w:t>
        <w:br/>
        <w:t>vt 0.345950 0.227650</w:t>
        <w:br/>
        <w:t>vt 0.342518 0.227614</w:t>
        <w:br/>
        <w:t>vt 0.342589 0.274495</w:t>
        <w:br/>
        <w:t>vt 0.345950 0.274529</w:t>
        <w:br/>
        <w:t>vt 0.345950 0.320875</w:t>
        <w:br/>
        <w:t>vt 0.342537 0.320866</w:t>
        <w:br/>
        <w:t>vt 0.345950 0.364614</w:t>
        <w:br/>
        <w:t>vt 0.342591 0.364633</w:t>
        <w:br/>
        <w:t>vt 0.342587 0.403603</w:t>
        <w:br/>
        <w:t>vt 0.345950 0.403565</w:t>
        <w:br/>
        <w:t>vt 0.345950 0.437648</w:t>
        <w:br/>
        <w:t>vt 0.342537 0.437757</w:t>
        <w:br/>
        <w:t>vt 0.335915 0.403768</w:t>
        <w:br/>
        <w:t>vt 0.339318 0.403722</w:t>
        <w:br/>
        <w:t>vt 0.335915 0.438226</w:t>
        <w:br/>
        <w:t>vt 0.339306 0.438103</w:t>
        <w:br/>
        <w:t>vt 0.345950 0.200642</w:t>
        <w:br/>
        <w:t>vt 0.342562 0.200562</w:t>
        <w:br/>
        <w:t>vt 0.339304 0.200358</w:t>
        <w:br/>
        <w:t>vt 0.335915 0.200278</w:t>
        <w:br/>
        <w:t>vt 0.345950 0.464572</w:t>
        <w:br/>
        <w:t>vt 0.342542 0.464579</w:t>
        <w:br/>
        <w:t>vt 0.335915 0.465193</w:t>
        <w:br/>
        <w:t>vt 0.339343 0.465198</w:t>
        <w:br/>
        <w:t>vt 0.345950 0.533447</w:t>
        <w:br/>
        <w:t>vt 0.345950 0.522160</w:t>
        <w:br/>
        <w:t>vt 0.342572 0.522265</w:t>
        <w:br/>
        <w:t>vt 0.342564 0.533416</w:t>
        <w:br/>
        <w:t>vt 0.342726 0.545760</w:t>
        <w:br/>
        <w:t>vt 0.345950 0.546169</w:t>
        <w:br/>
        <w:t>vt 0.339511 0.546035</w:t>
        <w:br/>
        <w:t>vt 0.339314 0.533380</w:t>
        <w:br/>
        <w:t>vt 0.335915 0.533442</w:t>
        <w:br/>
        <w:t>vt 0.335915 0.546565</w:t>
        <w:br/>
        <w:t>vt 0.339329 0.522609</w:t>
        <w:br/>
        <w:t>vt 0.335915 0.522718</w:t>
        <w:br/>
        <w:t>vt 0.345950 0.510634</w:t>
        <w:br/>
        <w:t>vt 0.342518 0.510800</w:t>
        <w:br/>
        <w:t>vt 0.335915 0.511443</w:t>
        <w:br/>
        <w:t>vt 0.339325 0.511280</w:t>
        <w:br/>
        <w:t>vt 0.335915 0.500007</w:t>
        <w:br/>
        <w:t>vt 0.339339 0.499802</w:t>
        <w:br/>
        <w:t>vt 0.335915 0.484170</w:t>
        <w:br/>
        <w:t>vt 0.339344 0.483992</w:t>
        <w:br/>
        <w:t>vt 0.345950 0.499067</w:t>
        <w:br/>
        <w:t>vt 0.345950 0.483320</w:t>
        <w:br/>
        <w:t>vt 0.342531 0.483481</w:t>
        <w:br/>
        <w:t>vt 0.342509 0.499236</w:t>
        <w:br/>
        <w:t>vt 0.342520 0.016915</w:t>
        <w:br/>
        <w:t>vt 0.345950 0.017339</w:t>
        <w:br/>
        <w:t>vt 0.344157 0.010151</w:t>
        <w:br/>
        <w:t>vt 0.342589 0.035210</w:t>
        <w:br/>
        <w:t>vt 0.345950 0.035291</w:t>
        <w:br/>
        <w:t>vt 0.345950 0.066161</w:t>
        <w:br/>
        <w:t>vt 0.342569 0.066180</w:t>
        <w:br/>
        <w:t>vt 0.339295 0.035199</w:t>
        <w:br/>
        <w:t>vt 0.335915 0.035268</w:t>
        <w:br/>
        <w:t>vt 0.335915 0.066187</w:t>
        <w:br/>
        <w:t>vt 0.339262 0.066192</w:t>
        <w:br/>
        <w:t>vt 0.335915 0.016536</w:t>
        <w:br/>
        <w:t>vt 0.339254 0.016469</w:t>
        <w:br/>
        <w:t>vt 0.337487 0.009473</w:t>
        <w:br/>
        <w:t>vt 0.335915 0.095014</w:t>
        <w:br/>
        <w:t>vt 0.339290 0.095024</w:t>
        <w:br/>
        <w:t>vt 0.345950 0.094958</w:t>
        <w:br/>
        <w:t>vt 0.342582 0.094996</w:t>
        <w:br/>
        <w:t>vt 0.335915 0.119533</w:t>
        <w:br/>
        <w:t>vt 0.335915 0.138089</w:t>
        <w:br/>
        <w:t>vt 0.339309 0.138101</w:t>
        <w:br/>
        <w:t>vt 0.339313 0.119541</w:t>
        <w:br/>
        <w:t>vt 0.342578 0.119506</w:t>
        <w:br/>
        <w:t>vt 0.345950 0.119472</w:t>
        <w:br/>
        <w:t>vt 0.342577 0.138113</w:t>
        <w:br/>
        <w:t>vt 0.345950 0.138121</w:t>
        <w:br/>
        <w:t>vt 0.345950 0.175631</w:t>
        <w:br/>
        <w:t>vt 0.342585 0.175571</w:t>
        <w:br/>
        <w:t>vt 0.339315 0.175372</w:t>
        <w:br/>
        <w:t>vt 0.335915 0.175283</w:t>
        <w:br/>
        <w:t>vt 0.342562 0.156837</w:t>
        <w:br/>
        <w:t>vt 0.345950 0.156883</w:t>
        <w:br/>
        <w:t>vt 0.335915 0.156676</w:t>
        <w:br/>
        <w:t>vt 0.339298 0.156722</w:t>
        <w:br/>
        <w:t>vt 0.388542 0.042491</w:t>
        <w:br/>
        <w:t>vt 0.385813 0.042476</w:t>
        <w:br/>
        <w:t>vt 0.385813 0.069284</w:t>
        <w:br/>
        <w:t>vt 0.388443 0.069277</w:t>
        <w:br/>
        <w:t>vt 0.389393 0.022146</w:t>
        <w:br/>
        <w:t>vt 0.385813 0.021588</w:t>
        <w:br/>
        <w:t>vt 0.407810 0.040684</w:t>
        <w:br/>
        <w:t>vt 0.407810 0.015023</w:t>
        <w:br/>
        <w:t>vt 0.405912 0.016090</w:t>
        <w:br/>
        <w:t>vt 0.404948 0.040676</w:t>
        <w:br/>
        <w:t>vt 0.407810 0.069764</w:t>
        <w:br/>
        <w:t>vt 0.405222 0.069711</w:t>
        <w:br/>
        <w:t>vt 0.405427 0.528848</w:t>
        <w:br/>
        <w:t>vt 0.407810 0.529696</w:t>
        <w:br/>
        <w:t>vt 0.407810 0.494858</w:t>
        <w:br/>
        <w:t>vt 0.405141 0.494972</w:t>
        <w:br/>
        <w:t>vt 0.407810 0.453412</w:t>
        <w:br/>
        <w:t>vt 0.405138 0.453413</w:t>
        <w:br/>
        <w:t>vt 0.385813 0.498516</w:t>
        <w:br/>
        <w:t>vt 0.385813 0.527561</w:t>
        <w:br/>
        <w:t>vt 0.388576 0.527027</w:t>
        <w:br/>
        <w:t>vt 0.388489 0.498366</w:t>
        <w:br/>
        <w:t>vt 0.385813 0.456564</w:t>
        <w:br/>
        <w:t>vt 0.388508 0.456562</w:t>
        <w:br/>
        <w:t>vt 0.405155 0.100643</w:t>
        <w:br/>
        <w:t>vt 0.407810 0.100568</w:t>
        <w:br/>
        <w:t>vt 0.407810 0.130471</w:t>
        <w:br/>
        <w:t>vt 0.407810 0.100568</w:t>
        <w:br/>
        <w:t>vt 0.405237 0.130649</w:t>
        <w:br/>
        <w:t>vt 0.407810 0.155468</w:t>
        <w:br/>
        <w:t>vt 0.407810 0.130471</w:t>
        <w:br/>
        <w:t>vt 0.405148 0.155658</w:t>
        <w:br/>
        <w:t>vt 0.385813 0.101208</w:t>
        <w:br/>
        <w:t>vt 0.388365 0.101137</w:t>
        <w:br/>
        <w:t>vt 0.385813 0.132680</w:t>
        <w:br/>
        <w:t>vt 0.388528 0.132487</w:t>
        <w:br/>
        <w:t>vt 0.385813 0.158534</w:t>
        <w:br/>
        <w:t>vt 0.388506 0.158395</w:t>
        <w:br/>
        <w:t>vt 0.385813 0.175974</w:t>
        <w:br/>
        <w:t>vt 0.388491 0.175819</w:t>
        <w:br/>
        <w:t>vt 0.407810 0.172806</w:t>
        <w:br/>
        <w:t>vt 0.405127 0.172962</w:t>
        <w:br/>
        <w:t>vt 0.385813 0.193190</w:t>
        <w:br/>
        <w:t>vt 0.388490 0.193032</w:t>
        <w:br/>
        <w:t>vt 0.407810 0.190012</w:t>
        <w:br/>
        <w:t>vt 0.405132 0.190165</w:t>
        <w:br/>
        <w:t>vt 0.385813 0.210410</w:t>
        <w:br/>
        <w:t>vt 0.388517 0.210263</w:t>
        <w:br/>
        <w:t>vt 0.407810 0.207187</w:t>
        <w:br/>
        <w:t>vt 0.405144 0.207309</w:t>
        <w:br/>
        <w:t>vt 0.385813 0.238825</w:t>
        <w:br/>
        <w:t>vt 0.388491 0.238724</w:t>
        <w:br/>
        <w:t>vt 0.407810 0.235930</w:t>
        <w:br/>
        <w:t>vt 0.405134 0.236030</w:t>
        <w:br/>
        <w:t>vt 0.385813 0.266813</w:t>
        <w:br/>
        <w:t>vt 0.388452 0.266749</w:t>
        <w:br/>
        <w:t>vt 0.407810 0.264360</w:t>
        <w:br/>
        <w:t>vt 0.405152 0.264494</w:t>
        <w:br/>
        <w:t>vt 0.385813 0.315021</w:t>
        <w:br/>
        <w:t>vt 0.388464 0.314870</w:t>
        <w:br/>
        <w:t>vt 0.407810 0.312105</w:t>
        <w:br/>
        <w:t>vt 0.405118 0.312256</w:t>
        <w:br/>
        <w:t>vt 0.385813 0.363180</w:t>
        <w:br/>
        <w:t>vt 0.388502 0.363038</w:t>
        <w:br/>
        <w:t>vt 0.407810 0.360380</w:t>
        <w:br/>
        <w:t>vt 0.405161 0.360522</w:t>
        <w:br/>
        <w:t>vt 0.385813 0.410669</w:t>
        <w:br/>
        <w:t>vt 0.388479 0.410543</w:t>
        <w:br/>
        <w:t>vt 0.407810 0.407960</w:t>
        <w:br/>
        <w:t>vt 0.405135 0.408088</w:t>
        <w:br/>
        <w:t>vt 0.318784 0.467301</w:t>
        <w:br/>
        <w:t>vt 0.322089 0.467177</w:t>
        <w:br/>
        <w:t>vt 0.322055 0.424088</w:t>
        <w:br/>
        <w:t>vt 0.318784 0.424182</w:t>
        <w:br/>
        <w:t>vt 0.318784 0.467301</w:t>
        <w:br/>
        <w:t>vt 0.318784 0.501524</w:t>
        <w:br/>
        <w:t>vt 0.321932 0.501497</w:t>
        <w:br/>
        <w:t>vt 0.318784 0.541471</w:t>
        <w:br/>
        <w:t>vt 0.322282 0.540318</w:t>
        <w:br/>
        <w:t>vt 0.328432 0.424015</w:t>
        <w:br/>
        <w:t>vt 0.325193 0.424089</w:t>
        <w:br/>
        <w:t>vt 0.325233 0.467145</w:t>
        <w:br/>
        <w:t>vt 0.328432 0.467081</w:t>
        <w:br/>
        <w:t>vt 0.325045 0.501598</w:t>
        <w:br/>
        <w:t>vt 0.328432 0.501501</w:t>
        <w:br/>
        <w:t>vt 0.328432 0.538857</w:t>
        <w:br/>
        <w:t>vt 0.324992 0.539041</w:t>
        <w:br/>
        <w:t>vt 0.322033 0.377887</w:t>
        <w:br/>
        <w:t>vt 0.318784 0.378018</w:t>
        <w:br/>
        <w:t>vt 0.328432 0.377643</w:t>
        <w:br/>
        <w:t>vt 0.325175 0.377758</w:t>
        <w:br/>
        <w:t>vt 0.328432 0.328083</w:t>
        <w:br/>
        <w:t>vt 0.325175 0.328221</w:t>
        <w:br/>
        <w:t>vt 0.322030 0.328390</w:t>
        <w:br/>
        <w:t>vt 0.318784 0.328532</w:t>
        <w:br/>
        <w:t>vt 0.318784 0.278509</w:t>
        <w:br/>
        <w:t>vt 0.322025 0.278363</w:t>
        <w:br/>
        <w:t>vt 0.328432 0.278072</w:t>
        <w:br/>
        <w:t>vt 0.325172 0.278215</w:t>
        <w:br/>
        <w:t>vt 0.328432 0.227291</w:t>
        <w:br/>
        <w:t>vt 0.325186 0.227546</w:t>
        <w:br/>
        <w:t>vt 0.318784 0.227715</w:t>
        <w:br/>
        <w:t>vt 0.322044 0.227670</w:t>
        <w:br/>
        <w:t>vt 0.318784 0.201083</w:t>
        <w:br/>
        <w:t>vt 0.322037 0.200931</w:t>
        <w:br/>
        <w:t>vt 0.328432 0.200622</w:t>
        <w:br/>
        <w:t>vt 0.325179 0.200780</w:t>
        <w:br/>
        <w:t>vt 0.322037 0.174452</w:t>
        <w:br/>
        <w:t>vt 0.318784 0.174515</w:t>
        <w:br/>
        <w:t>vt 0.328432 0.174019</w:t>
        <w:br/>
        <w:t>vt 0.325185 0.174285</w:t>
        <w:br/>
        <w:t>vt 0.328432 0.155619</w:t>
        <w:br/>
        <w:t>vt 0.325179 0.155783</w:t>
        <w:br/>
        <w:t>vt 0.318784 0.156087</w:t>
        <w:br/>
        <w:t>vt 0.322037 0.155928</w:t>
        <w:br/>
        <w:t>vt 0.322037 0.137439</w:t>
        <w:br/>
        <w:t>vt 0.318784 0.137600</w:t>
        <w:br/>
        <w:t>vt 0.328432 0.137156</w:t>
        <w:br/>
        <w:t>vt 0.325178 0.137310</w:t>
        <w:br/>
        <w:t>vt 0.318784 0.119071</w:t>
        <w:br/>
        <w:t>vt 0.322023 0.118835</w:t>
        <w:br/>
        <w:t>vt 0.328432 0.118650</w:t>
        <w:br/>
        <w:t>vt 0.325162 0.118714</w:t>
        <w:br/>
        <w:t>vt 0.328432 0.091868</w:t>
        <w:br/>
        <w:t>vt 0.325177 0.091986</w:t>
        <w:br/>
        <w:t>vt 0.322034 0.092105</w:t>
        <w:br/>
        <w:t>vt 0.318784 0.092274</w:t>
        <w:br/>
        <w:t>vt 0.328432 0.061953</w:t>
        <w:br/>
        <w:t>vt 0.325233 0.062039</w:t>
        <w:br/>
        <w:t>vt 0.318784 0.062342</w:t>
        <w:br/>
        <w:t>vt 0.322078 0.062141</w:t>
        <w:br/>
        <w:t>vt 0.328432 0.024002</w:t>
        <w:br/>
        <w:t>vt 0.325225 0.024098</w:t>
        <w:br/>
        <w:t>vt 0.318784 0.025246</w:t>
        <w:br/>
        <w:t>vt 0.321597 0.024656</w:t>
        <w:br/>
        <w:t>vt 0.326898 0.014471</w:t>
        <w:br/>
        <w:t>vt 0.320430 0.015081</w:t>
        <w:br/>
        <w:t>vt 0.375934 0.272188</w:t>
        <w:br/>
        <w:t>vt 0.359057 0.271787</w:t>
        <w:br/>
        <w:t>vt 0.359019 0.318809</w:t>
        <w:br/>
        <w:t>vt 0.375872 0.320399</w:t>
        <w:br/>
        <w:t>vt 0.359039 0.367245</w:t>
        <w:br/>
        <w:t>vt 0.375911 0.367554</w:t>
        <w:br/>
        <w:t>vt 0.359011 0.459265</w:t>
        <w:br/>
        <w:t>vt 0.375853 0.460113</w:t>
        <w:br/>
        <w:t>vt 0.375897 0.414555</w:t>
        <w:br/>
        <w:t>vt 0.359030 0.413744</w:t>
        <w:br/>
        <w:t>vt 0.375888 0.220459</w:t>
        <w:br/>
        <w:t>vt 0.359016 0.220374</w:t>
        <w:br/>
        <w:t>vt 0.359034 0.246085</w:t>
        <w:br/>
        <w:t>vt 0.375894 0.246380</w:t>
        <w:br/>
        <w:t>vt 0.359033 0.168867</w:t>
        <w:br/>
        <w:t>vt 0.359034 0.186200</w:t>
        <w:br/>
        <w:t>vt 0.375895 0.185531</w:t>
        <w:br/>
        <w:t>vt 0.375892 0.168085</w:t>
        <w:br/>
        <w:t>vt 0.342589 0.274495</w:t>
        <w:br/>
        <w:t>vt 0.339309 0.274396</w:t>
        <w:br/>
        <w:t>vt 0.339258 0.320831</w:t>
        <w:br/>
        <w:t>vt 0.342537 0.320866</w:t>
        <w:br/>
        <w:t>vt 0.342587 0.403603</w:t>
        <w:br/>
        <w:t>vt 0.342591 0.364633</w:t>
        <w:br/>
        <w:t>vt 0.339318 0.364655</w:t>
        <w:br/>
        <w:t>vt 0.339318 0.403722</w:t>
        <w:br/>
        <w:t>vt 0.358952 0.500518</w:t>
        <w:br/>
        <w:t>vt 0.375849 0.500540</w:t>
        <w:br/>
        <w:t>vt 0.342518 0.227614</w:t>
        <w:br/>
        <w:t>vt 0.339257 0.227447</w:t>
        <w:br/>
        <w:t>vt 0.339306 0.438103</w:t>
        <w:br/>
        <w:t>vt 0.342537 0.437757</w:t>
        <w:br/>
        <w:t>vt 0.404948 0.040676</w:t>
        <w:br/>
        <w:t>vt 0.405912 0.016090</w:t>
        <w:br/>
        <w:t>vt 0.389393 0.022146</w:t>
        <w:br/>
        <w:t>vt 0.388542 0.042491</w:t>
        <w:br/>
        <w:t>vt 0.339314 0.533380</w:t>
        <w:br/>
        <w:t>vt 0.339511 0.546035</w:t>
        <w:br/>
        <w:t>vt 0.342726 0.545760</w:t>
        <w:br/>
        <w:t>vt 0.342564 0.533416</w:t>
        <w:br/>
        <w:t>vt 0.339329 0.522609</w:t>
        <w:br/>
        <w:t>vt 0.342572 0.522265</w:t>
        <w:br/>
        <w:t>vt 0.359688 0.529681</w:t>
        <w:br/>
        <w:t>vt 0.376137 0.530151</w:t>
        <w:br/>
        <w:t>vt 0.342518 0.510800</w:t>
        <w:br/>
        <w:t>vt 0.342509 0.499236</w:t>
        <w:br/>
        <w:t>vt 0.339339 0.499802</w:t>
        <w:br/>
        <w:t>vt 0.339325 0.511280</w:t>
        <w:br/>
        <w:t>vt 0.342531 0.483481</w:t>
        <w:br/>
        <w:t>vt 0.339344 0.483992</w:t>
        <w:br/>
        <w:t>vt 0.339343 0.465198</w:t>
        <w:br/>
        <w:t>vt 0.342542 0.464579</w:t>
        <w:br/>
        <w:t>vt 0.342520 0.016915</w:t>
        <w:br/>
        <w:t>vt 0.339254 0.016469</w:t>
        <w:br/>
        <w:t>vt 0.339295 0.035199</w:t>
        <w:br/>
        <w:t>vt 0.342589 0.035210</w:t>
        <w:br/>
        <w:t>vt 0.342569 0.066180</w:t>
        <w:br/>
        <w:t>vt 0.339262 0.066192</w:t>
        <w:br/>
        <w:t>vt 0.342578 0.119506</w:t>
        <w:br/>
        <w:t>vt 0.342582 0.094996</w:t>
        <w:br/>
        <w:t>vt 0.339290 0.095024</w:t>
        <w:br/>
        <w:t>vt 0.339313 0.119541</w:t>
        <w:br/>
        <w:t>vt 0.342562 0.200562</w:t>
        <w:br/>
        <w:t>vt 0.339304 0.200358</w:t>
        <w:br/>
        <w:t>vt 0.339309 0.138101</w:t>
        <w:br/>
        <w:t>vt 0.342577 0.138113</w:t>
        <w:br/>
        <w:t>vt 0.358979 0.081964</w:t>
        <w:br/>
        <w:t>vt 0.359015 0.114530</w:t>
        <w:br/>
        <w:t>vt 0.375906 0.113487</w:t>
        <w:br/>
        <w:t>vt 0.375906 0.081159</w:t>
        <w:br/>
        <w:t>vt 0.375833 0.053617</w:t>
        <w:br/>
        <w:t>vt 0.358988 0.053301</w:t>
        <w:br/>
        <w:t>vt 0.358796 0.024953</w:t>
        <w:br/>
        <w:t>vt 0.376260 0.018807</w:t>
        <w:br/>
        <w:t>vt 0.359738 0.007277</w:t>
        <w:br/>
        <w:t>vt 0.344157 0.010151</w:t>
        <w:br/>
        <w:t>vt 0.337487 0.009473</w:t>
        <w:br/>
        <w:t>vt 0.359028 0.143289</w:t>
        <w:br/>
        <w:t>vt 0.375890 0.142533</w:t>
        <w:br/>
        <w:t>vt 0.339298 0.156722</w:t>
        <w:br/>
        <w:t>vt 0.342562 0.156837</w:t>
        <w:br/>
        <w:t>vt 0.359024 0.203408</w:t>
        <w:br/>
        <w:t>vt 0.375889 0.202938</w:t>
        <w:br/>
        <w:t>vt 0.339315 0.175372</w:t>
        <w:br/>
        <w:t>vt 0.342585 0.175571</w:t>
        <w:br/>
        <w:t>vt 0.321932 0.501497</w:t>
        <w:br/>
        <w:t>vt 0.325045 0.501598</w:t>
        <w:br/>
        <w:t>vt 0.325233 0.467145</w:t>
        <w:br/>
        <w:t>vt 0.322089 0.467177</w:t>
        <w:br/>
        <w:t>vt 0.324992 0.539041</w:t>
        <w:br/>
        <w:t>vt 0.322282 0.540318</w:t>
        <w:br/>
        <w:t>vt 0.325193 0.424089</w:t>
        <w:br/>
        <w:t>vt 0.322055 0.424088</w:t>
        <w:br/>
        <w:t>vt 0.325175 0.377758</w:t>
        <w:br/>
        <w:t>vt 0.322033 0.377887</w:t>
        <w:br/>
        <w:t>vt 0.325175 0.328221</w:t>
        <w:br/>
        <w:t>vt 0.322030 0.328390</w:t>
        <w:br/>
        <w:t>vt 0.322025 0.278363</w:t>
        <w:br/>
        <w:t>vt 0.325172 0.278215</w:t>
        <w:br/>
        <w:t>vt 0.325186 0.227546</w:t>
        <w:br/>
        <w:t>vt 0.322044 0.227670</w:t>
        <w:br/>
        <w:t>vt 0.325179 0.200780</w:t>
        <w:br/>
        <w:t>vt 0.322037 0.200931</w:t>
        <w:br/>
        <w:t>vt 0.322037 0.174452</w:t>
        <w:br/>
        <w:t>vt 0.325185 0.174285</w:t>
        <w:br/>
        <w:t>vt 0.325179 0.155783</w:t>
        <w:br/>
        <w:t>vt 0.322037 0.155928</w:t>
        <w:br/>
        <w:t>vt 0.325178 0.137310</w:t>
        <w:br/>
        <w:t>vt 0.322037 0.137439</w:t>
        <w:br/>
        <w:t>vt 0.325162 0.118714</w:t>
        <w:br/>
        <w:t>vt 0.322023 0.118835</w:t>
        <w:br/>
        <w:t>vt 0.325177 0.091986</w:t>
        <w:br/>
        <w:t>vt 0.322034 0.092105</w:t>
        <w:br/>
        <w:t>vt 0.325233 0.062039</w:t>
        <w:br/>
        <w:t>vt 0.322078 0.062141</w:t>
        <w:br/>
        <w:t>vt 0.321597 0.024656</w:t>
        <w:br/>
        <w:t>vt 0.325225 0.024098</w:t>
        <w:br/>
        <w:t>vt 0.320430 0.015081</w:t>
        <w:br/>
        <w:t>vt 0.321597 0.024656</w:t>
        <w:br/>
        <w:t>vt 0.325225 0.024098</w:t>
        <w:br/>
        <w:t>vt 0.326898 0.014471</w:t>
        <w:br/>
        <w:t>vt 0.388489 0.498366</w:t>
        <w:br/>
        <w:t>vt 0.388576 0.527027</w:t>
        <w:br/>
        <w:t>vt 0.405427 0.528848</w:t>
        <w:br/>
        <w:t>vt 0.405141 0.494972</w:t>
        <w:br/>
        <w:t>vt 0.388365 0.101137</w:t>
        <w:br/>
        <w:t>vt 0.388528 0.132487</w:t>
        <w:br/>
        <w:t>vt 0.405237 0.130649</w:t>
        <w:br/>
        <w:t>vt 0.405155 0.100643</w:t>
        <w:br/>
        <w:t>vt 0.388443 0.069277</w:t>
        <w:br/>
        <w:t>vt 0.405222 0.069711</w:t>
        <w:br/>
        <w:t>vt 0.405148 0.155658</w:t>
        <w:br/>
        <w:t>vt 0.388506 0.158395</w:t>
        <w:br/>
        <w:t>vt 0.405127 0.172962</w:t>
        <w:br/>
        <w:t>vt 0.388491 0.175819</w:t>
        <w:br/>
        <w:t>vt 0.405132 0.190165</w:t>
        <w:br/>
        <w:t>vt 0.388490 0.193032</w:t>
        <w:br/>
        <w:t>vt 0.405144 0.207309</w:t>
        <w:br/>
        <w:t>vt 0.388517 0.210263</w:t>
        <w:br/>
        <w:t>vt 0.405134 0.236030</w:t>
        <w:br/>
        <w:t>vt 0.388491 0.238724</w:t>
        <w:br/>
        <w:t>vt 0.405152 0.264494</w:t>
        <w:br/>
        <w:t>vt 0.388452 0.266749</w:t>
        <w:br/>
        <w:t>vt 0.405118 0.312256</w:t>
        <w:br/>
        <w:t>vt 0.388464 0.314870</w:t>
        <w:br/>
        <w:t>vt 0.405161 0.360522</w:t>
        <w:br/>
        <w:t>vt 0.388502 0.363038</w:t>
        <w:br/>
        <w:t>vt 0.405135 0.408088</w:t>
        <w:br/>
        <w:t>vt 0.388479 0.410543</w:t>
        <w:br/>
        <w:t>vt 0.405138 0.453413</w:t>
        <w:br/>
        <w:t>vt 0.388508 0.456562</w:t>
        <w:br/>
        <w:t>vt 0.091759 0.265890</w:t>
        <w:br/>
        <w:t>vt 0.091759 0.260327</w:t>
        <w:br/>
        <w:t>vt 0.087279 0.260524</w:t>
        <w:br/>
        <w:t>vt 0.087279 0.266095</w:t>
        <w:br/>
        <w:t>vt 0.087279 0.254844</w:t>
        <w:br/>
        <w:t>vt 0.091759 0.254738</w:t>
        <w:br/>
        <w:t>vt 0.087279 0.249039</w:t>
        <w:br/>
        <w:t>vt 0.091759 0.249080</w:t>
        <w:br/>
        <w:t>vt 0.091759 0.243315</w:t>
        <w:br/>
        <w:t>vt 0.087279 0.243152</w:t>
        <w:br/>
        <w:t>vt 0.091759 0.237461</w:t>
        <w:br/>
        <w:t>vt 0.087279 0.237243</w:t>
        <w:br/>
        <w:t>vt 0.091759 0.231611</w:t>
        <w:br/>
        <w:t>vt 0.087279 0.231356</w:t>
        <w:br/>
        <w:t>vt 0.091759 0.282851</w:t>
        <w:br/>
        <w:t>vt 0.087279 0.282765</w:t>
        <w:br/>
        <w:t>vt 0.087279 0.288536</w:t>
        <w:br/>
        <w:t>vt 0.091759 0.288647</w:t>
        <w:br/>
        <w:t>vt 0.087279 0.271602</w:t>
        <w:br/>
        <w:t>vt 0.091759 0.271475</w:t>
        <w:br/>
        <w:t>vt 0.087279 0.277134</w:t>
        <w:br/>
        <w:t>vt 0.091759 0.277116</w:t>
        <w:br/>
        <w:t>vt 0.656815 0.024855</w:t>
        <w:br/>
        <w:t>vt 0.660592 0.019340</w:t>
        <w:br/>
        <w:t>vt 0.650505 0.027140</w:t>
        <w:br/>
        <w:t>vt 0.644026 0.025264</w:t>
        <w:br/>
        <w:t>vt 0.639894 0.019903</w:t>
        <w:br/>
        <w:t>vt 0.639723 0.013128</w:t>
        <w:br/>
        <w:t>vt 0.643569 0.007551</w:t>
        <w:br/>
        <w:t>vt 0.649959 0.005315</w:t>
        <w:br/>
        <w:t>vt 0.656419 0.007280</w:t>
        <w:br/>
        <w:t>vt 0.660457 0.012652</w:t>
        <w:br/>
        <w:t>vt 0.646288 0.087465</w:t>
        <w:br/>
        <w:t>vt 0.645795 0.081123</w:t>
        <w:br/>
        <w:t>vt 0.642989 0.092900</w:t>
        <w:br/>
        <w:t>vt 0.637126 0.095367</w:t>
        <w:br/>
        <w:t>vt 0.630936 0.093891</w:t>
        <w:br/>
        <w:t>vt 0.626810 0.089041</w:t>
        <w:br/>
        <w:t>vt 0.626313 0.082686</w:t>
        <w:br/>
        <w:t>vt 0.629623 0.077241</w:t>
        <w:br/>
        <w:t>vt 0.635497 0.074783</w:t>
        <w:br/>
        <w:t>vt 0.641683 0.076271</w:t>
        <w:br/>
        <w:t>vt 0.673485 0.664412</w:t>
        <w:br/>
        <w:t>vt 0.678639 0.663902</w:t>
        <w:br/>
        <w:t>vt 0.678873 0.668990</w:t>
        <w:br/>
        <w:t>vt 0.687807 0.669545</w:t>
        <w:br/>
        <w:t>vt 0.677519 0.679312</w:t>
        <w:br/>
        <w:t>vt 0.673036 0.679052</w:t>
        <w:br/>
        <w:t>vt 0.687502 0.673568</w:t>
        <w:br/>
        <w:t>vt 0.678504 0.674620</w:t>
        <w:br/>
        <w:t>vt 0.664082 0.670645</w:t>
        <w:br/>
        <w:t>vt 0.670849 0.664673</w:t>
        <w:br/>
        <w:t>vt 0.670307 0.678894</w:t>
        <w:br/>
        <w:t>vt 0.639002 0.668103</w:t>
        <w:br/>
        <w:t>vt 0.641849 0.665647</w:t>
        <w:br/>
        <w:t>vt 0.677519 0.679312</w:t>
        <w:br/>
        <w:t>vt 0.664114 0.673070</w:t>
        <w:br/>
        <w:t>vt 0.658838 0.674397</w:t>
        <w:br/>
        <w:t>vt 0.660697 0.674869</w:t>
        <w:br/>
        <w:t>vt 0.660884 0.668598</w:t>
        <w:br/>
        <w:t>vt 0.658946 0.668979</w:t>
        <w:br/>
        <w:t>vt 0.658838 0.674397</w:t>
        <w:br/>
        <w:t>vt 0.660697 0.674869</w:t>
        <w:br/>
        <w:t>vt 0.658946 0.668979</w:t>
        <w:br/>
        <w:t>vt 0.660884 0.668598</w:t>
        <w:br/>
        <w:t>vt 0.662617 0.674476</w:t>
        <w:br/>
        <w:t>vt 0.662730 0.669116</w:t>
        <w:br/>
        <w:t>vt 0.662617 0.674476</w:t>
        <w:br/>
        <w:t>vt 0.662730 0.669116</w:t>
        <w:br/>
        <w:t>vt 0.665672 0.672994</w:t>
        <w:br/>
        <w:t>vt 0.665611 0.670669</w:t>
        <w:br/>
        <w:t>vt 0.657502 0.672767</w:t>
        <w:br/>
        <w:t>vt 0.657498 0.670584</w:t>
        <w:br/>
        <w:t>vt 0.657502 0.672767</w:t>
        <w:br/>
        <w:t>vt 0.657016 0.668836</w:t>
        <w:br/>
        <w:t>vt 0.657498 0.670584</w:t>
        <w:br/>
        <w:t>vt 0.663552 0.668336</w:t>
        <w:br/>
        <w:t>vt 0.664082 0.670645</w:t>
        <w:br/>
        <w:t>vt 0.663494 0.675506</w:t>
        <w:br/>
        <w:t>vt 0.664114 0.673070</w:t>
        <w:br/>
        <w:t>vt 0.639002 0.668103</w:t>
        <w:br/>
        <w:t>vt 0.638733 0.674765</w:t>
        <w:br/>
        <w:t>vt 0.641982 0.677284</w:t>
        <w:br/>
        <w:t>vt 0.656906 0.674599</w:t>
        <w:br/>
        <w:t>vt 0.657502 0.672767</w:t>
        <w:br/>
        <w:t>vt 0.657016 0.668836</w:t>
        <w:br/>
        <w:t>vt 0.641130 0.663287</w:t>
        <w:br/>
        <w:t>vt 0.641849 0.665647</w:t>
        <w:br/>
        <w:t>vt 0.657498 0.670584</w:t>
        <w:br/>
        <w:t>vt 0.636842 0.675767</w:t>
        <w:br/>
        <w:t>vt 0.638733 0.674765</w:t>
        <w:br/>
        <w:t>vt 0.641849 0.665647</w:t>
        <w:br/>
        <w:t>vt 0.641982 0.677284</w:t>
        <w:br/>
        <w:t>vt 0.551070 0.670792</w:t>
        <w:br/>
        <w:t>vt 0.545205 0.668443</w:t>
        <w:br/>
        <w:t>vt 0.543860 0.674626</w:t>
        <w:br/>
        <w:t>vt 0.556289 0.674654</w:t>
        <w:br/>
        <w:t>vt 0.545132 0.681152</w:t>
        <w:br/>
        <w:t>vt 0.551443 0.678200</w:t>
        <w:br/>
        <w:t>vt 0.539660 0.682366</w:t>
        <w:br/>
        <w:t>vt 0.527247 0.674212</w:t>
        <w:br/>
        <w:t>vt 0.549675 0.660473</w:t>
        <w:br/>
        <w:t>vt 0.538997 0.666239</w:t>
        <w:br/>
        <w:t>vt 0.547388 0.667535</w:t>
        <w:br/>
        <w:t>vt 0.525313 0.674210</w:t>
        <w:br/>
        <w:t>vt 0.527247 0.674212</w:t>
        <w:br/>
        <w:t>vt 0.547636 0.686098</w:t>
        <w:br/>
        <w:t>vt 0.749409 0.389126</w:t>
        <w:br/>
        <w:t>vt 0.745071 0.390103</w:t>
        <w:br/>
        <w:t>vt 0.754045 0.408815</w:t>
        <w:br/>
        <w:t>vt 0.757585 0.407629</w:t>
        <w:br/>
        <w:t>vt 0.638884 0.164608</w:t>
        <w:br/>
        <w:t>vt 0.634344 0.164470</w:t>
        <w:br/>
        <w:t>vt 0.636524 0.141596</w:t>
        <w:br/>
        <w:t>vt 0.639875 0.139692</w:t>
        <w:br/>
        <w:t>vt 0.637460 0.139613</w:t>
        <w:br/>
        <w:t>vt 0.740559 0.370474</w:t>
        <w:br/>
        <w:t>vt 0.736856 0.371684</w:t>
        <w:br/>
        <w:t>vt 0.677438 0.375877</w:t>
        <w:br/>
        <w:t>vt 0.673692 0.371828</w:t>
        <w:br/>
        <w:t>vt 0.666682 0.393611</w:t>
        <w:br/>
        <w:t>vt 0.669414 0.395751</w:t>
        <w:br/>
        <w:t>vt 0.636947 0.323358</w:t>
        <w:br/>
        <w:t>vt 0.634460 0.325332</w:t>
        <w:br/>
        <w:t>vt 0.635980 0.308227</w:t>
        <w:br/>
        <w:t>vt 0.638159 0.308747</w:t>
        <w:br/>
        <w:t>vt 0.741372 0.368716</w:t>
        <w:br/>
        <w:t>vt 0.725547 0.352734</w:t>
        <w:br/>
        <w:t>vt 0.723756 0.357057</w:t>
        <w:br/>
        <w:t>vt 0.730613 0.363008</w:t>
        <w:br/>
        <w:t>vt 0.734172 0.359789</w:t>
        <w:br/>
        <w:t>vt 0.716090 0.353231</w:t>
        <w:br/>
        <w:t>vt 0.718454 0.348550</w:t>
        <w:br/>
        <w:t>vt 0.707787 0.347125</w:t>
        <w:br/>
        <w:t>vt 0.708531 0.352056</w:t>
        <w:br/>
        <w:t>vt 0.698368 0.349953</w:t>
        <w:br/>
        <w:t>vt 0.700144 0.352766</w:t>
        <w:br/>
        <w:t>vt 0.690937 0.354945</w:t>
        <w:br/>
        <w:t>vt 0.691748 0.357322</w:t>
        <w:br/>
        <w:t>vt 0.681092 0.362702</w:t>
        <w:br/>
        <w:t>vt 0.683880 0.365804</w:t>
        <w:br/>
        <w:t>vt 0.673692 0.371828</w:t>
        <w:br/>
        <w:t>vt 0.678147 0.374950</w:t>
        <w:br/>
        <w:t>vt 0.675409 0.371123</w:t>
        <w:br/>
        <w:t>vt 0.675409 0.371123</w:t>
        <w:br/>
        <w:t>vt 0.638535 0.174241</w:t>
        <w:br/>
        <w:t>vt 0.633629 0.180358</w:t>
        <w:br/>
        <w:t>vt 0.638462 0.183948</w:t>
        <w:br/>
        <w:t>vt 0.634146 0.186606</w:t>
        <w:br/>
        <w:t>vt 0.635451 0.208827</w:t>
        <w:br/>
        <w:t>vt 0.634752 0.202264</w:t>
        <w:br/>
        <w:t>vt 0.638151 0.203894</w:t>
        <w:br/>
        <w:t>vt 0.639226 0.211475</w:t>
        <w:br/>
        <w:t>vt 0.631371 0.254358</w:t>
        <w:br/>
        <w:t>vt 0.638401 0.262313</w:t>
        <w:br/>
        <w:t>vt 0.632286 0.272143</w:t>
        <w:br/>
        <w:t>vt 0.631950 0.247053</w:t>
        <w:br/>
        <w:t>vt 0.638251 0.252629</w:t>
        <w:br/>
        <w:t>vt 0.639590 0.225645</w:t>
        <w:br/>
        <w:t>vt 0.633777 0.227782</w:t>
        <w:br/>
        <w:t>vt 0.638059 0.232825</w:t>
        <w:br/>
        <w:t>vt 0.633383 0.232045</w:t>
        <w:br/>
        <w:t>vt 0.639809 0.292894</w:t>
        <w:br/>
        <w:t>vt 0.637468 0.292205</w:t>
        <w:br/>
        <w:t>vt 0.636452 0.291491</w:t>
        <w:br/>
        <w:t>vt 0.730613 0.363008</w:t>
        <w:br/>
        <w:t>vt 0.723756 0.357057</w:t>
        <w:br/>
        <w:t>vt 0.720744 0.364705</w:t>
        <w:br/>
        <w:t>vt 0.726239 0.369207</w:t>
        <w:br/>
        <w:t>vt 0.716090 0.353231</w:t>
        <w:br/>
        <w:t>vt 0.714571 0.362373</w:t>
        <w:br/>
        <w:t>vt 0.708531 0.352056</w:t>
        <w:br/>
        <w:t>vt 0.708278 0.361032</w:t>
        <w:br/>
        <w:t>vt 0.700144 0.352766</w:t>
        <w:br/>
        <w:t>vt 0.701158 0.361555</w:t>
        <w:br/>
        <w:t>vt 0.691748 0.357322</w:t>
        <w:br/>
        <w:t>vt 0.693518 0.364773</w:t>
        <w:br/>
        <w:t>vt 0.683880 0.365804</w:t>
        <w:br/>
        <w:t>vt 0.687813 0.370743</w:t>
        <w:br/>
        <w:t>vt 0.678147 0.374950</w:t>
        <w:br/>
        <w:t>vt 0.682356 0.380109</w:t>
        <w:br/>
        <w:t>vt 0.669414 0.395751</w:t>
        <w:br/>
        <w:t>vt 0.675078 0.398857</w:t>
        <w:br/>
        <w:t>vt 0.677438 0.375877</w:t>
        <w:br/>
        <w:t>vt 0.686317 0.381638</w:t>
        <w:br/>
        <w:t>vt 0.689344 0.372876</w:t>
        <w:br/>
        <w:t>vt 0.677490 0.400295</w:t>
        <w:br/>
        <w:t>vt 0.692323 0.385527</w:t>
        <w:br/>
        <w:t>vt 0.695402 0.382034</w:t>
        <w:br/>
        <w:t>vt 0.678811 0.404183</w:t>
        <w:br/>
        <w:t>vt 0.731383 0.376243</w:t>
        <w:br/>
        <w:t>vt 0.741030 0.394296</w:t>
        <w:br/>
        <w:t>vt 0.745071 0.390103</w:t>
        <w:br/>
        <w:t>vt 0.736856 0.371684</w:t>
        <w:br/>
        <w:t>vt 0.723988 0.384644</w:t>
        <w:br/>
        <w:t>vt 0.738264 0.403517</w:t>
        <w:br/>
        <w:t>vt 0.738493 0.398310</w:t>
        <w:br/>
        <w:t>vt 0.728027 0.382135</w:t>
        <w:br/>
        <w:t>vt 0.724092 0.370679</w:t>
        <w:br/>
        <w:t>vt 0.728831 0.376965</w:t>
        <w:br/>
        <w:t>vt 0.719322 0.366474</w:t>
        <w:br/>
        <w:t>vt 0.714032 0.364079</w:t>
        <w:br/>
        <w:t>vt 0.708362 0.363542</w:t>
        <w:br/>
        <w:t>vt 0.701819 0.363731</w:t>
        <w:br/>
        <w:t>vt 0.694986 0.367244</w:t>
        <w:br/>
        <w:t>vt 0.728027 0.382135</w:t>
        <w:br/>
        <w:t>vt 0.731383 0.376243</w:t>
        <w:br/>
        <w:t>vt 0.723988 0.384644</w:t>
        <w:br/>
        <w:t>vt 0.720211 0.382048</w:t>
        <w:br/>
        <w:t>vt 0.715409 0.380276</w:t>
        <w:br/>
        <w:t>vt 0.711557 0.379051</w:t>
        <w:br/>
        <w:t>vt 0.707772 0.378715</w:t>
        <w:br/>
        <w:t>vt 0.703276 0.378858</w:t>
        <w:br/>
        <w:t>vt 0.699484 0.380462</w:t>
        <w:br/>
        <w:t>vt 0.717294 0.384852</w:t>
        <w:br/>
        <w:t>vt 0.711833 0.382619</w:t>
        <w:br/>
        <w:t>vt 0.707926 0.382232</w:t>
        <w:br/>
        <w:t>vt 0.703097 0.382673</w:t>
        <w:br/>
        <w:t>vt 0.698271 0.384635</w:t>
        <w:br/>
        <w:t>vt 0.693320 0.388350</w:t>
        <w:br/>
        <w:t>vt 0.722346 0.387339</w:t>
        <w:br/>
        <w:t>vt 0.735751 0.403126</w:t>
        <w:br/>
        <w:t>vt 0.681517 0.404330</w:t>
        <w:br/>
        <w:t>vt 0.724249 0.410398</w:t>
        <w:br/>
        <w:t>vt 0.717856 0.414034</w:t>
        <w:br/>
        <w:t>vt 0.708608 0.417063</w:t>
        <w:br/>
        <w:t>vt 0.712265 0.416283</w:t>
        <w:br/>
        <w:t>vt 0.703922 0.416708</w:t>
        <w:br/>
        <w:t>vt 0.699486 0.415207</w:t>
        <w:br/>
        <w:t>vt 0.692902 0.411870</w:t>
        <w:br/>
        <w:t>vt 0.691754 0.412344</w:t>
        <w:br/>
        <w:t>vt 0.681517 0.404330</w:t>
        <w:br/>
        <w:t>vt 0.678811 0.404183</w:t>
        <w:br/>
        <w:t>vt 0.698008 0.416150</w:t>
        <w:br/>
        <w:t>vt 0.704347 0.418677</w:t>
        <w:br/>
        <w:t>vt 0.708517 0.419129</w:t>
        <w:br/>
        <w:t>vt 0.712595 0.418097</w:t>
        <w:br/>
        <w:t>vt 0.718404 0.415166</w:t>
        <w:br/>
        <w:t>vt 0.724564 0.411183</w:t>
        <w:br/>
        <w:t>vt 0.738264 0.403517</w:t>
        <w:br/>
        <w:t>vt 0.670494 0.407976</w:t>
        <w:br/>
        <w:t>vt 0.674921 0.400245</w:t>
        <w:br/>
        <w:t>vt 0.669002 0.397498</w:t>
        <w:br/>
        <w:t>vt 0.674361 0.406153</w:t>
        <w:br/>
        <w:t>vt 0.671388 0.410403</w:t>
        <w:br/>
        <w:t>vt 0.727767 0.414896</w:t>
        <w:br/>
        <w:t>vt 0.740600 0.406674</w:t>
        <w:br/>
        <w:t>vt 0.720507 0.419799</w:t>
        <w:br/>
        <w:t>vt 0.714503 0.422833</w:t>
        <w:br/>
        <w:t>vt 0.709023 0.424739</w:t>
        <w:br/>
        <w:t>vt 0.703913 0.424014</w:t>
        <w:br/>
        <w:t>vt 0.697834 0.421134</w:t>
        <w:br/>
        <w:t>vt 0.688382 0.415572</w:t>
        <w:br/>
        <w:t>vt 0.675848 0.408810</w:t>
        <w:br/>
        <w:t>vt 0.669002 0.397498</w:t>
        <w:br/>
        <w:t>vt 0.741576 0.412516</w:t>
        <w:br/>
        <w:t>vt 0.740987 0.408486</w:t>
        <w:br/>
        <w:t>vt 0.729808 0.416220</w:t>
        <w:br/>
        <w:t>vt 0.720507 0.419799</w:t>
        <w:br/>
        <w:t>vt 0.720793 0.421608</w:t>
        <w:br/>
        <w:t>vt 0.714620 0.424863</w:t>
        <w:br/>
        <w:t>vt 0.709023 0.424739</w:t>
        <w:br/>
        <w:t>vt 0.709390 0.426258</w:t>
        <w:br/>
        <w:t>vt 0.703913 0.424014</w:t>
        <w:br/>
        <w:t>vt 0.703266 0.425457</w:t>
        <w:br/>
        <w:t>vt 0.697866 0.423294</w:t>
        <w:br/>
        <w:t>vt 0.687320 0.417163</w:t>
        <w:br/>
        <w:t>vt 0.675779 0.410168</w:t>
        <w:br/>
        <w:t>vt 0.749523 0.413494</w:t>
        <w:br/>
        <w:t>vt 0.754045 0.408815</w:t>
        <w:br/>
        <w:t>vt 0.745571 0.407794</w:t>
        <w:br/>
        <w:t>vt 0.728974 0.421874</w:t>
        <w:br/>
        <w:t>vt 0.737531 0.421677</w:t>
        <w:br/>
        <w:t>vt 0.674742 0.413284</w:t>
        <w:br/>
        <w:t>vt 0.680055 0.423183</w:t>
        <w:br/>
        <w:t>vt 0.688375 0.422818</w:t>
        <w:br/>
        <w:t>vt 0.683419 0.446634</w:t>
        <w:br/>
        <w:t>vt 0.690507 0.446747</w:t>
        <w:br/>
        <w:t>vt 0.698224 0.446749</w:t>
        <w:br/>
        <w:t>vt 0.727586 0.446455</w:t>
        <w:br/>
        <w:t>vt 0.733633 0.446245</w:t>
        <w:br/>
        <w:t>vt 0.721085 0.446497</w:t>
        <w:br/>
        <w:t>vt 0.714460 0.446485</w:t>
        <w:br/>
        <w:t>vt 0.703266 0.425457</w:t>
        <w:br/>
        <w:t>vt 0.704199 0.446627</w:t>
        <w:br/>
        <w:t>vt 0.709390 0.426258</w:t>
        <w:br/>
        <w:t>vt 0.710157 0.446426</w:t>
        <w:br/>
        <w:t>vt 0.644068 0.310392</w:t>
        <w:br/>
        <w:t>vt 0.644068 0.316521</w:t>
        <w:br/>
        <w:t>vt 0.641881 0.318503</w:t>
        <w:br/>
        <w:t>vt 0.636947 0.323358</w:t>
        <w:br/>
        <w:t>vt 0.638159 0.308747</w:t>
        <w:br/>
        <w:t>vt 0.728723 0.449896</w:t>
        <w:br/>
        <w:t>vt 0.736467 0.449952</w:t>
        <w:br/>
        <w:t>vt 0.721929 0.449898</w:t>
        <w:br/>
        <w:t>vt 0.715725 0.449828</w:t>
        <w:br/>
        <w:t>vt 0.710438 0.449943</w:t>
        <w:br/>
        <w:t>vt 0.704623 0.449814</w:t>
        <w:br/>
        <w:t>vt 0.698008 0.449916</w:t>
        <w:br/>
        <w:t>vt 0.689317 0.449935</w:t>
        <w:br/>
        <w:t>vt 0.681076 0.449890</w:t>
        <w:br/>
        <w:t>vt 0.688990 0.454721</w:t>
        <w:br/>
        <w:t>vt 0.681082 0.454721</w:t>
        <w:br/>
        <w:t>vt 0.697550 0.454721</w:t>
        <w:br/>
        <w:t>vt 0.704216 0.454721</w:t>
        <w:br/>
        <w:t>vt 0.710223 0.454721</w:t>
        <w:br/>
        <w:t>vt 0.716059 0.454721</w:t>
        <w:br/>
        <w:t>vt 0.722052 0.454721</w:t>
        <w:br/>
        <w:t>vt 0.729158 0.454721</w:t>
        <w:br/>
        <w:t>vt 0.736498 0.454721</w:t>
        <w:br/>
        <w:t>vt 0.226646 0.033122</w:t>
        <w:br/>
        <w:t>vt 0.243035 0.025072</w:t>
        <w:br/>
        <w:t>vt 0.240372 0.024464</w:t>
        <w:br/>
        <w:t>vt 0.227273 0.031174</w:t>
        <w:br/>
        <w:t>vt 0.231533 0.010801</w:t>
        <w:br/>
        <w:t>vt 0.221439 0.015875</w:t>
        <w:br/>
        <w:t>vt 0.226301 0.026163</w:t>
        <w:br/>
        <w:t>vt 0.237336 0.021070</w:t>
        <w:br/>
        <w:t>vt 0.232019 0.008628</w:t>
        <w:br/>
        <w:t>vt 0.219745 0.014960</w:t>
        <w:br/>
        <w:t>vt 0.231399 0.006528</w:t>
        <w:br/>
        <w:t>vt 0.218200 0.013335</w:t>
        <w:br/>
        <w:t>vt 0.638081 0.242702</w:t>
        <w:br/>
        <w:t>vt 0.633105 0.237823</w:t>
        <w:br/>
        <w:t>vt 0.635870 0.193299</w:t>
        <w:br/>
        <w:t>vt 0.638110 0.193891</w:t>
        <w:br/>
        <w:t>vt 0.644068 0.211948</w:t>
        <w:br/>
        <w:t>vt 0.644068 0.225341</w:t>
        <w:br/>
        <w:t>vt 0.639590 0.225645</w:t>
        <w:br/>
        <w:t>vt 0.639226 0.211475</w:t>
        <w:br/>
        <w:t>vt 0.644068 0.233274</w:t>
        <w:br/>
        <w:t>vt 0.638059 0.232825</w:t>
        <w:br/>
        <w:t>vt 0.638081 0.242702</w:t>
        <w:br/>
        <w:t>vt 0.644068 0.243431</w:t>
        <w:br/>
        <w:t>vt 0.638401 0.262313</w:t>
        <w:br/>
        <w:t>vt 0.638251 0.252629</w:t>
        <w:br/>
        <w:t>vt 0.644068 0.253659</w:t>
        <w:br/>
        <w:t>vt 0.644068 0.263507</w:t>
        <w:br/>
        <w:t>vt 0.639082 0.271406</w:t>
        <w:br/>
        <w:t>vt 0.644068 0.269986</w:t>
        <w:br/>
        <w:t>vt 0.644068 0.294620</w:t>
        <w:br/>
        <w:t>vt 0.639809 0.292894</w:t>
        <w:br/>
        <w:t>vt 0.638884 0.164608</w:t>
        <w:br/>
        <w:t>vt 0.639875 0.139692</w:t>
        <w:br/>
        <w:t>vt 0.644068 0.141657</w:t>
        <w:br/>
        <w:t>vt 0.644068 0.165761</w:t>
        <w:br/>
        <w:t>vt 0.644068 0.172796</w:t>
        <w:br/>
        <w:t>vt 0.638535 0.174241</w:t>
        <w:br/>
        <w:t>vt 0.644068 0.182947</w:t>
        <w:br/>
        <w:t>vt 0.638462 0.183948</w:t>
        <w:br/>
        <w:t>vt 0.644068 0.203680</w:t>
        <w:br/>
        <w:t>vt 0.638151 0.203894</w:t>
        <w:br/>
        <w:t>vt 0.638110 0.193891</w:t>
        <w:br/>
        <w:t>vt 0.644068 0.193352</w:t>
        <w:br/>
        <w:t>vt 0.226646 0.033122</w:t>
        <w:br/>
        <w:t>vt 0.227149 0.036547</w:t>
        <w:br/>
        <w:t>vt 0.246194 0.030059</w:t>
        <w:br/>
        <w:t>vt 0.243035 0.025072</w:t>
        <w:br/>
        <w:t>vt 0.259396 0.047748</w:t>
        <w:br/>
        <w:t>vt 0.250266 0.035480</w:t>
        <w:br/>
        <w:t>vt 0.229756 0.045031</w:t>
        <w:br/>
        <w:t>vt 0.231803 0.060495</w:t>
        <w:br/>
        <w:t>vt 0.261641 0.053499</w:t>
        <w:br/>
        <w:t>vt 0.234368 0.065786</w:t>
        <w:br/>
        <w:t>vt 0.236981 0.071066</w:t>
        <w:br/>
        <w:t>vt 0.263838 0.059282</w:t>
        <w:br/>
        <w:t>vt 0.240523 0.075746</w:t>
        <w:br/>
        <w:t>vt 0.244756 0.079953</w:t>
        <w:br/>
        <w:t>vt 0.262308 0.071663</w:t>
        <w:br/>
        <w:t>vt 0.264055 0.065537</w:t>
        <w:br/>
        <w:t>vt 0.250427 0.082021</w:t>
        <w:br/>
        <w:t>vt 0.259891 0.077599</w:t>
        <w:br/>
        <w:t>vt 0.706345 0.538941</w:t>
        <w:br/>
        <w:t>vt 0.701368 0.539221</w:t>
        <w:br/>
        <w:t>vt 0.700820 0.558231</w:t>
        <w:br/>
        <w:t>vt 0.706210 0.558845</w:t>
        <w:br/>
        <w:t>vt 0.693369 0.543753</w:t>
        <w:br/>
        <w:t>vt 0.692446 0.552061</w:t>
        <w:br/>
        <w:t>vt 0.695107 0.556107</w:t>
        <w:br/>
        <w:t>vt 0.696429 0.540563</w:t>
        <w:br/>
        <w:t>vt 0.691854 0.547763</w:t>
        <w:br/>
        <w:t>vt 0.639082 0.271406</w:t>
        <w:br/>
        <w:t>vt 0.629155 0.189172</w:t>
        <w:br/>
        <w:t>vt 0.632766 0.194997</w:t>
        <w:br/>
        <w:t>vt 0.631760 0.194825</w:t>
        <w:br/>
        <w:t>vt 0.628179 0.220908</w:t>
        <w:br/>
        <w:t>vt 0.630939 0.221501</w:t>
        <w:br/>
        <w:t>vt 0.629231 0.221571</w:t>
        <w:br/>
        <w:t>vt 0.624455 0.199639</w:t>
        <w:br/>
        <w:t>vt 0.626727 0.200958</w:t>
        <w:br/>
        <w:t>vt 0.628206 0.204002</w:t>
        <w:br/>
        <w:t>vt 0.622439 0.212832</w:t>
        <w:br/>
        <w:t>vt 0.625642 0.212919</w:t>
        <w:br/>
        <w:t>vt 0.627477 0.214914</w:t>
        <w:br/>
        <w:t>vt 0.629712 0.203214</w:t>
        <w:br/>
        <w:t>vt 0.630735 0.208445</w:t>
        <w:br/>
        <w:t>vt 0.632425 0.228875</w:t>
        <w:br/>
        <w:t>vt 0.634579 0.194730</w:t>
        <w:br/>
        <w:t>vt 0.628305 0.222901</w:t>
        <w:br/>
        <w:t>vt 0.629332 0.222499</w:t>
        <w:br/>
        <w:t>vt 0.631222 0.224066</w:t>
        <w:br/>
        <w:t>vt 0.629740 0.213501</w:t>
        <w:br/>
        <w:t>vt 0.631330 0.216635</w:t>
        <w:br/>
        <w:t>vt 0.633021 0.199526</w:t>
        <w:br/>
        <w:t>vt 0.631437 0.201805</w:t>
        <w:br/>
        <w:t>vt 0.629231 0.221571</w:t>
        <w:br/>
        <w:t>vt 0.631763 0.225518</w:t>
        <w:br/>
        <w:t>vt 0.631292 0.218642</w:t>
        <w:br/>
        <w:t>vt 0.630339 0.211100</w:t>
        <w:br/>
        <w:t>vt 0.673252 0.673954</w:t>
        <w:br/>
        <w:t>vt 0.673578 0.669660</w:t>
        <w:br/>
        <w:t>vt 0.547636 0.686098</w:t>
        <w:br/>
        <w:t>vt 0.549297 0.688158</w:t>
        <w:br/>
        <w:t>vt 0.547793 0.682324</w:t>
        <w:br/>
        <w:t>vt 0.545132 0.681152</w:t>
        <w:br/>
        <w:t>vt 0.763179 0.427062</w:t>
        <w:br/>
        <w:t>vt 0.766810 0.425305</w:t>
        <w:br/>
        <w:t>vt 0.759396 0.431737</w:t>
        <w:br/>
        <w:t>vt 0.763179 0.427062</w:t>
        <w:br/>
        <w:t>vt 0.552631 0.680283</w:t>
        <w:br/>
        <w:t>vt 0.558821 0.674615</w:t>
        <w:br/>
        <w:t>vt 0.556289 0.674654</w:t>
        <w:br/>
        <w:t>vt 0.547793 0.682324</w:t>
        <w:br/>
        <w:t>vt 0.556289 0.674654</w:t>
        <w:br/>
        <w:t>vt 0.558821 0.674615</w:t>
        <w:br/>
        <w:t>vt 0.091759 0.265890</w:t>
        <w:br/>
        <w:t>vt 0.091759 0.260327</w:t>
        <w:br/>
        <w:t>vt 0.087279 0.260524</w:t>
        <w:br/>
        <w:t>vt 0.087279 0.266095</w:t>
        <w:br/>
        <w:t>vt 0.087279 0.254844</w:t>
        <w:br/>
        <w:t>vt 0.091759 0.254738</w:t>
        <w:br/>
        <w:t>vt 0.087279 0.249039</w:t>
        <w:br/>
        <w:t>vt 0.091759 0.249080</w:t>
        <w:br/>
        <w:t>vt 0.091759 0.243315</w:t>
        <w:br/>
        <w:t>vt 0.087279 0.243152</w:t>
        <w:br/>
        <w:t>vt 0.091759 0.237461</w:t>
        <w:br/>
        <w:t>vt 0.087279 0.237243</w:t>
        <w:br/>
        <w:t>vt 0.091759 0.231611</w:t>
        <w:br/>
        <w:t>vt 0.087279 0.231356</w:t>
        <w:br/>
        <w:t>vt 0.091759 0.282851</w:t>
        <w:br/>
        <w:t>vt 0.087279 0.282765</w:t>
        <w:br/>
        <w:t>vt 0.087279 0.288536</w:t>
        <w:br/>
        <w:t>vt 0.091759 0.288647</w:t>
        <w:br/>
        <w:t>vt 0.087279 0.271602</w:t>
        <w:br/>
        <w:t>vt 0.091759 0.271475</w:t>
        <w:br/>
        <w:t>vt 0.087279 0.277134</w:t>
        <w:br/>
        <w:t>vt 0.091759 0.277116</w:t>
        <w:br/>
        <w:t>vt 0.656815 0.024855</w:t>
        <w:br/>
        <w:t>vt 0.660592 0.019340</w:t>
        <w:br/>
        <w:t>vt 0.650505 0.027140</w:t>
        <w:br/>
        <w:t>vt 0.644026 0.025264</w:t>
        <w:br/>
        <w:t>vt 0.639894 0.019903</w:t>
        <w:br/>
        <w:t>vt 0.639723 0.013128</w:t>
        <w:br/>
        <w:t>vt 0.643569 0.007551</w:t>
        <w:br/>
        <w:t>vt 0.649959 0.005315</w:t>
        <w:br/>
        <w:t>vt 0.656419 0.007280</w:t>
        <w:br/>
        <w:t>vt 0.660457 0.012652</w:t>
        <w:br/>
        <w:t>vt 0.646288 0.087465</w:t>
        <w:br/>
        <w:t>vt 0.645795 0.081123</w:t>
        <w:br/>
        <w:t>vt 0.642989 0.092900</w:t>
        <w:br/>
        <w:t>vt 0.637126 0.095367</w:t>
        <w:br/>
        <w:t>vt 0.630936 0.093891</w:t>
        <w:br/>
        <w:t>vt 0.626810 0.089041</w:t>
        <w:br/>
        <w:t>vt 0.626313 0.082686</w:t>
        <w:br/>
        <w:t>vt 0.629623 0.077241</w:t>
        <w:br/>
        <w:t>vt 0.635497 0.074783</w:t>
        <w:br/>
        <w:t>vt 0.641683 0.076271</w:t>
        <w:br/>
        <w:t>vt 0.478253 0.422558</w:t>
        <w:br/>
        <w:t>vt 0.497674 0.394804</w:t>
        <w:br/>
        <w:t>vt 0.497643 0.392023</w:t>
        <w:br/>
        <w:t>vt 0.475173 0.422926</w:t>
        <w:br/>
        <w:t>vt 0.475173 0.422926</w:t>
        <w:br/>
        <w:t>vt 0.498069 0.451691</w:t>
        <w:br/>
        <w:t>vt 0.498020 0.449050</w:t>
        <w:br/>
        <w:t>vt 0.478253 0.422558</w:t>
        <w:br/>
        <w:t>vt 0.520799 0.421778</w:t>
        <w:br/>
        <w:t>vt 0.517669 0.421444</w:t>
        <w:br/>
        <w:t>vt 0.498020 0.449050</w:t>
        <w:br/>
        <w:t>vt 0.498069 0.451691</w:t>
        <w:br/>
        <w:t>vt 0.478253 0.422558</w:t>
        <w:br/>
        <w:t>vt 0.497725 0.421380</w:t>
        <w:br/>
        <w:t>vt 0.497674 0.394804</w:t>
        <w:br/>
        <w:t>vt 0.497725 0.421380</w:t>
        <w:br/>
        <w:t>vt 0.517669 0.421444</w:t>
        <w:br/>
        <w:t>vt 0.497674 0.394804</w:t>
        <w:br/>
        <w:t>vt 0.497643 0.392023</w:t>
        <w:br/>
        <w:t>vt 0.520799 0.421778</w:t>
        <w:br/>
        <w:t>vt 0.504668 0.759745</w:t>
        <w:br/>
        <w:t>vt 0.501683 0.759745</w:t>
        <w:br/>
        <w:t>vt 0.501684 0.769072</w:t>
        <w:br/>
        <w:t>vt 0.504668 0.769072</w:t>
        <w:br/>
        <w:t>vt 0.504668 0.750420</w:t>
        <w:br/>
        <w:t>vt 0.501683 0.750420</w:t>
        <w:br/>
        <w:t>vt 0.504668 0.741092</w:t>
        <w:br/>
        <w:t>vt 0.501684 0.741092</w:t>
        <w:br/>
        <w:t>vt 0.504668 0.731766</w:t>
        <w:br/>
        <w:t>vt 0.501684 0.731765</w:t>
        <w:br/>
        <w:t>vt 0.504668 0.722439</w:t>
        <w:br/>
        <w:t>vt 0.501684 0.722439</w:t>
        <w:br/>
        <w:t>vt 0.504668 0.713112</w:t>
        <w:br/>
        <w:t>vt 0.501684 0.713112</w:t>
        <w:br/>
        <w:t>vt 0.504668 0.703785</w:t>
        <w:br/>
        <w:t>vt 0.501684 0.703784</w:t>
        <w:br/>
        <w:t>vt 0.504668 0.694458</w:t>
        <w:br/>
        <w:t>vt 0.501684 0.694457</w:t>
        <w:br/>
        <w:t>vt 0.504668 0.685131</w:t>
        <w:br/>
        <w:t>vt 0.501684 0.685131</w:t>
        <w:br/>
        <w:t>vt 0.504668 0.675806</w:t>
        <w:br/>
        <w:t>vt 0.501684 0.675806</w:t>
        <w:br/>
        <w:t>vt 0.504668 0.666488</w:t>
        <w:br/>
        <w:t>vt 0.501687 0.666485</w:t>
        <w:br/>
        <w:t>vt 0.504668 0.657212</w:t>
        <w:br/>
        <w:t>vt 0.501709 0.657197</w:t>
        <w:br/>
        <w:t>vt 0.504668 0.647767</w:t>
        <w:br/>
        <w:t>vt 0.501895 0.647767</w:t>
        <w:br/>
        <w:t>vt 0.504668 0.834635</w:t>
        <w:br/>
        <w:t>vt 0.504668 0.825201</w:t>
        <w:br/>
        <w:t>vt 0.501710 0.825216</w:t>
        <w:br/>
        <w:t>vt 0.501898 0.834635</w:t>
        <w:br/>
        <w:t>vt 0.504668 0.815934</w:t>
        <w:br/>
        <w:t>vt 0.501692 0.815934</w:t>
        <w:br/>
        <w:t>vt 0.504668 0.806872</w:t>
        <w:br/>
        <w:t>vt 0.501698 0.806876</w:t>
        <w:br/>
        <w:t>vt 0.504668 0.799698</w:t>
        <w:br/>
        <w:t>vt 0.504668 0.795775</w:t>
        <w:br/>
        <w:t>vt 0.501675 0.795753</w:t>
        <w:br/>
        <w:t>vt 0.501686 0.799722</w:t>
        <w:br/>
        <w:t>vt 0.504668 0.787684</w:t>
        <w:br/>
        <w:t>vt 0.501699 0.787683</w:t>
        <w:br/>
        <w:t>vt 0.504668 0.778394</w:t>
        <w:br/>
        <w:t>vt 0.501685 0.778396</w:t>
        <w:br/>
        <w:t>vt 0.498898 0.759745</w:t>
        <w:br/>
        <w:t>vt 0.498898 0.769072</w:t>
        <w:br/>
        <w:t>vt 0.501684 0.769072</w:t>
        <w:br/>
        <w:t>vt 0.501683 0.759745</w:t>
        <w:br/>
        <w:t>vt 0.498898 0.750420</w:t>
        <w:br/>
        <w:t>vt 0.501683 0.750420</w:t>
        <w:br/>
        <w:t>vt 0.498898 0.741092</w:t>
        <w:br/>
        <w:t>vt 0.501684 0.741092</w:t>
        <w:br/>
        <w:t>vt 0.501684 0.731765</w:t>
        <w:br/>
        <w:t>vt 0.498898 0.731766</w:t>
        <w:br/>
        <w:t>vt 0.498898 0.722439</w:t>
        <w:br/>
        <w:t>vt 0.501684 0.722439</w:t>
        <w:br/>
        <w:t>vt 0.498898 0.713112</w:t>
        <w:br/>
        <w:t>vt 0.501684 0.713112</w:t>
        <w:br/>
        <w:t>vt 0.498898 0.703785</w:t>
        <w:br/>
        <w:t>vt 0.501684 0.703784</w:t>
        <w:br/>
        <w:t>vt 0.501684 0.694457</w:t>
        <w:br/>
        <w:t>vt 0.498899 0.694458</w:t>
        <w:br/>
        <w:t>vt 0.498899 0.685131</w:t>
        <w:br/>
        <w:t>vt 0.501684 0.685131</w:t>
        <w:br/>
        <w:t>vt 0.501684 0.675806</w:t>
        <w:br/>
        <w:t>vt 0.498899 0.675805</w:t>
        <w:br/>
        <w:t>vt 0.501687 0.666485</w:t>
        <w:br/>
        <w:t>vt 0.498902 0.666481</w:t>
        <w:br/>
        <w:t>vt 0.501709 0.657197</w:t>
        <w:br/>
        <w:t>vt 0.498929 0.657154</w:t>
        <w:br/>
        <w:t>vt 0.501895 0.647767</w:t>
        <w:br/>
        <w:t>vt 0.499164 0.647767</w:t>
        <w:br/>
        <w:t>vt 0.499156 0.834635</w:t>
        <w:br/>
        <w:t>vt 0.501898 0.834635</w:t>
        <w:br/>
        <w:t>vt 0.501710 0.825216</w:t>
        <w:br/>
        <w:t>vt 0.498930 0.825255</w:t>
        <w:br/>
        <w:t>vt 0.501692 0.815934</w:t>
        <w:br/>
        <w:t>vt 0.498907 0.815917</w:t>
        <w:br/>
        <w:t>vt 0.501698 0.806876</w:t>
        <w:br/>
        <w:t>vt 0.498908 0.806766</w:t>
        <w:br/>
        <w:t>vt 0.501675 0.795753</w:t>
        <w:br/>
        <w:t>vt 0.498869 0.795900</w:t>
        <w:br/>
        <w:t>vt 0.498882 0.799614</w:t>
        <w:br/>
        <w:t>vt 0.501686 0.799722</w:t>
        <w:br/>
        <w:t>vt 0.498913 0.787776</w:t>
        <w:br/>
        <w:t>vt 0.501699 0.787683</w:t>
        <w:br/>
        <w:t>vt 0.498900 0.778401</w:t>
        <w:br/>
        <w:t>vt 0.501685 0.778396</w:t>
        <w:br/>
        <w:t>vt 0.496249 0.759745</w:t>
        <w:br/>
        <w:t>vt 0.496249 0.769072</w:t>
        <w:br/>
        <w:t>vt 0.498898 0.769072</w:t>
        <w:br/>
        <w:t>vt 0.498898 0.759745</w:t>
        <w:br/>
        <w:t>vt 0.498898 0.750420</w:t>
        <w:br/>
        <w:t>vt 0.496249 0.750419</w:t>
        <w:br/>
        <w:t>vt 0.498898 0.741092</w:t>
        <w:br/>
        <w:t>vt 0.496249 0.741092</w:t>
        <w:br/>
        <w:t>vt 0.498898 0.731766</w:t>
        <w:br/>
        <w:t>vt 0.496249 0.731765</w:t>
        <w:br/>
        <w:t>vt 0.498898 0.722439</w:t>
        <w:br/>
        <w:t>vt 0.496250 0.722438</w:t>
        <w:br/>
        <w:t>vt 0.498898 0.713112</w:t>
        <w:br/>
        <w:t>vt 0.496249 0.713111</w:t>
        <w:br/>
        <w:t>vt 0.498898 0.703785</w:t>
        <w:br/>
        <w:t>vt 0.496249 0.703784</w:t>
        <w:br/>
        <w:t>vt 0.496250 0.694457</w:t>
        <w:br/>
        <w:t>vt 0.498899 0.694458</w:t>
        <w:br/>
        <w:t>vt 0.498899 0.685131</w:t>
        <w:br/>
        <w:t>vt 0.496250 0.685131</w:t>
        <w:br/>
        <w:t>vt 0.498899 0.675805</w:t>
        <w:br/>
        <w:t>vt 0.496250 0.675804</w:t>
        <w:br/>
        <w:t>vt 0.498902 0.666481</w:t>
        <w:br/>
        <w:t>vt 0.496253 0.666476</w:t>
        <w:br/>
        <w:t>vt 0.496270 0.657129</w:t>
        <w:br/>
        <w:t>vt 0.498929 0.657154</w:t>
        <w:br/>
        <w:t>vt 0.496355 0.647767</w:t>
        <w:br/>
        <w:t>vt 0.499164 0.647767</w:t>
        <w:br/>
        <w:t>vt 0.496270 0.825276</w:t>
        <w:br/>
        <w:t>vt 0.496338 0.834635</w:t>
        <w:br/>
        <w:t>vt 0.499156 0.834635</w:t>
        <w:br/>
        <w:t>vt 0.498930 0.825255</w:t>
        <w:br/>
        <w:t>vt 0.496256 0.815908</w:t>
        <w:br/>
        <w:t>vt 0.498907 0.815917</w:t>
        <w:br/>
        <w:t>vt 0.498908 0.806766</w:t>
        <w:br/>
        <w:t>vt 0.496253 0.806704</w:t>
        <w:br/>
        <w:t>vt 0.498869 0.795900</w:t>
        <w:br/>
        <w:t>vt 0.496245 0.795990</w:t>
        <w:br/>
        <w:t>vt 0.496248 0.799548</w:t>
        <w:br/>
        <w:t>vt 0.498882 0.799614</w:t>
        <w:br/>
        <w:t>vt 0.496254 0.787828</w:t>
        <w:br/>
        <w:t>vt 0.498913 0.787776</w:t>
        <w:br/>
        <w:t>vt 0.496250 0.778405</w:t>
        <w:br/>
        <w:t>vt 0.498900 0.778401</w:t>
        <w:br/>
        <w:t>vt 0.493600 0.759745</w:t>
        <w:br/>
        <w:t>vt 0.493600 0.769072</w:t>
        <w:br/>
        <w:t>vt 0.496249 0.769072</w:t>
        <w:br/>
        <w:t>vt 0.496249 0.759745</w:t>
        <w:br/>
        <w:t>vt 0.493600 0.750419</w:t>
        <w:br/>
        <w:t>vt 0.496249 0.750419</w:t>
        <w:br/>
        <w:t>vt 0.496249 0.741092</w:t>
        <w:br/>
        <w:t>vt 0.493600 0.741092</w:t>
        <w:br/>
        <w:t>vt 0.496249 0.731765</w:t>
        <w:br/>
        <w:t>vt 0.493600 0.731765</w:t>
        <w:br/>
        <w:t>vt 0.496250 0.722438</w:t>
        <w:br/>
        <w:t>vt 0.493600 0.722438</w:t>
        <w:br/>
        <w:t>vt 0.496249 0.713111</w:t>
        <w:br/>
        <w:t>vt 0.493600 0.713111</w:t>
        <w:br/>
        <w:t>vt 0.493600 0.703785</w:t>
        <w:br/>
        <w:t>vt 0.496249 0.703784</w:t>
        <w:br/>
        <w:t>vt 0.493600 0.694457</w:t>
        <w:br/>
        <w:t>vt 0.496250 0.694457</w:t>
        <w:br/>
        <w:t>vt 0.493600 0.685131</w:t>
        <w:br/>
        <w:t>vt 0.496250 0.685131</w:t>
        <w:br/>
        <w:t>vt 0.496250 0.675804</w:t>
        <w:br/>
        <w:t>vt 0.493600 0.675803</w:t>
        <w:br/>
        <w:t>vt 0.496253 0.666476</w:t>
        <w:br/>
        <w:t>vt 0.493602 0.666475</w:t>
        <w:br/>
        <w:t>vt 0.493608 0.657131</w:t>
        <w:br/>
        <w:t>vt 0.496270 0.657129</w:t>
        <w:br/>
        <w:t>vt 0.493541 0.647767</w:t>
        <w:br/>
        <w:t>vt 0.496355 0.647767</w:t>
        <w:br/>
        <w:t>vt 0.493608 0.825269</w:t>
        <w:br/>
        <w:t>vt 0.493529 0.834635</w:t>
        <w:br/>
        <w:t>vt 0.496338 0.834635</w:t>
        <w:br/>
        <w:t>vt 0.496270 0.825276</w:t>
        <w:br/>
        <w:t>vt 0.493602 0.815920</w:t>
        <w:br/>
        <w:t>vt 0.496256 0.815908</w:t>
        <w:br/>
        <w:t>vt 0.493601 0.806776</w:t>
        <w:br/>
        <w:t>vt 0.496253 0.806704</w:t>
        <w:br/>
        <w:t>vt 0.493621 0.795887</w:t>
        <w:br/>
        <w:t>vt 0.493613 0.799631</w:t>
        <w:br/>
        <w:t>vt 0.496248 0.799548</w:t>
        <w:br/>
        <w:t>vt 0.496245 0.795990</w:t>
        <w:br/>
        <w:t>vt 0.496254 0.787828</w:t>
        <w:br/>
        <w:t>vt 0.493597 0.787772</w:t>
        <w:br/>
        <w:t>vt 0.493600 0.778403</w:t>
        <w:br/>
        <w:t>vt 0.496250 0.778405</w:t>
        <w:br/>
        <w:t>vt 0.490814 0.769072</w:t>
        <w:br/>
        <w:t>vt 0.493600 0.769072</w:t>
        <w:br/>
        <w:t>vt 0.493600 0.759745</w:t>
        <w:br/>
        <w:t>vt 0.490814 0.759745</w:t>
        <w:br/>
        <w:t>vt 0.490814 0.750419</w:t>
        <w:br/>
        <w:t>vt 0.493600 0.750419</w:t>
        <w:br/>
        <w:t>vt 0.490814 0.741092</w:t>
        <w:br/>
        <w:t>vt 0.493600 0.741092</w:t>
        <w:br/>
        <w:t>vt 0.490814 0.731765</w:t>
        <w:br/>
        <w:t>vt 0.493600 0.731765</w:t>
        <w:br/>
        <w:t>vt 0.490814 0.722438</w:t>
        <w:br/>
        <w:t>vt 0.493600 0.722438</w:t>
        <w:br/>
        <w:t>vt 0.490814 0.713112</w:t>
        <w:br/>
        <w:t>vt 0.493600 0.713111</w:t>
        <w:br/>
        <w:t>vt 0.490814 0.703784</w:t>
        <w:br/>
        <w:t>vt 0.493600 0.703785</w:t>
        <w:br/>
        <w:t>vt 0.490814 0.694457</w:t>
        <w:br/>
        <w:t>vt 0.493600 0.694457</w:t>
        <w:br/>
        <w:t>vt 0.493600 0.685131</w:t>
        <w:br/>
        <w:t>vt 0.490814 0.685130</w:t>
        <w:br/>
        <w:t>vt 0.490814 0.675803</w:t>
        <w:br/>
        <w:t>vt 0.493600 0.675803</w:t>
        <w:br/>
        <w:t>vt 0.493602 0.666475</w:t>
        <w:br/>
        <w:t>vt 0.490814 0.666475</w:t>
        <w:br/>
        <w:t>vt 0.493608 0.657131</w:t>
        <w:br/>
        <w:t>vt 0.490814 0.657150</w:t>
        <w:br/>
        <w:t>vt 0.493541 0.647767</w:t>
        <w:br/>
        <w:t>vt 0.490814 0.647767</w:t>
        <w:br/>
        <w:t>vt 0.490814 0.834635</w:t>
        <w:br/>
        <w:t>vt 0.493529 0.834635</w:t>
        <w:br/>
        <w:t>vt 0.493608 0.825269</w:t>
        <w:br/>
        <w:t>vt 0.490814 0.825250</w:t>
        <w:br/>
        <w:t>vt 0.493602 0.815920</w:t>
        <w:br/>
        <w:t>vt 0.490814 0.815939</w:t>
        <w:br/>
        <w:t>vt 0.490814 0.806896</w:t>
        <w:br/>
        <w:t>vt 0.493601 0.806776</w:t>
        <w:br/>
        <w:t>vt 0.490814 0.795711</w:t>
        <w:br/>
        <w:t>vt 0.490814 0.799771</w:t>
        <w:br/>
        <w:t>vt 0.493613 0.799631</w:t>
        <w:br/>
        <w:t>vt 0.493621 0.795887</w:t>
        <w:br/>
        <w:t>vt 0.493597 0.787772</w:t>
        <w:br/>
        <w:t>vt 0.490814 0.787677</w:t>
        <w:br/>
        <w:t>vt 0.493600 0.778403</w:t>
        <w:br/>
        <w:t>vt 0.490814 0.778399</w:t>
        <w:br/>
        <w:t>vt 0.781549 0.967843</w:t>
        <w:br/>
        <w:t>vt 0.792936 0.964737</w:t>
        <w:br/>
        <w:t>vt 0.786502 0.985698</w:t>
        <w:br/>
        <w:t>vt 0.781549 0.982319</w:t>
        <w:br/>
        <w:t>vt 0.633413 0.056355</w:t>
        <w:br/>
        <w:t>vt 0.627244 0.043321</w:t>
        <w:br/>
        <w:t>vt 0.635465 0.043321</w:t>
        <w:br/>
        <w:t>vt 0.645782 0.050556</w:t>
        <w:br/>
        <w:t>vt 0.781549 0.953838</w:t>
        <w:br/>
        <w:t>vt 0.796302 0.954217</w:t>
        <w:br/>
        <w:t>vt 0.627198 0.059654</w:t>
        <w:br/>
        <w:t>vt 0.619669 0.043321</w:t>
        <w:br/>
        <w:t>vt 0.814075 0.914383</w:t>
        <w:br/>
        <w:t>vt 0.821025 0.915913</w:t>
        <w:br/>
        <w:t>vt 0.813784 0.927404</w:t>
        <w:br/>
        <w:t>vt 0.811098 0.926971</w:t>
        <w:br/>
        <w:t>vt 0.781549 0.915436</w:t>
        <w:br/>
        <w:t>vt 0.801144 0.913679</w:t>
        <w:br/>
        <w:t>vt 0.799806 0.922975</w:t>
        <w:br/>
        <w:t>vt 0.781549 0.927854</w:t>
        <w:br/>
        <w:t>vt 0.605399 0.069351</w:t>
        <w:br/>
        <w:t>vt 0.600410 0.043321</w:t>
        <w:br/>
        <w:t>vt 0.606633 0.043321</w:t>
        <w:br/>
        <w:t>vt 0.615080 0.065579</w:t>
        <w:br/>
        <w:t>vt 0.817338 0.902809</w:t>
        <w:br/>
        <w:t>vt 0.825086 0.904816</w:t>
        <w:br/>
        <w:t>vt 0.781549 0.899424</w:t>
        <w:br/>
        <w:t>vt 0.801466 0.901187</w:t>
        <w:br/>
        <w:t>vt 0.592861 0.071981</w:t>
        <w:br/>
        <w:t>vt 0.589115 0.043321</w:t>
        <w:br/>
        <w:t>vt 0.821196 0.884572</w:t>
        <w:br/>
        <w:t>vt 0.830477 0.883901</w:t>
        <w:br/>
        <w:t>vt 0.802596 0.882245</w:t>
        <w:br/>
        <w:t>vt 0.781549 0.878167</w:t>
        <w:br/>
        <w:t>vt 0.576063 0.073652</w:t>
        <w:br/>
        <w:t>vt 0.571518 0.043321</w:t>
        <w:br/>
        <w:t>vt 0.824117 0.860662</w:t>
        <w:br/>
        <w:t>vt 0.833100 0.860574</w:t>
        <w:br/>
        <w:t>vt 0.803358 0.856891</w:t>
        <w:br/>
        <w:t>vt 0.781549 0.850398</w:t>
        <w:br/>
        <w:t>vt 0.551983 0.075213</w:t>
        <w:br/>
        <w:t>vt 0.546803 0.043321</w:t>
        <w:br/>
        <w:t>vt 0.825386 0.841869</w:t>
        <w:br/>
        <w:t>vt 0.834297 0.839963</w:t>
        <w:br/>
        <w:t>vt 0.804313 0.836825</w:t>
        <w:br/>
        <w:t>vt 0.781549 0.830332</w:t>
        <w:br/>
        <w:t>vt 0.532427 0.075900</w:t>
        <w:br/>
        <w:t>vt 0.528738 0.043321</w:t>
        <w:br/>
        <w:t>vt 0.826322 0.824253</w:t>
        <w:br/>
        <w:t>vt 0.834219 0.822058</w:t>
        <w:br/>
        <w:t>vt 0.805132 0.819613</w:t>
        <w:br/>
        <w:t>vt 0.781549 0.813959</w:t>
        <w:br/>
        <w:t>vt 0.515063 0.076233</w:t>
        <w:br/>
        <w:t>vt 0.514033 0.043321</w:t>
        <w:br/>
        <w:t>vt 0.827942 0.805876</w:t>
        <w:br/>
        <w:t>vt 0.834293 0.803325</w:t>
        <w:br/>
        <w:t>vt 0.781549 0.798106</w:t>
        <w:br/>
        <w:t>vt 0.806457 0.802300</w:t>
        <w:br/>
        <w:t>vt 0.498651 0.076439</w:t>
        <w:br/>
        <w:t>vt 0.499744 0.043321</w:t>
        <w:br/>
        <w:t>vt 0.829523 0.787529</w:t>
        <w:br/>
        <w:t>vt 0.835437 0.786960</w:t>
        <w:br/>
        <w:t>vt 0.781549 0.779056</w:t>
        <w:br/>
        <w:t>vt 0.808588 0.784861</w:t>
        <w:br/>
        <w:t>vt 0.482374 0.076980</w:t>
        <w:br/>
        <w:t>vt 0.482567 0.043321</w:t>
        <w:br/>
        <w:t>vt 0.834970 0.756468</w:t>
        <w:br/>
        <w:t>vt 0.841275 0.756181</w:t>
        <w:br/>
        <w:t>vt 0.838114 0.771623</w:t>
        <w:br/>
        <w:t>vt 0.832169 0.772023</w:t>
        <w:br/>
        <w:t>vt 0.470028 0.046644</w:t>
        <w:br/>
        <w:t>vt 0.470027 0.043321</w:t>
        <w:br/>
        <w:t>vt 0.838567 0.730591</w:t>
        <w:br/>
        <w:t>vt 0.845940 0.730747</w:t>
        <w:br/>
        <w:t>vt 0.813719 0.752133</w:t>
        <w:br/>
        <w:t>vt 0.795192 0.751779</w:t>
        <w:br/>
        <w:t>vt 0.804572 0.723879</w:t>
        <w:br/>
        <w:t>vt 0.816561 0.724787</w:t>
        <w:br/>
        <w:t>vt 0.458137 0.050192</w:t>
        <w:br/>
        <w:t>vt 0.434554 0.055103</w:t>
        <w:br/>
        <w:t>vt 0.433854 0.043321</w:t>
        <w:br/>
        <w:t>vt 0.458262 0.043321</w:t>
        <w:br/>
        <w:t>vt 0.810822 0.700777</w:t>
        <w:br/>
        <w:t>vt 0.818853 0.701445</w:t>
        <w:br/>
        <w:t>vt 0.411002 0.059978</w:t>
        <w:br/>
        <w:t>vt 0.410235 0.043321</w:t>
        <w:br/>
        <w:t>vt 0.816965 0.678394</w:t>
        <w:br/>
        <w:t>vt 0.821084 0.679400</w:t>
        <w:br/>
        <w:t>vt 0.382306 0.064765</w:t>
        <w:br/>
        <w:t>vt 0.385579 0.043321</w:t>
        <w:br/>
        <w:t>vt 0.360032 0.066368</w:t>
        <w:br/>
        <w:t>vt 0.359315 0.043321</w:t>
        <w:br/>
        <w:t>vt 0.167750 0.666156</w:t>
        <w:br/>
        <w:t>vt 0.173735 0.679490</w:t>
        <w:br/>
        <w:t>vt 0.162050 0.679490</w:t>
        <w:br/>
        <w:t>vt 0.157496 0.665904</w:t>
        <w:br/>
        <w:t>vt 0.345958 0.066446</w:t>
        <w:br/>
        <w:t>vt 0.345354 0.043321</w:t>
        <w:br/>
        <w:t>vt 0.196549 0.664272</w:t>
        <w:br/>
        <w:t>vt 0.198600 0.679490</w:t>
        <w:br/>
        <w:t>vt 0.185489 0.679490</w:t>
        <w:br/>
        <w:t>vt 0.179215 0.665570</w:t>
        <w:br/>
        <w:t>vt 0.315800 0.066655</w:t>
        <w:br/>
        <w:t>vt 0.314477 0.043321</w:t>
        <w:br/>
        <w:t>vt 0.331298 0.043321</w:t>
        <w:br/>
        <w:t>vt 0.332010 0.066761</w:t>
        <w:br/>
        <w:t>vt 0.231733 0.658619</w:t>
        <w:br/>
        <w:t>vt 0.233843 0.679490</w:t>
        <w:br/>
        <w:t>vt 0.213675 0.679490</w:t>
        <w:br/>
        <w:t>vt 0.210459 0.661526</w:t>
        <w:br/>
        <w:t>vt 0.294252 0.043321</w:t>
        <w:br/>
        <w:t>vt 0.293561 0.064202</w:t>
        <w:br/>
        <w:t>vt 0.273243 0.043321</w:t>
        <w:br/>
        <w:t>vt 0.255043 0.656384</w:t>
        <w:br/>
        <w:t>vt 0.253839 0.679490</w:t>
        <w:br/>
        <w:t>vt 0.826042 0.556454</w:t>
        <w:br/>
        <w:t>vt 0.781549 0.555573</w:t>
        <w:br/>
        <w:t>vt 0.781549 0.525161</w:t>
        <w:br/>
        <w:t>vt 0.822738 0.524666</w:t>
        <w:br/>
        <w:t>vt 0.266850 0.068643</w:t>
        <w:br/>
        <w:t>vt 0.241013 0.064990</w:t>
        <w:br/>
        <w:t>vt 0.245265 0.043321</w:t>
        <w:br/>
        <w:t>vt 0.273061 0.654871</w:t>
        <w:br/>
        <w:t>vt 0.269706 0.679490</w:t>
        <w:br/>
        <w:t>vt 0.781549 0.502951</w:t>
        <w:br/>
        <w:t>vt 0.818462 0.505521</w:t>
        <w:br/>
        <w:t>vt 0.221088 0.043321</w:t>
        <w:br/>
        <w:t>vt 0.223955 0.062640</w:t>
        <w:br/>
        <w:t>vt 0.291284 0.653306</w:t>
        <w:br/>
        <w:t>vt 0.308334 0.654813</w:t>
        <w:br/>
        <w:t>vt 0.305134 0.679490</w:t>
        <w:br/>
        <w:t>vt 0.286749 0.679490</w:t>
        <w:br/>
        <w:t>vt 0.815575 0.489725</w:t>
        <w:br/>
        <w:t>vt 0.781549 0.488850</w:t>
        <w:br/>
        <w:t>vt 0.781549 0.478064</w:t>
        <w:br/>
        <w:t>vt 0.813653 0.474824</w:t>
        <w:br/>
        <w:t>vt 0.189528 0.059715</w:t>
        <w:br/>
        <w:t>vt 0.189973 0.043321</w:t>
        <w:br/>
        <w:t>vt 0.204235 0.043321</w:t>
        <w:br/>
        <w:t>vt 0.206950 0.061283</w:t>
        <w:br/>
        <w:t>vt 0.325200 0.657124</w:t>
        <w:br/>
        <w:t>vt 0.323842 0.679490</w:t>
        <w:br/>
        <w:t>vt 0.781549 0.468757</w:t>
        <w:br/>
        <w:t>vt 0.810216 0.462543</w:t>
        <w:br/>
        <w:t>vt 0.177007 0.043321</w:t>
        <w:br/>
        <w:t>vt 0.173854 0.059495</w:t>
        <w:br/>
        <w:t>vt 0.355277 0.662944</w:t>
        <w:br/>
        <w:t>vt 0.357075 0.679490</w:t>
        <w:br/>
        <w:t>vt 0.336770 0.679490</w:t>
        <w:br/>
        <w:t>vt 0.335935 0.659333</w:t>
        <w:br/>
        <w:t>vt 0.807449 0.456835</w:t>
        <w:br/>
        <w:t>vt 0.781549 0.460515</w:t>
        <w:br/>
        <w:t>vt 0.781549 0.446515</w:t>
        <w:br/>
        <w:t>vt 0.801199 0.442063</w:t>
        <w:br/>
        <w:t>vt 0.165009 0.058366</w:t>
        <w:br/>
        <w:t>vt 0.149303 0.055973</w:t>
        <w:br/>
        <w:t>vt 0.152512 0.043321</w:t>
        <w:br/>
        <w:t>vt 0.167522 0.043321</w:t>
        <w:br/>
        <w:t>vt 0.376056 0.666630</w:t>
        <w:br/>
        <w:t>vt 0.378169 0.679490</w:t>
        <w:br/>
        <w:t>vt 0.367715 0.679490</w:t>
        <w:br/>
        <w:t>vt 0.365482 0.665022</w:t>
        <w:br/>
        <w:t>vt 0.781549 0.439265</w:t>
        <w:br/>
        <w:t>vt 0.798769 0.436706</w:t>
        <w:br/>
        <w:t>vt 0.142921 0.054789</w:t>
        <w:br/>
        <w:t>vt 0.146142 0.043321</w:t>
        <w:br/>
        <w:t>vt 0.397198 0.668217</w:t>
        <w:br/>
        <w:t>vt 0.397071 0.679490</w:t>
        <w:br/>
        <w:t>vt 0.387943 0.679490</w:t>
        <w:br/>
        <w:t>vt 0.386270 0.667619</w:t>
        <w:br/>
        <w:t>vt 0.781549 0.431343</w:t>
        <w:br/>
        <w:t>vt 0.781549 0.422525</w:t>
        <w:br/>
        <w:t>vt 0.794127 0.423253</w:t>
        <w:br/>
        <w:t>vt 0.796662 0.430583</w:t>
        <w:br/>
        <w:t>vt 0.132015 0.043321</w:t>
        <w:br/>
        <w:t>vt 0.139539 0.043321</w:t>
        <w:br/>
        <w:t>vt 0.136855 0.053659</w:t>
        <w:br/>
        <w:t>vt 0.130557 0.052022</w:t>
        <w:br/>
        <w:t>vt 0.414668 0.679490</w:t>
        <w:br/>
        <w:t>vt 0.406129 0.679490</w:t>
        <w:br/>
        <w:t>vt 0.406493 0.669098</w:t>
        <w:br/>
        <w:t>vt 0.415486 0.670370</w:t>
        <w:br/>
        <w:t>vt 0.781549 0.413839</w:t>
        <w:br/>
        <w:t>vt 0.781549 0.406088</w:t>
        <w:br/>
        <w:t>vt 0.790473 0.405209</w:t>
        <w:br/>
        <w:t>vt 0.791936 0.413847</w:t>
        <w:br/>
        <w:t>vt 0.124507 0.043321</w:t>
        <w:br/>
        <w:t>vt 0.124596 0.050638</w:t>
        <w:br/>
        <w:t>vt 0.119066 0.050130</w:t>
        <w:br/>
        <w:t>vt 0.117771 0.043321</w:t>
        <w:br/>
        <w:t>vt 0.436380 0.674623</w:t>
        <w:br/>
        <w:t>vt 0.453379 0.679490</w:t>
        <w:br/>
        <w:t>vt 0.436241 0.679490</w:t>
        <w:br/>
        <w:t>vt 0.785038 0.375445</w:t>
        <w:br/>
        <w:t>vt 0.781549 0.378038</w:t>
        <w:br/>
        <w:t>vt 0.781549 0.356752</w:t>
        <w:br/>
        <w:t>vt 0.091660 0.043321</w:t>
        <w:br/>
        <w:t>vt 0.091457 0.048529</w:t>
        <w:br/>
        <w:t>vt 0.069584 0.043321</w:t>
        <w:br/>
        <w:t>vt 0.781549 0.765932</w:t>
        <w:br/>
        <w:t>vt 0.784472 0.765575</w:t>
        <w:br/>
        <w:t>vt 0.781549 0.727412</w:t>
        <w:br/>
        <w:t>vt 0.790277 0.726373</w:t>
        <w:br/>
        <w:t>vt 0.786757 0.752937</w:t>
        <w:br/>
        <w:t>vt 0.781549 0.753328</w:t>
        <w:br/>
        <w:t>vt 0.781549 0.702724</w:t>
        <w:br/>
        <w:t>vt 0.792966 0.701747</w:t>
        <w:br/>
        <w:t>vt 0.781549 0.676959</w:t>
        <w:br/>
        <w:t>vt 0.796108 0.676949</w:t>
        <w:br/>
        <w:t>vt 0.781549 0.649601</w:t>
        <w:br/>
        <w:t>vt 0.802231 0.650529</w:t>
        <w:br/>
        <w:t>vt 0.781549 0.634951</w:t>
        <w:br/>
        <w:t>vt 0.808733 0.635003</w:t>
        <w:br/>
        <w:t>vt 0.807951 0.620810</w:t>
        <w:br/>
        <w:t>vt 0.781549 0.620164</w:t>
        <w:br/>
        <w:t>vt 0.781549 0.602106</w:t>
        <w:br/>
        <w:t>vt 0.810494 0.603380</w:t>
        <w:br/>
        <w:t>vt 0.814289 0.586287</w:t>
        <w:br/>
        <w:t>vt 0.781549 0.579650</w:t>
        <w:br/>
        <w:t>vt 0.811138 0.768445</w:t>
        <w:br/>
        <w:t>vt 0.789245 0.765037</w:t>
        <w:br/>
        <w:t>vt 0.823961 0.655580</w:t>
        <w:br/>
        <w:t>vt 0.798898 0.725806</w:t>
        <w:br/>
        <w:t>vt 0.803363 0.701513</w:t>
        <w:br/>
        <w:t>vt 0.790858 0.752811</w:t>
        <w:br/>
        <w:t>vt 0.786729 0.765606</w:t>
        <w:br/>
        <w:t>vt 0.786729 0.765606</w:t>
        <w:br/>
        <w:t>vt 0.798898 0.725806</w:t>
        <w:br/>
        <w:t>vt 0.790858 0.752811</w:t>
        <w:br/>
        <w:t>vt 0.808201 0.677222</w:t>
        <w:br/>
        <w:t>vt 0.814032 0.652095</w:t>
        <w:br/>
        <w:t>vt 0.817647 0.636741</w:t>
        <w:br/>
        <w:t>vt 0.818869 0.604215</w:t>
        <w:br/>
        <w:t>vt 0.818431 0.620996</w:t>
        <w:br/>
        <w:t>vt 0.819848 0.587822</w:t>
        <w:br/>
        <w:t>vt 0.829706 0.587274</w:t>
        <w:br/>
        <w:t>vt 0.819848 0.587822</w:t>
        <w:br/>
        <w:t>vt 0.829668 0.604630</w:t>
        <w:br/>
        <w:t>vt 0.818869 0.604215</w:t>
        <w:br/>
        <w:t>vt 0.829034 0.622254</w:t>
        <w:br/>
        <w:t>vt 0.827531 0.639052</w:t>
        <w:br/>
        <w:t>vt 0.817647 0.636741</w:t>
        <w:br/>
        <w:t>vt 0.818431 0.620996</w:t>
        <w:br/>
        <w:t>vt 0.467750 0.078407</w:t>
        <w:br/>
        <w:t>vt 0.468788 0.050106</w:t>
        <w:br/>
        <w:t>vt 0.451582 0.080127</w:t>
        <w:br/>
        <w:t>vt 0.429317 0.082031</w:t>
        <w:br/>
        <w:t>vt 0.430416 0.066580</w:t>
        <w:br/>
        <w:t>vt 0.456243 0.055750</w:t>
        <w:br/>
        <w:t>vt 0.400002 0.084163</w:t>
        <w:br/>
        <w:t>vt 0.404640 0.075921</w:t>
        <w:br/>
        <w:t>vt 0.376199 0.085188</w:t>
        <w:br/>
        <w:t>vt 0.351795 0.086167</w:t>
        <w:br/>
        <w:t>vt 0.337375 0.085710</w:t>
        <w:br/>
        <w:t>vt 0.322748 0.084374</w:t>
        <w:br/>
        <w:t>vt 0.310348 0.081798</w:t>
        <w:br/>
        <w:t>vt 0.289785 0.076531</w:t>
        <w:br/>
        <w:t>vt 0.804739 0.939329</w:t>
        <w:br/>
        <w:t>vt 0.797953 0.938817</w:t>
        <w:br/>
        <w:t>vt 0.799806 0.922975</w:t>
        <w:br/>
        <w:t>vt 0.797953 0.938817</w:t>
        <w:br/>
        <w:t>vt 0.781549 0.941024</w:t>
        <w:br/>
        <w:t>vt 0.621268 0.062461</w:t>
        <w:br/>
        <w:t>vt 0.613021 0.043321</w:t>
        <w:br/>
        <w:t>vt 0.786502 0.985698</w:t>
        <w:br/>
        <w:t>vt 0.792936 0.964737</w:t>
        <w:br/>
        <w:t>vt 0.797428 0.972422</w:t>
        <w:br/>
        <w:t>vt 0.791928 0.990672</w:t>
        <w:br/>
        <w:t>vt 0.796302 0.954217</w:t>
        <w:br/>
        <w:t>vt 0.802042 0.955123</w:t>
        <w:br/>
        <w:t>vt 0.801144 0.913679</w:t>
        <w:br/>
        <w:t>vt 0.818853 0.701445</w:t>
        <w:br/>
        <w:t>vt 0.841244 0.708040</w:t>
        <w:br/>
        <w:t>vt 0.230358 0.628252</w:t>
        <w:br/>
        <w:t>vt 0.231733 0.658619</w:t>
        <w:br/>
        <w:t>vt 0.210459 0.661526</w:t>
        <w:br/>
        <w:t>vt 0.202707 0.628048</w:t>
        <w:br/>
        <w:t>vt 0.255995 0.627474</w:t>
        <w:br/>
        <w:t>vt 0.255043 0.656384</w:t>
        <w:br/>
        <w:t>vt 0.272990 0.627930</w:t>
        <w:br/>
        <w:t>vt 0.273061 0.654871</w:t>
        <w:br/>
        <w:t>vt 0.291284 0.653306</w:t>
        <w:br/>
        <w:t>vt 0.289764 0.629177</w:t>
        <w:br/>
        <w:t>vt 0.307606 0.632985</w:t>
        <w:br/>
        <w:t>vt 0.308334 0.654813</w:t>
        <w:br/>
        <w:t>vt 0.307606 0.632985</w:t>
        <w:br/>
        <w:t>vt 0.324912 0.637261</w:t>
        <w:br/>
        <w:t>vt 0.325200 0.657124</w:t>
        <w:br/>
        <w:t>vt 0.335935 0.659333</w:t>
        <w:br/>
        <w:t>vt 0.337220 0.640025</w:t>
        <w:br/>
        <w:t>vt 0.358884 0.646897</w:t>
        <w:br/>
        <w:t>vt 0.355277 0.662944</w:t>
        <w:br/>
        <w:t>vt 0.370549 0.651159</w:t>
        <w:br/>
        <w:t>vt 0.365482 0.665022</w:t>
        <w:br/>
        <w:t>vt 0.381711 0.655301</w:t>
        <w:br/>
        <w:t>vt 0.392261 0.658585</w:t>
        <w:br/>
        <w:t>vt 0.386270 0.667619</w:t>
        <w:br/>
        <w:t>vt 0.376056 0.666630</w:t>
        <w:br/>
        <w:t>vt 0.402535 0.660797</w:t>
        <w:br/>
        <w:t>vt 0.410557 0.662386</w:t>
        <w:br/>
        <w:t>vt 0.406493 0.669098</w:t>
        <w:br/>
        <w:t>vt 0.397198 0.668217</w:t>
        <w:br/>
        <w:t>vt 0.436380 0.674623</w:t>
        <w:br/>
        <w:t>vt 0.436623 0.670750</w:t>
        <w:br/>
        <w:t>vt 0.453379 0.679490</w:t>
        <w:br/>
        <w:t>vt 0.426059 0.672388</w:t>
        <w:br/>
        <w:t>vt 0.426942 0.679490</w:t>
        <w:br/>
        <w:t>vt 0.781549 0.388832</w:t>
        <w:br/>
        <w:t>vt 0.787316 0.386710</w:t>
        <w:br/>
        <w:t>vt 0.788909 0.396321</w:t>
        <w:br/>
        <w:t>vt 0.781549 0.398406</w:t>
        <w:br/>
        <w:t>vt 0.100572 0.049605</w:t>
        <w:br/>
        <w:t>vt 0.102178 0.043321</w:t>
        <w:br/>
        <w:t>vt 0.110895 0.043321</w:t>
        <w:br/>
        <w:t>vt 0.113346 0.050001</w:t>
        <w:br/>
        <w:t>vt 0.418270 0.664303</w:t>
        <w:br/>
        <w:t>vt 0.426408 0.667143</w:t>
        <w:br/>
        <w:t>vt 0.426059 0.672388</w:t>
        <w:br/>
        <w:t>vt 0.415486 0.670370</w:t>
        <w:br/>
        <w:t>vt 0.650228 0.060928</w:t>
        <w:br/>
        <w:t>vt 0.635856 0.064541</w:t>
        <w:br/>
        <w:t>vt 0.637676 0.071093</w:t>
        <w:br/>
        <w:t>vt 0.629908 0.068877</w:t>
        <w:br/>
        <w:t>vt 0.615080 0.065579</w:t>
        <w:br/>
        <w:t>vt 0.619854 0.076573</w:t>
        <w:br/>
        <w:t>vt 0.610906 0.081723</w:t>
        <w:br/>
        <w:t>vt 0.605399 0.069351</w:t>
        <w:br/>
        <w:t>vt 0.517115 0.094735</w:t>
        <w:br/>
        <w:t>vt 0.534304 0.094872</w:t>
        <w:br/>
        <w:t>vt 0.500759 0.095694</w:t>
        <w:br/>
        <w:t>vt 0.484093 0.098988</w:t>
        <w:br/>
        <w:t>vt 0.454602 0.101715</w:t>
        <w:br/>
        <w:t>vt 0.469469 0.099713</w:t>
        <w:br/>
        <w:t>vt 0.432754 0.107328</w:t>
        <w:br/>
        <w:t>vt 0.406812 0.113723</w:t>
        <w:br/>
        <w:t>vt 0.387307 0.116071</w:t>
        <w:br/>
        <w:t>vt 0.359679 0.117068</w:t>
        <w:br/>
        <w:t>vt 0.324268 0.116358</w:t>
        <w:br/>
        <w:t>vt 0.341994 0.117814</w:t>
        <w:br/>
        <w:t>vt 0.284718 0.109169</w:t>
        <w:br/>
        <w:t>vt 0.305277 0.113584</w:t>
        <w:br/>
        <w:t>vt 0.259758 0.101952</w:t>
        <w:br/>
        <w:t>vt 0.236675 0.096984</w:t>
        <w:br/>
        <w:t>vt 0.219359 0.093960</w:t>
        <w:br/>
        <w:t>vt 0.201696 0.091408</w:t>
        <w:br/>
        <w:t>vt 0.173854 0.059495</w:t>
        <w:br/>
        <w:t>vt 0.166238 0.085083</w:t>
        <w:br/>
        <w:t>vt 0.156494 0.082291</w:t>
        <w:br/>
        <w:t>vt 0.142388 0.075751</w:t>
        <w:br/>
        <w:t>vt 0.136408 0.069306</w:t>
        <w:br/>
        <w:t>vt 0.136855 0.053659</w:t>
        <w:br/>
        <w:t>vt 0.139528 0.072539</w:t>
        <w:br/>
        <w:t>vt 0.126079 0.064578</w:t>
        <w:br/>
        <w:t>vt 0.124596 0.050638</w:t>
        <w:br/>
        <w:t>vt 0.130557 0.052022</w:t>
        <w:br/>
        <w:t>vt 0.132053 0.066625</w:t>
        <w:br/>
        <w:t>vt 0.110556 0.060544</w:t>
        <w:br/>
        <w:t>vt 0.113346 0.050001</w:t>
        <w:br/>
        <w:t>vt 0.119066 0.050130</w:t>
        <w:br/>
        <w:t>vt 0.118532 0.062651</w:t>
        <w:br/>
        <w:t>vt 0.069584 0.043321</w:t>
        <w:br/>
        <w:t>vt 0.091457 0.048529</w:t>
        <w:br/>
        <w:t>vt 0.087268 0.052926</w:t>
        <w:br/>
        <w:t>vt 0.624876 0.072688</w:t>
        <w:br/>
        <w:t>vt 0.100572 0.049605</w:t>
        <w:br/>
        <w:t>vt 0.097234 0.057318</w:t>
        <w:br/>
        <w:t>vt 0.814032 0.652095</w:t>
        <w:br/>
        <w:t>vt 0.188433 0.628935</w:t>
        <w:br/>
        <w:t>vt 0.097234 0.057318</w:t>
        <w:br/>
        <w:t>vt 0.138134 0.664080</w:t>
        <w:br/>
        <w:t>vt 0.141058 0.679490</w:t>
        <w:br/>
        <w:t>vt 0.125933 0.679490</w:t>
        <w:br/>
        <w:t>vt 0.112870 0.661677</w:t>
        <w:br/>
        <w:t>vt 0.183524 0.088959</w:t>
        <w:br/>
        <w:t>vt 0.598906 0.086398</w:t>
        <w:br/>
        <w:t>vt 0.592861 0.071981</w:t>
        <w:br/>
        <w:t>vt 0.580381 0.090295</w:t>
        <w:br/>
        <w:t>vt 0.556529 0.093714</w:t>
        <w:br/>
        <w:t>vt 0.470151 0.105602</w:t>
        <w:br/>
        <w:t>vt 0.455681 0.112138</w:t>
        <w:br/>
        <w:t>vt 0.433728 0.114391</w:t>
        <w:br/>
        <w:t>vt 0.821084 0.679400</w:t>
        <w:br/>
        <w:t>vt 0.842266 0.684176</w:t>
        <w:br/>
        <w:t>vt 0.823961 0.655580</w:t>
        <w:br/>
        <w:t>vt 0.842906 0.662345</w:t>
        <w:br/>
        <w:t>vt 0.826832 0.643269</w:t>
        <w:br/>
        <w:t>vt 0.843543 0.649626</w:t>
        <w:br/>
        <w:t>vt 0.161888 0.632394</w:t>
        <w:br/>
        <w:t>vt 0.174493 0.630540</w:t>
        <w:br/>
        <w:t>vt 0.175129 0.645971</w:t>
        <w:br/>
        <w:t>vt 0.162906 0.650312</w:t>
        <w:br/>
        <w:t>vt 0.920650 0.927050</w:t>
        <w:br/>
        <w:t>vt 0.904802 0.928675</w:t>
        <w:br/>
        <w:t>vt 0.909312 0.947552</w:t>
        <w:br/>
        <w:t>vt 0.920195 0.947770</w:t>
        <w:br/>
        <w:t>vt 0.887724 0.821062</w:t>
        <w:br/>
        <w:t>vt 0.879431 0.823349</w:t>
        <w:br/>
        <w:t>vt 0.885778 0.804514</w:t>
        <w:br/>
        <w:t>vt 0.891422 0.802698</w:t>
        <w:br/>
        <w:t>vt 0.931840 0.943853</w:t>
        <w:br/>
        <w:t>vt 0.938331 0.923471</w:t>
        <w:br/>
        <w:t>vt 0.920650 0.927050</w:t>
        <w:br/>
        <w:t>vt 0.920195 0.947770</w:t>
        <w:br/>
        <w:t>vt 0.919837 0.871345</w:t>
        <w:br/>
        <w:t>vt 0.898654 0.872326</w:t>
        <w:br/>
        <w:t>vt 0.899198 0.887002</w:t>
        <w:br/>
        <w:t>vt 0.921085 0.885239</w:t>
        <w:br/>
        <w:t>vt 0.888226 0.875724</w:t>
        <w:br/>
        <w:t>vt 0.871751 0.876346</w:t>
        <w:br/>
        <w:t>vt 0.870859 0.863175</w:t>
        <w:br/>
        <w:t>vt 0.885561 0.861263</w:t>
        <w:br/>
        <w:t>vt 0.942732 0.869947</w:t>
        <w:br/>
        <w:t>vt 0.919837 0.871345</w:t>
        <w:br/>
        <w:t>vt 0.921085 0.885239</w:t>
        <w:br/>
        <w:t>vt 0.943668 0.883290</w:t>
        <w:br/>
        <w:t>vt 0.917281 0.849651</w:t>
        <w:br/>
        <w:t>vt 0.898173 0.851735</w:t>
        <w:br/>
        <w:t>vt 0.940970 0.847561</w:t>
        <w:br/>
        <w:t>vt 0.917281 0.849651</w:t>
        <w:br/>
        <w:t>vt 0.926358 0.772155</w:t>
        <w:br/>
        <w:t>vt 0.937892 0.752995</w:t>
        <w:br/>
        <w:t>vt 0.919754 0.769238</w:t>
        <w:br/>
        <w:t>vt 0.868135 0.967764</w:t>
        <w:br/>
        <w:t>vt 0.858653 0.985460</w:t>
        <w:br/>
        <w:t>vt 0.858993 0.964597</w:t>
        <w:br/>
        <w:t>vt 0.875437 0.970955</w:t>
        <w:br/>
        <w:t>vt 0.858653 0.985460</w:t>
        <w:br/>
        <w:t>vt 0.868135 0.967764</w:t>
        <w:br/>
        <w:t>vt 0.936792 0.775492</w:t>
        <w:br/>
        <w:t>vt 0.937892 0.752995</w:t>
        <w:br/>
        <w:t>vt 0.926358 0.772155</w:t>
        <w:br/>
        <w:t>vt 0.916826 0.803685</w:t>
        <w:br/>
        <w:t>vt 0.919703 0.787463</w:t>
        <w:br/>
        <w:t>vt 0.911043 0.784846</w:t>
        <w:br/>
        <w:t>vt 0.904776 0.803041</w:t>
        <w:br/>
        <w:t>vt 0.857858 0.942008</w:t>
        <w:br/>
        <w:t>vt 0.872686 0.939716</w:t>
        <w:br/>
        <w:t>vt 0.871465 0.954046</w:t>
        <w:br/>
        <w:t>vt 0.859131 0.953049</w:t>
        <w:br/>
        <w:t>vt 0.887583 0.941216</w:t>
        <w:br/>
        <w:t>vt 0.883475 0.957542</w:t>
        <w:br/>
        <w:t>vt 0.871465 0.954046</w:t>
        <w:br/>
        <w:t>vt 0.872686 0.939716</w:t>
        <w:br/>
        <w:t>vt 0.934222 0.801720</w:t>
        <w:br/>
        <w:t>vt 0.935033 0.788623</w:t>
        <w:br/>
        <w:t>vt 0.919703 0.787463</w:t>
        <w:br/>
        <w:t>vt 0.916826 0.803685</w:t>
        <w:br/>
        <w:t>vt 0.912676 0.968583</w:t>
        <w:br/>
        <w:t>vt 0.920079 0.969529</w:t>
        <w:br/>
        <w:t>vt 0.897293 0.783084</w:t>
        <w:br/>
        <w:t>vt 0.920079 0.969529</w:t>
        <w:br/>
        <w:t>vt 0.925184 0.966285</w:t>
        <w:br/>
        <w:t>vt 0.931840 0.943853</w:t>
        <w:br/>
        <w:t>vt 0.914259 0.988338</w:t>
        <w:br/>
        <w:t>vt 0.921542 0.988993</w:t>
        <w:br/>
        <w:t>vt 0.921542 0.988993</w:t>
        <w:br/>
        <w:t>vt 0.920951 0.915917</w:t>
        <w:br/>
        <w:t>vt 0.902570 0.917598</w:t>
        <w:br/>
        <w:t>vt 0.886338 0.831789</w:t>
        <w:br/>
        <w:t>vt 0.876200 0.834302</w:t>
        <w:br/>
        <w:t>vt 0.941397 0.911265</w:t>
        <w:br/>
        <w:t>vt 0.920951 0.915917</w:t>
        <w:br/>
        <w:t>vt 0.921167 0.904768</w:t>
        <w:br/>
        <w:t>vt 0.901212 0.906630</w:t>
        <w:br/>
        <w:t>vt 0.885247 0.842318</w:t>
        <w:br/>
        <w:t>vt 0.873293 0.846021</w:t>
        <w:br/>
        <w:t>vt 0.943927 0.898770</w:t>
        <w:br/>
        <w:t>vt 0.921167 0.904768</w:t>
        <w:br/>
        <w:t>vt 0.871751 0.876346</w:t>
        <w:br/>
        <w:t>vt 0.847199 0.878740</w:t>
        <w:br/>
        <w:t>vt 0.847366 0.865486</w:t>
        <w:br/>
        <w:t>vt 0.870859 0.863175</w:t>
        <w:br/>
        <w:t>vt 0.915636 0.826270</w:t>
        <w:br/>
        <w:t>vt 0.915643 0.814880</w:t>
        <w:br/>
        <w:t>vt 0.901619 0.816731</w:t>
        <w:br/>
        <w:t>vt 0.899564 0.829118</w:t>
        <w:br/>
        <w:t>vt 0.872760 0.928138</w:t>
        <w:br/>
        <w:t>vt 0.856033 0.932590</w:t>
        <w:br/>
        <w:t>vt 0.854117 0.922468</w:t>
        <w:br/>
        <w:t>vt 0.872516 0.916811</w:t>
        <w:br/>
        <w:t>vt 0.890097 0.917806</w:t>
        <w:br/>
        <w:t>vt 0.889861 0.929188</w:t>
        <w:br/>
        <w:t>vt 0.872760 0.928138</w:t>
        <w:br/>
        <w:t>vt 0.872516 0.916811</w:t>
        <w:br/>
        <w:t>vt 0.935488 0.812863</w:t>
        <w:br/>
        <w:t>vt 0.915643 0.814880</w:t>
        <w:br/>
        <w:t>vt 0.915636 0.826270</w:t>
        <w:br/>
        <w:t>vt 0.937794 0.824123</w:t>
        <w:br/>
        <w:t>vt 0.890076 0.896135</w:t>
        <w:br/>
        <w:t>vt 0.873151 0.895454</w:t>
        <w:br/>
        <w:t>vt 0.873151 0.895454</w:t>
        <w:br/>
        <w:t>vt 0.850323 0.900406</w:t>
        <w:br/>
        <w:t>vt 0.847851 0.850613</w:t>
        <w:br/>
        <w:t>vt 0.744351 0.605996</w:t>
        <w:br/>
        <w:t>vt 0.746031 0.584517</w:t>
        <w:br/>
        <w:t>vt 0.763853 0.587980</w:t>
        <w:br/>
        <w:t>vt 0.763853 0.607192</w:t>
        <w:br/>
        <w:t>vt 0.900153 0.521929</w:t>
        <w:br/>
        <w:t>vt 0.919598 0.518843</w:t>
        <w:br/>
        <w:t>vt 0.924264 0.540730</w:t>
        <w:br/>
        <w:t>vt 0.900153 0.543066</w:t>
        <w:br/>
        <w:t>vt 0.763853 0.624588</w:t>
        <w:br/>
        <w:t>vt 0.743420 0.624074</w:t>
        <w:br/>
        <w:t>vt 0.718273 0.610732</w:t>
        <w:br/>
        <w:t>vt 0.716684 0.630618</w:t>
        <w:br/>
        <w:t>vt 0.700067 0.625317</w:t>
        <w:br/>
        <w:t>vt 0.702867 0.603791</w:t>
        <w:br/>
        <w:t>vt 0.925297 0.562286</w:t>
        <w:br/>
        <w:t>vt 0.900153 0.562106</w:t>
        <w:br/>
        <w:t>vt 0.763853 0.720795</w:t>
        <w:br/>
        <w:t>vt 0.763853 0.747465</w:t>
        <w:br/>
        <w:t>vt 0.748534 0.746199</w:t>
        <w:br/>
        <w:t>vt 0.746686 0.719278</w:t>
        <w:br/>
        <w:t>vt 0.729360 0.750435</w:t>
        <w:br/>
        <w:t>vt 0.711417 0.757551</w:t>
        <w:br/>
        <w:t>vt 0.704701 0.730290</w:t>
        <w:br/>
        <w:t>vt 0.725628 0.723549</w:t>
        <w:br/>
        <w:t>vt 0.921206 0.665073</w:t>
        <w:br/>
        <w:t>vt 0.918027 0.692978</w:t>
        <w:br/>
        <w:t>vt 0.900153 0.689545</w:t>
        <w:br/>
        <w:t>vt 0.900153 0.661430</w:t>
        <w:br/>
        <w:t>vt 0.750880 0.778068</w:t>
        <w:br/>
        <w:t>vt 0.749946 0.761736</w:t>
        <w:br/>
        <w:t>vt 0.763853 0.763384</w:t>
        <w:br/>
        <w:t>vt 0.763853 0.779300</w:t>
        <w:br/>
        <w:t>vt 0.732427 0.765906</w:t>
        <w:br/>
        <w:t>vt 0.715727 0.772780</w:t>
        <w:br/>
        <w:t>vt 0.915100 0.708585</w:t>
        <w:br/>
        <w:t>vt 0.900153 0.706558</w:t>
        <w:br/>
        <w:t>vt 0.752130 0.794809</w:t>
        <w:br/>
        <w:t>vt 0.763853 0.794678</w:t>
        <w:br/>
        <w:t>vt 0.763853 0.809582</w:t>
        <w:br/>
        <w:t>vt 0.754089 0.810294</w:t>
        <w:br/>
        <w:t>vt 0.721672 0.787730</w:t>
        <w:br/>
        <w:t>vt 0.736159 0.782082</w:t>
        <w:br/>
        <w:t>vt 0.740196 0.798681</w:t>
        <w:br/>
        <w:t>vt 0.729822 0.803960</w:t>
        <w:br/>
        <w:t>vt 0.913126 0.723419</w:t>
        <w:br/>
        <w:t>vt 0.911880 0.738824</w:t>
        <w:br/>
        <w:t>vt 0.900153 0.735974</w:t>
        <w:br/>
        <w:t>vt 0.900153 0.722484</w:t>
        <w:br/>
        <w:t>vt 0.759522 0.837938</w:t>
        <w:br/>
        <w:t>vt 0.763853 0.837330</w:t>
        <w:br/>
        <w:t>vt 0.763853 0.849833</w:t>
        <w:br/>
        <w:t>vt 0.756025 0.839366</w:t>
        <w:br/>
        <w:t>vt 0.763853 0.849833</w:t>
        <w:br/>
        <w:t>vt 0.752853 0.842549</w:t>
        <w:br/>
        <w:t>vt 0.902240 0.764872</w:t>
        <w:br/>
        <w:t>vt 0.900153 0.767427</w:t>
        <w:br/>
        <w:t>vt 0.900153 0.761259</w:t>
        <w:br/>
        <w:t>vt 0.721031 0.592078</w:t>
        <w:br/>
        <w:t>vt 0.746031 0.584517</w:t>
        <w:br/>
        <w:t>vt 0.744351 0.605996</w:t>
        <w:br/>
        <w:t>vt 0.718273 0.610732</w:t>
        <w:br/>
        <w:t>vt 0.743420 0.624074</w:t>
        <w:br/>
        <w:t>vt 0.716684 0.630618</w:t>
        <w:br/>
        <w:t>vt 0.748534 0.746199</w:t>
        <w:br/>
        <w:t>vt 0.729360 0.750435</w:t>
        <w:br/>
        <w:t>vt 0.725628 0.723549</w:t>
        <w:br/>
        <w:t>vt 0.746686 0.719278</w:t>
        <w:br/>
        <w:t>vt 0.749946 0.761736</w:t>
        <w:br/>
        <w:t>vt 0.732427 0.765906</w:t>
        <w:br/>
        <w:t>vt 0.736159 0.782082</w:t>
        <w:br/>
        <w:t>vt 0.750880 0.778068</w:t>
        <w:br/>
        <w:t>vt 0.752130 0.794809</w:t>
        <w:br/>
        <w:t>vt 0.740196 0.798681</w:t>
        <w:br/>
        <w:t>vt 0.759522 0.837938</w:t>
        <w:br/>
        <w:t>vt 0.763853 0.849833</w:t>
        <w:br/>
        <w:t>vt 0.756025 0.839366</w:t>
        <w:br/>
        <w:t>vt 0.756294 0.823866</w:t>
        <w:br/>
        <w:t>vt 0.763853 0.822879</w:t>
        <w:br/>
        <w:t>vt 0.744074 0.831623</w:t>
        <w:br/>
        <w:t>vt 0.750602 0.828573</w:t>
        <w:br/>
        <w:t>vt 0.900153 0.753707</w:t>
        <w:br/>
        <w:t>vt 0.906068 0.759305</w:t>
        <w:br/>
        <w:t>vt 0.750602 0.828573</w:t>
        <w:br/>
        <w:t>vt 0.756294 0.823866</w:t>
        <w:br/>
        <w:t>vt 0.763853 0.685884</w:t>
        <w:br/>
        <w:t>vt 0.744272 0.686578</w:t>
        <w:br/>
        <w:t>vt 0.697563 0.697860</w:t>
        <w:br/>
        <w:t>vt 0.721682 0.695461</w:t>
        <w:br/>
        <w:t>vt 0.924509 0.632535</w:t>
        <w:br/>
        <w:t>vt 0.900153 0.625616</w:t>
        <w:br/>
        <w:t>vt 0.721682 0.695461</w:t>
        <w:br/>
        <w:t>vt 0.744272 0.686578</w:t>
        <w:br/>
        <w:t>vt 0.716690 0.650764</w:t>
        <w:br/>
        <w:t>vt 0.718488 0.673351</w:t>
        <w:br/>
        <w:t>vt 0.695274 0.672437</w:t>
        <w:br/>
        <w:t>vt 0.696249 0.647493</w:t>
        <w:br/>
        <w:t>vt 0.743185 0.642080</w:t>
        <w:br/>
        <w:t>vt 0.763853 0.642328</w:t>
        <w:br/>
        <w:t>vt 0.763853 0.663962</w:t>
        <w:br/>
        <w:t>vt 0.743469 0.664540</w:t>
        <w:br/>
        <w:t>vt 0.925187 0.583916</w:t>
        <w:br/>
        <w:t>vt 0.925561 0.607826</w:t>
        <w:br/>
        <w:t>vt 0.900153 0.603490</w:t>
        <w:br/>
        <w:t>vt 0.900153 0.581073</w:t>
        <w:br/>
        <w:t>vt 0.716690 0.650764</w:t>
        <w:br/>
        <w:t>vt 0.743185 0.642080</w:t>
        <w:br/>
        <w:t>vt 0.743469 0.664540</w:t>
        <w:br/>
        <w:t>vt 0.718488 0.673351</w:t>
        <w:br/>
        <w:t>vt 0.763853 0.527745</w:t>
        <w:br/>
        <w:t>vt 0.763853 0.546072</w:t>
        <w:br/>
        <w:t>vt 0.747221 0.544874</w:t>
        <w:br/>
        <w:t>vt 0.744080 0.531050</w:t>
        <w:br/>
        <w:t>vt 0.900153 0.457038</w:t>
        <w:br/>
        <w:t>vt 0.904338 0.456034</w:t>
        <w:br/>
        <w:t>vt 0.908732 0.472899</w:t>
        <w:br/>
        <w:t>vt 0.900153 0.476706</w:t>
        <w:br/>
        <w:t>vt 0.738409 0.531311</w:t>
        <w:br/>
        <w:t>vt 0.736817 0.546504</w:t>
        <w:br/>
        <w:t>vt 0.745612 0.816124</w:t>
        <w:br/>
        <w:t>vt 0.737553 0.819646</w:t>
        <w:br/>
        <w:t>vt 0.909353 0.752092</w:t>
        <w:br/>
        <w:t>vt 0.900153 0.747167</w:t>
        <w:br/>
        <w:t>vt 0.754089 0.810294</w:t>
        <w:br/>
        <w:t>vt 0.745612 0.816124</w:t>
        <w:br/>
        <w:t>vt 0.747115 0.563499</w:t>
        <w:br/>
        <w:t>vt 0.763853 0.567575</w:t>
        <w:br/>
        <w:t>vt 0.900153 0.499868</w:t>
        <w:br/>
        <w:t>vt 0.916118 0.498698</w:t>
        <w:br/>
        <w:t>vt 0.730218 0.567886</w:t>
        <w:br/>
        <w:t>vt 0.721031 0.592078</w:t>
        <w:br/>
        <w:t>vt 0.701300 0.581627</w:t>
        <w:br/>
        <w:t>vt 0.900153 0.438672</w:t>
        <w:br/>
        <w:t>vt 0.738445 0.520414</w:t>
        <w:br/>
        <w:t>vt 0.738496 0.858136</w:t>
        <w:br/>
        <w:t>vt 0.730976 0.836935</w:t>
        <w:br/>
        <w:t>vt 0.727423 0.837722</w:t>
        <w:br/>
        <w:t>vt 0.599317 0.122559</w:t>
        <w:br/>
        <w:t>vt 0.600926 0.113451</w:t>
        <w:br/>
        <w:t>vt 0.576942 0.113006</w:t>
        <w:br/>
        <w:t>vt 0.575475 0.122980</w:t>
        <w:br/>
        <w:t>vt 0.711848 0.796245</w:t>
        <w:br/>
        <w:t>vt 0.695413 0.767022</w:t>
        <w:br/>
        <w:t>vt 0.691156 0.778093</w:t>
        <w:br/>
        <w:t>vt 0.705885 0.801611</w:t>
        <w:br/>
        <w:t>vt 0.671362 0.124941</w:t>
        <w:br/>
        <w:t>vt 0.675431 0.112886</w:t>
        <w:br/>
        <w:t>vt 0.643315 0.113403</w:t>
        <w:br/>
        <w:t>vt 0.642935 0.123304</w:t>
        <w:br/>
        <w:t>vt 0.675431 0.112886</w:t>
        <w:br/>
        <w:t>vt 0.680758 0.103934</w:t>
        <w:br/>
        <w:t>vt 0.645610 0.105697</w:t>
        <w:br/>
        <w:t>vt 0.643315 0.113403</w:t>
        <w:br/>
        <w:t>vt 0.685313 0.747107</w:t>
        <w:br/>
        <w:t>vt 0.680440 0.759925</w:t>
        <w:br/>
        <w:t>vt 0.693057 0.124962</w:t>
        <w:br/>
        <w:t>vt 0.696351 0.112000</w:t>
        <w:br/>
        <w:t>vt 0.696351 0.112000</w:t>
        <w:br/>
        <w:t>vt 0.701246 0.103132</w:t>
        <w:br/>
        <w:t>vt 0.679774 0.732321</w:t>
        <w:br/>
        <w:t>vt 0.674559 0.717279</w:t>
        <w:br/>
        <w:t>vt 0.666118 0.720903</w:t>
        <w:br/>
        <w:t>vt 0.671828 0.740798</w:t>
        <w:br/>
        <w:t>vt 0.734978 0.116632</w:t>
        <w:br/>
        <w:t>vt 0.736236 0.107543</w:t>
        <w:br/>
        <w:t>vt 0.717415 0.110411</w:t>
        <w:br/>
        <w:t>vt 0.714385 0.121910</w:t>
        <w:br/>
        <w:t>vt 0.745114 0.097843</w:t>
        <w:br/>
        <w:t>vt 0.745289 0.105198</w:t>
        <w:br/>
        <w:t>vt 0.754128 0.102100</w:t>
        <w:br/>
        <w:t>vt 0.752614 0.095766</w:t>
        <w:br/>
        <w:t>vt 0.675845 0.666993</w:t>
        <w:br/>
        <w:t>vt 0.673810 0.666018</w:t>
        <w:br/>
        <w:t>vt 0.668207 0.675546</w:t>
        <w:br/>
        <w:t>vt 0.672260 0.677519</w:t>
        <w:br/>
        <w:t>vt 0.775575 0.091272</w:t>
        <w:br/>
        <w:t>vt 0.776316 0.094560</w:t>
        <w:br/>
        <w:t>vt 0.783873 0.085948</w:t>
        <w:br/>
        <w:t>vt 0.783372 0.084364</w:t>
        <w:br/>
        <w:t>vt 0.773853 0.087456</w:t>
        <w:br/>
        <w:t>vt 0.782492 0.082553</w:t>
        <w:br/>
        <w:t>vt 0.664165 0.700448</w:t>
        <w:br/>
        <w:t>vt 0.671572 0.701738</w:t>
        <w:br/>
        <w:t>vt 0.670641 0.689480</w:t>
        <w:br/>
        <w:t>vt 0.664722 0.687593</w:t>
        <w:br/>
        <w:t>vt 0.765408 0.097514</w:t>
        <w:br/>
        <w:t>vt 0.766116 0.102356</w:t>
        <w:br/>
        <w:t>vt 0.752614 0.095766</w:t>
        <w:br/>
        <w:t>vt 0.763580 0.092259</w:t>
        <w:br/>
        <w:t>vt 0.758726 0.089353</w:t>
        <w:br/>
        <w:t>vt 0.746996 0.091772</w:t>
        <w:br/>
        <w:t>vt 0.598860 0.108721</w:t>
        <w:br/>
        <w:t>vt 0.626289 0.106570</w:t>
        <w:br/>
        <w:t>vt 0.624762 0.098785</w:t>
        <w:br/>
        <w:t>vt 0.597537 0.101845</w:t>
        <w:br/>
        <w:t>vt 0.645610 0.105697</w:t>
        <w:br/>
        <w:t>vt 0.680758 0.103934</w:t>
        <w:br/>
        <w:t>vt 0.677773 0.095464</w:t>
        <w:br/>
        <w:t>vt 0.643674 0.097617</w:t>
        <w:br/>
        <w:t>vt 0.701246 0.103132</w:t>
        <w:br/>
        <w:t>vt 0.700370 0.094507</w:t>
        <w:br/>
        <w:t>vt 0.739427 0.092744</w:t>
        <w:br/>
        <w:t>vt 0.745114 0.097843</w:t>
        <w:br/>
        <w:t>vt 0.773853 0.087456</w:t>
        <w:br/>
        <w:t>vt 0.782492 0.082553</w:t>
        <w:br/>
        <w:t>vt 0.780467 0.082366</w:t>
        <w:br/>
        <w:t>vt 0.769938 0.085599</w:t>
        <w:br/>
        <w:t>vt 0.763580 0.092259</w:t>
        <w:br/>
        <w:t>vt 0.598860 0.108721</w:t>
        <w:br/>
        <w:t>vt 0.600926 0.113451</w:t>
        <w:br/>
        <w:t>vt 0.623236 0.113424</w:t>
        <w:br/>
        <w:t>vt 0.626289 0.106570</w:t>
        <w:br/>
        <w:t>vt 0.719770 0.812819</w:t>
        <w:br/>
        <w:t>vt 0.716919 0.818937</w:t>
        <w:br/>
        <w:t>vt 0.623236 0.113424</w:t>
        <w:br/>
        <w:t>vt 0.621662 0.123068</w:t>
        <w:br/>
        <w:t>vt 0.717415 0.110411</w:t>
        <w:br/>
        <w:t>vt 0.721720 0.101832</w:t>
        <w:br/>
        <w:t>vt 0.721720 0.101832</w:t>
        <w:br/>
        <w:t>vt 0.716106 0.095107</w:t>
        <w:br/>
        <w:t>vt 0.672715 0.709575</w:t>
        <w:br/>
        <w:t>vt 0.664569 0.710749</w:t>
        <w:br/>
        <w:t>vt 0.744925 0.112949</w:t>
        <w:br/>
        <w:t>vt 0.745289 0.105198</w:t>
        <w:br/>
        <w:t>vt 0.736236 0.107543</w:t>
        <w:br/>
        <w:t>vt 0.737556 0.099517</w:t>
        <w:br/>
        <w:t>vt 0.731801 0.093546</w:t>
        <w:br/>
        <w:t>vt 0.737556 0.099517</w:t>
        <w:br/>
        <w:t>vt 0.576942 0.113006</w:t>
        <w:br/>
        <w:t>vt 0.985386 0.954965</w:t>
        <w:br/>
        <w:t>vt 0.985386 0.947085</w:t>
        <w:br/>
        <w:t>vt 0.973835 0.939604</w:t>
        <w:br/>
        <w:t>vt 0.972187 0.947428</w:t>
        <w:br/>
        <w:t>vt 0.126638 0.516013</w:t>
        <w:br/>
        <w:t>vt 0.129170 0.504529</w:t>
        <w:br/>
        <w:t>vt 0.139223 0.504717</w:t>
        <w:br/>
        <w:t>vt 0.134064 0.516013</w:t>
        <w:br/>
        <w:t>vt 0.965470 0.939133</w:t>
        <w:br/>
        <w:t>vt 0.965384 0.947137</w:t>
        <w:br/>
        <w:t>vt 0.985386 0.925834</w:t>
        <w:br/>
        <w:t>vt 0.973872 0.930527</w:t>
        <w:br/>
        <w:t>vt 0.151823 0.503346</w:t>
        <w:br/>
        <w:t>vt 0.155687 0.516013</w:t>
        <w:br/>
        <w:t>vt 0.963429 0.931672</w:t>
        <w:br/>
        <w:t>vt 0.985386 0.916315</w:t>
        <w:br/>
        <w:t>vt 0.972517 0.921309</w:t>
        <w:br/>
        <w:t>vt 0.163902 0.501955</w:t>
        <w:br/>
        <w:t>vt 0.168882 0.516013</w:t>
        <w:br/>
        <w:t>vt 0.960931 0.924166</w:t>
        <w:br/>
        <w:t>vt 0.985386 0.907732</w:t>
        <w:br/>
        <w:t>vt 0.971174 0.910941</w:t>
        <w:br/>
        <w:t>vt 0.177565 0.500215</w:t>
        <w:br/>
        <w:t>vt 0.181384 0.516013</w:t>
        <w:br/>
        <w:t>vt 0.958092 0.913083</w:t>
        <w:br/>
        <w:t>vt 0.985386 0.894120</w:t>
        <w:br/>
        <w:t>vt 0.969335 0.895808</w:t>
        <w:br/>
        <w:t>vt 0.191567 0.499366</w:t>
        <w:br/>
        <w:t>vt 0.196912 0.516013</w:t>
        <w:br/>
        <w:t>vt 0.955222 0.899949</w:t>
        <w:br/>
        <w:t>vt 0.985386 0.873939</w:t>
        <w:br/>
        <w:t>vt 0.968776 0.878054</w:t>
        <w:br/>
        <w:t>vt 0.211500 0.499206</w:t>
        <w:br/>
        <w:t>vt 0.216678 0.516013</w:t>
        <w:br/>
        <w:t>vt 0.952713 0.880698</w:t>
        <w:br/>
        <w:t>vt 0.985386 0.849304</w:t>
        <w:br/>
        <w:t>vt 0.967988 0.851396</w:t>
        <w:br/>
        <w:t>vt 0.233669 0.499211</w:t>
        <w:br/>
        <w:t>vt 0.239744 0.516013</w:t>
        <w:br/>
        <w:t>vt 0.950921 0.856492</w:t>
        <w:br/>
        <w:t>vt 0.985386 0.823514</w:t>
        <w:br/>
        <w:t>vt 0.966804 0.831709</w:t>
        <w:br/>
        <w:t>vt 0.256089 0.499618</w:t>
        <w:br/>
        <w:t>vt 0.263614 0.516013</w:t>
        <w:br/>
        <w:t>vt 0.966804 0.831709</w:t>
        <w:br/>
        <w:t>vt 0.949256 0.834777</w:t>
        <w:br/>
        <w:t>vt 0.985386 0.810287</w:t>
        <w:br/>
        <w:t>vt 0.964633 0.812010</w:t>
        <w:br/>
        <w:t>vt 0.271232 0.498000</w:t>
        <w:br/>
        <w:t>vt 0.275938 0.516013</w:t>
        <w:br/>
        <w:t>vt 0.964633 0.812010</w:t>
        <w:br/>
        <w:t>vt 0.946911 0.817715</w:t>
        <w:br/>
        <w:t>vt 0.985386 0.797061</w:t>
        <w:br/>
        <w:t>vt 0.985386 0.766031</w:t>
        <w:br/>
        <w:t>vt 0.964004 0.773886</w:t>
        <w:br/>
        <w:t>vt 0.964623 0.794441</w:t>
        <w:br/>
        <w:t>vt 0.288262 0.516013</w:t>
        <w:br/>
        <w:t>vt 0.289070 0.498455</w:t>
        <w:br/>
        <w:t>vt 0.310517 0.498658</w:t>
        <w:br/>
        <w:t>vt 0.317678 0.516013</w:t>
        <w:br/>
        <w:t>vt 0.964623 0.794441</w:t>
        <w:br/>
        <w:t>vt 0.964004 0.773886</w:t>
        <w:br/>
        <w:t>vt 0.945788 0.782076</w:t>
        <w:br/>
        <w:t>vt 0.946405 0.800353</w:t>
        <w:br/>
        <w:t>vt 0.985386 0.746185</w:t>
        <w:br/>
        <w:t>vt 0.961654 0.749437</w:t>
        <w:br/>
        <w:t>vt 0.330766 0.497572</w:t>
        <w:br/>
        <w:t>vt 0.336580 0.516013</w:t>
        <w:br/>
        <w:t>vt 0.319304 0.493235</w:t>
        <w:br/>
        <w:t>vt 0.332371 0.484660</w:t>
        <w:br/>
        <w:t>vt 0.961654 0.749437</w:t>
        <w:br/>
        <w:t>vt 0.946985 0.765928</w:t>
        <w:br/>
        <w:t>vt 0.985386 0.726122</w:t>
        <w:br/>
        <w:t>vt 0.960431 0.729665</w:t>
        <w:br/>
        <w:t>vt 0.353703 0.498909</w:t>
        <w:br/>
        <w:t>vt 0.355446 0.516013</w:t>
        <w:br/>
        <w:t>vt 0.347443 0.483927</w:t>
        <w:br/>
        <w:t>vt 0.960431 0.729665</w:t>
        <w:br/>
        <w:t>vt 0.946711 0.733237</w:t>
        <w:br/>
        <w:t>vt 0.946950 0.749490</w:t>
        <w:br/>
        <w:t>vt 0.985386 0.704616</w:t>
        <w:br/>
        <w:t>vt 0.960119 0.708494</w:t>
        <w:br/>
        <w:t>vt 0.372912 0.498349</w:t>
        <w:br/>
        <w:t>vt 0.375579 0.516013</w:t>
        <w:br/>
        <w:t>vt 0.362794 0.482289</w:t>
        <w:br/>
        <w:t>vt 0.960119 0.708494</w:t>
        <w:br/>
        <w:t>vt 0.945915 0.715528</w:t>
        <w:br/>
        <w:t>vt 0.985386 0.681351</w:t>
        <w:br/>
        <w:t>vt 0.959282 0.685626</w:t>
        <w:br/>
        <w:t>vt 0.392167 0.496954</w:t>
        <w:br/>
        <w:t>vt 0.397219 0.516013</w:t>
        <w:br/>
        <w:t>vt 0.380248 0.478979</w:t>
        <w:br/>
        <w:t>vt 0.392167 0.496954</w:t>
        <w:br/>
        <w:t>vt 0.959282 0.685626</w:t>
        <w:br/>
        <w:t>vt 0.945968 0.695131</w:t>
        <w:br/>
        <w:t>vt 0.985386 0.661619</w:t>
        <w:br/>
        <w:t>vt 0.958151 0.666120</w:t>
        <w:br/>
        <w:t>vt 0.408972 0.496197</w:t>
        <w:br/>
        <w:t>vt 0.415206 0.516013</w:t>
        <w:br/>
        <w:t>vt 0.396067 0.475517</w:t>
        <w:br/>
        <w:t>vt 0.408972 0.496197</w:t>
        <w:br/>
        <w:t>vt 0.958151 0.666120</w:t>
        <w:br/>
        <w:t>vt 0.944213 0.676801</w:t>
        <w:br/>
        <w:t>vt 0.985386 0.633836</w:t>
        <w:br/>
        <w:t>vt 0.956451 0.637900</w:t>
        <w:br/>
        <w:t>vt 0.431818 0.493673</w:t>
        <w:br/>
        <w:t>vt 0.439935 0.516013</w:t>
        <w:br/>
        <w:t>vt 0.421130 0.469970</w:t>
        <w:br/>
        <w:t>vt 0.431818 0.493673</w:t>
        <w:br/>
        <w:t>vt 0.956451 0.637900</w:t>
        <w:br/>
        <w:t>vt 0.941234 0.649403</w:t>
        <w:br/>
        <w:t>vt 0.985386 0.603310</w:t>
        <w:br/>
        <w:t>vt 0.955070 0.603912</w:t>
        <w:br/>
        <w:t>vt 0.459097 0.490536</w:t>
        <w:br/>
        <w:t>vt 0.466548 0.516013</w:t>
        <w:br/>
        <w:t>vt 0.458297 0.464638</w:t>
        <w:br/>
        <w:t>vt 0.459097 0.490536</w:t>
        <w:br/>
        <w:t>vt 0.955070 0.603912</w:t>
        <w:br/>
        <w:t>vt 0.937729 0.610722</w:t>
        <w:br/>
        <w:t>vt 0.941234 0.649403</w:t>
        <w:br/>
        <w:t>vt 0.985386 0.578082</w:t>
        <w:br/>
        <w:t>vt 0.957336 0.573663</w:t>
        <w:br/>
        <w:t>vt 0.484658 0.489419</w:t>
        <w:br/>
        <w:t>vt 0.488694 0.516013</w:t>
        <w:br/>
        <w:t>vt 0.494858 0.463621</w:t>
        <w:br/>
        <w:t>vt 0.484658 0.489419</w:t>
        <w:br/>
        <w:t>vt 0.957336 0.573663</w:t>
        <w:br/>
        <w:t>vt 0.941408 0.574246</w:t>
        <w:br/>
        <w:t>vt 0.985386 0.554824</w:t>
        <w:br/>
        <w:t>vt 0.961365 0.547752</w:t>
        <w:br/>
        <w:t>vt 0.508442 0.490767</w:t>
        <w:br/>
        <w:t>vt 0.510497 0.516013</w:t>
        <w:br/>
        <w:t>vt 0.520296 0.468493</w:t>
        <w:br/>
        <w:t>vt 0.508442 0.490767</w:t>
        <w:br/>
        <w:t>vt 0.961365 0.547752</w:t>
        <w:br/>
        <w:t>vt 0.945698 0.549958</w:t>
        <w:br/>
        <w:t>vt 0.985386 0.536207</w:t>
        <w:br/>
        <w:t>vt 0.964833 0.532161</w:t>
        <w:br/>
        <w:t>vt 0.528884 0.493926</w:t>
        <w:br/>
        <w:t>vt 0.530429 0.516013</w:t>
        <w:br/>
        <w:t>vt 0.541234 0.475800</w:t>
        <w:br/>
        <w:t>vt 0.528884 0.493926</w:t>
        <w:br/>
        <w:t>vt 0.964833 0.532161</w:t>
        <w:br/>
        <w:t>vt 0.951096 0.530231</w:t>
        <w:br/>
        <w:t>vt 0.985386 0.520328</w:t>
        <w:br/>
        <w:t>vt 0.970305 0.515176</w:t>
        <w:br/>
        <w:t>vt 0.550856 0.498993</w:t>
        <w:br/>
        <w:t>vt 0.549863 0.516013</w:t>
        <w:br/>
        <w:t>vt 0.558457 0.484603</w:t>
        <w:br/>
        <w:t>vt 0.550856 0.498993</w:t>
        <w:br/>
        <w:t>vt 0.970305 0.515176</w:t>
        <w:br/>
        <w:t>vt 0.958062 0.514549</w:t>
        <w:br/>
        <w:t>vt 0.985386 0.506459</w:t>
        <w:br/>
        <w:t>vt 0.975844 0.501692</w:t>
        <w:br/>
        <w:t>vt 0.569943 0.504219</w:t>
        <w:br/>
        <w:t>vt 0.568694 0.516013</w:t>
        <w:br/>
        <w:t>vt 0.577754 0.496759</w:t>
        <w:br/>
        <w:t>vt 0.569943 0.504219</w:t>
        <w:br/>
        <w:t>vt 0.975844 0.501692</w:t>
        <w:br/>
        <w:t>vt 0.967838 0.497574</w:t>
        <w:br/>
        <w:t>vt 0.985386 0.495565</w:t>
        <w:br/>
        <w:t>vt 0.979676 0.492082</w:t>
        <w:br/>
        <w:t>vt 0.588375 0.509215</w:t>
        <w:br/>
        <w:t>vt 0.584335 0.516013</w:t>
        <w:br/>
        <w:t>vt 0.593275 0.504727</w:t>
        <w:br/>
        <w:t>vt 0.588375 0.509215</w:t>
        <w:br/>
        <w:t>vt 0.979676 0.492082</w:t>
        <w:br/>
        <w:t>vt 0.975734 0.487661</w:t>
        <w:br/>
        <w:t>vt 0.985386 0.479764</w:t>
        <w:br/>
        <w:t>vt 0.982309 0.480322</w:t>
        <w:br/>
        <w:t>vt 0.607438 0.512657</w:t>
        <w:br/>
        <w:t>vt 0.606146 0.516013</w:t>
        <w:br/>
        <w:t>vt 0.608630 0.510256</w:t>
        <w:br/>
        <w:t>vt 0.607438 0.512657</w:t>
        <w:br/>
        <w:t>vt 0.982309 0.480322</w:t>
        <w:br/>
        <w:t>vt 0.980774 0.478482</w:t>
        <w:br/>
        <w:t>vt 0.985386 0.468362</w:t>
        <w:br/>
        <w:t>vt 0.627723 0.516013</w:t>
        <w:br/>
        <w:t>vt 0.627723 0.516013</w:t>
        <w:br/>
        <w:t>vt 0.985386 0.468362</w:t>
        <w:br/>
        <w:t>vt 0.946405 0.800353</w:t>
        <w:br/>
        <w:t>vt 0.763853 0.510549</w:t>
        <w:br/>
        <w:t>vt 0.054939 0.356672</w:t>
        <w:br/>
        <w:t>vt 0.056201 0.372855</w:t>
        <w:br/>
        <w:t>vt 0.042949 0.372191</w:t>
        <w:br/>
        <w:t>vt 0.036283 0.357326</w:t>
        <w:br/>
        <w:t>vt 0.041789 0.321423</w:t>
        <w:br/>
        <w:t>vt 0.046302 0.334282</w:t>
        <w:br/>
        <w:t>vt 0.027866 0.337810</w:t>
        <w:br/>
        <w:t>vt 0.022149 0.322995</w:t>
        <w:br/>
        <w:t>vt 0.574562 0.446529</w:t>
        <w:br/>
        <w:t>vt 0.588726 0.444877</w:t>
        <w:br/>
        <w:t>vt 0.576969 0.430021</w:t>
        <w:br/>
        <w:t>vt 0.568776 0.429520</w:t>
        <w:br/>
        <w:t>vt 0.069422 0.374497</w:t>
        <w:br/>
        <w:t>vt 0.069973 0.356933</w:t>
        <w:br/>
        <w:t>vt 0.063243 0.320112</w:t>
        <w:br/>
        <w:t>vt 0.066934 0.333085</w:t>
        <w:br/>
        <w:t>vt 0.565252 0.446327</w:t>
        <w:br/>
        <w:t>vt 0.561561 0.429078</w:t>
        <w:br/>
        <w:t>vt 0.080383 0.376774</w:t>
        <w:br/>
        <w:t>vt 0.081884 0.358140</w:t>
        <w:br/>
        <w:t>vt 0.080985 0.318215</w:t>
        <w:br/>
        <w:t>vt 0.081479 0.333595</w:t>
        <w:br/>
        <w:t>vt 0.558593 0.445433</w:t>
        <w:br/>
        <w:t>vt 0.556786 0.428786</w:t>
        <w:br/>
        <w:t>vt 0.094801 0.359574</w:t>
        <w:br/>
        <w:t>vt 0.092620 0.379793</w:t>
        <w:br/>
        <w:t>vt 0.100177 0.334700</w:t>
        <w:br/>
        <w:t>vt 0.102756 0.318919</w:t>
        <w:br/>
        <w:t>vt 0.552076 0.444866</w:t>
        <w:br/>
        <w:t>vt 0.551419 0.428458</w:t>
        <w:br/>
        <w:t>vt 0.111183 0.362861</w:t>
        <w:br/>
        <w:t>vt 0.108957 0.383989</w:t>
        <w:br/>
        <w:t>vt 0.115598 0.336280</w:t>
        <w:br/>
        <w:t>vt 0.119503 0.318577</w:t>
        <w:br/>
        <w:t>vt 0.544727 0.443908</w:t>
        <w:br/>
        <w:t>vt 0.542297 0.427900</w:t>
        <w:br/>
        <w:t>vt 0.135711 0.368292</w:t>
        <w:br/>
        <w:t>vt 0.129333 0.387429</w:t>
        <w:br/>
        <w:t>vt 0.141171 0.320101</w:t>
        <w:br/>
        <w:t>vt 0.141819 0.341028</w:t>
        <w:br/>
        <w:t>vt 0.524124 0.539041</w:t>
        <w:br/>
        <w:t>vt 0.513579 0.538432</w:t>
        <w:br/>
        <w:t>vt 0.514533 0.531024</w:t>
        <w:br/>
        <w:t>vt 0.524508 0.531024</w:t>
        <w:br/>
        <w:t>vt 0.160761 0.370212</w:t>
        <w:br/>
        <w:t>vt 0.158319 0.390590</w:t>
        <w:br/>
        <w:t>vt 0.163692 0.321417</w:t>
        <w:br/>
        <w:t>vt 0.162637 0.343181</w:t>
        <w:br/>
        <w:t>vt 0.529370 0.427109</w:t>
        <w:br/>
        <w:t>vt 0.506924 0.425736</w:t>
        <w:br/>
        <w:t>vt 0.509161 0.441630</w:t>
        <w:br/>
        <w:t>vt 0.532644 0.443336</w:t>
        <w:br/>
        <w:t>vt 0.189012 0.373510</w:t>
        <w:br/>
        <w:t>vt 0.187946 0.393217</w:t>
        <w:br/>
        <w:t>vt 0.192084 0.322345</w:t>
        <w:br/>
        <w:t>vt 0.190785 0.345531</w:t>
        <w:br/>
        <w:t>vt 0.482920 0.439767</w:t>
        <w:br/>
        <w:t>vt 0.481832 0.424201</w:t>
        <w:br/>
        <w:t>vt 0.212161 0.375968</w:t>
        <w:br/>
        <w:t>vt 0.211892 0.394814</w:t>
        <w:br/>
        <w:t>vt 0.215128 0.323337</w:t>
        <w:br/>
        <w:t>vt 0.213699 0.348082</w:t>
        <w:br/>
        <w:t>vt 0.460976 0.437608</w:t>
        <w:br/>
        <w:t>vt 0.460080 0.422871</w:t>
        <w:br/>
        <w:t>vt 0.233228 0.376936</w:t>
        <w:br/>
        <w:t>vt 0.231946 0.394647</w:t>
        <w:br/>
        <w:t>vt 0.236156 0.323928</w:t>
        <w:br/>
        <w:t>vt 0.234445 0.349679</w:t>
        <w:br/>
        <w:t>vt 0.442097 0.435167</w:t>
        <w:br/>
        <w:t>vt 0.440623 0.421681</w:t>
        <w:br/>
        <w:t>vt 0.253004 0.394504</w:t>
        <w:br/>
        <w:t>vt 0.253805 0.376493</w:t>
        <w:br/>
        <w:t>vt 0.257510 0.324304</w:t>
        <w:br/>
        <w:t>vt 0.255344 0.350086</w:t>
        <w:br/>
        <w:t>vt 0.420883 0.432853</w:t>
        <w:br/>
        <w:t>vt 0.419058 0.420362</w:t>
        <w:br/>
        <w:t>vt 0.282052 0.395898</w:t>
        <w:br/>
        <w:t>vt 0.267707 0.395010</w:t>
        <w:br/>
        <w:t>vt 0.269990 0.376667</w:t>
        <w:br/>
        <w:t>vt 0.285890 0.377425</w:t>
        <w:br/>
        <w:t>vt 0.294499 0.325134</w:t>
        <w:br/>
        <w:t>vt 0.289630 0.352338</w:t>
        <w:br/>
        <w:t>vt 0.272741 0.350865</w:t>
        <w:br/>
        <w:t>vt 0.276151 0.324692</w:t>
        <w:br/>
        <w:t>vt 0.388419 0.429296</w:t>
        <w:br/>
        <w:t>vt 0.404661 0.431085</w:t>
        <w:br/>
        <w:t>vt 0.402776 0.419366</w:t>
        <w:br/>
        <w:t>vt 0.386523 0.418372</w:t>
        <w:br/>
        <w:t>vt 0.303779 0.379468</w:t>
        <w:br/>
        <w:t>vt 0.298631 0.398485</w:t>
        <w:br/>
        <w:t>vt 0.312159 0.325880</w:t>
        <w:br/>
        <w:t>vt 0.306635 0.355138</w:t>
        <w:br/>
        <w:t>vt 0.339624 0.401731</w:t>
        <w:br/>
        <w:t>vt 0.317989 0.400504</w:t>
        <w:br/>
        <w:t>vt 0.320980 0.381738</w:t>
        <w:br/>
        <w:t>vt 0.338930 0.382531</w:t>
        <w:br/>
        <w:t>vt 0.342421 0.358867</w:t>
        <w:br/>
        <w:t>vt 0.323082 0.357515</w:t>
        <w:br/>
        <w:t>vt 0.329711 0.325983</w:t>
        <w:br/>
        <w:t>vt 0.351135 0.326927</w:t>
        <w:br/>
        <w:t>vt 0.328946 0.433894</w:t>
        <w:br/>
        <w:t>vt 0.351635 0.435842</w:t>
        <w:br/>
        <w:t>vt 0.349045 0.416079</w:t>
        <w:br/>
        <w:t>vt 0.328780 0.414840</w:t>
        <w:br/>
        <w:t>vt 0.032958 0.941981</w:t>
        <w:br/>
        <w:t>vt 0.032835 0.963779</w:t>
        <w:br/>
        <w:t>vt 0.013002 0.964155</w:t>
        <w:br/>
        <w:t>vt 0.013002 0.941581</w:t>
        <w:br/>
        <w:t>vt 0.361780 0.361941</w:t>
        <w:br/>
        <w:t>vt 0.374394 0.327834</w:t>
        <w:br/>
        <w:t>vt 0.306498 0.433148</w:t>
        <w:br/>
        <w:t>vt 0.308445 0.413596</w:t>
        <w:br/>
        <w:t>vt 0.032423 0.919677</w:t>
        <w:br/>
        <w:t>vt 0.013002 0.919275</w:t>
        <w:br/>
        <w:t>vt 0.382331 0.364908</w:t>
        <w:br/>
        <w:t>vt 0.399306 0.329180</w:t>
        <w:br/>
        <w:t>vt 0.287308 0.412303</w:t>
        <w:br/>
        <w:t>vt 0.283133 0.433975</w:t>
        <w:br/>
        <w:t>vt 0.032319 0.897785</w:t>
        <w:br/>
        <w:t>vt 0.013002 0.897220</w:t>
        <w:br/>
        <w:t>vt 0.406851 0.367436</w:t>
        <w:br/>
        <w:t>vt 0.425771 0.330355</w:t>
        <w:br/>
        <w:t>vt 0.266530 0.411032</w:t>
        <w:br/>
        <w:t>vt 0.261353 0.434500</w:t>
        <w:br/>
        <w:t>vt 0.032135 0.872522</w:t>
        <w:br/>
        <w:t>vt 0.013002 0.869782</w:t>
        <w:br/>
        <w:t>vt 0.242956 0.409590</w:t>
        <w:br/>
        <w:t>vt 0.238043 0.431844</w:t>
        <w:br/>
        <w:t>vt 0.031922 0.851735</w:t>
        <w:br/>
        <w:t>vt 0.013002 0.848271</w:t>
        <w:br/>
        <w:t>vt 0.224467 0.408459</w:t>
        <w:br/>
        <w:t>vt 0.218546 0.430203</w:t>
        <w:br/>
        <w:t>vt 0.032099 0.836186</w:t>
        <w:br/>
        <w:t>vt 0.013002 0.830302</w:t>
        <w:br/>
        <w:t>vt 0.211406 0.407660</w:t>
        <w:br/>
        <w:t>vt 0.206067 0.428772</w:t>
        <w:br/>
        <w:t>vt 0.031784 0.805536</w:t>
        <w:br/>
        <w:t>vt 0.031944 0.820054</w:t>
        <w:br/>
        <w:t>vt 0.013002 0.810865</w:t>
        <w:br/>
        <w:t>vt 0.013002 0.796275</w:t>
        <w:br/>
        <w:t>vt 0.410058 0.610432</w:t>
        <w:br/>
        <w:t>vt 0.394099 0.610162</w:t>
        <w:br/>
        <w:t>vt 0.404473 0.623658</w:t>
        <w:br/>
        <w:t>vt 0.420581 0.624872</w:t>
        <w:br/>
        <w:t>vt 0.185170 0.406055</w:t>
        <w:br/>
        <w:t>vt 0.181709 0.424240</w:t>
        <w:br/>
        <w:t>vt 0.193285 0.426704</w:t>
        <w:br/>
        <w:t>vt 0.197654 0.406819</w:t>
        <w:br/>
        <w:t>vt 0.437300 0.598627</w:t>
        <w:br/>
        <w:t>vt 0.419363 0.598627</w:t>
        <w:br/>
        <w:t>vt 0.427964 0.610730</w:t>
        <w:br/>
        <w:t>vt 0.445933 0.610851</w:t>
        <w:br/>
        <w:t>vt 0.461871 0.598627</w:t>
        <w:br/>
        <w:t>vt 0.468662 0.610474</w:t>
        <w:br/>
        <w:t>vt 0.481013 0.598627</w:t>
        <w:br/>
        <w:t>vt 0.485414 0.610306</w:t>
        <w:br/>
        <w:t>vt 0.501010 0.608876</w:t>
        <w:br/>
        <w:t>vt 0.500055 0.598627</w:t>
        <w:br/>
        <w:t>vt 0.513340 0.609745</w:t>
        <w:br/>
        <w:t>vt 0.514313 0.603856</w:t>
        <w:br/>
        <w:t>vt 0.502214 0.618656</w:t>
        <w:br/>
        <w:t>vt 0.531971 0.598627</w:t>
        <w:br/>
        <w:t>vt 0.232228 0.598627</w:t>
        <w:br/>
        <w:t>vt 0.255220 0.601636</w:t>
        <w:br/>
        <w:t>vt 0.254713 0.598627</w:t>
        <w:br/>
        <w:t>vt 0.276876 0.598627</w:t>
        <w:br/>
        <w:t>vt 0.277219 0.603412</w:t>
        <w:br/>
        <w:t>vt 0.298810 0.598627</w:t>
        <w:br/>
        <w:t>vt 0.299117 0.605516</w:t>
        <w:br/>
        <w:t>vt 0.326203 0.598627</w:t>
        <w:br/>
        <w:t>vt 0.328968 0.607635</w:t>
        <w:br/>
        <w:t>vt 0.347574 0.598627</w:t>
        <w:br/>
        <w:t>vt 0.352871 0.608474</w:t>
        <w:br/>
        <w:t>vt 0.365463 0.598627</w:t>
        <w:br/>
        <w:t>vt 0.372250 0.609380</w:t>
        <w:br/>
        <w:t>vt 0.037153 0.306183</w:t>
        <w:br/>
        <w:t>vt 0.015557 0.306183</w:t>
        <w:br/>
        <w:t>vt 0.058692 0.306183</w:t>
        <w:br/>
        <w:t>vt 0.079829 0.306183</w:t>
        <w:br/>
        <w:t>vt 0.101870 0.306183</w:t>
        <w:br/>
        <w:t>vt 0.122230 0.306183</w:t>
        <w:br/>
        <w:t>vt 0.139198 0.306183</w:t>
        <w:br/>
        <w:t>vt 0.164874 0.306183</w:t>
        <w:br/>
        <w:t>vt 0.194519 0.306183</w:t>
        <w:br/>
        <w:t>vt 0.218166 0.306183</w:t>
        <w:br/>
        <w:t>vt 0.239038 0.306183</w:t>
        <w:br/>
        <w:t>vt 0.260768 0.306183</w:t>
        <w:br/>
        <w:t>vt 0.280407 0.306183</w:t>
        <w:br/>
        <w:t>vt 0.299770 0.306183</w:t>
        <w:br/>
        <w:t>vt 0.317834 0.306183</w:t>
        <w:br/>
        <w:t>vt 0.335678 0.306183</w:t>
        <w:br/>
        <w:t>vt 0.358486 0.306177</w:t>
        <w:br/>
        <w:t>vt 0.383862 0.306171</w:t>
        <w:br/>
        <w:t>vt 0.410571 0.306171</w:t>
        <w:br/>
        <w:t>vt 0.436885 0.306171</w:t>
        <w:br/>
        <w:t>vt 0.355036 0.382770</w:t>
        <w:br/>
        <w:t>vt 0.277925 0.608931</w:t>
        <w:br/>
        <w:t>vt 0.256010 0.605364</w:t>
        <w:br/>
        <w:t>vt 0.277380 0.612193</w:t>
        <w:br/>
        <w:t>vt 0.300360 0.613293</w:t>
        <w:br/>
        <w:t>vt 0.302831 0.619028</w:t>
        <w:br/>
        <w:t>vt 0.355155 0.545433</w:t>
        <w:br/>
        <w:t>vt 0.370468 0.544552</w:t>
        <w:br/>
        <w:t>vt 0.372047 0.568342</w:t>
        <w:br/>
        <w:t>vt 0.355579 0.568899</w:t>
        <w:br/>
        <w:t>vt 0.335741 0.547457</w:t>
        <w:br/>
        <w:t>vt 0.337809 0.571432</w:t>
        <w:br/>
        <w:t>vt 0.318604 0.575119</w:t>
        <w:br/>
        <w:t>vt 0.313211 0.548271</w:t>
        <w:br/>
        <w:t>vt 0.296155 0.577894</w:t>
        <w:br/>
        <w:t>vt 0.289519 0.550912</w:t>
        <w:br/>
        <w:t>vt 0.272670 0.579063</w:t>
        <w:br/>
        <w:t>vt 0.266113 0.553459</w:t>
        <w:br/>
        <w:t>vt 0.578449 0.465084</w:t>
        <w:br/>
        <w:t>vt 0.595437 0.460838</w:t>
        <w:br/>
        <w:t>vt 0.569886 0.466595</w:t>
        <w:br/>
        <w:t>vt 0.562599 0.467440</w:t>
        <w:br/>
        <w:t>vt 0.370185 0.463524</w:t>
        <w:br/>
        <w:t>vt 0.384824 0.469357</w:t>
        <w:br/>
        <w:t>vt 0.358636 0.446601</w:t>
        <w:br/>
        <w:t>vt 0.329628 0.460686</w:t>
        <w:br/>
        <w:t>vt 0.351767 0.460664</w:t>
        <w:br/>
        <w:t>vt 0.304223 0.462744</w:t>
        <w:br/>
        <w:t>vt 0.305551 0.447507</w:t>
        <w:br/>
        <w:t>vt 0.280621 0.450131</w:t>
        <w:br/>
        <w:t>vt 0.279010 0.464768</w:t>
        <w:br/>
        <w:t>vt 0.259052 0.450485</w:t>
        <w:br/>
        <w:t>vt 0.255206 0.465077</w:t>
        <w:br/>
        <w:t>vt 0.233448 0.449923</w:t>
        <w:br/>
        <w:t>vt 0.211852 0.450292</w:t>
        <w:br/>
        <w:t>vt 0.196896 0.449671</w:t>
        <w:br/>
        <w:t>vt 0.171274 0.445368</w:t>
        <w:br/>
        <w:t>vt 0.183340 0.447825</w:t>
        <w:br/>
        <w:t>vt 0.154865 0.421730</w:t>
        <w:br/>
        <w:t>vt 0.147011 0.439990</w:t>
        <w:br/>
        <w:t>vt 0.158932 0.442881</w:t>
        <w:br/>
        <w:t>vt 0.167947 0.423155</w:t>
        <w:br/>
        <w:t>vt 0.134971 0.417802</w:t>
        <w:br/>
        <w:t>vt 0.128284 0.433676</w:t>
        <w:br/>
        <w:t>vt 0.119481 0.413328</w:t>
        <w:br/>
        <w:t>vt 0.114593 0.427394</w:t>
        <w:br/>
        <w:t>vt 0.100657 0.418683</w:t>
        <w:br/>
        <w:t>vt 0.103176 0.407727</w:t>
        <w:br/>
        <w:t>vt 0.090454 0.411272</w:t>
        <w:br/>
        <w:t>vt 0.091141 0.403562</w:t>
        <w:br/>
        <w:t>vt 0.074702 0.399298</w:t>
        <w:br/>
        <w:t>vt 0.538312 0.531024</w:t>
        <w:br/>
        <w:t>vt 0.553395 0.531024</w:t>
        <w:br/>
        <w:t>vt 0.552392 0.535838</w:t>
        <w:br/>
        <w:t>vt 0.538336 0.548121</w:t>
        <w:br/>
        <w:t>vt 0.494050 0.538871</w:t>
        <w:br/>
        <w:t>vt 0.496489 0.531024</w:t>
        <w:br/>
        <w:t>vt 0.474145 0.531024</w:t>
        <w:br/>
        <w:t>vt 0.472747 0.539138</w:t>
        <w:br/>
        <w:t>vt 0.455595 0.531024</w:t>
        <w:br/>
        <w:t>vt 0.453712 0.540088</w:t>
        <w:br/>
        <w:t>vt 0.438777 0.531024</w:t>
        <w:br/>
        <w:t>vt 0.436692 0.540397</w:t>
        <w:br/>
        <w:t>vt 0.420307 0.531024</w:t>
        <w:br/>
        <w:t>vt 0.418048 0.541961</w:t>
        <w:br/>
        <w:t>vt 0.387503 0.531024</w:t>
        <w:br/>
        <w:t>vt 0.403714 0.531024</w:t>
        <w:br/>
        <w:t>vt 0.400996 0.543323</w:t>
        <w:br/>
        <w:t>vt 0.385647 0.543208</w:t>
        <w:br/>
        <w:t>vt 0.356895 0.531024</w:t>
        <w:br/>
        <w:t>vt 0.372211 0.531024</w:t>
        <w:br/>
        <w:t>vt 0.336824 0.531024</w:t>
        <w:br/>
        <w:t>vt 0.313547 0.531024</w:t>
        <w:br/>
        <w:t>vt 0.288288 0.531024</w:t>
        <w:br/>
        <w:t>vt 0.263883 0.531024</w:t>
        <w:br/>
        <w:t>vt 0.400593 0.598627</w:t>
        <w:br/>
        <w:t>vt 0.385112 0.598627</w:t>
        <w:br/>
        <w:t>vt 0.439157 0.626105</w:t>
        <w:br/>
        <w:t>vt 0.457416 0.626457</w:t>
        <w:br/>
        <w:t>vt 0.476411 0.625521</w:t>
        <w:br/>
        <w:t>vt 0.489853 0.622905</w:t>
        <w:br/>
        <w:t>vt 0.515091 0.598627</w:t>
        <w:br/>
        <w:t>vt 0.256010 0.605364</w:t>
        <w:br/>
        <w:t>vt 0.277925 0.608931</w:t>
        <w:br/>
        <w:t>vt 0.333768 0.617830</w:t>
        <w:br/>
        <w:t>vt 0.360241 0.620245</w:t>
        <w:br/>
        <w:t>vt 0.382739 0.622328</w:t>
        <w:br/>
        <w:t>vt 0.228759 0.465507</w:t>
        <w:br/>
        <w:t>vt 0.205192 0.466539</w:t>
        <w:br/>
        <w:t>vt 0.188463 0.466084</w:t>
        <w:br/>
        <w:t>vt 0.161342 0.462024</w:t>
        <w:br/>
        <w:t>vt 0.171551 0.463886</w:t>
        <w:br/>
        <w:t>vt 0.138337 0.456516</w:t>
        <w:br/>
        <w:t>vt 0.149393 0.459642</w:t>
        <w:br/>
        <w:t>vt 0.120726 0.448690</w:t>
        <w:br/>
        <w:t>vt 0.108187 0.439992</w:t>
        <w:br/>
        <w:t>vt 0.096809 0.429701</w:t>
        <w:br/>
        <w:t>vt 0.088821 0.419632</w:t>
        <w:br/>
        <w:t>vt 0.255206 0.465077</w:t>
        <w:br/>
        <w:t>vt 0.228759 0.465507</w:t>
        <w:br/>
        <w:t>vt 0.230685 0.473804</w:t>
        <w:br/>
        <w:t>vt 0.255470 0.471000</w:t>
        <w:br/>
        <w:t>vt 0.205192 0.466539</w:t>
        <w:br/>
        <w:t>vt 0.205990 0.476583</w:t>
        <w:br/>
        <w:t>vt 0.188463 0.466084</w:t>
        <w:br/>
        <w:t>vt 0.184266 0.482286</w:t>
        <w:br/>
        <w:t>vt 0.171551 0.463886</w:t>
        <w:br/>
        <w:t>vt 0.165611 0.482779</w:t>
        <w:br/>
        <w:t>vt 0.149393 0.459642</w:t>
        <w:br/>
        <w:t>vt 0.138563 0.474502</w:t>
        <w:br/>
        <w:t>vt 0.151473 0.479905</w:t>
        <w:br/>
        <w:t>vt 0.161342 0.462024</w:t>
        <w:br/>
        <w:t>vt 0.120726 0.448690</w:t>
        <w:br/>
        <w:t>vt 0.110248 0.455794</w:t>
        <w:br/>
        <w:t>vt 0.126181 0.467458</w:t>
        <w:br/>
        <w:t>vt 0.138337 0.456516</w:t>
        <w:br/>
        <w:t>vt 0.108187 0.439992</w:t>
        <w:br/>
        <w:t>vt 0.099544 0.444830</w:t>
        <w:br/>
        <w:t>vt 0.096809 0.429701</w:t>
        <w:br/>
        <w:t>vt 0.090842 0.433608</w:t>
        <w:br/>
        <w:t>vt 0.088821 0.419632</w:t>
        <w:br/>
        <w:t>vt 0.084168 0.420656</w:t>
        <w:br/>
        <w:t>vt 0.074702 0.399298</w:t>
        <w:br/>
        <w:t>vt 0.091141 0.403562</w:t>
        <w:br/>
        <w:t>vt 0.090083 0.400239</w:t>
        <w:br/>
        <w:t>vt 0.074702 0.399298</w:t>
        <w:br/>
        <w:t>vt 0.103176 0.407727</w:t>
        <w:br/>
        <w:t>vt 0.102916 0.401024</w:t>
        <w:br/>
        <w:t>vt 0.116689 0.401867</w:t>
        <w:br/>
        <w:t>vt 0.131489 0.402772</w:t>
        <w:br/>
        <w:t>vt 0.150612 0.403942</w:t>
        <w:br/>
        <w:t>vt 0.165402 0.404846</w:t>
        <w:br/>
        <w:t>vt 0.333768 0.617830</w:t>
        <w:br/>
        <w:t>vt 0.336157 0.628538</w:t>
        <w:br/>
        <w:t>vt 0.360241 0.620245</w:t>
        <w:br/>
        <w:t>vt 0.365874 0.638912</w:t>
        <w:br/>
        <w:t>vt 0.382739 0.622328</w:t>
        <w:br/>
        <w:t>vt 0.395463 0.655794</w:t>
        <w:br/>
        <w:t>vt 0.420581 0.624872</w:t>
        <w:br/>
        <w:t>vt 0.404473 0.623658</w:t>
        <w:br/>
        <w:t>vt 0.415273 0.652825</w:t>
        <w:br/>
        <w:t>vt 0.430899 0.650753</w:t>
        <w:br/>
        <w:t>vt 0.439157 0.626105</w:t>
        <w:br/>
        <w:t>vt 0.445664 0.649057</w:t>
        <w:br/>
        <w:t>vt 0.460178 0.646842</w:t>
        <w:br/>
        <w:t>vt 0.479307 0.641395</w:t>
        <w:br/>
        <w:t>vt 0.493197 0.634109</w:t>
        <w:br/>
        <w:t>vt 0.505075 0.625100</w:t>
        <w:br/>
        <w:t>vt 0.514809 0.613874</w:t>
        <w:br/>
        <w:t>vt 0.237411 0.288771</w:t>
        <w:br/>
        <w:t>vt 0.241476 0.285107</w:t>
        <w:br/>
        <w:t>vt 0.251672 0.303157</w:t>
        <w:br/>
        <w:t>vt 0.227077 0.276585</w:t>
        <w:br/>
        <w:t>vt 0.221445 0.282477</w:t>
        <w:br/>
        <w:t>vt 0.206603 0.271706</w:t>
        <w:br/>
        <w:t>vt 0.221445 0.282477</w:t>
        <w:br/>
        <w:t>vt 0.203095 0.280404</w:t>
        <w:br/>
        <w:t>vt 0.185327 0.271310</w:t>
        <w:br/>
        <w:t>vt 0.203095 0.280404</w:t>
        <w:br/>
        <w:t>vt 0.182801 0.281705</w:t>
        <w:br/>
        <w:t>vt 0.157570 0.274027</w:t>
        <w:br/>
        <w:t>vt 0.156847 0.286478</w:t>
        <w:br/>
        <w:t>vt 0.116343 0.281564</w:t>
        <w:br/>
        <w:t>vt 0.137410 0.277177</w:t>
        <w:br/>
        <w:t>vt 0.137009 0.291435</w:t>
        <w:br/>
        <w:t>vt 0.118856 0.296629</w:t>
        <w:br/>
        <w:t>vt 0.429519 0.384060</w:t>
        <w:br/>
        <w:t>vt 0.398039 0.383349</w:t>
        <w:br/>
        <w:t>vt 0.436414 0.369345</w:t>
        <w:br/>
        <w:t>vt 0.456907 0.382902</w:t>
        <w:br/>
        <w:t>vt 0.464278 0.369102</w:t>
        <w:br/>
        <w:t>vt 0.492229 0.365696</w:t>
        <w:br/>
        <w:t>vt 0.485117 0.379645</w:t>
        <w:br/>
        <w:t>vt 0.452901 0.331312</w:t>
        <w:br/>
        <w:t>vt 0.461080 0.306171</w:t>
        <w:br/>
        <w:t>vt 0.481019 0.331465</w:t>
        <w:br/>
        <w:t>vt 0.488916 0.306171</w:t>
        <w:br/>
        <w:t>vt 0.509262 0.306171</w:t>
        <w:br/>
        <w:t>vt 0.503228 0.330647</w:t>
        <w:br/>
        <w:t>vt 0.527938 0.306171</w:t>
        <w:br/>
        <w:t>vt 0.522802 0.329322</w:t>
        <w:br/>
        <w:t>vt 0.564082 0.322293</w:t>
        <w:br/>
        <w:t>vt 0.543024 0.326417</w:t>
        <w:br/>
        <w:t>vt 0.545549 0.306171</w:t>
        <w:br/>
        <w:t>vt 0.566478 0.306171</w:t>
        <w:br/>
        <w:t>vt 0.583084 0.317546</w:t>
        <w:br/>
        <w:t>vt 0.583571 0.306171</w:t>
        <w:br/>
        <w:t>vt 0.596123 0.306171</w:t>
        <w:br/>
        <w:t>vt 0.596790 0.314018</w:t>
        <w:br/>
        <w:t>vt 0.635351 0.306171</w:t>
        <w:br/>
        <w:t>vt 0.620753 0.309042</w:t>
        <w:br/>
        <w:t>vt 0.620317 0.306171</w:t>
        <w:br/>
        <w:t>vt 0.543744 0.352615</w:t>
        <w:br/>
        <w:t>vt 0.516517 0.362666</w:t>
        <w:br/>
        <w:t>vt 0.564918 0.341831</w:t>
        <w:br/>
        <w:t>vt 0.584118 0.330587</w:t>
        <w:br/>
        <w:t>vt 0.246273 0.578773</w:t>
        <w:br/>
        <w:t>vt 0.242033 0.553000</w:t>
        <w:br/>
        <w:t>vt 0.216815 0.573964</w:t>
        <w:br/>
        <w:t>vt 0.213060 0.551067</w:t>
        <w:br/>
        <w:t>vt 0.194422 0.567672</w:t>
        <w:br/>
        <w:t>vt 0.194322 0.550367</w:t>
        <w:br/>
        <w:t>vt 0.178593 0.563046</w:t>
        <w:br/>
        <w:t>vt 0.178718 0.548590</w:t>
        <w:br/>
        <w:t>vt 0.147555 0.544297</w:t>
        <w:br/>
        <w:t>vt 0.164135 0.546531</w:t>
        <w:br/>
        <w:t>vt 0.163209 0.558001</w:t>
        <w:br/>
        <w:t>vt 0.146361 0.552569</w:t>
        <w:br/>
        <w:t>vt 0.134063 0.541758</w:t>
        <w:br/>
        <w:t>vt 0.132741 0.548024</w:t>
        <w:br/>
        <w:t>vt 0.125101 0.539286</w:t>
        <w:br/>
        <w:t>vt 0.123970 0.543962</w:t>
        <w:br/>
        <w:t>vt 0.241435 0.531024</w:t>
        <w:br/>
        <w:t>vt 0.214695 0.531024</w:t>
        <w:br/>
        <w:t>vt 0.196202 0.531024</w:t>
        <w:br/>
        <w:t>vt 0.179571 0.531024</w:t>
        <w:br/>
        <w:t>vt 0.148030 0.531024</w:t>
        <w:br/>
        <w:t>vt 0.164751 0.531024</w:t>
        <w:br/>
        <w:t>vt 0.135144 0.531024</w:t>
        <w:br/>
        <w:t>vt 0.126603 0.531024</w:t>
        <w:br/>
        <w:t>vt 0.117878 0.537146</w:t>
        <w:br/>
        <w:t>vt 0.109037 0.533285</w:t>
        <w:br/>
        <w:t>vt 0.110207 0.531024</w:t>
        <w:br/>
        <w:t>vt 0.120075 0.531024</w:t>
        <w:br/>
        <w:t>vt 0.116394 0.540120</w:t>
        <w:br/>
        <w:t>vt 0.108604 0.534389</w:t>
        <w:br/>
        <w:t>vt 0.485117 0.379645</w:t>
        <w:br/>
        <w:t>vt 0.489527 0.393834</w:t>
        <w:br/>
        <w:t>vt 0.463445 0.399110</w:t>
        <w:br/>
        <w:t>vt 0.456907 0.382902</w:t>
        <w:br/>
        <w:t>vt 0.431845 0.395131</w:t>
        <w:br/>
        <w:t>vt 0.429519 0.384060</w:t>
        <w:br/>
        <w:t>vt 0.398557 0.388211</w:t>
        <w:br/>
        <w:t>vt 0.398039 0.383349</w:t>
        <w:br/>
        <w:t>vt 0.510563 0.377394</w:t>
        <w:br/>
        <w:t>vt 0.598710 0.321800</w:t>
        <w:br/>
        <w:t>vt 0.608888 0.316842</w:t>
        <w:br/>
        <w:t>vt 0.607042 0.311759</w:t>
        <w:br/>
        <w:t>vt 0.621780 0.311252</w:t>
        <w:br/>
        <w:t>vt 0.121231 0.548523</w:t>
        <w:br/>
        <w:t>vt 0.123970 0.543962</w:t>
        <w:br/>
        <w:t>vt 0.132741 0.548024</w:t>
        <w:br/>
        <w:t>vt 0.129040 0.555718</w:t>
        <w:br/>
        <w:t>vt 0.100684 0.531024</w:t>
        <w:br/>
        <w:t>vt 0.108604 0.534389</w:t>
        <w:br/>
        <w:t>vt 0.107722 0.535409</w:t>
        <w:br/>
        <w:t>vt 0.146361 0.552569</w:t>
        <w:br/>
        <w:t>vt 0.142105 0.565488</w:t>
        <w:br/>
        <w:t>vt 0.163209 0.558001</w:t>
        <w:br/>
        <w:t>vt 0.159116 0.576708</w:t>
        <w:br/>
        <w:t>vt 0.178593 0.563046</w:t>
        <w:br/>
        <w:t>vt 0.176138 0.586437</w:t>
        <w:br/>
        <w:t>vt 0.223442 0.590473</w:t>
        <w:br/>
        <w:t>vt 0.216815 0.573964</w:t>
        <w:br/>
        <w:t>vt 0.246273 0.578773</w:t>
        <w:br/>
        <w:t>vt 0.249792 0.589119</w:t>
        <w:br/>
        <w:t>vt 0.272670 0.579063</w:t>
        <w:br/>
        <w:t>vt 0.274259 0.584787</w:t>
        <w:br/>
        <w:t>vt 0.575300 0.413278</w:t>
        <w:br/>
        <w:t>vt 0.574599 0.420550</w:t>
        <w:br/>
        <w:t>vt 0.565433 0.417991</w:t>
        <w:br/>
        <w:t>vt 0.566254 0.408535</w:t>
        <w:br/>
        <w:t>vt 0.604299 0.423330</w:t>
        <w:br/>
        <w:t>vt 0.593763 0.422866</w:t>
        <w:br/>
        <w:t>vt 0.593759 0.420237</w:t>
        <w:br/>
        <w:t>vt 0.551327 0.414716</w:t>
        <w:br/>
        <w:t>vt 0.551670 0.403968</w:t>
        <w:br/>
        <w:t>vt 0.533607 0.411338</w:t>
        <w:br/>
        <w:t>vt 0.533360 0.396754</w:t>
        <w:br/>
        <w:t>vt 0.516826 0.408289</w:t>
        <w:br/>
        <w:t>vt 0.511419 0.391848</w:t>
        <w:br/>
        <w:t>vt 0.510563 0.377394</w:t>
        <w:br/>
        <w:t>vt 0.198893 0.594286</w:t>
        <w:br/>
        <w:t>vt 0.194422 0.567672</w:t>
        <w:br/>
        <w:t>vt 0.495265 0.408761</w:t>
        <w:br/>
        <w:t>vt 0.374253 0.382796</w:t>
        <w:br/>
        <w:t>vt 0.486750 0.185421</w:t>
        <w:br/>
        <w:t>vt 0.481266 0.168540</w:t>
        <w:br/>
        <w:t>vt 0.504167 0.164974</w:t>
        <w:br/>
        <w:t>vt 0.506954 0.178359</w:t>
        <w:br/>
        <w:t>vt 0.522557 0.163773</w:t>
        <w:br/>
        <w:t>vt 0.525522 0.175931</w:t>
        <w:br/>
        <w:t>vt 0.539663 0.166705</w:t>
        <w:br/>
        <w:t>vt 0.540052 0.175714</w:t>
        <w:br/>
        <w:t>vt 0.551262 0.172605</w:t>
        <w:br/>
        <w:t>vt 0.549390 0.178436</w:t>
        <w:br/>
        <w:t>vt 0.557156 0.181726</w:t>
        <w:br/>
        <w:t>vt 0.557975 0.177186</w:t>
        <w:br/>
        <w:t>vt 0.566444 0.184619</w:t>
        <w:br/>
        <w:t>vt 0.565940 0.187040</w:t>
        <w:br/>
        <w:t>vt 0.537472 0.637519</w:t>
        <w:br/>
        <w:t>vt 0.537895 0.646601</w:t>
        <w:br/>
        <w:t>vt 0.527314 0.647606</w:t>
        <w:br/>
        <w:t>vt 0.526106 0.637654</w:t>
        <w:br/>
        <w:t>vt 0.561501 0.643832</w:t>
        <w:br/>
        <w:t>vt 0.560823 0.649587</w:t>
        <w:br/>
        <w:t>vt 0.550336 0.647786</w:t>
        <w:br/>
        <w:t>vt 0.551310 0.640070</w:t>
        <w:br/>
        <w:t>vt 0.571667 0.652761</w:t>
        <w:br/>
        <w:t>vt 0.570404 0.648063</w:t>
        <w:br/>
        <w:t>vt 0.586939 0.658881</w:t>
        <w:br/>
        <w:t>vt 0.539302 0.656611</w:t>
        <w:br/>
        <w:t>vt 0.537895 0.646601</w:t>
        <w:br/>
        <w:t>vt 0.550336 0.647786</w:t>
        <w:br/>
        <w:t>vt 0.549587 0.655814</w:t>
        <w:br/>
        <w:t>vt 0.569413 0.655486</w:t>
        <w:br/>
        <w:t>vt 0.560167 0.655425</w:t>
        <w:br/>
        <w:t>vt 0.560823 0.649587</w:t>
        <w:br/>
        <w:t>vt 0.571667 0.652761</w:t>
        <w:br/>
        <w:t>vt 0.527314 0.647606</w:t>
        <w:br/>
        <w:t>vt 0.529716 0.657717</w:t>
        <w:br/>
        <w:t>vt 0.519562 0.660249</w:t>
        <w:br/>
        <w:t>vt 0.515418 0.649889</w:t>
        <w:br/>
        <w:t>vt 0.504308 0.653521</w:t>
        <w:br/>
        <w:t>vt 0.510369 0.663842</w:t>
        <w:br/>
        <w:t>vt 0.490256 0.674915</w:t>
        <w:br/>
        <w:t>vt 0.483075 0.664349</w:t>
        <w:br/>
        <w:t>vt 0.473214 0.689004</w:t>
        <w:br/>
        <w:t>vt 0.462658 0.678379</w:t>
        <w:br/>
        <w:t>vt 0.483075 0.664349</w:t>
        <w:br/>
        <w:t>vt 0.462658 0.678379</w:t>
        <w:br/>
        <w:t>vt 0.460894 0.663350</w:t>
        <w:br/>
        <w:t>vt 0.482129 0.650678</w:t>
        <w:br/>
        <w:t>vt 0.504308 0.653521</w:t>
        <w:br/>
        <w:t>vt 0.503215 0.641989</w:t>
        <w:br/>
        <w:t>vt 0.515418 0.649889</w:t>
        <w:br/>
        <w:t>vt 0.514170 0.639179</w:t>
        <w:br/>
        <w:t>vt 0.586939 0.658881</w:t>
        <w:br/>
        <w:t>vt 0.028881 0.775261</w:t>
        <w:br/>
        <w:t>vt 0.030490 0.790206</w:t>
        <w:br/>
        <w:t>vt 0.013002 0.780711</w:t>
        <w:br/>
        <w:t>vt 0.013002 0.766100</w:t>
        <w:br/>
        <w:t>vt 0.164802 0.097042</w:t>
        <w:br/>
        <w:t>vt 0.161100 0.107499</w:t>
        <w:br/>
        <w:t>vt 0.152223 0.104378</w:t>
        <w:br/>
        <w:t>vt 0.154493 0.092220</w:t>
        <w:br/>
        <w:t>vt 0.027582 0.758009</w:t>
        <w:br/>
        <w:t>vt 0.013002 0.748277</w:t>
        <w:br/>
        <w:t>vt 0.177064 0.102580</w:t>
        <w:br/>
        <w:t>vt 0.174052 0.111926</w:t>
        <w:br/>
        <w:t>vt 0.026694 0.741298</w:t>
        <w:br/>
        <w:t>vt 0.013002 0.733848</w:t>
        <w:br/>
        <w:t>vt 0.188464 0.108262</w:t>
        <w:br/>
        <w:t>vt 0.186619 0.115351</w:t>
        <w:br/>
        <w:t>vt 0.013002 0.719386</w:t>
        <w:br/>
        <w:t>vt 0.025911 0.724377</w:t>
        <w:br/>
        <w:t>vt 0.208034 0.118807</w:t>
        <w:br/>
        <w:t>vt 0.198708 0.117834</w:t>
        <w:br/>
        <w:t>vt 0.200049 0.112110</w:t>
        <w:br/>
        <w:t>vt 0.208714 0.114028</w:t>
        <w:br/>
        <w:t>vt 0.023379 0.697713</w:t>
        <w:br/>
        <w:t>vt 0.024674 0.711450</w:t>
        <w:br/>
        <w:t>vt 0.013002 0.709510</w:t>
        <w:br/>
        <w:t>vt 0.013002 0.698240</w:t>
        <w:br/>
        <w:t>vt 0.216448 0.118482</w:t>
        <w:br/>
        <w:t>vt 0.217671 0.114149</w:t>
        <w:br/>
        <w:t>vt 0.013002 0.685967</w:t>
        <w:br/>
        <w:t>vt 0.019909 0.683873</w:t>
        <w:br/>
        <w:t>vt 0.227259 0.117353</w:t>
        <w:br/>
        <w:t>vt 0.227193 0.113862</w:t>
        <w:br/>
        <w:t>vt 0.012673 0.675267</w:t>
        <w:br/>
        <w:t>vt 0.016607 0.673830</w:t>
        <w:br/>
        <w:t>vt 0.235468 0.112556</w:t>
        <w:br/>
        <w:t>vt 0.236570 0.114982</w:t>
        <w:br/>
        <w:t>vt 0.012673 0.666148</w:t>
        <w:br/>
        <w:t>vt 0.014544 0.664896</w:t>
        <w:br/>
        <w:t>vt 0.244240 0.110923</w:t>
        <w:br/>
        <w:t>vt 0.244537 0.112571</w:t>
        <w:br/>
        <w:t>vt 0.013167 0.656847</w:t>
        <w:br/>
        <w:t>vt 0.254170 0.109464</w:t>
        <w:br/>
        <w:t>vt 0.362409 0.428018</w:t>
        <w:br/>
        <w:t>vt 0.370831 0.427405</w:t>
        <w:br/>
        <w:t>vt 0.368228 0.417253</w:t>
        <w:br/>
        <w:t>vt 0.870763 0.817685</w:t>
        <w:br/>
        <w:t>vt 0.851358 0.816021</w:t>
        <w:br/>
        <w:t>vt 0.851358 0.809943</w:t>
        <w:br/>
        <w:t>vt 0.871948 0.809791</w:t>
        <w:br/>
        <w:t>vt 0.851358 0.799454</w:t>
        <w:br/>
        <w:t>vt 0.873144 0.800638</w:t>
        <w:br/>
        <w:t>vt 0.851358 0.779470</w:t>
        <w:br/>
        <w:t>vt 0.851358 0.756793</w:t>
        <w:br/>
        <w:t>vt 0.877457 0.766242</w:t>
        <w:br/>
        <w:t>vt 0.875317 0.785131</w:t>
        <w:br/>
        <w:t>vt 0.851358 0.737606</w:t>
        <w:br/>
        <w:t>vt 0.878492 0.745372</w:t>
        <w:br/>
        <w:t>vt 0.851358 0.721571</w:t>
        <w:br/>
        <w:t>vt 0.878743 0.729704</w:t>
        <w:br/>
        <w:t>vt 0.851358 0.703321</w:t>
        <w:br/>
        <w:t>vt 0.851358 0.689132</w:t>
        <w:br/>
        <w:t>vt 0.879835 0.693247</w:t>
        <w:br/>
        <w:t>vt 0.879093 0.712893</w:t>
        <w:br/>
        <w:t>vt 0.851358 0.672874</w:t>
        <w:br/>
        <w:t>vt 0.881508 0.675252</w:t>
        <w:br/>
        <w:t>vt 0.851358 0.651615</w:t>
        <w:br/>
        <w:t>vt 0.885375 0.650706</w:t>
        <w:br/>
        <w:t>vt 0.071131 0.085932</w:t>
        <w:br/>
        <w:t>vt 0.074753 0.114621</w:t>
        <w:br/>
        <w:t>vt 0.059427 0.118486</w:t>
        <w:br/>
        <w:t>vt 0.851358 0.623064</w:t>
        <w:br/>
        <w:t>vt 0.888231 0.621157</w:t>
        <w:br/>
        <w:t>vt 0.046059 0.121766</w:t>
        <w:br/>
        <w:t>vt 0.046190 0.147148</w:t>
        <w:br/>
        <w:t>vt 0.020307 0.146983</w:t>
        <w:br/>
        <w:t>vt 0.023245 0.115609</w:t>
        <w:br/>
        <w:t>vt 0.075143 0.144925</w:t>
        <w:br/>
        <w:t>vt 0.053574 0.147280</w:t>
        <w:br/>
        <w:t>vt 0.054252 0.129864</w:t>
        <w:br/>
        <w:t>vt 0.851358 0.600626</w:t>
        <w:br/>
        <w:t>vt 0.889358 0.595008</w:t>
        <w:br/>
        <w:t>vt 0.044195 0.170128</w:t>
        <w:br/>
        <w:t>vt 0.017687 0.171697</w:t>
        <w:br/>
        <w:t>vt 0.113100 0.285029</w:t>
        <w:br/>
        <w:t>vt 0.105805 0.283986</w:t>
        <w:br/>
        <w:t>vt 0.111856 0.261909</w:t>
        <w:br/>
        <w:t>vt 0.851358 0.578808</w:t>
        <w:br/>
        <w:t>vt 0.888851 0.569454</w:t>
        <w:br/>
        <w:t>vt 0.042309 0.193252</w:t>
        <w:br/>
        <w:t>vt 0.015477 0.195901</w:t>
        <w:br/>
        <w:t>vt 0.851358 0.558747</w:t>
        <w:br/>
        <w:t>vt 0.885773 0.548117</w:t>
        <w:br/>
        <w:t>vt 0.041191 0.218627</w:t>
        <w:br/>
        <w:t>vt 0.014575 0.218329</w:t>
        <w:br/>
        <w:t>vt 0.851358 0.538530</w:t>
        <w:br/>
        <w:t>vt 0.881116 0.522748</w:t>
        <w:br/>
        <w:t>vt 0.040908 0.243197</w:t>
        <w:br/>
        <w:t>vt 0.014428 0.241127</w:t>
        <w:br/>
        <w:t>vt 0.851358 0.512224</w:t>
        <w:br/>
        <w:t>vt 0.876089 0.501061</w:t>
        <w:br/>
        <w:t>vt 0.041433 0.272575</w:t>
        <w:br/>
        <w:t>vt 0.016708 0.271328</w:t>
        <w:br/>
        <w:t>vt 0.851358 0.493565</w:t>
        <w:br/>
        <w:t>vt 0.870266 0.480173</w:t>
        <w:br/>
        <w:t>vt 0.043733 0.295359</w:t>
        <w:br/>
        <w:t>vt 0.020568 0.293814</w:t>
        <w:br/>
        <w:t>vt 0.851358 0.476609</w:t>
        <w:br/>
        <w:t>vt 0.864339 0.462817</w:t>
        <w:br/>
        <w:t>vt 0.672174 0.173940</w:t>
        <w:br/>
        <w:t>vt 0.650427 0.171489</w:t>
        <w:br/>
        <w:t>vt 0.656730 0.154417</w:t>
        <w:br/>
        <w:t>vt 0.678453 0.153063</w:t>
        <w:br/>
        <w:t>vt 0.650427 0.171489</w:t>
        <w:br/>
        <w:t>vt 0.658821 0.185411</w:t>
        <w:br/>
        <w:t>vt 0.640924 0.181671</w:t>
        <w:br/>
        <w:t>vt 0.667991 0.177272</w:t>
        <w:br/>
        <w:t>vt 0.672174 0.173940</w:t>
        <w:br/>
        <w:t>vt 0.851358 0.464243</w:t>
        <w:br/>
        <w:t>vt 0.859174 0.450808</w:t>
        <w:br/>
        <w:t>vt 0.633416 0.171234</w:t>
        <w:br/>
        <w:t>vt 0.639152 0.157030</w:t>
        <w:br/>
        <w:t>vt 0.628509 0.179950</w:t>
        <w:br/>
        <w:t>vt 0.633416 0.171234</w:t>
        <w:br/>
        <w:t>vt 0.851358 0.454537</w:t>
        <w:br/>
        <w:t>vt 0.856323 0.445319</w:t>
        <w:br/>
        <w:t>vt 0.621454 0.171632</w:t>
        <w:br/>
        <w:t>vt 0.625033 0.159995</w:t>
        <w:br/>
        <w:t>vt 0.616382 0.178965</w:t>
        <w:br/>
        <w:t>vt 0.621454 0.171632</w:t>
        <w:br/>
        <w:t>vt 0.854966 0.440655</w:t>
        <w:br/>
        <w:t>vt 0.851358 0.444930</w:t>
        <w:br/>
        <w:t>vt 0.851358 0.438296</w:t>
        <w:br/>
        <w:t>vt 0.854744 0.436768</w:t>
        <w:br/>
        <w:t>vt 0.608857 0.172966</w:t>
        <w:br/>
        <w:t>vt 0.600893 0.174216</w:t>
        <w:br/>
        <w:t>vt 0.600689 0.167726</w:t>
        <w:br/>
        <w:t>vt 0.610294 0.164257</w:t>
        <w:br/>
        <w:t>vt 0.606556 0.179044</w:t>
        <w:br/>
        <w:t>vt 0.597704 0.179685</w:t>
        <w:br/>
        <w:t>vt 0.600893 0.174216</w:t>
        <w:br/>
        <w:t>vt 0.608857 0.172966</w:t>
        <w:br/>
        <w:t>vt 0.851358 0.429860</w:t>
        <w:br/>
        <w:t>vt 0.851358 0.422606</w:t>
        <w:br/>
        <w:t>vt 0.853097 0.422536</w:t>
        <w:br/>
        <w:t>vt 0.854160 0.429044</w:t>
        <w:br/>
        <w:t>vt 0.591425 0.176652</w:t>
        <w:br/>
        <w:t>vt 0.583302 0.179583</w:t>
        <w:br/>
        <w:t>vt 0.582747 0.177876</w:t>
        <w:br/>
        <w:t>vt 0.590526 0.172669</w:t>
        <w:br/>
        <w:t>vt 0.590701 0.180409</w:t>
        <w:br/>
        <w:t>vt 0.583902 0.181362</w:t>
        <w:br/>
        <w:t>vt 0.592912 0.184542</w:t>
        <w:br/>
        <w:t>vt 0.590701 0.180409</w:t>
        <w:br/>
        <w:t>vt 0.597704 0.179685</w:t>
        <w:br/>
        <w:t>vt 0.603052 0.185618</w:t>
        <w:br/>
        <w:t>vt 0.076030 0.068370</w:t>
        <w:br/>
        <w:t>vt 0.080803 0.088248</w:t>
        <w:br/>
        <w:t>vt 0.088256 0.115545</w:t>
        <w:br/>
        <w:t>vt 0.092450 0.149095</w:t>
        <w:br/>
        <w:t>vt 0.093649 0.178342</w:t>
        <w:br/>
        <w:t>vt 0.076896 0.171651</w:t>
        <w:br/>
        <w:t>vt 0.092490 0.205856</w:t>
        <w:br/>
        <w:t>vt 0.075936 0.197806</w:t>
        <w:br/>
        <w:t>vt 0.090910 0.227873</w:t>
        <w:br/>
        <w:t>vt 0.074628 0.221932</w:t>
        <w:br/>
        <w:t>vt 0.090519 0.253579</w:t>
        <w:br/>
        <w:t>vt 0.074942 0.247481</w:t>
        <w:br/>
        <w:t>vt 0.089937 0.274149</w:t>
        <w:br/>
        <w:t>vt 0.076189 0.275290</w:t>
        <w:br/>
        <w:t>vt 0.092536 0.293928</w:t>
        <w:br/>
        <w:t>vt 0.080527 0.296804</w:t>
        <w:br/>
        <w:t>vt 0.640721 0.192074</w:t>
        <w:br/>
        <w:t>vt 0.640924 0.181671</w:t>
        <w:br/>
        <w:t>vt 0.658821 0.185411</w:t>
        <w:br/>
        <w:t>vt 0.656900 0.197035</w:t>
        <w:br/>
        <w:t>vt 0.627645 0.188510</w:t>
        <w:br/>
        <w:t>vt 0.628509 0.179950</w:t>
        <w:br/>
        <w:t>vt 0.618839 0.187290</w:t>
        <w:br/>
        <w:t>vt 0.616382 0.178965</w:t>
        <w:br/>
        <w:t>vt 0.606556 0.179044</w:t>
        <w:br/>
        <w:t>vt 0.610176 0.186525</w:t>
        <w:br/>
        <w:t>vt 0.584748 0.183424</w:t>
        <w:br/>
        <w:t>vt 0.583902 0.181362</w:t>
        <w:br/>
        <w:t>vt 0.053819 0.170173</w:t>
        <w:br/>
        <w:t>vt 0.054815 0.194990</w:t>
        <w:br/>
        <w:t>vt 0.057066 0.219748</w:t>
        <w:br/>
        <w:t>vt 0.074942 0.247481</w:t>
        <w:br/>
        <w:t>vt 0.059260 0.244071</w:t>
        <w:br/>
        <w:t>vt 0.076189 0.275290</w:t>
        <w:br/>
        <w:t>vt 0.063438 0.272178</w:t>
        <w:br/>
        <w:t>vt 0.080527 0.296804</w:t>
        <w:br/>
        <w:t>vt 0.068017 0.293301</w:t>
        <w:br/>
        <w:t>vt 0.118236 0.262731</w:t>
        <w:br/>
        <w:t>vt 0.113100 0.285029</w:t>
        <w:br/>
        <w:t>vt 0.116012 0.262660</w:t>
        <w:br/>
        <w:t>vt 0.106945 0.261280</w:t>
        <w:br/>
        <w:t>vt 0.114032 0.238731</w:t>
        <w:br/>
        <w:t>vt 0.107240 0.236473</w:t>
        <w:br/>
        <w:t>vt 0.115330 0.212564</w:t>
        <w:br/>
        <w:t>vt 0.106287 0.211553</w:t>
        <w:br/>
        <w:t>vt 0.116096 0.186847</w:t>
        <w:br/>
        <w:t>vt 0.106026 0.187111</w:t>
        <w:br/>
        <w:t>vt 0.116038 0.158908</w:t>
        <w:br/>
        <w:t>vt 0.103833 0.158608</w:t>
        <w:br/>
        <w:t>vt 0.115011 0.137246</w:t>
        <w:br/>
        <w:t>vt 0.101315 0.137152</w:t>
        <w:br/>
        <w:t>vt 0.131544 0.138588</w:t>
        <w:br/>
        <w:t>vt 0.131219 0.161492</w:t>
        <w:br/>
        <w:t>vt 0.125703 0.160157</w:t>
        <w:br/>
        <w:t>vt 0.125555 0.137943</w:t>
        <w:br/>
        <w:t>vt 0.128496 0.190630</w:t>
        <w:br/>
        <w:t>vt 0.123836 0.189591</w:t>
        <w:br/>
        <w:t>vt 0.126368 0.215014</w:t>
        <w:br/>
        <w:t>vt 0.122290 0.214293</w:t>
        <w:br/>
        <w:t>vt 0.122359 0.240045</w:t>
        <w:br/>
        <w:t>vt 0.118986 0.239848</w:t>
        <w:br/>
        <w:t>vt 0.029487 0.627535</w:t>
        <w:br/>
        <w:t>vt 0.028154 0.632862</w:t>
        <w:br/>
        <w:t>vt 0.020367 0.614456</w:t>
        <w:br/>
        <w:t>vt 0.023289 0.612380</w:t>
        <w:br/>
        <w:t>vt 0.122405 0.120035</w:t>
        <w:br/>
        <w:t>vt 0.127784 0.120066</w:t>
        <w:br/>
        <w:t>vt 0.102419 0.122095</w:t>
        <w:br/>
        <w:t>vt 0.113290 0.120124</w:t>
        <w:br/>
        <w:t>vt 0.018739 0.600184</w:t>
        <w:br/>
        <w:t>vt 0.021759 0.597941</w:t>
        <w:br/>
        <w:t>vt 0.117648 0.106689</w:t>
        <w:br/>
        <w:t>vt 0.122661 0.106015</w:t>
        <w:br/>
        <w:t>vt 0.103014 0.108349</w:t>
        <w:br/>
        <w:t>vt 0.111425 0.106940</w:t>
        <w:br/>
        <w:t>vt 0.018839 0.582243</w:t>
        <w:br/>
        <w:t>vt 0.021858 0.579822</w:t>
        <w:br/>
        <w:t>vt 0.111668 0.089917</w:t>
        <w:br/>
        <w:t>vt 0.114319 0.088899</w:t>
        <w:br/>
        <w:t>vt 0.102887 0.090659</w:t>
        <w:br/>
        <w:t>vt 0.107629 0.090437</w:t>
        <w:br/>
        <w:t>vt 0.023162 0.564143</w:t>
        <w:br/>
        <w:t>vt 0.103597 0.076558</w:t>
        <w:br/>
        <w:t>vt 0.103597 0.076558</w:t>
        <w:br/>
        <w:t>vt 0.116038 0.158908</w:t>
        <w:br/>
        <w:t>vt 0.115011 0.137246</w:t>
        <w:br/>
        <w:t>vt 0.116096 0.186847</w:t>
        <w:br/>
        <w:t>vt 0.115330 0.212564</w:t>
        <w:br/>
        <w:t>vt 0.114032 0.238731</w:t>
        <w:br/>
        <w:t>vt 0.111856 0.261909</w:t>
        <w:br/>
        <w:t>vt 0.113290 0.120124</w:t>
        <w:br/>
        <w:t>vt 0.111425 0.106940</w:t>
        <w:br/>
        <w:t>vt 0.107629 0.090437</w:t>
        <w:br/>
        <w:t>vt 0.851358 0.417838</w:t>
        <w:br/>
        <w:t>vt 0.577697 0.182744</w:t>
        <w:br/>
        <w:t>vt 0.577697 0.182744</w:t>
        <w:br/>
        <w:t>vt 0.039280 0.093797</w:t>
        <w:br/>
        <w:t>vt 0.044341 0.112367</w:t>
        <w:br/>
        <w:t>vt 0.024169 0.092468</w:t>
        <w:br/>
        <w:t>vt 0.023888 0.075053</w:t>
        <w:br/>
        <w:t>vt 0.034274 0.076984</w:t>
        <w:br/>
        <w:t>vt 0.022801 0.059341</w:t>
        <w:br/>
        <w:t>vt 0.029368 0.060243</w:t>
        <w:br/>
        <w:t>vt 0.019164 0.038768</w:t>
        <w:br/>
        <w:t>vt 0.022639 0.039081</w:t>
        <w:br/>
        <w:t>vt 0.016704 0.020511</w:t>
        <w:br/>
        <w:t>vt 0.046190 0.147148</w:t>
        <w:br/>
        <w:t>vt 0.046059 0.121766</w:t>
        <w:br/>
        <w:t>vt 0.386506 0.567658</w:t>
        <w:br/>
        <w:t>vt 0.374240 0.385100</w:t>
        <w:br/>
        <w:t>vt 0.556410 0.468211</w:t>
        <w:br/>
        <w:t>vt 0.296124 0.578721</w:t>
        <w:br/>
        <w:t>vt 0.304223 0.462744</w:t>
        <w:br/>
        <w:t>vt 0.279010 0.464768</w:t>
        <w:br/>
        <w:t>vt 0.279147 0.466545</w:t>
        <w:br/>
        <w:t>vt 0.179158 0.405688</w:t>
        <w:br/>
        <w:t>vt 0.143110 0.100999</w:t>
        <w:br/>
        <w:t>vt 0.144466 0.087597</w:t>
        <w:br/>
        <w:t>vt 0.605833 0.306171</w:t>
        <w:br/>
        <w:t>vt 0.114417 0.542391</w:t>
        <w:br/>
        <w:t>vt 0.116394 0.540120</w:t>
        <w:br/>
        <w:t>vt 0.583465 0.416760</w:t>
        <w:br/>
        <w:t>vt 0.583395 0.422019</w:t>
        <w:br/>
        <w:t>vt 0.100684 0.531024</w:t>
        <w:br/>
        <w:t>vt 0.574206 0.193260</w:t>
        <w:br/>
        <w:t>vt 0.402553 0.545486</w:t>
        <w:br/>
        <w:t>vt 0.403748 0.564433</w:t>
        <w:br/>
        <w:t>vt 0.754128 0.102100</w:t>
        <w:br/>
        <w:t>vt 0.754487 0.108452</w:t>
        <w:br/>
        <w:t>vt 0.681675 0.656429</w:t>
        <w:br/>
        <w:t>vt 0.788965 0.074089</w:t>
        <w:br/>
        <w:t>vt 0.788965 0.074089</w:t>
        <w:br/>
        <w:t>vt 0.788965 0.074089</w:t>
        <w:br/>
        <w:t>vt 0.186619 0.115351</w:t>
        <w:br/>
        <w:t>vt 0.189387 0.126813</w:t>
        <w:br/>
        <w:t>vt 0.176123 0.126520</w:t>
        <w:br/>
        <w:t>vt 0.174052 0.111926</w:t>
        <w:br/>
        <w:t>vt 0.161884 0.124910</w:t>
        <w:br/>
        <w:t>vt 0.161100 0.107499</w:t>
        <w:br/>
        <w:t>vt 0.150551 0.123249</w:t>
        <w:br/>
        <w:t>vt 0.152223 0.104378</w:t>
        <w:br/>
        <w:t>vt 0.138664 0.121168</w:t>
        <w:br/>
        <w:t>vt 0.143110 0.100999</w:t>
        <w:br/>
        <w:t>vt 0.198708 0.117834</w:t>
        <w:br/>
        <w:t>vt 0.200598 0.127330</w:t>
        <w:br/>
        <w:t>vt 0.208034 0.118807</w:t>
        <w:br/>
        <w:t>vt 0.208824 0.127548</w:t>
        <w:br/>
        <w:t>vt 0.216448 0.118482</w:t>
        <w:br/>
        <w:t>vt 0.218835 0.127386</w:t>
        <w:br/>
        <w:t>vt 0.227259 0.117353</w:t>
        <w:br/>
        <w:t>vt 0.228139 0.123640</w:t>
        <w:br/>
        <w:t>vt 0.236570 0.114982</w:t>
        <w:br/>
        <w:t>vt 0.235979 0.118915</w:t>
        <w:br/>
        <w:t>vt 0.244537 0.112571</w:t>
        <w:br/>
        <w:t>vt 0.244799 0.114811</w:t>
        <w:br/>
        <w:t>vt 0.254170 0.109464</w:t>
        <w:br/>
        <w:t>vt 0.706944 0.196624</w:t>
        <w:br/>
        <w:t>vt 0.702912 0.175856</w:t>
        <w:br/>
        <w:t>vt 0.729107 0.177083</w:t>
        <w:br/>
        <w:t>vt 0.732747 0.193903</w:t>
        <w:br/>
        <w:t>vt 0.678908 0.194480</w:t>
        <w:br/>
        <w:t>vt 0.678300 0.170760</w:t>
        <w:br/>
        <w:t>vt 0.740393 0.175667</w:t>
        <w:br/>
        <w:t>vt 0.744901 0.189696</w:t>
        <w:br/>
        <w:t>vt 0.756753 0.182972</w:t>
        <w:br/>
        <w:t>vt 0.751656 0.171403</w:t>
        <w:br/>
        <w:t>vt 0.761232 0.165604</w:t>
        <w:br/>
        <w:t>vt 0.766256 0.174207</w:t>
        <w:br/>
        <w:t>vt 0.774873 0.160743</w:t>
        <w:br/>
        <w:t>vt 0.768753 0.156259</w:t>
        <w:br/>
        <w:t>vt 0.775693 0.145935</w:t>
        <w:br/>
        <w:t>vt 0.780917 0.149936</w:t>
        <w:br/>
        <w:t>vt 0.784617 0.139347</w:t>
        <w:br/>
        <w:t>vt 0.780697 0.136102</w:t>
        <w:br/>
        <w:t>vt 0.790116 0.117572</w:t>
        <w:br/>
        <w:t>vt 0.186048 0.809544</w:t>
        <w:br/>
        <w:t>vt 0.185327 0.808608</w:t>
        <w:br/>
        <w:t>vt 0.193033 0.802559</w:t>
        <w:br/>
        <w:t>vt 0.184684 0.807726</w:t>
        <w:br/>
        <w:t>vt 0.647456 0.341557</w:t>
        <w:br/>
        <w:t>vt 0.645921 0.341525</w:t>
        <w:br/>
        <w:t>vt 0.645921 0.331031</w:t>
        <w:br/>
        <w:t>vt 0.645921 0.331031</w:t>
        <w:br/>
        <w:t>vt 0.650930 0.340065</w:t>
        <w:br/>
        <w:t>vt 0.649498 0.340963</w:t>
        <w:br/>
        <w:t>vt 0.647456 0.341557</w:t>
        <w:br/>
        <w:t>vt 0.645921 0.331031</w:t>
        <w:br/>
        <w:t>vt 0.648489 0.341336</w:t>
        <w:br/>
        <w:t>vt 0.649498 0.340963</w:t>
        <w:br/>
        <w:t>vt 0.466002 0.031332</w:t>
        <w:br/>
        <w:t>vt 0.468021 0.019607</w:t>
        <w:br/>
        <w:t>vt 0.498946 0.022619</w:t>
        <w:br/>
        <w:t>vt 0.500551 0.034260</w:t>
        <w:br/>
        <w:t>vt 0.336854 0.212904</w:t>
        <w:br/>
        <w:t>vt 0.336090 0.198425</w:t>
        <w:br/>
        <w:t>vt 0.369459 0.198425</w:t>
        <w:br/>
        <w:t>vt 0.365609 0.215562</w:t>
        <w:br/>
        <w:t>vt 0.472158 0.007731</w:t>
        <w:br/>
        <w:t>vt 0.499498 0.010514</w:t>
        <w:br/>
        <w:t>vt 0.113653 0.881939</w:t>
        <w:br/>
        <w:t>vt 0.096364 0.899228</w:t>
        <w:br/>
        <w:t>vt 0.105539 0.872823</w:t>
        <w:br/>
        <w:t>vt 0.414485 0.026072</w:t>
        <w:br/>
        <w:t>vt 0.398601 0.025100</w:t>
        <w:br/>
        <w:t>vt 0.398169 0.003271</w:t>
        <w:br/>
        <w:t>vt 0.601737 0.236172</w:t>
        <w:br/>
        <w:t>vt 0.607303 0.242055</w:t>
        <w:br/>
        <w:t>vt 0.605988 0.243535</w:t>
        <w:br/>
        <w:t>vt 0.033589 0.537253</w:t>
        <w:br/>
        <w:t>vt 0.035801 0.537982</w:t>
        <w:br/>
        <w:t>vt 0.035801 0.545617</w:t>
        <w:br/>
        <w:t>vt 0.601737 0.236172</w:t>
        <w:br/>
        <w:t>vt 0.608372 0.240170</w:t>
        <w:br/>
        <w:t>vt 0.607303 0.242055</w:t>
        <w:br/>
        <w:t>vt 0.426212 0.003271</w:t>
        <w:br/>
        <w:t>vt 0.132395 0.761625</w:t>
        <w:br/>
        <w:t>vt 0.133074 0.763511</w:t>
        <w:br/>
        <w:t>vt 0.126387 0.766666</w:t>
        <w:br/>
        <w:t>vt 0.447031 0.026074</w:t>
        <w:br/>
        <w:t>vt 0.449878 0.017840</w:t>
        <w:br/>
        <w:t>vt 0.101620 0.788152</w:t>
        <w:br/>
        <w:t>vt 0.103253 0.805117</w:t>
        <w:br/>
        <w:t>vt 0.087757 0.791383</w:t>
        <w:br/>
        <w:t>vt 0.629060 0.271952</w:t>
        <w:br/>
        <w:t>vt 0.624807 0.276130</w:t>
        <w:br/>
        <w:t>vt 0.620648 0.268927</w:t>
        <w:br/>
        <w:t>vt 0.624021 0.265044</w:t>
        <w:br/>
        <w:t>vt 0.035801 0.501068</w:t>
        <w:br/>
        <w:t>vt 0.035801 0.509580</w:t>
        <w:br/>
        <w:t>vt 0.029846 0.509842</w:t>
        <w:br/>
        <w:t>vt 0.028213 0.501938</w:t>
        <w:br/>
        <w:t>vt 0.659364 0.470081</w:t>
        <w:br/>
        <w:t>vt 0.645921 0.471943</w:t>
        <w:br/>
        <w:t>vt 0.660795 0.446463</w:t>
        <w:br/>
        <w:t>vt 0.628431 0.262006</w:t>
        <w:br/>
        <w:t>vt 0.629060 0.271952</w:t>
        <w:br/>
        <w:t>vt 0.624021 0.265044</w:t>
        <w:br/>
        <w:t>vt 0.159883 0.738560</w:t>
        <w:br/>
        <w:t>vt 0.163259 0.743300</w:t>
        <w:br/>
        <w:t>vt 0.156444 0.748320</w:t>
        <w:br/>
        <w:t>vt 0.664236 0.768215</w:t>
        <w:br/>
        <w:t>vt 0.657418 0.753592</w:t>
        <w:br/>
        <w:t>vt 0.665387 0.750910</w:t>
        <w:br/>
        <w:t>vt 0.670399 0.766497</w:t>
        <w:br/>
        <w:t>vt 0.035801 0.492948</w:t>
        <w:br/>
        <w:t>vt 0.028151 0.493722</w:t>
        <w:br/>
        <w:t>vt 0.452232 0.006886</w:t>
        <w:br/>
        <w:t>vt 0.468021 0.019607</w:t>
        <w:br/>
        <w:t>vt 0.449878 0.017840</w:t>
        <w:br/>
        <w:t>vt 0.315977 0.209113</w:t>
        <w:br/>
        <w:t>vt 0.707985 0.471147</w:t>
        <w:br/>
        <w:t>vt 0.688905 0.485429</w:t>
        <w:br/>
        <w:t>vt 0.687468 0.453632</w:t>
        <w:br/>
        <w:t>vt 0.698626 0.452286</w:t>
        <w:br/>
        <w:t>vt 0.634197 0.279108</w:t>
        <w:br/>
        <w:t>vt 0.629016 0.283420</w:t>
        <w:br/>
        <w:t>vt 0.676348 0.781459</w:t>
        <w:br/>
        <w:t>vt 0.627371 0.212515</w:t>
        <w:br/>
        <w:t>vt 0.613078 0.217434</w:t>
        <w:br/>
        <w:t>vt 0.611210 0.201094</w:t>
        <w:br/>
        <w:t>vt 0.623729 0.201094</w:t>
        <w:br/>
        <w:t>vt 0.660710 0.736805</w:t>
        <w:br/>
        <w:t>vt 0.651750 0.741438</w:t>
        <w:br/>
        <w:t>vt 0.646097 0.729315</w:t>
        <w:br/>
        <w:t>vt 0.653610 0.723397</w:t>
        <w:br/>
        <w:t>vt 0.641918 0.201094</w:t>
        <w:br/>
        <w:t>vt 0.641478 0.207224</w:t>
        <w:br/>
        <w:t>vt 0.165798 0.733596</w:t>
        <w:br/>
        <w:t>vt 0.170215 0.738613</w:t>
        <w:br/>
        <w:t>vt 0.633788 0.269863</w:t>
        <w:br/>
        <w:t>vt 0.639154 0.276794</w:t>
        <w:br/>
        <w:t>vt 0.634197 0.279108</w:t>
        <w:br/>
        <w:t>vt 0.671266 0.783289</w:t>
        <w:br/>
        <w:t>vt 0.680937 0.804030</w:t>
        <w:br/>
        <w:t>vt 0.662069 0.201094</w:t>
        <w:br/>
        <w:t>vt 0.028139 0.484261</w:t>
        <w:br/>
        <w:t>vt 0.035801 0.481026</w:t>
        <w:br/>
        <w:t>vt 0.599665 0.219343</w:t>
        <w:br/>
        <w:t>vt 0.585745 0.219955</w:t>
        <w:br/>
        <w:t>vt 0.585227 0.201094</w:t>
        <w:br/>
        <w:t>vt 0.598210 0.201094</w:t>
        <w:br/>
        <w:t>vt 0.672131 0.198825</w:t>
        <w:br/>
        <w:t>vt 0.661609 0.217357</w:t>
        <w:br/>
        <w:t>vt 0.657458 0.217631</w:t>
        <w:br/>
        <w:t>vt 0.640015 0.287780</w:t>
        <w:br/>
        <w:t>vt 0.634249 0.292484</w:t>
        <w:br/>
        <w:t>vt 0.672778 0.449794</w:t>
        <w:br/>
        <w:t>vt 0.672436 0.475631</w:t>
        <w:br/>
        <w:t>vt 0.659364 0.470081</w:t>
        <w:br/>
        <w:t>vt 0.660795 0.446463</w:t>
        <w:br/>
        <w:t>vt 0.646568 0.230905</w:t>
        <w:br/>
        <w:t>vt 0.657458 0.217631</w:t>
        <w:br/>
        <w:t>vt 0.650101 0.232354</w:t>
        <w:br/>
        <w:t>vt 0.646906 0.244953</w:t>
        <w:br/>
        <w:t>vt 0.640455 0.245983</w:t>
        <w:br/>
        <w:t>vt 0.657783 0.233861</w:t>
        <w:br/>
        <w:t>vt 0.653491 0.232765</w:t>
        <w:br/>
        <w:t>vt 0.640639 0.717610</w:t>
        <w:br/>
        <w:t>vt 0.424951 0.030776</w:t>
        <w:br/>
        <w:t>vt 0.035801 0.460566</w:t>
        <w:br/>
        <w:t>vt 0.574938 0.213695</w:t>
        <w:br/>
        <w:t>vt 0.572316 0.201094</w:t>
        <w:br/>
        <w:t>vt 0.173855 0.726836</w:t>
        <w:br/>
        <w:t>vt 0.176955 0.733606</w:t>
        <w:br/>
        <w:t>vt 0.647431 0.271601</w:t>
        <w:br/>
        <w:t>vt 0.640603 0.271760</w:t>
        <w:br/>
        <w:t>vt 0.638926 0.259012</w:t>
        <w:br/>
        <w:t>vt 0.645853 0.258368</w:t>
        <w:br/>
        <w:t>vt 0.644788 0.283245</w:t>
        <w:br/>
        <w:t>vt 0.428377 0.015746</w:t>
        <w:br/>
        <w:t>vt 0.651638 0.245242</w:t>
        <w:br/>
        <w:t>vt 0.645921 0.492853</w:t>
        <w:br/>
        <w:t>vt 0.296382 0.206391</w:t>
        <w:br/>
        <w:t>vt 0.297345 0.198425</w:t>
        <w:br/>
        <w:t>vt 0.317442 0.198425</w:t>
        <w:br/>
        <w:t>vt 0.658553 0.256578</w:t>
        <w:br/>
        <w:t>vt 0.661812 0.267230</w:t>
        <w:br/>
        <w:t>vt 0.654536 0.269573</w:t>
        <w:br/>
        <w:t>vt 0.652008 0.257500</w:t>
        <w:br/>
        <w:t>vt 0.706256 0.482978</w:t>
        <w:br/>
        <w:t>vt 0.644788 0.283245</w:t>
        <w:br/>
        <w:t>vt 0.651990 0.284282</w:t>
        <w:br/>
        <w:t>vt 0.659172 0.281660</w:t>
        <w:br/>
        <w:t>vt 0.657080 0.496442</w:t>
        <w:br/>
        <w:t>vt 0.666709 0.277360</w:t>
        <w:br/>
        <w:t>vt 0.657080 0.496442</w:t>
        <w:br/>
        <w:t>vt 0.295038 0.213802</w:t>
        <w:br/>
        <w:t>vt 0.654199 0.521062</w:t>
        <w:br/>
        <w:t>vt 0.645921 0.519533</w:t>
        <w:br/>
        <w:t>vt 0.684465 0.506315</w:t>
        <w:br/>
        <w:t>vt 0.670158 0.501562</w:t>
        <w:br/>
        <w:t>vt 0.272856 0.205636</w:t>
        <w:br/>
        <w:t>vt 0.273132 0.198425</w:t>
        <w:br/>
        <w:t>vt 0.315945 0.219891</w:t>
        <w:br/>
        <w:t>vt 0.289284 0.221491</w:t>
        <w:br/>
        <w:t>vt 0.658835 0.298188</w:t>
        <w:br/>
        <w:t>vt 0.666597 0.293159</w:t>
        <w:br/>
        <w:t>vt 0.688701 0.300249</w:t>
        <w:br/>
        <w:t>vt 0.270961 0.214844</w:t>
        <w:br/>
        <w:t>vt 0.654199 0.521062</w:t>
        <w:br/>
        <w:t>vt 0.268076 0.222196</w:t>
        <w:br/>
        <w:t>vt 0.695597 0.291555</w:t>
        <w:br/>
        <w:t>vt 0.666597 0.293159</w:t>
        <w:br/>
        <w:t>vt 0.672302 0.285661</w:t>
        <w:br/>
        <w:t>vt 0.682307 0.526620</w:t>
        <w:br/>
        <w:t>vt 0.667771 0.523780</w:t>
        <w:br/>
        <w:t>vt 0.652583 0.543161</w:t>
        <w:br/>
        <w:t>vt 0.645921 0.542086</w:t>
        <w:br/>
        <w:t>vt 0.250110 0.198425</w:t>
        <w:br/>
        <w:t>vt 0.249908 0.206586</w:t>
        <w:br/>
        <w:t>vt 0.248341 0.215851</w:t>
        <w:br/>
        <w:t>vt 0.666345 0.545329</w:t>
        <w:br/>
        <w:t>vt 0.652583 0.543161</w:t>
        <w:br/>
        <w:t>vt 0.246696 0.222892</w:t>
        <w:br/>
        <w:t>vt 0.680925 0.547359</w:t>
        <w:br/>
        <w:t>vt 0.233548 0.198425</w:t>
        <w:br/>
        <w:t>vt 0.230083 0.207689</w:t>
        <w:br/>
        <w:t>vt 0.651311 0.564778</w:t>
        <w:br/>
        <w:t>vt 0.645921 0.564291</w:t>
        <w:br/>
        <w:t>vt 0.229178 0.215135</w:t>
        <w:br/>
        <w:t>vt 0.210160 0.207525</w:t>
        <w:br/>
        <w:t>vt 0.209157 0.198425</w:t>
        <w:br/>
        <w:t>vt 0.664546 0.566367</w:t>
        <w:br/>
        <w:t>vt 0.651311 0.564778</w:t>
        <w:br/>
        <w:t>vt 0.227596 0.222350</w:t>
        <w:br/>
        <w:t>vt 0.210024 0.213094</w:t>
        <w:br/>
        <w:t>vt 0.210160 0.207525</w:t>
        <w:br/>
        <w:t>vt 0.190126 0.208499</w:t>
        <w:br/>
        <w:t>vt 0.190371 0.198425</w:t>
        <w:br/>
        <w:t>vt 0.645921 0.583638</w:t>
        <w:br/>
        <w:t>vt 0.649946 0.584556</w:t>
        <w:br/>
        <w:t>vt 0.678372 0.568553</w:t>
        <w:br/>
        <w:t>vt 0.208933 0.220446</w:t>
        <w:br/>
        <w:t>vt 0.176051 0.209476</w:t>
        <w:br/>
        <w:t>vt 0.175019 0.198425</w:t>
        <w:br/>
        <w:t>vt 0.189408 0.213044</w:t>
        <w:br/>
        <w:t>vt 0.190126 0.208499</w:t>
        <w:br/>
        <w:t>vt 0.157865 0.209792</w:t>
        <w:br/>
        <w:t>vt 0.161336 0.198425</w:t>
        <w:br/>
        <w:t>vt 0.649347 0.604316</w:t>
        <w:br/>
        <w:t>vt 0.645921 0.602820</w:t>
        <w:br/>
        <w:t>vt 0.662289 0.587278</w:t>
        <w:br/>
        <w:t>vt 0.649946 0.584556</w:t>
        <w:br/>
        <w:t>vt 0.189454 0.219455</w:t>
        <w:br/>
        <w:t>vt 0.645921 0.623089</w:t>
        <w:br/>
        <w:t>vt 0.650231 0.624767</w:t>
        <w:br/>
        <w:t>vt 0.674872 0.589712</w:t>
        <w:br/>
        <w:t>vt 0.660187 0.605660</w:t>
        <w:br/>
        <w:t>vt 0.649347 0.604316</w:t>
        <w:br/>
        <w:t>vt 0.176138 0.213474</w:t>
        <w:br/>
        <w:t>vt 0.176051 0.209476</w:t>
        <w:br/>
        <w:t>vt 0.176904 0.218972</w:t>
        <w:br/>
        <w:t>vt 0.160074 0.216670</w:t>
        <w:br/>
        <w:t>vt 0.645921 0.636026</w:t>
        <w:br/>
        <w:t>vt 0.650066 0.637453</w:t>
        <w:br/>
        <w:t>vt 0.645921 0.654258</w:t>
        <w:br/>
        <w:t>vt 0.671625 0.605842</w:t>
        <w:br/>
        <w:t>vt 0.658491 0.626041</w:t>
        <w:br/>
        <w:t>vt 0.667168 0.626399</w:t>
        <w:br/>
        <w:t>vt 0.661146 0.643254</w:t>
        <w:br/>
        <w:t>vt 0.655589 0.641399</w:t>
        <w:br/>
        <w:t>vt 0.336090 0.198425</w:t>
        <w:br/>
        <w:t>vt 0.617879 0.503402</w:t>
        <w:br/>
        <w:t>vt 0.629721 0.486226</w:t>
        <w:br/>
        <w:t>vt 0.635376 0.505800</w:t>
        <w:br/>
        <w:t>vt 0.657146 0.245253</w:t>
        <w:br/>
        <w:t>vt 0.613716 0.249778</w:t>
        <w:br/>
        <w:t>vt 0.611035 0.252277</w:t>
        <w:br/>
        <w:t>vt 0.033855 0.527095</w:t>
        <w:br/>
        <w:t>vt 0.035801 0.526575</w:t>
        <w:br/>
        <w:t>vt 0.142766 0.759608</w:t>
        <w:br/>
        <w:t>vt 0.140705 0.754652</w:t>
        <w:br/>
        <w:t>vt 0.616305 0.247495</w:t>
        <w:br/>
        <w:t>vt 0.613716 0.249778</w:t>
        <w:br/>
        <w:t>vt 0.615896 0.260697</w:t>
        <w:br/>
        <w:t>vt 0.619004 0.257311</w:t>
        <w:br/>
        <w:t>vt 0.032122 0.518437</w:t>
        <w:br/>
        <w:t>vt 0.035801 0.518222</w:t>
        <w:br/>
        <w:t>vt 0.150020 0.754219</w:t>
        <w:br/>
        <w:t>vt 0.146940 0.749421</w:t>
        <w:br/>
        <w:t>vt 0.153387 0.744010</w:t>
        <w:br/>
        <w:t>vt 0.619004 0.257311</w:t>
        <w:br/>
        <w:t>vt 0.622604 0.254545</w:t>
        <w:br/>
        <w:t>vt 0.646148 0.712670</w:t>
        <w:br/>
        <w:t>vt 0.640639 0.717610</w:t>
        <w:br/>
        <w:t>vt 0.562167 0.201094</w:t>
        <w:br/>
        <w:t>vt 0.640015 0.287780</w:t>
        <w:br/>
        <w:t>vt 0.673251 0.313435</w:t>
        <w:br/>
        <w:t>vt 0.650066 0.637453</w:t>
        <w:br/>
        <w:t>vt 0.650231 0.624767</w:t>
        <w:br/>
        <w:t>vt 0.651902 0.657911</w:t>
        <w:br/>
        <w:t>vt 0.243022 0.141617</w:t>
        <w:br/>
        <w:t>vt 0.225719 0.128892</w:t>
        <w:br/>
        <w:t>vt 0.236397 0.125065</w:t>
        <w:br/>
        <w:t>vt 0.245449 0.113094</w:t>
        <w:br/>
        <w:t>vt 0.256386 0.141375</w:t>
        <w:br/>
        <w:t>vt 0.258472 0.110666</w:t>
        <w:br/>
        <w:t>vt 0.268218 0.141732</w:t>
        <w:br/>
        <w:t>vt 0.691221 0.324989</w:t>
        <w:br/>
        <w:t>vt 0.706767 0.309131</w:t>
        <w:br/>
        <w:t>vt 0.243243 0.160509</w:t>
        <w:br/>
        <w:t>vt 0.253930 0.165768</w:t>
        <w:br/>
        <w:t>vt 0.717575 0.300178</w:t>
        <w:br/>
        <w:t>vt 0.270840 0.109255</w:t>
        <w:br/>
        <w:t>vt 0.278162 0.141896</w:t>
        <w:br/>
        <w:t>vt 0.720980 0.338148</w:t>
        <w:br/>
        <w:t>vt 0.726972 0.355129</w:t>
        <w:br/>
        <w:t>vt 0.706942 0.360753</w:t>
        <w:br/>
        <w:t>vt 0.699284 0.343325</w:t>
        <w:br/>
        <w:t>vt 0.263256 0.168816</w:t>
        <w:br/>
        <w:t>vt 0.772611 0.013825</w:t>
        <w:br/>
        <w:t>vt 0.754246 0.013825</w:t>
        <w:br/>
        <w:t>vt 0.754396 0.009876</w:t>
        <w:br/>
        <w:t>vt 0.838865 0.427924</w:t>
        <w:br/>
        <w:t>vt 0.834895 0.427913</w:t>
        <w:br/>
        <w:t>vt 0.835658 0.409650</w:t>
        <w:br/>
        <w:t>vt 0.772611 0.013825</w:t>
        <w:br/>
        <w:t>vt 0.754406 0.016331</w:t>
        <w:br/>
        <w:t>vt 0.754246 0.013825</w:t>
        <w:br/>
        <w:t>vt 0.835658 0.409650</w:t>
        <w:br/>
        <w:t>vt 0.834895 0.427913</w:t>
        <w:br/>
        <w:t>vt 0.831204 0.427476</w:t>
        <w:br/>
        <w:t>vt 0.724086 0.320555</w:t>
        <w:br/>
        <w:t>vt 0.734300 0.309972</w:t>
        <w:br/>
        <w:t>vt 0.279859 0.110008</w:t>
        <w:br/>
        <w:t>vt 0.291211 0.147563</w:t>
        <w:br/>
        <w:t>vt 0.734038 0.335570</w:t>
        <w:br/>
        <w:t>vt 0.743936 0.354279</w:t>
        <w:br/>
        <w:t>vt 0.743491 0.008494</w:t>
        <w:br/>
        <w:t>vt 0.742716 0.013825</w:t>
        <w:br/>
        <w:t>vt 0.834453 0.438490</w:t>
        <w:br/>
        <w:t>vt 0.840129 0.438461</w:t>
        <w:br/>
        <w:t>vt 0.834453 0.438490</w:t>
        <w:br/>
        <w:t>vt 0.829473 0.438598</w:t>
        <w:br/>
        <w:t>vt 0.743069 0.017683</w:t>
        <w:br/>
        <w:t>vt 0.742716 0.013825</w:t>
        <w:br/>
        <w:t>vt 0.717211 0.006805</w:t>
        <w:br/>
        <w:t>vt 0.730663 0.007532</w:t>
        <w:br/>
        <w:t>vt 0.729181 0.013825</w:t>
        <w:br/>
        <w:t>vt 0.715863 0.013825</w:t>
        <w:br/>
        <w:t>vt 0.833932 0.450954</w:t>
        <w:br/>
        <w:t>vt 0.841142 0.450712</w:t>
        <w:br/>
        <w:t>vt 0.841792 0.463498</w:t>
        <w:br/>
        <w:t>vt 0.833386 0.464016</w:t>
        <w:br/>
        <w:t>vt 0.828195 0.451475</w:t>
        <w:br/>
        <w:t>vt 0.833932 0.450954</w:t>
        <w:br/>
        <w:t>vt 0.833386 0.464016</w:t>
        <w:br/>
        <w:t>vt 0.827366 0.464701</w:t>
        <w:br/>
        <w:t>vt 0.292600 0.112925</w:t>
        <w:br/>
        <w:t>vt 0.301918 0.144183</w:t>
        <w:br/>
        <w:t>vt 0.714915 0.377895</w:t>
        <w:br/>
        <w:t>vt 0.733945 0.371700</w:t>
        <w:br/>
        <w:t>vt 0.742428 0.333809</w:t>
        <w:br/>
        <w:t>vt 0.754049 0.324439</w:t>
        <w:br/>
        <w:t>vt 0.729181 0.013825</w:t>
        <w:br/>
        <w:t>vt 0.729807 0.019114</w:t>
        <w:br/>
        <w:t>vt 0.715835 0.020210</w:t>
        <w:br/>
        <w:t>vt 0.715863 0.013825</w:t>
        <w:br/>
        <w:t>vt 0.746906 0.338568</w:t>
        <w:br/>
        <w:t>vt 0.275576 0.170511</w:t>
        <w:br/>
        <w:t>vt 0.842115 0.476692</w:t>
        <w:br/>
        <w:t>vt 0.832841 0.477065</w:t>
        <w:br/>
        <w:t>vt 0.699377 0.386058</w:t>
        <w:br/>
        <w:t>vt 0.720390 0.389503</w:t>
        <w:br/>
        <w:t>vt 0.706797 0.398909</w:t>
        <w:br/>
        <w:t>vt 0.703636 0.006476</w:t>
        <w:br/>
        <w:t>vt 0.702709 0.013825</w:t>
        <w:br/>
        <w:t>vt 0.832841 0.477065</w:t>
        <w:br/>
        <w:t>vt 0.826800 0.477495</w:t>
        <w:br/>
        <w:t>vt 0.287322 0.167873</w:t>
        <w:br/>
        <w:t>vt 0.702709 0.013825</w:t>
        <w:br/>
        <w:t>vt 0.701742 0.021528</w:t>
        <w:br/>
        <w:t>vt 0.301584 0.116930</w:t>
        <w:br/>
        <w:t>vt 0.839569 0.494054</w:t>
        <w:br/>
        <w:t>vt 0.832734 0.479623</w:t>
        <w:br/>
        <w:t>vt 0.726904 0.405167</w:t>
        <w:br/>
        <w:t>vt 0.716236 0.415259</w:t>
        <w:br/>
        <w:t>vt 0.686174 0.006481</w:t>
        <w:br/>
        <w:t>vt 0.685169 0.013825</w:t>
        <w:br/>
        <w:t>vt 0.632246 0.707041</w:t>
        <w:br/>
        <w:t>vt 0.637546 0.704275</w:t>
        <w:br/>
        <w:t>vt 0.639120 0.706920</w:t>
        <w:br/>
        <w:t>vt 0.634411 0.710585</w:t>
        <w:br/>
        <w:t>vt 0.798308 0.357651</w:t>
        <w:br/>
        <w:t>vt 0.795655 0.362478</w:t>
        <w:br/>
        <w:t>vt 0.788331 0.355813</w:t>
        <w:br/>
        <w:t>vt 0.791397 0.352335</w:t>
        <w:br/>
        <w:t>vt 0.758020 0.350435</w:t>
        <w:br/>
        <w:t>vt 0.630925 0.703744</w:t>
        <w:br/>
        <w:t>vt 0.637585 0.702258</w:t>
        <w:br/>
        <w:t>vt 0.626435 0.715086</w:t>
        <w:br/>
        <w:t>vt 0.624030 0.709356</w:t>
        <w:br/>
        <w:t>vt 0.084878 0.977408</w:t>
        <w:br/>
        <w:t>vt 0.094101 0.977408</w:t>
        <w:br/>
        <w:t>vt 0.094985 0.989742</w:t>
        <w:br/>
        <w:t>vt 0.082384 0.989742</w:t>
        <w:br/>
        <w:t>vt 0.308606 0.120466</w:t>
        <w:br/>
        <w:t>vt 0.313417 0.138711</w:t>
        <w:br/>
        <w:t>vt 0.622980 0.707398</w:t>
        <w:br/>
        <w:t>vt 0.791397 0.352335</w:t>
        <w:br/>
        <w:t>vt 0.800849 0.351963</w:t>
        <w:br/>
        <w:t>vt 0.798308 0.357651</w:t>
        <w:br/>
        <w:t>vt 0.046165 0.969080</w:t>
        <w:br/>
        <w:t>vt 0.054484 0.963677</w:t>
        <w:br/>
        <w:t>vt 0.058936 0.966948</w:t>
        <w:br/>
        <w:t>vt 0.055734 0.977408</w:t>
        <w:br/>
        <w:t>vt 0.809869 0.365702</w:t>
        <w:br/>
        <w:t>vt 0.806143 0.372521</w:t>
        <w:br/>
        <w:t>vt 0.071080 0.977408</w:t>
        <w:br/>
        <w:t>vt 0.070350 0.989742</w:t>
        <w:br/>
        <w:t>vt 0.684875 0.022878</w:t>
        <w:br/>
        <w:t>vt 0.685169 0.013825</w:t>
        <w:br/>
        <w:t>vt 0.739912 0.384213</w:t>
        <w:br/>
        <w:t>vt 0.787912 0.303757</w:t>
        <w:br/>
        <w:t>vt 0.790143 0.300603</w:t>
        <w:br/>
        <w:t>vt 0.792261 0.317466</w:t>
        <w:br/>
        <w:t>vt 0.832734 0.479623</w:t>
        <w:br/>
        <w:t>vt 0.823768 0.493328</w:t>
        <w:br/>
        <w:t>vt 0.615280 0.711341</w:t>
        <w:br/>
        <w:t>vt 0.617727 0.718625</w:t>
        <w:br/>
        <w:t>vt 0.605135 0.721308</w:t>
        <w:br/>
        <w:t>vt 0.603813 0.713499</w:t>
        <w:br/>
        <w:t>vt 0.750442 0.367882</w:t>
        <w:br/>
        <w:t>vt 0.758453 0.380584</w:t>
        <w:br/>
        <w:t>vt 0.670846 0.007620</w:t>
        <w:br/>
        <w:t>vt 0.811776 0.355668</w:t>
        <w:br/>
        <w:t>vt 0.809869 0.365702</w:t>
        <w:br/>
        <w:t>vt 0.734238 0.422393</w:t>
        <w:br/>
        <w:t>vt 0.724027 0.428753</w:t>
        <w:br/>
        <w:t>vt 0.044225 0.982073</w:t>
        <w:br/>
        <w:t>vt 0.038202 0.977396</w:t>
        <w:br/>
        <w:t>vt 0.817583 0.381952</w:t>
        <w:br/>
        <w:t>vt 0.821438 0.373988</w:t>
        <w:br/>
        <w:t>vt 0.839242 0.386481</w:t>
        <w:br/>
        <w:t>vt 0.834372 0.394932</w:t>
        <w:br/>
        <w:t>vt 0.044225 0.982073</w:t>
        <w:br/>
        <w:t>vt 0.055734 0.977408</w:t>
        <w:br/>
        <w:t>vt 0.056542 0.989742</w:t>
        <w:br/>
        <w:t>vt 0.045138 0.989742</w:t>
        <w:br/>
        <w:t>vt 0.289722 0.171513</w:t>
        <w:br/>
        <w:t>vt 0.803187 0.310483</w:t>
        <w:br/>
        <w:t>vt 0.796366 0.297422</w:t>
        <w:br/>
        <w:t>vt 0.296902 0.166565</w:t>
        <w:br/>
        <w:t>vt 0.809635 0.321032</w:t>
        <w:br/>
        <w:t>vt 0.797080 0.330338</w:t>
        <w:br/>
        <w:t>vt 0.314888 0.159200</w:t>
        <w:br/>
        <w:t>vt 0.669239 0.019681</w:t>
        <w:br/>
        <w:t>vt 0.669118 0.013825</w:t>
        <w:br/>
        <w:t>vt 0.314602 0.124451</w:t>
        <w:br/>
        <w:t>vt 0.821438 0.373988</w:t>
        <w:br/>
        <w:t>vt 0.823360 0.361009</w:t>
        <w:br/>
        <w:t>vt 0.842953 0.376375</w:t>
        <w:br/>
        <w:t>vt 0.839242 0.386481</w:t>
        <w:br/>
        <w:t>vt 0.743907 0.402118</w:t>
        <w:br/>
        <w:t>vt 0.748471 0.419733</w:t>
        <w:br/>
        <w:t>vt 0.805351 0.342689</w:t>
        <w:br/>
        <w:t>vt 0.827107 0.341551</w:t>
        <w:br/>
        <w:t>vt 0.813625 0.351662</w:t>
        <w:br/>
        <w:t>vt 0.592558 0.721475</w:t>
        <w:br/>
        <w:t>vt 0.592169 0.715934</w:t>
        <w:br/>
        <w:t>vt 0.857890 0.397948</w:t>
        <w:br/>
        <w:t>vt 0.852779 0.406724</w:t>
        <w:br/>
        <w:t>vt 0.760461 0.400759</w:t>
        <w:br/>
        <w:t>vt 0.771522 0.345894</w:t>
        <w:br/>
        <w:t>vt 0.768375 0.364383</w:t>
        <w:br/>
        <w:t>vt 0.731944 0.442467</w:t>
        <w:br/>
        <w:t>vt 0.738663 0.438901</w:t>
        <w:br/>
        <w:t>vt 0.583513 0.709728</w:t>
        <w:br/>
        <w:t>vt 0.656592 0.013825</w:t>
        <w:br/>
        <w:t>vt 0.761932 0.365641</w:t>
        <w:br/>
        <w:t>vt 0.136021 0.198425</w:t>
        <w:br/>
        <w:t>vt 0.582750 0.719742</w:t>
        <w:br/>
        <w:t>vt 0.836676 0.352013</w:t>
        <w:br/>
        <w:t>vt 0.850703 0.366690</w:t>
        <w:br/>
        <w:t>vt 0.145034 0.211133</w:t>
        <w:br/>
        <w:t>vt 0.148482 0.217284</w:t>
        <w:br/>
        <w:t>vt 0.868409 0.415927</w:t>
        <w:br/>
        <w:t>vt 0.875465 0.407794</w:t>
        <w:br/>
        <w:t>vt 0.879181 0.395080</w:t>
        <w:br/>
        <w:t>vt 0.768189 0.383102</w:t>
        <w:br/>
        <w:t>vt 0.760311 0.418187</w:t>
        <w:br/>
        <w:t>vt 0.740969 0.458097</w:t>
        <w:br/>
        <w:t>vt 0.737287 0.451721</w:t>
        <w:br/>
        <w:t>vt 0.741039 0.451042</w:t>
        <w:br/>
        <w:t>vt 0.744186 0.458221</w:t>
        <w:br/>
        <w:t>vt 0.324216 0.148401</w:t>
        <w:br/>
        <w:t>vt 0.766835 0.400170</w:t>
        <w:br/>
        <w:t>vt 0.885868 0.423242</w:t>
        <w:br/>
        <w:t>vt 0.889183 0.415284</w:t>
        <w:br/>
        <w:t>vt 0.327062 0.130418</w:t>
        <w:br/>
        <w:t>vt 0.817511 0.331289</w:t>
        <w:br/>
        <w:t>vt 0.827878 0.317547</w:t>
        <w:br/>
        <w:t>vt 0.839145 0.323412</w:t>
        <w:br/>
        <w:t>vt 0.748189 0.449619</w:t>
        <w:br/>
        <w:t>vt 0.748797 0.457934</w:t>
        <w:br/>
        <w:t>vt 0.748800 0.471661</w:t>
        <w:br/>
        <w:t>vt 0.760040 0.432136</w:t>
        <w:br/>
        <w:t>vt 0.749532 0.437219</w:t>
        <w:br/>
        <w:t>vt 0.764372 0.416506</w:t>
        <w:br/>
        <w:t>vt 0.753369 0.462563</w:t>
        <w:br/>
        <w:t>vt 0.904742 0.422423</w:t>
        <w:br/>
        <w:t>vt 0.903140 0.430116</w:t>
        <w:br/>
        <w:t>vt 0.862054 0.348322</w:t>
        <w:br/>
        <w:t>vt 0.848851 0.334399</w:t>
        <w:br/>
        <w:t>vt 0.830400 0.312871</w:t>
        <w:br/>
        <w:t>vt 0.862624 0.388802</w:t>
        <w:br/>
        <w:t>vt 0.865441 0.382015</w:t>
        <w:br/>
        <w:t>vt 0.753820 0.459841</w:t>
        <w:br/>
        <w:t>vt 0.893220 0.403116</w:t>
        <w:br/>
        <w:t>vt 0.920772 0.427947</w:t>
        <w:br/>
        <w:t>vt 0.920432 0.436074</w:t>
        <w:br/>
        <w:t>vt 0.977703 0.440328</w:t>
        <w:br/>
        <w:t>vt 0.977034 0.434776</w:t>
        <w:br/>
        <w:t>vt 0.981741 0.441370</w:t>
        <w:br/>
        <w:t>vt 0.936269 0.431610</w:t>
        <w:br/>
        <w:t>vt 0.938197 0.440739</w:t>
        <w:br/>
        <w:t>vt 0.964892 0.441819</w:t>
        <w:br/>
        <w:t>vt 0.965473 0.435222</w:t>
        <w:br/>
        <w:t>vt 0.908534 0.410134</w:t>
        <w:br/>
        <w:t>vt 0.995591 0.439534</w:t>
        <w:br/>
        <w:t>vt 0.974864 0.415460</w:t>
        <w:br/>
        <w:t>vt 0.995591 0.415758</w:t>
        <w:br/>
        <w:t>vt 0.548945 0.687464</w:t>
        <w:br/>
        <w:t>vt 0.530639 0.678945</w:t>
        <w:br/>
        <w:t>vt 0.552009 0.667189</w:t>
        <w:br/>
        <w:t>vt 0.887688 0.376158</w:t>
        <w:br/>
        <w:t>vt 0.968999 0.416956</w:t>
        <w:br/>
        <w:t>vt 0.898632 0.386832</w:t>
        <w:br/>
        <w:t>vt 0.925170 0.416002</w:t>
        <w:br/>
        <w:t>vt 0.941022 0.419030</w:t>
        <w:br/>
        <w:t>vt 0.982559 0.400737</w:t>
        <w:br/>
        <w:t>vt 0.995591 0.396128</w:t>
        <w:br/>
        <w:t>vt 0.911707 0.396890</w:t>
        <w:br/>
        <w:t>vt 0.928680 0.406439</w:t>
        <w:br/>
        <w:t>vt 0.970183 0.407824</w:t>
        <w:br/>
        <w:t>vt 0.978812 0.408334</w:t>
        <w:br/>
        <w:t>vt 0.995591 0.390172</w:t>
        <w:br/>
        <w:t>vt 0.987907 0.394248</w:t>
        <w:br/>
        <w:t>vt 0.945043 0.409603</w:t>
        <w:br/>
        <w:t>vt 0.960548 0.408178</w:t>
        <w:br/>
        <w:t>vt 0.972226 0.396490</w:t>
        <w:br/>
        <w:t>vt 0.982559 0.400737</w:t>
        <w:br/>
        <w:t>vt 0.929967 0.402146</w:t>
        <w:br/>
        <w:t>vt 0.956211 0.418970</w:t>
        <w:br/>
        <w:t>vt 0.923031 0.375643</w:t>
        <w:br/>
        <w:t>vt 0.943713 0.402229</w:t>
        <w:br/>
        <w:t>vt 0.934552 0.385048</w:t>
        <w:br/>
        <w:t>vt 0.957951 0.400154</w:t>
        <w:br/>
        <w:t>vt 0.945026 0.392675</w:t>
        <w:br/>
        <w:t>vt 0.943713 0.402229</w:t>
        <w:br/>
        <w:t>vt 0.957951 0.400154</w:t>
        <w:br/>
        <w:t>vt 0.972226 0.396490</w:t>
        <w:br/>
        <w:t>vt 0.964619 0.387697</w:t>
        <w:br/>
        <w:t>vt 0.645482 0.675367</w:t>
        <w:br/>
        <w:t>vt 0.645540 0.681694</w:t>
        <w:br/>
        <w:t>vt 0.640901 0.674966</w:t>
        <w:br/>
        <w:t>vt 0.809965 0.302259</w:t>
        <w:br/>
        <w:t>vt 0.818474 0.309357</w:t>
        <w:br/>
        <w:t>vt 0.818474 0.309357</w:t>
        <w:br/>
        <w:t>vt 0.821395 0.304459</w:t>
        <w:br/>
        <w:t>vt 0.032476 0.989742</w:t>
        <w:br/>
        <w:t>vt 0.032476 0.989742</w:t>
        <w:br/>
        <w:t>vt 0.756645 0.442661</w:t>
        <w:br/>
        <w:t>vt 0.951538 0.434435</w:t>
        <w:br/>
        <w:t>vt 0.951562 0.442202</w:t>
        <w:br/>
        <w:t>vt 0.754249 0.452017</w:t>
        <w:br/>
        <w:t>vt 0.645921 0.667361</w:t>
        <w:br/>
        <w:t>vt 0.645921 0.654258</w:t>
        <w:br/>
        <w:t>vt 0.979456 0.387663</w:t>
        <w:br/>
        <w:t>vt 0.874826 0.363045</w:t>
        <w:br/>
        <w:t>vt 0.462332 0.242345</w:t>
        <w:br/>
        <w:t>vt 0.495265 0.242244</w:t>
        <w:br/>
        <w:t>vt 0.495391 0.253574</w:t>
        <w:br/>
        <w:t>vt 0.462046 0.253574</w:t>
        <w:br/>
        <w:t>vt 0.316428 0.845055</w:t>
        <w:br/>
        <w:t>vt 0.349341 0.845055</w:t>
        <w:br/>
        <w:t>vt 0.349348 0.865216</w:t>
        <w:br/>
        <w:t>vt 0.319247 0.865216</w:t>
        <w:br/>
        <w:t>vt 0.462332 0.242345</w:t>
        <w:br/>
        <w:t>vt 0.461183 0.231018</w:t>
        <w:br/>
        <w:t>vt 0.500120 0.229535</w:t>
        <w:br/>
        <w:t>vt 0.495265 0.242244</w:t>
        <w:br/>
        <w:t>vt 0.543339 0.227963</w:t>
        <w:br/>
        <w:t>vt 0.545084 0.216203</w:t>
        <w:br/>
        <w:t>vt 0.566825 0.235115</w:t>
        <w:br/>
        <w:t>vt 0.383738 0.152106</w:t>
        <w:br/>
        <w:t>vt 0.400475 0.130706</w:t>
        <w:br/>
        <w:t>vt 0.399963 0.151302</w:t>
        <w:br/>
        <w:t>vt 0.989603 0.093385</w:t>
        <w:br/>
        <w:t>vt 0.987642 0.084623</w:t>
        <w:br/>
        <w:t>vt 0.989603 0.084941</w:t>
        <w:br/>
        <w:t>vt 0.471308 0.165792</w:t>
        <w:br/>
        <w:t>vt 0.479771 0.167257</w:t>
        <w:br/>
        <w:t>vt 0.472220 0.167917</w:t>
        <w:br/>
        <w:t>vt 0.111902 0.568738</w:t>
        <w:br/>
        <w:t>vt 0.111902 0.576444</w:t>
        <w:br/>
        <w:t>vt 0.109937 0.575709</w:t>
        <w:br/>
        <w:t>vt 0.365044 0.130706</w:t>
        <w:br/>
        <w:t>vt 0.936760 0.461559</w:t>
        <w:br/>
        <w:t>vt 0.938415 0.453862</w:t>
        <w:br/>
        <w:t>vt 0.938753 0.461287</w:t>
        <w:br/>
        <w:t>vt 0.513928 0.253574</w:t>
        <w:br/>
        <w:t>vt 0.603299 0.299313</w:t>
        <w:br/>
        <w:t>vt 0.605697 0.285675</w:t>
        <w:br/>
        <w:t>vt 0.620660 0.299313</w:t>
        <w:br/>
        <w:t>vt 0.989603 0.047244</w:t>
        <w:br/>
        <w:t>vt 0.989603 0.056026</w:t>
        <w:br/>
        <w:t>vt 0.984836 0.054632</w:t>
        <w:br/>
        <w:t>vt 0.983074 0.046410</w:t>
        <w:br/>
        <w:t>vt 0.444136 0.170374</w:t>
        <w:br/>
        <w:t>vt 0.435757 0.171107</w:t>
        <w:br/>
        <w:t>vt 0.435918 0.164071</w:t>
        <w:br/>
        <w:t>vt 0.443857 0.164447</w:t>
        <w:br/>
        <w:t>vt 0.234981 0.761191</w:t>
        <w:br/>
        <w:t>vt 0.249596 0.735516</w:t>
        <w:br/>
        <w:t>vt 0.255710 0.749224</w:t>
        <w:br/>
        <w:t>vt 0.106826 0.605341</w:t>
        <w:br/>
        <w:t>vt 0.111902 0.605403</w:t>
        <w:br/>
        <w:t>vt 0.111902 0.613978</w:t>
        <w:br/>
        <w:t>vt 0.934732 0.497658</w:t>
        <w:br/>
        <w:t>vt 0.940004 0.488756</w:t>
        <w:br/>
        <w:t>vt 0.940398 0.497427</w:t>
        <w:br/>
        <w:t>vt 0.473224 0.566693</w:t>
        <w:br/>
        <w:t>vt 0.475598 0.574760</w:t>
        <w:br/>
        <w:t>vt 0.459709 0.577562</w:t>
        <w:br/>
        <w:t>vt 0.457581 0.571529</w:t>
        <w:br/>
        <w:t>vt 0.427714 0.171811</w:t>
        <w:br/>
        <w:t>vt 0.427688 0.165344</w:t>
        <w:br/>
        <w:t>vt 0.513825 0.244671</w:t>
        <w:br/>
        <w:t>vt 0.515237 0.233977</w:t>
        <w:br/>
        <w:t>vt 0.369866 0.855701</w:t>
        <w:br/>
        <w:t>vt 0.205815 0.706907</w:t>
        <w:br/>
        <w:t>vt 0.226004 0.705308</w:t>
        <w:br/>
        <w:t>vt 0.230106 0.715805</w:t>
        <w:br/>
        <w:t>vt 0.202668 0.731455</w:t>
        <w:br/>
        <w:t>vt 0.989603 0.038259</w:t>
        <w:br/>
        <w:t>vt 0.980611 0.038041</w:t>
        <w:br/>
        <w:t>vt 0.441913 0.575237</w:t>
        <w:br/>
        <w:t>vt 0.542730 0.596637</w:t>
        <w:br/>
        <w:t>vt 0.549204 0.586549</w:t>
        <w:br/>
        <w:t>vt 0.561296 0.589789</w:t>
        <w:br/>
        <w:t>vt 0.555263 0.605088</w:t>
        <w:br/>
        <w:t>vt 0.487460 0.562434</w:t>
        <w:br/>
        <w:t>vt 0.502517 0.560560</w:t>
        <w:br/>
        <w:t>vt 0.501977 0.570109</w:t>
        <w:br/>
        <w:t>vt 0.488805 0.572431</w:t>
        <w:br/>
        <w:t>vt 0.530473 0.587876</w:t>
        <w:br/>
        <w:t>vt 0.531635 0.581841</w:t>
        <w:br/>
        <w:t>vt 0.940777 0.505743</w:t>
        <w:br/>
        <w:t>vt 0.933950 0.505395</w:t>
        <w:br/>
        <w:t>vt 0.107068 0.614952</w:t>
        <w:br/>
        <w:t>vt 0.111902 0.622890</w:t>
        <w:br/>
        <w:t>vt 0.106722 0.623727</w:t>
        <w:br/>
        <w:t>vt 0.443328 0.580450</w:t>
        <w:br/>
        <w:t>vt 0.420791 0.584424</w:t>
        <w:br/>
        <w:t>vt 0.512170 0.576625</w:t>
        <w:br/>
        <w:t>vt 0.415833 0.172851</w:t>
        <w:br/>
        <w:t>vt 0.418332 0.165490</w:t>
        <w:br/>
        <w:t>vt 0.567725 0.610404</w:t>
        <w:br/>
        <w:t>vt 0.573853 0.593153</w:t>
        <w:br/>
        <w:t>vt 0.586394 0.596514</w:t>
        <w:br/>
        <w:t>vt 0.581012 0.614597</w:t>
        <w:br/>
        <w:t>vt 0.995591 0.088739</w:t>
        <w:br/>
        <w:t>vt 0.995591 0.112909</w:t>
        <w:br/>
        <w:t>vt 0.992497 0.110231</w:t>
        <w:br/>
        <w:t>vt 0.977595 0.027658</w:t>
        <w:br/>
        <w:t>vt 0.989603 0.027422</w:t>
        <w:br/>
        <w:t>vt 0.240702 0.726775</w:t>
        <w:br/>
        <w:t>vt 0.249596 0.735516</w:t>
        <w:br/>
        <w:t>vt 0.229857 0.748615</w:t>
        <w:br/>
        <w:t>vt 0.220694 0.739353</w:t>
        <w:br/>
        <w:t>vt 0.995591 0.129262</w:t>
        <w:br/>
        <w:t>vt 0.991876 0.129005</w:t>
        <w:br/>
        <w:t>vt 0.995591 0.112909</w:t>
        <w:br/>
        <w:t>vt 0.995591 0.143479</w:t>
        <w:br/>
        <w:t>vt 0.989937 0.141472</w:t>
        <w:br/>
        <w:t>vt 0.988839 0.127874</w:t>
        <w:br/>
        <w:t>vt 0.984740 0.127033</w:t>
        <w:br/>
        <w:t>vt 0.514697 0.567866</w:t>
        <w:br/>
        <w:t>vt 0.373108 0.156544</w:t>
        <w:br/>
        <w:t>vt 0.402334 0.158719</w:t>
        <w:br/>
        <w:t>vt 0.393511 0.174803</w:t>
        <w:br/>
        <w:t>vt 0.593071 0.611348</w:t>
        <w:br/>
        <w:t>vt 0.598865 0.599855</w:t>
        <w:br/>
        <w:t>vt 0.941158 0.514106</w:t>
        <w:br/>
        <w:t>vt 0.933926 0.515948</w:t>
        <w:br/>
        <w:t>vt 0.989362 0.154826</w:t>
        <w:br/>
        <w:t>vt 0.995591 0.155124</w:t>
        <w:br/>
        <w:t>vt 0.995591 0.166731</w:t>
        <w:br/>
        <w:t>vt 0.989443 0.168220</w:t>
        <w:br/>
        <w:t>vt 0.105509 0.632299</w:t>
        <w:br/>
        <w:t>vt 0.513825 0.244671</w:t>
        <w:br/>
        <w:t>vt 0.535645 0.253574</w:t>
        <w:br/>
        <w:t>vt 0.985616 0.140969</w:t>
        <w:br/>
        <w:t>vt 0.202668 0.731455</w:t>
        <w:br/>
        <w:t>vt 0.229857 0.748615</w:t>
        <w:br/>
        <w:t>vt 0.216868 0.771649</w:t>
        <w:br/>
        <w:t>vt 0.368225 0.845055</w:t>
        <w:br/>
        <w:t>vt 0.388956 0.845055</w:t>
        <w:br/>
        <w:t>vt 0.390065 0.852288</w:t>
        <w:br/>
        <w:t>vt 0.535645 0.253574</w:t>
        <w:br/>
        <w:t>vt 0.977481 0.153782</w:t>
        <w:br/>
        <w:t>vt 0.983667 0.154282</w:t>
        <w:br/>
        <w:t>vt 0.982611 0.167801</w:t>
        <w:br/>
        <w:t>vt 0.975454 0.167248</w:t>
        <w:br/>
        <w:t>vt 0.196313 0.714199</w:t>
        <w:br/>
        <w:t>vt 0.995591 0.178308</w:t>
        <w:br/>
        <w:t>vt 0.989322 0.181756</w:t>
        <w:br/>
        <w:t>vt 0.643512 0.688157</w:t>
        <w:br/>
        <w:t>vt 0.635416 0.674486</w:t>
        <w:br/>
        <w:t>vt 0.803412 0.185958</w:t>
        <w:br/>
        <w:t>vt 0.809751 0.194898</w:t>
        <w:br/>
        <w:t>vt 0.802183 0.200048</w:t>
        <w:br/>
        <w:t>vt 0.798072 0.187609</w:t>
        <w:br/>
        <w:t>vt 0.981713 0.181910</w:t>
        <w:br/>
        <w:t>vt 0.208193 0.763807</w:t>
        <w:br/>
        <w:t>vt 0.973852 0.180442</w:t>
        <w:br/>
        <w:t>vt 0.208193 0.763807</w:t>
        <w:br/>
        <w:t>vt 0.200252 0.754392</w:t>
        <w:br/>
        <w:t>vt 0.391699 0.858588</w:t>
        <w:br/>
        <w:t>vt 0.639084 0.696584</w:t>
        <w:br/>
        <w:t>vt 0.629675 0.673984</w:t>
        <w:br/>
        <w:t>vt 0.995591 0.198570</w:t>
        <w:br/>
        <w:t>vt 0.986995 0.200590</w:t>
        <w:br/>
        <w:t>vt 0.954595 0.204761</w:t>
        <w:br/>
        <w:t>vt 0.976253 0.194777</w:t>
        <w:br/>
        <w:t>vt 0.959055 0.209198</w:t>
        <w:br/>
        <w:t>vt 0.812288 0.209850</w:t>
        <w:br/>
        <w:t>vt 0.811135 0.215133</w:t>
        <w:br/>
        <w:t>vt 0.793900 0.205526</w:t>
        <w:br/>
        <w:t>vt 0.787512 0.185501</w:t>
        <w:br/>
        <w:t>vt 0.623678 0.673460</w:t>
        <w:br/>
        <w:t>vt 0.616669 0.672846</w:t>
        <w:br/>
        <w:t>vt 0.193711 0.785019</w:t>
        <w:br/>
        <w:t>vt 0.188260 0.778624</w:t>
        <w:br/>
        <w:t>vt 0.186508 0.745439</w:t>
        <w:br/>
        <w:t>vt 0.413736 0.845055</w:t>
        <w:br/>
        <w:t>vt 0.414119 0.851331</w:t>
        <w:br/>
        <w:t>vt 0.831972 0.266148</w:t>
        <w:br/>
        <w:t>vt 0.832093 0.260224</w:t>
        <w:br/>
        <w:t>vt 0.839636 0.272953</w:t>
        <w:br/>
        <w:t>vt 0.604267 0.671761</w:t>
        <w:br/>
        <w:t>vt 0.609621 0.672230</w:t>
        <w:br/>
        <w:t>vt 0.371610 0.865216</w:t>
        <w:br/>
        <w:t>vt 0.397840 0.865216</w:t>
        <w:br/>
        <w:t>vt 0.971916 0.221463</w:t>
        <w:br/>
        <w:t>vt 0.978833 0.202108</w:t>
        <w:br/>
        <w:t>vt 0.812785 0.297602</w:t>
        <w:br/>
        <w:t>vt 0.809965 0.302259</w:t>
        <w:br/>
        <w:t>vt 0.801466 0.293628</w:t>
        <w:br/>
        <w:t>vt 0.804488 0.290265</w:t>
        <w:br/>
        <w:t>vt 0.829707 0.273713</w:t>
        <w:br/>
        <w:t>vt 0.416129 0.858964</w:t>
        <w:br/>
        <w:t>vt 0.188260 0.778624</w:t>
        <w:br/>
        <w:t>vt 0.179901 0.769294</w:t>
        <w:br/>
        <w:t>vt 0.779070 0.190404</w:t>
        <w:br/>
        <w:t>vt 0.787594 0.210930</w:t>
        <w:br/>
        <w:t>vt 0.830314 0.285196</w:t>
        <w:br/>
        <w:t>vt 0.833899 0.282490</w:t>
        <w:br/>
        <w:t>vt 0.840857 0.266060</w:t>
        <w:br/>
        <w:t>vt 0.850940 0.270319</w:t>
        <w:br/>
        <w:t>vt 0.881363 0.210940</w:t>
        <w:br/>
        <w:t>vt 0.881870 0.222559</w:t>
        <w:br/>
        <w:t>vt 0.878569 0.222922</w:t>
        <w:br/>
        <w:t>vt 0.809382 0.221024</w:t>
        <w:br/>
        <w:t>vt 0.692563 0.205690</w:t>
        <w:br/>
        <w:t>vt 0.702922 0.210283</w:t>
        <w:br/>
        <w:t>vt 0.700806 0.213933</w:t>
        <w:br/>
        <w:t>vt 0.881363 0.210940</w:t>
        <w:br/>
        <w:t>vt 0.884763 0.223231</w:t>
        <w:br/>
        <w:t>vt 0.881870 0.222559</w:t>
        <w:br/>
        <w:t>vt 0.419250 0.865216</w:t>
        <w:br/>
        <w:t>vt 0.968259 0.219346</w:t>
        <w:br/>
        <w:t>vt 0.884763 0.223231</w:t>
        <w:br/>
        <w:t>vt 0.881363 0.210940</w:t>
        <w:br/>
        <w:t>vt 0.887247 0.221623</w:t>
        <w:br/>
        <w:t>vt 0.170060 0.757479</w:t>
        <w:br/>
        <w:t>vt 0.588441 0.670377</w:t>
        <w:br/>
        <w:t>vt 0.174092 0.796346</w:t>
        <w:br/>
        <w:t>vt 0.169817 0.791114</w:t>
        <w:br/>
        <w:t>vt 0.985171 0.219072</w:t>
        <w:br/>
        <w:t>vt 0.995591 0.218129</w:t>
        <w:br/>
        <w:t>vt 0.995591 0.237435</w:t>
        <w:br/>
        <w:t>vt 0.982680 0.239021</w:t>
        <w:br/>
        <w:t>vt 0.437174 0.845055</w:t>
        <w:br/>
        <w:t>vt 0.437450 0.851841</w:t>
        <w:br/>
        <w:t>vt 0.856879 0.285033</w:t>
        <w:br/>
        <w:t>vt 0.861399 0.274507</w:t>
        <w:br/>
        <w:t>vt 0.872668 0.280721</w:t>
        <w:br/>
        <w:t>vt 0.867204 0.291520</w:t>
        <w:br/>
        <w:t>vt 0.580650 0.669695</w:t>
        <w:br/>
        <w:t>vt 0.771417 0.195552</w:t>
        <w:br/>
        <w:t>vt 0.438324 0.859268</w:t>
        <w:br/>
        <w:t>vt 0.169817 0.791114</w:t>
        <w:br/>
        <w:t>vt 0.162215 0.780736</w:t>
        <w:br/>
        <w:t>vt 0.941720 0.214050</w:t>
        <w:br/>
        <w:t>vt 0.948091 0.219837</w:t>
        <w:br/>
        <w:t>vt 0.935606 0.233189</w:t>
        <w:br/>
        <w:t>vt 0.928698 0.226560</w:t>
        <w:br/>
        <w:t>vt 0.845575 0.300658</w:t>
        <w:br/>
        <w:t>vt 0.853812 0.308938</w:t>
        <w:br/>
        <w:t>vt 0.807526 0.226899</w:t>
        <w:br/>
        <w:t>vt 0.804078 0.233028</w:t>
        <w:br/>
        <w:t>vt 0.879508 0.255929</w:t>
        <w:br/>
        <w:t>vt 0.889247 0.268602</w:t>
        <w:br/>
        <w:t>vt 0.881576 0.270165</w:t>
        <w:br/>
        <w:t>vt 0.725883 0.239010</w:t>
        <w:br/>
        <w:t>vt 0.720509 0.233636</w:t>
        <w:br/>
        <w:t>vt 0.729032 0.224793</w:t>
        <w:br/>
        <w:t>vt 0.740143 0.232288</w:t>
        <w:br/>
        <w:t>vt 0.440721 0.865216</w:t>
        <w:br/>
        <w:t>vt 0.152796 0.768910</w:t>
        <w:br/>
        <w:t>vt 0.878310 0.298710</w:t>
        <w:br/>
        <w:t>vt 0.887897 0.297528</w:t>
        <w:br/>
        <w:t>vt 0.891277 0.301453</w:t>
        <w:br/>
        <w:t>vt 0.454235 0.845055</w:t>
        <w:br/>
        <w:t>vt 0.454297 0.852610</w:t>
        <w:br/>
        <w:t>vt 0.583513 0.709728</w:t>
        <w:br/>
        <w:t>vt 0.564591 0.694983</w:t>
        <w:br/>
        <w:t>vt 0.569087 0.668683</w:t>
        <w:br/>
        <w:t>vt 0.909361 0.272556</w:t>
        <w:br/>
        <w:t>vt 0.904368 0.253772</w:t>
        <w:br/>
        <w:t>vt 0.908638 0.260391</w:t>
        <w:br/>
        <w:t>vt 0.766724 0.200304</w:t>
        <w:br/>
        <w:t>vt 0.781541 0.216636</w:t>
        <w:br/>
        <w:t>vt 0.775384 0.221767</w:t>
        <w:br/>
        <w:t>vt 0.154746 0.807515</w:t>
        <w:br/>
        <w:t>vt 0.151585 0.803164</w:t>
        <w:br/>
        <w:t>vt 0.942749 0.244863</w:t>
        <w:br/>
        <w:t>vt 0.908638 0.260391</w:t>
        <w:br/>
        <w:t>vt 0.918102 0.241721</w:t>
        <w:br/>
        <w:t>vt 0.909361 0.272556</w:t>
        <w:br/>
        <w:t>vt 0.455513 0.859279</w:t>
        <w:br/>
        <w:t>vt 0.886281 0.254133</w:t>
        <w:br/>
        <w:t>vt 0.894357 0.251047</w:t>
        <w:br/>
        <w:t>vt 0.900142 0.263863</w:t>
        <w:br/>
        <w:t>vt 0.889247 0.268602</w:t>
        <w:br/>
        <w:t>vt 0.794992 0.239870</w:t>
        <w:br/>
        <w:t>vt 0.965206 0.242090</w:t>
        <w:br/>
        <w:t>vt 0.979856 0.259701</w:t>
        <w:br/>
        <w:t>vt 0.959768 0.262294</w:t>
        <w:br/>
        <w:t>vt 0.471129 0.852905</w:t>
        <w:br/>
        <w:t>vt 0.762390 0.205999</w:t>
        <w:br/>
        <w:t>vt 0.750509 0.263636</w:t>
        <w:br/>
        <w:t>vt 0.731102 0.244229</w:t>
        <w:br/>
        <w:t>vt 0.751077 0.240941</w:t>
        <w:br/>
        <w:t>vt 0.762011 0.250483</w:t>
        <w:br/>
        <w:t>vt 0.146728 0.790519</w:t>
        <w:br/>
        <w:t>vt 0.887897 0.297528</w:t>
        <w:br/>
        <w:t>vt 0.892151 0.282867</w:t>
        <w:br/>
        <w:t>vt 0.891277 0.301453</w:t>
        <w:br/>
        <w:t>vt 0.456880 0.865216</w:t>
        <w:br/>
        <w:t>vt 0.900142 0.263863</w:t>
        <w:br/>
        <w:t>vt 0.901442 0.258519</w:t>
        <w:br/>
        <w:t>vt 0.909361 0.272556</w:t>
        <w:br/>
        <w:t>vt 0.471129 0.852905</w:t>
        <w:br/>
        <w:t>vt 0.470488 0.858780</w:t>
        <w:br/>
        <w:t>vt 0.889021 0.341756</w:t>
        <w:br/>
        <w:t>vt 0.902244 0.355606</w:t>
        <w:br/>
        <w:t>vt 0.472572 0.845055</w:t>
        <w:br/>
        <w:t>vt 0.484726 0.853915</w:t>
        <w:br/>
        <w:t>vt 0.923800 0.247997</w:t>
        <w:br/>
        <w:t>vt 0.937156 0.266072</w:t>
        <w:br/>
        <w:t>vt 0.154746 0.807515</w:t>
        <w:br/>
        <w:t>vt 0.140244 0.815888</w:t>
        <w:br/>
        <w:t>vt 0.138364 0.812647</w:t>
        <w:br/>
        <w:t>vt 0.138360 0.779851</w:t>
        <w:br/>
        <w:t>vt 0.995591 0.256762</w:t>
        <w:br/>
        <w:t>vt 0.995591 0.273507</w:t>
        <w:br/>
        <w:t>vt 0.978172 0.279298</w:t>
        <w:br/>
        <w:t>vt 0.133204 0.754549</w:t>
        <w:br/>
        <w:t>vt 0.127541 0.748518</w:t>
        <w:br/>
        <w:t>vt 0.147370 0.729874</w:t>
        <w:br/>
        <w:t>vt 0.152821 0.733354</w:t>
        <w:br/>
        <w:t>vt 0.757787 0.214652</w:t>
        <w:br/>
        <w:t>vt 0.759833 0.210338</w:t>
        <w:br/>
        <w:t>vt 0.767492 0.224875</w:t>
        <w:br/>
        <w:t>vt 0.787014 0.244543</w:t>
        <w:br/>
        <w:t>vt 0.471225 0.865216</w:t>
        <w:br/>
        <w:t>vt 0.755441 0.219968</w:t>
        <w:br/>
        <w:t>vt 0.762081 0.231165</w:t>
        <w:br/>
        <w:t>vt 0.485900 0.845055</w:t>
        <w:br/>
        <w:t>vt 0.498323 0.854646</w:t>
        <w:br/>
        <w:t>vt 0.753760 0.225013</w:t>
        <w:br/>
        <w:t>vt 0.512632 0.855837</w:t>
        <w:br/>
        <w:t>vt 0.498311 0.845055</w:t>
        <w:br/>
        <w:t>vt 0.513471 0.845055</w:t>
        <w:br/>
        <w:t>vt 0.484726 0.853915</w:t>
        <w:br/>
        <w:t>vt 0.485279 0.858688</w:t>
        <w:br/>
        <w:t>vt 0.753143 0.229679</w:t>
        <w:br/>
        <w:t>vt 0.761243 0.240900</w:t>
        <w:br/>
        <w:t>vt 0.527181 0.845055</w:t>
        <w:br/>
        <w:t>vt 0.538691 0.852021</w:t>
        <w:br/>
        <w:t>vt 0.526208 0.855946</w:t>
        <w:br/>
        <w:t>vt 0.912207 0.365623</w:t>
        <w:br/>
        <w:t>vt 0.766247 0.279374</w:t>
        <w:br/>
        <w:t>vt 0.127494 0.823249</w:t>
        <w:br/>
        <w:t>vt 0.124781 0.821014</w:t>
        <w:br/>
        <w:t>vt 0.538400 0.845055</w:t>
        <w:br/>
        <w:t>vt 0.547437 0.845055</w:t>
        <w:br/>
        <w:t>vt 0.916565 0.317619</w:t>
        <w:br/>
        <w:t>vt 0.908032 0.294480</w:t>
        <w:br/>
        <w:t>vt 0.911287 0.293368</w:t>
        <w:br/>
        <w:t>vt 0.781295 0.243609</w:t>
        <w:br/>
        <w:t>vt 0.773045 0.244534</w:t>
        <w:br/>
        <w:t>vt 0.988487 0.379198</w:t>
        <w:br/>
        <w:t>vt 0.131602 0.800631</w:t>
        <w:br/>
        <w:t>vt 0.485496 0.865216</w:t>
        <w:br/>
        <w:t>vt 0.781295 0.243609</w:t>
        <w:br/>
        <w:t>vt 0.156703 0.719965</w:t>
        <w:br/>
        <w:t>vt 0.498323 0.854646</w:t>
        <w:br/>
        <w:t>vt 0.499046 0.859051</w:t>
        <w:br/>
        <w:t>vt 0.908540 0.324400</w:t>
        <w:br/>
        <w:t>vt 0.920979 0.333637</w:t>
        <w:br/>
        <w:t>vt 0.916669 0.336403</w:t>
        <w:br/>
        <w:t>vt 0.956857 0.282588</w:t>
        <w:br/>
        <w:t>vt 0.538691 0.852021</w:t>
        <w:br/>
        <w:t>vt 0.547437 0.845055</w:t>
        <w:br/>
        <w:t>vt 0.541143 0.859720</w:t>
        <w:br/>
        <w:t>vt 0.114873 0.830536</w:t>
        <w:br/>
        <w:t>vt 0.113627 0.827120</w:t>
        <w:br/>
        <w:t>vt 0.995591 0.374666</w:t>
        <w:br/>
        <w:t>vt 0.541889 0.865216</w:t>
        <w:br/>
        <w:t>vt 0.935580 0.287115</w:t>
        <w:br/>
        <w:t>vt 0.938804 0.305609</w:t>
        <w:br/>
        <w:t>vt 0.124310 0.791325</w:t>
        <w:br/>
        <w:t>vt 0.914537 0.339551</w:t>
        <w:br/>
        <w:t>vt 0.118769 0.809483</w:t>
        <w:br/>
        <w:t>vt 0.995591 0.290192</w:t>
        <w:br/>
        <w:t>vt 0.977099 0.295946</w:t>
        <w:br/>
        <w:t>vt 0.512632 0.855837</w:t>
        <w:br/>
        <w:t>vt 0.512703 0.859795</w:t>
        <w:br/>
        <w:t>vt 0.526208 0.855946</w:t>
        <w:br/>
        <w:t>vt 0.526099 0.860373</w:t>
        <w:br/>
        <w:t>vt 0.525764 0.865216</w:t>
        <w:br/>
        <w:t>vt 0.512104 0.865216</w:t>
        <w:br/>
        <w:t>vt 0.498716 0.865216</w:t>
        <w:br/>
        <w:t>vt 0.988121 0.370181</w:t>
        <w:br/>
        <w:t>vt 0.971592 0.380420</w:t>
        <w:br/>
        <w:t>vt 0.977826 0.374054</w:t>
        <w:br/>
        <w:t>vt 0.988121 0.370181</w:t>
        <w:br/>
        <w:t>vt 0.081365 0.849881</w:t>
        <w:br/>
        <w:t>vt 0.067994 0.857601</w:t>
        <w:br/>
        <w:t>vt 0.079147 0.848040</w:t>
        <w:br/>
        <w:t>vt 0.922239 0.349599</w:t>
        <w:br/>
        <w:t>vt 0.092603 0.843393</w:t>
        <w:br/>
        <w:t>vt 0.089705 0.840790</w:t>
        <w:br/>
        <w:t>vt 0.112056 0.801462</w:t>
        <w:br/>
        <w:t>vt 0.076921 0.845594</w:t>
        <w:br/>
        <w:t>vt 0.074574 0.844486</w:t>
        <w:br/>
        <w:t>vt 0.995591 0.357671</w:t>
        <w:br/>
        <w:t>vt 0.953904 0.380730</w:t>
        <w:br/>
        <w:t>vt 0.995591 0.304843</w:t>
        <w:br/>
        <w:t>vt 0.978376 0.309371</w:t>
        <w:br/>
        <w:t>vt 0.101554 0.833539</w:t>
        <w:br/>
        <w:t>vt 0.103620 0.837033</w:t>
        <w:br/>
        <w:t>vt 0.957388 0.300313</w:t>
        <w:br/>
        <w:t>vt 0.081389 0.831770</w:t>
        <w:br/>
        <w:t>vt 0.085941 0.834807</w:t>
        <w:br/>
        <w:t>vt 0.101408 0.810836</w:t>
        <w:br/>
        <w:t>vt 0.107780 0.817236</w:t>
        <w:br/>
        <w:t>vt 0.963392 0.368697</w:t>
        <w:br/>
        <w:t>vt 0.942640 0.320010</w:t>
        <w:br/>
        <w:t>vt 0.090814 0.820853</w:t>
        <w:br/>
        <w:t>vt 0.096404 0.825520</w:t>
        <w:br/>
        <w:t>vt 0.985335 0.363181</w:t>
        <w:br/>
        <w:t>vt 0.974553 0.365001</w:t>
        <w:br/>
        <w:t>vt 0.995591 0.317910</w:t>
        <w:br/>
        <w:t>vt 0.980228 0.323394</w:t>
        <w:br/>
        <w:t>vt 0.985335 0.363181</w:t>
        <w:br/>
        <w:t>vt 0.995591 0.343723</w:t>
        <w:br/>
        <w:t>vt 0.943057 0.371011</w:t>
        <w:br/>
        <w:t>vt 0.932891 0.359918</w:t>
        <w:br/>
        <w:t>vt 0.982006 0.338140</w:t>
        <w:br/>
        <w:t>vt 0.995591 0.331061</w:t>
        <w:br/>
        <w:t>vt 0.983288 0.353400</w:t>
        <w:br/>
        <w:t>vt 0.946561 0.331975</w:t>
        <w:br/>
        <w:t>vt 0.925885 0.345364</w:t>
        <w:br/>
        <w:t>vt 0.923755 0.347061</w:t>
        <w:br/>
        <w:t>vt 0.956589 0.356436</w:t>
        <w:br/>
        <w:t>vt 0.970223 0.353886</w:t>
        <w:br/>
        <w:t>vt 0.950963 0.343719</w:t>
        <w:br/>
        <w:t>vt 0.959808 0.313980</w:t>
        <w:br/>
        <w:t>vt 0.962498 0.327702</w:t>
        <w:br/>
        <w:t>vt 0.965947 0.340964</w:t>
        <w:br/>
        <w:t>vt 0.883880 0.286150</w:t>
        <w:br/>
        <w:t>vt 0.818025 0.264427</w:t>
        <w:br/>
        <w:t>vt 0.824774 0.254009</w:t>
        <w:br/>
        <w:t>vt 0.848499 0.279078</w:t>
        <w:br/>
        <w:t>vt 0.839497 0.291965</w:t>
        <w:br/>
        <w:t>vt 0.831516 0.296728</w:t>
        <w:br/>
        <w:t>vt 0.834698 0.309515</w:t>
        <w:br/>
        <w:t>vt 0.801466 0.293628</w:t>
        <w:br/>
        <w:t>vt 0.905773 0.275403</w:t>
        <w:br/>
        <w:t>vt 0.885156 0.284409</w:t>
        <w:br/>
        <w:t>vt 0.894357 0.251047</w:t>
        <w:br/>
        <w:t>vt 0.900657 0.246879</w:t>
        <w:br/>
        <w:t>vt 0.904368 0.253772</w:t>
        <w:br/>
        <w:t>vt 0.961061 0.242204</w:t>
        <w:br/>
        <w:t>vt 0.989603 0.007639</w:t>
        <w:br/>
        <w:t>vt 0.971506 0.011271</w:t>
        <w:br/>
        <w:t>vt 0.980507 0.140029</w:t>
        <w:br/>
        <w:t>vt 0.863552 0.317132</w:t>
        <w:br/>
        <w:t>vt 0.878310 0.298710</w:t>
        <w:br/>
        <w:t>vt 0.989603 0.074660</w:t>
        <w:br/>
        <w:t>vt 0.986224 0.074224</w:t>
        <w:br/>
        <w:t>vt 0.460937 0.168904</w:t>
        <w:br/>
        <w:t>vt 0.461283 0.166935</w:t>
        <w:br/>
        <w:t>vt 0.939221 0.471555</w:t>
        <w:br/>
        <w:t>vt 0.933994 0.472507</w:t>
        <w:br/>
        <w:t>vt 0.111902 0.586676</w:t>
        <w:br/>
        <w:t>vt 0.108588 0.586384</w:t>
        <w:br/>
        <w:t>vt 0.989603 0.065391</w:t>
        <w:br/>
        <w:t>vt 0.985376 0.064292</w:t>
        <w:br/>
        <w:t>vt 0.452570 0.165968</w:t>
        <w:br/>
        <w:t>vt 0.452677 0.169627</w:t>
        <w:br/>
        <w:t>vt 0.939611 0.480141</w:t>
        <w:br/>
        <w:t>vt 0.934717 0.489330</w:t>
        <w:br/>
        <w:t>vt 0.933968 0.480913</w:t>
        <w:br/>
        <w:t>vt 0.111902 0.596100</w:t>
        <w:br/>
        <w:t>vt 0.107580 0.595799</w:t>
        <w:br/>
        <w:t>vt 0.515583 0.560521</w:t>
        <w:br/>
        <w:t>vt 0.514697 0.567866</w:t>
        <w:br/>
        <w:t>vt 0.608668 0.602482</w:t>
        <w:br/>
        <w:t>vt 0.905976 0.326731</w:t>
        <w:br/>
        <w:t>vt 0.111902 0.653076</w:t>
        <w:br/>
        <w:t>vt 0.105509 0.632299</w:t>
        <w:br/>
        <w:t>vt 0.111902 0.633315</w:t>
        <w:br/>
        <w:t>vt 0.876744 0.328784</w:t>
        <w:br/>
        <w:t>vt 0.892118 0.308267</w:t>
        <w:br/>
        <w:t>vt 0.891277 0.301453</w:t>
        <w:br/>
        <w:t>vt 0.971421 0.191506</w:t>
        <w:br/>
        <w:t>vt 0.959055 0.209198</w:t>
        <w:br/>
        <w:t>vt 0.976253 0.194777</w:t>
        <w:br/>
        <w:t>vt 0.089705 0.840790</w:t>
        <w:br/>
        <w:t>vt 0.101554 0.833539</w:t>
        <w:br/>
        <w:t>vt 0.113627 0.827120</w:t>
        <w:br/>
        <w:t>vt 0.233195 0.152850</w:t>
        <w:br/>
        <w:t>vt 0.230608 0.142527</w:t>
        <w:br/>
        <w:t>vt 0.651258 0.302714</w:t>
        <w:br/>
        <w:t>vt 0.812400 0.201980</w:t>
        <w:br/>
        <w:t>vt 0.219184 0.145372</w:t>
        <w:br/>
        <w:t>vt 0.987907 0.394248</w:t>
        <w:br/>
        <w:t>vt 0.651258 0.302714</w:t>
        <w:br/>
        <w:t>vt 0.661225 0.319977</w:t>
        <w:br/>
        <w:t>vt 0.680046 0.352576</w:t>
        <w:br/>
        <w:t>vt 0.670651 0.336304</w:t>
        <w:br/>
        <w:t>vt 0.689711 0.369317</w:t>
        <w:br/>
        <w:t>vt 0.713245 0.321726</w:t>
        <w:br/>
        <w:t>vt 0.444268 0.201691</w:t>
        <w:br/>
        <w:t>vt 0.435076 0.199503</w:t>
        <w:br/>
        <w:t>vt 0.444444 0.200554</w:t>
        <w:br/>
        <w:t>vt 0.454397 0.202014</w:t>
        <w:br/>
        <w:t>vt 0.453789 0.204847</w:t>
        <w:br/>
        <w:t>vt 0.444573 0.199503</w:t>
        <w:br/>
        <w:t>vt 0.347184 0.694641</w:t>
        <w:br/>
        <w:t>vt 0.357064 0.690707</w:t>
        <w:br/>
        <w:t>vt 0.347978 0.695952</w:t>
        <w:br/>
        <w:t>vt 0.455120 0.199503</w:t>
        <w:br/>
        <w:t>vt 0.337979 0.701725</w:t>
        <w:br/>
        <w:t>vt 0.336771 0.699085</w:t>
        <w:br/>
        <w:t>vt 0.357064 0.690707</w:t>
        <w:br/>
        <w:t>vt 0.346680 0.692577</w:t>
        <w:br/>
        <w:t>vt 0.346767 0.690900</w:t>
        <w:br/>
        <w:t>vt 0.347184 0.694641</w:t>
        <w:br/>
        <w:t>vt 0.346861 0.693637</w:t>
        <w:br/>
        <w:t>vt 0.357064 0.690707</w:t>
        <w:br/>
        <w:t>vt 0.346680 0.692577</w:t>
        <w:br/>
        <w:t>vt 0.472250 0.213742</w:t>
        <w:br/>
        <w:t>vt 0.463125 0.208864</w:t>
        <w:br/>
        <w:t>vt 0.465205 0.204243</w:t>
        <w:br/>
        <w:t>vt 0.476380 0.206782</w:t>
        <w:br/>
        <w:t>vt 0.335744 0.696953</w:t>
        <w:br/>
        <w:t>vt 0.336771 0.699085</w:t>
        <w:br/>
        <w:t>vt 0.334939 0.694823</w:t>
        <w:br/>
        <w:t>vt 0.335409 0.691624</w:t>
        <w:br/>
        <w:t>vt 0.467275 0.199503</w:t>
        <w:br/>
        <w:t>vt 0.479667 0.199503</w:t>
        <w:br/>
        <w:t>vt 0.315203 0.708690</w:t>
        <w:br/>
        <w:t>vt 0.325941 0.703934</w:t>
        <w:br/>
        <w:t>vt 0.327520 0.707764</w:t>
        <w:br/>
        <w:t>vt 0.317093 0.713784</w:t>
        <w:br/>
        <w:t>vt 0.323834 0.700315</w:t>
        <w:br/>
        <w:t>vt 0.311930 0.703709</w:t>
        <w:br/>
        <w:t>vt 0.307728 0.692700</w:t>
        <w:br/>
        <w:t>vt 0.321835 0.696837</w:t>
        <w:br/>
        <w:t>vt 0.308552 0.698877</w:t>
        <w:br/>
        <w:t>vt 0.485609 0.218544</w:t>
        <w:br/>
        <w:t>vt 0.490521 0.209649</w:t>
        <w:br/>
        <w:t>vt 0.494445 0.199503</w:t>
        <w:br/>
        <w:t>vt 0.301011 0.713938</w:t>
        <w:br/>
        <w:t>vt 0.303835 0.721438</w:t>
        <w:br/>
        <w:t>vt 0.296371 0.707359</w:t>
        <w:br/>
        <w:t>vt 0.290577 0.693923</w:t>
        <w:br/>
        <w:t>vt 0.292220 0.701540</w:t>
        <w:br/>
        <w:t>vt 0.504435 0.222771</w:t>
        <w:br/>
        <w:t>vt 0.508521 0.210709</w:t>
        <w:br/>
        <w:t>vt 0.512446 0.199503</w:t>
        <w:br/>
        <w:t>vt 0.282760 0.720147</w:t>
        <w:br/>
        <w:t>vt 0.287108 0.731096</w:t>
        <w:br/>
        <w:t>vt 0.282760 0.720147</w:t>
        <w:br/>
        <w:t>vt 0.277229 0.711949</w:t>
        <w:br/>
        <w:t>vt 0.527468 0.210862</w:t>
        <w:br/>
        <w:t>vt 0.524783 0.225488</w:t>
        <w:br/>
        <w:t>vt 0.272562 0.704483</w:t>
        <w:br/>
        <w:t>vt 0.270677 0.694341</w:t>
        <w:br/>
        <w:t>vt 0.530224 0.199503</w:t>
        <w:br/>
        <w:t>vt 0.270403 0.740740</w:t>
        <w:br/>
        <w:t>vt 0.263938 0.727750</w:t>
        <w:br/>
        <w:t>vt 0.263938 0.727750</w:t>
        <w:br/>
        <w:t>vt 0.257883 0.718273</w:t>
        <w:br/>
        <w:t>vt 0.253124 0.708452</w:t>
        <w:br/>
        <w:t>vt 0.251844 0.696409</w:t>
        <w:br/>
        <w:t>vt 0.322061 0.692076</w:t>
        <w:br/>
        <w:t>vt 0.555828 0.199503</w:t>
        <w:br/>
        <w:t>vt 0.178543 0.817050</w:t>
        <w:br/>
        <w:t>vt 0.176780 0.814628</w:t>
        <w:br/>
        <w:t>vt 0.175020 0.812580</w:t>
        <w:br/>
        <w:t>vt 0.645921 0.353074</w:t>
        <w:br/>
        <w:t>vt 0.648808 0.352800</w:t>
        <w:br/>
        <w:t>vt 0.163820 0.831773</w:t>
        <w:br/>
        <w:t>vt 0.157465 0.827363</w:t>
        <w:br/>
        <w:t>vt 0.167320 0.820954</w:t>
        <w:br/>
        <w:t>vt 0.171052 0.824540</w:t>
        <w:br/>
        <w:t>vt 0.651163 0.352623</w:t>
        <w:br/>
        <w:t>vt 0.648808 0.352800</w:t>
        <w:br/>
        <w:t>vt 0.656023 0.350285</w:t>
        <w:br/>
        <w:t>vt 0.653406 0.352254</w:t>
        <w:br/>
        <w:t>vt 0.151410 0.822535</w:t>
        <w:br/>
        <w:t>vt 0.163457 0.817469</w:t>
        <w:br/>
        <w:t>vt 0.653406 0.352254</w:t>
        <w:br/>
        <w:t>vt 0.651322 0.376279</w:t>
        <w:br/>
        <w:t>vt 0.645921 0.377175</w:t>
        <w:br/>
        <w:t>vt 0.645921 0.365161</w:t>
        <w:br/>
        <w:t>vt 0.650023 0.364618</w:t>
        <w:br/>
        <w:t>vt 0.654204 0.364631</w:t>
        <w:br/>
        <w:t>vt 0.657273 0.376619</w:t>
        <w:br/>
        <w:t>vt 0.668791 0.374775</w:t>
        <w:br/>
        <w:t>vt 0.663154 0.377124</w:t>
        <w:br/>
        <w:t>vt 0.658206 0.364624</w:t>
        <w:br/>
        <w:t>vt 0.662290 0.362002</w:t>
        <w:br/>
        <w:t>vt 0.154318 0.841274</w:t>
        <w:br/>
        <w:t>vt 0.145978 0.836235</w:t>
        <w:br/>
        <w:t>vt 0.137655 0.829702</w:t>
        <w:br/>
        <w:t>vt 0.653799 0.391170</w:t>
        <w:br/>
        <w:t>vt 0.645921 0.392508</w:t>
        <w:br/>
        <w:t>vt 0.661839 0.391912</w:t>
        <w:br/>
        <w:t>vt 0.653799 0.391170</w:t>
        <w:br/>
        <w:t>vt 0.668964 0.392610</w:t>
        <w:br/>
        <w:t>vt 0.676384 0.390237</w:t>
        <w:br/>
        <w:t>vt 0.141294 0.854298</w:t>
        <w:br/>
        <w:t>vt 0.131399 0.846711</w:t>
        <w:br/>
        <w:t>vt 0.121994 0.839655</w:t>
        <w:br/>
        <w:t>vt 0.657584 0.410078</w:t>
        <w:br/>
        <w:t>vt 0.645921 0.411812</w:t>
        <w:br/>
        <w:t>vt 0.667458 0.410782</w:t>
        <w:br/>
        <w:t>vt 0.657584 0.410078</w:t>
        <w:br/>
        <w:t>vt 0.686002 0.407712</w:t>
        <w:br/>
        <w:t>vt 0.676267 0.411120</w:t>
        <w:br/>
        <w:t>vt 0.116348 0.858023</w:t>
        <w:br/>
        <w:t>vt 0.107413 0.850246</w:t>
        <w:br/>
        <w:t>vt 0.660398 0.430167</w:t>
        <w:br/>
        <w:t>vt 0.645921 0.431065</w:t>
        <w:br/>
        <w:t>vt 0.671637 0.430690</w:t>
        <w:br/>
        <w:t>vt 0.660398 0.430167</w:t>
        <w:br/>
        <w:t>vt 0.682527 0.429975</w:t>
        <w:br/>
        <w:t>vt 0.693651 0.425153</w:t>
        <w:br/>
        <w:t>vt 0.127139 0.868454</w:t>
        <w:br/>
        <w:t>vt 0.645921 0.448012</w:t>
        <w:br/>
        <w:t>vt 0.086616 0.865278</w:t>
        <w:br/>
        <w:t>vt 0.635870 0.601227</w:t>
        <w:br/>
        <w:t>vt 0.625719 0.602273</w:t>
        <w:br/>
        <w:t>vt 0.627609 0.593232</w:t>
        <w:br/>
        <w:t>vt 0.632909 0.592779</w:t>
        <w:br/>
        <w:t>vt 0.784260 0.290383</w:t>
        <w:br/>
        <w:t>vt 0.783731 0.280814</w:t>
        <w:br/>
        <w:t>vt 0.785752 0.282388</w:t>
        <w:br/>
        <w:t>vt 0.787999 0.291961</w:t>
        <w:br/>
        <w:t>vt 0.788134 0.281778</w:t>
        <w:br/>
        <w:t>vt 0.792466 0.290383</w:t>
        <w:br/>
        <w:t>vt 0.789446 0.279232</w:t>
        <w:br/>
        <w:t>vt 0.795713 0.286965</w:t>
        <w:br/>
        <w:t>vt 0.790241 0.276838</w:t>
        <w:br/>
        <w:t>vt 0.797453 0.283315</w:t>
        <w:br/>
        <w:t>vt 0.783733 0.271409</w:t>
        <w:br/>
        <w:t>vt 0.804488 0.290265</w:t>
        <w:br/>
        <w:t>vt 0.783733 0.271409</w:t>
        <w:br/>
        <w:t>vt 0.637751 0.613424</w:t>
        <w:br/>
        <w:t>vt 0.623321 0.611058</w:t>
        <w:br/>
        <w:t>vt 0.628587 0.584959</w:t>
        <w:br/>
        <w:t>vt 0.806854 0.257695</w:t>
        <w:br/>
        <w:t>vt 0.805585 0.252191</w:t>
        <w:br/>
        <w:t>vt 0.811822 0.253853</w:t>
        <w:br/>
        <w:t>vt 0.814944 0.259052</w:t>
        <w:br/>
        <w:t>vt 0.653003 0.677983</w:t>
        <w:br/>
        <w:t>vt 0.649549 0.679641</w:t>
        <w:br/>
        <w:t>vt 0.650159 0.675776</w:t>
        <w:br/>
        <w:t>vt 0.653253 0.676047</w:t>
        <w:br/>
        <w:t>vt 0.816548 0.249064</w:t>
        <w:br/>
        <w:t>vt 0.814944 0.259052</w:t>
        <w:br/>
        <w:t>vt 0.811822 0.253853</w:t>
        <w:br/>
        <w:t>vt 0.811214 0.246632</w:t>
        <w:br/>
        <w:t>vt 0.658089 0.676470</w:t>
        <w:br/>
        <w:t>vt 0.804126 0.243719</w:t>
        <w:br/>
        <w:t>vt 0.818025 0.264427</w:t>
        <w:br/>
        <w:t>vt 0.808279 0.263553</w:t>
        <w:br/>
        <w:t>vt 0.804126 0.243719</w:t>
        <w:br/>
        <w:t>vt 0.644694 0.701472</w:t>
        <w:br/>
        <w:t>vt 0.642155 0.704232</w:t>
        <w:br/>
        <w:t>vt 0.641159 0.702082</w:t>
        <w:br/>
        <w:t>vt 0.644181 0.699738</w:t>
        <w:br/>
        <w:t>vt 0.783753 0.350821</w:t>
        <w:br/>
        <w:t>vt 0.779720 0.346162</w:t>
        <w:br/>
        <w:t>vt 0.781058 0.345325</w:t>
        <w:br/>
        <w:t>vt 0.786288 0.348853</w:t>
        <w:br/>
        <w:t>vt 0.781058 0.345325</w:t>
        <w:br/>
        <w:t>vt 0.780593 0.343385</w:t>
        <w:br/>
        <w:t>vt 0.786442 0.345678</w:t>
        <w:br/>
        <w:t>vt 0.786288 0.348853</w:t>
        <w:br/>
        <w:t>vt 0.644181 0.699738</w:t>
        <w:br/>
        <w:t>vt 0.641159 0.702082</w:t>
        <w:br/>
        <w:t>vt 0.640517 0.700814</w:t>
        <w:br/>
        <w:t>vt 0.643433 0.698912</w:t>
        <w:br/>
        <w:t>vt 0.064123 0.957146</w:t>
        <w:br/>
        <w:t>vt 0.065668 0.958256</w:t>
        <w:br/>
        <w:t>vt 0.061773 0.962500</w:t>
        <w:br/>
        <w:t>vt 0.058903 0.960381</w:t>
        <w:br/>
        <w:t>vt 0.771089 0.339319</w:t>
        <w:br/>
        <w:t>vt 0.648319 0.695652</w:t>
        <w:br/>
        <w:t>vt 0.771089 0.339319</w:t>
        <w:br/>
        <w:t>vt 0.648319 0.695652</w:t>
        <w:br/>
        <w:t>vt 0.074059 0.953671</w:t>
        <w:br/>
        <w:t>vt 0.791513 0.347977</w:t>
        <w:br/>
        <w:t>vt 0.884641 0.243818</w:t>
        <w:br/>
        <w:t>vt 0.878532 0.245380</w:t>
        <w:br/>
        <w:t>vt 0.878137 0.233458</w:t>
        <w:br/>
        <w:t>vt 0.883139 0.232590</w:t>
        <w:br/>
        <w:t>vt 0.884641 0.243818</w:t>
        <w:br/>
        <w:t>vt 0.883139 0.232590</w:t>
        <w:br/>
        <w:t>vt 0.887475 0.231897</w:t>
        <w:br/>
        <w:t>vt 0.891311 0.243071</w:t>
        <w:br/>
        <w:t>vt 0.711232 0.214802</w:t>
        <w:br/>
        <w:t>vt 0.720694 0.219977</w:t>
        <w:br/>
        <w:t>vt 0.714657 0.227784</w:t>
        <w:br/>
        <w:t>vt 0.706703 0.219830</w:t>
        <w:br/>
        <w:t>vt 0.896413 0.239434</w:t>
        <w:br/>
        <w:t>vt 0.891311 0.243071</w:t>
        <w:br/>
        <w:t>vt 0.887475 0.231897</w:t>
        <w:br/>
        <w:t>vt 0.891000 0.229322</w:t>
        <w:br/>
        <w:t>vt 0.886281 0.254133</w:t>
        <w:br/>
        <w:t>vt 0.532501 0.668910</w:t>
        <w:br/>
        <w:t>vt 0.751499 0.233038</w:t>
        <w:br/>
        <w:t>vt 0.532167 0.665453</w:t>
        <w:br/>
        <w:t>vt 0.995591 0.439534</w:t>
        <w:br/>
        <w:t>vt 0.981741 0.441370</w:t>
        <w:br/>
        <w:t>vt 0.977034 0.434776</w:t>
        <w:br/>
        <w:t>vt 0.753820 0.459841</w:t>
        <w:br/>
        <w:t>vt 0.122315 0.755938</w:t>
        <w:br/>
        <w:t>vt 0.529243 0.692060</w:t>
        <w:br/>
        <w:t>vt 0.656494 0.903533</w:t>
        <w:br/>
        <w:t>vt 0.667857 0.878820</w:t>
        <w:br/>
        <w:t>vt 0.686235 0.897372</w:t>
        <w:br/>
        <w:t>vt 0.674576 0.919370</w:t>
        <w:br/>
        <w:t>vt 0.640927 0.887637</w:t>
        <w:br/>
        <w:t>vt 0.650722 0.862088</w:t>
        <w:br/>
        <w:t>vt 0.654508 0.938527</w:t>
        <w:br/>
        <w:t>vt 0.642975 0.918398</w:t>
        <w:br/>
        <w:t>vt 0.699337 0.876466</w:t>
        <w:br/>
        <w:t>vt 0.681480 0.854746</w:t>
        <w:br/>
        <w:t>vt 0.705123 0.916041</w:t>
        <w:br/>
        <w:t>vt 0.693738 0.933008</w:t>
        <w:br/>
        <w:t>vt 0.632414 0.900221</w:t>
        <w:br/>
        <w:t>vt 0.663231 0.838355</w:t>
        <w:br/>
        <w:t>vt 0.679574 0.948892</w:t>
        <w:br/>
        <w:t>vt 0.716197 0.900363</w:t>
        <w:br/>
        <w:t>vt 0.626036 0.873491</w:t>
        <w:br/>
        <w:t>vt 0.633979 0.848203</w:t>
        <w:br/>
        <w:t>vt 0.621731 0.880345</w:t>
        <w:br/>
        <w:t>vt 0.621009 0.910402</w:t>
        <w:br/>
        <w:t>vt 0.625038 0.934136</w:t>
        <w:br/>
        <w:t>vt 0.716900 0.944577</w:t>
        <w:br/>
        <w:t>vt 0.725919 0.933964</w:t>
        <w:br/>
        <w:t>vt 0.703001 0.954704</w:t>
        <w:br/>
        <w:t>vt 0.662756 0.964199</w:t>
        <w:br/>
        <w:t>vt 0.712132 0.863833</w:t>
        <w:br/>
        <w:t>vt 0.692980 0.840517</w:t>
        <w:br/>
        <w:t>vt 0.644224 0.826136</w:t>
        <w:br/>
        <w:t>vt 0.734130 0.924317</w:t>
        <w:br/>
        <w:t>vt 0.615155 0.885099</w:t>
        <w:br/>
        <w:t>vt 0.724792 0.944994</w:t>
        <w:br/>
        <w:t>vt 0.730502 0.935028</w:t>
        <w:br/>
        <w:t>vt 0.720912 0.948804</w:t>
        <w:br/>
        <w:t>vt 0.718302 0.952484</w:t>
        <w:br/>
        <w:t>vt 0.712413 0.955643</w:t>
        <w:br/>
        <w:t>vt 0.672711 0.822920</w:t>
        <w:br/>
        <w:t>vt 0.687958 0.971379</w:t>
        <w:br/>
        <w:t>vt 0.740135 0.928744</w:t>
        <w:br/>
        <w:t>vt 0.729028 0.889214</w:t>
        <w:br/>
        <w:t>vt 0.709609 0.966057</w:t>
        <w:br/>
        <w:t>vt 0.629707 0.952699</w:t>
        <w:br/>
        <w:t>vt 0.636269 0.971083</w:t>
        <w:br/>
        <w:t>vt 0.610805 0.916921</w:t>
        <w:br/>
        <w:t>vt 0.611751 0.938389</w:t>
        <w:br/>
        <w:t>vt 0.746288 0.916140</w:t>
        <w:br/>
        <w:t>vt 0.609276 0.888916</w:t>
        <w:br/>
        <w:t>vt 0.749509 0.920407</w:t>
        <w:br/>
        <w:t>vt 0.609335 0.859276</w:t>
        <w:br/>
        <w:t>vt 0.668999 0.969731</w:t>
        <w:br/>
        <w:t>vt 0.613859 0.834635</w:t>
        <w:br/>
        <w:t>vt 0.730518 0.966879</w:t>
        <w:br/>
        <w:t>vt 0.718302 0.952484</w:t>
        <w:br/>
        <w:t>vt 0.720912 0.948804</w:t>
        <w:br/>
        <w:t>vt 0.735926 0.966029</w:t>
        <w:br/>
        <w:t>vt 0.736836 0.960756</w:t>
        <w:br/>
        <w:t>vt 0.724792 0.944994</w:t>
        <w:br/>
        <w:t>vt 0.730502 0.935028</w:t>
        <w:br/>
        <w:t>vt 0.693170 0.979430</w:t>
        <w:br/>
        <w:t>vt 0.718644 0.975674</w:t>
        <w:br/>
        <w:t>vt 0.712413 0.955643</w:t>
        <w:br/>
        <w:t>vt 0.718302 0.952484</w:t>
        <w:br/>
        <w:t>vt 0.730518 0.966879</w:t>
        <w:br/>
        <w:t>vt 0.726094 0.971589</w:t>
        <w:br/>
        <w:t>vt 0.740135 0.928744</w:t>
        <w:br/>
        <w:t>vt 0.744263 0.954831</w:t>
        <w:br/>
        <w:t>vt 0.651796 0.810130</w:t>
        <w:br/>
        <w:t>vt 0.612830 0.956312</w:t>
        <w:br/>
        <w:t>vt 0.668999 0.969731</w:t>
        <w:br/>
        <w:t>vt 0.604917 0.867295</w:t>
        <w:br/>
        <w:t>vt 0.709609 0.966057</w:t>
        <w:br/>
        <w:t>vt 0.712413 0.955643</w:t>
        <w:br/>
        <w:t>vt 0.726094 0.971589</w:t>
        <w:br/>
        <w:t>vt 0.718644 0.975674</w:t>
        <w:br/>
        <w:t>vt 0.146741 0.863616</w:t>
        <w:br/>
        <w:t>vt 0.165936 0.840312</w:t>
        <w:br/>
        <w:t>vt 0.177403 0.854571</w:t>
        <w:br/>
        <w:t>vt 0.159516 0.876274</w:t>
        <w:br/>
        <w:t>vt 0.605041 0.889907</w:t>
        <w:br/>
        <w:t>vt 0.609276 0.888916</w:t>
        <w:br/>
        <w:t>vt 0.610805 0.916921</w:t>
        <w:br/>
        <w:t>vt 0.606557 0.917361</w:t>
        <w:br/>
        <w:t>vt 0.129804 0.888977</w:t>
        <w:br/>
        <w:t>vt 0.142620 0.900144</w:t>
        <w:br/>
        <w:t>vt 0.752132 0.950051</w:t>
        <w:br/>
        <w:t>vt 0.749509 0.920407</w:t>
        <w:br/>
        <w:t>vt 0.760731 0.949571</w:t>
        <w:br/>
        <w:t>vt 0.611751 0.938389</w:t>
        <w:br/>
        <w:t>vt 0.607628 0.939419</w:t>
        <w:br/>
        <w:t>vt 0.622854 0.816576</w:t>
        <w:br/>
        <w:t>vt 0.118654 0.928502</w:t>
        <w:br/>
        <w:t>vt 0.109288 0.920154</w:t>
        <w:br/>
        <w:t>vt 0.112514 0.915890</w:t>
        <w:br/>
        <w:t>vt 0.124663 0.924081</w:t>
        <w:br/>
        <w:t>vt 0.604917 0.867295</w:t>
        <w:br/>
        <w:t>vt 0.373095 0.829547</w:t>
        <w:br/>
        <w:t>vt 0.357518 0.836865</w:t>
        <w:br/>
        <w:t>vt 0.363545 0.816053</w:t>
        <w:br/>
        <w:t>vt 0.592374 0.916869</w:t>
        <w:br/>
        <w:t>vt 0.594432 0.889077</w:t>
        <w:br/>
        <w:t>vt 0.605041 0.889907</w:t>
        <w:br/>
        <w:t>vt 0.606557 0.917361</w:t>
        <w:br/>
        <w:t>vt 0.186270 0.822727</w:t>
        <w:br/>
        <w:t>vt 0.195690 0.838195</w:t>
        <w:br/>
        <w:t>vt 0.596643 0.865196</w:t>
        <w:br/>
        <w:t>vt 0.585888 0.889168</w:t>
        <w:br/>
        <w:t>vt 0.607628 0.939419</w:t>
        <w:br/>
        <w:t>vt 0.340963 0.840432</w:t>
        <w:br/>
        <w:t>vt 0.349548 0.827897</w:t>
        <w:br/>
        <w:t>vt 0.357518 0.836865</w:t>
        <w:br/>
        <w:t>vt 0.585868 0.864557</w:t>
        <w:br/>
        <w:t>vt 0.612830 0.956312</w:t>
        <w:br/>
        <w:t>vt 0.609588 0.957784</w:t>
        <w:br/>
        <w:t>vt 0.581453 0.915324</w:t>
        <w:br/>
        <w:t>vt 0.591446 0.937981</w:t>
        <w:br/>
        <w:t>vt 0.577833 0.936085</w:t>
        <w:br/>
        <w:t>vt 0.363545 0.816053</w:t>
        <w:br/>
        <w:t>vt 0.375856 0.817316</w:t>
        <w:br/>
        <w:t>vt 0.373095 0.829547</w:t>
        <w:br/>
        <w:t>vt 0.614788 0.974817</w:t>
        <w:br/>
        <w:t>vt 0.340886 0.826811</w:t>
        <w:br/>
        <w:t>vt 0.348241 0.816083</w:t>
        <w:br/>
        <w:t>vt 0.363545 0.816053</w:t>
        <w:br/>
        <w:t>vt 0.588365 0.832681</w:t>
        <w:br/>
        <w:t>vt 0.337945 0.835602</w:t>
        <w:br/>
        <w:t>vt 0.109288 0.920154</w:t>
        <w:br/>
        <w:t>vt 0.118654 0.928502</w:t>
        <w:br/>
        <w:t>vt 0.106641 0.949799</w:t>
        <w:br/>
        <w:t>vt 0.098041 0.949310</w:t>
        <w:br/>
        <w:t>vt 0.629345 0.800290</w:t>
        <w:br/>
        <w:t>vt 0.334269 0.837588</w:t>
        <w:br/>
        <w:t>vt 0.579492 0.888996</w:t>
        <w:br/>
        <w:t>vt 0.585888 0.889168</w:t>
        <w:br/>
        <w:t>vt 0.572720 0.916577</w:t>
        <w:br/>
        <w:t>vt 0.334269 0.837588</w:t>
        <w:br/>
        <w:t>vt 0.331343 0.835699</w:t>
        <w:br/>
        <w:t>vt 0.340886 0.826811</w:t>
        <w:br/>
        <w:t>vt 0.595653 0.822600</w:t>
        <w:br/>
        <w:t>vt 0.604426 0.809866</w:t>
        <w:br/>
        <w:t>vt 0.334404 0.812798</w:t>
        <w:br/>
        <w:t>vt 0.329043 0.824255</w:t>
        <w:br/>
        <w:t>vt 0.585868 0.864557</w:t>
        <w:br/>
        <w:t>vt 0.579473 0.864492</w:t>
        <w:br/>
        <w:t>vt 0.653893 0.993225</w:t>
        <w:br/>
        <w:t>vt 0.659355 0.985892</w:t>
        <w:br/>
        <w:t>vt 0.207294 0.809991</w:t>
        <w:br/>
        <w:t>vt 0.214773 0.826026</w:t>
        <w:br/>
        <w:t>vt 0.128281 0.934798</w:t>
        <w:br/>
        <w:t>vt 0.132864 0.933738</w:t>
        <w:br/>
        <w:t>vt 0.322859 0.835798</w:t>
        <w:br/>
        <w:t>vt 0.328781 0.833436</w:t>
        <w:br/>
        <w:t>vt 0.316854 0.835941</w:t>
        <w:br/>
        <w:t>vt 0.614788 0.974817</w:t>
        <w:br/>
        <w:t>vt 0.613059 0.976106</w:t>
        <w:br/>
        <w:t>vt 0.381251 0.813756</w:t>
        <w:br/>
        <w:t>vt 0.172584 0.897222</w:t>
        <w:br/>
        <w:t>vt 0.153674 0.915836</w:t>
        <w:br/>
        <w:t>vt 0.190962 0.878707</w:t>
        <w:br/>
        <w:t>vt 0.591005 0.956984</w:t>
        <w:br/>
        <w:t>vt 0.567827 0.938385</w:t>
        <w:br/>
        <w:t>vt 0.896037 0.200976</w:t>
        <w:br/>
        <w:t>vt 0.873353 0.201923</w:t>
        <w:br/>
        <w:t>vt 0.885997 0.192159</w:t>
        <w:br/>
        <w:t>vt 0.906539 0.190447</w:t>
        <w:br/>
        <w:t>vt 0.579473 0.864492</w:t>
        <w:br/>
        <w:t>vt 0.579492 0.888996</w:t>
        <w:br/>
        <w:t>vt 0.570477 0.887877</w:t>
        <w:br/>
        <w:t>vt 0.564334 0.857700</w:t>
        <w:br/>
        <w:t>vt 0.620053 0.993225</w:t>
        <w:br/>
        <w:t>vt 0.922071 0.188383</w:t>
        <w:br/>
        <w:t>vt 0.917384 0.198959</w:t>
        <w:br/>
        <w:t>vt 0.899931 0.205804</w:t>
        <w:br/>
        <w:t>vt 0.114507 0.954588</w:t>
        <w:br/>
        <w:t>vt 0.128281 0.934798</w:t>
        <w:br/>
        <w:t>vt 0.121930 0.960524</w:t>
        <w:br/>
        <w:t>vt 0.208083 0.861987</w:t>
        <w:br/>
        <w:t>vt 0.315329 0.820266</w:t>
        <w:br/>
        <w:t>vt 0.312085 0.832370</w:t>
        <w:br/>
        <w:t>vt 0.877523 0.207803</w:t>
        <w:br/>
        <w:t>vt 0.853934 0.210455</w:t>
        <w:br/>
        <w:t>vt 0.318742 0.807528</w:t>
        <w:br/>
        <w:t>vt 0.566599 0.887842</w:t>
        <w:br/>
        <w:t>vt 0.570477 0.887877</w:t>
        <w:br/>
        <w:t>vt 0.590835 0.976389</w:t>
        <w:br/>
        <w:t>vt 0.613059 0.976106</w:t>
        <w:br/>
        <w:t>vt 0.889165 0.183302</w:t>
        <w:br/>
        <w:t>vt 0.899927 0.179746</w:t>
        <w:br/>
        <w:t>vt 0.133983 0.944769</w:t>
        <w:br/>
        <w:t>vt 0.141875 0.944358</w:t>
        <w:br/>
        <w:t>vt 0.620053 0.993225</w:t>
        <w:br/>
        <w:t>vt 0.236315 0.816633</w:t>
        <w:br/>
        <w:t>vt 0.229877 0.800368</w:t>
        <w:br/>
        <w:t>vt 0.306170 0.833078</w:t>
        <w:br/>
        <w:t>vt 0.301457 0.816864</w:t>
        <w:br/>
        <w:t>vt 0.224835 0.848089</w:t>
        <w:br/>
        <w:t>vt 0.560771 0.868847</w:t>
        <w:br/>
        <w:t>vt 0.564334 0.857700</w:t>
        <w:br/>
        <w:t>vt 0.912132 0.175906</w:t>
        <w:br/>
        <w:t>vt 0.914798 0.162312</w:t>
        <w:br/>
        <w:t>vt 0.574054 0.955629</w:t>
        <w:br/>
        <w:t>vt 0.563334 0.957690</w:t>
        <w:br/>
        <w:t>vt 0.859261 0.202953</w:t>
        <w:br/>
        <w:t>vt 0.873353 0.201923</w:t>
        <w:br/>
        <w:t>vt 0.853934 0.210455</w:t>
        <w:br/>
        <w:t>vt 0.849440 0.206886</w:t>
        <w:br/>
        <w:t>vt 0.165045 0.932804</w:t>
        <w:br/>
        <w:t>vt 0.875084 0.195008</w:t>
        <w:br/>
        <w:t>vt 0.864246 0.194108</w:t>
        <w:br/>
        <w:t>vt 0.878307 0.183818</w:t>
        <w:br/>
        <w:t>vt 0.927403 0.163592</w:t>
        <w:br/>
        <w:t>vt 0.939960 0.162814</w:t>
        <w:br/>
        <w:t>vt 0.925599 0.177357</w:t>
        <w:br/>
        <w:t>vt 0.569822 0.978453</w:t>
        <w:br/>
        <w:t>vt 0.903845 0.168442</w:t>
        <w:br/>
        <w:t>vt 0.566599 0.887842</w:t>
        <w:br/>
        <w:t>vt 0.545158 0.871245</w:t>
        <w:br/>
        <w:t>vt 0.560771 0.868847</w:t>
        <w:br/>
        <w:t>vt 0.133983 0.944769</w:t>
        <w:br/>
        <w:t>vt 0.301041 0.829952</w:t>
        <w:br/>
        <w:t>vt 0.550369 0.929218</w:t>
        <w:br/>
        <w:t>vt 0.547826 0.907008</w:t>
        <w:br/>
        <w:t>vt 0.864245 0.184543</w:t>
        <w:br/>
        <w:t>vt 0.137860 0.948583</w:t>
        <w:br/>
        <w:t>vt 0.302543 0.804261</w:t>
        <w:br/>
        <w:t>vt 0.889593 0.172324</w:t>
        <w:br/>
        <w:t>vt 0.886281 0.160582</w:t>
        <w:br/>
        <w:t>vt 0.894851 0.157943</w:t>
        <w:br/>
        <w:t>vt 0.137860 0.948583</w:t>
        <w:br/>
        <w:t>vt 0.122836 0.965798</w:t>
        <w:br/>
        <w:t>vt 0.939869 0.148900</w:t>
        <w:br/>
        <w:t>vt 0.944882 0.140915</w:t>
        <w:br/>
        <w:t>vt 0.946736 0.153675</w:t>
        <w:br/>
        <w:t>vt 0.859261 0.202953</w:t>
        <w:br/>
        <w:t>vt 0.847175 0.202679</w:t>
        <w:br/>
        <w:t>vt 0.184229 0.919269</w:t>
        <w:br/>
        <w:t>vt 0.140467 0.952265</w:t>
        <w:br/>
        <w:t>vt 0.297094 0.824946</w:t>
        <w:br/>
        <w:t>vt 0.245416 0.834715</w:t>
        <w:br/>
        <w:t>vt 0.926017 0.150704</w:t>
        <w:br/>
        <w:t>vt 0.936260 0.137070</w:t>
        <w:br/>
        <w:t>vt 0.202307 0.903488</w:t>
        <w:br/>
        <w:t>vt 0.956612 0.132375</w:t>
        <w:br/>
        <w:t>vt 0.950405 0.122004</w:t>
        <w:br/>
        <w:t>vt 0.862793 0.175541</w:t>
        <w:br/>
        <w:t>vt 0.876690 0.162955</w:t>
        <w:br/>
        <w:t>vt 0.146354 0.955428</w:t>
        <w:br/>
        <w:t>vt 0.140467 0.952265</w:t>
        <w:br/>
        <w:t>vt 0.128246 0.966653</w:t>
        <w:br/>
        <w:t>vt 0.969915 0.137585</w:t>
        <w:br/>
        <w:t>vt 0.960968 0.154405</w:t>
        <w:br/>
        <w:t>vt 0.956951 0.150284</w:t>
        <w:br/>
        <w:t>vt 0.965396 0.134664</w:t>
        <w:br/>
        <w:t>vt 0.293743 0.825624</w:t>
        <w:br/>
        <w:t>vt 0.289923 0.813155</w:t>
        <w:br/>
        <w:t>vt 0.831743 0.193477</w:t>
        <w:br/>
        <w:t>vt 0.849621 0.193017</w:t>
        <w:br/>
        <w:t>vt 0.847939 0.179119</w:t>
        <w:br/>
        <w:t>vt 0.557930 0.978560</w:t>
        <w:br/>
        <w:t>vt 0.217935 0.887628</w:t>
        <w:br/>
        <w:t>vt 0.548011 0.950379</w:t>
        <w:br/>
        <w:t>vt 0.128246 0.966653</w:t>
        <w:br/>
        <w:t>vt 0.140467 0.952265</w:t>
        <w:br/>
        <w:t>vt 0.146354 0.955428</w:t>
        <w:br/>
        <w:t>vt 0.132670 0.971369</w:t>
        <w:br/>
        <w:t>vt 0.591670 0.993225</w:t>
        <w:br/>
        <w:t>vt 0.567300 0.993225</w:t>
        <w:br/>
        <w:t>vt 0.155763 0.954495</w:t>
        <w:br/>
        <w:t>vt 0.179194 0.948697</w:t>
        <w:br/>
        <w:t>vt 0.940059 0.130400</w:t>
        <w:br/>
        <w:t>vt 0.288917 0.800187</w:t>
        <w:br/>
        <w:t>vt 0.857733 0.170531</w:t>
        <w:br/>
        <w:t>vt 0.871728 0.159869</w:t>
        <w:br/>
        <w:t>vt 0.839776 0.172906</w:t>
        <w:br/>
        <w:t>vt 0.232888 0.873550</w:t>
        <w:br/>
        <w:t>vt 0.290265 0.825797</w:t>
        <w:br/>
        <w:t>vt 0.531788 0.924300</w:t>
        <w:br/>
        <w:t>vt 0.530402 0.904580</w:t>
        <w:br/>
        <w:t>vt 0.907031 0.153905</w:t>
        <w:br/>
        <w:t>vt 0.900934 0.156784</w:t>
        <w:br/>
        <w:t>vt 0.900117 0.135088</w:t>
        <w:br/>
        <w:t>vt 0.132670 0.971369</w:t>
        <w:br/>
        <w:t>vt 0.146354 0.955428</w:t>
        <w:br/>
        <w:t>vt 0.149158 0.965840</w:t>
        <w:br/>
        <w:t>vt 0.140124 0.975461</w:t>
        <w:br/>
        <w:t>vt 0.149158 0.965840</w:t>
        <w:br/>
        <w:t>vt 0.288075 0.822239</w:t>
        <w:br/>
        <w:t>vt 0.289923 0.813155</w:t>
        <w:br/>
        <w:t>vt 0.290265 0.825797</w:t>
        <w:br/>
        <w:t>vt 0.943344 0.115241</w:t>
        <w:br/>
        <w:t>vt 0.900117 0.135088</w:t>
        <w:br/>
        <w:t>vt 0.900934 0.156784</w:t>
        <w:br/>
        <w:t>vt 0.963338 0.111952</w:t>
        <w:br/>
        <w:t>vt 0.914148 0.148018</w:t>
        <w:br/>
        <w:t>vt 0.904930 0.130266</w:t>
        <w:br/>
        <w:t>vt 0.892080 0.137978</w:t>
        <w:br/>
        <w:t>vt 0.896503 0.136293</w:t>
        <w:br/>
        <w:t>vt 0.887184 0.140125</w:t>
        <w:br/>
        <w:t>vt 0.204298 0.938538</w:t>
        <w:br/>
        <w:t>vt 0.831819 0.180005</w:t>
        <w:br/>
        <w:t>vt 0.847939 0.179119</w:t>
        <w:br/>
        <w:t>vt 0.857733 0.170531</w:t>
        <w:br/>
        <w:t>vt 0.851101 0.163963</w:t>
        <w:br/>
        <w:t>vt 0.866555 0.155221</w:t>
        <w:br/>
        <w:t>vt 0.871728 0.159869</w:t>
        <w:br/>
        <w:t>vt 0.249429 0.859197</w:t>
        <w:br/>
        <w:t>vt 0.531764 0.945368</w:t>
        <w:br/>
        <w:t>vt 0.542886 0.973051</w:t>
        <w:br/>
        <w:t>vt 0.883673 0.139321</w:t>
        <w:br/>
        <w:t>vt 0.921741 0.138195</w:t>
        <w:br/>
        <w:t>vt 0.908366 0.124993</w:t>
        <w:br/>
        <w:t>vt 0.283046 0.824913</w:t>
        <w:br/>
        <w:t>vt 0.281878 0.809765</w:t>
        <w:br/>
        <w:t>vt 0.288075 0.822239</w:t>
        <w:br/>
        <w:t>vt 0.552864 0.993225</w:t>
        <w:br/>
        <w:t>vt 0.839776 0.172906</w:t>
        <w:br/>
        <w:t>vt 0.170817 0.971135</w:t>
        <w:br/>
        <w:t>vt 0.165611 0.979193</w:t>
        <w:br/>
        <w:t>vt 0.140124 0.975461</w:t>
        <w:br/>
        <w:t>vt 0.275679 0.792509</w:t>
        <w:br/>
        <w:t>vt 0.215723 0.918484</w:t>
        <w:br/>
        <w:t>vt 0.928264 0.128366</w:t>
        <w:br/>
        <w:t>vt 0.881181 0.137107</w:t>
        <w:br/>
        <w:t>vt 0.883673 0.139321</w:t>
        <w:br/>
        <w:t>vt 0.196043 0.963933</w:t>
        <w:br/>
        <w:t>vt 0.523600 0.924227</w:t>
        <w:br/>
        <w:t>vt 0.522122 0.904720</w:t>
        <w:br/>
        <w:t>vt 0.953446 0.106513</w:t>
        <w:br/>
        <w:t>vt 0.270492 0.813546</w:t>
        <w:br/>
        <w:t>vt 0.226338 0.900280</w:t>
        <w:br/>
        <w:t>vt 0.833967 0.166461</w:t>
        <w:br/>
        <w:t>vt 0.821112 0.172047</w:t>
        <w:br/>
        <w:t>vt 0.858947 0.148710</w:t>
        <w:br/>
        <w:t>vt 0.237058 0.880442</w:t>
        <w:br/>
        <w:t>vt 0.537697 0.993225</w:t>
        <w:br/>
        <w:t>vt 0.911917 0.120805</w:t>
        <w:br/>
        <w:t>vt 0.912611 0.117874</w:t>
        <w:br/>
        <w:t>vt 0.930680 0.123310</w:t>
        <w:br/>
        <w:t>vt 0.928264 0.128366</w:t>
        <w:br/>
        <w:t>vt 0.814753 0.177488</w:t>
        <w:br/>
        <w:t>vt 0.806480 0.164770</w:t>
        <w:br/>
        <w:t>vt 0.524772 0.945554</w:t>
        <w:br/>
        <w:t>vt 0.972683 0.103970</w:t>
        <w:br/>
        <w:t>vt 0.973166 0.093663</w:t>
        <w:br/>
        <w:t>vt 0.980081 0.098821</w:t>
        <w:br/>
        <w:t>vt 0.977663 0.106838</w:t>
        <w:br/>
        <w:t>vt 0.529574 0.967304</w:t>
        <w:br/>
        <w:t>vt 0.877005 0.134142</w:t>
        <w:br/>
        <w:t>vt 0.843022 0.154666</w:t>
        <w:br/>
        <w:t>vt 0.517170 0.923846</w:t>
        <w:br/>
        <w:t>vt 0.515480 0.903901</w:t>
        <w:br/>
        <w:t>vt 0.931109 0.112055</w:t>
        <w:br/>
        <w:t>vt 0.912029 0.112077</w:t>
        <w:br/>
        <w:t>vt 0.243534 0.885219</w:t>
        <w:br/>
        <w:t>vt 0.525055 0.967618</w:t>
        <w:br/>
        <w:t>vt 0.973131 0.079706</w:t>
        <w:br/>
        <w:t>vt 0.981206 0.082664</w:t>
        <w:br/>
        <w:t>vt 0.519460 0.944737</w:t>
        <w:br/>
        <w:t>vt 0.954070 0.094058</w:t>
        <w:br/>
        <w:t>vt 0.943615 0.102733</w:t>
        <w:br/>
        <w:t>vt 0.522403 0.993225</w:t>
        <w:br/>
        <w:t>vt 0.253725 0.867323</w:t>
        <w:br/>
        <w:t>vt 0.249641 0.888878</w:t>
        <w:br/>
        <w:t>vt 0.237807 0.910388</w:t>
        <w:br/>
        <w:t>vt 0.189776 0.969453</w:t>
        <w:br/>
        <w:t>vt 0.806480 0.164770</w:t>
        <w:br/>
        <w:t>vt 0.802838 0.153481</w:t>
        <w:br/>
        <w:t>vt 0.816662 0.162342</w:t>
        <w:br/>
        <w:t>vt 0.872460 0.131302</w:t>
        <w:br/>
        <w:t>vt 0.851736 0.141823</w:t>
        <w:br/>
        <w:t>vt 0.828252 0.153280</w:t>
        <w:br/>
        <w:t>vt 0.836486 0.143609</w:t>
        <w:br/>
        <w:t>vt 0.521741 0.966840</w:t>
        <w:br/>
        <w:t>vt 0.189776 0.969453</w:t>
        <w:br/>
        <w:t>vt 0.233932 0.933981</w:t>
        <w:br/>
        <w:t>vt 0.911793 0.106568</w:t>
        <w:br/>
        <w:t>vt 0.930575 0.102216</w:t>
        <w:br/>
        <w:t>vt 0.502840 0.944210</w:t>
        <w:br/>
        <w:t>vt 0.501797 0.922804</w:t>
        <w:br/>
        <w:t>vt 0.953558 0.087421</w:t>
        <w:br/>
        <w:t>vt 0.954070 0.094058</w:t>
        <w:br/>
        <w:t>vt 0.942802 0.092381</w:t>
        <w:br/>
        <w:t>vt 0.942022 0.087111</w:t>
        <w:br/>
        <w:t>vt 0.249641 0.888878</w:t>
        <w:br/>
        <w:t>vt 0.253725 0.867323</w:t>
        <w:br/>
        <w:t>vt 0.253825 0.889888</w:t>
        <w:br/>
        <w:t>vt 0.229047 0.952548</w:t>
        <w:br/>
        <w:t>vt 0.264244 0.889086</w:t>
        <w:br/>
        <w:t>vt 0.253825 0.889888</w:t>
        <w:br/>
        <w:t>vt 0.851449 0.136623</w:t>
        <w:br/>
        <w:t>vt 0.871347 0.128746</w:t>
        <w:br/>
        <w:t>vt 0.248040 0.916894</w:t>
        <w:br/>
        <w:t>vt 0.824735 0.136393</w:t>
        <w:br/>
        <w:t>vt 0.891351 0.114419</w:t>
        <w:br/>
        <w:t>vt 0.891351 0.114419</w:t>
        <w:br/>
        <w:t>vt 0.275679 0.792509</w:t>
        <w:br/>
        <w:t>vt 0.260662 0.799420</w:t>
        <w:br/>
        <w:t>vt 0.264386 0.787448</w:t>
        <w:br/>
        <w:t>vt 0.199219 0.985804</w:t>
        <w:br/>
        <w:t>vt 0.222303 0.971195</w:t>
        <w:br/>
        <w:t>vt 0.836512 0.136630</w:t>
        <w:br/>
        <w:t>vt 0.948815 0.079086</w:t>
        <w:br/>
        <w:t>vt 0.937645 0.082962</w:t>
        <w:br/>
        <w:t>vt 0.911917 0.120805</w:t>
        <w:br/>
        <w:t>vt 0.501811 0.967934</w:t>
        <w:br/>
        <w:t>vt 0.871347 0.128746</w:t>
        <w:br/>
        <w:t>vt 0.851449 0.136623</w:t>
        <w:br/>
        <w:t>vt 0.852245 0.127658</w:t>
        <w:br/>
        <w:t>vt 0.871697 0.124208</w:t>
        <w:br/>
        <w:t>vt 0.279337 0.861955</w:t>
        <w:br/>
        <w:t>vt 0.273006 0.861703</w:t>
        <w:br/>
        <w:t>vt 0.280281 0.846706</w:t>
        <w:br/>
        <w:t>vt 0.285052 0.848259</w:t>
        <w:br/>
        <w:t>vt 0.911915 0.102268</w:t>
        <w:br/>
        <w:t>vt 0.929768 0.094565</w:t>
        <w:br/>
        <w:t>vt 0.262140 0.865342</w:t>
        <w:br/>
        <w:t>vt 0.272837 0.889463</w:t>
        <w:br/>
        <w:t>vt 0.871627 0.119900</w:t>
        <w:br/>
        <w:t>vt 0.248040 0.916894</w:t>
        <w:br/>
        <w:t>vt 0.252270 0.917369</w:t>
        <w:br/>
        <w:t>vt 0.499453 0.993225</w:t>
        <w:br/>
        <w:t>vt 0.261493 0.781667</w:t>
        <w:br/>
        <w:t>vt 0.836512 0.136630</w:t>
        <w:br/>
        <w:t>vt 0.838779 0.124536</w:t>
        <w:br/>
        <w:t>vt 0.942425 0.069741</w:t>
        <w:br/>
        <w:t>vt 0.954766 0.065292</w:t>
        <w:br/>
        <w:t>vt 0.961178 0.077211</w:t>
        <w:br/>
        <w:t>vt 0.871049 0.114526</w:t>
        <w:br/>
        <w:t>vt 0.487904 0.899179</w:t>
        <w:br/>
        <w:t>vt 0.482973 0.899183</w:t>
        <w:br/>
        <w:t>vt 0.483877 0.881674</w:t>
        <w:br/>
        <w:t>vt 0.495068 0.882373</w:t>
        <w:br/>
        <w:t>vt 0.909159 0.101135</w:t>
        <w:br/>
        <w:t>vt 0.911915 0.102268</w:t>
        <w:br/>
        <w:t>vt 0.891351 0.114419</w:t>
        <w:br/>
        <w:t>vt 0.279235 0.889314</w:t>
        <w:br/>
        <w:t>vt 0.272837 0.889463</w:t>
        <w:br/>
        <w:t>vt 0.905169 0.097573</w:t>
        <w:br/>
        <w:t>vt 0.852827 0.119238</w:t>
        <w:br/>
        <w:t>vt 0.871836 0.109576</w:t>
        <w:br/>
        <w:t>vt 0.252270 0.917369</w:t>
        <w:br/>
        <w:t>vt 0.873398 0.107729</w:t>
        <w:br/>
        <w:t>vt 0.878203 0.101876</w:t>
        <w:br/>
        <w:t>vt 0.902659 0.095048</w:t>
        <w:br/>
        <w:t>vt 0.871836 0.109576</w:t>
        <w:br/>
        <w:t>vt 0.813483 0.146911</w:t>
        <w:br/>
        <w:t>vt 0.927786 0.089830</w:t>
        <w:br/>
        <w:t>vt 0.929768 0.094565</w:t>
        <w:br/>
        <w:t>vt 0.899315 0.092578</w:t>
        <w:br/>
        <w:t>vt 0.902659 0.095048</w:t>
        <w:br/>
        <w:t>vt 0.891897 0.092604</w:t>
        <w:br/>
        <w:t>vt 0.896835 0.092903</w:t>
        <w:br/>
        <w:t>vt 0.899315 0.092578</w:t>
        <w:br/>
        <w:t>vt 0.881398 0.096188</w:t>
        <w:br/>
        <w:t>vt 0.886963 0.092791</w:t>
        <w:br/>
        <w:t>vt 0.247133 0.938346</w:t>
        <w:br/>
        <w:t>vt 0.931372 0.075625</w:t>
        <w:br/>
        <w:t>vt 0.883947 0.094306</w:t>
        <w:br/>
        <w:t>vt 0.883947 0.094306</w:t>
        <w:br/>
        <w:t>vt 0.483945 0.922705</w:t>
        <w:br/>
        <w:t>vt 0.483216 0.944502</w:t>
        <w:br/>
        <w:t>vt 0.950208 0.059681</w:t>
        <w:br/>
        <w:t>vt 0.938174 0.064194</w:t>
        <w:br/>
        <w:t>vt 0.295587 0.854980</w:t>
        <w:br/>
        <w:t>vt 0.920048 0.083346</w:t>
        <w:br/>
        <w:t>vt 0.840532 0.112811</w:t>
        <w:br/>
        <w:t>vt 0.288246 0.888304</w:t>
        <w:br/>
        <w:t>vt 0.204654 0.993225</w:t>
        <w:br/>
        <w:t>vt 0.288246 0.888304</w:t>
        <w:br/>
        <w:t>vt 0.300459 0.860832</w:t>
        <w:br/>
        <w:t>vt 0.292076 0.888214</w:t>
        <w:br/>
        <w:t>vt 0.853160 0.109010</w:t>
        <w:br/>
        <w:t>vt 0.957634 0.047047</w:t>
        <w:br/>
        <w:t>vt 0.947225 0.040000</w:t>
        <w:br/>
        <w:t>vt 0.958497 0.039055</w:t>
        <w:br/>
        <w:t>vt 0.959936 0.046328</w:t>
        <w:br/>
        <w:t>vt 0.806480 0.164770</w:t>
        <w:br/>
        <w:t>vt 0.800323 0.165475</w:t>
        <w:br/>
        <w:t>vt 0.792178 0.152643</w:t>
        <w:br/>
        <w:t>vt 0.802838 0.153481</w:t>
        <w:br/>
        <w:t>vt 0.266459 0.916941</w:t>
        <w:br/>
        <w:t>vt 0.247133 0.938346</w:t>
        <w:br/>
        <w:t>vt 0.251228 0.939407</w:t>
        <w:br/>
        <w:t>vt 0.245899 0.956290</w:t>
        <w:br/>
        <w:t>vt 0.936690 0.046662</w:t>
        <w:br/>
        <w:t>vt 0.944064 0.052904</w:t>
        <w:br/>
        <w:t>vt 0.931600 0.058720</w:t>
        <w:br/>
        <w:t>vt 0.926438 0.054354</w:t>
        <w:br/>
        <w:t>vt 0.944064 0.052904</w:t>
        <w:br/>
        <w:t>vt 0.931600 0.058720</w:t>
        <w:br/>
        <w:t>vt 0.484488 0.968844</w:t>
        <w:br/>
        <w:t>vt 0.926484 0.070031</w:t>
        <w:br/>
        <w:t>vt 0.915515 0.078940</w:t>
        <w:br/>
        <w:t>vt 0.843601 0.099129</w:t>
        <w:br/>
        <w:t>vt 0.826991 0.126066</w:t>
        <w:br/>
        <w:t>vt 0.813717 0.126418</w:t>
        <w:br/>
        <w:t>vt 0.277389 0.915479</w:t>
        <w:br/>
        <w:t>vt 0.286125 0.916748</w:t>
        <w:br/>
        <w:t>vt 0.238598 0.993225</w:t>
        <w:br/>
        <w:t>vt 0.243883 0.974845</w:t>
        <w:br/>
        <w:t>vt 0.909666 0.074849</w:t>
        <w:br/>
        <w:t>vt 0.915515 0.078940</w:t>
        <w:br/>
        <w:t>vt 0.857182 0.102081</w:t>
        <w:br/>
        <w:t>vt 0.484081 0.993225</w:t>
        <w:br/>
        <w:t>vt 0.267375 0.938054</w:t>
        <w:br/>
        <w:t>vt 0.251228 0.939407</w:t>
        <w:br/>
        <w:t>vt 0.926484 0.070031</w:t>
        <w:br/>
        <w:t>vt 0.919928 0.065852</w:t>
        <w:br/>
        <w:t>vt 0.286125 0.916748</w:t>
        <w:br/>
        <w:t>vt 0.905321 0.073799</w:t>
        <w:br/>
        <w:t>vt 0.909666 0.074849</w:t>
        <w:br/>
        <w:t>vt 0.859399 0.099093</w:t>
        <w:br/>
        <w:t>vt 0.868730 0.086965</w:t>
        <w:br/>
        <w:t>vt 0.857182 0.102081</w:t>
        <w:br/>
        <w:t>vt 0.859399 0.099093</w:t>
        <w:br/>
        <w:t>vt 0.245899 0.956290</w:t>
        <w:br/>
        <w:t>vt 0.249141 0.957785</w:t>
        <w:br/>
        <w:t>vt 0.465074 0.920984</w:t>
        <w:br/>
        <w:t>vt 0.464200 0.943620</w:t>
        <w:br/>
        <w:t>vt 0.915333 0.063438</w:t>
        <w:br/>
        <w:t>vt 0.919928 0.065852</w:t>
        <w:br/>
        <w:t>vt 0.828974 0.112311</w:t>
        <w:br/>
        <w:t>vt 0.826991 0.126066</w:t>
        <w:br/>
        <w:t>vt 0.819965 0.095731</w:t>
        <w:br/>
        <w:t>vt 0.895948 0.072025</w:t>
        <w:br/>
        <w:t>vt 0.876319 0.077441</w:t>
        <w:br/>
        <w:t>vt 0.805792 0.111855</w:t>
        <w:br/>
        <w:t>vt 0.800253 0.139319</w:t>
        <w:br/>
        <w:t>vt 0.791337 0.134567</w:t>
        <w:br/>
        <w:t>vt 0.798734 0.099632</w:t>
        <w:br/>
        <w:t>vt 0.849907 0.092555</w:t>
        <w:br/>
        <w:t>vt 0.243883 0.974845</w:t>
        <w:br/>
        <w:t>vt 0.245615 0.976128</w:t>
        <w:br/>
        <w:t>vt 0.280968 0.936198</w:t>
        <w:br/>
        <w:t>vt 0.904074 0.059461</w:t>
        <w:br/>
        <w:t>vt 0.849907 0.092555</w:t>
        <w:br/>
        <w:t>vt 0.852406 0.088294</w:t>
        <w:br/>
        <w:t>vt 0.867893 0.071424</w:t>
        <w:br/>
        <w:t>vt 0.249141 0.957785</w:t>
        <w:br/>
        <w:t>vt 0.914501 0.047521</w:t>
        <w:br/>
        <w:t>vt 0.924448 0.037538</w:t>
        <w:br/>
        <w:t>vt 0.886655 0.072160</w:t>
        <w:br/>
        <w:t>vt 0.465173 0.968529</w:t>
        <w:br/>
        <w:t>vt 0.311819 0.883106</w:t>
        <w:br/>
        <w:t>vt 0.309753 0.907359</w:t>
        <w:br/>
        <w:t>vt 0.880756 0.075367</w:t>
        <w:br/>
        <w:t>vt 0.880756 0.075367</w:t>
        <w:br/>
        <w:t>vt 0.267895 0.976415</w:t>
        <w:br/>
        <w:t>vt 0.245615 0.976128</w:t>
        <w:br/>
        <w:t>vt 0.267749 0.957038</w:t>
        <w:br/>
        <w:t>vt 0.267051 0.993225</w:t>
        <w:br/>
        <w:t>vt 0.868730 0.086965</w:t>
        <w:br/>
        <w:t>vt 0.880006 0.062010</w:t>
        <w:br/>
        <w:t>vt 0.290982 0.938516</w:t>
        <w:br/>
        <w:t>vt 0.465630 0.993225</w:t>
        <w:br/>
        <w:t>vt 0.893118 0.058660</w:t>
        <w:br/>
        <w:t>vt 0.831929 0.098783</w:t>
        <w:br/>
        <w:t>vt 0.446146 0.920952</w:t>
        <w:br/>
        <w:t>vt 0.446075 0.945213</w:t>
        <w:br/>
        <w:t>vt 0.885724 0.061883</w:t>
        <w:br/>
        <w:t>vt 0.885724 0.061883</w:t>
        <w:br/>
        <w:t>vt 0.904940 0.045973</w:t>
        <w:br/>
        <w:t>vt 0.916473 0.034622</w:t>
        <w:br/>
        <w:t>vt 0.308304 0.929237</w:t>
        <w:br/>
        <w:t>vt 0.284723 0.955698</w:t>
        <w:br/>
        <w:t>vt 0.288950 0.978478</w:t>
        <w:br/>
        <w:t>vt 0.295453 0.957752</w:t>
        <w:br/>
        <w:t>vt 0.446761 0.970537</w:t>
        <w:br/>
        <w:t>vt 0.839177 0.082893</w:t>
        <w:br/>
        <w:t>vt 0.825297 0.080790</w:t>
        <w:br/>
        <w:t>vt 0.291471 0.993225</w:t>
        <w:br/>
        <w:t>vt 0.812152 0.075184</w:t>
        <w:br/>
        <w:t>vt 0.805552 0.097336</w:t>
        <w:br/>
        <w:t>vt 0.800979 0.091373</w:t>
        <w:br/>
        <w:t>vt 0.807422 0.065681</w:t>
        <w:br/>
        <w:t>vt 0.849636 0.071434</w:t>
        <w:br/>
        <w:t>vt 0.845494 0.074934</w:t>
        <w:br/>
        <w:t>vt 0.844185 0.054223</w:t>
        <w:br/>
        <w:t>vt 0.850063 0.052250</w:t>
        <w:br/>
        <w:t>vt 0.845494 0.074934</w:t>
        <w:br/>
        <w:t>vt 0.836943 0.063905</w:t>
        <w:br/>
        <w:t>vt 0.844185 0.054223</w:t>
        <w:br/>
        <w:t>vt 0.823289 0.058980</w:t>
        <w:br/>
        <w:t>vt 0.825297 0.080790</w:t>
        <w:br/>
        <w:t>vt 0.429569 0.920955</w:t>
        <w:br/>
        <w:t>vt 0.429441 0.944933</w:t>
        <w:br/>
        <w:t>vt 0.447762 0.993225</w:t>
        <w:br/>
        <w:t>vt 0.899898 0.020033</w:t>
        <w:br/>
        <w:t>vt 0.880520 0.020885</w:t>
        <w:br/>
        <w:t>vt 0.882697 0.010926</w:t>
        <w:br/>
        <w:t>vt 0.904241 0.012612</w:t>
        <w:br/>
        <w:t>vt 0.300866 0.978578</w:t>
        <w:br/>
        <w:t>vt 0.310781 0.950389</w:t>
        <w:br/>
        <w:t>vt 0.327934 0.904575</w:t>
        <w:br/>
        <w:t>vt 0.336361 0.904548</w:t>
        <w:br/>
        <w:t>vt 0.335076 0.924043</w:t>
        <w:br/>
        <w:t>vt 0.326863 0.924214</w:t>
        <w:br/>
        <w:t>vt 0.869911 0.054565</w:t>
        <w:br/>
        <w:t>vt 0.305933 0.993225</w:t>
        <w:br/>
        <w:t>vt 0.820887 0.045115</w:t>
        <w:br/>
        <w:t>vt 0.853795 0.022062</w:t>
        <w:br/>
        <w:t>vt 0.846011 0.032261</w:t>
        <w:br/>
        <w:t>vt 0.845484 0.024614</w:t>
        <w:br/>
        <w:t>vt 0.853049 0.032222</w:t>
        <w:br/>
        <w:t>vt 0.343090 0.903568</w:t>
        <w:br/>
        <w:t>vt 0.341529 0.923588</w:t>
        <w:br/>
        <w:t>vt 0.832780 0.034304</w:t>
        <w:br/>
        <w:t>vt 0.355130 0.901651</w:t>
        <w:br/>
        <w:t>vt 0.357295 0.923816</w:t>
        <w:br/>
        <w:t>vt 0.327030 0.945280</w:t>
        <w:br/>
        <w:t>vt 0.429399 0.972814</w:t>
        <w:br/>
        <w:t>vt 0.315932 0.973036</w:t>
        <w:br/>
        <w:t>vt 0.321120 0.993225</w:t>
        <w:br/>
        <w:t>vt 0.334039 0.945417</w:t>
        <w:br/>
        <w:t>vt 0.412827 0.945024</w:t>
        <w:br/>
        <w:t>vt 0.412967 0.920502</w:t>
        <w:br/>
        <w:t>vt 0.429388 0.993225</w:t>
        <w:br/>
        <w:t>vt 0.339366 0.944560</w:t>
        <w:br/>
        <w:t>vt 0.329251 0.967240</w:t>
        <w:br/>
        <w:t>vt 0.394676 0.943419</w:t>
        <w:br/>
        <w:t>vt 0.394026 0.920773</w:t>
        <w:br/>
        <w:t>vt 0.336424 0.993225</w:t>
        <w:br/>
        <w:t>vt 0.333774 0.967537</w:t>
        <w:br/>
        <w:t>vt 0.356036 0.943930</w:t>
        <w:br/>
        <w:t>vt 0.376622 0.943470</w:t>
        <w:br/>
        <w:t>vt 0.375018 0.922094</w:t>
        <w:br/>
        <w:t>vt 0.337089 0.966746</w:t>
        <w:br/>
        <w:t>vt 0.412058 0.970458</w:t>
        <w:br/>
        <w:t>vt 0.411038 0.993225</w:t>
        <w:br/>
        <w:t>vt 0.357001 0.967836</w:t>
        <w:br/>
        <w:t>vt 0.359362 0.993225</w:t>
        <w:br/>
        <w:t>vt 0.393656 0.968429</w:t>
        <w:br/>
        <w:t>vt 0.374326 0.968786</w:t>
        <w:br/>
        <w:t>vt 0.374736 0.993225</w:t>
        <w:br/>
        <w:t>vt 0.393189 0.993225</w:t>
        <w:br/>
        <w:t>vt 0.575946 0.847741</w:t>
        <w:br/>
        <w:t>vt 0.936410 0.175758</w:t>
        <w:br/>
        <w:t>vt 0.945372 0.164782</w:t>
        <w:br/>
        <w:t>vt 0.945655 0.173630</w:t>
        <w:br/>
        <w:t>vt 0.932260 0.188922</w:t>
        <w:br/>
        <w:t>vt 0.525140 0.879606</w:t>
        <w:br/>
        <w:t>vt 0.533633 0.874903</w:t>
        <w:br/>
        <w:t>vt 0.266454 0.831620</w:t>
        <w:br/>
        <w:t>vt 0.519380 0.881773</w:t>
        <w:br/>
        <w:t>vt 0.273539 0.840929</w:t>
        <w:br/>
        <w:t>vt 0.806356 0.179080</w:t>
        <w:br/>
        <w:t>vt 0.814753 0.177488</w:t>
        <w:br/>
        <w:t>vt 0.823387 0.187809</w:t>
        <w:br/>
        <w:t>vt 0.818991 0.195536</w:t>
        <w:br/>
        <w:t>vt 0.280281 0.846706</w:t>
        <w:br/>
        <w:t>vt 0.505970 0.883783</w:t>
        <w:br/>
        <w:t>vt 0.503204 0.901220</w:t>
        <w:br/>
        <w:t>vt 0.934586 0.030354</w:t>
        <w:br/>
        <w:t>vt 0.945541 0.025866</w:t>
        <w:br/>
        <w:t>vt 0.926730 0.025969</w:t>
        <w:br/>
        <w:t>vt 0.931505 0.017798</w:t>
        <w:br/>
        <w:t>vt 0.915087 0.013366</w:t>
        <w:br/>
        <w:t>vt 0.914384 0.017701</w:t>
        <w:br/>
        <w:t>vt 0.805552 0.097336</w:t>
        <w:br/>
        <w:t>vt 0.805792 0.111855</w:t>
        <w:br/>
        <w:t>vt 0.798734 0.099632</w:t>
        <w:br/>
        <w:t>vt 0.800979 0.091373</w:t>
        <w:br/>
        <w:t>vt 0.411774 0.897516</w:t>
        <w:br/>
        <w:t>vt 0.429940 0.895487</w:t>
        <w:br/>
        <w:t>vt 0.392183 0.898284</w:t>
        <w:br/>
        <w:t>vt 0.612149 0.794264</w:t>
        <w:br/>
        <w:t>vt 0.976979 0.069347</w:t>
        <w:br/>
        <w:t>vt 0.895353 0.209050</w:t>
        <w:br/>
        <w:t>vt 0.259244 0.818392</w:t>
        <w:br/>
        <w:t>vt 0.252448 0.806597</w:t>
        <w:br/>
        <w:t>vt 0.976242 0.119603</w:t>
        <w:br/>
        <w:t>vt 0.247211 0.794391</w:t>
        <w:br/>
        <w:t>vt 0.970923 0.117227</w:t>
        <w:br/>
        <w:t>vt 0.265338 0.825753</w:t>
        <w:br/>
        <w:t>vt 0.967018 0.064951</w:t>
        <w:br/>
        <w:t>vt 0.977785 0.062586</w:t>
        <w:br/>
        <w:t>vt 0.957634 0.047047</w:t>
        <w:br/>
        <w:t>vt 0.959936 0.046328</w:t>
        <w:br/>
        <w:t>vt 0.964867 0.052134</w:t>
        <w:br/>
        <w:t>vt 0.962332 0.054802</w:t>
        <w:br/>
        <w:t>vt 0.311040 0.870852</w:t>
        <w:br/>
        <w:t>vt 0.321190 0.875821</w:t>
        <w:br/>
        <w:t>vt 0.331637 0.876664</w:t>
        <w:br/>
        <w:t>vt 0.375678 0.900503</w:t>
        <w:br/>
        <w:t>vt 0.443192 0.882918</w:t>
        <w:br/>
        <w:t>vt 0.467827 0.897450</w:t>
        <w:br/>
        <w:t>vt 0.448059 0.896443</w:t>
        <w:br/>
        <w:t>vt 0.378249 0.899824</w:t>
        <w:br/>
        <w:t>vt 0.837267 0.042941</w:t>
        <w:br/>
        <w:t>vt 0.419139 0.884309</w:t>
        <w:br/>
        <w:t>vt 0.400520 0.885370</w:t>
        <w:br/>
        <w:t>vt 0.438341 0.878433</w:t>
        <w:br/>
        <w:t>vt 0.849440 0.206886</w:t>
        <w:br/>
        <w:t>vt 0.836871 0.207124</w:t>
        <w:br/>
        <w:t>vt 0.541366 0.869927</w:t>
        <w:br/>
        <w:t>vt 0.824447 0.203499</w:t>
        <w:br/>
        <w:t>vt 0.579703 0.844507</w:t>
        <w:br/>
        <w:t>vt 0.374057 0.885454</w:t>
        <w:br/>
        <w:t>vt 0.379791 0.883404</w:t>
        <w:br/>
        <w:t>vt 0.853049 0.032222</w:t>
        <w:br/>
        <w:t>vt 0.880520 0.020885</w:t>
        <w:br/>
        <w:t>vt 0.874114 0.036999</w:t>
        <w:br/>
        <w:t>vt 0.352061 0.885126</w:t>
        <w:br/>
        <w:t>vt 0.338673 0.880952</w:t>
        <w:br/>
        <w:t>vt 0.331637 0.876664</w:t>
        <w:br/>
        <w:t>vt 0.914384 0.017701</w:t>
        <w:br/>
        <w:t>vt 0.915087 0.013366</w:t>
        <w:br/>
        <w:t>vt 0.945372 0.164782</w:t>
        <w:br/>
        <w:t>vt 0.936410 0.175758</w:t>
        <w:br/>
        <w:t>vt 0.964489 0.098608</w:t>
        <w:br/>
        <w:t>vt 0.964489 0.098608</w:t>
        <w:br/>
        <w:t>vt 0.964892 0.089229</w:t>
        <w:br/>
        <w:t>vt 0.545158 0.871245</w:t>
        <w:br/>
        <w:t>vt 0.831819 0.180005</w:t>
        <w:br/>
        <w:t>vt 0.823387 0.187809</w:t>
        <w:br/>
        <w:t>vt 0.862793 0.175541</w:t>
        <w:br/>
        <w:t>vt 0.876700 0.174387</w:t>
        <w:br/>
        <w:t>vt 0.897977 0.170049</w:t>
        <w:br/>
        <w:t>vt 0.886049 0.047404</w:t>
        <w:br/>
        <w:t>vt 0.893156 0.033155</w:t>
        <w:br/>
        <w:t>vt 0.895865 0.047664</w:t>
        <w:br/>
        <w:t>vt 0.886049 0.047404</w:t>
        <w:br/>
        <w:t>vt 0.906408 0.033478</w:t>
        <w:br/>
        <w:t>vt 0.904940 0.045973</w:t>
        <w:br/>
        <w:t>vt 0.895865 0.047664</w:t>
        <w:br/>
        <w:t>vt 0.906408 0.033478</w:t>
        <w:br/>
        <w:t>vt 0.916473 0.034622</w:t>
        <w:br/>
        <w:t>vt 0.897977 0.170049</w:t>
        <w:br/>
        <w:t>vt 0.942802 0.092381</w:t>
        <w:br/>
        <w:t>vt 0.973166 0.093663</w:t>
        <w:br/>
        <w:t>vt 0.875084 0.195008</w:t>
        <w:br/>
        <w:t>vt 0.800253 0.139319</w:t>
        <w:br/>
        <w:t>vt 0.813717 0.126418</w:t>
        <w:br/>
        <w:t>vt 0.805792 0.111855</w:t>
        <w:br/>
        <w:t>vt 0.816137 0.110803</w:t>
        <w:br/>
        <w:t>vt 0.816137 0.110803</w:t>
        <w:br/>
        <w:t>vt 0.836943 0.063905</w:t>
        <w:br/>
        <w:t>vt 0.837267 0.042941</w:t>
        <w:br/>
        <w:t>vt 0.837267 0.042941</w:t>
        <w:br/>
        <w:t>vt 0.846011 0.032261</w:t>
        <w:br/>
        <w:t>vt 0.893156 0.033155</w:t>
        <w:br/>
        <w:t>vt 0.899898 0.020033</w:t>
        <w:br/>
        <w:t>vt 0.893118 0.058660</w:t>
        <w:br/>
        <w:t>vt 0.389154 0.886386</w:t>
        <w:br/>
        <w:t>vt 0.471813 0.884028</w:t>
        <w:br/>
        <w:t>vt 0.843022 0.154666</w:t>
        <w:br/>
        <w:t>vt 0.899898 0.020033</w:t>
        <w:br/>
        <w:t>vt 0.964867 0.052134</w:t>
        <w:br/>
        <w:t>vt 0.959936 0.046328</w:t>
        <w:br/>
        <w:t>vt 0.958497 0.039055</w:t>
        <w:br/>
        <w:t>vt 0.275679 0.792509</w:t>
        <w:br/>
        <w:t>vt 0.270492 0.813546</w:t>
        <w:br/>
        <w:t>vt 0.260662 0.799420</w:t>
        <w:br/>
        <w:t>vt 0.609588 0.957784</w:t>
        <w:br/>
        <w:t>vt 0.624551 0.358431</w:t>
        <w:br/>
        <w:t>vt 0.628122 0.358242</w:t>
        <w:br/>
        <w:t>vt 0.626369 0.361965</w:t>
        <w:br/>
        <w:t>vt 0.634171 0.371492</w:t>
        <w:br/>
        <w:t>vt 0.626308 0.370434</w:t>
        <w:br/>
        <w:t>vt 0.629780 0.364862</w:t>
        <w:br/>
        <w:t>vt 0.636601 0.364608</w:t>
        <w:br/>
        <w:t>vt 0.632830 0.375748</w:t>
        <w:br/>
        <w:t>vt 0.625077 0.373473</w:t>
        <w:br/>
        <w:t>vt 0.628805 0.387856</w:t>
        <w:br/>
        <w:t>vt 0.620808 0.384739</w:t>
        <w:br/>
        <w:t>vt 0.605515 0.408015</w:t>
        <w:br/>
        <w:t>vt 0.606941 0.410125</w:t>
        <w:br/>
        <w:t>vt 0.602207 0.410821</w:t>
        <w:br/>
        <w:t>vt 0.722855 0.273758</w:t>
        <w:br/>
        <w:t>vt 0.725940 0.267494</w:t>
        <w:br/>
        <w:t>vt 0.731614 0.270940</w:t>
        <w:br/>
        <w:t>vt 0.729565 0.276479</w:t>
        <w:br/>
        <w:t>vt 0.713358 0.254724</w:t>
        <w:br/>
        <w:t>vt 0.716887 0.251312</w:t>
        <w:br/>
        <w:t>vt 0.726206 0.260424</w:t>
        <w:br/>
        <w:t>vt 0.722829 0.264257</w:t>
        <w:br/>
        <w:t>vt 0.721601 0.266758</w:t>
        <w:br/>
        <w:t>vt 0.719038 0.272498</w:t>
        <w:br/>
        <w:t>vt 0.710415 0.264985</w:t>
        <w:br/>
        <w:t>vt 0.709084 0.269953</w:t>
        <w:br/>
        <w:t>vt 0.689680 0.269658</w:t>
        <w:br/>
        <w:t>vt 0.683690 0.271549</w:t>
        <w:br/>
        <w:t>vt 0.682721 0.270096</w:t>
        <w:br/>
        <w:t>vt 0.688983 0.266974</w:t>
        <w:br/>
        <w:t>vt 0.729132 0.263369</w:t>
        <w:br/>
        <w:t>vt 0.734066 0.267516</w:t>
        <w:br/>
        <w:t>vt 0.740130 0.272240</w:t>
        <w:br/>
        <w:t>vt 0.749076 0.277383</w:t>
        <w:br/>
        <w:t>vt 0.748597 0.278230</w:t>
        <w:br/>
        <w:t>vt 0.738655 0.274627</w:t>
        <w:br/>
        <w:t>vt 0.086455 0.518339</w:t>
        <w:br/>
        <w:t>vt 0.084783 0.511227</w:t>
        <w:br/>
        <w:t>vt 0.087683 0.510485</w:t>
        <w:br/>
        <w:t>vt 0.088954 0.517696</w:t>
        <w:br/>
        <w:t>vt 0.083155 0.502074</w:t>
        <w:br/>
        <w:t>vt 0.086075 0.501370</w:t>
        <w:br/>
        <w:t>vt 0.079938 0.927692</w:t>
        <w:br/>
        <w:t>vt 0.079529 0.935121</w:t>
        <w:br/>
        <w:t>vt 0.077026 0.930960</w:t>
        <w:br/>
        <w:t>vt 0.077042 0.927927</w:t>
        <w:br/>
        <w:t>vt 0.072380 0.932161</w:t>
        <w:br/>
        <w:t>vt 0.068980 0.934962</w:t>
        <w:br/>
        <w:t>vt 0.068980 0.927546</w:t>
        <w:br/>
        <w:t>vt 0.072996 0.926775</w:t>
        <w:br/>
        <w:t>vt 0.077073 0.917920</w:t>
        <w:br/>
        <w:t>vt 0.079857 0.918124</w:t>
        <w:br/>
        <w:t>vt 0.619373 0.365826</w:t>
        <w:br/>
        <w:t>vt 0.610161 0.403191</w:t>
        <w:br/>
        <w:t>vt 0.614282 0.406392</w:t>
        <w:br/>
        <w:t>vt 0.700387 0.234574</w:t>
        <w:br/>
        <w:t>vt 0.698259 0.236201</w:t>
        <w:br/>
        <w:t>vt 0.694504 0.229129</w:t>
        <w:br/>
        <w:t>vt 0.695501 0.228466</w:t>
        <w:br/>
        <w:t>vt 0.737713 0.278753</w:t>
        <w:br/>
        <w:t>vt 0.630390 0.359099</w:t>
        <w:br/>
        <w:t>vt 0.633151 0.352708</w:t>
        <w:br/>
        <w:t>vt 0.637995 0.355706</w:t>
        <w:br/>
        <w:t>vt 0.632332 0.360632</w:t>
        <w:br/>
        <w:t>vt 0.629744 0.351014</w:t>
        <w:br/>
        <w:t>vt 0.697822 0.268785</w:t>
        <w:br/>
        <w:t>vt 0.697571 0.264863</w:t>
        <w:br/>
        <w:t>vt 0.081921 0.477811</w:t>
        <w:br/>
        <w:t>vt 0.083732 0.488081</w:t>
        <w:br/>
        <w:t>vt 0.080961 0.488799</w:t>
        <w:br/>
        <w:t>vt 0.068980 0.894305</w:t>
        <w:br/>
        <w:t>vt 0.072065 0.904938</w:t>
        <w:br/>
        <w:t>vt 0.068980 0.904871</w:t>
        <w:br/>
        <w:t>vt 0.068980 0.894305</w:t>
        <w:br/>
        <w:t>vt 0.077105 0.903432</w:t>
        <w:br/>
        <w:t>vt 0.075037 0.904457</w:t>
        <w:br/>
        <w:t>vt 0.615333 0.396041</w:t>
        <w:br/>
        <w:t>vt 0.622677 0.399129</w:t>
        <w:br/>
        <w:t>vt 0.704178 0.244531</w:t>
        <w:br/>
        <w:t>vt 0.707619 0.242100</w:t>
        <w:br/>
        <w:t>vt 0.693204 0.224398</w:t>
        <w:br/>
        <w:t>vt 0.068980 0.894305</w:t>
        <w:br/>
        <w:t>vt 0.075037 0.904457</w:t>
        <w:br/>
        <w:t>vt 0.072065 0.904938</w:t>
        <w:br/>
        <w:t>vt 0.072996 0.926775</w:t>
        <w:br/>
        <w:t>vt 0.072830 0.917824</w:t>
        <w:br/>
        <w:t>vt 0.072380 0.932161</w:t>
        <w:br/>
        <w:t>vt 0.617086 0.369092</w:t>
        <w:br/>
        <w:t>vt 0.624250 0.373262</w:t>
        <w:br/>
        <w:t>vt 0.617976 0.381254</w:t>
        <w:br/>
        <w:t>vt 0.611239 0.377443</w:t>
        <w:br/>
        <w:t>vt 0.609744 0.390715</w:t>
        <w:br/>
        <w:t>vt 0.604581 0.386952</w:t>
        <w:br/>
        <w:t>vt 0.603598 0.396549</w:t>
        <w:br/>
        <w:t>vt 0.599960 0.393550</w:t>
        <w:br/>
        <w:t>vt 0.598627 0.400826</w:t>
        <w:br/>
        <w:t>vt 0.596605 0.398342</w:t>
        <w:br/>
        <w:t>vt 0.083842 0.518687</w:t>
        <w:br/>
        <w:t>vt 0.081732 0.511718</w:t>
        <w:br/>
        <w:t>vt 0.080133 0.502588</w:t>
        <w:br/>
        <w:t>vt 0.079229 0.488946</w:t>
        <w:br/>
        <w:t>vt 0.730013 0.283116</w:t>
        <w:br/>
        <w:t>vt 0.729565 0.276479</w:t>
        <w:br/>
        <w:t>vt 0.737713 0.278753</w:t>
        <w:br/>
        <w:t>vt 0.739697 0.283452</w:t>
        <w:br/>
        <w:t>vt 0.721986 0.278209</w:t>
        <w:br/>
        <w:t>vt 0.722855 0.273758</w:t>
        <w:br/>
        <w:t>vt 0.718311 0.276538</w:t>
        <w:br/>
        <w:t>vt 0.719038 0.272498</w:t>
        <w:br/>
        <w:t>vt 0.708798 0.273683</w:t>
        <w:br/>
        <w:t>vt 0.709084 0.269953</w:t>
        <w:br/>
        <w:t>vt 0.697677 0.272097</w:t>
        <w:br/>
        <w:t>vt 0.697822 0.268785</w:t>
        <w:br/>
        <w:t>vt 0.689941 0.272211</w:t>
        <w:br/>
        <w:t>vt 0.689680 0.269658</w:t>
        <w:br/>
        <w:t>vt 0.684376 0.273255</w:t>
        <w:br/>
        <w:t>vt 0.683690 0.271549</w:t>
        <w:br/>
        <w:t>vt 0.838252 0.228369</w:t>
        <w:br/>
        <w:t>vt 0.843255 0.233394</w:t>
        <w:br/>
        <w:t>vt 0.841576 0.234864</w:t>
        <w:br/>
        <w:t>vt 0.837153 0.229594</w:t>
        <w:br/>
        <w:t>vt 0.847222 0.241593</w:t>
        <w:br/>
        <w:t>vt 0.841576 0.234864</w:t>
        <w:br/>
        <w:t>vt 0.849455 0.240017</w:t>
        <w:br/>
        <w:t>vt 0.858369 0.249644</w:t>
        <w:br/>
        <w:t>vt 0.855454 0.251404</w:t>
        <w:br/>
        <w:t>vt 0.847222 0.241593</w:t>
        <w:br/>
        <w:t>vt 0.865541 0.257212</w:t>
        <w:br/>
        <w:t>vt 0.862673 0.260007</w:t>
        <w:br/>
        <w:t>vt 0.868160 0.259560</w:t>
        <w:br/>
        <w:t>vt 0.865428 0.263290</w:t>
        <w:br/>
        <w:t>vt 0.919239 0.217728</w:t>
        <w:br/>
        <w:t>vt 0.916448 0.220795</w:t>
        <w:br/>
        <w:t>vt 0.914343 0.216802</w:t>
        <w:br/>
        <w:t>vt 0.916942 0.214621</w:t>
        <w:br/>
        <w:t>vt 0.926341 0.206735</w:t>
        <w:br/>
        <w:t>vt 0.928346 0.208662</w:t>
        <w:br/>
        <w:t>vt 0.936199 0.198463</w:t>
        <w:br/>
        <w:t>vt 0.937574 0.200174</w:t>
        <w:br/>
        <w:t>vt 0.943138 0.192640</w:t>
        <w:br/>
        <w:t>vt 0.944463 0.194548</w:t>
        <w:br/>
        <w:t>vt 0.949367 0.189300</w:t>
        <w:br/>
        <w:t>vt 0.948323 0.188289</w:t>
        <w:br/>
        <w:t>vt 0.951667 0.185483</w:t>
        <w:br/>
        <w:t>vt 0.696709 0.227570</w:t>
        <w:br/>
        <w:t>vt 0.702713 0.233003</w:t>
        <w:br/>
        <w:t>vt 0.710662 0.240197</w:t>
        <w:br/>
        <w:t>vt 0.719952 0.248604</w:t>
        <w:br/>
        <w:t>vt 0.729315 0.257077</w:t>
        <w:br/>
        <w:t>vt 0.732524 0.259980</w:t>
        <w:br/>
        <w:t>vt 0.737419 0.264410</w:t>
        <w:br/>
        <w:t>vt 0.743135 0.269583</w:t>
        <w:br/>
        <w:t>vt 0.748261 0.279756</w:t>
        <w:br/>
        <w:t>vt 0.748907 0.281555</w:t>
        <w:br/>
        <w:t>vt 0.748261 0.279756</w:t>
        <w:br/>
        <w:t>vt 0.750461 0.276213</w:t>
        <w:br/>
        <w:t>vt 0.637443 0.345158</w:t>
        <w:br/>
        <w:t>vt 0.636103 0.344502</w:t>
        <w:br/>
        <w:t>vt 0.082056 0.495608</w:t>
        <w:br/>
        <w:t>vt 0.079072 0.496250</w:t>
        <w:br/>
        <w:t>vt 0.084919 0.494813</w:t>
        <w:br/>
        <w:t>vt 0.072615 0.911412</w:t>
        <w:br/>
        <w:t>vt 0.068980 0.911547</w:t>
        <w:br/>
        <w:t>vt 0.076835 0.911475</w:t>
        <w:br/>
        <w:t>vt 0.072615 0.911412</w:t>
        <w:br/>
        <w:t>vt 0.079567 0.911188</w:t>
        <w:br/>
        <w:t>vt 0.076835 0.911475</w:t>
        <w:br/>
        <w:t>vt 0.068980 0.918197</w:t>
        <w:br/>
        <w:t>vt 0.072830 0.917824</w:t>
        <w:br/>
        <w:t>vt 0.676812 0.275696</w:t>
        <w:br/>
        <w:t>vt 0.831977 0.223425</w:t>
        <w:br/>
        <w:t>vt 0.592036 0.404868</w:t>
        <w:br/>
        <w:t>vt 0.676812 0.275696</w:t>
        <w:br/>
        <w:t>vt 0.634684 0.343960</w:t>
        <w:br/>
        <w:t>vt 0.723977 0.527379</w:t>
        <w:br/>
        <w:t>vt 0.723083 0.526943</w:t>
        <w:br/>
        <w:t>vt 0.724035 0.523939</w:t>
        <w:br/>
        <w:t>vt 0.725888 0.524769</w:t>
        <w:br/>
        <w:t>vt 0.724812 0.520105</w:t>
        <w:br/>
        <w:t>vt 0.725155 0.515859</w:t>
        <w:br/>
        <w:t>vt 0.728171 0.516429</w:t>
        <w:br/>
        <w:t>vt 0.727551 0.520941</w:t>
        <w:br/>
        <w:t>vt 0.728645 0.509913</w:t>
        <w:br/>
        <w:t>vt 0.725401 0.509547</w:t>
        <w:br/>
        <w:t>vt 0.728598 0.503664</w:t>
        <w:br/>
        <w:t>vt 0.725370 0.503550</w:t>
        <w:br/>
        <w:t>vt 0.722155 0.482876</w:t>
        <w:br/>
        <w:t>vt 0.722996 0.485564</w:t>
        <w:br/>
        <w:t>vt 0.722155 0.485745</w:t>
        <w:br/>
        <w:t>vt 0.717067 0.525060</w:t>
        <w:br/>
        <w:t>vt 0.719225 0.523810</w:t>
        <w:br/>
        <w:t>vt 0.720354 0.526917</w:t>
        <w:br/>
        <w:t>vt 0.719284 0.527657</w:t>
        <w:br/>
        <w:t>vt 0.721183 0.485398</w:t>
        <w:br/>
        <w:t>vt 0.720047 0.484763</w:t>
        <w:br/>
        <w:t>vt 0.722155 0.482876</w:t>
        <w:br/>
        <w:t>vt 0.718491 0.519911</w:t>
        <w:br/>
        <w:t>vt 0.715249 0.521148</w:t>
        <w:br/>
        <w:t>vt 0.714618 0.516536</w:t>
        <w:br/>
        <w:t>vt 0.718230 0.515804</w:t>
        <w:br/>
        <w:t>vt 0.722155 0.515421</w:t>
        <w:br/>
        <w:t>vt 0.722155 0.519451</w:t>
        <w:br/>
        <w:t>vt 0.718491 0.519911</w:t>
        <w:br/>
        <w:t>vt 0.718230 0.515804</w:t>
        <w:br/>
        <w:t>vt 0.714159 0.509909</w:t>
        <w:br/>
        <w:t>vt 0.718033 0.509593</w:t>
        <w:br/>
        <w:t>vt 0.718033 0.509593</w:t>
        <w:br/>
        <w:t>vt 0.722155 0.509283</w:t>
        <w:br/>
        <w:t>vt 0.714204 0.503530</w:t>
        <w:br/>
        <w:t>vt 0.718103 0.503667</w:t>
        <w:br/>
        <w:t>vt 0.722155 0.503528</w:t>
        <w:br/>
        <w:t>vt 0.718103 0.503667</w:t>
        <w:br/>
        <w:t>vt 0.719965 0.488869</w:t>
        <w:br/>
        <w:t>vt 0.717968 0.488223</w:t>
        <w:br/>
        <w:t>vt 0.723675 0.485080</w:t>
        <w:br/>
        <w:t>vt 0.725351 0.488636</w:t>
        <w:br/>
        <w:t>vt 0.723775 0.489030</w:t>
        <w:br/>
        <w:t>vt 0.719965 0.488869</w:t>
        <w:br/>
        <w:t>vt 0.721183 0.485398</w:t>
        <w:br/>
        <w:t>vt 0.722155 0.485745</w:t>
        <w:br/>
        <w:t>vt 0.722155 0.489362</w:t>
        <w:br/>
        <w:t>vt 0.722155 0.523215</w:t>
        <w:br/>
        <w:t>vt 0.719225 0.523810</w:t>
        <w:br/>
        <w:t>vt 0.722155 0.526569</w:t>
        <w:br/>
        <w:t>vt 0.720354 0.526917</w:t>
        <w:br/>
        <w:t>vt 0.722155 0.482876</w:t>
        <w:br/>
        <w:t>vt 0.714776 0.498117</w:t>
        <w:br/>
        <w:t>vt 0.718365 0.498583</w:t>
        <w:br/>
        <w:t>vt 0.728075 0.498397</w:t>
        <w:br/>
        <w:t>vt 0.725044 0.498505</w:t>
        <w:br/>
        <w:t>vt 0.722155 0.498699</w:t>
        <w:br/>
        <w:t>vt 0.718365 0.498583</w:t>
        <w:br/>
        <w:t>vt 0.715815 0.493250</w:t>
        <w:br/>
        <w:t>vt 0.718856 0.493875</w:t>
        <w:br/>
        <w:t>vt 0.727127 0.493666</w:t>
        <w:br/>
        <w:t>vt 0.724601 0.493968</w:t>
        <w:br/>
        <w:t>vt 0.718856 0.493875</w:t>
        <w:br/>
        <w:t>vt 0.722155 0.494298</w:t>
        <w:br/>
        <w:t>vt 0.722155 0.489362</w:t>
        <w:br/>
        <w:t>vt 0.722155 0.498699</w:t>
        <w:br/>
        <w:t>vt 0.722155 0.494298</w:t>
        <w:br/>
        <w:t>vt 0.722155 0.503528</w:t>
        <w:br/>
        <w:t>vt 0.722155 0.509283</w:t>
        <w:br/>
        <w:t>vt 0.722155 0.515421</w:t>
        <w:br/>
        <w:t>vt 0.722155 0.519451</w:t>
        <w:br/>
        <w:t>vt 0.722155 0.523215</w:t>
        <w:br/>
        <w:t>vt 0.722155 0.526569</w:t>
        <w:br/>
        <w:t>vt 0.692967 0.561787</w:t>
        <w:br/>
        <w:t>vt 0.695445 0.561002</w:t>
        <w:br/>
        <w:t>vt 0.696869 0.566733</w:t>
        <w:br/>
        <w:t>vt 0.695873 0.567128</w:t>
        <w:br/>
        <w:t>vt 0.691100 0.552593</w:t>
        <w:br/>
        <w:t>vt 0.694493 0.552078</w:t>
        <w:br/>
        <w:t>vt 0.697899 0.517348</w:t>
        <w:br/>
        <w:t>vt 0.697899 0.520688</w:t>
        <w:br/>
        <w:t>vt 0.696909 0.520415</w:t>
        <w:br/>
        <w:t>vt 0.694922 0.522348</w:t>
        <w:br/>
        <w:t>vt 0.696359 0.522774</w:t>
        <w:br/>
        <w:t>vt 0.695352 0.528128</w:t>
        <w:br/>
        <w:t>vt 0.692853 0.527833</w:t>
        <w:br/>
        <w:t>vt 0.699875 0.566476</w:t>
        <w:br/>
        <w:t>vt 0.701515 0.560488</w:t>
        <w:br/>
        <w:t>vt 0.704502 0.562075</w:t>
        <w:br/>
        <w:t>vt 0.701123 0.567305</w:t>
        <w:br/>
        <w:t>vt 0.699015 0.520317</w:t>
        <w:br/>
        <w:t>vt 0.697899 0.517348</w:t>
        <w:br/>
        <w:t>vt 0.700283 0.519467</w:t>
        <w:br/>
        <w:t>vt 0.706501 0.552742</w:t>
        <w:br/>
        <w:t>vt 0.702251 0.551499</w:t>
        <w:br/>
        <w:t>vt 0.697899 0.551596</w:t>
        <w:br/>
        <w:t>vt 0.702251 0.551499</w:t>
        <w:br/>
        <w:t>vt 0.701515 0.560488</w:t>
        <w:br/>
        <w:t>vt 0.697899 0.560284</w:t>
        <w:br/>
        <w:t>vt 0.701839 0.521921</w:t>
        <w:br/>
        <w:t>vt 0.704484 0.527337</w:t>
        <w:br/>
        <w:t>vt 0.701211 0.527952</w:t>
        <w:br/>
        <w:t>vt 0.699857 0.522526</w:t>
        <w:br/>
        <w:t>vt 0.701211 0.527952</w:t>
        <w:br/>
        <w:t>vt 0.697899 0.528397</w:t>
        <w:br/>
        <w:t>vt 0.697899 0.523068</w:t>
        <w:br/>
        <w:t>vt 0.699857 0.522526</w:t>
        <w:br/>
        <w:t>vt 0.690745 0.543374</w:t>
        <w:br/>
        <w:t>vt 0.694306 0.543300</w:t>
        <w:br/>
        <w:t>vt 0.697899 0.543215</w:t>
        <w:br/>
        <w:t>vt 0.702390 0.542940</w:t>
        <w:br/>
        <w:t>vt 0.706904 0.543350</w:t>
        <w:br/>
        <w:t>vt 0.702390 0.542940</w:t>
        <w:br/>
        <w:t>vt 0.696175 0.519829</w:t>
        <w:br/>
        <w:t>vt 0.697899 0.520688</w:t>
        <w:br/>
        <w:t>vt 0.699015 0.520317</w:t>
        <w:br/>
        <w:t>vt 0.699875 0.566476</w:t>
        <w:br/>
        <w:t>vt 0.697899 0.566383</w:t>
        <w:br/>
        <w:t>vt 0.697899 0.517348</w:t>
        <w:br/>
        <w:t>vt 0.706261 0.534811</w:t>
        <w:br/>
        <w:t>vt 0.702118 0.535183</w:t>
        <w:br/>
        <w:t>vt 0.691319 0.535090</w:t>
        <w:br/>
        <w:t>vt 0.694642 0.535322</w:t>
        <w:br/>
        <w:t>vt 0.697899 0.535532</w:t>
        <w:br/>
        <w:t>vt 0.702118 0.535183</w:t>
        <w:br/>
        <w:t>vt 0.697899 0.523068</w:t>
        <w:br/>
        <w:t>vt 0.697899 0.528397</w:t>
        <w:br/>
        <w:t>vt 0.697899 0.535532</w:t>
        <w:br/>
        <w:t>vt 0.697899 0.543215</w:t>
        <w:br/>
        <w:t>vt 0.697899 0.551596</w:t>
        <w:br/>
        <w:t>vt 0.697899 0.560284</w:t>
        <w:br/>
        <w:t>vt 0.697899 0.566383</w:t>
        <w:br/>
        <w:t>vt 0.279683 0.293750</w:t>
        <w:br/>
        <w:t>vt 0.263403 0.288399</w:t>
        <w:br/>
        <w:t>vt 0.268864 0.287112</w:t>
        <w:br/>
        <w:t>vt 0.279799 0.287939</w:t>
        <w:br/>
        <w:t>vt 0.266908 0.271951</w:t>
        <w:br/>
        <w:t>vt 0.278915 0.271849</w:t>
        <w:br/>
        <w:t>vt 0.276721 0.258089</w:t>
        <w:br/>
        <w:t>vt 0.283236 0.257819</w:t>
        <w:br/>
        <w:t>vt 0.285025 0.271368</w:t>
        <w:br/>
        <w:t>vt 0.258422 0.272023</w:t>
        <w:br/>
        <w:t>vt 0.247810 0.270356</w:t>
        <w:br/>
        <w:t>vt 0.247052 0.257314</w:t>
        <w:br/>
        <w:t>vt 0.256227 0.258047</w:t>
        <w:br/>
        <w:t>vt 0.264275 0.258064</w:t>
        <w:br/>
        <w:t>vt 0.260862 0.242460</w:t>
        <w:br/>
        <w:t>vt 0.274482 0.242874</w:t>
        <w:br/>
        <w:t>vt 0.256017 0.241652</w:t>
        <w:br/>
        <w:t>vt 0.273744 0.237527</w:t>
        <w:br/>
        <w:t>vt 0.289750 0.257548</w:t>
        <w:br/>
        <w:t>vt 0.297594 0.257448</w:t>
        <w:br/>
        <w:t>vt 0.298966 0.269214</w:t>
        <w:br/>
        <w:t>vt 0.291135 0.270886</w:t>
        <w:br/>
        <w:t>vt 0.285085 0.283287</w:t>
        <w:br/>
        <w:t>vt 0.285600 0.288229</w:t>
        <w:br/>
        <w:t>vt 0.300718 0.280282</w:t>
        <w:br/>
        <w:t>vt 0.290370 0.278635</w:t>
        <w:br/>
        <w:t>vt 0.286732 0.241013</w:t>
        <w:br/>
        <w:t>vt 0.287910 0.250792</w:t>
        <w:br/>
        <w:t>vt 0.281196 0.246833</w:t>
        <w:br/>
        <w:t>vt 0.280238 0.239270</w:t>
        <w:br/>
        <w:t>vt 0.298925 0.243706</w:t>
        <w:br/>
        <w:t>vt 0.306325 0.242977</w:t>
        <w:br/>
        <w:t>vt 0.309873 0.257691</w:t>
        <w:br/>
        <w:t>vt 0.350692 0.244234</w:t>
        <w:br/>
        <w:t>vt 0.338487 0.241054</w:t>
        <w:br/>
        <w:t>vt 0.346927 0.240313</w:t>
        <w:br/>
        <w:t>vt 0.345814 0.271610</w:t>
        <w:br/>
        <w:t>vt 0.351221 0.265988</w:t>
        <w:br/>
        <w:t>vt 0.355851 0.267711</w:t>
        <w:br/>
        <w:t>vt 0.353690 0.255652</w:t>
        <w:br/>
        <w:t>vt 0.361121 0.255067</w:t>
        <w:br/>
        <w:t>vt 0.354568 0.243717</w:t>
        <w:br/>
        <w:t>vt 0.336504 0.269208</w:t>
        <w:br/>
        <w:t>vt 0.341726 0.263693</w:t>
        <w:br/>
        <w:t>vt 0.371728 0.277086</w:t>
        <w:br/>
        <w:t>vt 0.361046 0.271645</w:t>
        <w:br/>
        <w:t>vt 0.365494 0.266792</w:t>
        <w:br/>
        <w:t>vt 0.379525 0.274993</w:t>
        <w:br/>
        <w:t>vt 0.369402 0.259131</w:t>
        <w:br/>
        <w:t>vt 0.378539 0.263672</w:t>
        <w:br/>
        <w:t>vt 0.311263 0.268048</w:t>
        <w:br/>
        <w:t>vt 0.311203 0.276010</w:t>
        <w:br/>
        <w:t>vt 0.318664 0.256508</w:t>
        <w:br/>
        <w:t>vt 0.319431 0.267165</w:t>
        <w:br/>
        <w:t>vt 0.307091 0.239846</w:t>
        <w:br/>
        <w:t>vt 0.313240 0.242296</w:t>
        <w:br/>
        <w:t>vt 0.303259 0.239713</w:t>
        <w:br/>
        <w:t>vt 0.323484 0.255472</w:t>
        <w:br/>
        <w:t>vt 0.324091 0.267019</w:t>
        <w:br/>
        <w:t>vt 0.310433 0.280089</w:t>
        <w:br/>
        <w:t>vt 0.301410 0.285763</w:t>
        <w:br/>
        <w:t>vt 0.317928 0.273270</w:t>
        <w:br/>
        <w:t>vt 0.320927 0.273490</w:t>
        <w:br/>
        <w:t>vt 0.291518 0.282708</w:t>
        <w:br/>
        <w:t>vt 0.331098 0.268814</w:t>
        <w:br/>
        <w:t>vt 0.328855 0.274280</w:t>
        <w:br/>
        <w:t>vt 0.331330 0.254602</w:t>
        <w:br/>
        <w:t>vt 0.325196 0.241373</w:t>
        <w:br/>
        <w:t>vt 0.334728 0.241723</w:t>
        <w:br/>
        <w:t>vt 0.338671 0.254145</w:t>
        <w:br/>
        <w:t>vt 0.319376 0.232561</w:t>
        <w:br/>
        <w:t>vt 0.327791 0.233281</w:t>
        <w:br/>
        <w:t>vt 0.338446 0.266040</w:t>
        <w:br/>
        <w:t>vt 0.344227 0.253930</w:t>
        <w:br/>
        <w:t>vt 0.339968 0.243420</w:t>
        <w:br/>
        <w:t>vt 0.360911 0.245901</w:t>
        <w:br/>
        <w:t>vt 0.369182 0.249431</w:t>
        <w:br/>
        <w:t>vt 0.364195 0.244446</w:t>
        <w:br/>
        <w:t>vt 0.379713 0.250786</w:t>
        <w:br/>
        <w:t>vt 0.287910 0.250792</w:t>
        <w:br/>
        <w:t>vt 0.286732 0.241013</w:t>
        <w:br/>
        <w:t>vt 0.298624 0.239554</w:t>
        <w:br/>
        <w:t>vt 0.311930 0.234999</w:t>
        <w:br/>
        <w:t>vt 0.279683 0.293750</w:t>
        <w:br/>
        <w:t>vt 0.279799 0.287939</w:t>
        <w:br/>
        <w:t>vt 0.268864 0.287112</w:t>
        <w:br/>
        <w:t>vt 0.263403 0.288399</w:t>
        <w:br/>
        <w:t>vt 0.278915 0.271849</w:t>
        <w:br/>
        <w:t>vt 0.266908 0.271951</w:t>
        <w:br/>
        <w:t>vt 0.285025 0.271368</w:t>
        <w:br/>
        <w:t>vt 0.283236 0.257819</w:t>
        <w:br/>
        <w:t>vt 0.276721 0.258089</w:t>
        <w:br/>
        <w:t>vt 0.258422 0.272023</w:t>
        <w:br/>
        <w:t>vt 0.256227 0.258047</w:t>
        <w:br/>
        <w:t>vt 0.247052 0.257314</w:t>
        <w:br/>
        <w:t>vt 0.247810 0.270356</w:t>
        <w:br/>
        <w:t>vt 0.274482 0.242874</w:t>
        <w:br/>
        <w:t>vt 0.260862 0.242460</w:t>
        <w:br/>
        <w:t>vt 0.264275 0.258064</w:t>
        <w:br/>
        <w:t>vt 0.273744 0.237527</w:t>
        <w:br/>
        <w:t>vt 0.256017 0.241652</w:t>
        <w:br/>
        <w:t>vt 0.291135 0.270886</w:t>
        <w:br/>
        <w:t>vt 0.298966 0.269214</w:t>
        <w:br/>
        <w:t>vt 0.297594 0.257448</w:t>
        <w:br/>
        <w:t>vt 0.289750 0.257548</w:t>
        <w:br/>
        <w:t>vt 0.285600 0.288229</w:t>
        <w:br/>
        <w:t>vt 0.285085 0.283287</w:t>
        <w:br/>
        <w:t>vt 0.300718 0.280282</w:t>
        <w:br/>
        <w:t>vt 0.290370 0.278635</w:t>
        <w:br/>
        <w:t>vt 0.286732 0.241013</w:t>
        <w:br/>
        <w:t>vt 0.280238 0.239270</w:t>
        <w:br/>
        <w:t>vt 0.281196 0.246833</w:t>
        <w:br/>
        <w:t>vt 0.287910 0.250792</w:t>
        <w:br/>
        <w:t>vt 0.309873 0.257691</w:t>
        <w:br/>
        <w:t>vt 0.306325 0.242977</w:t>
        <w:br/>
        <w:t>vt 0.298925 0.243706</w:t>
        <w:br/>
        <w:t>vt 0.350692 0.244234</w:t>
        <w:br/>
        <w:t>vt 0.346927 0.240313</w:t>
        <w:br/>
        <w:t>vt 0.338487 0.241054</w:t>
        <w:br/>
        <w:t>vt 0.345814 0.271610</w:t>
        <w:br/>
        <w:t>vt 0.355851 0.267711</w:t>
        <w:br/>
        <w:t>vt 0.351221 0.265988</w:t>
        <w:br/>
        <w:t>vt 0.361121 0.255067</w:t>
        <w:br/>
        <w:t>vt 0.353690 0.255652</w:t>
        <w:br/>
        <w:t>vt 0.354568 0.243717</w:t>
        <w:br/>
        <w:t>vt 0.341726 0.263693</w:t>
        <w:br/>
        <w:t>vt 0.336504 0.269208</w:t>
        <w:br/>
        <w:t>vt 0.371728 0.277086</w:t>
        <w:br/>
        <w:t>vt 0.379525 0.274993</w:t>
        <w:br/>
        <w:t>vt 0.365494 0.266792</w:t>
        <w:br/>
        <w:t>vt 0.361046 0.271645</w:t>
        <w:br/>
        <w:t>vt 0.369402 0.259131</w:t>
        <w:br/>
        <w:t>vt 0.378539 0.263672</w:t>
        <w:br/>
        <w:t>vt 0.311203 0.276010</w:t>
        <w:br/>
        <w:t>vt 0.311263 0.268048</w:t>
        <w:br/>
        <w:t>vt 0.319431 0.267165</w:t>
        <w:br/>
        <w:t>vt 0.318664 0.256508</w:t>
        <w:br/>
        <w:t>vt 0.313240 0.242296</w:t>
        <w:br/>
        <w:t>vt 0.307091 0.239846</w:t>
        <w:br/>
        <w:t>vt 0.303259 0.239713</w:t>
        <w:br/>
        <w:t>vt 0.324091 0.267019</w:t>
        <w:br/>
        <w:t>vt 0.323484 0.255472</w:t>
        <w:br/>
        <w:t>vt 0.301410 0.285763</w:t>
        <w:br/>
        <w:t>vt 0.310433 0.280089</w:t>
        <w:br/>
        <w:t>vt 0.317928 0.273270</w:t>
        <w:br/>
        <w:t>vt 0.320927 0.273490</w:t>
        <w:br/>
        <w:t>vt 0.291518 0.282708</w:t>
        <w:br/>
        <w:t>vt 0.331098 0.268814</w:t>
        <w:br/>
        <w:t>vt 0.328855 0.274280</w:t>
        <w:br/>
        <w:t>vt 0.331330 0.254602</w:t>
        <w:br/>
        <w:t>vt 0.338671 0.254145</w:t>
        <w:br/>
        <w:t>vt 0.334728 0.241723</w:t>
        <w:br/>
        <w:t>vt 0.325196 0.241373</w:t>
        <w:br/>
        <w:t>vt 0.327791 0.233281</w:t>
        <w:br/>
        <w:t>vt 0.319376 0.232561</w:t>
        <w:br/>
        <w:t>vt 0.338446 0.266040</w:t>
        <w:br/>
        <w:t>vt 0.344227 0.253930</w:t>
        <w:br/>
        <w:t>vt 0.339968 0.243420</w:t>
        <w:br/>
        <w:t>vt 0.369182 0.249431</w:t>
        <w:br/>
        <w:t>vt 0.360911 0.245901</w:t>
        <w:br/>
        <w:t>vt 0.364195 0.244446</w:t>
        <w:br/>
        <w:t>vt 0.379713 0.250786</w:t>
        <w:br/>
        <w:t>vt 0.354568 0.243717</w:t>
        <w:br/>
        <w:t>vt 0.287910 0.250792</w:t>
        <w:br/>
        <w:t>vt 0.298624 0.239554</w:t>
        <w:br/>
        <w:t>vt 0.311930 0.234999</w:t>
        <w:br/>
        <w:t>vt 0.053547 0.728298</w:t>
        <w:br/>
        <w:t>vt 0.055668 0.743559</w:t>
        <w:br/>
        <w:t>vt 0.058177 0.741034</w:t>
        <w:br/>
        <w:t>vt 0.056261 0.727672</w:t>
        <w:br/>
        <w:t>vt 0.051464 0.727093</w:t>
        <w:br/>
        <w:t>vt 0.052663 0.741045</w:t>
        <w:br/>
        <w:t>vt 0.057431 0.624477</w:t>
        <w:br/>
        <w:t>vt 0.059434 0.623838</w:t>
        <w:br/>
        <w:t>vt 0.056873 0.638496</w:t>
        <w:br/>
        <w:t>vt 0.054177 0.638818</w:t>
        <w:br/>
        <w:t>vt 0.061525 0.623799</w:t>
        <w:br/>
        <w:t>vt 0.059844 0.639672</w:t>
        <w:br/>
        <w:t>vt 0.053136 0.714576</w:t>
        <w:br/>
        <w:t>vt 0.049705 0.709858</w:t>
        <w:br/>
        <w:t>vt 0.049103 0.710702</w:t>
        <w:br/>
        <w:t>vt 0.051876 0.715814</w:t>
        <w:br/>
        <w:t>vt 0.048342 0.711346</w:t>
        <w:br/>
        <w:t>vt 0.050275 0.716529</w:t>
        <w:br/>
        <w:t>vt 0.048342 0.711346</w:t>
        <w:br/>
        <w:t>vt 0.047384 0.711239</w:t>
        <w:br/>
        <w:t>vt 0.048736 0.716039</w:t>
        <w:br/>
        <w:t>vt 0.050275 0.716529</w:t>
        <w:br/>
        <w:t>vt 0.057824 0.607167</w:t>
        <w:br/>
        <w:t>vt 0.058568 0.606802</w:t>
        <w:br/>
        <w:t>vt 0.059260 0.611882</w:t>
        <w:br/>
        <w:t>vt 0.057955 0.612534</w:t>
        <w:br/>
        <w:t>vt 0.059264 0.606508</w:t>
        <w:br/>
        <w:t>vt 0.060627 0.611639</w:t>
        <w:br/>
        <w:t>vt 0.060286 0.606372</w:t>
        <w:br/>
        <w:t>vt 0.062376 0.612129</w:t>
        <w:br/>
        <w:t>vt 0.060627 0.611639</w:t>
        <w:br/>
        <w:t>vt 0.059264 0.606508</w:t>
        <w:br/>
        <w:t>vt 0.058244 0.726139</w:t>
        <w:br/>
        <w:t>vt 0.055930 0.719930</w:t>
        <w:br/>
        <w:t>vt 0.054248 0.721289</w:t>
        <w:br/>
        <w:t>vt 0.063463 0.618314</w:t>
        <w:br/>
        <w:t>vt 0.063898 0.625110</w:t>
        <w:br/>
        <w:t>vt 0.061525 0.623799</w:t>
        <w:br/>
        <w:t>vt 0.061441 0.617357</w:t>
        <w:br/>
        <w:t>vt 0.059658 0.617500</w:t>
        <w:br/>
        <w:t>vt 0.057996 0.618209</w:t>
        <w:br/>
        <w:t>vt 0.052148 0.721955</w:t>
        <w:br/>
        <w:t>vt 0.050363 0.721159</w:t>
        <w:br/>
        <w:t>vt 0.052148 0.721955</w:t>
        <w:br/>
        <w:t>vt 0.059357 0.644580</w:t>
        <w:br/>
        <w:t>vt 0.054781 0.644626</w:t>
        <w:br/>
        <w:t>vt 0.054177 0.638818</w:t>
        <w:br/>
        <w:t>vt 0.050398 0.645184</w:t>
        <w:br/>
        <w:t>vt 0.051635 0.748663</w:t>
        <w:br/>
        <w:t>vt 0.054938 0.750912</w:t>
        <w:br/>
        <w:t>vt 0.077861 0.742741</w:t>
        <w:br/>
        <w:t>vt 0.074761 0.753142</w:t>
        <w:br/>
        <w:t>vt 0.078483 0.753496</w:t>
        <w:br/>
        <w:t>vt 0.081364 0.742100</w:t>
        <w:br/>
        <w:t>vt 0.073212 0.742830</w:t>
        <w:br/>
        <w:t>vt 0.069939 0.752492</w:t>
        <w:br/>
        <w:t>vt 0.058687 0.655188</w:t>
        <w:br/>
        <w:t>vt 0.054719 0.653950</w:t>
        <w:br/>
        <w:t>vt 0.063533 0.645514</w:t>
        <w:br/>
        <w:t>vt 0.070294 0.637864</w:t>
        <w:br/>
        <w:t>vt 0.075081 0.639258</w:t>
        <w:br/>
        <w:t>vt 0.069886 0.647970</w:t>
        <w:br/>
        <w:t>vt 0.078936 0.641421</w:t>
        <w:br/>
        <w:t>vt 0.073310 0.650676</w:t>
        <w:br/>
        <w:t>vt 0.081970 0.643810</w:t>
        <w:br/>
        <w:t>vt 0.076023 0.653742</w:t>
        <w:br/>
        <w:t>vt 0.067949 0.742632</w:t>
        <w:br/>
        <w:t>vt 0.062778 0.751632</w:t>
        <w:br/>
        <w:t>vt 0.062971 0.743052</w:t>
        <w:br/>
        <w:t>vt 0.077505 0.717751</w:t>
        <w:br/>
        <w:t>vt 0.078722 0.729454</w:t>
        <w:br/>
        <w:t>vt 0.081722 0.728310</w:t>
        <w:br/>
        <w:t>vt 0.079944 0.716294</w:t>
        <w:br/>
        <w:t>vt 0.073950 0.718693</w:t>
        <w:br/>
        <w:t>vt 0.074564 0.729837</w:t>
        <w:br/>
        <w:t>vt 0.072479 0.616692</w:t>
        <w:br/>
        <w:t>vt 0.076110 0.616025</w:t>
        <w:br/>
        <w:t>vt 0.073935 0.626032</w:t>
        <w:br/>
        <w:t>vt 0.070249 0.626288</w:t>
        <w:br/>
        <w:t>vt 0.079879 0.616341</w:t>
        <w:br/>
        <w:t>vt 0.078350 0.626959</w:t>
        <w:br/>
        <w:t>vt 0.082919 0.617283</w:t>
        <w:br/>
        <w:t>vt 0.082002 0.628538</w:t>
        <w:br/>
        <w:t>vt 0.085705 0.618244</w:t>
        <w:br/>
        <w:t>vt 0.084919 0.630201</w:t>
        <w:br/>
        <w:t>vt 0.070241 0.718980</w:t>
        <w:br/>
        <w:t>vt 0.070271 0.729584</w:t>
        <w:br/>
        <w:t>vt 0.065907 0.728618</w:t>
        <w:br/>
        <w:t>vt 0.066251 0.718617</w:t>
        <w:br/>
        <w:t>vt 0.062123 0.726577</w:t>
        <w:br/>
        <w:t>vt 0.062779 0.717393</w:t>
        <w:br/>
        <w:t>vt 0.069159 0.617750</w:t>
        <w:br/>
        <w:t>vt 0.066658 0.626730</w:t>
        <w:br/>
        <w:t>vt 0.070798 0.698169</w:t>
        <w:br/>
        <w:t>vt 0.074948 0.707523</w:t>
        <w:br/>
        <w:t>vt 0.077065 0.705938</w:t>
        <w:br/>
        <w:t>vt 0.072652 0.696530</w:t>
        <w:br/>
        <w:t>vt 0.068291 0.699604</w:t>
        <w:br/>
        <w:t>vt 0.071909 0.708777</w:t>
        <w:br/>
        <w:t>vt 0.071075 0.598603</w:t>
        <w:br/>
        <w:t>vt 0.073997 0.597505</w:t>
        <w:br/>
        <w:t>vt 0.075786 0.606561</w:t>
        <w:br/>
        <w:t>vt 0.072459 0.607536</w:t>
        <w:br/>
        <w:t>vt 0.076482 0.596929</w:t>
        <w:br/>
        <w:t>vt 0.078868 0.606385</w:t>
        <w:br/>
        <w:t>vt 0.078665 0.596585</w:t>
        <w:br/>
        <w:t>vt 0.081548 0.606628</w:t>
        <w:br/>
        <w:t>vt 0.080874 0.596171</w:t>
        <w:br/>
        <w:t>vt 0.084085 0.607000</w:t>
        <w:br/>
        <w:t>vt 0.065733 0.700506</w:t>
        <w:br/>
        <w:t>vt 0.068770 0.709430</w:t>
        <w:br/>
        <w:t>vt 0.065329 0.709498</w:t>
        <w:br/>
        <w:t>vt 0.062871 0.700910</w:t>
        <w:br/>
        <w:t>vt 0.062027 0.708982</w:t>
        <w:br/>
        <w:t>vt 0.059807 0.701120</w:t>
        <w:br/>
        <w:t>vt 0.068267 0.599917</w:t>
        <w:br/>
        <w:t>vt 0.069437 0.608877</w:t>
        <w:br/>
        <w:t>vt 0.060178 0.684875</w:t>
        <w:br/>
        <w:t>vt 0.059032 0.686510</w:t>
        <w:br/>
        <w:t>vt 0.066191 0.691778</w:t>
        <w:br/>
        <w:t>vt 0.067682 0.690109</w:t>
        <w:br/>
        <w:t>vt 0.064311 0.693303</w:t>
        <w:br/>
        <w:t>vt 0.066607 0.584335</w:t>
        <w:br/>
        <w:t>vt 0.070935 0.591142</w:t>
        <w:br/>
        <w:t>vt 0.068583 0.592118</w:t>
        <w:br/>
        <w:t>vt 0.064572 0.585334</w:t>
        <w:br/>
        <w:t>vt 0.072731 0.590427</w:t>
        <w:br/>
        <w:t>vt 0.067821 0.583216</w:t>
        <w:br/>
        <w:t>vt 0.074313 0.589751</w:t>
        <w:br/>
        <w:t>vt 0.067821 0.583216</w:t>
        <w:br/>
        <w:t>vt 0.075925 0.588680</w:t>
        <w:br/>
        <w:t>vt 0.057655 0.687587</w:t>
        <w:br/>
        <w:t>vt 0.062448 0.694381</w:t>
        <w:br/>
        <w:t>vt 0.060382 0.695019</w:t>
        <w:br/>
        <w:t>vt 0.057633 0.695244</w:t>
        <w:br/>
        <w:t>vt 0.057655 0.687587</w:t>
        <w:br/>
        <w:t>vt 0.055621 0.687958</w:t>
        <w:br/>
        <w:t>vt 0.066232 0.593188</w:t>
        <w:br/>
        <w:t>vt 0.057637 0.764957</w:t>
        <w:br/>
        <w:t>vt 0.054441 0.763988</w:t>
        <w:br/>
        <w:t>vt 0.055347 0.769004</w:t>
        <w:br/>
        <w:t>vt 0.057052 0.769556</w:t>
        <w:br/>
        <w:t>vt 0.051824 0.764079</w:t>
        <w:br/>
        <w:t>vt 0.054362 0.769032</w:t>
        <w:br/>
        <w:t>vt 0.051008 0.663459</w:t>
        <w:br/>
        <w:t>vt 0.047925 0.659106</w:t>
        <w:br/>
        <w:t>vt 0.050594 0.658484</w:t>
        <w:br/>
        <w:t>vt 0.051888 0.663302</w:t>
        <w:br/>
        <w:t>vt 0.053386 0.658775</w:t>
        <w:br/>
        <w:t>vt 0.053024 0.663536</w:t>
        <w:br/>
        <w:t>vt 0.056191 0.659817</w:t>
        <w:br/>
        <w:t>vt 0.054254 0.664059</w:t>
        <w:br/>
        <w:t>vt 0.058633 0.661491</w:t>
        <w:br/>
        <w:t>vt 0.055390 0.664794</w:t>
        <w:br/>
        <w:t>vt 0.056264 0.665609</w:t>
        <w:br/>
        <w:t>vt 0.060557 0.663593</w:t>
        <w:br/>
        <w:t>vt 0.056668 0.666427</w:t>
        <w:br/>
        <w:t>vt 0.061705 0.666132</w:t>
        <w:br/>
        <w:t>vt 0.062316 0.771327</w:t>
        <w:br/>
        <w:t>vt 0.063021 0.771965</w:t>
        <w:br/>
        <w:t>vt 0.067765 0.769876</w:t>
        <w:br/>
        <w:t>vt 0.065860 0.768133</w:t>
        <w:br/>
        <w:t>vt 0.062781 0.766793</w:t>
        <w:br/>
        <w:t>vt 0.060694 0.770704</w:t>
        <w:br/>
        <w:t>vt 0.058694 0.770062</w:t>
        <w:br/>
        <w:t>vt 0.059529 0.765584</w:t>
        <w:br/>
        <w:t>vt 0.060490 0.761630</w:t>
        <w:br/>
        <w:t>vt 0.058077 0.761015</w:t>
        <w:br/>
        <w:t>vt 0.064832 0.762865</w:t>
        <w:br/>
        <w:t>vt 0.068964 0.764360</w:t>
        <w:br/>
        <w:t>vt 0.072120 0.765762</w:t>
        <w:br/>
        <w:t>vt 0.064642 0.660197</w:t>
        <w:br/>
        <w:t>vt 0.066607 0.663390</w:t>
        <w:br/>
        <w:t>vt 0.062197 0.657472</w:t>
        <w:br/>
        <w:t>vt 0.050928 0.653544</w:t>
        <w:br/>
        <w:t>vt 0.047243 0.653883</w:t>
        <w:br/>
        <w:t>vt 0.054128 0.759481</w:t>
        <w:br/>
        <w:t>vt 0.050801 0.758386</w:t>
        <w:br/>
        <w:t>vt 0.058626 0.603401</w:t>
        <w:br/>
        <w:t>vt 0.047295 0.707678</w:t>
        <w:br/>
        <w:t>vt 0.047295 0.707678</w:t>
        <w:br/>
        <w:t>vt 0.057824 0.607167</w:t>
        <w:br/>
        <w:t>vt 0.058626 0.603401</w:t>
        <w:br/>
        <w:t>vt 0.058626 0.603401</w:t>
        <w:br/>
        <w:t>vt 0.055940 0.683898</w:t>
        <w:br/>
        <w:t>vt 0.063759 0.581200</w:t>
        <w:br/>
        <w:t>vt 0.063759 0.581200</w:t>
        <w:br/>
        <w:t>vt 0.055621 0.687958</w:t>
        <w:br/>
        <w:t>vt 0.055940 0.683898</w:t>
        <w:br/>
        <w:t>vt 0.058949 0.751598</w:t>
        <w:br/>
        <w:t>vt 0.058177 0.741034</w:t>
        <w:br/>
        <w:t>vt 0.060373 0.738824</w:t>
        <w:br/>
        <w:t>vt 0.063892 0.640936</w:t>
        <w:br/>
        <w:t>vt 0.059855 0.738684</w:t>
        <w:br/>
        <w:t>vt 0.062971 0.743052</w:t>
        <w:br/>
        <w:t>vt 0.061282 0.637462</w:t>
        <w:br/>
        <w:t>vt 0.063892 0.640936</w:t>
        <w:br/>
        <w:t>vt 0.059844 0.639672</w:t>
        <w:br/>
        <w:t>vt 0.062355 0.637796</w:t>
        <w:br/>
        <w:t>vt 0.062355 0.637796</w:t>
        <w:br/>
        <w:t>vt 0.059844 0.639672</w:t>
        <w:br/>
        <w:t>vt 0.061282 0.637462</w:t>
        <w:br/>
        <w:t>vt 0.059855 0.738684</w:t>
        <w:br/>
        <w:t>vt 0.530569 0.817622</w:t>
        <w:br/>
        <w:t>vt 0.525398 0.828288</w:t>
        <w:br/>
        <w:t>vt 0.526130 0.829262</w:t>
        <w:br/>
        <w:t>vt 0.532598 0.821590</w:t>
        <w:br/>
        <w:t>vt 0.545355 0.813362</w:t>
        <w:br/>
        <w:t>vt 0.535237 0.807798</w:t>
        <w:br/>
        <w:t>vt 0.554679 0.808075</w:t>
        <w:br/>
        <w:t>vt 0.548149 0.802094</w:t>
        <w:br/>
        <w:t>vt 0.566045 0.805933</w:t>
        <w:br/>
        <w:t>vt 0.564879 0.804217</w:t>
        <w:br/>
        <w:t>vt 0.517905 0.831187</w:t>
        <w:br/>
        <w:t>vt 0.516859 0.819923</w:t>
        <w:br/>
        <w:t>vt 0.506973 0.823052</w:t>
        <w:br/>
        <w:t>vt 0.505167 0.831898</w:t>
        <w:br/>
        <w:t>vt 0.503238 0.818662</w:t>
        <w:br/>
        <w:t>vt 0.506973 0.823052</w:t>
        <w:br/>
        <w:t>vt 0.516859 0.819923</w:t>
        <w:br/>
        <w:t>vt 0.513142 0.811166</w:t>
        <w:br/>
        <w:t>vt 0.529086 0.814222</w:t>
        <w:br/>
        <w:t>vt 0.525201 0.806315</w:t>
        <w:br/>
        <w:t>vt 0.553857 0.797826</w:t>
        <w:br/>
        <w:t>vt 0.553857 0.797826</w:t>
        <w:br/>
        <w:t>vt 0.567819 0.795281</w:t>
        <w:br/>
        <w:t>vt 0.555678 0.789407</w:t>
        <w:br/>
        <w:t>vt 0.543966 0.791448</w:t>
        <w:br/>
        <w:t>vt 0.543355 0.787017</w:t>
        <w:br/>
        <w:t>vt 0.542247 0.795853</w:t>
        <w:br/>
        <w:t>vt 0.542247 0.795853</w:t>
        <w:br/>
        <w:t>vt 0.539666 0.798868</w:t>
        <w:br/>
        <w:t>vt 0.538851 0.787560</w:t>
        <w:br/>
        <w:t>vt 0.536215 0.788749</w:t>
        <w:br/>
        <w:t>vt 0.530076 0.787258</w:t>
        <w:br/>
        <w:t>vt 0.530826 0.796749</w:t>
        <w:br/>
        <w:t>vt 0.531034 0.801778</w:t>
        <w:br/>
        <w:t>vt 0.540952 0.802814</w:t>
        <w:br/>
        <w:t>vt 0.535237 0.807798</w:t>
        <w:br/>
        <w:t>vt 0.540952 0.802814</w:t>
        <w:br/>
        <w:t>vt 0.531034 0.801778</w:t>
        <w:br/>
        <w:t>vt 0.525201 0.806315</w:t>
        <w:br/>
        <w:t>vt 0.516549 0.797479</w:t>
        <w:br/>
        <w:t>vt 0.514662 0.798484</w:t>
        <w:br/>
        <w:t>vt 0.519290 0.794127</w:t>
        <w:br/>
        <w:t>vt 0.519290 0.794127</w:t>
        <w:br/>
        <w:t>vt 0.517946 0.787299</w:t>
        <w:br/>
        <w:t>vt 0.536213 0.832038</w:t>
        <w:br/>
        <w:t>vt 0.534840 0.825546</w:t>
        <w:br/>
        <w:t>vt 0.527509 0.830531</w:t>
        <w:br/>
        <w:t>vt 0.553199 0.828734</w:t>
        <w:br/>
        <w:t>vt 0.549436 0.820090</w:t>
        <w:br/>
        <w:t>vt 0.558417 0.814369</w:t>
        <w:br/>
        <w:t>vt 0.563624 0.822074</w:t>
        <w:br/>
        <w:t>vt 0.567560 0.808263</w:t>
        <w:br/>
        <w:t>vt 0.573408 0.811993</w:t>
        <w:br/>
        <w:t>vt 0.549436 0.820090</w:t>
        <w:br/>
        <w:t>vt 0.558417 0.814369</w:t>
        <w:br/>
        <w:t>vt 0.567560 0.808263</w:t>
        <w:br/>
        <w:t>vt 0.514662 0.798484</w:t>
        <w:br/>
        <w:t>vt 0.513923 0.804984</w:t>
        <w:br/>
        <w:t>vt 0.529086 0.814222</w:t>
        <w:br/>
        <w:t>vt 0.530569 0.817622</w:t>
        <w:br/>
        <w:t>vt 0.525398 0.828288</w:t>
        <w:br/>
        <w:t>vt 0.488487 0.793078</w:t>
        <w:br/>
        <w:t>vt 0.484826 0.794577</w:t>
        <w:br/>
        <w:t>vt 0.489772 0.803166</w:t>
        <w:br/>
        <w:t>vt 0.493464 0.798844</w:t>
        <w:br/>
        <w:t>vt 0.497885 0.800010</w:t>
        <w:br/>
        <w:t>vt 0.495400 0.806572</w:t>
        <w:br/>
        <w:t>vt 0.502482 0.807834</w:t>
        <w:br/>
        <w:t>vt 0.504063 0.801289</w:t>
        <w:br/>
        <w:t>vt 0.506239 0.795448</w:t>
        <w:br/>
        <w:t>vt 0.508676 0.790463</w:t>
        <w:br/>
        <w:t>vt 0.500748 0.790575</w:t>
        <w:br/>
        <w:t>vt 0.496606 0.790867</w:t>
        <w:br/>
        <w:t>vt 0.562399 0.738663</w:t>
        <w:br/>
        <w:t>vt 0.571017 0.740081</w:t>
        <w:br/>
        <w:t>vt 0.567334 0.743063</w:t>
        <w:br/>
        <w:t>vt 0.497859 0.824212</w:t>
        <w:br/>
        <w:t>vt 0.494914 0.821615</w:t>
        <w:br/>
        <w:t>vt 0.489608 0.816401</w:t>
        <w:br/>
        <w:t>vt 0.486520 0.817525</w:t>
        <w:br/>
        <w:t>vt 0.491189 0.830364</w:t>
        <w:br/>
        <w:t>vt 0.497859 0.824212</w:t>
        <w:br/>
        <w:t>vt 0.486520 0.817525</w:t>
        <w:br/>
        <w:t>vt 0.489608 0.816401</w:t>
        <w:br/>
        <w:t>vt 0.481963 0.810982</w:t>
        <w:br/>
        <w:t>vt 0.476976 0.816471</w:t>
        <w:br/>
        <w:t>vt 0.491601 0.809662</w:t>
        <w:br/>
        <w:t>vt 0.486987 0.806543</w:t>
        <w:br/>
        <w:t>vt 0.498883 0.814344</w:t>
        <w:br/>
        <w:t>vt 0.503238 0.818662</w:t>
        <w:br/>
        <w:t>vt 0.498883 0.814344</w:t>
        <w:br/>
        <w:t>vt 0.481614 0.805096</w:t>
        <w:br/>
        <w:t>vt 0.477924 0.793295</w:t>
        <w:br/>
        <w:t>vt 0.477115 0.804919</w:t>
        <w:br/>
        <w:t>vt 0.469216 0.792678</w:t>
        <w:br/>
        <w:t>vt 0.469353 0.805211</w:t>
        <w:br/>
        <w:t>vt 0.476688 0.810252</w:t>
        <w:br/>
        <w:t>vt 0.469093 0.811805</w:t>
        <w:br/>
        <w:t>vt 0.476976 0.816471</w:t>
        <w:br/>
        <w:t>vt 0.481963 0.810982</w:t>
        <w:br/>
        <w:t>vt 0.469264 0.809020</w:t>
        <w:br/>
        <w:t>vt 0.477115 0.804919</w:t>
        <w:br/>
        <w:t>vt 0.469353 0.805211</w:t>
        <w:br/>
        <w:t>vt 0.481614 0.805096</w:t>
        <w:br/>
        <w:t>vt 0.486987 0.806543</w:t>
        <w:br/>
        <w:t>vt 0.462233 0.804026</w:t>
        <w:br/>
        <w:t>vt 0.461213 0.808091</w:t>
        <w:br/>
        <w:t>vt 0.462233 0.804026</w:t>
        <w:br/>
        <w:t>vt 0.462301 0.793153</w:t>
        <w:br/>
        <w:t>vt 0.482431 0.819678</w:t>
        <w:br/>
        <w:t>vt 0.475830 0.826436</w:t>
        <w:br/>
        <w:t>vt 0.472902 0.825344</w:t>
        <w:br/>
        <w:t>vt 0.484459 0.829760</w:t>
        <w:br/>
        <w:t>vt 0.482431 0.819678</w:t>
        <w:br/>
        <w:t>vt 0.468327 0.815479</w:t>
        <w:br/>
        <w:t>vt 0.468327 0.815479</w:t>
        <w:br/>
        <w:t>vt 0.462928 0.815945</w:t>
        <w:br/>
        <w:t>vt 0.465551 0.827289</w:t>
        <w:br/>
        <w:t>vt 0.472902 0.825344</w:t>
        <w:br/>
        <w:t>vt 0.462928 0.815945</w:t>
        <w:br/>
        <w:t>vt 0.457767 0.828169</w:t>
        <w:br/>
        <w:t>vt 0.456472 0.817045</w:t>
        <w:br/>
        <w:t>vt 0.454261 0.812003</w:t>
        <w:br/>
        <w:t>vt 0.456472 0.817045</w:t>
        <w:br/>
        <w:t>vt 0.459550 0.803673</w:t>
        <w:br/>
        <w:t>vt 0.458251 0.793983</w:t>
        <w:br/>
        <w:t>vt 0.450184 0.817151</w:t>
        <w:br/>
        <w:t>vt 0.449010 0.826563</w:t>
        <w:br/>
        <w:t>vt 0.450184 0.817151</w:t>
        <w:br/>
        <w:t>vt 0.453118 0.808555</w:t>
        <w:br/>
        <w:t>vt 0.459550 0.803673</w:t>
        <w:br/>
        <w:t>vt 0.452955 0.805301</w:t>
        <w:br/>
        <w:t>vt 0.453118 0.808555</w:t>
        <w:br/>
        <w:t>vt 0.446060 0.807624</w:t>
        <w:br/>
        <w:t>vt 0.445471 0.809292</w:t>
        <w:br/>
        <w:t>vt 0.454261 0.812003</w:t>
        <w:br/>
        <w:t>vt 0.442185 0.806349</w:t>
        <w:br/>
        <w:t>vt 0.443025 0.804610</w:t>
        <w:br/>
        <w:t>vt 0.454306 0.792977</w:t>
        <w:br/>
        <w:t>vt 0.446060 0.807624</w:t>
        <w:br/>
        <w:t>vt 0.447575 0.804689</w:t>
        <w:br/>
        <w:t>vt 0.444571 0.802967</w:t>
        <w:br/>
        <w:t>vt 0.449462 0.792028</w:t>
        <w:br/>
        <w:t>vt 0.447575 0.804689</w:t>
        <w:br/>
        <w:t>vt 0.446334 0.791958</w:t>
        <w:br/>
        <w:t>vt 0.441488 0.792820</w:t>
        <w:br/>
        <w:t>vt 0.440145 0.793621</w:t>
        <w:br/>
        <w:t>vt 0.439795 0.794063</w:t>
        <w:br/>
        <w:t>vt 0.444415 0.812958</w:t>
        <w:br/>
        <w:t>vt 0.442843 0.815956</w:t>
        <w:br/>
        <w:t>vt 0.438990 0.809747</w:t>
        <w:br/>
        <w:t>vt 0.442185 0.806349</w:t>
        <w:br/>
        <w:t>vt 0.436611 0.811980</w:t>
        <w:br/>
        <w:t>vt 0.435948 0.807124</w:t>
        <w:br/>
        <w:t>vt 0.439795 0.794063</w:t>
        <w:br/>
        <w:t>vt 0.435948 0.807124</w:t>
        <w:br/>
        <w:t>vt 0.431888 0.810737</w:t>
        <w:br/>
        <w:t>vt 0.434384 0.814218</w:t>
        <w:br/>
        <w:t>vt 0.439433 0.816976</w:t>
        <w:br/>
        <w:t>vt 0.442046 0.827686</w:t>
        <w:br/>
        <w:t>vt 0.442843 0.815956</w:t>
        <w:br/>
        <w:t>vt 0.439433 0.816976</w:t>
        <w:br/>
        <w:t>vt 0.432822 0.817176</w:t>
        <w:br/>
        <w:t>vt 0.436610 0.819604</w:t>
        <w:br/>
        <w:t>vt 0.436610 0.819604</w:t>
        <w:br/>
        <w:t>vt 0.438624 0.827569</w:t>
        <w:br/>
        <w:t>vt 0.427972 0.807441</w:t>
        <w:br/>
        <w:t>vt 0.427972 0.807441</w:t>
        <w:br/>
        <w:t>vt 0.429491 0.793992</w:t>
        <w:br/>
        <w:t>vt 0.427079 0.813882</w:t>
        <w:br/>
        <w:t>vt 0.433349 0.826511</w:t>
        <w:br/>
        <w:t>vt 0.432822 0.817176</w:t>
        <w:br/>
        <w:t>vt 0.429839 0.825736</w:t>
        <w:br/>
        <w:t>vt 0.427079 0.813882</w:t>
        <w:br/>
        <w:t>vt 0.548149 0.802094</w:t>
        <w:br/>
        <w:t>vt 0.585360 0.774362</w:t>
        <w:br/>
        <w:t>vt 0.589455 0.762698</w:t>
        <w:br/>
        <w:t>vt 0.590487 0.766954</w:t>
        <w:br/>
        <w:t>vt 0.586274 0.775578</w:t>
        <w:br/>
        <w:t>vt 0.595778 0.755357</w:t>
        <w:br/>
        <w:t>vt 0.603031 0.757941</w:t>
        <w:br/>
        <w:t>vt 0.608960 0.750698</w:t>
        <w:br/>
        <w:t>vt 0.614123 0.754840</w:t>
        <w:br/>
        <w:t>vt 0.625061 0.751785</w:t>
        <w:br/>
        <w:t>vt 0.625818 0.753975</w:t>
        <w:br/>
        <w:t>vt 0.588320 0.758361</w:t>
        <w:br/>
        <w:t>vt 0.575277 0.763034</w:t>
        <w:br/>
        <w:t>vt 0.576700 0.775222</w:t>
        <w:br/>
        <w:t>vt 0.564448 0.777594</w:t>
        <w:br/>
        <w:t>vt 0.564360 0.766964</w:t>
        <w:br/>
        <w:t>vt 0.575277 0.763034</w:t>
        <w:br/>
        <w:t>vt 0.564360 0.766964</w:t>
        <w:br/>
        <w:t>vt 0.562659 0.763297</w:t>
        <w:br/>
        <w:t>vt 0.573406 0.757462</w:t>
        <w:br/>
        <w:t>vt 0.585884 0.753462</w:t>
        <w:br/>
        <w:t>vt 0.614008 0.745353</w:t>
        <w:br/>
        <w:t>vt 0.625061 0.751785</w:t>
        <w:br/>
        <w:t>vt 0.614008 0.745353</w:t>
        <w:br/>
        <w:t>vt 0.617581 0.739562</w:t>
        <w:br/>
        <w:t>vt 0.629045 0.745843</w:t>
        <w:br/>
        <w:t>vt 0.605483 0.738277</w:t>
        <w:br/>
        <w:t>vt 0.617581 0.739562</w:t>
        <w:br/>
        <w:t>vt 0.605154 0.741673</w:t>
        <w:br/>
        <w:t>vt 0.605154 0.741673</w:t>
        <w:br/>
        <w:t>vt 0.603078 0.745697</w:t>
        <w:br/>
        <w:t>vt 0.599679 0.746769</w:t>
        <w:br/>
        <w:t>vt 0.598632 0.739653</w:t>
        <w:br/>
        <w:t>vt 0.601237 0.739249</w:t>
        <w:br/>
        <w:t>vt 0.590583 0.744175</w:t>
        <w:br/>
        <w:t>vt 0.592587 0.737893</w:t>
        <w:br/>
        <w:t>vt 0.598632 0.739653</w:t>
        <w:br/>
        <w:t>vt 0.600964 0.750328</w:t>
        <w:br/>
        <w:t>vt 0.590188 0.748303</w:t>
        <w:br/>
        <w:t>vt 0.590583 0.744175</w:t>
        <w:br/>
        <w:t>vt 0.577305 0.745533</w:t>
        <w:br/>
        <w:t>vt 0.579931 0.742358</w:t>
        <w:br/>
        <w:t>vt 0.580833 0.737544</w:t>
        <w:br/>
        <w:t>vt 0.579931 0.742358</w:t>
        <w:br/>
        <w:t>vt 0.575543 0.746464</w:t>
        <w:br/>
        <w:t>vt 0.596026 0.778531</w:t>
        <w:br/>
        <w:t>vt 0.587588 0.776865</w:t>
        <w:br/>
        <w:t>vt 0.592784 0.771546</w:t>
        <w:br/>
        <w:t>vt 0.607201 0.766595</w:t>
        <w:br/>
        <w:t>vt 0.612015 0.777730</w:t>
        <w:br/>
        <w:t>vt 0.620858 0.771882</w:t>
        <w:br/>
        <w:t>vt 0.617444 0.761556</w:t>
        <w:br/>
        <w:t>vt 0.629905 0.762292</w:t>
        <w:br/>
        <w:t>vt 0.626881 0.755872</w:t>
        <w:br/>
        <w:t>vt 0.573870 0.750801</w:t>
        <w:br/>
        <w:t>vt 0.549542 0.740369</w:t>
        <w:br/>
        <w:t>vt 0.554071 0.744283</w:t>
        <w:br/>
        <w:t>vt 0.550394 0.748356</w:t>
        <w:br/>
        <w:t>vt 0.545518 0.741723</w:t>
        <w:br/>
        <w:t>vt 0.558351 0.745155</w:t>
        <w:br/>
        <w:t>vt 0.555516 0.751182</w:t>
        <w:br/>
        <w:t>vt 0.564378 0.746377</w:t>
        <w:br/>
        <w:t>vt 0.562599 0.753262</w:t>
        <w:br/>
        <w:t>vt 0.571017 0.740081</w:t>
        <w:br/>
        <w:t>vt 0.564378 0.746377</w:t>
        <w:br/>
        <w:t>vt 0.558351 0.745155</w:t>
        <w:br/>
        <w:t>vt 0.558011 0.738639</w:t>
        <w:br/>
        <w:t>vt 0.549542 0.740369</w:t>
        <w:br/>
        <w:t>vt 0.556843 0.767113</w:t>
        <w:br/>
        <w:t>vt 0.564448 0.777594</w:t>
        <w:br/>
        <w:t>vt 0.544708 0.760259</w:t>
        <w:br/>
        <w:t>vt 0.547888 0.758401</w:t>
        <w:br/>
        <w:t>vt 0.553923 0.764324</w:t>
        <w:br/>
        <w:t>vt 0.550880 0.772328</w:t>
        <w:br/>
        <w:t>vt 0.556843 0.767113</w:t>
        <w:br/>
        <w:t>vt 0.541448 0.754542</w:t>
        <w:br/>
        <w:t>vt 0.547888 0.758401</w:t>
        <w:br/>
        <w:t>vt 0.544708 0.760259</w:t>
        <w:br/>
        <w:t>vt 0.535785 0.758988</w:t>
        <w:br/>
        <w:t>vt 0.547159 0.751612</w:t>
        <w:br/>
        <w:t>vt 0.551272 0.753249</w:t>
        <w:br/>
        <w:t>vt 0.558814 0.757251</w:t>
        <w:br/>
        <w:t>vt 0.542185 0.748910</w:t>
        <w:br/>
        <w:t>vt 0.538742 0.739499</w:t>
        <w:br/>
        <w:t>vt 0.545518 0.741723</w:t>
        <w:br/>
        <w:t>vt 0.542185 0.748910</w:t>
        <w:br/>
        <w:t>vt 0.537683 0.747705</w:t>
        <w:br/>
        <w:t>vt 0.528832 0.746461</w:t>
        <w:br/>
        <w:t>vt 0.528881 0.737746</w:t>
        <w:br/>
        <w:t>vt 0.536785 0.752782</w:t>
        <w:br/>
        <w:t>vt 0.528320 0.753557</w:t>
        <w:br/>
        <w:t>vt 0.528566 0.750406</w:t>
        <w:br/>
        <w:t>vt 0.537683 0.747705</w:t>
        <w:br/>
        <w:t>vt 0.528832 0.746461</w:t>
        <w:br/>
        <w:t>vt 0.521297 0.746121</w:t>
        <w:br/>
        <w:t>vt 0.520500 0.750364</w:t>
        <w:br/>
        <w:t>vt 0.521297 0.746121</w:t>
        <w:br/>
        <w:t>vt 0.521705 0.738158</w:t>
        <w:br/>
        <w:t>vt 0.539526 0.762652</w:t>
        <w:br/>
        <w:t>vt 0.530695 0.769056</w:t>
        <w:br/>
        <w:t>vt 0.533413 0.771886</w:t>
        <w:br/>
        <w:t>vt 0.550880 0.772328</w:t>
        <w:br/>
        <w:t>vt 0.543297 0.772941</w:t>
        <w:br/>
        <w:t>vt 0.539526 0.762652</w:t>
        <w:br/>
        <w:t>vt 0.533413 0.771886</w:t>
        <w:br/>
        <w:t>vt 0.530695 0.769056</w:t>
        <w:br/>
        <w:t>vt 0.527443 0.757211</w:t>
        <w:br/>
        <w:t>vt 0.523116 0.769086</w:t>
        <w:br/>
        <w:t>vt 0.521971 0.756866</w:t>
        <w:br/>
        <w:t>vt 0.515536 0.769352</w:t>
        <w:br/>
        <w:t>vt 0.514996 0.757759</w:t>
        <w:br/>
        <w:t>vt 0.514996 0.757759</w:t>
        <w:br/>
        <w:t>vt 0.513334 0.753257</w:t>
        <w:br/>
        <w:t>vt 0.518805 0.746555</w:t>
        <w:br/>
        <w:t>vt 0.518805 0.746555</w:t>
        <w:br/>
        <w:t>vt 0.517501 0.739100</w:t>
        <w:br/>
        <w:t>vt 0.506927 0.767599</w:t>
        <w:br/>
        <w:t>vt 0.508644 0.757944</w:t>
        <w:br/>
        <w:t>vt 0.504795 0.749591</w:t>
        <w:br/>
        <w:t>vt 0.505182 0.747469</w:t>
        <w:br/>
        <w:t>vt 0.512611 0.749388</w:t>
        <w:br/>
        <w:t>vt 0.501933 0.747128</w:t>
        <w:br/>
        <w:t>vt 0.502808 0.745387</w:t>
        <w:br/>
        <w:t>vt 0.512418 0.746259</w:t>
        <w:br/>
        <w:t>vt 0.513668 0.737900</w:t>
        <w:br/>
        <w:t>vt 0.512418 0.746259</w:t>
        <w:br/>
        <w:t>vt 0.507143 0.744738</w:t>
        <w:br/>
        <w:t>vt 0.504372 0.743978</w:t>
        <w:br/>
        <w:t>vt 0.507143 0.744738</w:t>
        <w:br/>
        <w:t>vt 0.509142 0.736210</w:t>
        <w:br/>
        <w:t>vt 0.504372 0.743978</w:t>
        <w:br/>
        <w:t>vt 0.506042 0.735884</w:t>
        <w:br/>
        <w:t>vt 0.502808 0.745387</w:t>
        <w:br/>
        <w:t>vt 0.500051 0.737532</w:t>
        <w:br/>
        <w:t>vt 0.501212 0.736682</w:t>
        <w:br/>
        <w:t>vt 0.499950 0.737802</w:t>
        <w:br/>
        <w:t>vt 0.501933 0.747128</w:t>
        <w:br/>
        <w:t>vt 0.503685 0.752967</w:t>
        <w:br/>
        <w:t>vt 0.501619 0.756563</w:t>
        <w:br/>
        <w:t>vt 0.498903 0.749682</w:t>
        <w:br/>
        <w:t>vt 0.501619 0.756563</w:t>
        <w:br/>
        <w:t>vt 0.496486 0.751462</w:t>
        <w:br/>
        <w:t>vt 0.495762 0.746625</w:t>
        <w:br/>
        <w:t>vt 0.499950 0.737802</w:t>
        <w:br/>
        <w:t>vt 0.501933 0.747128</w:t>
        <w:br/>
        <w:t>vt 0.495762 0.746625</w:t>
        <w:br/>
        <w:t>vt 0.492264 0.750105</w:t>
        <w:br/>
        <w:t>vt 0.494206 0.753795</w:t>
        <w:br/>
        <w:t>vt 0.497663 0.757855</w:t>
        <w:br/>
        <w:t>vt 0.500346 0.768295</w:t>
        <w:br/>
        <w:t>vt 0.492055 0.756941</w:t>
        <w:br/>
        <w:t>vt 0.495231 0.760857</w:t>
        <w:br/>
        <w:t>vt 0.497291 0.768311</w:t>
        <w:br/>
        <w:t>vt 0.487230 0.753677</w:t>
        <w:br/>
        <w:t>vt 0.489052 0.765448</w:t>
        <w:br/>
        <w:t>vt 0.492252 0.767149</w:t>
        <w:br/>
        <w:t>vt 0.490189 0.745531</w:t>
        <w:br/>
        <w:t>vt 0.490948 0.737725</w:t>
        <w:br/>
        <w:t>vt 0.490189 0.745531</w:t>
        <w:br/>
        <w:t>vt 0.486026 0.763466</w:t>
        <w:br/>
        <w:t>vt 0.426323 0.826442</w:t>
        <w:br/>
        <w:t>vt 0.489772 0.803166</w:t>
        <w:br/>
        <w:t>vt 0.550394 0.748356</w:t>
        <w:br/>
        <w:t>vt 0.508676 0.790463</w:t>
        <w:br/>
        <w:t>vt 0.576541 0.807687</w:t>
        <w:br/>
        <w:t>vt 0.573993 0.806049</w:t>
        <w:br/>
        <w:t>vt 0.573993 0.806049</w:t>
        <w:br/>
        <w:t>vt 0.573222 0.804393</w:t>
        <w:br/>
        <w:t>vt 0.572449 0.802868</w:t>
        <w:br/>
        <w:t>vt 0.573759 0.798872</w:t>
        <w:br/>
        <w:t>vt 0.632471 0.756456</w:t>
        <w:br/>
        <w:t>vt 0.633963 0.759213</w:t>
        <w:br/>
        <w:t>vt 0.632057 0.754939</w:t>
        <w:br/>
        <w:t>vt 0.633874 0.750654</w:t>
        <w:br/>
        <w:t>vt 0.631730 0.753552</w:t>
        <w:br/>
        <w:t>vt 0.053547 0.728298</w:t>
        <w:br/>
        <w:t>vt 0.056261 0.727672</w:t>
        <w:br/>
        <w:t>vt 0.058177 0.741034</w:t>
        <w:br/>
        <w:t>vt 0.055668 0.743559</w:t>
        <w:br/>
        <w:t>vt 0.052663 0.741045</w:t>
        <w:br/>
        <w:t>vt 0.051464 0.727093</w:t>
        <w:br/>
        <w:t>vt 0.057431 0.624477</w:t>
        <w:br/>
        <w:t>vt 0.054177 0.638818</w:t>
        <w:br/>
        <w:t>vt 0.056873 0.638496</w:t>
        <w:br/>
        <w:t>vt 0.059434 0.623838</w:t>
        <w:br/>
        <w:t>vt 0.061525 0.623799</w:t>
        <w:br/>
        <w:t>vt 0.059844 0.639672</w:t>
        <w:br/>
        <w:t>vt 0.053136 0.714576</w:t>
        <w:br/>
        <w:t>vt 0.051876 0.715814</w:t>
        <w:br/>
        <w:t>vt 0.049103 0.710702</w:t>
        <w:br/>
        <w:t>vt 0.049705 0.709858</w:t>
        <w:br/>
        <w:t>vt 0.048342 0.711346</w:t>
        <w:br/>
        <w:t>vt 0.050275 0.716529</w:t>
        <w:br/>
        <w:t>vt 0.048342 0.711346</w:t>
        <w:br/>
        <w:t>vt 0.050275 0.716529</w:t>
        <w:br/>
        <w:t>vt 0.048736 0.716039</w:t>
        <w:br/>
        <w:t>vt 0.047384 0.711239</w:t>
        <w:br/>
        <w:t>vt 0.057824 0.607167</w:t>
        <w:br/>
        <w:t>vt 0.057955 0.612534</w:t>
        <w:br/>
        <w:t>vt 0.059260 0.611882</w:t>
        <w:br/>
        <w:t>vt 0.058568 0.606802</w:t>
        <w:br/>
        <w:t>vt 0.060627 0.611639</w:t>
        <w:br/>
        <w:t>vt 0.059264 0.606508</w:t>
        <w:br/>
        <w:t>vt 0.060286 0.606372</w:t>
        <w:br/>
        <w:t>vt 0.059264 0.606508</w:t>
        <w:br/>
        <w:t>vt 0.060627 0.611639</w:t>
        <w:br/>
        <w:t>vt 0.062376 0.612129</w:t>
        <w:br/>
        <w:t>vt 0.058244 0.726139</w:t>
        <w:br/>
        <w:t>vt 0.054248 0.721289</w:t>
        <w:br/>
        <w:t>vt 0.055930 0.719930</w:t>
        <w:br/>
        <w:t>vt 0.063463 0.618314</w:t>
        <w:br/>
        <w:t>vt 0.061441 0.617357</w:t>
        <w:br/>
        <w:t>vt 0.061525 0.623799</w:t>
        <w:br/>
        <w:t>vt 0.063898 0.625110</w:t>
        <w:br/>
        <w:t>vt 0.059658 0.617500</w:t>
        <w:br/>
        <w:t>vt 0.057996 0.618209</w:t>
        <w:br/>
        <w:t>vt 0.050363 0.721159</w:t>
        <w:br/>
        <w:t>vt 0.052148 0.721955</w:t>
        <w:br/>
        <w:t>vt 0.052148 0.721955</w:t>
        <w:br/>
        <w:t>vt 0.054781 0.644626</w:t>
        <w:br/>
        <w:t>vt 0.059357 0.644580</w:t>
        <w:br/>
        <w:t>vt 0.054177 0.638818</w:t>
        <w:br/>
        <w:t>vt 0.050398 0.645184</w:t>
        <w:br/>
        <w:t>vt 0.054938 0.750912</w:t>
        <w:br/>
        <w:t>vt 0.051635 0.748663</w:t>
        <w:br/>
        <w:t>vt 0.077861 0.742741</w:t>
        <w:br/>
        <w:t>vt 0.081364 0.742100</w:t>
        <w:br/>
        <w:t>vt 0.078483 0.753496</w:t>
        <w:br/>
        <w:t>vt 0.074761 0.753142</w:t>
        <w:br/>
        <w:t>vt 0.073212 0.742830</w:t>
        <w:br/>
        <w:t>vt 0.069939 0.752492</w:t>
        <w:br/>
        <w:t>vt 0.058687 0.655188</w:t>
        <w:br/>
        <w:t>vt 0.063533 0.645514</w:t>
        <w:br/>
        <w:t>vt 0.054719 0.653950</w:t>
        <w:br/>
        <w:t>vt 0.070294 0.637864</w:t>
        <w:br/>
        <w:t>vt 0.069886 0.647970</w:t>
        <w:br/>
        <w:t>vt 0.075081 0.639258</w:t>
        <w:br/>
        <w:t>vt 0.073310 0.650676</w:t>
        <w:br/>
        <w:t>vt 0.078936 0.641421</w:t>
        <w:br/>
        <w:t>vt 0.081970 0.643810</w:t>
        <w:br/>
        <w:t>vt 0.076023 0.653742</w:t>
        <w:br/>
        <w:t>vt 0.067949 0.742632</w:t>
        <w:br/>
        <w:t>vt 0.062778 0.751632</w:t>
        <w:br/>
        <w:t>vt 0.062971 0.743052</w:t>
        <w:br/>
        <w:t>vt 0.077505 0.717751</w:t>
        <w:br/>
        <w:t>vt 0.079944 0.716294</w:t>
        <w:br/>
        <w:t>vt 0.081722 0.728310</w:t>
        <w:br/>
        <w:t>vt 0.078722 0.729454</w:t>
        <w:br/>
        <w:t>vt 0.073950 0.718693</w:t>
        <w:br/>
        <w:t>vt 0.074564 0.729837</w:t>
        <w:br/>
        <w:t>vt 0.072479 0.616692</w:t>
        <w:br/>
        <w:t>vt 0.070249 0.626288</w:t>
        <w:br/>
        <w:t>vt 0.073935 0.626032</w:t>
        <w:br/>
        <w:t>vt 0.076110 0.616025</w:t>
        <w:br/>
        <w:t>vt 0.078350 0.626959</w:t>
        <w:br/>
        <w:t>vt 0.079879 0.616341</w:t>
        <w:br/>
        <w:t>vt 0.082919 0.617283</w:t>
        <w:br/>
        <w:t>vt 0.082002 0.628538</w:t>
        <w:br/>
        <w:t>vt 0.085705 0.618244</w:t>
        <w:br/>
        <w:t>vt 0.084919 0.630201</w:t>
        <w:br/>
        <w:t>vt 0.070241 0.718980</w:t>
        <w:br/>
        <w:t>vt 0.070271 0.729584</w:t>
        <w:br/>
        <w:t>vt 0.065907 0.728618</w:t>
        <w:br/>
        <w:t>vt 0.066251 0.718617</w:t>
        <w:br/>
        <w:t>vt 0.062123 0.726577</w:t>
        <w:br/>
        <w:t>vt 0.062779 0.717393</w:t>
        <w:br/>
        <w:t>vt 0.069159 0.617750</w:t>
        <w:br/>
        <w:t>vt 0.066658 0.626730</w:t>
        <w:br/>
        <w:t>vt 0.070798 0.698169</w:t>
        <w:br/>
        <w:t>vt 0.072652 0.696530</w:t>
        <w:br/>
        <w:t>vt 0.077065 0.705938</w:t>
        <w:br/>
        <w:t>vt 0.074948 0.707523</w:t>
        <w:br/>
        <w:t>vt 0.071909 0.708777</w:t>
        <w:br/>
        <w:t>vt 0.068291 0.699604</w:t>
        <w:br/>
        <w:t>vt 0.071075 0.598603</w:t>
        <w:br/>
        <w:t>vt 0.072459 0.607536</w:t>
        <w:br/>
        <w:t>vt 0.075786 0.606561</w:t>
        <w:br/>
        <w:t>vt 0.073997 0.597505</w:t>
        <w:br/>
        <w:t>vt 0.076482 0.596929</w:t>
        <w:br/>
        <w:t>vt 0.078868 0.606385</w:t>
        <w:br/>
        <w:t>vt 0.078665 0.596585</w:t>
        <w:br/>
        <w:t>vt 0.081548 0.606628</w:t>
        <w:br/>
        <w:t>vt 0.080874 0.596171</w:t>
        <w:br/>
        <w:t>vt 0.084085 0.607000</w:t>
        <w:br/>
        <w:t>vt 0.068770 0.709430</w:t>
        <w:br/>
        <w:t>vt 0.065733 0.700506</w:t>
        <w:br/>
        <w:t>vt 0.065329 0.709498</w:t>
        <w:br/>
        <w:t>vt 0.062871 0.700910</w:t>
        <w:br/>
        <w:t>vt 0.062027 0.708982</w:t>
        <w:br/>
        <w:t>vt 0.059807 0.701120</w:t>
        <w:br/>
        <w:t>vt 0.068333 0.599903</w:t>
        <w:br/>
        <w:t>vt 0.069437 0.608877</w:t>
        <w:br/>
        <w:t>vt 0.060178 0.684875</w:t>
        <w:br/>
        <w:t>vt 0.067682 0.690109</w:t>
        <w:br/>
        <w:t>vt 0.066191 0.691778</w:t>
        <w:br/>
        <w:t>vt 0.059032 0.686510</w:t>
        <w:br/>
        <w:t>vt 0.064311 0.693303</w:t>
        <w:br/>
        <w:t>vt 0.066607 0.584335</w:t>
        <w:br/>
        <w:t>vt 0.064572 0.585334</w:t>
        <w:br/>
        <w:t>vt 0.068583 0.592118</w:t>
        <w:br/>
        <w:t>vt 0.070935 0.591142</w:t>
        <w:br/>
        <w:t>vt 0.072731 0.590427</w:t>
        <w:br/>
        <w:t>vt 0.067821 0.583216</w:t>
        <w:br/>
        <w:t>vt 0.074313 0.589751</w:t>
        <w:br/>
        <w:t>vt 0.067821 0.583216</w:t>
        <w:br/>
        <w:t>vt 0.075925 0.588680</w:t>
        <w:br/>
        <w:t>vt 0.062448 0.694381</w:t>
        <w:br/>
        <w:t>vt 0.057655 0.687587</w:t>
        <w:br/>
        <w:t>vt 0.060382 0.695019</w:t>
        <w:br/>
        <w:t>vt 0.057633 0.695244</w:t>
        <w:br/>
        <w:t>vt 0.055621 0.687958</w:t>
        <w:br/>
        <w:t>vt 0.057655 0.687587</w:t>
        <w:br/>
        <w:t>vt 0.066208 0.593204</w:t>
        <w:br/>
        <w:t>vt 0.055347 0.769004</w:t>
        <w:br/>
        <w:t>vt 0.054441 0.763988</w:t>
        <w:br/>
        <w:t>vt 0.057637 0.764957</w:t>
        <w:br/>
        <w:t>vt 0.057052 0.769556</w:t>
        <w:br/>
        <w:t>vt 0.054362 0.769032</w:t>
        <w:br/>
        <w:t>vt 0.051824 0.764079</w:t>
        <w:br/>
        <w:t>vt 0.051018 0.663490</w:t>
        <w:br/>
        <w:t>vt 0.051889 0.663320</w:t>
        <w:br/>
        <w:t>vt 0.050594 0.658484</w:t>
        <w:br/>
        <w:t>vt 0.047925 0.659106</w:t>
        <w:br/>
        <w:t>vt 0.053024 0.663536</w:t>
        <w:br/>
        <w:t>vt 0.053386 0.658775</w:t>
        <w:br/>
        <w:t>vt 0.054254 0.664059</w:t>
        <w:br/>
        <w:t>vt 0.056191 0.659817</w:t>
        <w:br/>
        <w:t>vt 0.055390 0.664794</w:t>
        <w:br/>
        <w:t>vt 0.058633 0.661491</w:t>
        <w:br/>
        <w:t>vt 0.056264 0.665609</w:t>
        <w:br/>
        <w:t>vt 0.060557 0.663593</w:t>
        <w:br/>
        <w:t>vt 0.056668 0.666427</w:t>
        <w:br/>
        <w:t>vt 0.061705 0.666132</w:t>
        <w:br/>
        <w:t>vt 0.062316 0.771327</w:t>
        <w:br/>
        <w:t>vt 0.065860 0.768133</w:t>
        <w:br/>
        <w:t>vt 0.067765 0.769876</w:t>
        <w:br/>
        <w:t>vt 0.063021 0.771965</w:t>
        <w:br/>
        <w:t>vt 0.062781 0.766793</w:t>
        <w:br/>
        <w:t>vt 0.060694 0.770704</w:t>
        <w:br/>
        <w:t>vt 0.058694 0.770062</w:t>
        <w:br/>
        <w:t>vt 0.059529 0.765584</w:t>
        <w:br/>
        <w:t>vt 0.058077 0.761015</w:t>
        <w:br/>
        <w:t>vt 0.060490 0.761630</w:t>
        <w:br/>
        <w:t>vt 0.064832 0.762865</w:t>
        <w:br/>
        <w:t>vt 0.068964 0.764360</w:t>
        <w:br/>
        <w:t>vt 0.072120 0.765762</w:t>
        <w:br/>
        <w:t>vt 0.066607 0.663390</w:t>
        <w:br/>
        <w:t>vt 0.064642 0.660197</w:t>
        <w:br/>
        <w:t>vt 0.062197 0.657472</w:t>
        <w:br/>
        <w:t>vt 0.050928 0.653544</w:t>
        <w:br/>
        <w:t>vt 0.047243 0.653883</w:t>
        <w:br/>
        <w:t>vt 0.050801 0.758386</w:t>
        <w:br/>
        <w:t>vt 0.054128 0.759481</w:t>
        <w:br/>
        <w:t>vt 0.058626 0.603401</w:t>
        <w:br/>
        <w:t>vt 0.047295 0.707678</w:t>
        <w:br/>
        <w:t>vt 0.047295 0.707678</w:t>
        <w:br/>
        <w:t>vt 0.057824 0.607167</w:t>
        <w:br/>
        <w:t>vt 0.058626 0.603401</w:t>
        <w:br/>
        <w:t>vt 0.058626 0.603401</w:t>
        <w:br/>
        <w:t>vt 0.055940 0.683898</w:t>
        <w:br/>
        <w:t>vt 0.063759 0.581200</w:t>
        <w:br/>
        <w:t>vt 0.063759 0.581200</w:t>
        <w:br/>
        <w:t>vt 0.055621 0.687958</w:t>
        <w:br/>
        <w:t>vt 0.055940 0.683898</w:t>
        <w:br/>
        <w:t>vt 0.058949 0.751598</w:t>
        <w:br/>
        <w:t>vt 0.060373 0.738824</w:t>
        <w:br/>
        <w:t>vt 0.058177 0.741034</w:t>
        <w:br/>
        <w:t>vt 0.063892 0.640936</w:t>
        <w:br/>
        <w:t>vt 0.059855 0.738684</w:t>
        <w:br/>
        <w:t>vt 0.062971 0.743052</w:t>
        <w:br/>
        <w:t>vt 0.061282 0.637462</w:t>
        <w:br/>
        <w:t>vt 0.062355 0.637796</w:t>
        <w:br/>
        <w:t>vt 0.059844 0.639672</w:t>
        <w:br/>
        <w:t>vt 0.063892 0.640936</w:t>
        <w:br/>
        <w:t>vt 0.059844 0.639672</w:t>
        <w:br/>
        <w:t>vt 0.062355 0.637796</w:t>
        <w:br/>
        <w:t>vt 0.061282 0.637462</w:t>
        <w:br/>
        <w:t>vt 0.059855 0.738684</w:t>
        <w:br/>
        <w:t>vt 0.526130 0.829262</w:t>
        <w:br/>
        <w:t>vt 0.525398 0.828288</w:t>
        <w:br/>
        <w:t>vt 0.530569 0.817622</w:t>
        <w:br/>
        <w:t>vt 0.532598 0.821590</w:t>
        <w:br/>
        <w:t>vt 0.545355 0.813362</w:t>
        <w:br/>
        <w:t>vt 0.535237 0.807798</w:t>
        <w:br/>
        <w:t>vt 0.548149 0.802094</w:t>
        <w:br/>
        <w:t>vt 0.554679 0.808075</w:t>
        <w:br/>
        <w:t>vt 0.564879 0.804217</w:t>
        <w:br/>
        <w:t>vt 0.566045 0.805933</w:t>
        <w:br/>
        <w:t>vt 0.517905 0.831187</w:t>
        <w:br/>
        <w:t>vt 0.505167 0.831898</w:t>
        <w:br/>
        <w:t>vt 0.506973 0.823052</w:t>
        <w:br/>
        <w:t>vt 0.516859 0.819923</w:t>
        <w:br/>
        <w:t>vt 0.503238 0.818662</w:t>
        <w:br/>
        <w:t>vt 0.513142 0.811166</w:t>
        <w:br/>
        <w:t>vt 0.516859 0.819923</w:t>
        <w:br/>
        <w:t>vt 0.506973 0.823052</w:t>
        <w:br/>
        <w:t>vt 0.525201 0.806315</w:t>
        <w:br/>
        <w:t>vt 0.529086 0.814222</w:t>
        <w:br/>
        <w:t>vt 0.553857 0.797826</w:t>
        <w:br/>
        <w:t>vt 0.567819 0.795281</w:t>
        <w:br/>
        <w:t>vt 0.553857 0.797826</w:t>
        <w:br/>
        <w:t>vt 0.555678 0.789407</w:t>
        <w:br/>
        <w:t>vt 0.543966 0.791448</w:t>
        <w:br/>
        <w:t>vt 0.543355 0.787017</w:t>
        <w:br/>
        <w:t>vt 0.542247 0.795853</w:t>
        <w:br/>
        <w:t>vt 0.542247 0.795853</w:t>
        <w:br/>
        <w:t>vt 0.539666 0.798868</w:t>
        <w:br/>
        <w:t>vt 0.536215 0.788749</w:t>
        <w:br/>
        <w:t>vt 0.538851 0.787560</w:t>
        <w:br/>
        <w:t>vt 0.530826 0.796749</w:t>
        <w:br/>
        <w:t>vt 0.530076 0.787258</w:t>
        <w:br/>
        <w:t>vt 0.540952 0.802814</w:t>
        <w:br/>
        <w:t>vt 0.531034 0.801778</w:t>
        <w:br/>
        <w:t>vt 0.535237 0.807798</w:t>
        <w:br/>
        <w:t>vt 0.525201 0.806315</w:t>
        <w:br/>
        <w:t>vt 0.531034 0.801778</w:t>
        <w:br/>
        <w:t>vt 0.540952 0.802814</w:t>
        <w:br/>
        <w:t>vt 0.514662 0.798484</w:t>
        <w:br/>
        <w:t>vt 0.516549 0.797479</w:t>
        <w:br/>
        <w:t>vt 0.519290 0.794127</w:t>
        <w:br/>
        <w:t>vt 0.519290 0.794127</w:t>
        <w:br/>
        <w:t>vt 0.517946 0.787299</w:t>
        <w:br/>
        <w:t>vt 0.536213 0.832038</w:t>
        <w:br/>
        <w:t>vt 0.527509 0.830531</w:t>
        <w:br/>
        <w:t>vt 0.534840 0.825546</w:t>
        <w:br/>
        <w:t>vt 0.553199 0.828734</w:t>
        <w:br/>
        <w:t>vt 0.549436 0.820090</w:t>
        <w:br/>
        <w:t>vt 0.558417 0.814369</w:t>
        <w:br/>
        <w:t>vt 0.563624 0.822074</w:t>
        <w:br/>
        <w:t>vt 0.567560 0.808263</w:t>
        <w:br/>
        <w:t>vt 0.573408 0.811993</w:t>
        <w:br/>
        <w:t>vt 0.549436 0.820090</w:t>
        <w:br/>
        <w:t>vt 0.558417 0.814369</w:t>
        <w:br/>
        <w:t>vt 0.567560 0.808263</w:t>
        <w:br/>
        <w:t>vt 0.513923 0.804984</w:t>
        <w:br/>
        <w:t>vt 0.514662 0.798484</w:t>
        <w:br/>
        <w:t>vt 0.529086 0.814222</w:t>
        <w:br/>
        <w:t>vt 0.530569 0.817622</w:t>
        <w:br/>
        <w:t>vt 0.525398 0.828288</w:t>
        <w:br/>
        <w:t>vt 0.488487 0.793078</w:t>
        <w:br/>
        <w:t>vt 0.493464 0.798844</w:t>
        <w:br/>
        <w:t>vt 0.489772 0.803166</w:t>
        <w:br/>
        <w:t>vt 0.484826 0.794577</w:t>
        <w:br/>
        <w:t>vt 0.497885 0.800010</w:t>
        <w:br/>
        <w:t>vt 0.495400 0.806572</w:t>
        <w:br/>
        <w:t>vt 0.502482 0.807834</w:t>
        <w:br/>
        <w:t>vt 0.504063 0.801289</w:t>
        <w:br/>
        <w:t>vt 0.506239 0.795448</w:t>
        <w:br/>
        <w:t>vt 0.508676 0.790463</w:t>
        <w:br/>
        <w:t>vt 0.500748 0.790575</w:t>
        <w:br/>
        <w:t>vt 0.496606 0.790867</w:t>
        <w:br/>
        <w:t>vt 0.562399 0.738663</w:t>
        <w:br/>
        <w:t>vt 0.567334 0.743063</w:t>
        <w:br/>
        <w:t>vt 0.571017 0.740081</w:t>
        <w:br/>
        <w:t>vt 0.497859 0.824212</w:t>
        <w:br/>
        <w:t>vt 0.494914 0.821615</w:t>
        <w:br/>
        <w:t>vt 0.491189 0.830364</w:t>
        <w:br/>
        <w:t>vt 0.486520 0.817525</w:t>
        <w:br/>
        <w:t>vt 0.489608 0.816401</w:t>
        <w:br/>
        <w:t>vt 0.497859 0.824212</w:t>
        <w:br/>
        <w:t>vt 0.486520 0.817525</w:t>
        <w:br/>
        <w:t>vt 0.476976 0.816471</w:t>
        <w:br/>
        <w:t>vt 0.481963 0.810982</w:t>
        <w:br/>
        <w:t>vt 0.489608 0.816401</w:t>
        <w:br/>
        <w:t>vt 0.491601 0.809662</w:t>
        <w:br/>
        <w:t>vt 0.486987 0.806543</w:t>
        <w:br/>
        <w:t>vt 0.498883 0.814344</w:t>
        <w:br/>
        <w:t>vt 0.498883 0.814344</w:t>
        <w:br/>
        <w:t>vt 0.503238 0.818662</w:t>
        <w:br/>
        <w:t>vt 0.481614 0.805096</w:t>
        <w:br/>
        <w:t>vt 0.477115 0.804919</w:t>
        <w:br/>
        <w:t>vt 0.477924 0.793295</w:t>
        <w:br/>
        <w:t>vt 0.469353 0.805211</w:t>
        <w:br/>
        <w:t>vt 0.469216 0.792678</w:t>
        <w:br/>
        <w:t>vt 0.476688 0.810252</w:t>
        <w:br/>
        <w:t>vt 0.481963 0.810982</w:t>
        <w:br/>
        <w:t>vt 0.476976 0.816471</w:t>
        <w:br/>
        <w:t>vt 0.469093 0.811805</w:t>
        <w:br/>
        <w:t>vt 0.469264 0.809020</w:t>
        <w:br/>
        <w:t>vt 0.469353 0.805211</w:t>
        <w:br/>
        <w:t>vt 0.477115 0.804919</w:t>
        <w:br/>
        <w:t>vt 0.481614 0.805096</w:t>
        <w:br/>
        <w:t>vt 0.486987 0.806543</w:t>
        <w:br/>
        <w:t>vt 0.462233 0.804026</w:t>
        <w:br/>
        <w:t>vt 0.461213 0.808091</w:t>
        <w:br/>
        <w:t>vt 0.462233 0.804026</w:t>
        <w:br/>
        <w:t>vt 0.462301 0.793153</w:t>
        <w:br/>
        <w:t>vt 0.482431 0.819678</w:t>
        <w:br/>
        <w:t>vt 0.475830 0.826436</w:t>
        <w:br/>
        <w:t>vt 0.472902 0.825344</w:t>
        <w:br/>
        <w:t>vt 0.484459 0.829760</w:t>
        <w:br/>
        <w:t>vt 0.482431 0.819678</w:t>
        <w:br/>
        <w:t>vt 0.468327 0.815479</w:t>
        <w:br/>
        <w:t>vt 0.468327 0.815479</w:t>
        <w:br/>
        <w:t>vt 0.472902 0.825344</w:t>
        <w:br/>
        <w:t>vt 0.465551 0.827289</w:t>
        <w:br/>
        <w:t>vt 0.462928 0.815945</w:t>
        <w:br/>
        <w:t>vt 0.462928 0.815945</w:t>
        <w:br/>
        <w:t>vt 0.457767 0.828169</w:t>
        <w:br/>
        <w:t>vt 0.456472 0.817045</w:t>
        <w:br/>
        <w:t>vt 0.456472 0.817045</w:t>
        <w:br/>
        <w:t>vt 0.454261 0.812003</w:t>
        <w:br/>
        <w:t>vt 0.459550 0.803673</w:t>
        <w:br/>
        <w:t>vt 0.458251 0.793983</w:t>
        <w:br/>
        <w:t>vt 0.449010 0.826563</w:t>
        <w:br/>
        <w:t>vt 0.450184 0.817151</w:t>
        <w:br/>
        <w:t>vt 0.450184 0.817151</w:t>
        <w:br/>
        <w:t>vt 0.453118 0.808555</w:t>
        <w:br/>
        <w:t>vt 0.452955 0.805301</w:t>
        <w:br/>
        <w:t>vt 0.459550 0.803673</w:t>
        <w:br/>
        <w:t>vt 0.453118 0.808555</w:t>
        <w:br/>
        <w:t>vt 0.454261 0.812003</w:t>
        <w:br/>
        <w:t>vt 0.445471 0.809292</w:t>
        <w:br/>
        <w:t>vt 0.446060 0.807624</w:t>
        <w:br/>
        <w:t>vt 0.442185 0.806349</w:t>
        <w:br/>
        <w:t>vt 0.443025 0.804610</w:t>
        <w:br/>
        <w:t>vt 0.454306 0.792977</w:t>
        <w:br/>
        <w:t>vt 0.446060 0.807624</w:t>
        <w:br/>
        <w:t>vt 0.447575 0.804689</w:t>
        <w:br/>
        <w:t>vt 0.444571 0.802967</w:t>
        <w:br/>
        <w:t>vt 0.447575 0.804689</w:t>
        <w:br/>
        <w:t>vt 0.449462 0.792028</w:t>
        <w:br/>
        <w:t>vt 0.446334 0.791958</w:t>
        <w:br/>
        <w:t>vt 0.440145 0.793621</w:t>
        <w:br/>
        <w:t>vt 0.441488 0.792820</w:t>
        <w:br/>
        <w:t>vt 0.439795 0.794063</w:t>
        <w:br/>
        <w:t>vt 0.444415 0.812958</w:t>
        <w:br/>
        <w:t>vt 0.442843 0.815956</w:t>
        <w:br/>
        <w:t>vt 0.438990 0.809747</w:t>
        <w:br/>
        <w:t>vt 0.442185 0.806349</w:t>
        <w:br/>
        <w:t>vt 0.436611 0.811980</w:t>
        <w:br/>
        <w:t>vt 0.435948 0.807124</w:t>
        <w:br/>
        <w:t>vt 0.439795 0.794063</w:t>
        <w:br/>
        <w:t>vt 0.431888 0.810737</w:t>
        <w:br/>
        <w:t>vt 0.435948 0.807124</w:t>
        <w:br/>
        <w:t>vt 0.434384 0.814218</w:t>
        <w:br/>
        <w:t>vt 0.439433 0.816976</w:t>
        <w:br/>
        <w:t>vt 0.442046 0.827686</w:t>
        <w:br/>
        <w:t>vt 0.439433 0.816976</w:t>
        <w:br/>
        <w:t>vt 0.442843 0.815956</w:t>
        <w:br/>
        <w:t>vt 0.436610 0.819604</w:t>
        <w:br/>
        <w:t>vt 0.432822 0.817176</w:t>
        <w:br/>
        <w:t>vt 0.438624 0.827569</w:t>
        <w:br/>
        <w:t>vt 0.436610 0.819604</w:t>
        <w:br/>
        <w:t>vt 0.427972 0.807441</w:t>
        <w:br/>
        <w:t>vt 0.427972 0.807441</w:t>
        <w:br/>
        <w:t>vt 0.429491 0.793992</w:t>
        <w:br/>
        <w:t>vt 0.427079 0.813882</w:t>
        <w:br/>
        <w:t>vt 0.433349 0.826511</w:t>
        <w:br/>
        <w:t>vt 0.429839 0.825736</w:t>
        <w:br/>
        <w:t>vt 0.432822 0.817176</w:t>
        <w:br/>
        <w:t>vt 0.427079 0.813882</w:t>
        <w:br/>
        <w:t>vt 0.548149 0.802094</w:t>
        <w:br/>
        <w:t>vt 0.585360 0.774362</w:t>
        <w:br/>
        <w:t>vt 0.586274 0.775578</w:t>
        <w:br/>
        <w:t>vt 0.590487 0.766954</w:t>
        <w:br/>
        <w:t>vt 0.589455 0.762698</w:t>
        <w:br/>
        <w:t>vt 0.595778 0.755357</w:t>
        <w:br/>
        <w:t>vt 0.603031 0.757941</w:t>
        <w:br/>
        <w:t>vt 0.614123 0.754840</w:t>
        <w:br/>
        <w:t>vt 0.608960 0.750698</w:t>
        <w:br/>
        <w:t>vt 0.625818 0.753975</w:t>
        <w:br/>
        <w:t>vt 0.625061 0.751785</w:t>
        <w:br/>
        <w:t>vt 0.588320 0.758361</w:t>
        <w:br/>
        <w:t>vt 0.575277 0.763034</w:t>
        <w:br/>
        <w:t>vt 0.576700 0.775222</w:t>
        <w:br/>
        <w:t>vt 0.564360 0.766964</w:t>
        <w:br/>
        <w:t>vt 0.564448 0.777594</w:t>
        <w:br/>
        <w:t>vt 0.575277 0.763034</w:t>
        <w:br/>
        <w:t>vt 0.573406 0.757462</w:t>
        <w:br/>
        <w:t>vt 0.562659 0.763297</w:t>
        <w:br/>
        <w:t>vt 0.564360 0.766964</w:t>
        <w:br/>
        <w:t>vt 0.585884 0.753462</w:t>
        <w:br/>
        <w:t>vt 0.614008 0.745353</w:t>
        <w:br/>
        <w:t>vt 0.617581 0.739562</w:t>
        <w:br/>
        <w:t>vt 0.614008 0.745353</w:t>
        <w:br/>
        <w:t>vt 0.625061 0.751785</w:t>
        <w:br/>
        <w:t>vt 0.629045 0.745843</w:t>
        <w:br/>
        <w:t>vt 0.617581 0.739562</w:t>
        <w:br/>
        <w:t>vt 0.605483 0.738277</w:t>
        <w:br/>
        <w:t>vt 0.605154 0.741673</w:t>
        <w:br/>
        <w:t>vt 0.605154 0.741673</w:t>
        <w:br/>
        <w:t>vt 0.603078 0.745697</w:t>
        <w:br/>
        <w:t>vt 0.599679 0.746769</w:t>
        <w:br/>
        <w:t>vt 0.601237 0.739249</w:t>
        <w:br/>
        <w:t>vt 0.598632 0.739653</w:t>
        <w:br/>
        <w:t>vt 0.590583 0.744175</w:t>
        <w:br/>
        <w:t>vt 0.598632 0.739653</w:t>
        <w:br/>
        <w:t>vt 0.592587 0.737893</w:t>
        <w:br/>
        <w:t>vt 0.590583 0.744175</w:t>
        <w:br/>
        <w:t>vt 0.590188 0.748303</w:t>
        <w:br/>
        <w:t>vt 0.600964 0.750328</w:t>
        <w:br/>
        <w:t>vt 0.579931 0.742358</w:t>
        <w:br/>
        <w:t>vt 0.577305 0.745533</w:t>
        <w:br/>
        <w:t>vt 0.580833 0.737544</w:t>
        <w:br/>
        <w:t>vt 0.579931 0.742358</w:t>
        <w:br/>
        <w:t>vt 0.575543 0.746464</w:t>
        <w:br/>
        <w:t>vt 0.596026 0.778531</w:t>
        <w:br/>
        <w:t>vt 0.592784 0.771546</w:t>
        <w:br/>
        <w:t>vt 0.587588 0.776865</w:t>
        <w:br/>
        <w:t>vt 0.607201 0.766595</w:t>
        <w:br/>
        <w:t>vt 0.612015 0.777730</w:t>
        <w:br/>
        <w:t>vt 0.620858 0.771882</w:t>
        <w:br/>
        <w:t>vt 0.617444 0.761556</w:t>
        <w:br/>
        <w:t>vt 0.629905 0.762292</w:t>
        <w:br/>
        <w:t>vt 0.626881 0.755872</w:t>
        <w:br/>
        <w:t>vt 0.573870 0.750801</w:t>
        <w:br/>
        <w:t>vt 0.549542 0.740369</w:t>
        <w:br/>
        <w:t>vt 0.545518 0.741723</w:t>
        <w:br/>
        <w:t>vt 0.550394 0.748356</w:t>
        <w:br/>
        <w:t>vt 0.554071 0.744283</w:t>
        <w:br/>
        <w:t>vt 0.555516 0.751182</w:t>
        <w:br/>
        <w:t>vt 0.558351 0.745155</w:t>
        <w:br/>
        <w:t>vt 0.562599 0.753262</w:t>
        <w:br/>
        <w:t>vt 0.564378 0.746377</w:t>
        <w:br/>
        <w:t>vt 0.571017 0.740081</w:t>
        <w:br/>
        <w:t>vt 0.564378 0.746377</w:t>
        <w:br/>
        <w:t>vt 0.558351 0.745155</w:t>
        <w:br/>
        <w:t>vt 0.558011 0.738639</w:t>
        <w:br/>
        <w:t>vt 0.549542 0.740369</w:t>
        <w:br/>
        <w:t>vt 0.556843 0.767113</w:t>
        <w:br/>
        <w:t>vt 0.564448 0.777594</w:t>
        <w:br/>
        <w:t>vt 0.544708 0.760259</w:t>
        <w:br/>
        <w:t>vt 0.550880 0.772328</w:t>
        <w:br/>
        <w:t>vt 0.553923 0.764324</w:t>
        <w:br/>
        <w:t>vt 0.547888 0.758401</w:t>
        <w:br/>
        <w:t>vt 0.556843 0.767113</w:t>
        <w:br/>
        <w:t>vt 0.541448 0.754542</w:t>
        <w:br/>
        <w:t>vt 0.535785 0.758988</w:t>
        <w:br/>
        <w:t>vt 0.544708 0.760259</w:t>
        <w:br/>
        <w:t>vt 0.547888 0.758401</w:t>
        <w:br/>
        <w:t>vt 0.551272 0.753249</w:t>
        <w:br/>
        <w:t>vt 0.547159 0.751612</w:t>
        <w:br/>
        <w:t>vt 0.558814 0.757251</w:t>
        <w:br/>
        <w:t>vt 0.542185 0.748910</w:t>
        <w:br/>
        <w:t>vt 0.542185 0.748910</w:t>
        <w:br/>
        <w:t>vt 0.545518 0.741723</w:t>
        <w:br/>
        <w:t>vt 0.538742 0.739499</w:t>
        <w:br/>
        <w:t>vt 0.537683 0.747705</w:t>
        <w:br/>
        <w:t>vt 0.528832 0.746461</w:t>
        <w:br/>
        <w:t>vt 0.528881 0.737746</w:t>
        <w:br/>
        <w:t>vt 0.536785 0.752782</w:t>
        <w:br/>
        <w:t>vt 0.528320 0.753557</w:t>
        <w:br/>
        <w:t>vt 0.528566 0.750406</w:t>
        <w:br/>
        <w:t>vt 0.537683 0.747705</w:t>
        <w:br/>
        <w:t>vt 0.528832 0.746461</w:t>
        <w:br/>
        <w:t>vt 0.521297 0.746121</w:t>
        <w:br/>
        <w:t>vt 0.520500 0.750364</w:t>
        <w:br/>
        <w:t>vt 0.521705 0.738158</w:t>
        <w:br/>
        <w:t>vt 0.521297 0.746121</w:t>
        <w:br/>
        <w:t>vt 0.539526 0.762652</w:t>
        <w:br/>
        <w:t>vt 0.530695 0.769056</w:t>
        <w:br/>
        <w:t>vt 0.533413 0.771886</w:t>
        <w:br/>
        <w:t>vt 0.539526 0.762652</w:t>
        <w:br/>
        <w:t>vt 0.543297 0.772941</w:t>
        <w:br/>
        <w:t>vt 0.550880 0.772328</w:t>
        <w:br/>
        <w:t>vt 0.533413 0.771886</w:t>
        <w:br/>
        <w:t>vt 0.530695 0.769056</w:t>
        <w:br/>
        <w:t>vt 0.527443 0.757211</w:t>
        <w:br/>
        <w:t>vt 0.521971 0.756866</w:t>
        <w:br/>
        <w:t>vt 0.523116 0.769086</w:t>
        <w:br/>
        <w:t>vt 0.515536 0.769352</w:t>
        <w:br/>
        <w:t>vt 0.514996 0.757759</w:t>
        <w:br/>
        <w:t>vt 0.513334 0.753257</w:t>
        <w:br/>
        <w:t>vt 0.514996 0.757759</w:t>
        <w:br/>
        <w:t>vt 0.518805 0.746555</w:t>
        <w:br/>
        <w:t>vt 0.517501 0.739100</w:t>
        <w:br/>
        <w:t>vt 0.518805 0.746555</w:t>
        <w:br/>
        <w:t>vt 0.508644 0.757944</w:t>
        <w:br/>
        <w:t>vt 0.506927 0.767599</w:t>
        <w:br/>
        <w:t>vt 0.504795 0.749591</w:t>
        <w:br/>
        <w:t>vt 0.512611 0.749388</w:t>
        <w:br/>
        <w:t>vt 0.505182 0.747469</w:t>
        <w:br/>
        <w:t>vt 0.501933 0.747128</w:t>
        <w:br/>
        <w:t>vt 0.502808 0.745387</w:t>
        <w:br/>
        <w:t>vt 0.512418 0.746259</w:t>
        <w:br/>
        <w:t>vt 0.513668 0.737900</w:t>
        <w:br/>
        <w:t>vt 0.512418 0.746259</w:t>
        <w:br/>
        <w:t>vt 0.507143 0.744738</w:t>
        <w:br/>
        <w:t>vt 0.504372 0.743978</w:t>
        <w:br/>
        <w:t>vt 0.507143 0.744738</w:t>
        <w:br/>
        <w:t>vt 0.509142 0.736210</w:t>
        <w:br/>
        <w:t>vt 0.506042 0.735884</w:t>
        <w:br/>
        <w:t>vt 0.504372 0.743978</w:t>
        <w:br/>
        <w:t>vt 0.501212 0.736682</w:t>
        <w:br/>
        <w:t>vt 0.500051 0.737532</w:t>
        <w:br/>
        <w:t>vt 0.502808 0.745387</w:t>
        <w:br/>
        <w:t>vt 0.499950 0.737802</w:t>
        <w:br/>
        <w:t>vt 0.501933 0.747128</w:t>
        <w:br/>
        <w:t>vt 0.503685 0.752967</w:t>
        <w:br/>
        <w:t>vt 0.501619 0.756563</w:t>
        <w:br/>
        <w:t>vt 0.498903 0.749682</w:t>
        <w:br/>
        <w:t>vt 0.501619 0.756563</w:t>
        <w:br/>
        <w:t>vt 0.496486 0.751462</w:t>
        <w:br/>
        <w:t>vt 0.495762 0.746625</w:t>
        <w:br/>
        <w:t>vt 0.501933 0.747128</w:t>
        <w:br/>
        <w:t>vt 0.499950 0.737802</w:t>
        <w:br/>
        <w:t>vt 0.495762 0.746625</w:t>
        <w:br/>
        <w:t>vt 0.492264 0.750105</w:t>
        <w:br/>
        <w:t>vt 0.494206 0.753795</w:t>
        <w:br/>
        <w:t>vt 0.497663 0.757855</w:t>
        <w:br/>
        <w:t>vt 0.500346 0.768295</w:t>
        <w:br/>
        <w:t>vt 0.492055 0.756941</w:t>
        <w:br/>
        <w:t>vt 0.495231 0.760857</w:t>
        <w:br/>
        <w:t>vt 0.497291 0.768311</w:t>
        <w:br/>
        <w:t>vt 0.487230 0.753677</w:t>
        <w:br/>
        <w:t>vt 0.489052 0.765448</w:t>
        <w:br/>
        <w:t>vt 0.492252 0.767149</w:t>
        <w:br/>
        <w:t>vt 0.490189 0.745531</w:t>
        <w:br/>
        <w:t>vt 0.490948 0.737725</w:t>
        <w:br/>
        <w:t>vt 0.490189 0.745531</w:t>
        <w:br/>
        <w:t>vt 0.486026 0.763466</w:t>
        <w:br/>
        <w:t>vt 0.426323 0.826442</w:t>
        <w:br/>
        <w:t>vt 0.489772 0.803166</w:t>
        <w:br/>
        <w:t>vt 0.550394 0.748356</w:t>
        <w:br/>
        <w:t>vt 0.508676 0.790463</w:t>
        <w:br/>
        <w:t>vt 0.573993 0.806049</w:t>
        <w:br/>
        <w:t>vt 0.576541 0.807687</w:t>
        <w:br/>
        <w:t>vt 0.573222 0.804393</w:t>
        <w:br/>
        <w:t>vt 0.573993 0.806049</w:t>
        <w:br/>
        <w:t>vt 0.573759 0.798872</w:t>
        <w:br/>
        <w:t>vt 0.572449 0.802868</w:t>
        <w:br/>
        <w:t>vt 0.633963 0.759213</w:t>
        <w:br/>
        <w:t>vt 0.632471 0.756456</w:t>
        <w:br/>
        <w:t>vt 0.632057 0.754939</w:t>
        <w:br/>
        <w:t>vt 0.631730 0.753552</w:t>
        <w:br/>
        <w:t>vt 0.633874 0.750654</w:t>
        <w:br/>
        <w:t>vt 0.196970 0.027290</w:t>
        <w:br/>
        <w:t>vt 0.197430 0.011570</w:t>
        <w:br/>
        <w:t>vt 0.189210 0.012210</w:t>
        <w:br/>
        <w:t>vt 0.189270 0.027940</w:t>
        <w:br/>
        <w:t>vt 0.180260 0.012650</w:t>
        <w:br/>
        <w:t>vt 0.180730 0.028410</w:t>
        <w:br/>
        <w:t>vt 0.206500 0.028120</w:t>
        <w:br/>
        <w:t>vt 0.207750 0.011570</w:t>
        <w:br/>
        <w:t>vt 0.168400 0.012680</w:t>
        <w:br/>
        <w:t>vt 0.169800 0.029170</w:t>
        <w:br/>
        <w:t>vt 0.218120 0.028330</w:t>
        <w:br/>
        <w:t>vt 0.219290 0.011570</w:t>
        <w:br/>
        <w:t>vt 0.157850 0.013030</w:t>
        <w:br/>
        <w:t>vt 0.159850 0.030330</w:t>
        <w:br/>
        <w:t>vt 0.246470 0.013600</w:t>
        <w:br/>
        <w:t>vt 0.245640 0.029700</w:t>
        <w:br/>
        <w:t>vt 0.206500 0.028120</w:t>
        <w:br/>
        <w:t>vt 0.196970 0.027290</w:t>
        <w:br/>
        <w:t>vt 0.201080 0.039150</w:t>
        <w:br/>
        <w:t>vt 0.208180 0.039840</w:t>
        <w:br/>
        <w:t>vt 0.218120 0.028330</w:t>
        <w:br/>
        <w:t>vt 0.219040 0.040420</w:t>
        <w:br/>
        <w:t>vt 0.242020 0.040750</w:t>
        <w:br/>
        <w:t>vt 0.245640 0.029700</w:t>
        <w:br/>
        <w:t>vt 0.180730 0.028410</w:t>
        <w:br/>
        <w:t>vt 0.169800 0.029170</w:t>
        <w:br/>
        <w:t>vt 0.173080 0.040020</w:t>
        <w:br/>
        <w:t>vt 0.184230 0.039560</w:t>
        <w:br/>
        <w:t>vt 0.193380 0.039300</w:t>
        <w:br/>
        <w:t>vt 0.189270 0.027940</w:t>
        <w:br/>
        <w:t>vt 0.200910 0.056900</w:t>
        <w:br/>
        <w:t>vt 0.207720 0.057160</w:t>
        <w:br/>
        <w:t>vt 0.208180 0.039840</w:t>
        <w:br/>
        <w:t>vt 0.201080 0.039150</w:t>
        <w:br/>
        <w:t>vt 0.218710 0.057070</w:t>
        <w:br/>
        <w:t>vt 0.219040 0.040420</w:t>
        <w:br/>
        <w:t>vt 0.193380 0.039300</w:t>
        <w:br/>
        <w:t>vt 0.193540 0.056360</w:t>
        <w:br/>
        <w:t>vt 0.240860 0.055970</w:t>
        <w:br/>
        <w:t>vt 0.242020 0.040750</w:t>
        <w:br/>
        <w:t>vt 0.184230 0.039560</w:t>
        <w:br/>
        <w:t>vt 0.185140 0.055780</w:t>
        <w:br/>
        <w:t>vt 0.173080 0.040020</w:t>
        <w:br/>
        <w:t>vt 0.174130 0.055240</w:t>
        <w:br/>
        <w:t>vt 0.163620 0.040800</w:t>
        <w:br/>
        <w:t>vt 0.159850 0.030330</w:t>
        <w:br/>
        <w:t>vt 0.163620 0.040800</w:t>
        <w:br/>
        <w:t>vt 0.164770 0.055210</w:t>
        <w:br/>
        <w:t>vt 0.220750 0.212170</w:t>
        <w:br/>
        <w:t>vt 0.220390 0.220330</w:t>
        <w:br/>
        <w:t>vt 0.231910 0.220090</w:t>
        <w:br/>
        <w:t>vt 0.232520 0.211960</w:t>
        <w:br/>
        <w:t>vt 0.242960 0.218760</w:t>
        <w:br/>
        <w:t>vt 0.243750 0.210840</w:t>
        <w:br/>
        <w:t>vt 0.231910 0.220090</w:t>
        <w:br/>
        <w:t>vt 0.231230 0.239260</w:t>
        <w:br/>
        <w:t>vt 0.242990 0.238300</w:t>
        <w:br/>
        <w:t>vt 0.230100 0.255930</w:t>
        <w:br/>
        <w:t>vt 0.243350 0.255970</w:t>
        <w:br/>
        <w:t>vt 0.230280 0.266390</w:t>
        <w:br/>
        <w:t>vt 0.244750 0.266100</w:t>
        <w:br/>
        <w:t>vt 0.215420 0.254990</w:t>
        <w:br/>
        <w:t>vt 0.218320 0.238660</w:t>
        <w:br/>
        <w:t>vt 0.220390 0.220330</w:t>
        <w:br/>
        <w:t>vt 0.211600 0.220300</w:t>
        <w:br/>
        <w:t>vt 0.208650 0.237270</w:t>
        <w:br/>
        <w:t>vt 0.211600 0.220300</w:t>
        <w:br/>
        <w:t>vt 0.211420 0.211780</w:t>
        <w:br/>
        <w:t>vt 0.258270 0.218700</w:t>
        <w:br/>
        <w:t>vt 0.258270 0.208460</w:t>
        <w:br/>
        <w:t>vt 0.258270 0.236420</w:t>
        <w:br/>
        <w:t>vt 0.258270 0.255720</w:t>
        <w:br/>
        <w:t>vt 0.213650 0.265430</w:t>
        <w:br/>
        <w:t>vt 0.204320 0.253100</w:t>
        <w:br/>
        <w:t>vt 0.200670 0.263420</w:t>
        <w:br/>
        <w:t>vt 0.196840 0.235200</w:t>
        <w:br/>
        <w:t>vt 0.191080 0.249760</w:t>
        <w:br/>
        <w:t>vt 0.185450 0.259060</w:t>
        <w:br/>
        <w:t>vt 0.200820 0.219900</w:t>
        <w:br/>
        <w:t>vt 0.200820 0.219900</w:t>
        <w:br/>
        <w:t>vt 0.199940 0.211220</w:t>
        <w:br/>
        <w:t>vt 0.189780 0.219340</w:t>
        <w:br/>
        <w:t>vt 0.188550 0.210930</w:t>
        <w:br/>
        <w:t>vt 0.189780 0.219340</w:t>
        <w:br/>
        <w:t>vt 0.185540 0.231940</w:t>
        <w:br/>
        <w:t>vt 0.178450 0.244800</w:t>
        <w:br/>
        <w:t>vt 0.171710 0.252620</w:t>
        <w:br/>
        <w:t>vt 0.181360 0.217910</w:t>
        <w:br/>
        <w:t>vt 0.176730 0.227630</w:t>
        <w:br/>
        <w:t>vt 0.180040 0.210690</w:t>
        <w:br/>
        <w:t>vt 0.181360 0.217910</w:t>
        <w:br/>
        <w:t>vt 0.167370 0.238250</w:t>
        <w:br/>
        <w:t>vt 0.159850 0.243850</w:t>
        <w:br/>
        <w:t>vt 0.160480 0.231230</w:t>
        <w:br/>
        <w:t>vt 0.152100 0.234830</w:t>
        <w:br/>
        <w:t>vt 0.175480 0.216340</w:t>
        <w:br/>
        <w:t>vt 0.175480 0.216340</w:t>
        <w:br/>
        <w:t>vt 0.170720 0.223420</w:t>
        <w:br/>
        <w:t>vt 0.166180 0.217870</w:t>
        <w:br/>
        <w:t>vt 0.154400 0.221770</w:t>
        <w:br/>
        <w:t>vt 0.145820 0.222910</w:t>
        <w:br/>
        <w:t>vt 0.169360 0.214480</w:t>
        <w:br/>
        <w:t>vt 0.173640 0.210320</w:t>
        <w:br/>
        <w:t>vt 0.169360 0.214480</w:t>
        <w:br/>
        <w:t>vt 0.163240 0.214300</w:t>
        <w:br/>
        <w:t>vt 0.167610 0.209770</w:t>
        <w:br/>
        <w:t>vt 0.163240 0.214300</w:t>
        <w:br/>
        <w:t>vt 0.160680 0.208460</w:t>
        <w:br/>
        <w:t>vt 0.151500 0.213460</w:t>
        <w:br/>
        <w:t>vt 0.143640 0.213140</w:t>
        <w:br/>
        <w:t>vt 0.151350 0.204780</w:t>
        <w:br/>
        <w:t>vt 0.151500 0.213460</w:t>
        <w:br/>
        <w:t>vt 0.244510 0.191660</w:t>
        <w:br/>
        <w:t>vt 0.241250 0.159180</w:t>
        <w:br/>
        <w:t>vt 0.227940 0.161570</w:t>
        <w:br/>
        <w:t>vt 0.232610 0.193350</w:t>
        <w:br/>
        <w:t>vt 0.174830 0.199490</w:t>
        <w:br/>
        <w:t>vt 0.168340 0.202290</w:t>
        <w:br/>
        <w:t>vt 0.173640 0.210320</w:t>
        <w:br/>
        <w:t>vt 0.180040 0.210690</w:t>
        <w:br/>
        <w:t>vt 0.196610 0.196640</w:t>
        <w:br/>
        <w:t>vt 0.184770 0.197570</w:t>
        <w:br/>
        <w:t>vt 0.188550 0.210930</w:t>
        <w:br/>
        <w:t>vt 0.199940 0.211220</w:t>
        <w:br/>
        <w:t>vt 0.211420 0.211780</w:t>
        <w:br/>
        <w:t>vt 0.209090 0.196080</w:t>
        <w:br/>
        <w:t>vt 0.220750 0.212170</w:t>
        <w:br/>
        <w:t>vt 0.219400 0.195380</w:t>
        <w:br/>
        <w:t>vt 0.232520 0.211960</w:t>
        <w:br/>
        <w:t>vt 0.243750 0.210840</w:t>
        <w:br/>
        <w:t>vt 0.258270 0.208460</w:t>
        <w:br/>
        <w:t>vt 0.258270 0.188240</w:t>
        <w:br/>
        <w:t>vt 0.164070 0.205460</w:t>
        <w:br/>
        <w:t>vt 0.150730 0.193400</w:t>
        <w:br/>
        <w:t>vt 0.151350 0.204780</w:t>
        <w:br/>
        <w:t>vt 0.160680 0.208460</w:t>
        <w:br/>
        <w:t>vt 0.155380 0.188400</w:t>
        <w:br/>
        <w:t>vt 0.213630 0.164320</w:t>
        <w:br/>
        <w:t>vt 0.201090 0.167360</w:t>
        <w:br/>
        <w:t>vt 0.187290 0.171150</w:t>
        <w:br/>
        <w:t>vt 0.167610 0.209770</w:t>
        <w:br/>
        <w:t>vt 0.258270 0.265320</w:t>
        <w:br/>
        <w:t>vt 0.143640 0.213140</w:t>
        <w:br/>
        <w:t>vt 0.144750 0.203730</w:t>
        <w:br/>
        <w:t>vt 0.258270 0.155470</w:t>
        <w:br/>
        <w:t>vt 0.175470 0.175490</w:t>
        <w:br/>
        <w:t>vt 0.163330 0.182060</w:t>
        <w:br/>
        <w:t>vt 0.144750 0.203730</w:t>
        <w:br/>
        <w:t>vt 0.206970 0.127700</w:t>
        <w:br/>
        <w:t>vt 0.215930 0.127870</w:t>
        <w:br/>
        <w:t>vt 0.215060 0.109680</w:t>
        <w:br/>
        <w:t>vt 0.206710 0.109610</w:t>
        <w:br/>
        <w:t>vt 0.195490 0.127650</w:t>
        <w:br/>
        <w:t>vt 0.195910 0.109130</w:t>
        <w:br/>
        <w:t>vt 0.185040 0.127590</w:t>
        <w:br/>
        <w:t>vt 0.185730 0.108190</w:t>
        <w:br/>
        <w:t>vt 0.215060 0.109680</w:t>
        <w:br/>
        <w:t>vt 0.219310 0.098930</w:t>
        <w:br/>
        <w:t>vt 0.210320 0.098170</w:t>
        <w:br/>
        <w:t>vt 0.206710 0.109610</w:t>
        <w:br/>
        <w:t>vt 0.199480 0.097340</w:t>
        <w:br/>
        <w:t>vt 0.195910 0.109130</w:t>
        <w:br/>
        <w:t>vt 0.223770 0.109190</w:t>
        <w:br/>
        <w:t>vt 0.226620 0.099380</w:t>
        <w:br/>
        <w:t>vt 0.224790 0.127760</w:t>
        <w:br/>
        <w:t>vt 0.223770 0.109190</w:t>
        <w:br/>
        <w:t>vt 0.232360 0.109030</w:t>
        <w:br/>
        <w:t>vt 0.234330 0.098910</w:t>
        <w:br/>
        <w:t>vt 0.232360 0.109030</w:t>
        <w:br/>
        <w:t>vt 0.233610 0.127720</w:t>
        <w:br/>
        <w:t>vt 0.245220 0.127310</w:t>
        <w:br/>
        <w:t>vt 0.244080 0.109030</w:t>
        <w:br/>
        <w:t>vt 0.273840 0.128650</w:t>
        <w:br/>
        <w:t>vt 0.272390 0.109220</w:t>
        <w:br/>
        <w:t>vt 0.244080 0.109030</w:t>
        <w:br/>
        <w:t>vt 0.245430 0.098350</w:t>
        <w:br/>
        <w:t>vt 0.272390 0.109220</w:t>
        <w:br/>
        <w:t>vt 0.268510 0.097660</w:t>
        <w:br/>
        <w:t>vt 0.227490 0.078530</w:t>
        <w:br/>
        <w:t>vt 0.226620 0.099380</w:t>
        <w:br/>
        <w:t>vt 0.234330 0.098910</w:t>
        <w:br/>
        <w:t>vt 0.234210 0.079000</w:t>
        <w:br/>
        <w:t>vt 0.245430 0.098350</w:t>
        <w:br/>
        <w:t>vt 0.244890 0.079140</w:t>
        <w:br/>
        <w:t>vt 0.221550 0.078210</w:t>
        <w:br/>
        <w:t>vt 0.219310 0.098930</w:t>
        <w:br/>
        <w:t>vt 0.268510 0.097660</w:t>
        <w:br/>
        <w:t>vt 0.268110 0.078420</w:t>
        <w:br/>
        <w:t>vt 0.213710 0.077880</w:t>
        <w:br/>
        <w:t>vt 0.210320 0.098170</w:t>
        <w:br/>
        <w:t>vt 0.202940 0.077870</w:t>
        <w:br/>
        <w:t>vt 0.199480 0.097340</w:t>
        <w:br/>
        <w:t>vt 0.190160 0.096180</w:t>
        <w:br/>
        <w:t>vt 0.185730 0.108190</w:t>
        <w:br/>
        <w:t>vt 0.193310 0.077720</w:t>
        <w:br/>
        <w:t>vt 0.190160 0.096180</w:t>
        <w:br/>
        <w:t>vt 0.189210 0.012210</w:t>
        <w:br/>
        <w:t>vt 0.197430 0.011570</w:t>
        <w:br/>
        <w:t>vt 0.196920 0.027330</w:t>
        <w:br/>
        <w:t>vt 0.189270 0.027940</w:t>
        <w:br/>
        <w:t>vt 0.180280 0.012640</w:t>
        <w:br/>
        <w:t>vt 0.180740 0.028410</w:t>
        <w:br/>
        <w:t>vt 0.207740 0.011580</w:t>
        <w:br/>
        <w:t>vt 0.206510 0.028120</w:t>
        <w:br/>
        <w:t>vt 0.168380 0.012640</w:t>
        <w:br/>
        <w:t>vt 0.169800 0.029170</w:t>
        <w:br/>
        <w:t>vt 0.219290 0.011570</w:t>
        <w:br/>
        <w:t>vt 0.218110 0.028330</w:t>
        <w:br/>
        <w:t>vt 0.157700 0.013010</w:t>
        <w:br/>
        <w:t>vt 0.159860 0.030340</w:t>
        <w:br/>
        <w:t>vt 0.246390 0.013590</w:t>
        <w:br/>
        <w:t>vt 0.245640 0.029750</w:t>
        <w:br/>
        <w:t>vt 0.206510 0.028120</w:t>
        <w:br/>
        <w:t>vt 0.208180 0.039840</w:t>
        <w:br/>
        <w:t>vt 0.201080 0.039150</w:t>
        <w:br/>
        <w:t>vt 0.196920 0.027330</w:t>
        <w:br/>
        <w:t>vt 0.218110 0.028330</w:t>
        <w:br/>
        <w:t>vt 0.219040 0.040420</w:t>
        <w:br/>
        <w:t>vt 0.245640 0.029750</w:t>
        <w:br/>
        <w:t>vt 0.242050 0.040800</w:t>
        <w:br/>
        <w:t>vt 0.180740 0.028410</w:t>
        <w:br/>
        <w:t>vt 0.184230 0.039540</w:t>
        <w:br/>
        <w:t>vt 0.173130 0.039980</w:t>
        <w:br/>
        <w:t>vt 0.169800 0.029170</w:t>
        <w:br/>
        <w:t>vt 0.189270 0.027940</w:t>
        <w:br/>
        <w:t>vt 0.193380 0.039290</w:t>
        <w:br/>
        <w:t>vt 0.200930 0.056880</w:t>
        <w:br/>
        <w:t>vt 0.201080 0.039150</w:t>
        <w:br/>
        <w:t>vt 0.208180 0.039840</w:t>
        <w:br/>
        <w:t>vt 0.207740 0.057130</w:t>
        <w:br/>
        <w:t>vt 0.219040 0.040420</w:t>
        <w:br/>
        <w:t>vt 0.218700 0.057050</w:t>
        <w:br/>
        <w:t>vt 0.193550 0.056370</w:t>
        <w:br/>
        <w:t>vt 0.193380 0.039290</w:t>
        <w:br/>
        <w:t>vt 0.242050 0.040800</w:t>
        <w:br/>
        <w:t>vt 0.240690 0.055970</w:t>
        <w:br/>
        <w:t>vt 0.185120 0.055800</w:t>
        <w:br/>
        <w:t>vt 0.184230 0.039540</w:t>
        <w:br/>
        <w:t>vt 0.174040 0.055250</w:t>
        <w:br/>
        <w:t>vt 0.173130 0.039980</w:t>
        <w:br/>
        <w:t>vt 0.163620 0.040720</w:t>
        <w:br/>
        <w:t>vt 0.159860 0.030340</w:t>
        <w:br/>
        <w:t>vt 0.164530 0.055220</w:t>
        <w:br/>
        <w:t>vt 0.163620 0.040720</w:t>
        <w:br/>
        <w:t>vt 0.220750 0.212170</w:t>
        <w:br/>
        <w:t>vt 0.232520 0.211960</w:t>
        <w:br/>
        <w:t>vt 0.231910 0.220090</w:t>
        <w:br/>
        <w:t>vt 0.220390 0.220330</w:t>
        <w:br/>
        <w:t>vt 0.243750 0.210840</w:t>
        <w:br/>
        <w:t>vt 0.242960 0.218760</w:t>
        <w:br/>
        <w:t>vt 0.242990 0.238300</w:t>
        <w:br/>
        <w:t>vt 0.231230 0.239260</w:t>
        <w:br/>
        <w:t>vt 0.231910 0.220090</w:t>
        <w:br/>
        <w:t>vt 0.243350 0.255970</w:t>
        <w:br/>
        <w:t>vt 0.230100 0.255930</w:t>
        <w:br/>
        <w:t>vt 0.215420 0.254990</w:t>
        <w:br/>
        <w:t>vt 0.218320 0.238660</w:t>
        <w:br/>
        <w:t>vt 0.220390 0.220330</w:t>
        <w:br/>
        <w:t>vt 0.211600 0.220300</w:t>
        <w:br/>
        <w:t>vt 0.208650 0.237270</w:t>
        <w:br/>
        <w:t>vt 0.211600 0.220300</w:t>
        <w:br/>
        <w:t>vt 0.211420 0.211780</w:t>
        <w:br/>
        <w:t>vt 0.258270 0.218700</w:t>
        <w:br/>
        <w:t>vt 0.258270 0.208460</w:t>
        <w:br/>
        <w:t>vt 0.258270 0.236420</w:t>
        <w:br/>
        <w:t>vt 0.258270 0.255720</w:t>
        <w:br/>
        <w:t>vt 0.204320 0.253100</w:t>
        <w:br/>
        <w:t>vt 0.191080 0.249760</w:t>
        <w:br/>
        <w:t>vt 0.196840 0.235200</w:t>
        <w:br/>
        <w:t>vt 0.200820 0.219900</w:t>
        <w:br/>
        <w:t>vt 0.200820 0.219900</w:t>
        <w:br/>
        <w:t>vt 0.199940 0.211220</w:t>
        <w:br/>
        <w:t>vt 0.189780 0.219340</w:t>
        <w:br/>
        <w:t>vt 0.188550 0.210930</w:t>
        <w:br/>
        <w:t>vt 0.185540 0.231940</w:t>
        <w:br/>
        <w:t>vt 0.189780 0.219340</w:t>
        <w:br/>
        <w:t>vt 0.178450 0.244800</w:t>
        <w:br/>
        <w:t>vt 0.176730 0.227630</w:t>
        <w:br/>
        <w:t>vt 0.181360 0.217910</w:t>
        <w:br/>
        <w:t>vt 0.181360 0.217910</w:t>
        <w:br/>
        <w:t>vt 0.180040 0.210690</w:t>
        <w:br/>
        <w:t>vt 0.167370 0.238250</w:t>
        <w:br/>
        <w:t>vt 0.160480 0.231230</w:t>
        <w:br/>
        <w:t>vt 0.175480 0.216340</w:t>
        <w:br/>
        <w:t>vt 0.175480 0.216340</w:t>
        <w:br/>
        <w:t>vt 0.170720 0.223420</w:t>
        <w:br/>
        <w:t>vt 0.154400 0.221770</w:t>
        <w:br/>
        <w:t>vt 0.166180 0.217870</w:t>
        <w:br/>
        <w:t>vt 0.169360 0.214480</w:t>
        <w:br/>
        <w:t>vt 0.169360 0.214480</w:t>
        <w:br/>
        <w:t>vt 0.173640 0.210320</w:t>
        <w:br/>
        <w:t>vt 0.163240 0.214300</w:t>
        <w:br/>
        <w:t>vt 0.167610 0.209770</w:t>
        <w:br/>
        <w:t>vt 0.163240 0.214300</w:t>
        <w:br/>
        <w:t>vt 0.160680 0.208460</w:t>
        <w:br/>
        <w:t>vt 0.151500 0.213460</w:t>
        <w:br/>
        <w:t>vt 0.151500 0.213460</w:t>
        <w:br/>
        <w:t>vt 0.151350 0.204780</w:t>
        <w:br/>
        <w:t>vt 0.244510 0.191660</w:t>
        <w:br/>
        <w:t>vt 0.232610 0.193350</w:t>
        <w:br/>
        <w:t>vt 0.174830 0.199490</w:t>
        <w:br/>
        <w:t>vt 0.180040 0.210690</w:t>
        <w:br/>
        <w:t>vt 0.173640 0.210320</w:t>
        <w:br/>
        <w:t>vt 0.168340 0.202290</w:t>
        <w:br/>
        <w:t>vt 0.196610 0.196640</w:t>
        <w:br/>
        <w:t>vt 0.199940 0.211220</w:t>
        <w:br/>
        <w:t>vt 0.188550 0.210930</w:t>
        <w:br/>
        <w:t>vt 0.184770 0.197570</w:t>
        <w:br/>
        <w:t>vt 0.209090 0.196080</w:t>
        <w:br/>
        <w:t>vt 0.211420 0.211780</w:t>
        <w:br/>
        <w:t>vt 0.219400 0.195380</w:t>
        <w:br/>
        <w:t>vt 0.220750 0.212170</w:t>
        <w:br/>
        <w:t>vt 0.232520 0.211960</w:t>
        <w:br/>
        <w:t>vt 0.243750 0.210840</w:t>
        <w:br/>
        <w:t>vt 0.258270 0.208460</w:t>
        <w:br/>
        <w:t>vt 0.258270 0.188240</w:t>
        <w:br/>
        <w:t>vt 0.164070 0.205460</w:t>
        <w:br/>
        <w:t>vt 0.160680 0.208460</w:t>
        <w:br/>
        <w:t>vt 0.151350 0.204780</w:t>
        <w:br/>
        <w:t>vt 0.167610 0.209770</w:t>
        <w:br/>
        <w:t>vt 0.206980 0.127670</w:t>
        <w:br/>
        <w:t>vt 0.206710 0.109620</w:t>
        <w:br/>
        <w:t>vt 0.215050 0.109690</w:t>
        <w:br/>
        <w:t>vt 0.215940 0.127780</w:t>
        <w:br/>
        <w:t>vt 0.195500 0.127620</w:t>
        <w:br/>
        <w:t>vt 0.195900 0.109140</w:t>
        <w:br/>
        <w:t>vt 0.185090 0.127570</w:t>
        <w:br/>
        <w:t>vt 0.185740 0.108190</w:t>
        <w:br/>
        <w:t>vt 0.215050 0.109690</w:t>
        <w:br/>
        <w:t>vt 0.206710 0.109620</w:t>
        <w:br/>
        <w:t>vt 0.210310 0.098170</w:t>
        <w:br/>
        <w:t>vt 0.219310 0.098930</w:t>
        <w:br/>
        <w:t>vt 0.195900 0.109140</w:t>
        <w:br/>
        <w:t>vt 0.199470 0.097330</w:t>
        <w:br/>
        <w:t>vt 0.223770 0.109190</w:t>
        <w:br/>
        <w:t>vt 0.226610 0.099380</w:t>
        <w:br/>
        <w:t>vt 0.223770 0.109190</w:t>
        <w:br/>
        <w:t>vt 0.224780 0.127770</w:t>
        <w:br/>
        <w:t>vt 0.232440 0.109020</w:t>
        <w:br/>
        <w:t>vt 0.234320 0.098910</w:t>
        <w:br/>
        <w:t>vt 0.232440 0.109020</w:t>
        <w:br/>
        <w:t>vt 0.233610 0.127820</w:t>
        <w:br/>
        <w:t>vt 0.244120 0.109060</w:t>
        <w:br/>
        <w:t>vt 0.245140 0.127520</w:t>
        <w:br/>
        <w:t>vt 0.272370 0.109210</w:t>
        <w:br/>
        <w:t>vt 0.273820 0.128560</w:t>
        <w:br/>
        <w:t>vt 0.245430 0.098350</w:t>
        <w:br/>
        <w:t>vt 0.244120 0.109060</w:t>
        <w:br/>
        <w:t>vt 0.272370 0.109210</w:t>
        <w:br/>
        <w:t>vt 0.268510 0.097670</w:t>
        <w:br/>
        <w:t>vt 0.227420 0.078490</w:t>
        <w:br/>
        <w:t>vt 0.234260 0.078950</w:t>
        <w:br/>
        <w:t>vt 0.234320 0.098910</w:t>
        <w:br/>
        <w:t>vt 0.226610 0.099380</w:t>
        <w:br/>
        <w:t>vt 0.245430 0.098350</w:t>
        <w:br/>
        <w:t>vt 0.245040 0.079260</w:t>
        <w:br/>
        <w:t>vt 0.219310 0.098930</w:t>
        <w:br/>
        <w:t>vt 0.221530 0.078040</w:t>
        <w:br/>
        <w:t>vt 0.268510 0.097670</w:t>
        <w:br/>
        <w:t>vt 0.268100 0.078500</w:t>
        <w:br/>
        <w:t>vt 0.210310 0.098170</w:t>
        <w:br/>
        <w:t>vt 0.213530 0.077730</w:t>
        <w:br/>
        <w:t>vt 0.199470 0.097330</w:t>
        <w:br/>
        <w:t>vt 0.202910 0.077870</w:t>
        <w:br/>
        <w:t>vt 0.185740 0.108190</w:t>
        <w:br/>
        <w:t>vt 0.190180 0.096180</w:t>
        <w:br/>
        <w:t>vt 0.190180 0.096180</w:t>
        <w:br/>
        <w:t>vt 0.193070 0.077680</w:t>
        <w:br/>
        <w:t>vt 0.120000 0.728450</w:t>
        <w:br/>
        <w:t>vt 0.166680 0.777070</w:t>
        <w:br/>
        <w:t>vt 0.119810 0.809100</w:t>
        <w:br/>
        <w:t>vt 0.074540 0.747670</w:t>
        <w:br/>
        <w:t>vt 0.182320 0.853830</w:t>
        <w:br/>
        <w:t>vt 0.231280 0.815700</w:t>
        <w:br/>
        <w:t>vt 0.286990 0.899750</w:t>
        <w:br/>
        <w:t>vt 0.233670 0.880720</w:t>
        <w:br/>
        <w:t>vt 0.270960 0.835610</w:t>
        <w:br/>
        <w:t>vt 0.316410 0.849720</w:t>
        <w:br/>
        <w:t>vt 0.423850 0.861680</w:t>
        <w:br/>
        <w:t>vt 0.463820 0.865990</w:t>
        <w:br/>
        <w:t>vt 0.453780 0.925630</w:t>
        <w:br/>
        <w:t>vt 0.403960 0.921020</w:t>
        <w:br/>
        <w:t>vt 0.371650 0.856430</w:t>
        <w:br/>
        <w:t>vt 0.345080 0.914140</w:t>
        <w:br/>
        <w:t>vt 0.843870 0.914330</w:t>
        <w:br/>
        <w:t>vt 0.833720 0.911840</w:t>
        <w:br/>
        <w:t>vt 0.844220 0.896850</w:t>
        <w:br/>
        <w:t>vt 0.305650 0.622990</w:t>
        <w:br/>
        <w:t>vt 0.284280 0.609880</w:t>
        <w:br/>
        <w:t>vt 0.302440 0.599080</w:t>
        <w:br/>
        <w:t>vt 0.314390 0.609070</w:t>
        <w:br/>
        <w:t>vt 0.313450 0.590030</w:t>
        <w:br/>
        <w:t>vt 0.325040 0.596850</w:t>
        <w:br/>
        <w:t>vt 0.289600 0.550560</w:t>
        <w:br/>
        <w:t>vt 0.298240 0.553840</w:t>
        <w:br/>
        <w:t>vt 0.293870 0.567060</w:t>
        <w:br/>
        <w:t>vt 0.285410 0.568740</w:t>
        <w:br/>
        <w:t>vt 0.312340 0.524060</w:t>
        <w:br/>
        <w:t>vt 0.304020 0.538820</w:t>
        <w:br/>
        <w:t>vt 0.294580 0.533760</w:t>
        <w:br/>
        <w:t>vt 0.308970 0.512820</w:t>
        <w:br/>
        <w:t>vt 0.167790 0.707450</w:t>
        <w:br/>
        <w:t>vt 0.139320 0.658940</w:t>
        <w:br/>
        <w:t>vt 0.181680 0.648550</w:t>
        <w:br/>
        <w:t>vt 0.209020 0.688240</w:t>
        <w:br/>
        <w:t>vt 0.401560 0.648150</w:t>
        <w:br/>
        <w:t>vt 0.379730 0.649570</w:t>
        <w:br/>
        <w:t>vt 0.379370 0.631670</w:t>
        <w:br/>
        <w:t>vt 0.399680 0.629130</w:t>
        <w:br/>
        <w:t>vt 0.330890 0.728470</w:t>
        <w:br/>
        <w:t>vt 0.361290 0.734730</w:t>
        <w:br/>
        <w:t>vt 0.351830 0.764420</w:t>
        <w:br/>
        <w:t>vt 0.316910 0.756160</w:t>
        <w:br/>
        <w:t>vt 0.409560 0.810640</w:t>
        <w:br/>
        <w:t>vt 0.437740 0.808870</w:t>
        <w:br/>
        <w:t>vt 0.425890 0.645920</w:t>
        <w:br/>
        <w:t>vt 0.450470 0.644720</w:t>
        <w:br/>
        <w:t>vt 0.450880 0.674640</w:t>
        <w:br/>
        <w:t>vt 0.424480 0.675500</w:t>
        <w:br/>
        <w:t>vt 0.467360 0.809450</w:t>
        <w:br/>
        <w:t>vt 0.473960 0.704860</w:t>
        <w:br/>
        <w:t>vt 0.449690 0.705000</w:t>
        <w:br/>
        <w:t>vt 0.474190 0.675080</w:t>
        <w:br/>
        <w:t>vt 0.420150 0.615750</w:t>
        <w:br/>
        <w:t>vt 0.413890 0.601700</w:t>
        <w:br/>
        <w:t>vt 0.429210 0.586210</w:t>
        <w:br/>
        <w:t>vt 0.439570 0.595330</w:t>
        <w:br/>
        <w:t>vt 0.451140 0.623690</w:t>
        <w:br/>
        <w:t>vt 0.461270 0.603680</w:t>
        <w:br/>
        <w:t>vt 0.487050 0.593380</w:t>
        <w:br/>
        <w:t>vt 0.485070 0.610860</w:t>
        <w:br/>
        <w:t>vt 0.467830 0.585080</w:t>
        <w:br/>
        <w:t>vt 0.460620 0.543710</w:t>
        <w:br/>
        <w:t>vt 0.447520 0.535890</w:t>
        <w:br/>
        <w:t>vt 0.451750 0.528580</w:t>
        <w:br/>
        <w:t>vt 0.464820 0.535580</w:t>
        <w:br/>
        <w:t>vt 0.412170 0.519190</w:t>
        <w:br/>
        <w:t>vt 0.394710 0.512530</w:t>
        <w:br/>
        <w:t>vt 0.402500 0.506160</w:t>
        <w:br/>
        <w:t>vt 0.419870 0.513800</w:t>
        <w:br/>
        <w:t>vt 0.430360 0.526730</w:t>
        <w:br/>
        <w:t>vt 0.435870 0.520850</w:t>
        <w:br/>
        <w:t>vt 0.386000 0.498090</w:t>
        <w:br/>
        <w:t>vt 0.376870 0.506450</w:t>
        <w:br/>
        <w:t>vt 0.359110 0.502070</w:t>
        <w:br/>
        <w:t>vt 0.356690 0.511870</w:t>
        <w:br/>
        <w:t>vt 0.341550 0.508910</w:t>
        <w:br/>
        <w:t>vt 0.342040 0.498110</w:t>
        <w:br/>
        <w:t>vt 0.448570 0.498780</w:t>
        <w:br/>
        <w:t>vt 0.459640 0.505300</w:t>
        <w:br/>
        <w:t>vt 0.456950 0.516230</w:t>
        <w:br/>
        <w:t>vt 0.444050 0.508430</w:t>
        <w:br/>
        <w:t>vt 0.453470 0.484910</w:t>
        <w:br/>
        <w:t>vt 0.460030 0.470710</w:t>
        <w:br/>
        <w:t>vt 0.466760 0.476100</w:t>
        <w:br/>
        <w:t>vt 0.462420 0.491520</w:t>
        <w:br/>
        <w:t>vt 0.489780 0.453630</w:t>
        <w:br/>
        <w:t>vt 0.499630 0.452490</w:t>
        <w:br/>
        <w:t>vt 0.499610 0.459100</w:t>
        <w:br/>
        <w:t>vt 0.490600 0.460130</w:t>
        <w:br/>
        <w:t>vt 0.474800 0.482050</w:t>
        <w:br/>
        <w:t>vt 0.470490 0.498170</w:t>
        <w:br/>
        <w:t>vt 0.469330 0.513000</w:t>
        <w:br/>
        <w:t>vt 0.468140 0.522660</w:t>
        <w:br/>
        <w:t>vt 0.479080 0.528260</w:t>
        <w:br/>
        <w:t>vt 0.479160 0.518580</w:t>
        <w:br/>
        <w:t>vt 0.490790 0.523760</w:t>
        <w:br/>
        <w:t>vt 0.490490 0.533010</w:t>
        <w:br/>
        <w:t>vt 0.489420 0.558110</w:t>
        <w:br/>
        <w:t>vt 0.488980 0.569870</w:t>
        <w:br/>
        <w:t>vt 0.471940 0.560660</w:t>
        <w:br/>
        <w:t>vt 0.475110 0.551470</w:t>
        <w:br/>
        <w:t>vt 0.499140 0.583530</w:t>
        <w:br/>
        <w:t>vt 0.499200 0.594750</w:t>
        <w:br/>
        <w:t>vt 0.488170 0.581700</w:t>
        <w:br/>
        <w:t>vt 0.499550 0.467080</w:t>
        <w:br/>
        <w:t>vt 0.492660 0.468290</w:t>
        <w:br/>
        <w:t>vt 0.271860 0.590550</w:t>
        <w:br/>
        <w:t>vt 0.269400 0.565560</w:t>
        <w:br/>
        <w:t>vt 0.292940 0.585990</w:t>
        <w:br/>
        <w:t>vt 0.214640 0.491910</w:t>
        <w:br/>
        <w:t>vt 0.179520 0.476450</w:t>
        <w:br/>
        <w:t>vt 0.197760 0.446520</w:t>
        <w:br/>
        <w:t>vt 0.231210 0.463580</w:t>
        <w:br/>
        <w:t>vt 0.381130 0.457410</w:t>
        <w:br/>
        <w:t>vt 0.399240 0.465130</w:t>
        <w:br/>
        <w:t>vt 0.384660 0.478800</w:t>
        <w:br/>
        <w:t>vt 0.366830 0.472120</w:t>
        <w:br/>
        <w:t>vt 0.353210 0.485110</w:t>
        <w:br/>
        <w:t>vt 0.370320 0.491650</w:t>
        <w:br/>
        <w:t>vt 0.413170 0.472070</w:t>
        <w:br/>
        <w:t>vt 0.425130 0.480550</w:t>
        <w:br/>
        <w:t>vt 0.414720 0.493670</w:t>
        <w:br/>
        <w:t>vt 0.399940 0.485390</w:t>
        <w:br/>
        <w:t>vt 0.433300 0.447300</w:t>
        <w:br/>
        <w:t>vt 0.442990 0.456190</w:t>
        <w:br/>
        <w:t>vt 0.432180 0.469530</w:t>
        <w:br/>
        <w:t>vt 0.420100 0.462580</w:t>
        <w:br/>
        <w:t>vt 0.420980 0.438600</w:t>
        <w:br/>
        <w:t>vt 0.435560 0.428290</w:t>
        <w:br/>
        <w:t>vt 0.443070 0.437520</w:t>
        <w:br/>
        <w:t>vt 0.430690 0.502050</w:t>
        <w:br/>
        <w:t>vt 0.438380 0.490320</w:t>
        <w:br/>
        <w:t>vt 0.444350 0.478270</w:t>
        <w:br/>
        <w:t>vt 0.452720 0.464540</w:t>
        <w:br/>
        <w:t>vt 0.481060 0.372940</w:t>
        <w:br/>
        <w:t>vt 0.490900 0.371600</w:t>
        <w:br/>
        <w:t>vt 0.492500 0.384070</w:t>
        <w:br/>
        <w:t>vt 0.483110 0.384990</w:t>
        <w:br/>
        <w:t>vt 0.456030 0.383260</w:t>
        <w:br/>
        <w:t>vt 0.463730 0.391180</w:t>
        <w:br/>
        <w:t>vt 0.452220 0.395870</w:t>
        <w:br/>
        <w:t>vt 0.439580 0.390650</w:t>
        <w:br/>
        <w:t>vt 0.479160 0.359840</w:t>
        <w:br/>
        <w:t>vt 0.464390 0.364280</w:t>
        <w:br/>
        <w:t>vt 0.459480 0.354230</w:t>
        <w:br/>
        <w:t>vt 0.478610 0.348020</w:t>
        <w:br/>
        <w:t>vt 0.426150 0.386240</w:t>
        <w:br/>
        <w:t>vt 0.412410 0.378860</w:t>
        <w:br/>
        <w:t>vt 0.436980 0.362230</w:t>
        <w:br/>
        <w:t>vt 0.447120 0.372770</w:t>
        <w:br/>
        <w:t>vt 0.454730 0.343120</w:t>
        <w:br/>
        <w:t>vt 0.448980 0.331370</w:t>
        <w:br/>
        <w:t>vt 0.474060 0.327250</w:t>
        <w:br/>
        <w:t>vt 0.477140 0.337840</w:t>
        <w:br/>
        <w:t>vt 0.467020 0.306910</w:t>
        <w:br/>
        <w:t>vt 0.464400 0.294100</w:t>
        <w:br/>
        <w:t>vt 0.478210 0.293930</w:t>
        <w:br/>
        <w:t>vt 0.482300 0.307160</w:t>
        <w:br/>
        <w:t>vt 0.376350 0.271260</w:t>
        <w:br/>
        <w:t>vt 0.397530 0.295660</w:t>
        <w:br/>
        <w:t>vt 0.365580 0.302470</w:t>
        <w:br/>
        <w:t>vt 0.412880 0.397040</w:t>
        <w:br/>
        <w:t>vt 0.396210 0.391170</w:t>
        <w:br/>
        <w:t>vt 0.434550 0.410340</w:t>
        <w:br/>
        <w:t>vt 0.419520 0.408790</w:t>
        <w:br/>
        <w:t>vt 0.427330 0.399980</w:t>
        <w:br/>
        <w:t>vt 0.441530 0.403220</w:t>
        <w:br/>
        <w:t>vt 0.391120 0.422430</w:t>
        <w:br/>
        <w:t>vt 0.374720 0.413070</w:t>
        <w:br/>
        <w:t>vt 0.384580 0.402590</w:t>
        <w:br/>
        <w:t>vt 0.400270 0.407750</w:t>
        <w:br/>
        <w:t>vt 0.384310 0.381180</w:t>
        <w:br/>
        <w:t>vt 0.373040 0.367460</w:t>
        <w:br/>
        <w:t>vt 0.393530 0.353870</w:t>
        <w:br/>
        <w:t>vt 0.402500 0.367080</w:t>
        <w:br/>
        <w:t>vt 0.371080 0.393070</w:t>
        <w:br/>
        <w:t>vt 0.358040 0.379020</w:t>
        <w:br/>
        <w:t>vt 0.336980 0.313680</w:t>
        <w:br/>
        <w:t>vt 0.323770 0.288370</w:t>
        <w:br/>
        <w:t>vt 0.216090 0.301180</w:t>
        <w:br/>
        <w:t>vt 0.294420 0.266640</w:t>
        <w:br/>
        <w:t>vt 0.279900 0.308470</w:t>
        <w:br/>
        <w:t>vt 0.236490 0.331820</w:t>
        <w:br/>
        <w:t>vt 0.200060 0.359490</w:t>
        <w:br/>
        <w:t>vt 0.169340 0.389190</w:t>
        <w:br/>
        <w:t>vt 0.165320 0.375790</w:t>
        <w:br/>
        <w:t>vt 0.282770 0.745400</w:t>
        <w:br/>
        <w:t>vt 0.300160 0.719350</w:t>
        <w:br/>
        <w:t>vt 0.275210 0.545570</w:t>
        <w:br/>
        <w:t>vt 0.282460 0.527000</w:t>
        <w:br/>
        <w:t>vt 0.033740 0.423510</w:t>
        <w:br/>
        <w:t>vt 0.054260 0.452750</w:t>
        <w:br/>
        <w:t>vt 0.022740 0.440270</w:t>
        <w:br/>
        <w:t>vt 0.005620 0.455910</w:t>
        <w:br/>
        <w:t>vt 0.011100 0.435240</w:t>
        <w:br/>
        <w:t>vt 0.022740 0.440270</w:t>
        <w:br/>
        <w:t>vt 0.017620 0.457860</w:t>
        <w:br/>
        <w:t>vt 0.011380 0.477720</w:t>
        <w:br/>
        <w:t>vt 0.021270 0.475840</w:t>
        <w:br/>
        <w:t>vt 0.023370 0.492650</w:t>
        <w:br/>
        <w:t>vt 0.031400 0.488050</w:t>
        <w:br/>
        <w:t>vt 0.048370 0.495050</w:t>
        <w:br/>
        <w:t>vt 0.042080 0.506320</w:t>
        <w:br/>
        <w:t>vt 0.048370 0.495050</w:t>
        <w:br/>
        <w:t>vt 0.078830 0.480340</w:t>
        <w:br/>
        <w:t>vt 0.124010 0.454360</w:t>
        <w:br/>
        <w:t>vt 0.093960 0.469960</w:t>
        <w:br/>
        <w:t>vt 0.106980 0.480340</w:t>
        <w:br/>
        <w:t>vt 0.063240 0.498790</w:t>
        <w:br/>
        <w:t>vt 0.061480 0.504220</w:t>
        <w:br/>
        <w:t>vt 0.063240 0.498790</w:t>
        <w:br/>
        <w:t>vt 0.094990 0.501660</w:t>
        <w:br/>
        <w:t>vt 0.836090 0.955410</w:t>
        <w:br/>
        <w:t>vt 0.818790 0.947840</w:t>
        <w:br/>
        <w:t>vt 0.822760 0.927500</w:t>
        <w:br/>
        <w:t>vt 0.076690 0.426740</w:t>
        <w:br/>
        <w:t>vt 0.108660 0.405900</w:t>
        <w:br/>
        <w:t>vt 0.077070 0.394290</w:t>
        <w:br/>
        <w:t>vt 0.033740 0.423510</w:t>
        <w:br/>
        <w:t>vt 0.021780 0.416950</w:t>
        <w:br/>
        <w:t>vt 0.036410 0.399870</w:t>
        <w:br/>
        <w:t>vt 0.047550 0.411330</w:t>
        <w:br/>
        <w:t>vt 0.067950 0.383000</w:t>
        <w:br/>
        <w:t>vt 0.077070 0.394290</w:t>
        <w:br/>
        <w:t>vt 0.101280 0.370830</w:t>
        <w:br/>
        <w:t>vt 0.105470 0.385940</w:t>
        <w:br/>
        <w:t>vt 0.138040 0.367170</w:t>
        <w:br/>
        <w:t>vt 0.136240 0.381300</w:t>
        <w:br/>
        <w:t>vt 0.136240 0.381300</w:t>
        <w:br/>
        <w:t>vt 0.105470 0.385940</w:t>
        <w:br/>
        <w:t>vt 0.885590 0.949790</w:t>
        <w:br/>
        <w:t>vt 0.916450 0.897980</w:t>
        <w:br/>
        <w:t>vt 0.929720 0.935420</w:t>
        <w:br/>
        <w:t>vt 0.916670 0.953920</w:t>
        <w:br/>
        <w:t>vt 0.897190 0.967930</w:t>
        <w:br/>
        <w:t>vt 0.873100 0.975460</w:t>
        <w:br/>
        <w:t>vt 0.868640 0.955460</w:t>
        <w:br/>
        <w:t>vt 0.852680 0.973080</w:t>
        <w:br/>
        <w:t>vt 0.849970 0.956150</w:t>
        <w:br/>
        <w:t>vt 0.948350 0.879380</w:t>
        <w:br/>
        <w:t>vt 0.937700 0.913540</w:t>
        <w:br/>
        <w:t>vt 0.890880 0.873900</w:t>
        <w:br/>
        <w:t>vt 0.919680 0.832780</w:t>
        <w:br/>
        <w:t>vt 0.929360 0.858270</w:t>
        <w:br/>
        <w:t>vt 0.951850 0.786830</w:t>
        <w:br/>
        <w:t>vt 0.949980 0.824080</w:t>
        <w:br/>
        <w:t>vt 0.951850 0.786830</w:t>
        <w:br/>
        <w:t>vt 0.972040 0.780950</w:t>
        <w:br/>
        <w:t>vt 0.949980 0.824080</w:t>
        <w:br/>
        <w:t>vt 0.479470 0.504840</w:t>
        <w:br/>
        <w:t>vt 0.483770 0.490660</w:t>
        <w:br/>
        <w:t>vt 0.493600 0.498000</w:t>
        <w:br/>
        <w:t>vt 0.491740 0.511380</w:t>
        <w:br/>
        <w:t>vt 0.843870 0.914330</w:t>
        <w:br/>
        <w:t>vt 0.890880 0.873900</w:t>
        <w:br/>
        <w:t>vt 0.956670 0.845460</w:t>
        <w:br/>
        <w:t>vt 0.956670 0.845460</w:t>
        <w:br/>
        <w:t>vt 0.968280 0.809870</w:t>
        <w:br/>
        <w:t>vt 0.794560 0.919500</w:t>
        <w:br/>
        <w:t>vt 0.094990 0.501660</w:t>
        <w:br/>
        <w:t>vt 0.047550 0.411330</w:t>
        <w:br/>
        <w:t>vt 0.145570 0.424360</w:t>
        <w:br/>
        <w:t>vt 0.499500 0.646160</w:t>
        <w:br/>
        <w:t>vt 0.475860 0.645960</w:t>
        <w:br/>
        <w:t>vt 0.480070 0.628780</w:t>
        <w:br/>
        <w:t>vt 0.499420 0.629610</w:t>
        <w:br/>
        <w:t>vt 0.499670 0.704300</w:t>
        <w:br/>
        <w:t>vt 0.499600 0.675130</w:t>
        <w:br/>
        <w:t>vt 0.358300 0.647810</w:t>
        <w:br/>
        <w:t>vt 0.374290 0.677310</w:t>
        <w:br/>
        <w:t>vt 0.351080 0.674550</w:t>
        <w:br/>
        <w:t>vt 0.253270 0.592890</w:t>
        <w:br/>
        <w:t>vt 0.253520 0.564160</w:t>
        <w:br/>
        <w:t>vt 0.450990 0.575480</w:t>
        <w:br/>
        <w:t>vt 0.360770 0.629580</w:t>
        <w:br/>
        <w:t>vt 0.364070 0.610790</w:t>
        <w:br/>
        <w:t>vt 0.378670 0.611400</w:t>
        <w:br/>
        <w:t>vt 0.327130 0.509310</w:t>
        <w:br/>
        <w:t>vt 0.325030 0.497230</w:t>
        <w:br/>
        <w:t>vt 0.453900 0.560430</w:t>
        <w:br/>
        <w:t>vt 0.440160 0.564420</w:t>
        <w:br/>
        <w:t>vt 0.442250 0.554920</w:t>
        <w:br/>
        <w:t>vt 0.348310 0.607420</w:t>
        <w:br/>
        <w:t>vt 0.342960 0.623910</w:t>
        <w:br/>
        <w:t>vt 0.499310 0.612130</w:t>
        <w:br/>
        <w:t>vt 0.470190 0.571360</w:t>
        <w:br/>
        <w:t>vt 0.445070 0.542940</w:t>
        <w:br/>
        <w:t>vt 0.455370 0.551200</w:t>
        <w:br/>
        <w:t>vt 0.423180 0.531760</w:t>
        <w:br/>
        <w:t>vt 0.406320 0.524180</w:t>
        <w:br/>
        <w:t>vt 0.388630 0.519210</w:t>
        <w:br/>
        <w:t>vt 0.336740 0.602880</w:t>
        <w:br/>
        <w:t>vt 0.328080 0.617020</w:t>
        <w:br/>
        <w:t>vt 0.477920 0.541860</w:t>
        <w:br/>
        <w:t>vt 0.499410 0.498620</w:t>
        <w:br/>
        <w:t>vt 0.496590 0.489520</w:t>
        <w:br/>
        <w:t>vt 0.499460 0.491420</w:t>
        <w:br/>
        <w:t>vt 0.301390 0.579230</w:t>
        <w:br/>
        <w:t>vt 0.210500 0.743470</w:t>
        <w:br/>
        <w:t>vt 0.263820 0.777180</w:t>
        <w:br/>
        <w:t>vt 0.095690 0.674190</w:t>
        <w:br/>
        <w:t>vt 0.050990 0.683720</w:t>
        <w:br/>
        <w:t>vt 0.244210 0.719460</w:t>
        <w:br/>
        <w:t>vt 0.267400 0.699420</w:t>
        <w:br/>
        <w:t>vt 0.163820 0.544300</w:t>
        <w:br/>
        <w:t>vt 0.169230 0.602800</w:t>
        <w:br/>
        <w:t>vt 0.122390 0.606140</w:t>
        <w:br/>
        <w:t>vt 0.117590 0.552500</w:t>
        <w:br/>
        <w:t>vt 0.308200 0.354930</w:t>
        <w:br/>
        <w:t>vt 0.288840 0.333610</w:t>
        <w:br/>
        <w:t>vt 0.311140 0.322730</w:t>
        <w:br/>
        <w:t>vt 0.326680 0.345780</w:t>
        <w:br/>
        <w:t>vt 0.373800 0.324040</w:t>
        <w:br/>
        <w:t>vt 0.384190 0.339350</w:t>
        <w:br/>
        <w:t>vt 0.360450 0.351840</w:t>
        <w:br/>
        <w:t>vt 0.348860 0.334950</w:t>
        <w:br/>
        <w:t>vt 0.285940 0.644240</w:t>
        <w:br/>
        <w:t>vt 0.264650 0.622460</w:t>
        <w:br/>
        <w:t>vt 0.283930 0.371130</w:t>
        <w:br/>
        <w:t>vt 0.255040 0.350580</w:t>
        <w:br/>
        <w:t>vt 0.202980 0.522870</w:t>
        <w:br/>
        <w:t>vt 0.167470 0.509340</w:t>
        <w:br/>
        <w:t>vt 0.368150 0.246890</w:t>
        <w:br/>
        <w:t>vt 0.499820 0.246070</w:t>
        <w:br/>
        <w:t>vt 0.499770 0.272260</w:t>
        <w:br/>
        <w:t>vt 0.462800 0.267850</w:t>
        <w:br/>
        <w:t>vt 0.435410 0.235910</w:t>
        <w:br/>
        <w:t>vt 0.074890 0.560620</w:t>
        <w:br/>
        <w:t>vt 0.080530 0.609240</w:t>
        <w:br/>
        <w:t>vt 0.040940 0.619040</w:t>
        <w:br/>
        <w:t>vt 0.041630 0.558210</w:t>
        <w:br/>
        <w:t>vt 0.069260 0.506200</w:t>
        <w:br/>
        <w:t>vt 0.043140 0.509580</w:t>
        <w:br/>
        <w:t>vt 0.373300 0.515320</w:t>
        <w:br/>
        <w:t>vt 0.432460 0.417600</w:t>
        <w:br/>
        <w:t>vt 0.420760 0.426910</w:t>
        <w:br/>
        <w:t>vt 0.407670 0.310810</w:t>
        <w:br/>
        <w:t>vt 0.416640 0.326230</w:t>
        <w:br/>
        <w:t>vt 0.443420 0.321760</w:t>
        <w:br/>
        <w:t>vt 0.437420 0.308510</w:t>
        <w:br/>
        <w:t>vt 0.471220 0.319390</w:t>
        <w:br/>
        <w:t>vt 0.182400 0.326670</w:t>
        <w:br/>
        <w:t>vt 0.476140 0.426230</w:t>
        <w:br/>
        <w:t>vt 0.476770 0.420140</w:t>
        <w:br/>
        <w:t>vt 0.484000 0.421940</w:t>
        <w:br/>
        <w:t>vt 0.483940 0.428400</w:t>
        <w:br/>
        <w:t>vt 0.499750 0.383940</w:t>
        <w:br/>
        <w:t>vt 0.499760 0.370740</w:t>
        <w:br/>
        <w:t>vt 0.468990 0.375780</w:t>
        <w:br/>
        <w:t>vt 0.473420 0.386740</w:t>
        <w:br/>
        <w:t>vt 0.430090 0.350090</w:t>
        <w:br/>
        <w:t>vt 0.423570 0.337870</w:t>
        <w:br/>
        <w:t>vt 0.485260 0.320410</w:t>
        <w:br/>
        <w:t>vt 0.488980 0.345380</w:t>
        <w:br/>
        <w:t>vt 0.488270 0.336800</w:t>
        <w:br/>
        <w:t>vt 0.489200 0.357950</w:t>
        <w:br/>
        <w:t>vt 0.408760 0.453560</w:t>
        <w:br/>
        <w:t>vt 0.452350 0.445320</w:t>
        <w:br/>
        <w:t>vt 0.464120 0.450890</w:t>
        <w:br/>
        <w:t>vt 0.197890 0.556250</w:t>
        <w:br/>
        <w:t>vt 0.126010 0.519150</w:t>
        <w:br/>
        <w:t>vt 0.135020 0.494100</w:t>
        <w:br/>
        <w:t>vt 0.338840 0.479680</w:t>
        <w:br/>
        <w:t>vt 0.352770 0.465480</w:t>
        <w:br/>
        <w:t>vt 0.499120 0.549530</w:t>
        <w:br/>
        <w:t>vt 0.499090 0.560570</w:t>
        <w:br/>
        <w:t>vt 0.489790 0.547050</w:t>
        <w:br/>
        <w:t>vt 0.169340 0.389190</w:t>
        <w:br/>
        <w:t>vt 0.321210 0.632510</w:t>
        <w:br/>
        <w:t>vt 0.339570 0.641310</w:t>
        <w:br/>
        <w:t>vt 0.311590 0.657600</w:t>
        <w:br/>
        <w:t>vt 0.329910 0.667740</w:t>
        <w:br/>
        <w:t>vt 0.213200 0.641570</w:t>
        <w:br/>
        <w:t>vt 0.235940 0.673860</w:t>
        <w:br/>
        <w:t>vt 0.201440 0.597500</w:t>
        <w:br/>
        <w:t>vt 0.499790 0.807680</w:t>
        <w:br/>
        <w:t>vt 0.469920 0.767880</w:t>
        <w:br/>
        <w:t>vt 0.499750 0.766790</w:t>
        <w:br/>
        <w:t>vt 0.443640 0.768080</w:t>
        <w:br/>
        <w:t>vt 0.415380 0.767730</w:t>
        <w:br/>
        <w:t>vt 0.338530 0.801870</w:t>
        <w:br/>
        <w:t>vt 0.299790 0.790490</w:t>
        <w:br/>
        <w:t>vt 0.378780 0.807550</w:t>
        <w:br/>
        <w:t>vt 0.386330 0.768110</w:t>
        <w:br/>
        <w:t>vt 0.432150 0.292330</w:t>
        <w:br/>
        <w:t>vt 0.424760 0.267450</w:t>
        <w:br/>
        <w:t>vt 0.490120 0.447670</w:t>
        <w:br/>
        <w:t>vt 0.499640 0.447430</w:t>
        <w:br/>
        <w:t>vt 0.822760 0.927500</w:t>
        <w:br/>
        <w:t>vt 0.407520 0.430580</w:t>
        <w:br/>
        <w:t>vt 0.393850 0.443820</w:t>
        <w:br/>
        <w:t>vt 0.379510 0.436580</w:t>
        <w:br/>
        <w:t>vt 0.327100 0.373740</w:t>
        <w:br/>
        <w:t>vt 0.308000 0.388730</w:t>
        <w:br/>
        <w:t>vt 0.349730 0.417270</w:t>
        <w:br/>
        <w:t>vt 0.332010 0.405290</w:t>
        <w:br/>
        <w:t>vt 0.345370 0.390100</w:t>
        <w:br/>
        <w:t>vt 0.360820 0.403610</w:t>
        <w:br/>
        <w:t>vt 0.413500 0.420930</w:t>
        <w:br/>
        <w:t>vt 0.342340 0.363090</w:t>
        <w:br/>
        <w:t>vt 0.499340 0.512360</w:t>
        <w:br/>
        <w:t>vt 0.499250 0.525390</w:t>
        <w:br/>
        <w:t>vt 0.860480 0.873620</w:t>
        <w:br/>
        <w:t>vt 0.208640 0.381960</w:t>
        <w:br/>
        <w:t>vt 0.232620 0.364520</w:t>
        <w:br/>
        <w:t>vt 0.419890 0.736060</w:t>
        <w:br/>
        <w:t>vt 0.447070 0.736620</w:t>
        <w:br/>
        <w:t>vt 0.472030 0.736340</w:t>
        <w:br/>
        <w:t>vt 0.397900 0.677060</w:t>
        <w:br/>
        <w:t>vt 0.391690 0.736610</w:t>
        <w:br/>
        <w:t>vt 0.156580 0.358470</w:t>
        <w:br/>
        <w:t>vt 0.190120 0.401330</w:t>
        <w:br/>
        <w:t>vt 0.222630 0.417870</w:t>
        <w:br/>
        <w:t>vt 0.167470 0.432630</w:t>
        <w:br/>
        <w:t>vt 0.150020 0.462750</w:t>
        <w:br/>
        <w:t>vt 0.462220 0.407950</w:t>
        <w:br/>
        <w:t>vt 0.462920 0.408860</w:t>
        <w:br/>
        <w:t>vt 0.460450 0.408670</w:t>
        <w:br/>
        <w:t>vt 0.476660 0.414800</w:t>
        <w:br/>
        <w:t>vt 0.476220 0.410450</w:t>
        <w:br/>
        <w:t>vt 0.482720 0.410450</w:t>
        <w:br/>
        <w:t>vt 0.483720 0.415870</w:t>
        <w:br/>
        <w:t>vt 0.484380 0.398350</w:t>
        <w:br/>
        <w:t>vt 0.492610 0.398070</w:t>
        <w:br/>
        <w:t>vt 0.492480 0.403000</w:t>
        <w:br/>
        <w:t>vt 0.484460 0.403070</w:t>
        <w:br/>
        <w:t>vt 0.477490 0.406530</w:t>
        <w:br/>
        <w:t>vt 0.483810 0.406450</w:t>
        <w:br/>
        <w:t>vt 0.483030 0.408860</w:t>
        <w:br/>
        <w:t>vt 0.477000 0.408860</w:t>
        <w:br/>
        <w:t>vt 0.469540 0.417660</w:t>
        <w:br/>
        <w:t>vt 0.470050 0.413780</w:t>
        <w:br/>
        <w:t>vt 0.465860 0.407280</w:t>
        <w:br/>
        <w:t>vt 0.466240 0.408860</w:t>
        <w:br/>
        <w:t>vt 0.019720 0.734160</w:t>
        <w:br/>
        <w:t>vt 0.024510 0.734350</w:t>
        <w:br/>
        <w:t>vt 0.024510 0.676950</w:t>
        <w:br/>
        <w:t>vt 0.019720 0.675320</w:t>
        <w:br/>
        <w:t>vt 0.019720 0.630580</w:t>
        <w:br/>
        <w:t>vt 0.019720 0.586370</w:t>
        <w:br/>
        <w:t>vt 0.015410 0.586000</w:t>
        <w:br/>
        <w:t>vt 0.015410 0.632350</w:t>
        <w:br/>
        <w:t>vt 0.470840 0.406730</w:t>
        <w:br/>
        <w:t>vt 0.470920 0.408860</w:t>
        <w:br/>
        <w:t>vt 0.461910 0.412800</w:t>
        <w:br/>
        <w:t>vt 0.462390 0.411490</w:t>
        <w:br/>
        <w:t>vt 0.465590 0.412560</w:t>
        <w:br/>
        <w:t>vt 0.465170 0.415350</w:t>
        <w:br/>
        <w:t>vt 0.456360 0.408490</w:t>
        <w:br/>
        <w:t>vt 0.458480 0.405980</w:t>
        <w:br/>
        <w:t>vt 0.461430 0.406990</w:t>
        <w:br/>
        <w:t>vt 0.464110 0.403420</w:t>
        <w:br/>
        <w:t>vt 0.465080 0.405420</w:t>
        <w:br/>
        <w:t>vt 0.469810 0.401050</w:t>
        <w:br/>
        <w:t>vt 0.470650 0.404130</w:t>
        <w:br/>
        <w:t>vt 0.024510 0.551030</w:t>
        <w:br/>
        <w:t>vt 0.019720 0.550500</w:t>
        <w:br/>
        <w:t>vt 0.019720 0.586370</w:t>
        <w:br/>
        <w:t>vt 0.024510 0.587090</w:t>
        <w:br/>
        <w:t>vt 0.461230 0.409710</w:t>
        <w:br/>
        <w:t>vt 0.462770 0.410450</w:t>
        <w:br/>
        <w:t>vt 0.460670 0.409950</w:t>
        <w:br/>
        <w:t>vt 0.460500 0.409300</w:t>
        <w:br/>
        <w:t>vt 0.456530 0.409740</w:t>
        <w:br/>
        <w:t>vt 0.111030 0.351520</w:t>
        <w:br/>
        <w:t>vt 0.100870 0.351090</w:t>
        <w:br/>
        <w:t>vt 0.114340 0.347520</w:t>
        <w:br/>
        <w:t>vt 0.104650 0.353950</w:t>
        <w:br/>
        <w:t>vt 0.098250 0.357440</w:t>
        <w:br/>
        <w:t>vt 0.089820 0.359600</w:t>
        <w:br/>
        <w:t>vt 0.090710 0.354610</w:t>
        <w:br/>
        <w:t>vt 0.125690 0.048640</w:t>
        <w:br/>
        <w:t>vt 0.127100 0.049520</w:t>
        <w:br/>
        <w:t>vt 0.127040 0.052660</w:t>
        <w:br/>
        <w:t>vt 0.114220 0.048480</w:t>
        <w:br/>
        <w:t>vt 0.118900 0.046130</w:t>
        <w:br/>
        <w:t>vt 0.122020 0.050030</w:t>
        <w:br/>
        <w:t>vt 0.112450 0.043510</w:t>
        <w:br/>
        <w:t>vt 0.098160 0.044970</w:t>
        <w:br/>
        <w:t>vt 0.105860 0.040920</w:t>
        <w:br/>
        <w:t>vt 0.097300 0.039180</w:t>
        <w:br/>
        <w:t>vt 0.113060 0.344600</w:t>
        <w:br/>
        <w:t>vt 0.123390 0.344860</w:t>
        <w:br/>
        <w:t>vt 0.118450 0.348190</w:t>
        <w:br/>
        <w:t>vt 0.095140 0.349960</w:t>
        <w:br/>
        <w:t>vt 0.134140 0.346000</w:t>
        <w:br/>
        <w:t>vt 0.121570 0.346880</w:t>
        <w:br/>
        <w:t>vt 0.133910 0.072000</w:t>
        <w:br/>
        <w:t>vt 0.135830 0.061690</w:t>
        <w:br/>
        <w:t>vt 0.120080 0.066560</w:t>
        <w:br/>
        <w:t>vt 0.114220 0.048480</w:t>
        <w:br/>
        <w:t>vt 0.101920 0.059890</w:t>
        <w:br/>
        <w:t>vt 0.090060 0.058150</w:t>
        <w:br/>
        <w:t>vt 0.082400 0.323660</w:t>
        <w:br/>
        <w:t>vt 0.098840 0.328440</w:t>
        <w:br/>
        <w:t>vt 0.115500 0.328430</w:t>
        <w:br/>
        <w:t>vt 0.133580 0.338900</w:t>
        <w:br/>
        <w:t>vt 0.146690 0.340580</w:t>
        <w:br/>
        <w:t>vt 0.090060 0.068930</w:t>
        <w:br/>
        <w:t>vt 0.105050 0.072140</w:t>
        <w:br/>
        <w:t>vt 0.121900 0.076300</w:t>
        <w:br/>
        <w:t>vt 0.146670 0.074220</w:t>
        <w:br/>
        <w:t>vt 0.138580 0.080070</w:t>
        <w:br/>
        <w:t>vt 0.093750 0.314930</w:t>
        <w:br/>
        <w:t>vt 0.082400 0.310000</w:t>
        <w:br/>
        <w:t>vt 0.082400 0.290040</w:t>
        <w:br/>
        <w:t>vt 0.095890 0.292960</w:t>
        <w:br/>
        <w:t>vt 0.116560 0.316260</w:t>
        <w:br/>
        <w:t>vt 0.119690 0.295500</w:t>
        <w:br/>
        <w:t>vt 0.136100 0.318800</w:t>
        <w:br/>
        <w:t>vt 0.138340 0.300620</w:t>
        <w:br/>
        <w:t>vt 0.149420 0.310610</w:t>
        <w:br/>
        <w:t>vt 0.148910 0.332440</w:t>
        <w:br/>
        <w:t>vt 0.147020 0.108170</w:t>
        <w:br/>
        <w:t>vt 0.154000 0.082380</w:t>
        <w:br/>
        <w:t>vt 0.166430 0.102340</w:t>
        <w:br/>
        <w:t>vt 0.139790 0.090640</w:t>
        <w:br/>
        <w:t>vt 0.124870 0.112230</w:t>
        <w:br/>
        <w:t>vt 0.122540 0.089070</w:t>
        <w:br/>
        <w:t>vt 0.103620 0.113160</w:t>
        <w:br/>
        <w:t>vt 0.101980 0.087900</w:t>
        <w:br/>
        <w:t>vt 0.168260 0.129640</w:t>
        <w:br/>
        <w:t>vt 0.144860 0.128930</w:t>
        <w:br/>
        <w:t>vt 0.141480 0.155010</w:t>
        <w:br/>
        <w:t>vt 0.127670 0.139560</w:t>
        <w:br/>
        <w:t>vt 0.127390 0.165820</w:t>
        <w:br/>
        <w:t>vt 0.105540 0.140820</w:t>
        <w:br/>
        <w:t>vt 0.106380 0.172630</w:t>
        <w:br/>
        <w:t>vt 0.090060 0.141150</w:t>
        <w:br/>
        <w:t>vt 0.154410 0.159180</w:t>
        <w:br/>
        <w:t>vt 0.151200 0.282030</w:t>
        <w:br/>
        <w:t>vt 0.130920 0.251820</w:t>
        <w:br/>
        <w:t>vt 0.142370 0.249480</w:t>
        <w:br/>
        <w:t>vt 0.135950 0.281280</w:t>
        <w:br/>
        <w:t>vt 0.120470 0.273690</w:t>
        <w:br/>
        <w:t>vt 0.118710 0.240460</w:t>
        <w:br/>
        <w:t>vt 0.096310 0.270090</w:t>
        <w:br/>
        <w:t>vt 0.096430 0.233470</w:t>
        <w:br/>
        <w:t>vt 0.082400 0.268640</w:t>
        <w:br/>
        <w:t>vt 0.082400 0.232330</w:t>
        <w:br/>
        <w:t>vt 0.105370 0.211470</w:t>
        <w:br/>
        <w:t>vt 0.082400 0.209170</w:t>
        <w:br/>
        <w:t>vt 0.111130 0.191200</w:t>
        <w:br/>
        <w:t>vt 0.130320 0.224400</w:t>
        <w:br/>
        <w:t>vt 0.135480 0.178880</w:t>
        <w:br/>
        <w:t>vt 0.115720 0.351490</w:t>
        <w:br/>
        <w:t>vt 0.123220 0.046980</w:t>
        <w:br/>
        <w:t>vt 0.499550 0.482000</w:t>
        <w:br/>
        <w:t>vt 0.496740 0.482540</w:t>
        <w:br/>
        <w:t>vt 0.494510 0.476270</w:t>
        <w:br/>
        <w:t>vt 0.499520 0.475280</w:t>
        <w:br/>
        <w:t>vt 0.492100 0.406060</w:t>
        <w:br/>
        <w:t>vt 0.499680 0.405840</w:t>
        <w:br/>
        <w:t>vt 0.499670 0.408860</w:t>
        <w:br/>
        <w:t>vt 0.491480 0.408860</w:t>
        <w:br/>
        <w:t>vt 0.082400 0.356590</w:t>
        <w:br/>
        <w:t>vt 0.082400 0.359250</w:t>
        <w:br/>
        <w:t>vt 0.477600 0.403190</w:t>
        <w:br/>
        <w:t>vt 0.477300 0.399070</w:t>
        <w:br/>
        <w:t>vt 0.019720 0.630580</w:t>
        <w:br/>
        <w:t>vt 0.024510 0.631350</w:t>
        <w:br/>
        <w:t>vt 0.492060 0.416760</w:t>
        <w:br/>
        <w:t>vt 0.492210 0.423340</w:t>
        <w:br/>
        <w:t>vt 0.465720 0.410450</w:t>
        <w:br/>
        <w:t>vt 0.461100 0.409260</w:t>
        <w:br/>
        <w:t>vt 0.461380 0.408850</w:t>
        <w:br/>
        <w:t>vt 0.499720 0.398050</w:t>
        <w:br/>
        <w:t>vt 0.499700 0.402880</w:t>
        <w:br/>
        <w:t>vt 0.253370 0.434790</w:t>
        <w:br/>
        <w:t>vt 0.363670 0.426660</w:t>
        <w:br/>
        <w:t>vt 0.367740 0.450280</w:t>
        <w:br/>
        <w:t>vt 0.351410 0.440930</w:t>
        <w:br/>
        <w:t>vt 0.424790 0.548450</w:t>
        <w:br/>
        <w:t>vt 0.415810 0.537270</w:t>
        <w:br/>
        <w:t>vt 0.499100 0.572190</w:t>
        <w:br/>
        <w:t>vt 0.499240 0.534960</w:t>
        <w:br/>
        <w:t>vt 0.499770 0.344370</w:t>
        <w:br/>
        <w:t>vt 0.499770 0.357040</w:t>
        <w:br/>
        <w:t>vt 0.499770 0.336640</w:t>
        <w:br/>
        <w:t>vt 0.499760 0.296180</w:t>
        <w:br/>
        <w:t>vt 0.499770 0.308680</w:t>
        <w:br/>
        <w:t>vt 0.499840 0.866070</w:t>
        <w:br/>
        <w:t>vt 0.499770 0.320900</w:t>
        <w:br/>
        <w:t>vt 0.499920 0.924880</w:t>
        <w:br/>
        <w:t>vt 0.499720 0.735510</w:t>
        <w:br/>
        <w:t>vt 0.491320 0.410450</w:t>
        <w:br/>
        <w:t>vt 0.499780 0.410450</w:t>
        <w:br/>
        <w:t>vt 0.499760 0.417170</w:t>
        <w:br/>
        <w:t>vt 0.082400 0.353030</w:t>
        <w:br/>
        <w:t>vt 0.090060 0.175150</w:t>
        <w:br/>
        <w:t>vt 0.090060 0.043260</w:t>
        <w:br/>
        <w:t>vt 0.090040 0.039560</w:t>
        <w:br/>
        <w:t>vt 0.090060 0.111830</w:t>
        <w:br/>
        <w:t>vt 0.090060 0.086270</w:t>
        <w:br/>
        <w:t>vt 0.090060 0.194470</w:t>
        <w:br/>
        <w:t>vt 0.499730 0.423530</w:t>
        <w:br/>
        <w:t>vt 0.300720 0.496880</w:t>
        <w:br/>
        <w:t>vt 0.319550 0.472640</w:t>
        <w:br/>
        <w:t>vt 0.122260 0.348110</w:t>
        <w:br/>
        <w:t>vt 0.120300 0.348520</w:t>
        <w:br/>
        <w:t>vt 0.120350 0.348610</w:t>
        <w:br/>
        <w:t>vt 0.118530 0.349230</w:t>
        <w:br/>
        <w:t>vt 0.122950 0.349340</w:t>
        <w:br/>
        <w:t>vt 0.122260 0.348110</w:t>
        <w:br/>
        <w:t>vt 0.498710 0.487280</w:t>
        <w:br/>
        <w:t>vt 0.499460 0.487670</w:t>
        <w:br/>
        <w:t>vt 0.429470 0.553420</w:t>
        <w:br/>
        <w:t>vt 0.475680 0.456450</w:t>
        <w:br/>
        <w:t>vt 0.474770 0.449290</w:t>
        <w:br/>
        <w:t>vt 0.468530 0.458850</w:t>
        <w:br/>
        <w:t>vt 0.486500 0.327640</w:t>
        <w:br/>
        <w:t>vt 0.499770 0.328410</w:t>
        <w:br/>
        <w:t>vt 0.469010 0.422600</w:t>
        <w:br/>
        <w:t>vt 0.464060 0.419570</w:t>
        <w:br/>
        <w:t>vt 0.460420 0.415620</w:t>
        <w:br/>
        <w:t>vt 0.492240 0.429760</w:t>
        <w:br/>
        <w:t>vt 0.499700 0.430150</w:t>
        <w:br/>
        <w:t>vt 0.456860 0.411260</w:t>
        <w:br/>
        <w:t>vt 0.259670 0.541460</w:t>
        <w:br/>
        <w:t>vt 0.267850 0.517910</w:t>
        <w:br/>
        <w:t>vt 0.303810 0.461850</w:t>
        <w:br/>
        <w:t>vt 0.284140 0.487820</w:t>
        <w:br/>
        <w:t>vt 0.260920 0.478940</w:t>
        <w:br/>
        <w:t>vt 0.246750 0.507520</w:t>
        <w:br/>
        <w:t>vt 0.238920 0.535050</w:t>
        <w:br/>
        <w:t>vt 0.233050 0.563000</w:t>
        <w:br/>
        <w:t>vt 0.233860 0.596850</w:t>
        <w:br/>
        <w:t>vt 0.243840 0.632230</w:t>
        <w:br/>
        <w:t>vt 0.265130 0.660820</w:t>
        <w:br/>
        <w:t>vt 0.291110 0.678880</w:t>
        <w:br/>
        <w:t>vt 0.316590 0.693210</w:t>
        <w:br/>
        <w:t>vt 0.342860 0.700320</w:t>
        <w:br/>
        <w:t>vt 0.368820 0.704740</w:t>
        <w:br/>
        <w:t>vt 0.395680 0.705150</w:t>
        <w:br/>
        <w:t>vt 0.423460 0.704380</w:t>
        <w:br/>
        <w:t>vt 0.281850 0.450130</w:t>
        <w:br/>
        <w:t>vt 0.400120 0.531420</w:t>
        <w:br/>
        <w:t>vt 0.382210 0.528080</w:t>
        <w:br/>
        <w:t>vt 0.370290 0.526080</w:t>
        <w:br/>
        <w:t>vt 0.356110 0.523740</w:t>
        <w:br/>
        <w:t>vt 0.342110 0.521890</w:t>
        <w:br/>
        <w:t>vt 0.327830 0.523520</w:t>
        <w:br/>
        <w:t>vt 0.316920 0.532180</w:t>
        <w:br/>
        <w:t>vt 0.308920 0.542380</w:t>
        <w:br/>
        <w:t>vt 0.302830 0.555840</w:t>
        <w:br/>
        <w:t>vt 0.299220 0.567070</w:t>
        <w:br/>
        <w:t>vt 0.309820 0.578040</w:t>
        <w:br/>
        <w:t>vt 0.323690 0.586890</w:t>
        <w:br/>
        <w:t>vt 0.334320 0.591790</w:t>
        <w:br/>
        <w:t>vt 0.344970 0.596790</w:t>
        <w:br/>
        <w:t>vt 0.354740 0.599870</w:t>
        <w:br/>
        <w:t>vt 0.368020 0.601940</w:t>
        <w:br/>
        <w:t>vt 0.380880 0.600790</w:t>
        <w:br/>
        <w:t>vt 0.380880 0.600790</w:t>
        <w:br/>
        <w:t>vt 0.393340 0.595560</w:t>
        <w:br/>
        <w:t>vt 0.395290 0.608200</w:t>
        <w:br/>
        <w:t>vt 0.407510 0.587720</w:t>
        <w:br/>
        <w:t>vt 0.418770 0.577130</w:t>
        <w:br/>
        <w:t>vt 0.456030 0.404930</w:t>
        <w:br/>
        <w:t>vt 0.449430 0.404350</w:t>
        <w:br/>
        <w:t>vt 0.457530 0.399040</w:t>
        <w:br/>
        <w:t>vt 0.462280 0.401430</w:t>
        <w:br/>
        <w:t>vt 0.466980 0.393950</w:t>
        <w:br/>
        <w:t>vt 0.468700 0.397590</w:t>
        <w:br/>
        <w:t>vt 0.451400 0.409180</w:t>
        <w:br/>
        <w:t>vt 0.442230 0.409460</w:t>
        <w:br/>
        <w:t>vt 0.470160 0.437940</w:t>
        <w:br/>
        <w:t>vt 0.461300 0.433440</w:t>
        <w:br/>
        <w:t>vt 0.466020 0.427220</w:t>
        <w:br/>
        <w:t>vt 0.473490 0.431680</w:t>
        <w:br/>
        <w:t>vt 0.460050 0.422990</w:t>
        <w:br/>
        <w:t>vt 0.453250 0.428750</w:t>
        <w:br/>
        <w:t>vt 0.480790 0.439980</w:t>
        <w:br/>
        <w:t>vt 0.482500 0.434360</w:t>
        <w:br/>
        <w:t>vt 0.455960 0.418020</w:t>
        <w:br/>
        <w:t>vt 0.446260 0.422920</w:t>
        <w:br/>
        <w:t>vt 0.452770 0.412230</w:t>
        <w:br/>
        <w:t>vt 0.441100 0.414900</w:t>
        <w:br/>
        <w:t>vt 0.499750 0.388670</w:t>
        <w:br/>
        <w:t>vt 0.499740 0.393450</w:t>
        <w:br/>
        <w:t>vt 0.492510 0.393280</w:t>
        <w:br/>
        <w:t>vt 0.492400 0.388700</w:t>
        <w:br/>
        <w:t>vt 0.483420 0.389460</w:t>
        <w:br/>
        <w:t>vt 0.484080 0.393520</w:t>
        <w:br/>
        <w:t>vt 0.475170 0.391280</w:t>
        <w:br/>
        <w:t>vt 0.476570 0.394270</w:t>
        <w:br/>
        <w:t>vt 0.499660 0.440970</w:t>
        <w:br/>
        <w:t>vt 0.490890 0.440910</w:t>
        <w:br/>
        <w:t>vt 0.491470 0.435440</w:t>
        <w:br/>
        <w:t>vt 0.499680 0.435730</w:t>
        <w:br/>
        <w:t>vt 0.336430 0.457770</w:t>
        <w:br/>
        <w:t>vt 0.263960 0.385380</w:t>
        <w:br/>
        <w:t>vt 0.242520 0.401970</w:t>
        <w:br/>
        <w:t>vt 0.269700 0.417730</w:t>
        <w:br/>
        <w:t>vt 0.290440 0.401960</w:t>
        <w:br/>
        <w:t>vt 0.299090 0.434440</w:t>
        <w:br/>
        <w:t>vt 0.317580 0.418350</w:t>
        <w:br/>
        <w:t>vt 0.321020 0.447990</w:t>
        <w:br/>
        <w:t>vt 0.337040 0.431460</w:t>
        <w:br/>
        <w:t>vt 0.498710 0.487280</w:t>
        <w:br/>
        <w:t>vt 0.499460 0.487670</w:t>
        <w:br/>
        <w:t>vt 0.479100 0.463410</w:t>
        <w:br/>
        <w:t>vt 0.485870 0.470840</w:t>
        <w:br/>
        <w:t>vt 0.481170 0.473800</w:t>
        <w:br/>
        <w:t>vt 0.473940 0.466210</w:t>
        <w:br/>
        <w:t>vt 0.487210 0.481360</w:t>
        <w:br/>
        <w:t>vt 0.490820 0.478290</w:t>
        <w:br/>
        <w:t>vt 0.495540 0.483490</w:t>
        <w:br/>
        <w:t>vt 0.493840 0.486940</w:t>
        <w:br/>
        <w:t>vt 0.884110 0.839870</w:t>
        <w:br/>
        <w:t>vt 0.015410 0.524620</w:t>
        <w:br/>
        <w:t>vt 0.019720 0.526980</w:t>
        <w:br/>
        <w:t>vt 0.019720 0.514320</w:t>
        <w:br/>
        <w:t>vt 0.015410 0.512510</w:t>
        <w:br/>
        <w:t>vt 0.019720 0.630580</w:t>
        <w:br/>
        <w:t>vt 0.019720 0.675320</w:t>
        <w:br/>
        <w:t>vt 0.015410 0.676230</w:t>
        <w:br/>
        <w:t>vt 0.015410 0.550320</w:t>
        <w:br/>
        <w:t>vt 0.019720 0.550500</w:t>
        <w:br/>
        <w:t>vt 0.470300 0.410450</w:t>
        <w:br/>
        <w:t>vt 0.019720 0.514320</w:t>
        <w:br/>
        <w:t>vt 0.019720 0.526980</w:t>
        <w:br/>
        <w:t>vt 0.024510 0.526590</w:t>
        <w:br/>
        <w:t>vt 0.024510 0.513080</w:t>
        <w:br/>
        <w:t>vt 0.019720 0.787520</w:t>
        <w:br/>
        <w:t>vt 0.019720 0.734160</w:t>
        <w:br/>
        <w:t>vt 0.015410 0.734750</w:t>
        <w:br/>
        <w:t>vt 0.015410 0.787520</w:t>
        <w:br/>
        <w:t>vt 0.019720 0.514030</w:t>
        <w:br/>
        <w:t>vt 0.019720 0.511190</w:t>
        <w:br/>
        <w:t>vt 0.019720 0.787520</w:t>
        <w:br/>
        <w:t>vt 0.024510 0.787520</w:t>
        <w:br/>
        <w:t>vt 0.120380 0.348830</w:t>
        <w:br/>
        <w:t>vt 0.121570 0.346880</w:t>
        <w:br/>
        <w:t>vt 0.119810 0.809100</w:t>
        <w:br/>
        <w:t>vt 0.166680 0.777070</w:t>
        <w:br/>
        <w:t>vt 0.120000 0.728450</w:t>
        <w:br/>
        <w:t>vt 0.074540 0.747670</w:t>
        <w:br/>
        <w:t>vt 0.182320 0.853830</w:t>
        <w:br/>
        <w:t>vt 0.231280 0.815700</w:t>
        <w:br/>
        <w:t>vt 0.270960 0.835610</w:t>
        <w:br/>
        <w:t>vt 0.233670 0.880720</w:t>
        <w:br/>
        <w:t>vt 0.286990 0.899750</w:t>
        <w:br/>
        <w:t>vt 0.316410 0.849720</w:t>
        <w:br/>
        <w:t>vt 0.453780 0.925630</w:t>
        <w:br/>
        <w:t>vt 0.463820 0.865990</w:t>
        <w:br/>
        <w:t>vt 0.423850 0.861680</w:t>
        <w:br/>
        <w:t>vt 0.403960 0.921020</w:t>
        <w:br/>
        <w:t>vt 0.371650 0.856430</w:t>
        <w:br/>
        <w:t>vt 0.345080 0.914140</w:t>
        <w:br/>
        <w:t>vt 0.844220 0.896850</w:t>
        <w:br/>
        <w:t>vt 0.833720 0.911840</w:t>
        <w:br/>
        <w:t>vt 0.843870 0.914330</w:t>
        <w:br/>
        <w:t>vt 0.302440 0.599080</w:t>
        <w:br/>
        <w:t>vt 0.284280 0.609880</w:t>
        <w:br/>
        <w:t>vt 0.305650 0.622990</w:t>
        <w:br/>
        <w:t>vt 0.314390 0.609070</w:t>
        <w:br/>
        <w:t>vt 0.325040 0.596850</w:t>
        <w:br/>
        <w:t>vt 0.313450 0.590030</w:t>
        <w:br/>
        <w:t>vt 0.293870 0.567060</w:t>
        <w:br/>
        <w:t>vt 0.298240 0.553840</w:t>
        <w:br/>
        <w:t>vt 0.289600 0.550560</w:t>
        <w:br/>
        <w:t>vt 0.285410 0.568740</w:t>
        <w:br/>
        <w:t>vt 0.294580 0.533760</w:t>
        <w:br/>
        <w:t>vt 0.304020 0.538820</w:t>
        <w:br/>
        <w:t>vt 0.312340 0.524060</w:t>
        <w:br/>
        <w:t>vt 0.308970 0.512820</w:t>
        <w:br/>
        <w:t>vt 0.181680 0.648550</w:t>
        <w:br/>
        <w:t>vt 0.139320 0.658940</w:t>
        <w:br/>
        <w:t>vt 0.167790 0.707450</w:t>
        <w:br/>
        <w:t>vt 0.209020 0.688240</w:t>
        <w:br/>
        <w:t>vt 0.379370 0.631670</w:t>
        <w:br/>
        <w:t>vt 0.379730 0.649570</w:t>
        <w:br/>
        <w:t>vt 0.401560 0.648150</w:t>
        <w:br/>
        <w:t>vt 0.399680 0.629130</w:t>
        <w:br/>
        <w:t>vt 0.351830 0.764420</w:t>
        <w:br/>
        <w:t>vt 0.361290 0.734730</w:t>
        <w:br/>
        <w:t>vt 0.330890 0.728470</w:t>
        <w:br/>
        <w:t>vt 0.316910 0.756160</w:t>
        <w:br/>
        <w:t>vt 0.437740 0.808870</w:t>
        <w:br/>
        <w:t>vt 0.409560 0.810640</w:t>
        <w:br/>
        <w:t>vt 0.450880 0.674640</w:t>
        <w:br/>
        <w:t>vt 0.450470 0.644720</w:t>
        <w:br/>
        <w:t>vt 0.425890 0.645920</w:t>
        <w:br/>
        <w:t>vt 0.424480 0.675500</w:t>
        <w:br/>
        <w:t>vt 0.467360 0.809450</w:t>
        <w:br/>
        <w:t>vt 0.449690 0.705000</w:t>
        <w:br/>
        <w:t>vt 0.473960 0.704860</w:t>
        <w:br/>
        <w:t>vt 0.474190 0.675080</w:t>
        <w:br/>
        <w:t>vt 0.420150 0.615750</w:t>
        <w:br/>
        <w:t>vt 0.439570 0.595330</w:t>
        <w:br/>
        <w:t>vt 0.429210 0.586210</w:t>
        <w:br/>
        <w:t>vt 0.413890 0.601700</w:t>
        <w:br/>
        <w:t>vt 0.451140 0.623690</w:t>
        <w:br/>
        <w:t>vt 0.461270 0.603680</w:t>
        <w:br/>
        <w:t>vt 0.485070 0.610860</w:t>
        <w:br/>
        <w:t>vt 0.487050 0.593380</w:t>
        <w:br/>
        <w:t>vt 0.467830 0.585080</w:t>
        <w:br/>
        <w:t>vt 0.451750 0.528580</w:t>
        <w:br/>
        <w:t>vt 0.447520 0.535890</w:t>
        <w:br/>
        <w:t>vt 0.460620 0.543710</w:t>
        <w:br/>
        <w:t>vt 0.464820 0.535580</w:t>
        <w:br/>
        <w:t>vt 0.402500 0.506160</w:t>
        <w:br/>
        <w:t>vt 0.394710 0.512530</w:t>
        <w:br/>
        <w:t>vt 0.412170 0.519190</w:t>
        <w:br/>
        <w:t>vt 0.419870 0.513800</w:t>
        <w:br/>
        <w:t>vt 0.435870 0.520850</w:t>
        <w:br/>
        <w:t>vt 0.430360 0.526730</w:t>
        <w:br/>
        <w:t>vt 0.386000 0.498090</w:t>
        <w:br/>
        <w:t>vt 0.376870 0.506450</w:t>
        <w:br/>
        <w:t>vt 0.341550 0.508910</w:t>
        <w:br/>
        <w:t>vt 0.356690 0.511870</w:t>
        <w:br/>
        <w:t>vt 0.359110 0.502070</w:t>
        <w:br/>
        <w:t>vt 0.342040 0.498110</w:t>
        <w:br/>
        <w:t>vt 0.456950 0.516230</w:t>
        <w:br/>
        <w:t>vt 0.459640 0.505300</w:t>
        <w:br/>
        <w:t>vt 0.448570 0.498780</w:t>
        <w:br/>
        <w:t>vt 0.444050 0.508430</w:t>
        <w:br/>
        <w:t>vt 0.466760 0.476100</w:t>
        <w:br/>
        <w:t>vt 0.460030 0.470710</w:t>
        <w:br/>
        <w:t>vt 0.453470 0.484910</w:t>
        <w:br/>
        <w:t>vt 0.462420 0.491520</w:t>
        <w:br/>
        <w:t>vt 0.489780 0.453630</w:t>
        <w:br/>
        <w:t>vt 0.490600 0.460130</w:t>
        <w:br/>
        <w:t>vt 0.470490 0.498170</w:t>
        <w:br/>
        <w:t>vt 0.474800 0.482050</w:t>
        <w:br/>
        <w:t>vt 0.468140 0.522660</w:t>
        <w:br/>
        <w:t>vt 0.469330 0.513000</w:t>
        <w:br/>
        <w:t>vt 0.490790 0.523760</w:t>
        <w:br/>
        <w:t>vt 0.479160 0.518580</w:t>
        <w:br/>
        <w:t>vt 0.479080 0.528260</w:t>
        <w:br/>
        <w:t>vt 0.490490 0.533010</w:t>
        <w:br/>
        <w:t>vt 0.471940 0.560660</w:t>
        <w:br/>
        <w:t>vt 0.488980 0.569870</w:t>
        <w:br/>
        <w:t>vt 0.489420 0.558110</w:t>
        <w:br/>
        <w:t>vt 0.475110 0.551470</w:t>
        <w:br/>
        <w:t>vt 0.488170 0.581700</w:t>
        <w:br/>
        <w:t>vt 0.492660 0.468290</w:t>
        <w:br/>
        <w:t>vt 0.269400 0.565560</w:t>
        <w:br/>
        <w:t>vt 0.271860 0.590550</w:t>
        <w:br/>
        <w:t>vt 0.292940 0.585990</w:t>
        <w:br/>
        <w:t>vt 0.197760 0.446520</w:t>
        <w:br/>
        <w:t>vt 0.179520 0.476450</w:t>
        <w:br/>
        <w:t>vt 0.214640 0.491910</w:t>
        <w:br/>
        <w:t>vt 0.231210 0.463580</w:t>
        <w:br/>
        <w:t>vt 0.384660 0.478800</w:t>
        <w:br/>
        <w:t>vt 0.399240 0.465130</w:t>
        <w:br/>
        <w:t>vt 0.381130 0.457410</w:t>
        <w:br/>
        <w:t>vt 0.366830 0.472120</w:t>
        <w:br/>
        <w:t>vt 0.353210 0.485110</w:t>
        <w:br/>
        <w:t>vt 0.370320 0.491650</w:t>
        <w:br/>
        <w:t>vt 0.414720 0.493670</w:t>
        <w:br/>
        <w:t>vt 0.425130 0.480550</w:t>
        <w:br/>
        <w:t>vt 0.413170 0.472070</w:t>
        <w:br/>
        <w:t>vt 0.399940 0.485390</w:t>
        <w:br/>
        <w:t>vt 0.432180 0.469530</w:t>
        <w:br/>
        <w:t>vt 0.442990 0.456190</w:t>
        <w:br/>
        <w:t>vt 0.433300 0.447300</w:t>
        <w:br/>
        <w:t>vt 0.420100 0.462580</w:t>
        <w:br/>
        <w:t>vt 0.435560 0.428290</w:t>
        <w:br/>
        <w:t>vt 0.420980 0.438600</w:t>
        <w:br/>
        <w:t>vt 0.443070 0.437520</w:t>
        <w:br/>
        <w:t>vt 0.430690 0.502050</w:t>
        <w:br/>
        <w:t>vt 0.438380 0.490320</w:t>
        <w:br/>
        <w:t>vt 0.444350 0.478270</w:t>
        <w:br/>
        <w:t>vt 0.452720 0.464540</w:t>
        <w:br/>
        <w:t>vt 0.492500 0.384070</w:t>
        <w:br/>
        <w:t>vt 0.490900 0.371600</w:t>
        <w:br/>
        <w:t>vt 0.481060 0.372940</w:t>
        <w:br/>
        <w:t>vt 0.483110 0.384990</w:t>
        <w:br/>
        <w:t>vt 0.452220 0.395870</w:t>
        <w:br/>
        <w:t>vt 0.463730 0.391180</w:t>
        <w:br/>
        <w:t>vt 0.456030 0.383260</w:t>
        <w:br/>
        <w:t>vt 0.439580 0.390650</w:t>
        <w:br/>
        <w:t>vt 0.459480 0.354230</w:t>
        <w:br/>
        <w:t>vt 0.464390 0.364280</w:t>
        <w:br/>
        <w:t>vt 0.479160 0.359840</w:t>
        <w:br/>
        <w:t>vt 0.478610 0.348020</w:t>
        <w:br/>
        <w:t>vt 0.436980 0.362230</w:t>
        <w:br/>
        <w:t>vt 0.412410 0.378860</w:t>
        <w:br/>
        <w:t>vt 0.426150 0.386240</w:t>
        <w:br/>
        <w:t>vt 0.447120 0.372770</w:t>
        <w:br/>
        <w:t>vt 0.474060 0.327250</w:t>
        <w:br/>
        <w:t>vt 0.448980 0.331370</w:t>
        <w:br/>
        <w:t>vt 0.454730 0.343120</w:t>
        <w:br/>
        <w:t>vt 0.477140 0.337840</w:t>
        <w:br/>
        <w:t>vt 0.478210 0.293930</w:t>
        <w:br/>
        <w:t>vt 0.464400 0.294100</w:t>
        <w:br/>
        <w:t>vt 0.467020 0.306910</w:t>
        <w:br/>
        <w:t>vt 0.482300 0.307160</w:t>
        <w:br/>
        <w:t>vt 0.365580 0.302470</w:t>
        <w:br/>
        <w:t>vt 0.397530 0.295660</w:t>
        <w:br/>
        <w:t>vt 0.376350 0.271260</w:t>
        <w:br/>
        <w:t>vt 0.396210 0.391170</w:t>
        <w:br/>
        <w:t>vt 0.412880 0.397040</w:t>
        <w:br/>
        <w:t>vt 0.427330 0.399980</w:t>
        <w:br/>
        <w:t>vt 0.419520 0.408790</w:t>
        <w:br/>
        <w:t>vt 0.434550 0.410340</w:t>
        <w:br/>
        <w:t>vt 0.441530 0.403220</w:t>
        <w:br/>
        <w:t>vt 0.384580 0.402590</w:t>
        <w:br/>
        <w:t>vt 0.374720 0.413070</w:t>
        <w:br/>
        <w:t>vt 0.391120 0.422430</w:t>
        <w:br/>
        <w:t>vt 0.400270 0.407750</w:t>
        <w:br/>
        <w:t>vt 0.393530 0.353870</w:t>
        <w:br/>
        <w:t>vt 0.373040 0.367460</w:t>
        <w:br/>
        <w:t>vt 0.384310 0.381180</w:t>
        <w:br/>
        <w:t>vt 0.402500 0.367080</w:t>
        <w:br/>
        <w:t>vt 0.371080 0.393070</w:t>
        <w:br/>
        <w:t>vt 0.358040 0.379020</w:t>
        <w:br/>
        <w:t>vt 0.323770 0.288370</w:t>
        <w:br/>
        <w:t>vt 0.336980 0.313680</w:t>
        <w:br/>
        <w:t>vt 0.279900 0.308470</w:t>
        <w:br/>
        <w:t>vt 0.294420 0.266640</w:t>
        <w:br/>
        <w:t>vt 0.216090 0.301180</w:t>
        <w:br/>
        <w:t>vt 0.236490 0.331820</w:t>
        <w:br/>
        <w:t>vt 0.165320 0.375790</w:t>
        <w:br/>
        <w:t>vt 0.169340 0.389190</w:t>
        <w:br/>
        <w:t>vt 0.200060 0.359490</w:t>
        <w:br/>
        <w:t>vt 0.300160 0.719350</w:t>
        <w:br/>
        <w:t>vt 0.282770 0.745400</w:t>
        <w:br/>
        <w:t>vt 0.275210 0.545570</w:t>
        <w:br/>
        <w:t>vt 0.282460 0.527000</w:t>
        <w:br/>
        <w:t>vt 0.022740 0.440270</w:t>
        <w:br/>
        <w:t>vt 0.054260 0.452750</w:t>
        <w:br/>
        <w:t>vt 0.033740 0.423510</w:t>
        <w:br/>
        <w:t>vt 0.022740 0.440270</w:t>
        <w:br/>
        <w:t>vt 0.011100 0.435240</w:t>
        <w:br/>
        <w:t>vt 0.005620 0.455910</w:t>
        <w:br/>
        <w:t>vt 0.017620 0.457860</w:t>
        <w:br/>
        <w:t>vt 0.011380 0.477720</w:t>
        <w:br/>
        <w:t>vt 0.023370 0.492650</w:t>
        <w:br/>
        <w:t>vt 0.021270 0.475840</w:t>
        <w:br/>
        <w:t>vt 0.031400 0.488050</w:t>
        <w:br/>
        <w:t>vt 0.042080 0.506320</w:t>
        <w:br/>
        <w:t>vt 0.048370 0.495050</w:t>
        <w:br/>
        <w:t>vt 0.078830 0.480340</w:t>
        <w:br/>
        <w:t>vt 0.048370 0.495050</w:t>
        <w:br/>
        <w:t>vt 0.093960 0.469960</w:t>
        <w:br/>
        <w:t>vt 0.124010 0.454360</w:t>
        <w:br/>
        <w:t>vt 0.106980 0.480340</w:t>
        <w:br/>
        <w:t>vt 0.063240 0.498790</w:t>
        <w:br/>
        <w:t>vt 0.094990 0.501660</w:t>
        <w:br/>
        <w:t>vt 0.063240 0.498790</w:t>
        <w:br/>
        <w:t>vt 0.061480 0.504220</w:t>
        <w:br/>
        <w:t>vt 0.822760 0.927500</w:t>
        <w:br/>
        <w:t>vt 0.818790 0.947840</w:t>
        <w:br/>
        <w:t>vt 0.836090 0.955410</w:t>
        <w:br/>
        <w:t>vt 0.108660 0.405900</w:t>
        <w:br/>
        <w:t>vt 0.076690 0.426740</w:t>
        <w:br/>
        <w:t>vt 0.077070 0.394290</w:t>
        <w:br/>
        <w:t>vt 0.036410 0.399870</w:t>
        <w:br/>
        <w:t>vt 0.021780 0.416950</w:t>
        <w:br/>
        <w:t>vt 0.033740 0.423510</w:t>
        <w:br/>
        <w:t>vt 0.047550 0.411330</w:t>
        <w:br/>
        <w:t>vt 0.077070 0.394290</w:t>
        <w:br/>
        <w:t>vt 0.067950 0.383000</w:t>
        <w:br/>
        <w:t>vt 0.105470 0.385940</w:t>
        <w:br/>
        <w:t>vt 0.101280 0.370830</w:t>
        <w:br/>
        <w:t>vt 0.136240 0.381300</w:t>
        <w:br/>
        <w:t>vt 0.138040 0.367170</w:t>
        <w:br/>
        <w:t>vt 0.105470 0.385940</w:t>
        <w:br/>
        <w:t>vt 0.136240 0.381300</w:t>
        <w:br/>
        <w:t>vt 0.929720 0.935420</w:t>
        <w:br/>
        <w:t>vt 0.916450 0.897980</w:t>
        <w:br/>
        <w:t>vt 0.885590 0.949790</w:t>
        <w:br/>
        <w:t>vt 0.916670 0.953920</w:t>
        <w:br/>
        <w:t>vt 0.873100 0.975460</w:t>
        <w:br/>
        <w:t>vt 0.897190 0.967930</w:t>
        <w:br/>
        <w:t>vt 0.868640 0.955460</w:t>
        <w:br/>
        <w:t>vt 0.852680 0.973080</w:t>
        <w:br/>
        <w:t>vt 0.849970 0.956150</w:t>
        <w:br/>
        <w:t>vt 0.937700 0.913540</w:t>
        <w:br/>
        <w:t>vt 0.948350 0.879380</w:t>
        <w:br/>
        <w:t>vt 0.929360 0.858270</w:t>
        <w:br/>
        <w:t>vt 0.919680 0.832780</w:t>
        <w:br/>
        <w:t>vt 0.890880 0.873900</w:t>
        <w:br/>
        <w:t>vt 0.949980 0.824080</w:t>
        <w:br/>
        <w:t>vt 0.951850 0.786830</w:t>
        <w:br/>
        <w:t>vt 0.949980 0.824080</w:t>
        <w:br/>
        <w:t>vt 0.972040 0.780950</w:t>
        <w:br/>
        <w:t>vt 0.951850 0.786830</w:t>
        <w:br/>
        <w:t>vt 0.493600 0.498000</w:t>
        <w:br/>
        <w:t>vt 0.483770 0.490660</w:t>
        <w:br/>
        <w:t>vt 0.479470 0.504840</w:t>
        <w:br/>
        <w:t>vt 0.491740 0.511380</w:t>
        <w:br/>
        <w:t>vt 0.890880 0.873900</w:t>
        <w:br/>
        <w:t>vt 0.843870 0.914330</w:t>
        <w:br/>
        <w:t>vt 0.956670 0.845460</w:t>
        <w:br/>
        <w:t>vt 0.968280 0.809870</w:t>
        <w:br/>
        <w:t>vt 0.956670 0.845460</w:t>
        <w:br/>
        <w:t>vt 0.794560 0.919500</w:t>
        <w:br/>
        <w:t>vt 0.094990 0.501660</w:t>
        <w:br/>
        <w:t>vt 0.047550 0.411330</w:t>
        <w:br/>
        <w:t>vt 0.145570 0.424360</w:t>
        <w:br/>
        <w:t>vt 0.480070 0.628780</w:t>
        <w:br/>
        <w:t>vt 0.475860 0.645960</w:t>
        <w:br/>
        <w:t>vt 0.374290 0.677310</w:t>
        <w:br/>
        <w:t>vt 0.358300 0.647810</w:t>
        <w:br/>
        <w:t>vt 0.351080 0.674550</w:t>
        <w:br/>
        <w:t>vt 0.253520 0.564160</w:t>
        <w:br/>
        <w:t>vt 0.253270 0.592890</w:t>
        <w:br/>
        <w:t>vt 0.450990 0.575480</w:t>
        <w:br/>
        <w:t>vt 0.360770 0.629580</w:t>
        <w:br/>
        <w:t>vt 0.378670 0.611400</w:t>
        <w:br/>
        <w:t>vt 0.364070 0.610790</w:t>
        <w:br/>
        <w:t>vt 0.327130 0.509310</w:t>
        <w:br/>
        <w:t>vt 0.325030 0.497230</w:t>
        <w:br/>
        <w:t>vt 0.440160 0.564420</w:t>
        <w:br/>
        <w:t>vt 0.453900 0.560430</w:t>
        <w:br/>
        <w:t>vt 0.442250 0.554920</w:t>
        <w:br/>
        <w:t>vt 0.348310 0.607420</w:t>
        <w:br/>
        <w:t>vt 0.342960 0.623910</w:t>
        <w:br/>
        <w:t>vt 0.470190 0.571360</w:t>
        <w:br/>
        <w:t>vt 0.455370 0.551200</w:t>
        <w:br/>
        <w:t>vt 0.445070 0.542940</w:t>
        <w:br/>
        <w:t>vt 0.423180 0.531760</w:t>
        <w:br/>
        <w:t>vt 0.388630 0.519210</w:t>
        <w:br/>
        <w:t>vt 0.406320 0.524180</w:t>
        <w:br/>
        <w:t>vt 0.336740 0.602880</w:t>
        <w:br/>
        <w:t>vt 0.328080 0.617020</w:t>
        <w:br/>
        <w:t>vt 0.477920 0.541860</w:t>
        <w:br/>
        <w:t>vt 0.496590 0.489520</w:t>
        <w:br/>
        <w:t>vt 0.499410 0.498620</w:t>
        <w:br/>
        <w:t>vt 0.301390 0.579230</w:t>
        <w:br/>
        <w:t>vt 0.263820 0.777180</w:t>
        <w:br/>
        <w:t>vt 0.210500 0.743470</w:t>
        <w:br/>
        <w:t>vt 0.095690 0.674190</w:t>
        <w:br/>
        <w:t>vt 0.050990 0.683720</w:t>
        <w:br/>
        <w:t>vt 0.244210 0.719460</w:t>
        <w:br/>
        <w:t>vt 0.267400 0.699420</w:t>
        <w:br/>
        <w:t>vt 0.122390 0.606140</w:t>
        <w:br/>
        <w:t>vt 0.169230 0.602800</w:t>
        <w:br/>
        <w:t>vt 0.163820 0.544300</w:t>
        <w:br/>
        <w:t>vt 0.117590 0.552500</w:t>
        <w:br/>
        <w:t>vt 0.311140 0.322730</w:t>
        <w:br/>
        <w:t>vt 0.288840 0.333610</w:t>
        <w:br/>
        <w:t>vt 0.308200 0.354930</w:t>
        <w:br/>
        <w:t>vt 0.326680 0.345780</w:t>
        <w:br/>
        <w:t>vt 0.360450 0.351840</w:t>
        <w:br/>
        <w:t>vt 0.384190 0.339350</w:t>
        <w:br/>
        <w:t>vt 0.373800 0.324040</w:t>
        <w:br/>
        <w:t>vt 0.348860 0.334950</w:t>
        <w:br/>
        <w:t>vt 0.285940 0.644240</w:t>
        <w:br/>
        <w:t>vt 0.264650 0.622460</w:t>
        <w:br/>
        <w:t>vt 0.255040 0.350580</w:t>
        <w:br/>
        <w:t>vt 0.283930 0.371130</w:t>
        <w:br/>
        <w:t>vt 0.167470 0.509340</w:t>
        <w:br/>
        <w:t>vt 0.202980 0.522870</w:t>
        <w:br/>
        <w:t>vt 0.368150 0.246890</w:t>
        <w:br/>
        <w:t>vt 0.462800 0.267850</w:t>
        <w:br/>
        <w:t>vt 0.435410 0.235910</w:t>
        <w:br/>
        <w:t>vt 0.040940 0.619040</w:t>
        <w:br/>
        <w:t>vt 0.080530 0.609240</w:t>
        <w:br/>
        <w:t>vt 0.074890 0.560620</w:t>
        <w:br/>
        <w:t>vt 0.041630 0.558210</w:t>
        <w:br/>
        <w:t>vt 0.069260 0.506200</w:t>
        <w:br/>
        <w:t>vt 0.043140 0.509580</w:t>
        <w:br/>
        <w:t>vt 0.373300 0.515320</w:t>
        <w:br/>
        <w:t>vt 0.420760 0.426910</w:t>
        <w:br/>
        <w:t>vt 0.432460 0.417600</w:t>
        <w:br/>
        <w:t>vt 0.416640 0.326230</w:t>
        <w:br/>
        <w:t>vt 0.407670 0.310810</w:t>
        <w:br/>
        <w:t>vt 0.437420 0.308510</w:t>
        <w:br/>
        <w:t>vt 0.443420 0.321760</w:t>
        <w:br/>
        <w:t>vt 0.471220 0.319390</w:t>
        <w:br/>
        <w:t>vt 0.182400 0.326670</w:t>
        <w:br/>
        <w:t>vt 0.484000 0.421940</w:t>
        <w:br/>
        <w:t>vt 0.476770 0.420140</w:t>
        <w:br/>
        <w:t>vt 0.476140 0.426230</w:t>
        <w:br/>
        <w:t>vt 0.483940 0.428400</w:t>
        <w:br/>
        <w:t>vt 0.473420 0.386740</w:t>
        <w:br/>
        <w:t>vt 0.468990 0.375780</w:t>
        <w:br/>
        <w:t>vt 0.423570 0.337870</w:t>
        <w:br/>
        <w:t>vt 0.430090 0.350090</w:t>
        <w:br/>
        <w:t>vt 0.485260 0.320410</w:t>
        <w:br/>
        <w:t>vt 0.488980 0.345380</w:t>
        <w:br/>
        <w:t>vt 0.488270 0.336800</w:t>
        <w:br/>
        <w:t>vt 0.489200 0.357950</w:t>
        <w:br/>
        <w:t>vt 0.408760 0.453560</w:t>
        <w:br/>
        <w:t>vt 0.452350 0.445320</w:t>
        <w:br/>
        <w:t>vt 0.464120 0.450890</w:t>
        <w:br/>
        <w:t>vt 0.197890 0.556250</w:t>
        <w:br/>
        <w:t>vt 0.126010 0.519150</w:t>
        <w:br/>
        <w:t>vt 0.135020 0.494100</w:t>
        <w:br/>
        <w:t>vt 0.352770 0.465480</w:t>
        <w:br/>
        <w:t>vt 0.338840 0.479680</w:t>
        <w:br/>
        <w:t>vt 0.489790 0.547050</w:t>
        <w:br/>
        <w:t>vt 0.169340 0.389190</w:t>
        <w:br/>
        <w:t>vt 0.321210 0.632510</w:t>
        <w:br/>
        <w:t>vt 0.339570 0.641310</w:t>
        <w:br/>
        <w:t>vt 0.311590 0.657600</w:t>
        <w:br/>
        <w:t>vt 0.329910 0.667740</w:t>
        <w:br/>
        <w:t>vt 0.213200 0.641570</w:t>
        <w:br/>
        <w:t>vt 0.235940 0.673860</w:t>
        <w:br/>
        <w:t>vt 0.201440 0.597500</w:t>
        <w:br/>
        <w:t>vt 0.469920 0.767880</w:t>
        <w:br/>
        <w:t>vt 0.443640 0.768080</w:t>
        <w:br/>
        <w:t>vt 0.415380 0.767730</w:t>
        <w:br/>
        <w:t>vt 0.299790 0.790490</w:t>
        <w:br/>
        <w:t>vt 0.338530 0.801870</w:t>
        <w:br/>
        <w:t>vt 0.378780 0.807550</w:t>
        <w:br/>
        <w:t>vt 0.386330 0.768110</w:t>
        <w:br/>
        <w:t>vt 0.432150 0.292330</w:t>
        <w:br/>
        <w:t>vt 0.424760 0.267450</w:t>
        <w:br/>
        <w:t>vt 0.490120 0.447670</w:t>
        <w:br/>
        <w:t>vt 0.822760 0.927500</w:t>
        <w:br/>
        <w:t>vt 0.393850 0.443820</w:t>
        <w:br/>
        <w:t>vt 0.407520 0.430580</w:t>
        <w:br/>
        <w:t>vt 0.379510 0.436580</w:t>
        <w:br/>
        <w:t>vt 0.308000 0.388730</w:t>
        <w:br/>
        <w:t>vt 0.327100 0.373740</w:t>
        <w:br/>
        <w:t>vt 0.345370 0.390100</w:t>
        <w:br/>
        <w:t>vt 0.332010 0.405290</w:t>
        <w:br/>
        <w:t>vt 0.349730 0.417270</w:t>
        <w:br/>
        <w:t>vt 0.360820 0.403610</w:t>
        <w:br/>
        <w:t>vt 0.413500 0.420930</w:t>
        <w:br/>
        <w:t>vt 0.342340 0.363090</w:t>
        <w:br/>
        <w:t>vt 0.499250 0.525390</w:t>
        <w:br/>
        <w:t>vt 0.499340 0.512360</w:t>
        <w:br/>
        <w:t>vt 0.860480 0.873620</w:t>
        <w:br/>
        <w:t>vt 0.208640 0.381960</w:t>
        <w:br/>
        <w:t>vt 0.232620 0.364520</w:t>
        <w:br/>
        <w:t>vt 0.447070 0.736620</w:t>
        <w:br/>
        <w:t>vt 0.419890 0.736060</w:t>
        <w:br/>
        <w:t>vt 0.472030 0.736340</w:t>
        <w:br/>
        <w:t>vt 0.397900 0.677060</w:t>
        <w:br/>
        <w:t>vt 0.391690 0.736610</w:t>
        <w:br/>
        <w:t>vt 0.156580 0.358470</w:t>
        <w:br/>
        <w:t>vt 0.222630 0.417870</w:t>
        <w:br/>
        <w:t>vt 0.190120 0.401330</w:t>
        <w:br/>
        <w:t>vt 0.167470 0.432630</w:t>
        <w:br/>
        <w:t>vt 0.150020 0.462750</w:t>
        <w:br/>
        <w:t>vt 0.460450 0.408670</w:t>
        <w:br/>
        <w:t>vt 0.462920 0.408860</w:t>
        <w:br/>
        <w:t>vt 0.462220 0.407950</w:t>
        <w:br/>
        <w:t>vt 0.482720 0.410450</w:t>
        <w:br/>
        <w:t>vt 0.476220 0.410450</w:t>
        <w:br/>
        <w:t>vt 0.476660 0.414800</w:t>
        <w:br/>
        <w:t>vt 0.483720 0.415870</w:t>
        <w:br/>
        <w:t>vt 0.492480 0.403000</w:t>
        <w:br/>
        <w:t>vt 0.492610 0.398070</w:t>
        <w:br/>
        <w:t>vt 0.484380 0.398350</w:t>
        <w:br/>
        <w:t>vt 0.484460 0.403070</w:t>
        <w:br/>
        <w:t>vt 0.483030 0.408860</w:t>
        <w:br/>
        <w:t>vt 0.483810 0.406450</w:t>
        <w:br/>
        <w:t>vt 0.477490 0.406530</w:t>
        <w:br/>
        <w:t>vt 0.477000 0.408860</w:t>
        <w:br/>
        <w:t>vt 0.469540 0.417660</w:t>
        <w:br/>
        <w:t>vt 0.470050 0.413780</w:t>
        <w:br/>
        <w:t>vt 0.466240 0.408860</w:t>
        <w:br/>
        <w:t>vt 0.465860 0.407280</w:t>
        <w:br/>
        <w:t>vt 0.024510 0.676950</w:t>
        <w:br/>
        <w:t>vt 0.024510 0.734350</w:t>
        <w:br/>
        <w:t>vt 0.019720 0.734160</w:t>
        <w:br/>
        <w:t>vt 0.019720 0.675320</w:t>
        <w:br/>
        <w:t>vt 0.015410 0.586000</w:t>
        <w:br/>
        <w:t>vt 0.019720 0.586370</w:t>
        <w:br/>
        <w:t>vt 0.019720 0.630580</w:t>
        <w:br/>
        <w:t>vt 0.015410 0.632350</w:t>
        <w:br/>
        <w:t>vt 0.470920 0.408860</w:t>
        <w:br/>
        <w:t>vt 0.470840 0.406730</w:t>
        <w:br/>
        <w:t>vt 0.465590 0.412560</w:t>
        <w:br/>
        <w:t>vt 0.462390 0.411490</w:t>
        <w:br/>
        <w:t>vt 0.461910 0.412800</w:t>
        <w:br/>
        <w:t>vt 0.465170 0.415350</w:t>
        <w:br/>
        <w:t>vt 0.458480 0.405980</w:t>
        <w:br/>
        <w:t>vt 0.456360 0.408490</w:t>
        <w:br/>
        <w:t>vt 0.461430 0.406990</w:t>
        <w:br/>
        <w:t>vt 0.465080 0.405420</w:t>
        <w:br/>
        <w:t>vt 0.464110 0.403420</w:t>
        <w:br/>
        <w:t>vt 0.469810 0.401050</w:t>
        <w:br/>
        <w:t>vt 0.470650 0.404130</w:t>
        <w:br/>
        <w:t>vt 0.019720 0.586370</w:t>
        <w:br/>
        <w:t>vt 0.019720 0.550500</w:t>
        <w:br/>
        <w:t>vt 0.024510 0.551030</w:t>
        <w:br/>
        <w:t>vt 0.024510 0.587090</w:t>
        <w:br/>
        <w:t>vt 0.462770 0.410450</w:t>
        <w:br/>
        <w:t>vt 0.461230 0.409710</w:t>
        <w:br/>
        <w:t>vt 0.460670 0.409950</w:t>
        <w:br/>
        <w:t>vt 0.456530 0.409740</w:t>
        <w:br/>
        <w:t>vt 0.460500 0.409300</w:t>
        <w:br/>
        <w:t>vt 0.114340 0.347520</w:t>
        <w:br/>
        <w:t>vt 0.100870 0.351090</w:t>
        <w:br/>
        <w:t>vt 0.111030 0.351520</w:t>
        <w:br/>
        <w:t>vt 0.098250 0.357440</w:t>
        <w:br/>
        <w:t>vt 0.104650 0.353950</w:t>
        <w:br/>
        <w:t>vt 0.089820 0.359600</w:t>
        <w:br/>
        <w:t>vt 0.090710 0.354610</w:t>
        <w:br/>
        <w:t>vt 0.127040 0.052660</w:t>
        <w:br/>
        <w:t>vt 0.127100 0.049520</w:t>
        <w:br/>
        <w:t>vt 0.125690 0.048640</w:t>
        <w:br/>
        <w:t>vt 0.122020 0.050030</w:t>
        <w:br/>
        <w:t>vt 0.118900 0.046130</w:t>
        <w:br/>
        <w:t>vt 0.114220 0.048480</w:t>
        <w:br/>
        <w:t>vt 0.112450 0.043510</w:t>
        <w:br/>
        <w:t>vt 0.105860 0.040920</w:t>
        <w:br/>
        <w:t>vt 0.098160 0.044970</w:t>
        <w:br/>
        <w:t>vt 0.097300 0.039180</w:t>
        <w:br/>
        <w:t>vt 0.118450 0.348190</w:t>
        <w:br/>
        <w:t>vt 0.123390 0.344860</w:t>
        <w:br/>
        <w:t>vt 0.113060 0.344600</w:t>
        <w:br/>
        <w:t>vt 0.095140 0.349960</w:t>
        <w:br/>
        <w:t>vt 0.121570 0.346880</w:t>
        <w:br/>
        <w:t>vt 0.134140 0.346000</w:t>
        <w:br/>
        <w:t>vt 0.135830 0.061690</w:t>
        <w:br/>
        <w:t>vt 0.133910 0.072000</w:t>
        <w:br/>
        <w:t>vt 0.120080 0.066560</w:t>
        <w:br/>
        <w:t>vt 0.114220 0.048480</w:t>
        <w:br/>
        <w:t>vt 0.101920 0.059890</w:t>
        <w:br/>
        <w:t>vt 0.098840 0.328440</w:t>
        <w:br/>
        <w:t>vt 0.115500 0.328430</w:t>
        <w:br/>
        <w:t>vt 0.133580 0.338900</w:t>
        <w:br/>
        <w:t>vt 0.146690 0.340580</w:t>
        <w:br/>
        <w:t>vt 0.105050 0.072140</w:t>
        <w:br/>
        <w:t>vt 0.121900 0.076300</w:t>
        <w:br/>
        <w:t>vt 0.146670 0.074220</w:t>
        <w:br/>
        <w:t>vt 0.138580 0.080070</w:t>
        <w:br/>
        <w:t>vt 0.093750 0.314930</w:t>
        <w:br/>
        <w:t>vt 0.095890 0.292960</w:t>
        <w:br/>
        <w:t>vt 0.116560 0.316260</w:t>
        <w:br/>
        <w:t>vt 0.119690 0.295500</w:t>
        <w:br/>
        <w:t>vt 0.136100 0.318800</w:t>
        <w:br/>
        <w:t>vt 0.138340 0.300620</w:t>
        <w:br/>
        <w:t>vt 0.149420 0.310610</w:t>
        <w:br/>
        <w:t>vt 0.148910 0.332440</w:t>
        <w:br/>
        <w:t>vt 0.166430 0.102340</w:t>
        <w:br/>
        <w:t>vt 0.154000 0.082380</w:t>
        <w:br/>
        <w:t>vt 0.147020 0.108170</w:t>
        <w:br/>
        <w:t>vt 0.139790 0.090640</w:t>
        <w:br/>
        <w:t>vt 0.124870 0.112230</w:t>
        <w:br/>
        <w:t>vt 0.122540 0.089070</w:t>
        <w:br/>
        <w:t>vt 0.103620 0.113160</w:t>
        <w:br/>
        <w:t>vt 0.101980 0.087900</w:t>
        <w:br/>
        <w:t>vt 0.168260 0.129640</w:t>
        <w:br/>
        <w:t>vt 0.144860 0.128930</w:t>
        <w:br/>
        <w:t>vt 0.141480 0.155010</w:t>
        <w:br/>
        <w:t>vt 0.127670 0.139560</w:t>
        <w:br/>
        <w:t>vt 0.127390 0.165820</w:t>
        <w:br/>
        <w:t>vt 0.105540 0.140820</w:t>
        <w:br/>
        <w:t>vt 0.106380 0.172630</w:t>
        <w:br/>
        <w:t>vt 0.154410 0.159180</w:t>
        <w:br/>
        <w:t>vt 0.142370 0.249480</w:t>
        <w:br/>
        <w:t>vt 0.130920 0.251820</w:t>
        <w:br/>
        <w:t>vt 0.151200 0.282030</w:t>
        <w:br/>
        <w:t>vt 0.135950 0.281280</w:t>
        <w:br/>
        <w:t>vt 0.120470 0.273690</w:t>
        <w:br/>
        <w:t>vt 0.118710 0.240460</w:t>
        <w:br/>
        <w:t>vt 0.096310 0.270090</w:t>
        <w:br/>
        <w:t>vt 0.096430 0.233470</w:t>
        <w:br/>
        <w:t>vt 0.105370 0.211470</w:t>
        <w:br/>
        <w:t>vt 0.111130 0.191200</w:t>
        <w:br/>
        <w:t>vt 0.130320 0.224400</w:t>
        <w:br/>
        <w:t>vt 0.135480 0.178880</w:t>
        <w:br/>
        <w:t>vt 0.115720 0.351490</w:t>
        <w:br/>
        <w:t>vt 0.123220 0.046980</w:t>
        <w:br/>
        <w:t>vt 0.494510 0.476270</w:t>
        <w:br/>
        <w:t>vt 0.496740 0.482540</w:t>
        <w:br/>
        <w:t>vt 0.492100 0.406060</w:t>
        <w:br/>
        <w:t>vt 0.491480 0.408860</w:t>
        <w:br/>
        <w:t>vt 0.477300 0.399070</w:t>
        <w:br/>
        <w:t>vt 0.477600 0.403190</w:t>
        <w:br/>
        <w:t>vt 0.024510 0.631350</w:t>
        <w:br/>
        <w:t>vt 0.019720 0.630580</w:t>
        <w:br/>
        <w:t>vt 0.492210 0.423340</w:t>
        <w:br/>
        <w:t>vt 0.492060 0.416760</w:t>
        <w:br/>
        <w:t>vt 0.465720 0.410450</w:t>
        <w:br/>
        <w:t>vt 0.461100 0.409260</w:t>
        <w:br/>
        <w:t>vt 0.461380 0.408850</w:t>
        <w:br/>
        <w:t>vt 0.253370 0.434790</w:t>
        <w:br/>
        <w:t>vt 0.363670 0.426660</w:t>
        <w:br/>
        <w:t>vt 0.367740 0.450280</w:t>
        <w:br/>
        <w:t>vt 0.351410 0.440930</w:t>
        <w:br/>
        <w:t>vt 0.424790 0.548450</w:t>
        <w:br/>
        <w:t>vt 0.415810 0.537270</w:t>
        <w:br/>
        <w:t>vt 0.491320 0.410450</w:t>
        <w:br/>
        <w:t>vt 0.319550 0.472640</w:t>
        <w:br/>
        <w:t>vt 0.300720 0.496880</w:t>
        <w:br/>
        <w:t>vt 0.120300 0.348520</w:t>
        <w:br/>
        <w:t>vt 0.122260 0.348110</w:t>
        <w:br/>
        <w:t>vt 0.120350 0.348610</w:t>
        <w:br/>
        <w:t>vt 0.118530 0.349230</w:t>
        <w:br/>
        <w:t>vt 0.122260 0.348110</w:t>
        <w:br/>
        <w:t>vt 0.122950 0.349340</w:t>
        <w:br/>
        <w:t>vt 0.498710 0.487280</w:t>
        <w:br/>
        <w:t>vt 0.429470 0.553420</w:t>
        <w:br/>
        <w:t>vt 0.474770 0.449290</w:t>
        <w:br/>
        <w:t>vt 0.475680 0.456450</w:t>
        <w:br/>
        <w:t>vt 0.468530 0.458850</w:t>
        <w:br/>
        <w:t>vt 0.486500 0.327640</w:t>
        <w:br/>
        <w:t>vt 0.469010 0.422600</w:t>
        <w:br/>
        <w:t>vt 0.460420 0.415620</w:t>
        <w:br/>
        <w:t>vt 0.464060 0.419570</w:t>
        <w:br/>
        <w:t>vt 0.492240 0.429760</w:t>
        <w:br/>
        <w:t>vt 0.456860 0.411260</w:t>
        <w:br/>
        <w:t>vt 0.259670 0.541460</w:t>
        <w:br/>
        <w:t>vt 0.267850 0.517910</w:t>
        <w:br/>
        <w:t>vt 0.303810 0.461850</w:t>
        <w:br/>
        <w:t>vt 0.284140 0.487820</w:t>
        <w:br/>
        <w:t>vt 0.260920 0.478940</w:t>
        <w:br/>
        <w:t>vt 0.246750 0.507520</w:t>
        <w:br/>
        <w:t>vt 0.238920 0.535050</w:t>
        <w:br/>
        <w:t>vt 0.233050 0.563000</w:t>
        <w:br/>
        <w:t>vt 0.233860 0.596850</w:t>
        <w:br/>
        <w:t>vt 0.243840 0.632230</w:t>
        <w:br/>
        <w:t>vt 0.265130 0.660820</w:t>
        <w:br/>
        <w:t>vt 0.291110 0.678880</w:t>
        <w:br/>
        <w:t>vt 0.316590 0.693210</w:t>
        <w:br/>
        <w:t>vt 0.342860 0.700320</w:t>
        <w:br/>
        <w:t>vt 0.368820 0.704740</w:t>
        <w:br/>
        <w:t>vt 0.395680 0.705150</w:t>
        <w:br/>
        <w:t>vt 0.423460 0.704380</w:t>
        <w:br/>
        <w:t>vt 0.281850 0.450130</w:t>
        <w:br/>
        <w:t>vt 0.400120 0.531420</w:t>
        <w:br/>
        <w:t>vt 0.382210 0.528080</w:t>
        <w:br/>
        <w:t>vt 0.370290 0.526080</w:t>
        <w:br/>
        <w:t>vt 0.356110 0.523740</w:t>
        <w:br/>
        <w:t>vt 0.342110 0.521890</w:t>
        <w:br/>
        <w:t>vt 0.327830 0.523520</w:t>
        <w:br/>
        <w:t>vt 0.316920 0.532180</w:t>
        <w:br/>
        <w:t>vt 0.308920 0.542380</w:t>
        <w:br/>
        <w:t>vt 0.302830 0.555840</w:t>
        <w:br/>
        <w:t>vt 0.299220 0.567070</w:t>
        <w:br/>
        <w:t>vt 0.309820 0.578040</w:t>
        <w:br/>
        <w:t>vt 0.323690 0.586890</w:t>
        <w:br/>
        <w:t>vt 0.334320 0.591790</w:t>
        <w:br/>
        <w:t>vt 0.344970 0.596790</w:t>
        <w:br/>
        <w:t>vt 0.354740 0.599870</w:t>
        <w:br/>
        <w:t>vt 0.368020 0.601940</w:t>
        <w:br/>
        <w:t>vt 0.380880 0.600790</w:t>
        <w:br/>
        <w:t>vt 0.395290 0.608200</w:t>
        <w:br/>
        <w:t>vt 0.393340 0.595560</w:t>
        <w:br/>
        <w:t>vt 0.380880 0.600790</w:t>
        <w:br/>
        <w:t>vt 0.407510 0.587720</w:t>
        <w:br/>
        <w:t>vt 0.418770 0.577130</w:t>
        <w:br/>
        <w:t>vt 0.457530 0.399040</w:t>
        <w:br/>
        <w:t>vt 0.449430 0.404350</w:t>
        <w:br/>
        <w:t>vt 0.456030 0.404930</w:t>
        <w:br/>
        <w:t>vt 0.462280 0.401430</w:t>
        <w:br/>
        <w:t>vt 0.468700 0.397590</w:t>
        <w:br/>
        <w:t>vt 0.466980 0.393950</w:t>
        <w:br/>
        <w:t>vt 0.442230 0.409460</w:t>
        <w:br/>
        <w:t>vt 0.451400 0.409180</w:t>
        <w:br/>
        <w:t>vt 0.466020 0.427220</w:t>
        <w:br/>
        <w:t>vt 0.461300 0.433440</w:t>
        <w:br/>
        <w:t>vt 0.470160 0.437940</w:t>
        <w:br/>
        <w:t>vt 0.473490 0.431680</w:t>
        <w:br/>
        <w:t>vt 0.460050 0.422990</w:t>
        <w:br/>
        <w:t>vt 0.453250 0.428750</w:t>
        <w:br/>
        <w:t>vt 0.480790 0.439980</w:t>
        <w:br/>
        <w:t>vt 0.482500 0.434360</w:t>
        <w:br/>
        <w:t>vt 0.455960 0.418020</w:t>
        <w:br/>
        <w:t>vt 0.446260 0.422920</w:t>
        <w:br/>
        <w:t>vt 0.452770 0.412230</w:t>
        <w:br/>
        <w:t>vt 0.441100 0.414900</w:t>
        <w:br/>
        <w:t>vt 0.492510 0.393280</w:t>
        <w:br/>
        <w:t>vt 0.492400 0.388700</w:t>
        <w:br/>
        <w:t>vt 0.483420 0.389460</w:t>
        <w:br/>
        <w:t>vt 0.484080 0.393520</w:t>
        <w:br/>
        <w:t>vt 0.475170 0.391280</w:t>
        <w:br/>
        <w:t>vt 0.476570 0.394270</w:t>
        <w:br/>
        <w:t>vt 0.491470 0.435440</w:t>
        <w:br/>
        <w:t>vt 0.490890 0.440910</w:t>
        <w:br/>
        <w:t>vt 0.336430 0.457770</w:t>
        <w:br/>
        <w:t>vt 0.242520 0.401970</w:t>
        <w:br/>
        <w:t>vt 0.263960 0.385380</w:t>
        <w:br/>
        <w:t>vt 0.269700 0.417730</w:t>
        <w:br/>
        <w:t>vt 0.290440 0.401960</w:t>
        <w:br/>
        <w:t>vt 0.299090 0.434440</w:t>
        <w:br/>
        <w:t>vt 0.317580 0.418350</w:t>
        <w:br/>
        <w:t>vt 0.337040 0.431460</w:t>
        <w:br/>
        <w:t>vt 0.321020 0.447990</w:t>
        <w:br/>
        <w:t>vt 0.498710 0.487280</w:t>
        <w:br/>
        <w:t>vt 0.481170 0.473800</w:t>
        <w:br/>
        <w:t>vt 0.485870 0.470840</w:t>
        <w:br/>
        <w:t>vt 0.479100 0.463410</w:t>
        <w:br/>
        <w:t>vt 0.473940 0.466210</w:t>
        <w:br/>
        <w:t>vt 0.487210 0.481360</w:t>
        <w:br/>
        <w:t>vt 0.490820 0.478290</w:t>
        <w:br/>
        <w:t>vt 0.493840 0.486940</w:t>
        <w:br/>
        <w:t>vt 0.495540 0.483490</w:t>
        <w:br/>
        <w:t>vt 0.884110 0.839870</w:t>
        <w:br/>
        <w:t>vt 0.019720 0.514320</w:t>
        <w:br/>
        <w:t>vt 0.019720 0.526980</w:t>
        <w:br/>
        <w:t>vt 0.015410 0.524620</w:t>
        <w:br/>
        <w:t>vt 0.015410 0.512510</w:t>
        <w:br/>
        <w:t>vt 0.019720 0.630580</w:t>
        <w:br/>
        <w:t>vt 0.019720 0.675320</w:t>
        <w:br/>
        <w:t>vt 0.015410 0.676230</w:t>
        <w:br/>
        <w:t>vt 0.019720 0.550500</w:t>
        <w:br/>
        <w:t>vt 0.015410 0.550320</w:t>
        <w:br/>
        <w:t>vt 0.470300 0.410450</w:t>
        <w:br/>
        <w:t>vt 0.024510 0.526590</w:t>
        <w:br/>
        <w:t>vt 0.019720 0.526980</w:t>
        <w:br/>
        <w:t>vt 0.019720 0.514320</w:t>
        <w:br/>
        <w:t>vt 0.024510 0.513080</w:t>
        <w:br/>
        <w:t>vt 0.015410 0.734750</w:t>
        <w:br/>
        <w:t>vt 0.019720 0.734160</w:t>
        <w:br/>
        <w:t>vt 0.019720 0.511190</w:t>
        <w:br/>
        <w:t>vt 0.019720 0.514030</w:t>
        <w:br/>
        <w:t>vt 0.120380 0.348830</w:t>
        <w:br/>
        <w:t>vt 0.121570 0.346880</w:t>
        <w:br/>
        <w:t>vt 0.399450 0.554420</w:t>
        <w:br/>
        <w:t>vt 0.395700 0.545650</w:t>
        <w:br/>
        <w:t>vt 0.396610 0.545830</w:t>
        <w:br/>
        <w:t>vt 0.400090 0.554320</w:t>
        <w:br/>
        <w:t>vt 0.389440 0.539640</w:t>
        <w:br/>
        <w:t>vt 0.381360 0.533860</w:t>
        <w:br/>
        <w:t>vt 0.381760 0.533560</w:t>
        <w:br/>
        <w:t>vt 0.390160 0.539560</w:t>
        <w:br/>
        <w:t>vt 0.375230 0.531010</w:t>
        <w:br/>
        <w:t>vt 0.374870 0.531460</w:t>
        <w:br/>
        <w:t>vt 0.366740 0.530540</w:t>
        <w:br/>
        <w:t>vt 0.360740 0.532910</w:t>
        <w:br/>
        <w:t>vt 0.359870 0.532080</w:t>
        <w:br/>
        <w:t>vt 0.366990 0.529640</w:t>
        <w:br/>
        <w:t>vt 0.353390 0.537550</w:t>
        <w:br/>
        <w:t>vt 0.352490 0.536110</w:t>
        <w:br/>
        <w:t>vt 0.346790 0.543030</w:t>
        <w:br/>
        <w:t>vt 0.347840 0.543480</w:t>
        <w:br/>
        <w:t>vt 0.342880 0.551410</w:t>
        <w:br/>
        <w:t>vt 0.341760 0.551000</w:t>
        <w:br/>
        <w:t>vt 0.341350 0.565020</w:t>
        <w:br/>
        <w:t>vt 0.339910 0.565650</w:t>
        <w:br/>
        <w:t>vt 0.339540 0.559530</w:t>
        <w:br/>
        <w:t>vt 0.341060 0.559150</w:t>
        <w:br/>
        <w:t>vt 0.360180 0.593670</w:t>
        <w:br/>
        <w:t>vt 0.359810 0.595210</w:t>
        <w:br/>
        <w:t>vt 0.354450 0.592400</w:t>
        <w:br/>
        <w:t>vt 0.354870 0.591020</w:t>
        <w:br/>
        <w:t>vt 0.367030 0.596290</w:t>
        <w:br/>
        <w:t>vt 0.366990 0.597820</w:t>
        <w:br/>
        <w:t>vt 0.375110 0.595480</w:t>
        <w:br/>
        <w:t>vt 0.375200 0.596980</w:t>
        <w:br/>
        <w:t>vt 0.382980 0.592170</w:t>
        <w:br/>
        <w:t>vt 0.383290 0.593560</w:t>
        <w:br/>
        <w:t>vt 0.391870 0.587060</w:t>
        <w:br/>
        <w:t>vt 0.391290 0.585920</w:t>
        <w:br/>
        <w:t>vt 0.397040 0.577170</w:t>
        <w:br/>
        <w:t>vt 0.397830 0.577940</w:t>
        <w:br/>
        <w:t>vt 0.400110 0.559200</w:t>
        <w:br/>
        <w:t>vt 0.400640 0.559560</w:t>
        <w:br/>
        <w:t>vt 0.339910 0.565650</w:t>
        <w:br/>
        <w:t>vt 0.341350 0.565020</w:t>
        <w:br/>
        <w:t>vt 0.341550 0.573160</w:t>
        <w:br/>
        <w:t>vt 0.340230 0.574050</w:t>
        <w:br/>
        <w:t>vt 0.349370 0.586880</w:t>
        <w:br/>
        <w:t>vt 0.348690 0.588050</w:t>
        <w:br/>
        <w:t>vt 0.343410 0.582600</w:t>
        <w:br/>
        <w:t>vt 0.344310 0.581460</w:t>
        <w:br/>
        <w:t>vt 0.388800 0.554480</w:t>
        <w:br/>
        <w:t>vt 0.385570 0.549130</w:t>
        <w:br/>
        <w:t>vt 0.373280 0.540650</w:t>
        <w:br/>
        <w:t>vt 0.365510 0.540750</w:t>
        <w:br/>
        <w:t>vt 0.355260 0.542340</w:t>
        <w:br/>
        <w:t>vt 0.350590 0.559670</w:t>
        <w:br/>
        <w:t>vt 0.350130 0.549860</w:t>
        <w:br/>
        <w:t>vt 0.348100 0.570130</w:t>
        <w:br/>
        <w:t>vt 0.355100 0.582950</w:t>
        <w:br/>
        <w:t>vt 0.360180 0.593670</w:t>
        <w:br/>
        <w:t>vt 0.354870 0.591020</w:t>
        <w:br/>
        <w:t>vt 0.364360 0.586850</w:t>
        <w:br/>
        <w:t>vt 0.367030 0.596290</w:t>
        <w:br/>
        <w:t>vt 0.371630 0.587280</w:t>
        <w:br/>
        <w:t>vt 0.375110 0.595480</w:t>
        <w:br/>
        <w:t>vt 0.382980 0.592170</w:t>
        <w:br/>
        <w:t>vt 0.378670 0.585750</w:t>
        <w:br/>
        <w:t>vt 0.384290 0.581550</w:t>
        <w:br/>
        <w:t>vt 0.391290 0.585920</w:t>
        <w:br/>
        <w:t>vt 0.389230 0.573730</w:t>
        <w:br/>
        <w:t>vt 0.391420 0.562950</w:t>
        <w:br/>
        <w:t>vt 0.349370 0.586880</w:t>
        <w:br/>
        <w:t>vt 0.344310 0.581460</w:t>
        <w:br/>
        <w:t>vt 0.378220 0.569820</w:t>
        <w:br/>
        <w:t>vt 0.384290 0.581550</w:t>
        <w:br/>
        <w:t>vt 0.347840 0.543480</w:t>
        <w:br/>
        <w:t>vt 0.378490 0.561100</w:t>
        <w:br/>
        <w:t>vt 0.381300 0.554470</w:t>
        <w:br/>
        <w:t>vt 0.378670 0.585750</w:t>
        <w:br/>
        <w:t>vt 0.359510 0.549760</w:t>
        <w:br/>
        <w:t>vt 0.357860 0.558810</w:t>
        <w:br/>
        <w:t>vt 0.350590 0.559670</w:t>
        <w:br/>
        <w:t>vt 0.350130 0.549860</w:t>
        <w:br/>
        <w:t>vt 0.358710 0.569800</w:t>
        <w:br/>
        <w:t>vt 0.348100 0.570130</w:t>
        <w:br/>
        <w:t>vt 0.358710 0.569800</w:t>
        <w:br/>
        <w:t>vt 0.364360 0.586850</w:t>
        <w:br/>
        <w:t>vt 0.355100 0.582950</w:t>
        <w:br/>
        <w:t>vt 0.348100 0.570130</w:t>
        <w:br/>
        <w:t>vt 0.371630 0.587280</w:t>
        <w:br/>
        <w:t>vt 0.368000 0.569610</w:t>
        <w:br/>
        <w:t>vt 0.378220 0.569820</w:t>
        <w:br/>
        <w:t>vt 0.368000 0.569610</w:t>
        <w:br/>
        <w:t>vt 0.368030 0.558930</w:t>
        <w:br/>
        <w:t>vt 0.378490 0.561100</w:t>
        <w:br/>
        <w:t>vt 0.370480 0.550240</w:t>
        <w:br/>
        <w:t>vt 0.381300 0.554470</w:t>
        <w:br/>
        <w:t>vt 0.385570 0.549130</w:t>
        <w:br/>
        <w:t>vt 0.373280 0.540650</w:t>
        <w:br/>
        <w:t>vt 0.355260 0.542340</w:t>
        <w:br/>
        <w:t>vt 0.365510 0.540750</w:t>
        <w:br/>
        <w:t>vt 0.341550 0.573160</w:t>
        <w:br/>
        <w:t>vt 0.341350 0.565020</w:t>
        <w:br/>
        <w:t>vt 0.396610 0.545830</w:t>
        <w:br/>
        <w:t>vt 0.395700 0.545650</w:t>
        <w:br/>
        <w:t>vt 0.399450 0.554420</w:t>
        <w:br/>
        <w:t>vt 0.400090 0.554320</w:t>
        <w:br/>
        <w:t>vt 0.381760 0.533560</w:t>
        <w:br/>
        <w:t>vt 0.381360 0.533860</w:t>
        <w:br/>
        <w:t>vt 0.389440 0.539640</w:t>
        <w:br/>
        <w:t>vt 0.390160 0.539560</w:t>
        <w:br/>
        <w:t>vt 0.375230 0.531010</w:t>
        <w:br/>
        <w:t>vt 0.374870 0.531460</w:t>
        <w:br/>
        <w:t>vt 0.359870 0.532080</w:t>
        <w:br/>
        <w:t>vt 0.360740 0.532910</w:t>
        <w:br/>
        <w:t>vt 0.366740 0.530540</w:t>
        <w:br/>
        <w:t>vt 0.366990 0.529640</w:t>
        <w:br/>
        <w:t>vt 0.352490 0.536110</w:t>
        <w:br/>
        <w:t>vt 0.353390 0.537550</w:t>
        <w:br/>
        <w:t>vt 0.342880 0.551410</w:t>
        <w:br/>
        <w:t>vt 0.347840 0.543480</w:t>
        <w:br/>
        <w:t>vt 0.346790 0.543030</w:t>
        <w:br/>
        <w:t>vt 0.341760 0.551000</w:t>
        <w:br/>
        <w:t>vt 0.339540 0.559530</w:t>
        <w:br/>
        <w:t>vt 0.339910 0.565650</w:t>
        <w:br/>
        <w:t>vt 0.341350 0.565020</w:t>
        <w:br/>
        <w:t>vt 0.341060 0.559150</w:t>
        <w:br/>
        <w:t>vt 0.354450 0.592400</w:t>
        <w:br/>
        <w:t>vt 0.359810 0.595210</w:t>
        <w:br/>
        <w:t>vt 0.360180 0.593670</w:t>
        <w:br/>
        <w:t>vt 0.354870 0.591020</w:t>
        <w:br/>
        <w:t>vt 0.366990 0.597820</w:t>
        <w:br/>
        <w:t>vt 0.367030 0.596290</w:t>
        <w:br/>
        <w:t>vt 0.375200 0.596980</w:t>
        <w:br/>
        <w:t>vt 0.375110 0.595480</w:t>
        <w:br/>
        <w:t>vt 0.383290 0.593560</w:t>
        <w:br/>
        <w:t>vt 0.382980 0.592170</w:t>
        <w:br/>
        <w:t>vt 0.391870 0.587060</w:t>
        <w:br/>
        <w:t>vt 0.391290 0.585920</w:t>
        <w:br/>
        <w:t>vt 0.397830 0.577940</w:t>
        <w:br/>
        <w:t>vt 0.397040 0.577170</w:t>
        <w:br/>
        <w:t>vt 0.400640 0.559560</w:t>
        <w:br/>
        <w:t>vt 0.400110 0.559200</w:t>
        <w:br/>
        <w:t>vt 0.341550 0.573160</w:t>
        <w:br/>
        <w:t>vt 0.341350 0.565020</w:t>
        <w:br/>
        <w:t>vt 0.339910 0.565650</w:t>
        <w:br/>
        <w:t>vt 0.340230 0.574050</w:t>
        <w:br/>
        <w:t>vt 0.343410 0.582600</w:t>
        <w:br/>
        <w:t>vt 0.348690 0.588050</w:t>
        <w:br/>
        <w:t>vt 0.349370 0.586880</w:t>
        <w:br/>
        <w:t>vt 0.344310 0.581460</w:t>
        <w:br/>
        <w:t>vt 0.385570 0.549130</w:t>
        <w:br/>
        <w:t>vt 0.388800 0.554480</w:t>
        <w:br/>
        <w:t>vt 0.373280 0.540650</w:t>
        <w:br/>
        <w:t>vt 0.355260 0.542340</w:t>
        <w:br/>
        <w:t>vt 0.365510 0.540750</w:t>
        <w:br/>
        <w:t>vt 0.350130 0.549860</w:t>
        <w:br/>
        <w:t>vt 0.350590 0.559670</w:t>
        <w:br/>
        <w:t>vt 0.348100 0.570130</w:t>
        <w:br/>
        <w:t>vt 0.354870 0.591020</w:t>
        <w:br/>
        <w:t>vt 0.360180 0.593670</w:t>
        <w:br/>
        <w:t>vt 0.355100 0.582950</w:t>
        <w:br/>
        <w:t>vt 0.364360 0.586850</w:t>
        <w:br/>
        <w:t>vt 0.367030 0.596290</w:t>
        <w:br/>
        <w:t>vt 0.375110 0.595480</w:t>
        <w:br/>
        <w:t>vt 0.371630 0.587280</w:t>
        <w:br/>
        <w:t>vt 0.382980 0.592170</w:t>
        <w:br/>
        <w:t>vt 0.378670 0.585750</w:t>
        <w:br/>
        <w:t>vt 0.384290 0.581550</w:t>
        <w:br/>
        <w:t>vt 0.391290 0.585920</w:t>
        <w:br/>
        <w:t>vt 0.389230 0.573730</w:t>
        <w:br/>
        <w:t>vt 0.391420 0.562950</w:t>
        <w:br/>
        <w:t>vt 0.344310 0.581460</w:t>
        <w:br/>
        <w:t>vt 0.349370 0.586880</w:t>
        <w:br/>
        <w:t>vt 0.384290 0.581550</w:t>
        <w:br/>
        <w:t>vt 0.378220 0.569820</w:t>
        <w:br/>
        <w:t>vt 0.347840 0.543480</w:t>
        <w:br/>
        <w:t>vt 0.381300 0.554470</w:t>
        <w:br/>
        <w:t>vt 0.378490 0.561100</w:t>
        <w:br/>
        <w:t>vt 0.378670 0.585750</w:t>
        <w:br/>
        <w:t>vt 0.350590 0.559670</w:t>
        <w:br/>
        <w:t>vt 0.357860 0.558810</w:t>
        <w:br/>
        <w:t>vt 0.359510 0.549760</w:t>
        <w:br/>
        <w:t>vt 0.350130 0.549860</w:t>
        <w:br/>
        <w:t>vt 0.358710 0.569800</w:t>
        <w:br/>
        <w:t>vt 0.348100 0.570130</w:t>
        <w:br/>
        <w:t>vt 0.355100 0.582950</w:t>
        <w:br/>
        <w:t>vt 0.364360 0.586850</w:t>
        <w:br/>
        <w:t>vt 0.358710 0.569800</w:t>
        <w:br/>
        <w:t>vt 0.348100 0.570130</w:t>
        <w:br/>
        <w:t>vt 0.368000 0.569610</w:t>
        <w:br/>
        <w:t>vt 0.371630 0.587280</w:t>
        <w:br/>
        <w:t>vt 0.368030 0.558930</w:t>
        <w:br/>
        <w:t>vt 0.368000 0.569610</w:t>
        <w:br/>
        <w:t>vt 0.378220 0.569820</w:t>
        <w:br/>
        <w:t>vt 0.378490 0.561100</w:t>
        <w:br/>
        <w:t>vt 0.381300 0.554470</w:t>
        <w:br/>
        <w:t>vt 0.370480 0.550240</w:t>
        <w:br/>
        <w:t>vt 0.385570 0.549130</w:t>
        <w:br/>
        <w:t>vt 0.373280 0.540650</w:t>
        <w:br/>
        <w:t>vt 0.365510 0.540750</w:t>
        <w:br/>
        <w:t>vt 0.355260 0.542340</w:t>
        <w:br/>
        <w:t>vt 0.341350 0.565020</w:t>
        <w:br/>
        <w:t>vt 0.341550 0.573160</w:t>
        <w:br/>
        <w:t>vt 0.365160 0.071500</w:t>
        <w:br/>
        <w:t>vt 0.363860 0.060640</w:t>
        <w:br/>
        <w:t>vt 0.372860 0.060640</w:t>
        <w:br/>
        <w:t>vt 0.374680 0.067840</w:t>
        <w:br/>
        <w:t>vt 0.366070 0.049680</w:t>
        <w:br/>
        <w:t>vt 0.374550 0.052950</w:t>
        <w:br/>
        <w:t>vt 0.372860 0.060640</w:t>
        <w:br/>
        <w:t>vt 0.363860 0.060640</w:t>
        <w:br/>
        <w:t>vt 0.356070 0.075090</w:t>
        <w:br/>
        <w:t>vt 0.353340 0.060640</w:t>
        <w:br/>
        <w:t>vt 0.357700 0.047500</w:t>
        <w:br/>
        <w:t>vt 0.353340 0.060640</w:t>
        <w:br/>
        <w:t>vt 0.383060 0.060640</w:t>
        <w:br/>
        <w:t>vt 0.383060 0.060640</w:t>
        <w:br/>
        <w:t>vt 0.348170 0.079020</w:t>
        <w:br/>
        <w:t>vt 0.344300 0.060640</w:t>
        <w:br/>
        <w:t>vt 0.351490 0.044200</w:t>
        <w:br/>
        <w:t>vt 0.485620 0.027570</w:t>
        <w:br/>
        <w:t>vt 0.500760 0.027570</w:t>
        <w:br/>
        <w:t>vt 0.487920 0.037220</w:t>
        <w:br/>
        <w:t>vt 0.481530 0.038790</w:t>
        <w:br/>
        <w:t>vt 0.477490 0.027570</w:t>
        <w:br/>
        <w:t>vt 0.477490 0.027570</w:t>
        <w:br/>
        <w:t>vt 0.480310 0.015910</w:t>
        <w:br/>
        <w:t>vt 0.487190 0.018220</w:t>
        <w:br/>
        <w:t>vt 0.485620 0.027570</w:t>
        <w:br/>
        <w:t>vt 0.475170 0.039330</w:t>
        <w:br/>
        <w:t>vt 0.469510 0.027570</w:t>
        <w:br/>
        <w:t>vt 0.469510 0.027570</w:t>
        <w:br/>
        <w:t>vt 0.474030 0.013510</w:t>
        <w:br/>
        <w:t>vt 0.469530 0.040100</w:t>
        <w:br/>
        <w:t>vt 0.460420 0.027570</w:t>
        <w:br/>
        <w:t>vt 0.460420 0.027570</w:t>
        <w:br/>
        <w:t>vt 0.468730 0.010430</w:t>
        <w:br/>
        <w:t>vt 0.500760 0.027570</w:t>
        <w:br/>
        <w:t>vt 0.365160 0.071500</w:t>
        <w:br/>
        <w:t>vt 0.374680 0.067840</w:t>
        <w:br/>
        <w:t>vt 0.372860 0.060640</w:t>
        <w:br/>
        <w:t>vt 0.363860 0.060640</w:t>
        <w:br/>
        <w:t>vt 0.366070 0.049680</w:t>
        <w:br/>
        <w:t>vt 0.363860 0.060640</w:t>
        <w:br/>
        <w:t>vt 0.372860 0.060640</w:t>
        <w:br/>
        <w:t>vt 0.374550 0.052950</w:t>
        <w:br/>
        <w:t>vt 0.356070 0.075090</w:t>
        <w:br/>
        <w:t>vt 0.353340 0.060640</w:t>
        <w:br/>
        <w:t>vt 0.357700 0.047500</w:t>
        <w:br/>
        <w:t>vt 0.353340 0.060640</w:t>
        <w:br/>
        <w:t>vt 0.383060 0.060640</w:t>
        <w:br/>
        <w:t>vt 0.383060 0.060640</w:t>
        <w:br/>
        <w:t>vt 0.348170 0.079020</w:t>
        <w:br/>
        <w:t>vt 0.344300 0.060640</w:t>
        <w:br/>
        <w:t>vt 0.351490 0.044200</w:t>
        <w:br/>
        <w:t>vt 0.485620 0.027570</w:t>
        <w:br/>
        <w:t>vt 0.487920 0.037220</w:t>
        <w:br/>
        <w:t>vt 0.500760 0.027570</w:t>
        <w:br/>
        <w:t>vt 0.481530 0.038790</w:t>
        <w:br/>
        <w:t>vt 0.477490 0.027570</w:t>
        <w:br/>
        <w:t>vt 0.487190 0.018220</w:t>
        <w:br/>
        <w:t>vt 0.480310 0.015910</w:t>
        <w:br/>
        <w:t>vt 0.477490 0.027570</w:t>
        <w:br/>
        <w:t>vt 0.485620 0.027570</w:t>
        <w:br/>
        <w:t>vt 0.475170 0.039330</w:t>
        <w:br/>
        <w:t>vt 0.469510 0.027570</w:t>
        <w:br/>
        <w:t>vt 0.474030 0.013510</w:t>
        <w:br/>
        <w:t>vt 0.469510 0.027570</w:t>
        <w:br/>
        <w:t>vt 0.469530 0.040100</w:t>
        <w:br/>
        <w:t>vt 0.460420 0.027570</w:t>
        <w:br/>
        <w:t>vt 0.460420 0.027570</w:t>
        <w:br/>
        <w:t>vt 0.468730 0.010430</w:t>
        <w:br/>
        <w:t>vt 0.500760 0.027570</w:t>
        <w:br/>
        <w:t>vt 0.483010 0.177990</w:t>
        <w:br/>
        <w:t>vt 0.459180 0.178280</w:t>
        <w:br/>
        <w:t>vt 0.467090 0.157550</w:t>
        <w:br/>
        <w:t>vt 0.491950 0.157650</w:t>
        <w:br/>
        <w:t>vt 0.433740 0.174720</w:t>
        <w:br/>
        <w:t>vt 0.440850 0.154000</w:t>
        <w:br/>
        <w:t>vt 0.401350 0.162780</w:t>
        <w:br/>
        <w:t>vt 0.409390 0.143610</w:t>
        <w:br/>
        <w:t>vt 0.374380 0.150070</w:t>
        <w:br/>
        <w:t>vt 0.382590 0.128150</w:t>
        <w:br/>
        <w:t>vt 0.358650 0.135170</w:t>
        <w:br/>
        <w:t>vt 0.369250 0.116720</w:t>
        <w:br/>
        <w:t>vt 0.322490 0.084510</w:t>
        <w:br/>
        <w:t>vt 0.330920 0.072250</w:t>
        <w:br/>
        <w:t>vt 0.344080 0.088040</w:t>
        <w:br/>
        <w:t>vt 0.333900 0.103140</w:t>
        <w:br/>
        <w:t>vt 0.309390 0.059190</w:t>
        <w:br/>
        <w:t>vt 0.314760 0.050830</w:t>
        <w:br/>
        <w:t>vt 0.540300 0.149120</w:t>
        <w:br/>
        <w:t>vt 0.568040 0.137620</w:t>
        <w:br/>
        <w:t>vt 0.571570 0.153520</w:t>
        <w:br/>
        <w:t>vt 0.538290 0.166630</w:t>
        <w:br/>
        <w:t>vt 0.552980 0.221340</w:t>
        <w:br/>
        <w:t>vt 0.533170 0.196250</w:t>
        <w:br/>
        <w:t>vt 0.580560 0.177890</w:t>
        <w:br/>
        <w:t>vt 0.592750 0.209900</w:t>
        <w:br/>
        <w:t>vt 0.650180 0.152790</w:t>
        <w:br/>
        <w:t>vt 0.632280 0.152780</w:t>
        <w:br/>
        <w:t>vt 0.656900 0.122150</w:t>
        <w:br/>
        <w:t>vt 0.649130 0.183660</w:t>
        <w:br/>
        <w:t>vt 0.616140 0.198180</w:t>
        <w:br/>
        <w:t>vt 0.632280 0.152780</w:t>
        <w:br/>
        <w:t>vt 0.650180 0.152790</w:t>
        <w:br/>
        <w:t>vt 0.700650 0.157670</w:t>
        <w:br/>
        <w:t>vt 0.703580 0.169360</w:t>
        <w:br/>
        <w:t>vt 0.675570 0.175200</w:t>
        <w:br/>
        <w:t>vt 0.669000 0.153340</w:t>
        <w:br/>
        <w:t>vt 0.700650 0.157670</w:t>
        <w:br/>
        <w:t>vt 0.669000 0.153340</w:t>
        <w:br/>
        <w:t>vt 0.682710 0.131430</w:t>
        <w:br/>
        <w:t>vt 0.709240 0.144880</w:t>
        <w:br/>
        <w:t>vt 0.292020 0.026010</w:t>
        <w:br/>
        <w:t>vt 0.597980 0.140120</w:t>
        <w:br/>
        <w:t>vt 0.590970 0.120710</w:t>
        <w:br/>
        <w:t>vt 0.601230 0.128790</w:t>
        <w:br/>
        <w:t>vt 0.601960 0.112250</w:t>
        <w:br/>
        <w:t>vt 0.628800 0.112540</w:t>
        <w:br/>
        <w:t>vt 0.631950 0.131880</w:t>
        <w:br/>
        <w:t>vt 0.601230 0.128790</w:t>
        <w:br/>
        <w:t>vt 0.651640 0.112750</w:t>
        <w:br/>
        <w:t>vt 0.641680 0.098380</w:t>
        <w:br/>
        <w:t>vt 0.532060 0.021900</w:t>
        <w:br/>
        <w:t>vt 0.550690 0.007960</w:t>
        <w:br/>
        <w:t>vt 0.568620 0.032000</w:t>
        <w:br/>
        <w:t>vt 0.541770 0.043240</w:t>
        <w:br/>
        <w:t>vt 0.567140 0.072030</w:t>
        <w:br/>
        <w:t>vt 0.566590 0.104730</w:t>
        <w:br/>
        <w:t>vt 0.539100 0.094720</w:t>
        <w:br/>
        <w:t>vt 0.542210 0.069810</w:t>
        <w:br/>
        <w:t>vt 0.567140 0.072030</w:t>
        <w:br/>
        <w:t>vt 0.542210 0.069810</w:t>
        <w:br/>
        <w:t>vt 0.541770 0.043240</w:t>
        <w:br/>
        <w:t>vt 0.568620 0.032000</w:t>
        <w:br/>
        <w:t>vt 0.512570 0.036760</w:t>
        <w:br/>
        <w:t>vt 0.518960 0.051940</w:t>
        <w:br/>
        <w:t>vt 0.518170 0.087110</w:t>
        <w:br/>
        <w:t>vt 0.520460 0.069900</w:t>
        <w:br/>
        <w:t>vt 0.520460 0.069900</w:t>
        <w:br/>
        <w:t>vt 0.518960 0.051940</w:t>
        <w:br/>
        <w:t>vt 0.497670 0.059490</w:t>
        <w:br/>
        <w:t>vt 0.473230 0.070750</w:t>
        <w:br/>
        <w:t>vt 0.491250 0.053450</w:t>
        <w:br/>
        <w:t>vt 0.497690 0.079650</w:t>
        <w:br/>
        <w:t>vt 0.473230 0.070750</w:t>
        <w:br/>
        <w:t>vt 0.498760 0.069500</w:t>
        <w:br/>
        <w:t>vt 0.497670 0.059490</w:t>
        <w:br/>
        <w:t>vt 0.421950 0.226220</w:t>
        <w:br/>
        <w:t>vt 0.426480 0.204890</w:t>
        <w:br/>
        <w:t>vt 0.453700 0.207590</w:t>
        <w:br/>
        <w:t>vt 0.472990 0.233390</w:t>
        <w:br/>
        <w:t>vt 0.621060 0.092870</w:t>
        <w:br/>
        <w:t>vt 0.632870 0.086030</w:t>
        <w:br/>
        <w:t>vt 0.599810 0.092000</w:t>
        <w:br/>
        <w:t>vt 0.604520 0.054480</w:t>
        <w:br/>
        <w:t>vt 0.617030 0.067550</w:t>
        <w:br/>
        <w:t>vt 0.609270 0.071850</w:t>
        <w:br/>
        <w:t>vt 0.599660 0.056210</w:t>
        <w:br/>
        <w:t>vt 0.596800 0.073930</w:t>
        <w:br/>
        <w:t>vt 0.594500 0.058770</w:t>
        <w:br/>
        <w:t>vt 0.591570 0.041590</w:t>
        <w:br/>
        <w:t>vt 0.358930 0.179390</w:t>
        <w:br/>
        <w:t>vt 0.358570 0.197170</w:t>
        <w:br/>
        <w:t>vt 0.333800 0.192420</w:t>
        <w:br/>
        <w:t>vt 0.336930 0.180360</w:t>
        <w:br/>
        <w:t>vt 0.389800 0.201640</w:t>
        <w:br/>
        <w:t>vt 0.386340 0.218430</w:t>
        <w:br/>
        <w:t>vt 0.391200 0.192310</w:t>
        <w:br/>
        <w:t>vt 0.354010 0.210260</w:t>
        <w:br/>
        <w:t>vt 0.358570 0.197170</w:t>
        <w:br/>
        <w:t>vt 0.330030 0.202160</w:t>
        <w:br/>
        <w:t>vt 0.333800 0.192420</w:t>
        <w:br/>
        <w:t>vt 0.318070 0.176360</w:t>
        <w:br/>
        <w:t>vt 0.314910 0.187720</w:t>
        <w:br/>
        <w:t>vt 0.299720 0.181800</w:t>
        <w:br/>
        <w:t>vt 0.301690 0.174100</w:t>
        <w:br/>
        <w:t>vt 0.314910 0.187720</w:t>
        <w:br/>
        <w:t>vt 0.312000 0.195090</w:t>
        <w:br/>
        <w:t>vt 0.333450 0.162140</w:t>
        <w:br/>
        <w:t>vt 0.314140 0.160630</w:t>
        <w:br/>
        <w:t>vt 0.299060 0.160400</w:t>
        <w:br/>
        <w:t>vt 0.296710 0.188050</w:t>
        <w:br/>
        <w:t>vt 0.299720 0.181800</w:t>
        <w:br/>
        <w:t>vt 0.282840 0.172080</w:t>
        <w:br/>
        <w:t>vt 0.264220 0.167240</w:t>
        <w:br/>
        <w:t>vt 0.283490 0.161360</w:t>
        <w:br/>
        <w:t>vt 0.281830 0.179670</w:t>
        <w:br/>
        <w:t>vt 0.736170 0.163880</w:t>
        <w:br/>
        <w:t>vt 0.736170 0.163880</w:t>
        <w:br/>
        <w:t>vt 0.315990 0.093890</w:t>
        <w:br/>
        <w:t>vt 0.305610 0.065220</w:t>
        <w:br/>
        <w:t>vt 0.324930 0.115640</w:t>
        <w:br/>
        <w:t>vt 0.345860 0.155230</w:t>
        <w:br/>
        <w:t>vt 0.453700 0.207590</w:t>
        <w:br/>
        <w:t>vt 0.478240 0.206990</w:t>
        <w:br/>
        <w:t>vt 0.580560 0.177890</w:t>
        <w:br/>
        <w:t>vt 0.533170 0.196250</w:t>
        <w:br/>
        <w:t>vt 0.596800 0.073930</w:t>
        <w:br/>
        <w:t>vt 0.587900 0.074420</w:t>
        <w:br/>
        <w:t>vt 0.588670 0.058840</w:t>
        <w:br/>
        <w:t>vt 0.594500 0.058770</w:t>
        <w:br/>
        <w:t>vt 0.599810 0.092000</w:t>
        <w:br/>
        <w:t>vt 0.601960 0.112250</w:t>
        <w:br/>
        <w:t>vt 0.592060 0.107820</w:t>
        <w:br/>
        <w:t>vt 0.591170 0.094490</w:t>
        <w:br/>
        <w:t>vt 0.597980 0.140120</w:t>
        <w:br/>
        <w:t>vt 0.591570 0.041590</w:t>
        <w:br/>
        <w:t>vt 0.357110 0.103760</w:t>
        <w:br/>
        <w:t>vt 0.346670 0.120860</w:t>
        <w:br/>
        <w:t>vt 0.590970 0.120710</w:t>
        <w:br/>
        <w:t>vt 0.496020 0.205110</w:t>
        <w:br/>
        <w:t>vt 0.506980 0.231580</w:t>
        <w:br/>
        <w:t>vt 0.487440 0.233210</w:t>
        <w:br/>
        <w:t>vt 0.478240 0.206990</w:t>
        <w:br/>
        <w:t>vt 0.414070 0.093520</w:t>
        <w:br/>
        <w:t>vt 0.429990 0.099710</w:t>
        <w:br/>
        <w:t>vt 0.425530 0.105100</w:t>
        <w:br/>
        <w:t>vt 0.414070 0.104920</w:t>
        <w:br/>
        <w:t>vt 0.678950 0.097560</w:t>
        <w:br/>
        <w:t>vt 0.679430 0.096640</w:t>
        <w:br/>
        <w:t>vt 0.680540 0.097350</w:t>
        <w:br/>
        <w:t>vt 0.679800 0.098180</w:t>
        <w:br/>
        <w:t>vt 0.665690 0.083460</w:t>
        <w:br/>
        <w:t>vt 0.666790 0.081850</w:t>
        <w:br/>
        <w:t>vt 0.668870 0.084180</w:t>
        <w:br/>
        <w:t>vt 0.667520 0.085130</w:t>
        <w:br/>
        <w:t>vt 0.445290 0.122290</w:t>
        <w:br/>
        <w:t>vt 0.434970 0.118710</w:t>
        <w:br/>
        <w:t>vt 0.464810 0.100100</w:t>
        <w:br/>
        <w:t>vt 0.466710 0.110880</w:t>
        <w:br/>
        <w:t>vt 0.464810 0.100100</w:t>
        <w:br/>
        <w:t>vt 0.506710 0.109960</w:t>
        <w:br/>
        <w:t>vt 0.495950 0.116880</w:t>
        <w:br/>
        <w:t>vt 0.466710 0.110880</w:t>
        <w:br/>
        <w:t>vt 0.665900 0.086380</w:t>
        <w:br/>
        <w:t>vt 0.663900 0.087850</w:t>
        <w:br/>
        <w:t>vt 0.664610 0.085210</w:t>
        <w:br/>
        <w:t>vt 0.485450 0.126260</w:t>
        <w:br/>
        <w:t>vt 0.468880 0.123160</w:t>
        <w:br/>
        <w:t>vt 0.457810 0.128820</w:t>
        <w:br/>
        <w:t>vt 0.468880 0.123160</w:t>
        <w:br/>
        <w:t>vt 0.471640 0.138820</w:t>
        <w:br/>
        <w:t>vt 0.471640 0.138820</w:t>
        <w:br/>
        <w:t>vt 0.496020 0.205110</w:t>
        <w:br/>
        <w:t>vt 0.508430 0.173250</w:t>
        <w:br/>
        <w:t>vt 0.516670 0.154710</w:t>
        <w:br/>
        <w:t>vt 0.414070 0.115450</w:t>
        <w:br/>
        <w:t>vt 0.678110 0.099380</w:t>
        <w:br/>
        <w:t>vt 0.681590 0.095930</w:t>
        <w:br/>
        <w:t>vt 0.680070 0.095010</w:t>
        <w:br/>
        <w:t>vt 0.414070 0.081090</w:t>
        <w:br/>
        <w:t>vt 0.439930 0.093650</w:t>
        <w:br/>
        <w:t>vt 0.335580 0.137530</w:t>
        <w:br/>
        <w:t>vt 0.483010 0.177990</w:t>
        <w:br/>
        <w:t>vt 0.491950 0.157650</w:t>
        <w:br/>
        <w:t>vt 0.467090 0.157550</w:t>
        <w:br/>
        <w:t>vt 0.459180 0.178280</w:t>
        <w:br/>
        <w:t>vt 0.440850 0.154000</w:t>
        <w:br/>
        <w:t>vt 0.433740 0.174720</w:t>
        <w:br/>
        <w:t>vt 0.409390 0.143610</w:t>
        <w:br/>
        <w:t>vt 0.401350 0.162780</w:t>
        <w:br/>
        <w:t>vt 0.374380 0.150070</w:t>
        <w:br/>
        <w:t>vt 0.382590 0.128150</w:t>
        <w:br/>
        <w:t>vt 0.345860 0.155230</w:t>
        <w:br/>
        <w:t>vt 0.333450 0.162140</w:t>
        <w:br/>
        <w:t>vt 0.358930 0.179390</w:t>
        <w:br/>
        <w:t>vt 0.369250 0.116720</w:t>
        <w:br/>
        <w:t>vt 0.358650 0.135170</w:t>
        <w:br/>
        <w:t>vt 0.322490 0.084510</w:t>
        <w:br/>
        <w:t>vt 0.333900 0.103140</w:t>
        <w:br/>
        <w:t>vt 0.344080 0.088040</w:t>
        <w:br/>
        <w:t>vt 0.330920 0.072250</w:t>
        <w:br/>
        <w:t>vt 0.315990 0.093890</w:t>
        <w:br/>
        <w:t>vt 0.305350 0.094510</w:t>
        <w:br/>
        <w:t>vt 0.312130 0.119600</w:t>
        <w:br/>
        <w:t>vt 0.324930 0.115640</w:t>
        <w:br/>
        <w:t>vt 0.314760 0.050830</w:t>
        <w:br/>
        <w:t>vt 0.309390 0.059190</w:t>
        <w:br/>
        <w:t>vt 0.305610 0.065220</w:t>
        <w:br/>
        <w:t>vt 0.299870 0.064430</w:t>
        <w:br/>
        <w:t>vt 0.540300 0.149120</w:t>
        <w:br/>
        <w:t>vt 0.538290 0.166630</w:t>
        <w:br/>
        <w:t>vt 0.571570 0.153520</w:t>
        <w:br/>
        <w:t>vt 0.568040 0.137620</w:t>
        <w:br/>
        <w:t>vt 0.552980 0.221340</w:t>
        <w:br/>
        <w:t>vt 0.592750 0.209900</w:t>
        <w:br/>
        <w:t>vt 0.580560 0.177890</w:t>
        <w:br/>
        <w:t>vt 0.533170 0.196250</w:t>
        <w:br/>
        <w:t>vt 0.650180 0.152790</w:t>
        <w:br/>
        <w:t>vt 0.656900 0.122150</w:t>
        <w:br/>
        <w:t>vt 0.632280 0.152780</w:t>
        <w:br/>
        <w:t>vt 0.649130 0.183660</w:t>
        <w:br/>
        <w:t>vt 0.650180 0.152790</w:t>
        <w:br/>
        <w:t>vt 0.632280 0.152780</w:t>
        <w:br/>
        <w:t>vt 0.616140 0.198180</w:t>
        <w:br/>
        <w:t>vt 0.700650 0.157670</w:t>
        <w:br/>
        <w:t>vt 0.669000 0.153340</w:t>
        <w:br/>
        <w:t>vt 0.675570 0.175200</w:t>
        <w:br/>
        <w:t>vt 0.703580 0.169360</w:t>
        <w:br/>
        <w:t>vt 0.700650 0.157670</w:t>
        <w:br/>
        <w:t>vt 0.709240 0.144880</w:t>
        <w:br/>
        <w:t>vt 0.682710 0.131430</w:t>
        <w:br/>
        <w:t>vt 0.669000 0.153340</w:t>
        <w:br/>
        <w:t>vt 0.292020 0.026010</w:t>
        <w:br/>
        <w:t>vt 0.292020 0.026010</w:t>
        <w:br/>
        <w:t>vt 0.597980 0.140120</w:t>
        <w:br/>
        <w:t>vt 0.601230 0.128790</w:t>
        <w:br/>
        <w:t>vt 0.590970 0.120710</w:t>
        <w:br/>
        <w:t>vt 0.631950 0.131880</w:t>
        <w:br/>
        <w:t>vt 0.628800 0.112540</w:t>
        <w:br/>
        <w:t>vt 0.601960 0.112250</w:t>
        <w:br/>
        <w:t>vt 0.601230 0.128790</w:t>
        <w:br/>
        <w:t>vt 0.651640 0.112750</w:t>
        <w:br/>
        <w:t>vt 0.641680 0.098380</w:t>
        <w:br/>
        <w:t>vt 0.532060 0.021900</w:t>
        <w:br/>
        <w:t>vt 0.541770 0.043240</w:t>
        <w:br/>
        <w:t>vt 0.568620 0.032000</w:t>
        <w:br/>
        <w:t>vt 0.550690 0.007960</w:t>
        <w:br/>
        <w:t>vt 0.567140 0.072030</w:t>
        <w:br/>
        <w:t>vt 0.542210 0.069810</w:t>
        <w:br/>
        <w:t>vt 0.539100 0.094720</w:t>
        <w:br/>
        <w:t>vt 0.566590 0.104730</w:t>
        <w:br/>
        <w:t>vt 0.567140 0.072030</w:t>
        <w:br/>
        <w:t>vt 0.568620 0.032000</w:t>
        <w:br/>
        <w:t>vt 0.541770 0.043240</w:t>
        <w:br/>
        <w:t>vt 0.542210 0.069810</w:t>
        <w:br/>
        <w:t>vt 0.512570 0.036760</w:t>
        <w:br/>
        <w:t>vt 0.518960 0.051940</w:t>
        <w:br/>
        <w:t>vt 0.520460 0.069900</w:t>
        <w:br/>
        <w:t>vt 0.518170 0.087110</w:t>
        <w:br/>
        <w:t>vt 0.518960 0.051940</w:t>
        <w:br/>
        <w:t>vt 0.520460 0.069900</w:t>
        <w:br/>
        <w:t>vt 0.497670 0.059490</w:t>
        <w:br/>
        <w:t>vt 0.491250 0.053450</w:t>
        <w:br/>
        <w:t>vt 0.473230 0.070750</w:t>
        <w:br/>
        <w:t>vt 0.497690 0.079650</w:t>
        <w:br/>
        <w:t>vt 0.498760 0.069500</w:t>
        <w:br/>
        <w:t>vt 0.473230 0.070750</w:t>
        <w:br/>
        <w:t>vt 0.497670 0.059490</w:t>
        <w:br/>
        <w:t>vt 0.421950 0.226220</w:t>
        <w:br/>
        <w:t>vt 0.472990 0.233390</w:t>
        <w:br/>
        <w:t>vt 0.453700 0.207590</w:t>
        <w:br/>
        <w:t>vt 0.426480 0.204890</w:t>
        <w:br/>
        <w:t>vt 0.632870 0.086030</w:t>
        <w:br/>
        <w:t>vt 0.621060 0.092870</w:t>
        <w:br/>
        <w:t>vt 0.599810 0.092000</w:t>
        <w:br/>
        <w:t>vt 0.604520 0.054480</w:t>
        <w:br/>
        <w:t>vt 0.599660 0.056210</w:t>
        <w:br/>
        <w:t>vt 0.609270 0.071850</w:t>
        <w:br/>
        <w:t>vt 0.617030 0.067550</w:t>
        <w:br/>
        <w:t>vt 0.594500 0.058770</w:t>
        <w:br/>
        <w:t>vt 0.596800 0.073930</w:t>
        <w:br/>
        <w:t>vt 0.591570 0.041590</w:t>
        <w:br/>
        <w:t>vt 0.358930 0.179390</w:t>
        <w:br/>
        <w:t>vt 0.336930 0.180360</w:t>
        <w:br/>
        <w:t>vt 0.333800 0.192420</w:t>
        <w:br/>
        <w:t>vt 0.358570 0.197170</w:t>
        <w:br/>
        <w:t>vt 0.389800 0.201640</w:t>
        <w:br/>
        <w:t>vt 0.386340 0.218430</w:t>
        <w:br/>
        <w:t>vt 0.391200 0.192310</w:t>
        <w:br/>
        <w:t>vt 0.354010 0.210260</w:t>
        <w:br/>
        <w:t>vt 0.358570 0.197170</w:t>
        <w:br/>
        <w:t>vt 0.330030 0.202160</w:t>
        <w:br/>
        <w:t>vt 0.333800 0.192420</w:t>
        <w:br/>
        <w:t>vt 0.318070 0.176360</w:t>
        <w:br/>
        <w:t>vt 0.301690 0.174100</w:t>
        <w:br/>
        <w:t>vt 0.299720 0.181800</w:t>
        <w:br/>
        <w:t>vt 0.314910 0.187720</w:t>
        <w:br/>
        <w:t>vt 0.314910 0.187720</w:t>
        <w:br/>
        <w:t>vt 0.312000 0.195090</w:t>
        <w:br/>
        <w:t>vt 0.333450 0.162140</w:t>
        <w:br/>
        <w:t>vt 0.314140 0.160630</w:t>
        <w:br/>
        <w:t>vt 0.299060 0.160400</w:t>
        <w:br/>
        <w:t>vt 0.299720 0.181800</w:t>
        <w:br/>
        <w:t>vt 0.296710 0.188050</w:t>
        <w:br/>
        <w:t>vt 0.282840 0.172080</w:t>
        <w:br/>
        <w:t>vt 0.283490 0.161360</w:t>
        <w:br/>
        <w:t>vt 0.264220 0.167240</w:t>
        <w:br/>
        <w:t>vt 0.281830 0.179670</w:t>
        <w:br/>
        <w:t>vt 0.736170 0.163880</w:t>
        <w:br/>
        <w:t>vt 0.736170 0.163880</w:t>
        <w:br/>
        <w:t>vt 0.305610 0.065220</w:t>
        <w:br/>
        <w:t>vt 0.315990 0.093890</w:t>
        <w:br/>
        <w:t>vt 0.324930 0.115640</w:t>
        <w:br/>
        <w:t>vt 0.345860 0.155230</w:t>
        <w:br/>
        <w:t>vt 0.453700 0.207590</w:t>
        <w:br/>
        <w:t>vt 0.478240 0.206990</w:t>
        <w:br/>
        <w:t>vt 0.533170 0.196250</w:t>
        <w:br/>
        <w:t>vt 0.580560 0.177890</w:t>
        <w:br/>
        <w:t>vt 0.596800 0.073930</w:t>
        <w:br/>
        <w:t>vt 0.594500 0.058770</w:t>
        <w:br/>
        <w:t>vt 0.588670 0.058840</w:t>
        <w:br/>
        <w:t>vt 0.587900 0.074420</w:t>
        <w:br/>
        <w:t>vt 0.599810 0.092000</w:t>
        <w:br/>
        <w:t>vt 0.591170 0.094490</w:t>
        <w:br/>
        <w:t>vt 0.592060 0.107820</w:t>
        <w:br/>
        <w:t>vt 0.601960 0.112250</w:t>
        <w:br/>
        <w:t>vt 0.597980 0.140120</w:t>
        <w:br/>
        <w:t>vt 0.591570 0.041590</w:t>
        <w:br/>
        <w:t>vt 0.346670 0.120860</w:t>
        <w:br/>
        <w:t>vt 0.357110 0.103760</w:t>
        <w:br/>
        <w:t>vt 0.321440 0.140900</w:t>
        <w:br/>
        <w:t>vt 0.335580 0.137530</w:t>
        <w:br/>
        <w:t>vt 0.590970 0.120710</w:t>
        <w:br/>
        <w:t>vt 0.496020 0.205110</w:t>
        <w:br/>
        <w:t>vt 0.478240 0.206990</w:t>
        <w:br/>
        <w:t>vt 0.487440 0.233210</w:t>
        <w:br/>
        <w:t>vt 0.506980 0.231580</w:t>
        <w:br/>
        <w:t>vt 0.402950 0.104670</w:t>
        <w:br/>
        <w:t>vt 0.414070 0.104920</w:t>
        <w:br/>
        <w:t>vt 0.414070 0.093520</w:t>
        <w:br/>
        <w:t>vt 0.398420 0.098770</w:t>
        <w:br/>
        <w:t>vt 0.445290 0.122290</w:t>
        <w:br/>
        <w:t>vt 0.466710 0.110880</w:t>
        <w:br/>
        <w:t>vt 0.464810 0.100100</w:t>
        <w:br/>
        <w:t>vt 0.434970 0.118710</w:t>
        <w:br/>
        <w:t>vt 0.457810 0.128820</w:t>
        <w:br/>
        <w:t>vt 0.468880 0.123160</w:t>
        <w:br/>
        <w:t>vt 0.471640 0.138820</w:t>
        <w:br/>
        <w:t>vt 0.496020 0.205110</w:t>
        <w:br/>
        <w:t>vt 0.508430 0.173250</w:t>
        <w:br/>
        <w:t>vt 0.516670 0.154710</w:t>
        <w:br/>
        <w:t>vt 0.414070 0.115450</w:t>
        <w:br/>
        <w:t>vt 0.414070 0.081090</w:t>
        <w:br/>
        <w:t>vt 0.388690 0.092270</w:t>
        <w:br/>
        <w:t>vt 0.335580 0.137530</w:t>
        <w:br/>
        <w:t>vt 0.623260 0.226230</w:t>
        <w:br/>
        <w:t>vt 0.658050 0.221510</w:t>
        <w:br/>
        <w:t>vt 0.657940 0.233580</w:t>
        <w:br/>
        <w:t>vt 0.624460 0.233580</w:t>
        <w:br/>
        <w:t>vt 0.700280 0.233580</w:t>
        <w:br/>
        <w:t>vt 0.700350 0.225030</w:t>
        <w:br/>
        <w:t>vt 0.739690 0.233580</w:t>
        <w:br/>
        <w:t>vt 0.601450 0.233580</w:t>
        <w:br/>
        <w:t>vt 0.619850 0.218240</w:t>
        <w:br/>
        <w:t>vt 0.623260 0.226230</w:t>
        <w:br/>
        <w:t>vt 0.658140 0.208120</w:t>
        <w:br/>
        <w:t>vt 0.658050 0.221510</w:t>
        <w:br/>
        <w:t>vt 0.601450 0.233580</w:t>
        <w:br/>
        <w:t>vt 0.672140 0.233580</w:t>
        <w:br/>
        <w:t>vt 0.672180 0.221980</w:t>
        <w:br/>
        <w:t>vt 0.739690 0.233580</w:t>
        <w:br/>
        <w:t>vt 0.700350 0.225030</w:t>
        <w:br/>
        <w:t>vt 0.704830 0.216360</w:t>
        <w:br/>
        <w:t>vt 0.672090 0.208600</w:t>
        <w:br/>
        <w:t>vt 0.672180 0.221980</w:t>
        <w:br/>
        <w:t>vt 0.623260 0.226230</w:t>
        <w:br/>
        <w:t>vt 0.624460 0.233580</w:t>
        <w:br/>
        <w:t>vt 0.657940 0.233580</w:t>
        <w:br/>
        <w:t>vt 0.658050 0.221510</w:t>
        <w:br/>
        <w:t>vt 0.700280 0.233580</w:t>
        <w:br/>
        <w:t>vt 0.739690 0.233580</w:t>
        <w:br/>
        <w:t>vt 0.700350 0.225030</w:t>
        <w:br/>
        <w:t>vt 0.601450 0.233580</w:t>
        <w:br/>
        <w:t>vt 0.623260 0.226230</w:t>
        <w:br/>
        <w:t>vt 0.619850 0.218240</w:t>
        <w:br/>
        <w:t>vt 0.658140 0.208120</w:t>
        <w:br/>
        <w:t>vt 0.658050 0.221510</w:t>
        <w:br/>
        <w:t>vt 0.601450 0.233580</w:t>
        <w:br/>
        <w:t>vt 0.672180 0.221980</w:t>
        <w:br/>
        <w:t>vt 0.672140 0.233580</w:t>
        <w:br/>
        <w:t>vt 0.739690 0.233580</w:t>
        <w:br/>
        <w:t>vt 0.704830 0.216360</w:t>
        <w:br/>
        <w:t>vt 0.700350 0.225030</w:t>
        <w:br/>
        <w:t>vt 0.672090 0.208600</w:t>
        <w:br/>
        <w:t>vt 0.672180 0.221980</w:t>
        <w:br/>
        <w:t>vt 0.391240 0.952920</w:t>
        <w:br/>
        <w:t>vt 0.438840 0.952920</w:t>
        <w:br/>
        <w:t>vt 0.391980 0.946650</w:t>
        <w:br/>
        <w:t>vt 0.356480 0.940920</w:t>
        <w:br/>
        <w:t>vt 0.355430 0.952920</w:t>
        <w:br/>
        <w:t>vt 0.276620 0.952920</w:t>
        <w:br/>
        <w:t>vt 0.313560 0.952920</w:t>
        <w:br/>
        <w:t>vt 0.314130 0.933940</w:t>
        <w:br/>
        <w:t>vt 0.279330 0.927030</w:t>
        <w:br/>
        <w:t>vt 0.233920 0.904930</w:t>
        <w:br/>
        <w:t>vt 0.253080 0.933510</w:t>
        <w:br/>
        <w:t>vt 0.256300 0.918470</w:t>
        <w:br/>
        <w:t>vt 0.353340 0.060640</w:t>
        <w:br/>
        <w:t>vt 0.344300 0.060640</w:t>
        <w:br/>
        <w:t>vt 0.344300 0.060640</w:t>
        <w:br/>
        <w:t>vt 0.353340 0.060640</w:t>
        <w:br/>
        <w:t>vt 0.635970 0.030970</w:t>
        <w:br/>
        <w:t>vt 0.633370 0.022280</w:t>
        <w:br/>
        <w:t>vt 0.626380 0.025420</w:t>
        <w:br/>
        <w:t>vt 0.627720 0.030970</w:t>
        <w:br/>
        <w:t>vt 0.644370 0.030970</w:t>
        <w:br/>
        <w:t>vt 0.640750 0.020150</w:t>
        <w:br/>
        <w:t>vt 0.618510 0.030970</w:t>
        <w:br/>
        <w:t>vt 0.652750 0.030970</w:t>
        <w:br/>
        <w:t>vt 0.647130 0.018910</w:t>
        <w:br/>
        <w:t>vt 0.326070 0.013360</w:t>
        <w:br/>
        <w:t>vt 0.322970 0.020860</w:t>
        <w:br/>
        <w:t>vt 0.327760 0.023630</w:t>
        <w:br/>
        <w:t>vt 0.332160 0.013360</w:t>
        <w:br/>
        <w:t>vt 0.332860 0.026150</w:t>
        <w:br/>
        <w:t>vt 0.338090 0.013360</w:t>
        <w:br/>
        <w:t>vt 0.337720 0.028370</w:t>
        <w:br/>
        <w:t>vt 0.344090 0.013360</w:t>
        <w:br/>
        <w:t>vt 0.311440 0.013360</w:t>
        <w:br/>
        <w:t>vt 0.686790 0.088070</w:t>
        <w:br/>
        <w:t>vt 0.681590 0.095930</w:t>
        <w:br/>
        <w:t>vt 0.680070 0.095010</w:t>
        <w:br/>
        <w:t>vt 0.683450 0.086320</w:t>
        <w:br/>
        <w:t>vt 0.688920 0.098950</w:t>
        <w:br/>
        <w:t>vt 0.690290 0.089540</w:t>
        <w:br/>
        <w:t>vt 0.695250 0.090270</w:t>
        <w:br/>
        <w:t>vt 0.694740 0.098820</w:t>
        <w:br/>
        <w:t>vt 0.700340 0.089920</w:t>
        <w:br/>
        <w:t>vt 0.702860 0.089250</w:t>
        <w:br/>
        <w:t>vt 0.703220 0.097590</w:t>
        <w:br/>
        <w:t>vt 0.699770 0.098090</w:t>
        <w:br/>
        <w:t>vt 0.707530 0.087750</w:t>
        <w:br/>
        <w:t>vt 0.710900 0.085470</w:t>
        <w:br/>
        <w:t>vt 0.712270 0.088990</w:t>
        <w:br/>
        <w:t>vt 0.708760 0.092540</w:t>
        <w:br/>
        <w:t>vt 0.714170 0.083040</w:t>
        <w:br/>
        <w:t>vt 0.715220 0.085330</w:t>
        <w:br/>
        <w:t>vt 0.677510 0.081750</w:t>
        <w:br/>
        <w:t>vt 0.673160 0.088800</w:t>
        <w:br/>
        <w:t>vt 0.668870 0.084180</w:t>
        <w:br/>
        <w:t>vt 0.674190 0.078490</w:t>
        <w:br/>
        <w:t>vt 0.680400 0.084080</w:t>
        <w:br/>
        <w:t>vt 0.677660 0.093240</w:t>
        <w:br/>
        <w:t>vt 0.670940 0.074900</w:t>
        <w:br/>
        <w:t>vt 0.666790 0.081850</w:t>
        <w:br/>
        <w:t>vt 0.662820 0.077890</w:t>
        <w:br/>
        <w:t>vt 0.664390 0.070910</w:t>
        <w:br/>
        <w:t>vt 0.659990 0.070340</w:t>
        <w:br/>
        <w:t>vt 0.659110 0.075300</w:t>
        <w:br/>
        <w:t>vt 0.655090 0.073180</w:t>
        <w:br/>
        <w:t>vt 0.655340 0.070410</w:t>
        <w:br/>
        <w:t>vt 0.718470 0.080230</w:t>
        <w:br/>
        <w:t>vt 0.674680 0.094960</w:t>
        <w:br/>
        <w:t>vt 0.671040 0.092630</w:t>
        <w:br/>
        <w:t>vt 0.671960 0.097090</w:t>
        <w:br/>
        <w:t>vt 0.669510 0.095250</w:t>
        <w:br/>
        <w:t>vt 0.668770 0.098820</w:t>
        <w:br/>
        <w:t>vt 0.665510 0.100370</w:t>
        <w:br/>
        <w:t>vt 0.667950 0.097640</w:t>
        <w:br/>
        <w:t>vt 0.665790 0.069950</w:t>
        <w:br/>
        <w:t>vt 0.668220 0.068610</w:t>
        <w:br/>
        <w:t>vt 0.672220 0.072890</w:t>
        <w:br/>
        <w:t>vt 0.675820 0.068600</w:t>
        <w:br/>
        <w:t>vt 0.674040 0.066280</w:t>
        <w:br/>
        <w:t>vt 0.676760 0.065540</w:t>
        <w:br/>
        <w:t>vt 0.677670 0.066960</w:t>
        <w:br/>
        <w:t>vt 0.670440 0.067600</w:t>
        <w:br/>
        <w:t>vt 0.673600 0.071070</w:t>
        <w:br/>
        <w:t>vt 0.679550 0.064970</w:t>
        <w:br/>
        <w:t>vt 0.703550 0.100340</w:t>
        <w:br/>
        <w:t>vt 0.699580 0.100720</w:t>
        <w:br/>
        <w:t>vt 0.706470 0.099320</w:t>
        <w:br/>
        <w:t>vt 0.706570 0.097300</w:t>
        <w:br/>
        <w:t>vt 0.694410 0.100300</w:t>
        <w:br/>
        <w:t>vt 0.708770 0.097920</w:t>
        <w:br/>
        <w:t>vt 0.708610 0.096490</w:t>
        <w:br/>
        <w:t>vt 0.710800 0.096110</w:t>
        <w:br/>
        <w:t>vt 0.710510 0.095360</w:t>
        <w:br/>
        <w:t>vt 0.713050 0.093600</w:t>
        <w:br/>
        <w:t>vt 0.650330 0.071340</w:t>
        <w:br/>
        <w:t>vt 0.704940 0.088630</w:t>
        <w:br/>
        <w:t>vt 0.706230 0.094590</w:t>
        <w:br/>
        <w:t>vt 0.686790 0.088070</w:t>
        <w:br/>
        <w:t>vt 0.683450 0.086320</w:t>
        <w:br/>
        <w:t>vt 0.680070 0.095010</w:t>
        <w:br/>
        <w:t>vt 0.681590 0.095930</w:t>
        <w:br/>
        <w:t>vt 0.688920 0.098950</w:t>
        <w:br/>
        <w:t>vt 0.690290 0.089540</w:t>
        <w:br/>
        <w:t>vt 0.694740 0.098820</w:t>
        <w:br/>
        <w:t>vt 0.695250 0.090270</w:t>
        <w:br/>
        <w:t>vt 0.700340 0.089920</w:t>
        <w:br/>
        <w:t>vt 0.699770 0.098090</w:t>
        <w:br/>
        <w:t>vt 0.703220 0.097590</w:t>
        <w:br/>
        <w:t>vt 0.702860 0.089250</w:t>
        <w:br/>
        <w:t>vt 0.707530 0.087750</w:t>
        <w:br/>
        <w:t>vt 0.708760 0.092540</w:t>
        <w:br/>
        <w:t>vt 0.712270 0.088990</w:t>
        <w:br/>
        <w:t>vt 0.710900 0.085470</w:t>
        <w:br/>
        <w:t>vt 0.715220 0.085330</w:t>
        <w:br/>
        <w:t>vt 0.714170 0.083040</w:t>
        <w:br/>
        <w:t>vt 0.677510 0.081750</w:t>
        <w:br/>
        <w:t>vt 0.674190 0.078490</w:t>
        <w:br/>
        <w:t>vt 0.668870 0.084180</w:t>
        <w:br/>
        <w:t>vt 0.673160 0.088800</w:t>
        <w:br/>
        <w:t>vt 0.677660 0.093240</w:t>
        <w:br/>
        <w:t>vt 0.680400 0.084080</w:t>
        <w:br/>
        <w:t>vt 0.670940 0.074900</w:t>
        <w:br/>
        <w:t>vt 0.664390 0.070910</w:t>
        <w:br/>
        <w:t>vt 0.662820 0.077890</w:t>
        <w:br/>
        <w:t>vt 0.666790 0.081850</w:t>
        <w:br/>
        <w:t>vt 0.659990 0.070340</w:t>
        <w:br/>
        <w:t>vt 0.655340 0.070410</w:t>
        <w:br/>
        <w:t>vt 0.655090 0.073180</w:t>
        <w:br/>
        <w:t>vt 0.659110 0.075300</w:t>
        <w:br/>
        <w:t>vt 0.718470 0.080230</w:t>
        <w:br/>
        <w:t>vt 0.671040 0.092630</w:t>
        <w:br/>
        <w:t>vt 0.674680 0.094960</w:t>
        <w:br/>
        <w:t>vt 0.669510 0.095250</w:t>
        <w:br/>
        <w:t>vt 0.671960 0.097090</w:t>
        <w:br/>
        <w:t>vt 0.668770 0.098820</w:t>
        <w:br/>
        <w:t>vt 0.667950 0.097640</w:t>
        <w:br/>
        <w:t>vt 0.665510 0.100370</w:t>
        <w:br/>
        <w:t>vt 0.665790 0.069950</w:t>
        <w:br/>
        <w:t>vt 0.672220 0.072890</w:t>
        <w:br/>
        <w:t>vt 0.668220 0.068610</w:t>
        <w:br/>
        <w:t>vt 0.675820 0.068600</w:t>
        <w:br/>
        <w:t>vt 0.677670 0.066960</w:t>
        <w:br/>
        <w:t>vt 0.676760 0.065540</w:t>
        <w:br/>
        <w:t>vt 0.674040 0.066280</w:t>
        <w:br/>
        <w:t>vt 0.673600 0.071070</w:t>
        <w:br/>
        <w:t>vt 0.670440 0.067600</w:t>
        <w:br/>
        <w:t>vt 0.679550 0.064970</w:t>
        <w:br/>
        <w:t>vt 0.703550 0.100340</w:t>
        <w:br/>
        <w:t>vt 0.699580 0.100720</w:t>
        <w:br/>
        <w:t>vt 0.706470 0.099320</w:t>
        <w:br/>
        <w:t>vt 0.706570 0.097300</w:t>
        <w:br/>
        <w:t>vt 0.694410 0.100300</w:t>
        <w:br/>
        <w:t>vt 0.708770 0.097920</w:t>
        <w:br/>
        <w:t>vt 0.708610 0.096490</w:t>
        <w:br/>
        <w:t>vt 0.710800 0.096110</w:t>
        <w:br/>
        <w:t>vt 0.713050 0.093600</w:t>
        <w:br/>
        <w:t>vt 0.710510 0.095360</w:t>
        <w:br/>
        <w:t>vt 0.650330 0.071340</w:t>
        <w:br/>
        <w:t>vt 0.414070 0.093520</w:t>
        <w:br/>
        <w:t>vt 0.414070 0.104920</w:t>
        <w:br/>
        <w:t>vt 0.425530 0.105100</w:t>
        <w:br/>
        <w:t>vt 0.429990 0.099710</w:t>
        <w:br/>
        <w:t>vt 0.680540 0.097350</w:t>
        <w:br/>
        <w:t>vt 0.679430 0.096640</w:t>
        <w:br/>
        <w:t>vt 0.678950 0.097560</w:t>
        <w:br/>
        <w:t>vt 0.679800 0.098180</w:t>
        <w:br/>
        <w:t>vt 0.665690 0.083460</w:t>
        <w:br/>
        <w:t>vt 0.667520 0.085130</w:t>
        <w:br/>
        <w:t>vt 0.668870 0.084180</w:t>
        <w:br/>
        <w:t>vt 0.666790 0.081850</w:t>
        <w:br/>
        <w:t>vt 0.464810 0.100100</w:t>
        <w:br/>
        <w:t>vt 0.466710 0.110880</w:t>
        <w:br/>
        <w:t>vt 0.495950 0.116880</w:t>
        <w:br/>
        <w:t>vt 0.506710 0.109960</w:t>
        <w:br/>
        <w:t>vt 0.665900 0.086380</w:t>
        <w:br/>
        <w:t>vt 0.664610 0.085210</w:t>
        <w:br/>
        <w:t>vt 0.663900 0.087850</w:t>
        <w:br/>
        <w:t>vt 0.485450 0.126260</w:t>
        <w:br/>
        <w:t>vt 0.468880 0.123160</w:t>
        <w:br/>
        <w:t>vt 0.471640 0.138820</w:t>
        <w:br/>
        <w:t>vt 0.414070 0.115450</w:t>
        <w:br/>
        <w:t>vt 0.678110 0.099380</w:t>
        <w:br/>
        <w:t>vt 0.681590 0.095930</w:t>
        <w:br/>
        <w:t>vt 0.680070 0.095010</w:t>
        <w:br/>
        <w:t>vt 0.414070 0.081090</w:t>
        <w:br/>
        <w:t>vt 0.439930 0.093650</w:t>
        <w:br/>
        <w:t>vt 0.706230 0.094590</w:t>
        <w:br/>
        <w:t>vt 0.704940 0.088630</w:t>
        <w:br/>
        <w:t>vt 0.350410 0.233640</w:t>
        <w:br/>
        <w:t>vt 0.340860 0.230650</w:t>
        <w:br/>
        <w:t>vt 0.340400 0.233640</w:t>
        <w:br/>
        <w:t>vt 0.325830 0.228810</w:t>
        <w:br/>
        <w:t>vt 0.325700 0.233640</w:t>
        <w:br/>
        <w:t>vt 0.319970 0.228750</w:t>
        <w:br/>
        <w:t>vt 0.306850 0.229970</w:t>
        <w:br/>
        <w:t>vt 0.307420 0.233640</w:t>
        <w:br/>
        <w:t>vt 0.319540 0.233640</w:t>
        <w:br/>
        <w:t>vt 0.290300 0.233640</w:t>
        <w:br/>
        <w:t>vt 0.626380 0.025420</w:t>
        <w:br/>
        <w:t>vt 0.633370 0.022280</w:t>
        <w:br/>
        <w:t>vt 0.635970 0.030970</w:t>
        <w:br/>
        <w:t>vt 0.627720 0.030970</w:t>
        <w:br/>
        <w:t>vt 0.640750 0.020150</w:t>
        <w:br/>
        <w:t>vt 0.644370 0.030970</w:t>
        <w:br/>
        <w:t>vt 0.618510 0.030970</w:t>
        <w:br/>
        <w:t>vt 0.647130 0.018910</w:t>
        <w:br/>
        <w:t>vt 0.652750 0.030970</w:t>
        <w:br/>
        <w:t>vt 0.326070 0.013360</w:t>
        <w:br/>
        <w:t>vt 0.332160 0.013360</w:t>
        <w:br/>
        <w:t>vt 0.327760 0.023630</w:t>
        <w:br/>
        <w:t>vt 0.322970 0.020860</w:t>
        <w:br/>
        <w:t>vt 0.338090 0.013360</w:t>
        <w:br/>
        <w:t>vt 0.332860 0.026150</w:t>
        <w:br/>
        <w:t>vt 0.344090 0.013360</w:t>
        <w:br/>
        <w:t>vt 0.337720 0.028370</w:t>
        <w:br/>
        <w:t>vt 0.311440 0.013360</w:t>
        <w:br/>
        <w:t>vt 0.345860 0.155230</w:t>
        <w:br/>
        <w:t>vt 0.358930 0.179390</w:t>
        <w:br/>
        <w:t>vt 0.333450 0.162140</w:t>
        <w:br/>
        <w:t>vt 0.315990 0.093890</w:t>
        <w:br/>
        <w:t>vt 0.324930 0.115640</w:t>
        <w:br/>
        <w:t>vt 0.312130 0.119600</w:t>
        <w:br/>
        <w:t>vt 0.305350 0.094510</w:t>
        <w:br/>
        <w:t>vt 0.305610 0.065220</w:t>
        <w:br/>
        <w:t>vt 0.299870 0.064430</w:t>
        <w:br/>
        <w:t>vt 0.292020 0.026010</w:t>
        <w:br/>
        <w:t>vt 0.335580 0.137530</w:t>
        <w:br/>
        <w:t>vt 0.321440 0.140900</w:t>
        <w:br/>
        <w:t>vt 0.402950 0.104670</w:t>
        <w:br/>
        <w:t>vt 0.398420 0.098770</w:t>
        <w:br/>
        <w:t>vt 0.414070 0.093520</w:t>
        <w:br/>
        <w:t>vt 0.414070 0.104920</w:t>
        <w:br/>
        <w:t>vt 0.414070 0.115450</w:t>
        <w:br/>
        <w:t>vt 0.388690 0.092270</w:t>
        <w:br/>
        <w:t>vt 0.414070 0.081090</w:t>
        <w:br/>
        <w:t>vt 0.350410 0.233640</w:t>
        <w:br/>
        <w:t>vt 0.340400 0.233640</w:t>
        <w:br/>
        <w:t>vt 0.340860 0.230650</w:t>
        <w:br/>
        <w:t>vt 0.325830 0.228810</w:t>
        <w:br/>
        <w:t>vt 0.325700 0.233640</w:t>
        <w:br/>
        <w:t>vt 0.319970 0.228750</w:t>
        <w:br/>
        <w:t>vt 0.319540 0.233640</w:t>
        <w:br/>
        <w:t>vt 0.307420 0.233640</w:t>
        <w:br/>
        <w:t>vt 0.306850 0.229970</w:t>
        <w:br/>
        <w:t>vt 0.290300 0.233640</w:t>
        <w:br/>
        <w:t>vt 0.391240 0.952920</w:t>
        <w:br/>
        <w:t>vt 0.391980 0.946650</w:t>
        <w:br/>
        <w:t>vt 0.438840 0.952920</w:t>
        <w:br/>
        <w:t>vt 0.355430 0.952920</w:t>
        <w:br/>
        <w:t>vt 0.356480 0.940920</w:t>
        <w:br/>
        <w:t>vt 0.276620 0.952920</w:t>
        <w:br/>
        <w:t>vt 0.279330 0.927030</w:t>
        <w:br/>
        <w:t>vt 0.314130 0.933940</w:t>
        <w:br/>
        <w:t>vt 0.313560 0.952920</w:t>
        <w:br/>
        <w:t>vt 0.233920 0.904930</w:t>
        <w:br/>
        <w:t>vt 0.256300 0.918470</w:t>
        <w:br/>
        <w:t>vt 0.253080 0.933510</w:t>
        <w:br/>
        <w:t>vt 0.590630 0.983290</w:t>
        <w:br/>
        <w:t>vt 0.588550 0.962910</w:t>
        <w:br/>
        <w:t>vt 0.641040 0.959970</w:t>
        <w:br/>
        <w:t>vt 0.643100 0.983290</w:t>
        <w:br/>
        <w:t>vt 0.695100 0.983290</w:t>
        <w:br/>
        <w:t>vt 0.697480 0.957550</w:t>
        <w:br/>
        <w:t>vt 0.772110 0.983290</w:t>
        <w:br/>
        <w:t>vt 0.775090 0.963860</w:t>
        <w:br/>
        <w:t>vt 0.798680 0.983290</w:t>
        <w:br/>
        <w:t>vt 0.733730 0.983290</w:t>
        <w:br/>
        <w:t>vt 0.735370 0.959440</w:t>
        <w:br/>
        <w:t>vt 0.387930 0.983290</w:t>
        <w:br/>
        <w:t>vt 0.489970 0.973710</w:t>
        <w:br/>
        <w:t>vt 0.494900 0.983290</w:t>
        <w:br/>
        <w:t>vt 0.800920 0.974260</w:t>
        <w:br/>
        <w:t>vt 0.812750 0.983290</w:t>
        <w:br/>
        <w:t>vt 0.489970 0.973710</w:t>
        <w:br/>
        <w:t>vt 0.387930 0.983290</w:t>
        <w:br/>
        <w:t>vt 0.491210 0.962790</w:t>
        <w:br/>
        <w:t>vt 0.543560 0.967290</w:t>
        <w:br/>
        <w:t>vt 0.541130 0.951290</w:t>
        <w:br/>
        <w:t>vt 0.585920 0.943490</w:t>
        <w:br/>
        <w:t>vt 0.588550 0.962910</w:t>
        <w:br/>
        <w:t>vt 0.639900 0.937270</w:t>
        <w:br/>
        <w:t>vt 0.641040 0.959970</w:t>
        <w:br/>
        <w:t>vt 0.694360 0.933610</w:t>
        <w:br/>
        <w:t>vt 0.697480 0.957550</w:t>
        <w:br/>
        <w:t>vt 0.737030 0.940420</w:t>
        <w:br/>
        <w:t>vt 0.735370 0.959440</w:t>
        <w:br/>
        <w:t>vt 0.776320 0.949470</w:t>
        <w:br/>
        <w:t>vt 0.775090 0.963860</w:t>
        <w:br/>
        <w:t>vt 0.800920 0.974260</w:t>
        <w:br/>
        <w:t>vt 0.803840 0.969560</w:t>
        <w:br/>
        <w:t>vt 0.812750 0.983290</w:t>
        <w:br/>
        <w:t>vt 0.546700 0.983290</w:t>
        <w:br/>
        <w:t>vt 0.543560 0.967290</w:t>
        <w:br/>
        <w:t>vt 0.590630 0.983290</w:t>
        <w:br/>
        <w:t>vt 0.643100 0.983290</w:t>
        <w:br/>
        <w:t>vt 0.641040 0.959970</w:t>
        <w:br/>
        <w:t>vt 0.588550 0.962910</w:t>
        <w:br/>
        <w:t>vt 0.695100 0.983290</w:t>
        <w:br/>
        <w:t>vt 0.697480 0.957550</w:t>
        <w:br/>
        <w:t>vt 0.772110 0.983290</w:t>
        <w:br/>
        <w:t>vt 0.798680 0.983290</w:t>
        <w:br/>
        <w:t>vt 0.775090 0.963860</w:t>
        <w:br/>
        <w:t>vt 0.733730 0.983290</w:t>
        <w:br/>
        <w:t>vt 0.735370 0.959440</w:t>
        <w:br/>
        <w:t>vt 0.387930 0.983290</w:t>
        <w:br/>
        <w:t>vt 0.494900 0.983290</w:t>
        <w:br/>
        <w:t>vt 0.489970 0.973710</w:t>
        <w:br/>
        <w:t>vt 0.800920 0.974260</w:t>
        <w:br/>
        <w:t>vt 0.812750 0.983290</w:t>
        <w:br/>
        <w:t>vt 0.489970 0.973710</w:t>
        <w:br/>
        <w:t>vt 0.491210 0.962790</w:t>
        <w:br/>
        <w:t>vt 0.387930 0.983290</w:t>
        <w:br/>
        <w:t>vt 0.543560 0.967290</w:t>
        <w:br/>
        <w:t>vt 0.588550 0.962910</w:t>
        <w:br/>
        <w:t>vt 0.585920 0.943490</w:t>
        <w:br/>
        <w:t>vt 0.541130 0.951290</w:t>
        <w:br/>
        <w:t>vt 0.641040 0.959970</w:t>
        <w:br/>
        <w:t>vt 0.639900 0.937270</w:t>
        <w:br/>
        <w:t>vt 0.697480 0.957550</w:t>
        <w:br/>
        <w:t>vt 0.694360 0.933610</w:t>
        <w:br/>
        <w:t>vt 0.737030 0.940420</w:t>
        <w:br/>
        <w:t>vt 0.735370 0.959440</w:t>
        <w:br/>
        <w:t>vt 0.775090 0.963860</w:t>
        <w:br/>
        <w:t>vt 0.776320 0.949470</w:t>
        <w:br/>
        <w:t>vt 0.800920 0.974260</w:t>
        <w:br/>
        <w:t>vt 0.803840 0.969560</w:t>
        <w:br/>
        <w:t>vt 0.812750 0.983290</w:t>
        <w:br/>
        <w:t>vt 0.543560 0.967290</w:t>
        <w:br/>
        <w:t>vt 0.546700 0.983290</w:t>
        <w:br/>
        <w:t>vt 0.959820 0.266390</w:t>
        <w:br/>
        <w:t>vt 0.891170 0.182810</w:t>
        <w:br/>
        <w:t>vt 0.881740 0.190930</w:t>
        <w:br/>
        <w:t>vt 0.929740 0.303210</w:t>
        <w:br/>
        <w:t>vt 0.864490 0.150260</w:t>
        <w:br/>
        <w:t>vt 0.898500 0.170530</w:t>
        <w:br/>
        <w:t>vt 0.902450 0.157300</w:t>
        <w:br/>
        <w:t>vt 0.886080 0.100940</w:t>
        <w:br/>
        <w:t>vt 0.869960 0.097410</w:t>
        <w:br/>
        <w:t>vt 0.852530 0.186910</w:t>
        <w:br/>
        <w:t>vt 0.861790 0.192750</w:t>
        <w:br/>
        <w:t>vt 0.840650 0.170850</w:t>
        <w:br/>
        <w:t>vt 0.844500 0.179520</w:t>
        <w:br/>
        <w:t>vt 0.841880 0.114470</w:t>
        <w:br/>
        <w:t>vt 0.836600 0.126300</w:t>
        <w:br/>
        <w:t>vt 0.871420 0.192780</w:t>
        <w:br/>
        <w:t>vt 0.851750 0.102050</w:t>
        <w:br/>
        <w:t>vt 0.944910 0.312800</w:t>
        <w:br/>
        <w:t>vt 0.979140 0.267920</w:t>
        <w:br/>
        <w:t>vt 0.959820 0.266390</w:t>
        <w:br/>
        <w:t>vt 0.929740 0.303210</w:t>
        <w:br/>
        <w:t>vt 0.851110 0.335670</w:t>
        <w:br/>
        <w:t>vt 0.900500 0.337260</w:t>
        <w:br/>
        <w:t>vt 0.892860 0.321880</w:t>
        <w:br/>
        <w:t>vt 0.855530 0.320250</w:t>
        <w:br/>
        <w:t>vt 0.815480 0.300420</w:t>
        <w:br/>
        <w:t>vt 0.801170 0.310480</w:t>
        <w:br/>
        <w:t>vt 0.785870 0.265070</w:t>
        <w:br/>
        <w:t>vt 0.768800 0.270590</w:t>
        <w:br/>
        <w:t>vt 0.767540 0.218070</w:t>
        <w:br/>
        <w:t>vt 0.749290 0.220190</w:t>
        <w:br/>
        <w:t>vt 0.762540 0.069540</w:t>
        <w:br/>
        <w:t>vt 0.779310 0.077250</w:t>
        <w:br/>
        <w:t>vt 0.798960 0.046880</w:t>
        <w:br/>
        <w:t>vt 0.788540 0.032680</w:t>
        <w:br/>
        <w:t>vt 0.831630 0.026160</w:t>
        <w:br/>
        <w:t>vt 0.829030 0.006780</w:t>
        <w:br/>
        <w:t>vt 0.877530 0.023600</w:t>
        <w:br/>
        <w:t>vt 0.881660 0.003050</w:t>
        <w:br/>
        <w:t>vt 0.913730 0.037640</w:t>
        <w:br/>
        <w:t>vt 0.924350 0.021950</w:t>
        <w:br/>
        <w:t>vt 0.933070 0.057390</w:t>
        <w:br/>
        <w:t>vt 0.947470 0.044540</w:t>
        <w:br/>
        <w:t>vt 0.994480 0.213400</w:t>
        <w:br/>
        <w:t>vt 0.996300 0.166960</w:t>
        <w:br/>
        <w:t>vt 0.976070 0.171050</w:t>
        <w:br/>
        <w:t>vt 0.974320 0.215830</w:t>
        <w:br/>
        <w:t>vt 0.968080 0.122280</w:t>
        <w:br/>
        <w:t>vt 0.952780 0.085280</w:t>
        <w:br/>
        <w:t>vt 0.901820 0.122680</w:t>
        <w:br/>
        <w:t>vt 0.905050 0.139290</w:t>
        <w:br/>
        <w:t>vt 0.761520 0.162750</w:t>
        <w:br/>
        <w:t>vt 0.835800 0.153670</w:t>
        <w:br/>
        <w:t>vt 0.835100 0.138750</w:t>
        <w:br/>
        <w:t>vt 0.766720 0.112140</w:t>
        <w:br/>
        <w:t>vt 0.761520 0.162750</w:t>
        <w:br/>
        <w:t>vt 0.766720 0.112140</w:t>
        <w:br/>
        <w:t>vt 0.747490 0.110800</w:t>
        <w:br/>
        <w:t>vt 0.742880 0.161140</w:t>
        <w:br/>
        <w:t>vt 0.987440 0.115710</w:t>
        <w:br/>
        <w:t>vt 0.970910 0.076730</w:t>
        <w:br/>
        <w:t>vt 0.895610 0.108090</w:t>
        <w:br/>
        <w:t>vt 0.767540 0.218070</w:t>
        <w:br/>
        <w:t>vt 0.779310 0.077250</w:t>
        <w:br/>
        <w:t>vt 0.882530 0.192800</w:t>
        <w:br/>
        <w:t>vt 0.890650 0.183450</w:t>
        <w:br/>
        <w:t>vt 0.959820 0.266390</w:t>
        <w:br/>
        <w:t>vt 0.929740 0.303210</w:t>
        <w:br/>
        <w:t>vt 0.864490 0.150260</w:t>
        <w:br/>
        <w:t>vt 0.903550 0.157530</w:t>
        <w:br/>
        <w:t>vt 0.898580 0.170830</w:t>
        <w:br/>
        <w:t>vt 0.869930 0.097190</w:t>
        <w:br/>
        <w:t>vt 0.885880 0.101280</w:t>
        <w:br/>
        <w:t>vt 0.860390 0.190950</w:t>
        <w:br/>
        <w:t>vt 0.850550 0.185010</w:t>
        <w:br/>
        <w:t>vt 0.844880 0.178500</w:t>
        <w:br/>
        <w:t>vt 0.839730 0.166050</w:t>
        <w:br/>
        <w:t>vt 0.836940 0.126380</w:t>
        <w:br/>
        <w:t>vt 0.841440 0.113760</w:t>
        <w:br/>
        <w:t>vt 0.871410 0.192970</w:t>
        <w:br/>
        <w:t>vt 0.851900 0.102630</w:t>
        <w:br/>
        <w:t>vt 0.944910 0.312800</w:t>
        <w:br/>
        <w:t>vt 0.929740 0.303210</w:t>
        <w:br/>
        <w:t>vt 0.959820 0.266390</w:t>
        <w:br/>
        <w:t>vt 0.979140 0.267920</w:t>
        <w:br/>
        <w:t>vt 0.851110 0.335670</w:t>
        <w:br/>
        <w:t>vt 0.855530 0.320250</w:t>
        <w:br/>
        <w:t>vt 0.892860 0.321880</w:t>
        <w:br/>
        <w:t>vt 0.900500 0.337260</w:t>
        <w:br/>
        <w:t>vt 0.815480 0.300420</w:t>
        <w:br/>
        <w:t>vt 0.801170 0.310480</w:t>
        <w:br/>
        <w:t>vt 0.785870 0.265070</w:t>
        <w:br/>
        <w:t>vt 0.768800 0.270590</w:t>
        <w:br/>
        <w:t>vt 0.767540 0.218070</w:t>
        <w:br/>
        <w:t>vt 0.749290 0.220190</w:t>
        <w:br/>
        <w:t>vt 0.762540 0.069540</w:t>
        <w:br/>
        <w:t>vt 0.788540 0.032680</w:t>
        <w:br/>
        <w:t>vt 0.798960 0.046880</w:t>
        <w:br/>
        <w:t>vt 0.779310 0.077250</w:t>
        <w:br/>
        <w:t>vt 0.831630 0.026160</w:t>
        <w:br/>
        <w:t>vt 0.829030 0.006780</w:t>
        <w:br/>
        <w:t>vt 0.877530 0.023600</w:t>
        <w:br/>
        <w:t>vt 0.881660 0.003050</w:t>
        <w:br/>
        <w:t>vt 0.924350 0.021950</w:t>
        <w:br/>
        <w:t>vt 0.913730 0.037640</w:t>
        <w:br/>
        <w:t>vt 0.933070 0.057390</w:t>
        <w:br/>
        <w:t>vt 0.947470 0.044540</w:t>
        <w:br/>
        <w:t>vt 0.994480 0.213400</w:t>
        <w:br/>
        <w:t>vt 0.974320 0.215830</w:t>
        <w:br/>
        <w:t>vt 0.976070 0.171050</w:t>
        <w:br/>
        <w:t>vt 0.996300 0.166960</w:t>
        <w:br/>
        <w:t>vt 0.968080 0.122280</w:t>
        <w:br/>
        <w:t>vt 0.904690 0.139370</w:t>
        <w:br/>
        <w:t>vt 0.902100 0.122510</w:t>
        <w:br/>
        <w:t>vt 0.952780 0.085280</w:t>
        <w:br/>
        <w:t>vt 0.835430 0.138900</w:t>
        <w:br/>
        <w:t>vt 0.836530 0.153470</w:t>
        <w:br/>
        <w:t>vt 0.761520 0.162750</w:t>
        <w:br/>
        <w:t>vt 0.766720 0.112140</w:t>
        <w:br/>
        <w:t>vt 0.761520 0.162750</w:t>
        <w:br/>
        <w:t>vt 0.742880 0.161140</w:t>
        <w:br/>
        <w:t>vt 0.747490 0.110800</w:t>
        <w:br/>
        <w:t>vt 0.766720 0.112140</w:t>
        <w:br/>
        <w:t>vt 0.970910 0.076730</w:t>
        <w:br/>
        <w:t>vt 0.987440 0.115710</w:t>
        <w:br/>
        <w:t>vt 0.895430 0.108310</w:t>
        <w:br/>
        <w:t>vt 0.767540 0.218070</w:t>
        <w:br/>
        <w:t>vt 0.779310 0.077250</w:t>
        <w:br/>
        <w:t>vt 0.913730 0.037640</w:t>
        <w:br/>
        <w:t>vt 0.877530 0.023600</w:t>
        <w:br/>
        <w:t>vt 0.815480 0.300420</w:t>
        <w:br/>
        <w:t>vt 0.855530 0.320250</w:t>
        <w:br/>
        <w:t>vt 0.785870 0.265070</w:t>
        <w:br/>
        <w:t>vt 0.798960 0.046880</w:t>
        <w:br/>
        <w:t>vt 0.892860 0.321880</w:t>
        <w:br/>
        <w:t>vt 0.831630 0.026160</w:t>
        <w:br/>
        <w:t>vt 0.913730 0.037640</w:t>
        <w:br/>
        <w:t>vt 0.877530 0.023600</w:t>
        <w:br/>
        <w:t>vt 0.815480 0.300420</w:t>
        <w:br/>
        <w:t>vt 0.855530 0.320250</w:t>
        <w:br/>
        <w:t>vt 0.785870 0.265070</w:t>
        <w:br/>
        <w:t>vt 0.798960 0.046880</w:t>
        <w:br/>
        <w:t>vt 0.892860 0.321880</w:t>
        <w:br/>
        <w:t>vt 0.831630 0.026160</w:t>
        <w:br/>
        <w:t>vt 0.933070 0.057390</w:t>
        <w:br/>
        <w:t>vt 0.721750 0.126680</w:t>
        <w:br/>
        <w:t>vt 0.728980 0.120980</w:t>
        <w:br/>
        <w:t>vt 0.721640 0.121450</w:t>
        <w:br/>
        <w:t>vt 0.722720 0.131260</w:t>
        <w:br/>
        <w:t>vt 0.724480 0.134560</w:t>
        <w:br/>
        <w:t>vt 0.726810 0.136210</w:t>
        <w:br/>
        <w:t>vt 0.729400 0.136040</w:t>
        <w:br/>
        <w:t>vt 0.731920 0.134050</w:t>
        <w:br/>
        <w:t>vt 0.734110 0.130490</w:t>
        <w:br/>
        <w:t>vt 0.735710 0.125740</w:t>
        <w:br/>
        <w:t>vt 0.736500 0.120450</w:t>
        <w:br/>
        <w:t>vt 0.736270 0.115260</w:t>
        <w:br/>
        <w:t>vt 0.735010 0.110810</w:t>
        <w:br/>
        <w:t>vt 0.732950 0.107590</w:t>
        <w:br/>
        <w:t>vt 0.730450 0.105980</w:t>
        <w:br/>
        <w:t>vt 0.727860 0.106160</w:t>
        <w:br/>
        <w:t>vt 0.725490 0.108100</w:t>
        <w:br/>
        <w:t>vt 0.723570 0.111590</w:t>
        <w:br/>
        <w:t>vt 0.722250 0.116210</w:t>
        <w:br/>
        <w:t>vt 0.721750 0.126680</w:t>
        <w:br/>
        <w:t>vt 0.721640 0.121450</w:t>
        <w:br/>
        <w:t>vt 0.728980 0.120980</w:t>
        <w:br/>
        <w:t>vt 0.722720 0.131260</w:t>
        <w:br/>
        <w:t>vt 0.724480 0.134560</w:t>
        <w:br/>
        <w:t>vt 0.726810 0.136220</w:t>
        <w:br/>
        <w:t>vt 0.729400 0.136040</w:t>
        <w:br/>
        <w:t>vt 0.731920 0.134050</w:t>
        <w:br/>
        <w:t>vt 0.734110 0.130490</w:t>
        <w:br/>
        <w:t>vt 0.735710 0.125740</w:t>
        <w:br/>
        <w:t>vt 0.736500 0.120450</w:t>
        <w:br/>
        <w:t>vt 0.736270 0.115260</w:t>
        <w:br/>
        <w:t>vt 0.735010 0.110810</w:t>
        <w:br/>
        <w:t>vt 0.732950 0.107590</w:t>
        <w:br/>
        <w:t>vt 0.730450 0.105980</w:t>
        <w:br/>
        <w:t>vt 0.727860 0.106160</w:t>
        <w:br/>
        <w:t>vt 0.725490 0.108100</w:t>
        <w:br/>
        <w:t>vt 0.723570 0.111590</w:t>
        <w:br/>
        <w:t>vt 0.722250 0.116210</w:t>
        <w:br/>
        <w:t>vn -0.9381 0.3460 0.0161</w:t>
        <w:br/>
        <w:t>vn -0.9392 0.3430 0.0127</w:t>
        <w:br/>
        <w:t>vn -0.9408 0.3383 0.0204</w:t>
        <w:br/>
        <w:t>vn -0.0547 0.9014 -0.4295</w:t>
        <w:br/>
        <w:t>vn -0.1610 0.5917 -0.7900</w:t>
        <w:br/>
        <w:t>vn -0.0209 0.9988 0.0439</w:t>
        <w:br/>
        <w:t>vn -0.0209 0.9988 0.0438</w:t>
        <w:br/>
        <w:t>vn -0.9376 0.3470 0.0207</w:t>
        <w:br/>
        <w:t>vn -0.9380 0.3456 0.0253</w:t>
        <w:br/>
        <w:t>vn -0.9392 0.3423 0.0286</w:t>
        <w:br/>
        <w:t>vn -0.9407 0.3379 0.0296</w:t>
        <w:br/>
        <w:t>vn -0.9423 0.3337 0.0282</w:t>
        <w:br/>
        <w:t>vn -0.3344 0.0829 0.9388</w:t>
        <w:br/>
        <w:t>vn -0.4851 -0.3544 0.7994</w:t>
        <w:br/>
        <w:t>vn -0.5936 -0.6695 0.4465</w:t>
        <w:br/>
        <w:t>vn -0.5936 -0.6696 0.4464</w:t>
        <w:br/>
        <w:t>vn -0.1818 0.5267 0.8304</w:t>
        <w:br/>
        <w:t>vn -0.1818 0.5266 0.8304</w:t>
        <w:br/>
        <w:t>vn -0.0674 0.8611 0.5039</w:t>
        <w:br/>
        <w:t>vn -0.0674 0.8612 0.5037</w:t>
        <w:br/>
        <w:t>vn -0.3119 0.1506 -0.9381</w:t>
        <w:br/>
        <w:t>vn -0.9408 0.3388 0.0112</w:t>
        <w:br/>
        <w:t>vn -0.4673 -0.3023 -0.8308</w:t>
        <w:br/>
        <w:t>vn -0.4671 -0.3021 -0.8310</w:t>
        <w:br/>
        <w:t>vn -0.5840 -0.6420 -0.4969</w:t>
        <w:br/>
        <w:t>vn -0.5840 -0.6419 -0.4969</w:t>
        <w:br/>
        <w:t>vn -0.6302 -0.7760 -0.0282</w:t>
        <w:br/>
        <w:t>vn -0.6302 -0.7759 -0.0282</w:t>
        <w:br/>
        <w:t>vn -0.9435 0.3310 0.0155</w:t>
        <w:br/>
        <w:t>vn -0.9439 0.3297 0.0201</w:t>
        <w:br/>
        <w:t>vn -0.9424 0.3344 0.0123</w:t>
        <w:br/>
        <w:t>vn -0.9434 0.3306 0.0247</w:t>
        <w:br/>
        <w:t>vn -0.5432 0.8395 0.0161</w:t>
        <w:br/>
        <w:t>vn -0.5459 0.8378 0.0126</w:t>
        <w:br/>
        <w:t>vn -0.5499 0.8350 0.0204</w:t>
        <w:br/>
        <w:t>vn 0.4967 0.7541 -0.4296</w:t>
        <w:br/>
        <w:t>vn 0.4967 0.7542 -0.4295</w:t>
        <w:br/>
        <w:t>vn 0.2260 0.5700 -0.7899</w:t>
        <w:br/>
        <w:t>vn 0.2260 0.5700 -0.7900</w:t>
        <w:br/>
        <w:t>vn 0.5824 0.8117 0.0438</w:t>
        <w:br/>
        <w:t>vn 0.5824 0.8117 0.0439</w:t>
        <w:br/>
        <w:t>vn -0.5422 0.8400 0.0208</w:t>
        <w:br/>
        <w:t>vn -0.5434 0.8391 0.0253</w:t>
        <w:br/>
        <w:t>vn -0.5463 0.8371 0.0285</w:t>
        <w:br/>
        <w:t>vn -0.5502 0.8345 0.0296</w:t>
        <w:br/>
        <w:t>vn -0.5539 0.8321 0.0282</w:t>
        <w:br/>
        <w:t>vn -0.2179 0.2668 0.9388</w:t>
        <w:br/>
        <w:t>vn -0.6007 0.0073 0.7994</w:t>
        <w:br/>
        <w:t>vn -0.8765 -0.1798 0.4465</w:t>
        <w:br/>
        <w:t>vn -0.8766 -0.1798 0.4464</w:t>
        <w:br/>
        <w:t>vn 0.1704 0.5305 0.8304</w:t>
        <w:br/>
        <w:t>vn 0.1703 0.5304 0.8304</w:t>
        <w:br/>
        <w:t>vn 0.4627 0.7295 0.5038</w:t>
        <w:br/>
        <w:t>vn 0.4626 0.7295 0.5038</w:t>
        <w:br/>
        <w:t>vn -0.1594 0.3076 -0.9381</w:t>
        <w:br/>
        <w:t>vn -0.1593 0.3076 -0.9381</w:t>
        <w:br/>
        <w:t>vn -0.5497 0.8353 0.0112</w:t>
        <w:br/>
        <w:t>vn -0.5552 0.0383 -0.8308</w:t>
        <w:br/>
        <w:t>vn -0.5550 0.0384 -0.8310</w:t>
        <w:br/>
        <w:t>vn -0.8522 -0.1635 -0.4970</w:t>
        <w:br/>
        <w:t>vn -0.9696 -0.2430 -0.0282</w:t>
        <w:br/>
        <w:t>vn -0.5565 0.8307 0.0155</w:t>
        <w:br/>
        <w:t>vn -0.5576 0.8299 0.0201</w:t>
        <w:br/>
        <w:t>vn -0.5536 0.8327 0.0123</w:t>
        <w:br/>
        <w:t>vn -0.5567 0.8304 0.0248</w:t>
        <w:br/>
        <w:t>vn 0.9381 0.3460 0.0162</w:t>
        <w:br/>
        <w:t>vn 0.9408 0.3384 0.0204</w:t>
        <w:br/>
        <w:t>vn 0.9392 0.3430 0.0127</w:t>
        <w:br/>
        <w:t>vn 0.0547 0.9014 -0.4295</w:t>
        <w:br/>
        <w:t>vn 0.1610 0.5917 -0.7899</w:t>
        <w:br/>
        <w:t>vn 0.0208 0.9988 0.0438</w:t>
        <w:br/>
        <w:t>vn 0.9376 0.3470 0.0208</w:t>
        <w:br/>
        <w:t>vn 0.9380 0.3456 0.0253</w:t>
        <w:br/>
        <w:t>vn 0.9392 0.3423 0.0286</w:t>
        <w:br/>
        <w:t>vn 0.9407 0.3379 0.0296</w:t>
        <w:br/>
        <w:t>vn 0.9423 0.3337 0.0282</w:t>
        <w:br/>
        <w:t>vn 0.3344 0.0829 0.9388</w:t>
        <w:br/>
        <w:t>vn 0.4851 -0.3544 0.7994</w:t>
        <w:br/>
        <w:t>vn 0.5936 -0.6695 0.4465</w:t>
        <w:br/>
        <w:t>vn 0.5936 -0.6695 0.4466</w:t>
        <w:br/>
        <w:t>vn 0.1818 0.5266 0.8305</w:t>
        <w:br/>
        <w:t>vn 0.1818 0.5266 0.8304</w:t>
        <w:br/>
        <w:t>vn 0.0673 0.8611 0.5039</w:t>
        <w:br/>
        <w:t>vn 0.0673 0.8612 0.5038</w:t>
        <w:br/>
        <w:t>vn 0.3119 0.1506 -0.9381</w:t>
        <w:br/>
        <w:t>vn 0.3120 0.1506 -0.9381</w:t>
        <w:br/>
        <w:t>vn 0.9408 0.3387 0.0112</w:t>
        <w:br/>
        <w:t>vn 0.4672 -0.3021 -0.8310</w:t>
        <w:br/>
        <w:t>vn 0.4671 -0.3021 -0.8310</w:t>
        <w:br/>
        <w:t>vn 0.5840 -0.6419 -0.4969</w:t>
        <w:br/>
        <w:t>vn 0.5839 -0.6419 -0.4969</w:t>
        <w:br/>
        <w:t>vn 0.6302 -0.7759 -0.0282</w:t>
        <w:br/>
        <w:t>vn 0.9435 0.3311 0.0155</w:t>
        <w:br/>
        <w:t>vn 0.9439 0.3297 0.0201</w:t>
        <w:br/>
        <w:t>vn 0.9424 0.3344 0.0123</w:t>
        <w:br/>
        <w:t>vn 0.9434 0.3307 0.0247</w:t>
        <w:br/>
        <w:t>vn 0.5432 0.8395 0.0161</w:t>
        <w:br/>
        <w:t>vn 0.5499 0.8350 0.0204</w:t>
        <w:br/>
        <w:t>vn 0.5459 0.8378 0.0126</w:t>
        <w:br/>
        <w:t>vn -0.4968 0.7541 -0.4295</w:t>
        <w:br/>
        <w:t>vn -0.2260 0.5700 -0.7900</w:t>
        <w:br/>
        <w:t>vn -0.2260 0.5700 -0.7899</w:t>
        <w:br/>
        <w:t>vn -0.5823 0.8118 0.0438</w:t>
        <w:br/>
        <w:t>vn 0.5423 0.8400 0.0208</w:t>
        <w:br/>
        <w:t>vn 0.5434 0.8391 0.0253</w:t>
        <w:br/>
        <w:t>vn 0.5463 0.8371 0.0285</w:t>
        <w:br/>
        <w:t>vn 0.5501 0.8346 0.0296</w:t>
        <w:br/>
        <w:t>vn 0.5539 0.8321 0.0282</w:t>
        <w:br/>
        <w:t>vn 0.2178 0.2669 0.9388</w:t>
        <w:br/>
        <w:t>vn 0.2179 0.2668 0.9388</w:t>
        <w:br/>
        <w:t>vn 0.6007 0.0073 0.7994</w:t>
        <w:br/>
        <w:t>vn 0.8765 -0.1798 0.4465</w:t>
        <w:br/>
        <w:t>vn 0.8766 -0.1798 0.4465</w:t>
        <w:br/>
        <w:t>vn -0.1703 0.5303 0.8305</w:t>
        <w:br/>
        <w:t>vn -0.1704 0.5304 0.8304</w:t>
        <w:br/>
        <w:t>vn -0.4626 0.7295 0.5038</w:t>
        <w:br/>
        <w:t>vn -0.4625 0.7295 0.5038</w:t>
        <w:br/>
        <w:t>vn 0.1594 0.3076 -0.9381</w:t>
        <w:br/>
        <w:t>vn 0.5497 0.8353 0.0112</w:t>
        <w:br/>
        <w:t>vn 0.5550 0.0383 -0.8310</w:t>
        <w:br/>
        <w:t>vn 0.5548 0.0384 -0.8311</w:t>
        <w:br/>
        <w:t>vn 0.8522 -0.1635 -0.4970</w:t>
        <w:br/>
        <w:t>vn 0.8523 -0.1635 -0.4969</w:t>
        <w:br/>
        <w:t>vn 0.9696 -0.2430 -0.0282</w:t>
        <w:br/>
        <w:t>vn 0.9696 -0.2431 -0.0282</w:t>
        <w:br/>
        <w:t>vn 0.5565 0.8307 0.0156</w:t>
        <w:br/>
        <w:t>vn 0.5576 0.8299 0.0201</w:t>
        <w:br/>
        <w:t>vn 0.5536 0.8327 0.0123</w:t>
        <w:br/>
        <w:t>vn 0.5567 0.8304 0.0247</w:t>
        <w:br/>
        <w:t>vn 0.8499 0.5217 -0.0746</w:t>
        <w:br/>
        <w:t>vn 0.8720 0.4809 -0.0918</w:t>
        <w:br/>
        <w:t>vn 0.8719 0.4809 -0.0918</w:t>
        <w:br/>
        <w:t>vn 0.8499 0.5216 -0.0746</w:t>
        <w:br/>
        <w:t>vn 0.9652 0.2221 -0.1378</w:t>
        <w:br/>
        <w:t>vn 0.9112 -0.4017 -0.0918</w:t>
        <w:br/>
        <w:t>vn 0.3893 -0.9064 0.1637</w:t>
        <w:br/>
        <w:t>vn 0.3893 -0.9065 0.1637</w:t>
        <w:br/>
        <w:t>vn -0.3060 -0.8016 0.5136</w:t>
        <w:br/>
        <w:t>vn -0.6800 -0.2898 0.6735</w:t>
        <w:br/>
        <w:t>vn 0.4353 0.0555 0.8986</w:t>
        <w:br/>
        <w:t>vn 0.4415 0.0312 0.8967</w:t>
        <w:br/>
        <w:t>vn 0.4414 0.0312 0.8967</w:t>
        <w:br/>
        <w:t>vn 0.4354 0.0555 0.8985</w:t>
        <w:br/>
        <w:t>vn 0.4309 0.0744 0.8993</w:t>
        <w:br/>
        <w:t>vn 0.4308 0.0744 0.8994</w:t>
        <w:br/>
        <w:t>vn 0.4451 0.0173 0.8953</w:t>
        <w:br/>
        <w:t>vn -0.7212 -0.0066 0.6927</w:t>
        <w:br/>
        <w:t>vn -0.7146 0.0404 0.6984</w:t>
        <w:br/>
        <w:t>vn -0.7146 0.0404 0.6983</w:t>
        <w:br/>
        <w:t>vn 0.4288 0.0829 0.8996</w:t>
        <w:br/>
        <w:t>vn 0.0113 0.0959 0.9953</w:t>
        <w:br/>
        <w:t>vn 0.2854 0.0411 0.9575</w:t>
        <w:br/>
        <w:t>vn -0.0000 -0.1069 0.9943</w:t>
        <w:br/>
        <w:t>vn -0.0000 0.0902 0.9959</w:t>
        <w:br/>
        <w:t>vn 0.0000 0.1015 0.9948</w:t>
        <w:br/>
        <w:t>vn 0.0000 0.1906 0.9817</w:t>
        <w:br/>
        <w:t>vn 0.9667 -0.1181 0.2268</w:t>
        <w:br/>
        <w:t>vn 0.9317 0.3274 0.1574</w:t>
        <w:br/>
        <w:t>vn 0.8040 -0.5396 0.2498</w:t>
        <w:br/>
        <w:t>vn 0.8040 -0.5395 0.2499</w:t>
        <w:br/>
        <w:t>vn 0.0000 -0.0977 -0.9952</w:t>
        <w:br/>
        <w:t>vn -0.0114 0.0959 0.9953</w:t>
        <w:br/>
        <w:t>vn -0.2854 0.0411 0.9575</w:t>
        <w:br/>
        <w:t>vn -0.9317 0.3274 0.1574</w:t>
        <w:br/>
        <w:t>vn -0.9667 -0.1181 0.2268</w:t>
        <w:br/>
        <w:t>vn -0.8040 -0.5395 0.2498</w:t>
        <w:br/>
        <w:t>vn -0.8719 0.4809 -0.0918</w:t>
        <w:br/>
        <w:t>vn -0.8499 0.5217 -0.0746</w:t>
        <w:br/>
        <w:t>vn -0.9652 0.2221 -0.1378</w:t>
        <w:br/>
        <w:t>vn -0.9112 -0.4017 -0.0918</w:t>
        <w:br/>
        <w:t>vn -0.3893 -0.9064 0.1639</w:t>
        <w:br/>
        <w:t>vn -0.3894 -0.9064 0.1639</w:t>
        <w:br/>
        <w:t>vn 0.3059 -0.8016 0.5138</w:t>
        <w:br/>
        <w:t>vn 0.3059 -0.8016 0.5137</w:t>
        <w:br/>
        <w:t>vn 0.6800 -0.2899 0.6735</w:t>
        <w:br/>
        <w:t>vn -0.4414 0.0312 0.8967</w:t>
        <w:br/>
        <w:t>vn -0.4415 0.0312 0.8967</w:t>
        <w:br/>
        <w:t>vn -0.4353 0.0554 0.8986</w:t>
        <w:br/>
        <w:t>vn -0.4354 0.0556 0.8985</w:t>
        <w:br/>
        <w:t>vn -0.4309 0.0743 0.8993</w:t>
        <w:br/>
        <w:t>vn -0.4309 0.0744 0.8993</w:t>
        <w:br/>
        <w:t>vn -0.4451 0.0173 0.8953</w:t>
        <w:br/>
        <w:t>vn 0.7212 -0.0066 0.6927</w:t>
        <w:br/>
        <w:t>vn 0.7146 0.0404 0.6984</w:t>
        <w:br/>
        <w:t>vn -0.4288 0.0829 0.8996</w:t>
        <w:br/>
        <w:t>vn -0.4334 0.7607 -0.4832</w:t>
        <w:br/>
        <w:t>vn -0.4334 0.7607 -0.4833</w:t>
        <w:br/>
        <w:t>vn -0.2803 0.4559 -0.8448</w:t>
        <w:br/>
        <w:t>vn -0.2803 0.4559 -0.8447</w:t>
        <w:br/>
        <w:t>vn -0.1311 0.0050 -0.9914</w:t>
        <w:br/>
        <w:t>vn -0.0142 -0.4657 -0.8848</w:t>
        <w:br/>
        <w:t>vn 0.0394 -0.8320 -0.5533</w:t>
        <w:br/>
        <w:t>vn 0.0027 -0.9963 -0.0856</w:t>
        <w:br/>
        <w:t>vn -0.0861 -0.9376 0.3368</w:t>
        <w:br/>
        <w:t>vn -0.0498 -0.9416 0.3331</w:t>
        <w:br/>
        <w:t>vn -0.0497 -0.9416 0.3331</w:t>
        <w:br/>
        <w:t>vn -0.1824 0.0326 0.9827</w:t>
        <w:br/>
        <w:t>vn -0.2002 0.0998 0.9747</w:t>
        <w:br/>
        <w:t>vn -0.2172 0.1665 0.9618</w:t>
        <w:br/>
        <w:t>vn -0.5295 0.8253 0.1965</w:t>
        <w:br/>
        <w:t>vn -0.5295 0.8252 0.1965</w:t>
        <w:br/>
        <w:t>vn -0.5678 0.7677 0.2971</w:t>
        <w:br/>
        <w:t>vn -0.5289 0.8461 -0.0668</w:t>
        <w:br/>
        <w:t>vn -0.5289 0.8460 -0.0668</w:t>
        <w:br/>
        <w:t>vn -0.0592 -0.9125 0.4048</w:t>
        <w:br/>
        <w:t>vn -0.2063 -0.6015 0.7718</w:t>
        <w:br/>
        <w:t>vn -0.3653 -0.1476 0.9191</w:t>
        <w:br/>
        <w:t>vn -0.4835 0.3285 0.8114</w:t>
        <w:br/>
        <w:t>vn -0.4835 0.3286 0.8114</w:t>
        <w:br/>
        <w:t>vn -0.5297 0.7014 0.4770</w:t>
        <w:br/>
        <w:t>vn -0.5006 0.8657 0.0025</w:t>
        <w:br/>
        <w:t>vn -0.5006 0.8657 0.0024</w:t>
        <w:br/>
        <w:t>vn -0.4118 0.8060 -0.4251</w:t>
        <w:br/>
        <w:t>vn -0.3041 0.6105 -0.7313</w:t>
        <w:br/>
        <w:t>vn -0.1847 0.3122 -0.9319</w:t>
        <w:br/>
        <w:t>vn -0.0719 -0.0436 -0.9965</w:t>
        <w:br/>
        <w:t>vn 0.0172 -0.4026 -0.9152</w:t>
        <w:br/>
        <w:t>vn 0.0691 -0.7103 -0.7005</w:t>
        <w:br/>
        <w:t>vn 0.0758 -0.9198 -0.3849</w:t>
        <w:br/>
        <w:t>vn 0.0363 -0.9992 -0.0166</w:t>
        <w:br/>
        <w:t>vn 0.0364 -0.9992 -0.0166</w:t>
        <w:br/>
        <w:t>vn -0.9489 -0.2718 -0.1603</w:t>
        <w:br/>
        <w:t>vn -0.9489 -0.2718 -0.1604</w:t>
        <w:br/>
        <w:t>vn 0.0342 -0.9878 0.1522</w:t>
        <w:br/>
        <w:t>vn 0.0343 -0.9878 0.1522</w:t>
        <w:br/>
        <w:t>vn -0.4433 0.8919 -0.0897</w:t>
        <w:br/>
        <w:t>vn 0.4803 -0.8116 0.3326</w:t>
        <w:br/>
        <w:t>vn 0.4801 -0.8117 0.3326</w:t>
        <w:br/>
        <w:t>vn -0.0000 -0.9252 0.3794</w:t>
        <w:br/>
        <w:t>vn 0.0681 -0.0882 0.9938</w:t>
        <w:br/>
        <w:t>vn -0.2459 -0.0090 0.9693</w:t>
        <w:br/>
        <w:t>vn -0.2439 0.0574 0.9681</w:t>
        <w:br/>
        <w:t>vn 0.1550 0.1622 0.9745</w:t>
        <w:br/>
        <w:t>vn -0.1979 -0.0402 0.9794</w:t>
        <w:br/>
        <w:t>vn -0.2380 -0.0587 0.9695</w:t>
        <w:br/>
        <w:t>vn -0.0000 -0.3142 0.9494</w:t>
        <w:br/>
        <w:t>vn -0.0000 -0.0030 1.0000</w:t>
        <w:br/>
        <w:t>vn -0.6018 -0.7823 0.1610</w:t>
        <w:br/>
        <w:t>vn -0.7464 -0.6568 0.1077</w:t>
        <w:br/>
        <w:t>vn -0.7464 -0.6567 0.1077</w:t>
        <w:br/>
        <w:t>vn -0.6018 -0.7822 0.1610</w:t>
        <w:br/>
        <w:t>vn -0.8439 -0.5360 0.0246</w:t>
        <w:br/>
        <w:t>vn 0.8047 0.2404 0.5429</w:t>
        <w:br/>
        <w:t>vn 0.8046 0.2404 0.5429</w:t>
        <w:br/>
        <w:t>vn 0.8222 0.0782 0.5637</w:t>
        <w:br/>
        <w:t>vn -0.1952 0.1106 0.9745</w:t>
        <w:br/>
        <w:t>vn 0.0151 0.1437 0.9895</w:t>
        <w:br/>
        <w:t>vn -0.2517 -0.0798 0.9645</w:t>
        <w:br/>
        <w:t>vn -0.2734 -0.1460 0.9508</w:t>
        <w:br/>
        <w:t>vn 0.8006 0.1282 0.5854</w:t>
        <w:br/>
        <w:t>vn 0.8332 -0.0937 0.5449</w:t>
        <w:br/>
        <w:t>vn 0.8332 -0.0937 0.5450</w:t>
        <w:br/>
        <w:t>vn -0.3261 -0.1968 0.9246</w:t>
        <w:br/>
        <w:t>vn -0.3029 -0.1965 0.9325</w:t>
        <w:br/>
        <w:t>vn 0.8165 -0.1344 0.5615</w:t>
        <w:br/>
        <w:t>vn 0.7411 -0.4106 0.5312</w:t>
        <w:br/>
        <w:t>vn 0.7719 -0.2925 0.5645</w:t>
        <w:br/>
        <w:t>vn -0.1655 0.1500 0.9747</w:t>
        <w:br/>
        <w:t>vn -0.1116 0.1211 0.9863</w:t>
        <w:br/>
        <w:t>vn -0.0000 0.0993 0.9951</w:t>
        <w:br/>
        <w:t>vn -0.0941 0.1931 0.9767</w:t>
        <w:br/>
        <w:t>vn -0.0000 0.1843 0.9829</w:t>
        <w:br/>
        <w:t>vn -0.0000 0.2307 0.9730</w:t>
        <w:br/>
        <w:t>vn -0.0883 0.2534 0.9633</w:t>
        <w:br/>
        <w:t>vn -0.5116 0.8511 0.1178</w:t>
        <w:br/>
        <w:t>vn 0.0001 0.9946 0.1037</w:t>
        <w:br/>
        <w:t>vn 0.0000 0.9946 0.1037</w:t>
        <w:br/>
        <w:t>vn -0.5117 0.8511 0.1179</w:t>
        <w:br/>
        <w:t>vn -0.7546 0.6493 0.0947</w:t>
        <w:br/>
        <w:t>vn -0.7546 0.6493 0.0946</w:t>
        <w:br/>
        <w:t>vn -0.1388 0.2060 0.9687</w:t>
        <w:br/>
        <w:t>vn -0.0972 0.2739 0.9568</w:t>
        <w:br/>
        <w:t>vn -0.0508 0.3271 0.9436</w:t>
        <w:br/>
        <w:t>vn -0.0877 0.3097 0.9468</w:t>
        <w:br/>
        <w:t>vn -0.1340 0.1379 0.9813</w:t>
        <w:br/>
        <w:t>vn -0.1322 0.1580 0.9786</w:t>
        <w:br/>
        <w:t>vn 0.3462 -0.7899 0.5061</w:t>
        <w:br/>
        <w:t>vn 0.0776 -0.8864 0.4563</w:t>
        <w:br/>
        <w:t>vn 0.0776 -0.8864 0.4564</w:t>
        <w:br/>
        <w:t>vn 0.7610 -0.4356 0.4808</w:t>
        <w:br/>
        <w:t>vn 0.7103 -0.4882 0.5070</w:t>
        <w:br/>
        <w:t>vn 0.7103 -0.4883 0.5070</w:t>
        <w:br/>
        <w:t>vn 0.7609 -0.4357 0.4808</w:t>
        <w:br/>
        <w:t>vn -0.1120 0.2110 0.9710</w:t>
        <w:br/>
        <w:t>vn -0.0679 0.2833 0.9566</w:t>
        <w:br/>
        <w:t>vn 0.7955 -0.3978 0.4571</w:t>
        <w:br/>
        <w:t>vn -0.0276 0.3528 0.9353</w:t>
        <w:br/>
        <w:t>vn -0.0276 0.3777 0.9255</w:t>
        <w:br/>
        <w:t>vn -0.0136 0.3542 0.9351</w:t>
        <w:br/>
        <w:t>vn -0.0337 0.3510 0.9358</w:t>
        <w:br/>
        <w:t>vn -0.0649 0.3341 0.9403</w:t>
        <w:br/>
        <w:t>vn -0.0317 0.3382 0.9405</w:t>
        <w:br/>
        <w:t>vn 0.9167 -0.0792 0.3916</w:t>
        <w:br/>
        <w:t>vn 0.8502 -0.2629 0.4561</w:t>
        <w:br/>
        <w:t>vn 0.8502 -0.2630 0.4561</w:t>
        <w:br/>
        <w:t>vn 0.8473 -0.2221 0.4825</w:t>
        <w:br/>
        <w:t>vn 0.8472 -0.2221 0.4825</w:t>
        <w:br/>
        <w:t>vn 0.9088 0.1769 0.3778</w:t>
        <w:br/>
        <w:t>vn 0.1053 0.9935 0.0440</w:t>
        <w:br/>
        <w:t>vn 0.1052 0.9935 0.0440</w:t>
        <w:br/>
        <w:t>vn 0.2150 0.9742 0.0691</w:t>
        <w:br/>
        <w:t>vn 0.2977 0.9518 0.0742</w:t>
        <w:br/>
        <w:t>vn 0.2978 0.9518 0.0741</w:t>
        <w:br/>
        <w:t>vn -0.0463 0.4058 0.9128</w:t>
        <w:br/>
        <w:t>vn -0.6409 0.7662 0.0466</w:t>
        <w:br/>
        <w:t>vn -0.5455 0.8378 0.0221</w:t>
        <w:br/>
        <w:t>vn -0.5454 0.8379 0.0222</w:t>
        <w:br/>
        <w:t>vn 0.4454 0.8942 0.0445</w:t>
        <w:br/>
        <w:t>vn 0.5106 0.8557 0.0840</w:t>
        <w:br/>
        <w:t>vn 0.5106 0.8557 0.0841</w:t>
        <w:br/>
        <w:t>vn -0.0206 0.4854 0.8741</w:t>
        <w:br/>
        <w:t>vn -0.0206 0.4853 0.8741</w:t>
        <w:br/>
        <w:t>vn 0.3065 -0.9327 0.1903</w:t>
        <w:br/>
        <w:t>vn 0.3065 -0.9326 0.1903</w:t>
        <w:br/>
        <w:t>vn 0.6115 -0.7094 0.3505</w:t>
        <w:br/>
        <w:t>vn -0.8245 -0.5658 -0.0013</w:t>
        <w:br/>
        <w:t>vn -0.4801 -0.8117 0.3327</w:t>
        <w:br/>
        <w:t>vn -0.4801 -0.8117 0.3326</w:t>
        <w:br/>
        <w:t>vn 0.2439 0.0574 0.9681</w:t>
        <w:br/>
        <w:t>vn 0.2459 -0.0090 0.9693</w:t>
        <w:br/>
        <w:t>vn -0.0681 -0.0882 0.9938</w:t>
        <w:br/>
        <w:t>vn -0.1551 0.1622 0.9745</w:t>
        <w:br/>
        <w:t>vn 0.2380 -0.0587 0.9695</w:t>
        <w:br/>
        <w:t>vn 0.1979 -0.0402 0.9794</w:t>
        <w:br/>
        <w:t>vn 0.7464 -0.6567 0.1077</w:t>
        <w:br/>
        <w:t>vn 0.7464 -0.6568 0.1077</w:t>
        <w:br/>
        <w:t>vn 0.6018 -0.7823 0.1610</w:t>
        <w:br/>
        <w:t>vn 0.6018 -0.7822 0.1610</w:t>
        <w:br/>
        <w:t>vn 0.8438 -0.5360 0.0245</w:t>
        <w:br/>
        <w:t>vn -0.8047 0.2404 0.5429</w:t>
        <w:br/>
        <w:t>vn -0.8222 0.0782 0.5637</w:t>
        <w:br/>
        <w:t>vn -0.8222 0.0782 0.5638</w:t>
        <w:br/>
        <w:t>vn -0.8046 0.2404 0.5429</w:t>
        <w:br/>
        <w:t>vn -0.0151 0.1437 0.9895</w:t>
        <w:br/>
        <w:t>vn 0.1952 0.1106 0.9745</w:t>
        <w:br/>
        <w:t>vn 0.2517 -0.0798 0.9645</w:t>
        <w:br/>
        <w:t>vn 0.2734 -0.1460 0.9508</w:t>
        <w:br/>
        <w:t>vn -0.8006 0.1282 0.5854</w:t>
        <w:br/>
        <w:t>vn -0.8332 -0.0937 0.5450</w:t>
        <w:br/>
        <w:t>vn -0.8332 -0.0937 0.5449</w:t>
        <w:br/>
        <w:t>vn 0.3029 -0.1965 0.9325</w:t>
        <w:br/>
        <w:t>vn -0.8165 -0.1344 0.5614</w:t>
        <w:br/>
        <w:t>vn -0.8165 -0.1344 0.5615</w:t>
        <w:br/>
        <w:t>vn -0.7411 -0.4106 0.5312</w:t>
        <w:br/>
        <w:t>vn -0.7719 -0.2925 0.5645</w:t>
        <w:br/>
        <w:t>vn 0.1655 0.1501 0.9747</w:t>
        <w:br/>
        <w:t>vn 0.1116 0.1211 0.9863</w:t>
        <w:br/>
        <w:t>vn 0.0941 0.1931 0.9767</w:t>
        <w:br/>
        <w:t>vn 0.5116 0.8511 0.1179</w:t>
        <w:br/>
        <w:t>vn 0.5117 0.8511 0.1179</w:t>
        <w:br/>
        <w:t>vn -0.0000 0.9946 0.1038</w:t>
        <w:br/>
        <w:t>vn -0.0001 0.9946 0.1039</w:t>
        <w:br/>
        <w:t>vn 0.7546 0.6493 0.0946</w:t>
        <w:br/>
        <w:t>vn 0.1388 0.2061 0.9686</w:t>
        <w:br/>
        <w:t>vn 0.0972 0.2739 0.9568</w:t>
        <w:br/>
        <w:t>vn 0.0883 0.2534 0.9633</w:t>
        <w:br/>
        <w:t>vn 0.0877 0.3097 0.9468</w:t>
        <w:br/>
        <w:t>vn 0.0508 0.3271 0.9436</w:t>
        <w:br/>
        <w:t>vn 0.1322 0.1581 0.9785</w:t>
        <w:br/>
        <w:t>vn 0.1340 0.1379 0.9813</w:t>
        <w:br/>
        <w:t>vn -0.0776 -0.8864 0.4564</w:t>
        <w:br/>
        <w:t>vn -0.0776 -0.8864 0.4563</w:t>
        <w:br/>
        <w:t>vn -0.3462 -0.7899 0.5062</w:t>
        <w:br/>
        <w:t>vn -0.7103 -0.4883 0.5070</w:t>
        <w:br/>
        <w:t>vn -0.7104 -0.4883 0.5070</w:t>
        <w:br/>
        <w:t>vn -0.7610 -0.4356 0.4808</w:t>
        <w:br/>
        <w:t>vn -0.7609 -0.4357 0.4808</w:t>
        <w:br/>
        <w:t>vn 0.1120 0.2111 0.9710</w:t>
        <w:br/>
        <w:t>vn 0.0679 0.2833 0.9566</w:t>
        <w:br/>
        <w:t>vn -0.7955 -0.3978 0.4571</w:t>
        <w:br/>
        <w:t>vn 0.0276 0.3528 0.9353</w:t>
        <w:br/>
        <w:t>vn 0.0136 0.3542 0.9351</w:t>
        <w:br/>
        <w:t>vn 0.0276 0.3776 0.9255</w:t>
        <w:br/>
        <w:t>vn 0.0337 0.3510 0.9358</w:t>
        <w:br/>
        <w:t>vn 0.0649 0.3341 0.9403</w:t>
        <w:br/>
        <w:t>vn 0.0318 0.3382 0.9405</w:t>
        <w:br/>
        <w:t>vn -0.9167 -0.0792 0.3916</w:t>
        <w:br/>
        <w:t>vn -0.8502 -0.2629 0.4561</w:t>
        <w:br/>
        <w:t>vn -0.8502 -0.2630 0.4561</w:t>
        <w:br/>
        <w:t>vn -0.8472 -0.2221 0.4826</w:t>
        <w:br/>
        <w:t>vn -0.8473 -0.2221 0.4826</w:t>
        <w:br/>
        <w:t>vn -0.9088 0.1769 0.3778</w:t>
        <w:br/>
        <w:t>vn -0.9088 0.1770 0.3778</w:t>
        <w:br/>
        <w:t>vn -0.1052 0.9935 0.0440</w:t>
        <w:br/>
        <w:t>vn -0.2151 0.9742 0.0691</w:t>
        <w:br/>
        <w:t>vn -0.2150 0.9742 0.0691</w:t>
        <w:br/>
        <w:t>vn -0.2977 0.9518 0.0742</w:t>
        <w:br/>
        <w:t>vn -0.2978 0.9518 0.0742</w:t>
        <w:br/>
        <w:t>vn 0.0463 0.4058 0.9128</w:t>
        <w:br/>
        <w:t>vn 0.6409 0.7662 0.0468</w:t>
        <w:br/>
        <w:t>vn 0.5455 0.8378 0.0221</w:t>
        <w:br/>
        <w:t>vn 0.5455 0.8378 0.0222</w:t>
        <w:br/>
        <w:t>vn -0.5107 0.8557 0.0841</w:t>
        <w:br/>
        <w:t>vn -0.5106 0.8557 0.0841</w:t>
        <w:br/>
        <w:t>vn -0.4454 0.8942 0.0445</w:t>
        <w:br/>
        <w:t>vn -0.4455 0.8942 0.0445</w:t>
        <w:br/>
        <w:t>vn 0.0206 0.4854 0.8741</w:t>
        <w:br/>
        <w:t>vn -0.6115 -0.7094 0.3505</w:t>
        <w:br/>
        <w:t>vn -0.3066 -0.9326 0.1902</w:t>
        <w:br/>
        <w:t>vn -0.3065 -0.9326 0.1903</w:t>
        <w:br/>
        <w:t>vn 0.8246 -0.5658 -0.0013</w:t>
        <w:br/>
        <w:t>vn 0.3261 -0.1968 0.9246</w:t>
        <w:br/>
        <w:t>vn 0.4335 0.7606 -0.4833</w:t>
        <w:br/>
        <w:t>vn 0.2803 0.4559 -0.8447</w:t>
        <w:br/>
        <w:t>vn 0.4335 0.7606 -0.4832</w:t>
        <w:br/>
        <w:t>vn 0.1311 0.0051 -0.9914</w:t>
        <w:br/>
        <w:t>vn 0.1311 0.0050 -0.9914</w:t>
        <w:br/>
        <w:t>vn 0.0142 -0.4657 -0.8848</w:t>
        <w:br/>
        <w:t>vn 0.0143 -0.4657 -0.8848</w:t>
        <w:br/>
        <w:t>vn -0.0394 -0.8321 -0.5533</w:t>
        <w:br/>
        <w:t>vn -0.0028 -0.9963 -0.0856</w:t>
        <w:br/>
        <w:t>vn -0.0027 -0.9963 -0.0856</w:t>
        <w:br/>
        <w:t>vn 0.0861 -0.9376 0.3368</w:t>
        <w:br/>
        <w:t>vn 0.0864 -0.9376 0.3368</w:t>
        <w:br/>
        <w:t>vn 0.0497 -0.9416 0.3331</w:t>
        <w:br/>
        <w:t>vn 0.0498 -0.9416 0.3330</w:t>
        <w:br/>
        <w:t>vn 0.1823 0.0326 0.9827</w:t>
        <w:br/>
        <w:t>vn 0.2002 0.0998 0.9747</w:t>
        <w:br/>
        <w:t>vn 0.1824 0.0326 0.9827</w:t>
        <w:br/>
        <w:t>vn 0.2172 0.1665 0.9618</w:t>
        <w:br/>
        <w:t>vn 0.2173 0.1665 0.9618</w:t>
        <w:br/>
        <w:t>vn 0.5295 0.8253 0.1964</w:t>
        <w:br/>
        <w:t>vn 0.5678 0.7677 0.2971</w:t>
        <w:br/>
        <w:t>vn 0.5295 0.8252 0.1964</w:t>
        <w:br/>
        <w:t>vn 0.5289 0.8460 -0.0669</w:t>
        <w:br/>
        <w:t>vn 0.5289 0.8461 -0.0669</w:t>
        <w:br/>
        <w:t>vn 0.0592 -0.9125 0.4049</w:t>
        <w:br/>
        <w:t>vn 0.2063 -0.6015 0.7718</w:t>
        <w:br/>
        <w:t>vn 0.3652 -0.1477 0.9191</w:t>
        <w:br/>
        <w:t>vn 0.3653 -0.1476 0.9191</w:t>
        <w:br/>
        <w:t>vn 0.4835 0.3286 0.8113</w:t>
        <w:br/>
        <w:t>vn 0.4835 0.3285 0.8114</w:t>
        <w:br/>
        <w:t>vn 0.5297 0.7014 0.4770</w:t>
        <w:br/>
        <w:t>vn 0.5006 0.8657 0.0024</w:t>
        <w:br/>
        <w:t>vn 0.4118 0.8060 -0.4252</w:t>
        <w:br/>
        <w:t>vn 0.4118 0.8060 -0.4251</w:t>
        <w:br/>
        <w:t>vn 0.3041 0.6105 -0.7313</w:t>
        <w:br/>
        <w:t>vn 0.1848 0.3122 -0.9319</w:t>
        <w:br/>
        <w:t>vn 0.1847 0.3122 -0.9319</w:t>
        <w:br/>
        <w:t>vn 0.0719 -0.0436 -0.9965</w:t>
        <w:br/>
        <w:t>vn -0.0172 -0.4026 -0.9152</w:t>
        <w:br/>
        <w:t>vn -0.0691 -0.7103 -0.7005</w:t>
        <w:br/>
        <w:t>vn -0.0758 -0.9198 -0.3849</w:t>
        <w:br/>
        <w:t>vn -0.0363 -0.9992 -0.0166</w:t>
        <w:br/>
        <w:t>vn -0.0363 -0.9992 -0.0167</w:t>
        <w:br/>
        <w:t>vn 0.9489 -0.2718 -0.1603</w:t>
        <w:br/>
        <w:t>vn 0.9489 -0.2718 -0.1604</w:t>
        <w:br/>
        <w:t>vn -0.0342 -0.9878 0.1521</w:t>
        <w:br/>
        <w:t>vn -0.0342 -0.9878 0.1522</w:t>
        <w:br/>
        <w:t>vn 0.4433 0.8919 -0.0898</w:t>
        <w:br/>
        <w:t>vn 0.6321 -0.1335 -0.7633</w:t>
        <w:br/>
        <w:t>vn 0.9011 -0.2410 -0.3605</w:t>
        <w:br/>
        <w:t>vn 0.6319 -0.1334 -0.7635</w:t>
        <w:br/>
        <w:t>vn 0.2318 0.0755 -0.9698</w:t>
        <w:br/>
        <w:t>vn 0.2319 0.0755 -0.9698</w:t>
        <w:br/>
        <w:t>vn -0.1916 0.3296 -0.9245</w:t>
        <w:br/>
        <w:t>vn -0.1915 0.3295 -0.9245</w:t>
        <w:br/>
        <w:t>vn -0.5256 0.5612 -0.6394</w:t>
        <w:br/>
        <w:t>vn -0.5254 0.5610 -0.6397</w:t>
        <w:br/>
        <w:t>vn -0.6800 0.7077 -0.1916</w:t>
        <w:br/>
        <w:t>vn -0.6800 0.7077 -0.1918</w:t>
        <w:br/>
        <w:t>vn -0.6140 0.7304 0.2993</w:t>
        <w:br/>
        <w:t>vn -0.6140 0.7303 0.2993</w:t>
        <w:br/>
        <w:t>vn -0.3453 0.6230 0.7019</w:t>
        <w:br/>
        <w:t>vn -0.3451 0.6229 0.7021</w:t>
        <w:br/>
        <w:t>vn 0.0544 0.4143 0.9085</w:t>
        <w:br/>
        <w:t>vn 0.0547 0.4141 0.9086</w:t>
        <w:br/>
        <w:t>vn 0.4780 0.1602 0.8636</w:t>
        <w:br/>
        <w:t>vn 0.4783 0.1599 0.8635</w:t>
        <w:br/>
        <w:t>vn 0.8121 -0.0714 0.5791</w:t>
        <w:br/>
        <w:t>vn 0.8121 -0.0715 0.5791</w:t>
        <w:br/>
        <w:t>vn 0.9670 -0.2183 0.1310</w:t>
        <w:br/>
        <w:t>vn 0.9671 -0.2183 0.1308</w:t>
        <w:br/>
        <w:t>vn -0.5877 0.7546 0.2918</w:t>
        <w:br/>
        <w:t>vn -0.3221 0.6485 0.6897</w:t>
        <w:br/>
        <w:t>vn -0.3220 0.6484 0.6899</w:t>
        <w:br/>
        <w:t>vn 0.0733 0.4422 0.8939</w:t>
        <w:br/>
        <w:t>vn 0.4920 0.1911 0.8494</w:t>
        <w:br/>
        <w:t>vn 0.4920 0.1911 0.8493</w:t>
        <w:br/>
        <w:t>vn 0.8220 -0.0375 0.5682</w:t>
        <w:br/>
        <w:t>vn 0.8222 -0.0376 0.5680</w:t>
        <w:br/>
        <w:t>vn 0.9752 -0.1826 0.1253</w:t>
        <w:br/>
        <w:t>vn 0.9752 -0.1827 0.1252</w:t>
        <w:br/>
        <w:t>vn 0.9100 -0.2051 -0.3604</w:t>
        <w:br/>
        <w:t>vn 0.6441 -0.0989 -0.7585</w:t>
        <w:br/>
        <w:t>vn 0.6439 -0.0988 -0.7587</w:t>
        <w:br/>
        <w:t>vn 0.2484 0.1077 -0.9626</w:t>
        <w:br/>
        <w:t>vn 0.2487 0.1075 -0.9626</w:t>
        <w:br/>
        <w:t>vn -0.1704 0.3588 -0.9177</w:t>
        <w:br/>
        <w:t>vn -0.1701 0.3586 -0.9179</w:t>
        <w:br/>
        <w:t>vn -0.5001 0.5873 -0.6364</w:t>
        <w:br/>
        <w:t>vn -0.5002 0.5875 -0.6361</w:t>
        <w:br/>
        <w:t>vn -0.6529 0.7323 -0.1935</w:t>
        <w:br/>
        <w:t>vn -0.6529 0.7323 -0.1937</w:t>
        <w:br/>
        <w:t>vn 0.5020 0.8583 -0.1068</w:t>
        <w:br/>
        <w:t>vn 0.5020 0.8583 -0.1067</w:t>
        <w:br/>
        <w:t>vn 0.5020 0.8582 -0.1068</w:t>
        <w:br/>
        <w:t>vn 0.5020 0.8582 -0.1067</w:t>
        <w:br/>
        <w:t>vn -0.9467 -0.1962 0.2553</w:t>
        <w:br/>
        <w:t>vn -0.6837 0.0411 0.7286</w:t>
        <w:br/>
        <w:t>vn -0.5485 0.1596 0.8208</w:t>
        <w:br/>
        <w:t>vn -0.9337 -0.1426 0.3286</w:t>
        <w:br/>
        <w:t>vn -0.9411 -0.2806 0.1889</w:t>
        <w:br/>
        <w:t>vn -0.9410 -0.2806 0.1890</w:t>
        <w:br/>
        <w:t>vn -0.3828 0.1699 0.9081</w:t>
        <w:br/>
        <w:t>vn -0.3803 0.1993 0.9031</w:t>
        <w:br/>
        <w:t>vn -0.7611 0.6316 0.1478</w:t>
        <w:br/>
        <w:t>vn -0.6554 0.4743 0.5878</w:t>
        <w:br/>
        <w:t>vn -0.6224 0.5227 0.5825</w:t>
        <w:br/>
        <w:t>vn -0.6840 0.7177 0.1305</w:t>
        <w:br/>
        <w:t>vn -0.5650 0.5703 0.5963</w:t>
        <w:br/>
        <w:t>vn -0.5751 0.8046 0.1480</w:t>
        <w:br/>
        <w:t>vn -0.2600 0.9421 0.2119</w:t>
        <w:br/>
        <w:t>vn -0.2599 0.9421 0.2119</w:t>
        <w:br/>
        <w:t>vn 0.3728 0.8570 0.3557</w:t>
        <w:br/>
        <w:t>vn 0.7964 0.3471 0.4952</w:t>
        <w:br/>
        <w:t>vn 0.8074 -0.1034 0.5808</w:t>
        <w:br/>
        <w:t>vn 0.8074 -0.1035 0.5808</w:t>
        <w:br/>
        <w:t>vn -0.4082 0.1998 0.8908</w:t>
        <w:br/>
        <w:t>vn -0.4124 0.1895 0.8911</w:t>
        <w:br/>
        <w:t>vn -0.4194 0.1783 0.8901</w:t>
        <w:br/>
        <w:t>vn -0.4237 0.1728 0.8892</w:t>
        <w:br/>
        <w:t>vn -0.4318 0.1599 0.8877</w:t>
        <w:br/>
        <w:t>vn -0.3999 0.2087 0.8925</w:t>
        <w:br/>
        <w:t>vn 0.7906 -0.1340 0.5975</w:t>
        <w:br/>
        <w:t>vn 0.7906 -0.1341 0.5975</w:t>
        <w:br/>
        <w:t>vn 0.8230 0.1230 0.5546</w:t>
        <w:br/>
        <w:t>vn 0.8230 0.1230 0.5545</w:t>
        <w:br/>
        <w:t>vn -0.5763 0.3820 0.7225</w:t>
        <w:br/>
        <w:t>vn -0.3844 0.2230 0.8958</w:t>
        <w:br/>
        <w:t>vn 0.8235 0.2237 0.5214</w:t>
        <w:br/>
        <w:t>vn 0.8235 0.2236 0.5213</w:t>
        <w:br/>
        <w:t>vn -0.7911 0.5867 0.1729</w:t>
        <w:br/>
        <w:t>vn -0.0879 -0.8413 0.5334</w:t>
        <w:br/>
        <w:t>vn -0.0879 -0.8413 0.5333</w:t>
        <w:br/>
        <w:t>vn -0.2486 -0.8465 0.4707</w:t>
        <w:br/>
        <w:t>vn -0.2486 -0.8465 0.4708</w:t>
        <w:br/>
        <w:t>vn 0.4554 -0.6013 0.6565</w:t>
        <w:br/>
        <w:t>vn 0.4554 -0.6014 0.6565</w:t>
        <w:br/>
        <w:t>vn 0.8130 -0.0433 0.5807</w:t>
        <w:br/>
        <w:t>vn -0.3791 0.2360 0.8947</w:t>
        <w:br/>
        <w:t>vn -0.3654 0.2625 0.8931</w:t>
        <w:br/>
        <w:t>vn -0.3761 0.2540 0.8911</w:t>
        <w:br/>
        <w:t>vn -0.4040 0.1957 0.8936</w:t>
        <w:br/>
        <w:t>vn -0.3746 0.2296 0.8983</w:t>
        <w:br/>
        <w:t>vn -0.3667 0.2355 0.9000</w:t>
        <w:br/>
        <w:t>vn 0.8045 0.1764 0.5672</w:t>
        <w:br/>
        <w:t>vn 0.8045 0.1763 0.5672</w:t>
        <w:br/>
        <w:t>vn 0.7541 -0.2684 0.5994</w:t>
        <w:br/>
        <w:t>vn 0.7541 -0.2683 0.5994</w:t>
        <w:br/>
        <w:t>vn 0.7768 0.2796 0.5643</w:t>
        <w:br/>
        <w:t>vn 0.6508 -0.4069 0.6410</w:t>
        <w:br/>
        <w:t>vn 0.7982 0.0561 0.5998</w:t>
        <w:br/>
        <w:t>vn 0.7982 0.0561 0.5997</w:t>
        <w:br/>
        <w:t>vn 0.7399 0.4195 0.5259</w:t>
        <w:br/>
        <w:t>vn 0.7400 0.4195 0.5258</w:t>
        <w:br/>
        <w:t>vn 0.6745 -0.3070 0.6714</w:t>
        <w:br/>
        <w:t>vn -0.3711 0.1754 0.9119</w:t>
        <w:br/>
        <w:t>vn -0.3709 0.1738 0.9123</w:t>
        <w:br/>
        <w:t>vn -0.3671 0.1734 0.9139</w:t>
        <w:br/>
        <w:t>vn 0.7762 0.6282 -0.0528</w:t>
        <w:br/>
        <w:t>vn 0.0000 1.0000 0.0040</w:t>
        <w:br/>
        <w:t>vn 0.0000 0.9877 0.1564</w:t>
        <w:br/>
        <w:t>vn 0.7499 0.6538 0.1015</w:t>
        <w:br/>
        <w:t>vn 0.9689 0.2268 -0.0986</w:t>
        <w:br/>
        <w:t>vn 0.9713 0.2206 0.0891</w:t>
        <w:br/>
        <w:t>vn -0.8751 -0.4235 0.2342</w:t>
        <w:br/>
        <w:t>vn -0.5576 -0.7285 0.3980</w:t>
        <w:br/>
        <w:t>vn -0.5576 -0.7285 0.3981</w:t>
        <w:br/>
        <w:t>vn 0.0811 -0.8205 0.5659</w:t>
        <w:br/>
        <w:t>vn 0.0811 -0.8205 0.5658</w:t>
        <w:br/>
        <w:t>vn -0.3527 0.1353 0.9259</w:t>
        <w:br/>
        <w:t>vn -0.3605 0.1435 0.9216</w:t>
        <w:br/>
        <w:t>vn -0.3606 0.1435 0.9216</w:t>
        <w:br/>
        <w:t>vn 0.6851 -0.3339 0.6474</w:t>
        <w:br/>
        <w:t>vn 0.6850 -0.3339 0.6475</w:t>
        <w:br/>
        <w:t>vn -0.3694 0.1610 0.9152</w:t>
        <w:br/>
        <w:t>vn -0.3695 0.1610 0.9152</w:t>
        <w:br/>
        <w:t>vn 0.7810 0.2934 0.5513</w:t>
        <w:br/>
        <w:t>vn 0.7810 0.2933 0.5513</w:t>
        <w:br/>
        <w:t>vn 0.5485 0.1596 0.8207</w:t>
        <w:br/>
        <w:t>vn 0.6837 0.0411 0.7286</w:t>
        <w:br/>
        <w:t>vn 0.9468 -0.1962 0.2553</w:t>
        <w:br/>
        <w:t>vn 0.9337 -0.1426 0.3286</w:t>
        <w:br/>
        <w:t>vn 0.9411 -0.2806 0.1889</w:t>
        <w:br/>
        <w:t>vn 0.9410 -0.2806 0.1890</w:t>
        <w:br/>
        <w:t>vn 0.3668 0.2354 0.9000</w:t>
        <w:br/>
        <w:t>vn 0.3803 0.1993 0.9031</w:t>
        <w:br/>
        <w:t>vn 0.7611 0.6316 0.1478</w:t>
        <w:br/>
        <w:t>vn 0.6840 0.7177 0.1303</w:t>
        <w:br/>
        <w:t>vn 0.6225 0.5227 0.5825</w:t>
        <w:br/>
        <w:t>vn 0.6554 0.4743 0.5878</w:t>
        <w:br/>
        <w:t>vn 0.5751 0.8046 0.1480</w:t>
        <w:br/>
        <w:t>vn 0.5650 0.5703 0.5963</w:t>
        <w:br/>
        <w:t>vn 0.2598 0.9422 0.2117</w:t>
        <w:br/>
        <w:t>vn 0.2599 0.9421 0.2117</w:t>
        <w:br/>
        <w:t>vn -0.3728 0.8570 0.3557</w:t>
        <w:br/>
        <w:t>vn -0.3728 0.8570 0.3558</w:t>
        <w:br/>
        <w:t>vn -0.7964 0.3472 0.4952</w:t>
        <w:br/>
        <w:t>vn -0.7964 0.3471 0.4952</w:t>
        <w:br/>
        <w:t>vn -0.8074 -0.1035 0.5808</w:t>
        <w:br/>
        <w:t>vn -0.8075 -0.1034 0.5808</w:t>
        <w:br/>
        <w:t>vn 0.4082 0.1998 0.8908</w:t>
        <w:br/>
        <w:t>vn 0.4124 0.1894 0.8911</w:t>
        <w:br/>
        <w:t>vn 0.4193 0.1783 0.8901</w:t>
        <w:br/>
        <w:t>vn 0.4237 0.1729 0.8892</w:t>
        <w:br/>
        <w:t>vn 0.4318 0.1599 0.8877</w:t>
        <w:br/>
        <w:t>vn 0.3999 0.2087 0.8925</w:t>
        <w:br/>
        <w:t>vn -0.7906 -0.1341 0.5975</w:t>
        <w:br/>
        <w:t>vn -0.7906 -0.1340 0.5975</w:t>
        <w:br/>
        <w:t>vn -0.8230 0.1230 0.5546</w:t>
        <w:br/>
        <w:t>vn 0.3844 0.2230 0.8958</w:t>
        <w:br/>
        <w:t>vn 0.5764 0.3820 0.7224</w:t>
        <w:br/>
        <w:t>vn -0.8235 0.2236 0.5214</w:t>
        <w:br/>
        <w:t>vn 0.7912 0.5867 0.1728</w:t>
        <w:br/>
        <w:t>vn 0.0879 -0.8413 0.5333</w:t>
        <w:br/>
        <w:t>vn 0.2487 -0.8465 0.4707</w:t>
        <w:br/>
        <w:t>vn 0.2487 -0.8466 0.4706</w:t>
        <w:br/>
        <w:t>vn 0.0879 -0.8414 0.5332</w:t>
        <w:br/>
        <w:t>vn -0.4554 -0.6014 0.6565</w:t>
        <w:br/>
        <w:t>vn -0.4554 -0.6013 0.6565</w:t>
        <w:br/>
        <w:t>vn -0.8130 -0.0433 0.5807</w:t>
        <w:br/>
        <w:t>vn 0.3791 0.2360 0.8947</w:t>
        <w:br/>
        <w:t>vn 0.3654 0.2626 0.8931</w:t>
        <w:br/>
        <w:t>vn 0.3762 0.2540 0.8911</w:t>
        <w:br/>
        <w:t>vn 0.4040 0.1957 0.8936</w:t>
        <w:br/>
        <w:t>vn 0.3746 0.2296 0.8983</w:t>
        <w:br/>
        <w:t>vn -0.8045 0.1764 0.5672</w:t>
        <w:br/>
        <w:t>vn -0.7541 -0.2683 0.5994</w:t>
        <w:br/>
        <w:t>vn -0.7541 -0.2684 0.5994</w:t>
        <w:br/>
        <w:t>vn -0.8045 0.1763 0.5672</w:t>
        <w:br/>
        <w:t>vn -0.7767 0.2796 0.5643</w:t>
        <w:br/>
        <w:t>vn -0.7768 0.2796 0.5643</w:t>
        <w:br/>
        <w:t>vn -0.7982 0.0561 0.5997</w:t>
        <w:br/>
        <w:t>vn -0.7982 0.0561 0.5998</w:t>
        <w:br/>
        <w:t>vn -0.6508 -0.4069 0.6410</w:t>
        <w:br/>
        <w:t>vn -0.7400 0.4195 0.5258</w:t>
        <w:br/>
        <w:t>vn -0.7399 0.4195 0.5258</w:t>
        <w:br/>
        <w:t>vn -0.6745 -0.3070 0.6714</w:t>
        <w:br/>
        <w:t>vn 0.3828 0.1699 0.9081</w:t>
        <w:br/>
        <w:t>vn 0.3711 0.1754 0.9119</w:t>
        <w:br/>
        <w:t>vn 0.3709 0.1738 0.9123</w:t>
        <w:br/>
        <w:t>vn 0.3671 0.1732 0.9139</w:t>
        <w:br/>
        <w:t>vn -0.7762 0.6282 -0.0528</w:t>
        <w:br/>
        <w:t>vn -0.7499 0.6538 0.1015</w:t>
        <w:br/>
        <w:t>vn -0.9689 0.2268 -0.0986</w:t>
        <w:br/>
        <w:t>vn -0.9713 0.2206 0.0891</w:t>
        <w:br/>
        <w:t>vn 0.8751 -0.4235 0.2343</w:t>
        <w:br/>
        <w:t>vn 0.5576 -0.7285 0.3980</w:t>
        <w:br/>
        <w:t>vn -0.0811 -0.8205 0.5659</w:t>
        <w:br/>
        <w:t>vn 0.3527 0.1353 0.9259</w:t>
        <w:br/>
        <w:t>vn 0.3606 0.1435 0.9216</w:t>
        <w:br/>
        <w:t>vn 0.3605 0.1435 0.9216</w:t>
        <w:br/>
        <w:t>vn 0.3527 0.1354 0.9259</w:t>
        <w:br/>
        <w:t>vn -0.6851 -0.3339 0.6474</w:t>
        <w:br/>
        <w:t>vn -0.6851 -0.3339 0.6475</w:t>
        <w:br/>
        <w:t>vn 0.3693 0.1611 0.9152</w:t>
        <w:br/>
        <w:t>vn 0.3694 0.1610 0.9152</w:t>
        <w:br/>
        <w:t>vn -0.7810 0.2933 0.5514</w:t>
        <w:br/>
        <w:t>vn -0.7811 0.2933 0.5513</w:t>
        <w:br/>
        <w:t>vn 0.7306 0.6331 0.2559</w:t>
        <w:br/>
        <w:t>vn 0.7306 0.6331 0.2558</w:t>
        <w:br/>
        <w:t>vn 0.6811 0.7108 -0.1756</w:t>
        <w:br/>
        <w:t>vn 0.6811 0.7109 -0.1755</w:t>
        <w:br/>
        <w:t>vn -0.5633 0.2312 -0.7933</w:t>
        <w:br/>
        <w:t>vn -0.6810 0.7109 -0.1756</w:t>
        <w:br/>
        <w:t>vn -0.6811 -0.5052 -0.5300</w:t>
        <w:br/>
        <w:t>vn 0.5633 0.2312 -0.7932</w:t>
        <w:br/>
        <w:t>vn 0.6811 -0.5053 -0.5300</w:t>
        <w:br/>
        <w:t>vn 0.6811 -0.5052 -0.5300</w:t>
        <w:br/>
        <w:t>vn 0.7306 -0.6714 -0.1242</w:t>
        <w:br/>
        <w:t>vn -0.7306 -0.6714 -0.1243</w:t>
        <w:br/>
        <w:t>vn -0.6811 -0.5053 -0.5299</w:t>
        <w:br/>
        <w:t>vn -0.7306 -0.6714 -0.1242</w:t>
        <w:br/>
        <w:t>vn 0.5633 0.2312 -0.7933</w:t>
        <w:br/>
        <w:t>vn -0.7306 0.6331 0.2558</w:t>
        <w:br/>
        <w:t>vn -0.7306 0.6331 0.2559</w:t>
        <w:br/>
        <w:t>vn -0.4683 -0.0008 -0.8836</w:t>
        <w:br/>
        <w:t>vn -0.4796 -0.0232 -0.8772</w:t>
        <w:br/>
        <w:t>vn -0.5174 -0.0430 -0.8547</w:t>
        <w:br/>
        <w:t>vn -0.4153 -0.0474 -0.9084</w:t>
        <w:br/>
        <w:t>vn -0.4905 -0.0455 -0.8703</w:t>
        <w:br/>
        <w:t>vn -0.2446 -0.0594 -0.9678</w:t>
        <w:br/>
        <w:t>vn -0.3534 -0.0695 -0.9329</w:t>
        <w:br/>
        <w:t>vn -0.3386 -0.0663 -0.9386</w:t>
        <w:br/>
        <w:t>vn -0.1477 -0.0276 -0.9886</w:t>
        <w:br/>
        <w:t>vn -0.1122 -0.0032 -0.9937</w:t>
        <w:br/>
        <w:t>vn -0.1374 -0.0099 -0.9905</w:t>
        <w:br/>
        <w:t>vn -0.0842 0.0292 -0.9960</w:t>
        <w:br/>
        <w:t>vn -0.2960 0.0563 -0.9535</w:t>
        <w:br/>
        <w:t>vn -0.2171 0.0530 -0.9747</w:t>
        <w:br/>
        <w:t>vn -0.4351 0.0204 -0.9002</w:t>
        <w:br/>
        <w:t>vn -0.3041 0.0229 -0.9524</w:t>
        <w:br/>
        <w:t>vn -0.4378 0.0461 -0.8979</w:t>
        <w:br/>
        <w:t>vn -0.4454 0.0364 -0.8946</w:t>
        <w:br/>
        <w:t>vn -0.1223 0.0132 -0.9924</w:t>
        <w:br/>
        <w:t>vn -0.1193 -0.0307 -0.9924</w:t>
        <w:br/>
        <w:t>vn -0.1151 -0.0313 -0.9929</w:t>
        <w:br/>
        <w:t>vn -0.2087 -0.0086 -0.9779</w:t>
        <w:br/>
        <w:t>vn -0.3583 -0.0676 -0.9312</w:t>
        <w:br/>
        <w:t>vn -0.3334 -0.0637 -0.9406</w:t>
        <w:br/>
        <w:t>vn -0.4120 -0.0293 -0.9107</w:t>
        <w:br/>
        <w:t>vn -0.4339 -0.0619 -0.8988</w:t>
        <w:br/>
        <w:t>vn -0.4410 0.1427 -0.8861</w:t>
        <w:br/>
        <w:t>vn -0.4239 0.0418 -0.9047</w:t>
        <w:br/>
        <w:t>vn -0.1860 -0.0010 -0.9825</w:t>
        <w:br/>
        <w:t>vn -0.1226 -0.0422 -0.9916</w:t>
        <w:br/>
        <w:t>vn -0.2890 0.0148 -0.9572</w:t>
        <w:br/>
        <w:t>vn -0.3337 0.0024 -0.9427</w:t>
        <w:br/>
        <w:t>vn -0.3336 0.0024 -0.9427</w:t>
        <w:br/>
        <w:t>vn -0.0000 -0.0311 -0.9995</w:t>
        <w:br/>
        <w:t>vn 0.0000 0.0100 -1.0000</w:t>
        <w:br/>
        <w:t>vn -0.4326 0.0066 -0.9016</w:t>
        <w:br/>
        <w:t>vn -0.4028 -0.0382 -0.9145</w:t>
        <w:br/>
        <w:t>vn -0.3263 -0.0650 -0.9430</w:t>
        <w:br/>
        <w:t>vn 0.0000 -0.0721 -0.9974</w:t>
        <w:br/>
        <w:t>vn -0.5353 -0.0149 -0.8445</w:t>
        <w:br/>
        <w:t>vn 0.7674 0.3372 0.5453</w:t>
        <w:br/>
        <w:t>vn 0.6986 0.4117 0.5852</w:t>
        <w:br/>
        <w:t>vn 0.6416 0.2550 0.7234</w:t>
        <w:br/>
        <w:t>vn 0.6675 0.2058 0.7156</w:t>
        <w:br/>
        <w:t>vn 0.0001 -0.8817 0.4719</w:t>
        <w:br/>
        <w:t>vn 0.1529 -0.8777 0.4541</w:t>
        <w:br/>
        <w:t>vn 0.2562 -0.5213 0.8140</w:t>
        <w:br/>
        <w:t>vn 0.0001 -0.5324 0.8465</w:t>
        <w:br/>
        <w:t>vn 0.8130 -0.4665 0.3485</w:t>
        <w:br/>
        <w:t>vn 0.9556 -0.1491 0.2541</w:t>
        <w:br/>
        <w:t>vn 0.7730 -0.0846 0.6288</w:t>
        <w:br/>
        <w:t>vn 0.6941 -0.2371 0.6797</w:t>
        <w:br/>
        <w:t>vn 0.5675 -0.6996 0.4342</w:t>
        <w:br/>
        <w:t>vn 0.5822 -0.4402 0.6835</w:t>
        <w:br/>
        <w:t>vn -0.0499 -0.8674 0.4951</w:t>
        <w:br/>
        <w:t>vn -0.0500 -0.8674 0.4951</w:t>
        <w:br/>
        <w:t>vn 0.0590 -0.8523 0.5196</w:t>
        <w:br/>
        <w:t>vn 0.0590 -0.8524 0.5196</w:t>
        <w:br/>
        <w:t>vn -0.2808 0.8625 0.4209</w:t>
        <w:br/>
        <w:t>vn -0.2657 0.8925 0.3646</w:t>
        <w:br/>
        <w:t>vn -0.2656 0.8925 0.3646</w:t>
        <w:br/>
        <w:t>vn 0.5764 0.7732 0.2644</w:t>
        <w:br/>
        <w:t>vn 0.5763 0.7732 0.2644</w:t>
        <w:br/>
        <w:t>vn 0.5146 0.8021 0.3031</w:t>
        <w:br/>
        <w:t>vn 0.5483 0.6159 0.5657</w:t>
        <w:br/>
        <w:t>vn 0.2313 -0.7864 0.5728</w:t>
        <w:br/>
        <w:t>vn 0.3113 -0.3594 0.8797</w:t>
        <w:br/>
        <w:t>vn 0.3339 0.8677 0.3682</w:t>
        <w:br/>
        <w:t>vn 0.4151 0.6674 0.6183</w:t>
        <w:br/>
        <w:t>vn -0.2947 0.8291 0.4751</w:t>
        <w:br/>
        <w:t>vn 0.1627 0.8902 0.4256</w:t>
        <w:br/>
        <w:t>vn -0.0190 0.8552 0.5179</w:t>
        <w:br/>
        <w:t>vn 0.1207 0.4964 0.8597</w:t>
        <w:br/>
        <w:t>vn 0.2940 -0.7411 0.6037</w:t>
        <w:br/>
        <w:t>vn 0.2262 -0.1493 0.9626</w:t>
        <w:br/>
        <w:t>vn -0.1494 0.8108 0.5660</w:t>
        <w:br/>
        <w:t>vn 0.1128 0.2016 0.9730</w:t>
        <w:br/>
        <w:t>vn 0.4995 0.2906 0.8161</w:t>
        <w:br/>
        <w:t>vn 0.6892 0.4698 0.5516</w:t>
        <w:br/>
        <w:t>vn 0.6957 0.4740 0.5397</w:t>
        <w:br/>
        <w:t>vn 0.8904 -0.1116 0.4413</w:t>
        <w:br/>
        <w:t>vn 0.8958 0.0769 0.4377</w:t>
        <w:br/>
        <w:t>vn 0.5937 0.0608 0.8024</w:t>
        <w:br/>
        <w:t>vn 0.8905 -0.1116 0.4412</w:t>
        <w:br/>
        <w:t>vn 0.6825 0.4656 0.5634</w:t>
        <w:br/>
        <w:t>vn 0.4136 0.1666 0.8951</w:t>
        <w:br/>
        <w:t>vn 0.3391 -0.8666 0.3661</w:t>
        <w:br/>
        <w:t>vn 0.4792 -0.8022 0.3562</w:t>
        <w:br/>
        <w:t>vn 0.4792 -0.8022 0.3561</w:t>
        <w:br/>
        <w:t>vn -0.8279 -0.2709 0.4912</w:t>
        <w:br/>
        <w:t>vn -0.7600 -0.4063 0.5073</w:t>
        <w:br/>
        <w:t>vn -0.7600 -0.4063 0.5072</w:t>
        <w:br/>
        <w:t>vn -0.6016 -0.5898 0.5387</w:t>
        <w:br/>
        <w:t>vn -0.4164 -0.7124 0.5649</w:t>
        <w:br/>
        <w:t>vn 0.1531 -0.7778 0.6096</w:t>
        <w:br/>
        <w:t>vn 0.0766 -0.8593 0.5056</w:t>
        <w:br/>
        <w:t>vn 0.7447 0.5351 0.3989</w:t>
        <w:br/>
        <w:t>vn 0.6127 0.4003 0.6815</w:t>
        <w:br/>
        <w:t>vn -0.7223 0.5375 0.4352</w:t>
        <w:br/>
        <w:t>vn -0.4311 0.8294 0.3553</w:t>
        <w:br/>
        <w:t>vn -0.8161 -0.2260 0.5319</w:t>
        <w:br/>
        <w:t>vn -0.2077 0.8957 0.3931</w:t>
        <w:br/>
        <w:t>vn -0.2077 0.8958 0.3930</w:t>
        <w:br/>
        <w:t>vn 0.1909 -0.9103 0.3672</w:t>
        <w:br/>
        <w:t>vn 0.8433 0.0927 0.5294</w:t>
        <w:br/>
        <w:t>vn 0.9460 0.1135 0.3036</w:t>
        <w:br/>
        <w:t>vn 0.7840 0.5747 0.2348</w:t>
        <w:br/>
        <w:t>vn 0.5020 0.1691 0.8482</w:t>
        <w:br/>
        <w:t>vn 0.9003 0.2058 0.3836</w:t>
        <w:br/>
        <w:t>vn 0.8660 0.2329 0.4425</w:t>
        <w:br/>
        <w:t>vn 0.6566 0.1305 0.7428</w:t>
        <w:br/>
        <w:t>vn 0.5083 0.1223 0.8525</w:t>
        <w:br/>
        <w:t>vn 0.1849 -0.8844 0.4285</w:t>
        <w:br/>
        <w:t>vn 0.5936 -0.7003 0.3965</w:t>
        <w:br/>
        <w:t>vn 0.6294 -0.4791 0.6118</w:t>
        <w:br/>
        <w:t>vn 0.1849 -0.8845 0.4284</w:t>
        <w:br/>
        <w:t>vn 0.4370 0.8364 0.3307</w:t>
        <w:br/>
        <w:t>vn 0.1745 0.9412 0.2893</w:t>
        <w:br/>
        <w:t>vn -0.0356 -0.5143 0.8569</w:t>
        <w:br/>
        <w:t>vn -0.2250 -0.8204 0.5257</w:t>
        <w:br/>
        <w:t>vn -0.5139 -0.6483 0.5618</w:t>
        <w:br/>
        <w:t>vn -0.3134 -0.5306 0.7875</w:t>
        <w:br/>
        <w:t>vn 0.0326 0.9649 0.2606</w:t>
        <w:br/>
        <w:t>vn 0.0326 0.9649 0.2605</w:t>
        <w:br/>
        <w:t>vn 0.1614 -0.0871 0.9830</w:t>
        <w:br/>
        <w:t>vn -0.2822 -0.0249 0.9590</w:t>
        <w:br/>
        <w:t>vn -0.2591 -0.3608 0.8959</w:t>
        <w:br/>
        <w:t>vn -0.6598 -0.0041 0.7515</w:t>
        <w:br/>
        <w:t>vn -0.6599 -0.0041 0.7514</w:t>
        <w:br/>
        <w:t>vn 0.2641 -0.0749 0.9616</w:t>
        <w:br/>
        <w:t>vn 0.2282 0.0704 0.9711</w:t>
        <w:br/>
        <w:t>vn 0.2404 0.0711 0.9681</w:t>
        <w:br/>
        <w:t>vn 0.2857 0.0614 0.9563</w:t>
        <w:br/>
        <w:t>vn 0.4459 -0.0226 0.8948</w:t>
        <w:br/>
        <w:t>vn 0.2951 0.0482 0.9543</w:t>
        <w:br/>
        <w:t>vn 0.5705 0.0427 0.8202</w:t>
        <w:br/>
        <w:t>vn 0.1846 0.0422 0.9819</w:t>
        <w:br/>
        <w:t>vn 0.1535 0.0179 0.9880</w:t>
        <w:br/>
        <w:t>vn 0.2703 0.0873 0.9588</w:t>
        <w:br/>
        <w:t>vn 0.4499 0.0137 0.8930</w:t>
        <w:br/>
        <w:t>vn 0.1514 -0.0714 0.9859</w:t>
        <w:br/>
        <w:t>vn 0.1262 -0.0096 0.9920</w:t>
        <w:br/>
        <w:t>vn 0.1514 -0.0715 0.9859</w:t>
        <w:br/>
        <w:t>vn -0.0000 -0.0312 0.9995</w:t>
        <w:br/>
        <w:t>vn 0.3789 0.0215 0.9252</w:t>
        <w:br/>
        <w:t>vn -0.1348 -0.8565 0.4982</w:t>
        <w:br/>
        <w:t>vn 0.9579 0.2502 0.1405</w:t>
        <w:br/>
        <w:t>vn 0.7769 0.2399 0.5822</w:t>
        <w:br/>
        <w:t>vn 0.6582 0.0234 0.7525</w:t>
        <w:br/>
        <w:t>vn 0.7539 -0.2390 0.6120</w:t>
        <w:br/>
        <w:t>vn 0.7047 -0.0999 0.7025</w:t>
        <w:br/>
        <w:t>vn 0.6226 -0.1178 0.7736</w:t>
        <w:br/>
        <w:t>vn 0.6175 0.0232 0.7862</w:t>
        <w:br/>
        <w:t>vn 0.9649 0.2263 -0.1329</w:t>
        <w:br/>
        <w:t>vn 0.7739 -0.3719 0.5126</w:t>
        <w:br/>
        <w:t>vn -0.8498 0.0577 -0.5239</w:t>
        <w:br/>
        <w:t>vn -0.6345 0.0347 -0.7722</w:t>
        <w:br/>
        <w:t>vn -0.5359 0.0051 -0.8443</w:t>
        <w:br/>
        <w:t>vn -0.9625 0.0480 -0.2671</w:t>
        <w:br/>
        <w:t>vn -0.0051 -0.6424 0.7663</w:t>
        <w:br/>
        <w:t>vn -0.0600 -0.5913 0.8042</w:t>
        <w:br/>
        <w:t>vn 0.1542 -0.6474 0.7464</w:t>
        <w:br/>
        <w:t>vn 0.8579 0.4602 -0.2286</w:t>
        <w:br/>
        <w:t>vn 0.8458 0.5165 0.1335</w:t>
        <w:br/>
        <w:t>vn 0.4386 -0.4509 0.7774</w:t>
        <w:br/>
        <w:t>vn 0.0869 -0.5696 0.8173</w:t>
        <w:br/>
        <w:t>vn 0.7783 0.5508 0.3013</w:t>
        <w:br/>
        <w:t>vn 0.1543 -0.6474 0.7464</w:t>
        <w:br/>
        <w:t>vn 0.4292 -0.6191 0.6577</w:t>
        <w:br/>
        <w:t>vn 0.7377 0.4518 -0.5018</w:t>
        <w:br/>
        <w:t>vn 0.8677 0.0190 -0.4967</w:t>
        <w:br/>
        <w:t>vn 0.9650 -0.0124 -0.2621</w:t>
        <w:br/>
        <w:t>vn 0.8937 -0.4069 0.1891</w:t>
        <w:br/>
        <w:t>vn 0.7961 -0.5787 0.1769</w:t>
        <w:br/>
        <w:t>vn 0.4385 -0.4509 0.7774</w:t>
        <w:br/>
        <w:t>vn -0.5078 -0.0274 -0.8611</w:t>
        <w:br/>
        <w:t>vn 0.5877 -0.0198 0.8088</w:t>
        <w:br/>
        <w:t>vn 0.2061 0.0133 0.9784</w:t>
        <w:br/>
        <w:t>vn 0.5011 0.0349 0.8647</w:t>
        <w:br/>
        <w:t>vn 0.5928 -0.3506 0.7251</w:t>
        <w:br/>
        <w:t>vn 0.3908 0.0405 0.9196</w:t>
        <w:br/>
        <w:t>vn 0.3421 0.0078 0.9396</w:t>
        <w:br/>
        <w:t>vn 0.1206 0.4964 0.8597</w:t>
        <w:br/>
        <w:t>vn 0.0845 0.9424 0.3237</w:t>
        <w:br/>
        <w:t>vn 0.0846 0.9424 0.3236</w:t>
        <w:br/>
        <w:t>vn 0.3077 0.1175 0.9442</w:t>
        <w:br/>
        <w:t>vn -0.9873 0.0284 -0.1562</w:t>
        <w:br/>
        <w:t>vn 0.4528 -0.0050 0.8916</w:t>
        <w:br/>
        <w:t>vn 0.4565 0.0271 0.8893</w:t>
        <w:br/>
        <w:t>vn 0.3979 0.0225 0.9172</w:t>
        <w:br/>
        <w:t>vn 0.3624 0.0057 0.9320</w:t>
        <w:br/>
        <w:t>vn 0.6465 -0.6277 0.4337</w:t>
        <w:br/>
        <w:t>vn -0.5275 -0.0538 -0.8479</w:t>
        <w:br/>
        <w:t>vn 0.4567 0.0268 0.8892</w:t>
        <w:br/>
        <w:t>vn 0.3979 0.0225 0.9171</w:t>
        <w:br/>
        <w:t>vn 0.4683 -0.0008 -0.8835</w:t>
        <w:br/>
        <w:t>vn 0.5174 -0.0430 -0.8547</w:t>
        <w:br/>
        <w:t>vn 0.4796 -0.0232 -0.8772</w:t>
        <w:br/>
        <w:t>vn 0.4154 -0.0474 -0.9084</w:t>
        <w:br/>
        <w:t>vn 0.4904 -0.0455 -0.8703</w:t>
        <w:br/>
        <w:t>vn 0.3534 -0.0694 -0.9329</w:t>
        <w:br/>
        <w:t>vn 0.2446 -0.0594 -0.9678</w:t>
        <w:br/>
        <w:t>vn 0.3386 -0.0663 -0.9386</w:t>
        <w:br/>
        <w:t>vn 0.1477 -0.0276 -0.9886</w:t>
        <w:br/>
        <w:t>vn 0.1122 -0.0032 -0.9937</w:t>
        <w:br/>
        <w:t>vn 0.1374 -0.0099 -0.9905</w:t>
        <w:br/>
        <w:t>vn 0.0842 0.0292 -0.9960</w:t>
        <w:br/>
        <w:t>vn 0.2171 0.0530 -0.9747</w:t>
        <w:br/>
        <w:t>vn 0.2960 0.0563 -0.9535</w:t>
        <w:br/>
        <w:t>vn 0.4351 0.0204 -0.9001</w:t>
        <w:br/>
        <w:t>vn 0.3042 0.0229 -0.9523</w:t>
        <w:br/>
        <w:t>vn 0.4378 0.0461 -0.8979</w:t>
        <w:br/>
        <w:t>vn 0.4454 0.0364 -0.8946</w:t>
        <w:br/>
        <w:t>vn 0.1223 0.0132 -0.9924</w:t>
        <w:br/>
        <w:t>vn 0.1151 -0.0313 -0.9929</w:t>
        <w:br/>
        <w:t>vn 0.1193 -0.0307 -0.9924</w:t>
        <w:br/>
        <w:t>vn 0.2087 -0.0086 -0.9779</w:t>
        <w:br/>
        <w:t>vn 0.3583 -0.0676 -0.9312</w:t>
        <w:br/>
        <w:t>vn 0.3334 -0.0637 -0.9406</w:t>
        <w:br/>
        <w:t>vn 0.4120 -0.0293 -0.9107</w:t>
        <w:br/>
        <w:t>vn 0.4339 -0.0619 -0.8988</w:t>
        <w:br/>
        <w:t>vn 0.4239 0.0418 -0.9047</w:t>
        <w:br/>
        <w:t>vn 0.4410 0.1427 -0.8861</w:t>
        <w:br/>
        <w:t>vn 0.1860 -0.0010 -0.9825</w:t>
        <w:br/>
        <w:t>vn 0.1227 -0.0422 -0.9916</w:t>
        <w:br/>
        <w:t>vn 0.2890 0.0148 -0.9572</w:t>
        <w:br/>
        <w:t>vn 0.3335 0.0024 -0.9427</w:t>
        <w:br/>
        <w:t>vn 0.4028 -0.0382 -0.9145</w:t>
        <w:br/>
        <w:t>vn 0.4326 0.0066 -0.9016</w:t>
        <w:br/>
        <w:t>vn -0.0000 0.0100 -0.9999</w:t>
        <w:br/>
        <w:t>vn 0.3263 -0.0650 -0.9430</w:t>
        <w:br/>
        <w:t>vn 0.5354 -0.0149 -0.8445</w:t>
        <w:br/>
        <w:t>vn -0.6416 0.2549 0.7234</w:t>
        <w:br/>
        <w:t>vn -0.6986 0.4116 0.5852</w:t>
        <w:br/>
        <w:t>vn -0.7674 0.3372 0.5453</w:t>
        <w:br/>
        <w:t>vn -0.6675 0.2058 0.7156</w:t>
        <w:br/>
        <w:t>vn -0.2562 -0.5212 0.8141</w:t>
        <w:br/>
        <w:t>vn -0.1529 -0.8777 0.4542</w:t>
        <w:br/>
        <w:t>vn -0.0001 -0.8817 0.4719</w:t>
        <w:br/>
        <w:t>vn -0.0000 -0.5324 0.8465</w:t>
        <w:br/>
        <w:t>vn -0.7730 -0.0846 0.6288</w:t>
        <w:br/>
        <w:t>vn -0.9556 -0.1491 0.2541</w:t>
        <w:br/>
        <w:t>vn -0.8130 -0.4665 0.3485</w:t>
        <w:br/>
        <w:t>vn -0.6941 -0.2371 0.6797</w:t>
        <w:br/>
        <w:t>vn -0.5675 -0.6995 0.4342</w:t>
        <w:br/>
        <w:t>vn -0.5822 -0.4402 0.6835</w:t>
        <w:br/>
        <w:t>vn 0.0500 -0.8674 0.4950</w:t>
        <w:br/>
        <w:t>vn -0.0590 -0.8523 0.5197</w:t>
        <w:br/>
        <w:t>vn 0.0501 -0.8675 0.4950</w:t>
        <w:br/>
        <w:t>vn 0.2808 0.8626 0.4208</w:t>
        <w:br/>
        <w:t>vn 0.2657 0.8924 0.3646</w:t>
        <w:br/>
        <w:t>vn 0.2657 0.8925 0.3646</w:t>
        <w:br/>
        <w:t>vn -0.5764 0.7732 0.2645</w:t>
        <w:br/>
        <w:t>vn -0.5483 0.6159 0.5658</w:t>
        <w:br/>
        <w:t>vn -0.5146 0.8021 0.3031</w:t>
        <w:br/>
        <w:t>vn -0.5763 0.7732 0.2646</w:t>
        <w:br/>
        <w:t>vn -0.2313 -0.7865 0.5727</w:t>
        <w:br/>
        <w:t>vn -0.3113 -0.3594 0.8797</w:t>
        <w:br/>
        <w:t>vn -0.4151 0.6674 0.6183</w:t>
        <w:br/>
        <w:t>vn -0.3339 0.8677 0.3683</w:t>
        <w:br/>
        <w:t>vn 0.2946 0.8290 0.4753</w:t>
        <w:br/>
        <w:t>vn 0.2947 0.8290 0.4753</w:t>
        <w:br/>
        <w:t>vn -0.1627 0.8902 0.4256</w:t>
        <w:br/>
        <w:t>vn -0.1207 0.4964 0.8597</w:t>
        <w:br/>
        <w:t>vn 0.0189 0.8553 0.5179</w:t>
        <w:br/>
        <w:t>vn -0.2939 -0.7411 0.6037</w:t>
        <w:br/>
        <w:t>vn -0.2262 -0.1492 0.9626</w:t>
        <w:br/>
        <w:t>vn -0.1128 0.2016 0.9729</w:t>
        <w:br/>
        <w:t>vn 0.1494 0.8108 0.5660</w:t>
        <w:br/>
        <w:t>vn -0.4994 0.2906 0.8162</w:t>
        <w:br/>
        <w:t>vn -0.6957 0.4740 0.5397</w:t>
        <w:br/>
        <w:t>vn -0.6892 0.4698 0.5516</w:t>
        <w:br/>
        <w:t>vn -0.5937 0.0608 0.8024</w:t>
        <w:br/>
        <w:t>vn -0.8958 0.0769 0.4377</w:t>
        <w:br/>
        <w:t>vn -0.8905 -0.1115 0.4411</w:t>
        <w:br/>
        <w:t>vn -0.8905 -0.1116 0.4412</w:t>
        <w:br/>
        <w:t>vn -0.6826 0.4656 0.5633</w:t>
        <w:br/>
        <w:t>vn -0.4137 0.1666 0.8951</w:t>
        <w:br/>
        <w:t>vn -0.3391 -0.8666 0.3661</w:t>
        <w:br/>
        <w:t>vn -0.4792 -0.8022 0.3561</w:t>
        <w:br/>
        <w:t>vn -0.3391 -0.8666 0.3662</w:t>
        <w:br/>
        <w:t>vn 0.7600 -0.4063 0.5073</w:t>
        <w:br/>
        <w:t>vn 0.8278 -0.2709 0.4913</w:t>
        <w:br/>
        <w:t>vn 0.6016 -0.5898 0.5386</w:t>
        <w:br/>
        <w:t>vn 0.6016 -0.5898 0.5387</w:t>
        <w:br/>
        <w:t>vn 0.4164 -0.7124 0.5649</w:t>
        <w:br/>
        <w:t>vn -0.0766 -0.8593 0.5056</w:t>
        <w:br/>
        <w:t>vn -0.1531 -0.7778 0.6096</w:t>
        <w:br/>
        <w:t>vn -0.6126 0.4003 0.6815</w:t>
        <w:br/>
        <w:t>vn -0.7447 0.5351 0.3989</w:t>
        <w:br/>
        <w:t>vn 0.4311 0.8294 0.3553</w:t>
        <w:br/>
        <w:t>vn 0.7223 0.5375 0.4351</w:t>
        <w:br/>
        <w:t>vn 0.7223 0.5375 0.4352</w:t>
        <w:br/>
        <w:t>vn 0.8161 -0.2260 0.5319</w:t>
        <w:br/>
        <w:t>vn 0.2077 0.8958 0.3930</w:t>
        <w:br/>
        <w:t>vn -0.1909 -0.9103 0.3673</w:t>
        <w:br/>
        <w:t>vn -0.1909 -0.9103 0.3672</w:t>
        <w:br/>
        <w:t>vn -0.8434 0.0926 0.5293</w:t>
        <w:br/>
        <w:t>vn -0.5019 0.1691 0.8482</w:t>
        <w:br/>
        <w:t>vn -0.7840 0.5747 0.2348</w:t>
        <w:br/>
        <w:t>vn -0.9460 0.1135 0.3036</w:t>
        <w:br/>
        <w:t>vn -0.6566 0.1305 0.7428</w:t>
        <w:br/>
        <w:t>vn -0.8660 0.2329 0.4425</w:t>
        <w:br/>
        <w:t>vn -0.9003 0.2058 0.3836</w:t>
        <w:br/>
        <w:t>vn -0.5083 0.1223 0.8524</w:t>
        <w:br/>
        <w:t>vn -0.6294 -0.4791 0.6118</w:t>
        <w:br/>
        <w:t>vn -0.5935 -0.7004 0.3965</w:t>
        <w:br/>
        <w:t>vn -0.1848 -0.8844 0.4285</w:t>
        <w:br/>
        <w:t>vn -0.1849 -0.8845 0.4284</w:t>
        <w:br/>
        <w:t>vn -0.1745 0.9412 0.2893</w:t>
        <w:br/>
        <w:t>vn -0.4370 0.8364 0.3308</w:t>
        <w:br/>
        <w:t>vn -0.4370 0.8365 0.3307</w:t>
        <w:br/>
        <w:t>vn 0.0356 -0.5143 0.8569</w:t>
        <w:br/>
        <w:t>vn 0.3135 -0.5306 0.7875</w:t>
        <w:br/>
        <w:t>vn 0.5139 -0.6483 0.5617</w:t>
        <w:br/>
        <w:t>vn 0.2249 -0.8204 0.5257</w:t>
        <w:br/>
        <w:t>vn -0.0325 0.9649 0.2606</w:t>
        <w:br/>
        <w:t>vn -0.0325 0.9649 0.2607</w:t>
        <w:br/>
        <w:t>vn 0.2591 -0.3609 0.8959</w:t>
        <w:br/>
        <w:t>vn 0.2822 -0.0248 0.9590</w:t>
        <w:br/>
        <w:t>vn -0.1614 -0.0871 0.9830</w:t>
        <w:br/>
        <w:t>vn 0.6601 -0.0041 0.7511</w:t>
        <w:br/>
        <w:t>vn 0.6600 -0.0041 0.7512</w:t>
        <w:br/>
        <w:t>vn -0.2641 -0.0749 0.9616</w:t>
        <w:br/>
        <w:t>vn -0.2282 0.0704 0.9711</w:t>
        <w:br/>
        <w:t>vn -0.2262 -0.1493 0.9626</w:t>
        <w:br/>
        <w:t>vn -0.2405 0.0711 0.9681</w:t>
        <w:br/>
        <w:t>vn -0.2857 0.0614 0.9563</w:t>
        <w:br/>
        <w:t>vn -0.4459 -0.0226 0.8948</w:t>
        <w:br/>
        <w:t>vn -0.5705 0.0427 0.8202</w:t>
        <w:br/>
        <w:t>vn -0.2950 0.0484 0.9543</w:t>
        <w:br/>
        <w:t>vn -0.1847 0.0422 0.9819</w:t>
        <w:br/>
        <w:t>vn -0.1535 0.0179 0.9880</w:t>
        <w:br/>
        <w:t>vn -0.2703 0.0873 0.9588</w:t>
        <w:br/>
        <w:t>vn -0.4499 0.0137 0.8930</w:t>
        <w:br/>
        <w:t>vn -0.1262 -0.0096 0.9920</w:t>
        <w:br/>
        <w:t>vn -0.1514 -0.0714 0.9859</w:t>
        <w:br/>
        <w:t>vn -0.3789 0.0215 0.9252</w:t>
        <w:br/>
        <w:t>vn 0.1348 -0.8566 0.4981</w:t>
        <w:br/>
        <w:t>vn -0.9579 0.2502 0.1405</w:t>
        <w:br/>
        <w:t>vn -0.7539 -0.2390 0.6120</w:t>
        <w:br/>
        <w:t>vn -0.6582 0.0234 0.7525</w:t>
        <w:br/>
        <w:t>vn -0.7768 0.2398 0.5822</w:t>
        <w:br/>
        <w:t>vn -0.7047 -0.0999 0.7025</w:t>
        <w:br/>
        <w:t>vn -0.6175 0.0232 0.7862</w:t>
        <w:br/>
        <w:t>vn -0.6226 -0.1178 0.7736</w:t>
        <w:br/>
        <w:t>vn -0.9649 0.2263 -0.1329</w:t>
        <w:br/>
        <w:t>vn -0.7739 -0.3719 0.5126</w:t>
        <w:br/>
        <w:t>vn 0.8498 0.0577 -0.5239</w:t>
        <w:br/>
        <w:t>vn 0.6345 0.0347 -0.7721</w:t>
        <w:br/>
        <w:t>vn 0.6345 0.0347 -0.7722</w:t>
        <w:br/>
        <w:t>vn 0.5359 0.0051 -0.8443</w:t>
        <w:br/>
        <w:t>vn 0.9625 0.0480 -0.2671</w:t>
        <w:br/>
        <w:t>vn 0.0600 -0.5913 0.8042</w:t>
        <w:br/>
        <w:t>vn 0.0051 -0.6424 0.7663</w:t>
        <w:br/>
        <w:t>vn -0.1542 -0.6474 0.7464</w:t>
        <w:br/>
        <w:t>vn -0.8458 0.5165 0.1336</w:t>
        <w:br/>
        <w:t>vn -0.8579 0.4602 -0.2286</w:t>
        <w:br/>
        <w:t>vn -0.0869 -0.5696 0.8173</w:t>
        <w:br/>
        <w:t>vn -0.4386 -0.4509 0.7774</w:t>
        <w:br/>
        <w:t>vn -0.7783 0.5508 0.3015</w:t>
        <w:br/>
        <w:t>vn -0.4292 -0.6190 0.6577</w:t>
        <w:br/>
        <w:t>vn -0.1543 -0.6474 0.7464</w:t>
        <w:br/>
        <w:t>vn -0.7377 0.4518 -0.5018</w:t>
        <w:br/>
        <w:t>vn -0.8676 0.0190 -0.4968</w:t>
        <w:br/>
        <w:t>vn -0.7961 -0.5787 0.1768</w:t>
        <w:br/>
        <w:t>vn -0.8936 -0.4070 0.1891</w:t>
        <w:br/>
        <w:t>vn -0.9649 -0.0125 -0.2622</w:t>
        <w:br/>
        <w:t>vn -0.4385 -0.4509 0.7774</w:t>
        <w:br/>
        <w:t>vn 0.5078 -0.0274 -0.8611</w:t>
        <w:br/>
        <w:t>vn -0.5877 -0.0198 0.8088</w:t>
        <w:br/>
        <w:t>vn -0.5011 0.0349 0.8647</w:t>
        <w:br/>
        <w:t>vn -0.5544 0.0863 0.8278</w:t>
        <w:br/>
        <w:t>vn -0.5928 -0.3506 0.7250</w:t>
        <w:br/>
        <w:t>vn -0.3908 0.0405 0.9196</w:t>
        <w:br/>
        <w:t>vn -0.1206 0.4964 0.8597</w:t>
        <w:br/>
        <w:t>vn -0.3421 0.0078 0.9396</w:t>
        <w:br/>
        <w:t>vn -0.0845 0.9424 0.3237</w:t>
        <w:br/>
        <w:t>vn -0.0845 0.9424 0.3236</w:t>
        <w:br/>
        <w:t>vn -0.3077 0.1176 0.9442</w:t>
        <w:br/>
        <w:t>vn 0.9873 0.0284 -0.1562</w:t>
        <w:br/>
        <w:t>vn -0.4528 -0.0050 0.8916</w:t>
        <w:br/>
        <w:t>vn -0.4566 0.0268 0.8893</w:t>
        <w:br/>
        <w:t>vn -0.3979 0.0225 0.9172</w:t>
        <w:br/>
        <w:t>vn -0.3624 0.0057 0.9320</w:t>
        <w:br/>
        <w:t>vn -0.6464 -0.6277 0.4337</w:t>
        <w:br/>
        <w:t>vn 0.5275 -0.0538 -0.8479</w:t>
        <w:br/>
        <w:t>vn -0.4567 0.0268 0.8892</w:t>
        <w:br/>
        <w:t>vn -0.3979 0.0225 0.9171</w:t>
        <w:br/>
        <w:t>vn -0.0488 0.2080 0.9769</w:t>
        <w:br/>
        <w:t>vn 0.1400 0.2799 0.9498</w:t>
        <w:br/>
        <w:t>vn 0.3438 0.3590 0.8677</w:t>
        <w:br/>
        <w:t>vn 0.3439 0.3590 0.8677</w:t>
        <w:br/>
        <w:t>vn 0.8036 0.4952 -0.3302</w:t>
        <w:br/>
        <w:t>vn 0.8455 0.5337 -0.0182</w:t>
        <w:br/>
        <w:t>vn 0.8468 0.5317 -0.0181</w:t>
        <w:br/>
        <w:t>vn 0.8036 0.4952 -0.3301</w:t>
        <w:br/>
        <w:t>vn 0.6863 0.4251 -0.5902</w:t>
        <w:br/>
        <w:t>vn 0.6863 0.4251 -0.5901</w:t>
        <w:br/>
        <w:t>vn 0.7982 0.5285 0.2891</w:t>
        <w:br/>
        <w:t>vn 0.6885 0.4912 0.5336</w:t>
        <w:br/>
        <w:t>vn 0.6884 0.4912 0.5337</w:t>
        <w:br/>
        <w:t>vn 0.8455 0.5336 -0.0182</w:t>
        <w:br/>
        <w:t>vn 0.5365 0.4338 0.7239</w:t>
        <w:br/>
        <w:t>vn 0.1709 0.1778 -0.9691</w:t>
        <w:br/>
        <w:t>vn 0.3529 0.2578 -0.8994</w:t>
        <w:br/>
        <w:t>vn -0.0275 0.0961 -0.9950</w:t>
        <w:br/>
        <w:t>vn -0.0276 0.0961 -0.9950</w:t>
        <w:br/>
        <w:t>vn 0.5256 0.3405 -0.7796</w:t>
        <w:br/>
        <w:t>vn 0.5257 0.3405 -0.7796</w:t>
        <w:br/>
        <w:t>vn -0.2351 0.0157 -0.9718</w:t>
        <w:br/>
        <w:t>vn -0.4454 -0.0577 -0.8935</w:t>
        <w:br/>
        <w:t>vn -0.4204 0.0679 0.9048</w:t>
        <w:br/>
        <w:t>vn -0.2319 0.1384 0.9628</w:t>
        <w:br/>
        <w:t>vn -0.7805 -0.0559 0.6226</w:t>
        <w:br/>
        <w:t>vn -0.6067 0.0011 0.7949</w:t>
        <w:br/>
        <w:t>vn -0.6068 0.0011 0.7949</w:t>
        <w:br/>
        <w:t>vn -0.9923 -0.1240 0.0005</w:t>
        <w:br/>
        <w:t>vn -0.8895 -0.0857 0.4489</w:t>
        <w:br/>
        <w:t>vn -0.8895 -0.0856 0.4489</w:t>
        <w:br/>
        <w:t>vn -0.9923 -0.1240 0.0006</w:t>
        <w:br/>
        <w:t>vn -0.8871 -0.1455 -0.4380</w:t>
        <w:br/>
        <w:t>vn -0.7938 -0.1439 -0.5910</w:t>
        <w:br/>
        <w:t>vn -0.6377 -0.1139 -0.7618</w:t>
        <w:br/>
        <w:t>vn -0.0128 0.8338 -0.5519</w:t>
        <w:br/>
        <w:t>vn 0.1593 0.8804 -0.4466</w:t>
        <w:br/>
        <w:t>vn -0.2054 0.7745 -0.5983</w:t>
        <w:br/>
        <w:t>vn -0.4078 0.7033 -0.5823</w:t>
        <w:br/>
        <w:t>vn -0.4078 0.7033 -0.5824</w:t>
        <w:br/>
        <w:t>vn -0.6074 0.6246 -0.4909</w:t>
        <w:br/>
        <w:t>vn -0.7553 0.5575 -0.3446</w:t>
        <w:br/>
        <w:t>vn -0.8261 0.5265 -0.2008</w:t>
        <w:br/>
        <w:t>vn -0.8261 0.5265 -0.2009</w:t>
        <w:br/>
        <w:t>vn 0.2617 -0.9348 -0.2403</w:t>
        <w:br/>
        <w:t>vn 0.3268 -0.9083 -0.2612</w:t>
        <w:br/>
        <w:t>vn 0.2616 -0.9348 -0.2403</w:t>
        <w:br/>
        <w:t>vn 0.3586 -0.9017 -0.2415</w:t>
        <w:br/>
        <w:t>vn 0.3613 -0.9076 -0.2139</w:t>
        <w:br/>
        <w:t>vn 0.3526 -0.9142 -0.1998</w:t>
        <w:br/>
        <w:t>vn 0.3525 -0.9142 -0.1998</w:t>
        <w:br/>
        <w:t>vn 0.3336 -0.9203 -0.2043</w:t>
        <w:br/>
        <w:t>vn 0.3072 -0.9224 -0.2340</w:t>
        <w:br/>
        <w:t>vn -0.8492 0.5218 -0.0816</w:t>
        <w:br/>
        <w:t>vn -0.8483 0.5295 0.0090</w:t>
        <w:br/>
        <w:t>vn -0.8483 0.5295 0.0091</w:t>
        <w:br/>
        <w:t>vn -0.8482 0.5295 0.0091</w:t>
        <w:br/>
        <w:t>vn -0.8304 0.5475 0.1034</w:t>
        <w:br/>
        <w:t>vn -0.7762 0.5863 0.2319</w:t>
        <w:br/>
        <w:t>vn -0.7761 0.5864 0.2320</w:t>
        <w:br/>
        <w:t>vn -0.6801 0.6415 0.3549</w:t>
        <w:br/>
        <w:t>vn -0.5591 0.7020 0.4412</w:t>
        <w:br/>
        <w:t>vn -0.5592 0.7019 0.4411</w:t>
        <w:br/>
        <w:t>vn 0.2697 -0.9142 0.3026</w:t>
        <w:br/>
        <w:t>vn 0.3100 -0.8977 0.3132</w:t>
        <w:br/>
        <w:t>vn 0.2696 -0.9142 0.3027</w:t>
        <w:br/>
        <w:t>vn 0.2149 -0.9402 0.2643</w:t>
        <w:br/>
        <w:t>vn 0.2150 -0.9402 0.2643</w:t>
        <w:br/>
        <w:t>vn 0.1627 -0.9717 0.1713</w:t>
        <w:br/>
        <w:t>vn 0.1473 -0.9891 0.0068</w:t>
        <w:br/>
        <w:t>vn 0.1473 -0.9891 0.0069</w:t>
        <w:br/>
        <w:t>vn 0.1882 -0.9698 -0.1548</w:t>
        <w:br/>
        <w:t>vn -0.4100 0.7675 0.4929</w:t>
        <w:br/>
        <w:t>vn -0.4101 0.7673 0.4929</w:t>
        <w:br/>
        <w:t>vn -0.2256 0.8365 0.4993</w:t>
        <w:br/>
        <w:t>vn -0.0419 0.8929 0.4483</w:t>
        <w:br/>
        <w:t>vn 0.1044 0.9312 0.3492</w:t>
        <w:br/>
        <w:t>vn 0.1044 0.9312 0.3493</w:t>
        <w:br/>
        <w:t>vn 0.3673 -0.8714 0.3253</w:t>
        <w:br/>
        <w:t>vn 0.3316 -0.8871 0.3211</w:t>
        <w:br/>
        <w:t>vn 0.3311 -0.8872 0.3214</w:t>
        <w:br/>
        <w:t>vn 0.3283 -0.8913 0.3126</w:t>
        <w:br/>
        <w:t>vn 0.3283 -0.8914 0.3125</w:t>
        <w:br/>
        <w:t>vn 0.3298 -0.8910 0.3119</w:t>
        <w:br/>
        <w:t>vn 0.3298 -0.8910 0.3120</w:t>
        <w:br/>
        <w:t>vn 0.2026 0.9518 0.2304</w:t>
        <w:br/>
        <w:t>vn 0.2026 0.9518 0.2305</w:t>
        <w:br/>
        <w:t>vn 0.2546 0.9593 0.1224</w:t>
        <w:br/>
        <w:t>vn 0.4606 -0.8327 0.3075</w:t>
        <w:br/>
        <w:t>vn 0.4164 -0.8514 0.3190</w:t>
        <w:br/>
        <w:t>vn 0.4164 -0.8514 0.3191</w:t>
        <w:br/>
        <w:t>vn 0.2755 0.9104 -0.3087</w:t>
        <w:br/>
        <w:t>vn 0.2755 0.9104 -0.3088</w:t>
        <w:br/>
        <w:t>vn 0.3186 0.9296 -0.1851</w:t>
        <w:br/>
        <w:t>vn 0.3096 -0.9099 -0.2759</w:t>
        <w:br/>
        <w:t>vn 0.3096 -0.9099 -0.2760</w:t>
        <w:br/>
        <w:t>vn 0.3689 -0.8820 -0.2932</w:t>
        <w:br/>
        <w:t>vn 0.3689 -0.8820 -0.2933</w:t>
        <w:br/>
        <w:t>vn 0.3143 0.9440 -0.1003</w:t>
        <w:br/>
        <w:t>vn 0.2934 0.9557 -0.0239</w:t>
        <w:br/>
        <w:t>vn 0.4475 -0.8479 -0.2845</w:t>
        <w:br/>
        <w:t>vn 0.4475 -0.8478 -0.2844</w:t>
        <w:br/>
        <w:t>vn 0.5208 -0.8536 0.0060</w:t>
        <w:br/>
        <w:t>vn 0.5209 -0.8536 0.0061</w:t>
        <w:br/>
        <w:t>vn 0.2777 0.9595 0.0476</w:t>
        <w:br/>
        <w:t>vn 0.4990 -0.8148 0.2952</w:t>
        <w:br/>
        <w:t>vn 0.4989 -0.8148 0.2953</w:t>
        <w:br/>
        <w:t>vn 0.0465 -0.2084 -0.9769</w:t>
        <w:br/>
        <w:t>vn 0.0464 -0.2084 -0.9769</w:t>
        <w:br/>
        <w:t>vn -0.1445 -0.2817 -0.9486</w:t>
        <w:br/>
        <w:t>vn -0.1446 -0.2817 -0.9485</w:t>
        <w:br/>
        <w:t>vn -0.3478 -0.3607 -0.8654</w:t>
        <w:br/>
        <w:t>vn -0.8456 -0.5335 0.0203</w:t>
        <w:br/>
        <w:t>vn -0.8050 -0.4961 0.3252</w:t>
        <w:br/>
        <w:t>vn -0.8050 -0.4961 0.3253</w:t>
        <w:br/>
        <w:t>vn -0.6910 -0.4277 0.5827</w:t>
        <w:br/>
        <w:t>vn -0.6909 -0.4277 0.5828</w:t>
        <w:br/>
        <w:t>vn -0.8003 -0.5291 -0.2821</w:t>
        <w:br/>
        <w:t>vn -0.6918 -0.4924 -0.5282</w:t>
        <w:br/>
        <w:t>vn -0.6917 -0.4924 -0.5282</w:t>
        <w:br/>
        <w:t>vn -0.5392 -0.4349 -0.7212</w:t>
        <w:br/>
        <w:t>vn -0.3567 -0.2597 0.8974</w:t>
        <w:br/>
        <w:t>vn -0.3567 -0.2596 0.8974</w:t>
        <w:br/>
        <w:t>vn -0.1715 -0.1781 0.9690</w:t>
        <w:br/>
        <w:t>vn -0.1715 -0.1781 0.9689</w:t>
        <w:br/>
        <w:t>vn 0.0291 -0.0953 0.9950</w:t>
        <w:br/>
        <w:t>vn -0.5312 -0.3434 0.7745</w:t>
        <w:br/>
        <w:t>vn 0.2374 -0.0144 0.9713</w:t>
        <w:br/>
        <w:t>vn 0.2375 -0.0144 0.9713</w:t>
        <w:br/>
        <w:t>vn 0.4479 0.0589 0.8921</w:t>
        <w:br/>
        <w:t>vn 0.4254 -0.0637 -0.9028</w:t>
        <w:br/>
        <w:t>vn 0.2336 -0.1364 -0.9627</w:t>
        <w:br/>
        <w:t>vn 0.2335 -0.1364 -0.9627</w:t>
        <w:br/>
        <w:t>vn 0.7879 0.0589 -0.6129</w:t>
        <w:br/>
        <w:t>vn 0.7879 0.0589 -0.6130</w:t>
        <w:br/>
        <w:t>vn 0.6136 0.0039 -0.7896</w:t>
        <w:br/>
        <w:t>vn 0.6136 0.0037 -0.7896</w:t>
        <w:br/>
        <w:t>vn 0.9931 0.1169 -0.0021</w:t>
        <w:br/>
        <w:t>vn 0.9931 0.1169 -0.0022</w:t>
        <w:br/>
        <w:t>vn 0.8952 0.0842 -0.4377</w:t>
        <w:br/>
        <w:t>vn 0.8942 0.1401 0.4253</w:t>
        <w:br/>
        <w:t>vn 0.8002 0.1424 0.5826</w:t>
        <w:br/>
        <w:t>vn 0.8941 0.1401 0.4253</w:t>
        <w:br/>
        <w:t>vn 0.6413 0.1143 0.7587</w:t>
        <w:br/>
        <w:t>vn -0.0000 -0.3130 -0.9498</w:t>
        <w:br/>
        <w:t>vn -0.0000 -0.8133 -0.5818</w:t>
        <w:br/>
        <w:t>vn -0.4114 -0.8133 -0.4114</w:t>
        <w:br/>
        <w:t>vn -0.6716 -0.3130 -0.6716</w:t>
        <w:br/>
        <w:t>vn 0.6716 -0.3130 -0.6716</w:t>
        <w:br/>
        <w:t>vn 0.4114 -0.8133 -0.4115</w:t>
        <w:br/>
        <w:t>vn 0.0000 -0.3130 -0.9497</w:t>
        <w:br/>
        <w:t>vn 0.9497 -0.3130 -0.0000</w:t>
        <w:br/>
        <w:t>vn 0.5818 -0.8133 0.0000</w:t>
        <w:br/>
        <w:t>vn 0.6716 -0.3130 0.6716</w:t>
        <w:br/>
        <w:t>vn 0.4114 -0.8133 0.4114</w:t>
        <w:br/>
        <w:t>vn -0.0000 -0.3130 0.9497</w:t>
        <w:br/>
        <w:t>vn -0.0000 -0.8133 0.5818</w:t>
        <w:br/>
        <w:t>vn -0.6716 -0.3130 0.6716</w:t>
        <w:br/>
        <w:t>vn -0.4115 -0.8133 0.4114</w:t>
        <w:br/>
        <w:t>vn -0.9497 -0.3130 0.0000</w:t>
        <w:br/>
        <w:t>vn -0.5819 -0.8133 -0.0000</w:t>
        <w:br/>
        <w:t>vn 0.0001 0.3130 -0.9498</w:t>
        <w:br/>
        <w:t>vn -0.6716 0.3130 -0.6716</w:t>
        <w:br/>
        <w:t>vn 0.6716 0.3130 -0.6716</w:t>
        <w:br/>
        <w:t>vn -0.0000 0.3130 -0.9497</w:t>
        <w:br/>
        <w:t>vn 0.9497 0.3130 -0.0000</w:t>
        <w:br/>
        <w:t>vn 0.6716 0.3130 0.6716</w:t>
        <w:br/>
        <w:t>vn -0.0000 0.3130 0.9497</w:t>
        <w:br/>
        <w:t>vn -0.6715 0.3130 0.6716</w:t>
        <w:br/>
        <w:t>vn -0.9497 0.3130 0.0000</w:t>
        <w:br/>
        <w:t>vn 0.0001 0.8133 -0.5818</w:t>
        <w:br/>
        <w:t>vn -0.4114 0.8133 -0.4114</w:t>
        <w:br/>
        <w:t>vn 0.4114 0.8133 -0.4115</w:t>
        <w:br/>
        <w:t>vn -0.0001 0.8133 -0.5818</w:t>
        <w:br/>
        <w:t>vn 0.5818 0.8133 -0.0000</w:t>
        <w:br/>
        <w:t>vn 0.4115 0.8133 0.4114</w:t>
        <w:br/>
        <w:t>vn -0.0001 0.8133 0.5818</w:t>
        <w:br/>
        <w:t>vn -0.4114 0.8133 0.4115</w:t>
        <w:br/>
        <w:t>vn -0.5818 0.8133 0.0001</w:t>
        <w:br/>
        <w:t>vn -0.0000 -1.0000 -0.0000</w:t>
        <w:br/>
        <w:t>vn -0.0000 1.0000 0.0000</w:t>
        <w:br/>
        <w:t>vn -0.6878 0.7092 -0.1551</w:t>
        <w:br/>
        <w:t>vn -0.5450 0.7869 -0.2896</w:t>
        <w:br/>
        <w:t>vn -0.5450 0.7868 -0.2896</w:t>
        <w:br/>
        <w:t>vn -0.8200 0.5697 -0.0545</w:t>
        <w:br/>
        <w:t>vn -0.5361 -0.1733 -0.8262</w:t>
        <w:br/>
        <w:t>vn -0.5360 -0.1732 -0.8262</w:t>
        <w:br/>
        <w:t>vn -0.5330 -0.1674 -0.8294</w:t>
        <w:br/>
        <w:t>vn -0.5330 -0.1675 -0.8294</w:t>
        <w:br/>
        <w:t>vn -0.9315 0.3600 0.0514</w:t>
        <w:br/>
        <w:t>vn 0.0231 -0.9448 -0.3269</w:t>
        <w:br/>
        <w:t>vn -0.1490 -0.9759 -0.1594</w:t>
        <w:br/>
        <w:t>vn 0.4161 -0.6629 -0.6225</w:t>
        <w:br/>
        <w:t>vn 0.2614 -0.8344 -0.4853</w:t>
        <w:br/>
        <w:t>vn 0.4160 -0.6629 -0.6225</w:t>
        <w:br/>
        <w:t>vn -0.5355 -0.1738 -0.8265</w:t>
        <w:br/>
        <w:t>vn -0.5358 -0.1733 -0.8264</w:t>
        <w:br/>
        <w:t>vn 0.5542 -0.3744 -0.7434</w:t>
        <w:br/>
        <w:t>vn 0.6118 -0.1702 -0.7725</w:t>
        <w:br/>
        <w:t>vn -0.5421 -0.1797 -0.8208</w:t>
        <w:br/>
        <w:t>vn -0.5392 -0.1763 -0.8235</w:t>
        <w:br/>
        <w:t>vn -0.5392 -0.1764 -0.8235</w:t>
        <w:br/>
        <w:t>vn -0.3735 0.8449 -0.3829</w:t>
        <w:br/>
        <w:t>vn -0.3735 0.8449 -0.3828</w:t>
        <w:br/>
        <w:t>vn -0.2625 0.8721 -0.4130</w:t>
        <w:br/>
        <w:t>vn -0.1789 -0.9807 -0.0793</w:t>
        <w:br/>
        <w:t>vn -0.1781 -0.9808 -0.0795</w:t>
        <w:br/>
        <w:t>vn -0.9657 0.2237 0.1317</w:t>
        <w:br/>
        <w:t>vn -0.5298 -0.1625 -0.8324</w:t>
        <w:br/>
        <w:t>vn -0.8014 0.2261 0.5537</w:t>
        <w:br/>
        <w:t>vn -0.8791 0.3775 0.2911</w:t>
        <w:br/>
        <w:t>vn -0.6453 0.0527 0.7621</w:t>
        <w:br/>
        <w:t>vn -0.4260 -0.1259 0.8959</w:t>
        <w:br/>
        <w:t>vn -0.1650 -0.2921 0.9420</w:t>
        <w:br/>
        <w:t>vn 0.1121 -0.4298 0.8959</w:t>
        <w:br/>
        <w:t>vn 0.3783 -0.5254 0.7621</w:t>
        <w:br/>
        <w:t>vn 0.6074 -0.5695 0.5538</w:t>
        <w:br/>
        <w:t>vn 0.7771 -0.5580 0.2911</w:t>
        <w:br/>
        <w:t>vn 0.8707 -0.4918 0.0000</w:t>
        <w:br/>
        <w:t>vn 0.8707 -0.4917 0.0000</w:t>
        <w:br/>
        <w:t>vn 0.8791 -0.3774 -0.2911</w:t>
        <w:br/>
        <w:t>vn 0.8014 -0.2261 -0.5537</w:t>
        <w:br/>
        <w:t>vn 0.6453 -0.0527 -0.7621</w:t>
        <w:br/>
        <w:t>vn 0.4260 0.1259 -0.8959</w:t>
        <w:br/>
        <w:t>vn 0.1650 0.2921 -0.9420</w:t>
        <w:br/>
        <w:t>vn -0.1086 0.4283 -0.8971</w:t>
        <w:br/>
        <w:t>vn -0.3478 0.5165 -0.7825</w:t>
        <w:br/>
        <w:t>vn -0.6622 0.5720 -0.4841</w:t>
        <w:br/>
        <w:t>vn -0.5206 0.5583 -0.6460</w:t>
        <w:br/>
        <w:t>vn -0.5205 0.5583 -0.6460</w:t>
        <w:br/>
        <w:t>vn -0.7876 0.5547 -0.2684</w:t>
        <w:br/>
        <w:t>vn -0.8707 0.4918 -0.0000</w:t>
        <w:br/>
        <w:t>vn 0.1617 0.8975 0.4103</w:t>
        <w:br/>
        <w:t>vn 0.1863 0.8497 0.4933</w:t>
        <w:br/>
        <w:t>vn 0.2355 0.7949 0.5592</w:t>
        <w:br/>
        <w:t>vn 0.3049 0.7384 0.6014</w:t>
        <w:br/>
        <w:t>vn 0.3050 0.7384 0.6014</w:t>
        <w:br/>
        <w:t>vn 0.3874 0.6859 0.6160</w:t>
        <w:br/>
        <w:t>vn 0.4750 0.6424 0.6014</w:t>
        <w:br/>
        <w:t>vn 0.5591 0.6121 0.5592</w:t>
        <w:br/>
        <w:t>vn 0.5591 0.6121 0.5593</w:t>
        <w:br/>
        <w:t>vn 0.6316 0.5981 0.4933</w:t>
        <w:br/>
        <w:t>vn 0.6852 0.6018 0.4103</w:t>
        <w:br/>
        <w:t>vn 0.7148 0.6227 0.3183</w:t>
        <w:br/>
        <w:t>vn 0.7148 0.6226 0.3183</w:t>
        <w:br/>
        <w:t>vn 0.7174 0.6589 0.2263</w:t>
        <w:br/>
        <w:t>vn 0.6928 0.7067 0.1433</w:t>
        <w:br/>
        <w:t>vn 0.6434 0.7616 0.0776</w:t>
        <w:br/>
        <w:t>vn 0.5742 0.8180 0.0352</w:t>
        <w:br/>
        <w:t>vn 0.4917 0.8705 0.0205</w:t>
        <w:br/>
        <w:t>vn 0.4051 0.9136 0.0348</w:t>
        <w:br/>
        <w:t>vn 0.4053 0.9135 0.0347</w:t>
        <w:br/>
        <w:t>vn 0.3298 0.9414 0.0713</w:t>
        <w:br/>
        <w:t>vn 0.3302 0.9412 0.0710</w:t>
        <w:br/>
        <w:t>vn 0.2317 0.9584 0.1667</w:t>
        <w:br/>
        <w:t>vn 0.2763 0.9541 0.1152</w:t>
        <w:br/>
        <w:t>vn 0.2762 0.9542 0.1153</w:t>
        <w:br/>
        <w:t>vn 0.2318 0.9584 0.1666</w:t>
        <w:br/>
        <w:t>vn 0.1907 0.9535 0.2332</w:t>
        <w:br/>
        <w:t>vn 0.1904 0.9534 0.2338</w:t>
        <w:br/>
        <w:t>vn 0.1644 0.9336 0.3183</w:t>
        <w:br/>
        <w:t>vn 0.9844 0.1713 -0.0410</w:t>
        <w:br/>
        <w:t>vn 0.9213 0.2942 -0.2544</w:t>
        <w:br/>
        <w:t>vn 0.7944 0.4352 -0.4238</w:t>
        <w:br/>
        <w:t>vn 0.6162 0.5804 -0.5324</w:t>
        <w:br/>
        <w:t>vn 0.4041 0.7155 -0.5699</w:t>
        <w:br/>
        <w:t>vn 0.1790 0.8274 -0.5324</w:t>
        <w:br/>
        <w:t>vn -0.0373 0.9050 -0.4237</w:t>
        <w:br/>
        <w:t>vn -0.2235 0.9409 -0.2544</w:t>
        <w:br/>
        <w:t>vn -0.3615 0.9315 -0.0411</w:t>
        <w:br/>
        <w:t>vn -0.4374 0.8777 0.1955</w:t>
        <w:br/>
        <w:t>vn -0.4375 0.8777 0.1955</w:t>
        <w:br/>
        <w:t>vn -0.4442 0.7848 0.4321</w:t>
        <w:br/>
        <w:t>vn -0.4443 0.7848 0.4321</w:t>
        <w:br/>
        <w:t>vn -0.3812 0.6618 0.6455</w:t>
        <w:br/>
        <w:t>vn -0.3812 0.6619 0.6455</w:t>
        <w:br/>
        <w:t>vn -0.2543 0.5210 0.8148</w:t>
        <w:br/>
        <w:t>vn -0.0761 0.3758 0.9236</w:t>
        <w:br/>
        <w:t>vn 0.1359 0.2407 0.9610</w:t>
        <w:br/>
        <w:t>vn 0.1360 0.2407 0.9610</w:t>
        <w:br/>
        <w:t>vn 0.3584 0.1300 0.9245</w:t>
        <w:br/>
        <w:t>vn 0.3581 0.1301 0.9246</w:t>
        <w:br/>
        <w:t>vn 0.5526 0.0587 0.8314</w:t>
        <w:br/>
        <w:t>vn 0.5526 0.0588 0.8314</w:t>
        <w:br/>
        <w:t>vn 0.8082 0.0164 0.5887</w:t>
        <w:br/>
        <w:t>vn 0.6931 0.0271 0.7203</w:t>
        <w:br/>
        <w:t>vn 0.6931 0.0270 0.7203</w:t>
        <w:br/>
        <w:t>vn 0.9101 0.0272 0.4135</w:t>
        <w:br/>
        <w:t>vn 0.9101 0.0272 0.4136</w:t>
        <w:br/>
        <w:t>vn 0.9775 0.0785 0.1955</w:t>
        <w:br/>
        <w:t>vn 0.4443 -0.7848 -0.4321</w:t>
        <w:br/>
        <w:t>vn 0.3812 -0.6618 -0.6455</w:t>
        <w:br/>
        <w:t>vn 0.2543 -0.5209 -0.8148</w:t>
        <w:br/>
        <w:t>vn 0.0761 -0.3758 -0.9236</w:t>
        <w:br/>
        <w:t>vn -0.1359 -0.2407 -0.9610</w:t>
        <w:br/>
        <w:t>vn -0.3611 -0.1288 -0.9236</w:t>
        <w:br/>
        <w:t>vn -0.5774 -0.0511 -0.8148</w:t>
        <w:br/>
        <w:t>vn -0.7636 -0.0152 -0.6455</w:t>
        <w:br/>
        <w:t>vn -0.9015 -0.0245 -0.4321</w:t>
        <w:br/>
        <w:t>vn -0.9775 -0.0785 -0.1956</w:t>
        <w:br/>
        <w:t>vn -0.9844 -0.1713 0.0410</w:t>
        <w:br/>
        <w:t>vn -0.9212 -0.2942 0.2544</w:t>
        <w:br/>
        <w:t>vn -0.7944 -0.4352 0.4237</w:t>
        <w:br/>
        <w:t>vn -0.6162 -0.5803 0.5325</w:t>
        <w:br/>
        <w:t>vn -0.4041 -0.7154 0.5700</w:t>
        <w:br/>
        <w:t>vn -0.1819 -0.8260 0.5335</w:t>
        <w:br/>
        <w:t>vn -0.1816 -0.8261 0.5334</w:t>
        <w:br/>
        <w:t>vn 0.0122 -0.8979 0.4401</w:t>
        <w:br/>
        <w:t>vn 0.0122 -0.8979 0.4400</w:t>
        <w:br/>
        <w:t>vn 0.1510 -0.9326 0.3278</w:t>
        <w:br/>
        <w:t>vn 0.1510 -0.9326 0.3277</w:t>
        <w:br/>
        <w:t>vn 0.2657 -0.9440 0.1958</w:t>
        <w:br/>
        <w:t>vn 0.2656 -0.9440 0.1959</w:t>
        <w:br/>
        <w:t>vn 0.3701 -0.9287 0.0226</w:t>
        <w:br/>
        <w:t>vn 0.3701 -0.9287 0.0225</w:t>
        <w:br/>
        <w:t>vn 0.4375 -0.8777 -0.1955</w:t>
        <w:br/>
        <w:t>vn 0.4374 -0.8777 -0.1955</w:t>
        <w:br/>
        <w:t>vn -0.7174 -0.6589 -0.2263</w:t>
        <w:br/>
        <w:t>vn -0.6929 -0.7067 -0.1433</w:t>
        <w:br/>
        <w:t>vn -0.6435 -0.7615 -0.0774</w:t>
        <w:br/>
        <w:t>vn -0.5742 -0.8180 -0.0352</w:t>
        <w:br/>
        <w:t>vn -0.4917 -0.8705 -0.0205</w:t>
        <w:br/>
        <w:t>vn -0.4041 -0.9141 -0.0350</w:t>
        <w:br/>
        <w:t>vn -0.3200 -0.9442 -0.0775</w:t>
        <w:br/>
        <w:t>vn -0.2476 -0.9582 -0.1433</w:t>
        <w:br/>
        <w:t>vn -0.1939 -0.9546 -0.2263</w:t>
        <w:br/>
        <w:t>vn -0.1646 -0.9336 -0.3183</w:t>
        <w:br/>
        <w:t>vn -0.1645 -0.9336 -0.3183</w:t>
        <w:br/>
        <w:t>vn -0.1617 -0.8975 -0.4103</w:t>
        <w:br/>
        <w:t>vn -0.1862 -0.8497 -0.4933</w:t>
        <w:br/>
        <w:t>vn -0.2356 -0.7949 -0.5592</w:t>
        <w:br/>
        <w:t>vn -0.3049 -0.7384 -0.6015</w:t>
        <w:br/>
        <w:t>vn -0.3874 -0.6859 -0.6160</w:t>
        <w:br/>
        <w:t>vn -0.3874 -0.6858 -0.6160</w:t>
        <w:br/>
        <w:t>vn -0.4738 -0.6429 -0.6019</w:t>
        <w:br/>
        <w:t>vn -0.4736 -0.6430 -0.6019</w:t>
        <w:br/>
        <w:t>vn -0.5493 -0.6152 -0.5656</w:t>
        <w:br/>
        <w:t>vn -0.5494 -0.6152 -0.5655</w:t>
        <w:br/>
        <w:t>vn -0.6034 -0.6031 -0.5217</w:t>
        <w:br/>
        <w:t>vn -0.6480 -0.5990 -0.4704</w:t>
        <w:br/>
        <w:t>vn -0.6886 -0.6027 -0.4031</w:t>
        <w:br/>
        <w:t>vn -0.7148 -0.6227 -0.3183</w:t>
        <w:br/>
        <w:t>vn -0.6716 -0.3131 -0.6715</w:t>
        <w:br/>
        <w:t>vn 0.0001 -0.8133 -0.5818</w:t>
        <w:br/>
        <w:t>vn -0.4115 -0.8133 -0.4115</w:t>
        <w:br/>
        <w:t>vn 0.4115 -0.8133 -0.4114</w:t>
        <w:br/>
        <w:t>vn 0.9497 -0.3131 -0.0000</w:t>
        <w:br/>
        <w:t>vn 0.5819 -0.8132 0.0000</w:t>
        <w:br/>
        <w:t>vn 0.4115 -0.8133 0.4114</w:t>
        <w:br/>
        <w:t>vn -0.0000 -0.3131 0.9497</w:t>
        <w:br/>
        <w:t>vn -0.6716 -0.3131 0.6716</w:t>
        <w:br/>
        <w:t>vn -0.4115 -0.8133 0.4115</w:t>
        <w:br/>
        <w:t>vn -0.9497 -0.3131 -0.0000</w:t>
        <w:br/>
        <w:t>vn -0.5819 -0.8132 0.0000</w:t>
        <w:br/>
        <w:t>vn 0.0000 0.3131 -0.9497</w:t>
        <w:br/>
        <w:t>vn -0.6716 0.3131 -0.6715</w:t>
        <w:br/>
        <w:t>vn 0.6716 0.3131 -0.6716</w:t>
        <w:br/>
        <w:t>vn 0.9497 0.3131 -0.0000</w:t>
        <w:br/>
        <w:t>vn 0.6716 0.3131 0.6715</w:t>
        <w:br/>
        <w:t>vn -0.6716 0.3131 0.6715</w:t>
        <w:br/>
        <w:t>vn -0.9497 0.3130 -0.0001</w:t>
        <w:br/>
        <w:t>vn 0.0000 0.8133 -0.5818</w:t>
        <w:br/>
        <w:t>vn -0.4113 0.8133 -0.4115</w:t>
        <w:br/>
        <w:t>vn -0.0001 0.8133 -0.5819</w:t>
        <w:br/>
        <w:t>vn 0.4114 0.8133 -0.4114</w:t>
        <w:br/>
        <w:t>vn 0.5818 0.8134 0.0001</w:t>
        <w:br/>
        <w:t>vn 0.4114 0.8133 0.4114</w:t>
        <w:br/>
        <w:t>vn 0.0001 0.8132 0.5819</w:t>
        <w:br/>
        <w:t>vn -0.4113 0.8133 0.4115</w:t>
        <w:br/>
        <w:t>vn -0.5817 0.8134 -0.0000</w:t>
        <w:br/>
        <w:t>vn -0.0000 1.0000 0.0001</w:t>
        <w:br/>
        <w:t>vn 0.6351 0.5004 -0.5884</w:t>
        <w:br/>
        <w:t>vn 0.6042 0.5151 -0.6080</w:t>
        <w:br/>
        <w:t>vn 0.4018 0.5178 -0.7553</w:t>
        <w:br/>
        <w:t>vn 0.3037 0.5063 -0.8071</w:t>
        <w:br/>
        <w:t>vn 0.3038 0.5063 -0.8071</w:t>
        <w:br/>
        <w:t>vn 0.2300 0.4887 -0.8416</w:t>
        <w:br/>
        <w:t>vn 0.1962 0.4540 -0.8691</w:t>
        <w:br/>
        <w:t>vn 0.1910 0.4301 -0.8823</w:t>
        <w:br/>
        <w:t>vn 0.1911 0.4301 -0.8823</w:t>
        <w:br/>
        <w:t>vn 0.5146 0.5268 -0.6765</w:t>
        <w:br/>
        <w:t>vn 0.6903 -0.6299 -0.3560</w:t>
        <w:br/>
        <w:t>vn 0.6904 -0.6299 -0.3559</w:t>
        <w:br/>
        <w:t>vn 0.6829 -0.6427 -0.3472</w:t>
        <w:br/>
        <w:t>vn -0.3434 0.9386 0.0347</w:t>
        <w:br/>
        <w:t>vn -0.3434 0.9385 0.0346</w:t>
        <w:br/>
        <w:t>vn -0.3225 0.9456 0.0425</w:t>
        <w:br/>
        <w:t>vn 0.7170 -0.5730 -0.3969</w:t>
        <w:br/>
        <w:t>vn 0.7333 -0.5398 -0.4133</w:t>
        <w:br/>
        <w:t>vn 0.7170 -0.5730 -0.3968</w:t>
        <w:br/>
        <w:t>vn -0.5495 0.8326 -0.0698</w:t>
        <w:br/>
        <w:t>vn -0.5496 0.8325 -0.0698</w:t>
        <w:br/>
        <w:t>vn -0.4771 0.8779 -0.0421</w:t>
        <w:br/>
        <w:t>vn -0.4770 0.8779 -0.0420</w:t>
        <w:br/>
        <w:t>vn 0.7520 -0.5089 -0.4190</w:t>
        <w:br/>
        <w:t>vn -0.6099 0.7871 -0.0922</w:t>
        <w:br/>
        <w:t>vn 0.7735 -0.4831 -0.4103</w:t>
        <w:br/>
        <w:t>vn -0.6550 0.7462 -0.1189</w:t>
        <w:br/>
        <w:t>vn 0.7849 -0.4715 -0.4021</w:t>
        <w:br/>
        <w:t>vn -0.6736 0.7268 -0.1343</w:t>
        <w:br/>
        <w:t>vn 0.7035 -0.6032 -0.3757</w:t>
        <w:br/>
        <w:t>vn 0.7035 -0.6032 -0.3758</w:t>
        <w:br/>
        <w:t>vn -0.4014 0.9159 0.0008</w:t>
        <w:br/>
        <w:t>vn -0.4015 0.9159 0.0009</w:t>
        <w:br/>
        <w:t>vn 0.4144 -0.8138 -0.4074</w:t>
        <w:br/>
        <w:t>vn 0.4145 -0.8138 -0.4073</w:t>
        <w:br/>
        <w:t>vn -0.0004 -0.9112 -0.4121</w:t>
        <w:br/>
        <w:t>vn -0.0005 -0.9111 -0.4121</w:t>
        <w:br/>
        <w:t>vn -0.4153 -0.8137 -0.4068</w:t>
        <w:br/>
        <w:t>vn -0.4152 -0.8137 -0.4067</w:t>
        <w:br/>
        <w:t>vn -0.7364 -0.5566 -0.3845</w:t>
        <w:br/>
        <w:t>vn -0.7365 -0.5566 -0.3844</w:t>
        <w:br/>
        <w:t>vn -0.9372 -0.0979 -0.3347</w:t>
        <w:br/>
        <w:t>vn -0.9372 -0.0979 -0.3348</w:t>
        <w:br/>
        <w:t>vn -0.9390 0.2101 -0.2723</w:t>
        <w:br/>
        <w:t>vn -0.9390 0.2101 -0.2722</w:t>
        <w:br/>
        <w:t>vn 0.7361 -0.5567 -0.3850</w:t>
        <w:br/>
        <w:t>vn 0.9371 -0.0980 -0.3351</w:t>
        <w:br/>
        <w:t>vn 0.9371 -0.0980 -0.3350</w:t>
        <w:br/>
        <w:t>vn 0.9389 0.2101 -0.2726</w:t>
        <w:br/>
        <w:t>vn 0.0000 0.9831 -0.1830</w:t>
        <w:br/>
        <w:t>vn 0.0000 0.9831 -0.1831</w:t>
        <w:br/>
        <w:t>vn 0.0000 0.9831 -0.1829</w:t>
        <w:br/>
        <w:t>vn 0.0000 0.0849 -0.9964</w:t>
        <w:br/>
        <w:t>vn 0.0232 0.4801 0.8769</w:t>
        <w:br/>
        <w:t>vn -0.0440 0.4093 0.9113</w:t>
        <w:br/>
        <w:t>vn -0.1112 0.3859 0.9158</w:t>
        <w:br/>
        <w:t>vn -0.0201 0.5206 0.8536</w:t>
        <w:br/>
        <w:t>vn 0.2448 0.5104 0.8244</w:t>
        <w:br/>
        <w:t>vn 0.1353 0.6039 0.7855</w:t>
        <w:br/>
        <w:t>vn 0.2179 0.6228 0.7514</w:t>
        <w:br/>
        <w:t>vn 0.3411 0.4856 0.8049</w:t>
        <w:br/>
        <w:t>vn 0.1345 0.5362 0.8333</w:t>
        <w:br/>
        <w:t>vn 0.0739 0.5752 0.8147</w:t>
        <w:br/>
        <w:t>vn 0.0287 -0.2402 0.9703</w:t>
        <w:br/>
        <w:t>vn 0.0598 -0.2069 0.9765</w:t>
        <w:br/>
        <w:t>vn 0.0498 -0.1896 0.9806</w:t>
        <w:br/>
        <w:t>vn 0.0321 -0.2036 0.9785</w:t>
        <w:br/>
        <w:t>vn 0.0382 -0.1919 0.9807</w:t>
        <w:br/>
        <w:t>vn 0.0415 -0.1999 0.9789</w:t>
        <w:br/>
        <w:t>vn 0.0160 -0.1894 0.9818</w:t>
        <w:br/>
        <w:t>vn 0.0063 -0.1945 0.9809</w:t>
        <w:br/>
        <w:t>vn 0.0524 -0.1322 0.9898</w:t>
        <w:br/>
        <w:t>vn 0.0486 -0.1059 0.9932</w:t>
        <w:br/>
        <w:t>vn 0.3174 0.6212 0.7165</w:t>
        <w:br/>
        <w:t>vn 0.3431 0.6351 0.6921</w:t>
        <w:br/>
        <w:t>vn 0.3839 0.5354 0.7523</w:t>
        <w:br/>
        <w:t>vn 0.3797 0.5079 0.7732</w:t>
        <w:br/>
        <w:t>vn 0.3759 0.6819 0.6275</w:t>
        <w:br/>
        <w:t>vn 0.3867 0.6655 0.6384</w:t>
        <w:br/>
        <w:t>vn 0.3764 0.6002 0.7058</w:t>
        <w:br/>
        <w:t>vn 0.3582 0.6621 0.6583</w:t>
        <w:br/>
        <w:t>vn 0.3956 0.6922 0.6036</w:t>
        <w:br/>
        <w:t>vn 0.4267 0.6791 0.5973</w:t>
        <w:br/>
        <w:t>vn 0.3744 0.4895 0.7875</w:t>
        <w:br/>
        <w:t>vn 0.2738 0.6380 0.7197</w:t>
        <w:br/>
        <w:t>vn 0.1326 -0.0103 0.9911</w:t>
        <w:br/>
        <w:t>vn 0.1402 -0.0454 0.9891</w:t>
        <w:br/>
        <w:t>vn 0.1849 0.0062 0.9827</w:t>
        <w:br/>
        <w:t>vn 0.1689 0.0269 0.9853</w:t>
        <w:br/>
        <w:t>vn 0.2027 0.0708 0.9767</w:t>
        <w:br/>
        <w:t>vn 0.2216 0.0577 0.9734</w:t>
        <w:br/>
        <w:t>vn 0.2608 0.1355 0.9558</w:t>
        <w:br/>
        <w:t>vn 0.2299 0.1419 0.9628</w:t>
        <w:br/>
        <w:t>vn 0.3845 0.3608 0.8497</w:t>
        <w:br/>
        <w:t>vn 0.3022 0.2865 0.9092</w:t>
        <w:br/>
        <w:t>vn 0.3484 0.2395 0.9062</w:t>
        <w:br/>
        <w:t>vn 0.4366 0.2971 0.8492</w:t>
        <w:br/>
        <w:t>vn 0.4184 0.5133 0.7493</w:t>
        <w:br/>
        <w:t>vn 0.4050 0.4181 0.8131</w:t>
        <w:br/>
        <w:t>vn 0.4633 0.3413 0.8178</w:t>
        <w:br/>
        <w:t>vn 0.4793 0.4461 0.7558</w:t>
        <w:br/>
        <w:t>vn 0.4232 0.6074 0.6723</w:t>
        <w:br/>
        <w:t>vn 0.4770 0.5756 0.6642</w:t>
        <w:br/>
        <w:t>vn 0.4139 0.6698 0.6165</w:t>
        <w:br/>
        <w:t>vn 0.4537 0.6542 0.6052</w:t>
        <w:br/>
        <w:t>vn -0.8286 0.5053 -0.2412</w:t>
        <w:br/>
        <w:t>vn -0.8185 0.5106 -0.2633</w:t>
        <w:br/>
        <w:t>vn -0.4759 -0.8213 0.3146</w:t>
        <w:br/>
        <w:t>vn -0.4759 -0.8213 0.3145</w:t>
        <w:br/>
        <w:t>vn -0.4759 -0.8213 0.3147</w:t>
        <w:br/>
        <w:t>vn -0.6415 0.7426 -0.1925</w:t>
        <w:br/>
        <w:t>vn -0.7559 0.6323 -0.1697</w:t>
        <w:br/>
        <w:t>vn -0.8217 0.5347 -0.1970</w:t>
        <w:br/>
        <w:t>vn 0.0783 -0.9689 -0.2346</w:t>
        <w:br/>
        <w:t>vn 0.4529 -0.8694 -0.1976</w:t>
        <w:br/>
        <w:t>vn 0.4529 -0.8694 -0.1975</w:t>
        <w:br/>
        <w:t>vn 0.7618 -0.6306 -0.1482</w:t>
        <w:br/>
        <w:t>vn 0.9109 -0.3981 -0.1081</w:t>
        <w:br/>
        <w:t>vn 0.9109 -0.3982 -0.1081</w:t>
        <w:br/>
        <w:t>vn 0.7105 -0.6937 -0.1184</w:t>
        <w:br/>
        <w:t>vn -0.2428 0.8694 -0.4303</w:t>
        <w:br/>
        <w:t>vn -0.3904 0.8537 -0.3446</w:t>
        <w:br/>
        <w:t>vn -0.1224 0.8419 -0.5256</w:t>
        <w:br/>
        <w:t>vn -0.0891 0.8166 -0.5703</w:t>
        <w:br/>
        <w:t>vn 0.9114 -0.2539 -0.3238</w:t>
        <w:br/>
        <w:t>vn 0.9105 -0.1843 -0.3701</w:t>
        <w:br/>
        <w:t>vn -0.5147 0.8151 -0.2659</w:t>
        <w:br/>
        <w:t>vn 0.4221 -0.8998 -0.1107</w:t>
        <w:br/>
        <w:t>vn 0.6310 -0.7710 -0.0857</w:t>
        <w:br/>
        <w:t>vn 0.8180 -0.5593 -0.1344</w:t>
        <w:br/>
        <w:t>vn 0.9100 -0.3502 -0.2221</w:t>
        <w:br/>
        <w:t>vn 0.8112 -0.5749 -0.1072</w:t>
        <w:br/>
        <w:t>vn 0.6137 -0.7885 0.0421</w:t>
        <w:br/>
        <w:t>vn 0.6136 -0.7885 0.0421</w:t>
        <w:br/>
        <w:t>vn 0.6554 -0.7552 0.0103</w:t>
        <w:br/>
        <w:t>vn 0.6554 -0.7552 0.0104</w:t>
        <w:br/>
        <w:t>vn 0.7390 -0.6699 -0.0724</w:t>
        <w:br/>
        <w:t>vn 0.8409 -0.5061 -0.1916</w:t>
        <w:br/>
        <w:t>vn 0.8924 -0.3644 -0.2663</w:t>
        <w:br/>
        <w:t>vn 0.8924 -0.3643 -0.2665</w:t>
        <w:br/>
        <w:t>vn -0.9505 -0.2617 0.1675</w:t>
        <w:br/>
        <w:t>vn -0.9469 -0.2356 0.2187</w:t>
        <w:br/>
        <w:t>vn -0.9287 -0.1883 0.3194</w:t>
        <w:br/>
        <w:t>vn -0.9288 -0.1883 0.3193</w:t>
        <w:br/>
        <w:t>vn 0.9536 0.2748 0.1225</w:t>
        <w:br/>
        <w:t>vn 0.9289 0.3558 0.1023</w:t>
        <w:br/>
        <w:t>vn 0.9289 0.3558 0.1024</w:t>
        <w:br/>
        <w:t>vn 0.9536 0.2749 0.1225</w:t>
        <w:br/>
        <w:t>vn 0.9846 0.1383 0.1071</w:t>
        <w:br/>
        <w:t>vn -0.9103 -0.2053 0.3595</w:t>
        <w:br/>
        <w:t>vn -0.8943 -0.2505 0.3707</w:t>
        <w:br/>
        <w:t>vn 0.9556 -0.2624 0.1342</w:t>
        <w:br/>
        <w:t>vn 0.9957 -0.0306 0.0876</w:t>
        <w:br/>
        <w:t>vn 0.8820 -0.4635 0.0848</w:t>
        <w:br/>
        <w:t>vn 0.8377 -0.5339 0.1152</w:t>
        <w:br/>
        <w:t>vn 0.9809 0.0583 0.1858</w:t>
        <w:br/>
        <w:t>vn 0.9885 -0.0188 0.1499</w:t>
        <w:br/>
        <w:t>vn -0.8331 -0.3439 0.4332</w:t>
        <w:br/>
        <w:t>vn -0.7754 -0.4583 0.4345</w:t>
        <w:br/>
        <w:t>vn 0.9566 -0.1876 0.2229</w:t>
        <w:br/>
        <w:t>vn -0.6373 -0.6967 0.3293</w:t>
        <w:br/>
        <w:t>vn -0.6373 -0.6967 0.3294</w:t>
        <w:br/>
        <w:t>vn 0.6659 -0.7439 -0.0564</w:t>
        <w:br/>
        <w:t>vn 0.2386 -0.9694 0.0581</w:t>
        <w:br/>
        <w:t>vn 0.2387 -0.9694 0.0581</w:t>
        <w:br/>
        <w:t>vn 0.9653 -0.1888 0.1802</w:t>
        <w:br/>
        <w:t>vn 0.9241 -0.2702 0.2702</w:t>
        <w:br/>
        <w:t>vn 0.9364 -0.3509 -0.0096</w:t>
        <w:br/>
        <w:t>vn -0.2397 -0.9520 0.1905</w:t>
        <w:br/>
        <w:t>vn -0.2396 -0.9520 0.1904</w:t>
        <w:br/>
        <w:t>vn 0.0392 -0.2589 0.9651</w:t>
        <w:br/>
        <w:t>vn 0.0355 -0.2165 0.9756</w:t>
        <w:br/>
        <w:t>vn -0.0845 -0.9646 -0.2499</w:t>
        <w:br/>
        <w:t>vn 0.4255 0.3854 -0.8188</w:t>
        <w:br/>
        <w:t>vn 0.7195 0.0121 -0.6944</w:t>
        <w:br/>
        <w:t>vn 0.6342 -0.1055 -0.7660</w:t>
        <w:br/>
        <w:t>vn 0.3298 0.2476 -0.9110</w:t>
        <w:br/>
        <w:t>vn 0.4833 0.5912 -0.6457</w:t>
        <w:br/>
        <w:t>vn 0.4298 0.6913 -0.5809</w:t>
        <w:br/>
        <w:t>vn 0.3040 0.8945 -0.3279</w:t>
        <w:br/>
        <w:t>vn 0.4989 0.6511 -0.5720</w:t>
        <w:br/>
        <w:t>vn -0.3191 0.4353 -0.8418</w:t>
        <w:br/>
        <w:t>vn 0.0420 0.2814 -0.9587</w:t>
        <w:br/>
        <w:t>vn -0.0533 -0.5023 -0.8631</w:t>
        <w:br/>
        <w:t>vn -0.3539 -0.1277 -0.9265</w:t>
        <w:br/>
        <w:t>vn -0.0439 0.6866 -0.7257</w:t>
        <w:br/>
        <w:t>vn 0.2213 -0.7609 -0.6100</w:t>
        <w:br/>
        <w:t>vn -0.0533 -0.5023 -0.8630</w:t>
        <w:br/>
        <w:t>vn 0.2599 -0.7590 -0.5970</w:t>
        <w:br/>
        <w:t>vn 0.3669 -0.5490 -0.7510</w:t>
        <w:br/>
        <w:t>vn 0.3894 -0.3320 -0.8592</w:t>
        <w:br/>
        <w:t>vn 0.7369 -0.6107 -0.2899</w:t>
        <w:br/>
        <w:t>vn 0.8106 -0.4680 -0.3519</w:t>
        <w:br/>
        <w:t>vn 0.5882 0.0146 -0.8086</w:t>
        <w:br/>
        <w:t>vn 0.7908 -0.0138 -0.6119</w:t>
        <w:br/>
        <w:t>vn 0.8295 -0.4474 -0.3344</w:t>
        <w:br/>
        <w:t>vn 0.3912 0.2982 -0.8707</w:t>
        <w:br/>
        <w:t>vn 0.3929 0.4939 -0.7757</w:t>
        <w:br/>
        <w:t>vn 0.3912 0.2981 -0.8707</w:t>
        <w:br/>
        <w:t>vn 0.0204 0.9977 0.0644</w:t>
        <w:br/>
        <w:t>vn 0.2956 0.9111 -0.2872</w:t>
        <w:br/>
        <w:t>vn 0.0205 0.9977 0.0644</w:t>
        <w:br/>
        <w:t>vn 0.0410 0.9949 0.0921</w:t>
        <w:br/>
        <w:t>vn 0.0409 0.9949 0.0921</w:t>
        <w:br/>
        <w:t>vn 0.9321 -0.2973 -0.2067</w:t>
        <w:br/>
        <w:t>vn 0.9429 -0.2843 -0.1733</w:t>
        <w:br/>
        <w:t>vn 0.8811 -0.3802 -0.2812</w:t>
        <w:br/>
        <w:t>vn 0.8901 -0.0905 -0.4468</w:t>
        <w:br/>
        <w:t>vn 0.3695 0.2559 -0.8933</w:t>
        <w:br/>
        <w:t>vn 0.5373 0.4283 -0.7266</w:t>
        <w:br/>
        <w:t>vn -0.5174 0.8240 -0.2307</w:t>
        <w:br/>
        <w:t>vn -0.5174 0.8241 -0.2307</w:t>
        <w:br/>
        <w:t>vn -0.5723 0.7602 -0.3075</w:t>
        <w:br/>
        <w:t>vn -0.4974 0.8572 -0.1331</w:t>
        <w:br/>
        <w:t>vn -0.4974 0.8573 -0.1331</w:t>
        <w:br/>
        <w:t>vn -0.4942 0.8677 -0.0545</w:t>
        <w:br/>
        <w:t>vn -0.4942 0.8676 -0.0545</w:t>
        <w:br/>
        <w:t>vn 0.6690 0.6582 -0.3452</w:t>
        <w:br/>
        <w:t>vn 0.6509 0.6186 -0.4400</w:t>
        <w:br/>
        <w:t>vn 0.6241 0.5724 -0.5318</w:t>
        <w:br/>
        <w:t>vn -0.6521 0.6739 -0.3473</w:t>
        <w:br/>
        <w:t>vn -0.2613 -0.3890 -0.8834</w:t>
        <w:br/>
        <w:t>vn -0.0956 -0.2357 -0.9671</w:t>
        <w:br/>
        <w:t>vn -0.0957 -0.2357 -0.9671</w:t>
        <w:br/>
        <w:t>vn 0.7320 -0.6466 -0.2146</w:t>
        <w:br/>
        <w:t>vn 0.7256 -0.6551 -0.2105</w:t>
        <w:br/>
        <w:t>vn 0.7256 -0.6552 -0.2105</w:t>
        <w:br/>
        <w:t>vn -0.3622 -0.4928 -0.7911</w:t>
        <w:br/>
        <w:t>vn -0.1626 -0.2853 -0.9445</w:t>
        <w:br/>
        <w:t>vn -0.5366 0.0366 -0.8431</w:t>
        <w:br/>
        <w:t>vn -0.7129 -0.1414 -0.6868</w:t>
        <w:br/>
        <w:t>vn 0.3322 0.4002 -0.8541</w:t>
        <w:br/>
        <w:t>vn 0.0463 0.5513 -0.8330</w:t>
        <w:br/>
        <w:t>vn -0.2318 0.4197 -0.8776</w:t>
        <w:br/>
        <w:t>vn 0.2657 0.2629 -0.9275</w:t>
        <w:br/>
        <w:t>vn 0.7175 -0.6604 -0.2214</w:t>
        <w:br/>
        <w:t>vn 0.6599 -0.7326 -0.1665</w:t>
        <w:br/>
        <w:t>vn 0.6651 -0.7165 -0.2104</w:t>
        <w:br/>
        <w:t>vn -0.5544 -0.6476 -0.5228</w:t>
        <w:br/>
        <w:t>vn -0.4322 -0.5345 -0.7263</w:t>
        <w:br/>
        <w:t>vn -0.9174 0.3399 -0.2068</w:t>
        <w:br/>
        <w:t>vn -0.9174 0.3400 -0.2068</w:t>
        <w:br/>
        <w:t>vn -0.9455 0.3018 -0.1222</w:t>
        <w:br/>
        <w:t>vn -0.9456 0.3015 -0.1224</w:t>
        <w:br/>
        <w:t>vn -0.9569 0.2863 -0.0476</w:t>
        <w:br/>
        <w:t>vn -0.9569 0.2865 -0.0476</w:t>
        <w:br/>
        <w:t>vn -0.9600 0.2793 0.0200</w:t>
        <w:br/>
        <w:t>vn -0.9600 0.2793 0.0201</w:t>
        <w:br/>
        <w:t>vn -0.8646 0.4084 -0.2928</w:t>
        <w:br/>
        <w:t>vn -0.7926 0.5030 -0.3447</w:t>
        <w:br/>
        <w:t>vn -0.6358 -0.7202 -0.2775</w:t>
        <w:br/>
        <w:t>vn -0.6654 -0.7465 -0.0007</w:t>
        <w:br/>
        <w:t>vn -0.6359 -0.7202 -0.2775</w:t>
        <w:br/>
        <w:t>vn -0.5573 -0.6478 0.5194</w:t>
        <w:br/>
        <w:t>vn -0.6343 -0.7222 0.2759</w:t>
        <w:br/>
        <w:t>vn 0.6753 -0.7265 0.1270</w:t>
        <w:br/>
        <w:t>vn 0.6841 -0.7093 0.1699</w:t>
        <w:br/>
        <w:t>vn 0.6548 -0.7524 0.0723</w:t>
        <w:br/>
        <w:t>vn 0.6326 -0.7629 -0.1334</w:t>
        <w:br/>
        <w:t>vn 0.6544 -0.7562 -0.0006</w:t>
        <w:br/>
        <w:t>vn 0.6442 -0.7644 -0.0260</w:t>
        <w:br/>
        <w:t>vn -0.4611 0.8225 -0.3329</w:t>
        <w:br/>
        <w:t>vn -0.5152 0.7907 -0.3307</w:t>
        <w:br/>
        <w:t>vn -0.4889 0.7653 -0.4185</w:t>
        <w:br/>
        <w:t>vn -0.4889 0.7654 -0.4185</w:t>
        <w:br/>
        <w:t>vn -0.5552 0.6360 -0.5359</w:t>
        <w:br/>
        <w:t>vn -0.5110 0.0529 -0.8579</w:t>
        <w:br/>
        <w:t>vn -0.6656 -0.1066 -0.7387</w:t>
        <w:br/>
        <w:t>vn -0.8533 -0.2479 -0.4587</w:t>
        <w:br/>
        <w:t>vn -0.9454 0.2063 -0.2523</w:t>
        <w:br/>
        <w:t>vn -0.9687 0.2045 -0.1407</w:t>
        <w:br/>
        <w:t>vn -0.9725 0.2126 -0.0954</w:t>
        <w:br/>
        <w:t>vn -0.5391 -0.6872 -0.4870</w:t>
        <w:br/>
        <w:t>vn -0.4185 -0.5719 -0.7056</w:t>
        <w:br/>
        <w:t>vn 0.0344 -0.7772 -0.6283</w:t>
        <w:br/>
        <w:t>vn -0.0785 -0.8919 -0.4453</w:t>
        <w:br/>
        <w:t>vn -0.3232 -0.9064 -0.2722</w:t>
        <w:br/>
        <w:t>vn -0.6311 -0.7757 0.0006</w:t>
        <w:br/>
        <w:t>vn -0.6100 -0.7559 -0.2376</w:t>
        <w:br/>
        <w:t>vn 0.3670 -0.9245 -0.1025</w:t>
        <w:br/>
        <w:t>vn 0.6644 -0.7373 -0.1220</w:t>
        <w:br/>
        <w:t>vn 0.7235 -0.6903 -0.0129</w:t>
        <w:br/>
        <w:t>vn 0.3700 -0.9289 -0.0127</w:t>
        <w:br/>
        <w:t>vn 0.7381 -0.6563 -0.1563</w:t>
        <w:br/>
        <w:t>vn -0.6098 -0.7561 0.2376</w:t>
        <w:br/>
        <w:t>vn -0.1404 -0.9639 0.2261</w:t>
        <w:br/>
        <w:t>vn -0.0878 -0.8957 0.4359</w:t>
        <w:br/>
        <w:t>vn -0.5390 -0.6885 0.4852</w:t>
        <w:br/>
        <w:t>vn 0.6427 -0.7598 0.0984</w:t>
        <w:br/>
        <w:t>vn 0.0197 -0.7766 0.6297</w:t>
        <w:br/>
        <w:t>vn -0.4203 -0.5761 0.7010</w:t>
        <w:br/>
        <w:t>vn 0.6389 -0.7290 0.2458</w:t>
        <w:br/>
        <w:t>vn -0.9754 0.2132 -0.0566</w:t>
        <w:br/>
        <w:t>vn -0.9734 0.2283 0.0199</w:t>
        <w:br/>
        <w:t>vn -0.9691 0.2170 0.1174</w:t>
        <w:br/>
        <w:t>vn -0.9721 0.2184 0.0859</w:t>
        <w:br/>
        <w:t>vn -0.9654 0.2105 0.1538</w:t>
        <w:br/>
        <w:t>vn 0.2857 -0.4985 -0.8184</w:t>
        <w:br/>
        <w:t>vn 0.1567 -0.6377 -0.7542</w:t>
        <w:br/>
        <w:t>vn 0.5361 -0.2426 -0.8085</w:t>
        <w:br/>
        <w:t>vn 0.2041 0.0871 -0.9751</w:t>
        <w:br/>
        <w:t>vn 0.7725 -0.4698 -0.4273</w:t>
        <w:br/>
        <w:t>vn 0.7177 -0.5503 -0.4267</w:t>
        <w:br/>
        <w:t>vn 0.7388 -0.5423 -0.4000</w:t>
        <w:br/>
        <w:t>vn 0.7601 -0.5886 -0.2753</w:t>
        <w:br/>
        <w:t>vn 0.7796 -0.6162 -0.1114</w:t>
        <w:br/>
        <w:t>vn 0.8966 -0.2996 -0.3262</w:t>
        <w:br/>
        <w:t>vn 0.8966 -0.2997 -0.3262</w:t>
        <w:br/>
        <w:t>vn 0.9427 -0.2611 -0.2075</w:t>
        <w:br/>
        <w:t>vn 0.9427 -0.2612 -0.2074</w:t>
        <w:br/>
        <w:t>vn 0.8398 -0.3627 -0.4040</w:t>
        <w:br/>
        <w:t>vn 0.7724 -0.4698 -0.4273</w:t>
        <w:br/>
        <w:t>vn 0.3104 0.9401 -0.1408</w:t>
        <w:br/>
        <w:t>vn 0.5466 0.7823 -0.2987</w:t>
        <w:br/>
        <w:t>vn 0.9424 -0.2559 0.2156</w:t>
        <w:br/>
        <w:t>vn 0.8566 -0.0584 0.5127</w:t>
        <w:br/>
        <w:t>vn 0.8971 -0.3132 0.3115</w:t>
        <w:br/>
        <w:t>vn 0.9424 -0.2558 0.2156</w:t>
        <w:br/>
        <w:t>vn 0.5027 0.7338 0.4569</w:t>
        <w:br/>
        <w:t>vn 0.5457 0.7831 0.2982</w:t>
        <w:br/>
        <w:t>vn 0.3080 0.9406 0.1430</w:t>
        <w:br/>
        <w:t>vn 0.3058 0.8969 0.3194</w:t>
        <w:br/>
        <w:t>vn 0.4908 0.5995 0.6322</w:t>
        <w:br/>
        <w:t>vn 0.4337 0.6936 0.5752</w:t>
        <w:br/>
        <w:t>vn -0.5192 0.7814 0.3462</w:t>
        <w:br/>
        <w:t>vn -0.5612 0.7641 0.3182</w:t>
        <w:br/>
        <w:t>vn -0.5887 0.6150 0.5245</w:t>
        <w:br/>
        <w:t>vn -0.5888 0.6150 0.5246</w:t>
        <w:br/>
        <w:t>vn -0.5057 0.7464 0.4327</w:t>
        <w:br/>
        <w:t>vn -0.2727 0.7362 0.6193</w:t>
        <w:br/>
        <w:t>vn -0.7895 0.3422 0.5095</w:t>
        <w:br/>
        <w:t>vn -0.6825 0.4775 0.5534</w:t>
        <w:br/>
        <w:t>vn -0.4067 0.1891 0.8938</w:t>
        <w:br/>
        <w:t>vn -0.5547 0.0275 0.8316</w:t>
        <w:br/>
        <w:t>vn -0.1747 -0.2958 0.9392</w:t>
        <w:br/>
        <w:t>vn -0.0190 -0.1514 0.9883</w:t>
        <w:br/>
        <w:t>vn 0.1640 0.0798 0.9832</w:t>
        <w:br/>
        <w:t>vn 0.2783 0.2644 0.9234</w:t>
        <w:br/>
        <w:t>vn 0.2757 0.3905 0.8784</w:t>
        <w:br/>
        <w:t>vn 0.3243 0.2239 0.9191</w:t>
        <w:br/>
        <w:t>vn 0.2120 0.0831 0.9737</w:t>
        <w:br/>
        <w:t>vn 0.5822 -0.2702 0.7669</w:t>
        <w:br/>
        <w:t>vn 0.6243 -0.1275 0.7707</w:t>
        <w:br/>
        <w:t>vn 0.7697 -0.4504 0.4524</w:t>
        <w:br/>
        <w:t>vn 0.4302 0.3829 0.8175</w:t>
        <w:br/>
        <w:t>vn 0.6261 0.1198 0.7705</w:t>
        <w:br/>
        <w:t>vn 0.8681 -0.3657 0.3356</w:t>
        <w:br/>
        <w:t>vn 0.8343 -0.4056 0.3733</w:t>
        <w:br/>
        <w:t>vn 0.4703 -0.3761 0.7984</w:t>
        <w:br/>
        <w:t>vn 0.0732 -0.0678 0.9950</w:t>
        <w:br/>
        <w:t>vn -0.1111 -0.2623 0.9586</w:t>
        <w:br/>
        <w:t>vn 0.2781 -0.4899 0.8262</w:t>
        <w:br/>
        <w:t>vn -0.0507 -0.4872 0.8718</w:t>
        <w:br/>
        <w:t>vn -0.0486 0.2164 0.9751</w:t>
        <w:br/>
        <w:t>vn -0.3550 -0.1225 0.9268</w:t>
        <w:br/>
        <w:t>vn 0.2319 -0.7472 0.6228</w:t>
        <w:br/>
        <w:t>vn 0.2319 -0.7473 0.6228</w:t>
        <w:br/>
        <w:t>vn 0.3968 0.5007 0.7693</w:t>
        <w:br/>
        <w:t>vn 0.5061 -0.6911 0.5160</w:t>
        <w:br/>
        <w:t>vn 0.4053 -0.3205 0.8562</w:t>
        <w:br/>
        <w:t>vn 0.3357 0.2286 0.9138</w:t>
        <w:br/>
        <w:t>vn 0.3966 0.3084 0.8647</w:t>
        <w:br/>
        <w:t>vn 0.2681 0.5095 0.8176</w:t>
        <w:br/>
        <w:t>vn 0.2757 0.3904 0.8784</w:t>
        <w:br/>
        <w:t>vn -0.0486 0.2163 0.9751</w:t>
        <w:br/>
        <w:t>vn 0.3075 0.9410 0.1417</w:t>
        <w:br/>
        <w:t>vn 0.2941 0.9101 0.2919</w:t>
        <w:br/>
        <w:t>vn 0.0152 0.9959 -0.0892</w:t>
        <w:br/>
        <w:t>vn 0.0305 0.9919 -0.1236</w:t>
        <w:br/>
        <w:t>vn 0.0306 0.9919 -0.1236</w:t>
        <w:br/>
        <w:t>vn 0.8022 -0.5117 0.3075</w:t>
        <w:br/>
        <w:t>vn 0.7945 -0.5230 0.3087</w:t>
        <w:br/>
        <w:t>vn 0.7947 -0.5229 0.3084</w:t>
        <w:br/>
        <w:t>vn 0.8022 -0.5118 0.3075</w:t>
        <w:br/>
        <w:t>vn 0.8596 -0.4305 0.2751</w:t>
        <w:br/>
        <w:t>vn 0.9406 -0.3083 0.1420</w:t>
        <w:br/>
        <w:t>vn 0.9268 -0.3296 0.1803</w:t>
        <w:br/>
        <w:t>vn 0.8819 -0.3942 0.2586</w:t>
        <w:br/>
        <w:t>vn 0.8398 -0.4533 0.2989</w:t>
        <w:br/>
        <w:t>vn 0.9580 -0.2692 0.0990</w:t>
        <w:br/>
        <w:t>vn 0.6708 0.6600 0.3383</w:t>
        <w:br/>
        <w:t>vn 0.6863 0.7083 0.1651</w:t>
        <w:br/>
        <w:t>vn 0.6864 0.7082 0.1651</w:t>
        <w:br/>
        <w:t>vn 0.6709 0.6599 0.3383</w:t>
        <w:br/>
        <w:t>vn 0.6276 0.5657 0.5349</w:t>
        <w:br/>
        <w:t>vn -0.4899 0.8631 0.1226</w:t>
        <w:br/>
        <w:t>vn -0.4812 0.8734 0.0751</w:t>
        <w:br/>
        <w:t>vn -0.4811 0.8734 0.0752</w:t>
        <w:br/>
        <w:t>vn -0.4900 0.8630 0.1228</w:t>
        <w:br/>
        <w:t>vn -0.4798 0.8764 0.0415</w:t>
        <w:br/>
        <w:t>vn 0.6845 0.7070 -0.1780</w:t>
        <w:br/>
        <w:t>vn 0.9560 -0.2593 -0.1371</w:t>
        <w:br/>
        <w:t>vn -0.8048 0.4863 0.3404</w:t>
        <w:br/>
        <w:t>vn -0.7238 0.5861 0.3642</w:t>
        <w:br/>
        <w:t>vn -0.9143 0.3449 0.2122</w:t>
        <w:br/>
        <w:t>vn -0.9396 0.3099 0.1453</w:t>
        <w:br/>
        <w:t>vn -0.0870 -0.2403 0.9668</w:t>
        <w:br/>
        <w:t>vn -0.0870 -0.2404 0.9668</w:t>
        <w:br/>
        <w:t>vn 0.0738 -0.0272 0.9969</w:t>
        <w:br/>
        <w:t>vn 0.0739 -0.0272 0.9969</w:t>
        <w:br/>
        <w:t>vn -0.6546 0.6749 0.3406</w:t>
        <w:br/>
        <w:t>vn -0.6546 0.6748 0.3407</w:t>
        <w:br/>
        <w:t>vn 0.3121 0.9405 -0.1346</w:t>
        <w:br/>
        <w:t>vn -0.9535 0.2902 0.0816</w:t>
        <w:br/>
        <w:t>vn -0.6619 -0.7496 0.0035</w:t>
        <w:br/>
        <w:t>vn -0.5857 -0.6928 -0.4206</w:t>
        <w:br/>
        <w:t>vn -0.6031 -0.6921 -0.3966</w:t>
        <w:br/>
        <w:t>vn 0.7048 -0.6822 0.1946</w:t>
        <w:br/>
        <w:t>vn 0.7458 -0.6252 0.2300</w:t>
        <w:br/>
        <w:t>vn 0.7602 -0.5825 0.2877</w:t>
        <w:br/>
        <w:t>vn -0.4892 0.8721 -0.0097</w:t>
        <w:br/>
        <w:t>vn -0.5201 0.8326 0.1904</w:t>
        <w:br/>
        <w:t>vn 0.5533 0.4491 0.7016</w:t>
        <w:br/>
        <w:t>vn 0.4981 -0.3242 0.8042</w:t>
        <w:br/>
        <w:t>vn 0.3689 -0.5144 0.7742</w:t>
        <w:br/>
        <w:t>vn -0.8547 -0.2499 0.4551</w:t>
        <w:br/>
        <w:t>vn -0.9464 0.2065 0.2483</w:t>
        <w:br/>
        <w:t>vn 0.2519 0.1551 0.9552</w:t>
        <w:br/>
        <w:t>vn -0.4399 -0.5307 0.7244</w:t>
        <w:br/>
        <w:t>vn -0.4399 -0.5307 0.7245</w:t>
        <w:br/>
        <w:t>vn 0.5797 0.0730 -0.8116</w:t>
        <w:br/>
        <w:t>vn 0.5256 0.6887 -0.4995</w:t>
        <w:br/>
        <w:t>vn 0.6988 0.2435 -0.6726</w:t>
        <w:br/>
        <w:t>vn -0.8726 0.3977 0.2834</w:t>
        <w:br/>
        <w:t>vn -0.8726 0.3978 0.2835</w:t>
        <w:br/>
        <w:t>vn -0.2661 -0.3932 0.8801</w:t>
        <w:br/>
        <w:t>vn -0.2662 -0.3932 0.8801</w:t>
        <w:br/>
        <w:t>vn 0.7215 -0.6552 0.2241</w:t>
        <w:br/>
        <w:t>vn 0.7214 -0.6552 0.2241</w:t>
        <w:br/>
        <w:t>vn -0.3716 -0.4973 0.7839</w:t>
        <w:br/>
        <w:t>vn -0.7252 -0.1506 0.6718</w:t>
        <w:br/>
        <w:t>vn -0.8015 -0.0145 0.5979</w:t>
        <w:br/>
        <w:t>vn -0.2181 -0.3741 0.9014</w:t>
        <w:br/>
        <w:t>vn 0.1424 -0.6393 0.7556</w:t>
        <w:br/>
        <w:t>vn 0.1441 -0.6794 0.7195</w:t>
        <w:br/>
        <w:t>vn -0.8015 -0.0145 0.5978</w:t>
        <w:br/>
        <w:t>vn -0.5066 -0.6190 0.6002</w:t>
        <w:br/>
        <w:t>vn -0.4651 -0.5870 0.6626</w:t>
        <w:br/>
        <w:t>vn 0.7066 -0.6795 0.1972</w:t>
        <w:br/>
        <w:t>vn 0.7235 -0.6902 -0.0129</w:t>
        <w:br/>
        <w:t>vn -0.5086 -0.6214 -0.5960</w:t>
        <w:br/>
        <w:t>vn -0.4693 -0.5971 -0.6506</w:t>
        <w:br/>
        <w:t>vn -0.7215 0.5913 -0.3603</w:t>
        <w:br/>
        <w:t>vn 0.0654 -0.0574 -0.9962</w:t>
        <w:br/>
        <w:t>vn 0.0655 -0.0574 -0.9962</w:t>
        <w:br/>
        <w:t>vn -0.0160 -0.1503 -0.9885</w:t>
        <w:br/>
        <w:t>vn -0.3887 0.1987 -0.8997</w:t>
        <w:br/>
        <w:t>vn -0.6572 0.4946 -0.5686</w:t>
        <w:br/>
        <w:t>vn 0.4897 -0.4209 -0.7636</w:t>
        <w:br/>
        <w:t>vn 0.0536 -0.0821 -0.9952</w:t>
        <w:br/>
        <w:t>vn 0.3894 -0.3319 -0.8592</w:t>
        <w:br/>
        <w:t>vn 0.2054 0.1079 -0.9727</w:t>
        <w:br/>
        <w:t>vn -0.5673 0.7557 -0.3272</w:t>
        <w:br/>
        <w:t>vn -0.4843 0.8747 0.0174</w:t>
        <w:br/>
        <w:t>vn -0.4843 0.8747 0.0175</w:t>
        <w:br/>
        <w:t>vn 0.6900 0.7238 -0.0070</w:t>
        <w:br/>
        <w:t>vn 0.9650 -0.2615 -0.0205</w:t>
        <w:br/>
        <w:t>vn 0.3168 0.9485 0.0033</w:t>
        <w:br/>
        <w:t>vn 0.3266 0.9451 0.0053</w:t>
        <w:br/>
        <w:t>vn 0.5775 0.8164 0.0032</w:t>
        <w:br/>
        <w:t>vn 0.9677 -0.2520 0.0007</w:t>
        <w:br/>
        <w:t>vn 0.9677 -0.2521 0.0007</w:t>
        <w:br/>
        <w:t>vn -0.5817 0.7654 0.2753</w:t>
        <w:br/>
        <w:t>vn 0.4207 0.3210 0.8485</w:t>
        <w:br/>
        <w:t>vn 0.8344 -0.4056 0.3733</w:t>
        <w:br/>
        <w:t>vn 0.8954 -0.4331 0.1036</w:t>
        <w:br/>
        <w:t>vn 0.8691 -0.4159 0.2676</w:t>
        <w:br/>
        <w:t>vn 0.7011 -0.3638 0.6132</w:t>
        <w:br/>
        <w:t>vn 0.5220 -0.3548 0.7756</w:t>
        <w:br/>
        <w:t>vn 0.7013 -0.3639 0.6131</w:t>
        <w:br/>
        <w:t>vn 0.9106 -0.4030 -0.0918</w:t>
        <w:br/>
        <w:t>vn 0.9449 -0.3273 -0.0107</w:t>
        <w:br/>
        <w:t>vn 0.9338 -0.3521 0.0632</w:t>
        <w:br/>
        <w:t>vn 0.5473 0.8369 0.0013</w:t>
        <w:br/>
        <w:t>vn 0.4097 0.6053 -0.6824</w:t>
        <w:br/>
        <w:t>vn 0.2416 0.9148 -0.3237</w:t>
        <w:br/>
        <w:t>vn 0.6624 0.2904 -0.6905</w:t>
        <w:br/>
        <w:t>vn 0.5894 -0.0139 -0.8077</w:t>
        <w:br/>
        <w:t>vn 0.4736 0.6532 0.5908</w:t>
        <w:br/>
        <w:t>vn 0.4780 0.4995 0.7225</w:t>
        <w:br/>
        <w:t>vn -0.1301 0.5343 0.8352</w:t>
        <w:br/>
        <w:t>vn 0.5342 -0.0603 0.8432</w:t>
        <w:br/>
        <w:t>vn 0.4550 0.6346 -0.6247</w:t>
        <w:br/>
        <w:t>vn -0.1019 0.5598 -0.8224</w:t>
        <w:br/>
        <w:t>vn 0.8157 0.1490 -0.5590</w:t>
        <w:br/>
        <w:t>vn 0.7364 0.1325 -0.6635</w:t>
        <w:br/>
        <w:t>vn 0.6327 0.0502 -0.7727</w:t>
        <w:br/>
        <w:t>vn -0.7199 -0.2641 0.6419</w:t>
        <w:br/>
        <w:t>vn -0.4281 -0.4871 0.7613</w:t>
        <w:br/>
        <w:t>vn -0.0156 -0.1953 0.9806</w:t>
        <w:br/>
        <w:t>vn -0.3686 -0.1205 0.9217</w:t>
        <w:br/>
        <w:t>vn 0.7208 0.1810 0.6691</w:t>
        <w:br/>
        <w:t>vn 0.5878 0.2413 0.7721</w:t>
        <w:br/>
        <w:t>vn -0.0599 0.0436 0.9973</w:t>
        <w:br/>
        <w:t>vn 0.4142 0.0335 0.9096</w:t>
        <w:br/>
        <w:t>vn -0.8200 -0.4765 0.3170</w:t>
        <w:br/>
        <w:t>vn -0.5987 -0.8010 0.0012</w:t>
        <w:br/>
        <w:t>vn -0.6266 -0.6893 0.3637</w:t>
        <w:br/>
        <w:t>vn 0.4779 0.4996 0.7225</w:t>
        <w:br/>
        <w:t>vn 0.6716 0.3188 0.6688</w:t>
        <w:br/>
        <w:t>vn 0.6624 0.2904 -0.6906</w:t>
        <w:br/>
        <w:t>vn 0.5687 0.0143 0.8224</w:t>
        <w:br/>
        <w:t>vn 0.5067 -0.1344 0.8516</w:t>
        <w:br/>
        <w:t>vn 0.8212 0.3841 0.4221</w:t>
        <w:br/>
        <w:t>vn -0.7982 -0.0230 0.6020</w:t>
        <w:br/>
        <w:t>vn -0.6825 0.0609 0.7284</w:t>
        <w:br/>
        <w:t>vn -0.7481 0.0222 0.6633</w:t>
        <w:br/>
        <w:t>vn -0.9240 -0.1838 0.3352</w:t>
        <w:br/>
        <w:t>vn -0.8862 -0.1125 0.4495</w:t>
        <w:br/>
        <w:t>vn -0.9068 -0.1418 0.3971</w:t>
        <w:br/>
        <w:t>vn -0.5327 0.1854 0.8257</w:t>
        <w:br/>
        <w:t>vn -0.4669 0.2509 0.8479</w:t>
        <w:br/>
        <w:t>vn 0.0189 0.7467 0.6649</w:t>
        <w:br/>
        <w:t>vn 0.0763 0.8904 0.4487</w:t>
        <w:br/>
        <w:t>vn 0.0373 0.8328 0.5523</w:t>
        <w:br/>
        <w:t>vn 0.0698 0.9974 0.0152</w:t>
        <w:br/>
        <w:t>vn 0.0608 0.9747 0.2149</w:t>
        <w:br/>
        <w:t>vn 0.0522 0.9985 0.0156</w:t>
        <w:br/>
        <w:t>vn -0.2302 0.4521 0.8617</w:t>
        <w:br/>
        <w:t>vn -0.0876 0.6057 0.7909</w:t>
        <w:br/>
        <w:t>vn -0.1689 0.5351 0.8278</w:t>
        <w:br/>
        <w:t>vn -0.9223 -0.3487 -0.1667</w:t>
        <w:br/>
        <w:t>vn -0.9246 -0.3808 -0.0073</w:t>
        <w:br/>
        <w:t>vn -0.9414 -0.3242 0.0928</w:t>
        <w:br/>
        <w:t>vn -0.9037 -0.3333 -0.2686</w:t>
        <w:br/>
        <w:t>vn -0.6471 -0.0306 -0.7618</w:t>
        <w:br/>
        <w:t>vn -0.7424 -0.1842 -0.6442</w:t>
        <w:br/>
        <w:t>vn -0.7460 -0.1512 -0.6486</w:t>
        <w:br/>
        <w:t>vn -0.3638 0.2362 -0.9011</w:t>
        <w:br/>
        <w:t>vn -0.5161 0.1148 -0.8488</w:t>
        <w:br/>
        <w:t>vn -0.3817 0.2377 -0.8932</w:t>
        <w:br/>
        <w:t>vn -0.2344 0.3520 -0.9062</w:t>
        <w:br/>
        <w:t>vn -0.0409 0.5605 -0.8272</w:t>
        <w:br/>
        <w:t>vn -0.0408 0.5604 -0.8272</w:t>
        <w:br/>
        <w:t>vn 0.0963 0.7538 -0.6499</w:t>
        <w:br/>
        <w:t>vn 0.0988 0.8403 -0.5330</w:t>
        <w:br/>
        <w:t>vn -0.9314 -0.3040 0.2000</w:t>
        <w:br/>
        <w:t>vn 0.0759 0.9798 -0.1850</w:t>
        <w:br/>
        <w:t>vn 0.1047 0.8950 -0.4335</w:t>
        <w:br/>
        <w:t>vn -0.3760 0.3160 0.8711</w:t>
        <w:br/>
        <w:t>vn -0.8840 -0.3209 -0.3399</w:t>
        <w:br/>
        <w:t>vn -0.8169 -0.2657 -0.5119</w:t>
        <w:br/>
        <w:t>vn -0.4732 -0.4957 0.7282</w:t>
        <w:br/>
        <w:t>vn -0.5296 -0.3018 0.7928</w:t>
        <w:br/>
        <w:t>vn -0.7691 -0.4874 0.4134</w:t>
        <w:br/>
        <w:t>vn -0.5111 -0.6718 0.5362</w:t>
        <w:br/>
        <w:t>vn -0.6920 -0.5948 0.4091</w:t>
        <w:br/>
        <w:t>vn -0.5363 -0.7324 0.4196</w:t>
        <w:br/>
        <w:t>vn -0.3379 -0.8386 0.4274</w:t>
        <w:br/>
        <w:t>vn -0.3378 -0.8386 0.4274</w:t>
        <w:br/>
        <w:t>vn -0.2291 -0.8690 0.4386</w:t>
        <w:br/>
        <w:t>vn 0.1887 -0.5108 0.8388</w:t>
        <w:br/>
        <w:t>vn 0.2349 -0.2899 0.9278</w:t>
        <w:br/>
        <w:t>vn 0.2033 -0.4356 0.8769</w:t>
        <w:br/>
        <w:t>vn 0.1582 -0.1578 0.9747</w:t>
        <w:br/>
        <w:t>vn 0.1319 -0.1031 0.9859</w:t>
        <w:br/>
        <w:t>vn 0.1216 -0.0257 0.9922</w:t>
        <w:br/>
        <w:t>vn 0.1216 -0.0258 0.9922</w:t>
        <w:br/>
        <w:t>vn 0.2517 -0.1050 0.9621</w:t>
        <w:br/>
        <w:t>vn 0.4279 -0.0532 0.9023</w:t>
        <w:br/>
        <w:t>vn 0.1834 0.0767 0.9800</w:t>
        <w:br/>
        <w:t>vn 0.0941 0.1035 0.9902</w:t>
        <w:br/>
        <w:t>vn 0.1603 0.1466 0.9761</w:t>
        <w:br/>
        <w:t>vn 0.1609 0.2449 0.9561</w:t>
        <w:br/>
        <w:t>vn 0.0000 0.1264 0.9920</w:t>
        <w:br/>
        <w:t>vn 0.1463 0.0372 0.9885</w:t>
        <w:br/>
        <w:t>vn 0.1981 0.0354 0.9795</w:t>
        <w:br/>
        <w:t>vn 0.1797 0.1718 0.9686</w:t>
        <w:br/>
        <w:t>vn 0.1202 0.0381 0.9920</w:t>
        <w:br/>
        <w:t>vn 0.7538 -0.5703 0.3263</w:t>
        <w:br/>
        <w:t>vn 0.5950 -0.7508 0.2868</w:t>
        <w:br/>
        <w:t>vn 0.5951 -0.7508 0.2868</w:t>
        <w:br/>
        <w:t>vn 0.9425 -0.1313 0.3073</w:t>
        <w:br/>
        <w:t>vn 0.9425 -0.1313 0.3074</w:t>
        <w:br/>
        <w:t>vn 0.7938 0.5621 0.2321</w:t>
        <w:br/>
        <w:t>vn 0.8496 0.4963 0.1787</w:t>
        <w:br/>
        <w:t>vn 0.8495 0.4963 0.1787</w:t>
        <w:br/>
        <w:t>vn 0.6778 0.6743 0.2930</w:t>
        <w:br/>
        <w:t>vn 0.5802 0.7613 0.2895</w:t>
        <w:br/>
        <w:t>vn 0.5802 0.7613 0.2894</w:t>
        <w:br/>
        <w:t>vn 0.5044 0.8178 0.2771</w:t>
        <w:br/>
        <w:t>vn 0.5044 0.8178 0.2770</w:t>
        <w:br/>
        <w:t>vn 0.4715 0.8371 0.2773</w:t>
        <w:br/>
        <w:t>vn 0.9628 0.1011 0.2506</w:t>
        <w:br/>
        <w:t>vn 0.9628 0.1010 0.2507</w:t>
        <w:br/>
        <w:t>vn 0.0790 0.9560 0.2826</w:t>
        <w:br/>
        <w:t>vn 0.0791 0.9559 0.2828</w:t>
        <w:br/>
        <w:t>vn -0.0000 0.9515 0.3077</w:t>
        <w:br/>
        <w:t>vn 0.0000 0.9515 0.3076</w:t>
        <w:br/>
        <w:t>vn -0.4837 0.8750 0.0177</w:t>
        <w:br/>
        <w:t>vn -0.7427 0.6261 0.2376</w:t>
        <w:br/>
        <w:t>vn -0.7426 0.6261 0.2377</w:t>
        <w:br/>
        <w:t>vn -0.7970 0.4197 0.4344</w:t>
        <w:br/>
        <w:t>vn -0.6795 0.1050 0.7261</w:t>
        <w:br/>
        <w:t>vn -0.2573 0.0095 0.9663</w:t>
        <w:br/>
        <w:t>vn -0.2573 0.0094 0.9663</w:t>
        <w:br/>
        <w:t>vn 0.0221 -0.0245 0.9995</w:t>
        <w:br/>
        <w:t>vn -0.1239 -0.0942 0.9878</w:t>
        <w:br/>
        <w:t>vn -0.1982 -0.1374 0.9705</w:t>
        <w:br/>
        <w:t>vn 0.0744 -0.1232 0.9896</w:t>
        <w:br/>
        <w:t>vn -0.1426 -0.2477 0.9583</w:t>
        <w:br/>
        <w:t>vn -0.1248 -0.3446 0.9304</w:t>
        <w:br/>
        <w:t>vn -0.0069 -0.2704 0.9627</w:t>
        <w:br/>
        <w:t>vn 0.2410 -0.0267 0.9702</w:t>
        <w:br/>
        <w:t>vn 0.3608 -0.0821 0.9290</w:t>
        <w:br/>
        <w:t>vn 0.6092 -0.1718 0.7742</w:t>
        <w:br/>
        <w:t>vn 0.1635 0.0261 0.9862</w:t>
        <w:br/>
        <w:t>vn 0.2952 0.1499 0.9436</w:t>
        <w:br/>
        <w:t>vn 0.6985 -0.2405 0.6740</w:t>
        <w:br/>
        <w:t>vn 0.4605 0.1631 0.8725</w:t>
        <w:br/>
        <w:t>vn 0.6451 -0.2536 0.7207</w:t>
        <w:br/>
        <w:t>vn 0.3879 0.1884 0.9022</w:t>
        <w:br/>
        <w:t>vn 0.1559 0.2129 0.9646</w:t>
        <w:br/>
        <w:t>vn 0.1827 0.0744 0.9803</w:t>
        <w:br/>
        <w:t>vn 0.1582 -0.1577 0.9747</w:t>
        <w:br/>
        <w:t>vn 0.2992 -0.0019 0.9542</w:t>
        <w:br/>
        <w:t>vn 0.3327 -0.0005 0.9430</w:t>
        <w:br/>
        <w:t>vn 0.3408 0.1291 0.9312</w:t>
        <w:br/>
        <w:t>vn 0.5614 0.4670 0.6832</w:t>
        <w:br/>
        <w:t>vn 0.2719 -0.0116 0.9623</w:t>
        <w:br/>
        <w:t>vn 0.2724 0.0542 0.9607</w:t>
        <w:br/>
        <w:t>vn 0.2640 0.1210 0.9569</w:t>
        <w:br/>
        <w:t>vn 0.0022 -0.2614 0.9652</w:t>
        <w:br/>
        <w:t>vn 0.2261 0.1049 0.9684</w:t>
        <w:br/>
        <w:t>vn 0.2497 0.1256 0.9601</w:t>
        <w:br/>
        <w:t>vn 0.0464 -0.2073 0.9772</w:t>
        <w:br/>
        <w:t>vn 0.1620 -0.2184 0.9623</w:t>
        <w:br/>
        <w:t>vn 0.1131 -0.2488 0.9619</w:t>
        <w:br/>
        <w:t>vn 0.2783 0.0994 0.9553</w:t>
        <w:br/>
        <w:t>vn 0.2950 0.0774 0.9524</w:t>
        <w:br/>
        <w:t>vn 0.1495 -0.3111 0.9385</w:t>
        <w:br/>
        <w:t>vn 0.2172 -0.1597 0.9630</w:t>
        <w:br/>
        <w:t>vn 0.3475 0.1170 0.9304</w:t>
        <w:br/>
        <w:t>vn 0.4401 0.1772 0.8803</w:t>
        <w:br/>
        <w:t>vn 0.2802 -0.1999 0.9389</w:t>
        <w:br/>
        <w:t>vn 0.2329 -0.2236 0.9464</w:t>
        <w:br/>
        <w:t>vn 0.4084 -0.2683 0.8725</w:t>
        <w:br/>
        <w:t>vn 0.5112 0.1819 0.8400</w:t>
        <w:br/>
        <w:t>vn 0.3744 -0.3126 0.8730</w:t>
        <w:br/>
        <w:t>vn 0.3777 0.8952 -0.2365</w:t>
        <w:br/>
        <w:t>vn 0.3809 0.8986 -0.2179</w:t>
        <w:br/>
        <w:t>vn 0.3558 0.8838 -0.3038</w:t>
        <w:br/>
        <w:t>vn 0.5409 -0.1407 0.8293</w:t>
        <w:br/>
        <w:t>vn 0.2356 -0.7543 0.6128</w:t>
        <w:br/>
        <w:t>vn 0.4767 0.0780 0.8756</w:t>
        <w:br/>
        <w:t>vn 0.4680 0.0688 0.8810</w:t>
        <w:br/>
        <w:t>vn 0.3753 0.0254 0.9265</w:t>
        <w:br/>
        <w:t>vn 0.3059 0.2945 0.9054</w:t>
        <w:br/>
        <w:t>vn 0.4644 0.1083 0.8790</w:t>
        <w:br/>
        <w:t>vn 0.4898 0.1274 0.8625</w:t>
        <w:br/>
        <w:t>vn 0.3933 0.4096 0.8231</w:t>
        <w:br/>
        <w:t>vn 0.3452 0.7920 0.5036</w:t>
        <w:br/>
        <w:t>vn 0.6830 -0.3140 0.6595</w:t>
        <w:br/>
        <w:t>vn 0.5844 -0.3357 0.7388</w:t>
        <w:br/>
        <w:t>vn 0.5967 0.3825 0.7054</w:t>
        <w:br/>
        <w:t>vn 0.7555 0.6468 0.1046</w:t>
        <w:br/>
        <w:t>vn 0.6823 0.7245 0.0979</w:t>
        <w:br/>
        <w:t>vn 0.6665 0.6197 0.4144</w:t>
        <w:br/>
        <w:t>vn 0.2731 0.7849 0.5562</w:t>
        <w:br/>
        <w:t>vn 0.5836 -0.0890 0.8071</w:t>
        <w:br/>
        <w:t>vn 0.3991 -0.1010 0.9113</w:t>
        <w:br/>
        <w:t>vn 0.0306 -0.4540 0.8905</w:t>
        <w:br/>
        <w:t>vn 0.1423 -0.5368 0.8316</w:t>
        <w:br/>
        <w:t>vn 0.3746 -0.0813 0.9236</w:t>
        <w:br/>
        <w:t>vn -0.1850 -0.4309 0.8832</w:t>
        <w:br/>
        <w:t>vn 0.1463 -0.2279 0.9626</w:t>
        <w:br/>
        <w:t>vn -0.3816 -0.5138 0.7684</w:t>
        <w:br/>
        <w:t>vn -0.1475 0.9873 0.0598</w:t>
        <w:br/>
        <w:t>vn -0.3644 0.9052 0.2188</w:t>
        <w:br/>
        <w:t>vn 0.1589 0.9744 0.1593</w:t>
        <w:br/>
        <w:t>vn 0.1589 0.9744 0.1592</w:t>
        <w:br/>
        <w:t>vn 0.1928 0.8878 0.4179</w:t>
        <w:br/>
        <w:t>vn 0.2228 0.9678 0.1168</w:t>
        <w:br/>
        <w:t>vn 0.3041 -0.6625 0.6845</w:t>
        <w:br/>
        <w:t>vn 0.5336 -0.4289 0.7290</w:t>
        <w:br/>
        <w:t>vn 0.3823 -0.7262 0.5714</w:t>
        <w:br/>
        <w:t>vn 0.3598 -0.7722 0.5237</w:t>
        <w:br/>
        <w:t>vn 0.6047 -0.5572 0.5691</w:t>
        <w:br/>
        <w:t>vn 0.5220 -0.7484 0.4090</w:t>
        <w:br/>
        <w:t>vn 0.3283 -0.7566 0.5655</w:t>
        <w:br/>
        <w:t>vn 0.3458 -0.7076 0.6163</w:t>
        <w:br/>
        <w:t>vn 0.7783 -0.1884 0.5990</w:t>
        <w:br/>
        <w:t>vn -0.7232 -0.6854 -0.0855</w:t>
        <w:br/>
        <w:t>vn -0.0615 0.9539 0.2938</w:t>
        <w:br/>
        <w:t>vn -0.1624 0.9110 0.3790</w:t>
        <w:br/>
        <w:t>vn -0.1114 0.8941 0.4339</w:t>
        <w:br/>
        <w:t>vn 0.1541 0.8773 0.4545</w:t>
        <w:br/>
        <w:t>vn 0.4366 0.8055 0.4007</w:t>
        <w:br/>
        <w:t>vn -0.0597 0.8718 0.4862</w:t>
        <w:br/>
        <w:t>vn 0.6555 -0.1533 -0.7395</w:t>
        <w:br/>
        <w:t>vn 0.4815 -0.4678 -0.7411</w:t>
        <w:br/>
        <w:t>vn 0.6942 -0.5773 -0.4299</w:t>
        <w:br/>
        <w:t>vn 0.6515 -0.3153 -0.6900</w:t>
        <w:br/>
        <w:t>vn 0.3329 -0.6698 -0.6637</w:t>
        <w:br/>
        <w:t>vn 0.3149 -0.5585 -0.7674</w:t>
        <w:br/>
        <w:t>vn 0.1787 -0.7440 -0.6438</w:t>
        <w:br/>
        <w:t>vn 0.1432 -0.3950 -0.9075</w:t>
        <w:br/>
        <w:t>vn -0.0728 -0.6594 -0.7483</w:t>
        <w:br/>
        <w:t>vn -0.3779 -0.5377 -0.7537</w:t>
        <w:br/>
        <w:t>vn -0.2808 -0.3548 -0.8918</w:t>
        <w:br/>
        <w:t>vn -0.6642 -0.5267 -0.5304</w:t>
        <w:br/>
        <w:t>vn 0.0819 0.4057 -0.9103</w:t>
        <w:br/>
        <w:t>vn 0.0162 0.5180 -0.8553</w:t>
        <w:br/>
        <w:t>vn 0.0177 0.5602 -0.8282</w:t>
        <w:br/>
        <w:t>vn 0.0818 0.4057 -0.9103</w:t>
        <w:br/>
        <w:t>vn 0.8417 0.5230 0.1342</w:t>
        <w:br/>
        <w:t>vn 0.9448 0.2366 0.2265</w:t>
        <w:br/>
        <w:t>vn 0.9581 0.2863 -0.0020</w:t>
        <w:br/>
        <w:t>vn 0.9442 0.2993 -0.1374</w:t>
        <w:br/>
        <w:t>vn 0.6192 0.2907 -0.7295</w:t>
        <w:br/>
        <w:t>vn 0.6371 0.2965 -0.7115</w:t>
        <w:br/>
        <w:t>vn 0.9546 0.2915 -0.0619</w:t>
        <w:br/>
        <w:t>vn 0.9273 0.3599 -0.1031</w:t>
        <w:br/>
        <w:t>vn 0.9535 0.2643 0.1446</w:t>
        <w:br/>
        <w:t>vn 0.9561 0.2646 0.1258</w:t>
        <w:br/>
        <w:t>vn 0.9351 0.3056 -0.1794</w:t>
        <w:br/>
        <w:t>vn -0.0370 0.1455 -0.9887</w:t>
        <w:br/>
        <w:t>vn -0.0532 0.1348 -0.9894</w:t>
        <w:br/>
        <w:t>vn 0.6056 0.2950 -0.7390</w:t>
        <w:br/>
        <w:t>vn -0.1389 0.1065 -0.9846</w:t>
        <w:br/>
        <w:t>vn 0.2400 0.6394 0.7304</w:t>
        <w:br/>
        <w:t>vn 0.5718 0.5942 0.5657</w:t>
        <w:br/>
        <w:t>vn 0.6379 0.7693 0.0357</w:t>
        <w:br/>
        <w:t>vn 0.2426 0.6559 0.7148</w:t>
        <w:br/>
        <w:t>vn 0.6641 0.5248 0.5326</w:t>
        <w:br/>
        <w:t>vn 0.6512 0.5022 0.5690</w:t>
        <w:br/>
        <w:t>vn 0.7194 0.3974 0.5696</w:t>
        <w:br/>
        <w:t>vn 0.7585 0.4161 0.5015</w:t>
        <w:br/>
        <w:t>vn 0.4014 0.4621 0.7908</w:t>
        <w:br/>
        <w:t>vn 0.6433 0.3914 0.6580</w:t>
        <w:br/>
        <w:t>vn 0.3079 0.5733 0.7593</w:t>
        <w:br/>
        <w:t>vn 0.7936 0.2556 0.5521</w:t>
        <w:br/>
        <w:t>vn 0.8311 0.2937 0.4723</w:t>
        <w:br/>
        <w:t>vn 0.7936 0.2761 0.5422</w:t>
        <w:br/>
        <w:t>vn 0.8152 0.2093 0.5400</w:t>
        <w:br/>
        <w:t>vn 0.8390 0.1710 0.5166</w:t>
        <w:br/>
        <w:t>vn 0.8457 0.1717 0.5052</w:t>
        <w:br/>
        <w:t>vn 0.8342 0.2239 0.5040</w:t>
        <w:br/>
        <w:t>vn 0.8432 0.1895 0.5031</w:t>
        <w:br/>
        <w:t>vn 0.8157 0.2592 0.5171</w:t>
        <w:br/>
        <w:t>vn 0.8734 0.0718 0.4817</w:t>
        <w:br/>
        <w:t>vn 0.8042 0.3479 0.4818</w:t>
        <w:br/>
        <w:t>vn 0.8245 0.2772 0.4933</w:t>
        <w:br/>
        <w:t>vn 0.7676 0.3834 0.5137</w:t>
        <w:br/>
        <w:t>vn 0.8027 0.3052 0.5124</w:t>
        <w:br/>
        <w:t>vn 0.1075 0.9942 -0.0049</w:t>
        <w:br/>
        <w:t>vn 0.0746 0.9922 0.0997</w:t>
        <w:br/>
        <w:t>vn 0.1076 0.9942 -0.0049</w:t>
        <w:br/>
        <w:t>vn 0.7765 0.3419 0.5294</w:t>
        <w:br/>
        <w:t>vn 0.6583 0.1749 0.7322</w:t>
        <w:br/>
        <w:t>vn 0.7900 0.4434 0.4234</w:t>
        <w:br/>
        <w:t>vn 0.8202 0.5313 0.2119</w:t>
        <w:br/>
        <w:t>vn 0.7521 0.4064 0.5189</w:t>
        <w:br/>
        <w:t>vn 0.6715 0.3276 0.6646</w:t>
        <w:br/>
        <w:t>vn 0.5733 0.4333 0.6954</w:t>
        <w:br/>
        <w:t>vn 0.0509 0.5291 0.8470</w:t>
        <w:br/>
        <w:t>vn -0.0578 0.5698 0.8197</w:t>
        <w:br/>
        <w:t>vn -0.1213 0.5632 0.8173</w:t>
        <w:br/>
        <w:t>vn -0.1383 0.7829 -0.6065</w:t>
        <w:br/>
        <w:t>vn 0.1811 0.8169 -0.5476</w:t>
        <w:br/>
        <w:t>vn 0.1450 0.7990 -0.5836</w:t>
        <w:br/>
        <w:t>vn -0.1699 0.7588 -0.6288</w:t>
        <w:br/>
        <w:t>vn 0.4902 0.7188 -0.4930</w:t>
        <w:br/>
        <w:t>vn 0.1747 0.7351 -0.6551</w:t>
        <w:br/>
        <w:t>vn -0.1356 0.6881 -0.7128</w:t>
        <w:br/>
        <w:t>vn 0.5876 0.6365 -0.4996</w:t>
        <w:br/>
        <w:t>vn 0.6776 0.5126 -0.5274</w:t>
        <w:br/>
        <w:t>vn 0.6589 0.5169 -0.5465</w:t>
        <w:br/>
        <w:t>vn 0.5748 0.6323 -0.5194</w:t>
        <w:br/>
        <w:t>vn 0.5063 0.5620 -0.6541</w:t>
        <w:br/>
        <w:t>vn 0.2697 0.6572 -0.7038</w:t>
        <w:br/>
        <w:t>vn 0.3473 0.6350 -0.6900</w:t>
        <w:br/>
        <w:t>vn 0.3853 0.6445 -0.6605</w:t>
        <w:br/>
        <w:t>vn 0.7182 0.3959 -0.5722</w:t>
        <w:br/>
        <w:t>vn 0.7150 0.3955 -0.5766</w:t>
        <w:br/>
        <w:t>vn 0.7204 0.4586 -0.5204</w:t>
        <w:br/>
        <w:t>vn 0.7374 0.3759 -0.5611</w:t>
        <w:br/>
        <w:t>vn 0.6889 0.3327 -0.6440</w:t>
        <w:br/>
        <w:t>vn 0.7108 0.2512 -0.6571</w:t>
        <w:br/>
        <w:t>vn 0.7883 0.3382 -0.5140</w:t>
        <w:br/>
        <w:t>vn 0.8230 0.4293 -0.3719</w:t>
        <w:br/>
        <w:t>vn 0.7645 0.4999 -0.4071</w:t>
        <w:br/>
        <w:t>vn 0.8866 0.3409 -0.3127</w:t>
        <w:br/>
        <w:t>vn 0.8866 0.3409 -0.3126</w:t>
        <w:br/>
        <w:t>vn 0.6515 -0.3152 -0.6901</w:t>
        <w:br/>
        <w:t>vn 0.8189 0.3855 -0.4253</w:t>
        <w:br/>
        <w:t>vn 0.3803 0.9039 -0.1957</w:t>
        <w:br/>
        <w:t>vn 0.0180 0.9730 0.2300</w:t>
        <w:br/>
        <w:t>vn 0.0932 0.9477 -0.3054</w:t>
        <w:br/>
        <w:t>vn -0.0279 0.9986 0.0456</w:t>
        <w:br/>
        <w:t>vn -0.4820 0.8395 -0.2506</w:t>
        <w:br/>
        <w:t>vn 0.0017 0.7238 -0.6900</w:t>
        <w:br/>
        <w:t>vn 0.2698 0.7438 -0.6116</w:t>
        <w:br/>
        <w:t>vn -0.5136 -0.3385 -0.7884</w:t>
        <w:br/>
        <w:t>vn -0.7834 -0.5311 -0.3228</w:t>
        <w:br/>
        <w:t>vn -0.5617 0.7724 -0.2963</w:t>
        <w:br/>
        <w:t>vn -0.5959 0.7562 -0.2704</w:t>
        <w:br/>
        <w:t>vn 0.5891 0.5235 -0.6156</w:t>
        <w:br/>
        <w:t>vn 0.6341 0.5128 -0.5787</w:t>
        <w:br/>
        <w:t>vn 0.6284 0.5730 -0.5261</w:t>
        <w:br/>
        <w:t>vn 0.6119 0.7238 -0.3189</w:t>
        <w:br/>
        <w:t>vn 0.5919 0.7735 -0.2266</w:t>
        <w:br/>
        <w:t>vn 0.5757 0.7520 -0.3210</w:t>
        <w:br/>
        <w:t>vn 0.5243 0.7440 -0.4143</w:t>
        <w:br/>
        <w:t>vn 0.7423 0.4921 -0.4548</w:t>
        <w:br/>
        <w:t>vn 0.7422 0.5351 -0.4036</w:t>
        <w:br/>
        <w:t>vn 0.5269 0.2330 -0.8173</w:t>
        <w:br/>
        <w:t>vn 0.2190 0.2456 -0.9443</w:t>
        <w:br/>
        <w:t>vn 0.0460 0.2572 -0.9653</w:t>
        <w:br/>
        <w:t>vn 0.6418 0.6635 -0.3845</w:t>
        <w:br/>
        <w:t>vn -0.6288 0.7383 -0.2439</w:t>
        <w:br/>
        <w:t>vn -0.6288 0.7383 -0.2440</w:t>
        <w:br/>
        <w:t>vn 0.4696 0.1011 0.8771</w:t>
        <w:br/>
        <w:t>vn 0.4540 0.1504 0.8782</w:t>
        <w:br/>
        <w:t>vn 0.4407 0.1287 0.8884</w:t>
        <w:br/>
        <w:t>vn 0.4563 0.0943 0.8848</w:t>
        <w:br/>
        <w:t>vn 0.4120 0.0878 0.9069</w:t>
        <w:br/>
        <w:t>vn 0.4995 0.1007 0.8605</w:t>
        <w:br/>
        <w:t>vn 0.4173 0.2089 0.8844</w:t>
        <w:br/>
        <w:t>vn 0.4268 0.1608 0.8900</w:t>
        <w:br/>
        <w:t>vn 0.3998 0.1782 0.8991</w:t>
        <w:br/>
        <w:t>vn 0.3980 0.2856 0.8718</w:t>
        <w:br/>
        <w:t>vn 0.5289 0.0686 0.8459</w:t>
        <w:br/>
        <w:t>vn 0.5555 0.0242 0.8312</w:t>
        <w:br/>
        <w:t>vn -0.4292 0.6553 0.6216</w:t>
        <w:br/>
        <w:t>vn -0.4376 0.7542 0.4895</w:t>
        <w:br/>
        <w:t>vn -0.4292 0.6552 0.6216</w:t>
        <w:br/>
        <w:t>vn -0.5619 0.5312 0.6341</w:t>
        <w:br/>
        <w:t>vn -0.6405 0.4623 0.6132</w:t>
        <w:br/>
        <w:t>vn 0.8808 0.3932 0.2637</w:t>
        <w:br/>
        <w:t>vn 0.8116 0.5695 -0.1303</w:t>
        <w:br/>
        <w:t>vn 0.8119 0.5689 -0.1307</w:t>
        <w:br/>
        <w:t>vn 0.8774 0.4478 -0.1722</w:t>
        <w:br/>
        <w:t>vn 0.9599 0.1707 0.2223</w:t>
        <w:br/>
        <w:t>vn 0.9723 0.1601 -0.1702</w:t>
        <w:br/>
        <w:t>vn 0.9972 -0.0458 -0.0586</w:t>
        <w:br/>
        <w:t>vn 0.8804 0.1671 0.4438</w:t>
        <w:br/>
        <w:t>vn 0.9059 -0.0945 0.4129</w:t>
        <w:br/>
        <w:t>vn 0.9353 0.3084 -0.1734</w:t>
        <w:br/>
        <w:t>vn 0.5892 0.3026 -0.7492</w:t>
        <w:br/>
        <w:t>vn 0.9540 0.2559 0.1564</w:t>
        <w:br/>
        <w:t>vn -0.1251 0.1296 -0.9836</w:t>
        <w:br/>
        <w:t>vn 0.9359 0.3144 -0.1589</w:t>
        <w:br/>
        <w:t>vn 0.5714 0.3130 -0.7587</w:t>
        <w:br/>
        <w:t>vn 0.9460 0.2515 0.2047</w:t>
        <w:br/>
        <w:t>vn -0.2828 0.1024 -0.9537</w:t>
        <w:br/>
        <w:t>vn 0.9453 0.3080 -0.1072</w:t>
        <w:br/>
        <w:t>vn 0.5378 0.3164 -0.7814</w:t>
        <w:br/>
        <w:t>vn 0.9366 0.2332 0.2614</w:t>
        <w:br/>
        <w:t>vn 0.2948 0.2669 -0.9175</w:t>
        <w:br/>
        <w:t>vn 0.9603 0.2740 0.0533</w:t>
        <w:br/>
        <w:t>vn 0.6208 0.3264 -0.7128</w:t>
        <w:br/>
        <w:t>vn 0.4746 0.3078 -0.8246</w:t>
        <w:br/>
        <w:t>vn 0.9550 0.2945 -0.0354</w:t>
        <w:br/>
        <w:t>vn 0.9265 0.2182 0.3065</w:t>
        <w:br/>
        <w:t>vn 0.8921 0.1815 0.4137</w:t>
        <w:br/>
        <w:t>vn -0.1136 0.1500 -0.9821</w:t>
        <w:br/>
        <w:t>vn 0.0409 0.0784 -0.9961</w:t>
        <w:br/>
        <w:t>vn -0.0111 -0.0153 -0.9998</w:t>
        <w:br/>
        <w:t>vn -0.0616 0.1152 -0.9914</w:t>
        <w:br/>
        <w:t>vn -0.2668 0.0768 -0.9607</w:t>
        <w:br/>
        <w:t>vn 0.6576 0.3236 -0.6804</w:t>
        <w:br/>
        <w:t>vn 0.1540 0.8774 0.4544</w:t>
        <w:br/>
        <w:t>vn 0.7733 0.2135 0.5970</w:t>
        <w:br/>
        <w:t>vn 0.5336 -0.4288 0.7289</w:t>
        <w:br/>
        <w:t>vn 0.5390 0.8422 -0.0164</w:t>
        <w:br/>
        <w:t>vn 0.5954 0.8022 0.0444</w:t>
        <w:br/>
        <w:t>vn 0.4708 0.8757 -0.1070</w:t>
        <w:br/>
        <w:t>vn 0.4257 0.8894 -0.1668</w:t>
        <w:br/>
        <w:t>vn 0.0115 0.7313 -0.6820</w:t>
        <w:br/>
        <w:t>vn -0.0694 0.6186 -0.7827</w:t>
        <w:br/>
        <w:t>vn -0.7900 -0.6037 -0.1066</w:t>
        <w:br/>
        <w:t>vn 0.0399 0.2028 -0.9784</w:t>
        <w:br/>
        <w:t>vn 0.0000 0.1689 -0.9856</w:t>
        <w:br/>
        <w:t>vn 0.1472 0.2929 -0.9447</w:t>
        <w:br/>
        <w:t>vn 0.2137 0.3571 -0.9093</w:t>
        <w:br/>
        <w:t>vn 0.3414 0.3471 -0.8735</w:t>
        <w:br/>
        <w:t>vn 0.9361 0.0269 -0.3507</w:t>
        <w:br/>
        <w:t>vn 0.9894 -0.0986 -0.1067</w:t>
        <w:br/>
        <w:t>vn 0.8510 -0.5211 -0.0654</w:t>
        <w:br/>
        <w:t>vn 0.8834 -0.3962 -0.2503</w:t>
        <w:br/>
        <w:t>vn 0.8605 -0.5077 -0.0435</w:t>
        <w:br/>
        <w:t>vn 0.8945 -0.3961 -0.2075</w:t>
        <w:br/>
        <w:t>vn 0.8863 -0.2783 -0.3702</w:t>
        <w:br/>
        <w:t>vn 0.8439 0.2105 -0.4935</w:t>
        <w:br/>
        <w:t>vn 0.8850 -0.3267 -0.3318</w:t>
        <w:br/>
        <w:t>vn 0.7476 0.2495 -0.6155</w:t>
        <w:br/>
        <w:t>vn 0.4440 0.6719 -0.5928</w:t>
        <w:br/>
        <w:t>vn 0.9313 -0.1990 -0.3051</w:t>
        <w:br/>
        <w:t>vn 0.8340 -0.5517 0.0103</w:t>
        <w:br/>
        <w:t>vn 0.1522 -0.2480 0.9567</w:t>
        <w:br/>
        <w:t>vn 0.1897 -0.2430 0.9513</w:t>
        <w:br/>
        <w:t>vn 0.0000 -0.2679 0.9635</w:t>
        <w:br/>
        <w:t>vn -0.0000 -0.2678 0.9635</w:t>
        <w:br/>
        <w:t>vn 0.5930 -0.3659 0.7173</w:t>
        <w:br/>
        <w:t>vn 0.3133 -0.2041 0.9274</w:t>
        <w:br/>
        <w:t>vn 0.7083 -0.4069 0.5768</w:t>
        <w:br/>
        <w:t>vn 0.9244 -0.3209 0.2060</w:t>
        <w:br/>
        <w:t>vn 0.5228 -0.2206 0.8234</w:t>
        <w:br/>
        <w:t>vn -0.0000 -0.9847 0.1741</w:t>
        <w:br/>
        <w:t>vn 0.0137 -0.9846 0.1740</w:t>
        <w:br/>
        <w:t>vn 0.0137 -0.9846 0.1741</w:t>
        <w:br/>
        <w:t>vn 0.4065 -0.1685 0.8980</w:t>
        <w:br/>
        <w:t>vn 0.6993 -0.4551 0.5513</w:t>
        <w:br/>
        <w:t>vn 0.7568 -0.6524 0.0405</w:t>
        <w:br/>
        <w:t>vn 0.5526 -0.1579 0.8184</w:t>
        <w:br/>
        <w:t>vn 0.7466 -0.5406 0.3878</w:t>
        <w:br/>
        <w:t>vn 0.7013 -0.7120 -0.0346</w:t>
        <w:br/>
        <w:t>vn 0.6943 -0.5674 0.4427</w:t>
        <w:br/>
        <w:t>vn 0.6685 -0.1800 0.7216</w:t>
        <w:br/>
        <w:t>vn 0.6825 -0.5793 0.4456</w:t>
        <w:br/>
        <w:t>vn 0.6411 -0.6078 0.4685</w:t>
        <w:br/>
        <w:t>vn 0.6881 -0.2072 0.6954</w:t>
        <w:br/>
        <w:t>vn 0.6141 -0.6024 0.5099</w:t>
        <w:br/>
        <w:t>vn 0.7930 -0.5679 0.2205</w:t>
        <w:br/>
        <w:t>vn 0.7471 -0.6197 0.2403</w:t>
        <w:br/>
        <w:t>vn 0.9069 -0.1974 0.3723</w:t>
        <w:br/>
        <w:t>vn 0.8518 -0.2358 0.4677</w:t>
        <w:br/>
        <w:t>vn 0.7911 -0.5947 0.1430</w:t>
        <w:br/>
        <w:t>vn 0.9730 -0.1455 0.1792</w:t>
        <w:br/>
        <w:t>vn 0.7906 -0.5952 0.1439</w:t>
        <w:br/>
        <w:t>vn 0.7449 -0.6089 0.2728</w:t>
        <w:br/>
        <w:t>vn 0.8073 -0.5298 0.2599</w:t>
        <w:br/>
        <w:t>vn -0.2221 0.1783 0.9586</w:t>
        <w:br/>
        <w:t>vn -0.0402 0.6244 0.7801</w:t>
        <w:br/>
        <w:t>vn 0.1032 0.7705 0.6290</w:t>
        <w:br/>
        <w:t>vn -0.1991 0.2421 0.9496</w:t>
        <w:br/>
        <w:t>vn -0.2551 0.1174 0.9598</w:t>
        <w:br/>
        <w:t>vn -0.3275 0.0410 0.9440</w:t>
        <w:br/>
        <w:t>vn 0.1583 -0.0694 0.9849</w:t>
        <w:br/>
        <w:t>vn -0.4120 0.0365 0.9104</w:t>
        <w:br/>
        <w:t>vn 0.0937 -0.0256 0.9953</w:t>
        <w:br/>
        <w:t>vn 0.1524 0.0231 0.9880</w:t>
        <w:br/>
        <w:t>vn -0.4220 0.0512 0.9051</w:t>
        <w:br/>
        <w:t>vn 0.8501 -0.1804 0.4948</w:t>
        <w:br/>
        <w:t>vn 0.9331 -0.3390 0.1201</w:t>
        <w:br/>
        <w:t>vn 0.8840 -0.4386 0.1621</w:t>
        <w:br/>
        <w:t>vn 0.8428 -0.2130 0.4943</w:t>
        <w:br/>
        <w:t>vn 0.8295 -0.1769 0.5298</w:t>
        <w:br/>
        <w:t>vn 0.9540 -0.2581 0.1523</w:t>
        <w:br/>
        <w:t>vn 0.4544 0.3499 -0.8192</w:t>
        <w:br/>
        <w:t>vn 0.7806 -0.5219 -0.3441</w:t>
        <w:br/>
        <w:t>vn 0.7426 -0.4860 -0.4607</w:t>
        <w:br/>
        <w:t>vn 0.7468 -0.6246 -0.2284</w:t>
        <w:br/>
        <w:t>vn 0.5977 -0.7140 -0.3646</w:t>
        <w:br/>
        <w:t>vn 0.7181 -0.4889 -0.4953</w:t>
        <w:br/>
        <w:t>vn 0.4722 -0.7122 -0.5194</w:t>
        <w:br/>
        <w:t>vn 0.0317 0.4164 -0.9086</w:t>
        <w:br/>
        <w:t>vn 0.1748 0.4114 -0.8945</w:t>
        <w:br/>
        <w:t>vn -0.0192 0.4161 -0.9091</w:t>
        <w:br/>
        <w:t>vn -0.0585 0.3801 -0.9231</w:t>
        <w:br/>
        <w:t>vn -0.1986 0.4496 -0.8708</w:t>
        <w:br/>
        <w:t>vn -0.6383 0.3568 -0.6822</w:t>
        <w:br/>
        <w:t>vn -0.2496 0.3697 -0.8950</w:t>
        <w:br/>
        <w:t>vn -0.6950 0.2130 -0.6867</w:t>
        <w:br/>
        <w:t>vn -0.2296 0.3206 -0.9189</w:t>
        <w:br/>
        <w:t>vn 0.7440 0.1741 -0.6451</w:t>
        <w:br/>
        <w:t>vn 0.5632 0.2652 -0.7826</w:t>
        <w:br/>
        <w:t>vn 0.8463 0.0954 -0.5241</w:t>
        <w:br/>
        <w:t>vn 0.6804 0.2530 -0.6878</w:t>
        <w:br/>
        <w:t>vn 0.4140 0.3296 -0.8485</w:t>
        <w:br/>
        <w:t>vn -0.1988 0.4497 -0.8708</w:t>
        <w:br/>
        <w:t>vn 0.3303 0.3500 -0.8766</w:t>
        <w:br/>
        <w:t>vn -0.2602 0.2451 -0.9339</w:t>
        <w:br/>
        <w:t>vn -0.2615 0.2416 -0.9345</w:t>
        <w:br/>
        <w:t>vn -0.2667 0.1253 -0.9556</w:t>
        <w:br/>
        <w:t>vn -0.2314 0.1277 -0.9644</w:t>
        <w:br/>
        <w:t>vn 0.2280 0.3607 -0.9044</w:t>
        <w:br/>
        <w:t>vn 0.1583 0.3874 -0.9082</w:t>
        <w:br/>
        <w:t>vn 0.8994 -0.4013 0.1735</w:t>
        <w:br/>
        <w:t>vn 0.9528 -0.2967 0.0641</w:t>
        <w:br/>
        <w:t>vn -0.0097 0.2823 -0.9593</w:t>
        <w:br/>
        <w:t>vn -0.1169 0.1368 -0.9837</w:t>
        <w:br/>
        <w:t>vn 0.0495 0.3050 -0.9511</w:t>
        <w:br/>
        <w:t>vn -0.0032 0.3019 -0.9533</w:t>
        <w:br/>
        <w:t>vn 0.1546 -0.0196 -0.9878</w:t>
        <w:br/>
        <w:t>vn 0.0089 0.2743 -0.9616</w:t>
        <w:br/>
        <w:t>vn 0.2963 -0.2060 -0.9326</w:t>
        <w:br/>
        <w:t>vn 0.0335 0.2058 -0.9780</w:t>
        <w:br/>
        <w:t>vn 0.3512 -0.2579 -0.9001</w:t>
        <w:br/>
        <w:t>vn 0.0514 0.1634 -0.9852</w:t>
        <w:br/>
        <w:t>vn 0.0181 0.1725 -0.9848</w:t>
        <w:br/>
        <w:t>vn -0.0000 0.1831 -0.9831</w:t>
        <w:br/>
        <w:t>vn 0.0000 0.9290 -0.3701</w:t>
        <w:br/>
        <w:t>vn -0.4436 0.8213 -0.3586</w:t>
        <w:br/>
        <w:t>vn 0.0001 0.9290 -0.3701</w:t>
        <w:br/>
        <w:t>vn -0.5692 0.7331 -0.3722</w:t>
        <w:br/>
        <w:t>vn -0.5344 0.7818 -0.3213</w:t>
        <w:br/>
        <w:t>vn -0.5344 0.7818 -0.3212</w:t>
        <w:br/>
        <w:t>vn -0.4991 0.8243 -0.2672</w:t>
        <w:br/>
        <w:t>vn -0.3721 0.9011 -0.2227</w:t>
        <w:br/>
        <w:t>vn 0.1113 0.4114 -0.9046</w:t>
        <w:br/>
        <w:t>vn 0.1114 0.4114 -0.9046</w:t>
        <w:br/>
        <w:t>vn -0.5445 -0.4177 -0.7274</w:t>
        <w:br/>
        <w:t>vn -0.1588 0.0683 -0.9849</w:t>
        <w:br/>
        <w:t>vn -0.4009 0.9009 -0.1665</w:t>
        <w:br/>
        <w:t>vn -0.6310 0.7608 -0.1516</w:t>
        <w:br/>
        <w:t>vn -0.1168 0.1368 -0.9837</w:t>
        <w:br/>
        <w:t>vn -0.5181 -0.5131 -0.6844</w:t>
        <w:br/>
        <w:t>vn 0.0584 0.3692 -0.9275</w:t>
        <w:br/>
        <w:t>vn 0.0816 0.3253 -0.9421</w:t>
        <w:br/>
        <w:t>vn 0.9639 -0.0180 -0.2658</w:t>
        <w:br/>
        <w:t>vn 0.9036 -0.3792 0.1994</w:t>
        <w:br/>
        <w:t>vn 0.9726 -0.2213 0.0709</w:t>
        <w:br/>
        <w:t>vn 0.9158 0.0808 -0.3934</w:t>
        <w:br/>
        <w:t>vn 0.9868 -0.1132 -0.1155</w:t>
        <w:br/>
        <w:t>vn 0.8568 0.1720 -0.4862</w:t>
        <w:br/>
        <w:t>vn 0.9825 0.1371 -0.1257</w:t>
        <w:br/>
        <w:t>vn 0.6805 0.2530 -0.6877</w:t>
        <w:br/>
        <w:t>vn 0.7984 0.3004 -0.5218</w:t>
        <w:br/>
        <w:t>vn 0.7968 0.6010 -0.0634</w:t>
        <w:br/>
        <w:t>vn 0.9274 0.3590 -0.1047</w:t>
        <w:br/>
        <w:t>vn 0.6272 0.4616 -0.6273</w:t>
        <w:br/>
        <w:t>vn 0.4386 0.6840 -0.5829</w:t>
        <w:br/>
        <w:t>vn 0.6509 0.7582 -0.0374</w:t>
        <w:br/>
        <w:t>vn 0.4529 0.7161 -0.5311</w:t>
        <w:br/>
        <w:t>vn 0.6175 0.7800 -0.1010</w:t>
        <w:br/>
        <w:t>vn 0.4791 0.6571 -0.5819</w:t>
        <w:br/>
        <w:t>vn 0.6709 0.7201 -0.1772</w:t>
        <w:br/>
        <w:t>vn -0.3279 0.7448 0.5811</w:t>
        <w:br/>
        <w:t>vn -0.0013 0.8612 0.5082</w:t>
        <w:br/>
        <w:t>vn -0.0278 0.7562 0.6538</w:t>
        <w:br/>
        <w:t>vn -0.2090 0.6011 0.7713</w:t>
        <w:br/>
        <w:t>vn -0.1836 0.6553 0.7327</w:t>
        <w:br/>
        <w:t>vn 0.0021 0.8906 0.4547</w:t>
        <w:br/>
        <w:t>vn 0.0021 0.8907 0.4547</w:t>
        <w:br/>
        <w:t>vn 0.0934 0.9807 0.1719</w:t>
        <w:br/>
        <w:t>vn 0.1089 0.9931 0.0429</w:t>
        <w:br/>
        <w:t>vn 0.1204 0.9898 -0.0763</w:t>
        <w:br/>
        <w:t>vn 0.1175 0.9728 -0.1994</w:t>
        <w:br/>
        <w:t>vn 0.5404 0.7892 -0.2918</w:t>
        <w:br/>
        <w:t>vn 0.0548 0.9560 -0.2883</w:t>
        <w:br/>
        <w:t>vn 0.4941 0.7402 -0.4560</w:t>
        <w:br/>
        <w:t>vn 0.2651 0.8079 -0.5264</w:t>
        <w:br/>
        <w:t>vn 0.4441 0.6719 -0.5928</w:t>
        <w:br/>
        <w:t>vn -0.3130 0.9434 -0.1092</w:t>
        <w:br/>
        <w:t>vn -0.3130 0.9434 -0.1091</w:t>
        <w:br/>
        <w:t>vn -0.6080 0.7802 -0.1470</w:t>
        <w:br/>
        <w:t>vn -0.7485 0.6426 -0.1637</w:t>
        <w:br/>
        <w:t>vn -0.8038 0.5682 -0.1763</w:t>
        <w:br/>
        <w:t>vn -0.8289 0.5107 -0.2284</w:t>
        <w:br/>
        <w:t>vn 0.7753 -0.1534 0.6127</w:t>
        <w:br/>
        <w:t>vn 0.9557 -0.1712 0.2394</w:t>
        <w:br/>
        <w:t>vn 0.9697 -0.1410 0.1994</w:t>
        <w:br/>
        <w:t>vn 0.7132 -0.0933 0.6948</w:t>
        <w:br/>
        <w:t>vn 0.9459 -0.0934 0.3106</w:t>
        <w:br/>
        <w:t>vn 0.9670 -0.0517 0.2495</w:t>
        <w:br/>
        <w:t>vn 0.7180 -0.0197 0.6957</w:t>
        <w:br/>
        <w:t>vn 0.9354 -0.0124 0.3533</w:t>
        <w:br/>
        <w:t>vn 0.9481 0.0115 0.3177</w:t>
        <w:br/>
        <w:t>vn 0.6356 -0.5233 -0.5675</w:t>
        <w:br/>
        <w:t>vn 0.4311 -0.6350 -0.6411</w:t>
        <w:br/>
        <w:t>vn 0.4311 -0.6350 -0.6410</w:t>
        <w:br/>
        <w:t>vn 0.6357 -0.5233 -0.5676</w:t>
        <w:br/>
        <w:t>vn 0.3910 -0.6286 -0.6722</w:t>
        <w:br/>
        <w:t>vn 0.5644 -0.5217 -0.6397</w:t>
        <w:br/>
        <w:t>vn 0.5645 -0.5216 -0.6397</w:t>
        <w:br/>
        <w:t>vn 0.1405 -0.0503 -0.9888</w:t>
        <w:br/>
        <w:t>vn 0.1641 -0.1368 -0.9769</w:t>
        <w:br/>
        <w:t>vn 0.3277 -0.2771 -0.9032</w:t>
        <w:br/>
        <w:t>vn 0.4681 -0.7301 -0.4979</w:t>
        <w:br/>
        <w:t>vn 0.0001 -0.8486 -0.5290</w:t>
        <w:br/>
        <w:t>vn -0.1632 0.5096 -0.8448</w:t>
        <w:br/>
        <w:t>vn 0.0957 0.3794 -0.9203</w:t>
        <w:br/>
        <w:t>vn -0.6218 -0.4284 -0.6557</w:t>
        <w:br/>
        <w:t>vn -0.6218 -0.4284 -0.6556</w:t>
        <w:br/>
        <w:t>vn -0.6218 -0.4285 -0.6556</w:t>
        <w:br/>
        <w:t>vn -0.3029 0.6448 -0.7018</w:t>
        <w:br/>
        <w:t>vn 0.0653 0.5312 -0.8447</w:t>
        <w:br/>
        <w:t>vn 0.8400 -0.1311 -0.5266</w:t>
        <w:br/>
        <w:t>vn 0.8086 -0.2176 -0.5466</w:t>
        <w:br/>
        <w:t>vn 0.5059 0.6116 -0.6083</w:t>
        <w:br/>
        <w:t>vn 0.7174 0.6668 -0.2017</w:t>
        <w:br/>
        <w:t>vn -0.6337 0.6253 -0.4554</w:t>
        <w:br/>
        <w:t>vn -0.2222 0.6617 -0.7161</w:t>
        <w:br/>
        <w:t>vn 0.8617 -0.0236 -0.5069</w:t>
        <w:br/>
        <w:t>vn 0.6286 0.3824 -0.6772</w:t>
        <w:br/>
        <w:t>vn -0.1972 0.8353 -0.5132</w:t>
        <w:br/>
        <w:t>vn 0.4615 0.7866 -0.4103</w:t>
        <w:br/>
        <w:t>vn 0.7785 0.4447 -0.4428</w:t>
        <w:br/>
        <w:t>vn 0.9254 0.0067 -0.3789</w:t>
        <w:br/>
        <w:t>vn 0.8805 0.4739 -0.0121</w:t>
        <w:br/>
        <w:t>vn 0.5491 0.8356 -0.0156</w:t>
        <w:br/>
        <w:t>vn 1.0000 0.0004 -0.0058</w:t>
        <w:br/>
        <w:t>vn 0.8306 0.4003 0.3871</w:t>
        <w:br/>
        <w:t>vn 0.4939 0.7804 0.3834</w:t>
        <w:br/>
        <w:t>vn 0.9531 -0.0787 0.2923</w:t>
        <w:br/>
        <w:t>vn 0.6899 0.5179 0.5057</w:t>
        <w:br/>
        <w:t>vn 0.4373 0.7244 0.5328</w:t>
        <w:br/>
        <w:t>vn 0.9423 -0.1070 0.3171</w:t>
        <w:br/>
        <w:t>vn 0.9240 -0.1407 0.3555</w:t>
        <w:br/>
        <w:t>vn -0.1469 0.8631 -0.4832</w:t>
        <w:br/>
        <w:t>vn -0.1011 0.9748 -0.1988</w:t>
        <w:br/>
        <w:t>vn -0.5462 0.8376 -0.0132</w:t>
        <w:br/>
        <w:t>vn -0.0467 0.9986 0.0229</w:t>
        <w:br/>
        <w:t>vn -0.5617 0.8273 -0.0102</w:t>
        <w:br/>
        <w:t>vn -0.1724 0.9650 0.1974</w:t>
        <w:br/>
        <w:t>vn -0.5560 0.8307 0.0299</w:t>
        <w:br/>
        <w:t>vn -0.0814 0.9108 0.4048</w:t>
        <w:br/>
        <w:t>vn -0.5819 0.7938 0.1772</w:t>
        <w:br/>
        <w:t>vn 0.9111 0.2147 0.3518</w:t>
        <w:br/>
        <w:t>vn 0.8738 0.2214 0.4330</w:t>
        <w:br/>
        <w:t>vn 0.7348 0.1507 0.6613</w:t>
        <w:br/>
        <w:t>vn 0.0663 0.0463 0.9967</w:t>
        <w:br/>
        <w:t>vn -0.3150 -0.0196 0.9489</w:t>
        <w:br/>
        <w:t>vn 0.5597 0.0676 0.8259</w:t>
        <w:br/>
        <w:t>vn 0.8023 0.4808 0.3538</w:t>
        <w:br/>
        <w:t>vn 0.8008 0.4964 0.3352</w:t>
        <w:br/>
        <w:t>vn 0.2755 -0.0321 0.9608</w:t>
        <w:br/>
        <w:t>vn -0.2159 -0.1016 0.9711</w:t>
        <w:br/>
        <w:t>vn 0.4235 0.0376 0.9051</w:t>
        <w:br/>
        <w:t>vn 0.6997 0.6110 0.3703</w:t>
        <w:br/>
        <w:t>vn 0.3796 0.0200 0.9249</w:t>
        <w:br/>
        <w:t>vn 0.7110 0.6176 0.3362</w:t>
        <w:br/>
        <w:t>vn 0.5679 0.7464 0.3470</w:t>
        <w:br/>
        <w:t>vn 0.6498 0.6964 0.3046</w:t>
        <w:br/>
        <w:t>vn 0.6253 0.7047 0.3351</w:t>
        <w:br/>
        <w:t>vn 0.6130 0.7401 0.2764</w:t>
        <w:br/>
        <w:t>vn 0.6328 0.7320 0.2525</w:t>
        <w:br/>
        <w:t>vn 0.4742 0.7699 0.4270</w:t>
        <w:br/>
        <w:t>vn -0.7459 0.6642 0.0497</w:t>
        <w:br/>
        <w:t>vn -0.7265 0.6762 0.1222</w:t>
        <w:br/>
        <w:t>vn -0.6559 0.7171 0.2357</w:t>
        <w:br/>
        <w:t>vn -0.7030 0.6843 0.1939</w:t>
        <w:br/>
        <w:t>vn 0.0028 0.8403 0.5421</w:t>
        <w:br/>
        <w:t>vn -0.6557 0.7173 0.2358</w:t>
        <w:br/>
        <w:t>vn -0.1614 0.3443 0.9249</w:t>
        <w:br/>
        <w:t>vn 0.3158 0.7289 0.6074</w:t>
        <w:br/>
        <w:t>vn 0.1963 0.2545 0.9469</w:t>
        <w:br/>
        <w:t>vn -0.3343 -0.0827 0.9388</w:t>
        <w:br/>
        <w:t>vn -0.5955 -0.1825 0.7824</w:t>
        <w:br/>
        <w:t>vn -0.7945 0.0417 0.6058</w:t>
        <w:br/>
        <w:t>vn 0.3295 0.7267 0.6028</w:t>
        <w:br/>
        <w:t>vn 0.3631 0.7294 0.5798</w:t>
        <w:br/>
        <w:t>vn 0.3631 0.7294 0.5797</w:t>
        <w:br/>
        <w:t>vn 0.4144 0.7128 0.5659</w:t>
        <w:br/>
        <w:t>vn 0.9607 -0.0754 0.2671</w:t>
        <w:br/>
        <w:t>vn 0.6899 0.5180 0.5058</w:t>
        <w:br/>
        <w:t>vn 0.9436 -0.1926 0.2693</w:t>
        <w:br/>
        <w:t>vn 0.9999 0.0095 -0.0051</w:t>
        <w:br/>
        <w:t>vn 0.7032 -0.5459 0.4554</w:t>
        <w:br/>
        <w:t>vn 0.7033 -0.5459 0.4554</w:t>
        <w:br/>
        <w:t>vn 0.7721 -0.4857 0.4098</w:t>
        <w:br/>
        <w:t>vn 0.4256 0.4414 0.7899</w:t>
        <w:br/>
        <w:t>vn 0.4470 0.4614 0.7664</w:t>
        <w:br/>
        <w:t>vn 0.1725 0.7197 0.6725</w:t>
        <w:br/>
        <w:t>vn 0.1949 0.7197 0.6664</w:t>
        <w:br/>
        <w:t>vn 0.1411 0.7413 0.6562</w:t>
        <w:br/>
        <w:t>vn 0.3613 0.4451 0.8194</w:t>
        <w:br/>
        <w:t>vn 0.6963 -0.5622 0.4462</w:t>
        <w:br/>
        <w:t>vn 0.5340 -0.6702 0.5154</w:t>
        <w:br/>
        <w:t>vn 0.3157 0.4259 0.8479</w:t>
        <w:br/>
        <w:t>vn 0.2584 0.5258 0.8104</w:t>
        <w:br/>
        <w:t>vn 0.5192 -0.6813 0.5161</w:t>
        <w:br/>
        <w:t>vn 0.3446 0.3551 0.8690</w:t>
        <w:br/>
        <w:t>vn 0.3255 0.3251 0.8879</w:t>
        <w:br/>
        <w:t>vn 0.7315 -0.5479 0.4058</w:t>
        <w:br/>
        <w:t>vn 0.3188 0.2837 0.9043</w:t>
        <w:br/>
        <w:t>vn 0.6749 -0.6022 0.4265</w:t>
        <w:br/>
        <w:t>vn 0.6193 -0.6521 0.4373</w:t>
        <w:br/>
        <w:t>vn 0.2260 0.2235 0.9481</w:t>
        <w:br/>
        <w:t>vn 0.2259 0.2235 0.9481</w:t>
        <w:br/>
        <w:t>vn 0.0000 0.1450 0.9894</w:t>
        <w:br/>
        <w:t>vn -0.5670 0.7848 0.2502</w:t>
        <w:br/>
        <w:t>vn -0.5769 0.7883 0.2139</w:t>
        <w:br/>
        <w:t>vn -0.5769 0.7883 0.2140</w:t>
        <w:br/>
        <w:t>vn -0.5817 0.7826 0.2215</w:t>
        <w:br/>
        <w:t>vn -0.6954 0.5596 0.4508</w:t>
        <w:br/>
        <w:t>vn 0.1405 0.7330 0.6656</w:t>
        <w:br/>
        <w:t>vn 0.1355 0.5803 0.8031</w:t>
        <w:br/>
        <w:t>vn 0.1745 0.7164 0.6756</w:t>
        <w:br/>
        <w:t>vn -0.6673 0.5929 0.4507</w:t>
        <w:br/>
        <w:t>vn -0.7950 0.4850 0.3645</w:t>
        <w:br/>
        <w:t>vn -0.6027 0.6071 0.5178</w:t>
        <w:br/>
        <w:t>vn -0.5984 0.5895 0.5426</w:t>
        <w:br/>
        <w:t>vn -0.5982 0.5895 0.5428</w:t>
        <w:br/>
        <w:t>vn 0.1769 0.6932 0.6987</w:t>
        <w:br/>
        <w:t>vn -0.0510 -0.3350 0.9408</w:t>
        <w:br/>
        <w:t>vn 0.8333 0.4891 -0.2578</w:t>
        <w:br/>
        <w:t>vn 0.9081 0.3674 -0.2007</w:t>
        <w:br/>
        <w:t>vn 0.3871 0.3384 0.8577</w:t>
        <w:br/>
        <w:t>vn -0.7254 0.0258 0.6879</w:t>
        <w:br/>
        <w:t>vn -0.7254 0.0257 0.6879</w:t>
        <w:br/>
        <w:t>vn 0.4132 0.2331 0.8803</w:t>
        <w:br/>
        <w:t>vn 0.3936 0.2239 0.8916</w:t>
        <w:br/>
        <w:t>vn -0.6180 -0.2461 0.7467</w:t>
        <w:br/>
        <w:t>vn -0.4929 -0.3619 0.7913</w:t>
        <w:br/>
        <w:t>vn 0.4094 0.9120 0.0271</w:t>
        <w:br/>
        <w:t>vn 0.6787 0.6996 -0.2237</w:t>
        <w:br/>
        <w:t>vn -0.0000 0.9819 0.1893</w:t>
        <w:br/>
        <w:t>vn 0.3802 0.2098 0.9008</w:t>
        <w:br/>
        <w:t>vn -0.0000 0.0199 0.9998</w:t>
        <w:br/>
        <w:t>vn 0.0076 -0.0609 0.9981</w:t>
        <w:br/>
        <w:t>vn 0.1996 0.2435 0.9492</w:t>
        <w:br/>
        <w:t>vn -0.0801 -0.1826 0.9799</w:t>
        <w:br/>
        <w:t>vn 0.1055 -0.0466 0.9933</w:t>
        <w:br/>
        <w:t>vn 0.0632 0.9117 0.4059</w:t>
        <w:br/>
        <w:t>vn 0.8605 0.4932 0.1279</w:t>
        <w:br/>
        <w:t>vn 0.9730 0.2302 -0.0170</w:t>
        <w:br/>
        <w:t>vn 0.6209 0.7269 0.2934</w:t>
        <w:br/>
        <w:t>vn 0.6161 0.7503 0.2398</w:t>
        <w:br/>
        <w:t>vn 0.6288 -0.1910 0.7537</w:t>
        <w:br/>
        <w:t>vn 0.6930 0.7124 0.1105</w:t>
        <w:br/>
        <w:t>vn 0.2514 -0.1395 0.9578</w:t>
        <w:br/>
        <w:t>vn 0.5434 0.8213 0.1737</w:t>
        <w:br/>
        <w:t>vn 0.7175 0.6961 0.0257</w:t>
        <w:br/>
        <w:t>vn 0.4567 0.8580 0.2349</w:t>
        <w:br/>
        <w:t>vn -0.7307 0.3421 -0.5908</w:t>
        <w:br/>
        <w:t>vn -0.7440 0.3109 -0.5915</w:t>
        <w:br/>
        <w:t>vn -0.7439 0.3109 -0.5915</w:t>
        <w:br/>
        <w:t>vn -0.7564 0.2794 -0.5915</w:t>
        <w:br/>
        <w:t>vn 0.4378 0.3233 -0.8390</w:t>
        <w:br/>
        <w:t>vn 0.4378 0.3233 -0.8389</w:t>
        <w:br/>
        <w:t>vn 0.4130 0.3164 -0.8540</w:t>
        <w:br/>
        <w:t>vn 0.3856 0.4605 -0.7995</w:t>
        <w:br/>
        <w:t>vn 0.4376 0.3533 -0.8268</w:t>
        <w:br/>
        <w:t>vn 0.4328 0.5506 -0.7138</w:t>
        <w:br/>
        <w:t>vn 0.4207 0.6490 -0.6339</w:t>
        <w:br/>
        <w:t>vn 0.8424 0.4057 -0.3547</w:t>
        <w:br/>
        <w:t>vn 0.6727 0.3999 -0.6225</w:t>
        <w:br/>
        <w:t>vn 0.8190 0.0869 0.5672</w:t>
        <w:br/>
        <w:t>vn 0.8034 0.0459 0.5937</w:t>
        <w:br/>
        <w:t>vn 0.8190 0.0870 0.5672</w:t>
        <w:br/>
        <w:t>vn 0.8185 -0.0898 0.5675</w:t>
        <w:br/>
        <w:t>vn 0.8708 0.2637 -0.4149</w:t>
        <w:br/>
        <w:t>vn 0.6387 0.3331 -0.6936</w:t>
        <w:br/>
        <w:t>vn 0.8467 0.1588 -0.5079</w:t>
        <w:br/>
        <w:t>vn 0.6702 0.2695 -0.6915</w:t>
        <w:br/>
        <w:t>vn 0.8498 -0.2899 0.4403</w:t>
        <w:br/>
        <w:t>vn 0.8692 0.0254 -0.4937</w:t>
        <w:br/>
        <w:t>vn 0.6394 0.2271 -0.7346</w:t>
        <w:br/>
        <w:t>vn 0.8081 -0.4826 0.3378</w:t>
        <w:br/>
        <w:t>vn 0.8994 -0.4350 -0.0434</w:t>
        <w:br/>
        <w:t>vn 0.8736 -0.2493 0.4179</w:t>
        <w:br/>
        <w:t>vn 0.7001 0.0908 -0.7082</w:t>
        <w:br/>
        <w:t>vn 0.7536 -0.1674 -0.6356</w:t>
        <w:br/>
        <w:t>vn 0.6718 -0.0077 -0.7407</w:t>
        <w:br/>
        <w:t>vn 0.7986 -0.1325 -0.5871</w:t>
        <w:br/>
        <w:t>vn 0.7080 0.0377 -0.7052</w:t>
        <w:br/>
        <w:t>vn 0.9825 0.1088 -0.1512</w:t>
        <w:br/>
        <w:t>vn 0.9910 0.1324 -0.0218</w:t>
        <w:br/>
        <w:t>vn 0.8462 0.5300 -0.0556</w:t>
        <w:br/>
        <w:t>vn 0.5247 0.8489 0.0642</w:t>
        <w:br/>
        <w:t>vn 0.3805 0.9229 0.0588</w:t>
        <w:br/>
        <w:t>vn 0.4392 0.8816 0.1727</w:t>
        <w:br/>
        <w:t>vn 0.8530 0.4706 0.2256</w:t>
        <w:br/>
        <w:t>vn 0.9455 0.1420 -0.2931</w:t>
        <w:br/>
        <w:t>vn 0.9943 0.0176 0.1056</w:t>
        <w:br/>
        <w:t>vn 0.9147 -0.3876 -0.1145</w:t>
        <w:br/>
        <w:t>vn 0.9664 -0.2560 -0.0237</w:t>
        <w:br/>
        <w:t>vn 0.9649 -0.1403 -0.2219</w:t>
        <w:br/>
        <w:t>vn 0.9000 -0.4052 -0.1606</w:t>
        <w:br/>
        <w:t>vn 0.9986 0.0412 0.0326</w:t>
        <w:br/>
        <w:t>vn 0.9724 -0.1668 -0.1630</w:t>
        <w:br/>
        <w:t>vn 0.8262 0.2452 -0.5071</w:t>
        <w:br/>
        <w:t>vn 0.9740 0.2059 0.0946</w:t>
        <w:br/>
        <w:t>vn 0.7470 0.3564 -0.5612</w:t>
        <w:br/>
        <w:t>vn 0.6710 0.3960 -0.6268</w:t>
        <w:br/>
        <w:t>vn 0.9498 0.2830 0.1336</w:t>
        <w:br/>
        <w:t>vn 0.7517 0.3763 -0.5416</w:t>
        <w:br/>
        <w:t>vn 0.9445 0.2975 0.1393</w:t>
        <w:br/>
        <w:t>vn 0.9380 -0.1382 -0.3178</w:t>
        <w:br/>
        <w:t>vn 0.9581 -0.1040 0.2670</w:t>
        <w:br/>
        <w:t>vn 0.4878 0.3144 -0.8144</w:t>
        <w:br/>
        <w:t>vn 0.4515 0.3701 -0.8119</w:t>
        <w:br/>
        <w:t>vn 0.4702 0.3422 -0.8135</w:t>
        <w:br/>
        <w:t>vn 0.4611 0.3260 -0.8253</w:t>
        <w:br/>
        <w:t>vn 0.4860 0.3674 -0.7930</w:t>
        <w:br/>
        <w:t>vn 0.8739 -0.4198 0.2452</w:t>
        <w:br/>
        <w:t>vn 0.8108 -0.5794 0.0837</w:t>
        <w:br/>
        <w:t>vn 0.9085 -0.1036 0.4049</w:t>
        <w:br/>
        <w:t>vn 0.8956 0.0812 0.4374</w:t>
        <w:br/>
        <w:t>vn 0.8625 0.1638 0.4789</w:t>
        <w:br/>
        <w:t>vn 0.8681 0.1866 0.4599</w:t>
        <w:br/>
        <w:t>vn 0.0591 0.1967 -0.9787</w:t>
        <w:br/>
        <w:t>vn 0.0873 0.1023 -0.9909</w:t>
        <w:br/>
        <w:t>vn -0.4018 -0.0581 -0.9139</w:t>
        <w:br/>
        <w:t>vn -0.5790 -0.1443 -0.8025</w:t>
        <w:br/>
        <w:t>vn -0.2270 -0.8401 -0.4926</w:t>
        <w:br/>
        <w:t>vn -0.0588 -0.5865 -0.8078</w:t>
        <w:br/>
        <w:t>vn -0.8655 -0.0745 -0.4953</w:t>
        <w:br/>
        <w:t>vn -0.7727 -0.2692 -0.5749</w:t>
        <w:br/>
        <w:t>vn -0.5202 -0.5440 -0.6583</w:t>
        <w:br/>
        <w:t>vn -0.3869 -0.4130 -0.8245</w:t>
        <w:br/>
        <w:t>vn 0.1887 0.1288 -0.9735</w:t>
        <w:br/>
        <w:t>vn -0.2115 -0.5659 -0.7969</w:t>
        <w:br/>
        <w:t>vn 0.2109 -0.0232 -0.9772</w:t>
        <w:br/>
        <w:t>vn -0.3528 -0.6928 -0.6289</w:t>
        <w:br/>
        <w:t>vn -0.0107 -0.6389 -0.7692</w:t>
        <w:br/>
        <w:t>vn 0.4919 -0.1953 -0.8485</w:t>
        <w:br/>
        <w:t>vn -0.3137 -0.7547 -0.5763</w:t>
        <w:br/>
        <w:t>vn 0.4317 0.3603 -0.8270</w:t>
        <w:br/>
        <w:t>vn 0.6310 0.2827 -0.7225</w:t>
        <w:br/>
        <w:t>vn 0.4073 0.3864 -0.8275</w:t>
        <w:br/>
        <w:t>vn 0.4036 0.3776 -0.8334</w:t>
        <w:br/>
        <w:t>vn 0.2662 0.3424 -0.9010</w:t>
        <w:br/>
        <w:t>vn 0.4215 0.2306 -0.8770</w:t>
        <w:br/>
        <w:t>vn 0.3995 0.3740 -0.8370</w:t>
        <w:br/>
        <w:t>vn 0.3913 0.3937 -0.8318</w:t>
        <w:br/>
        <w:t>vn 0.4119 0.4745 -0.7779</w:t>
        <w:br/>
        <w:t>vn 0.0398 0.4759 -0.8786</w:t>
        <w:br/>
        <w:t>vn 0.2634 0.3945 -0.8804</w:t>
        <w:br/>
        <w:t>vn 0.4653 0.4178 -0.7803</w:t>
        <w:br/>
        <w:t>vn 0.6956 0.5015 -0.5144</w:t>
        <w:br/>
        <w:t>vn 0.4191 0.3507 -0.8375</w:t>
        <w:br/>
        <w:t>vn 0.6833 0.4347 -0.5866</w:t>
        <w:br/>
        <w:t>vn 0.4271 0.4558 -0.7810</w:t>
        <w:br/>
        <w:t>vn 0.4299 0.3189 -0.8447</w:t>
        <w:br/>
        <w:t>vn 0.3652 0.9292 0.0570</w:t>
        <w:br/>
        <w:t>vn 0.4100 0.8187 -0.4020</w:t>
        <w:br/>
        <w:t>vn 0.5529 0.6827 -0.4777</w:t>
        <w:br/>
        <w:t>vn 0.5588 0.5770 -0.5957</w:t>
        <w:br/>
        <w:t>vn 0.5524 0.5395 -0.6354</w:t>
        <w:br/>
        <w:t>vn 0.6146 0.4953 -0.6140</w:t>
        <w:br/>
        <w:t>vn 0.6132 0.4961 -0.6147</w:t>
        <w:br/>
        <w:t>vn 0.6659 0.4521 -0.5934</w:t>
        <w:br/>
        <w:t>vn 0.6644 0.4444 -0.6009</w:t>
        <w:br/>
        <w:t>vn 0.5776 0.5601 -0.5939</w:t>
        <w:br/>
        <w:t>vn 0.4870 0.6487 -0.5849</w:t>
        <w:br/>
        <w:t>vn 0.4591 0.6625 -0.5919</w:t>
        <w:br/>
        <w:t>vn 0.5710 0.5572 -0.6029</w:t>
        <w:br/>
        <w:t>vn 0.7138 0.6582 0.2392</w:t>
        <w:br/>
        <w:t>vn 0.5912 0.6116 -0.5258</w:t>
        <w:br/>
        <w:t>vn 0.6533 0.5953 -0.4678</w:t>
        <w:br/>
        <w:t>vn 0.4474 0.5544 -0.7017</w:t>
        <w:br/>
        <w:t>vn 0.6585 0.5850 0.4735</w:t>
        <w:br/>
        <w:t>vn 0.6585 0.5850 0.4734</w:t>
        <w:br/>
        <w:t>vn -0.0218 0.1412 -0.9897</w:t>
        <w:br/>
        <w:t>vn 0.2779 0.0545 -0.9591</w:t>
        <w:br/>
        <w:t>vn 0.3469 0.0335 -0.9373</w:t>
        <w:br/>
        <w:t>vn 0.2351 0.1072 -0.9660</w:t>
        <w:br/>
        <w:t>vn 0.1106 0.1320 -0.9851</w:t>
        <w:br/>
        <w:t>vn 0.0940 0.1801 -0.9791</w:t>
        <w:br/>
        <w:t>vn 0.2284 0.1026 -0.9681</w:t>
        <w:br/>
        <w:t>vn 0.3473 0.0295 -0.9373</w:t>
        <w:br/>
        <w:t>vn 0.2850 0.0430 -0.9576</w:t>
        <w:br/>
        <w:t>vn -0.1789 0.1636 -0.9702</w:t>
        <w:br/>
        <w:t>vn -0.8434 0.1124 -0.5254</w:t>
        <w:br/>
        <w:t>vn -0.6943 0.1826 -0.6962</w:t>
        <w:br/>
        <w:t>vn -0.7273 0.1744 -0.6638</w:t>
        <w:br/>
        <w:t>vn -0.5060 0.2427 -0.8277</w:t>
        <w:br/>
        <w:t>vn -0.6943 0.1827 -0.6962</w:t>
        <w:br/>
        <w:t>vn -0.1788 0.1635 -0.9702</w:t>
        <w:br/>
        <w:t>vn -0.3358 -0.1015 -0.9365</w:t>
        <w:br/>
        <w:t>vn -0.3358 -0.1016 -0.9364</w:t>
        <w:br/>
        <w:t>vn 0.2582 0.0694 -0.9636</w:t>
        <w:br/>
        <w:t>vn 0.4517 0.3379 -0.8257</w:t>
        <w:br/>
        <w:t>vn 0.1372 0.0282 -0.9901</w:t>
        <w:br/>
        <w:t>vn -0.0721 -0.3709 -0.9259</w:t>
        <w:br/>
        <w:t>vn -0.1652 -0.3065 -0.9374</w:t>
        <w:br/>
        <w:t>vn 0.0866 0.1707 -0.9815</w:t>
        <w:br/>
        <w:t>vn 0.1081 0.1342 -0.9850</w:t>
        <w:br/>
        <w:t>vn 0.0925 0.0354 -0.9951</w:t>
        <w:br/>
        <w:t>vn 0.0535 0.0602 -0.9968</w:t>
        <w:br/>
        <w:t>vn 0.0932 0.0699 -0.9932</w:t>
        <w:br/>
        <w:t>vn 0.1061 0.0839 -0.9908</w:t>
        <w:br/>
        <w:t>vn -0.3212 -0.2464 -0.9144</w:t>
        <w:br/>
        <w:t>vn 0.0048 0.1020 -0.9948</w:t>
        <w:br/>
        <w:t>vn -0.4180 -0.1896 -0.8884</w:t>
        <w:br/>
        <w:t>vn -0.0944 0.4674 -0.8790</w:t>
        <w:br/>
        <w:t>vn -0.1692 0.2693 -0.9481</w:t>
        <w:br/>
        <w:t>vn -0.7037 0.1740 -0.6889</w:t>
        <w:br/>
        <w:t>vn -0.5916 0.0137 -0.8061</w:t>
        <w:br/>
        <w:t>vn 0.0919 0.7148 -0.6933</w:t>
        <w:br/>
        <w:t>vn -0.2742 0.8765 -0.3956</w:t>
        <w:br/>
        <w:t>vn 0.0377 0.6935 -0.7195</w:t>
        <w:br/>
        <w:t>vn -0.0023 0.5883 -0.8087</w:t>
        <w:br/>
        <w:t>vn -0.7545 0.0185 -0.6560</w:t>
        <w:br/>
        <w:t>vn -0.8232 0.0159 -0.5675</w:t>
        <w:br/>
        <w:t>vn 0.4369 0.3542 -0.8268</w:t>
        <w:br/>
        <w:t>vn -0.5038 -0.4943 -0.7084</w:t>
        <w:br/>
        <w:t>vn -0.6020 -0.5843 -0.5442</w:t>
        <w:br/>
        <w:t>vn -0.2902 -0.8360 -0.4657</w:t>
        <w:br/>
        <w:t>vn -0.1955 -0.7401 -0.6435</w:t>
        <w:br/>
        <w:t>vn 0.0666 -0.8299 -0.5539</w:t>
        <w:br/>
        <w:t>vn -0.0355 -0.9294 -0.3674</w:t>
        <w:br/>
        <w:t>vn 0.0817 -0.9416 -0.3267</w:t>
        <w:br/>
        <w:t>vn 0.1345 -0.7881 -0.6007</w:t>
        <w:br/>
        <w:t>vn -0.4636 0.2988 -0.8341</w:t>
        <w:br/>
        <w:t>vn -0.8121 0.3434 -0.4717</w:t>
        <w:br/>
        <w:t>vn -0.8121 0.3434 -0.4718</w:t>
        <w:br/>
        <w:t>vn -0.1043 0.9671 0.2319</w:t>
        <w:br/>
        <w:t>vn -0.3151 0.8938 -0.3192</w:t>
        <w:br/>
        <w:t>vn -0.5527 0.8273 -0.1005</w:t>
        <w:br/>
        <w:t>vn -0.2388 0.9677 0.0812</w:t>
        <w:br/>
        <w:t>vn -0.7037 0.2176 -0.6764</w:t>
        <w:br/>
        <w:t>vn -0.8996 0.1457 -0.4116</w:t>
        <w:br/>
        <w:t>vn -0.5203 -0.4897 -0.6996</w:t>
        <w:br/>
        <w:t>vn -0.6405 -0.6153 -0.4595</w:t>
        <w:br/>
        <w:t>vn -0.0903 -0.8066 -0.5842</w:t>
        <w:br/>
        <w:t>vn -0.1785 -0.9266 -0.3310</w:t>
        <w:br/>
        <w:t>vn 0.0162 -0.9652 -0.2609</w:t>
        <w:br/>
        <w:t>vn 0.0914 -0.8545 -0.5114</w:t>
        <w:br/>
        <w:t>vn -0.8528 0.4730 -0.2212</w:t>
        <w:br/>
        <w:t>vn -0.6967 0.5268 -0.4869</w:t>
        <w:br/>
        <w:t>vn -0.7899 0.6068 -0.0890</w:t>
        <w:br/>
        <w:t>vn -0.7899 0.6067 -0.0889</w:t>
        <w:br/>
        <w:t>vn -0.8808 0.3851 -0.2754</w:t>
        <w:br/>
        <w:t>vn -0.6291 0.5019 -0.5936</w:t>
        <w:br/>
        <w:t>vn -0.8715 0.4462 -0.2034</w:t>
        <w:br/>
        <w:t>vn -0.6576 0.5538 -0.5107</w:t>
        <w:br/>
        <w:t>vn -0.0382 -0.8741 -0.4842</w:t>
        <w:br/>
        <w:t>vn 0.0938 -0.6450 -0.7584</w:t>
        <w:br/>
        <w:t>vn 0.1454 -0.6800 -0.7187</w:t>
        <w:br/>
        <w:t>vn 0.0108 -0.8987 -0.4385</w:t>
        <w:br/>
        <w:t>vn 0.3448 -0.7102 -0.6138</w:t>
        <w:br/>
        <w:t>vn 0.2140 -0.9193 -0.3303</w:t>
        <w:br/>
        <w:t>vn 0.4374 -0.8677 -0.2361</w:t>
        <w:br/>
        <w:t>vn 0.5465 -0.6744 -0.4966</w:t>
        <w:br/>
        <w:t>vn 0.6050 -0.6542 -0.4539</w:t>
        <w:br/>
        <w:t>vn 0.5093 -0.8347 -0.2096</w:t>
        <w:br/>
        <w:t>vn -0.8888 -0.1217 -0.4418</w:t>
        <w:br/>
        <w:t>vn -0.8888 -0.1216 -0.4418</w:t>
        <w:br/>
        <w:t>vn 0.7513 -0.6586 -0.0426</w:t>
        <w:br/>
        <w:t>vn 0.6761 -0.7342 0.0619</w:t>
        <w:br/>
        <w:t>vn 0.6762 -0.7342 0.0619</w:t>
        <w:br/>
        <w:t>vn 0.7513 -0.6586 -0.0425</w:t>
        <w:br/>
        <w:t>vn 0.8096 -0.5685 -0.1460</w:t>
        <w:br/>
        <w:t>vn 0.5937 -0.6476 -0.4776</w:t>
        <w:br/>
        <w:t>vn 0.0887 0.3008 -0.9495</w:t>
        <w:br/>
        <w:t>vn 0.0887 0.3009 -0.9495</w:t>
        <w:br/>
        <w:t>vn 0.5443 0.0005 -0.8389</w:t>
        <w:br/>
        <w:t>vn 0.4500 0.0019 -0.8931</w:t>
        <w:br/>
        <w:t>vn 0.3282 -0.1157 -0.9375</w:t>
        <w:br/>
        <w:t>vn 0.2306 0.2472 -0.9411</w:t>
        <w:br/>
        <w:t>vn 0.0163 0.5907 -0.8067</w:t>
        <w:br/>
        <w:t>vn 0.1630 0.4844 -0.8595</w:t>
        <w:br/>
        <w:t>vn 0.0717 0.4945 -0.8662</w:t>
        <w:br/>
        <w:t>vn -0.0022 0.5883 -0.8086</w:t>
        <w:br/>
        <w:t>vn -0.5904 0.1190 -0.7982</w:t>
        <w:br/>
        <w:t>vn -0.3831 -0.3821 -0.8410</w:t>
        <w:br/>
        <w:t>vn -0.0915 -0.6079 -0.7887</w:t>
        <w:br/>
        <w:t>vn 0.1652 -0.6843 -0.7102</w:t>
        <w:br/>
        <w:t>vn 0.1560 -0.6802 -0.7162</w:t>
        <w:br/>
        <w:t>vn 0.0251 -0.6291 -0.7769</w:t>
        <w:br/>
        <w:t>vn 0.0154 -0.2481 -0.9686</w:t>
        <w:br/>
        <w:t>vn -0.5861 0.1838 -0.7891</w:t>
        <w:br/>
        <w:t>vn -0.3068 0.1903 -0.9326</w:t>
        <w:br/>
        <w:t>vn 0.1678 0.9787 -0.1185</w:t>
        <w:br/>
        <w:t>vn 0.3748 0.6204 -0.6890</w:t>
        <w:br/>
        <w:t>vn 0.1950 0.5721 -0.7967</w:t>
        <w:br/>
        <w:t>vn 0.3438 0.9390 0.0003</w:t>
        <w:br/>
        <w:t>vn -0.1640 0.3409 -0.9257</w:t>
        <w:br/>
        <w:t>vn -0.3586 -0.3252 -0.8750</w:t>
        <w:br/>
        <w:t>vn 0.0050 -0.6184 -0.7858</w:t>
        <w:br/>
        <w:t>vn 0.1592 -0.6747 -0.7207</w:t>
        <w:br/>
        <w:t>vn 0.2616 0.4595 -0.8488</w:t>
        <w:br/>
        <w:t>vn -0.3067 0.1903 -0.9326</w:t>
        <w:br/>
        <w:t>vn 0.3972 0.4025 -0.8248</w:t>
        <w:br/>
        <w:t>vn -0.7950 0.6038 -0.0579</w:t>
        <w:br/>
        <w:t>vn -0.7991 0.5973 -0.0682</w:t>
        <w:br/>
        <w:t>vn -0.7991 0.5972 -0.0682</w:t>
        <w:br/>
        <w:t>vn -0.8031 0.5906 -0.0786</w:t>
        <w:br/>
        <w:t>vn 0.2580 0.4910 -0.8321</w:t>
        <w:br/>
        <w:t>vn -0.0353 0.6489 -0.7600</w:t>
        <w:br/>
        <w:t>vn -0.0273 0.6399 -0.7680</w:t>
        <w:br/>
        <w:t>vn 0.8511 0.1417 0.5055</w:t>
        <w:br/>
        <w:t>vn 0.9596 0.2553 0.1180</w:t>
        <w:br/>
        <w:t>vn 0.8386 0.5419 -0.0557</w:t>
        <w:br/>
        <w:t>vn 0.8753 0.4835 -0.0108</w:t>
        <w:br/>
        <w:t>vn 0.8724 0.4879 0.0302</w:t>
        <w:br/>
        <w:t>vn -0.2074 0.4896 -0.8469</w:t>
        <w:br/>
        <w:t>vn -0.1585 0.4561 -0.8757</w:t>
        <w:br/>
        <w:t>vn -0.3643 0.9052 0.2187</w:t>
        <w:br/>
        <w:t>vn -0.5497 0.7546 0.3583</w:t>
        <w:br/>
        <w:t>vn -0.5456 0.2796 -0.7901</w:t>
        <w:br/>
        <w:t>vn -0.5033 0.1091 -0.8572</w:t>
        <w:br/>
        <w:t>vn -0.6070 0.7209 0.3346</w:t>
        <w:br/>
        <w:t>vn -0.2463 -0.2883 -0.9253</w:t>
        <w:br/>
        <w:t>vn 0.6436 0.2888 0.7088</w:t>
        <w:br/>
        <w:t>vn 0.7793 0.2738 0.5637</w:t>
        <w:br/>
        <w:t>vn 0.5137 0.6071 0.6062</w:t>
        <w:br/>
        <w:t>vn 0.3562 0.6126 0.7056</w:t>
        <w:br/>
        <w:t>vn 0.0505 0.6415 0.7655</w:t>
        <w:br/>
        <w:t>vn 0.2638 0.3848 0.8845</w:t>
        <w:br/>
        <w:t>vn -0.0892 0.6590 0.7468</w:t>
        <w:br/>
        <w:t>vn -0.2595 0.5008 0.8258</w:t>
        <w:br/>
        <w:t>vn 0.1605 0.2840 0.9453</w:t>
        <w:br/>
        <w:t>vn -0.0339 0.1627 -0.9861</w:t>
        <w:br/>
        <w:t>vn -0.0576 0.0535 -0.9969</w:t>
        <w:br/>
        <w:t>vn -0.3260 -0.0110 -0.9453</w:t>
        <w:br/>
        <w:t>vn 0.0590 0.2773 -0.9590</w:t>
        <w:br/>
        <w:t>vn 0.0425 0.3600 -0.9320</w:t>
        <w:br/>
        <w:t>vn 0.2839 0.2124 -0.9350</w:t>
        <w:br/>
        <w:t>vn 0.0568 0.5200 -0.8523</w:t>
        <w:br/>
        <w:t>vn 0.4895 -0.3057 -0.8167</w:t>
        <w:br/>
        <w:t>vn 0.5028 -0.3696 -0.7814</w:t>
        <w:br/>
        <w:t>vn 0.5762 -0.4044 -0.7102</w:t>
        <w:br/>
        <w:t>vn 0.8763 -0.4767 -0.0692</w:t>
        <w:br/>
        <w:t>vn 0.8279 -0.4350 0.3539</w:t>
        <w:br/>
        <w:t>vn 0.6763 -0.4393 0.5913</w:t>
        <w:br/>
        <w:t>vn 0.5299 -0.4002 0.7477</w:t>
        <w:br/>
        <w:t>vn 0.0544 0.6852 -0.7263</w:t>
        <w:br/>
        <w:t>vn 0.6643 0.4734 -0.5784</w:t>
        <w:br/>
        <w:t>vn 0.6643 0.4734 -0.5785</w:t>
        <w:br/>
        <w:t>vn -0.6224 0.5186 -0.5863</w:t>
        <w:br/>
        <w:t>vn 0.8225 0.3004 -0.4829</w:t>
        <w:br/>
        <w:t>vn 0.8640 0.2360 -0.4447</w:t>
        <w:br/>
        <w:t>vn 0.6460 -0.0896 -0.7581</w:t>
        <w:br/>
        <w:t>vn -0.8553 0.2873 -0.4312</w:t>
        <w:br/>
        <w:t>vn 0.1007 0.2068 -0.9732</w:t>
        <w:br/>
        <w:t>vn -0.1238 0.2590 -0.9579</w:t>
        <w:br/>
        <w:t>vn 0.4215 0.4432 -0.7911</w:t>
        <w:br/>
        <w:t>vn 0.1254 0.0453 -0.9911</w:t>
        <w:br/>
        <w:t>vn 0.3069 0.0213 -0.9515</w:t>
        <w:br/>
        <w:t>vn 0.2669 -0.0744 -0.9609</w:t>
        <w:br/>
        <w:t>vn -0.6477 -0.0594 -0.7596</w:t>
        <w:br/>
        <w:t>vn 0.1318 0.2689 -0.9541</w:t>
        <w:br/>
        <w:t>vn -0.3264 0.2056 -0.9226</w:t>
        <w:br/>
        <w:t>vn -0.5439 0.2098 -0.8125</w:t>
        <w:br/>
        <w:t>vn -0.7442 0.2896 -0.6020</w:t>
        <w:br/>
        <w:t>vn -0.5214 0.5915 -0.6150</w:t>
        <w:br/>
        <w:t>vn -0.9631 0.1882 -0.1923</w:t>
        <w:br/>
        <w:t>vn -0.5666 0.6428 -0.5155</w:t>
        <w:br/>
        <w:t>vn -0.5931 0.5429 0.5946</w:t>
        <w:br/>
        <w:t>vn -0.7312 0.2366 0.6398</w:t>
        <w:br/>
        <w:t>vn -0.6413 0.2843 0.7127</w:t>
        <w:br/>
        <w:t>vn -0.9664 0.0048 0.2572</w:t>
        <w:br/>
        <w:t>vn -0.2107 0.2861 0.9347</w:t>
        <w:br/>
        <w:t>vn 0.3194 0.1835 0.9297</w:t>
        <w:br/>
        <w:t>vn -0.4983 0.1687 0.8504</w:t>
        <w:br/>
        <w:t>vn -0.4907 0.2617 0.8311</w:t>
        <w:br/>
        <w:t>vn -0.0924 -0.0462 -0.9946</w:t>
        <w:br/>
        <w:t>vn -0.2051 -0.0078 -0.9787</w:t>
        <w:br/>
        <w:t>vn -0.3157 -0.2184 -0.9234</w:t>
        <w:br/>
        <w:t>vn -0.4471 0.0270 -0.8941</w:t>
        <w:br/>
        <w:t>vn -0.3875 0.3974 -0.8318</w:t>
        <w:br/>
        <w:t>vn 0.5700 0.1863 -0.8002</w:t>
        <w:br/>
        <w:t>vn 0.3888 -0.2484 -0.8872</w:t>
        <w:br/>
        <w:t>vn 0.2139 -0.4302 -0.8770</w:t>
        <w:br/>
        <w:t>vn 0.6459 -0.0896 -0.7581</w:t>
        <w:br/>
        <w:t>vn 0.3253 -0.2013 -0.9239</w:t>
        <w:br/>
        <w:t>vn 0.1110 0.0292 -0.9934</w:t>
        <w:br/>
        <w:t>vn 0.0542 -0.0336 -0.9980</w:t>
        <w:br/>
        <w:t>vn 0.4317 -0.0016 -0.9020</w:t>
        <w:br/>
        <w:t>vn -0.3710 0.0655 -0.9263</w:t>
        <w:br/>
        <w:t>vn -0.3297 -0.1664 -0.9293</w:t>
        <w:br/>
        <w:t>vn -0.3063 -0.2774 -0.9106</w:t>
        <w:br/>
        <w:t>vn -0.6441 0.1189 -0.7556</w:t>
        <w:br/>
        <w:t>vn -0.2020 -0.4185 -0.8855</w:t>
        <w:br/>
        <w:t>vn -0.2865 -0.4299 -0.8562</w:t>
        <w:br/>
        <w:t>vn 0.2669 -0.0744 -0.9608</w:t>
        <w:br/>
        <w:t>vn 0.0796 -0.3776 -0.9225</w:t>
        <w:br/>
        <w:t>vn 0.2918 -0.2853 -0.9129</w:t>
        <w:br/>
        <w:t>vn 0.0614 0.1653 -0.9843</w:t>
        <w:br/>
        <w:t>vn -0.1434 0.1961 -0.9700</w:t>
        <w:br/>
        <w:t>vn -0.2697 -0.4218 -0.8657</w:t>
        <w:br/>
        <w:t>vn 0.0400 0.0555 -0.9977</w:t>
        <w:br/>
        <w:t>vn 0.0400 0.0554 -0.9977</w:t>
        <w:br/>
        <w:t>vn 0.0062 0.5684 -0.8227</w:t>
        <w:br/>
        <w:t>vn 0.0615 0.1652 -0.9843</w:t>
        <w:br/>
        <w:t>vn -0.0159 0.5850 -0.8109</w:t>
        <w:br/>
        <w:t>vn 0.5700 0.1863 -0.8003</w:t>
        <w:br/>
        <w:t>vn 0.4560 -0.2976 -0.8387</w:t>
        <w:br/>
        <w:t>vn 0.4268 -0.4017 -0.8102</w:t>
        <w:br/>
        <w:t>vn 0.3727 -0.6158 -0.6942</w:t>
        <w:br/>
        <w:t>vn 0.1297 -0.7320 -0.6689</w:t>
        <w:br/>
        <w:t>vn -0.4124 -0.6143 -0.6727</w:t>
        <w:br/>
        <w:t>vn -0.0625 -0.7213 -0.6898</w:t>
        <w:br/>
        <w:t>vn -0.2102 -0.5221 -0.8266</w:t>
        <w:br/>
        <w:t>vn -0.5169 -0.2406 -0.8215</w:t>
        <w:br/>
        <w:t>vn -0.5650 -0.2170 -0.7960</w:t>
        <w:br/>
        <w:t>vn -0.6333 -0.2516 -0.7319</w:t>
        <w:br/>
        <w:t>vn -0.6932 -0.3093 -0.6510</w:t>
        <w:br/>
        <w:t>vn -0.7700 -0.3754 -0.5159</w:t>
        <w:br/>
        <w:t>vn -0.8574 -0.4139 -0.3059</w:t>
        <w:br/>
        <w:t>vn -0.9005 -0.4348 -0.0033</w:t>
        <w:br/>
        <w:t>vn -0.9005 -0.4349 -0.0033</w:t>
        <w:br/>
        <w:t>vn -0.8540 -0.4361 0.2838</w:t>
        <w:br/>
        <w:t>vn -0.7797 -0.3621 0.5109</w:t>
        <w:br/>
        <w:t>vn -0.6728 -0.2350 0.7015</w:t>
        <w:br/>
        <w:t>vn -0.5203 -0.3700 -0.7697</w:t>
        <w:br/>
        <w:t>vn -0.7544 -0.2647 -0.6007</w:t>
        <w:br/>
        <w:t>vn -0.7293 -0.3415 -0.5928</w:t>
        <w:br/>
        <w:t>vn 0.6066 -0.3415 -0.7180</w:t>
        <w:br/>
        <w:t>vn 0.5805 -0.4160 -0.7000</w:t>
        <w:br/>
        <w:t>vn 0.5509 -0.4526 -0.7012</w:t>
        <w:br/>
        <w:t>vn 0.5125 -0.3414 -0.7879</w:t>
        <w:br/>
        <w:t>vn 0.0235 -0.7920 -0.6101</w:t>
        <w:br/>
        <w:t>vn 0.0475 -0.4141 -0.9090</w:t>
        <w:br/>
        <w:t>vn 0.2815 -0.5061 -0.8153</w:t>
        <w:br/>
        <w:t>vn 0.5186 -0.5347 -0.6672</w:t>
        <w:br/>
        <w:t>vn 0.5284 -0.3008 -0.7939</w:t>
        <w:br/>
        <w:t>vn 0.5280 -0.4895 -0.6939</w:t>
        <w:br/>
        <w:t>vn -0.3287 0.6379 0.6965</w:t>
        <w:br/>
        <w:t>vn -0.0002 0.0478 0.9989</w:t>
        <w:br/>
        <w:t>vn -0.0350 0.1666 0.9854</w:t>
        <w:br/>
        <w:t>vn 0.0742 0.2545 0.9642</w:t>
        <w:br/>
        <w:t>vn 0.4877 -0.3263 0.8097</w:t>
        <w:br/>
        <w:t>vn 0.4775 -0.3423 0.8092</w:t>
        <w:br/>
        <w:t>vn 0.0419 0.6642 0.7464</w:t>
        <w:br/>
        <w:t>vn 0.5086 0.0659 0.8585</w:t>
        <w:br/>
        <w:t>vn 0.6250 0.4765 0.6184</w:t>
        <w:br/>
        <w:t>vn -0.6092 0.5113 0.6061</w:t>
        <w:br/>
        <w:t>vn -0.6072 0.2414 0.7570</w:t>
        <w:br/>
        <w:t>vn 0.8101 0.2556 0.5276</w:t>
        <w:br/>
        <w:t>vn 0.6380 -0.0524 0.7683</w:t>
        <w:br/>
        <w:t>vn 0.8374 0.1609 0.5224</w:t>
        <w:br/>
        <w:t>vn -0.8291 0.2892 0.4785</w:t>
        <w:br/>
        <w:t>vn -0.8521 0.2247 0.4727</w:t>
        <w:br/>
        <w:t>vn -0.5723 -0.0824 0.8159</w:t>
        <w:br/>
        <w:t>vn -0.6925 -0.0314 0.7208</w:t>
        <w:br/>
        <w:t>vn 0.0188 0.2221 0.9748</w:t>
        <w:br/>
        <w:t>vn 0.3414 0.3711 0.8635</w:t>
        <w:br/>
        <w:t>vn 0.2327 0.0350 0.9719</w:t>
        <w:br/>
        <w:t>vn 0.3045 0.0644 0.9503</w:t>
        <w:br/>
        <w:t>vn -0.2142 0.0295 0.9764</w:t>
        <w:br/>
        <w:t>vn 0.3727 -0.0887 0.9237</w:t>
        <w:br/>
        <w:t>vn -0.7402 0.0576 0.6699</w:t>
        <w:br/>
        <w:t>vn -0.8030 0.0282 0.5953</w:t>
        <w:br/>
        <w:t>vn -0.7403 0.0576 0.6699</w:t>
        <w:br/>
        <w:t>vn 0.3905 -0.2144 0.8953</w:t>
        <w:br/>
        <w:t>vn 0.7402 0.0758 0.6681</w:t>
        <w:br/>
        <w:t>vn 0.0620 0.0417 0.9972</w:t>
        <w:br/>
        <w:t>vn 0.0367 -0.3607 0.9320</w:t>
        <w:br/>
        <w:t>vn -0.1237 -0.3635 0.9234</w:t>
        <w:br/>
        <w:t>vn -0.4015 -0.1121 0.9090</w:t>
        <w:br/>
        <w:t>vn 0.4181 -0.1428 0.8971</w:t>
        <w:br/>
        <w:t>vn 0.0588 -0.0172 0.9981</w:t>
        <w:br/>
        <w:t>vn 0.4858 0.0018 0.8741</w:t>
        <w:br/>
        <w:t>vn -0.3942 0.0288 0.9186</w:t>
        <w:br/>
        <w:t>vn -0.0003 0.0478 0.9989</w:t>
        <w:br/>
        <w:t>vn 0.3728 -0.0887 0.9237</w:t>
        <w:br/>
        <w:t>vn -0.6261 -0.1728 0.7604</w:t>
        <w:br/>
        <w:t>vn -0.3848 -0.3246 0.8641</w:t>
        <w:br/>
        <w:t>vn 0.4584 -0.3366 0.8225</w:t>
        <w:br/>
        <w:t>vn 0.0256 -0.4508 0.8922</w:t>
        <w:br/>
        <w:t>vn 0.6715 -0.4124 0.6156</w:t>
        <w:br/>
        <w:t>vn 0.3140 0.0454 0.9483</w:t>
        <w:br/>
        <w:t>vn -0.5541 -0.4222 0.7174</w:t>
        <w:br/>
        <w:t>vn -0.2683 0.0528 0.9619</w:t>
        <w:br/>
        <w:t>vn 0.0115 -0.0342 0.9993</w:t>
        <w:br/>
        <w:t>vn -0.0066 0.5210 0.8535</w:t>
        <w:br/>
        <w:t>vn 0.0452 0.7328 0.6789</w:t>
        <w:br/>
        <w:t>vn 0.0049 0.6945 0.7194</w:t>
        <w:br/>
        <w:t>vn -0.1242 0.7417 0.6591</w:t>
        <w:br/>
        <w:t>vn -0.2561 0.8167 0.5171</w:t>
        <w:br/>
        <w:t>vn 0.4835 -0.3274 0.8118</w:t>
        <w:br/>
        <w:t>vn 0.3689 -0.4867 0.7919</w:t>
        <w:br/>
        <w:t>vn 0.1283 -0.4718 0.8723</w:t>
        <w:br/>
        <w:t>vn -0.3466 -0.4215 0.8380</w:t>
        <w:br/>
        <w:t>vn -0.5008 -0.2073 0.8404</w:t>
        <w:br/>
        <w:t>vn -0.5733 -0.1683 0.8019</w:t>
        <w:br/>
        <w:t>vn -0.6998 -0.2472 0.6702</w:t>
        <w:br/>
        <w:t>vn -0.3815 -0.6544 0.6529</w:t>
        <w:br/>
        <w:t>vn -0.7214 -0.3019 0.6233</w:t>
        <w:br/>
        <w:t>vn -0.7374 -0.2909 0.6096</w:t>
        <w:br/>
        <w:t>vn 0.6454 -0.4015 0.6498</w:t>
        <w:br/>
        <w:t>vn 0.3965 -0.6819 0.6147</w:t>
        <w:br/>
        <w:t>vn 0.6162 -0.4992 0.6092</w:t>
        <w:br/>
        <w:t>vn 0.5460 -0.5455 0.6358</w:t>
        <w:br/>
        <w:t>vn 0.5333 -0.3377 0.7756</w:t>
        <w:br/>
        <w:t>vn 0.5213 -0.4190 0.7434</w:t>
        <w:br/>
        <w:t>vn 0.4790 -0.5997 0.6410</w:t>
        <w:br/>
        <w:t>vn 0.0337 -0.8379 0.5448</w:t>
        <w:br/>
        <w:t>vn -0.1346 -0.6395 0.7569</w:t>
        <w:br/>
        <w:t>vn 0.0845 -0.4790 0.8737</w:t>
        <w:br/>
        <w:t>vn 0.2678 -0.6230 0.7349</w:t>
        <w:br/>
        <w:t>vn 0.1197 -0.8049 0.5812</w:t>
        <w:br/>
        <w:t>vn -0.0569 -0.7921 0.6077</w:t>
        <w:br/>
        <w:t>vn -0.4316 -0.5705 0.6988</w:t>
        <w:br/>
        <w:t>vn 0.5844 -0.5097 0.6315</w:t>
        <w:br/>
        <w:t>vn 0.7124 -0.5568 0.4271</w:t>
        <w:br/>
        <w:t>vn 0.7896 -0.5876 0.1767</w:t>
        <w:br/>
        <w:t>vn 0.7839 -0.6152 -0.0839</w:t>
        <w:br/>
        <w:t>vn 0.6010 -0.4930 -0.6291</w:t>
        <w:br/>
        <w:t>vn 0.8192 -0.5020 0.2772</w:t>
        <w:br/>
        <w:t>vn 0.8537 -0.5171 -0.0612</w:t>
        <w:br/>
        <w:t>vn 0.8563 -0.5109 -0.0757</w:t>
        <w:br/>
        <w:t>vn 0.5523 -0.4141 0.7235</w:t>
        <w:br/>
        <w:t>vn 0.5942 -0.3911 0.7029</w:t>
        <w:br/>
        <w:t>vn 0.5998 -0.6102 0.5176</w:t>
        <w:br/>
        <w:t>vn 0.8271 -0.5587 -0.0615</w:t>
        <w:br/>
        <w:t>vn 0.8456 -0.5309 -0.0562</w:t>
        <w:br/>
        <w:t>vn 0.8128 -0.5162 0.2699</w:t>
        <w:br/>
        <w:t>vn 0.8038 -0.5385 0.2528</w:t>
        <w:br/>
        <w:t>vn 0.7165 -0.4998 0.4867</w:t>
        <w:br/>
        <w:t>vn 0.6846 -0.6870 0.2436</w:t>
        <w:br/>
        <w:t>vn 0.7864 -0.5876 0.1902</w:t>
        <w:br/>
        <w:t>vn 0.7947 -0.6037 -0.0634</w:t>
        <w:br/>
        <w:t>vn 0.7105 -0.7033 -0.0228</w:t>
        <w:br/>
        <w:t>vn 0.7865 -0.4923 -0.3729</w:t>
        <w:br/>
        <w:t>vn 0.7766 -0.5219 -0.3528</w:t>
        <w:br/>
        <w:t>vn 0.6810 -0.6682 -0.2996</w:t>
        <w:br/>
        <w:t>vn 0.7634 -0.5614 -0.3195</w:t>
        <w:br/>
        <w:t>vn 0.6877 -0.4506 -0.5692</w:t>
        <w:br/>
        <w:t>vn 0.6783 -0.4283 -0.5970</w:t>
        <w:br/>
        <w:t>vn 0.5750 -0.3891 -0.7197</w:t>
        <w:br/>
        <w:t>vn 0.5843 -0.3800 -0.7171</w:t>
        <w:br/>
        <w:t>vn 0.6023 -0.6247 -0.4970</w:t>
        <w:br/>
        <w:t>vn 0.6917 -0.5070 -0.5144</w:t>
        <w:br/>
        <w:t>vn 0.7430 -0.4609 0.4853</w:t>
        <w:br/>
        <w:t>vn 0.8538 -0.4623 0.2394</w:t>
        <w:br/>
        <w:t>vn 0.5284 -0.5424 0.6531</w:t>
        <w:br/>
        <w:t>vn 0.8917 -0.4521 -0.0214</w:t>
        <w:br/>
        <w:t>vn 0.8615 -0.4322 -0.2666</w:t>
        <w:br/>
        <w:t>vn 0.7531 -0.4104 -0.5142</w:t>
        <w:br/>
        <w:t>vn -0.7388 -0.3849 -0.5531</w:t>
        <w:br/>
        <w:t>vn -0.8105 -0.4044 -0.4238</w:t>
        <w:br/>
        <w:t>vn -0.8389 -0.4993 -0.2167</w:t>
        <w:br/>
        <w:t>vn -0.8578 -0.5138 -0.0135</w:t>
        <w:br/>
        <w:t>vn -0.8467 -0.4966 0.1912</w:t>
        <w:br/>
        <w:t>vn -0.8281 -0.3731 0.4185</w:t>
        <w:br/>
        <w:t>vn -0.9617 -0.2741 -0.0037</w:t>
        <w:br/>
        <w:t>vn -0.9129 -0.2473 0.3248</w:t>
        <w:br/>
        <w:t>vn -0.9671 -0.2545 -0.0038</w:t>
        <w:br/>
        <w:t>vn -0.9266 -0.2278 0.2991</w:t>
        <w:br/>
        <w:t>vn -0.9647 -0.2630 -0.0102</w:t>
        <w:br/>
        <w:t>vn -0.9346 -0.2272 0.2736</w:t>
        <w:br/>
        <w:t>vn -0.8384 -0.5450 -0.0061</w:t>
        <w:br/>
        <w:t>vn -0.8170 -0.5334 0.2191</w:t>
        <w:br/>
        <w:t>vn -0.9078 -0.2496 -0.3371</w:t>
        <w:br/>
        <w:t>vn -0.8028 -0.2208 -0.5538</w:t>
        <w:br/>
        <w:t>vn -0.9208 -0.2411 -0.3066</w:t>
        <w:br/>
        <w:t>vn -0.7994 -0.2418 -0.5500</w:t>
        <w:br/>
        <w:t>vn -0.9173 -0.2657 -0.2967</w:t>
        <w:br/>
        <w:t>vn -0.8074 -0.5342 -0.2507</w:t>
        <w:br/>
        <w:t>vn -0.7031 -0.5237 -0.4811</w:t>
        <w:br/>
        <w:t>vn -0.8183 -0.1943 0.5409</w:t>
        <w:br/>
        <w:t>vn -0.8279 -0.1795 0.5314</w:t>
        <w:br/>
        <w:t>vn -0.7185 -0.5137 0.4689</w:t>
        <w:br/>
        <w:t>vn -0.6707 -0.2121 -0.7107</w:t>
        <w:br/>
        <w:t>vn -0.6913 -0.2212 -0.6879</w:t>
        <w:br/>
        <w:t>vn -0.5780 -0.5149 -0.6330</w:t>
        <w:br/>
        <w:t>vn -0.6757 -0.1744 0.7162</w:t>
        <w:br/>
        <w:t>vn -0.5632 -0.5181 0.6437</w:t>
        <w:br/>
        <w:t>vn -0.7037 -0.4788 0.5249</w:t>
        <w:br/>
        <w:t>vn -0.8554 -0.4575 0.2429</w:t>
        <w:br/>
        <w:t>vn -0.8978 -0.4396 0.0262</w:t>
        <w:br/>
        <w:t>vn -0.7675 -0.4146 -0.4890</w:t>
        <w:br/>
        <w:t>vn -0.8785 -0.4287 -0.2108</w:t>
        <w:br/>
        <w:t>vn -0.5250 -0.5020 -0.6873</w:t>
        <w:br/>
        <w:t>vn 0.7005 -0.4574 0.5478</w:t>
        <w:br/>
        <w:t>vn 0.7061 -0.4788 0.5217</w:t>
        <w:br/>
        <w:t>vn 0.7765 -0.5422 -0.3211</w:t>
        <w:br/>
        <w:t>vn 0.6049 -0.4044 -0.6860</w:t>
        <w:br/>
        <w:t>vn -0.9647 -0.2630 -0.0103</w:t>
        <w:br/>
        <w:t>vn 0.7991 -0.4471 -0.4018</w:t>
        <w:br/>
        <w:t>vn 0.7019 -0.4946 -0.5126</w:t>
        <w:br/>
        <w:t>vn -0.2142 0.0295 0.9763</w:t>
        <w:br/>
        <w:t>vn -0.6698 0.0864 0.7375</w:t>
        <w:br/>
        <w:t>vn 0.7782 0.1243 0.6156</w:t>
        <w:br/>
        <w:t>vn 0.7629 -0.1346 -0.6323</w:t>
        <w:br/>
        <w:t>vn 0.0576 0.3348 -0.9405</w:t>
        <w:br/>
        <w:t>vn -0.2666 0.3261 -0.9069</w:t>
        <w:br/>
        <w:t>vn 0.3449 0.3367 -0.8761</w:t>
        <w:br/>
        <w:t>vn 0.8078 0.3103 -0.5012</w:t>
        <w:br/>
        <w:t>vn 0.6017 0.3270 -0.7287</w:t>
        <w:br/>
        <w:t>vn -0.5873 0.3055 -0.7495</w:t>
        <w:br/>
        <w:t>vn -0.2048 0.2825 0.9371</w:t>
        <w:br/>
        <w:t>vn 0.0908 0.2895 0.9529</w:t>
        <w:br/>
        <w:t>vn 0.3803 0.2945 0.8767</w:t>
        <w:br/>
        <w:t>vn 0.6335 0.2940 0.7157</w:t>
        <w:br/>
        <w:t>vn 0.8222 0.2899 0.4899</w:t>
        <w:br/>
        <w:t>vn -0.4929 0.2702 0.8271</w:t>
        <w:br/>
        <w:t>vn 0.9277 0.2851 0.2411</w:t>
        <w:br/>
        <w:t>vn 0.9585 0.2850 -0.0056</w:t>
        <w:br/>
        <w:t>vn 0.9236 0.2932 -0.2468</w:t>
        <w:br/>
        <w:t>vn -0.7592 0.2604 0.5965</w:t>
        <w:br/>
        <w:t>vn -0.9201 0.2635 0.2898</w:t>
        <w:br/>
        <w:t>vn -0.9633 0.2661 0.0348</w:t>
        <w:br/>
        <w:t>vn -0.9421 0.2662 -0.2040</w:t>
        <w:br/>
        <w:t>vn -0.8247 0.2815 -0.4906</w:t>
        <w:br/>
        <w:t>vn 0.0594 0.3037 -0.9509</w:t>
        <w:br/>
        <w:t>vn -0.2704 0.3034 -0.9137</w:t>
        <w:br/>
        <w:t>vn 0.3532 0.3028 -0.8852</w:t>
        <w:br/>
        <w:t>vn 0.8184 0.2952 -0.4930</w:t>
        <w:br/>
        <w:t>vn 0.6203 0.2999 -0.7248</w:t>
        <w:br/>
        <w:t>vn -0.5951 0.2988 -0.7460</w:t>
        <w:br/>
        <w:t>vn -0.2048 0.3034 0.9306</w:t>
        <w:br/>
        <w:t>vn 0.0909 0.3038 0.9484</w:t>
        <w:br/>
        <w:t>vn 0.3829 0.3029 0.8727</w:t>
        <w:br/>
        <w:t>vn 0.6401 0.2997 0.7074</w:t>
        <w:br/>
        <w:t>vn 0.8262 0.2951 0.4799</w:t>
        <w:br/>
        <w:t>vn -0.4983 0.3014 0.8129</w:t>
        <w:br/>
        <w:t>vn 0.9282 0.2906 0.2325</w:t>
        <w:br/>
        <w:t>vn 0.9575 0.2885 -0.0012</w:t>
        <w:br/>
        <w:t>vn 0.9265 0.2908 -0.2388</w:t>
        <w:br/>
        <w:t>vn -0.7513 0.2963 0.5897</w:t>
        <w:br/>
        <w:t>vn -0.9085 0.2908 0.3000</w:t>
        <w:br/>
        <w:t>vn -0.9574 0.2879 0.0237</w:t>
        <w:br/>
        <w:t>vn -0.9335 0.2899 -0.2108</w:t>
        <w:br/>
        <w:t>vn -0.9574 0.2879 0.0236</w:t>
        <w:br/>
        <w:t>vn -0.8272 0.2951 -0.4782</w:t>
        <w:br/>
        <w:t>vn 0.0627 0.0000 -0.9980</w:t>
        <w:br/>
        <w:t>vn -0.2832 0.0000 -0.9591</w:t>
        <w:br/>
        <w:t>vn 0.3710 0.0000 -0.9286</w:t>
        <w:br/>
        <w:t>vn 0.8565 0.0000 -0.5162</w:t>
        <w:br/>
        <w:t>vn 0.6500 0.0000 -0.7599</w:t>
        <w:br/>
        <w:t>vn -0.6234 0.0000 -0.7819</w:t>
        <w:br/>
        <w:t>vn -0.2149 -0.0000 0.9766</w:t>
        <w:br/>
        <w:t>vn 0.0958 -0.0000 0.9954</w:t>
        <w:br/>
        <w:t>vn 0.4023 -0.0000 0.9155</w:t>
        <w:br/>
        <w:t>vn 0.6718 0.0000 0.7408</w:t>
        <w:br/>
        <w:t>vn 0.8649 0.0000 0.5019</w:t>
        <w:br/>
        <w:t>vn -0.5231 -0.0000 0.8523</w:t>
        <w:br/>
        <w:t>vn 0.9700 -0.0000 0.2429</w:t>
        <w:br/>
        <w:t>vn 1.0000 0.0000 -0.0012</w:t>
        <w:br/>
        <w:t>vn 0.9683 0.0000 -0.2496</w:t>
        <w:br/>
        <w:t>vn -0.7865 -0.0000 0.6176</w:t>
        <w:br/>
        <w:t>vn -0.9493 0.0000 0.3144</w:t>
        <w:br/>
        <w:t>vn -0.9997 -0.0000 0.0232</w:t>
        <w:br/>
        <w:t>vn -0.9751 -0.0000 -0.2220</w:t>
        <w:br/>
        <w:t>vn -0.8658 0.0000 -0.5004</w:t>
        <w:br/>
        <w:t>vn 0.0235 -0.9374 -0.3474</w:t>
        <w:br/>
        <w:t>vn -0.0976 -0.9374 -0.3342</w:t>
        <w:br/>
        <w:t>vn -0.0975 -0.9374 -0.3342</w:t>
        <w:br/>
        <w:t>vn 0.1310 -0.9368 -0.3244</w:t>
        <w:br/>
        <w:t>vn 0.1311 -0.9368 -0.3243</w:t>
        <w:br/>
        <w:t>vn 0.3087 -0.9329 -0.1857</w:t>
        <w:br/>
        <w:t>vn 0.3087 -0.9329 -0.1856</w:t>
        <w:br/>
        <w:t>vn 0.2305 -0.9352 -0.2689</w:t>
        <w:br/>
        <w:t>vn -0.2211 -0.9352 -0.2765</w:t>
        <w:br/>
        <w:t>vn -0.0742 -0.9385 0.3371</w:t>
        <w:br/>
        <w:t>vn 0.0350 -0.9386 0.3432</w:t>
        <w:br/>
        <w:t>vn 0.0348 -0.9386 0.3432</w:t>
        <w:br/>
        <w:t>vn 0.1427 -0.9379 0.3163</w:t>
        <w:br/>
        <w:t>vn 0.1427 -0.9379 0.3164</w:t>
        <w:br/>
        <w:t>vn 0.3132 -0.9329 0.1780</w:t>
        <w:br/>
        <w:t>vn 0.2400 -0.9357 0.2585</w:t>
        <w:br/>
        <w:t>vn 0.2401 -0.9357 0.2584</w:t>
        <w:br/>
        <w:t>vn -0.1868 -0.9372 0.2945</w:t>
        <w:br/>
        <w:t>vn 0.3560 -0.9303 0.0880</w:t>
        <w:br/>
        <w:t>vn 0.3560 -0.9303 0.0879</w:t>
        <w:br/>
        <w:t>vn 0.3697 -0.9291 -0.0005</w:t>
        <w:br/>
        <w:t>vn 0.3552 -0.9304 -0.0908</w:t>
        <w:br/>
        <w:t>vn -0.2823 -0.9337 0.2202</w:t>
        <w:br/>
        <w:t>vn -0.3435 -0.9318 0.1173</w:t>
        <w:br/>
        <w:t>vn -0.3435 -0.9318 0.1172</w:t>
        <w:br/>
        <w:t>vn -0.3666 -0.9304 0.0041</w:t>
        <w:br/>
        <w:t>vn -0.3666 -0.9304 0.0040</w:t>
        <w:br/>
        <w:t>vn -0.3564 -0.9305 -0.0849</w:t>
        <w:br/>
        <w:t>vn -0.3564 -0.9305 -0.0848</w:t>
        <w:br/>
        <w:t>vn -0.3121 -0.9331 -0.1786</w:t>
        <w:br/>
        <w:t>vn -0.3121 -0.9331 -0.1785</w:t>
        <w:br/>
        <w:t>vn 0.1975 -0.7222 0.6629</w:t>
        <w:br/>
        <w:t>vn -0.0421 -0.7227 0.6899</w:t>
        <w:br/>
        <w:t>vn -0.2864 -0.8239 0.4891</w:t>
        <w:br/>
        <w:t>vn -0.2564 -0.7210 0.6437</w:t>
        <w:br/>
        <w:t>vn -0.4544 -0.7158 0.5302</w:t>
        <w:br/>
        <w:t>vn -0.6052 -0.7080 0.3640</w:t>
        <w:br/>
        <w:t>vn 0.4363 -0.7152 0.5460</w:t>
        <w:br/>
        <w:t>vn -0.0655 -0.7198 -0.6911</w:t>
        <w:br/>
        <w:t>vn 0.1494 -0.7194 -0.6783</w:t>
        <w:br/>
        <w:t>vn 0.1938 -0.8727 -0.4482</w:t>
        <w:br/>
        <w:t>vn -0.2783 -0.7182 -0.6377</w:t>
        <w:br/>
        <w:t>vn -0.6116 -0.7064 -0.3564</w:t>
        <w:br/>
        <w:t>vn -0.4691 -0.7133 -0.5207</w:t>
        <w:br/>
        <w:t>vn 0.3628 -0.7168 -0.5955</w:t>
        <w:br/>
        <w:t>vn -0.6929 -0.6997 -0.1739</w:t>
        <w:br/>
        <w:t>vn -0.7174 -0.6966 0.0007</w:t>
        <w:br/>
        <w:t>vn -0.6910 -0.7006 0.1779</w:t>
        <w:br/>
        <w:t>vn 0.5541 -0.7101 -0.4345</w:t>
        <w:br/>
        <w:t>vn 0.6773 -0.7016 -0.2214</w:t>
        <w:br/>
        <w:t>vn 0.7160 -0.6978 -0.0202</w:t>
        <w:br/>
        <w:t>vn 0.6954 -0.7018 0.1546</w:t>
        <w:br/>
        <w:t>vn 0.6099 -0.7095 0.3530</w:t>
        <w:br/>
        <w:t>vn -0.9175 0.1816 -0.3537</w:t>
        <w:br/>
        <w:t>vn -0.9176 0.1816 -0.3537</w:t>
        <w:br/>
        <w:t>vn 0.1208 0.2821 -0.9518</w:t>
        <w:br/>
        <w:t>vn -0.0000 -0.4273 0.9041</w:t>
        <w:br/>
        <w:t>vn -0.0000 -0.5020 0.8649</w:t>
        <w:br/>
        <w:t>vn 0.2412 0.7440 -0.6231</w:t>
        <w:br/>
        <w:t>vn 0.2614 0.6826 -0.6825</w:t>
        <w:br/>
        <w:t>vn -0.1291 0.8682 -0.4791</w:t>
        <w:br/>
        <w:t>vn 0.7830 -0.4646 -0.4135</w:t>
        <w:br/>
        <w:t>vn 0.6959 -0.4341 -0.5721</w:t>
        <w:br/>
        <w:t>vn 0.5235 0.1496 -0.8388</w:t>
        <w:br/>
        <w:t>vn 0.6380 0.2732 -0.7199</w:t>
        <w:br/>
        <w:t>vn 0.4483 0.5949 -0.6672</w:t>
        <w:br/>
        <w:t>vn 0.7240 0.2175 -0.6546</w:t>
        <w:br/>
        <w:t>vn 0.0095 0.4698 -0.8827</w:t>
        <w:br/>
        <w:t>vn -0.1881 0.8299 -0.5252</w:t>
        <w:br/>
        <w:t>vn 0.0052 -0.4357 -0.9001</w:t>
        <w:br/>
        <w:t>vn 0.5937 -0.6477 -0.4776</w:t>
        <w:br/>
        <w:t>vn 0.8462 0.5299 -0.0557</w:t>
        <w:br/>
        <w:t>vn -0.6214 -0.7835 0.0023</w:t>
        <w:br/>
        <w:t>vn -0.5681 -0.6929 -0.4440</w:t>
        <w:br/>
        <w:t>vn -0.6009 -0.6927 0.3988</w:t>
        <w:br/>
        <w:t>vn -0.5838 -0.6939 0.4215</w:t>
        <w:br/>
        <w:t>vn -0.6214 -0.7835 0.0022</w:t>
        <w:br/>
        <w:t>vn -0.5663 -0.6946 0.4436</w:t>
        <w:br/>
        <w:t>vn 0.4592 -0.8848 -0.0790</w:t>
        <w:br/>
        <w:t>vn 0.4605 -0.8877 0.0010</w:t>
        <w:br/>
        <w:t>vn -0.9818 0.1894 0.0119</w:t>
        <w:br/>
        <w:t>vn -0.9794 0.1889 -0.0712</w:t>
        <w:br/>
        <w:t>vn -0.9774 0.1886 0.0949</w:t>
        <w:br/>
        <w:t>vn -0.9818 0.1894 0.0120</w:t>
        <w:br/>
        <w:t>vn 0.4604 -0.8877 0.0009</w:t>
        <w:br/>
        <w:t>vn 0.4590 -0.8848 0.0809</w:t>
        <w:br/>
        <w:t>vn -0.8546 -0.2499 0.4551</w:t>
        <w:br/>
        <w:t>vn 0.2634 0.3945 -0.8803</w:t>
        <w:br/>
        <w:t>vn 0.0049 0.6946 0.7194</w:t>
        <w:br/>
        <w:t>vn 0.1327 0.7206 0.6805</w:t>
        <w:br/>
        <w:t>vn 0.0757 0.9631 0.2583</w:t>
        <w:br/>
        <w:t>vn 0.9209 0.3899 0.0016</w:t>
        <w:br/>
        <w:t>vn 0.9149 0.3457 -0.2086</w:t>
        <w:br/>
        <w:t>vn 0.9149 0.3457 -0.2087</w:t>
        <w:br/>
        <w:t>vn 0.9156 0.3615 0.1761</w:t>
        <w:br/>
        <w:t>vn 0.8886 0.2943 0.3517</w:t>
        <w:br/>
        <w:t>vn 0.9062 0.3279 0.2670</w:t>
        <w:br/>
        <w:t>vn 0.8516 0.2638 0.4530</w:t>
        <w:br/>
        <w:t>vn -0.5049 -0.7816 -0.3664</w:t>
        <w:br/>
        <w:t>vn -0.5048 -0.7816 -0.3664</w:t>
        <w:br/>
        <w:t>vn -0.1686 -0.5678 -0.8058</w:t>
        <w:br/>
        <w:t>vn -0.1686 -0.5677 -0.8058</w:t>
        <w:br/>
        <w:t>vn 0.3141 -0.2033 -0.9274</w:t>
        <w:br/>
        <w:t>vn 0.0720 -0.1288 -0.9891</w:t>
        <w:br/>
        <w:t>vn 0.5612 0.0565 -0.8258</w:t>
        <w:br/>
        <w:t>vn 0.8366 0.2040 -0.5085</w:t>
        <w:br/>
        <w:t>vn 0.8900 0.2638 -0.3720</w:t>
        <w:br/>
        <w:t>vn -0.4788 0.0722 -0.8749</w:t>
        <w:br/>
        <w:t>vn -0.5766 0.1525 -0.8027</w:t>
        <w:br/>
        <w:t>vn -0.4789 0.0722 -0.8749</w:t>
        <w:br/>
        <w:t>vn -0.4372 -0.5424 0.7174</w:t>
        <w:br/>
        <w:t>vn -0.7387 -0.0665 0.6708</w:t>
        <w:br/>
        <w:t>vn 0.8049 -0.5663 0.1771</w:t>
        <w:br/>
        <w:t>vn 0.9552 -0.2947 0.0266</w:t>
        <w:br/>
        <w:t>vn 0.8050 -0.5663 0.1771</w:t>
        <w:br/>
        <w:t>vn -0.5083 0.0438 0.8600</w:t>
        <w:br/>
        <w:t>vn -0.4289 0.0846 0.8994</w:t>
        <w:br/>
        <w:t>vn -0.2880 0.1912 0.9383</w:t>
        <w:br/>
        <w:t>vn 0.9565 -0.0968 -0.2753</w:t>
        <w:br/>
        <w:t>vn 0.8375 -0.0606 -0.5430</w:t>
        <w:br/>
        <w:t>vn -0.9445 0.3277 -0.0242</w:t>
        <w:br/>
        <w:t>vn -0.9469 0.3213 0.0112</w:t>
        <w:br/>
        <w:t>vn -0.9778 0.1944 0.0782</w:t>
        <w:br/>
        <w:t>vn 0.6775 -0.7232 0.1343</w:t>
        <w:br/>
        <w:t>vn 0.6548 -0.7555 0.0200</w:t>
        <w:br/>
        <w:t>vn 0.3374 -0.6330 0.6968</w:t>
        <w:br/>
        <w:t>vn 0.3782 -0.4956 0.7819</w:t>
        <w:br/>
        <w:t>vn -0.3672 0.7053 -0.6064</w:t>
        <w:br/>
        <w:t>vn -0.4094 0.5498 -0.7281</w:t>
        <w:br/>
        <w:t>vn -0.0932 0.4287 0.8986</w:t>
        <w:br/>
        <w:t>vn -0.1763 0.6614 0.7291</w:t>
        <w:br/>
        <w:t>vn -0.1763 0.6614 0.7290</w:t>
        <w:br/>
        <w:t>vn 0.4337 -0.5670 -0.7003</w:t>
        <w:br/>
        <w:t>vn 0.4338 -0.5670 -0.7002</w:t>
        <w:br/>
        <w:t>vn 0.5538 -0.3467 -0.7570</w:t>
        <w:br/>
        <w:t>vn 0.7103 -0.1523 -0.6872</w:t>
        <w:br/>
        <w:t>vn 0.7104 -0.1523 -0.6872</w:t>
        <w:br/>
        <w:t>vn 0.5879 0.2413 0.7721</w:t>
        <w:br/>
        <w:t>vn -0.0417 -0.2922 0.9554</w:t>
        <w:br/>
        <w:t>vn -0.9778 0.1945 0.0782</w:t>
        <w:br/>
        <w:t>vn -0.9876 0.0634 0.1435</w:t>
        <w:br/>
        <w:t>vn 0.6549 -0.7555 0.0200</w:t>
        <w:br/>
        <w:t>vn 0.7305 -0.6795 -0.0678</w:t>
        <w:br/>
        <w:t>vn 0.7306 -0.6795 -0.0678</w:t>
        <w:br/>
        <w:t>vn -0.9221 0.3844 -0.0453</w:t>
        <w:br/>
        <w:t>vn -0.9221 0.3844 -0.0454</w:t>
        <w:br/>
        <w:t>vn 0.9030 -0.4290 -0.0245</w:t>
        <w:br/>
        <w:t>vn -0.9439 0.2520 -0.2134</w:t>
        <w:br/>
        <w:t>vn 0.9611 -0.1780 0.2113</w:t>
        <w:br/>
        <w:t>vn 0.9611 -0.1779 0.2113</w:t>
        <w:br/>
        <w:t>vn -0.9230 0.0526 -0.3812</w:t>
        <w:br/>
        <w:t>vn -0.9230 0.0527 -0.3813</w:t>
        <w:br/>
        <w:t>vn 0.8841 -0.1060 0.4551</w:t>
        <w:br/>
        <w:t>vn 0.1168 -0.2878 -0.9505</w:t>
        <w:br/>
        <w:t>vn 0.0721 -0.1288 -0.9890</w:t>
        <w:br/>
        <w:t>vn 0.6004 -0.1673 0.7820</w:t>
        <w:br/>
        <w:t>vn 0.7629 -0.1132 0.6366</w:t>
        <w:br/>
        <w:t>vn 0.4646 -0.2724 0.8426</w:t>
        <w:br/>
        <w:t>vn -0.5268 0.2897 -0.7991</w:t>
        <w:br/>
        <w:t>vn -0.2993 0.7417 0.6003</w:t>
        <w:br/>
        <w:t>vn -0.1265 0.1630 0.9785</w:t>
        <w:br/>
        <w:t>vn 0.8203 -0.0009 -0.5719</w:t>
        <w:br/>
        <w:t>vn 0.9985 0.0501 -0.0223</w:t>
        <w:br/>
        <w:t>vn 0.7996 -0.0072 -0.6006</w:t>
        <w:br/>
        <w:t>vn 0.7355 -0.0120 -0.6774</w:t>
        <w:br/>
        <w:t>vn 0.9654 0.0117 -0.2606</w:t>
        <w:br/>
        <w:t>vn 0.9329 -0.0154 -0.3597</w:t>
        <w:br/>
        <w:t>vn 0.6474 -0.0181 -0.7619</w:t>
        <w:br/>
        <w:t>vn -0.1189 -0.0093 0.9929</w:t>
        <w:br/>
        <w:t>vn 0.3346 -0.0110 0.9423</w:t>
        <w:br/>
        <w:t>vn -0.1805 0.0137 0.9835</w:t>
        <w:br/>
        <w:t>vn -0.0589 -0.0111 0.9982</w:t>
        <w:br/>
        <w:t>vn 0.2427 0.0344 0.9695</w:t>
        <w:br/>
        <w:t>vn -0.2784 0.0381 0.9597</w:t>
        <w:br/>
        <w:t>vn 0.1876 0.0539 0.9808</w:t>
        <w:br/>
        <w:t>vn -0.3129 0.0407 0.9489</w:t>
        <w:br/>
        <w:t>vn 0.8947 -0.0321 -0.4455</w:t>
        <w:br/>
        <w:t>vn 0.5412 -0.0427 -0.8398</w:t>
        <w:br/>
        <w:t>vn 0.0013 -0.0128 0.9999</w:t>
        <w:br/>
        <w:t>vn 0.6033 -0.0607 0.7952</w:t>
        <w:br/>
        <w:t>vn 0.0730 0.0182 0.9972</w:t>
        <w:br/>
        <w:t>vn 0.2183 0.0102 0.9758</w:t>
        <w:br/>
        <w:t>vn 0.1870 0.0384 0.9816</w:t>
        <w:br/>
        <w:t>vn 0.1871 0.0384 0.9816</w:t>
        <w:br/>
        <w:t>vn 0.7832 -0.0460 0.6201</w:t>
        <w:br/>
        <w:t>vn 0.4426 -0.0461 -0.8955</w:t>
        <w:br/>
        <w:t>vn 0.4133 -0.0335 -0.9100</w:t>
        <w:br/>
        <w:t>vn 0.4132 -0.0335 -0.9100</w:t>
        <w:br/>
        <w:t>vn 0.8104 0.0577 -0.5831</w:t>
        <w:br/>
        <w:t>vn 0.8145 0.0228 -0.5797</w:t>
        <w:br/>
        <w:t>vn 0.8104 0.0577 -0.5830</w:t>
        <w:br/>
        <w:t>vn 0.1653 0.0389 0.9855</w:t>
        <w:br/>
        <w:t>vn -0.3042 0.0190 0.9524</w:t>
        <w:br/>
        <w:t>vn 0.1558 0.0114 0.9877</w:t>
        <w:br/>
        <w:t>vn -0.2988 -0.0186 0.9541</w:t>
        <w:br/>
        <w:t>vn 0.8312 0.0518 -0.5535</w:t>
        <w:br/>
        <w:t>vn 0.8217 0.0623 -0.5664</w:t>
        <w:br/>
        <w:t>vn 0.8141 0.0714 -0.5763</w:t>
        <w:br/>
        <w:t>vn 0.1493 -0.0036 0.9888</w:t>
        <w:br/>
        <w:t>vn -0.3054 -0.0353 0.9516</w:t>
        <w:br/>
        <w:t>vn 0.1486 -0.0230 0.9886</w:t>
        <w:br/>
        <w:t>vn -0.3166 -0.0491 0.9473</w:t>
        <w:br/>
        <w:t>vn 0.2879 -0.0169 0.9575</w:t>
        <w:br/>
        <w:t>vn -0.3293 -0.0580 0.9424</w:t>
        <w:br/>
        <w:t>vn 0.2069 -0.0074 0.9783</w:t>
        <w:br/>
        <w:t>vn 0.4215 -0.0372 -0.9061</w:t>
        <w:br/>
        <w:t>vn 0.8599 -0.2131 -0.4638</w:t>
        <w:br/>
        <w:t>vn 0.8548 -0.1967 -0.4802</w:t>
        <w:br/>
        <w:t>vn 0.8599 -0.0899 -0.5024</w:t>
        <w:br/>
        <w:t>vn 0.8600 -0.0899 -0.5024</w:t>
        <w:br/>
        <w:t>vn 0.8459 0.0341 -0.5323</w:t>
        <w:br/>
        <w:t>vn -0.3545 -0.1114 0.9284</w:t>
        <w:br/>
        <w:t>vn -0.4174 -0.1468 0.8968</w:t>
        <w:br/>
        <w:t>vn -0.5491 -0.0971 0.8301</w:t>
        <w:br/>
        <w:t>vn -0.5491 -0.0972 0.8301</w:t>
        <w:br/>
        <w:t>vn 0.8645 -0.2294 -0.4472</w:t>
        <w:br/>
        <w:t>vn 0.9218 -0.3864 0.0316</w:t>
        <w:br/>
        <w:t>vn 0.8786 -0.4347 0.1977</w:t>
        <w:br/>
        <w:t>vn -0.6366 -0.0065 0.7712</w:t>
        <w:br/>
        <w:t>vn -0.1265 0.1629 0.9785</w:t>
        <w:br/>
        <w:t>vn -0.2595 0.5008 0.8257</w:t>
        <w:br/>
        <w:t>vn 0.5731 0.0517 -0.8178</w:t>
        <w:br/>
        <w:t>vn 0.5110 0.0782 -0.8560</w:t>
        <w:br/>
        <w:t>vn 0.8526 0.0401 -0.5211</w:t>
        <w:br/>
        <w:t>vn 0.9117 0.0184 -0.4103</w:t>
        <w:br/>
        <w:t>vn 0.4808 0.1689 -0.8604</w:t>
        <w:br/>
        <w:t>vn 0.8079 0.1172 -0.5775</w:t>
        <w:br/>
        <w:t>vn 0.5056 0.2556 -0.8240</w:t>
        <w:br/>
        <w:t>vn 0.8061 0.1807 -0.5635</w:t>
        <w:br/>
        <w:t>vn -0.9999 0.0086 -0.0098</w:t>
        <w:br/>
        <w:t>vn -0.9999 0.0069 -0.0140</w:t>
        <w:br/>
        <w:t>vn -0.9953 0.0117 -0.0958</w:t>
        <w:br/>
        <w:t>vn -0.7647 0.0440 -0.6429</w:t>
        <w:br/>
        <w:t>vn -0.9752 0.0229 -0.2201</w:t>
        <w:br/>
        <w:t>vn -0.7279 0.0451 -0.6842</w:t>
        <w:br/>
        <w:t>vn -0.9461 0.0260 -0.3229</w:t>
        <w:br/>
        <w:t>vn -0.7028 -0.0008 -0.7114</w:t>
        <w:br/>
        <w:t>vn -0.9253 0.0052 -0.3792</w:t>
        <w:br/>
        <w:t>vn 0.9510 0.0145 -0.3087</w:t>
        <w:br/>
        <w:t>vn 0.9679 -0.0053 -0.2511</w:t>
        <w:br/>
        <w:t>vn 0.9680 -0.0053 -0.2511</w:t>
        <w:br/>
        <w:t>vn -0.9957 0.0347 -0.0855</w:t>
        <w:br/>
        <w:t>vn 0.4525 0.3185 -0.8330</w:t>
        <w:br/>
        <w:t>vn 0.8510 0.1790 -0.4938</w:t>
        <w:br/>
        <w:t>vn -0.6625 -0.0451 -0.7477</w:t>
        <w:br/>
        <w:t>vn -0.9122 0.0001 -0.4097</w:t>
        <w:br/>
        <w:t>vn 0.9759 -0.0088 -0.2180</w:t>
        <w:br/>
        <w:t>vn -0.8939 -0.1245 -0.4307</w:t>
        <w:br/>
        <w:t>vn -0.8978 -0.0345 -0.4390</w:t>
        <w:br/>
        <w:t>vn -0.8978 -0.0345 -0.4389</w:t>
        <w:br/>
        <w:t>vn -0.8859 0.0730 -0.4580</w:t>
        <w:br/>
        <w:t>vn 0.7827 -0.1036 -0.6138</w:t>
        <w:br/>
        <w:t>vn 0.9842 -0.0533 -0.1690</w:t>
        <w:br/>
        <w:t>vn 0.9863 -0.0372 -0.1609</w:t>
        <w:br/>
        <w:t>vn 0.7815 0.0213 -0.6235</w:t>
        <w:br/>
        <w:t>vn 0.9845 -0.0566 -0.1661</w:t>
        <w:br/>
        <w:t>vn 0.7690 -0.1894 -0.6106</w:t>
        <w:br/>
        <w:t>vn -0.8923 -0.0937 -0.4417</w:t>
        <w:br/>
        <w:t>vn 0.9859 -0.0429 -0.1620</w:t>
        <w:br/>
        <w:t>vn 0.9859 -0.0428 -0.1620</w:t>
        <w:br/>
        <w:t>vn 0.9833 -0.0327 -0.1788</w:t>
        <w:br/>
        <w:t>vn 0.9834 -0.0327 -0.1787</w:t>
        <w:br/>
        <w:t>vn 0.9804 -0.0140 -0.1966</w:t>
        <w:br/>
        <w:t>vn -0.9053 -0.0127 -0.4246</w:t>
        <w:br/>
        <w:t>vn -0.6031 -0.0725 -0.7944</w:t>
        <w:br/>
        <w:t>vn -0.8998 -0.0566 -0.4325</w:t>
        <w:br/>
        <w:t>vn -0.8999 -0.0566 -0.4325</w:t>
        <w:br/>
        <w:t>vn -0.9490 -0.2676 -0.1666</w:t>
        <w:br/>
        <w:t>vn -0.9469 -0.3046 -0.1025</w:t>
        <w:br/>
        <w:t>vn -0.9502 -0.1499 -0.2732</w:t>
        <w:br/>
        <w:t>vn -0.9502 -0.1499 -0.2733</w:t>
        <w:br/>
        <w:t>vn -0.6880 -0.1268 -0.7145</w:t>
        <w:br/>
        <w:t>vn -0.9443 -0.0501 -0.3252</w:t>
        <w:br/>
        <w:t>vn 0.9354 -0.1465 -0.3217</w:t>
        <w:br/>
        <w:t>vn 0.9477 -0.1293 -0.2917</w:t>
        <w:br/>
        <w:t>vn 0.9466 -0.2268 -0.2292</w:t>
        <w:br/>
        <w:t>vn 0.9257 -0.3703 -0.0766</w:t>
        <w:br/>
        <w:t>vn 0.9574 0.0293 -0.2871</w:t>
        <w:br/>
        <w:t>vn 0.9574 0.0294 -0.2872</w:t>
        <w:br/>
        <w:t>vn -0.7148 0.0929 -0.6931</w:t>
        <w:br/>
        <w:t>vn -0.9395 0.0542 -0.3382</w:t>
        <w:br/>
        <w:t>vn 0.9580 0.1198 -0.2605</w:t>
        <w:br/>
        <w:t>vn 0.9619 0.1042 -0.2528</w:t>
        <w:br/>
        <w:t>vn -0.9309 0.1492 -0.3335</w:t>
        <w:br/>
        <w:t>vn -0.6821 0.2615 -0.6830</w:t>
        <w:br/>
        <w:t>vn -0.9378 0.1523 -0.3119</w:t>
        <w:br/>
        <w:t>vn -0.6634 0.3249 -0.6741</w:t>
        <w:br/>
        <w:t>vn -0.9786 0.0842 -0.1877</w:t>
        <w:br/>
        <w:t>vn 0.9058 0.1605 -0.3922</w:t>
        <w:br/>
        <w:t>vn 0.5558 0.3145 -0.7695</w:t>
        <w:br/>
        <w:t>vn -0.6822 0.3184 -0.6582</w:t>
        <w:br/>
        <w:t>vn -0.9558 0.1293 -0.2642</w:t>
        <w:br/>
        <w:t>vn 0.9407 0.1444 -0.3071</w:t>
        <w:br/>
        <w:t>vn 0.9406 0.1444 -0.3071</w:t>
        <w:br/>
        <w:t>vn 0.7720 -0.2159 0.5979</w:t>
        <w:br/>
        <w:t>vn 0.7893 -0.1606 0.5926</w:t>
        <w:br/>
        <w:t>vn 0.9458 -0.2897 0.1466</w:t>
        <w:br/>
        <w:t>vn 0.8953 -0.4218 0.1431</w:t>
        <w:br/>
        <w:t>vn 0.7662 -0.2153 0.6055</w:t>
        <w:br/>
        <w:t>vn 0.0094 0.4698 -0.8827</w:t>
        <w:br/>
        <w:t>vn -0.3690 -0.1453 -0.9180</w:t>
        <w:br/>
        <w:t>vn -0.3607 -0.1382 -0.9224</w:t>
        <w:br/>
        <w:t>vn -0.3608 -0.1382 -0.9224</w:t>
        <w:br/>
        <w:t>vn -0.3188 -0.0846 -0.9440</w:t>
        <w:br/>
        <w:t>vn -0.0159 0.1778 -0.9839</w:t>
        <w:br/>
        <w:t>vn 0.0084 0.1982 -0.9801</w:t>
        <w:br/>
        <w:t>vn 0.0384 0.2112 -0.9767</w:t>
        <w:br/>
        <w:t>vn 0.6052 -0.2506 0.7556</w:t>
        <w:br/>
        <w:t>vn 0.8302 -0.2618 0.4921</w:t>
        <w:br/>
        <w:t>vn 0.9192 -0.1457 0.3658</w:t>
        <w:br/>
        <w:t>vn 0.5885 -0.2183 0.7785</w:t>
        <w:br/>
        <w:t>vn 0.5672 -0.1741 0.8050</w:t>
        <w:br/>
        <w:t>vn -0.2840 -0.0378 -0.9581</w:t>
        <w:br/>
        <w:t>vn -0.2267 0.0138 -0.9739</w:t>
        <w:br/>
        <w:t>vn -0.2267 0.0137 -0.9739</w:t>
        <w:br/>
        <w:t>vn 0.4771 -0.0677 -0.8763</w:t>
        <w:br/>
        <w:t>vn -0.1680 0.0652 -0.9836</w:t>
        <w:br/>
        <w:t>vn -0.1031 0.1338 -0.9856</w:t>
        <w:br/>
        <w:t>vn 0.6099 0.0635 -0.7900</w:t>
        <w:br/>
        <w:t>vn 0.4010 0.2413 -0.8837</w:t>
        <w:br/>
        <w:t>vn -0.0165 0.2315 -0.9727</w:t>
        <w:br/>
        <w:t>vn 0.9783 -0.0855 0.1889</w:t>
        <w:br/>
        <w:t>vn 0.7675 -0.0783 0.6363</w:t>
        <w:br/>
        <w:t>vn 0.6843 -0.1030 0.7219</w:t>
        <w:br/>
        <w:t>vn 0.9610 -0.0016 0.2767</w:t>
        <w:br/>
        <w:t>vn 0.6100 -0.1438 0.7792</w:t>
        <w:br/>
        <w:t>vn 0.5852 -0.1358 0.7994</w:t>
        <w:br/>
        <w:t>vn 0.5848 -0.1359 0.7997</w:t>
        <w:br/>
        <w:t>vn 0.3906 0.3015 -0.8698</w:t>
        <w:br/>
        <w:t>vn 0.0093 0.2619 -0.9650</w:t>
        <w:br/>
        <w:t>vn 0.5793 -0.1370 0.8035</w:t>
        <w:br/>
        <w:t>vn 0.3768 0.3014 -0.8759</w:t>
        <w:br/>
        <w:t>vn 0.0146 0.2620 -0.9650</w:t>
        <w:br/>
        <w:t>vn 0.5919 -0.1357 0.7945</w:t>
        <w:br/>
        <w:t>vn 0.3535 0.3192 -0.8793</w:t>
        <w:br/>
        <w:t>vn -0.0049 0.2757 -0.9612</w:t>
        <w:br/>
        <w:t>vn 0.6269 -0.1273 0.7686</w:t>
        <w:br/>
        <w:t>vn 0.9196 0.0309 0.3917</w:t>
        <w:br/>
        <w:t>vn 0.3417 0.3279 -0.8807</w:t>
        <w:br/>
        <w:t>vn -0.0507 0.2857 -0.9570</w:t>
        <w:br/>
        <w:t>vn 0.6536 -0.1320 0.7452</w:t>
        <w:br/>
        <w:t>vn 0.9605 0.0378 0.2757</w:t>
        <w:br/>
        <w:t>vn 0.3598 0.2767 -0.8911</w:t>
        <w:br/>
        <w:t>vn -0.0772 0.2539 -0.9642</w:t>
        <w:br/>
        <w:t>vn 0.6394 -0.1467 0.7547</w:t>
        <w:br/>
        <w:t>vn 0.9193 -0.0435 0.3910</w:t>
        <w:br/>
        <w:t>vn 0.3974 0.2039 -0.8947</w:t>
        <w:br/>
        <w:t>vn -0.0513 0.2171 -0.9748</w:t>
        <w:br/>
        <w:t>vn 0.5988 -0.1575 0.7852</w:t>
        <w:br/>
        <w:t>vn 0.9024 -0.0719 0.4248</w:t>
        <w:br/>
        <w:t>vn 0.4482 0.1743 -0.8768</w:t>
        <w:br/>
        <w:t>vn 0.0004 0.2061 -0.9785</w:t>
        <w:br/>
        <w:t>vn 0.5708 -0.1642 0.8045</w:t>
        <w:br/>
        <w:t>vn 0.0349 0.2040 -0.9783</w:t>
        <w:br/>
        <w:t>vn -0.8939 -0.0484 0.4456</w:t>
        <w:br/>
        <w:t>vn -0.8956 -0.0597 0.4408</w:t>
        <w:br/>
        <w:t>vn -0.8720 -0.0546 0.4865</w:t>
        <w:br/>
        <w:t>vn -0.8719 -0.0546 0.4866</w:t>
        <w:br/>
        <w:t>vn -0.8173 -0.0306 0.5755</w:t>
        <w:br/>
        <w:t>vn -0.4616 -0.0720 0.8842</w:t>
        <w:br/>
        <w:t>vn -0.3055 -0.1306 0.9432</w:t>
        <w:br/>
        <w:t>vn -0.6649 -0.3895 0.6373</w:t>
        <w:br/>
        <w:t>vn -0.3662 -0.2427 0.8983</w:t>
        <w:br/>
        <w:t>vn 0.7894 -0.1260 0.6008</w:t>
        <w:br/>
        <w:t>vn 0.8090 -0.0960 0.5799</w:t>
        <w:br/>
        <w:t>vn 0.9907 -0.0419 0.1297</w:t>
        <w:br/>
        <w:t>vn 0.9828 -0.0542 0.1763</w:t>
        <w:br/>
        <w:t>vn 0.8396 -0.1009 0.5338</w:t>
        <w:br/>
        <w:t>vn 0.9987 -0.0396 0.0317</w:t>
        <w:br/>
        <w:t>vn 0.9987 -0.0453 -0.0215</w:t>
        <w:br/>
        <w:t>vn -0.8875 -0.0781 0.4541</w:t>
        <w:br/>
        <w:t>vn -0.8876 -0.0781 0.4540</w:t>
        <w:br/>
        <w:t>vn 0.9860 -0.0549 0.1573</w:t>
        <w:br/>
        <w:t>vn 0.7888 -0.1409 0.5983</w:t>
        <w:br/>
        <w:t>vn 0.9912 -0.0457 0.1243</w:t>
        <w:br/>
        <w:t>vn -0.8708 -0.0732 0.4861</w:t>
        <w:br/>
        <w:t>vn -0.5065 -0.1045 0.8559</w:t>
        <w:br/>
        <w:t>vn -0.8654 -0.0417 0.4993</w:t>
        <w:br/>
        <w:t>vn 0.9926 -0.0359 0.1163</w:t>
        <w:br/>
        <w:t>vn 0.9911 -0.0317 0.1292</w:t>
        <w:br/>
        <w:t>vn 0.9911 -0.0317 0.1293</w:t>
        <w:br/>
        <w:t>vn -0.5384 -0.0626 0.8404</w:t>
        <w:br/>
        <w:t>vn -0.8711 -0.0172 0.4908</w:t>
        <w:br/>
        <w:t>vn -0.5632 -0.0530 0.8246</w:t>
        <w:br/>
        <w:t>vn -0.8774 -0.0121 0.4796</w:t>
        <w:br/>
        <w:t>vn 0.9893 -0.0315 0.1422</w:t>
        <w:br/>
        <w:t>vn 0.9894 -0.0315 0.1421</w:t>
        <w:br/>
        <w:t>vn -0.5784 -0.0269 0.8153</w:t>
        <w:br/>
        <w:t>vn -0.8796 0.0016 0.4757</w:t>
        <w:br/>
        <w:t>vn 0.9887 -0.0274 0.1476</w:t>
        <w:br/>
        <w:t>vn 0.9885 -0.0232 0.1491</w:t>
        <w:br/>
        <w:t>vn -0.5875 -0.0010 0.8093</w:t>
        <w:br/>
        <w:t>vn -0.8799 0.0154 0.4749</w:t>
        <w:br/>
        <w:t>vn -0.5957 -0.0005 0.8032</w:t>
        <w:br/>
        <w:t>vn -0.8815 0.0158 0.4719</w:t>
        <w:br/>
        <w:t>vn 0.9881 -0.0235 0.1522</w:t>
        <w:br/>
        <w:t>vn -0.6128 -0.0190 0.7900</w:t>
        <w:br/>
        <w:t>vn -0.8917 0.0073 0.4526</w:t>
        <w:br/>
        <w:t>vn 0.9844 -0.0283 0.1735</w:t>
        <w:br/>
        <w:t>vn 0.9763 -0.0328 0.2141</w:t>
        <w:br/>
        <w:t>vn -0.6404 -0.0370 0.7672</w:t>
        <w:br/>
        <w:t>vn -0.9093 -0.0009 0.4162</w:t>
        <w:br/>
        <w:t>vn 0.9586 -0.0684 0.2765</w:t>
        <w:br/>
        <w:t>vn -0.6632 -0.1036 0.7412</w:t>
        <w:br/>
        <w:t>vn -0.9143 -0.0388 0.4032</w:t>
        <w:br/>
        <w:t>vn 0.9326 -0.3028 0.1963</w:t>
        <w:br/>
        <w:t>vn -0.6865 -0.2846 0.6691</w:t>
        <w:br/>
        <w:t>vn -0.9377 -0.2139 0.2737</w:t>
        <w:br/>
        <w:t>vn 0.3493 -0.9047 -0.2440</w:t>
        <w:br/>
        <w:t>vn -0.9309 -0.3423 0.1275</w:t>
        <w:br/>
        <w:t>vn 0.8126 0.0478 0.5809</w:t>
        <w:br/>
        <w:t>vn 0.8748 0.0027 0.4844</w:t>
        <w:br/>
        <w:t>vn 0.8748 0.0027 0.4845</w:t>
        <w:br/>
        <w:t>vn 0.9263 -0.0446 0.3741</w:t>
        <w:br/>
        <w:t>vn 0.9933 -0.0132 0.1146</w:t>
        <w:br/>
        <w:t>vn 0.9679 -0.0388 0.2482</w:t>
        <w:br/>
        <w:t>vn 0.8079 0.0661 0.5856</w:t>
        <w:br/>
        <w:t>vn 0.7955 0.0628 0.6027</w:t>
        <w:br/>
        <w:t>vn 0.7955 0.0629 0.6027</w:t>
        <w:br/>
        <w:t>vn 0.8036 0.0572 0.5924</w:t>
        <w:br/>
        <w:t>vn 0.7987 0.0208 0.6013</w:t>
        <w:br/>
        <w:t>vn 0.7988 0.0208 0.6013</w:t>
        <w:br/>
        <w:t>vn -0.3176 0.1950 -0.9280</w:t>
        <w:br/>
        <w:t>vn -0.2351 0.0814 -0.9686</w:t>
        <w:br/>
        <w:t>vn -0.3176 0.1950 -0.9279</w:t>
        <w:br/>
        <w:t>vn 0.0185 0.0626 -0.9979</w:t>
        <w:br/>
        <w:t>vn -0.0947 0.0649 -0.9934</w:t>
        <w:br/>
        <w:t>vn 0.9898 -0.1051 0.0960</w:t>
        <w:br/>
        <w:t>vn -0.3232 0.2966 -0.8987</w:t>
        <w:br/>
        <w:t>vn 0.0717 -0.0015 -0.9974</w:t>
        <w:br/>
        <w:t>vn 0.0716 -0.0015 -0.9974</w:t>
        <w:br/>
        <w:t>vn 0.6993 -0.5280 -0.4819</w:t>
        <w:br/>
        <w:t>vn 0.6995 -0.5119 -0.4986</w:t>
        <w:br/>
        <w:t>vn 0.1992 -0.1523 -0.9680</w:t>
        <w:br/>
        <w:t>vn 0.1993 -0.1522 -0.9680</w:t>
        <w:br/>
        <w:t>vn 0.2564 0.0286 -0.9661</w:t>
        <w:br/>
        <w:t>vn 0.1171 -0.0265 -0.9928</w:t>
        <w:br/>
        <w:t>vn 0.1518 -0.2823 -0.9472</w:t>
        <w:br/>
        <w:t>vn 0.9702 -0.2048 0.1297</w:t>
        <w:br/>
        <w:t>vn 0.9702 -0.2047 0.1297</w:t>
        <w:br/>
        <w:t>vn 0.1342 -0.1429 -0.9806</w:t>
        <w:br/>
        <w:t>vn 0.1542 -0.2141 -0.9645</w:t>
        <w:br/>
        <w:t>vn 0.1543 -0.2141 -0.9645</w:t>
        <w:br/>
        <w:t>vn 0.1210 -0.0459 -0.9916</w:t>
        <w:br/>
        <w:t>vn 0.1036 -0.0159 -0.9945</w:t>
        <w:br/>
        <w:t>vn -0.0592 -0.7701 -0.6351</w:t>
        <w:br/>
        <w:t>vn 0.0053 -0.4417 -0.8972</w:t>
        <w:br/>
        <w:t>vn -0.0592 -0.7701 -0.6352</w:t>
        <w:br/>
        <w:t>vn -0.0007 -0.2781 -0.9605</w:t>
        <w:br/>
        <w:t>vn 0.0295 0.1333 -0.9906</w:t>
        <w:br/>
        <w:t>vn 0.0294 0.1332 -0.9906</w:t>
        <w:br/>
        <w:t>vn 0.0556 0.3957 -0.9167</w:t>
        <w:br/>
        <w:t>vn -0.2350 0.3361 -0.9120</w:t>
        <w:br/>
        <w:t>vn -0.2351 0.3361 -0.9120</w:t>
        <w:br/>
        <w:t>vn 0.0390 0.4288 -0.9026</w:t>
        <w:br/>
        <w:t>vn 0.7789 -0.1200 0.6156</w:t>
        <w:br/>
        <w:t>vn 0.7050 -0.3721 0.6038</w:t>
        <w:br/>
        <w:t>vn 0.7049 -0.3721 0.6038</w:t>
        <w:br/>
        <w:t>vn 0.5131 -0.5313 0.6741</w:t>
        <w:br/>
        <w:t>vn 0.4177 -0.3885 0.8214</w:t>
        <w:br/>
        <w:t>vn 0.4377 -0.2181 0.8723</w:t>
        <w:br/>
        <w:t>vn -0.1267 -0.9580 -0.2574</w:t>
        <w:br/>
        <w:t>vn 0.7909 -0.0099 0.6119</w:t>
        <w:br/>
        <w:t>vn -0.0170 0.4317 -0.9019</w:t>
        <w:br/>
        <w:t>vn -0.0170 0.4315 -0.9019</w:t>
        <w:br/>
        <w:t>vn 0.8092 0.0618 0.5843</w:t>
        <w:br/>
        <w:t>vn -0.1074 0.3862 -0.9161</w:t>
        <w:br/>
        <w:t>vn 0.2738 -0.1124 0.9552</w:t>
        <w:br/>
        <w:t>vn 0.1853 -0.1528 0.9707</w:t>
        <w:br/>
        <w:t>vn 0.2560 -0.1742 0.9509</w:t>
        <w:br/>
        <w:t>vn 0.3086 0.0387 0.9504</w:t>
        <w:br/>
        <w:t>vn 0.1182 -0.1796 0.9766</w:t>
        <w:br/>
        <w:t>vn 0.1546 -0.2101 0.9654</w:t>
        <w:br/>
        <w:t>vn 0.1545 -0.2101 0.9654</w:t>
        <w:br/>
        <w:t>vn 0.1961 -0.1875 0.9625</w:t>
        <w:br/>
        <w:t>vn 0.2058 -0.1225 0.9709</w:t>
        <w:br/>
        <w:t>vn 0.1886 -0.0771 0.9790</w:t>
        <w:br/>
        <w:t>vn 0.1747 -0.0690 0.9822</w:t>
        <w:br/>
        <w:t>vn 0.1748 -0.0688 0.9822</w:t>
        <w:br/>
        <w:t>vn 0.1717 -0.0408 0.9843</w:t>
        <w:br/>
        <w:t>vn 0.1716 -0.0407 0.9843</w:t>
        <w:br/>
        <w:t>vn 0.1713 -0.0123 0.9851</w:t>
        <w:br/>
        <w:t>vn 0.1715 -0.0123 0.9851</w:t>
        <w:br/>
        <w:t>vn 0.1536 -0.0333 0.9876</w:t>
        <w:br/>
        <w:t>vn 0.1537 -0.0333 0.9876</w:t>
        <w:br/>
        <w:t>vn 0.0974 -0.0530 0.9938</w:t>
        <w:br/>
        <w:t>vn 0.0973 -0.0530 0.9938</w:t>
        <w:br/>
        <w:t>vn 0.0820 -0.1493 0.9854</w:t>
        <w:br/>
        <w:t>vn 0.1044 -0.2455 0.9638</w:t>
        <w:br/>
        <w:t>vn -0.1893 -0.9701 0.1521</w:t>
        <w:br/>
        <w:t>vn -0.1601 -0.9669 -0.1985</w:t>
        <w:br/>
        <w:t>vn 0.9214 -0.0993 -0.3758</w:t>
        <w:br/>
        <w:t>vn 0.9462 -0.0268 -0.3225</w:t>
        <w:br/>
        <w:t>vn 0.8370 -0.0994 -0.5381</w:t>
        <w:br/>
        <w:t>vn 0.8370 -0.0995 -0.5381</w:t>
        <w:br/>
        <w:t>vn 0.9137 0.0446 -0.4039</w:t>
        <w:br/>
        <w:t>vn 0.7512 -0.3617 -0.5522</w:t>
        <w:br/>
        <w:t>vn 0.7512 -0.3617 -0.5521</w:t>
        <w:br/>
        <w:t>vn 0.9467 0.1338 -0.2930</w:t>
        <w:br/>
        <w:t>vn 0.9435 0.2003 -0.2642</w:t>
        <w:br/>
        <w:t>vn 0.9470 0.1981 -0.2529</w:t>
        <w:br/>
        <w:t>vn 0.9399 0.2239 -0.2579</w:t>
        <w:br/>
        <w:t>vn 0.9178 0.2575 -0.3022</w:t>
        <w:br/>
        <w:t>vn 0.9116 0.1977 -0.3604</w:t>
        <w:br/>
        <w:t>vn 0.9281 0.1118 -0.3550</w:t>
        <w:br/>
        <w:t>vn 0.9282 0.1118 -0.3550</w:t>
        <w:br/>
        <w:t>vn 0.9508 0.0758 -0.3004</w:t>
        <w:br/>
        <w:t>vn 0.9611 0.0608 -0.2695</w:t>
        <w:br/>
        <w:t>vn 0.9626 0.0546 -0.2655</w:t>
        <w:br/>
        <w:t>vn 0.4109 -0.6749 -0.6129</w:t>
        <w:br/>
        <w:t>vn 0.1617 0.3366 -0.9277</w:t>
        <w:br/>
        <w:t>vn 0.9273 0.3710 -0.0501</w:t>
        <w:br/>
        <w:t>vn 0.9194 0.3914 -0.0393</w:t>
        <w:br/>
        <w:t>vn 0.9194 0.3914 -0.0392</w:t>
        <w:br/>
        <w:t>vn -0.0610 -0.6895 -0.7218</w:t>
        <w:br/>
        <w:t>vn -0.3677 -0.6566 -0.6585</w:t>
        <w:br/>
        <w:t>vn -0.3677 -0.6567 -0.6585</w:t>
        <w:br/>
        <w:t>vn -0.0442 0.1520 -0.9874</w:t>
        <w:br/>
        <w:t>vn -0.0606 0.1408 -0.9882</w:t>
        <w:br/>
        <w:t>vn -0.0647 0.1516 -0.9863</w:t>
        <w:br/>
        <w:t>vn -0.1075 0.1327 -0.9853</w:t>
        <w:br/>
        <w:t>vn -0.7522 -0.0868 -0.6531</w:t>
        <w:br/>
        <w:t>vn -0.8175 0.1002 -0.5671</w:t>
        <w:br/>
        <w:t>vn -0.0228 -0.0421 -0.9989</w:t>
        <w:br/>
        <w:t>vn -0.0584 0.1054 -0.9927</w:t>
        <w:br/>
        <w:t>vn -0.0794 -0.0015 -0.9968</w:t>
        <w:br/>
        <w:t>vn -0.0453 0.1612 -0.9859</w:t>
        <w:br/>
        <w:t>vn -0.2746 0.0964 -0.9567</w:t>
        <w:br/>
        <w:t>vn -0.7514 0.3143 -0.5802</w:t>
        <w:br/>
        <w:t>vn 0.0439 0.3218 -0.9458</w:t>
        <w:br/>
        <w:t>vn -0.0759 0.2287 -0.9705</w:t>
        <w:br/>
        <w:t>vn -0.0816 0.2315 -0.9694</w:t>
        <w:br/>
        <w:t>vn -0.1862 0.2790 -0.9421</w:t>
        <w:br/>
        <w:t>vn -0.6056 -0.0212 -0.7955</w:t>
        <w:br/>
        <w:t>vn -0.6483 -0.4008 -0.6473</w:t>
        <w:br/>
        <w:t>vn 0.9338 0.3347 -0.1264</w:t>
        <w:br/>
        <w:t>vn 0.9338 0.3346 -0.1265</w:t>
        <w:br/>
        <w:t>vn 0.5073 0.3143 -0.8024</w:t>
        <w:br/>
        <w:t>vn -0.0231 0.4801 0.8769</w:t>
        <w:br/>
        <w:t>vn 0.0201 0.5206 0.8536</w:t>
        <w:br/>
        <w:t>vn 0.1112 0.3859 0.9158</w:t>
        <w:br/>
        <w:t>vn 0.0440 0.4093 0.9113</w:t>
        <w:br/>
        <w:t>vn -0.2448 0.5104 0.8244</w:t>
        <w:br/>
        <w:t>vn -0.3412 0.4855 0.8049</w:t>
        <w:br/>
        <w:t>vn -0.2179 0.6228 0.7514</w:t>
        <w:br/>
        <w:t>vn -0.1353 0.6039 0.7855</w:t>
        <w:br/>
        <w:t>vn -0.0739 0.5752 0.8147</w:t>
        <w:br/>
        <w:t>vn -0.1345 0.5362 0.8333</w:t>
        <w:br/>
        <w:t>vn -0.0498 -0.1896 0.9806</w:t>
        <w:br/>
        <w:t>vn -0.0599 -0.2069 0.9765</w:t>
        <w:br/>
        <w:t>vn -0.0287 -0.2402 0.9703</w:t>
        <w:br/>
        <w:t>vn -0.0321 -0.2036 0.9785</w:t>
        <w:br/>
        <w:t>vn -0.0382 -0.1919 0.9807</w:t>
        <w:br/>
        <w:t>vn -0.0415 -0.1999 0.9789</w:t>
        <w:br/>
        <w:t>vn -0.0160 -0.1894 0.9818</w:t>
        <w:br/>
        <w:t>vn -0.0486 -0.1059 0.9932</w:t>
        <w:br/>
        <w:t>vn -0.0523 -0.1322 0.9898</w:t>
        <w:br/>
        <w:t>vn -0.0064 -0.1945 0.9809</w:t>
        <w:br/>
        <w:t>vn -0.3839 0.5354 0.7523</w:t>
        <w:br/>
        <w:t>vn -0.3431 0.6351 0.6920</w:t>
        <w:br/>
        <w:t>vn -0.3173 0.6212 0.7165</w:t>
        <w:br/>
        <w:t>vn -0.3796 0.5079 0.7732</w:t>
        <w:br/>
        <w:t>vn -0.3763 0.6001 0.7058</w:t>
        <w:br/>
        <w:t>vn -0.3867 0.6655 0.6384</w:t>
        <w:br/>
        <w:t>vn -0.3759 0.6819 0.6275</w:t>
        <w:br/>
        <w:t>vn -0.3582 0.6620 0.6583</w:t>
        <w:br/>
        <w:t>vn -0.4267 0.6791 0.5973</w:t>
        <w:br/>
        <w:t>vn -0.3956 0.6922 0.6036</w:t>
        <w:br/>
        <w:t>vn -0.2738 0.6380 0.7198</w:t>
        <w:br/>
        <w:t>vn -0.3744 0.4895 0.7875</w:t>
        <w:br/>
        <w:t>vn -0.1326 -0.0103 0.9911</w:t>
        <w:br/>
        <w:t>vn -0.1402 -0.0454 0.9891</w:t>
        <w:br/>
        <w:t>vn -0.1689 0.0269 0.9853</w:t>
        <w:br/>
        <w:t>vn -0.1849 0.0062 0.9827</w:t>
        <w:br/>
        <w:t>vn -0.2027 0.0708 0.9767</w:t>
        <w:br/>
        <w:t>vn -0.2299 0.1419 0.9628</w:t>
        <w:br/>
        <w:t>vn -0.2608 0.1355 0.9558</w:t>
        <w:br/>
        <w:t>vn -0.2216 0.0578 0.9734</w:t>
        <w:br/>
        <w:t>vn -0.3484 0.2395 0.9062</w:t>
        <w:br/>
        <w:t>vn -0.3022 0.2865 0.9092</w:t>
        <w:br/>
        <w:t>vn -0.3845 0.3608 0.8497</w:t>
        <w:br/>
        <w:t>vn -0.4366 0.2971 0.8492</w:t>
        <w:br/>
        <w:t>vn -0.4184 0.5133 0.7493</w:t>
        <w:br/>
        <w:t>vn -0.4793 0.4461 0.7558</w:t>
        <w:br/>
        <w:t>vn -0.4634 0.3413 0.8178</w:t>
        <w:br/>
        <w:t>vn -0.4050 0.4181 0.8131</w:t>
        <w:br/>
        <w:t>vn -0.4232 0.6074 0.6723</w:t>
        <w:br/>
        <w:t>vn -0.4770 0.5756 0.6642</w:t>
        <w:br/>
        <w:t>vn -0.4536 0.6541 0.6052</w:t>
        <w:br/>
        <w:t>vn -0.4138 0.6698 0.6165</w:t>
        <w:br/>
        <w:t>vn 0.8185 0.5106 -0.2633</w:t>
        <w:br/>
        <w:t>vn 0.8286 0.5053 -0.2411</w:t>
        <w:br/>
        <w:t>vn 0.4759 -0.8213 0.3146</w:t>
        <w:br/>
        <w:t>vn 0.4759 -0.8213 0.3147</w:t>
        <w:br/>
        <w:t>vn 0.4760 -0.8213 0.3145</w:t>
        <w:br/>
        <w:t>vn 0.7559 0.6323 -0.1697</w:t>
        <w:br/>
        <w:t>vn 0.6415 0.7425 -0.1925</w:t>
        <w:br/>
        <w:t>vn 0.6415 0.7426 -0.1924</w:t>
        <w:br/>
        <w:t>vn 0.8217 0.5348 -0.1970</w:t>
        <w:br/>
        <w:t>vn 0.8217 0.5347 -0.1970</w:t>
        <w:br/>
        <w:t>vn -0.4528 -0.8694 -0.1977</w:t>
        <w:br/>
        <w:t>vn -0.4528 -0.8694 -0.1976</w:t>
        <w:br/>
        <w:t>vn -0.0783 -0.9689 -0.2346</w:t>
        <w:br/>
        <w:t>vn -0.7618 -0.6306 -0.1482</w:t>
        <w:br/>
        <w:t>vn -0.9109 -0.3981 -0.1081</w:t>
        <w:br/>
        <w:t>vn -0.7105 -0.6937 -0.1184</w:t>
        <w:br/>
        <w:t>vn -0.7105 -0.6937 -0.1185</w:t>
        <w:br/>
        <w:t>vn -0.9109 -0.3982 -0.1081</w:t>
        <w:br/>
        <w:t>vn 0.3904 0.8537 -0.3447</w:t>
        <w:br/>
        <w:t>vn 0.2429 0.8694 -0.4304</w:t>
        <w:br/>
        <w:t>vn 0.1225 0.8419 -0.5256</w:t>
        <w:br/>
        <w:t>vn 0.0892 0.8166 -0.5703</w:t>
        <w:br/>
        <w:t>vn -0.9105 -0.1842 -0.3702</w:t>
        <w:br/>
        <w:t>vn -0.9105 -0.1843 -0.3701</w:t>
        <w:br/>
        <w:t>vn -0.9114 -0.2539 -0.3238</w:t>
        <w:br/>
        <w:t>vn 0.5147 0.8151 -0.2660</w:t>
        <w:br/>
        <w:t>vn 0.5146 0.8151 -0.2660</w:t>
        <w:br/>
        <w:t>vn -0.4221 -0.8998 -0.1107</w:t>
        <w:br/>
        <w:t>vn -0.4221 -0.8997 -0.1107</w:t>
        <w:br/>
        <w:t>vn -0.6311 -0.7710 -0.0857</w:t>
        <w:br/>
        <w:t>vn -0.6310 -0.7710 -0.0857</w:t>
        <w:br/>
        <w:t>vn -0.8180 -0.5593 -0.1345</w:t>
        <w:br/>
        <w:t>vn -0.9100 -0.3502 -0.2220</w:t>
        <w:br/>
        <w:t>vn -0.6137 -0.7884 0.0422</w:t>
        <w:br/>
        <w:t>vn -0.8112 -0.5749 -0.1072</w:t>
        <w:br/>
        <w:t>vn -0.6554 -0.7552 0.0103</w:t>
        <w:br/>
        <w:t>vn -0.7390 -0.6698 -0.0724</w:t>
        <w:br/>
        <w:t>vn -0.7390 -0.6699 -0.0724</w:t>
        <w:br/>
        <w:t>vn -0.8409 -0.5061 -0.1917</w:t>
        <w:br/>
        <w:t>vn -0.8924 -0.3643 -0.2664</w:t>
        <w:br/>
        <w:t>vn -0.8924 -0.3643 -0.2665</w:t>
        <w:br/>
        <w:t>vn 0.9505 -0.2617 0.1675</w:t>
        <w:br/>
        <w:t>vn 0.9469 -0.2356 0.2187</w:t>
        <w:br/>
        <w:t>vn 0.9288 -0.1883 0.3193</w:t>
        <w:br/>
        <w:t>vn 0.9287 -0.1883 0.3194</w:t>
        <w:br/>
        <w:t>vn -0.9289 0.3558 0.1023</w:t>
        <w:br/>
        <w:t>vn -0.9536 0.2749 0.1225</w:t>
        <w:br/>
        <w:t>vn -0.9846 0.1383 0.1071</w:t>
        <w:br/>
        <w:t>vn 0.9103 -0.2053 0.3595</w:t>
        <w:br/>
        <w:t>vn 0.9103 -0.2053 0.3594</w:t>
        <w:br/>
        <w:t>vn 0.8943 -0.2505 0.3707</w:t>
        <w:br/>
        <w:t>vn -0.9556 -0.2624 0.1342</w:t>
        <w:br/>
        <w:t>vn -0.9957 -0.0306 0.0876</w:t>
        <w:br/>
        <w:t>vn -0.8377 -0.5339 0.1152</w:t>
        <w:br/>
        <w:t>vn -0.8820 -0.4635 0.0848</w:t>
        <w:br/>
        <w:t>vn -0.9809 0.0583 0.1858</w:t>
        <w:br/>
        <w:t>vn -0.9885 -0.0188 0.1499</w:t>
        <w:br/>
        <w:t>vn 0.8331 -0.3439 0.4332</w:t>
        <w:br/>
        <w:t>vn 0.7754 -0.4583 0.4345</w:t>
        <w:br/>
        <w:t>vn -0.9566 -0.1876 0.2229</w:t>
        <w:br/>
        <w:t>vn 0.6373 -0.6967 0.3293</w:t>
        <w:br/>
        <w:t>vn 0.6373 -0.6967 0.3294</w:t>
        <w:br/>
        <w:t>vn -0.9364 -0.3509 -0.0095</w:t>
        <w:br/>
        <w:t>vn -0.6659 -0.7439 -0.0564</w:t>
        <w:br/>
        <w:t>vn -0.6659 -0.7439 -0.0563</w:t>
        <w:br/>
        <w:t>vn -0.9364 -0.3509 -0.0096</w:t>
        <w:br/>
        <w:t>vn -0.9241 -0.2702 0.2702</w:t>
        <w:br/>
        <w:t>vn -0.9653 -0.1888 0.1802</w:t>
        <w:br/>
        <w:t>vn 0.2396 -0.9520 0.1905</w:t>
        <w:br/>
        <w:t>vn -0.2387 -0.9694 0.0581</w:t>
        <w:br/>
        <w:t>vn -0.2386 -0.9694 0.0581</w:t>
        <w:br/>
        <w:t>vn -0.0392 -0.2589 0.9651</w:t>
        <w:br/>
        <w:t>vn -0.0355 -0.2165 0.9756</w:t>
        <w:br/>
        <w:t>vn 0.0845 -0.9646 -0.2499</w:t>
        <w:br/>
        <w:t>vn -0.4255 0.3854 -0.8188</w:t>
        <w:br/>
        <w:t>vn -0.3298 0.2476 -0.9110</w:t>
        <w:br/>
        <w:t>vn -0.6342 -0.1055 -0.7660</w:t>
        <w:br/>
        <w:t>vn -0.7195 0.0121 -0.6944</w:t>
        <w:br/>
        <w:t>vn -0.3040 0.8945 -0.3279</w:t>
        <w:br/>
        <w:t>vn -0.4297 0.6913 -0.5809</w:t>
        <w:br/>
        <w:t>vn -0.4833 0.5912 -0.6457</w:t>
        <w:br/>
        <w:t>vn -0.4989 0.6511 -0.5720</w:t>
        <w:br/>
        <w:t>vn 0.0532 -0.5023 -0.8631</w:t>
        <w:br/>
        <w:t>vn -0.0420 0.2814 -0.9587</w:t>
        <w:br/>
        <w:t>vn 0.3191 0.4353 -0.8418</w:t>
        <w:br/>
        <w:t>vn 0.3539 -0.1277 -0.9265</w:t>
        <w:br/>
        <w:t>vn 0.0439 0.6866 -0.7258</w:t>
        <w:br/>
        <w:t>vn -0.2599 -0.7590 -0.5970</w:t>
        <w:br/>
        <w:t>vn 0.0532 -0.5023 -0.8630</w:t>
        <w:br/>
        <w:t>vn -0.2213 -0.7609 -0.6100</w:t>
        <w:br/>
        <w:t>vn -0.3894 -0.3320 -0.8592</w:t>
        <w:br/>
        <w:t>vn -0.3669 -0.5490 -0.7510</w:t>
        <w:br/>
        <w:t>vn -0.7369 -0.6107 -0.2899</w:t>
        <w:br/>
        <w:t>vn -0.7908 -0.0138 -0.6119</w:t>
        <w:br/>
        <w:t>vn -0.5882 0.0146 -0.8086</w:t>
        <w:br/>
        <w:t>vn -0.8106 -0.4680 -0.3519</w:t>
        <w:br/>
        <w:t>vn -0.8295 -0.4473 -0.3344</w:t>
        <w:br/>
        <w:t>vn -0.3912 0.2982 -0.8707</w:t>
        <w:br/>
        <w:t>vn -0.3912 0.2981 -0.8707</w:t>
        <w:br/>
        <w:t>vn -0.3929 0.4939 -0.7757</w:t>
        <w:br/>
        <w:t>vn -0.3929 0.4939 -0.7756</w:t>
        <w:br/>
        <w:t>vn -0.2956 0.9111 -0.2872</w:t>
        <w:br/>
        <w:t>vn -0.0204 0.9977 0.0644</w:t>
        <w:br/>
        <w:t>vn -0.0204 0.9977 0.0645</w:t>
        <w:br/>
        <w:t>vn -0.0409 0.9949 0.0920</w:t>
        <w:br/>
        <w:t>vn -0.9321 -0.2973 -0.2067</w:t>
        <w:br/>
        <w:t>vn -0.8901 -0.0905 -0.4468</w:t>
        <w:br/>
        <w:t>vn -0.8811 -0.3802 -0.2812</w:t>
        <w:br/>
        <w:t>vn -0.9429 -0.2843 -0.1733</w:t>
        <w:br/>
        <w:t>vn -0.3695 0.2559 -0.8933</w:t>
        <w:br/>
        <w:t>vn -0.5373 0.4283 -0.7266</w:t>
        <w:br/>
        <w:t>vn 0.5174 0.8241 -0.2307</w:t>
        <w:br/>
        <w:t>vn 0.5724 0.7601 -0.3076</w:t>
        <w:br/>
        <w:t>vn 0.5723 0.7602 -0.3076</w:t>
        <w:br/>
        <w:t>vn 0.4974 0.8573 -0.1331</w:t>
        <w:br/>
        <w:t>vn 0.4942 0.8676 -0.0545</w:t>
        <w:br/>
        <w:t>vn 0.4942 0.8677 -0.0545</w:t>
        <w:br/>
        <w:t>vn -0.6509 0.6186 -0.4400</w:t>
        <w:br/>
        <w:t>vn -0.6690 0.6582 -0.3452</w:t>
        <w:br/>
        <w:t>vn -0.6241 0.5724 -0.5319</w:t>
        <w:br/>
        <w:t>vn 0.6521 0.6739 -0.3473</w:t>
        <w:br/>
        <w:t>vn 0.0957 -0.2357 -0.9671</w:t>
        <w:br/>
        <w:t>vn 0.0956 -0.2357 -0.9671</w:t>
        <w:br/>
        <w:t>vn 0.2613 -0.3890 -0.8834</w:t>
        <w:br/>
        <w:t>vn -0.7256 -0.6551 -0.2105</w:t>
        <w:br/>
        <w:t>vn -0.7320 -0.6466 -0.2146</w:t>
        <w:br/>
        <w:t>vn 0.5366 0.0366 -0.8431</w:t>
        <w:br/>
        <w:t>vn 0.1626 -0.2853 -0.9445</w:t>
        <w:br/>
        <w:t>vn 0.3622 -0.4929 -0.7911</w:t>
        <w:br/>
        <w:t>vn 0.7129 -0.1414 -0.6868</w:t>
        <w:br/>
        <w:t>vn -0.3322 0.4002 -0.8541</w:t>
        <w:br/>
        <w:t>vn -0.2656 0.2629 -0.9275</w:t>
        <w:br/>
        <w:t>vn 0.2318 0.4197 -0.8776</w:t>
        <w:br/>
        <w:t>vn -0.0463 0.5513 -0.8330</w:t>
        <w:br/>
        <w:t>vn -0.6651 -0.7165 -0.2104</w:t>
        <w:br/>
        <w:t>vn -0.6599 -0.7326 -0.1665</w:t>
        <w:br/>
        <w:t>vn -0.7175 -0.6604 -0.2214</w:t>
        <w:br/>
        <w:t>vn 0.4322 -0.5345 -0.7263</w:t>
        <w:br/>
        <w:t>vn 0.5543 -0.6476 -0.5228</w:t>
        <w:br/>
        <w:t>vn 0.5544 -0.6476 -0.5228</w:t>
        <w:br/>
        <w:t>vn 0.9455 0.3018 -0.1222</w:t>
        <w:br/>
        <w:t>vn 0.9174 0.3399 -0.2068</w:t>
        <w:br/>
        <w:t>vn 0.9456 0.3015 -0.1225</w:t>
        <w:br/>
        <w:t>vn 0.9600 0.2793 0.0201</w:t>
        <w:br/>
        <w:t>vn 0.9569 0.2864 -0.0476</w:t>
        <w:br/>
        <w:t>vn 0.9569 0.2863 -0.0476</w:t>
        <w:br/>
        <w:t>vn 0.8646 0.4084 -0.2928</w:t>
        <w:br/>
        <w:t>vn 0.7925 0.5030 -0.3448</w:t>
        <w:br/>
        <w:t>vn 0.7926 0.5030 -0.3447</w:t>
        <w:br/>
        <w:t>vn 0.8646 0.4084 -0.2927</w:t>
        <w:br/>
        <w:t>vn 0.6653 -0.7465 -0.0007</w:t>
        <w:br/>
        <w:t>vn 0.6653 -0.7466 -0.0006</w:t>
        <w:br/>
        <w:t>vn 0.6359 -0.7202 -0.2775</w:t>
        <w:br/>
        <w:t>vn 0.5573 -0.6478 0.5194</w:t>
        <w:br/>
        <w:t>vn 0.6343 -0.7222 0.2759</w:t>
        <w:br/>
        <w:t>vn -0.6753 -0.7265 0.1270</w:t>
        <w:br/>
        <w:t>vn -0.6548 -0.7524 0.0723</w:t>
        <w:br/>
        <w:t>vn -0.6844 -0.7089 0.1703</w:t>
        <w:br/>
        <w:t>vn -0.6326 -0.7629 -0.1334</w:t>
        <w:br/>
        <w:t>vn -0.6442 -0.7644 -0.0260</w:t>
        <w:br/>
        <w:t>vn -0.6544 -0.7562 -0.0006</w:t>
        <w:br/>
        <w:t>vn 0.5152 0.7907 -0.3307</w:t>
        <w:br/>
        <w:t>vn 0.4611 0.8225 -0.3329</w:t>
        <w:br/>
        <w:t>vn 0.4890 0.7654 -0.4185</w:t>
        <w:br/>
        <w:t>vn 0.4889 0.7654 -0.4185</w:t>
        <w:br/>
        <w:t>vn 0.5552 0.6360 -0.5359</w:t>
        <w:br/>
        <w:t>vn 0.6656 -0.1066 -0.7387</w:t>
        <w:br/>
        <w:t>vn 0.5110 0.0529 -0.8579</w:t>
        <w:br/>
        <w:t>vn 0.8533 -0.2479 -0.4587</w:t>
        <w:br/>
        <w:t>vn 0.9725 0.2126 -0.0954</w:t>
        <w:br/>
        <w:t>vn 0.9687 0.2045 -0.1408</w:t>
        <w:br/>
        <w:t>vn 0.9454 0.2063 -0.2523</w:t>
        <w:br/>
        <w:t>vn -0.0344 -0.7772 -0.6283</w:t>
        <w:br/>
        <w:t>vn 0.4185 -0.5719 -0.7055</w:t>
        <w:br/>
        <w:t>vn 0.5391 -0.6872 -0.4870</w:t>
        <w:br/>
        <w:t>vn 0.0785 -0.8919 -0.4453</w:t>
        <w:br/>
        <w:t>vn 0.6311 -0.7757 0.0007</w:t>
        <w:br/>
        <w:t>vn 0.3231 -0.9064 -0.2722</w:t>
        <w:br/>
        <w:t>vn 0.6100 -0.7560 -0.2376</w:t>
        <w:br/>
        <w:t>vn -0.3670 -0.9245 -0.1025</w:t>
        <w:br/>
        <w:t>vn -0.3700 -0.9289 -0.0126</w:t>
        <w:br/>
        <w:t>vn -0.7235 -0.6903 -0.0129</w:t>
        <w:br/>
        <w:t>vn -0.6644 -0.7373 -0.1220</w:t>
        <w:br/>
        <w:t>vn -0.7381 -0.6563 -0.1563</w:t>
        <w:br/>
        <w:t>vn 0.6098 -0.7561 0.2376</w:t>
        <w:br/>
        <w:t>vn 0.5390 -0.6886 0.4851</w:t>
        <w:br/>
        <w:t>vn 0.0878 -0.8957 0.4359</w:t>
        <w:br/>
        <w:t>vn 0.1404 -0.9639 0.2261</w:t>
        <w:br/>
        <w:t>vn -0.6427 -0.7598 0.0984</w:t>
        <w:br/>
        <w:t>vn -0.0197 -0.7766 0.6297</w:t>
        <w:br/>
        <w:t>vn 0.4204 -0.5762 0.7009</w:t>
        <w:br/>
        <w:t>vn -0.6389 -0.7290 0.2458</w:t>
        <w:br/>
        <w:t>vn 0.9734 0.2283 0.0199</w:t>
        <w:br/>
        <w:t>vn 0.9754 0.2132 -0.0566</w:t>
        <w:br/>
        <w:t>vn 0.9691 0.2170 0.1173</w:t>
        <w:br/>
        <w:t>vn 0.9654 0.2105 0.1538</w:t>
        <w:br/>
        <w:t>vn 0.9721 0.2184 0.0859</w:t>
        <w:br/>
        <w:t>vn -0.1567 -0.6377 -0.7542</w:t>
        <w:br/>
        <w:t>vn -0.2857 -0.4985 -0.8184</w:t>
        <w:br/>
        <w:t>vn -0.5361 -0.2426 -0.8085</w:t>
        <w:br/>
        <w:t>vn -0.2041 0.0871 -0.9751</w:t>
        <w:br/>
        <w:t>vn -0.7725 -0.4698 -0.4273</w:t>
        <w:br/>
        <w:t>vn -0.7388 -0.5423 -0.4000</w:t>
        <w:br/>
        <w:t>vn -0.7177 -0.5503 -0.4267</w:t>
        <w:br/>
        <w:t>vn -0.7797 -0.6162 -0.1114</w:t>
        <w:br/>
        <w:t>vn -0.7601 -0.5886 -0.2753</w:t>
        <w:br/>
        <w:t>vn -0.8966 -0.2996 -0.3262</w:t>
        <w:br/>
        <w:t>vn -0.9427 -0.2611 -0.2075</w:t>
        <w:br/>
        <w:t>vn -0.8966 -0.2997 -0.3262</w:t>
        <w:br/>
        <w:t>vn -0.8398 -0.3627 -0.4040</w:t>
        <w:br/>
        <w:t>vn -0.3104 0.9401 -0.1408</w:t>
        <w:br/>
        <w:t>vn -0.5466 0.7823 -0.2987</w:t>
        <w:br/>
        <w:t>vn -0.8971 -0.3132 0.3116</w:t>
        <w:br/>
        <w:t>vn -0.8566 -0.0584 0.5127</w:t>
        <w:br/>
        <w:t>vn -0.9424 -0.2559 0.2156</w:t>
        <w:br/>
        <w:t>vn -0.5027 0.7338 0.4569</w:t>
        <w:br/>
        <w:t>vn -0.3058 0.8969 0.3194</w:t>
        <w:br/>
        <w:t>vn -0.3080 0.9406 0.1429</w:t>
        <w:br/>
        <w:t>vn -0.5458 0.7831 0.2982</w:t>
        <w:br/>
        <w:t>vn -0.4908 0.5995 0.6323</w:t>
        <w:br/>
        <w:t>vn -0.4336 0.6936 0.5753</w:t>
        <w:br/>
        <w:t>vn 0.5192 0.7814 0.3462</w:t>
        <w:br/>
        <w:t>vn 0.5612 0.7641 0.3181</w:t>
        <w:br/>
        <w:t>vn 0.5888 0.6150 0.5245</w:t>
        <w:br/>
        <w:t>vn 0.2727 0.7362 0.6193</w:t>
        <w:br/>
        <w:t>vn 0.5057 0.7464 0.4327</w:t>
        <w:br/>
        <w:t>vn 0.4067 0.1891 0.8938</w:t>
        <w:br/>
        <w:t>vn 0.6825 0.4775 0.5534</w:t>
        <w:br/>
        <w:t>vn 0.7895 0.3422 0.5095</w:t>
        <w:br/>
        <w:t>vn 0.5547 0.0275 0.8316</w:t>
        <w:br/>
        <w:t>vn 0.1747 -0.2958 0.9392</w:t>
        <w:br/>
        <w:t>vn 0.0190 -0.1514 0.9883</w:t>
        <w:br/>
        <w:t>vn -0.1640 0.0798 0.9832</w:t>
        <w:br/>
        <w:t>vn -0.2757 0.3905 0.8784</w:t>
        <w:br/>
        <w:t>vn -0.2783 0.2644 0.9234</w:t>
        <w:br/>
        <w:t>vn -0.5822 -0.2702 0.7669</w:t>
        <w:br/>
        <w:t>vn -0.2120 0.0831 0.9737</w:t>
        <w:br/>
        <w:t>vn -0.3243 0.2239 0.9191</w:t>
        <w:br/>
        <w:t>vn -0.6243 -0.1275 0.7707</w:t>
        <w:br/>
        <w:t>vn -0.7697 -0.4504 0.4524</w:t>
        <w:br/>
        <w:t>vn -0.6261 0.1198 0.7704</w:t>
        <w:br/>
        <w:t>vn -0.4302 0.3829 0.8175</w:t>
        <w:br/>
        <w:t>vn -0.4908 0.5995 0.6322</w:t>
        <w:br/>
        <w:t>vn -0.8344 -0.4056 0.3733</w:t>
        <w:br/>
        <w:t>vn -0.8681 -0.3657 0.3356</w:t>
        <w:br/>
        <w:t>vn -0.4703 -0.3761 0.7984</w:t>
        <w:br/>
        <w:t>vn -0.2781 -0.4899 0.8262</w:t>
        <w:br/>
        <w:t>vn 0.1111 -0.2622 0.9586</w:t>
        <w:br/>
        <w:t>vn -0.0732 -0.0678 0.9950</w:t>
        <w:br/>
        <w:t>vn 0.0485 0.2163 0.9751</w:t>
        <w:br/>
        <w:t>vn 0.0507 -0.4872 0.8718</w:t>
        <w:br/>
        <w:t>vn 0.0506 -0.4872 0.8718</w:t>
        <w:br/>
        <w:t>vn 0.3549 -0.1225 0.9268</w:t>
        <w:br/>
        <w:t>vn -0.2319 -0.7472 0.6228</w:t>
        <w:br/>
        <w:t>vn -0.3969 0.5007 0.7693</w:t>
        <w:br/>
        <w:t>vn -0.5061 -0.6911 0.5160</w:t>
        <w:br/>
        <w:t>vn -0.4053 -0.3205 0.8562</w:t>
        <w:br/>
        <w:t>vn -0.3357 0.2286 0.9138</w:t>
        <w:br/>
        <w:t>vn -0.3966 0.3084 0.8647</w:t>
        <w:br/>
        <w:t>vn -0.2757 0.3904 0.8784</w:t>
        <w:br/>
        <w:t>vn -0.2681 0.5095 0.8176</w:t>
        <w:br/>
        <w:t>vn 0.0486 0.2164 0.9751</w:t>
        <w:br/>
        <w:t>vn -0.2941 0.9101 0.2919</w:t>
        <w:br/>
        <w:t>vn -0.3074 0.9410 0.1417</w:t>
        <w:br/>
        <w:t>vn -0.0152 0.9959 -0.0892</w:t>
        <w:br/>
        <w:t>vn -0.0305 0.9919 -0.1236</w:t>
        <w:br/>
        <w:t>vn -0.8022 -0.5118 0.3075</w:t>
        <w:br/>
        <w:t>vn -0.8022 -0.5117 0.3075</w:t>
        <w:br/>
        <w:t>vn -0.7944 -0.5231 0.3088</w:t>
        <w:br/>
        <w:t>vn -0.7945 -0.5230 0.3086</w:t>
        <w:br/>
        <w:t>vn -0.9268 -0.3296 0.1803</w:t>
        <w:br/>
        <w:t>vn -0.9406 -0.3083 0.1420</w:t>
        <w:br/>
        <w:t>vn -0.8596 -0.4305 0.2751</w:t>
        <w:br/>
        <w:t>vn -0.8819 -0.3942 0.2587</w:t>
        <w:br/>
        <w:t>vn -0.8398 -0.4533 0.2989</w:t>
        <w:br/>
        <w:t>vn -0.9580 -0.2692 0.0990</w:t>
        <w:br/>
        <w:t>vn -0.6863 0.7084 0.1651</w:t>
        <w:br/>
        <w:t>vn -0.6863 0.7083 0.1651</w:t>
        <w:br/>
        <w:t>vn -0.6708 0.6600 0.3383</w:t>
        <w:br/>
        <w:t>vn -0.6276 0.5657 0.5349</w:t>
        <w:br/>
        <w:t>vn 0.4810 0.8735 0.0751</w:t>
        <w:br/>
        <w:t>vn 0.4812 0.8734 0.0751</w:t>
        <w:br/>
        <w:t>vn 0.4899 0.8631 0.1226</w:t>
        <w:br/>
        <w:t>vn 0.4798 0.8764 0.0415</w:t>
        <w:br/>
        <w:t>vn -0.6845 0.7069 -0.1780</w:t>
        <w:br/>
        <w:t>vn -0.6845 0.7070 -0.1780</w:t>
        <w:br/>
        <w:t>vn -0.9560 -0.2593 -0.1371</w:t>
        <w:br/>
        <w:t>vn 0.7238 0.5861 0.3642</w:t>
        <w:br/>
        <w:t>vn 0.8048 0.4863 0.3404</w:t>
        <w:br/>
        <w:t>vn 0.9396 0.3099 0.1453</w:t>
        <w:br/>
        <w:t>vn 0.9143 0.3449 0.2122</w:t>
        <w:br/>
        <w:t>vn 0.0870 -0.2404 0.9668</w:t>
        <w:br/>
        <w:t>vn -0.0739 -0.0272 0.9969</w:t>
        <w:br/>
        <w:t>vn 0.6546 0.6748 0.3407</w:t>
        <w:br/>
        <w:t>vn -0.3121 0.9405 -0.1346</w:t>
        <w:br/>
        <w:t>vn 0.9535 0.2902 0.0816</w:t>
        <w:br/>
        <w:t>vn 0.6031 -0.6921 -0.3966</w:t>
        <w:br/>
        <w:t>vn 0.5858 -0.6928 -0.4207</w:t>
        <w:br/>
        <w:t>vn 0.6619 -0.7496 0.0035</w:t>
        <w:br/>
        <w:t>vn -0.7048 -0.6822 0.1946</w:t>
        <w:br/>
        <w:t>vn -0.7602 -0.5825 0.2877</w:t>
        <w:br/>
        <w:t>vn -0.7458 -0.6252 0.2300</w:t>
        <w:br/>
        <w:t>vn -0.7602 -0.5825 0.2878</w:t>
        <w:br/>
        <w:t>vn 0.4893 0.8721 -0.0097</w:t>
        <w:br/>
        <w:t>vn 0.4894 0.8720 -0.0097</w:t>
        <w:br/>
        <w:t>vn 0.5201 0.8326 0.1904</w:t>
        <w:br/>
        <w:t>vn -0.5533 0.4491 0.7016</w:t>
        <w:br/>
        <w:t>vn -0.4981 -0.3242 0.8042</w:t>
        <w:br/>
        <w:t>vn -0.3689 -0.5144 0.7741</w:t>
        <w:br/>
        <w:t>vn 0.8547 -0.2499 0.4551</w:t>
        <w:br/>
        <w:t>vn 0.9464 0.2065 0.2483</w:t>
        <w:br/>
        <w:t>vn -0.4053 -0.3205 0.8561</w:t>
        <w:br/>
        <w:t>vn -0.2519 0.1551 0.9552</w:t>
        <w:br/>
        <w:t>vn 0.4399 -0.5307 0.7244</w:t>
        <w:br/>
        <w:t>vn 0.4399 -0.5308 0.7244</w:t>
        <w:br/>
        <w:t>vn -0.5797 0.0730 -0.8116</w:t>
        <w:br/>
        <w:t>vn -0.6988 0.2435 -0.6726</w:t>
        <w:br/>
        <w:t>vn -0.5256 0.6886 -0.4995</w:t>
        <w:br/>
        <w:t>vn 0.8726 0.3977 0.2835</w:t>
        <w:br/>
        <w:t>vn 0.8726 0.3977 0.2834</w:t>
        <w:br/>
        <w:t>vn 0.2662 -0.3932 0.8801</w:t>
        <w:br/>
        <w:t>vn -0.7214 -0.6552 0.2241</w:t>
        <w:br/>
        <w:t>vn 0.3716 -0.4973 0.7839</w:t>
        <w:br/>
        <w:t>vn 0.7252 -0.1506 0.6718</w:t>
        <w:br/>
        <w:t>vn 0.8015 -0.0145 0.5979</w:t>
        <w:br/>
        <w:t>vn -0.1424 -0.6393 0.7556</w:t>
        <w:br/>
        <w:t>vn 0.2181 -0.3741 0.9014</w:t>
        <w:br/>
        <w:t>vn -0.1441 -0.6793 0.7195</w:t>
        <w:br/>
        <w:t>vn 0.8015 -0.0145 0.5978</w:t>
        <w:br/>
        <w:t>vn 0.4652 -0.5870 0.6626</w:t>
        <w:br/>
        <w:t>vn 0.5066 -0.6190 0.6002</w:t>
        <w:br/>
        <w:t>vn -0.7066 -0.6795 0.1972</w:t>
        <w:br/>
        <w:t>vn 0.9600 0.2793 0.0200</w:t>
        <w:br/>
        <w:t>vn 0.6311 -0.7757 0.0006</w:t>
        <w:br/>
        <w:t>vn -0.7235 -0.6902 -0.0129</w:t>
        <w:br/>
        <w:t>vn 0.5086 -0.6214 -0.5960</w:t>
        <w:br/>
        <w:t>vn 0.4693 -0.5971 -0.6506</w:t>
        <w:br/>
        <w:t>vn 0.7215 0.5913 -0.3603</w:t>
        <w:br/>
        <w:t>vn -0.0654 -0.0574 -0.9962</w:t>
        <w:br/>
        <w:t>vn 0.3887 0.1987 -0.8997</w:t>
        <w:br/>
        <w:t>vn 0.0160 -0.1503 -0.9885</w:t>
        <w:br/>
        <w:t>vn 0.6573 0.4946 -0.5686</w:t>
        <w:br/>
        <w:t>vn -0.4896 -0.4209 -0.7636</w:t>
        <w:br/>
        <w:t>vn -0.0536 -0.0821 -0.9952</w:t>
        <w:br/>
        <w:t>vn -0.3894 -0.3319 -0.8592</w:t>
        <w:br/>
        <w:t>vn -0.2054 0.1079 -0.9727</w:t>
        <w:br/>
        <w:t>vn -0.6241 0.5724 -0.5318</w:t>
        <w:br/>
        <w:t>vn 0.5673 0.7557 -0.3272</w:t>
        <w:br/>
        <w:t>vn 0.4845 0.8746 0.0178</w:t>
        <w:br/>
        <w:t>vn 0.4843 0.8748 0.0175</w:t>
        <w:br/>
        <w:t>vn -0.6900 0.7238 -0.0071</w:t>
        <w:br/>
        <w:t>vn -0.6900 0.7238 -0.0070</w:t>
        <w:br/>
        <w:t>vn -0.9650 -0.2615 -0.0205</w:t>
        <w:br/>
        <w:t>vn -0.3168 0.9485 0.0033</w:t>
        <w:br/>
        <w:t>vn -0.3266 0.9451 0.0053</w:t>
        <w:br/>
        <w:t>vn -0.5775 0.8164 0.0032</w:t>
        <w:br/>
        <w:t>vn -0.9677 -0.2521 0.0007</w:t>
        <w:br/>
        <w:t>vn 0.5816 0.7654 0.2753</w:t>
        <w:br/>
        <w:t>vn 0.5817 0.7654 0.2753</w:t>
        <w:br/>
        <w:t>vn -0.4207 0.3210 0.8485</w:t>
        <w:br/>
        <w:t>vn -0.8954 -0.4331 0.1036</w:t>
        <w:br/>
        <w:t>vn -0.8691 -0.4160 0.2676</w:t>
        <w:br/>
        <w:t>vn -0.7012 -0.3638 0.6132</w:t>
        <w:br/>
        <w:t>vn -0.5219 -0.3548 0.7757</w:t>
        <w:br/>
        <w:t>vn -0.9106 -0.4030 -0.0918</w:t>
        <w:br/>
        <w:t>vn -0.9449 -0.3273 -0.0107</w:t>
        <w:br/>
        <w:t>vn -0.9338 -0.3521 0.0632</w:t>
        <w:br/>
        <w:t>vn -0.9449 -0.3272 -0.0107</w:t>
        <w:br/>
        <w:t>vn -0.5473 0.8369 0.0013</w:t>
        <w:br/>
        <w:t>vn -0.2415 0.9148 -0.3237</w:t>
        <w:br/>
        <w:t>vn -0.4098 0.6041 -0.6835</w:t>
        <w:br/>
        <w:t>vn -0.6624 0.2904 -0.6906</w:t>
        <w:br/>
        <w:t>vn -0.5894 -0.0139 -0.8077</w:t>
        <w:br/>
        <w:t>vn 0.1301 0.5343 0.8352</w:t>
        <w:br/>
        <w:t>vn -0.4780 0.4995 0.7225</w:t>
        <w:br/>
        <w:t>vn -0.4737 0.6532 0.5908</w:t>
        <w:br/>
        <w:t>vn -0.5342 -0.0603 0.8432</w:t>
        <w:br/>
        <w:t>vn 0.1019 0.5598 -0.8223</w:t>
        <w:br/>
        <w:t>vn -0.4550 0.6346 -0.6247</w:t>
        <w:br/>
        <w:t>vn -0.8156 0.1490 -0.5590</w:t>
        <w:br/>
        <w:t>vn -0.6327 0.0502 -0.7727</w:t>
        <w:br/>
        <w:t>vn -0.7363 0.1325 -0.6635</w:t>
        <w:br/>
        <w:t>vn 0.0156 -0.1953 0.9806</w:t>
        <w:br/>
        <w:t>vn 0.4281 -0.4871 0.7613</w:t>
        <w:br/>
        <w:t>vn 0.7199 -0.2642 0.6419</w:t>
        <w:br/>
        <w:t>vn 0.3686 -0.1205 0.9217</w:t>
        <w:br/>
        <w:t>vn -0.7212 0.1810 0.6687</w:t>
        <w:br/>
        <w:t>vn -0.4142 0.0335 0.9096</w:t>
        <w:br/>
        <w:t>vn 0.0599 0.0436 0.9973</w:t>
        <w:br/>
        <w:t>vn -0.5879 0.2413 0.7721</w:t>
        <w:br/>
        <w:t>vn 0.5987 -0.8010 0.0012</w:t>
        <w:br/>
        <w:t>vn 0.8200 -0.4765 0.3170</w:t>
        <w:br/>
        <w:t>vn 0.6266 -0.6893 0.3638</w:t>
        <w:br/>
        <w:t>vn -0.4779 0.4995 0.7225</w:t>
        <w:br/>
        <w:t>vn -0.6716 0.3188 0.6688</w:t>
        <w:br/>
        <w:t>vn -0.5688 0.0143 0.8223</w:t>
        <w:br/>
        <w:t>vn -0.5067 -0.1344 0.8516</w:t>
        <w:br/>
        <w:t>vn -0.5343 -0.0603 0.8432</w:t>
        <w:br/>
        <w:t>vn -0.6987 0.2435 -0.6727</w:t>
        <w:br/>
        <w:t>vn -0.5687 0.0143 0.8224</w:t>
        <w:br/>
        <w:t>vn -0.8212 0.3841 0.4221</w:t>
        <w:br/>
        <w:t>vn 0.7982 -0.0230 0.6020</w:t>
        <w:br/>
        <w:t>vn 0.7481 0.0222 0.6633</w:t>
        <w:br/>
        <w:t>vn 0.6825 0.0609 0.7284</w:t>
        <w:br/>
        <w:t>vn 0.9240 -0.1838 0.3352</w:t>
        <w:br/>
        <w:t>vn 0.9068 -0.1418 0.3971</w:t>
        <w:br/>
        <w:t>vn 0.8862 -0.1125 0.4495</w:t>
        <w:br/>
        <w:t>vn 0.4669 0.2509 0.8479</w:t>
        <w:br/>
        <w:t>vn 0.5327 0.1854 0.8257</w:t>
        <w:br/>
        <w:t>vn -0.0189 0.7467 0.6649</w:t>
        <w:br/>
        <w:t>vn -0.0373 0.8328 0.5523</w:t>
        <w:br/>
        <w:t>vn -0.0763 0.8904 0.4487</w:t>
        <w:br/>
        <w:t>vn -0.0698 0.9974 0.0152</w:t>
        <w:br/>
        <w:t>vn -0.0522 0.9985 0.0156</w:t>
        <w:br/>
        <w:t>vn -0.0608 0.9747 0.2149</w:t>
        <w:br/>
        <w:t>vn 0.2302 0.4521 0.8617</w:t>
        <w:br/>
        <w:t>vn 0.1689 0.5351 0.8277</w:t>
        <w:br/>
        <w:t>vn 0.0876 0.6057 0.7909</w:t>
        <w:br/>
        <w:t>vn 0.9223 -0.3487 -0.1666</w:t>
        <w:br/>
        <w:t>vn 0.9037 -0.3333 -0.2686</w:t>
        <w:br/>
        <w:t>vn 0.9414 -0.3242 0.0928</w:t>
        <w:br/>
        <w:t>vn 0.9246 -0.3808 -0.0073</w:t>
        <w:br/>
        <w:t>vn 0.6471 -0.0306 -0.7618</w:t>
        <w:br/>
        <w:t>vn 0.7460 -0.1512 -0.6486</w:t>
        <w:br/>
        <w:t>vn 0.7424 -0.1842 -0.6441</w:t>
        <w:br/>
        <w:t>vn 0.3638 0.2362 -0.9011</w:t>
        <w:br/>
        <w:t>vn 0.3817 0.2377 -0.8932</w:t>
        <w:br/>
        <w:t>vn 0.5161 0.1148 -0.8488</w:t>
        <w:br/>
        <w:t>vn 0.0409 0.5604 -0.8272</w:t>
        <w:br/>
        <w:t>vn 0.2344 0.3520 -0.9062</w:t>
        <w:br/>
        <w:t>vn 0.0408 0.5604 -0.8272</w:t>
        <w:br/>
        <w:t>vn -0.0963 0.7538 -0.6500</w:t>
        <w:br/>
        <w:t>vn -0.0988 0.8403 -0.5330</w:t>
        <w:br/>
        <w:t>vn 0.9314 -0.3040 0.2000</w:t>
        <w:br/>
        <w:t>vn -0.0759 0.9798 -0.1851</w:t>
        <w:br/>
        <w:t>vn -0.1047 0.8950 -0.4335</w:t>
        <w:br/>
        <w:t>vn 0.3760 0.3160 0.8711</w:t>
        <w:br/>
        <w:t>vn 0.8840 -0.3209 -0.3399</w:t>
        <w:br/>
        <w:t>vn 0.8169 -0.2657 -0.5119</w:t>
        <w:br/>
        <w:t>vn 0.4732 -0.4958 0.7282</w:t>
        <w:br/>
        <w:t>vn 0.5111 -0.6718 0.5362</w:t>
        <w:br/>
        <w:t>vn 0.7691 -0.4874 0.4134</w:t>
        <w:br/>
        <w:t>vn 0.5296 -0.3018 0.7928</w:t>
        <w:br/>
        <w:t>vn 0.6920 -0.5948 0.4092</w:t>
        <w:br/>
        <w:t>vn 0.5363 -0.7324 0.4196</w:t>
        <w:br/>
        <w:t>vn 0.3379 -0.8386 0.4274</w:t>
        <w:br/>
        <w:t>vn 0.3378 -0.8386 0.4274</w:t>
        <w:br/>
        <w:t>vn -0.1887 -0.5108 0.8388</w:t>
        <w:br/>
        <w:t>vn 0.2291 -0.8690 0.4386</w:t>
        <w:br/>
        <w:t>vn -0.2349 -0.2898 0.9278</w:t>
        <w:br/>
        <w:t>vn -0.1887 -0.5108 0.8387</w:t>
        <w:br/>
        <w:t>vn -0.1582 -0.1577 0.9747</w:t>
        <w:br/>
        <w:t>vn -0.2033 -0.4355 0.8769</w:t>
        <w:br/>
        <w:t>vn -0.1319 -0.1031 0.9859</w:t>
        <w:br/>
        <w:t>vn -0.1216 -0.0257 0.9922</w:t>
        <w:br/>
        <w:t>vn -0.2517 -0.1050 0.9621</w:t>
        <w:br/>
        <w:t>vn -0.4279 -0.0532 0.9023</w:t>
        <w:br/>
        <w:t>vn -0.1827 0.0744 0.9803</w:t>
        <w:br/>
        <w:t>vn -0.1609 0.2449 0.9561</w:t>
        <w:br/>
        <w:t>vn -0.1603 0.1466 0.9761</w:t>
        <w:br/>
        <w:t>vn -0.0941 0.1035 0.9902</w:t>
        <w:br/>
        <w:t>vn -0.1797 0.1718 0.9686</w:t>
        <w:br/>
        <w:t>vn -0.1982 0.0354 0.9795</w:t>
        <w:br/>
        <w:t>vn -0.1463 0.0372 0.9885</w:t>
        <w:br/>
        <w:t>vn -0.1202 0.0381 0.9920</w:t>
        <w:br/>
        <w:t>vn -0.7538 -0.5703 0.3263</w:t>
        <w:br/>
        <w:t>vn -0.5951 -0.7507 0.2868</w:t>
        <w:br/>
        <w:t>vn -0.9425 -0.1313 0.3073</w:t>
        <w:br/>
        <w:t>vn -0.8495 0.4963 0.1787</w:t>
        <w:br/>
        <w:t>vn -0.7938 0.5621 0.2321</w:t>
        <w:br/>
        <w:t>vn -0.8495 0.4963 0.1788</w:t>
        <w:br/>
        <w:t>vn -0.6778 0.6743 0.2930</w:t>
        <w:br/>
        <w:t>vn -0.5802 0.7613 0.2895</w:t>
        <w:br/>
        <w:t>vn -0.5044 0.8178 0.2770</w:t>
        <w:br/>
        <w:t>vn -0.4715 0.8371 0.2773</w:t>
        <w:br/>
        <w:t>vn -0.9628 0.1010 0.2507</w:t>
        <w:br/>
        <w:t>vn -0.9628 0.1011 0.2506</w:t>
        <w:br/>
        <w:t>vn -0.0000 0.9515 0.3078</w:t>
        <w:br/>
        <w:t>vn -0.0789 0.9561 0.2824</w:t>
        <w:br/>
        <w:t>vn -0.0790 0.9560 0.2827</w:t>
        <w:br/>
        <w:t>vn 0.7427 0.6261 0.2376</w:t>
        <w:br/>
        <w:t>vn 0.4837 0.8750 0.0177</w:t>
        <w:br/>
        <w:t>vn 0.4837 0.8750 0.0178</w:t>
        <w:br/>
        <w:t>vn 0.7426 0.6261 0.2376</w:t>
        <w:br/>
        <w:t>vn 0.7970 0.4197 0.4344</w:t>
        <w:br/>
        <w:t>vn 0.6795 0.1050 0.7261</w:t>
        <w:br/>
        <w:t>vn 0.2573 0.0095 0.9663</w:t>
        <w:br/>
        <w:t>vn 0.1238 -0.0942 0.9878</w:t>
        <w:br/>
        <w:t>vn -0.0222 -0.0245 0.9995</w:t>
        <w:br/>
        <w:t>vn 0.2573 0.0094 0.9663</w:t>
        <w:br/>
        <w:t>vn 0.1982 -0.1374 0.9705</w:t>
        <w:br/>
        <w:t>vn 0.1426 -0.2477 0.9583</w:t>
        <w:br/>
        <w:t>vn -0.0744 -0.1232 0.9896</w:t>
        <w:br/>
        <w:t>vn 0.0069 -0.2704 0.9627</w:t>
        <w:br/>
        <w:t>vn 0.1248 -0.3446 0.9304</w:t>
        <w:br/>
        <w:t>vn -0.6091 -0.1717 0.7742</w:t>
        <w:br/>
        <w:t>vn -0.3609 -0.0821 0.9290</w:t>
        <w:br/>
        <w:t>vn -0.2410 -0.0267 0.9701</w:t>
        <w:br/>
        <w:t>vn -0.1635 0.0261 0.9862</w:t>
        <w:br/>
        <w:t>vn -0.2952 0.1499 0.9436</w:t>
        <w:br/>
        <w:t>vn -0.6985 -0.2405 0.6740</w:t>
        <w:br/>
        <w:t>vn -0.4605 0.1631 0.8725</w:t>
        <w:br/>
        <w:t>vn -0.6451 -0.2536 0.7207</w:t>
        <w:br/>
        <w:t>vn -0.1559 0.2129 0.9646</w:t>
        <w:br/>
        <w:t>vn -0.3879 0.1884 0.9022</w:t>
        <w:br/>
        <w:t>vn -0.2992 -0.0019 0.9542</w:t>
        <w:br/>
        <w:t>vn -0.3327 -0.0005 0.9430</w:t>
        <w:br/>
        <w:t>vn -0.5614 0.4670 0.6832</w:t>
        <w:br/>
        <w:t>vn -0.3408 0.1291 0.9312</w:t>
        <w:br/>
        <w:t>vn -0.2719 -0.0116 0.9623</w:t>
        <w:br/>
        <w:t>vn -0.2724 0.0542 0.9607</w:t>
        <w:br/>
        <w:t>vn -0.2640 0.1210 0.9569</w:t>
        <w:br/>
        <w:t>vn -0.0021 -0.2614 0.9652</w:t>
        <w:br/>
        <w:t>vn -0.2261 0.1049 0.9684</w:t>
        <w:br/>
        <w:t>vn -0.2497 0.1256 0.9601</w:t>
        <w:br/>
        <w:t>vn -0.0464 -0.2073 0.9772</w:t>
        <w:br/>
        <w:t>vn -0.1620 -0.2185 0.9623</w:t>
        <w:br/>
        <w:t>vn -0.1130 -0.2488 0.9619</w:t>
        <w:br/>
        <w:t>vn -0.2783 0.0994 0.9553</w:t>
        <w:br/>
        <w:t>vn -0.2949 0.0773 0.9524</w:t>
        <w:br/>
        <w:t>vn -0.2172 -0.1597 0.9630</w:t>
        <w:br/>
        <w:t>vn -0.1495 -0.3111 0.9385</w:t>
        <w:br/>
        <w:t>vn -0.3475 0.1170 0.9304</w:t>
        <w:br/>
        <w:t>vn -0.4401 0.1772 0.8803</w:t>
        <w:br/>
        <w:t>vn -0.2802 -0.1999 0.9389</w:t>
        <w:br/>
        <w:t>vn -0.2329 -0.2236 0.9464</w:t>
        <w:br/>
        <w:t>vn -0.5112 0.1819 0.8400</w:t>
        <w:br/>
        <w:t>vn -0.4084 -0.2683 0.8725</w:t>
        <w:br/>
        <w:t>vn -0.3744 -0.3126 0.8730</w:t>
        <w:br/>
        <w:t>vn -0.5384 0.1708 0.8252</w:t>
        <w:br/>
        <w:t>vn -0.2356 -0.7543 0.6128</w:t>
        <w:br/>
        <w:t>vn -0.5409 -0.1407 0.8293</w:t>
        <w:br/>
        <w:t>vn -0.4680 0.0688 0.8810</w:t>
        <w:br/>
        <w:t>vn -0.4767 0.0780 0.8756</w:t>
        <w:br/>
        <w:t>vn -0.3753 0.0254 0.9265</w:t>
        <w:br/>
        <w:t>vn -0.3059 0.2945 0.9054</w:t>
        <w:br/>
        <w:t>vn -0.4644 0.1083 0.8790</w:t>
        <w:br/>
        <w:t>vn -0.4898 0.1274 0.8625</w:t>
        <w:br/>
        <w:t>vn -0.3452 0.7920 0.5036</w:t>
        <w:br/>
        <w:t>vn -0.3933 0.4096 0.8231</w:t>
        <w:br/>
        <w:t>vn -0.6830 -0.3140 0.6595</w:t>
        <w:br/>
        <w:t>vn -0.5844 -0.3357 0.7388</w:t>
        <w:br/>
        <w:t>vn -0.6823 0.7244 0.0979</w:t>
        <w:br/>
        <w:t>vn -0.7555 0.6468 0.1045</w:t>
        <w:br/>
        <w:t>vn -0.5967 0.3825 0.7054</w:t>
        <w:br/>
        <w:t>vn -0.6665 0.6197 0.4144</w:t>
        <w:br/>
        <w:t>vn -0.2731 0.7849 0.5562</w:t>
        <w:br/>
        <w:t>vn -0.5836 -0.0890 0.8071</w:t>
        <w:br/>
        <w:t>vn -0.1424 -0.5367 0.8317</w:t>
        <w:br/>
        <w:t>vn -0.0306 -0.4540 0.8905</w:t>
        <w:br/>
        <w:t>vn -0.3991 -0.1010 0.9113</w:t>
        <w:br/>
        <w:t>vn -0.1463 -0.2278 0.9626</w:t>
        <w:br/>
        <w:t>vn 0.1850 -0.4309 0.8832</w:t>
        <w:br/>
        <w:t>vn -0.3746 -0.0813 0.9236</w:t>
        <w:br/>
        <w:t>vn 0.3816 -0.5138 0.7684</w:t>
        <w:br/>
        <w:t>vn 0.3644 0.9052 0.2187</w:t>
        <w:br/>
        <w:t>vn 0.1475 0.9873 0.0598</w:t>
        <w:br/>
        <w:t>vn -0.1589 0.9743 0.1593</w:t>
        <w:br/>
        <w:t>vn -0.1589 0.9743 0.1594</w:t>
        <w:br/>
        <w:t>vn -0.2228 0.9678 0.1168</w:t>
        <w:br/>
        <w:t>vn -0.1928 0.8878 0.4179</w:t>
        <w:br/>
        <w:t>vn -0.5336 -0.4289 0.7289</w:t>
        <w:br/>
        <w:t>vn -0.3041 -0.6625 0.6845</w:t>
        <w:br/>
        <w:t>vn -0.3823 -0.7262 0.5714</w:t>
        <w:br/>
        <w:t>vn -0.3822 -0.7262 0.5714</w:t>
        <w:br/>
        <w:t>vn -0.6047 -0.5573 0.5691</w:t>
        <w:br/>
        <w:t>vn -0.3599 -0.7722 0.5237</w:t>
        <w:br/>
        <w:t>vn -0.3283 -0.7566 0.5655</w:t>
        <w:br/>
        <w:t>vn -0.5220 -0.7485 0.4090</w:t>
        <w:br/>
        <w:t>vn -0.7783 -0.1884 0.5990</w:t>
        <w:br/>
        <w:t>vn -0.3458 -0.7076 0.6163</w:t>
        <w:br/>
        <w:t>vn 0.7232 -0.6854 -0.0854</w:t>
        <w:br/>
        <w:t>vn 0.0615 0.9539 0.2938</w:t>
        <w:br/>
        <w:t>vn -0.1540 0.8774 0.4544</w:t>
        <w:br/>
        <w:t>vn 0.1114 0.8941 0.4339</w:t>
        <w:br/>
        <w:t>vn 0.1624 0.9110 0.3790</w:t>
        <w:br/>
        <w:t>vn -0.4366 0.8055 0.4007</w:t>
        <w:br/>
        <w:t>vn 0.0597 0.8718 0.4862</w:t>
        <w:br/>
        <w:t>vn -0.6555 -0.1533 -0.7395</w:t>
        <w:br/>
        <w:t>vn -0.6515 -0.3153 -0.6900</w:t>
        <w:br/>
        <w:t>vn -0.6942 -0.5773 -0.4299</w:t>
        <w:br/>
        <w:t>vn -0.4815 -0.4678 -0.7411</w:t>
        <w:br/>
        <w:t>vn -0.3329 -0.6698 -0.6637</w:t>
        <w:br/>
        <w:t>vn -0.3149 -0.5585 -0.7674</w:t>
        <w:br/>
        <w:t>vn -0.1787 -0.7440 -0.6438</w:t>
        <w:br/>
        <w:t>vn 0.3779 -0.5377 -0.7537</w:t>
        <w:br/>
        <w:t>vn 0.0728 -0.6593 -0.7483</w:t>
        <w:br/>
        <w:t>vn -0.1432 -0.3950 -0.9075</w:t>
        <w:br/>
        <w:t>vn 0.2807 -0.3548 -0.8918</w:t>
        <w:br/>
        <w:t>vn 0.6642 -0.5267 -0.5304</w:t>
        <w:br/>
        <w:t>vn -0.0817 0.4057 -0.9104</w:t>
        <w:br/>
        <w:t>vn -0.0818 0.4057 -0.9103</w:t>
        <w:br/>
        <w:t>vn -0.0177 0.5602 -0.8282</w:t>
        <w:br/>
        <w:t>vn -0.0162 0.5179 -0.8553</w:t>
        <w:br/>
        <w:t>vn -0.8417 0.5230 0.1342</w:t>
        <w:br/>
        <w:t>vn -0.9581 0.2863 -0.0020</w:t>
        <w:br/>
        <w:t>vn -0.9448 0.2366 0.2266</w:t>
        <w:br/>
        <w:t>vn -0.9442 0.2992 -0.1374</w:t>
        <w:br/>
        <w:t>vn -0.9546 0.2915 -0.0619</w:t>
        <w:br/>
        <w:t>vn -0.6371 0.2965 -0.7115</w:t>
        <w:br/>
        <w:t>vn -0.6192 0.2907 -0.7295</w:t>
        <w:br/>
        <w:t>vn -0.9535 0.2643 0.1446</w:t>
        <w:br/>
        <w:t>vn -0.9273 0.3599 -0.1031</w:t>
        <w:br/>
        <w:t>vn -0.9351 0.3057 -0.1794</w:t>
        <w:br/>
        <w:t>vn -0.9561 0.2646 0.1258</w:t>
        <w:br/>
        <w:t>vn 0.0532 0.1348 -0.9894</w:t>
        <w:br/>
        <w:t>vn 0.0370 0.1455 -0.9887</w:t>
        <w:br/>
        <w:t>vn -0.6056 0.2950 -0.7390</w:t>
        <w:br/>
        <w:t>vn 0.1389 0.1066 -0.9846</w:t>
        <w:br/>
        <w:t>vn -0.6379 0.7693 0.0357</w:t>
        <w:br/>
        <w:t>vn -0.5718 0.5942 0.5657</w:t>
        <w:br/>
        <w:t>vn -0.2400 0.6394 0.7304</w:t>
        <w:br/>
        <w:t>vn -0.2427 0.6559 0.7148</w:t>
        <w:br/>
        <w:t>vn -0.6640 0.5248 0.5326</w:t>
        <w:br/>
        <w:t>vn -0.7585 0.4161 0.5015</w:t>
        <w:br/>
        <w:t>vn -0.7194 0.3974 0.5696</w:t>
        <w:br/>
        <w:t>vn -0.6512 0.5022 0.5690</w:t>
        <w:br/>
        <w:t>vn -0.4014 0.4621 0.7908</w:t>
        <w:br/>
        <w:t>vn -0.6433 0.3914 0.6580</w:t>
        <w:br/>
        <w:t>vn -0.3079 0.5733 0.7593</w:t>
        <w:br/>
        <w:t>vn -0.8311 0.2937 0.4723</w:t>
        <w:br/>
        <w:t>vn -0.7936 0.2556 0.5521</w:t>
        <w:br/>
        <w:t>vn -0.7936 0.2761 0.5422</w:t>
        <w:br/>
        <w:t>vn -0.8152 0.2093 0.5400</w:t>
        <w:br/>
        <w:t>vn -0.8342 0.2239 0.5040</w:t>
        <w:br/>
        <w:t>vn -0.8457 0.1717 0.5052</w:t>
        <w:br/>
        <w:t>vn -0.8390 0.1710 0.5166</w:t>
        <w:br/>
        <w:t>vn -0.8432 0.1895 0.5031</w:t>
        <w:br/>
        <w:t>vn -0.8157 0.2592 0.5171</w:t>
        <w:br/>
        <w:t>vn -0.8734 0.0718 0.4816</w:t>
        <w:br/>
        <w:t>vn -0.8042 0.3479 0.4818</w:t>
        <w:br/>
        <w:t>vn -0.8245 0.2772 0.4933</w:t>
        <w:br/>
        <w:t>vn -0.6047 -0.5572 0.5691</w:t>
        <w:br/>
        <w:t>vn -0.7676 0.3834 0.5137</w:t>
        <w:br/>
        <w:t>vn -0.8027 0.3052 0.5124</w:t>
        <w:br/>
        <w:t>vn -0.1074 0.9942 -0.0049</w:t>
        <w:br/>
        <w:t>vn -0.1075 0.9942 -0.0049</w:t>
        <w:br/>
        <w:t>vn -0.0746 0.9922 0.0997</w:t>
        <w:br/>
        <w:t>vn -0.6583 0.1749 0.7322</w:t>
        <w:br/>
        <w:t>vn -0.7765 0.3419 0.5294</w:t>
        <w:br/>
        <w:t>vn -0.7900 0.4434 0.4234</w:t>
        <w:br/>
        <w:t>vn -0.8202 0.5313 0.2118</w:t>
        <w:br/>
        <w:t>vn -0.7521 0.4064 0.5189</w:t>
        <w:br/>
        <w:t>vn -0.6715 0.3276 0.6646</w:t>
        <w:br/>
        <w:t>vn -0.5733 0.4333 0.6954</w:t>
        <w:br/>
        <w:t>vn -0.0509 0.5291 0.8470</w:t>
        <w:br/>
        <w:t>vn 0.0578 0.5698 0.8198</w:t>
        <w:br/>
        <w:t>vn 0.1213 0.5632 0.8173</w:t>
        <w:br/>
        <w:t>vn -0.1450 0.7990 -0.5836</w:t>
        <w:br/>
        <w:t>vn -0.1811 0.8169 -0.5476</w:t>
        <w:br/>
        <w:t>vn 0.1383 0.7829 -0.6065</w:t>
        <w:br/>
        <w:t>vn 0.1698 0.7588 -0.6288</w:t>
        <w:br/>
        <w:t>vn -0.4902 0.7188 -0.4930</w:t>
        <w:br/>
        <w:t>vn 0.1356 0.6881 -0.7128</w:t>
        <w:br/>
        <w:t>vn -0.1747 0.7351 -0.6550</w:t>
        <w:br/>
        <w:t>vn -0.5876 0.6365 -0.4996</w:t>
        <w:br/>
        <w:t>vn -0.5748 0.6323 -0.5194</w:t>
        <w:br/>
        <w:t>vn -0.6589 0.5169 -0.5465</w:t>
        <w:br/>
        <w:t>vn -0.6775 0.5126 -0.5274</w:t>
        <w:br/>
        <w:t>vn -0.2697 0.6572 -0.7038</w:t>
        <w:br/>
        <w:t>vn -0.5062 0.5620 -0.6541</w:t>
        <w:br/>
        <w:t>vn -0.3474 0.6350 -0.6900</w:t>
        <w:br/>
        <w:t>vn -0.3853 0.6445 -0.6605</w:t>
        <w:br/>
        <w:t>vn -0.7182 0.3959 -0.5722</w:t>
        <w:br/>
        <w:t>vn -0.7150 0.3955 -0.5766</w:t>
        <w:br/>
        <w:t>vn -0.7204 0.4586 -0.5204</w:t>
        <w:br/>
        <w:t>vn -0.7108 0.2512 -0.6571</w:t>
        <w:br/>
        <w:t>vn -0.6889 0.3327 -0.6440</w:t>
        <w:br/>
        <w:t>vn -0.7374 0.3759 -0.5612</w:t>
        <w:br/>
        <w:t>vn -0.7883 0.3382 -0.5140</w:t>
        <w:br/>
        <w:t>vn -0.8230 0.4293 -0.3719</w:t>
        <w:br/>
        <w:t>vn -0.7645 0.4999 -0.4071</w:t>
        <w:br/>
        <w:t>vn -0.8866 0.3409 -0.3126</w:t>
        <w:br/>
        <w:t>vn -0.8866 0.3409 -0.3127</w:t>
        <w:br/>
        <w:t>vn -0.8189 0.3855 -0.4253</w:t>
        <w:br/>
        <w:t>vn -0.6515 -0.3153 -0.6901</w:t>
        <w:br/>
        <w:t>vn -0.3803 0.9039 -0.1957</w:t>
        <w:br/>
        <w:t>vn 0.0279 0.9986 0.0456</w:t>
        <w:br/>
        <w:t>vn -0.0932 0.9477 -0.3054</w:t>
        <w:br/>
        <w:t>vn -0.0180 0.9730 0.2300</w:t>
        <w:br/>
        <w:t>vn -0.2698 0.7438 -0.6115</w:t>
        <w:br/>
        <w:t>vn -0.0017 0.7238 -0.6900</w:t>
        <w:br/>
        <w:t>vn 0.4820 0.8395 -0.2506</w:t>
        <w:br/>
        <w:t>vn 0.5136 -0.3385 -0.7884</w:t>
        <w:br/>
        <w:t>vn 0.7834 -0.5312 -0.3228</w:t>
        <w:br/>
        <w:t>vn 0.5617 0.7724 -0.2963</w:t>
        <w:br/>
        <w:t>vn 0.5959 0.7562 -0.2704</w:t>
        <w:br/>
        <w:t>vn -0.5891 0.5235 -0.6156</w:t>
        <w:br/>
        <w:t>vn -0.6284 0.5730 -0.5261</w:t>
        <w:br/>
        <w:t>vn -0.6341 0.5128 -0.5787</w:t>
        <w:br/>
        <w:t>vn -0.6119 0.7238 -0.3189</w:t>
        <w:br/>
        <w:t>vn -0.5243 0.7440 -0.4143</w:t>
        <w:br/>
        <w:t>vn -0.5757 0.7520 -0.3210</w:t>
        <w:br/>
        <w:t>vn -0.5919 0.7735 -0.2266</w:t>
        <w:br/>
        <w:t>vn -0.7423 0.4921 -0.4548</w:t>
        <w:br/>
        <w:t>vn -0.7422 0.5351 -0.4036</w:t>
        <w:br/>
        <w:t>vn -0.5269 0.2331 -0.8173</w:t>
        <w:br/>
        <w:t>vn -0.2190 0.2456 -0.9443</w:t>
        <w:br/>
        <w:t>vn -0.0460 0.2572 -0.9653</w:t>
        <w:br/>
        <w:t>vn -0.6418 0.6635 -0.3845</w:t>
        <w:br/>
        <w:t>vn 0.6288 0.7383 -0.2440</w:t>
        <w:br/>
        <w:t>vn 0.6288 0.7383 -0.2439</w:t>
        <w:br/>
        <w:t>vn -0.4696 0.1011 0.8771</w:t>
        <w:br/>
        <w:t>vn -0.4407 0.1287 0.8884</w:t>
        <w:br/>
        <w:t>vn -0.4540 0.1504 0.8782</w:t>
        <w:br/>
        <w:t>vn -0.4563 0.0943 0.8848</w:t>
        <w:br/>
        <w:t>vn -0.4120 0.0878 0.9069</w:t>
        <w:br/>
        <w:t>vn -0.4995 0.1007 0.8605</w:t>
        <w:br/>
        <w:t>vn -0.4173 0.2089 0.8844</w:t>
        <w:br/>
        <w:t>vn -0.3980 0.2856 0.8718</w:t>
        <w:br/>
        <w:t>vn -0.3998 0.1782 0.8991</w:t>
        <w:br/>
        <w:t>vn -0.4268 0.1608 0.8900</w:t>
        <w:br/>
        <w:t>vn -0.5289 0.0686 0.8459</w:t>
        <w:br/>
        <w:t>vn -0.5555 0.0242 0.8312</w:t>
        <w:br/>
        <w:t>vn 0.4292 0.6553 0.6216</w:t>
        <w:br/>
        <w:t>vn 0.4292 0.6552 0.6216</w:t>
        <w:br/>
        <w:t>vn 0.4376 0.7542 0.4895</w:t>
        <w:br/>
        <w:t>vn 0.5619 0.5312 0.6341</w:t>
        <w:br/>
        <w:t>vn 0.6405 0.4623 0.6132</w:t>
        <w:br/>
        <w:t>vn -0.8808 0.3932 0.2637</w:t>
        <w:br/>
        <w:t>vn -0.8774 0.4478 -0.1722</w:t>
        <w:br/>
        <w:t>vn -0.8119 0.5689 -0.1307</w:t>
        <w:br/>
        <w:t>vn -0.9599 0.1707 0.2223</w:t>
        <w:br/>
        <w:t>vn -0.9723 0.1601 -0.1702</w:t>
        <w:br/>
        <w:t>vn -0.8804 0.1671 0.4438</w:t>
        <w:br/>
        <w:t>vn -0.9972 -0.0458 -0.0586</w:t>
        <w:br/>
        <w:t>vn -0.9059 -0.0945 0.4128</w:t>
        <w:br/>
        <w:t>vn -0.9353 0.3084 -0.1734</w:t>
        <w:br/>
        <w:t>vn -0.5892 0.3026 -0.7492</w:t>
        <w:br/>
        <w:t>vn -0.9540 0.2559 0.1564</w:t>
        <w:br/>
        <w:t>vn 0.1251 0.1296 -0.9836</w:t>
        <w:br/>
        <w:t>vn -0.9359 0.3144 -0.1589</w:t>
        <w:br/>
        <w:t>vn -0.5714 0.3130 -0.7587</w:t>
        <w:br/>
        <w:t>vn -0.9460 0.2515 0.2047</w:t>
        <w:br/>
        <w:t>vn 0.2828 0.1024 -0.9537</w:t>
        <w:br/>
        <w:t>vn -0.9453 0.3080 -0.1072</w:t>
        <w:br/>
        <w:t>vn -0.5379 0.3164 -0.7814</w:t>
        <w:br/>
        <w:t>vn -0.9366 0.2332 0.2614</w:t>
        <w:br/>
        <w:t>vn -0.2948 0.2669 -0.9175</w:t>
        <w:br/>
        <w:t>vn -0.9603 0.2740 0.0533</w:t>
        <w:br/>
        <w:t>vn -0.9550 0.2945 -0.0354</w:t>
        <w:br/>
        <w:t>vn -0.4746 0.3079 -0.8246</w:t>
        <w:br/>
        <w:t>vn -0.6208 0.3264 -0.7128</w:t>
        <w:br/>
        <w:t>vn -0.8921 0.1815 0.4137</w:t>
        <w:br/>
        <w:t>vn -0.9265 0.2182 0.3065</w:t>
        <w:br/>
        <w:t>vn 0.1136 0.1500 -0.9821</w:t>
        <w:br/>
        <w:t>vn -0.0409 0.0784 -0.9961</w:t>
        <w:br/>
        <w:t>vn 0.0111 -0.0153 -0.9998</w:t>
        <w:br/>
        <w:t>vn 0.0616 0.1152 -0.9914</w:t>
        <w:br/>
        <w:t>vn -0.6576 0.3236 -0.6804</w:t>
        <w:br/>
        <w:t>vn 0.2668 0.0768 -0.9607</w:t>
        <w:br/>
        <w:t>vn -0.7733 0.2135 0.5970</w:t>
        <w:br/>
        <w:t>vn -0.5335 -0.4288 0.7290</w:t>
        <w:br/>
        <w:t>vn -0.5390 0.8422 -0.0164</w:t>
        <w:br/>
        <w:t>vn -0.5954 0.8022 0.0444</w:t>
        <w:br/>
        <w:t>vn -0.4708 0.8757 -0.1069</w:t>
        <w:br/>
        <w:t>vn -0.3777 0.8952 -0.2365</w:t>
        <w:br/>
        <w:t>vn -0.4257 0.8894 -0.1668</w:t>
        <w:br/>
        <w:t>vn -0.3558 0.8838 -0.3038</w:t>
        <w:br/>
        <w:t>vn 0.0695 0.6185 -0.7827</w:t>
        <w:br/>
        <w:t>vn -0.0115 0.7312 -0.6821</w:t>
        <w:br/>
        <w:t>vn 0.7900 -0.6038 -0.1066</w:t>
        <w:br/>
        <w:t>vn -0.0000 0.1688 -0.9856</w:t>
        <w:br/>
        <w:t>vn -0.0399 0.2028 -0.9784</w:t>
        <w:br/>
        <w:t>vn -0.1472 0.2929 -0.9447</w:t>
        <w:br/>
        <w:t>vn -0.2137 0.3571 -0.9093</w:t>
        <w:br/>
        <w:t>vn -0.3414 0.3471 -0.8735</w:t>
        <w:br/>
        <w:t>vn -0.9361 0.0269 -0.3507</w:t>
        <w:br/>
        <w:t>vn -0.8834 -0.3962 -0.2503</w:t>
        <w:br/>
        <w:t>vn -0.8510 -0.5211 -0.0654</w:t>
        <w:br/>
        <w:t>vn -0.9894 -0.0986 -0.1067</w:t>
        <w:br/>
        <w:t>vn -0.8605 -0.5076 -0.0435</w:t>
        <w:br/>
        <w:t>vn -0.8945 -0.3960 -0.2075</w:t>
        <w:br/>
        <w:t>vn -0.8439 0.2105 -0.4935</w:t>
        <w:br/>
        <w:t>vn -0.8863 -0.2783 -0.3702</w:t>
        <w:br/>
        <w:t>vn -0.8850 -0.3267 -0.3318</w:t>
        <w:br/>
        <w:t>vn -0.7476 0.2495 -0.6155</w:t>
        <w:br/>
        <w:t>vn -0.4440 0.6719 -0.5928</w:t>
        <w:br/>
        <w:t>vn -0.8340 -0.5517 0.0102</w:t>
        <w:br/>
        <w:t>vn -0.9313 -0.1990 -0.3051</w:t>
        <w:br/>
        <w:t>vn -0.1522 -0.2480 0.9567</w:t>
        <w:br/>
        <w:t>vn -0.1897 -0.2430 0.9513</w:t>
        <w:br/>
        <w:t>vn -0.3133 -0.2041 0.9275</w:t>
        <w:br/>
        <w:t>vn -0.5930 -0.3659 0.7173</w:t>
        <w:br/>
        <w:t>vn -0.9244 -0.3208 0.2063</w:t>
        <w:br/>
        <w:t>vn -0.7083 -0.4069 0.5768</w:t>
        <w:br/>
        <w:t>vn -0.5228 -0.2206 0.8234</w:t>
        <w:br/>
        <w:t>vn -0.0137 -0.9846 0.1740</w:t>
        <w:br/>
        <w:t>vn -0.4065 -0.1685 0.8980</w:t>
        <w:br/>
        <w:t>vn -0.7568 -0.6524 0.0405</w:t>
        <w:br/>
        <w:t>vn -0.6993 -0.4551 0.5512</w:t>
        <w:br/>
        <w:t>vn -0.5526 -0.1579 0.8184</w:t>
        <w:br/>
        <w:t>vn -0.7014 -0.7120 -0.0347</w:t>
        <w:br/>
        <w:t>vn -0.7466 -0.5406 0.3878</w:t>
        <w:br/>
        <w:t>vn -0.6943 -0.5674 0.4427</w:t>
        <w:br/>
        <w:t>vn -0.6685 -0.1800 0.7216</w:t>
        <w:br/>
        <w:t>vn -0.6825 -0.5792 0.4457</w:t>
        <w:br/>
        <w:t>vn -0.6882 -0.2072 0.6953</w:t>
        <w:br/>
        <w:t>vn -0.6411 -0.6079 0.4685</w:t>
        <w:br/>
        <w:t>vn -0.6141 -0.6024 0.5099</w:t>
        <w:br/>
        <w:t>vn -0.7930 -0.5679 0.2205</w:t>
        <w:br/>
        <w:t>vn -0.8518 -0.2358 0.4677</w:t>
        <w:br/>
        <w:t>vn -0.9069 -0.1974 0.3723</w:t>
        <w:br/>
        <w:t>vn -0.7471 -0.6197 0.2403</w:t>
        <w:br/>
        <w:t>vn -0.9730 -0.1455 0.1792</w:t>
        <w:br/>
        <w:t>vn -0.7911 -0.5947 0.1430</w:t>
        <w:br/>
        <w:t>vn -0.7906 -0.5952 0.1438</w:t>
        <w:br/>
        <w:t>vn -0.7449 -0.6089 0.2728</w:t>
        <w:br/>
        <w:t>vn -0.8073 -0.5298 0.2598</w:t>
        <w:br/>
        <w:t>vn -0.1031 0.7705 0.6291</w:t>
        <w:br/>
        <w:t>vn 0.0403 0.6243 0.7801</w:t>
        <w:br/>
        <w:t>vn 0.2221 0.1783 0.9586</w:t>
        <w:br/>
        <w:t>vn 0.1991 0.2420 0.9496</w:t>
        <w:br/>
        <w:t>vn 0.2551 0.1173 0.9598</w:t>
        <w:br/>
        <w:t>vn 0.3275 0.0410 0.9440</w:t>
        <w:br/>
        <w:t>vn -0.1583 -0.0694 0.9849</w:t>
        <w:br/>
        <w:t>vn 0.4120 0.0365 0.9104</w:t>
        <w:br/>
        <w:t>vn -0.0937 -0.0256 0.9953</w:t>
        <w:br/>
        <w:t>vn 0.4221 0.0512 0.9051</w:t>
        <w:br/>
        <w:t>vn -0.1524 0.0231 0.9880</w:t>
        <w:br/>
        <w:t>vn -0.8839 -0.4386 0.1621</w:t>
        <w:br/>
        <w:t>vn -0.9331 -0.3390 0.1201</w:t>
        <w:br/>
        <w:t>vn -0.8501 -0.1804 0.4948</w:t>
        <w:br/>
        <w:t>vn -0.8428 -0.2130 0.4943</w:t>
        <w:br/>
        <w:t>vn -0.8295 -0.1769 0.5298</w:t>
        <w:br/>
        <w:t>vn -0.9540 -0.2581 0.1523</w:t>
        <w:br/>
        <w:t>vn -0.4544 0.3499 -0.8192</w:t>
        <w:br/>
        <w:t>vn -0.7427 -0.4860 -0.4607</w:t>
        <w:br/>
        <w:t>vn -0.7806 -0.5219 -0.3441</w:t>
        <w:br/>
        <w:t>vn -0.7468 -0.6246 -0.2284</w:t>
        <w:br/>
        <w:t>vn -0.7468 -0.6246 -0.2285</w:t>
        <w:br/>
        <w:t>vn -0.5977 -0.7140 -0.3646</w:t>
        <w:br/>
        <w:t>vn -0.7182 -0.4889 -0.4951</w:t>
        <w:br/>
        <w:t>vn -0.4721 -0.7122 -0.5195</w:t>
        <w:br/>
        <w:t>vn -0.4721 -0.7123 -0.5195</w:t>
        <w:br/>
        <w:t>vn -0.1748 0.4114 -0.8945</w:t>
        <w:br/>
        <w:t>vn -0.0317 0.4164 -0.9087</w:t>
        <w:br/>
        <w:t>vn 0.0192 0.4161 -0.9091</w:t>
        <w:br/>
        <w:t>vn 0.0585 0.3801 -0.9231</w:t>
        <w:br/>
        <w:t>vn 0.1986 0.4496 -0.8708</w:t>
        <w:br/>
        <w:t>vn 0.6383 0.3568 -0.6822</w:t>
        <w:br/>
        <w:t>vn 0.2496 0.3697 -0.8950</w:t>
        <w:br/>
        <w:t>vn 0.2296 0.3206 -0.9189</w:t>
        <w:br/>
        <w:t>vn 0.6950 0.2130 -0.6867</w:t>
        <w:br/>
        <w:t>vn -0.5632 0.2652 -0.7826</w:t>
        <w:br/>
        <w:t>vn -0.7440 0.1741 -0.6451</w:t>
        <w:br/>
        <w:t>vn -0.8463 0.0954 -0.5242</w:t>
        <w:br/>
        <w:t>vn 0.1987 0.4497 -0.8708</w:t>
        <w:br/>
        <w:t>vn -0.4141 0.3296 -0.8485</w:t>
        <w:br/>
        <w:t>vn -0.6805 0.2530 -0.6877</w:t>
        <w:br/>
        <w:t>vn -0.3303 0.3500 -0.8766</w:t>
        <w:br/>
        <w:t>vn 0.2668 0.1253 -0.9556</w:t>
        <w:br/>
        <w:t>vn 0.2615 0.2416 -0.9345</w:t>
        <w:br/>
        <w:t>vn 0.2602 0.2451 -0.9339</w:t>
        <w:br/>
        <w:t>vn 0.2314 0.1277 -0.9644</w:t>
        <w:br/>
        <w:t>vn -0.2280 0.3607 -0.9044</w:t>
        <w:br/>
        <w:t>vn -0.1583 0.3874 -0.9082</w:t>
        <w:br/>
        <w:t>vn -0.8993 -0.4013 0.1736</w:t>
        <w:br/>
        <w:t>vn -0.9528 -0.2967 0.0641</w:t>
        <w:br/>
        <w:t>vn 0.0097 0.2823 -0.9593</w:t>
        <w:br/>
        <w:t>vn -0.0495 0.3049 -0.9511</w:t>
        <w:br/>
        <w:t>vn 0.1169 0.1368 -0.9837</w:t>
        <w:br/>
        <w:t>vn 0.0032 0.3019 -0.9533</w:t>
        <w:br/>
        <w:t>vn -0.0089 0.2743 -0.9616</w:t>
        <w:br/>
        <w:t>vn -0.1546 -0.0196 -0.9878</w:t>
        <w:br/>
        <w:t>vn -0.2963 -0.2060 -0.9326</w:t>
        <w:br/>
        <w:t>vn -0.0335 0.2058 -0.9780</w:t>
        <w:br/>
        <w:t>vn -0.0513 0.1634 -0.9852</w:t>
        <w:br/>
        <w:t>vn -0.3512 -0.2579 -0.9001</w:t>
        <w:br/>
        <w:t>vn -0.0181 0.1725 -0.9848</w:t>
        <w:br/>
        <w:t>vn -0.0001 0.9290 -0.3701</w:t>
        <w:br/>
        <w:t>vn 0.4436 0.8213 -0.3586</w:t>
        <w:br/>
        <w:t>vn 0.5692 0.7331 -0.3722</w:t>
        <w:br/>
        <w:t>vn 0.5344 0.7818 -0.3213</w:t>
        <w:br/>
        <w:t>vn 0.4991 0.8243 -0.2672</w:t>
        <w:br/>
        <w:t>vn 0.3721 0.9011 -0.2227</w:t>
        <w:br/>
        <w:t>vn 0.3721 0.9011 -0.2226</w:t>
        <w:br/>
        <w:t>vn -0.1113 0.4114 -0.9046</w:t>
        <w:br/>
        <w:t>vn -0.1114 0.4114 -0.9046</w:t>
        <w:br/>
        <w:t>vn 0.1588 0.0683 -0.9849</w:t>
        <w:br/>
        <w:t>vn 0.5445 -0.4177 -0.7274</w:t>
        <w:br/>
        <w:t>vn 0.4009 0.9009 -0.1665</w:t>
        <w:br/>
        <w:t>vn 0.6310 0.7608 -0.1516</w:t>
        <w:br/>
        <w:t>vn 0.5180 -0.5131 -0.6844</w:t>
        <w:br/>
        <w:t>vn -0.0584 0.3692 -0.9275</w:t>
        <w:br/>
        <w:t>vn -0.0816 0.3253 -0.9421</w:t>
        <w:br/>
        <w:t>vn -0.9036 -0.3792 0.1994</w:t>
        <w:br/>
        <w:t>vn -0.9639 -0.0180 -0.2658</w:t>
        <w:br/>
        <w:t>vn -0.9726 -0.2213 0.0709</w:t>
        <w:br/>
        <w:t>vn -0.9158 0.0808 -0.3934</w:t>
        <w:br/>
        <w:t>vn -0.8463 0.0954 -0.5241</w:t>
        <w:br/>
        <w:t>vn -0.9868 -0.1132 -0.1155</w:t>
        <w:br/>
        <w:t>vn -0.8568 0.1720 -0.4862</w:t>
        <w:br/>
        <w:t>vn -0.9825 0.1371 -0.1257</w:t>
        <w:br/>
        <w:t>vn -0.7984 0.3004 -0.5218</w:t>
        <w:br/>
        <w:t>vn -0.9274 0.3590 -0.1048</w:t>
        <w:br/>
        <w:t>vn -0.7968 0.6010 -0.0633</w:t>
        <w:br/>
        <w:t>vn -0.6272 0.4616 -0.6273</w:t>
        <w:br/>
        <w:t>vn -0.6509 0.7582 -0.0375</w:t>
        <w:br/>
        <w:t>vn -0.4386 0.6840 -0.5829</w:t>
        <w:br/>
        <w:t>vn -0.6175 0.7800 -0.1010</w:t>
        <w:br/>
        <w:t>vn -0.4529 0.7161 -0.5311</w:t>
        <w:br/>
        <w:t>vn -0.6708 0.7201 -0.1773</w:t>
        <w:br/>
        <w:t>vn -0.4791 0.6571 -0.5820</w:t>
        <w:br/>
        <w:t>vn 0.0013 0.8613 0.5082</w:t>
        <w:br/>
        <w:t>vn 0.3279 0.7448 0.5812</w:t>
        <w:br/>
        <w:t>vn 0.0013 0.8612 0.5082</w:t>
        <w:br/>
        <w:t>vn 0.0278 0.7562 0.6538</w:t>
        <w:br/>
        <w:t>vn 0.2086 0.6010 0.7715</w:t>
        <w:br/>
        <w:t>vn 0.1836 0.6553 0.7327</w:t>
        <w:br/>
        <w:t>vn -0.0934 0.9807 0.1719</w:t>
        <w:br/>
        <w:t>vn -0.0021 0.8907 0.4547</w:t>
        <w:br/>
        <w:t>vn -0.0933 0.9807 0.1719</w:t>
        <w:br/>
        <w:t>vn -0.1089 0.9931 0.0429</w:t>
        <w:br/>
        <w:t>vn -0.1203 0.9898 -0.0763</w:t>
        <w:br/>
        <w:t>vn -0.1174 0.9729 -0.1994</w:t>
        <w:br/>
        <w:t>vn -0.5403 0.7892 -0.2918</w:t>
        <w:br/>
        <w:t>vn -0.4941 0.7402 -0.4560</w:t>
        <w:br/>
        <w:t>vn -0.0548 0.9560 -0.2883</w:t>
        <w:br/>
        <w:t>vn -0.2651 0.8079 -0.5263</w:t>
        <w:br/>
        <w:t>vn -0.4441 0.6719 -0.5927</w:t>
        <w:br/>
        <w:t>vn 0.3130 0.9435 -0.1090</w:t>
        <w:br/>
        <w:t>vn 0.6081 0.7801 -0.1471</w:t>
        <w:br/>
        <w:t>vn 0.7485 0.6426 -0.1636</w:t>
        <w:br/>
        <w:t>vn 0.8038 0.5682 -0.1763</w:t>
        <w:br/>
        <w:t>vn 0.8289 0.5107 -0.2284</w:t>
        <w:br/>
        <w:t>vn -0.9557 -0.1712 0.2394</w:t>
        <w:br/>
        <w:t>vn -0.7753 -0.1534 0.6127</w:t>
        <w:br/>
        <w:t>vn -0.9697 -0.1410 0.1994</w:t>
        <w:br/>
        <w:t>vn -0.7132 -0.0933 0.6947</w:t>
        <w:br/>
        <w:t>vn -0.9459 -0.0934 0.3106</w:t>
        <w:br/>
        <w:t>vn -0.9670 -0.0517 0.2496</w:t>
        <w:br/>
        <w:t>vn -0.9354 -0.0124 0.3533</w:t>
        <w:br/>
        <w:t>vn -0.7180 -0.0197 0.6957</w:t>
        <w:br/>
        <w:t>vn -0.9481 0.0115 0.3177</w:t>
        <w:br/>
        <w:t>vn -0.6356 -0.5233 -0.5676</w:t>
        <w:br/>
        <w:t>vn -0.6357 -0.5233 -0.5676</w:t>
        <w:br/>
        <w:t>vn -0.4311 -0.6350 -0.6410</w:t>
        <w:br/>
        <w:t>vn -0.4311 -0.6350 -0.6411</w:t>
        <w:br/>
        <w:t>vn -0.3910 -0.6286 -0.6723</w:t>
        <w:br/>
        <w:t>vn -0.5645 -0.5217 -0.6397</w:t>
        <w:br/>
        <w:t>vn -0.1405 -0.0503 -0.9888</w:t>
        <w:br/>
        <w:t>vn -0.1641 -0.1368 -0.9769</w:t>
        <w:br/>
        <w:t>vn -0.3277 -0.2771 -0.9032</w:t>
        <w:br/>
        <w:t>vn -0.4681 -0.7301 -0.4978</w:t>
        <w:br/>
        <w:t>vn -0.0001 -0.8486 -0.5290</w:t>
        <w:br/>
        <w:t>vn -0.0957 0.3795 -0.9203</w:t>
        <w:br/>
        <w:t>vn 0.1632 0.5096 -0.8448</w:t>
        <w:br/>
        <w:t>vn 0.6218 -0.4284 -0.6556</w:t>
        <w:br/>
        <w:t>vn -0.0652 0.5312 -0.8447</w:t>
        <w:br/>
        <w:t>vn 0.3030 0.6448 -0.7017</w:t>
        <w:br/>
        <w:t>vn -0.8400 -0.1311 -0.5265</w:t>
        <w:br/>
        <w:t>vn -0.8086 -0.2176 -0.5466</w:t>
        <w:br/>
        <w:t>vn -0.5059 0.6116 -0.6082</w:t>
        <w:br/>
        <w:t>vn -0.7175 0.6668 -0.2016</w:t>
        <w:br/>
        <w:t>vn 0.6337 0.6253 -0.4553</w:t>
        <w:br/>
        <w:t>vn 0.2222 0.6617 -0.7161</w:t>
        <w:br/>
        <w:t>vn -0.8617 -0.0236 -0.5069</w:t>
        <w:br/>
        <w:t>vn -0.6286 0.3824 -0.6772</w:t>
        <w:br/>
        <w:t>vn -0.7786 0.4447 -0.4428</w:t>
        <w:br/>
        <w:t>vn -0.4614 0.7866 -0.4103</w:t>
        <w:br/>
        <w:t>vn 0.1972 0.8353 -0.5132</w:t>
        <w:br/>
        <w:t>vn -0.9255 0.0067 -0.3788</w:t>
        <w:br/>
        <w:t>vn -0.8805 0.4740 -0.0122</w:t>
        <w:br/>
        <w:t>vn -0.5491 0.8356 -0.0156</w:t>
        <w:br/>
        <w:t>vn -1.0000 0.0004 -0.0057</w:t>
        <w:br/>
        <w:t>vn -0.8307 0.4002 0.3871</w:t>
        <w:br/>
        <w:t>vn -0.4940 0.7804 0.3834</w:t>
        <w:br/>
        <w:t>vn -0.9531 -0.0787 0.2923</w:t>
        <w:br/>
        <w:t>vn -0.6899 0.5180 0.5057</w:t>
        <w:br/>
        <w:t>vn -0.4373 0.7245 0.5329</w:t>
        <w:br/>
        <w:t>vn -0.9423 -0.1070 0.3171</w:t>
        <w:br/>
        <w:t>vn -0.9240 -0.1407 0.3555</w:t>
        <w:br/>
        <w:t>vn 0.1469 0.8631 -0.4832</w:t>
        <w:br/>
        <w:t>vn 0.5462 0.8376 -0.0132</w:t>
        <w:br/>
        <w:t>vn 0.1011 0.9748 -0.1988</w:t>
        <w:br/>
        <w:t>vn 0.5617 0.8273 -0.0102</w:t>
        <w:br/>
        <w:t>vn 0.0467 0.9986 0.0228</w:t>
        <w:br/>
        <w:t>vn 0.5559 0.8307 0.0298</w:t>
        <w:br/>
        <w:t>vn 0.1724 0.9650 0.1974</w:t>
        <w:br/>
        <w:t>vn 0.5820 0.7937 0.1772</w:t>
        <w:br/>
        <w:t>vn 0.0814 0.9108 0.4048</w:t>
        <w:br/>
        <w:t>vn -0.8738 0.2214 0.4330</w:t>
        <w:br/>
        <w:t>vn -0.9111 0.2146 0.3518</w:t>
        <w:br/>
        <w:t>vn -0.7348 0.1507 0.6613</w:t>
        <w:br/>
        <w:t>vn 0.3150 -0.0196 0.9489</w:t>
        <w:br/>
        <w:t>vn -0.0663 0.0463 0.9967</w:t>
        <w:br/>
        <w:t>vn -0.5597 0.0676 0.8259</w:t>
        <w:br/>
        <w:t>vn -0.8023 0.4808 0.3538</w:t>
        <w:br/>
        <w:t>vn -0.8008 0.4964 0.3352</w:t>
        <w:br/>
        <w:t>vn 0.2163 -0.1010 0.9711</w:t>
        <w:br/>
        <w:t>vn -0.2755 -0.0321 0.9608</w:t>
        <w:br/>
        <w:t>vn -0.6997 0.6110 0.3703</w:t>
        <w:br/>
        <w:t>vn -0.4235 0.0376 0.9051</w:t>
        <w:br/>
        <w:t>vn -0.3796 0.0200 0.9249</w:t>
        <w:br/>
        <w:t>vn -0.7110 0.6176 0.3362</w:t>
        <w:br/>
        <w:t>vn -0.5679 0.7464 0.3470</w:t>
        <w:br/>
        <w:t>vn -0.6130 0.7401 0.2764</w:t>
        <w:br/>
        <w:t>vn -0.6253 0.7047 0.3351</w:t>
        <w:br/>
        <w:t>vn -0.6498 0.6964 0.3046</w:t>
        <w:br/>
        <w:t>vn -0.6328 0.7320 0.2525</w:t>
        <w:br/>
        <w:t>vn -0.4743 0.7699 0.4270</w:t>
        <w:br/>
        <w:t>vn 0.7265 0.6762 0.1222</w:t>
        <w:br/>
        <w:t>vn 0.7459 0.6642 0.0497</w:t>
        <w:br/>
        <w:t>vn 0.7030 0.6843 0.1939</w:t>
        <w:br/>
        <w:t>vn 0.6559 0.7171 0.2357</w:t>
        <w:br/>
        <w:t>vn 0.6556 0.7173 0.2358</w:t>
        <w:br/>
        <w:t>vn -0.0028 0.8403 0.5421</w:t>
        <w:br/>
        <w:t>vn 0.1614 0.3444 0.9249</w:t>
        <w:br/>
        <w:t>vn -0.3159 0.7289 0.6074</w:t>
        <w:br/>
        <w:t>vn -0.1963 0.2545 0.9469</w:t>
        <w:br/>
        <w:t>vn 0.3356 -0.7627 0.5529</w:t>
        <w:br/>
        <w:t>vn 0.0511 -0.3351 0.9408</w:t>
        <w:br/>
        <w:t>vn 0.3343 -0.0827 0.9388</w:t>
        <w:br/>
        <w:t>vn 0.5955 -0.1825 0.7823</w:t>
        <w:br/>
        <w:t>vn 0.7945 0.0417 0.6058</w:t>
        <w:br/>
        <w:t>vn 0.7945 0.0417 0.6059</w:t>
        <w:br/>
        <w:t>vn -0.3632 0.7294 0.5797</w:t>
        <w:br/>
        <w:t>vn -0.3632 0.7294 0.5798</w:t>
        <w:br/>
        <w:t>vn -0.3295 0.7267 0.6028</w:t>
        <w:br/>
        <w:t>vn -0.4145 0.7127 0.5658</w:t>
        <w:br/>
        <w:t>vn -0.9607 -0.0754 0.2672</w:t>
        <w:br/>
        <w:t>vn -0.6899 0.5180 0.5058</w:t>
        <w:br/>
        <w:t>vn -0.9436 -0.1926 0.2693</w:t>
        <w:br/>
        <w:t>vn -0.9999 0.0095 -0.0051</w:t>
        <w:br/>
        <w:t>vn 0.6670 -0.4095 0.6224</w:t>
        <w:br/>
        <w:t>vn -0.7722 -0.4857 0.4097</w:t>
        <w:br/>
        <w:t>vn -0.7033 -0.5459 0.4554</w:t>
        <w:br/>
        <w:t>vn -0.4256 0.4414 0.7900</w:t>
        <w:br/>
        <w:t>vn -0.1949 0.7197 0.6664</w:t>
        <w:br/>
        <w:t>vn -0.1725 0.7197 0.6725</w:t>
        <w:br/>
        <w:t>vn -0.4470 0.4613 0.7664</w:t>
        <w:br/>
        <w:t>vn -0.3613 0.4451 0.8194</w:t>
        <w:br/>
        <w:t>vn -0.1411 0.7414 0.6561</w:t>
        <w:br/>
        <w:t>vn -0.6962 -0.5622 0.4463</w:t>
        <w:br/>
        <w:t>vn -0.6963 -0.5622 0.4463</w:t>
        <w:br/>
        <w:t>vn -0.5340 -0.6703 0.5153</w:t>
        <w:br/>
        <w:t>vn -0.3158 0.4259 0.8479</w:t>
        <w:br/>
        <w:t>vn -0.2584 0.5258 0.8104</w:t>
        <w:br/>
        <w:t>vn -0.5192 -0.6813 0.5160</w:t>
        <w:br/>
        <w:t>vn -0.5192 -0.6812 0.5160</w:t>
        <w:br/>
        <w:t>vn -0.3254 0.3251 0.8879</w:t>
        <w:br/>
        <w:t>vn -0.3446 0.3551 0.8690</w:t>
        <w:br/>
        <w:t>vn -0.7315 -0.5479 0.4059</w:t>
        <w:br/>
        <w:t>vn -0.7315 -0.5479 0.4058</w:t>
        <w:br/>
        <w:t>vn -0.3188 0.2837 0.9044</w:t>
        <w:br/>
        <w:t>vn -0.3188 0.2837 0.9043</w:t>
        <w:br/>
        <w:t>vn -0.6749 -0.6022 0.4265</w:t>
        <w:br/>
        <w:t>vn -0.6192 -0.6520 0.4376</w:t>
        <w:br/>
        <w:t>vn -0.2260 0.2235 0.9481</w:t>
        <w:br/>
        <w:t>vn 0.5669 0.7848 0.2502</w:t>
        <w:br/>
        <w:t>vn 0.5669 0.7848 0.2503</w:t>
        <w:br/>
        <w:t>vn 0.5769 0.7883 0.2139</w:t>
        <w:br/>
        <w:t>vn 0.5817 0.7827 0.2215</w:t>
        <w:br/>
        <w:t>vn 0.5817 0.7826 0.2215</w:t>
        <w:br/>
        <w:t>vn 0.6954 0.5597 0.4507</w:t>
        <w:br/>
        <w:t>vn -0.1355 0.5803 0.8031</w:t>
        <w:br/>
        <w:t>vn -0.1405 0.7330 0.6656</w:t>
        <w:br/>
        <w:t>vn -0.1745 0.7164 0.6756</w:t>
        <w:br/>
        <w:t>vn 0.7950 0.4849 0.3645</w:t>
        <w:br/>
        <w:t>vn 0.6673 0.5930 0.4506</w:t>
        <w:br/>
        <w:t>vn 0.6673 0.5930 0.4507</w:t>
        <w:br/>
        <w:t>vn 0.7949 0.4849 0.3646</w:t>
        <w:br/>
        <w:t>vn 0.6027 0.6071 0.5178</w:t>
        <w:br/>
        <w:t>vn 0.6027 0.6072 0.5177</w:t>
        <w:br/>
        <w:t>vn 0.5984 0.5895 0.5426</w:t>
        <w:br/>
        <w:t>vn 0.5984 0.5896 0.5425</w:t>
        <w:br/>
        <w:t>vn -0.1769 0.6932 0.6987</w:t>
        <w:br/>
        <w:t>vn 0.0510 -0.3350 0.9408</w:t>
        <w:br/>
        <w:t>vn -0.8333 0.4891 -0.2577</w:t>
        <w:br/>
        <w:t>vn -0.8333 0.4891 -0.2578</w:t>
        <w:br/>
        <w:t>vn -0.9081 0.3674 -0.2008</w:t>
        <w:br/>
        <w:t>vn -0.3871 0.3384 0.8577</w:t>
        <w:br/>
        <w:t>vn 0.7254 0.0258 0.6879</w:t>
        <w:br/>
        <w:t>vn 0.7254 0.0257 0.6879</w:t>
        <w:br/>
        <w:t>vn -0.4132 0.2331 0.8803</w:t>
        <w:br/>
        <w:t>vn -0.3936 0.2239 0.8916</w:t>
        <w:br/>
        <w:t>vn 0.6180 -0.2461 0.7467</w:t>
        <w:br/>
        <w:t>vn 0.4929 -0.3619 0.7913</w:t>
        <w:br/>
        <w:t>vn -0.4094 0.9120 0.0273</w:t>
        <w:br/>
        <w:t>vn -0.6787 0.6995 -0.2237</w:t>
        <w:br/>
        <w:t>vn -0.4094 0.9120 0.0272</w:t>
        <w:br/>
        <w:t>vn 0.0000 0.9819 0.1894</w:t>
        <w:br/>
        <w:t>vn -0.3802 0.2098 0.9008</w:t>
        <w:br/>
        <w:t>vn -0.0076 -0.0609 0.9981</w:t>
        <w:br/>
        <w:t>vn -0.1996 0.2435 0.9491</w:t>
        <w:br/>
        <w:t>vn -0.0631 0.9117 0.4059</w:t>
        <w:br/>
        <w:t>vn -0.8605 0.4932 0.1279</w:t>
        <w:br/>
        <w:t>vn -0.9730 0.2302 -0.0170</w:t>
        <w:br/>
        <w:t>vn -0.6209 0.7269 0.2934</w:t>
        <w:br/>
        <w:t>vn -0.6161 0.7503 0.2399</w:t>
        <w:br/>
        <w:t>vn -0.6289 -0.1910 0.7537</w:t>
        <w:br/>
        <w:t>vn -0.6930 0.7124 0.1105</w:t>
        <w:br/>
        <w:t>vn -0.2514 -0.1395 0.9578</w:t>
        <w:br/>
        <w:t>vn -0.7175 0.6961 0.0257</w:t>
        <w:br/>
        <w:t>vn -0.5434 0.8213 0.1737</w:t>
        <w:br/>
        <w:t>vn -0.4567 0.8580 0.2349</w:t>
        <w:br/>
        <w:t>vn 0.7308 0.3419 -0.5908</w:t>
        <w:br/>
        <w:t>vn 0.7307 0.3421 -0.5908</w:t>
        <w:br/>
        <w:t>vn 0.7440 0.3109 -0.5914</w:t>
        <w:br/>
        <w:t>vn 0.7440 0.3109 -0.5915</w:t>
        <w:br/>
        <w:t>vn 0.7564 0.2794 -0.5915</w:t>
        <w:br/>
        <w:t>vn 0.7564 0.2794 -0.5914</w:t>
        <w:br/>
        <w:t>vn -0.4378 0.3233 -0.8390</w:t>
        <w:br/>
        <w:t>vn -0.3856 0.4605 -0.7995</w:t>
        <w:br/>
        <w:t>vn -0.4131 0.3165 -0.8539</w:t>
        <w:br/>
        <w:t>vn -0.4378 0.3233 -0.8389</w:t>
        <w:br/>
        <w:t>vn -0.4376 0.3533 -0.8268</w:t>
        <w:br/>
        <w:t>vn -0.4328 0.5506 -0.7138</w:t>
        <w:br/>
        <w:t>vn -0.6727 0.3999 -0.6225</w:t>
        <w:br/>
        <w:t>vn -0.8424 0.4057 -0.3548</w:t>
        <w:br/>
        <w:t>vn -0.4207 0.6490 -0.6339</w:t>
        <w:br/>
        <w:t>vn -0.8190 0.0869 0.5672</w:t>
        <w:br/>
        <w:t>vn -0.8190 0.0870 0.5672</w:t>
        <w:br/>
        <w:t>vn -0.8034 0.0459 0.5937</w:t>
        <w:br/>
        <w:t>vn -0.8185 -0.0898 0.5675</w:t>
        <w:br/>
        <w:t>vn -0.8708 0.2637 -0.4149</w:t>
        <w:br/>
        <w:t>vn -0.6387 0.3331 -0.6936</w:t>
        <w:br/>
        <w:t>vn -0.6702 0.2695 -0.6916</w:t>
        <w:br/>
        <w:t>vn -0.8467 0.1588 -0.5079</w:t>
        <w:br/>
        <w:t>vn -0.8498 -0.2899 0.4403</w:t>
        <w:br/>
        <w:t>vn -0.8498 -0.2899 0.4402</w:t>
        <w:br/>
        <w:t>vn -0.6393 0.2271 -0.7346</w:t>
        <w:br/>
        <w:t>vn -0.8692 0.0254 -0.4937</w:t>
        <w:br/>
        <w:t>vn -0.8081 -0.4826 0.3377</w:t>
        <w:br/>
        <w:t>vn -0.8994 -0.4350 -0.0434</w:t>
        <w:br/>
        <w:t>vn -0.8736 -0.2493 0.4179</w:t>
        <w:br/>
        <w:t>vn -0.7001 0.0908 -0.7082</w:t>
        <w:br/>
        <w:t>vn -0.6718 -0.0077 -0.7407</w:t>
        <w:br/>
        <w:t>vn -0.7536 -0.1674 -0.6356</w:t>
        <w:br/>
        <w:t>vn -0.7986 -0.1325 -0.5871</w:t>
        <w:br/>
        <w:t>vn -0.7080 0.0377 -0.7052</w:t>
        <w:br/>
        <w:t>vn -0.9825 0.1088 -0.1512</w:t>
        <w:br/>
        <w:t>vn -0.9910 0.1324 -0.0218</w:t>
        <w:br/>
        <w:t>vn -0.3805 0.9229 0.0588</w:t>
        <w:br/>
        <w:t>vn -0.5247 0.8489 0.0644</w:t>
        <w:br/>
        <w:t>vn -0.8462 0.5300 -0.0556</w:t>
        <w:br/>
        <w:t>vn -0.4392 0.8817 0.1727</w:t>
        <w:br/>
        <w:t>vn -0.4391 0.8817 0.1727</w:t>
        <w:br/>
        <w:t>vn -0.8530 0.4706 0.2256</w:t>
        <w:br/>
        <w:t>vn -0.9943 0.0176 0.1056</w:t>
        <w:br/>
        <w:t>vn -0.9455 0.1420 -0.2931</w:t>
        <w:br/>
        <w:t>vn -0.9147 -0.3876 -0.1145</w:t>
        <w:br/>
        <w:t>vn -0.9000 -0.4052 -0.1606</w:t>
        <w:br/>
        <w:t>vn -0.9649 -0.1403 -0.2219</w:t>
        <w:br/>
        <w:t>vn -0.9664 -0.2561 -0.0237</w:t>
        <w:br/>
        <w:t>vn -0.9986 0.0412 0.0326</w:t>
        <w:br/>
        <w:t>vn -0.8262 0.2452 -0.5071</w:t>
        <w:br/>
        <w:t>vn -0.9724 -0.1668 -0.1630</w:t>
        <w:br/>
        <w:t>vn -0.9740 0.2059 0.0946</w:t>
        <w:br/>
        <w:t>vn -0.7470 0.3564 -0.5612</w:t>
        <w:br/>
        <w:t>vn -0.9498 0.2830 0.1336</w:t>
        <w:br/>
        <w:t>vn -0.6710 0.3960 -0.6268</w:t>
        <w:br/>
        <w:t>vn -0.9445 0.2975 0.1392</w:t>
        <w:br/>
        <w:t>vn -0.7517 0.3763 -0.5416</w:t>
        <w:br/>
        <w:t>vn -0.9580 -0.1040 0.2671</w:t>
        <w:br/>
        <w:t>vn -0.9380 -0.1382 -0.3178</w:t>
        <w:br/>
        <w:t>vn -0.4878 0.3144 -0.8144</w:t>
        <w:br/>
        <w:t>vn -0.4514 0.3701 -0.8119</w:t>
        <w:br/>
        <w:t>vn -0.4611 0.3260 -0.8253</w:t>
        <w:br/>
        <w:t>vn -0.4702 0.3423 -0.8135</w:t>
        <w:br/>
        <w:t>vn -0.4860 0.3674 -0.7930</w:t>
        <w:br/>
        <w:t>vn -0.8739 -0.4198 0.2452</w:t>
        <w:br/>
        <w:t>vn -0.8108 -0.5794 0.0837</w:t>
        <w:br/>
        <w:t>vn -0.9085 -0.1036 0.4049</w:t>
        <w:br/>
        <w:t>vn -0.8956 0.0812 0.4374</w:t>
        <w:br/>
        <w:t>vn -0.8625 0.1638 0.4789</w:t>
        <w:br/>
        <w:t>vn -0.8681 0.1866 0.4599</w:t>
        <w:br/>
        <w:t>vn -0.0591 0.1967 -0.9787</w:t>
        <w:br/>
        <w:t>vn 0.5790 -0.1443 -0.8025</w:t>
        <w:br/>
        <w:t>vn 0.4018 -0.0580 -0.9139</w:t>
        <w:br/>
        <w:t>vn -0.0872 0.1023 -0.9909</w:t>
        <w:br/>
        <w:t>vn 0.2270 -0.8401 -0.4926</w:t>
        <w:br/>
        <w:t>vn 0.0588 -0.5865 -0.8078</w:t>
        <w:br/>
        <w:t>vn 0.7727 -0.2692 -0.5749</w:t>
        <w:br/>
        <w:t>vn 0.8656 -0.0745 -0.4952</w:t>
        <w:br/>
        <w:t>vn 0.3869 -0.4130 -0.8245</w:t>
        <w:br/>
        <w:t>vn 0.5202 -0.5440 -0.6583</w:t>
        <w:br/>
        <w:t>vn -0.1887 0.1288 -0.9735</w:t>
        <w:br/>
        <w:t>vn -0.2109 -0.0232 -0.9772</w:t>
        <w:br/>
        <w:t>vn 0.2115 -0.5659 -0.7969</w:t>
        <w:br/>
        <w:t>vn 0.3527 -0.6928 -0.6290</w:t>
        <w:br/>
        <w:t>vn -0.4919 -0.1953 -0.8485</w:t>
        <w:br/>
        <w:t>vn 0.0107 -0.6389 -0.7692</w:t>
        <w:br/>
        <w:t>vn 0.3137 -0.7547 -0.5762</w:t>
        <w:br/>
        <w:t>vn -0.4317 0.3603 -0.8270</w:t>
        <w:br/>
        <w:t>vn -0.6310 0.2827 -0.7225</w:t>
        <w:br/>
        <w:t>vn -0.4036 0.3775 -0.8334</w:t>
        <w:br/>
        <w:t>vn -0.4073 0.3865 -0.8275</w:t>
        <w:br/>
        <w:t>vn -0.4215 0.2306 -0.8770</w:t>
        <w:br/>
        <w:t>vn -0.2662 0.3425 -0.9010</w:t>
        <w:br/>
        <w:t>vn -0.3913 0.3937 -0.8318</w:t>
        <w:br/>
        <w:t>vn -0.3995 0.3740 -0.8370</w:t>
        <w:br/>
        <w:t>vn -0.4118 0.4745 -0.7779</w:t>
        <w:br/>
        <w:t>vn -0.0398 0.4759 -0.8786</w:t>
        <w:br/>
        <w:t>vn -0.4653 0.4178 -0.7803</w:t>
        <w:br/>
        <w:t>vn -0.2634 0.3944 -0.8804</w:t>
        <w:br/>
        <w:t>vn -0.6956 0.5015 -0.5144</w:t>
        <w:br/>
        <w:t>vn -0.4191 0.3507 -0.8375</w:t>
        <w:br/>
        <w:t>vn -0.6833 0.4347 -0.5866</w:t>
        <w:br/>
        <w:t>vn -0.4271 0.4558 -0.7810</w:t>
        <w:br/>
        <w:t>vn -0.4299 0.3189 -0.8447</w:t>
        <w:br/>
        <w:t>vn -0.4100 0.8187 -0.4020</w:t>
        <w:br/>
        <w:t>vn -0.3653 0.9292 0.0570</w:t>
        <w:br/>
        <w:t>vn -0.3652 0.9292 0.0570</w:t>
        <w:br/>
        <w:t>vn -0.5529 0.6827 -0.4777</w:t>
        <w:br/>
        <w:t>vn -0.5524 0.5395 -0.6354</w:t>
        <w:br/>
        <w:t>vn -0.5588 0.5770 -0.5957</w:t>
        <w:br/>
        <w:t>vn -0.6146 0.4953 -0.6140</w:t>
        <w:br/>
        <w:t>vn -0.6132 0.4961 -0.6147</w:t>
        <w:br/>
        <w:t>vn -0.6644 0.4444 -0.6010</w:t>
        <w:br/>
        <w:t>vn -0.6659 0.4522 -0.5934</w:t>
        <w:br/>
        <w:t>vn -0.5776 0.5601 -0.5939</w:t>
        <w:br/>
        <w:t>vn -0.5710 0.5572 -0.6029</w:t>
        <w:br/>
        <w:t>vn -0.4591 0.6625 -0.5919</w:t>
        <w:br/>
        <w:t>vn -0.4870 0.6486 -0.5849</w:t>
        <w:br/>
        <w:t>vn -0.6533 0.5953 -0.4677</w:t>
        <w:br/>
        <w:t>vn -0.5913 0.6116 -0.5257</w:t>
        <w:br/>
        <w:t>vn -0.6362 0.6848 -0.3556</w:t>
        <w:br/>
        <w:t>vn -0.7138 0.6582 0.2392</w:t>
        <w:br/>
        <w:t>vn -0.6585 0.5850 0.4734</w:t>
        <w:br/>
        <w:t>vn 0.0218 0.1412 -0.9897</w:t>
        <w:br/>
        <w:t>vn -0.2779 0.0545 -0.9591</w:t>
        <w:br/>
        <w:t>vn -0.3469 0.0335 -0.9373</w:t>
        <w:br/>
        <w:t>vn -0.2351 0.1072 -0.9660</w:t>
        <w:br/>
        <w:t>vn -0.1106 0.1320 -0.9851</w:t>
        <w:br/>
        <w:t>vn -0.0940 0.1801 -0.9791</w:t>
        <w:br/>
        <w:t>vn -0.2284 0.1026 -0.9682</w:t>
        <w:br/>
        <w:t>vn -0.3473 0.0295 -0.9373</w:t>
        <w:br/>
        <w:t>vn -0.2850 0.0430 -0.9576</w:t>
        <w:br/>
        <w:t>vn 0.1789 0.1636 -0.9702</w:t>
        <w:br/>
        <w:t>vn 0.8434 0.1124 -0.5254</w:t>
        <w:br/>
        <w:t>vn 0.7273 0.1744 -0.6638</w:t>
        <w:br/>
        <w:t>vn 0.6943 0.1826 -0.6962</w:t>
        <w:br/>
        <w:t>vn 0.5060 0.2427 -0.8277</w:t>
        <w:br/>
        <w:t>vn 0.6943 0.1827 -0.6961</w:t>
        <w:br/>
        <w:t>vn 0.3358 -0.1016 -0.9364</w:t>
        <w:br/>
        <w:t>vn 0.3358 -0.1015 -0.9364</w:t>
        <w:br/>
        <w:t>vn -0.4518 0.3380 -0.8256</w:t>
        <w:br/>
        <w:t>vn -0.2582 0.0694 -0.9636</w:t>
        <w:br/>
        <w:t>vn -0.1372 0.0282 -0.9901</w:t>
        <w:br/>
        <w:t>vn 0.0721 -0.3709 -0.9259</w:t>
        <w:br/>
        <w:t>vn 0.1652 -0.3065 -0.9374</w:t>
        <w:br/>
        <w:t>vn -0.0866 0.1707 -0.9815</w:t>
        <w:br/>
        <w:t>vn -0.1081 0.1342 -0.9850</w:t>
        <w:br/>
        <w:t>vn -0.0925 0.0354 -0.9951</w:t>
        <w:br/>
        <w:t>vn -0.0535 0.0602 -0.9968</w:t>
        <w:br/>
        <w:t>vn -0.1061 0.0839 -0.9908</w:t>
        <w:br/>
        <w:t>vn -0.0932 0.0699 -0.9932</w:t>
        <w:br/>
        <w:t>vn 0.3213 -0.2464 -0.9144</w:t>
        <w:br/>
        <w:t>vn 0.4180 -0.1896 -0.8884</w:t>
        <w:br/>
        <w:t>vn -0.0049 0.1020 -0.9948</w:t>
        <w:br/>
        <w:t>vn 0.0945 0.4674 -0.8790</w:t>
        <w:br/>
        <w:t>vn 0.1692 0.2693 -0.9481</w:t>
        <w:br/>
        <w:t>vn 0.5916 0.0137 -0.8061</w:t>
        <w:br/>
        <w:t>vn 0.7037 0.1740 -0.6889</w:t>
        <w:br/>
        <w:t>vn -0.0919 0.7148 -0.6933</w:t>
        <w:br/>
        <w:t>vn 0.0023 0.5883 -0.8087</w:t>
        <w:br/>
        <w:t>vn -0.0377 0.6935 -0.7195</w:t>
        <w:br/>
        <w:t>vn 0.2742 0.8765 -0.3956</w:t>
        <w:br/>
        <w:t>vn 0.8233 0.0159 -0.5675</w:t>
        <w:br/>
        <w:t>vn 0.7545 0.0185 -0.6560</w:t>
        <w:br/>
        <w:t>vn -0.4369 0.3542 -0.8268</w:t>
        <w:br/>
        <w:t>vn 0.5038 -0.4943 -0.7084</w:t>
        <w:br/>
        <w:t>vn 0.6020 -0.5843 -0.5442</w:t>
        <w:br/>
        <w:t>vn 0.2902 -0.8360 -0.4657</w:t>
        <w:br/>
        <w:t>vn 0.1955 -0.7401 -0.6435</w:t>
        <w:br/>
        <w:t>vn 0.0355 -0.9294 -0.3674</w:t>
        <w:br/>
        <w:t>vn -0.0666 -0.8299 -0.5539</w:t>
        <w:br/>
        <w:t>vn -0.0817 -0.9416 -0.3267</w:t>
        <w:br/>
        <w:t>vn -0.1344 -0.7881 -0.6007</w:t>
        <w:br/>
        <w:t>vn 0.8121 0.3434 -0.4717</w:t>
        <w:br/>
        <w:t>vn 0.4637 0.2988 -0.8341</w:t>
        <w:br/>
        <w:t>vn 0.4636 0.2988 -0.8341</w:t>
        <w:br/>
        <w:t>vn 0.8121 0.3434 -0.4718</w:t>
        <w:br/>
        <w:t>vn 0.5527 0.8273 -0.1005</w:t>
        <w:br/>
        <w:t>vn 0.3151 0.8938 -0.3192</w:t>
        <w:br/>
        <w:t>vn 0.1043 0.9671 0.2319</w:t>
        <w:br/>
        <w:t>vn 0.2388 0.9677 0.0812</w:t>
        <w:br/>
        <w:t>vn 0.8996 0.1457 -0.4116</w:t>
        <w:br/>
        <w:t>vn 0.7037 0.2176 -0.6764</w:t>
        <w:br/>
        <w:t>vn 0.6405 -0.6153 -0.4595</w:t>
        <w:br/>
        <w:t>vn 0.5203 -0.4897 -0.6996</w:t>
        <w:br/>
        <w:t>vn 0.1784 -0.9265 -0.3312</w:t>
        <w:br/>
        <w:t>vn 0.0904 -0.8065 -0.5842</w:t>
        <w:br/>
        <w:t>vn -0.0163 -0.9652 -0.2609</w:t>
        <w:br/>
        <w:t>vn -0.0914 -0.8545 -0.5114</w:t>
        <w:br/>
        <w:t>vn 0.7899 0.6067 -0.0889</w:t>
        <w:br/>
        <w:t>vn 0.6967 0.5268 -0.4869</w:t>
        <w:br/>
        <w:t>vn 0.8528 0.4730 -0.2213</w:t>
        <w:br/>
        <w:t>vn 0.6291 0.5019 -0.5936</w:t>
        <w:br/>
        <w:t>vn 0.8808 0.3851 -0.2753</w:t>
        <w:br/>
        <w:t>vn 0.6576 0.5538 -0.5107</w:t>
        <w:br/>
        <w:t>vn 0.8715 0.4462 -0.2033</w:t>
        <w:br/>
        <w:t>vn -0.1454 -0.6800 -0.7187</w:t>
        <w:br/>
        <w:t>vn -0.0938 -0.6450 -0.7584</w:t>
        <w:br/>
        <w:t>vn 0.0382 -0.8741 -0.4843</w:t>
        <w:br/>
        <w:t>vn -0.0108 -0.8987 -0.4385</w:t>
        <w:br/>
        <w:t>vn -0.3448 -0.7102 -0.6138</w:t>
        <w:br/>
        <w:t>vn -0.2140 -0.9193 -0.3302</w:t>
        <w:br/>
        <w:t>vn -0.6050 -0.6542 -0.4539</w:t>
        <w:br/>
        <w:t>vn -0.5465 -0.6744 -0.4966</w:t>
        <w:br/>
        <w:t>vn -0.4374 -0.8677 -0.2361</w:t>
        <w:br/>
        <w:t>vn -0.5093 -0.8347 -0.2096</w:t>
        <w:br/>
        <w:t>vn 0.8888 -0.1216 -0.4418</w:t>
        <w:br/>
        <w:t>vn 0.8888 -0.1217 -0.4418</w:t>
        <w:br/>
        <w:t>vn -0.7512 -0.6587 -0.0425</w:t>
        <w:br/>
        <w:t>vn -0.7513 -0.6586 -0.0425</w:t>
        <w:br/>
        <w:t>vn -0.6761 -0.7342 0.0620</w:t>
        <w:br/>
        <w:t>vn -0.6761 -0.7342 0.0619</w:t>
        <w:br/>
        <w:t>vn -0.5937 -0.6476 -0.4776</w:t>
        <w:br/>
        <w:t>vn -0.8096 -0.5685 -0.1461</w:t>
        <w:br/>
        <w:t>vn -0.0887 0.3009 -0.9495</w:t>
        <w:br/>
        <w:t>vn -0.5443 0.0005 -0.8389</w:t>
        <w:br/>
        <w:t>vn -0.4500 0.0019 -0.8930</w:t>
        <w:br/>
        <w:t>vn -0.3282 -0.1157 -0.9375</w:t>
        <w:br/>
        <w:t>vn -0.2306 0.2472 -0.9411</w:t>
        <w:br/>
        <w:t>vn -0.0164 0.5907 -0.8067</w:t>
        <w:br/>
        <w:t>vn -0.0163 0.5907 -0.8067</w:t>
        <w:br/>
        <w:t>vn -0.1630 0.4844 -0.8595</w:t>
        <w:br/>
        <w:t>vn -0.0717 0.4945 -0.8662</w:t>
        <w:br/>
        <w:t>vn 0.0022 0.5883 -0.8086</w:t>
        <w:br/>
        <w:t>vn 0.5905 0.1190 -0.7982</w:t>
        <w:br/>
        <w:t>vn 0.3831 -0.3821 -0.8410</w:t>
        <w:br/>
        <w:t>vn 0.0914 -0.6079 -0.7887</w:t>
        <w:br/>
        <w:t>vn -0.1652 -0.6843 -0.7102</w:t>
        <w:br/>
        <w:t>vn -0.1560 -0.6802 -0.7162</w:t>
        <w:br/>
        <w:t>vn -0.0154 -0.2481 -0.9686</w:t>
        <w:br/>
        <w:t>vn -0.0251 -0.6291 -0.7769</w:t>
        <w:br/>
        <w:t>vn 0.5862 0.1838 -0.7891</w:t>
        <w:br/>
        <w:t>vn 0.5861 0.1838 -0.7891</w:t>
        <w:br/>
        <w:t>vn 0.3068 0.1903 -0.9326</w:t>
        <w:br/>
        <w:t>vn -0.1950 0.5721 -0.7967</w:t>
        <w:br/>
        <w:t>vn -0.3748 0.6204 -0.6890</w:t>
        <w:br/>
        <w:t>vn -0.1678 0.9787 -0.1185</w:t>
        <w:br/>
        <w:t>vn -0.3438 0.9390 0.0004</w:t>
        <w:br/>
        <w:t>vn 0.1640 0.3409 -0.9257</w:t>
        <w:br/>
        <w:t>vn 0.3585 -0.3252 -0.8750</w:t>
        <w:br/>
        <w:t>vn -0.0049 -0.6184 -0.7858</w:t>
        <w:br/>
        <w:t>vn -0.1593 -0.6747 -0.7207</w:t>
        <w:br/>
        <w:t>vn -0.2616 0.4595 -0.8488</w:t>
        <w:br/>
        <w:t>vn 0.3067 0.1904 -0.9326</w:t>
        <w:br/>
        <w:t>vn -0.3972 0.4025 -0.8248</w:t>
        <w:br/>
        <w:t>vn 0.7950 0.6038 -0.0579</w:t>
        <w:br/>
        <w:t>vn 0.7991 0.5973 -0.0682</w:t>
        <w:br/>
        <w:t>vn 0.8031 0.5906 -0.0786</w:t>
        <w:br/>
        <w:t>vn 0.0353 0.6489 -0.7600</w:t>
        <w:br/>
        <w:t>vn -0.2579 0.4910 -0.8321</w:t>
        <w:br/>
        <w:t>vn 0.0273 0.6399 -0.7680</w:t>
        <w:br/>
        <w:t>vn -0.9596 0.2553 0.1180</w:t>
        <w:br/>
        <w:t>vn -0.8511 0.1417 0.5055</w:t>
        <w:br/>
        <w:t>vn -0.8386 0.5419 -0.0557</w:t>
        <w:br/>
        <w:t>vn -0.8753 0.4835 -0.0108</w:t>
        <w:br/>
        <w:t>vn -0.8724 0.4879 0.0302</w:t>
        <w:br/>
        <w:t>vn 0.2074 0.4896 -0.8469</w:t>
        <w:br/>
        <w:t>vn 0.1585 0.4561 -0.8757</w:t>
        <w:br/>
        <w:t>vn 0.3644 0.9052 0.2188</w:t>
        <w:br/>
        <w:t>vn 0.5497 0.7546 0.3583</w:t>
        <w:br/>
        <w:t>vn 0.5456 0.2796 -0.7901</w:t>
        <w:br/>
        <w:t>vn 0.5033 0.1091 -0.8572</w:t>
        <w:br/>
        <w:t>vn 0.6070 0.7209 0.3346</w:t>
        <w:br/>
        <w:t>vn 0.2463 -0.2883 -0.9253</w:t>
        <w:br/>
        <w:t>vn -0.1208 0.2821 -0.9518</w:t>
        <w:br/>
        <w:t>vn -0.6310 0.2826 -0.7225</w:t>
        <w:br/>
        <w:t>vn -0.8462 0.5299 -0.0557</w:t>
        <w:br/>
        <w:t>vn 0.5681 -0.6930 -0.4440</w:t>
        <w:br/>
        <w:t>vn 0.6214 -0.7835 0.0022</w:t>
        <w:br/>
        <w:t>vn 0.6214 -0.7835 0.0023</w:t>
        <w:br/>
        <w:t>vn 0.6009 -0.6928 0.3988</w:t>
        <w:br/>
        <w:t>vn 0.5837 -0.6940 0.4215</w:t>
        <w:br/>
        <w:t>vn 0.5663 -0.6946 0.4436</w:t>
        <w:br/>
        <w:t>vn -0.4592 -0.8848 -0.0791</w:t>
        <w:br/>
        <w:t>vn -0.4606 -0.8876 0.0009</w:t>
        <w:br/>
        <w:t>vn 0.9818 0.1894 0.0119</w:t>
        <w:br/>
        <w:t>vn 0.9794 0.1889 -0.0711</w:t>
        <w:br/>
        <w:t>vn 0.9775 0.1886 0.0949</w:t>
        <w:br/>
        <w:t>vn 0.9818 0.1894 0.0120</w:t>
        <w:br/>
        <w:t>vn -0.4605 -0.8877 0.0010</w:t>
        <w:br/>
        <w:t>vn -0.4590 -0.8847 0.0810</w:t>
        <w:br/>
        <w:t>vn 0.8546 -0.2499 0.4551</w:t>
        <w:br/>
        <w:t>vn -0.4653 0.4178 -0.7804</w:t>
        <w:br/>
        <w:t>vn -0.2634 0.3945 -0.8804</w:t>
        <w:br/>
        <w:t>vn -0.1327 0.7206 0.6805</w:t>
        <w:br/>
        <w:t>vn -0.0757 0.9631 0.2583</w:t>
        <w:br/>
        <w:t>vn -0.9149 0.3457 -0.2086</w:t>
        <w:br/>
        <w:t>vn -0.9208 0.3900 0.0016</w:t>
        <w:br/>
        <w:t>vn -0.9209 0.3899 0.0016</w:t>
        <w:br/>
        <w:t>vn -0.9062 0.3278 0.2669</w:t>
        <w:br/>
        <w:t>vn -0.8887 0.2943 0.3517</w:t>
        <w:br/>
        <w:t>vn -0.9156 0.3615 0.1761</w:t>
        <w:br/>
        <w:t>vn -0.8516 0.2637 0.4530</w:t>
        <w:br/>
        <w:t>vn 0.5048 -0.7816 -0.3664</w:t>
        <w:br/>
        <w:t>vn 0.1686 -0.5677 -0.8058</w:t>
        <w:br/>
        <w:t>vn -0.3141 -0.2033 -0.9274</w:t>
        <w:br/>
        <w:t>vn -0.0720 -0.1288 -0.9891</w:t>
        <w:br/>
        <w:t>vn -0.5612 0.0565 -0.8258</w:t>
        <w:br/>
        <w:t>vn -0.8366 0.2040 -0.5085</w:t>
        <w:br/>
        <w:t>vn -0.8900 0.2638 -0.3720</w:t>
        <w:br/>
        <w:t>vn 0.4788 0.0722 -0.8749</w:t>
        <w:br/>
        <w:t>vn 0.4789 0.0722 -0.8749</w:t>
        <w:br/>
        <w:t>vn 0.5766 0.1525 -0.8027</w:t>
        <w:br/>
        <w:t>vn 0.4372 -0.5424 0.7174</w:t>
        <w:br/>
        <w:t>vn 0.7386 -0.0665 0.6708</w:t>
        <w:br/>
        <w:t>vn -0.8050 -0.5663 0.1771</w:t>
        <w:br/>
        <w:t>vn -0.8050 -0.5663 0.1770</w:t>
        <w:br/>
        <w:t>vn -0.9552 -0.2947 0.0266</w:t>
        <w:br/>
        <w:t>vn 0.4289 0.0846 0.8994</w:t>
        <w:br/>
        <w:t>vn 0.5084 0.0438 0.8600</w:t>
        <w:br/>
        <w:t>vn 0.2881 0.1912 0.9383</w:t>
        <w:br/>
        <w:t>vn -0.9565 -0.0968 -0.2753</w:t>
        <w:br/>
        <w:t>vn -0.8375 -0.0606 -0.5430</w:t>
        <w:br/>
        <w:t>vn -0.8376 -0.0606 -0.5430</w:t>
        <w:br/>
        <w:t>vn 0.9469 0.3213 0.0112</w:t>
        <w:br/>
        <w:t>vn 0.9445 0.3277 -0.0242</w:t>
        <w:br/>
        <w:t>vn 0.9778 0.1945 0.0782</w:t>
        <w:br/>
        <w:t>vn -0.6549 -0.7554 0.0200</w:t>
        <w:br/>
        <w:t>vn -0.6775 -0.7232 0.1343</w:t>
        <w:br/>
        <w:t>vn -0.6550 -0.7554 0.0200</w:t>
        <w:br/>
        <w:t>vn -0.3782 -0.4956 0.7819</w:t>
        <w:br/>
        <w:t>vn -0.3374 -0.6330 0.6967</w:t>
        <w:br/>
        <w:t>vn -0.3375 -0.6330 0.6967</w:t>
        <w:br/>
        <w:t>vn 0.4094 0.5498 -0.7281</w:t>
        <w:br/>
        <w:t>vn 0.3672 0.7053 -0.6064</w:t>
        <w:br/>
        <w:t>vn 0.1763 0.6614 0.7290</w:t>
        <w:br/>
        <w:t>vn 0.0932 0.4287 0.8986</w:t>
        <w:br/>
        <w:t>vn 0.0933 0.4287 0.8986</w:t>
        <w:br/>
        <w:t>vn -0.5538 -0.3467 -0.7571</w:t>
        <w:br/>
        <w:t>vn -0.4338 -0.5670 -0.7003</w:t>
        <w:br/>
        <w:t>vn -0.4337 -0.5670 -0.7003</w:t>
        <w:br/>
        <w:t>vn -0.7104 -0.1523 -0.6872</w:t>
        <w:br/>
        <w:t>vn -0.7103 -0.1523 -0.6872</w:t>
        <w:br/>
        <w:t>vn -0.5878 0.2414 0.7721</w:t>
        <w:br/>
        <w:t>vn 0.2880 0.1912 0.9383</w:t>
        <w:br/>
        <w:t>vn 0.0417 -0.2923 0.9554</w:t>
        <w:br/>
        <w:t>vn 0.9778 0.1944 0.0782</w:t>
        <w:br/>
        <w:t>vn 0.9876 0.0634 0.1435</w:t>
        <w:br/>
        <w:t>vn -0.7306 -0.6794 -0.0678</w:t>
        <w:br/>
        <w:t>vn -0.6549 -0.7555 0.0200</w:t>
        <w:br/>
        <w:t>vn 0.9221 0.3844 -0.0454</w:t>
        <w:br/>
        <w:t>vn 0.9221 0.3844 -0.0453</w:t>
        <w:br/>
        <w:t>vn -0.9030 -0.4290 -0.0245</w:t>
        <w:br/>
        <w:t>vn -0.9029 -0.4291 -0.0245</w:t>
        <w:br/>
        <w:t>vn 0.9439 0.2519 -0.2134</w:t>
        <w:br/>
        <w:t>vn -0.9611 -0.1779 0.2113</w:t>
        <w:br/>
        <w:t>vn 0.9236 0.0502 -0.3800</w:t>
        <w:br/>
        <w:t>vn 0.9230 0.0527 -0.3812</w:t>
        <w:br/>
        <w:t>vn -0.8841 -0.1060 0.4551</w:t>
        <w:br/>
        <w:t>vn -0.1168 -0.2878 -0.9505</w:t>
        <w:br/>
        <w:t>vn -0.0721 -0.1288 -0.9891</w:t>
        <w:br/>
        <w:t>vn -0.6003 -0.1673 0.7821</w:t>
        <w:br/>
        <w:t>vn -0.6003 -0.1673 0.7820</w:t>
        <w:br/>
        <w:t>vn -0.7629 -0.1132 0.6365</w:t>
        <w:br/>
        <w:t>vn -0.4646 -0.2724 0.8426</w:t>
        <w:br/>
        <w:t>vn 0.5268 0.2897 -0.7991</w:t>
        <w:br/>
        <w:t>vn 0.2993 0.7416 0.6003</w:t>
        <w:br/>
        <w:t>vn -0.4110 -0.6748 -0.6129</w:t>
        <w:br/>
        <w:t>vn -0.1617 0.3366 -0.9277</w:t>
        <w:br/>
        <w:t>vn -0.9194 0.3914 -0.0393</w:t>
        <w:br/>
        <w:t>vn -0.9273 0.3710 -0.0501</w:t>
        <w:br/>
        <w:t>vn 0.0610 -0.6895 -0.7218</w:t>
        <w:br/>
        <w:t>vn 0.3677 -0.6566 -0.6585</w:t>
        <w:br/>
        <w:t>vn 0.0442 0.1519 -0.9874</w:t>
        <w:br/>
        <w:t>vn 0.0606 0.1408 -0.9882</w:t>
        <w:br/>
        <w:t>vn 0.0647 0.1516 -0.9863</w:t>
        <w:br/>
        <w:t>vn 0.1075 0.1327 -0.9853</w:t>
        <w:br/>
        <w:t>vn 0.7523 -0.0868 -0.6531</w:t>
        <w:br/>
        <w:t>vn 0.8175 0.1002 -0.5671</w:t>
        <w:br/>
        <w:t>vn 0.0229 -0.0421 -0.9989</w:t>
        <w:br/>
        <w:t>vn 0.0584 0.1054 -0.9927</w:t>
        <w:br/>
        <w:t>vn 0.0794 -0.0015 -0.9968</w:t>
        <w:br/>
        <w:t>vn 0.0453 0.1612 -0.9859</w:t>
        <w:br/>
        <w:t>vn 0.2746 0.0964 -0.9567</w:t>
        <w:br/>
        <w:t>vn 0.7514 0.3143 -0.5802</w:t>
        <w:br/>
        <w:t>vn 0.0760 0.2287 -0.9705</w:t>
        <w:br/>
        <w:t>vn 0.0816 0.2316 -0.9694</w:t>
        <w:br/>
        <w:t>vn 0.1862 0.2790 -0.9420</w:t>
        <w:br/>
        <w:t>vn 0.6057 -0.0212 -0.7954</w:t>
        <w:br/>
        <w:t>vn 0.6483 -0.4008 -0.6473</w:t>
        <w:br/>
        <w:t>vn -0.9338 0.3347 -0.1264</w:t>
        <w:br/>
        <w:t>vn 0.1862 0.2790 -0.9421</w:t>
        <w:br/>
        <w:t>vn -0.9338 0.3347 -0.1265</w:t>
        <w:br/>
        <w:t>vn -0.5073 0.3143 -0.8024</w:t>
        <w:br/>
        <w:t>vn -0.0440 0.3218 -0.9458</w:t>
        <w:br/>
        <w:t>vn -0.9011 -0.2410 -0.3605</w:t>
        <w:br/>
        <w:t>vn -0.6321 -0.1335 -0.7633</w:t>
        <w:br/>
        <w:t>vn -0.6319 -0.1334 -0.7635</w:t>
        <w:br/>
        <w:t>vn -0.2321 0.0753 -0.9698</w:t>
        <w:br/>
        <w:t>vn 0.1915 0.3295 -0.9245</w:t>
        <w:br/>
        <w:t>vn 0.1916 0.3296 -0.9245</w:t>
        <w:br/>
        <w:t>vn 0.5254 0.5610 -0.6397</w:t>
        <w:br/>
        <w:t>vn 0.5256 0.5611 -0.6395</w:t>
        <w:br/>
        <w:t>vn 0.6800 0.7077 -0.1918</w:t>
        <w:br/>
        <w:t>vn 0.6800 0.7077 -0.1916</w:t>
        <w:br/>
        <w:t>vn 0.6140 0.7304 0.2993</w:t>
        <w:br/>
        <w:t>vn 0.3451 0.6229 0.7021</w:t>
        <w:br/>
        <w:t>vn 0.3453 0.6230 0.7019</w:t>
        <w:br/>
        <w:t>vn -0.0547 0.4141 0.9086</w:t>
        <w:br/>
        <w:t>vn -0.4781 0.1601 0.8636</w:t>
        <w:br/>
        <w:t>vn -0.8123 -0.0716 0.5788</w:t>
        <w:br/>
        <w:t>vn -0.8124 -0.0716 0.5787</w:t>
        <w:br/>
        <w:t>vn -0.9671 -0.2183 0.1310</w:t>
        <w:br/>
        <w:t>vn -0.9671 -0.2183 0.1308</w:t>
        <w:br/>
        <w:t>vn 0.5877 0.7546 0.2918</w:t>
        <w:br/>
        <w:t>vn 0.3219 0.6485 0.6898</w:t>
        <w:br/>
        <w:t>vn 0.3220 0.6486 0.6897</w:t>
        <w:br/>
        <w:t>vn -0.0733 0.4422 0.8939</w:t>
        <w:br/>
        <w:t>vn -0.0730 0.4423 0.8939</w:t>
        <w:br/>
        <w:t>vn -0.4917 0.1913 0.8495</w:t>
        <w:br/>
        <w:t>vn -0.4921 0.1911 0.8493</w:t>
        <w:br/>
        <w:t>vn -0.8222 -0.0377 0.5680</w:t>
        <w:br/>
        <w:t>vn -0.8220 -0.0375 0.5682</w:t>
        <w:br/>
        <w:t>vn -0.9752 -0.1826 0.1253</w:t>
        <w:br/>
        <w:t>vn -0.9752 -0.1826 0.1252</w:t>
        <w:br/>
        <w:t>vn -0.9100 -0.2051 -0.3604</w:t>
        <w:br/>
        <w:t>vn -0.6441 -0.0988 -0.7586</w:t>
        <w:br/>
        <w:t>vn -0.6439 -0.0988 -0.7587</w:t>
        <w:br/>
        <w:t>vn -0.2484 0.1076 -0.9626</w:t>
        <w:br/>
        <w:t>vn -0.2484 0.1077 -0.9626</w:t>
        <w:br/>
        <w:t>vn 0.1700 0.3587 -0.9179</w:t>
        <w:br/>
        <w:t>vn 0.1701 0.3587 -0.9178</w:t>
        <w:br/>
        <w:t>vn 0.5001 0.5873 -0.6364</w:t>
        <w:br/>
        <w:t>vn 0.5003 0.5875 -0.6361</w:t>
        <w:br/>
        <w:t>vn 0.6529 0.7322 -0.1937</w:t>
        <w:br/>
        <w:t>vn 0.6530 0.7323 -0.1935</w:t>
        <w:br/>
        <w:t>vn -0.5020 0.8583 -0.1068</w:t>
        <w:br/>
        <w:t>vn -0.5020 0.8583 -0.1067</w:t>
        <w:br/>
        <w:t>vn -0.5020 0.8582 -0.1068</w:t>
        <w:br/>
        <w:t>vn -0.5020 0.8582 -0.1067</w:t>
        <w:br/>
        <w:t>vn -0.5021 0.8582 -0.1068</w:t>
        <w:br/>
        <w:t>vn 0.1486 0.9829 -0.1088</w:t>
        <w:br/>
        <w:t>vn 0.1486 0.9829 -0.1087</w:t>
        <w:br/>
        <w:t>vn 0.0000 0.9865 -0.1636</w:t>
        <w:br/>
        <w:t>vn 0.0292 -0.6459 0.7628</w:t>
        <w:br/>
        <w:t>vn 0.0000 -0.5882 0.8087</w:t>
        <w:br/>
        <w:t>vn 0.0000 -0.5883 0.8087</w:t>
        <w:br/>
        <w:t>vn 0.0292 -0.6460 0.7628</w:t>
        <w:br/>
        <w:t>vn -0.0000 -0.8371 0.5471</w:t>
        <w:br/>
        <w:t>vn 0.2228 -0.8236 0.5216</w:t>
        <w:br/>
        <w:t>vn -0.1488 0.9682 0.2010</w:t>
        <w:br/>
        <w:t>vn 0.0000 0.9850 0.1723</w:t>
        <w:br/>
        <w:t>vn 0.0000 0.9851 0.1723</w:t>
        <w:br/>
        <w:t>vn 0.2735 0.9591 0.0729</w:t>
        <w:br/>
        <w:t>vn 0.3286 0.9444 -0.0075</w:t>
        <w:br/>
        <w:t>vn 0.3564 0.8800 0.3140</w:t>
        <w:br/>
        <w:t>vn 0.1203 0.9842 0.1302</w:t>
        <w:br/>
        <w:t>vn -0.1247 -0.7152 0.6877</w:t>
        <w:br/>
        <w:t>vn -0.2555 -0.7167 0.6489</w:t>
        <w:br/>
        <w:t>vn -0.4021 0.8704 0.2841</w:t>
        <w:br/>
        <w:t>vn -0.5459 0.7696 0.3314</w:t>
        <w:br/>
        <w:t>vn -0.5458 0.7696 0.3314</w:t>
        <w:br/>
        <w:t>vn 0.1561 -0.8650 0.4769</w:t>
        <w:br/>
        <w:t>vn 0.1561 -0.8650 0.4768</w:t>
        <w:br/>
        <w:t>vn -0.0599 -0.8506 0.5223</w:t>
        <w:br/>
        <w:t>vn 0.3543 -0.8253 0.4397</w:t>
        <w:br/>
        <w:t>vn 0.0759 0.9711 0.2264</w:t>
        <w:br/>
        <w:t>vn 0.4293 0.8999 0.0766</w:t>
        <w:br/>
        <w:t>vn 0.4011 0.9073 0.1264</w:t>
        <w:br/>
        <w:t>vn 0.2912 -0.8520 0.4351</w:t>
        <w:br/>
        <w:t>vn 0.2176 -0.8324 0.5097</w:t>
        <w:br/>
        <w:t>vn 0.4267 -0.8821 0.1997</w:t>
        <w:br/>
        <w:t>vn 0.0697 0.9263 0.3702</w:t>
        <w:br/>
        <w:t>vn 0.3335 0.9253 0.1804</w:t>
        <w:br/>
        <w:t>vn 0.0780 -0.8849 0.4592</w:t>
        <w:br/>
        <w:t>vn 0.2894 -0.8898 0.3530</w:t>
        <w:br/>
        <w:t>vn 0.2384 0.9514 0.1948</w:t>
        <w:br/>
        <w:t>vn 0.2385 0.9514 0.1948</w:t>
        <w:br/>
        <w:t>vn -0.0774 0.8227 0.5631</w:t>
        <w:br/>
        <w:t>vn 0.3208 -0.8493 0.4193</w:t>
        <w:br/>
        <w:t>vn 0.3949 -0.8566 0.3321</w:t>
        <w:br/>
        <w:t>vn 0.3949 -0.8566 0.3320</w:t>
        <w:br/>
        <w:t>vn -0.3192 0.6493 0.6903</w:t>
        <w:br/>
        <w:t>vn 0.0605 0.8765 0.4775</w:t>
        <w:br/>
        <w:t>vn 0.4795 -0.8767 0.0381</w:t>
        <w:br/>
        <w:t>vn 0.4796 -0.8767 0.0381</w:t>
        <w:br/>
        <w:t>vn -0.3085 0.7710 0.5571</w:t>
        <w:br/>
        <w:t>vn -0.0384 0.8717 0.4886</w:t>
        <w:br/>
        <w:t>vn -0.0384 0.8716 0.4886</w:t>
        <w:br/>
        <w:t>vn -0.0239 0.9320 0.3618</w:t>
        <w:br/>
        <w:t>vn -0.0239 0.9319 0.3618</w:t>
        <w:br/>
        <w:t>vn -0.0571 0.9401 0.3361</w:t>
        <w:br/>
        <w:t>vn 0.9287 -0.2606 0.2640</w:t>
        <w:br/>
        <w:t>vn 0.8893 -0.1138 0.4429</w:t>
        <w:br/>
        <w:t>vn 0.7886 -0.6133 -0.0444</w:t>
        <w:br/>
        <w:t>vn 0.8030 -0.5837 -0.1198</w:t>
        <w:br/>
        <w:t>vn 0.0817 0.9204 0.3824</w:t>
        <w:br/>
        <w:t>vn 0.0416 0.9176 0.3953</w:t>
        <w:br/>
        <w:t>vn 0.0416 0.9176 0.3952</w:t>
        <w:br/>
        <w:t>vn 0.0818 0.9204 0.3823</w:t>
        <w:br/>
        <w:t>vn 0.6473 -0.7598 -0.0612</w:t>
        <w:br/>
        <w:t>vn 0.6480 -0.7586 -0.0684</w:t>
        <w:br/>
        <w:t>vn 0.5446 -0.8358 0.0701</w:t>
        <w:br/>
        <w:t>vn 0.5701 -0.8197 0.0561</w:t>
        <w:br/>
        <w:t>vn 0.7833 -0.5939 -0.1838</w:t>
        <w:br/>
        <w:t>vn 0.7627 -0.6222 -0.1764</w:t>
        <w:br/>
        <w:t>vn 0.7656 -0.6283 -0.1381</w:t>
        <w:br/>
        <w:t>vn 0.7707 -0.6243 -0.1273</w:t>
        <w:br/>
        <w:t>vn -0.1128 0.9023 0.4161</w:t>
        <w:br/>
        <w:t>vn -0.1267 0.9444 0.3034</w:t>
        <w:br/>
        <w:t>vn -0.1364 0.9597 0.2458</w:t>
        <w:br/>
        <w:t>vn 0.8081 -0.5242 -0.2688</w:t>
        <w:br/>
        <w:t>vn -0.1744 0.9264 0.3338</w:t>
        <w:br/>
        <w:t>vn 0.8277 -0.3534 -0.4359</w:t>
        <w:br/>
        <w:t>vn -0.1737 0.8293 0.5310</w:t>
        <w:br/>
        <w:t>vn 0.2637 0.8657 0.4254</w:t>
        <w:br/>
        <w:t>vn -0.0336 0.8484 0.5284</w:t>
        <w:br/>
        <w:t>vn 0.5683 -0.2687 -0.7777</w:t>
        <w:br/>
        <w:t>vn -0.0429 0.9954 0.0862</w:t>
        <w:br/>
        <w:t>vn 0.0347 0.9525 0.3026</w:t>
        <w:br/>
        <w:t>vn -0.0429 0.9954 0.0861</w:t>
        <w:br/>
        <w:t>vn 0.6604 -0.6438 -0.3864</w:t>
        <w:br/>
        <w:t>vn 0.6097 -0.6014 -0.5163</w:t>
        <w:br/>
        <w:t>vn -0.3712 0.9272 -0.0504</w:t>
        <w:br/>
        <w:t>vn 0.3252 -0.0787 -0.9424</w:t>
        <w:br/>
        <w:t>vn 0.4623 -0.5269 -0.7132</w:t>
        <w:br/>
        <w:t>vn 0.0406 0.9966 -0.0712</w:t>
        <w:br/>
        <w:t>vn -0.0883 0.9734 0.2115</w:t>
        <w:br/>
        <w:t>vn -0.2492 0.9684 0.0130</w:t>
        <w:br/>
        <w:t>vn -0.1001 -0.2555 -0.9616</w:t>
        <w:br/>
        <w:t>vn 0.0692 -0.5134 -0.8554</w:t>
        <w:br/>
        <w:t>vn -0.4366 -0.7548 -0.4896</w:t>
        <w:br/>
        <w:t>vn -0.4366 -0.7548 -0.4895</w:t>
        <w:br/>
        <w:t>vn -0.6510 0.7448 0.1467</w:t>
        <w:br/>
        <w:t>vn -0.6510 0.7448 0.1466</w:t>
        <w:br/>
        <w:t>vn -0.7145 0.6403 0.2821</w:t>
        <w:br/>
        <w:t>vn -0.7145 0.6403 0.2820</w:t>
        <w:br/>
        <w:t>vn -0.0013 -0.7477 -0.6640</w:t>
        <w:br/>
        <w:t>vn 0.1590 -0.6296 -0.7605</w:t>
        <w:br/>
        <w:t>vn 0.1589 -0.6296 -0.7605</w:t>
        <w:br/>
        <w:t>vn -0.0014 -0.7477 -0.6640</w:t>
        <w:br/>
        <w:t>vn 0.6074 -0.7917 0.0657</w:t>
        <w:br/>
        <w:t>vn 0.6075 -0.7916 0.0657</w:t>
        <w:br/>
        <w:t>vn 0.6460 -0.7579 0.0905</w:t>
        <w:br/>
        <w:t>vn 0.6460 -0.7579 0.0904</w:t>
        <w:br/>
        <w:t>vn 0.0552 0.9468 0.3170</w:t>
        <w:br/>
        <w:t>vn 0.0860 0.9349 0.3443</w:t>
        <w:br/>
        <w:t>vn 0.0860 0.9349 0.3444</w:t>
        <w:br/>
        <w:t>vn 0.0120 0.9475 0.3196</w:t>
        <w:br/>
        <w:t>vn 0.6502 -0.7270 -0.2209</w:t>
        <w:br/>
        <w:t>vn 0.6304 -0.7467 -0.2122</w:t>
        <w:br/>
        <w:t>vn 0.6305 -0.7467 -0.2122</w:t>
        <w:br/>
        <w:t>vn 0.6502 -0.7269 -0.2209</w:t>
        <w:br/>
        <w:t>vn 0.6851 -0.6741 -0.2762</w:t>
        <w:br/>
        <w:t>vn 0.6851 -0.6740 -0.2762</w:t>
        <w:br/>
        <w:t>vn 0.6858 -0.7265 0.0423</w:t>
        <w:br/>
        <w:t>vn 0.0369 0.9936 0.1069</w:t>
        <w:br/>
        <w:t>vn 0.0810 0.9954 -0.0506</w:t>
        <w:br/>
        <w:t>vn 0.1196 0.9855 -0.1199</w:t>
        <w:br/>
        <w:t>vn 0.6841 -0.7086 -0.1728</w:t>
        <w:br/>
        <w:t>vn 0.0603 0.9738 0.2191</w:t>
        <w:br/>
        <w:t>vn 0.1225 0.9713 0.2039</w:t>
        <w:br/>
        <w:t>vn 0.5989 -0.6781 -0.4261</w:t>
        <w:br/>
        <w:t>vn 0.5988 -0.6781 -0.4262</w:t>
        <w:br/>
        <w:t>vn -0.0061 1.0000 0.0023</w:t>
        <w:br/>
        <w:t>vn -0.0061 1.0000 0.0024</w:t>
        <w:br/>
        <w:t>vn 0.4224 -0.6810 -0.5982</w:t>
        <w:br/>
        <w:t>vn 0.4223 -0.6811 -0.5981</w:t>
        <w:br/>
        <w:t>vn 0.2764 -0.6747 -0.6843</w:t>
        <w:br/>
        <w:t>vn 0.2764 -0.6748 -0.6843</w:t>
        <w:br/>
        <w:t>vn 0.0925 -0.8025 -0.5894</w:t>
        <w:br/>
        <w:t>vn -0.3816 0.9104 -0.1599</w:t>
        <w:br/>
        <w:t>vn -0.3816 0.9104 -0.1598</w:t>
        <w:br/>
        <w:t>vn -0.6847 0.7229 0.0926</w:t>
        <w:br/>
        <w:t>vn -0.6848 0.7229 0.0926</w:t>
        <w:br/>
        <w:t>vn -0.7395 0.5860 0.3312</w:t>
        <w:br/>
        <w:t>vn -0.0759 -0.8987 -0.4320</w:t>
        <w:br/>
        <w:t>vn -0.3467 -0.3752 0.8597</w:t>
        <w:br/>
        <w:t>vn -0.3466 -0.3753 0.8597</w:t>
        <w:br/>
        <w:t>vn -0.3465 -0.3753 0.8597</w:t>
        <w:br/>
        <w:t>vn -0.7832 -0.3575 0.5087</w:t>
        <w:br/>
        <w:t>vn -0.7833 -0.3574 0.5087</w:t>
        <w:br/>
        <w:t>vn -0.7831 -0.3575 0.5088</w:t>
        <w:br/>
        <w:t>vn -0.7148 -0.6581 -0.2365</w:t>
        <w:br/>
        <w:t>vn 0.3287 0.2935 0.8977</w:t>
        <w:br/>
        <w:t>vn 0.3664 0.2499 0.8963</w:t>
        <w:br/>
        <w:t>vn 0.3088 0.3529 0.8832</w:t>
        <w:br/>
        <w:t>vn 0.2992 0.4015 0.8656</w:t>
        <w:br/>
        <w:t>vn 0.2993 0.4015 0.8656</w:t>
        <w:br/>
        <w:t>vn 0.3564 0.8800 0.3139</w:t>
        <w:br/>
        <w:t>vn 0.2141 0.4940 0.8427</w:t>
        <w:br/>
        <w:t>vn -0.0000 0.5405 0.8413</w:t>
        <w:br/>
        <w:t>vn -0.0000 0.5406 0.8413</w:t>
        <w:br/>
        <w:t>vn 0.3928 0.2530 0.8841</w:t>
        <w:br/>
        <w:t>vn 0.3198 0.2604 0.9110</w:t>
        <w:br/>
        <w:t>vn 0.3059 0.2742 0.9117</w:t>
        <w:br/>
        <w:t>vn 0.1866 0.1963 0.9626</w:t>
        <w:br/>
        <w:t>vn -0.0000 0.1911 0.9816</w:t>
        <w:br/>
        <w:t>vn 0.4568 0.1769 0.8718</w:t>
        <w:br/>
        <w:t>vn 0.4387 0.1974 0.8767</w:t>
        <w:br/>
        <w:t>vn 0.5640 0.1293 0.8156</w:t>
        <w:br/>
        <w:t>vn 0.4749 0.1587 0.8656</w:t>
        <w:br/>
        <w:t>vn 0.5598 0.0810 0.8247</w:t>
        <w:br/>
        <w:t>vn 0.5598 0.0810 0.8246</w:t>
        <w:br/>
        <w:t>vn 0.6565 0.0931 0.7486</w:t>
        <w:br/>
        <w:t>vn 0.6565 0.0931 0.7485</w:t>
        <w:br/>
        <w:t>vn 0.7499 0.1657 0.6405</w:t>
        <w:br/>
        <w:t>vn 0.7388 0.1537 0.6562</w:t>
        <w:br/>
        <w:t>vn 0.6867 0.0986 0.7202</w:t>
        <w:br/>
        <w:t>vn 0.7825 0.1231 0.6103</w:t>
        <w:br/>
        <w:t>vn 0.7947 0.1272 0.5935</w:t>
        <w:br/>
        <w:t>vn 0.7884 0.1758 0.5896</w:t>
        <w:br/>
        <w:t>vn 0.7673 0.1975 0.6101</w:t>
        <w:br/>
        <w:t>vn 0.7673 0.1974 0.6101</w:t>
        <w:br/>
        <w:t>vn 0.8766 0.3868 0.2861</w:t>
        <w:br/>
        <w:t>vn 0.8726 0.2667 0.4093</w:t>
        <w:br/>
        <w:t>vn 0.8497 0.4939 0.1849</w:t>
        <w:br/>
        <w:t>vn 0.8497 0.4939 0.1848</w:t>
        <w:br/>
        <w:t>vn 0.8111 0.5792 0.0818</w:t>
        <w:br/>
        <w:t>vn 0.7785 0.6248 0.0605</w:t>
        <w:br/>
        <w:t>vn 0.5781 0.7667 -0.2791</w:t>
        <w:br/>
        <w:t>vn 0.2638 0.8657 0.4254</w:t>
        <w:br/>
        <w:t>vn 0.9057 0.4103 -0.1069</w:t>
        <w:br/>
        <w:t>vn 0.7137 0.4485 -0.5380</w:t>
        <w:br/>
        <w:t>vn 0.7137 0.4485 -0.5381</w:t>
        <w:br/>
        <w:t>vn 0.3253 -0.0787 -0.9423</w:t>
        <w:br/>
        <w:t>vn 0.0832 0.4191 -0.9041</w:t>
        <w:br/>
        <w:t>vn 0.2780 0.7522 -0.5974</w:t>
        <w:br/>
        <w:t>vn 0.2785 0.7520 -0.5975</w:t>
        <w:br/>
        <w:t>vn 0.0405 0.9966 -0.0712</w:t>
        <w:br/>
        <w:t>vn -0.5579 0.1761 -0.8110</w:t>
        <w:br/>
        <w:t>vn 0.7766 0.1676 0.6073</w:t>
        <w:br/>
        <w:t>vn 0.7706 0.1901 0.6083</w:t>
        <w:br/>
        <w:t>vn 0.9535 0.2050 0.2209</w:t>
        <w:br/>
        <w:t>vn 0.8910 0.1505 0.4282</w:t>
        <w:br/>
        <w:t>vn 0.8911 0.1505 0.4282</w:t>
        <w:br/>
        <w:t>vn 0.9463 0.2255 0.2317</w:t>
        <w:br/>
        <w:t>vn 0.9213 0.3820 0.0722</w:t>
        <w:br/>
        <w:t>vn 0.9214 0.3820 0.0722</w:t>
        <w:br/>
        <w:t>vn 0.9536 0.2554 0.1592</w:t>
        <w:br/>
        <w:t>vn 0.9452 0.2862 0.1573</w:t>
        <w:br/>
        <w:t>vn 0.9369 0.2780 0.2118</w:t>
        <w:br/>
        <w:t>vn 0.9352 0.3094 0.1723</w:t>
        <w:br/>
        <w:t>vn 0.9351 0.3096 0.1722</w:t>
        <w:br/>
        <w:t>vn 0.9431 0.3308 -0.0338</w:t>
        <w:br/>
        <w:t>vn 0.8771 0.3574 -0.3209</w:t>
        <w:br/>
        <w:t>vn -0.0910 0.1789 -0.9797</w:t>
        <w:br/>
        <w:t>vn 0.5569 0.3555 -0.7507</w:t>
        <w:br/>
        <w:t>vn 0.5570 0.3549 -0.7509</w:t>
        <w:br/>
        <w:t>vn 0.9572 0.2325 0.1722</w:t>
        <w:br/>
        <w:t>vn -0.7447 -0.1453 -0.6515</w:t>
        <w:br/>
        <w:t>vn -0.7447 -0.1453 -0.6514</w:t>
        <w:br/>
        <w:t>vn -0.9235 -0.3086 -0.2279</w:t>
        <w:br/>
        <w:t>vn -0.9234 -0.3088 -0.2278</w:t>
        <w:br/>
        <w:t>vn -0.7714 0.0061 -0.6363</w:t>
        <w:br/>
        <w:t>vn 0.8311 0.1653 0.5309</w:t>
        <w:br/>
        <w:t>vn 0.8412 0.1713 0.5128</w:t>
        <w:br/>
        <w:t>vn 0.8337 0.1379 0.5348</w:t>
        <w:br/>
        <w:t>vn -0.3889 0.3102 -0.8675</w:t>
        <w:br/>
        <w:t>vn -0.1002 -0.2555 -0.9616</w:t>
        <w:br/>
        <w:t>vn -0.3891 0.3101 -0.8674</w:t>
        <w:br/>
        <w:t>vn -0.3892 0.3101 -0.8674</w:t>
        <w:br/>
        <w:t>vn 0.7699 0.1906 0.6090</w:t>
        <w:br/>
        <w:t>vn -0.1485 0.9829 -0.1089</w:t>
        <w:br/>
        <w:t>vn -0.0292 -0.6459 0.7628</w:t>
        <w:br/>
        <w:t>vn -0.2228 -0.8236 0.5216</w:t>
        <w:br/>
        <w:t>vn 0.0000 -0.8370 0.5472</w:t>
        <w:br/>
        <w:t>vn 0.1488 0.9682 0.2009</w:t>
        <w:br/>
        <w:t>vn -0.3286 0.9444 -0.0076</w:t>
        <w:br/>
        <w:t>vn -0.2735 0.9591 0.0729</w:t>
        <w:br/>
        <w:t>vn -0.3564 0.8800 0.3139</w:t>
        <w:br/>
        <w:t>vn -0.1203 0.9842 0.1301</w:t>
        <w:br/>
        <w:t>vn 0.2555 -0.7168 0.6488</w:t>
        <w:br/>
        <w:t>vn 0.1247 -0.7152 0.6877</w:t>
        <w:br/>
        <w:t>vn 0.1248 -0.7152 0.6877</w:t>
        <w:br/>
        <w:t>vn 0.2556 -0.7168 0.6488</w:t>
        <w:br/>
        <w:t>vn 0.4021 0.8704 0.2842</w:t>
        <w:br/>
        <w:t>vn 0.5457 0.7696 0.3314</w:t>
        <w:br/>
        <w:t>vn 0.5458 0.7696 0.3313</w:t>
        <w:br/>
        <w:t>vn 0.0599 -0.8507 0.5223</w:t>
        <w:br/>
        <w:t>vn -0.1561 -0.8650 0.4770</w:t>
        <w:br/>
        <w:t>vn -0.1561 -0.8650 0.4769</w:t>
        <w:br/>
        <w:t>vn -0.3543 -0.8253 0.4397</w:t>
        <w:br/>
        <w:t>vn -0.3544 -0.8253 0.4396</w:t>
        <w:br/>
        <w:t>vn -0.0758 0.9711 0.2265</w:t>
        <w:br/>
        <w:t>vn -0.4292 0.8999 0.0767</w:t>
        <w:br/>
        <w:t>vn -0.4011 0.9073 0.1264</w:t>
        <w:br/>
        <w:t>vn -0.4010 0.9073 0.1265</w:t>
        <w:br/>
        <w:t>vn -0.4293 0.8999 0.0767</w:t>
        <w:br/>
        <w:t>vn -0.2913 -0.8520 0.4351</w:t>
        <w:br/>
        <w:t>vn -0.2913 -0.8519 0.4351</w:t>
        <w:br/>
        <w:t>vn -0.2178 -0.8324 0.5096</w:t>
        <w:br/>
        <w:t>vn -0.4266 -0.8821 0.1998</w:t>
        <w:br/>
        <w:t>vn -0.4267 -0.8821 0.1998</w:t>
        <w:br/>
        <w:t>vn -0.0698 0.9264 0.3701</w:t>
        <w:br/>
        <w:t>vn -0.3335 0.9253 0.1804</w:t>
        <w:br/>
        <w:t>vn -0.0781 -0.8850 0.4591</w:t>
        <w:br/>
        <w:t>vn -0.2892 -0.8898 0.3531</w:t>
        <w:br/>
        <w:t>vn -0.2384 0.9514 0.1947</w:t>
        <w:br/>
        <w:t>vn -0.2385 0.9514 0.1947</w:t>
        <w:br/>
        <w:t>vn 0.0774 0.8227 0.5631</w:t>
        <w:br/>
        <w:t>vn 0.0774 0.8227 0.5632</w:t>
        <w:br/>
        <w:t>vn -0.3208 -0.8493 0.4193</w:t>
        <w:br/>
        <w:t>vn -0.3949 -0.8566 0.3321</w:t>
        <w:br/>
        <w:t>vn 0.3193 0.6493 0.6903</w:t>
        <w:br/>
        <w:t>vn 0.3192 0.6493 0.6903</w:t>
        <w:br/>
        <w:t>vn -0.0604 0.8765 0.4775</w:t>
        <w:br/>
        <w:t>vn -0.0604 0.8766 0.4775</w:t>
        <w:br/>
        <w:t>vn -0.4795 -0.8767 0.0381</w:t>
        <w:br/>
        <w:t>vn 0.3086 0.7710 0.5571</w:t>
        <w:br/>
        <w:t>vn 0.0383 0.8716 0.4886</w:t>
        <w:br/>
        <w:t>vn 0.0383 0.8716 0.4887</w:t>
        <w:br/>
        <w:t>vn 0.0571 0.9401 0.3362</w:t>
        <w:br/>
        <w:t>vn 0.0239 0.9319 0.3618</w:t>
        <w:br/>
        <w:t>vn 0.0238 0.9319 0.3619</w:t>
        <w:br/>
        <w:t>vn 0.0570 0.9401 0.3362</w:t>
        <w:br/>
        <w:t>vn -0.9287 -0.2605 0.2640</w:t>
        <w:br/>
        <w:t>vn -0.8030 -0.5838 -0.1198</w:t>
        <w:br/>
        <w:t>vn -0.7886 -0.6133 -0.0444</w:t>
        <w:br/>
        <w:t>vn -0.8894 -0.1137 0.4428</w:t>
        <w:br/>
        <w:t>vn -0.0817 0.9204 0.3824</w:t>
        <w:br/>
        <w:t>vn -0.0818 0.9204 0.3823</w:t>
        <w:br/>
        <w:t>vn -0.0416 0.9176 0.3952</w:t>
        <w:br/>
        <w:t>vn -0.6481 -0.7585 -0.0683</w:t>
        <w:br/>
        <w:t>vn -0.6473 -0.7598 -0.0612</w:t>
        <w:br/>
        <w:t>vn -0.5446 -0.8357 0.0700</w:t>
        <w:br/>
        <w:t>vn -0.5447 -0.8357 0.0700</w:t>
        <w:br/>
        <w:t>vn -0.5701 -0.8197 0.0561</w:t>
        <w:br/>
        <w:t>vn -0.7627 -0.6222 -0.1764</w:t>
        <w:br/>
        <w:t>vn -0.7833 -0.5939 -0.1838</w:t>
        <w:br/>
        <w:t>vn -0.7656 -0.6283 -0.1381</w:t>
        <w:br/>
        <w:t>vn -0.7707 -0.6243 -0.1273</w:t>
        <w:br/>
        <w:t>vn 0.1129 0.9023 0.4161</w:t>
        <w:br/>
        <w:t>vn 0.1268 0.9444 0.3034</w:t>
        <w:br/>
        <w:t>vn 0.1364 0.9597 0.2458</w:t>
        <w:br/>
        <w:t>vn -0.8081 -0.5242 -0.2688</w:t>
        <w:br/>
        <w:t>vn -0.8080 -0.5242 -0.2688</w:t>
        <w:br/>
        <w:t>vn 0.1744 0.9264 0.3338</w:t>
        <w:br/>
        <w:t>vn -0.8278 -0.3534 -0.4358</w:t>
        <w:br/>
        <w:t>vn -0.8278 -0.3533 -0.4359</w:t>
        <w:br/>
        <w:t>vn 0.1737 0.8293 0.5311</w:t>
        <w:br/>
        <w:t>vn 0.0337 0.8484 0.5283</w:t>
        <w:br/>
        <w:t>vn -0.2636 0.8657 0.4254</w:t>
        <w:br/>
        <w:t>vn -0.5683 -0.2688 -0.7777</w:t>
        <w:br/>
        <w:t>vn 0.0430 0.9953 0.0862</w:t>
        <w:br/>
        <w:t>vn 0.0430 0.9954 0.0862</w:t>
        <w:br/>
        <w:t>vn -0.0348 0.9525 0.3026</w:t>
        <w:br/>
        <w:t>vn -0.6604 -0.6438 -0.3864</w:t>
        <w:br/>
        <w:t>vn -0.6096 -0.6014 -0.5163</w:t>
        <w:br/>
        <w:t>vn -0.6096 -0.6015 -0.5163</w:t>
        <w:br/>
        <w:t>vn 0.3712 0.9272 -0.0503</w:t>
        <w:br/>
        <w:t>vn -0.3253 -0.0787 -0.9423</w:t>
        <w:br/>
        <w:t>vn -0.4625 -0.5269 -0.7131</w:t>
        <w:br/>
        <w:t>vn 0.0883 0.9734 0.2116</w:t>
        <w:br/>
        <w:t>vn -0.0406 0.9966 -0.0711</w:t>
        <w:br/>
        <w:t>vn 0.2492 0.9684 0.0129</w:t>
        <w:br/>
        <w:t>vn 0.4366 -0.7548 -0.4895</w:t>
        <w:br/>
        <w:t>vn -0.0691 -0.5134 -0.8554</w:t>
        <w:br/>
        <w:t>vn 0.1002 -0.2555 -0.9616</w:t>
        <w:br/>
        <w:t>vn 0.6510 0.7448 0.1466</w:t>
        <w:br/>
        <w:t>vn 0.6510 0.7448 0.1467</w:t>
        <w:br/>
        <w:t>vn 0.7145 0.6402 0.2821</w:t>
        <w:br/>
        <w:t>vn 0.0013 -0.7478 -0.6639</w:t>
        <w:br/>
        <w:t>vn -0.1589 -0.6296 -0.7605</w:t>
        <w:br/>
        <w:t>vn -0.1590 -0.6296 -0.7605</w:t>
        <w:br/>
        <w:t>vn -0.6460 -0.7580 0.0905</w:t>
        <w:br/>
        <w:t>vn -0.6074 -0.7917 0.0656</w:t>
        <w:br/>
        <w:t>vn -0.6075 -0.7916 0.0657</w:t>
        <w:br/>
        <w:t>vn -0.0552 0.9468 0.3170</w:t>
        <w:br/>
        <w:t>vn -0.0860 0.9349 0.3443</w:t>
        <w:br/>
        <w:t>vn -0.0121 0.9475 0.3196</w:t>
        <w:br/>
        <w:t>vn -0.6502 -0.7270 -0.2209</w:t>
        <w:br/>
        <w:t>vn -0.6502 -0.7269 -0.2209</w:t>
        <w:br/>
        <w:t>vn -0.6304 -0.7467 -0.2122</w:t>
        <w:br/>
        <w:t>vn -0.6304 -0.7467 -0.2123</w:t>
        <w:br/>
        <w:t>vn -0.6851 -0.6741 -0.2762</w:t>
        <w:br/>
        <w:t>vn -0.6851 -0.6740 -0.2762</w:t>
        <w:br/>
        <w:t>vn -0.6859 -0.7264 0.0423</w:t>
        <w:br/>
        <w:t>vn -0.6859 -0.7265 0.0423</w:t>
        <w:br/>
        <w:t>vn -0.0810 0.9954 -0.0506</w:t>
        <w:br/>
        <w:t>vn -0.0369 0.9936 0.1069</w:t>
        <w:br/>
        <w:t>vn -0.1196 0.9855 -0.1200</w:t>
        <w:br/>
        <w:t>vn -0.6841 -0.7086 -0.1728</w:t>
        <w:br/>
        <w:t>vn -0.0603 0.9738 0.2191</w:t>
        <w:br/>
        <w:t>vn -0.1225 0.9713 0.2039</w:t>
        <w:br/>
        <w:t>vn -0.5989 -0.6781 -0.4261</w:t>
        <w:br/>
        <w:t>vn -0.5988 -0.6781 -0.4261</w:t>
        <w:br/>
        <w:t>vn 0.0060 1.0000 0.0023</w:t>
        <w:br/>
        <w:t>vn -0.4223 -0.6811 -0.5981</w:t>
        <w:br/>
        <w:t>vn -0.2764 -0.6747 -0.6844</w:t>
        <w:br/>
        <w:t>vn -0.2763 -0.6747 -0.6844</w:t>
        <w:br/>
        <w:t>vn -0.0924 -0.8025 -0.5894</w:t>
        <w:br/>
        <w:t>vn 0.3815 0.9104 -0.1598</w:t>
        <w:br/>
        <w:t>vn 0.3815 0.9104 -0.1599</w:t>
        <w:br/>
        <w:t>vn 0.6848 0.7228 0.0925</w:t>
        <w:br/>
        <w:t>vn 0.6848 0.7229 0.0925</w:t>
        <w:br/>
        <w:t>vn 0.7395 0.5860 0.3312</w:t>
        <w:br/>
        <w:t>vn 0.0758 -0.8987 -0.4320</w:t>
        <w:br/>
        <w:t>vn 0.3466 -0.3753 0.8597</w:t>
        <w:br/>
        <w:t>vn 0.7833 -0.3574 0.5087</w:t>
        <w:br/>
        <w:t>vn 0.7833 -0.3575 0.5086</w:t>
        <w:br/>
        <w:t>vn 0.7832 -0.3575 0.5087</w:t>
        <w:br/>
        <w:t>vn 0.7831 -0.3575 0.5088</w:t>
        <w:br/>
        <w:t>vn 0.7148 -0.6581 -0.2365</w:t>
        <w:br/>
        <w:t>vn 0.7148 -0.6581 -0.2364</w:t>
        <w:br/>
        <w:t>vn -0.3088 0.3529 0.8832</w:t>
        <w:br/>
        <w:t>vn -0.3664 0.2499 0.8963</w:t>
        <w:br/>
        <w:t>vn -0.3287 0.2935 0.8977</w:t>
        <w:br/>
        <w:t>vn -0.2993 0.4015 0.8656</w:t>
        <w:br/>
        <w:t>vn -0.2142 0.4941 0.8426</w:t>
        <w:br/>
        <w:t>vn -0.2142 0.4940 0.8426</w:t>
        <w:br/>
        <w:t>vn -0.3928 0.2530 0.8842</w:t>
        <w:br/>
        <w:t>vn -0.3198 0.2604 0.9110</w:t>
        <w:br/>
        <w:t>vn -0.3059 0.2742 0.9117</w:t>
        <w:br/>
        <w:t>vn -0.1866 0.1963 0.9626</w:t>
        <w:br/>
        <w:t>vn -0.1866 0.1962 0.9626</w:t>
        <w:br/>
        <w:t>vn -0.5641 0.1293 0.8155</w:t>
        <w:br/>
        <w:t>vn -0.4387 0.1974 0.8767</w:t>
        <w:br/>
        <w:t>vn -0.4568 0.1769 0.8718</w:t>
        <w:br/>
        <w:t>vn -0.4749 0.1587 0.8656</w:t>
        <w:br/>
        <w:t>vn -0.5598 0.0810 0.8246</w:t>
        <w:br/>
        <w:t>vn -0.6564 0.0931 0.7486</w:t>
        <w:br/>
        <w:t>vn -0.7499 0.1657 0.6405</w:t>
        <w:br/>
        <w:t>vn -0.7388 0.1537 0.6561</w:t>
        <w:br/>
        <w:t>vn -0.6867 0.0986 0.7202</w:t>
        <w:br/>
        <w:t>vn -0.7825 0.1231 0.6103</w:t>
        <w:br/>
        <w:t>vn -0.7948 0.1272 0.5935</w:t>
        <w:br/>
        <w:t>vn -0.7884 0.1757 0.5896</w:t>
        <w:br/>
        <w:t>vn -0.7673 0.1974 0.6101</w:t>
        <w:br/>
        <w:t>vn -0.7673 0.1975 0.6101</w:t>
        <w:br/>
        <w:t>vn -0.7884 0.1758 0.5896</w:t>
        <w:br/>
        <w:t>vn -0.8766 0.3868 0.2861</w:t>
        <w:br/>
        <w:t>vn -0.8726 0.2667 0.4093</w:t>
        <w:br/>
        <w:t>vn -0.8496 0.4939 0.1849</w:t>
        <w:br/>
        <w:t>vn -0.8497 0.4939 0.1849</w:t>
        <w:br/>
        <w:t>vn -0.8111 0.5792 0.0818</w:t>
        <w:br/>
        <w:t>vn -0.7785 0.6248 0.0605</w:t>
        <w:br/>
        <w:t>vn -0.2637 0.8657 0.4254</w:t>
        <w:br/>
        <w:t>vn -0.5781 0.7667 -0.2791</w:t>
        <w:br/>
        <w:t>vn -0.7137 0.4485 -0.5381</w:t>
        <w:br/>
        <w:t>vn -0.9057 0.4103 -0.1069</w:t>
        <w:br/>
        <w:t>vn -0.9057 0.4103 -0.1068</w:t>
        <w:br/>
        <w:t>vn -0.0833 0.4191 -0.9041</w:t>
        <w:br/>
        <w:t>vn -0.2780 0.7522 -0.5974</w:t>
        <w:br/>
        <w:t>vn -0.0405 0.9966 -0.0712</w:t>
        <w:br/>
        <w:t>vn -0.2785 0.7520 -0.5975</w:t>
        <w:br/>
        <w:t>vn 0.5579 0.1761 -0.8110</w:t>
        <w:br/>
        <w:t>vn -0.7766 0.1676 0.6073</w:t>
        <w:br/>
        <w:t>vn -0.7706 0.1901 0.6083</w:t>
        <w:br/>
        <w:t>vn -0.9535 0.2052 0.2210</w:t>
        <w:br/>
        <w:t>vn -0.9463 0.2255 0.2317</w:t>
        <w:br/>
        <w:t>vn -0.8910 0.1505 0.4282</w:t>
        <w:br/>
        <w:t>vn -0.9536 0.2554 0.1592</w:t>
        <w:br/>
        <w:t>vn -0.9213 0.3820 0.0721</w:t>
        <w:br/>
        <w:t>vn -0.9213 0.3820 0.0722</w:t>
        <w:br/>
        <w:t>vn -0.9452 0.2862 0.1573</w:t>
        <w:br/>
        <w:t>vn -0.9352 0.3094 0.1723</w:t>
        <w:br/>
        <w:t>vn -0.9369 0.2780 0.2118</w:t>
        <w:br/>
        <w:t>vn -0.9369 0.2781 0.2118</w:t>
        <w:br/>
        <w:t>vn -0.9431 0.3308 -0.0338</w:t>
        <w:br/>
        <w:t>vn -0.9431 0.3308 -0.0339</w:t>
        <w:br/>
        <w:t>vn -0.8771 0.3574 -0.3209</w:t>
        <w:br/>
        <w:t>vn 0.0910 0.1789 -0.9797</w:t>
        <w:br/>
        <w:t>vn -0.5570 0.3549 -0.7508</w:t>
        <w:br/>
        <w:t>vn -0.5570 0.3549 -0.7509</w:t>
        <w:br/>
        <w:t>vn -0.9572 0.2325 0.1722</w:t>
        <w:br/>
        <w:t>vn 0.7447 -0.1452 -0.6515</w:t>
        <w:br/>
        <w:t>vn 0.7446 -0.1452 -0.6515</w:t>
        <w:br/>
        <w:t>vn 0.9235 -0.3088 -0.2278</w:t>
        <w:br/>
        <w:t>vn 0.9235 -0.3085 -0.2279</w:t>
        <w:br/>
        <w:t>vn 0.7714 0.0061 -0.6363</w:t>
        <w:br/>
        <w:t>vn 0.7713 0.0061 -0.6364</w:t>
        <w:br/>
        <w:t>vn -0.8412 0.1713 0.5128</w:t>
        <w:br/>
        <w:t>vn -0.8311 0.1653 0.5309</w:t>
        <w:br/>
        <w:t>vn -0.8337 0.1379 0.5347</w:t>
        <w:br/>
        <w:t>vn 0.3889 0.3102 -0.8675</w:t>
        <w:br/>
        <w:t>vn 0.3892 0.3102 -0.8674</w:t>
        <w:br/>
        <w:t>vn 0.3895 0.3101 -0.8672</w:t>
        <w:br/>
        <w:t>vn -0.7700 0.1905 0.6090</w:t>
        <w:br/>
        <w:t>vn 0.8368 -0.5012 0.2205</w:t>
        <w:br/>
        <w:t>vn 0.8368 -0.5012 0.2204</w:t>
        <w:br/>
        <w:t>vn 0.8368 -0.5012 0.2206</w:t>
        <w:br/>
        <w:t>vn 0.8726 0.4525 -0.1836</w:t>
        <w:br/>
        <w:t>vn 0.7427 0.2750 -0.6105</w:t>
        <w:br/>
        <w:t>vn 0.7428 0.2750 -0.6105</w:t>
        <w:br/>
        <w:t>vn -0.8290 0.5552 -0.0671</w:t>
        <w:br/>
        <w:t>vn -0.7919 0.3658 -0.4889</w:t>
        <w:br/>
        <w:t>vn 0.4347 -0.5861 -0.6838</w:t>
        <w:br/>
        <w:t>vn 0.4638 -0.2921 -0.8364</w:t>
        <w:br/>
        <w:t>vn -0.6287 -0.2160 -0.7470</w:t>
        <w:br/>
        <w:t>vn -0.8379 -0.5210 -0.1627</w:t>
        <w:br/>
        <w:t>vn 0.4637 -0.2922 -0.8364</w:t>
        <w:br/>
        <w:t>vn -0.8552 -0.4023 0.3267</w:t>
        <w:br/>
        <w:t>vn -0.8552 -0.4022 0.3268</w:t>
        <w:br/>
        <w:t>vn -0.3130 0.4460 -0.8385</w:t>
        <w:br/>
        <w:t>vn -0.3145 0.4418 -0.8402</w:t>
        <w:br/>
        <w:t>vn -0.3217 0.4452 -0.8356</w:t>
        <w:br/>
        <w:t>vn 0.6268 -0.2046 -0.7519</w:t>
        <w:br/>
        <w:t>vn 0.6268 -0.2047 -0.7519</w:t>
        <w:br/>
        <w:t>vn 0.7731 0.2309 -0.5907</w:t>
        <w:br/>
        <w:t>vn 0.7731 0.2310 -0.5907</w:t>
        <w:br/>
        <w:t>vn 0.6826 0.6415 -0.3500</w:t>
        <w:br/>
        <w:t>vn -0.3138 0.4500 -0.8361</w:t>
        <w:br/>
        <w:t>vn -0.3168 0.4527 -0.8335</w:t>
        <w:br/>
        <w:t>vn -0.3210 0.4534 -0.8315</w:t>
        <w:br/>
        <w:t>vn -0.3255 0.4519 -0.8305</w:t>
        <w:br/>
        <w:t>vn -0.3289 0.4487 -0.8310</w:t>
        <w:br/>
        <w:t>vn -0.4950 0.8438 0.2073</w:t>
        <w:br/>
        <w:t>vn -0.8425 0.5099 0.1739</w:t>
        <w:br/>
        <w:t>vn -0.9969 0.0773 0.0168</w:t>
        <w:br/>
        <w:t>vn -0.0476 0.9929 0.1092</w:t>
        <w:br/>
        <w:t>vn -0.0477 0.9929 0.1092</w:t>
        <w:br/>
        <w:t>vn 0.3823 0.9192 -0.0942</w:t>
        <w:br/>
        <w:t>vn 0.3822 0.9193 -0.0941</w:t>
        <w:br/>
        <w:t>vn 0.2798 -0.5474 -0.7887</w:t>
        <w:br/>
        <w:t>vn -0.3180 0.4385 -0.8406</w:t>
        <w:br/>
        <w:t>vn -0.1753 -0.7022 -0.6900</w:t>
        <w:br/>
        <w:t>vn -0.1750 -0.7022 -0.6901</w:t>
        <w:br/>
        <w:t>vn -0.6130 -0.6255 -0.4827</w:t>
        <w:br/>
        <w:t>vn -0.6129 -0.6256 -0.4827</w:t>
        <w:br/>
        <w:t>vn -0.9138 -0.3391 -0.2234</w:t>
        <w:br/>
        <w:t>vn -0.3267 0.4377 -0.8377</w:t>
        <w:br/>
        <w:t>vn -0.3296 0.4405 -0.8351</w:t>
        <w:br/>
        <w:t>vn -0.3224 0.4370 -0.8397</w:t>
        <w:br/>
        <w:t>vn -0.3304 0.4445 -0.8326</w:t>
        <w:br/>
        <w:t>vn -0.0001 -0.3130 -0.9498</w:t>
        <w:br/>
        <w:t>vn -0.0001 -0.8133 -0.5819</w:t>
        <w:br/>
        <w:t>vn -0.4115 -0.8133 -0.4114</w:t>
        <w:br/>
        <w:t>vn 0.0001 -0.8132 -0.5819</w:t>
        <w:br/>
        <w:t>vn 0.5819 -0.8133 0.0001</w:t>
        <w:br/>
        <w:t>vn 0.6716 -0.3131 0.6716</w:t>
        <w:br/>
        <w:t>vn 0.4114 -0.8132 0.4115</w:t>
        <w:br/>
        <w:t>vn 0.0000 -0.8133 0.5819</w:t>
        <w:br/>
        <w:t>vn -0.0000 0.3130 0.9498</w:t>
        <w:br/>
        <w:t>vn -0.6716 0.3130 0.6716</w:t>
        <w:br/>
        <w:t>vn 0.0000 0.8132 -0.5819</w:t>
        <w:br/>
        <w:t>vn -0.4115 0.8132 -0.4115</w:t>
        <w:br/>
        <w:t>vn 0.5819 0.8133 0.0000</w:t>
        <w:br/>
        <w:t>vn 0.4115 0.8133 0.4115</w:t>
        <w:br/>
        <w:t>vn -0.0000 0.8133 0.5819</w:t>
        <w:br/>
        <w:t>vn -0.4115 0.8132 0.4115</w:t>
        <w:br/>
        <w:t>vn -0.5819 0.8132 0.0000</w:t>
        <w:br/>
        <w:t>vn 0.0000 -1.0000 0.0001</w:t>
        <w:br/>
        <w:t>vn 0.4114 -0.8134 -0.4114</w:t>
        <w:br/>
        <w:t>vn -0.0002 -0.8133 -0.5818</w:t>
        <w:br/>
        <w:t>vn -0.6716 -0.3130 -0.6715</w:t>
        <w:br/>
        <w:t>vn -0.5818 -0.8133 0.0000</w:t>
        <w:br/>
        <w:t>vn -0.6716 -0.3131 0.6715</w:t>
        <w:br/>
        <w:t>vn 0.6715 -0.3130 0.6716</w:t>
        <w:br/>
        <w:t>vn 0.0000 0.3130 -0.9498</w:t>
        <w:br/>
        <w:t>vn 0.6716 0.3130 -0.6715</w:t>
        <w:br/>
        <w:t>vn -0.6715 0.3131 -0.6716</w:t>
        <w:br/>
        <w:t>vn -0.9498 0.3130 0.0000</w:t>
        <w:br/>
        <w:t>vn -0.6716 0.3130 0.6715</w:t>
        <w:br/>
        <w:t>vn -0.5818 0.8133 0.0000</w:t>
        <w:br/>
        <w:t>vn -0.4115 0.8133 0.4115</w:t>
        <w:br/>
        <w:t>vn 0.4114 0.8133 0.4115</w:t>
        <w:br/>
        <w:t>vn 0.5818 0.8133 -0.0001</w:t>
        <w:br/>
        <w:t>vn -0.0000 1.0000 -0.0001</w:t>
        <w:br/>
        <w:t>vn 0.0488 0.2080 0.9769</w:t>
        <w:br/>
        <w:t>vn -0.1400 0.2799 0.9498</w:t>
        <w:br/>
        <w:t>vn -0.3438 0.3590 0.8677</w:t>
        <w:br/>
        <w:t>vn -0.8036 0.4952 -0.3302</w:t>
        <w:br/>
        <w:t>vn -0.8455 0.5336 -0.0182</w:t>
        <w:br/>
        <w:t>vn -0.6863 0.4251 -0.5901</w:t>
        <w:br/>
        <w:t>vn -0.6885 0.4912 0.5337</w:t>
        <w:br/>
        <w:t>vn -0.7982 0.5285 0.2891</w:t>
        <w:br/>
        <w:t>vn -0.6885 0.4912 0.5336</w:t>
        <w:br/>
        <w:t>vn -0.8455 0.5337 -0.0182</w:t>
        <w:br/>
        <w:t>vn -0.5365 0.4338 0.7239</w:t>
        <w:br/>
        <w:t>vn -0.1709 0.1778 -0.9691</w:t>
        <w:br/>
        <w:t>vn -0.3529 0.2578 -0.8994</w:t>
        <w:br/>
        <w:t>vn 0.0276 0.0961 -0.9950</w:t>
        <w:br/>
        <w:t>vn -0.5257 0.3405 -0.7796</w:t>
        <w:br/>
        <w:t>vn -0.5256 0.3406 -0.7795</w:t>
        <w:br/>
        <w:t>vn 0.2351 0.0158 -0.9718</w:t>
        <w:br/>
        <w:t>vn 0.2351 0.0157 -0.9718</w:t>
        <w:br/>
        <w:t>vn 0.4454 -0.0577 -0.8935</w:t>
        <w:br/>
        <w:t>vn 0.4454 -0.0577 -0.8934</w:t>
        <w:br/>
        <w:t>vn 0.4204 0.0679 0.9048</w:t>
        <w:br/>
        <w:t>vn 0.2320 0.1384 0.9628</w:t>
        <w:br/>
        <w:t>vn 0.2319 0.1384 0.9628</w:t>
        <w:br/>
        <w:t>vn 0.7805 -0.0559 0.6226</w:t>
        <w:br/>
        <w:t>vn 0.6068 0.0011 0.7949</w:t>
        <w:br/>
        <w:t>vn 0.6067 0.0011 0.7949</w:t>
        <w:br/>
        <w:t>vn 0.9923 -0.1240 0.0005</w:t>
        <w:br/>
        <w:t>vn 0.8895 -0.0857 0.4489</w:t>
        <w:br/>
        <w:t>vn 0.7938 -0.1439 -0.5910</w:t>
        <w:br/>
        <w:t>vn 0.8871 -0.1455 -0.4380</w:t>
        <w:br/>
        <w:t>vn 0.6377 -0.1139 -0.7618</w:t>
        <w:br/>
        <w:t>vn -0.1593 0.8805 -0.4465</w:t>
        <w:br/>
        <w:t>vn 0.0128 0.8338 -0.5519</w:t>
        <w:br/>
        <w:t>vn 0.2055 0.7745 -0.5983</w:t>
        <w:br/>
        <w:t>vn 0.4078 0.7033 -0.5823</w:t>
        <w:br/>
        <w:t>vn 0.6074 0.6246 -0.4909</w:t>
        <w:br/>
        <w:t>vn 0.7553 0.5575 -0.3446</w:t>
        <w:br/>
        <w:t>vn 0.8261 0.5265 -0.2008</w:t>
        <w:br/>
        <w:t>vn -0.2616 -0.9348 -0.2403</w:t>
        <w:br/>
        <w:t>vn -0.3268 -0.9083 -0.2613</w:t>
        <w:br/>
        <w:t>vn -0.3268 -0.9083 -0.2612</w:t>
        <w:br/>
        <w:t>vn -0.3586 -0.9017 -0.2415</w:t>
        <w:br/>
        <w:t>vn -0.3613 -0.9076 -0.2137</w:t>
        <w:br/>
        <w:t>vn -0.3613 -0.9076 -0.2139</w:t>
        <w:br/>
        <w:t>vn -0.3525 -0.9142 -0.1999</w:t>
        <w:br/>
        <w:t>vn -0.3526 -0.9142 -0.1998</w:t>
        <w:br/>
        <w:t>vn -0.3336 -0.9203 -0.2042</w:t>
        <w:br/>
        <w:t>vn -0.3072 -0.9224 -0.2340</w:t>
        <w:br/>
        <w:t>vn 0.8492 0.5218 -0.0816</w:t>
        <w:br/>
        <w:t>vn 0.8491 0.5218 -0.0816</w:t>
        <w:br/>
        <w:t>vn 0.8482 0.5295 0.0091</w:t>
        <w:br/>
        <w:t>vn 0.8482 0.5296 0.0091</w:t>
        <w:br/>
        <w:t>vn 0.8482 0.5295 0.0090</w:t>
        <w:br/>
        <w:t>vn 0.8303 0.5476 0.1035</w:t>
        <w:br/>
        <w:t>vn 0.8304 0.5475 0.1035</w:t>
        <w:br/>
        <w:t>vn 0.7761 0.5863 0.2320</w:t>
        <w:br/>
        <w:t>vn 0.7761 0.5864 0.2320</w:t>
        <w:br/>
        <w:t>vn 0.6801 0.6415 0.3549</w:t>
        <w:br/>
        <w:t>vn 0.6802 0.6414 0.3549</w:t>
        <w:br/>
        <w:t>vn 0.5593 0.7019 0.4410</w:t>
        <w:br/>
        <w:t>vn 0.5595 0.7019 0.4409</w:t>
        <w:br/>
        <w:t>vn -0.2696 -0.9142 0.3026</w:t>
        <w:br/>
        <w:t>vn -0.2696 -0.9142 0.3027</w:t>
        <w:br/>
        <w:t>vn -0.3100 -0.8977 0.3132</w:t>
        <w:br/>
        <w:t>vn -0.2150 -0.9402 0.2643</w:t>
        <w:br/>
        <w:t>vn -0.1628 -0.9717 0.1714</w:t>
        <w:br/>
        <w:t>vn -0.1627 -0.9717 0.1714</w:t>
        <w:br/>
        <w:t>vn -0.1473 -0.9891 0.0069</w:t>
        <w:br/>
        <w:t>vn -0.1473 -0.9891 0.0068</w:t>
        <w:br/>
        <w:t>vn -0.1882 -0.9698 -0.1548</w:t>
        <w:br/>
        <w:t>vn -0.1883 -0.9698 -0.1548</w:t>
        <w:br/>
        <w:t>vn 0.4101 0.7674 0.4928</w:t>
        <w:br/>
        <w:t>vn 0.4100 0.7675 0.4928</w:t>
        <w:br/>
        <w:t>vn 0.2256 0.8366 0.4992</w:t>
        <w:br/>
        <w:t>vn 0.2257 0.8365 0.4993</w:t>
        <w:br/>
        <w:t>vn 0.0419 0.8929 0.4483</w:t>
        <w:br/>
        <w:t>vn 0.0420 0.8929 0.4483</w:t>
        <w:br/>
        <w:t>vn -0.1044 0.9312 0.3493</w:t>
        <w:br/>
        <w:t>vn -0.3673 -0.8714 0.3252</w:t>
        <w:br/>
        <w:t>vn -0.3673 -0.8714 0.3253</w:t>
        <w:br/>
        <w:t>vn -0.3315 -0.8871 0.3211</w:t>
        <w:br/>
        <w:t>vn -0.3316 -0.8871 0.3211</w:t>
        <w:br/>
        <w:t>vn -0.3283 -0.8914 0.3126</w:t>
        <w:br/>
        <w:t>vn -0.3283 -0.8913 0.3126</w:t>
        <w:br/>
        <w:t>vn -0.3298 -0.8910 0.3119</w:t>
        <w:br/>
        <w:t>vn -0.2025 0.9518 0.2305</w:t>
        <w:br/>
        <w:t>vn -0.2025 0.9518 0.2304</w:t>
        <w:br/>
        <w:t>vn -0.2546 0.9593 0.1224</w:t>
        <w:br/>
        <w:t>vn -0.4605 -0.8327 0.3075</w:t>
        <w:br/>
        <w:t>vn -0.4605 -0.8326 0.3076</w:t>
        <w:br/>
        <w:t>vn -0.4164 -0.8513 0.3191</w:t>
        <w:br/>
        <w:t>vn -0.4164 -0.8514 0.3190</w:t>
        <w:br/>
        <w:t>vn -0.3186 0.9296 -0.1851</w:t>
        <w:br/>
        <w:t>vn -0.2755 0.9104 -0.3087</w:t>
        <w:br/>
        <w:t>vn -0.3096 -0.9099 -0.2760</w:t>
        <w:br/>
        <w:t>vn -0.3096 -0.9099 -0.2759</w:t>
        <w:br/>
        <w:t>vn -0.3689 -0.8820 -0.2933</w:t>
        <w:br/>
        <w:t>vn -0.3689 -0.8820 -0.2932</w:t>
        <w:br/>
        <w:t>vn -0.2933 0.9557 -0.0239</w:t>
        <w:br/>
        <w:t>vn -0.3143 0.9440 -0.1003</w:t>
        <w:br/>
        <w:t>vn -0.2934 0.9557 -0.0239</w:t>
        <w:br/>
        <w:t>vn -0.4475 -0.8478 -0.2845</w:t>
        <w:br/>
        <w:t>vn -0.4475 -0.8479 -0.2845</w:t>
        <w:br/>
        <w:t>vn -0.5208 -0.8536 0.0060</w:t>
        <w:br/>
        <w:t>vn -0.5209 -0.8536 0.0060</w:t>
        <w:br/>
        <w:t>vn -0.2777 0.9595 0.0476</w:t>
        <w:br/>
        <w:t>vn -0.4989 -0.8148 0.2952</w:t>
        <w:br/>
        <w:t>vn -0.4990 -0.8148 0.2952</w:t>
        <w:br/>
        <w:t>vn 0.1445 -0.2817 -0.9486</w:t>
        <w:br/>
        <w:t>vn -0.0465 -0.2084 -0.9769</w:t>
        <w:br/>
        <w:t>vn -0.0464 -0.2084 -0.9769</w:t>
        <w:br/>
        <w:t>vn 0.1446 -0.2817 -0.9485</w:t>
        <w:br/>
        <w:t>vn 0.3478 -0.3607 -0.8654</w:t>
        <w:br/>
        <w:t>vn 0.8050 -0.4961 0.3253</w:t>
        <w:br/>
        <w:t>vn 0.8456 -0.5335 0.0203</w:t>
        <w:br/>
        <w:t>vn 0.6910 -0.4277 0.5828</w:t>
        <w:br/>
        <w:t>vn 0.8003 -0.5291 -0.2821</w:t>
        <w:br/>
        <w:t>vn 0.6917 -0.4924 -0.5282</w:t>
        <w:br/>
        <w:t>vn 0.5392 -0.4349 -0.7212</w:t>
        <w:br/>
        <w:t>vn 0.1715 -0.1781 0.9690</w:t>
        <w:br/>
        <w:t>vn 0.3567 -0.2597 0.8974</w:t>
        <w:br/>
        <w:t>vn -0.0291 -0.0953 0.9950</w:t>
        <w:br/>
        <w:t>vn 0.5312 -0.3434 0.7745</w:t>
        <w:br/>
        <w:t>vn -0.2375 -0.0144 0.9713</w:t>
        <w:br/>
        <w:t>vn -0.4479 0.0589 0.8921</w:t>
        <w:br/>
        <w:t>vn -0.4480 0.0589 0.8921</w:t>
        <w:br/>
        <w:t>vn -0.2335 -0.1364 -0.9627</w:t>
        <w:br/>
        <w:t>vn -0.4254 -0.0637 -0.9028</w:t>
        <w:br/>
        <w:t>vn -0.2336 -0.1364 -0.9627</w:t>
        <w:br/>
        <w:t>vn -0.6136 0.0037 -0.7896</w:t>
        <w:br/>
        <w:t>vn -0.7879 0.0589 -0.6130</w:t>
        <w:br/>
        <w:t>vn -0.7879 0.0589 -0.6129</w:t>
        <w:br/>
        <w:t>vn -0.8952 0.0842 -0.4377</w:t>
        <w:br/>
        <w:t>vn -0.9931 0.1169 -0.0022</w:t>
        <w:br/>
        <w:t>vn -0.8942 0.1401 0.4253</w:t>
        <w:br/>
        <w:t>vn -0.8941 0.1401 0.4253</w:t>
        <w:br/>
        <w:t>vn -0.8002 0.1424 0.5826</w:t>
        <w:br/>
        <w:t>vn -0.6413 0.1143 0.7587</w:t>
        <w:br/>
        <w:t>vn 0.0000 -0.3131 -0.9497</w:t>
        <w:br/>
        <w:t>vn 0.0001 -0.8133 -0.5819</w:t>
        <w:br/>
        <w:t>vn 0.6716 -0.3131 -0.6715</w:t>
        <w:br/>
        <w:t>vn 0.4114 -0.8133 -0.4114</w:t>
        <w:br/>
        <w:t>vn -0.0002 -0.8133 -0.5819</w:t>
        <w:br/>
        <w:t>vn 0.5819 -0.8133 0.0000</w:t>
        <w:br/>
        <w:t>vn -0.0002 0.8133 -0.5818</w:t>
        <w:br/>
        <w:t>vn -0.4115 0.8133 -0.4114</w:t>
        <w:br/>
        <w:t>vn 0.0002 0.8133 -0.5818</w:t>
        <w:br/>
        <w:t>vn 0.5818 0.8133 0.0001</w:t>
        <w:br/>
        <w:t>vn 0.0001 0.8133 0.5818</w:t>
        <w:br/>
        <w:t>vn -0.4114 0.8133 0.4114</w:t>
        <w:br/>
        <w:t>vn -0.6613 -0.6347 0.3999</w:t>
        <w:br/>
        <w:t>vn -0.5727 -0.7013 0.4245</w:t>
        <w:br/>
        <w:t>vn -0.5728 -0.7012 0.4245</w:t>
        <w:br/>
        <w:t>vn 0.5721 -0.7024 0.4235</w:t>
        <w:br/>
        <w:t>vn 0.6604 -0.6361 0.3991</w:t>
        <w:br/>
        <w:t>vn -0.0126 0.0807 0.9967</w:t>
        <w:br/>
        <w:t>vn 0.1905 -0.2045 0.9602</w:t>
        <w:br/>
        <w:t>vn 0.0001 -0.2831 0.9591</w:t>
        <w:br/>
        <w:t>vn 0.0005 0.0812 0.9967</w:t>
        <w:br/>
        <w:t>vn 0.1265 0.0998 0.9869</w:t>
        <w:br/>
        <w:t>vn 0.4065 0.1740 0.8969</w:t>
        <w:br/>
        <w:t>vn 0.3697 0.0149 0.9290</w:t>
        <w:br/>
        <w:t>vn 0.0838 0.0579 0.9948</w:t>
        <w:br/>
        <w:t>vn 0.8116 -0.4803 0.3325</w:t>
        <w:br/>
        <w:t>vn 0.9595 -0.0274 0.2805</w:t>
        <w:br/>
        <w:t>vn -0.8125 -0.4784 0.3330</w:t>
        <w:br/>
        <w:t>vn -0.9594 -0.0250 0.2810</w:t>
        <w:br/>
        <w:t>vn -0.9594 -0.0249 0.2810</w:t>
        <w:br/>
        <w:t>vn -0.8787 0.4044 0.2538</w:t>
        <w:br/>
        <w:t>vn -0.8787 0.4044 0.2537</w:t>
        <w:br/>
        <w:t>vn -0.5541 0.3901 0.7354</w:t>
        <w:br/>
        <w:t>vn -0.7968 0.5209 0.3062</w:t>
        <w:br/>
        <w:t>vn -0.5244 0.4330 0.7331</w:t>
        <w:br/>
        <w:t>vn -0.7457 0.5761 0.3347</w:t>
        <w:br/>
        <w:t>vn 0.5263 0.4311 0.7329</w:t>
        <w:br/>
        <w:t>vn 0.6649 0.4585 0.5897</w:t>
        <w:br/>
        <w:t>vn 0.7980 0.5187 0.3067</w:t>
        <w:br/>
        <w:t>vn 0.7475 0.5735 0.3352</w:t>
        <w:br/>
        <w:t>vn 0.8796 0.4023 0.2540</w:t>
        <w:br/>
        <w:t>vn 0.8796 0.4022 0.2540</w:t>
        <w:br/>
        <w:t>vn -0.0828 0.0581 0.9949</w:t>
        <w:br/>
        <w:t>vn -0.0062 0.0208 0.9998</w:t>
        <w:br/>
        <w:t>vn -0.3070 -0.1895 0.9327</w:t>
        <w:br/>
        <w:t>vn -0.3688 0.0159 0.9294</w:t>
        <w:br/>
        <w:t>vn -0.1900 -0.2042 0.9603</w:t>
        <w:br/>
        <w:t>vn 0.0136 0.0807 0.9966</w:t>
        <w:br/>
        <w:t>vn 0.0071 0.0208 0.9998</w:t>
        <w:br/>
        <w:t>vn 0.3073 -0.1902 0.9324</w:t>
        <w:br/>
        <w:t>vn 0.4205 0.2681 0.8668</w:t>
        <w:br/>
        <w:t>vn 0.1544 0.1258 0.9800</w:t>
        <w:br/>
        <w:t>vn 0.2227 0.2886 0.9312</w:t>
        <w:br/>
        <w:t>vn -0.4189 0.2690 0.8672</w:t>
        <w:br/>
        <w:t>vn 0.2228 0.2886 0.9312</w:t>
        <w:br/>
        <w:t>vn -0.1253 0.1000 0.9871</w:t>
        <w:br/>
        <w:t>vn -0.4053 0.1750 0.8973</w:t>
        <w:br/>
        <w:t>vn 0.5450 0.7868 -0.2896</w:t>
        <w:br/>
        <w:t>vn 0.6878 0.7092 -0.1552</w:t>
        <w:br/>
        <w:t>vn 0.6877 0.7092 -0.1552</w:t>
        <w:br/>
        <w:t>vn 0.8200 0.5697 -0.0545</w:t>
        <w:br/>
        <w:t>vn 0.5330 -0.1675 -0.8294</w:t>
        <w:br/>
        <w:t>vn 0.5359 -0.1733 -0.8263</w:t>
        <w:br/>
        <w:t>vn 0.5361 -0.1733 -0.8262</w:t>
        <w:br/>
        <w:t>vn 0.9315 0.3600 0.0514</w:t>
        <w:br/>
        <w:t>vn -0.0231 -0.9448 -0.3268</w:t>
        <w:br/>
        <w:t>vn -0.0231 -0.9448 -0.3269</w:t>
        <w:br/>
        <w:t>vn 0.1490 -0.9759 -0.1593</w:t>
        <w:br/>
        <w:t>vn -0.4161 -0.6629 -0.6224</w:t>
        <w:br/>
        <w:t>vn -0.4161 -0.6629 -0.6225</w:t>
        <w:br/>
        <w:t>vn -0.2614 -0.8343 -0.4853</w:t>
        <w:br/>
        <w:t>vn 0.5355 -0.1738 -0.8265</w:t>
        <w:br/>
        <w:t>vn 0.5356 -0.1733 -0.8265</w:t>
        <w:br/>
        <w:t>vn 0.5358 -0.1733 -0.8264</w:t>
        <w:br/>
        <w:t>vn -0.5542 -0.3744 -0.7434</w:t>
        <w:br/>
        <w:t>vn -0.6117 -0.1702 -0.7726</w:t>
        <w:br/>
        <w:t>vn 0.5421 -0.1797 -0.8208</w:t>
        <w:br/>
        <w:t>vn 0.5393 -0.1764 -0.8235</w:t>
        <w:br/>
        <w:t>vn 0.5392 -0.1763 -0.8235</w:t>
        <w:br/>
        <w:t>vn 0.3735 0.8450 -0.3828</w:t>
        <w:br/>
        <w:t>vn 0.2624 0.8721 -0.4130</w:t>
        <w:br/>
        <w:t>vn 0.2623 0.8721 -0.4130</w:t>
        <w:br/>
        <w:t>vn 0.1788 -0.9807 -0.0793</w:t>
        <w:br/>
        <w:t>vn 0.9657 0.2237 0.1317</w:t>
        <w:br/>
        <w:t>vn 0.5298 -0.1625 -0.8324</w:t>
        <w:br/>
        <w:t>vn 0.7034 -0.2457 0.6669</w:t>
        <w:br/>
        <w:t>vn 0.4046 -0.7617 0.5061</w:t>
        <w:br/>
        <w:t>vn 0.7261 0.3688 0.5803</w:t>
        <w:br/>
        <w:t>vn 0.4604 0.8425 0.2797</w:t>
        <w:br/>
        <w:t>vn 0.4601 0.8427 0.2795</w:t>
        <w:br/>
        <w:t>vn 0.0107 0.9932 -0.1162</w:t>
        <w:br/>
        <w:t>vn -0.4480 0.7683 -0.4571</w:t>
        <w:br/>
        <w:t>vn -0.7439 0.2541 -0.6181</w:t>
        <w:br/>
        <w:t>vn -0.7440 0.2541 -0.6180</w:t>
        <w:br/>
        <w:t>vn -0.7645 -0.3583 -0.5358</w:t>
        <w:br/>
        <w:t>vn -0.7645 -0.3584 -0.5358</w:t>
        <w:br/>
        <w:t>vn -0.0537 -0.9855 0.1608</w:t>
        <w:br/>
        <w:t>vn -0.4999 -0.8328 -0.2377</w:t>
        <w:br/>
        <w:t>vn 0.6521 -0.0688 -0.7550</w:t>
        <w:br/>
        <w:t>vn 0.6521 -0.0689 -0.7550</w:t>
        <w:br/>
        <w:t>vn 0.6523 -0.0687 -0.7549</w:t>
        <w:br/>
        <w:t>vn 0.6522 -0.0688 -0.7549</w:t>
        <w:br/>
        <w:t>vn 0.6523 -0.0686 -0.7549</w:t>
        <w:br/>
        <w:t>vn 0.6522 -0.0686 -0.7549</w:t>
        <w:br/>
        <w:t>vn 0.6521 -0.0687 -0.7550</w:t>
        <w:br/>
        <w:t>vn 0.6522 -0.0687 -0.7549</w:t>
        <w:br/>
        <w:t>vn 0.6526 -0.0686 -0.7546</w:t>
        <w:br/>
        <w:t>vn 0.6525 -0.0686 -0.7547</w:t>
        <w:br/>
        <w:t>vn -0.6586 0.0817 0.7481</w:t>
        <w:br/>
        <w:t>vn -0.6586 0.0818 0.7481</w:t>
        <w:br/>
        <w:t>vn -0.6586 0.0819 0.7481</w:t>
        <w:br/>
        <w:t>vn -0.6586 0.0818 0.7480</w:t>
        <w:br/>
        <w:t>vn -0.6587 0.0818 0.7480</w:t>
        <w:br/>
        <w:t>vn -0.6587 0.0818 0.7479</w:t>
        <w:br/>
        <w:t>vn -0.6586 0.0819 0.7480</w:t>
        <w:br/>
        <w:t>vn -0.6585 0.0820 0.7481</w:t>
        <w:br/>
        <w:t>vn -0.6584 0.0821 0.7482</w:t>
        <w:br/>
        <w:t>vn -0.6583 0.0822 0.7482</w:t>
        <w:br/>
        <w:t>vn -0.6351 0.5004 -0.5884</w:t>
        <w:br/>
        <w:t>vn -0.6042 0.5151 -0.6080</w:t>
        <w:br/>
        <w:t>vn -0.4018 0.5177 -0.7553</w:t>
        <w:br/>
        <w:t>vn -0.3038 0.5063 -0.8071</w:t>
        <w:br/>
        <w:t>vn -0.3037 0.5063 -0.8071</w:t>
        <w:br/>
        <w:t>vn -0.2299 0.4887 -0.8416</w:t>
        <w:br/>
        <w:t>vn -0.1962 0.4540 -0.8691</w:t>
        <w:br/>
        <w:t>vn -0.1911 0.4302 -0.8823</w:t>
        <w:br/>
        <w:t>vn -0.1911 0.4301 -0.8823</w:t>
        <w:br/>
        <w:t>vn -0.5146 0.5268 -0.6765</w:t>
        <w:br/>
        <w:t>vn -0.6904 -0.6300 -0.3557</w:t>
        <w:br/>
        <w:t>vn -0.6827 -0.6429 -0.3473</w:t>
        <w:br/>
        <w:t>vn -0.6827 -0.6428 -0.3473</w:t>
        <w:br/>
        <w:t>vn -0.6904 -0.6299 -0.3558</w:t>
        <w:br/>
        <w:t>vn 0.3433 0.9386 0.0348</w:t>
        <w:br/>
        <w:t>vn 0.3226 0.9456 0.0424</w:t>
        <w:br/>
        <w:t>vn -0.7334 -0.5398 -0.4133</w:t>
        <w:br/>
        <w:t>vn -0.7170 -0.5730 -0.3970</w:t>
        <w:br/>
        <w:t>vn -0.7170 -0.5730 -0.3969</w:t>
        <w:br/>
        <w:t>vn 0.5496 0.8325 -0.0698</w:t>
        <w:br/>
        <w:t>vn 0.4770 0.8779 -0.0421</w:t>
        <w:br/>
        <w:t>vn 0.4771 0.8779 -0.0421</w:t>
        <w:br/>
        <w:t>vn -0.7520 -0.5089 -0.4190</w:t>
        <w:br/>
        <w:t>vn 0.6099 0.7871 -0.0922</w:t>
        <w:br/>
        <w:t>vn -0.7735 -0.4830 -0.4103</w:t>
        <w:br/>
        <w:t>vn -0.7735 -0.4831 -0.4103</w:t>
        <w:br/>
        <w:t>vn 0.6550 0.7462 -0.1189</w:t>
        <w:br/>
        <w:t>vn 0.6549 0.7463 -0.1189</w:t>
        <w:br/>
        <w:t>vn -0.7848 -0.4715 -0.4022</w:t>
        <w:br/>
        <w:t>vn -0.7848 -0.4715 -0.4021</w:t>
        <w:br/>
        <w:t>vn 0.6736 0.7268 -0.1342</w:t>
        <w:br/>
        <w:t>vn 0.6736 0.7268 -0.1343</w:t>
        <w:br/>
        <w:t>vn -0.7036 -0.6031 -0.3758</w:t>
        <w:br/>
        <w:t>vn -0.7036 -0.6032 -0.3757</w:t>
        <w:br/>
        <w:t>vn 0.4015 0.9158 0.0009</w:t>
        <w:br/>
        <w:t>vn -0.8810 -0.2700 -0.3885</w:t>
        <w:br/>
        <w:t>vn -0.8810 -0.2699 -0.3887</w:t>
        <w:br/>
        <w:t>vn -0.7684 0.6298 0.1133</w:t>
        <w:br/>
        <w:t>vn -0.7508 0.3931 0.5308</w:t>
        <w:br/>
        <w:t>vn -0.7684 0.6298 0.1134</w:t>
        <w:br/>
        <w:t>vn 0.9099 0.3363 0.2427</w:t>
        <w:br/>
        <w:t>vn 0.7651 0.1280 0.6311</w:t>
        <w:br/>
        <w:t>vn -0.6570 -0.5195 0.5464</w:t>
        <w:br/>
        <w:t>vn -0.6441 -0.2401 0.7263</w:t>
        <w:br/>
        <w:t>vn 0.4380 -0.4175 0.7961</w:t>
        <w:br/>
        <w:t>vn 0.6647 -0.7155 0.2148</w:t>
        <w:br/>
        <w:t>vn -0.6441 -0.2402 0.7263</w:t>
        <w:br/>
        <w:t>vn 0.7856 -0.5655 -0.2509</w:t>
        <w:br/>
        <w:t>vn 0.7857 -0.5655 -0.2510</w:t>
        <w:br/>
        <w:t>vn -0.8593 -0.2142 -0.4644</w:t>
        <w:br/>
        <w:t>vn -0.2823 -0.2830 -0.9166</w:t>
        <w:br/>
        <w:t>vn -0.5579 -0.3027 -0.7728</w:t>
        <w:br/>
        <w:t>vn -0.8720 -0.2617 -0.4136</w:t>
        <w:br/>
        <w:t>vn 0.1820 -0.3689 -0.9115</w:t>
        <w:br/>
        <w:t>vn -0.1171 -0.2743 -0.9545</w:t>
        <w:br/>
        <w:t>vn 0.8392 0.0542 -0.5410</w:t>
        <w:br/>
        <w:t>vn 0.8567 -0.0106 -0.5158</w:t>
        <w:br/>
        <w:t>vn 0.8064 -0.2289 -0.5453</w:t>
        <w:br/>
        <w:t>vn 0.8392 0.0542 -0.5411</w:t>
        <w:br/>
        <w:t>vn 0.8454 -0.0012 -0.5341</w:t>
        <w:br/>
        <w:t>vn 0.8144 -0.3914 -0.4286</w:t>
        <w:br/>
        <w:t>vn 0.8143 -0.3914 -0.4286</w:t>
        <w:br/>
        <w:t>vn -0.1172 -0.2690 -0.9560</w:t>
        <w:br/>
        <w:t>vn -0.5913 -0.2247 -0.7745</w:t>
        <w:br/>
        <w:t>vn -0.9163 -0.1193 -0.3824</w:t>
        <w:br/>
        <w:t>vn -0.8577 0.2308 -0.4594</w:t>
        <w:br/>
        <w:t>vn -0.7689 0.3803 -0.5139</w:t>
        <w:br/>
        <w:t>vn -0.8577 0.2309 -0.4595</w:t>
        <w:br/>
        <w:t>vn -0.1147 -0.2615 -0.9584</w:t>
        <w:br/>
        <w:t>vn -0.1148 -0.2615 -0.9583</w:t>
        <w:br/>
        <w:t>vn 0.4803 -0.8346 -0.2696</w:t>
        <w:br/>
        <w:t>vn -0.1101 -0.2424 -0.9639</w:t>
        <w:br/>
        <w:t>vn -0.1100 -0.2425 -0.9639</w:t>
        <w:br/>
        <w:t>vn 0.2685 0.7255 -0.6337</w:t>
        <w:br/>
        <w:t>vn 0.3328 0.7020 -0.6296</w:t>
        <w:br/>
        <w:t>vn 0.5349 0.5652 -0.6280</w:t>
        <w:br/>
        <w:t>vn 0.2038 -0.4977 -0.8431</w:t>
        <w:br/>
        <w:t>vn 0.4836 -0.6516 -0.5844</w:t>
        <w:br/>
        <w:t>vn 0.6070 -0.5506 -0.5730</w:t>
        <w:br/>
        <w:t>vn 0.1907 -0.4207 -0.8869</w:t>
        <w:br/>
        <w:t>vn 0.0493 0.7394 -0.6715</w:t>
        <w:br/>
        <w:t>vn 0.2439 0.7271 -0.6418</w:t>
        <w:br/>
        <w:t>vn -0.3050 0.7102 -0.6345</w:t>
        <w:br/>
        <w:t>vn -0.1143 -0.2652 -0.9574</w:t>
        <w:br/>
        <w:t>vn -0.5171 0.6458 -0.5618</w:t>
        <w:br/>
        <w:t>vn -0.5171 0.6457 -0.5618</w:t>
        <w:br/>
        <w:t>vn 0.8064 -0.2290 -0.5453</w:t>
        <w:br/>
        <w:t>vn 0.2102 -0.5970 -0.7742</w:t>
        <w:br/>
        <w:t>vn 0.3994 -0.8289 -0.3917</w:t>
        <w:br/>
        <w:t>vn 0.4739 -0.7777 -0.4130</w:t>
        <w:br/>
        <w:t>vn 0.6322 -0.6359 -0.4426</w:t>
        <w:br/>
        <w:t>vn 0.3141 -0.5201 -0.7942</w:t>
        <w:br/>
        <w:t>vn 0.1098 -0.1921 -0.9752</w:t>
        <w:br/>
        <w:t>vn 0.1249 -0.3628 -0.9235</w:t>
        <w:br/>
        <w:t>vn -0.1171 -0.2748 -0.9544</w:t>
        <w:br/>
        <w:t>vn -0.0642 -0.2534 -0.9652</w:t>
        <w:br/>
        <w:t>vn 0.1325 -0.3649 -0.9216</w:t>
        <w:br/>
        <w:t>vn 0.2212 -0.4113 -0.8843</w:t>
        <w:br/>
        <w:t>vn 0.8440 -0.1387 -0.5181</w:t>
        <w:br/>
        <w:t>vn 0.7960 -0.3487 -0.4948</w:t>
        <w:br/>
        <w:t>vn 0.7887 0.1568 -0.5945</w:t>
        <w:br/>
        <w:t>vn -0.0802 -0.2298 -0.9699</w:t>
        <w:br/>
        <w:t>vn -0.0805 -0.2296 -0.9699</w:t>
        <w:br/>
        <w:t>vn -0.4801 -0.8611 -0.1673</w:t>
        <w:br/>
        <w:t>vn -0.6876 -0.7056 -0.1714</w:t>
        <w:br/>
        <w:t>vn -0.6876 -0.7056 -0.1715</w:t>
        <w:br/>
        <w:t>vn -0.0963 -0.2266 -0.9692</w:t>
        <w:br/>
        <w:t>vn -0.0151 -0.9847 -0.1737</w:t>
        <w:br/>
        <w:t>vn -0.5769 0.6097 -0.5436</w:t>
        <w:br/>
        <w:t>vn 0.8343 -0.2748 0.4780</w:t>
        <w:br/>
        <w:t>vn 0.8593 -0.2143 -0.4644</w:t>
        <w:br/>
        <w:t>vn 0.8720 -0.2617 -0.4136</w:t>
        <w:br/>
        <w:t>vn 0.5579 -0.3026 -0.7728</w:t>
        <w:br/>
        <w:t>vn 0.2823 -0.2830 -0.9166</w:t>
        <w:br/>
        <w:t>vn 0.1171 -0.2743 -0.9545</w:t>
        <w:br/>
        <w:t>vn -0.1819 -0.3689 -0.9115</w:t>
        <w:br/>
        <w:t>vn -0.8392 0.0542 -0.5410</w:t>
        <w:br/>
        <w:t>vn -0.8392 0.0542 -0.5411</w:t>
        <w:br/>
        <w:t>vn -0.8064 -0.2289 -0.5453</w:t>
        <w:br/>
        <w:t>vn -0.8567 -0.0106 -0.5158</w:t>
        <w:br/>
        <w:t>vn -0.8454 -0.0012 -0.5341</w:t>
        <w:br/>
        <w:t>vn -0.8143 -0.3914 -0.4286</w:t>
        <w:br/>
        <w:t>vn 0.5914 -0.2247 -0.7745</w:t>
        <w:br/>
        <w:t>vn 0.1172 -0.2690 -0.9560</w:t>
        <w:br/>
        <w:t>vn 0.9163 -0.1193 -0.3824</w:t>
        <w:br/>
        <w:t>vn 0.8577 0.2308 -0.4595</w:t>
        <w:br/>
        <w:t>vn 0.8577 0.2309 -0.4595</w:t>
        <w:br/>
        <w:t>vn 0.7689 0.3803 -0.5140</w:t>
        <w:br/>
        <w:t>vn 0.7689 0.3803 -0.5139</w:t>
        <w:br/>
        <w:t>vn 0.1147 -0.2615 -0.9584</w:t>
        <w:br/>
        <w:t>vn -0.4803 -0.8346 -0.2696</w:t>
        <w:br/>
        <w:t>vn 0.1100 -0.2424 -0.9639</w:t>
        <w:br/>
        <w:t>vn 0.1100 -0.2425 -0.9639</w:t>
        <w:br/>
        <w:t>vn -0.2685 0.7255 -0.6337</w:t>
        <w:br/>
        <w:t>vn -0.3328 0.7020 -0.6296</w:t>
        <w:br/>
        <w:t>vn -0.2686 0.7255 -0.6337</w:t>
        <w:br/>
        <w:t>vn -0.5349 0.5652 -0.6280</w:t>
        <w:br/>
        <w:t>vn -0.5350 0.5652 -0.6280</w:t>
        <w:br/>
        <w:t>vn -0.6070 -0.5506 -0.5730</w:t>
        <w:br/>
        <w:t>vn -0.4836 -0.6516 -0.5844</w:t>
        <w:br/>
        <w:t>vn -0.2038 -0.4977 -0.8431</w:t>
        <w:br/>
        <w:t>vn -0.1907 -0.4207 -0.8869</w:t>
        <w:br/>
        <w:t>vn -0.0493 0.7394 -0.6715</w:t>
        <w:br/>
        <w:t>vn -0.2439 0.7270 -0.6418</w:t>
        <w:br/>
        <w:t>vn 0.3050 0.7102 -0.6346</w:t>
        <w:br/>
        <w:t>vn 0.3050 0.7102 -0.6345</w:t>
        <w:br/>
        <w:t>vn 0.1143 -0.2652 -0.9574</w:t>
        <w:br/>
        <w:t>vn 0.5171 0.6458 -0.5618</w:t>
        <w:br/>
        <w:t>vn -0.8064 -0.2290 -0.5453</w:t>
        <w:br/>
        <w:t>vn -0.2102 -0.5970 -0.7742</w:t>
        <w:br/>
        <w:t>vn -0.4739 -0.7777 -0.4130</w:t>
        <w:br/>
        <w:t>vn -0.3994 -0.8289 -0.3917</w:t>
        <w:br/>
        <w:t>vn -0.3141 -0.5201 -0.7942</w:t>
        <w:br/>
        <w:t>vn -0.6322 -0.6359 -0.4427</w:t>
        <w:br/>
        <w:t>vn -0.1097 -0.1921 -0.9752</w:t>
        <w:br/>
        <w:t>vn -0.1249 -0.3628 -0.9235</w:t>
        <w:br/>
        <w:t>vn 0.1171 -0.2748 -0.9544</w:t>
        <w:br/>
        <w:t>vn 0.0642 -0.2534 -0.9652</w:t>
        <w:br/>
        <w:t>vn -0.2212 -0.4113 -0.8843</w:t>
        <w:br/>
        <w:t>vn -0.1325 -0.3649 -0.9216</w:t>
        <w:br/>
        <w:t>vn -0.7887 0.1568 -0.5945</w:t>
        <w:br/>
        <w:t>vn -0.7960 -0.3487 -0.4948</w:t>
        <w:br/>
        <w:t>vn -0.8440 -0.1387 -0.5182</w:t>
        <w:br/>
        <w:t>vn 0.0805 -0.2297 -0.9699</w:t>
        <w:br/>
        <w:t>vn 0.4801 -0.8611 -0.1673</w:t>
        <w:br/>
        <w:t>vn 0.6876 -0.7056 -0.1714</w:t>
        <w:br/>
        <w:t>vn 0.0964 -0.2264 -0.9692</w:t>
        <w:br/>
        <w:t>vn 0.0963 -0.2266 -0.9692</w:t>
        <w:br/>
        <w:t>vn 0.0151 -0.9847 -0.1737</w:t>
        <w:br/>
        <w:t>vn 0.5769 0.6096 -0.5436</w:t>
        <w:br/>
        <w:t>vn 0.5769 0.6097 -0.5436</w:t>
        <w:br/>
        <w:t>vn -0.8342 -0.2748 0.4781</w:t>
        <w:br/>
        <w:t>vn 0.5117 0.5633 0.6487</w:t>
        <w:br/>
        <w:t>vn 0.5272 0.5623 0.6371</w:t>
        <w:br/>
        <w:t>vn 0.5117 0.5634 0.6487</w:t>
        <w:br/>
        <w:t>vn 0.0000 -0.6074 0.7944</w:t>
        <w:br/>
        <w:t>vn -0.0555 -0.7064 0.7056</w:t>
        <w:br/>
        <w:t>vn -0.1301 -0.8029 0.5818</w:t>
        <w:br/>
        <w:t>vn 0.5415 0.4980 0.6773</w:t>
        <w:br/>
        <w:t>vn 0.5964 0.4498 0.6648</w:t>
        <w:br/>
        <w:t>vn 0.6234 0.4184 0.6605</w:t>
        <w:br/>
        <w:t>vn 0.5849 0.4767 0.6563</w:t>
        <w:br/>
        <w:t>vn 0.6430 0.4130 0.6450</w:t>
        <w:br/>
        <w:t>vn 0.0673 -0.8620 0.5024</w:t>
        <w:br/>
        <w:t>vn -0.5965 0.4497 0.6648</w:t>
        <w:br/>
        <w:t>vn -0.6430 0.4129 0.6450</w:t>
        <w:br/>
        <w:t>vn -0.6234 0.4184 0.6605</w:t>
        <w:br/>
        <w:t>vn -0.0000 -0.4580 0.8890</w:t>
        <w:br/>
        <w:t>vn 0.0556 -0.7064 0.7056</w:t>
        <w:br/>
        <w:t>vn -0.5117 0.5634 0.6487</w:t>
        <w:br/>
        <w:t>vn -0.5272 0.5623 0.6371</w:t>
        <w:br/>
        <w:t>vn -0.5415 0.4980 0.6773</w:t>
        <w:br/>
        <w:t>vn -0.5849 0.4767 0.6563</w:t>
        <w:br/>
        <w:t>vn -0.0673 -0.8620 0.5025</w:t>
        <w:br/>
        <w:t>vn 0.1301 -0.8028 0.5818</w:t>
        <w:br/>
        <w:t>vn 0.5374 0.1355 -0.8324</w:t>
        <w:br/>
        <w:t>vn 0.6511 -0.0114 -0.7589</w:t>
        <w:br/>
        <w:t>vn 0.6567 0.0232 -0.7538</w:t>
        <w:br/>
        <w:t>vn 0.6743 0.2151 -0.7065</w:t>
        <w:br/>
        <w:t>vn 0.6663 0.2549 -0.7007</w:t>
        <w:br/>
        <w:t>vn 0.7600 0.2381 -0.6048</w:t>
        <w:br/>
        <w:t>vn 0.7772 0.2880 -0.5595</w:t>
        <w:br/>
        <w:t>vn 0.6336 0.5917 0.4984</w:t>
        <w:br/>
        <w:t>vn 0.6053 0.4973 0.6215</w:t>
        <w:br/>
        <w:t>vn 0.6053 0.4974 0.6214</w:t>
        <w:br/>
        <w:t>vn 0.7991 0.1053 -0.5919</w:t>
        <w:br/>
        <w:t>vn 0.6609 0.1255 -0.7399</w:t>
        <w:br/>
        <w:t>vn 0.8355 -0.3025 -0.4588</w:t>
        <w:br/>
        <w:t>vn 0.5621 0.3905 0.7291</w:t>
        <w:br/>
        <w:t>vn 0.6156 -0.6058 0.5041</w:t>
        <w:br/>
        <w:t>vn 0.7012 -0.6467 0.3002</w:t>
        <w:br/>
        <w:t>vn 0.6156 -0.6058 0.5040</w:t>
        <w:br/>
        <w:t>vn 0.7514 -0.6548 0.0812</w:t>
        <w:br/>
        <w:t>vn 0.8540 -0.3913 -0.3428</w:t>
        <w:br/>
        <w:t>vn -0.5374 0.1355 -0.8324</w:t>
        <w:br/>
        <w:t>vn -0.6567 0.0232 -0.7538</w:t>
        <w:br/>
        <w:t>vn -0.6511 -0.0114 -0.7589</w:t>
        <w:br/>
        <w:t>vn -0.6663 0.2549 -0.7007</w:t>
        <w:br/>
        <w:t>vn -0.6742 0.2151 -0.7065</w:t>
        <w:br/>
        <w:t>vn -0.7772 0.2880 -0.5595</w:t>
        <w:br/>
        <w:t>vn -0.7599 0.2381 -0.6048</w:t>
        <w:br/>
        <w:t>vn -0.6054 0.4973 0.6215</w:t>
        <w:br/>
        <w:t>vn -0.6336 0.5917 0.4984</w:t>
        <w:br/>
        <w:t>vn -0.6609 0.1255 -0.7399</w:t>
        <w:br/>
        <w:t>vn -0.7991 0.1053 -0.5919</w:t>
        <w:br/>
        <w:t>vn -0.8355 -0.3025 -0.4588</w:t>
        <w:br/>
        <w:t>vn -0.5621 0.3905 0.7291</w:t>
        <w:br/>
        <w:t>vn -0.6156 -0.6058 0.5040</w:t>
        <w:br/>
        <w:t>vn -0.7012 -0.6467 0.3002</w:t>
        <w:br/>
        <w:t>vn -0.6156 -0.6058 0.5041</w:t>
        <w:br/>
        <w:t>vn -0.7514 -0.6548 0.0812</w:t>
        <w:br/>
        <w:t>vn -0.7012 -0.6467 0.3003</w:t>
        <w:br/>
        <w:t>vn -0.8540 -0.3913 -0.3428</w:t>
        <w:br/>
        <w:t>vn -0.6716 -0.3131 -0.6716</w:t>
        <w:br/>
        <w:t>vn 0.0001 -0.3130 -0.9497</w:t>
        <w:br/>
        <w:t>vn -0.0000 -0.8133 -0.5819</w:t>
        <w:br/>
        <w:t>vn 0.4113 -0.8133 -0.4114</w:t>
        <w:br/>
        <w:t>vn 0.5818 -0.8134 0.0000</w:t>
        <w:br/>
        <w:t>vn 0.0001 -0.8133 0.5818</w:t>
        <w:br/>
        <w:t>vn -0.9498 -0.3130 -0.0000</w:t>
        <w:br/>
        <w:t>vn -0.4115 0.8133 -0.4115</w:t>
        <w:br/>
        <w:t>vn 0.4115 0.8133 -0.4114</w:t>
        <w:br/>
        <w:t>vn -0.5819 0.8133 -0.0001</w:t>
        <w:br/>
        <w:t>vn -0.0001 -1.0000 -0.0000</w:t>
        <w:br/>
        <w:t>vn 0.5848 -0.0688 0.8083</w:t>
        <w:br/>
        <w:t>vn 0.0294 -0.0858 0.9959</w:t>
        <w:br/>
        <w:t>vn 0.3188 0.1494 0.9360</w:t>
        <w:br/>
        <w:t>vn -0.0441 -0.1161 0.9923</w:t>
        <w:br/>
        <w:t>vn 0.1092 0.0673 0.9917</w:t>
        <w:br/>
        <w:t>vn -0.4898 0.1465 0.8594</w:t>
        <w:br/>
        <w:t>vn -0.6434 -0.0917 0.7600</w:t>
        <w:br/>
        <w:t>vn -0.3189 0.1250 0.9395</w:t>
        <w:br/>
        <w:t>vn 0.0811 -0.1046 0.9912</w:t>
        <w:br/>
        <w:t>vn -0.0607 0.0723 0.9955</w:t>
        <w:br/>
        <w:t>vn 0.3137 -0.4448 0.8389</w:t>
        <w:br/>
        <w:t>vn 0.4242 -0.2134 0.8801</w:t>
        <w:br/>
        <w:t>vn 0.5094 -0.1912 0.8390</w:t>
        <w:br/>
        <w:t>vn 0.5279 -0.2497 0.8118</w:t>
        <w:br/>
        <w:t>vn -0.7066 -0.1247 0.6965</w:t>
        <w:br/>
        <w:t>vn -0.5554 -0.1869 0.8103</w:t>
        <w:br/>
        <w:t>vn -0.5307 -0.2535 0.8087</w:t>
        <w:br/>
        <w:t>vn 0.3725 -0.7429 0.5562</w:t>
        <w:br/>
        <w:t>vn 0.3203 -0.3185 0.8922</w:t>
        <w:br/>
        <w:t>vn 0.5641 -0.0036 0.8257</w:t>
        <w:br/>
        <w:t>vn 0.6818 -0.5502 0.4821</w:t>
        <w:br/>
        <w:t>vn 0.2474 -0.2045 0.9471</w:t>
        <w:br/>
        <w:t>vn -0.4254 -0.2307 0.8751</w:t>
        <w:br/>
        <w:t>vn -0.2948 -0.4219 0.8574</w:t>
        <w:br/>
        <w:t>vn 0.0020 0.1294 0.9916</w:t>
        <w:br/>
        <w:t>vn -0.7132 0.0345 0.7001</w:t>
        <w:br/>
        <w:t>vn -0.5236 -0.1776 0.8332</w:t>
        <w:br/>
        <w:t>vn -0.7607 -0.4763 0.4409</w:t>
        <w:br/>
        <w:t>vn -0.9422 -0.0589 0.3299</w:t>
        <w:br/>
        <w:t>vn 0.7234 0.0709 0.6868</w:t>
        <w:br/>
        <w:t>vn 0.9224 0.0226 0.3857</w:t>
        <w:br/>
        <w:t>vn 0.7435 -0.4293 0.5128</w:t>
        <w:br/>
        <w:t>vn 0.6137 -0.1272 0.7792</w:t>
        <w:br/>
        <w:t>vn -0.7564 0.4023 0.5158</w:t>
        <w:br/>
        <w:t>vn -0.8648 0.4479 0.2271</w:t>
        <w:br/>
        <w:t>vn 0.7514 0.4377 0.4938</w:t>
        <w:br/>
        <w:t>vn 0.8229 0.5234 0.2213</w:t>
        <w:br/>
        <w:t>vn -0.1915 -0.2466 0.9500</w:t>
        <w:br/>
        <w:t>vn 0.2165 -0.2863 0.9333</w:t>
        <w:br/>
        <w:t>vn -0.3897 -0.1892 0.9013</w:t>
        <w:br/>
        <w:t>vn -0.5624 -0.6541 0.5058</w:t>
        <w:br/>
        <w:t>vn 0.0044 0.1861 0.9825</w:t>
        <w:br/>
        <w:t>vn -0.0172 0.1922 0.9812</w:t>
        <w:br/>
        <w:t>vn 0.5171 -0.6478 0.5594</w:t>
        <w:br/>
        <w:t>vn 0.6313 0.7721 0.0733</w:t>
        <w:br/>
        <w:t>vn -0.6997 0.7027 0.1285</w:t>
        <w:br/>
        <w:t>vn 0.0056 0.2142 0.9768</w:t>
        <w:br/>
        <w:t>vn -0.0268 0.2232 0.9744</w:t>
        <w:br/>
        <w:t>vn -0.9076 0.3591 0.2177</w:t>
        <w:br/>
        <w:t>vn -0.6551 0.1062 0.7480</w:t>
        <w:br/>
        <w:t>vn -0.9376 -0.1003 0.3330</w:t>
        <w:br/>
        <w:t>vn 0.8943 0.3908 0.2179</w:t>
        <w:br/>
        <w:t>vn -0.4106 -0.7553 0.5108</w:t>
        <w:br/>
        <w:t>vn -0.4105 -0.7553 0.5108</w:t>
        <w:br/>
        <w:t>vn -0.0283 0.2243 0.9741</w:t>
        <w:br/>
        <w:t>vn 0.0364 0.2061 0.9779</w:t>
        <w:br/>
        <w:t>vn -0.1233 0.5214 0.8443</w:t>
        <w:br/>
        <w:t>vn 0.3981 0.6024 0.6918</w:t>
        <w:br/>
        <w:t>vn 0.6723 0.5353 0.5113</w:t>
        <w:br/>
        <w:t>vn -0.1268 0.5735 0.8093</w:t>
        <w:br/>
        <w:t>vn -0.8006 0.5775 0.1601</w:t>
        <w:br/>
        <w:t>vn -0.6989 0.4856 0.5252</w:t>
        <w:br/>
        <w:t>vn -0.7644 0.2456 0.5961</w:t>
        <w:br/>
        <w:t>vn -0.7065 0.2594 0.6585</w:t>
        <w:br/>
        <w:t>vn 0.5238 0.2450 0.8159</w:t>
        <w:br/>
        <w:t>vn 0.4220 0.5657 0.7084</w:t>
        <w:br/>
        <w:t>vn 0.4285 0.6996 0.5718</w:t>
        <w:br/>
        <w:t>vn 0.1212 0.7875 0.6042</w:t>
        <w:br/>
        <w:t>vn -0.8898 0.0974 0.4459</w:t>
        <w:br/>
        <w:t>vn -0.2517 0.6060 0.7546</w:t>
        <w:br/>
        <w:t>vn 0.4824 0.2799 0.8300</w:t>
        <w:br/>
        <w:t>vn 0.6175 0.1344 0.7750</w:t>
        <w:br/>
        <w:t>vn 0.7310 0.0469 0.6808</w:t>
        <w:br/>
        <w:t>vn 0.7366 -0.0256 0.6758</w:t>
        <w:br/>
        <w:t>vn -0.8168 0.2298 0.5291</w:t>
        <w:br/>
        <w:t>vn -0.8673 0.0937 0.4888</w:t>
        <w:br/>
        <w:t>vn 0.3635 0.5812 0.7281</w:t>
        <w:br/>
        <w:t>vn 0.4008 0.5444 0.7369</w:t>
        <w:br/>
        <w:t>vn 0.1475 0.8452 0.5137</w:t>
        <w:br/>
        <w:t>vn 0.1349 0.9612 0.2407</w:t>
        <w:br/>
        <w:t>vn 0.1783 0.9157 0.3601</w:t>
        <w:br/>
        <w:t>vn 0.2008 0.7814 0.5908</w:t>
        <w:br/>
        <w:t>vn 0.1614 0.8199 0.5493</w:t>
        <w:br/>
        <w:t>vn 0.1761 0.8017 0.5711</w:t>
        <w:br/>
        <w:t>vn 0.1974 0.8672 0.4573</w:t>
        <w:br/>
        <w:t>vn -0.6894 0.6866 0.2309</w:t>
        <w:br/>
        <w:t>vn -0.5163 0.3570 0.7784</w:t>
        <w:br/>
        <w:t>vn -0.8395 0.2907 0.4590</w:t>
        <w:br/>
        <w:t>vn -0.6347 0.4579 0.6225</w:t>
        <w:br/>
        <w:t>vn -0.4606 0.5776 0.6739</w:t>
        <w:br/>
        <w:t>vn -0.4770 0.4194 0.7724</w:t>
        <w:br/>
        <w:t>vn -0.4606 0.5776 0.6740</w:t>
        <w:br/>
        <w:t>vn 0.0600 0.8913 0.4493</w:t>
        <w:br/>
        <w:t>vn 0.1189 0.8098 0.5745</w:t>
        <w:br/>
        <w:t>vn 0.1269 0.6906 0.7120</w:t>
        <w:br/>
        <w:t>vn 0.1189 0.8098 0.5746</w:t>
        <w:br/>
        <w:t>vn 0.0659 0.8996 0.4317</w:t>
        <w:br/>
        <w:t>vn 0.0660 0.8996 0.4317</w:t>
        <w:br/>
        <w:t>vn 0.0147 0.9284 0.3712</w:t>
        <w:br/>
        <w:t>vn -0.1401 0.9290 0.3426</w:t>
        <w:br/>
        <w:t>vn -0.3488 0.8208 0.4524</w:t>
        <w:br/>
        <w:t>vn -0.4507 0.6874 0.5696</w:t>
        <w:br/>
        <w:t>vn -0.5991 0.7758 0.1982</w:t>
        <w:br/>
        <w:t>vn -0.9018 0.3304 -0.2785</w:t>
        <w:br/>
        <w:t>vn -0.8126 0.4493 -0.3713</w:t>
        <w:br/>
        <w:t>vn -0.4985 0.6510 0.5724</w:t>
        <w:br/>
        <w:t>vn 0.0492 0.9988 0.0055</w:t>
        <w:br/>
        <w:t>vn 0.0525 0.9986 0.0118</w:t>
        <w:br/>
        <w:t>vn 0.0454 0.9989 0.0061</w:t>
        <w:br/>
        <w:t>vn 0.0415 0.9982 0.0438</w:t>
        <w:br/>
        <w:t>vn 0.0191 0.9994 0.0282</w:t>
        <w:br/>
        <w:t>vn 0.0056 0.9996 0.0282</w:t>
        <w:br/>
        <w:t>vn 0.0149 0.9988 0.0456</w:t>
        <w:br/>
        <w:t>vn -0.0180 0.9998 0.0057</w:t>
        <w:br/>
        <w:t>vn -0.1001 0.9654 0.2407</w:t>
        <w:br/>
        <w:t>vn -0.0252 0.9997 0.0039</w:t>
        <w:br/>
        <w:t>vn -0.0146 0.9999 0.0021</w:t>
        <w:br/>
        <w:t>vn -0.0147 0.9999 0.0021</w:t>
        <w:br/>
        <w:t>vn -0.0112 0.9991 0.0411</w:t>
        <w:br/>
        <w:t>vn -0.0183 0.9982 0.0574</w:t>
        <w:br/>
        <w:t>vn -0.0243 0.9991 0.0338</w:t>
        <w:br/>
        <w:t>vn -0.0314 0.9988 0.0386</w:t>
        <w:br/>
        <w:t>vn -0.2896 0.6868 0.6667</w:t>
        <w:br/>
        <w:t>vn -0.2509 0.7383 0.6261</w:t>
        <w:br/>
        <w:t>vn -0.3252 0.6714 0.6659</w:t>
        <w:br/>
        <w:t>vn 0.4524 -0.4242 -0.7845</w:t>
        <w:br/>
        <w:t>vn 0.6705 -0.1221 -0.7318</w:t>
        <w:br/>
        <w:t>vn 0.8294 -0.0818 -0.5526</w:t>
        <w:br/>
        <w:t>vn 0.5600 -0.3641 -0.7442</w:t>
        <w:br/>
        <w:t>vn 0.2846 -0.4127 -0.8653</w:t>
        <w:br/>
        <w:t>vn 0.4042 -0.1368 -0.9044</w:t>
        <w:br/>
        <w:t>vn -0.0246 -0.3952 -0.9183</w:t>
        <w:br/>
        <w:t>vn -0.0061 -0.1490 -0.9888</w:t>
        <w:br/>
        <w:t>vn -0.3149 -0.3859 -0.8671</w:t>
        <w:br/>
        <w:t>vn -0.4180 -0.1367 -0.8981</w:t>
        <w:br/>
        <w:t>vn -0.5192 -0.3653 -0.7726</w:t>
        <w:br/>
        <w:t>vn -0.7124 -0.1072 -0.6935</w:t>
        <w:br/>
        <w:t>vn -0.6464 -0.3102 -0.6971</w:t>
        <w:br/>
        <w:t>vn -0.8575 -0.0840 -0.5075</w:t>
        <w:br/>
        <w:t>vn -0.8682 -0.0205 -0.4958</w:t>
        <w:br/>
        <w:t>vn -0.7429 -0.2725 -0.6114</w:t>
        <w:br/>
        <w:t>vn -0.9066 -0.3776 -0.1885</w:t>
        <w:br/>
        <w:t>vn -0.9015 -0.0961 -0.4220</w:t>
        <w:br/>
        <w:t>vn -0.7166 -0.5139 -0.4717</w:t>
        <w:br/>
        <w:t>vn -0.6028 -0.3343 -0.7245</w:t>
        <w:br/>
        <w:t>vn -0.6554 -0.3885 -0.6477</w:t>
        <w:br/>
        <w:t>vn -0.6511 -0.4828 -0.5856</w:t>
        <w:br/>
        <w:t>vn -0.6935 -0.3362 -0.6372</w:t>
        <w:br/>
        <w:t>vn -0.7289 -0.4012 -0.5547</w:t>
        <w:br/>
        <w:t>vn -0.8224 -0.3554 -0.4442</w:t>
        <w:br/>
        <w:t>vn 0.9275 -0.2474 -0.2803</w:t>
        <w:br/>
        <w:t>vn 0.8543 -0.3510 -0.3834</w:t>
        <w:br/>
        <w:t>vn 0.8060 -0.2807 -0.5212</w:t>
        <w:br/>
        <w:t>vn 0.9109 -0.1310 -0.3913</w:t>
        <w:br/>
        <w:t>vn 0.6844 -0.5312 -0.4995</w:t>
        <w:br/>
        <w:t>vn 0.5918 -0.5597 -0.5801</w:t>
        <w:br/>
        <w:t>vn 0.5118 -0.5706 -0.6422</w:t>
        <w:br/>
        <w:t>vn 0.6911 -0.5249 -0.4968</w:t>
        <w:br/>
        <w:t>vn 0.4242 -0.1061 -0.8993</w:t>
        <w:br/>
        <w:t>vn 0.4964 -0.3681 -0.7862</w:t>
        <w:br/>
        <w:t>vn 0.4235 -0.3944 -0.8156</w:t>
        <w:br/>
        <w:t>vn 0.2582 -0.3710 -0.8920</w:t>
        <w:br/>
        <w:t>vn -0.0411 -0.3377 -0.9404</w:t>
        <w:br/>
        <w:t>vn -0.3180 -0.3394 -0.8853</w:t>
        <w:br/>
        <w:t>vn -0.4912 -0.3448 -0.7999</w:t>
        <w:br/>
        <w:t>vn 0.1274 0.3597 -0.9243</w:t>
        <w:br/>
        <w:t>vn 0.1275 0.3597 -0.9243</w:t>
        <w:br/>
        <w:t>vn 0.5900 -0.4060 -0.6979</w:t>
        <w:br/>
        <w:t>vn 0.4992 -0.3518 -0.7918</w:t>
        <w:br/>
        <w:t>vn 0.2919 -0.3118 -0.9042</w:t>
        <w:br/>
        <w:t>vn -0.0470 -0.2724 -0.9610</w:t>
        <w:br/>
        <w:t>vn -0.3818 -0.2638 -0.8858</w:t>
        <w:br/>
        <w:t>vn -0.5926 -0.2835 -0.7540</w:t>
        <w:br/>
        <w:t>vn 0.5196 -0.4806 -0.7064</w:t>
        <w:br/>
        <w:t>vn 0.3205 -0.3994 -0.8589</w:t>
        <w:br/>
        <w:t>vn -0.0284 -0.3756 -0.9264</w:t>
        <w:br/>
        <w:t>vn -0.3812 -0.3517 -0.8550</w:t>
        <w:br/>
        <w:t>vn -0.6151 -0.3789 -0.6914</w:t>
        <w:br/>
        <w:t>vn -0.7704 -0.3472 -0.5348</w:t>
        <w:br/>
        <w:t>vn 0.7023 -0.4500 -0.5516</w:t>
        <w:br/>
        <w:t>vn 0.7706 -0.1216 -0.6256</w:t>
        <w:br/>
        <w:t>vn -0.8189 -0.3344 -0.4665</w:t>
        <w:br/>
        <w:t>vn 0.7444 0.2036 -0.6359</w:t>
        <w:br/>
        <w:t>vn 0.5423 0.2093 -0.8137</w:t>
        <w:br/>
        <w:t>vn 0.2778 0.2220 -0.9346</w:t>
        <w:br/>
        <w:t>vn -0.0158 0.2463 -0.9691</w:t>
        <w:br/>
        <w:t>vn -0.3023 0.2483 -0.9203</w:t>
        <w:br/>
        <w:t>vn -0.5536 0.2438 -0.7963</w:t>
        <w:br/>
        <w:t>vn -0.7184 0.2595 -0.6454</w:t>
        <w:br/>
        <w:t>vn -0.7527 0.2556 -0.6067</w:t>
        <w:br/>
        <w:t>vn -0.4022 0.5621 -0.7227</w:t>
        <w:br/>
        <w:t>vn -0.4022 0.5622 -0.7227</w:t>
        <w:br/>
        <w:t>vn -0.5960 0.2692 -0.7565</w:t>
        <w:br/>
        <w:t>vn -0.3222 0.2796 -0.9044</w:t>
        <w:br/>
        <w:t>vn 0.0140 0.2775 -0.9606</w:t>
        <w:br/>
        <w:t>vn 0.3441 0.2680 -0.8999</w:t>
        <w:br/>
        <w:t>vn 0.5869 0.2736 -0.7620</w:t>
        <w:br/>
        <w:t>vn 0.7508 0.2487 -0.6119</w:t>
        <w:br/>
        <w:t>vn 0.5463 0.4864 -0.6819</w:t>
        <w:br/>
        <w:t>vn -0.6943 -0.4355 -0.5730</w:t>
        <w:br/>
        <w:t>vn -0.9268 -0.3005 -0.2253</w:t>
        <w:br/>
        <w:t>vn -0.7123 -0.5174 -0.4743</w:t>
        <w:br/>
        <w:t>vn -0.5973 -0.5358 -0.5967</w:t>
        <w:br/>
        <w:t>vn -0.4258 -0.5793 -0.6951</w:t>
        <w:br/>
        <w:t>vn 0.9159 -0.3958 -0.0660</w:t>
        <w:br/>
        <w:t>vn 0.7077 -0.6195 -0.3397</w:t>
        <w:br/>
        <w:t>vn 0.8324 -0.3122 -0.4578</w:t>
        <w:br/>
        <w:t>vn 0.6331 -0.5298 -0.5643</w:t>
        <w:br/>
        <w:t>vn 0.0525 -0.1895 -0.9805</w:t>
        <w:br/>
        <w:t>vn -0.5960 -0.3765 -0.7093</w:t>
        <w:br/>
        <w:t>vn -0.8378 -0.4494 -0.3101</w:t>
        <w:br/>
        <w:t>vn -0.9158 -0.3979 -0.0546</w:t>
        <w:br/>
        <w:t>vn -0.8632 -0.4233 -0.2750</w:t>
        <w:br/>
        <w:t>vn -0.4771 0.4194 0.7723</w:t>
        <w:br/>
        <w:t>vn 0.8745 -0.2581 -0.4107</w:t>
        <w:br/>
        <w:t>vn 0.9246 -0.3800 -0.0269</w:t>
        <w:br/>
        <w:t>vn 0.7391 -0.5729 -0.3543</w:t>
        <w:br/>
        <w:t>vn 0.9070 -0.3301 -0.2616</w:t>
        <w:br/>
        <w:t>vn 0.7270 -0.6445 0.2368</w:t>
        <w:br/>
        <w:t>vn 0.6356 -0.4760 -0.6078</w:t>
        <w:br/>
        <w:t>vn 0.1034 -0.9638 -0.2456</w:t>
        <w:br/>
        <w:t>vn -0.4842 -0.8464 -0.2218</w:t>
        <w:br/>
        <w:t>vn -0.2546 -0.9432 -0.2135</w:t>
        <w:br/>
        <w:t>vn -0.8878 -0.3206 -0.3303</w:t>
        <w:br/>
        <w:t>vn -0.9299 -0.3612 -0.0690</w:t>
        <w:br/>
        <w:t>vn -0.8411 -0.4500 -0.3001</w:t>
        <w:br/>
        <w:t>vn 0.9311 -0.1943 -0.3086</w:t>
        <w:br/>
        <w:t>vn 0.5529 -0.5266 -0.6458</w:t>
        <w:br/>
        <w:t>vn 0.4736 -0.5936 -0.6507</w:t>
        <w:br/>
        <w:t>vn 0.9874 -0.0877 -0.1317</w:t>
        <w:br/>
        <w:t>vn 0.9753 -0.0720 -0.2089</w:t>
        <w:br/>
        <w:t>vn -0.9841 -0.0695 -0.1634</w:t>
        <w:br/>
        <w:t>vn -0.9002 -0.2718 -0.3403</w:t>
        <w:br/>
        <w:t>vn -0.9667 -0.0532 -0.2502</w:t>
        <w:br/>
        <w:t>vn -0.9489 0.3035 -0.0871</w:t>
        <w:br/>
        <w:t>vn -0.9331 0.2867 -0.2171</w:t>
        <w:br/>
        <w:t>vn -0.7722 0.2560 -0.5816</w:t>
        <w:br/>
        <w:t>vn 0.9366 0.3463 -0.0542</w:t>
        <w:br/>
        <w:t>vn 0.9292 0.3297 -0.1672</w:t>
        <w:br/>
        <w:t>vn 0.8142 0.3015 -0.4962</w:t>
        <w:br/>
        <w:t>vn 0.4926 0.2800 -0.8240</w:t>
        <w:br/>
        <w:t>vn -0.3677 -0.0055 -0.9299</w:t>
        <w:br/>
        <w:t>vn -0.3435 0.2537 -0.9042</w:t>
        <w:br/>
        <w:t>vn 0.1100 0.2695 -0.9567</w:t>
        <w:br/>
        <w:t>vn 0.0986 -0.0218 -0.9949</w:t>
        <w:br/>
        <w:t>vn -0.5167 -0.5316 -0.6711</w:t>
        <w:br/>
        <w:t>vn -0.9546 -0.1398 -0.2632</w:t>
        <w:br/>
        <w:t>vn 0.8960 0.4416 -0.0476</w:t>
        <w:br/>
        <w:t>vn 0.8927 0.4243 -0.1516</w:t>
        <w:br/>
        <w:t>vn 0.7923 0.3939 -0.4659</w:t>
        <w:br/>
        <w:t>vn 0.5068 0.3504 -0.7876</w:t>
        <w:br/>
        <w:t>vn 0.1235 0.3188 -0.9397</w:t>
        <w:br/>
        <w:t>vn -0.3302 0.2986 -0.8954</w:t>
        <w:br/>
        <w:t>vn -0.7465 0.3231 -0.5816</w:t>
        <w:br/>
        <w:t>vn -0.9022 0.3803 -0.2036</w:t>
        <w:br/>
        <w:t>vn -0.9084 0.4115 -0.0745</w:t>
        <w:br/>
        <w:t>vn -0.9499 0.2230 -0.2191</w:t>
        <w:br/>
        <w:t>vn -0.9651 0.2437 -0.0958</w:t>
        <w:br/>
        <w:t>vn -0.7749 0.1624 -0.6109</w:t>
        <w:br/>
        <w:t>vn -0.3491 0.0910 -0.9327</w:t>
        <w:br/>
        <w:t>vn 0.1282 0.0784 -0.9887</w:t>
        <w:br/>
        <w:t>vn 0.5466 0.1335 -0.8267</w:t>
        <w:br/>
        <w:t>vn 0.8466 0.2003 -0.4930</w:t>
        <w:br/>
        <w:t>vn 0.9645 0.2055 -0.1657</w:t>
        <w:br/>
        <w:t>vn 0.9780 0.1972 -0.0686</w:t>
        <w:br/>
        <w:t>vn 0.0161 -0.4618 0.8868</w:t>
        <w:br/>
        <w:t>vn 0.0087 -0.3438 0.9390</w:t>
        <w:br/>
        <w:t>vn 0.0020 0.2977 0.9547</w:t>
        <w:br/>
        <w:t>vn 0.0003 -0.1520 0.9884</w:t>
        <w:br/>
        <w:t>vn -0.0004 0.3227 0.9465</w:t>
        <w:br/>
        <w:t>vn -0.0051 -0.0307 0.9995</w:t>
        <w:br/>
        <w:t>vn -0.0051 -0.0306 0.9995</w:t>
        <w:br/>
        <w:t>vn -0.0258 0.9996 0.0104</w:t>
        <w:br/>
        <w:t>vn -0.0257 0.9996 0.0104</w:t>
        <w:br/>
        <w:t>vn 0.0537 0.9979 0.0350</w:t>
        <w:br/>
        <w:t>vn 0.0370 0.9989 0.0293</w:t>
        <w:br/>
        <w:t>vn 0.3849 0.0182 0.9228</w:t>
        <w:br/>
        <w:t>vn -0.3929 0.0121 0.9195</w:t>
        <w:br/>
        <w:t>vn -0.8557 -0.0205 0.5171</w:t>
        <w:br/>
        <w:t>vn -0.8557 -0.0204 0.5171</w:t>
        <w:br/>
        <w:t>vn -0.9647 0.0124 0.2631</w:t>
        <w:br/>
        <w:t>vn -0.9647 0.0124 0.2630</w:t>
        <w:br/>
        <w:t>vn -0.9918 0.0505 0.1171</w:t>
        <w:br/>
        <w:t>vn -0.9978 0.0575 0.0333</w:t>
        <w:br/>
        <w:t>vn -0.9890 0.0793 -0.1250</w:t>
        <w:br/>
        <w:t>vn -0.9890 0.0793 -0.1251</w:t>
        <w:br/>
        <w:t>vn -0.9615 0.0046 -0.2749</w:t>
        <w:br/>
        <w:t>vn 0.9544 -0.0334 -0.2968</w:t>
        <w:br/>
        <w:t>vn 0.9955 0.0181 -0.0926</w:t>
        <w:br/>
        <w:t>vn 0.9982 0.0069 0.0594</w:t>
        <w:br/>
        <w:t>vn 0.9982 0.0068 0.0594</w:t>
        <w:br/>
        <w:t>vn 0.9735 0.0100 0.2284</w:t>
        <w:br/>
        <w:t>vn 0.7474 -0.0171 0.6642</w:t>
        <w:br/>
        <w:t>vn 0.8659 -0.0025 0.5001</w:t>
        <w:br/>
        <w:t>vn 0.5529 -0.5266 -0.6457</w:t>
        <w:br/>
        <w:t>vn -0.5168 -0.5316 -0.6711</w:t>
        <w:br/>
        <w:t>vn -0.0007 -0.6647 -0.7471</w:t>
        <w:br/>
        <w:t>vn -0.0007 -0.6648 -0.7471</w:t>
        <w:br/>
        <w:t>vn -0.0001 -0.9123 -0.4096</w:t>
        <w:br/>
        <w:t>vn -0.0001 -0.9123 -0.4095</w:t>
        <w:br/>
        <w:t>vn -0.1385 0.9232 0.3584</w:t>
        <w:br/>
        <w:t>vn 0.0112 0.9999 -0.0112</w:t>
        <w:br/>
        <w:t>vn 0.0058 1.0000 -0.0056</w:t>
        <w:br/>
        <w:t>vn 0.0075 1.0000 0.0013</w:t>
        <w:br/>
        <w:t>vn 0.9593 0.2303 0.1635</w:t>
        <w:br/>
        <w:t>vn 0.2584 0.9641 0.0618</w:t>
        <w:br/>
        <w:t>vn -0.0332 0.9993 -0.0197</w:t>
        <w:br/>
        <w:t>vn -0.0168 0.9998 -0.0100</w:t>
        <w:br/>
        <w:t>vn -0.0140 0.9998 -0.0118</w:t>
        <w:br/>
        <w:t>vn -0.0070 1.0000 -0.0059</w:t>
        <w:br/>
        <w:t>vn -0.0070 1.0000 -0.0058</w:t>
        <w:br/>
        <w:t>vn -0.0001 1.0000 -0.0000</w:t>
        <w:br/>
        <w:t>vn 0.0036 0.9999 0.0104</w:t>
        <w:br/>
        <w:t>vn -0.0040 0.9997 0.0248</w:t>
        <w:br/>
        <w:t>vn 0.0073 0.9998 0.0165</w:t>
        <w:br/>
        <w:t>vn -0.4449 0.8624 -0.2417</w:t>
        <w:br/>
        <w:t>vn -0.1361 0.9904 -0.0253</w:t>
        <w:br/>
        <w:t>vn -0.2088 0.9768 -0.0468</w:t>
        <w:br/>
        <w:t>vn 0.0014 1.0000 0.0047</w:t>
        <w:br/>
        <w:t>vn 0.0011 0.9999 0.0131</w:t>
        <w:br/>
        <w:t>vn 0.0048 0.9999 0.0147</w:t>
        <w:br/>
        <w:t>vn 0.0057 0.9999 0.0163</w:t>
        <w:br/>
        <w:t>vn 0.2584 0.9641 0.0619</w:t>
        <w:br/>
        <w:t>vn 0.0497 0.9870 0.1532</w:t>
        <w:br/>
        <w:t>vn 0.0027 0.9998 0.0204</w:t>
        <w:br/>
        <w:t>vn -0.0015 0.9994 0.0357</w:t>
        <w:br/>
        <w:t>vn 0.0019 0.9999 0.0155</w:t>
        <w:br/>
        <w:t>vn -0.0635 0.1273 0.9898</w:t>
        <w:br/>
        <w:t>vn 0.0919 0.1442 0.9853</w:t>
        <w:br/>
        <w:t>vn 0.0951 0.9911 0.0928</w:t>
        <w:br/>
        <w:t>vn 0.9544 -0.0333 -0.2968</w:t>
        <w:br/>
        <w:t>vn 0.6458 -0.1223 0.7537</w:t>
        <w:br/>
        <w:t>vn -0.7888 0.5936 -0.1594</w:t>
        <w:br/>
        <w:t>vn 0.5560 0.5353 0.6359</w:t>
        <w:br/>
        <w:t>vn -0.6529 0.5263 0.5447</w:t>
        <w:br/>
        <w:t>vn -0.7722 0.5071 0.3828</w:t>
        <w:br/>
        <w:t>vn 0.7668 0.6013 0.2249</w:t>
        <w:br/>
        <w:t>vn 0.7668 0.6012 0.2249</w:t>
        <w:br/>
        <w:t>vn 0.8285 0.1932 -0.5255</w:t>
        <w:br/>
        <w:t>vn 0.3777 0.4985 -0.7803</w:t>
        <w:br/>
        <w:t>vn 0.3941 0.5176 -0.7594</w:t>
        <w:br/>
        <w:t>vn 0.3625 0.4711 -0.8042</w:t>
        <w:br/>
        <w:t>vn 0.1341 0.8673 -0.4794</w:t>
        <w:br/>
        <w:t>vn 0.0521 0.8667 -0.4961</w:t>
        <w:br/>
        <w:t>vn 0.3993 0.4291 -0.8102</w:t>
        <w:br/>
        <w:t>vn 0.3719 0.4753 -0.7974</w:t>
        <w:br/>
        <w:t>vn 0.3459 0.5045 -0.7911</w:t>
        <w:br/>
        <w:t>vn 0.6970 0.0372 -0.7162</w:t>
        <w:br/>
        <w:t>vn 0.3712 0.4928 -0.7870</w:t>
        <w:br/>
        <w:t>vn 0.3511 0.5104 -0.7850</w:t>
        <w:br/>
        <w:t>vn 0.6810 -0.0013 -0.7323</w:t>
        <w:br/>
        <w:t>vn 0.3644 0.4912 -0.7912</w:t>
        <w:br/>
        <w:t>vn 0.3623 0.5036 -0.7843</w:t>
        <w:br/>
        <w:t>vn 0.6042 0.1978 -0.7719</w:t>
        <w:br/>
        <w:t>vn 0.3482 0.4725 -0.8096</w:t>
        <w:br/>
        <w:t>vn 0.3497 0.4766 -0.8066</w:t>
        <w:br/>
        <w:t>vn 0.6227 0.3547 -0.6974</w:t>
        <w:br/>
        <w:t>vn 0.1543 0.2957 -0.9427</w:t>
        <w:br/>
        <w:t>vn -0.2332 0.5076 -0.8294</w:t>
        <w:br/>
        <w:t>vn 0.2377 0.3264 -0.9148</w:t>
        <w:br/>
        <w:t>vn 0.5879 0.5797 -0.5642</w:t>
        <w:br/>
        <w:t>vn 0.2441 0.2951 -0.9238</w:t>
        <w:br/>
        <w:t>vn 0.5633 0.6955 -0.4461</w:t>
        <w:br/>
        <w:t>vn 0.2387 0.2970 -0.9246</w:t>
        <w:br/>
        <w:t>vn 0.6246 0.6547 -0.4256</w:t>
        <w:br/>
        <w:t>vn 0.7081 0.5586 -0.4319</w:t>
        <w:br/>
        <w:t>vn 0.2026 0.2959 -0.9335</w:t>
        <w:br/>
        <w:t>vn 0.3336 0.4412 -0.8331</w:t>
        <w:br/>
        <w:t>vn 0.1403 0.2614 -0.9550</w:t>
        <w:br/>
        <w:t>vn 0.6562 0.0824 -0.7501</w:t>
        <w:br/>
        <w:t>vn 0.1084 0.2270 -0.9679</w:t>
        <w:br/>
        <w:t>vn 0.6495 0.5962 -0.4719</w:t>
        <w:br/>
        <w:t>vn 0.7039 0.3034 -0.6423</w:t>
        <w:br/>
        <w:t>vn 0.7293 0.0548 -0.6820</w:t>
        <w:br/>
        <w:t>vn 0.7788 -0.1521 -0.6085</w:t>
        <w:br/>
        <w:t>vn 0.6302 0.7258 -0.2758</w:t>
        <w:br/>
        <w:t>vn 0.7440 0.6569 -0.1222</w:t>
        <w:br/>
        <w:t>vn 0.2337 0.2941 -0.9268</w:t>
        <w:br/>
        <w:t>vn 0.2331 0.2951 -0.9266</w:t>
        <w:br/>
        <w:t>vn 0.2118 0.2836 -0.9353</w:t>
        <w:br/>
        <w:t>vn 0.1760 0.2982 -0.9381</w:t>
        <w:br/>
        <w:t>vn -0.1461 0.5295 -0.8357</w:t>
        <w:br/>
        <w:t>vn 0.2031 0.2905 -0.9351</w:t>
        <w:br/>
        <w:t>vn 0.1545 0.2646 -0.9519</w:t>
        <w:br/>
        <w:t>vn 0.2138 0.3013 -0.9292</w:t>
        <w:br/>
        <w:t>vn 0.0956 0.0771 -0.9924</w:t>
        <w:br/>
        <w:t>vn 0.1445 0.0648 -0.9874</w:t>
        <w:br/>
        <w:t>vn 0.1658 0.0786 -0.9830</w:t>
        <w:br/>
        <w:t>vn 0.1498 0.0825 -0.9853</w:t>
        <w:br/>
        <w:t>vn 0.1521 0.0464 -0.9873</w:t>
        <w:br/>
        <w:t>vn 0.1044 0.1510 -0.9830</w:t>
        <w:br/>
        <w:t>vn 0.1393 0.0946 -0.9857</w:t>
        <w:br/>
        <w:t>vn 0.0488 0.5450 -0.8370</w:t>
        <w:br/>
        <w:t>vn -0.0155 0.0175 -0.9997</w:t>
        <w:br/>
        <w:t>vn 0.1048 0.0129 -0.9944</w:t>
        <w:br/>
        <w:t>vn -0.0040 -0.0831 -0.9965</w:t>
        <w:br/>
        <w:t>vn 0.0665 -0.1328 -0.9889</w:t>
        <w:br/>
        <w:t>vn 0.1078 0.2008 -0.9737</w:t>
        <w:br/>
        <w:t>vn -0.1306 0.0733 -0.9887</w:t>
        <w:br/>
        <w:t>vn -0.0826 -0.2440 -0.9662</w:t>
        <w:br/>
        <w:t>vn -0.1961 -0.1155 -0.9738</w:t>
        <w:br/>
        <w:t>vn 0.1323 0.2190 -0.9667</w:t>
        <w:br/>
        <w:t>vn 0.3672 0.3994 -0.8400</w:t>
        <w:br/>
        <w:t>vn 0.2351 -0.2812 -0.9304</w:t>
        <w:br/>
        <w:t>vn 0.3830 -0.0868 -0.9196</w:t>
        <w:br/>
        <w:t>vn 0.1324 0.2190 -0.9667</w:t>
        <w:br/>
        <w:t>vn 0.5001 0.4314 -0.7509</w:t>
        <w:br/>
        <w:t>vn 0.8819 0.3360 -0.3307</w:t>
        <w:br/>
        <w:t>vn 0.9174 0.3224 -0.2332</w:t>
        <w:br/>
        <w:t>vn 0.6973 0.4147 -0.5846</w:t>
        <w:br/>
        <w:t>vn 0.5925 0.3892 -0.7054</w:t>
        <w:br/>
        <w:t>vn 0.5899 0.4281 -0.6846</w:t>
        <w:br/>
        <w:t>vn 0.1171 0.8091 -0.5760</w:t>
        <w:br/>
        <w:t>vn 0.1601 0.4985 -0.8520</w:t>
        <w:br/>
        <w:t>vn -0.0000 0.8651 -0.5016</w:t>
        <w:br/>
        <w:t>vn 0.3847 0.6003 -0.7012</w:t>
        <w:br/>
        <w:t>vn -0.3624 0.9157 -0.1738</w:t>
        <w:br/>
        <w:t>vn -0.0836 0.8807 -0.4662</w:t>
        <w:br/>
        <w:t>vn -0.6145 0.6529 -0.4429</w:t>
        <w:br/>
        <w:t>vn 0.3098 0.4466 -0.8394</w:t>
        <w:br/>
        <w:t>vn -0.0000 0.4673 -0.8841</w:t>
        <w:br/>
        <w:t>vn 0.2173 0.4562 -0.8630</w:t>
        <w:br/>
        <w:t>vn 0.3097 0.4466 -0.8394</w:t>
        <w:br/>
        <w:t>vn 0.7238 -0.1157 -0.6803</w:t>
        <w:br/>
        <w:t>vn 0.9506 0.2535 -0.1791</w:t>
        <w:br/>
        <w:t>vn 0.6680 0.3734 -0.6437</w:t>
        <w:br/>
        <w:t>vn 0.6938 0.1601 -0.7022</w:t>
        <w:br/>
        <w:t>vn 0.8582 0.1989 -0.4731</w:t>
        <w:br/>
        <w:t>vn 0.7525 0.1220 -0.6472</w:t>
        <w:br/>
        <w:t>vn 0.4231 -0.5714 -0.7032</w:t>
        <w:br/>
        <w:t>vn -0.0000 -0.6079 -0.7940</w:t>
        <w:br/>
        <w:t>vn 0.0001 -0.6079 -0.7940</w:t>
        <w:br/>
        <w:t>vn 0.7237 -0.1158 -0.6803</w:t>
        <w:br/>
        <w:t>vn 0.3735 -0.5264 -0.7638</w:t>
        <w:br/>
        <w:t>vn -0.0044 -0.4371 -0.8994</w:t>
        <w:br/>
        <w:t>vn -0.0044 -0.4370 -0.8994</w:t>
        <w:br/>
        <w:t>vn 0.9585 0.0597 -0.2786</w:t>
        <w:br/>
        <w:t>vn 0.8774 -0.2017 -0.4352</w:t>
        <w:br/>
        <w:t>vn 0.9438 0.3103 -0.1138</w:t>
        <w:br/>
        <w:t>vn 0.9429 0.3053 -0.1331</w:t>
        <w:br/>
        <w:t>vn -0.5636 -0.3286 -0.7579</w:t>
        <w:br/>
        <w:t>vn -0.4836 -0.4269 -0.7641</w:t>
        <w:br/>
        <w:t>vn -0.2791 -0.6497 -0.7071</w:t>
        <w:br/>
        <w:t>vn -0.0391 -0.7663 -0.6412</w:t>
        <w:br/>
        <w:t>vn 0.6452 -0.5287 -0.5516</w:t>
        <w:br/>
        <w:t>vn 0.2763 -0.7161 -0.6410</w:t>
        <w:br/>
        <w:t>vn 0.9278 -0.0952 -0.3607</w:t>
        <w:br/>
        <w:t>vn 0.8762 0.4231 -0.2308</w:t>
        <w:br/>
        <w:t>vn 0.6708 0.6408 -0.3733</w:t>
        <w:br/>
        <w:t>vn 0.6708 0.6408 -0.3734</w:t>
        <w:br/>
        <w:t>vn 0.7160 0.6279 -0.3052</w:t>
        <w:br/>
        <w:t>vn 0.0362 -0.3176 -0.9475</w:t>
        <w:br/>
        <w:t>vn -0.0814 -0.3158 -0.9453</w:t>
        <w:br/>
        <w:t>vn -0.0595 -0.3133 -0.9478</w:t>
        <w:br/>
        <w:t>vn -0.1021 -0.3300 -0.9384</w:t>
        <w:br/>
        <w:t>vn -0.1891 -0.2901 -0.9381</w:t>
        <w:br/>
        <w:t>vn -0.2843 0.9515 -0.1174</w:t>
        <w:br/>
        <w:t>vn 0.0000 1.0000 0.0069</w:t>
        <w:br/>
        <w:t>vn 0.1546 0.8289 -0.5377</w:t>
        <w:br/>
        <w:t>vn -0.5565 0.7843 -0.2742</w:t>
        <w:br/>
        <w:t>vn -0.6215 0.6270 -0.4697</w:t>
        <w:br/>
        <w:t>vn 0.3370 0.7247 -0.6010</w:t>
        <w:br/>
        <w:t>vn 0.1220 0.6765 -0.7263</w:t>
        <w:br/>
        <w:t>vn -0.6412 0.4169 -0.6442</w:t>
        <w:br/>
        <w:t>vn 0.3179 0.3391 -0.8854</w:t>
        <w:br/>
        <w:t>vn -0.1755 0.5755 -0.7987</w:t>
        <w:br/>
        <w:t>vn -0.7957 0.6038 -0.0470</w:t>
        <w:br/>
        <w:t>vn -0.9140 0.3423 -0.2176</w:t>
        <w:br/>
        <w:t>vn -0.9238 0.0816 -0.3740</w:t>
        <w:br/>
        <w:t>vn -0.8889 -0.0545 -0.4549</w:t>
        <w:br/>
        <w:t>vn -0.8889 -0.0545 -0.4548</w:t>
        <w:br/>
        <w:t>vn 0.7326 0.5658 -0.3783</w:t>
        <w:br/>
        <w:t>vn 0.7475 0.5953 -0.2947</w:t>
        <w:br/>
        <w:t>vn 0.7475 0.5954 -0.2945</w:t>
        <w:br/>
        <w:t>vn 0.7685 0.4811 -0.4219</w:t>
        <w:br/>
        <w:t>vn 0.7325 0.5659 -0.3783</w:t>
        <w:br/>
        <w:t>vn 0.8030 0.5367 -0.2591</w:t>
        <w:br/>
        <w:t>vn 0.8197 0.4268 -0.3820</w:t>
        <w:br/>
        <w:t>vn 0.7679 0.6359 -0.0773</w:t>
        <w:br/>
        <w:t>vn 0.7663 0.6341 -0.1032</w:t>
        <w:br/>
        <w:t>vn 0.7679 0.6359 -0.0772</w:t>
        <w:br/>
        <w:t>vn -0.2809 0.8292 -0.4832</w:t>
        <w:br/>
        <w:t>vn -0.5738 0.6911 -0.4394</w:t>
        <w:br/>
        <w:t>vn -0.5122 0.7803 -0.3588</w:t>
        <w:br/>
        <w:t>vn -0.4936 0.8038 -0.3322</w:t>
        <w:br/>
        <w:t>vn -0.3778 0.9023 -0.2078</w:t>
        <w:br/>
        <w:t>vn -0.2304 0.9670 -0.1091</w:t>
        <w:br/>
        <w:t>vn -0.2305 0.9669 -0.1091</w:t>
        <w:br/>
        <w:t>vn -0.1049 0.9933 -0.0474</w:t>
        <w:br/>
        <w:t>vn -0.1050 0.9933 -0.0473</w:t>
        <w:br/>
        <w:t>vn -0.0915 0.9951 -0.0371</w:t>
        <w:br/>
        <w:t>vn -0.2084 0.9736 -0.0933</w:t>
        <w:br/>
        <w:t>vn -0.2954 0.9454 -0.1378</w:t>
        <w:br/>
        <w:t>vn 0.8127 -0.3817 -0.4402</w:t>
        <w:br/>
        <w:t>vn 0.7861 -0.3266 -0.5248</w:t>
        <w:br/>
        <w:t>vn 0.8526 -0.0313 -0.5216</w:t>
        <w:br/>
        <w:t>vn 0.8556 0.5166 0.0327</w:t>
        <w:br/>
        <w:t>vn 0.9229 0.3762 0.0824</w:t>
        <w:br/>
        <w:t>vn 0.9390 0.3347 0.0793</w:t>
        <w:br/>
        <w:t>vn 0.9609 0.1903 -0.2013</w:t>
        <w:br/>
        <w:t>vn 0.9325 0.1034 -0.3461</w:t>
        <w:br/>
        <w:t>vn 0.8395 -0.2789 -0.4664</w:t>
        <w:br/>
        <w:t>vn 0.6562 0.0825 -0.7501</w:t>
        <w:br/>
        <w:t>vn 0.6640 0.5483 -0.5084</w:t>
        <w:br/>
        <w:t>vn 0.0085 0.1393 -0.9902</w:t>
        <w:br/>
        <w:t>vn 0.8405 0.5402 -0.0428</w:t>
        <w:br/>
        <w:t>vn -0.3129 -0.1732 -0.9339</w:t>
        <w:br/>
        <w:t>vn -0.0476 0.1730 -0.9838</w:t>
        <w:br/>
        <w:t>vn -0.4091 -0.1103 -0.9058</w:t>
        <w:br/>
        <w:t>vn 0.3241 0.4186 -0.8483</w:t>
        <w:br/>
        <w:t>vn 0.6420 0.7516 0.1514</w:t>
        <w:br/>
        <w:t>vn 0.6177 0.7321 0.2872</w:t>
        <w:br/>
        <w:t>vn -0.0027 0.0614 -0.9981</w:t>
        <w:br/>
        <w:t>vn -0.3549 -0.3314 -0.8742</w:t>
        <w:br/>
        <w:t>vn 0.3404 0.4258 -0.8383</w:t>
        <w:br/>
        <w:t>vn 0.9297 0.3214 0.1799</w:t>
        <w:br/>
        <w:t>vn 0.8646 0.0240 -0.5019</w:t>
        <w:br/>
        <w:t>vn 0.9477 -0.1844 -0.2606</w:t>
        <w:br/>
        <w:t>vn 0.6129 -0.4795 -0.6280</w:t>
        <w:br/>
        <w:t>vn 0.6154 -0.1971 -0.7632</w:t>
        <w:br/>
        <w:t>vn 0.0870 -0.5673 -0.8189</w:t>
        <w:br/>
        <w:t>vn 0.3827 0.4317 -0.8168</w:t>
        <w:br/>
        <w:t>vn 0.7890 0.2511 -0.5607</w:t>
        <w:br/>
        <w:t>vn 0.7368 0.5257 -0.4251</w:t>
        <w:br/>
        <w:t>vn 0.7091 0.6425 -0.2905</w:t>
        <w:br/>
        <w:t>vn 0.7889 0.6043 -0.1120</w:t>
        <w:br/>
        <w:t>vn 0.8823 0.4540 -0.1242</w:t>
        <w:br/>
        <w:t>vn 0.7906 0.6123 -0.0077</w:t>
        <w:br/>
        <w:t>vn 0.8155 0.5718 0.0897</w:t>
        <w:br/>
        <w:t>vn 0.9524 0.1234 -0.2789</w:t>
        <w:br/>
        <w:t>vn 0.8937 -0.3072 -0.3271</w:t>
        <w:br/>
        <w:t>vn 0.9856 -0.1115 -0.1270</w:t>
        <w:br/>
        <w:t>vn 0.8286 0.1932 -0.5255</w:t>
        <w:br/>
        <w:t>vn 0.9993 0.0306 0.0224</w:t>
        <w:br/>
        <w:t>vn 0.9993 0.0305 0.0224</w:t>
        <w:br/>
        <w:t>vn 0.2473 -0.8835 -0.3979</w:t>
        <w:br/>
        <w:t>vn 0.4857 -0.4821 -0.7291</w:t>
        <w:br/>
        <w:t>vn 0.3800 -0.7420 -0.5523</w:t>
        <w:br/>
        <w:t>vn 0.2473 -0.8834 -0.3981</w:t>
        <w:br/>
        <w:t>vn 0.5103 -0.6448 -0.5691</w:t>
        <w:br/>
        <w:t>vn -0.6860 -0.0253 -0.7272</w:t>
        <w:br/>
        <w:t>vn -0.4121 0.1490 -0.8989</w:t>
        <w:br/>
        <w:t>vn -0.5930 0.0874 -0.8004</w:t>
        <w:br/>
        <w:t>vn 0.0000 0.3155 -0.9489</w:t>
        <w:br/>
        <w:t>vn -0.4122 0.1490 -0.8988</w:t>
        <w:br/>
        <w:t>vn 0.0000 0.2498 -0.9683</w:t>
        <w:br/>
        <w:t>vn -0.4968 0.3862 -0.7772</w:t>
        <w:br/>
        <w:t>vn -0.0000 0.3936 -0.9193</w:t>
        <w:br/>
        <w:t>vn -0.3997 0.6275 -0.6682</w:t>
        <w:br/>
        <w:t>vn 0.6685 0.0529 -0.7419</w:t>
        <w:br/>
        <w:t>vn 0.1994 0.1056 -0.9742</w:t>
        <w:br/>
        <w:t>vn 0.6359 0.3110 -0.7063</w:t>
        <w:br/>
        <w:t>vn 0.7380 0.2511 -0.6263</w:t>
        <w:br/>
        <w:t>vn -0.2905 0.7504 -0.5937</w:t>
        <w:br/>
        <w:t>vn -0.2906 0.7504 -0.5937</w:t>
        <w:br/>
        <w:t>vn 0.6963 0.4555 -0.5547</w:t>
        <w:br/>
        <w:t>vn 0.7473 0.4210 -0.5141</w:t>
        <w:br/>
        <w:t>vn 0.8249 0.1863 -0.5337</w:t>
        <w:br/>
        <w:t>vn -0.1608 0.8415 -0.5158</w:t>
        <w:br/>
        <w:t>vn 0.0201 0.9072 -0.4203</w:t>
        <w:br/>
        <w:t>vn 0.3152 0.6229 -0.7160</w:t>
        <w:br/>
        <w:t>vn 0.1797 0.9588 -0.2200</w:t>
        <w:br/>
        <w:t>vn 0.2417 0.9683 -0.0629</w:t>
        <w:br/>
        <w:t>vn 0.9491 -0.3089 0.0611</w:t>
        <w:br/>
        <w:t>vn 0.9689 -0.1758 0.1743</w:t>
        <w:br/>
        <w:t>vn 0.8647 -0.4815 -0.1431</w:t>
        <w:br/>
        <w:t>vn 0.7781 -0.5637 -0.2771</w:t>
        <w:br/>
        <w:t>vn 0.7449 -0.2166 -0.6310</w:t>
        <w:br/>
        <w:t>vn 0.6621 -0.6670 -0.3417</w:t>
        <w:br/>
        <w:t>vn 0.6848 -0.2773 -0.6739</w:t>
        <w:br/>
        <w:t>vn 0.5541 -0.7262 -0.4069</w:t>
        <w:br/>
        <w:t>vn 0.5213 -0.7607 -0.3868</w:t>
        <w:br/>
        <w:t>vn 0.4882 -0.7754 -0.4004</w:t>
        <w:br/>
        <w:t>vn 0.5104 -0.6449 -0.5689</w:t>
        <w:br/>
        <w:t>vn 0.5288 0.1826 -0.8289</w:t>
        <w:br/>
        <w:t>vn 0.5288 0.1826 -0.8288</w:t>
        <w:br/>
        <w:t>vn 0.3180 0.3391 -0.8854</w:t>
        <w:br/>
        <w:t>vn 0.4858 -0.4820 -0.7292</w:t>
        <w:br/>
        <w:t>vn 0.3151 0.6229 -0.7160</w:t>
        <w:br/>
        <w:t>vn 0.7805 0.5048 -0.3687</w:t>
        <w:br/>
        <w:t>vn 0.4612 0.6163 -0.6383</w:t>
        <w:br/>
        <w:t>vn 0.4951 0.5915 -0.6364</w:t>
        <w:br/>
        <w:t>vn 0.7950 0.5109 -0.3271</w:t>
        <w:br/>
        <w:t>vn 0.7919 0.5325 -0.2988</w:t>
        <w:br/>
        <w:t>vn 0.5416 0.5478 -0.6376</w:t>
        <w:br/>
        <w:t>vn 0.5392 0.5523 -0.6357</w:t>
        <w:br/>
        <w:t>vn 0.7389 0.6171 -0.2706</w:t>
        <w:br/>
        <w:t>vn 0.3060 0.4247 -0.8520</w:t>
        <w:br/>
        <w:t>vn 0.6075 0.7493 -0.2636</w:t>
        <w:br/>
        <w:t>vn 0.1582 0.3359 -0.9285</w:t>
        <w:br/>
        <w:t>vn 0.1179 0.3779 -0.9183</w:t>
        <w:br/>
        <w:t>vn 0.2654 0.8566 -0.4424</w:t>
        <w:br/>
        <w:t>vn 0.4326 0.8608 -0.2681</w:t>
        <w:br/>
        <w:t>vn 0.7634 0.5052 -0.4024</w:t>
        <w:br/>
        <w:t>vn 0.4211 0.6178 -0.6640</w:t>
        <w:br/>
        <w:t>vn -0.0000 0.4070 -0.9134</w:t>
        <w:br/>
        <w:t>vn -0.0000 0.9640 -0.2658</w:t>
        <w:br/>
        <w:t>vn 0.7900 0.4490 -0.4175</w:t>
        <w:br/>
        <w:t>vn 0.3709 0.6642 -0.6490</w:t>
        <w:br/>
        <w:t>vn 0.3606 0.6850 -0.6330</w:t>
        <w:br/>
        <w:t>vn -0.5122 0.7803 -0.3589</w:t>
        <w:br/>
        <w:t>vn -0.7069 0.6568 -0.2625</w:t>
        <w:br/>
        <w:t>vn -0.6247 0.5916 -0.5097</w:t>
        <w:br/>
        <w:t>vn -0.6342 0.3005 -0.7124</w:t>
        <w:br/>
        <w:t>vn -0.5918 0.1726 -0.7874</w:t>
        <w:br/>
        <w:t>vn -0.4855 0.0524 -0.8727</w:t>
        <w:br/>
        <w:t>vn -0.3326 -0.0251 -0.9427</w:t>
        <w:br/>
        <w:t>vn -0.3326 -0.0252 -0.9427</w:t>
        <w:br/>
        <w:t>vn -0.1647 -0.0520 -0.9850</w:t>
        <w:br/>
        <w:t>vn -0.2390 -0.0541 -0.9695</w:t>
        <w:br/>
        <w:t>vn -0.0385 -0.0385 -0.9985</w:t>
        <w:br/>
        <w:t>vn 0.0365 0.0161 -0.9992</w:t>
        <w:br/>
        <w:t>vn -0.0000 0.0596 -0.9982</w:t>
        <w:br/>
        <w:t>vn 0.0000 0.9686 0.2487</w:t>
        <w:br/>
        <w:t>vn 0.2264 0.9439 0.2403</w:t>
        <w:br/>
        <w:t>vn 0.1076 0.9629 0.2474</w:t>
        <w:br/>
        <w:t>vn 0.0000 0.9640 -0.2659</w:t>
        <w:br/>
        <w:t>vn 0.2264 0.9439 0.2402</w:t>
        <w:br/>
        <w:t>vn 0.4387 0.8727 0.2142</w:t>
        <w:br/>
        <w:t>vn 0.6354 0.7501 0.1831</w:t>
        <w:br/>
        <w:t>vn 0.8075 0.5716 0.1456</w:t>
        <w:br/>
        <w:t>vn 0.9016 0.4223 0.0938</w:t>
        <w:br/>
        <w:t>vn 0.9422 0.3320 0.0451</w:t>
        <w:br/>
        <w:t>vn 0.9540 0.2985 -0.0295</w:t>
        <w:br/>
        <w:t>vn 0.9543 0.2925 -0.0611</w:t>
        <w:br/>
        <w:t>vn 0.9909 0.1261 -0.0464</w:t>
        <w:br/>
        <w:t>vn 0.9807 -0.1476 -0.1279</w:t>
        <w:br/>
        <w:t>vn 0.9918 -0.0898 -0.0909</w:t>
        <w:br/>
        <w:t>vn -0.5121 0.7803 -0.3588</w:t>
        <w:br/>
        <w:t>vn -0.8161 0.5579 -0.1509</w:t>
        <w:br/>
        <w:t>vn 0.6763 0.5327 0.5087</w:t>
        <w:br/>
        <w:t>vn 0.6592 0.3781 0.6500</w:t>
        <w:br/>
        <w:t>vn 0.6873 -0.2453 0.6837</w:t>
        <w:br/>
        <w:t>vn 0.6035 -0.7314 0.3174</w:t>
        <w:br/>
        <w:t>vn 0.8268 -0.0078 -0.5624</w:t>
        <w:br/>
        <w:t>vn 0.8341 0.0042 -0.5515</w:t>
        <w:br/>
        <w:t>vn 0.5731 -0.8167 0.0676</w:t>
        <w:br/>
        <w:t>vn 0.5730 -0.8168 0.0676</w:t>
        <w:br/>
        <w:t>vn 0.5620 -0.8264 -0.0346</w:t>
        <w:br/>
        <w:t>vn -0.5738 0.6911 -0.4395</w:t>
        <w:br/>
        <w:t>vn 0.7663 0.6341 -0.1033</w:t>
        <w:br/>
        <w:t>vn 0.8030 0.5367 -0.2592</w:t>
        <w:br/>
        <w:t>vn 0.5288 0.1827 -0.8288</w:t>
        <w:br/>
        <w:t>vn -0.8286 0.1932 -0.5255</w:t>
        <w:br/>
        <w:t>vn -0.3942 0.5176 -0.7594</w:t>
        <w:br/>
        <w:t>vn -0.3778 0.4985 -0.7803</w:t>
        <w:br/>
        <w:t>vn -0.0521 0.8667 -0.4961</w:t>
        <w:br/>
        <w:t>vn -0.1341 0.8673 -0.4793</w:t>
        <w:br/>
        <w:t>vn -0.3625 0.4711 -0.8042</w:t>
        <w:br/>
        <w:t>vn -0.3993 0.4291 -0.8102</w:t>
        <w:br/>
        <w:t>vn -0.3459 0.5045 -0.7911</w:t>
        <w:br/>
        <w:t>vn -0.3719 0.4753 -0.7974</w:t>
        <w:br/>
        <w:t>vn -0.6969 0.0372 -0.7162</w:t>
        <w:br/>
        <w:t>vn -0.3510 0.5104 -0.7850</w:t>
        <w:br/>
        <w:t>vn -0.3712 0.4928 -0.7870</w:t>
        <w:br/>
        <w:t>vn -0.6810 -0.0013 -0.7323</w:t>
        <w:br/>
        <w:t>vn -0.3644 0.4912 -0.7912</w:t>
        <w:br/>
        <w:t>vn -0.3623 0.5036 -0.7843</w:t>
        <w:br/>
        <w:t>vn -0.6042 0.1979 -0.7719</w:t>
        <w:br/>
        <w:t>vn -0.3497 0.4766 -0.8066</w:t>
        <w:br/>
        <w:t>vn -0.3482 0.4725 -0.8096</w:t>
        <w:br/>
        <w:t>vn -0.6227 0.3547 -0.6974</w:t>
        <w:br/>
        <w:t>vn 0.2332 0.5076 -0.8294</w:t>
        <w:br/>
        <w:t>vn -0.1543 0.2957 -0.9427</w:t>
        <w:br/>
        <w:t>vn -0.2377 0.3264 -0.9148</w:t>
        <w:br/>
        <w:t>vn -0.5879 0.5797 -0.5642</w:t>
        <w:br/>
        <w:t>vn -0.2440 0.2950 -0.9238</w:t>
        <w:br/>
        <w:t>vn -0.5633 0.6955 -0.4461</w:t>
        <w:br/>
        <w:t>vn -0.2388 0.2970 -0.9246</w:t>
        <w:br/>
        <w:t>vn -0.6246 0.6547 -0.4256</w:t>
        <w:br/>
        <w:t>vn -0.2026 0.2959 -0.9335</w:t>
        <w:br/>
        <w:t>vn -0.7081 0.5586 -0.4319</w:t>
        <w:br/>
        <w:t>vn -0.3335 0.4412 -0.8331</w:t>
        <w:br/>
        <w:t>vn -0.1403 0.2614 -0.9550</w:t>
        <w:br/>
        <w:t>vn -0.6562 0.0824 -0.7501</w:t>
        <w:br/>
        <w:t>vn -0.1084 0.2269 -0.9679</w:t>
        <w:br/>
        <w:t>vn -0.6495 0.5962 -0.4719</w:t>
        <w:br/>
        <w:t>vn -0.7039 0.3034 -0.6423</w:t>
        <w:br/>
        <w:t>vn -0.7293 0.0548 -0.6820</w:t>
        <w:br/>
        <w:t>vn -0.7788 -0.1521 -0.6086</w:t>
        <w:br/>
        <w:t>vn -0.6301 0.7258 -0.2758</w:t>
        <w:br/>
        <w:t>vn -0.7440 0.6569 -0.1222</w:t>
        <w:br/>
        <w:t>vn -0.2337 0.2941 -0.9268</w:t>
        <w:br/>
        <w:t>vn -0.2330 0.2951 -0.9266</w:t>
        <w:br/>
        <w:t>vn -0.2118 0.2836 -0.9353</w:t>
        <w:br/>
        <w:t>vn -0.1760 0.2982 -0.9381</w:t>
        <w:br/>
        <w:t>vn 0.1461 0.5294 -0.8357</w:t>
        <w:br/>
        <w:t>vn -0.2031 0.2905 -0.9351</w:t>
        <w:br/>
        <w:t>vn -0.1545 0.2647 -0.9519</w:t>
        <w:br/>
        <w:t>vn -0.2138 0.3013 -0.9292</w:t>
        <w:br/>
        <w:t>vn -0.0956 0.0771 -0.9924</w:t>
        <w:br/>
        <w:t>vn -0.1445 0.0648 -0.9874</w:t>
        <w:br/>
        <w:t>vn -0.1658 0.0786 -0.9830</w:t>
        <w:br/>
        <w:t>vn -0.1498 0.0825 -0.9853</w:t>
        <w:br/>
        <w:t>vn -0.1521 0.0464 -0.9873</w:t>
        <w:br/>
        <w:t>vn -0.1044 0.1510 -0.9830</w:t>
        <w:br/>
        <w:t>vn -0.1393 0.0946 -0.9857</w:t>
        <w:br/>
        <w:t>vn -0.0488 0.5450 -0.8370</w:t>
        <w:br/>
        <w:t>vn 0.0155 0.0175 -0.9997</w:t>
        <w:br/>
        <w:t>vn -0.1048 0.0129 -0.9944</w:t>
        <w:br/>
        <w:t>vn 0.0040 -0.0832 -0.9965</w:t>
        <w:br/>
        <w:t>vn -0.1078 0.2008 -0.9737</w:t>
        <w:br/>
        <w:t>vn -0.0665 -0.1328 -0.9889</w:t>
        <w:br/>
        <w:t>vn 0.1306 0.0733 -0.9887</w:t>
        <w:br/>
        <w:t>vn 0.1961 -0.1155 -0.9738</w:t>
        <w:br/>
        <w:t>vn 0.0826 -0.2441 -0.9662</w:t>
        <w:br/>
        <w:t>vn -0.1323 0.2190 -0.9667</w:t>
        <w:br/>
        <w:t>vn -0.2351 -0.2812 -0.9304</w:t>
        <w:br/>
        <w:t>vn -0.3673 0.3993 -0.8400</w:t>
        <w:br/>
        <w:t>vn -0.3830 -0.0868 -0.9197</w:t>
        <w:br/>
        <w:t>vn -0.1324 0.2190 -0.9667</w:t>
        <w:br/>
        <w:t>vn -0.9174 0.3224 -0.2332</w:t>
        <w:br/>
        <w:t>vn -0.8819 0.3360 -0.3307</w:t>
        <w:br/>
        <w:t>vn -0.5001 0.4314 -0.7509</w:t>
        <w:br/>
        <w:t>vn -0.6973 0.4148 -0.5846</w:t>
        <w:br/>
        <w:t>vn -0.5899 0.4281 -0.6846</w:t>
        <w:br/>
        <w:t>vn -0.5925 0.3892 -0.7054</w:t>
        <w:br/>
        <w:t>vn -0.1171 0.8091 -0.5760</w:t>
        <w:br/>
        <w:t>vn -0.3847 0.6003 -0.7012</w:t>
        <w:br/>
        <w:t>vn 0.3624 0.9157 -0.1738</w:t>
        <w:br/>
        <w:t>vn 0.6146 0.6528 -0.4429</w:t>
        <w:br/>
        <w:t>vn -0.0837 0.8807 -0.4661</w:t>
        <w:br/>
        <w:t>vn -0.0836 0.8808 -0.4661</w:t>
        <w:br/>
        <w:t>vn -0.3098 0.4466 -0.8394</w:t>
        <w:br/>
        <w:t>vn -0.3097 0.4466 -0.8394</w:t>
        <w:br/>
        <w:t>vn -0.7238 -0.1157 -0.6803</w:t>
        <w:br/>
        <w:t>vn -0.6937 0.1601 -0.7022</w:t>
        <w:br/>
        <w:t>vn -0.6680 0.3733 -0.6438</w:t>
        <w:br/>
        <w:t>vn -0.9506 0.2535 -0.1791</w:t>
        <w:br/>
        <w:t>vn -0.7525 0.1220 -0.6472</w:t>
        <w:br/>
        <w:t>vn -0.8582 0.1989 -0.4731</w:t>
        <w:br/>
        <w:t>vn -0.4231 -0.5714 -0.7032</w:t>
        <w:br/>
        <w:t>vn -0.7237 -0.1158 -0.6803</w:t>
        <w:br/>
        <w:t>vn -0.3735 -0.5264 -0.7638</w:t>
        <w:br/>
        <w:t>vn 0.0044 -0.4370 -0.8994</w:t>
        <w:br/>
        <w:t>vn 0.0044 -0.4371 -0.8994</w:t>
        <w:br/>
        <w:t>vn 0.0042 -0.4371 -0.8994</w:t>
        <w:br/>
        <w:t>vn -0.8775 -0.2016 -0.4352</w:t>
        <w:br/>
        <w:t>vn -0.9585 0.0597 -0.2786</w:t>
        <w:br/>
        <w:t>vn -0.9438 0.3103 -0.1138</w:t>
        <w:br/>
        <w:t>vn -0.9429 0.3053 -0.1331</w:t>
        <w:br/>
        <w:t>vn 0.5636 -0.3286 -0.7578</w:t>
        <w:br/>
        <w:t>vn 0.4836 -0.4269 -0.7641</w:t>
        <w:br/>
        <w:t>vn 0.2790 -0.6497 -0.7071</w:t>
        <w:br/>
        <w:t>vn 0.0391 -0.7663 -0.6413</w:t>
        <w:br/>
        <w:t>vn -0.2763 -0.7161 -0.6410</w:t>
        <w:br/>
        <w:t>vn -0.6452 -0.5287 -0.5516</w:t>
        <w:br/>
        <w:t>vn -0.9278 -0.0952 -0.3607</w:t>
        <w:br/>
        <w:t>vn -0.9278 -0.0952 -0.3606</w:t>
        <w:br/>
        <w:t>vn -0.8762 0.4231 -0.2309</w:t>
        <w:br/>
        <w:t>vn -0.3672 0.3994 -0.8400</w:t>
        <w:br/>
        <w:t>vn -0.7160 0.6279 -0.3052</w:t>
        <w:br/>
        <w:t>vn -0.6708 0.6408 -0.3734</w:t>
        <w:br/>
        <w:t>vn -0.0361 -0.3176 -0.9475</w:t>
        <w:br/>
        <w:t>vn 0.0814 -0.3158 -0.9453</w:t>
        <w:br/>
        <w:t>vn 0.0595 -0.3133 -0.9478</w:t>
        <w:br/>
        <w:t>vn 0.1021 -0.3300 -0.9384</w:t>
        <w:br/>
        <w:t>vn 0.1892 -0.2900 -0.9381</w:t>
        <w:br/>
        <w:t>vn 0.2844 0.9515 -0.1174</w:t>
        <w:br/>
        <w:t>vn -0.0000 1.0000 0.0068</w:t>
        <w:br/>
        <w:t>vn -0.1546 0.8289 -0.5377</w:t>
        <w:br/>
        <w:t>vn 0.5566 0.7842 -0.2742</w:t>
        <w:br/>
        <w:t>vn -0.3370 0.7247 -0.6010</w:t>
        <w:br/>
        <w:t>vn 0.6215 0.6270 -0.4696</w:t>
        <w:br/>
        <w:t>vn -0.1220 0.6765 -0.7263</w:t>
        <w:br/>
        <w:t>vn 0.6412 0.4169 -0.6442</w:t>
        <w:br/>
        <w:t>vn -0.3180 0.3391 -0.8854</w:t>
        <w:br/>
        <w:t>vn 0.1755 0.5755 -0.7987</w:t>
        <w:br/>
        <w:t>vn 0.7958 0.6038 -0.0469</w:t>
        <w:br/>
        <w:t>vn 0.9140 0.3423 -0.2176</w:t>
        <w:br/>
        <w:t>vn 0.9239 0.0816 -0.3739</w:t>
        <w:br/>
        <w:t>vn 0.8889 -0.0545 -0.4548</w:t>
        <w:br/>
        <w:t>vn 0.8889 -0.0545 -0.4549</w:t>
        <w:br/>
        <w:t>vn -0.7475 0.5954 -0.2946</w:t>
        <w:br/>
        <w:t>vn -0.7475 0.5954 -0.2947</w:t>
        <w:br/>
        <w:t>vn -0.7326 0.5659 -0.3783</w:t>
        <w:br/>
        <w:t>vn -0.7685 0.4810 -0.4219</w:t>
        <w:br/>
        <w:t>vn -0.7325 0.5660 -0.3783</w:t>
        <w:br/>
        <w:t>vn -0.8197 0.4268 -0.3820</w:t>
        <w:br/>
        <w:t>vn -0.8030 0.5367 -0.2592</w:t>
        <w:br/>
        <w:t>vn -0.7679 0.6359 -0.0773</w:t>
        <w:br/>
        <w:t>vn -0.7663 0.6341 -0.1032</w:t>
        <w:br/>
        <w:t>vn -0.7679 0.6359 -0.0774</w:t>
        <w:br/>
        <w:t>vn 0.5738 0.6911 -0.4394</w:t>
        <w:br/>
        <w:t>vn 0.2809 0.8293 -0.4831</w:t>
        <w:br/>
        <w:t>vn 0.4936 0.8038 -0.3322</w:t>
        <w:br/>
        <w:t>vn 0.5122 0.7803 -0.3588</w:t>
        <w:br/>
        <w:t>vn 0.3778 0.9023 -0.2078</w:t>
        <w:br/>
        <w:t>vn 0.2304 0.9669 -0.1091</w:t>
        <w:br/>
        <w:t>vn 0.2304 0.9670 -0.1091</w:t>
        <w:br/>
        <w:t>vn 0.1049 0.9933 -0.0474</w:t>
        <w:br/>
        <w:t>vn 0.1050 0.9933 -0.0474</w:t>
        <w:br/>
        <w:t>vn 0.0916 0.9951 -0.0371</w:t>
        <w:br/>
        <w:t>vn 0.2084 0.9736 -0.0933</w:t>
        <w:br/>
        <w:t>vn 0.2954 0.9454 -0.1378</w:t>
        <w:br/>
        <w:t>vn 0.2954 0.9454 -0.1377</w:t>
        <w:br/>
        <w:t>vn -0.8127 -0.3817 -0.4402</w:t>
        <w:br/>
        <w:t>vn -0.7861 -0.3266 -0.5248</w:t>
        <w:br/>
        <w:t>vn -0.8526 -0.0313 -0.5216</w:t>
        <w:br/>
        <w:t>vn -0.8556 0.5166 0.0327</w:t>
        <w:br/>
        <w:t>vn -0.9229 0.3762 0.0824</w:t>
        <w:br/>
        <w:t>vn -0.9390 0.3347 0.0792</w:t>
        <w:br/>
        <w:t>vn -0.9609 0.1903 -0.2013</w:t>
        <w:br/>
        <w:t>vn -0.9325 0.1034 -0.3461</w:t>
        <w:br/>
        <w:t>vn -0.6563 0.0825 -0.7500</w:t>
        <w:br/>
        <w:t>vn -0.8395 -0.2788 -0.4664</w:t>
        <w:br/>
        <w:t>vn -0.6640 0.5483 -0.5084</w:t>
        <w:br/>
        <w:t>vn -0.0085 0.1393 -0.9902</w:t>
        <w:br/>
        <w:t>vn -0.8405 0.5402 -0.0428</w:t>
        <w:br/>
        <w:t>vn 0.3129 -0.1732 -0.9339</w:t>
        <w:br/>
        <w:t>vn 0.4091 -0.1104 -0.9058</w:t>
        <w:br/>
        <w:t>vn 0.0476 0.1730 -0.9838</w:t>
        <w:br/>
        <w:t>vn -0.3242 0.4186 -0.8483</w:t>
        <w:br/>
        <w:t>vn -0.6420 0.7516 0.1514</w:t>
        <w:br/>
        <w:t>vn -0.6177 0.7321 0.2872</w:t>
        <w:br/>
        <w:t>vn -0.6177 0.7321 0.2871</w:t>
        <w:br/>
        <w:t>vn 0.0027 0.0614 -0.9981</w:t>
        <w:br/>
        <w:t>vn 0.3549 -0.3313 -0.8742</w:t>
        <w:br/>
        <w:t>vn -0.3403 0.4258 -0.8384</w:t>
        <w:br/>
        <w:t>vn -0.9297 0.3214 0.1799</w:t>
        <w:br/>
        <w:t>vn -0.8646 0.0240 -0.5019</w:t>
        <w:br/>
        <w:t>vn -0.9477 -0.1844 -0.2606</w:t>
        <w:br/>
        <w:t>vn -0.6154 -0.1971 -0.7632</w:t>
        <w:br/>
        <w:t>vn -0.6129 -0.4795 -0.6280</w:t>
        <w:br/>
        <w:t>vn -0.0870 -0.5673 -0.8189</w:t>
        <w:br/>
        <w:t>vn -0.3827 0.4317 -0.8168</w:t>
        <w:br/>
        <w:t>vn -0.7890 0.2511 -0.5607</w:t>
        <w:br/>
        <w:t>vn -0.7368 0.5257 -0.4251</w:t>
        <w:br/>
        <w:t>vn -0.7091 0.6425 -0.2905</w:t>
        <w:br/>
        <w:t>vn -0.7888 0.6043 -0.1120</w:t>
        <w:br/>
        <w:t>vn -0.8823 0.4540 -0.1242</w:t>
        <w:br/>
        <w:t>vn -0.7906 0.6123 -0.0077</w:t>
        <w:br/>
        <w:t>vn -0.8155 0.5718 0.0898</w:t>
        <w:br/>
        <w:t>vn -0.9524 0.1234 -0.2789</w:t>
        <w:br/>
        <w:t>vn -0.8937 -0.3072 -0.3271</w:t>
        <w:br/>
        <w:t>vn -0.9856 -0.1115 -0.1270</w:t>
        <w:br/>
        <w:t>vn -0.9993 0.0306 0.0224</w:t>
        <w:br/>
        <w:t>vn -0.9993 0.0305 0.0224</w:t>
        <w:br/>
        <w:t>vn -0.3800 -0.7419 -0.5524</w:t>
        <w:br/>
        <w:t>vn -0.4858 -0.4821 -0.7291</w:t>
        <w:br/>
        <w:t>vn -0.2473 -0.8834 -0.3979</w:t>
        <w:br/>
        <w:t>vn -0.2474 -0.8833 -0.3982</w:t>
        <w:br/>
        <w:t>vn -0.5102 -0.6448 -0.5691</w:t>
        <w:br/>
        <w:t>vn 0.6860 -0.0253 -0.7271</w:t>
        <w:br/>
        <w:t>vn 0.5931 0.0874 -0.8004</w:t>
        <w:br/>
        <w:t>vn 0.4121 0.1490 -0.8989</w:t>
        <w:br/>
        <w:t>vn 0.4122 0.1490 -0.8988</w:t>
        <w:br/>
        <w:t>vn 0.4968 0.3862 -0.7772</w:t>
        <w:br/>
        <w:t>vn 0.3998 0.6275 -0.6681</w:t>
        <w:br/>
        <w:t>vn -0.6359 0.3110 -0.7063</w:t>
        <w:br/>
        <w:t>vn -0.5453 0.1517 -0.8244</w:t>
        <w:br/>
        <w:t>vn -0.6685 0.0529 -0.7418</w:t>
        <w:br/>
        <w:t>vn -0.7380 0.2511 -0.6263</w:t>
        <w:br/>
        <w:t>vn 0.2906 0.7504 -0.5937</w:t>
        <w:br/>
        <w:t>vn 0.2905 0.7504 -0.5937</w:t>
        <w:br/>
        <w:t>vn -0.7473 0.4210 -0.5141</w:t>
        <w:br/>
        <w:t>vn -0.6963 0.4555 -0.5547</w:t>
        <w:br/>
        <w:t>vn -0.8249 0.1863 -0.5337</w:t>
        <w:br/>
        <w:t>vn 0.1608 0.8415 -0.5158</w:t>
        <w:br/>
        <w:t>vn -0.0201 0.9071 -0.4204</w:t>
        <w:br/>
        <w:t>vn -0.3152 0.6229 -0.7160</w:t>
        <w:br/>
        <w:t>vn -0.1797 0.9588 -0.2200</w:t>
        <w:br/>
        <w:t>vn -0.1798 0.9588 -0.2201</w:t>
        <w:br/>
        <w:t>vn -0.2417 0.9683 -0.0629</w:t>
        <w:br/>
        <w:t>vn -0.2418 0.9683 -0.0629</w:t>
        <w:br/>
        <w:t>vn -0.9689 -0.1758 0.1743</w:t>
        <w:br/>
        <w:t>vn -0.9491 -0.3090 0.0611</w:t>
        <w:br/>
        <w:t>vn -0.8647 -0.4814 -0.1432</w:t>
        <w:br/>
        <w:t>vn -0.7449 -0.2166 -0.6310</w:t>
        <w:br/>
        <w:t>vn -0.7781 -0.5637 -0.2771</w:t>
        <w:br/>
        <w:t>vn -0.6847 -0.2773 -0.6740</w:t>
        <w:br/>
        <w:t>vn -0.6621 -0.6670 -0.3418</w:t>
        <w:br/>
        <w:t>vn -0.5541 -0.7262 -0.4069</w:t>
        <w:br/>
        <w:t>vn -0.5213 -0.7607 -0.3868</w:t>
        <w:br/>
        <w:t>vn -0.4881 -0.7755 -0.4004</w:t>
        <w:br/>
        <w:t>vn -0.5103 -0.6449 -0.5689</w:t>
        <w:br/>
        <w:t>vn -0.4515 -0.8234 -0.3437</w:t>
        <w:br/>
        <w:t>vn -0.5288 0.1826 -0.8288</w:t>
        <w:br/>
        <w:t>vn -0.4858 -0.4820 -0.7292</w:t>
        <w:br/>
        <w:t>vn -0.3151 0.6229 -0.7160</w:t>
        <w:br/>
        <w:t>vn -0.4951 0.5915 -0.6364</w:t>
        <w:br/>
        <w:t>vn -0.4612 0.6163 -0.6383</w:t>
        <w:br/>
        <w:t>vn -0.7805 0.5048 -0.3687</w:t>
        <w:br/>
        <w:t>vn -0.7950 0.5109 -0.3271</w:t>
        <w:br/>
        <w:t>vn -0.5392 0.5523 -0.6357</w:t>
        <w:br/>
        <w:t>vn -0.5416 0.5478 -0.6376</w:t>
        <w:br/>
        <w:t>vn -0.7919 0.5325 -0.2988</w:t>
        <w:br/>
        <w:t>vn -0.7389 0.6171 -0.2706</w:t>
        <w:br/>
        <w:t>vn -0.6075 0.7493 -0.2636</w:t>
        <w:br/>
        <w:t>vn -0.3060 0.4247 -0.8520</w:t>
        <w:br/>
        <w:t>vn -0.1582 0.3359 -0.9285</w:t>
        <w:br/>
        <w:t>vn -0.4326 0.8608 -0.2681</w:t>
        <w:br/>
        <w:t>vn -0.2654 0.8567 -0.4424</w:t>
        <w:br/>
        <w:t>vn -0.1179 0.3778 -0.9183</w:t>
        <w:br/>
        <w:t>vn -0.4211 0.6178 -0.6640</w:t>
        <w:br/>
        <w:t>vn -0.7634 0.5052 -0.4024</w:t>
        <w:br/>
        <w:t>vn -0.7900 0.4490 -0.4175</w:t>
        <w:br/>
        <w:t>vn -0.3709 0.6643 -0.6490</w:t>
        <w:br/>
        <w:t>vn -0.3606 0.6850 -0.6331</w:t>
        <w:br/>
        <w:t>vn 0.7069 0.6568 -0.2625</w:t>
        <w:br/>
        <w:t>vn 0.6247 0.5916 -0.5096</w:t>
        <w:br/>
        <w:t>vn 0.6247 0.5916 -0.5097</w:t>
        <w:br/>
        <w:t>vn 0.6342 0.3005 -0.7124</w:t>
        <w:br/>
        <w:t>vn 0.5918 0.1726 -0.7874</w:t>
        <w:br/>
        <w:t>vn 0.4855 0.0524 -0.8727</w:t>
        <w:br/>
        <w:t>vn 0.3326 -0.0252 -0.9427</w:t>
        <w:br/>
        <w:t>vn 0.3326 -0.0251 -0.9427</w:t>
        <w:br/>
        <w:t>vn 0.2390 -0.0541 -0.9695</w:t>
        <w:br/>
        <w:t>vn 0.1647 -0.0520 -0.9850</w:t>
        <w:br/>
        <w:t>vn 0.0385 -0.0385 -0.9985</w:t>
        <w:br/>
        <w:t>vn -0.0365 0.0161 -0.9992</w:t>
        <w:br/>
        <w:t>vn -0.1076 0.9629 0.2473</w:t>
        <w:br/>
        <w:t>vn -0.2264 0.9439 0.2403</w:t>
        <w:br/>
        <w:t>vn -0.4387 0.8727 0.2141</w:t>
        <w:br/>
        <w:t>vn -0.6354 0.7501 0.1831</w:t>
        <w:br/>
        <w:t>vn -0.8075 0.5716 0.1456</w:t>
        <w:br/>
        <w:t>vn -0.9016 0.4224 0.0938</w:t>
        <w:br/>
        <w:t>vn -0.9422 0.3320 0.0451</w:t>
        <w:br/>
        <w:t>vn -0.9540 0.2985 -0.0296</w:t>
        <w:br/>
        <w:t>vn -0.9543 0.2925 -0.0611</w:t>
        <w:br/>
        <w:t>vn -0.9909 0.1262 -0.0463</w:t>
        <w:br/>
        <w:t>vn -0.9807 -0.1476 -0.1279</w:t>
        <w:br/>
        <w:t>vn -0.9918 -0.0898 -0.0909</w:t>
        <w:br/>
        <w:t>vn 0.8161 0.5579 -0.1509</w:t>
        <w:br/>
        <w:t>vn 0.5121 0.7804 -0.3588</w:t>
        <w:br/>
        <w:t>vn -0.6764 0.5327 0.5086</w:t>
        <w:br/>
        <w:t>vn -0.6592 0.3781 0.6499</w:t>
        <w:br/>
        <w:t>vn -0.6873 -0.2453 0.6837</w:t>
        <w:br/>
        <w:t>vn -0.6035 -0.7314 0.3174</w:t>
        <w:br/>
        <w:t>vn -0.8267 -0.0079 -0.5626</w:t>
        <w:br/>
        <w:t>vn -0.8341 0.0042 -0.5515</w:t>
        <w:br/>
        <w:t>vn -0.5732 -0.8166 0.0676</w:t>
        <w:br/>
        <w:t>vn -0.5730 -0.8168 0.0676</w:t>
        <w:br/>
        <w:t>vn -0.5624 -0.8261 -0.0345</w:t>
        <w:br/>
        <w:t>vn 0.5738 0.6911 -0.4395</w:t>
        <w:br/>
        <w:t>vn -0.7663 0.6341 -0.1033</w:t>
        <w:br/>
        <w:t>vn -0.8030 0.5367 -0.2591</w:t>
        <w:br/>
        <w:t>vn -0.5288 0.1827 -0.8288</w:t>
        <w:br/>
        <w:t>vn -0.6685 0.0529 -0.7419</w:t>
        <w:br/>
        <w:t>vn 0.4515 -0.8234 -0.3437</w:t>
        <w:br/>
        <w:t>vn 0.0000 -0.3130 0.9498</w:t>
        <w:br/>
        <w:t>vn 0.6716 -0.3130 0.6715</w:t>
        <w:br/>
        <w:t>vn 0.4114 -0.8133 0.4115</w:t>
        <w:br/>
        <w:t>vn 0.9498 -0.3130 0.0000</w:t>
        <w:br/>
        <w:t>vn 0.0000 0.8133 0.5818</w:t>
        <w:br/>
        <w:t>vn -0.3912 0.4099 0.8240</w:t>
        <w:br/>
        <w:t>vn -0.7018 -0.1102 0.7038</w:t>
        <w:br/>
        <w:t>vn -0.7018 -0.1103 0.7038</w:t>
        <w:br/>
        <w:t>vn 0.0642 0.7805 0.6219</w:t>
        <w:br/>
        <w:t>vn 0.0641 0.7805 0.6219</w:t>
        <w:br/>
        <w:t>vn 0.4861 0.8567 0.1728</w:t>
        <w:br/>
        <w:t>vn 0.4862 0.8567 0.1725</w:t>
        <w:br/>
        <w:t>vn 0.7107 0.6115 -0.3478</w:t>
        <w:br/>
        <w:t>vn 0.7107 0.6115 -0.3479</w:t>
        <w:br/>
        <w:t>vn 0.6572 0.1421 -0.7402</w:t>
        <w:br/>
        <w:t>vn 0.3487 -0.3764 -0.8583</w:t>
        <w:br/>
        <w:t>vn 0.3487 -0.3764 -0.8584</w:t>
        <w:br/>
        <w:t>vn -0.1016 -0.7483 -0.6555</w:t>
        <w:br/>
        <w:t>vn -0.7515 -0.5819 0.3110</w:t>
        <w:br/>
        <w:t>vn -0.7514 -0.5820 0.3109</w:t>
        <w:br/>
        <w:t>vn -0.5225 -0.8270 -0.2076</w:t>
        <w:br/>
        <w:t>vn -0.5225 -0.8270 -0.2077</w:t>
        <w:br/>
        <w:t>vn 0.7029 -0.4702 0.5337</w:t>
        <w:br/>
        <w:t>vn 0.7028 -0.4703 0.5337</w:t>
        <w:br/>
        <w:t>vn 0.7029 -0.4700 0.5338</w:t>
        <w:br/>
        <w:t>vn 0.7029 -0.4701 0.5337</w:t>
        <w:br/>
        <w:t>vn 0.7030 -0.4700 0.5337</w:t>
        <w:br/>
        <w:t>vn 0.7030 -0.4702 0.5336</w:t>
        <w:br/>
        <w:t>vn 0.7030 -0.4701 0.5338</w:t>
        <w:br/>
        <w:t>vn 0.7029 -0.4698 0.5341</w:t>
        <w:br/>
        <w:t>vn 0.7029 -0.4698 0.5340</w:t>
        <w:br/>
        <w:t>vn -0.6921 0.4733 -0.5450</w:t>
        <w:br/>
        <w:t>vn -0.6920 0.4733 -0.5451</w:t>
        <w:br/>
        <w:t>vn -0.6919 0.4734 -0.5451</w:t>
        <w:br/>
        <w:t>vn -0.6919 0.4733 -0.5451</w:t>
        <w:br/>
        <w:t>vn -0.6919 0.4733 -0.5452</w:t>
        <w:br/>
        <w:t>vn -0.6919 0.4734 -0.5452</w:t>
        <w:br/>
        <w:t>vn -0.6919 0.4735 -0.5451</w:t>
        <w:br/>
        <w:t>vn -0.6918 0.4737 -0.5450</w:t>
        <w:br/>
        <w:t>vn -0.6918 0.4738 -0.5450</w:t>
        <w:br/>
        <w:t>vn 0.0001 -0.3131 -0.9497</w:t>
        <w:br/>
        <w:t>vn 0.6715 -0.3130 -0.6716</w:t>
        <w:br/>
        <w:t>vn 0.0001 -0.8134 -0.5817</w:t>
        <w:br/>
        <w:t>vn -0.4115 -0.8133 -0.4113</w:t>
        <w:br/>
        <w:t>vn -0.0003 -0.8134 -0.5817</w:t>
        <w:br/>
        <w:t>vn -0.5817 -0.8134 -0.0000</w:t>
        <w:br/>
        <w:t>vn -0.0001 -0.8133 0.5818</w:t>
        <w:br/>
        <w:t>vn 0.6715 0.3130 -0.6716</w:t>
        <w:br/>
        <w:t>vn 0.6716 0.3130 0.6715</w:t>
        <w:br/>
        <w:t>vn 0.0001 0.8132 -0.5819</w:t>
        <w:br/>
        <w:t>vn 0.4115 0.8132 -0.4115</w:t>
        <w:br/>
        <w:t>vn -0.0001 0.8132 -0.5820</w:t>
        <w:br/>
        <w:t>vn -0.5819 0.8133 -0.0000</w:t>
        <w:br/>
        <w:t>vn 0.4115 0.8132 0.4115</w:t>
        <w:br/>
        <w:t>vn -0.0000 -1.0000 -0.0001</w:t>
        <w:br/>
        <w:t>vn -0.0000 0.5591 0.8291</w:t>
        <w:br/>
        <w:t>vn 0.5167 0.0751 0.8529</w:t>
        <w:br/>
        <w:t>vn -0.5167 0.0751 0.8529</w:t>
        <w:br/>
        <w:t>vn -0.0000 -0.4046 0.9145</w:t>
        <w:br/>
        <w:t>vn -0.5168 0.0751 0.8528</w:t>
        <w:br/>
        <w:t>vn 0.5168 0.0751 0.8528</w:t>
        <w:br/>
        <w:t>vn 0.7353 -0.6766 0.0391</w:t>
        <w:br/>
        <w:t>vn 0.7354 -0.6766 0.0386</w:t>
        <w:br/>
        <w:t>vn 0.7353 -0.6766 0.0386</w:t>
        <w:br/>
        <w:t>vn 0.7353 -0.6766 0.0392</w:t>
        <w:br/>
        <w:t>vn -0.7353 -0.6766 0.0389</w:t>
        <w:br/>
        <w:t>vn -0.7354 -0.6766 0.0388</w:t>
        <w:br/>
        <w:t>vn -0.7353 -0.6766 0.0387</w:t>
        <w:br/>
        <w:t>vn -0.7353 -0.6766 0.0386</w:t>
        <w:br/>
        <w:t>vn -0.7324 0.6796 -0.0408</w:t>
        <w:br/>
        <w:t>vn -0.7324 0.6796 -0.0409</w:t>
        <w:br/>
        <w:t>vn 0.7324 0.6796 -0.0408</w:t>
        <w:br/>
        <w:t>vn 0.7324 0.6796 -0.0409</w:t>
        <w:br/>
        <w:t>vn 0.6716 -0.3131 -0.6716</w:t>
        <w:br/>
        <w:t>vn -0.6716 0.3131 -0.6716</w:t>
        <w:br/>
        <w:t>vn 0.9498 0.3130 -0.0000</w:t>
        <w:br/>
        <w:t>vn -0.5819 -0.8133 0.0001</w:t>
        <w:br/>
        <w:t>vn -0.6716 -0.3130 0.6715</w:t>
        <w:br/>
        <w:t>vn -0.0001 -0.8133 0.5819</w:t>
        <w:br/>
        <w:t>vn 0.5819 -0.8133 -0.0001</w:t>
        <w:br/>
        <w:t>vn 0.0001 0.3130 -0.9497</w:t>
        <w:br/>
        <w:t>vn -0.9497 0.3131 -0.0000</w:t>
        <w:br/>
        <w:t>vn -0.6716 0.3131 0.6716</w:t>
        <w:br/>
        <w:t>vn 0.6715 0.3131 0.6716</w:t>
        <w:br/>
        <w:t>vn 0.4115 0.8133 -0.4113</w:t>
        <w:br/>
        <w:t>vn -0.4115 0.8133 -0.4113</w:t>
        <w:br/>
        <w:t>vn -0.4115 0.8133 0.4114</w:t>
        <w:br/>
        <w:t>vn -0.0000 0.1448 0.9895</w:t>
        <w:br/>
        <w:t>vn 0.0000 0.1447 0.9895</w:t>
        <w:br/>
        <w:t>vn 0.4856 0.1266 0.8649</w:t>
        <w:br/>
        <w:t>vn 0.0000 0.0396 0.9992</w:t>
        <w:br/>
        <w:t>vn 0.4905 0.2560 0.8330</w:t>
        <w:br/>
        <w:t>vn 0.2973 0.1851 0.9367</w:t>
        <w:br/>
        <w:t>vn 0.5324 0.4353 0.7260</w:t>
        <w:br/>
        <w:t>vn 0.3808 0.2433 0.8921</w:t>
        <w:br/>
        <w:t>vn 0.5605 0.5330 0.6338</w:t>
        <w:br/>
        <w:t>vn 0.4651 0.3233 0.8241</w:t>
        <w:br/>
        <w:t>vn 0.6581 0.3869 0.6459</w:t>
        <w:br/>
        <w:t>vn 0.1412 0.1839 0.9727</w:t>
        <w:br/>
        <w:t>vn 0.3847 0.2694 0.8829</w:t>
        <w:br/>
        <w:t>vn 0.0000 0.3132 0.9497</w:t>
        <w:br/>
        <w:t>vn 0.0991 0.3413 0.9347</w:t>
        <w:br/>
        <w:t>vn 0.3690 0.6305 0.6829</w:t>
        <w:br/>
        <w:t>vn 0.2523 0.3123 0.9159</w:t>
        <w:br/>
        <w:t>vn 0.1138 0.2889 0.9506</w:t>
        <w:br/>
        <w:t>vn 0.3850 0.0820 0.9193</w:t>
        <w:br/>
        <w:t>vn 0.5082 -0.4274 0.7477</w:t>
        <w:br/>
        <w:t>vn 0.0000 -0.0712 0.9975</w:t>
        <w:br/>
        <w:t>vn 0.2796 0.1708 0.9448</w:t>
        <w:br/>
        <w:t>vn 0.2449 0.0918 0.9652</w:t>
        <w:br/>
        <w:t>vn 0.0000 0.1949 0.9808</w:t>
        <w:br/>
        <w:t>vn 0.2092 0.0242 0.9776</w:t>
        <w:br/>
        <w:t>vn 0.3181 0.1702 0.9326</w:t>
        <w:br/>
        <w:t>vn -0.0000 0.2636 0.9646</w:t>
        <w:br/>
        <w:t>vn 0.3533 0.1345 0.9258</w:t>
        <w:br/>
        <w:t>vn -0.0000 0.2635 0.9647</w:t>
        <w:br/>
        <w:t>vn -0.0000 0.2416 0.9704</w:t>
        <w:br/>
        <w:t>vn 0.5946 -0.2789 0.7541</w:t>
        <w:br/>
        <w:t>vn 0.6900 -0.3325 0.6430</w:t>
        <w:br/>
        <w:t>vn 0.6317 -0.1649 0.7574</w:t>
        <w:br/>
        <w:t>vn 0.4928 -0.4699 0.7323</w:t>
        <w:br/>
        <w:t>vn 0.3655 0.1251 0.9224</w:t>
        <w:br/>
        <w:t>vn 0.5133 -0.4735 0.7158</w:t>
        <w:br/>
        <w:t>vn 0.3262 0.0299 0.9448</w:t>
        <w:br/>
        <w:t>vn 0.2912 0.1005 0.9514</w:t>
        <w:br/>
        <w:t>vn 0.2522 0.0024 0.9677</w:t>
        <w:br/>
        <w:t>vn 0.1803 -0.0319 0.9831</w:t>
        <w:br/>
        <w:t>vn 0.5326 0.7797 0.3293</w:t>
        <w:br/>
        <w:t>vn 0.7026 0.4663 0.5375</w:t>
        <w:br/>
        <w:t>vn 0.4667 0.8090 0.3573</w:t>
        <w:br/>
        <w:t>vn 0.2241 -0.0300 0.9741</w:t>
        <w:br/>
        <w:t>vn 0.6738 0.6923 0.2585</w:t>
        <w:br/>
        <w:t>vn 0.8052 0.5395 0.2461</w:t>
        <w:br/>
        <w:t>vn 0.7405 0.4572 0.4926</w:t>
        <w:br/>
        <w:t>vn 0.2294 -0.0271 0.9729</w:t>
        <w:br/>
        <w:t>vn 0.4489 0.1655 0.8781</w:t>
        <w:br/>
        <w:t>vn 0.4837 0.1336 0.8650</w:t>
        <w:br/>
        <w:t>vn 0.6404 0.3162 0.6999</w:t>
        <w:br/>
        <w:t>vn 0.8549 0.4405 0.2741</w:t>
        <w:br/>
        <w:t>vn 0.4175 0.1714 0.8924</w:t>
        <w:br/>
        <w:t>vn 0.4940 -0.7874 0.3687</w:t>
        <w:br/>
        <w:t>vn 0.5473 -0.7609 0.3486</w:t>
        <w:br/>
        <w:t>vn 0.4494 -0.8227 0.3481</w:t>
        <w:br/>
        <w:t>vn 0.2866 -0.8886 0.3582</w:t>
        <w:br/>
        <w:t>vn 0.5754 -0.7579 0.3073</w:t>
        <w:br/>
        <w:t>vn 0.5755 -0.7579 0.3073</w:t>
        <w:br/>
        <w:t>vn 0.7398 -0.6046 0.2952</w:t>
        <w:br/>
        <w:t>vn 0.6838 -0.5843 0.4370</w:t>
        <w:br/>
        <w:t>vn 0.6950 -0.5097 0.5071</w:t>
        <w:br/>
        <w:t>vn 0.0690 0.5685 0.8198</w:t>
        <w:br/>
        <w:t>vn 0.3216 0.1341 0.9373</w:t>
        <w:br/>
        <w:t>vn 0.2759 0.1170 0.9540</w:t>
        <w:br/>
        <w:t>vn -0.2482 0.8183 0.5185</w:t>
        <w:br/>
        <w:t>vn -0.2413 0.8302 0.5026</w:t>
        <w:br/>
        <w:t>vn -0.1065 0.4428 0.8903</w:t>
        <w:br/>
        <w:t>vn -0.3767 0.7587 0.5315</w:t>
        <w:br/>
        <w:t>vn -0.4202 0.7015 0.5757</w:t>
        <w:br/>
        <w:t>vn 0.0057 0.4369 0.8995</w:t>
        <w:br/>
        <w:t>vn -0.4256 0.7185 0.5501</w:t>
        <w:br/>
        <w:t>vn -0.3349 0.8281 0.4496</w:t>
        <w:br/>
        <w:t>vn -0.2323 0.9076 0.3496</w:t>
        <w:br/>
        <w:t>vn -0.2810 0.9046 0.3207</w:t>
        <w:br/>
        <w:t>vn -0.3630 0.8727 0.3265</w:t>
        <w:br/>
        <w:t>vn 0.9914 -0.1246 0.0397</w:t>
        <w:br/>
        <w:t>vn 0.9777 -0.1925 0.0833</w:t>
        <w:br/>
        <w:t>vn 0.9188 -0.3524 0.1777</w:t>
        <w:br/>
        <w:t>vn 0.8362 -0.4783 0.2682</w:t>
        <w:br/>
        <w:t>vn 0.5946 -0.1582 0.7883</w:t>
        <w:br/>
        <w:t>vn 0.7921 -0.5136 0.3299</w:t>
        <w:br/>
        <w:t>vn 0.4521 -0.4050 0.7947</w:t>
        <w:br/>
        <w:t>vn 0.6078 -0.6170 0.4998</w:t>
        <w:br/>
        <w:t>vn 0.8694 0.4840 0.1000</w:t>
        <w:br/>
        <w:t>vn 0.8313 0.5449 0.1098</w:t>
        <w:br/>
        <w:t>vn 0.9032 0.4167 0.1027</w:t>
        <w:br/>
        <w:t>vn 0.9309 0.3467 0.1151</w:t>
        <w:br/>
        <w:t>vn 0.9803 0.1808 0.0792</w:t>
        <w:br/>
        <w:t>vn 0.9771 0.2128 -0.0005</w:t>
        <w:br/>
        <w:t>vn 0.8862 0.4627 -0.0243</w:t>
        <w:br/>
        <w:t>vn 0.8862 0.4628 -0.0243</w:t>
        <w:br/>
        <w:t>vn 0.7516 0.6588 0.0329</w:t>
        <w:br/>
        <w:t>vn 0.5628 0.8206 0.0994</w:t>
        <w:br/>
        <w:t>vn 0.4250 0.8978 0.1154</w:t>
        <w:br/>
        <w:t>vn 0.4250 0.8978 0.1153</w:t>
        <w:br/>
        <w:t>vn 0.6380 0.7611 0.1166</w:t>
        <w:br/>
        <w:t>vn 0.6381 0.7611 0.1166</w:t>
        <w:br/>
        <w:t>vn 0.8428 0.1142 0.5260</w:t>
        <w:br/>
        <w:t>vn 0.9600 0.1709 0.2216</w:t>
        <w:br/>
        <w:t>vn 0.6828 -0.4032 0.6093</w:t>
        <w:br/>
        <w:t>vn 0.7519 -0.5524 0.3598</w:t>
        <w:br/>
        <w:t>vn 0.0367 -0.6902 0.7227</w:t>
        <w:br/>
        <w:t>vn 0.2753 -0.8000 0.5331</w:t>
        <w:br/>
        <w:t>vn 0.3501 -0.4475 0.8229</w:t>
        <w:br/>
        <w:t>vn 0.1829 -0.3657 0.9126</w:t>
        <w:br/>
        <w:t>vn 0.1168 -0.2415 0.9633</w:t>
        <w:br/>
        <w:t>vn -0.0522 -0.5237 0.8503</w:t>
        <w:br/>
        <w:t>vn 0.0649 -0.1465 0.9871</w:t>
        <w:br/>
        <w:t>vn -0.1474 -0.3904 0.9088</w:t>
        <w:br/>
        <w:t>vn 0.0657 -0.1014 0.9927</w:t>
        <w:br/>
        <w:t>vn -0.1581 -0.3300 0.9306</w:t>
        <w:br/>
        <w:t>vn 0.1434 -0.0782 0.9866</w:t>
        <w:br/>
        <w:t>vn -0.0735 -0.3800 0.9221</w:t>
        <w:br/>
        <w:t>vn 0.1144 -0.1826 0.9765</w:t>
        <w:br/>
        <w:t>vn -0.0134 -0.4527 0.8916</w:t>
        <w:br/>
        <w:t>vn 0.1035 -0.1276 0.9864</w:t>
        <w:br/>
        <w:t>vn -0.1061 -0.4436 0.8899</w:t>
        <w:br/>
        <w:t>vn -0.3979 -0.4627 0.7922</w:t>
        <w:br/>
        <w:t>vn -0.2973 -0.4075 0.8635</w:t>
        <w:br/>
        <w:t>vn -0.0335 -0.1728 0.9844</w:t>
        <w:br/>
        <w:t>vn -0.0907 -0.2147 0.9725</w:t>
        <w:br/>
        <w:t>vn -0.5247 -0.5789 0.6241</w:t>
        <w:br/>
        <w:t>vn 0.4720 0.0592 0.8796</w:t>
        <w:br/>
        <w:t>vn 0.3167 0.0379 0.9478</w:t>
        <w:br/>
        <w:t>vn 0.4564 0.0734 0.8867</w:t>
        <w:br/>
        <w:t>vn 0.3922 0.0872 0.9157</w:t>
        <w:br/>
        <w:t>vn 0.0757 0.5157 0.8534</w:t>
        <w:br/>
        <w:t>vn 0.2443 0.0777 0.9666</w:t>
        <w:br/>
        <w:t>vn -0.0000 0.4977 0.8674</w:t>
        <w:br/>
        <w:t>vn 0.0000 0.0686 0.9976</w:t>
        <w:br/>
        <w:t>vn -0.3899 0.7554 0.5267</w:t>
        <w:br/>
        <w:t>vn -0.5109 0.6684 0.5405</w:t>
        <w:br/>
        <w:t>vn -0.2154 0.8329 0.5098</w:t>
        <w:br/>
        <w:t>vn -0.1100 0.8326 0.5428</w:t>
        <w:br/>
        <w:t>vn -0.0000 0.8241 0.5664</w:t>
        <w:br/>
        <w:t>vn -0.6437 -0.6028 0.4714</w:t>
        <w:br/>
        <w:t>vn 0.2424 -0.0147 0.9701</w:t>
        <w:br/>
        <w:t>vn 0.2563 0.0847 0.9629</w:t>
        <w:br/>
        <w:t>vn 0.2658 0.0822 0.9605</w:t>
        <w:br/>
        <w:t>vn 0.0990 -0.1084 0.9892</w:t>
        <w:br/>
        <w:t>vn 0.1721 -0.0832 0.9816</w:t>
        <w:br/>
        <w:t>vn 0.2768 -0.2384 0.9309</w:t>
        <w:br/>
        <w:t>vn 0.2986 0.0916 0.9500</w:t>
        <w:br/>
        <w:t>vn 0.2573 0.1030 0.9608</w:t>
        <w:br/>
        <w:t>vn 0.2813 0.1224 0.9518</w:t>
        <w:br/>
        <w:t>vn 0.2641 0.1067 0.9586</w:t>
        <w:br/>
        <w:t>vn 0.2751 0.1216 0.9537</w:t>
        <w:br/>
        <w:t>vn 0.2956 0.1195 0.9478</w:t>
        <w:br/>
        <w:t>vn 0.2806 0.1005 0.9545</w:t>
        <w:br/>
        <w:t>vn 0.2826 0.1381 0.9493</w:t>
        <w:br/>
        <w:t>vn 0.2697 0.1134 0.9562</w:t>
        <w:br/>
        <w:t>vn 0.2707 0.0677 0.9603</w:t>
        <w:br/>
        <w:t>vn 0.2989 0.0159 0.9542</w:t>
        <w:br/>
        <w:t>vn 0.3512 -0.0148 0.9362</w:t>
        <w:br/>
        <w:t>vn 0.1576 -0.0434 0.9865</w:t>
        <w:br/>
        <w:t>vn 0.1112 -0.0693 0.9914</w:t>
        <w:br/>
        <w:t>vn 0.2174 -0.0826 0.9726</w:t>
        <w:br/>
        <w:t>vn 0.3079 0.1231 0.9434</w:t>
        <w:br/>
        <w:t>vn 0.2568 0.1671 0.9519</w:t>
        <w:br/>
        <w:t>vn 0.2986 0.1193 0.9469</w:t>
        <w:br/>
        <w:t>vn 0.3391 0.0710 0.9381</w:t>
        <w:br/>
        <w:t>vn 0.2540 0.2067 0.9449</w:t>
        <w:br/>
        <w:t>vn 0.2923 0.1433 0.9455</w:t>
        <w:br/>
        <w:t>vn 0.3289 0.0792 0.9410</w:t>
        <w:br/>
        <w:t>vn 0.2336 0.1550 0.9599</w:t>
        <w:br/>
        <w:t>vn 0.2666 0.1355 0.9542</w:t>
        <w:br/>
        <w:t>vn 0.2109 0.0753 0.9746</w:t>
        <w:br/>
        <w:t>vn 0.7039 -0.6738 0.2247</w:t>
        <w:br/>
        <w:t>vn 0.7771 -0.5971 0.1991</w:t>
        <w:br/>
        <w:t>vn 0.5319 -0.8033 0.2679</w:t>
        <w:br/>
        <w:t>vn 0.3017 -0.9044 0.3016</w:t>
        <w:br/>
        <w:t>vn 0.3017 -0.9045 0.3016</w:t>
        <w:br/>
        <w:t>vn 0.0000 -0.9487 0.3163</w:t>
        <w:br/>
        <w:t>vn 0.0000 -0.9486 0.3163</w:t>
        <w:br/>
        <w:t>vn -0.4857 0.1266 0.8649</w:t>
        <w:br/>
        <w:t>vn -0.4905 0.2560 0.8330</w:t>
        <w:br/>
        <w:t>vn -0.5324 0.4353 0.7260</w:t>
        <w:br/>
        <w:t>vn -0.2973 0.1851 0.9367</w:t>
        <w:br/>
        <w:t>vn -0.5605 0.5331 0.6338</w:t>
        <w:br/>
        <w:t>vn -0.3808 0.2433 0.8921</w:t>
        <w:br/>
        <w:t>vn -0.4651 0.3233 0.8241</w:t>
        <w:br/>
        <w:t>vn -0.6581 0.3869 0.6459</w:t>
        <w:br/>
        <w:t>vn -0.1412 0.1839 0.9727</w:t>
        <w:br/>
        <w:t>vn -0.3847 0.2694 0.8829</w:t>
        <w:br/>
        <w:t>vn -0.0991 0.3413 0.9347</w:t>
        <w:br/>
        <w:t>vn -0.6886 0.1601 0.7072</w:t>
        <w:br/>
        <w:t>vn -0.2523 0.3123 0.9159</w:t>
        <w:br/>
        <w:t>vn -0.1138 0.2889 0.9506</w:t>
        <w:br/>
        <w:t>vn -0.3850 0.0820 0.9193</w:t>
        <w:br/>
        <w:t>vn -0.2796 0.1708 0.9448</w:t>
        <w:br/>
        <w:t>vn -0.2449 0.0918 0.9652</w:t>
        <w:br/>
        <w:t>vn -0.2092 0.0242 0.9776</w:t>
        <w:br/>
        <w:t>vn -0.3181 0.1702 0.9326</w:t>
        <w:br/>
        <w:t>vn -0.3533 0.1345 0.9258</w:t>
        <w:br/>
        <w:t>vn -0.5946 -0.2789 0.7541</w:t>
        <w:br/>
        <w:t>vn -0.6900 -0.3325 0.6429</w:t>
        <w:br/>
        <w:t>vn -0.6317 -0.1649 0.7574</w:t>
        <w:br/>
        <w:t>vn -0.3655 0.1251 0.9224</w:t>
        <w:br/>
        <w:t>vn -0.4928 -0.4699 0.7324</w:t>
        <w:br/>
        <w:t>vn -0.3262 0.0299 0.9448</w:t>
        <w:br/>
        <w:t>vn -0.5133 -0.4736 0.7157</w:t>
        <w:br/>
        <w:t>vn -0.2912 0.1005 0.9514</w:t>
        <w:br/>
        <w:t>vn -0.2522 0.0024 0.9677</w:t>
        <w:br/>
        <w:t>vn -0.1803 -0.0319 0.9831</w:t>
        <w:br/>
        <w:t>vn -0.5326 0.7797 0.3293</w:t>
        <w:br/>
        <w:t>vn -0.4667 0.8090 0.3574</w:t>
        <w:br/>
        <w:t>vn -0.7026 0.4663 0.5375</w:t>
        <w:br/>
        <w:t>vn -0.2241 -0.0300 0.9741</w:t>
        <w:br/>
        <w:t>vn -0.6738 0.6923 0.2585</w:t>
        <w:br/>
        <w:t>vn -0.7405 0.4572 0.4926</w:t>
        <w:br/>
        <w:t>vn -0.8052 0.5395 0.2461</w:t>
        <w:br/>
        <w:t>vn -0.2295 -0.0271 0.9729</w:t>
        <w:br/>
        <w:t>vn -0.4489 0.1655 0.8781</w:t>
        <w:br/>
        <w:t>vn -0.4837 0.1336 0.8650</w:t>
        <w:br/>
        <w:t>vn -0.6404 0.3162 0.6999</w:t>
        <w:br/>
        <w:t>vn -0.8549 0.4405 0.2742</w:t>
        <w:br/>
        <w:t>vn -0.4175 0.1714 0.8924</w:t>
        <w:br/>
        <w:t>vn -0.5473 -0.7609 0.3485</w:t>
        <w:br/>
        <w:t>vn -0.4940 -0.7874 0.3688</w:t>
        <w:br/>
        <w:t>vn -0.4494 -0.8227 0.3481</w:t>
        <w:br/>
        <w:t>vn -0.5755 -0.7579 0.3073</w:t>
        <w:br/>
        <w:t>vn -0.2866 -0.8886 0.3582</w:t>
        <w:br/>
        <w:t>vn -0.5755 -0.7579 0.3071</w:t>
        <w:br/>
        <w:t>vn -0.7398 -0.6046 0.2951</w:t>
        <w:br/>
        <w:t>vn -0.6839 -0.5843 0.4370</w:t>
        <w:br/>
        <w:t>vn -0.6950 -0.5097 0.5072</w:t>
        <w:br/>
        <w:t>vn -0.6950 -0.5096 0.5072</w:t>
        <w:br/>
        <w:t>vn -0.0690 0.5685 0.8198</w:t>
        <w:br/>
        <w:t>vn -0.3216 0.1341 0.9373</w:t>
        <w:br/>
        <w:t>vn -0.2759 0.1170 0.9540</w:t>
        <w:br/>
        <w:t>vn 0.2413 0.8302 0.5026</w:t>
        <w:br/>
        <w:t>vn 0.2482 0.8183 0.5185</w:t>
        <w:br/>
        <w:t>vn 0.1065 0.4428 0.8903</w:t>
        <w:br/>
        <w:t>vn 0.3767 0.7587 0.5315</w:t>
        <w:br/>
        <w:t>vn 0.4202 0.7015 0.5757</w:t>
        <w:br/>
        <w:t>vn -0.0057 0.4369 0.8995</w:t>
        <w:br/>
        <w:t>vn 0.4256 0.7185 0.5501</w:t>
        <w:br/>
        <w:t>vn 0.3349 0.8281 0.4496</w:t>
        <w:br/>
        <w:t>vn 0.2323 0.9076 0.3496</w:t>
        <w:br/>
        <w:t>vn 0.2810 0.9046 0.3207</w:t>
        <w:br/>
        <w:t>vn 0.3630 0.8727 0.3265</w:t>
        <w:br/>
        <w:t>vn -0.9778 -0.1925 0.0833</w:t>
        <w:br/>
        <w:t>vn -0.9777 -0.1925 0.0834</w:t>
        <w:br/>
        <w:t>vn -0.9914 -0.1246 0.0396</w:t>
        <w:br/>
        <w:t>vn -0.9189 -0.3523 0.1777</w:t>
        <w:br/>
        <w:t>vn -0.9188 -0.3524 0.1777</w:t>
        <w:br/>
        <w:t>vn -0.8362 -0.4783 0.2682</w:t>
        <w:br/>
        <w:t>vn -0.7921 -0.5136 0.3299</w:t>
        <w:br/>
        <w:t>vn -0.5946 -0.1582 0.7883</w:t>
        <w:br/>
        <w:t>vn -0.6078 -0.6170 0.4998</w:t>
        <w:br/>
        <w:t>vn -0.4521 -0.4050 0.7947</w:t>
        <w:br/>
        <w:t>vn -0.8313 0.5449 0.1098</w:t>
        <w:br/>
        <w:t>vn -0.8694 0.4840 0.1000</w:t>
        <w:br/>
        <w:t>vn -0.9032 0.4167 0.1027</w:t>
        <w:br/>
        <w:t>vn -0.9309 0.3467 0.1151</w:t>
        <w:br/>
        <w:t>vn -0.9803 0.1808 0.0791</w:t>
        <w:br/>
        <w:t>vn -0.9771 0.2128 -0.0005</w:t>
        <w:br/>
        <w:t>vn -0.8862 0.4627 -0.0244</w:t>
        <w:br/>
        <w:t>vn -0.8862 0.4627 -0.0243</w:t>
        <w:br/>
        <w:t>vn -0.7516 0.6588 0.0330</w:t>
        <w:br/>
        <w:t>vn -0.7516 0.6588 0.0329</w:t>
        <w:br/>
        <w:t>vn -0.5629 0.8205 0.0996</w:t>
        <w:br/>
        <w:t>vn -0.5628 0.8206 0.0994</w:t>
        <w:br/>
        <w:t>vn -0.4250 0.8978 0.1153</w:t>
        <w:br/>
        <w:t>vn -0.6380 0.7611 0.1166</w:t>
        <w:br/>
        <w:t>vn -0.9601 0.1708 0.2216</w:t>
        <w:br/>
        <w:t>vn -0.8428 0.1141 0.5260</w:t>
        <w:br/>
        <w:t>vn -0.6827 -0.4032 0.6093</w:t>
        <w:br/>
        <w:t>vn -0.7519 -0.5525 0.3598</w:t>
        <w:br/>
        <w:t>vn -0.3501 -0.4475 0.8229</w:t>
        <w:br/>
        <w:t>vn -0.2754 -0.8000 0.5331</w:t>
        <w:br/>
        <w:t>vn -0.0367 -0.6902 0.7227</w:t>
        <w:br/>
        <w:t>vn -0.1829 -0.3657 0.9126</w:t>
        <w:br/>
        <w:t>vn 0.0523 -0.5237 0.8503</w:t>
        <w:br/>
        <w:t>vn -0.1168 -0.2415 0.9633</w:t>
        <w:br/>
        <w:t>vn 0.1474 -0.3904 0.9087</w:t>
        <w:br/>
        <w:t>vn -0.0649 -0.1465 0.9871</w:t>
        <w:br/>
        <w:t>vn 0.1581 -0.3300 0.9306</w:t>
        <w:br/>
        <w:t>vn -0.0658 -0.1014 0.9927</w:t>
        <w:br/>
        <w:t>vn 0.0735 -0.3800 0.9221</w:t>
        <w:br/>
        <w:t>vn -0.1435 -0.0782 0.9866</w:t>
        <w:br/>
        <w:t>vn 0.0134 -0.4527 0.8916</w:t>
        <w:br/>
        <w:t>vn -0.1144 -0.1826 0.9765</w:t>
        <w:br/>
        <w:t>vn 0.1061 -0.4436 0.8899</w:t>
        <w:br/>
        <w:t>vn -0.1035 -0.1276 0.9864</w:t>
        <w:br/>
        <w:t>vn 0.0335 -0.1728 0.9844</w:t>
        <w:br/>
        <w:t>vn 0.2973 -0.4075 0.8635</w:t>
        <w:br/>
        <w:t>vn 0.3979 -0.4627 0.7922</w:t>
        <w:br/>
        <w:t>vn 0.0907 -0.2147 0.9725</w:t>
        <w:br/>
        <w:t>vn 0.5247 -0.5789 0.6241</w:t>
        <w:br/>
        <w:t>vn -0.4564 0.0734 0.8867</w:t>
        <w:br/>
        <w:t>vn -0.3167 0.0379 0.9478</w:t>
        <w:br/>
        <w:t>vn -0.4720 0.0592 0.8796</w:t>
        <w:br/>
        <w:t>vn -0.3923 0.0872 0.9157</w:t>
        <w:br/>
        <w:t>vn -0.2443 0.0777 0.9666</w:t>
        <w:br/>
        <w:t>vn -0.0757 0.5157 0.8534</w:t>
        <w:br/>
        <w:t>vn 0.5109 0.6684 0.5405</w:t>
        <w:br/>
        <w:t>vn 0.5109 0.6684 0.5406</w:t>
        <w:br/>
        <w:t>vn 0.3899 0.7554 0.5267</w:t>
        <w:br/>
        <w:t>vn 0.2154 0.8329 0.5098</w:t>
        <w:br/>
        <w:t>vn 0.2155 0.8329 0.5098</w:t>
        <w:br/>
        <w:t>vn 0.1100 0.8326 0.5428</w:t>
        <w:br/>
        <w:t>vn 0.6437 -0.6028 0.4714</w:t>
        <w:br/>
        <w:t>vn -0.2424 -0.0147 0.9701</w:t>
        <w:br/>
        <w:t>vn -0.2563 0.0847 0.9629</w:t>
        <w:br/>
        <w:t>vn -0.2658 0.0822 0.9605</w:t>
        <w:br/>
        <w:t>vn -0.0990 -0.1084 0.9892</w:t>
        <w:br/>
        <w:t>vn -0.1721 -0.0832 0.9816</w:t>
        <w:br/>
        <w:t>vn -0.2768 -0.2384 0.9309</w:t>
        <w:br/>
        <w:t>vn -0.2986 0.0916 0.9500</w:t>
        <w:br/>
        <w:t>vn -0.2573 0.1030 0.9608</w:t>
        <w:br/>
        <w:t>vn -0.2813 0.1224 0.9518</w:t>
        <w:br/>
        <w:t>vn -0.2638 0.1067 0.9587</w:t>
        <w:br/>
        <w:t>vn -0.2751 0.1211 0.9538</w:t>
        <w:br/>
        <w:t>vn -0.2806 0.1006 0.9545</w:t>
        <w:br/>
        <w:t>vn -0.2956 0.1195 0.9478</w:t>
        <w:br/>
        <w:t>vn -0.2826 0.1381 0.9492</w:t>
        <w:br/>
        <w:t>vn -0.2697 0.1135 0.9562</w:t>
        <w:br/>
        <w:t>vn -0.2707 0.0676 0.9603</w:t>
        <w:br/>
        <w:t>vn -0.2989 0.0159 0.9542</w:t>
        <w:br/>
        <w:t>vn -0.3512 -0.0148 0.9362</w:t>
        <w:br/>
        <w:t>vn -0.1112 -0.0693 0.9914</w:t>
        <w:br/>
        <w:t>vn -0.1576 -0.0434 0.9865</w:t>
        <w:br/>
        <w:t>vn -0.2174 -0.0826 0.9726</w:t>
        <w:br/>
        <w:t>vn -0.3080 0.1230 0.9434</w:t>
        <w:br/>
        <w:t>vn -0.2568 0.1671 0.9519</w:t>
        <w:br/>
        <w:t>vn -0.2986 0.1193 0.9469</w:t>
        <w:br/>
        <w:t>vn -0.3392 0.0709 0.9380</w:t>
        <w:br/>
        <w:t>vn -0.2540 0.2066 0.9449</w:t>
        <w:br/>
        <w:t>vn -0.2923 0.1433 0.9455</w:t>
        <w:br/>
        <w:t>vn -0.3289 0.0792 0.9410</w:t>
        <w:br/>
        <w:t>vn -0.2336 0.1550 0.9599</w:t>
        <w:br/>
        <w:t>vn -0.2666 0.1355 0.9542</w:t>
        <w:br/>
        <w:t>vn -0.2109 0.0753 0.9746</w:t>
        <w:br/>
        <w:t>vn -0.7771 -0.5971 0.1991</w:t>
        <w:br/>
        <w:t>vn -0.7039 -0.6738 0.2247</w:t>
        <w:br/>
        <w:t>vn -0.5319 -0.8033 0.2679</w:t>
        <w:br/>
        <w:t>vn -0.3017 -0.9044 0.3016</w:t>
        <w:br/>
        <w:t>vn -0.0000 -0.9486 0.3164</w:t>
        <w:br/>
        <w:t>vn 0.5652 0.8248 0.0162</w:t>
        <w:br/>
        <w:t>vn 0.5719 0.8201 0.0205</w:t>
        <w:br/>
        <w:t>vn 0.5679 0.8230 0.0126</w:t>
        <w:br/>
        <w:t>vn -0.4766 0.7670 -0.4295</w:t>
        <w:br/>
        <w:t>vn -0.2107 0.5757 -0.7900</w:t>
        <w:br/>
        <w:t>vn -0.2107 0.5758 -0.7900</w:t>
        <w:br/>
        <w:t>vn -0.5606 0.8269 0.0439</w:t>
        <w:br/>
        <w:t>vn 0.5643 0.8253 0.0208</w:t>
        <w:br/>
        <w:t>vn 0.5654 0.8244 0.0253</w:t>
        <w:br/>
        <w:t>vn 0.5683 0.8223 0.0286</w:t>
        <w:br/>
        <w:t>vn 0.5720 0.8197 0.0297</w:t>
        <w:br/>
        <w:t>vn 0.5758 0.8171 0.0284</w:t>
        <w:br/>
        <w:t>vn 0.2249 0.2610 0.9388</w:t>
        <w:br/>
        <w:t>vn 0.6008 -0.0086 0.7994</w:t>
        <w:br/>
        <w:t>vn 0.6007 -0.0086 0.7994</w:t>
        <w:br/>
        <w:t>vn 0.8715 -0.2030 0.4465</w:t>
        <w:br/>
        <w:t>vn -0.1561 0.5347 0.8305</w:t>
        <w:br/>
        <w:t>vn -0.1562 0.5347 0.8305</w:t>
        <w:br/>
        <w:t>vn -0.4430 0.7415 0.5039</w:t>
        <w:br/>
        <w:t>vn -0.4431 0.7415 0.5038</w:t>
        <w:br/>
        <w:t>vn 0.1675 0.3032 -0.9381</w:t>
        <w:br/>
        <w:t>vn 0.5717 0.8204 0.0112</w:t>
        <w:br/>
        <w:t>vn 0.5558 0.0237 -0.8309</w:t>
        <w:br/>
        <w:t>vn 0.5561 0.0236 -0.8308</w:t>
        <w:br/>
        <w:t>vn 0.8476 -0.1860 -0.4969</w:t>
        <w:br/>
        <w:t>vn 0.8477 -0.1860 -0.4969</w:t>
        <w:br/>
        <w:t>vn 0.9628 -0.2686 -0.0282</w:t>
        <w:br/>
        <w:t>vn 0.9628 -0.2686 -0.0281</w:t>
        <w:br/>
        <w:t>vn 0.5783 0.8157 0.0155</w:t>
        <w:br/>
        <w:t>vn 0.5794 0.8148 0.0200</w:t>
        <w:br/>
        <w:t>vn 0.5755 0.8177 0.0123</w:t>
        <w:br/>
        <w:t>vn 0.5785 0.8153 0.0248</w:t>
        <w:br/>
        <w:t>vn -0.5652 0.8248 0.0162</w:t>
        <w:br/>
        <w:t>vn -0.5679 0.8230 0.0127</w:t>
        <w:br/>
        <w:t>vn -0.5719 0.8201 0.0204</w:t>
        <w:br/>
        <w:t>vn 0.2108 0.5758 -0.7900</w:t>
        <w:br/>
        <w:t>vn 0.2107 0.5757 -0.7900</w:t>
        <w:br/>
        <w:t>vn 0.4766 0.7670 -0.4295</w:t>
        <w:br/>
        <w:t>vn 0.4767 0.7670 -0.4295</w:t>
        <w:br/>
        <w:t>vn 0.5606 0.8269 0.0438</w:t>
        <w:br/>
        <w:t>vn -0.5643 0.8253 0.0208</w:t>
        <w:br/>
        <w:t>vn -0.5654 0.8244 0.0254</w:t>
        <w:br/>
        <w:t>vn -0.5682 0.8224 0.0286</w:t>
        <w:br/>
        <w:t>vn -0.5720 0.8197 0.0296</w:t>
        <w:br/>
        <w:t>vn -0.5758 0.8171 0.0282</w:t>
        <w:br/>
        <w:t>vn -0.2249 0.2610 0.9388</w:t>
        <w:br/>
        <w:t>vn -0.6007 -0.0086 0.7994</w:t>
        <w:br/>
        <w:t>vn -0.8714 -0.2030 0.4465</w:t>
        <w:br/>
        <w:t>vn -0.8715 -0.2029 0.4465</w:t>
        <w:br/>
        <w:t>vn 0.1563 0.5348 0.8304</w:t>
        <w:br/>
        <w:t>vn 0.1564 0.5348 0.8304</w:t>
        <w:br/>
        <w:t>vn 0.4430 0.7415 0.5038</w:t>
        <w:br/>
        <w:t>vn 0.4430 0.7415 0.5039</w:t>
        <w:br/>
        <w:t>vn -0.1674 0.3033 -0.9381</w:t>
        <w:br/>
        <w:t>vn -0.1675 0.3033 -0.9381</w:t>
        <w:br/>
        <w:t>vn -0.5717 0.8204 0.0112</w:t>
        <w:br/>
        <w:t>vn -0.5557 0.0238 -0.8310</w:t>
        <w:br/>
        <w:t>vn -0.5559 0.0237 -0.8309</w:t>
        <w:br/>
        <w:t>vn -0.8476 -0.1861 -0.4969</w:t>
        <w:br/>
        <w:t>vn -0.8476 -0.1860 -0.4970</w:t>
        <w:br/>
        <w:t>vn -0.9628 -0.2687 -0.0282</w:t>
        <w:br/>
        <w:t>vn -0.5783 0.8157 0.0154</w:t>
        <w:br/>
        <w:t>vn -0.5794 0.8148 0.0201</w:t>
        <w:br/>
        <w:t>vn -0.5755 0.8177 0.0122</w:t>
        <w:br/>
        <w:t>vn -0.5785 0.8153 0.0248</w:t>
        <w:br/>
        <w:t>vn -0.2594 0.4573 -0.8506</w:t>
        <w:br/>
        <w:t>vn -0.2610 0.4532 -0.8523</w:t>
        <w:br/>
        <w:t>vn -0.2683 0.4570 -0.8481</w:t>
        <w:br/>
        <w:t>vn 0.8059 0.1992 -0.5575</w:t>
        <w:br/>
        <w:t>vn 0.8059 0.1993 -0.5575</w:t>
        <w:br/>
        <w:t>vn 0.6491 -0.2303 -0.7250</w:t>
        <w:br/>
        <w:t>vn 0.7219 0.6134 -0.3204</w:t>
        <w:br/>
        <w:t>vn 0.7219 0.6133 -0.3205</w:t>
        <w:br/>
        <w:t>vn -0.2601 0.4614 -0.8482</w:t>
        <w:br/>
        <w:t>vn -0.2631 0.4642 -0.8457</w:t>
        <w:br/>
        <w:t>vn -0.2674 0.4651 -0.8439</w:t>
        <w:br/>
        <w:t>vn -0.2719 0.4638 -0.8432</w:t>
        <w:br/>
        <w:t>vn -0.2755 0.4607 -0.8437</w:t>
        <w:br/>
        <w:t>vn -0.4691 0.8632 0.1869</w:t>
        <w:br/>
        <w:t>vn -0.8279 0.5434 0.1387</w:t>
        <w:br/>
        <w:t>vn -0.8280 0.5434 0.1387</w:t>
        <w:br/>
        <w:t>vn -0.9928 0.1172 -0.0250</w:t>
        <w:br/>
        <w:t>vn -0.0126 0.9941 0.1079</w:t>
        <w:br/>
        <w:t>vn -0.0125 0.9941 0.1078</w:t>
        <w:br/>
        <w:t>vn 0.4224 0.9031 -0.0774</w:t>
        <w:br/>
        <w:t>vn 0.4225 0.9031 -0.0774</w:t>
        <w:br/>
        <w:t>vn 0.2906 -0.5590 -0.7766</w:t>
        <w:br/>
        <w:t>vn 0.2905 -0.5590 -0.7766</w:t>
        <w:br/>
        <w:t>vn -0.2645 0.4501 -0.8529</w:t>
        <w:br/>
        <w:t>vn -0.1736 -0.6954 -0.6973</w:t>
        <w:br/>
        <w:t>vn -0.1739 -0.6954 -0.6973</w:t>
        <w:br/>
        <w:t>vn -0.6167 -0.6010 -0.5085</w:t>
        <w:br/>
        <w:t>vn -0.6166 -0.6010 -0.5085</w:t>
        <w:br/>
        <w:t>vn -0.9165 -0.3024 -0.2619</w:t>
        <w:br/>
        <w:t>vn -0.2734 0.4497 -0.8503</w:t>
        <w:br/>
        <w:t>vn -0.2763 0.4525 -0.8479</w:t>
        <w:br/>
        <w:t>vn -0.2691 0.4488 -0.8522</w:t>
        <w:br/>
        <w:t>vn -0.2771 0.4566 -0.8454</w:t>
        <w:br/>
        <w:t>vn 0.2594 0.4574 -0.8506</w:t>
        <w:br/>
        <w:t>vn 0.2683 0.4570 -0.8481</w:t>
        <w:br/>
        <w:t>vn 0.2610 0.4532 -0.8523</w:t>
        <w:br/>
        <w:t>vn -0.8059 0.1993 -0.5575</w:t>
        <w:br/>
        <w:t>vn -0.6491 -0.2303 -0.7250</w:t>
        <w:br/>
        <w:t>vn -0.7219 0.6133 -0.3204</w:t>
        <w:br/>
        <w:t>vn -0.7219 0.6133 -0.3205</w:t>
        <w:br/>
        <w:t>vn 0.2601 0.4614 -0.8482</w:t>
        <w:br/>
        <w:t>vn 0.2631 0.4642 -0.8457</w:t>
        <w:br/>
        <w:t>vn 0.2674 0.4651 -0.8439</w:t>
        <w:br/>
        <w:t>vn 0.2719 0.4638 -0.8432</w:t>
        <w:br/>
        <w:t>vn 0.2755 0.4607 -0.8437</w:t>
        <w:br/>
        <w:t>vn 0.4691 0.8632 0.1869</w:t>
        <w:br/>
        <w:t>vn 0.4690 0.8632 0.1869</w:t>
        <w:br/>
        <w:t>vn 0.8280 0.5434 0.1387</w:t>
        <w:br/>
        <w:t>vn 0.8280 0.5433 0.1387</w:t>
        <w:br/>
        <w:t>vn 0.9928 0.1172 -0.0250</w:t>
        <w:br/>
        <w:t>vn 0.0125 0.9941 0.1079</w:t>
        <w:br/>
        <w:t>vn -0.4224 0.9031 -0.0774</w:t>
        <w:br/>
        <w:t>vn -0.4225 0.9030 -0.0775</w:t>
        <w:br/>
        <w:t>vn -0.2905 -0.5589 -0.7767</w:t>
        <w:br/>
        <w:t>vn 0.2645 0.4501 -0.8529</w:t>
        <w:br/>
        <w:t>vn 0.1738 -0.6953 -0.6974</w:t>
        <w:br/>
        <w:t>vn 0.6167 -0.6010 -0.5084</w:t>
        <w:br/>
        <w:t>vn 0.9165 -0.3024 -0.2619</w:t>
        <w:br/>
        <w:t>vn 0.2734 0.4497 -0.8503</w:t>
        <w:br/>
        <w:t>vn 0.2763 0.4525 -0.8479</w:t>
        <w:br/>
        <w:t>vn 0.2691 0.4488 -0.8522</w:t>
        <w:br/>
        <w:t>vn 0.2771 0.4566 -0.8454</w:t>
        <w:br/>
        <w:t>vn 0.3130 0.4460 -0.8385</w:t>
        <w:br/>
        <w:t>vn 0.3217 0.4452 -0.8356</w:t>
        <w:br/>
        <w:t>vn 0.3146 0.4418 -0.8402</w:t>
        <w:br/>
        <w:t>vn -0.7731 0.2309 -0.5907</w:t>
        <w:br/>
        <w:t>vn -0.6267 -0.2047 -0.7519</w:t>
        <w:br/>
        <w:t>vn -0.6268 -0.2046 -0.7519</w:t>
        <w:br/>
        <w:t>vn -0.6826 0.6415 -0.3500</w:t>
        <w:br/>
        <w:t>vn 0.3138 0.4500 -0.8361</w:t>
        <w:br/>
        <w:t>vn 0.3168 0.4527 -0.8335</w:t>
        <w:br/>
        <w:t>vn 0.3210 0.4534 -0.8315</w:t>
        <w:br/>
        <w:t>vn 0.3255 0.4520 -0.8305</w:t>
        <w:br/>
        <w:t>vn 0.3289 0.4487 -0.8310</w:t>
        <w:br/>
        <w:t>vn 0.4950 0.8438 0.2073</w:t>
        <w:br/>
        <w:t>vn 0.8425 0.5099 0.1739</w:t>
        <w:br/>
        <w:t>vn 0.9969 0.0773 0.0168</w:t>
        <w:br/>
        <w:t>vn 0.0477 0.9929 0.1093</w:t>
        <w:br/>
        <w:t>vn -0.3823 0.9192 -0.0942</w:t>
        <w:br/>
        <w:t>vn -0.3824 0.9192 -0.0943</w:t>
        <w:br/>
        <w:t>vn -0.2797 -0.5474 -0.7887</w:t>
        <w:br/>
        <w:t>vn 0.3180 0.4385 -0.8406</w:t>
        <w:br/>
        <w:t>vn 0.1749 -0.7022 -0.6902</w:t>
        <w:br/>
        <w:t>vn 0.1748 -0.7022 -0.6902</w:t>
        <w:br/>
        <w:t>vn 0.6129 -0.6256 -0.4827</w:t>
        <w:br/>
        <w:t>vn 0.6130 -0.6256 -0.4826</w:t>
        <w:br/>
        <w:t>vn 0.9138 -0.3391 -0.2234</w:t>
        <w:br/>
        <w:t>vn 0.3267 0.4377 -0.8377</w:t>
        <w:br/>
        <w:t>vn 0.3296 0.4405 -0.8351</w:t>
        <w:br/>
        <w:t>vn 0.3224 0.4370 -0.8397</w:t>
        <w:br/>
        <w:t>vn 0.3304 0.4445 -0.8326</w:t>
        <w:br/>
        <w:t>vn 0.0090 -0.1811 0.9834</w:t>
        <w:br/>
        <w:t>vn 0.0035 -0.1811 0.9835</w:t>
        <w:br/>
        <w:t>vn 0.0083 -0.1839 0.9829</w:t>
        <w:br/>
        <w:t>vn 0.8648 0.4803 0.1461</w:t>
        <w:br/>
        <w:t>vn 0.8647 0.4805 0.1461</w:t>
        <w:br/>
        <w:t>vn 0.9984 -0.0104 0.0558</w:t>
        <w:br/>
        <w:t>vn 0.9984 -0.0103 0.0558</w:t>
        <w:br/>
        <w:t>vn 0.4992 0.8401 0.2120</w:t>
        <w:br/>
        <w:t>vn 0.4994 0.8401 0.2120</w:t>
        <w:br/>
        <w:t>vn 0.0035 -0.1757 0.9844</w:t>
        <w:br/>
        <w:t>vn 0.0063 -0.1764 0.9843</w:t>
        <w:br/>
        <w:t>vn 0.0002 0.9719 0.2355</w:t>
        <w:br/>
        <w:t>vn 0.0004 0.9719 0.2355</w:t>
        <w:br/>
        <w:t>vn -0.8645 0.4815 0.1444</w:t>
        <w:br/>
        <w:t>vn -0.8648 0.4810 0.1443</w:t>
        <w:br/>
        <w:t>vn -0.4992 0.8404 0.2108</w:t>
        <w:br/>
        <w:t>vn -0.4991 0.8405 0.2108</w:t>
        <w:br/>
        <w:t>vn 0.0007 -0.1764 0.9843</w:t>
        <w:br/>
        <w:t>vn -0.0014 -0.1784 0.9840</w:t>
        <w:br/>
        <w:t>vn -0.9985 -0.0099 0.0537</w:t>
        <w:br/>
        <w:t>vn -0.9985 -0.0097 0.0537</w:t>
        <w:br/>
        <w:t>vn -0.8649 -0.5006 -0.0364</w:t>
        <w:br/>
        <w:t>vn -0.8645 -0.5014 -0.0366</w:t>
        <w:br/>
        <w:t>vn -0.0021 -0.1811 0.9835</w:t>
        <w:br/>
        <w:t>vn -0.0014 -0.1839 0.9830</w:t>
        <w:br/>
        <w:t>vn -0.4991 -0.8605 -0.1024</w:t>
        <w:br/>
        <w:t>vn 0.0001 -0.9920 -0.1259</w:t>
        <w:br/>
        <w:t>vn 0.0007 -0.1859 0.9826</w:t>
        <w:br/>
        <w:t>vn 0.4994 -0.8604 -0.1013</w:t>
        <w:br/>
        <w:t>vn 0.8649 -0.5008 -0.0347</w:t>
        <w:br/>
        <w:t>vn 0.8645 -0.5015 -0.0348</w:t>
        <w:br/>
        <w:t>vn 0.4993 -0.8605 -0.1013</w:t>
        <w:br/>
        <w:t>vn 0.0083 -0.1784 0.9839</w:t>
        <w:br/>
        <w:t>vn 0.0063 -0.1859 0.9826</w:t>
        <w:br/>
        <w:t>vn 0.0035 -0.1866 0.9824</w:t>
        <w:br/>
        <w:t>vn -0.4155 0.9058 -0.0826</w:t>
        <w:br/>
        <w:t>vn -0.5761 0.8160 -0.0476</w:t>
        <w:br/>
        <w:t>vn -0.5762 0.8160 -0.0476</w:t>
        <w:br/>
        <w:t>vn -0.6616 0.7355 -0.1465</w:t>
        <w:br/>
        <w:t>vn -0.5526 0.5859 -0.5928</w:t>
        <w:br/>
        <w:t>vn -0.8383 0.5125 -0.1861</w:t>
        <w:br/>
        <w:t>vn -0.6507 0.4487 -0.6125</w:t>
        <w:br/>
        <w:t>vn -0.9015 0.3676 -0.2285</w:t>
        <w:br/>
        <w:t>vn -0.6886 0.3602 -0.6293</w:t>
        <w:br/>
        <w:t>vn -0.8991 0.3766 -0.2230</w:t>
        <w:br/>
        <w:t>vn -0.6942 0.3625 -0.6219</w:t>
        <w:br/>
        <w:t>vn 0.6623 0.1332 -0.7373</w:t>
        <w:br/>
        <w:t>vn 0.6281 0.0139 -0.7780</w:t>
        <w:br/>
        <w:t>vn 0.6624 0.1334 -0.7372</w:t>
        <w:br/>
        <w:t>vn -0.3342 0.2788 -0.9003</w:t>
        <w:br/>
        <w:t>vn -0.3500 0.2756 -0.8953</w:t>
        <w:br/>
        <w:t>vn 0.0885 0.0269 -0.9957</w:t>
        <w:br/>
        <w:t>vn -0.0890 -0.1130 -0.9896</w:t>
        <w:br/>
        <w:t>vn -0.2963 -0.1820 -0.9376</w:t>
        <w:br/>
        <w:t>vn -0.3062 0.3119 -0.8994</w:t>
        <w:br/>
        <w:t>vn -0.2005 -0.6474 -0.7353</w:t>
        <w:br/>
        <w:t>vn 0.1698 -0.5150 -0.8402</w:t>
        <w:br/>
        <w:t>vn 0.4837 -0.2447 -0.8404</w:t>
        <w:br/>
        <w:t>vn -0.8453 0.5211 -0.1182</w:t>
        <w:br/>
        <w:t>vn -0.6804 0.4582 -0.5719</w:t>
        <w:br/>
        <w:t>vn -0.5528 0.8332 0.0140</w:t>
        <w:br/>
        <w:t>vn -0.5529 0.8332 0.0140</w:t>
        <w:br/>
        <w:t>vn 0.7518 0.3350 -0.5680</w:t>
        <w:br/>
        <w:t>vn 0.7084 0.5984 -0.3742</w:t>
        <w:br/>
        <w:t>vn -0.2514 0.9662 0.0567</w:t>
        <w:br/>
        <w:t>vn -0.2516 0.9662 0.0567</w:t>
        <w:br/>
        <w:t>vn -0.3437 0.2942 -0.8918</w:t>
        <w:br/>
        <w:t>vn -0.3338 0.2938 -0.8957</w:t>
        <w:br/>
        <w:t>vn -0.3260 0.2763 -0.9041</w:t>
        <w:br/>
        <w:t>vn -0.3206 0.2906 -0.9015</w:t>
        <w:br/>
        <w:t>vn 0.6885 0.0875 -0.7200</w:t>
        <w:br/>
        <w:t>vn 0.6885 0.0875 -0.7199</w:t>
        <w:br/>
        <w:t>vn -0.5469 -0.5803 -0.6034</w:t>
        <w:br/>
        <w:t>vn -0.4573 -0.0576 -0.8874</w:t>
        <w:br/>
        <w:t>vn -0.7999 0.5970 -0.0612</w:t>
        <w:br/>
        <w:t>vn -0.8000 0.5969 -0.0611</w:t>
        <w:br/>
        <w:t>vn -0.7125 -0.4765 -0.5151</w:t>
        <w:br/>
        <w:t>vn -0.5892 -0.1192 -0.7992</w:t>
        <w:br/>
        <w:t>vn -0.3127 0.2762 -0.9088</w:t>
        <w:br/>
        <w:t>vn 0.4155 0.9058 -0.0826</w:t>
        <w:br/>
        <w:t>vn 0.5762 0.8159 -0.0475</w:t>
        <w:br/>
        <w:t>vn 0.5761 0.8160 -0.0476</w:t>
        <w:br/>
        <w:t>vn 0.6616 0.7355 -0.1465</w:t>
        <w:br/>
        <w:t>vn 0.5526 0.5859 -0.5928</w:t>
        <w:br/>
        <w:t>vn 0.8383 0.5124 -0.1861</w:t>
        <w:br/>
        <w:t>vn 0.6507 0.4487 -0.6125</w:t>
        <w:br/>
        <w:t>vn 0.9015 0.3676 -0.2285</w:t>
        <w:br/>
        <w:t>vn 0.6886 0.3602 -0.6294</w:t>
        <w:br/>
        <w:t>vn 0.8991 0.3766 -0.2230</w:t>
        <w:br/>
        <w:t>vn 0.6942 0.3625 -0.6219</w:t>
        <w:br/>
        <w:t>vn -0.6622 0.1333 -0.7373</w:t>
        <w:br/>
        <w:t>vn -0.6623 0.1333 -0.7373</w:t>
        <w:br/>
        <w:t>vn -0.6281 0.0139 -0.7780</w:t>
        <w:br/>
        <w:t>vn -0.6281 0.0140 -0.7780</w:t>
        <w:br/>
        <w:t>vn 0.3342 0.2788 -0.9003</w:t>
        <w:br/>
        <w:t>vn 0.3501 0.2756 -0.8953</w:t>
        <w:br/>
        <w:t>vn -0.0885 0.0268 -0.9957</w:t>
        <w:br/>
        <w:t>vn 0.0890 -0.1129 -0.9896</w:t>
        <w:br/>
        <w:t>vn 0.2963 -0.1820 -0.9376</w:t>
        <w:br/>
        <w:t>vn 0.3062 0.3119 -0.8994</w:t>
        <w:br/>
        <w:t>vn 0.2005 -0.6474 -0.7353</w:t>
        <w:br/>
        <w:t>vn -0.1698 -0.5150 -0.8402</w:t>
        <w:br/>
        <w:t>vn -0.4837 -0.2447 -0.8403</w:t>
        <w:br/>
        <w:t>vn 0.8453 0.5211 -0.1181</w:t>
        <w:br/>
        <w:t>vn 0.6804 0.4582 -0.5719</w:t>
        <w:br/>
        <w:t>vn 0.5529 0.8331 0.0140</w:t>
        <w:br/>
        <w:t>vn -0.7518 0.3349 -0.5680</w:t>
        <w:br/>
        <w:t>vn -0.7085 0.5984 -0.3742</w:t>
        <w:br/>
        <w:t>vn -0.7084 0.5984 -0.3743</w:t>
        <w:br/>
        <w:t>vn -0.7518 0.3350 -0.5680</w:t>
        <w:br/>
        <w:t>vn 0.2515 0.9662 0.0567</w:t>
        <w:br/>
        <w:t>vn 0.3437 0.2942 -0.8918</w:t>
        <w:br/>
        <w:t>vn 0.3338 0.2938 -0.8957</w:t>
        <w:br/>
        <w:t>vn 0.3260 0.2762 -0.9041</w:t>
        <w:br/>
        <w:t>vn 0.3206 0.2906 -0.9016</w:t>
        <w:br/>
        <w:t>vn -0.6885 0.0875 -0.7199</w:t>
        <w:br/>
        <w:t>vn 0.4573 -0.0576 -0.8874</w:t>
        <w:br/>
        <w:t>vn 0.5469 -0.5803 -0.6035</w:t>
        <w:br/>
        <w:t>vn 0.8000 0.5968 -0.0610</w:t>
        <w:br/>
        <w:t>vn 0.7999 0.5971 -0.0611</w:t>
        <w:br/>
        <w:t>vn 0.5892 -0.1192 -0.7992</w:t>
        <w:br/>
        <w:t>vn 0.7125 -0.4765 -0.5151</w:t>
        <w:br/>
        <w:t>vn 0.3127 0.2762 -0.9088</w:t>
        <w:br/>
        <w:t>vn 0.5384 0.1708 0.8252</w:t>
        <w:br/>
        <w:t>vn -0.3809 0.8986 -0.2179</w:t>
        <w:br/>
        <w:t>vn 0.5458 -0.0192 0.8377</w:t>
        <w:br/>
        <w:t>vn -0.5458 -0.0192 0.8377</w:t>
        <w:br/>
        <w:t>vn 0.5279 0.2395 0.8148</w:t>
        <w:br/>
        <w:t>vn 0.2103 -0.3735 0.9035</w:t>
        <w:br/>
        <w:t>vn -0.5279 0.2395 0.8148</w:t>
        <w:br/>
        <w:t>vn -0.5316 0.1898 0.8255</w:t>
        <w:br/>
        <w:t>vn 0.0000 0.8587 0.5125</w:t>
        <w:br/>
        <w:t>vn 0.6112 0.6813 0.4029</w:t>
        <w:br/>
        <w:t>vn 0.7632 -0.5932 0.2562</w:t>
        <w:br/>
        <w:t>vn -0.0000 -0.9034 0.4288</w:t>
        <w:br/>
        <w:t>vn 0.0000 -0.9958 0.0910</w:t>
        <w:br/>
        <w:t>vn 0.5187 -0.8532 0.0551</w:t>
        <w:br/>
        <w:t>vn 0.7636 0.4024 0.5049</w:t>
        <w:br/>
        <w:t>vn 0.9863 -0.1000 0.1313</w:t>
        <w:br/>
        <w:t>vn 0.8070 0.0899 0.5837</w:t>
        <w:br/>
        <w:t>vn 0.7961 -0.2897 0.5313</w:t>
        <w:br/>
        <w:t>vn 0.0000 -0.4527 0.8917</w:t>
        <w:br/>
        <w:t>vn 0.1850 0.2516 0.9500</w:t>
        <w:br/>
        <w:t>vn 0.0000 0.5748 0.8183</w:t>
        <w:br/>
        <w:t>vn 0.0342 -0.9989 0.0318</w:t>
        <w:br/>
        <w:t>vn -0.0000 -0.9995 0.0320</w:t>
        <w:br/>
        <w:t>vn -0.6112 0.6813 0.4029</w:t>
        <w:br/>
        <w:t>vn -0.7632 -0.5932 0.2562</w:t>
        <w:br/>
        <w:t>vn -0.5187 -0.8532 0.0551</w:t>
        <w:br/>
        <w:t>vn -0.7636 0.4024 0.5049</w:t>
        <w:br/>
        <w:t>vn -0.9863 -0.1000 0.1313</w:t>
        <w:br/>
        <w:t>vn -0.8070 0.0899 0.5837</w:t>
        <w:br/>
        <w:t>vn -0.7961 -0.2897 0.5313</w:t>
        <w:br/>
        <w:t>vn -0.4862 -0.0699 0.8711</w:t>
        <w:br/>
        <w:t>vn -0.0342 -0.9989 0.0319</w:t>
        <w:br/>
        <w:t>vn -0.6774 0.2322 0.6980</w:t>
        <w:br/>
        <w:t>vn -0.7161 -0.0011 0.6980</w:t>
        <w:br/>
        <w:t>vn -0.7134 -0.0013 0.7008</w:t>
        <w:br/>
        <w:t>vn -0.6628 0.2459 0.7073</w:t>
        <w:br/>
        <w:t>vn -0.0000 0.5099 -0.8602</w:t>
        <w:br/>
        <w:t>vn 0.1079 0.1201 -0.9869</w:t>
        <w:br/>
        <w:t>vn 0.1810 0.4677 -0.8651</w:t>
        <w:br/>
        <w:t>vn -0.0000 0.4756 -0.8797</w:t>
        <w:br/>
        <w:t>vn -0.1432 0.5971 0.7893</w:t>
        <w:br/>
        <w:t>vn -0.1355 0.5903 0.7957</w:t>
        <w:br/>
        <w:t>vn 0.0000 0.5920 0.8059</w:t>
        <w:br/>
        <w:t>vn 0.0000 0.5906 0.8070</w:t>
        <w:br/>
        <w:t>vn -0.0000 0.1053 0.9944</w:t>
        <w:br/>
        <w:t>vn 0.0848 0.1229 0.9888</w:t>
        <w:br/>
        <w:t>vn 0.0723 -0.0058 0.9974</w:t>
        <w:br/>
        <w:t>vn 0.0000 -0.0017 1.0000</w:t>
        <w:br/>
        <w:t>vn 0.6353 0.3549 0.6859</w:t>
        <w:br/>
        <w:t>vn 0.6494 0.2323 0.7241</w:t>
        <w:br/>
        <w:t>vn -0.6482 0.2340 0.7246</w:t>
        <w:br/>
        <w:t>vn -0.6338 0.3565 0.6865</w:t>
        <w:br/>
        <w:t>vn 0.6285 -0.0304 0.7772</w:t>
        <w:br/>
        <w:t>vn 0.3071 -0.5135 0.8013</w:t>
        <w:br/>
        <w:t>vn -0.5609 -0.3475 0.7514</w:t>
        <w:br/>
        <w:t>vn -0.6279 -0.0287 0.7778</w:t>
        <w:br/>
        <w:t>vn -0.6164 0.4232 0.6640</w:t>
        <w:br/>
        <w:t>vn 0.5797 0.3933 -0.7136</w:t>
        <w:br/>
        <w:t>vn -0.0000 -0.2185 -0.9758</w:t>
        <w:br/>
        <w:t>vn 0.7564 0.5935 -0.2749</w:t>
        <w:br/>
        <w:t>vn 0.5934 0.1344 -0.7936</w:t>
        <w:br/>
        <w:t>vn 0.0000 -0.5105 -0.8599</w:t>
        <w:br/>
        <w:t>vn -0.5797 0.3933 -0.7136</w:t>
        <w:br/>
        <w:t>vn -0.7564 0.5935 -0.2749</w:t>
        <w:br/>
        <w:t>vn -0.5934 0.1344 -0.7936</w:t>
        <w:br/>
        <w:t>vn 0.7565 0.3679 -0.5407</w:t>
        <w:br/>
        <w:t>vn 0.6146 0.6528 -0.4428</w:t>
        <w:br/>
        <w:t>vn -0.7250 0.4560 -0.5161</w:t>
        <w:br/>
        <w:t>vn -0.7565 0.3679 -0.5407</w:t>
        <w:br/>
        <w:t>vn -0.6146 0.6528 -0.4428</w:t>
        <w:br/>
        <w:t>vn -0.4114 -0.8133 0.4114</w:t>
        <w:br/>
        <w:t>vn -0.0238 -0.4797 -0.8771</w:t>
        <w:br/>
        <w:t>vn -0.0170 -0.4683 -0.8834</w:t>
        <w:br/>
        <w:t>vn -0.0056 -0.2235 -0.9747</w:t>
        <w:br/>
        <w:t>vn 0.0444 -0.4083 -0.9118</w:t>
        <w:br/>
        <w:t>vn -0.2424 -0.5121 -0.8240</w:t>
        <w:br/>
        <w:t>vn -0.3428 -0.4789 -0.8082</w:t>
        <w:br/>
        <w:t>vn -0.2383 -0.5962 -0.7666</w:t>
        <w:br/>
        <w:t>vn -0.1828 -0.5671 -0.8031</w:t>
        <w:br/>
        <w:t>vn -0.0821 -0.5681 -0.8189</w:t>
        <w:br/>
        <w:t>vn -0.1346 -0.5363 -0.8332</w:t>
        <w:br/>
        <w:t>vn -0.0660 0.2017 -0.9772</w:t>
        <w:br/>
        <w:t>vn -0.0439 0.0698 -0.9966</w:t>
        <w:br/>
        <w:t>vn 0.0141 0.1035 -0.9945</w:t>
        <w:br/>
        <w:t>vn -0.0543 0.1911 -0.9801</w:t>
        <w:br/>
        <w:t>vn 0.0272 0.1447 -0.9891</w:t>
        <w:br/>
        <w:t>vn -0.0294 0.1952 -0.9803</w:t>
        <w:br/>
        <w:t>vn -0.0034 0.2009 -0.9796</w:t>
        <w:br/>
        <w:t>vn 0.0692 0.0808 -0.9943</w:t>
        <w:br/>
        <w:t>vn 0.0752 0.0404 -0.9964</w:t>
        <w:br/>
        <w:t>vn -0.3215 -0.6720 -0.6671</w:t>
        <w:br/>
        <w:t>vn -0.3096 -0.6968 -0.6471</w:t>
        <w:br/>
        <w:t>vn -0.2815 -0.6645 -0.6923</w:t>
        <w:br/>
        <w:t>vn -0.3194 -0.6010 -0.7327</w:t>
        <w:br/>
        <w:t>vn -0.3975 -0.6814 -0.6145</w:t>
        <w:br/>
        <w:t>vn -0.3658 -0.6902 -0.6244</w:t>
        <w:br/>
        <w:t>vn -0.3654 -0.6803 -0.6354</w:t>
        <w:br/>
        <w:t>vn -0.3972 -0.6756 -0.6212</w:t>
        <w:br/>
        <w:t>vn -0.3535 -0.5004 -0.7904</w:t>
        <w:br/>
        <w:t>vn -0.2793 -0.6111 -0.7406</w:t>
        <w:br/>
        <w:t>vn -0.3967 -0.4959 -0.7725</w:t>
        <w:br/>
        <w:t>vn -0.4167 -0.4929 -0.7638</w:t>
        <w:br/>
        <w:t>vn -0.3195 -0.4824 -0.8156</w:t>
        <w:br/>
        <w:t>vn -0.3012 -0.4428 -0.8445</w:t>
        <w:br/>
        <w:t>vn -0.4362 -0.6109 -0.6607</w:t>
        <w:br/>
        <w:t>vn -0.4010 -0.6282 -0.6667</w:t>
        <w:br/>
        <w:t>vn -0.3729 -0.6863 -0.6244</w:t>
        <w:br/>
        <w:t>vn -0.4016 -0.6754 -0.6186</w:t>
        <w:br/>
        <w:t>vn -0.3083 -0.6515 -0.6931</w:t>
        <w:br/>
        <w:t>vn -0.3029 -0.7073 -0.6387</w:t>
        <w:br/>
        <w:t>vn -0.1991 -0.6440 -0.7387</w:t>
        <w:br/>
        <w:t>vn -0.2307 -0.7102 -0.6651</w:t>
        <w:br/>
        <w:t>vn -0.1821 -0.5322 -0.8268</w:t>
        <w:br/>
        <w:t>vn -0.2965 -0.5082 -0.8086</w:t>
        <w:br/>
        <w:t>vn -0.1453 -0.6030 -0.7844</w:t>
        <w:br/>
        <w:t>vn -0.1868 -0.6901 -0.6992</w:t>
        <w:br/>
        <w:t>vn -0.1153 -0.5305 -0.8398</w:t>
        <w:br/>
        <w:t>vn -0.1673 -0.5826 -0.7954</w:t>
        <w:br/>
        <w:t>vn -0.1642 -0.5624 -0.8104</w:t>
        <w:br/>
        <w:t>vn -0.2266 -0.5132 -0.8278</w:t>
        <w:br/>
        <w:t>vn -0.3712 -0.2983 -0.8793</w:t>
        <w:br/>
        <w:t>vn -0.1546 -0.3629 -0.9189</w:t>
        <w:br/>
        <w:t>vn -0.2282 -0.0128 -0.9735</w:t>
        <w:br/>
        <w:t>vn 0.1020 -0.0318 -0.9943</w:t>
        <w:br/>
        <w:t>vn 0.0082 -0.0814 -0.9967</w:t>
        <w:br/>
        <w:t>vn -0.0711 0.1051 -0.9919</w:t>
        <w:br/>
        <w:t>vn -0.0327 -0.1537 -0.9876</w:t>
        <w:br/>
        <w:t>vn -0.0411 0.0979 -0.9943</w:t>
        <w:br/>
        <w:t>vn 0.0120 0.0148 -0.9998</w:t>
        <w:br/>
        <w:t>vn 0.0693 -0.1392 -0.9878</w:t>
        <w:br/>
        <w:t>vn -0.0000 0.1622 -0.9868</w:t>
        <w:br/>
        <w:t>vn 0.0158 -0.0244 -0.9996</w:t>
        <w:br/>
        <w:t>vn -0.0047 -0.1550 -0.9879</w:t>
        <w:br/>
        <w:t>vn -0.0733 0.1410 -0.9873</w:t>
        <w:br/>
        <w:t>vn -0.0745 0.1007 -0.9921</w:t>
        <w:br/>
        <w:t>vn -0.0931 0.2098 -0.9733</w:t>
        <w:br/>
        <w:t>vn -0.0759 0.2449 -0.9666</w:t>
        <w:br/>
        <w:t>vn -0.0932 0.2502 -0.9637</w:t>
        <w:br/>
        <w:t>vn -0.1330 0.2073 -0.9692</w:t>
        <w:br/>
        <w:t>vn -0.1316 0.1464 -0.9804</w:t>
        <w:br/>
        <w:t>vn -0.1193 0.1010 -0.9877</w:t>
        <w:br/>
        <w:t>vn -0.1223 0.0812 -0.9892</w:t>
        <w:br/>
        <w:t>vn -0.1502 0.0713 -0.9861</w:t>
        <w:br/>
        <w:t>vn -0.1559 0.0915 -0.9835</w:t>
        <w:br/>
        <w:t>vn -0.1506 0.1147 -0.9819</w:t>
        <w:br/>
        <w:t>vn -0.1301 0.1188 -0.9844</w:t>
        <w:br/>
        <w:t>vn -0.1467 0.1652 -0.9753</w:t>
        <w:br/>
        <w:t>vn -0.2235 0.0823 -0.9712</w:t>
        <w:br/>
        <w:t>vn -0.1995 0.0807 -0.9766</w:t>
        <w:br/>
        <w:t>vn -0.2057 0.1082 -0.9726</w:t>
        <w:br/>
        <w:t>vn -0.1750 0.0648 -0.9824</w:t>
        <w:br/>
        <w:t>vn -0.1916 0.1020 -0.9762</w:t>
        <w:br/>
        <w:t>vn -0.2029 0.0929 -0.9748</w:t>
        <w:br/>
        <w:t>vn -0.2177 0.0691 -0.9736</w:t>
        <w:br/>
        <w:t>vn -0.2212 0.1231 -0.9674</w:t>
        <w:br/>
        <w:t>vn -0.1819 0.1276 -0.9750</w:t>
        <w:br/>
        <w:t>vn -0.2034 0.0449 -0.9781</w:t>
        <w:br/>
        <w:t>vn -0.1515 0.0834 -0.9849</w:t>
        <w:br/>
        <w:t>vn -0.1413 0.1376 -0.9804</w:t>
        <w:br/>
        <w:t>vn -0.2174 0.1201 -0.9687</w:t>
        <w:br/>
        <w:t>vn -0.1289 0.1204 -0.9843</w:t>
        <w:br/>
        <w:t>vn -0.0595 -0.9981 -0.0161</w:t>
        <w:br/>
        <w:t>vn 0.1199 -0.9635 -0.2394</w:t>
        <w:br/>
        <w:t>vn 0.2808 -0.9591 -0.0345</w:t>
        <w:br/>
        <w:t>vn -0.3664 -0.9296 -0.0390</w:t>
        <w:br/>
        <w:t>vn -0.2865 -0.9456 -0.1539</w:t>
        <w:br/>
        <w:t>vn 0.2846 -0.9530 0.1041</w:t>
        <w:br/>
        <w:t>vn 0.1795 -0.9562 0.2311</w:t>
        <w:br/>
        <w:t>vn -0.1713 -0.9454 0.2774</w:t>
        <w:br/>
        <w:t>vn 0.0217 -0.9495 0.3130</w:t>
        <w:br/>
        <w:t>vn -0.3152 -0.9264 0.2059</w:t>
        <w:br/>
        <w:t>vn -0.3614 -0.9266 0.1039</w:t>
        <w:br/>
        <w:t>vn -0.1601 -0.9669 -0.1986</w:t>
        <w:br/>
        <w:t>vn -0.4497 0.4802 -0.7531</w:t>
        <w:br/>
        <w:t>vn -0.4517 0.5723 -0.6844</w:t>
        <w:br/>
        <w:t>vn -0.0558 0.5064 -0.8605</w:t>
        <w:br/>
        <w:t>vn -0.1014 0.4157 -0.9038</w:t>
        <w:br/>
        <w:t>vn -0.8535 0.3943 -0.3408</w:t>
        <w:br/>
        <w:t>vn -0.8531 0.4262 -0.3010</w:t>
        <w:br/>
        <w:t>vn -0.6282 0.3968 -0.6692</w:t>
        <w:br/>
        <w:t>vn -0.6843 0.4362 -0.5843</w:t>
        <w:br/>
        <w:t>vn -0.9240 0.3824 -0.0093</w:t>
        <w:br/>
        <w:t>vn -0.8970 0.4395 0.0479</w:t>
        <w:br/>
        <w:t>vn -0.8539 0.3797 0.3560</w:t>
        <w:br/>
        <w:t>vn -0.8168 0.4376 0.3759</w:t>
        <w:br/>
        <w:t>vn -0.7025 0.4056 0.5848</w:t>
        <w:br/>
        <w:t>vn -0.6828 0.3904 0.6176</w:t>
        <w:br/>
        <w:t>vn -0.6519 0.4485 0.6115</w:t>
        <w:br/>
        <w:t>vn -0.5258 0.3970 0.7523</w:t>
        <w:br/>
        <w:t>vn -0.3618 0.4495 0.8167</w:t>
        <w:br/>
        <w:t>vn 0.0201 0.3525 0.9356</w:t>
        <w:br/>
        <w:t>vn -0.0473 0.5352 0.8434</w:t>
        <w:br/>
        <w:t>vn -0.3873 0.5268 0.7566</w:t>
        <w:br/>
        <w:t>vn 0.2361 0.3776 0.8953</w:t>
        <w:br/>
        <w:t>vn 0.2404 0.4648 0.8521</w:t>
        <w:br/>
        <w:t>vn 0.3334 0.3778 0.8638</w:t>
        <w:br/>
        <w:t>vn 0.5305 0.2322 0.8153</w:t>
        <w:br/>
        <w:t>vn 0.7595 0.1751 0.6265</w:t>
        <w:br/>
        <w:t>vn 0.7116 0.2857 0.6418</w:t>
        <w:br/>
        <w:t>vn 0.9907 0.1331 -0.0289</w:t>
        <w:br/>
        <w:t>vn 0.8837 0.1608 -0.4396</w:t>
        <w:br/>
        <w:t>vn 0.9068 0.2210 -0.3591</w:t>
        <w:br/>
        <w:t>vn 0.9668 0.2549 0.0178</w:t>
        <w:br/>
        <w:t>vn 0.6761 0.2067 -0.7072</w:t>
        <w:br/>
        <w:t>vn 0.6826 0.1954 -0.7042</w:t>
        <w:br/>
        <w:t>vn 0.5073 0.2486 -0.8252</w:t>
        <w:br/>
        <w:t>vn 0.5075 0.3009 -0.8074</w:t>
        <w:br/>
        <w:t>vn 0.4574 0.2854 -0.8422</w:t>
        <w:br/>
        <w:t>vn 0.6205 0.2113 -0.7552</w:t>
        <w:br/>
        <w:t>vn 0.4373 0.2689 -0.8581</w:t>
        <w:br/>
        <w:t>vn 0.4497 0.2990 -0.8417</w:t>
        <w:br/>
        <w:t>vn 0.4381 0.1747 -0.8818</w:t>
        <w:br/>
        <w:t>vn 0.6301 0.4246 -0.6502</w:t>
        <w:br/>
        <w:t>vn 0.4812 0.1446 -0.8646</w:t>
        <w:br/>
        <w:t>vn -0.0637 0.5660 0.8219</w:t>
        <w:br/>
        <w:t>vn -0.6257 0.4707 -0.6220</w:t>
        <w:br/>
        <w:t>vn -0.5559 0.6318 -0.5402</w:t>
        <w:br/>
        <w:t>vn -0.6124 0.5150 -0.5998</w:t>
        <w:br/>
        <w:t>vn 0.0210 -0.9636 -0.2666</w:t>
        <w:br/>
        <w:t>vn -0.6675 0.4351 -0.6042</w:t>
        <w:br/>
        <w:t>vn -0.8911 0.4126 -0.1891</w:t>
        <w:br/>
        <w:t>vn -0.8085 0.4066 0.4255</w:t>
        <w:br/>
        <w:t>vn -0.6957 0.4006 0.5962</w:t>
        <w:br/>
        <w:t>vn -0.6282 0.4556 0.6307</w:t>
        <w:br/>
        <w:t>vn -0.3362 0.2791 0.8995</w:t>
        <w:br/>
        <w:t>vn 0.1178 0.3250 0.9384</w:t>
        <w:br/>
        <w:t>vn 0.8361 0.0559 0.5456</w:t>
        <w:br/>
        <w:t>vn 0.9207 0.1345 0.3664</w:t>
        <w:br/>
        <w:t>vn 0.9633 0.0699 -0.2592</w:t>
        <w:br/>
        <w:t>vn 0.5023 0.2835 -0.8169</w:t>
        <w:br/>
        <w:t>vn -0.1142 0.3403 -0.9333</w:t>
        <w:br/>
        <w:t>vn -0.3725 0.3768 -0.8481</w:t>
        <w:br/>
        <w:t>vn 0.2446 0.3959 0.8852</w:t>
        <w:br/>
        <w:t>vn 0.0218 -0.9495 0.3130</w:t>
        <w:br/>
        <w:t>vn -0.0225 0.4377 0.8988</w:t>
        <w:br/>
        <w:t>vn 0.2446 0.3958 0.8852</w:t>
        <w:br/>
        <w:t>vn 0.4187 0.1972 0.8864</w:t>
        <w:br/>
        <w:t>vn 0.1047 0.4104 0.9059</w:t>
        <w:br/>
        <w:t>vn -0.0350 0.4835 0.8746</w:t>
        <w:br/>
        <w:t>vn -0.4887 0.6101 -0.6237</w:t>
        <w:br/>
        <w:t>vn 0.8875 0.2543 0.3844</w:t>
        <w:br/>
        <w:t>vn 0.6843 0.5267 0.5043</w:t>
        <w:br/>
        <w:t>vn 0.2887 0.4940 0.8201</w:t>
        <w:br/>
        <w:t>vn 0.8499 0.5210 -0.0785</w:t>
        <w:br/>
        <w:t>vn 0.6435 0.5460 -0.5365</w:t>
        <w:br/>
        <w:t>vn -0.6867 0.6971 -0.2063</w:t>
        <w:br/>
        <w:t>vn -0.7178 0.6638 0.2101</w:t>
        <w:br/>
        <w:t>vn -0.4981 0.5693 0.6541</w:t>
        <w:br/>
        <w:t>vn -0.5270 0.6395 0.5598</w:t>
        <w:br/>
        <w:t>vn 0.3989 -0.8516 -0.3400</w:t>
        <w:br/>
        <w:t>vn 0.5014 -0.8329 -0.2342</w:t>
        <w:br/>
        <w:t>vn 0.4685 -0.8387 -0.2777</w:t>
        <w:br/>
        <w:t>vn -0.4901 -0.2114 0.8456</w:t>
        <w:br/>
        <w:t>vn -0.2500 0.2601 0.9327</w:t>
        <w:br/>
        <w:t>vn -0.0459 0.4871 0.8721</w:t>
        <w:br/>
        <w:t>vn -0.5173 -0.0549 0.8541</w:t>
        <w:br/>
        <w:t>vn 0.2190 0.6055 0.7651</w:t>
        <w:br/>
        <w:t>vn -0.0132 0.4323 0.9016</w:t>
        <w:br/>
        <w:t>vn 0.4514 -0.7789 -0.4353</w:t>
        <w:br/>
        <w:t>vn 0.6639 -0.6837 -0.3029</w:t>
        <w:br/>
        <w:t>vn 0.4300 0.5203 0.7379</w:t>
        <w:br/>
        <w:t>vn 0.4950 0.4751 0.7275</w:t>
        <w:br/>
        <w:t>vn 0.5856 0.7880 0.1900</w:t>
        <w:br/>
        <w:t>vn 0.4848 0.7216 -0.4942</w:t>
        <w:br/>
        <w:t>vn 0.5011 0.8498 0.1637</w:t>
        <w:br/>
        <w:t>vn -0.0627 -0.9772 -0.2029</w:t>
        <w:br/>
        <w:t>vn 0.3276 -0.9264 -0.1857</w:t>
        <w:br/>
        <w:t>vn -0.1546 -0.9486 -0.2761</w:t>
        <w:br/>
        <w:t>vn 0.4002 0.4802 0.7805</w:t>
        <w:br/>
        <w:t>vn 0.3661 0.5077 0.7798</w:t>
        <w:br/>
        <w:t>vn -0.2120 -0.0638 0.9752</w:t>
        <w:br/>
        <w:t>vn 0.1402 -0.1017 0.9849</w:t>
        <w:br/>
        <w:t>vn -0.2120 -0.0639 0.9752</w:t>
        <w:br/>
        <w:t>vn -0.6066 -0.4119 0.6800</w:t>
        <w:br/>
        <w:t>vn -0.1423 -0.7137 0.6859</w:t>
        <w:br/>
        <w:t>vn -0.3203 -0.9466 -0.0359</w:t>
        <w:br/>
        <w:t>vn -0.6868 -0.7145 0.1335</w:t>
        <w:br/>
        <w:t>vn 0.1711 -0.9773 -0.1246</w:t>
        <w:br/>
        <w:t>vn 0.1510 -0.9868 -0.0586</w:t>
        <w:br/>
        <w:t>vn 0.5049 -0.8553 -0.1164</w:t>
        <w:br/>
        <w:t>vn 0.5242 0.8455 0.1023</w:t>
        <w:br/>
        <w:t>vn 0.4866 0.8661 0.1143</w:t>
        <w:br/>
        <w:t>vn 0.3435 0.6631 -0.6650</w:t>
        <w:br/>
        <w:t>vn 0.0045 0.0903 -0.9959</w:t>
        <w:br/>
        <w:t>vn -0.0362 0.1366 -0.9900</w:t>
        <w:br/>
        <w:t>vn 0.3183 0.7060 -0.6326</w:t>
        <w:br/>
        <w:t>vn -0.2772 -0.6041 -0.7472</w:t>
        <w:br/>
        <w:t>vn -0.3904 -0.5597 -0.7310</w:t>
        <w:br/>
        <w:t>vn 0.4234 0.9038 0.0620</w:t>
        <w:br/>
        <w:t>vn 0.4383 0.5536 0.7081</w:t>
        <w:br/>
        <w:t>vn 0.4366 0.4602 0.7731</w:t>
        <w:br/>
        <w:t>vn 0.4078 0.8161 0.4095</w:t>
        <w:br/>
        <w:t>vn 0.4158 0.9075 0.0593</w:t>
        <w:br/>
        <w:t>vn 0.3507 0.8975 -0.2675</w:t>
        <w:br/>
        <w:t>vn 0.1410 -0.9725 -0.1856</w:t>
        <w:br/>
        <w:t>vn 0.0452 -0.9782 0.2027</w:t>
        <w:br/>
        <w:t>vn -0.0013 -0.9894 0.1450</w:t>
        <w:br/>
        <w:t>vn 0.3013 -0.9427 0.1431</w:t>
        <w:br/>
        <w:t>vn 0.4797 0.8336 -0.2740</w:t>
        <w:br/>
        <w:t>vn 0.5385 0.7312 0.4188</w:t>
        <w:br/>
        <w:t>vn 0.5217 0.6910 0.5003</w:t>
        <w:br/>
        <w:t>vn 0.5110 0.8511 0.1203</w:t>
        <w:br/>
        <w:t>vn 0.3764 0.6953 -0.6123</w:t>
        <w:br/>
        <w:t>vn 0.4953 0.8271 -0.2657</w:t>
        <w:br/>
        <w:t>vn 0.0735 -0.9485 0.3081</w:t>
        <w:br/>
        <w:t>vn 0.0401 -0.9614 0.2724</w:t>
        <w:br/>
        <w:t>vn 0.2952 -0.9262 0.2344</w:t>
        <w:br/>
        <w:t>vn 0.3529 0.6085 -0.7107</w:t>
        <w:br/>
        <w:t>vn 0.4815 0.7614 -0.4341</w:t>
        <w:br/>
        <w:t>vn 0.1656 0.3090 -0.9365</w:t>
        <w:br/>
        <w:t>vn 0.6964 0.6067 0.3833</w:t>
        <w:br/>
        <w:t>vn 0.5906 0.8016 -0.0935</w:t>
        <w:br/>
        <w:t>vn 0.6526 0.7013 0.2867</w:t>
        <w:br/>
        <w:t>vn 0.3436 0.5941 -0.7273</w:t>
        <w:br/>
        <w:t>vn 0.5202 0.7305 -0.4425</w:t>
        <w:br/>
        <w:t>vn -0.8249 0.3833 0.4156</w:t>
        <w:br/>
        <w:t>vn -0.5691 -0.0348 0.8215</w:t>
        <w:br/>
        <w:t>vn -0.8217 0.2387 0.5175</w:t>
        <w:br/>
        <w:t>vn -0.7872 0.5885 0.1845</w:t>
        <w:br/>
        <w:t>vn -0.8294 0.5583 -0.0193</w:t>
        <w:br/>
        <w:t>vn -0.9625 0.2585 -0.0824</w:t>
        <w:br/>
        <w:t>vn -0.9960 0.0859 0.0258</w:t>
        <w:br/>
        <w:t>vn -0.9866 0.1217 0.1091</w:t>
        <w:br/>
        <w:t>vn -0.9766 -0.0272 0.2133</w:t>
        <w:br/>
        <w:t>vn -0.5895 -0.4292 0.6843</w:t>
        <w:br/>
        <w:t>vn -0.9766 -0.0273 0.2133</w:t>
        <w:br/>
        <w:t>vn -0.5692 -0.0348 0.8215</w:t>
        <w:br/>
        <w:t>vn 0.2423 -0.9684 -0.0593</w:t>
        <w:br/>
        <w:t>vn -0.1212 -0.9801 -0.1571</w:t>
        <w:br/>
        <w:t>vn 0.5770 0.6418 0.5051</w:t>
        <w:br/>
        <w:t>vn 0.5650 0.7007 -0.4357</w:t>
        <w:br/>
        <w:t>vn 0.6442 0.7535 -0.1309</w:t>
        <w:br/>
        <w:t>vn 0.6700 0.7139 0.2035</w:t>
        <w:br/>
        <w:t>vn 0.2444 -0.8996 -0.3620</w:t>
        <w:br/>
        <w:t>vn 0.4925 0.8480 -0.1959</w:t>
        <w:br/>
        <w:t>vn 0.5471 0.8215 0.1607</w:t>
        <w:br/>
        <w:t>vn 0.4505 0.7588 0.4703</w:t>
        <w:br/>
        <w:t>vn 0.4531 0.8430 -0.2900</w:t>
        <w:br/>
        <w:t>vn 0.3347 0.6855 -0.6466</w:t>
        <w:br/>
        <w:t>vn 0.4974 0.7885 0.3616</w:t>
        <w:br/>
        <w:t>vn 0.5902 0.8070 0.0197</w:t>
        <w:br/>
        <w:t>vn 0.3096 0.6150 -0.7252</w:t>
        <w:br/>
        <w:t>vn 0.4935 -0.8574 0.1458</w:t>
        <w:br/>
        <w:t>vn 0.4467 -0.8212 -0.3550</w:t>
        <w:br/>
        <w:t>vn 0.2894 0.4318 -0.8543</w:t>
        <w:br/>
        <w:t>vn 0.4137 0.6953 -0.5877</w:t>
        <w:br/>
        <w:t>vn 0.5381 0.8421 0.0354</w:t>
        <w:br/>
        <w:t>vn 0.5330 0.7938 -0.2929</w:t>
        <w:br/>
        <w:t>vn 0.2611 0.3653 -0.8935</w:t>
        <w:br/>
        <w:t>vn 0.0395 -0.9609 0.2742</w:t>
        <w:br/>
        <w:t>vn 0.5306 -0.8441 -0.0772</w:t>
        <w:br/>
        <w:t>vn 0.5329 -0.8019 0.2701</w:t>
        <w:br/>
        <w:t>vn 0.5823 0.8043 -0.1184</w:t>
        <w:br/>
        <w:t>vn 0.1343 0.2034 -0.9698</w:t>
        <w:br/>
        <w:t>vn 0.1129 -0.9295 0.3511</w:t>
        <w:br/>
        <w:t>vn 0.4440 -0.8956 0.0286</w:t>
        <w:br/>
        <w:t>vn 0.4949 -0.8224 0.2805</w:t>
        <w:br/>
        <w:t>vn 0.5545 0.7041 -0.4437</w:t>
        <w:br/>
        <w:t>vn 0.5199 0.6787 0.5188</w:t>
        <w:br/>
        <w:t>vn 0.2127 0.6428 0.7359</w:t>
        <w:br/>
        <w:t>vn -0.0056 0.4473 0.8944</w:t>
        <w:br/>
        <w:t>vn -0.3307 0.2811 0.9009</w:t>
        <w:br/>
        <w:t>vn 0.6588 0.6014 0.4520</w:t>
        <w:br/>
        <w:t>vn 0.3518 -0.9296 -0.1096</w:t>
        <w:br/>
        <w:t>vn 0.4687 0.4686 -0.7488</w:t>
        <w:br/>
        <w:t>vn 0.4407 0.3910 -0.8080</w:t>
        <w:br/>
        <w:t>vn 0.5240 0.6482 -0.5525</w:t>
        <w:br/>
        <w:t>vn 0.5504 0.7839 -0.2873</w:t>
        <w:br/>
        <w:t>vn 0.4714 0.4538 0.7562</w:t>
        <w:br/>
        <w:t>vn 0.4425 0.3852 0.8098</w:t>
        <w:br/>
        <w:t>vn 0.5457 0.7838 0.2963</w:t>
        <w:br/>
        <w:t>vn 0.5200 0.6366 0.5695</w:t>
        <w:br/>
        <w:t>vn 0.3650 0.7642 -0.5317</w:t>
        <w:br/>
        <w:t>vn 0.3113 0.7641 -0.5650</w:t>
        <w:br/>
        <w:t>vn 0.2573 0.6437 -0.7208</w:t>
        <w:br/>
        <w:t>vn 0.2750 0.6172 -0.7372</w:t>
        <w:br/>
        <w:t>vn 0.4042 0.8696 -0.2837</w:t>
        <w:br/>
        <w:t>vn 0.3415 0.8692 -0.3576</w:t>
        <w:br/>
        <w:t>vn 0.4058 0.9114 0.0686</w:t>
        <w:br/>
        <w:t>vn 0.3374 0.9413 -0.0009</w:t>
        <w:br/>
        <w:t>vn 0.4372 0.8706 -0.2255</w:t>
        <w:br/>
        <w:t>vn 0.4477 0.8898 0.0884</w:t>
        <w:br/>
        <w:t>vn 0.3856 0.7702 -0.5081</w:t>
        <w:br/>
        <w:t>vn 0.3660 0.8476 0.3843</w:t>
        <w:br/>
        <w:t>vn 0.2990 0.7375 0.6055</w:t>
        <w:br/>
        <w:t>vn 0.2267 0.7674 0.5998</w:t>
        <w:br/>
        <w:t>vn 0.2839 0.8847 0.3696</w:t>
        <w:br/>
        <w:t>vn 0.1426 0.4190 -0.8967</w:t>
        <w:br/>
        <w:t>vn 0.1475 0.4721 -0.8691</w:t>
        <w:br/>
        <w:t>vn 0.0023 0.2809 -0.9597</w:t>
        <w:br/>
        <w:t>vn 0.0006 0.2135 -0.9770</w:t>
        <w:br/>
        <w:t>vn -0.1729 -0.0022 -0.9849</w:t>
        <w:br/>
        <w:t>vn -0.2100 -0.1111 -0.9714</w:t>
        <w:br/>
        <w:t>vn 0.0054 0.1730 -0.9849</w:t>
        <w:br/>
        <w:t>vn -0.1593 0.0690 -0.9848</w:t>
        <w:br/>
        <w:t>vn -0.3853 -0.2522 -0.8877</w:t>
        <w:br/>
        <w:t>vn -0.4144 -0.2916 -0.8621</w:t>
        <w:br/>
        <w:t>vn -0.5009 -0.4365 -0.7474</w:t>
        <w:br/>
        <w:t>vn -0.5364 -0.4313 -0.7254</w:t>
        <w:br/>
        <w:t>vn -0.5872 -0.5525 -0.5916</w:t>
        <w:br/>
        <w:t>vn -0.2964 -0.4908 -0.8193</w:t>
        <w:br/>
        <w:t>vn -0.4312 -0.4160 -0.8006</w:t>
        <w:br/>
        <w:t>vn 0.1600 0.4036 -0.9008</w:t>
        <w:br/>
        <w:t>vn 0.2888 0.6068 -0.7405</w:t>
        <w:br/>
        <w:t>vn 0.2975 0.6010 -0.7418</w:t>
        <w:br/>
        <w:t>vn 0.1657 0.4030 -0.9001</w:t>
        <w:br/>
        <w:t>vn 0.1382 0.3809 -0.9142</w:t>
        <w:br/>
        <w:t>vn 0.2856 0.6045 -0.7437</w:t>
        <w:br/>
        <w:t>vn 0.4047 0.7682 -0.4961</w:t>
        <w:br/>
        <w:t>vn 0.4127 0.7718 -0.4837</w:t>
        <w:br/>
        <w:t>vn 0.4575 0.8643 -0.2092</w:t>
        <w:br/>
        <w:t>vn 0.4652 0.8632 -0.1962</w:t>
        <w:br/>
        <w:t>vn -0.0121 0.1431 -0.9896</w:t>
        <w:br/>
        <w:t>vn -0.0506 0.1224 -0.9912</w:t>
        <w:br/>
        <w:t>vn 0.0480 0.3684 0.9284</w:t>
        <w:br/>
        <w:t>vn -0.1270 0.1093 0.9859</w:t>
        <w:br/>
        <w:t>vn -0.1040 0.2284 0.9680</w:t>
        <w:br/>
        <w:t>vn 0.0504 0.4440 0.8946</w:t>
        <w:br/>
        <w:t>vn 0.0238 0.3014 0.9532</w:t>
        <w:br/>
        <w:t>vn -0.1610 0.0291 0.9865</w:t>
        <w:br/>
        <w:t>vn -0.2805 -0.0119 0.9598</w:t>
        <w:br/>
        <w:t>vn -0.2957 -0.1286 0.9466</w:t>
        <w:br/>
        <w:t>vn -0.3068 -0.2346 0.9224</w:t>
        <w:br/>
        <w:t>vn 0.1680 0.4419 0.8812</w:t>
        <w:br/>
        <w:t>vn 0.0482 0.2349 0.9708</w:t>
        <w:br/>
        <w:t>vn 0.0180 0.2467 0.9689</w:t>
        <w:br/>
        <w:t>vn 0.1717 0.4728 0.8643</w:t>
        <w:br/>
        <w:t>vn 0.1913 0.5774 0.7938</w:t>
        <w:br/>
        <w:t>vn 0.1889 0.5240 0.8305</w:t>
        <w:br/>
        <w:t>vn 0.1558 0.6207 0.7684</w:t>
        <w:br/>
        <w:t>vn 0.4085 0.8210 0.3989</w:t>
        <w:br/>
        <w:t>vn 0.3055 0.6534 0.6926</w:t>
        <w:br/>
        <w:t>vn 0.4129 0.8068 0.4226</w:t>
        <w:br/>
        <w:t>vn 0.4076 0.7989 0.4424</w:t>
        <w:br/>
        <w:t>vn 0.2958 0.6334 0.7151</w:t>
        <w:br/>
        <w:t>vn 0.3167 0.6918 0.6489</w:t>
        <w:br/>
        <w:t>vn 0.4639 0.8814 0.0891</w:t>
        <w:br/>
        <w:t>vn 0.4641 0.8795 0.1058</w:t>
        <w:br/>
        <w:t>vn -0.6231 -0.5541 0.5520</w:t>
        <w:br/>
        <w:t>vn -0.5408 -0.4351 0.7199</w:t>
        <w:br/>
        <w:t>vn -0.5588 -0.4484 0.6976</w:t>
        <w:br/>
        <w:t>vn -0.3406 -0.5820 0.7385</w:t>
        <w:br/>
        <w:t>vn -0.1639 -0.1803 0.9699</w:t>
        <w:br/>
        <w:t>vn -0.4288 -0.2915 0.8551</w:t>
        <w:br/>
        <w:t>vn -0.4267 -0.2407 0.8718</w:t>
        <w:br/>
        <w:t>vn 0.5594 0.8289 -0.0006</w:t>
        <w:br/>
        <w:t>vn -0.2778 -0.8027 -0.5276</w:t>
        <w:br/>
        <w:t>vn -0.6781 -0.6683 -0.3059</w:t>
        <w:br/>
        <w:t>vn -0.3909 -0.3264 -0.8606</w:t>
        <w:br/>
        <w:t>vn -0.3677 -0.3226 -0.8722</w:t>
        <w:br/>
        <w:t>vn 0.2368 0.1493 -0.9600</w:t>
        <w:br/>
        <w:t>vn 0.3191 0.1570 -0.9346</w:t>
        <w:br/>
        <w:t>vn 0.2757 0.5987 -0.7521</w:t>
        <w:br/>
        <w:t>vn 0.4014 0.5138 -0.7582</w:t>
        <w:br/>
        <w:t>vn 0.3146 0.2497 -0.9158</w:t>
        <w:br/>
        <w:t>vn -0.3472 -0.9377 0.0120</w:t>
        <w:br/>
        <w:t>vn -0.7207 -0.6932 0.0086</w:t>
        <w:br/>
        <w:t>vn -0.6901 -0.6370 0.3436</w:t>
        <w:br/>
        <w:t>vn -0.2965 -0.7976 0.5253</w:t>
        <w:br/>
        <w:t>vn -0.5311 -0.5391 -0.6537</w:t>
        <w:br/>
        <w:t>vn -0.4778 -0.6848 -0.5502</w:t>
        <w:br/>
        <w:t>vn -0.0432 0.1256 0.9911</w:t>
        <w:br/>
        <w:t>vn 0.1892 0.1969 0.9620</w:t>
        <w:br/>
        <w:t>vn 0.4042 0.7988 0.4456</w:t>
        <w:br/>
        <w:t>vn 0.3131 0.6179 0.7213</w:t>
        <w:br/>
        <w:t>vn 0.2128 0.4226 0.8810</w:t>
        <w:br/>
        <w:t>vn 0.0351 0.1467 0.9886</w:t>
        <w:br/>
        <w:t>vn 0.5685 0.4037 0.7168</w:t>
        <w:br/>
        <w:t>vn 0.0011 -0.1906 0.9817</w:t>
        <w:br/>
        <w:t>vn 0.1332 -0.1325 0.9822</w:t>
        <w:br/>
        <w:t>vn -0.5447 -0.4210 -0.7253</w:t>
        <w:br/>
        <w:t>vn 0.1910 -0.1553 -0.9692</w:t>
        <w:br/>
        <w:t>vn 0.5516 0.4265 0.7168</w:t>
        <w:br/>
        <w:t>vn 0.4141 0.8589 -0.3013</w:t>
        <w:br/>
        <w:t>vn 0.3079 0.7569 -0.5765</w:t>
        <w:br/>
        <w:t>vn 0.5266 0.7772 -0.3443</w:t>
        <w:br/>
        <w:t>vn 0.0193 0.2992 -0.9540</w:t>
        <w:br/>
        <w:t>vn 0.3352 0.2590 -0.9058</w:t>
        <w:br/>
        <w:t>vn 0.4900 0.4891 -0.7216</w:t>
        <w:br/>
        <w:t>vn -0.1117 -0.0476 -0.9926</w:t>
        <w:br/>
        <w:t>vn -0.4798 -0.0455 -0.8762</w:t>
        <w:br/>
        <w:t>vn -0.0365 -0.0879 -0.9955</w:t>
        <w:br/>
        <w:t>vn 0.2541 0.2107 -0.9440</w:t>
        <w:br/>
        <w:t>vn -0.3878 -0.5328 -0.7521</w:t>
        <w:br/>
        <w:t>vn -0.5856 -0.4428 -0.6790</w:t>
        <w:br/>
        <w:t>vn -0.7543 -0.3625 -0.5474</w:t>
        <w:br/>
        <w:t>vn -0.4772 -0.8158 -0.3267</w:t>
        <w:br/>
        <w:t>vn -0.3371 -0.5323 -0.7766</w:t>
        <w:br/>
        <w:t>vn -0.5528 -0.7751 -0.3061</w:t>
        <w:br/>
        <w:t>vn -0.5261 -0.8496 -0.0382</w:t>
        <w:br/>
        <w:t>vn -0.6091 -0.7905 -0.0644</w:t>
        <w:br/>
        <w:t>vn -0.0416 -0.0759 -0.9962</w:t>
        <w:br/>
        <w:t>vn 0.6357 0.5289 -0.5623</w:t>
        <w:br/>
        <w:t>vn 0.7122 0.6741 -0.1957</w:t>
        <w:br/>
        <w:t>vn 0.6558 0.6749 -0.3383</w:t>
        <w:br/>
        <w:t>vn 0.5678 0.4938 -0.6586</w:t>
        <w:br/>
        <w:t>vn 0.7424 0.6242 -0.2433</w:t>
        <w:br/>
        <w:t>vn -0.4379 0.3049 -0.8458</w:t>
        <w:br/>
        <w:t>vn -0.7080 -0.2142 -0.6730</w:t>
        <w:br/>
        <w:t>vn -0.7902 -0.3792 -0.4815</w:t>
        <w:br/>
        <w:t>vn -0.8585 -0.4628 -0.2208</w:t>
        <w:br/>
        <w:t>vn -0.8758 -0.4787 -0.0624</w:t>
        <w:br/>
        <w:t>vn -0.8606 -0.5028 -0.0810</w:t>
        <w:br/>
        <w:t>vn -0.8516 -0.4705 -0.2310</w:t>
        <w:br/>
        <w:t>vn -0.2604 0.5862 -0.7672</w:t>
        <w:br/>
        <w:t>vn -0.0749 0.6001 -0.7964</w:t>
        <w:br/>
        <w:t>vn 0.0827 0.7376 -0.6702</w:t>
        <w:br/>
        <w:t>vn 0.2982 0.8501 -0.4340</w:t>
        <w:br/>
        <w:t>vn 0.6511 0.7580 0.0387</w:t>
        <w:br/>
        <w:t>vn 0.5701 0.8215 0.0068</w:t>
        <w:br/>
        <w:t>vn 0.7212 0.6906 0.0544</w:t>
        <w:br/>
        <w:t>vn 0.6748 0.6933 0.2529</w:t>
        <w:br/>
        <w:t>vn 0.6015 0.7092 0.3677</w:t>
        <w:br/>
        <w:t>vn 0.7787 0.6263 0.0378</w:t>
        <w:br/>
        <w:t>vn 0.7074 0.6334 0.3136</w:t>
        <w:br/>
        <w:t>vn 0.3704 0.5698 0.7336</w:t>
        <w:br/>
        <w:t>vn 0.3049 0.7692 0.5615</w:t>
        <w:br/>
        <w:t>vn 0.5117 0.7826 0.3546</w:t>
        <w:br/>
        <w:t>vn 0.4392 0.8495 0.2922</w:t>
        <w:br/>
        <w:t>vn 0.4762 0.8793 -0.0103</w:t>
        <w:br/>
        <w:t>vn 0.3482 0.8889 -0.2977</w:t>
        <w:br/>
        <w:t>vn 0.4228 0.8868 -0.1866</w:t>
        <w:br/>
        <w:t>vn 0.4696 0.8829 -0.0007</w:t>
        <w:br/>
        <w:t>vn 0.4536 0.8753 0.1678</w:t>
        <w:br/>
        <w:t>vn 0.7839 0.3161 -0.5344</w:t>
        <w:br/>
        <w:t>vn 0.8423 0.3575 -0.4034</w:t>
        <w:br/>
        <w:t>vn 0.8157 0.4041 -0.4140</w:t>
        <w:br/>
        <w:t>vn 0.5862 0.3157 -0.7461</w:t>
        <w:br/>
        <w:t>vn 0.6915 -0.2731 -0.6688</w:t>
        <w:br/>
        <w:t>vn 0.5696 -0.5678 -0.5943</w:t>
        <w:br/>
        <w:t>vn 0.4939 -0.6862 -0.5340</w:t>
        <w:br/>
        <w:t>vn 0.8331 0.0014 -0.5532</w:t>
        <w:br/>
        <w:t>vn 0.7733 0.0505 -0.6320</w:t>
        <w:br/>
        <w:t>vn 0.8882 0.0732 -0.4536</w:t>
        <w:br/>
        <w:t>vn 0.7223 0.1835 -0.6668</w:t>
        <w:br/>
        <w:t>vn 0.8423 0.2937 -0.4518</w:t>
        <w:br/>
        <w:t>vn 0.8071 -0.0173 -0.5902</w:t>
        <w:br/>
        <w:t>vn 0.7079 0.1023 -0.6988</w:t>
        <w:br/>
        <w:t>vn 0.7666 -0.0746 -0.6378</w:t>
        <w:br/>
        <w:t>vn 0.5504 -0.3414 -0.7619</w:t>
        <w:br/>
        <w:t>vn 0.6057 -0.0792 -0.7917</w:t>
        <w:br/>
        <w:t>vn 0.4198 0.0974 -0.9024</w:t>
        <w:br/>
        <w:t>vn 0.3153 -0.2271 -0.9214</w:t>
        <w:br/>
        <w:t>vn 0.2012 -0.7014 -0.6838</w:t>
        <w:br/>
        <w:t>vn -0.0859 -0.5387 -0.8381</w:t>
        <w:br/>
        <w:t>vn 0.0837 -0.0886 -0.9925</w:t>
        <w:br/>
        <w:t>vn 0.3947 -0.7762 -0.4917</w:t>
        <w:br/>
        <w:t>vn 0.1681 -0.8800 -0.4442</w:t>
        <w:br/>
        <w:t>vn -0.1252 -0.7750 -0.6194</w:t>
        <w:br/>
        <w:t>vn 0.2415 -0.8756 -0.4183</w:t>
        <w:br/>
        <w:t>vn 0.2270 0.2428 -0.9432</w:t>
        <w:br/>
        <w:t>vn 0.0840 0.3069 -0.9480</w:t>
        <w:br/>
        <w:t>vn -0.0827 0.0295 -0.9961</w:t>
        <w:br/>
        <w:t>vn -0.2997 -0.3551 -0.8855</w:t>
        <w:br/>
        <w:t>vn 0.5124 0.3037 -0.8032</w:t>
        <w:br/>
        <w:t>vn 0.3265 0.4488 -0.8318</w:t>
        <w:br/>
        <w:t>vn 0.3269 -0.8051 -0.4950</w:t>
        <w:br/>
        <w:t>vn 0.2297 -0.8522 -0.4701</w:t>
        <w:br/>
        <w:t>vn 0.4331 -0.4820 -0.7616</w:t>
        <w:br/>
        <w:t>vn 0.2176 -0.8236 -0.5237</w:t>
        <w:br/>
        <w:t>vn -0.3584 -0.9054 -0.2277</w:t>
        <w:br/>
        <w:t>vn -0.0543 -0.9610 -0.2710</w:t>
        <w:br/>
        <w:t>vn -0.1125 -0.7964 -0.5942</w:t>
        <w:br/>
        <w:t>vn 0.7560 -0.6539 -0.0287</w:t>
        <w:br/>
        <w:t>vn 0.7786 -0.6275 0.0064</w:t>
        <w:br/>
        <w:t>vn 0.6619 -0.7496 -0.0070</w:t>
        <w:br/>
        <w:t>vn 0.5899 -0.7759 -0.2235</w:t>
        <w:br/>
        <w:t>vn 0.5073 -0.7721 -0.3828</w:t>
        <w:br/>
        <w:t>vn 0.3302 -0.8825 -0.3348</w:t>
        <w:br/>
        <w:t>vn 0.3989 -0.9167 -0.0233</w:t>
        <w:br/>
        <w:t>vn 0.2480 -0.9675 -0.0489</w:t>
        <w:br/>
        <w:t>vn 0.2014 -0.9179 -0.3418</w:t>
        <w:br/>
        <w:t>vn 0.7799 -0.6201 0.0848</w:t>
        <w:br/>
        <w:t>vn 0.6562 -0.7347 0.1718</w:t>
        <w:br/>
        <w:t>vn 0.4769 -0.7281 0.4924</w:t>
        <w:br/>
        <w:t>vn 0.6309 -0.6987 0.3372</w:t>
        <w:br/>
        <w:t>vn -0.3715 -0.8415 0.3922</w:t>
        <w:br/>
        <w:t>vn -0.3755 -0.8733 0.3105</w:t>
        <w:br/>
        <w:t>vn -0.3755 -0.8732 0.3106</w:t>
        <w:br/>
        <w:t>vn -0.3835 -0.9217 0.0579</w:t>
        <w:br/>
        <w:t>vn -0.3835 -0.9217 0.0580</w:t>
        <w:br/>
        <w:t>vn 0.7308 0.5347 0.4243</w:t>
        <w:br/>
        <w:t>vn 0.8388 0.5442 0.0150</w:t>
        <w:br/>
        <w:t>vn 0.7712 0.5302 -0.3523</w:t>
        <w:br/>
        <w:t>vn 0.5046 0.3871 -0.7717</w:t>
        <w:br/>
        <w:t>vn 0.7440 0.4181 0.5211</w:t>
        <w:br/>
        <w:t>vn 0.8884 0.4587 0.0175</w:t>
        <w:br/>
        <w:t>vn 0.9102 0.4137 0.0199</w:t>
        <w:br/>
        <w:t>vn 0.9163 0.4000 0.0212</w:t>
        <w:br/>
        <w:t>vn 0.8778 0.3400 -0.3375</w:t>
        <w:br/>
        <w:t>vn 0.9208 0.3412 -0.1889</w:t>
        <w:br/>
        <w:t>vn 0.7937 0.3760 0.4782</w:t>
        <w:br/>
        <w:t>vn 0.8707 0.3950 0.2931</w:t>
        <w:br/>
        <w:t>vn 0.4001 0.3132 0.8613</w:t>
        <w:br/>
        <w:t>vn 0.3428 0.3899 0.8547</w:t>
        <w:br/>
        <w:t>vn 0.0049 0.2131 0.9770</w:t>
        <w:br/>
        <w:t>vn 0.4274 0.5201 0.7395</w:t>
        <w:br/>
        <w:t>vn 0.9167 0.3538 0.1857</w:t>
        <w:br/>
        <w:t>vn 0.9173 0.3432 0.2020</w:t>
        <w:br/>
        <w:t>vn 0.9516 0.2239 0.2106</w:t>
        <w:br/>
        <w:t>vn 0.7594 0.5675 -0.3182</w:t>
        <w:br/>
        <w:t>vn 0.4687 0.7907 -0.3939</w:t>
        <w:br/>
        <w:t>vn 0.5223 0.8518 -0.0396</w:t>
        <w:br/>
        <w:t>vn 0.8370 0.5472 0.0035</w:t>
        <w:br/>
        <w:t>vn 0.2985 0.8695 -0.3936</w:t>
        <w:br/>
        <w:t>vn 0.2976 0.9531 -0.0548</w:t>
        <w:br/>
        <w:t>vn 0.3687 0.5650 -0.7381</w:t>
        <w:br/>
        <w:t>vn 0.2559 0.6475 -0.7178</w:t>
        <w:br/>
        <w:t>vn 0.2800 0.7624 -0.5833</w:t>
        <w:br/>
        <w:t>vn 0.4080 0.6909 -0.5969</w:t>
        <w:br/>
        <w:t>vn 0.2527 0.8956 0.3662</w:t>
        <w:br/>
        <w:t>vn 0.4628 0.7965 0.3890</w:t>
        <w:br/>
        <w:t>vn 0.8666 0.4391 0.2371</w:t>
        <w:br/>
        <w:t>vn 0.8373 0.2971 0.4589</w:t>
        <w:br/>
        <w:t>vn 0.8942 0.1014 0.4360</w:t>
        <w:br/>
        <w:t>vn 0.7892 0.5214 0.3245</w:t>
        <w:br/>
        <w:t>vn 0.6205 0.4465 0.6447</w:t>
        <w:br/>
        <w:t>vn 0.3333 0.6876 0.6451</w:t>
        <w:br/>
        <w:t>vn 0.7393 -0.1886 0.6464</w:t>
        <w:br/>
        <w:t>vn 0.8633 0.0195 0.5043</w:t>
        <w:br/>
        <w:t>vn 0.7849 0.0265 0.6190</w:t>
        <w:br/>
        <w:t>vn 0.7571 -0.0141 0.6532</w:t>
        <w:br/>
        <w:t>vn 0.7042 0.1691 0.6896</w:t>
        <w:br/>
        <w:t>vn 0.6386 0.1384 0.7570</w:t>
        <w:br/>
        <w:t>vn 0.5070 0.3480 0.7886</w:t>
        <w:br/>
        <w:t>vn 0.4018 0.2901 0.8686</w:t>
        <w:br/>
        <w:t>vn 0.2417 0.5603 0.7922</w:t>
        <w:br/>
        <w:t>vn 0.1966 0.4366 0.8779</w:t>
        <w:br/>
        <w:t>vn 0.6449 0.5067 -0.5722</w:t>
        <w:br/>
        <w:t>vn 0.9031 0.3641 -0.2278</w:t>
        <w:br/>
        <w:t>vn 0.5569 0.3967 -0.7297</w:t>
        <w:br/>
        <w:t>vn -0.3857 -0.5682 -0.7269</w:t>
        <w:br/>
        <w:t>vn -0.6369 -0.7710 -0.0016</w:t>
        <w:br/>
        <w:t>vn -0.5568 -0.7528 -0.3510</w:t>
        <w:br/>
        <w:t>vn -0.1697 -0.9027 -0.3953</w:t>
        <w:br/>
        <w:t>vn -0.2748 -0.9612 -0.0229</w:t>
        <w:br/>
        <w:t>vn -0.1008 -0.8431 -0.5282</w:t>
        <w:br/>
        <w:t>vn -0.4476 -0.6758 -0.5856</w:t>
        <w:br/>
        <w:t>vn 0.1995 0.5060 -0.8391</w:t>
        <w:br/>
        <w:t>vn 0.3247 0.8453 0.4243</w:t>
        <w:br/>
        <w:t>vn 0.3897 0.8740 0.2903</w:t>
        <w:br/>
        <w:t>vn 0.4632 -0.5824 0.6680</w:t>
        <w:br/>
        <w:t>vn 0.3675 -0.6438 0.6712</w:t>
        <w:br/>
        <w:t>vn 0.2135 -0.7740 0.5962</w:t>
        <w:br/>
        <w:t>vn 0.0728 -0.8924 0.4453</w:t>
        <w:br/>
        <w:t>vn 0.0212 -0.9692 0.2454</w:t>
        <w:br/>
        <w:t>vn 0.1043 -0.9923 0.0666</w:t>
        <w:br/>
        <w:t>vn 0.5073 -0.5629 0.6526</w:t>
        <w:br/>
        <w:t>vn 0.6018 -0.5594 0.5699</w:t>
        <w:br/>
        <w:t>vn 0.7521 -0.6589 0.0084</w:t>
        <w:br/>
        <w:t>vn 0.7522 -0.6589 0.0083</w:t>
        <w:br/>
        <w:t>vn 0.5609 -0.5885 -0.5823</w:t>
        <w:br/>
        <w:t>vn 0.4400 -0.5751 -0.6897</w:t>
        <w:br/>
        <w:t>vn 0.4399 -0.5751 -0.6897</w:t>
        <w:br/>
        <w:t>vn -0.0874 0.6242 0.7764</w:t>
        <w:br/>
        <w:t>vn -0.4826 0.3291 0.8117</w:t>
        <w:br/>
        <w:t>vn -0.2548 0.5908 0.7655</w:t>
        <w:br/>
        <w:t>vn -0.1419 0.3773 0.9151</w:t>
        <w:br/>
        <w:t>vn -0.4121 0.0124 0.9111</w:t>
        <w:br/>
        <w:t>vn -0.6393 -0.0168 0.7688</w:t>
        <w:br/>
        <w:t>vn -0.3392 -0.0409 0.9398</w:t>
        <w:br/>
        <w:t>vn -0.5897 -0.4298 0.6838</w:t>
        <w:br/>
        <w:t>vn -0.7054 -0.3750 0.6015</w:t>
        <w:br/>
        <w:t>vn -0.6556 -0.6948 0.2958</w:t>
        <w:br/>
        <w:t>vn -0.7851 -0.5668 0.2497</w:t>
        <w:br/>
        <w:t>vn -0.5352 -0.4433 0.7191</w:t>
        <w:br/>
        <w:t>vn -0.5802 -0.7488 0.3205</w:t>
        <w:br/>
        <w:t>vn -0.3072 -0.0454 0.9506</w:t>
        <w:br/>
        <w:t>vn 0.1037 0.3716 0.9226</w:t>
        <w:br/>
        <w:t>vn 0.0282 0.2615 0.9648</w:t>
        <w:br/>
        <w:t>vn -0.8045 -0.3276 0.4954</w:t>
        <w:br/>
        <w:t>vn -0.8408 -0.3209 0.4359</w:t>
        <w:br/>
        <w:t>vn -0.7837 -0.1466 0.6036</w:t>
        <w:br/>
        <w:t>vn -0.8550 -0.4747 0.2090</w:t>
        <w:br/>
        <w:t>vn -0.7711 -0.6295 -0.0954</w:t>
        <w:br/>
        <w:t>vn -0.7447 -0.6121 -0.2660</w:t>
        <w:br/>
        <w:t>vn 0.1009 0.7492 0.6546</w:t>
        <w:br/>
        <w:t>vn -0.0882 -0.9942 -0.0620</w:t>
        <w:br/>
        <w:t>vn 0.3216 -0.9469 0.0014</w:t>
        <w:br/>
        <w:t>vn -0.1741 -0.9821 -0.0712</w:t>
        <w:br/>
        <w:t>vn -0.8706 -0.4542 0.1891</w:t>
        <w:br/>
        <w:t>vn 0.5703 -0.6149 0.5446</w:t>
        <w:br/>
        <w:t>vn 0.3566 -0.5268 0.7715</w:t>
        <w:br/>
        <w:t>vn 0.6539 -0.1946 0.7311</w:t>
        <w:br/>
        <w:t>vn 0.6479 -0.2660 0.7138</w:t>
        <w:br/>
        <w:t>vn 0.4308 -0.6903 0.5813</w:t>
        <w:br/>
        <w:t>vn 0.4683 -0.3359 0.8172</w:t>
        <w:br/>
        <w:t>vn 0.3594 -0.7491 0.5565</w:t>
        <w:br/>
        <w:t>vn 0.5488 -0.0256 0.8355</w:t>
        <w:br/>
        <w:t>vn 0.3074 -0.7656 0.5651</w:t>
        <w:br/>
        <w:t>vn 0.3698 -0.8551 0.3632</w:t>
        <w:br/>
        <w:t>vn 0.2381 -0.7656 0.5976</w:t>
        <w:br/>
        <w:t>vn 0.2295 -0.8030 0.5500</w:t>
        <w:br/>
        <w:t>vn 0.1200 -0.8157 0.5658</w:t>
        <w:br/>
        <w:t>vn 0.1101 -0.7733 0.6244</w:t>
        <w:br/>
        <w:t>vn -0.1773 -0.7253 0.6652</w:t>
        <w:br/>
        <w:t>vn -0.1995 -0.7415 0.6405</w:t>
        <w:br/>
        <w:t>vn -0.4349 -0.5430 0.7183</w:t>
        <w:br/>
        <w:t>vn -0.4966 -0.6249 0.6024</w:t>
        <w:br/>
        <w:t>vn -0.5917 -0.7002 0.3995</w:t>
        <w:br/>
        <w:t>vn -0.2742 -0.8491 0.4515</w:t>
        <w:br/>
        <w:t>vn -0.2748 -0.9612 -0.0228</w:t>
        <w:br/>
        <w:t>vn 0.1294 -0.9901 -0.0547</w:t>
        <w:br/>
        <w:t>vn 0.0949 -0.9039 0.4170</w:t>
        <w:br/>
        <w:t>vn -0.6369 -0.7709 -0.0016</w:t>
        <w:br/>
        <w:t>vn -0.3895 -0.3314 0.8594</w:t>
        <w:br/>
        <w:t>vn -0.1855 -0.5573 0.8093</w:t>
        <w:br/>
        <w:t>vn -0.2447 0.0396 0.9688</w:t>
        <w:br/>
        <w:t>vn -0.0516 -0.0723 0.9960</w:t>
        <w:br/>
        <w:t>vn 0.1389 -0.7233 0.6765</w:t>
        <w:br/>
        <w:t>vn 0.2469 -0.2432 0.9380</w:t>
        <w:br/>
        <w:t>vn 0.2628 -0.8832 0.3885</w:t>
        <w:br/>
        <w:t>vn 0.2480 -0.9675 -0.0490</w:t>
        <w:br/>
        <w:t>vn 0.1950 0.7590 0.6213</w:t>
        <w:br/>
        <w:t>vn 0.1419 0.6312 0.7625</w:t>
        <w:br/>
        <w:t>vn 0.1186 0.2948 0.9482</w:t>
        <w:br/>
        <w:t>vn 0.0704 0.4917 0.8679</w:t>
        <w:br/>
        <w:t>vn -0.0526 0.3311 0.9421</w:t>
        <w:br/>
        <w:t>vn 0.3484 0.1438 0.9262</w:t>
        <w:br/>
        <w:t>vn 0.3124 -0.6801 -0.6632</w:t>
        <w:br/>
        <w:t>vn 0.3836 -0.6050 -0.6977</w:t>
        <w:br/>
        <w:t>vn 0.2114 -0.9484 -0.2364</w:t>
        <w:br/>
        <w:t>vn -0.0772 -0.9285 -0.3633</w:t>
        <w:br/>
        <w:t>vn 0.3034 -0.9524 -0.0310</w:t>
        <w:br/>
        <w:t>vn 0.3316 -0.9409 -0.0694</w:t>
        <w:br/>
        <w:t>vn 0.3304 -0.9437 -0.0190</w:t>
        <w:br/>
        <w:t>vn -0.1169 -0.5692 -0.8138</w:t>
        <w:br/>
        <w:t>vn 0.2224 -0.8502 -0.4772</w:t>
        <w:br/>
        <w:t>vn 0.5196 0.5964 0.6119</w:t>
        <w:br/>
        <w:t>vn 0.1904 -0.8767 -0.4417</w:t>
        <w:br/>
        <w:t>vn 0.1600 -0.9160 -0.3680</w:t>
        <w:br/>
        <w:t>vn 0.2170 -0.9761 -0.0082</w:t>
        <w:br/>
        <w:t>vn 0.2412 -0.9705 0.0036</w:t>
        <w:br/>
        <w:t>vn 0.2282 0.1909 -0.9547</w:t>
        <w:br/>
        <w:t>vn -0.2153 -0.3257 0.9206</w:t>
        <w:br/>
        <w:t>vn 0.4481 0.8861 0.1190</w:t>
        <w:br/>
        <w:t>vn 0.4491 0.8765 -0.1735</w:t>
        <w:br/>
        <w:t>vn 0.4008 0.7891 -0.4654</w:t>
        <w:br/>
        <w:t>vn 0.3215 -0.9469 0.0013</w:t>
        <w:br/>
        <w:t>vn -0.8757 -0.4787 -0.0624</w:t>
        <w:br/>
        <w:t>vn -0.7711 -0.6295 -0.0955</w:t>
        <w:br/>
        <w:t>vn -0.0586 -0.9840 -0.1683</w:t>
        <w:br/>
        <w:t>vn 0.3323 -0.9432 0.0042</w:t>
        <w:br/>
        <w:t>vn 0.0000 0.3998 -0.9166</w:t>
        <w:br/>
        <w:t>vn -0.0846 0.4010 -0.9122</w:t>
        <w:br/>
        <w:t>vn -0.0124 0.4016 -0.9157</w:t>
        <w:br/>
        <w:t>vn 0.0000 0.4450 -0.8955</w:t>
        <w:br/>
        <w:t>vn -0.0000 0.5860 -0.8103</w:t>
        <w:br/>
        <w:t>vn 0.0322 0.5585 -0.8289</w:t>
        <w:br/>
        <w:t>vn -0.1212 0.2729 -0.9544</w:t>
        <w:br/>
        <w:t>vn -0.0089 0.3192 -0.9476</w:t>
        <w:br/>
        <w:t>vn 0.0962 0.2208 -0.9706</w:t>
        <w:br/>
        <w:t>vn -0.2149 -0.0125 -0.9766</w:t>
        <w:br/>
        <w:t>vn -0.3561 0.1931 -0.9143</w:t>
        <w:br/>
        <w:t>vn -0.4188 -0.0462 -0.9069</w:t>
        <w:br/>
        <w:t>vn -0.5062 -0.0701 -0.8596</w:t>
        <w:br/>
        <w:t>vn -0.5124 -0.0930 -0.8537</w:t>
        <w:br/>
        <w:t>vn 0.0000 -0.3646 -0.9312</w:t>
        <w:br/>
        <w:t>vn -0.0738 -0.2668 -0.9609</w:t>
        <w:br/>
        <w:t>vn 0.0000 -0.2087 -0.9780</w:t>
        <w:br/>
        <w:t>vn -0.4456 -0.1844 -0.8760</w:t>
        <w:br/>
        <w:t>vn -0.2314 -0.2325 -0.9447</w:t>
        <w:br/>
        <w:t>vn -0.3135 -0.3347 -0.8886</w:t>
        <w:br/>
        <w:t>vn -0.5490 -0.1888 -0.8142</w:t>
        <w:br/>
        <w:t>vn -0.5679 -0.1501 -0.8093</w:t>
        <w:br/>
        <w:t>vn -0.4453 -0.0655 -0.8930</w:t>
        <w:br/>
        <w:t>vn -0.2785 -0.0598 -0.9586</w:t>
        <w:br/>
        <w:t>vn -0.5000 -0.0784 -0.8625</w:t>
        <w:br/>
        <w:t>vn -0.2301 0.1234 -0.9653</w:t>
        <w:br/>
        <w:t>vn -0.2401 0.1857 -0.9528</w:t>
        <w:br/>
        <w:t>vn -0.2421 0.1670 -0.9558</w:t>
        <w:br/>
        <w:t>vn -0.2527 0.2990 -0.9202</w:t>
        <w:br/>
        <w:t>vn -0.2467 0.4059 -0.8800</w:t>
        <w:br/>
        <w:t>vn -0.0695 0.6185 -0.7827</w:t>
        <w:br/>
        <w:t>vn 0.0114 0.7312 -0.6821</w:t>
        <w:br/>
        <w:t>vn -0.4232 -0.0606 -0.9040</w:t>
        <w:br/>
        <w:t>vn -0.4112 -0.0602 -0.9096</w:t>
        <w:br/>
        <w:t>vn -0.2929 -0.0577 -0.9544</w:t>
        <w:br/>
        <w:t>vn -0.4150 -0.0631 -0.9076</w:t>
        <w:br/>
        <w:t>vn -0.3032 -0.0552 -0.9513</w:t>
        <w:br/>
        <w:t>vn -0.4411 -0.0662 -0.8950</w:t>
        <w:br/>
        <w:t>vn -0.3209 -0.0644 -0.9449</w:t>
        <w:br/>
        <w:t>vn -0.4248 -0.0588 -0.9034</w:t>
        <w:br/>
        <w:t>vn -0.4472 -0.0548 -0.8928</w:t>
        <w:br/>
        <w:t>vn -0.4586 -0.0536 -0.8870</w:t>
        <w:br/>
        <w:t>vn -0.4964 -0.0887 -0.8635</w:t>
        <w:br/>
        <w:t>vn -0.4397 -0.1088 -0.8915</w:t>
        <w:br/>
        <w:t>vn -0.4456 -0.0337 -0.8946</w:t>
        <w:br/>
        <w:t>vn -0.4541 -0.0684 -0.8883</w:t>
        <w:br/>
        <w:t>vn -0.4575 -0.0885 -0.8848</w:t>
        <w:br/>
        <w:t>vn -0.5068 -0.1020 -0.8560</w:t>
        <w:br/>
        <w:t>vn -0.4916 -0.0940 -0.8657</w:t>
        <w:br/>
        <w:t>vn -0.4869 -0.0295 -0.8729</w:t>
        <w:br/>
        <w:t>vn -0.5060 -0.0674 -0.8599</w:t>
        <w:br/>
        <w:t>vn -0.5017 -0.0378 -0.8642</w:t>
        <w:br/>
        <w:t>vn -0.5190 -0.0756 -0.8514</w:t>
        <w:br/>
        <w:t>vn -0.5112 -0.0845 -0.8553</w:t>
        <w:br/>
        <w:t>vn -0.4898 -0.0900 -0.8672</w:t>
        <w:br/>
        <w:t>vn -0.4950 -0.0757 -0.8656</w:t>
        <w:br/>
        <w:t>vn -0.3452 -0.0870 -0.9345</w:t>
        <w:br/>
        <w:t>vn -0.1290 -0.4119 -0.9021</w:t>
        <w:br/>
        <w:t>vn -0.0964 -0.0764 -0.9924</w:t>
        <w:br/>
        <w:t>vn 0.0000 -0.0860 -0.9963</w:t>
        <w:br/>
        <w:t>vn -0.1344 -0.0678 -0.9886</w:t>
        <w:br/>
        <w:t>vn 0.0000 -0.0808 -0.9967</w:t>
        <w:br/>
        <w:t>vn -0.1803 -0.0635 -0.9816</w:t>
        <w:br/>
        <w:t>vn -0.0000 -0.0779 -0.9970</w:t>
        <w:br/>
        <w:t>vn -0.2149 -0.0746 -0.9738</w:t>
        <w:br/>
        <w:t>vn 0.0000 -0.0854 -0.9963</w:t>
        <w:br/>
        <w:t>vn -0.2404 -0.0939 -0.9661</w:t>
        <w:br/>
        <w:t>vn -0.0000 -0.1031 -0.9947</w:t>
        <w:br/>
        <w:t>vn -0.2571 -0.1592 -0.9532</w:t>
        <w:br/>
        <w:t>vn -0.0000 -0.1663 -0.9861</w:t>
        <w:br/>
        <w:t>vn -0.2766 -0.2252 -0.9342</w:t>
        <w:br/>
        <w:t>vn 0.0000 -0.2308 -0.9730</w:t>
        <w:br/>
        <w:t>vn 0.0569 0.8188 -0.5712</w:t>
        <w:br/>
        <w:t>vn -0.2401 0.6066 -0.7579</w:t>
        <w:br/>
        <w:t>vn -0.1669 0.8182 -0.5502</w:t>
        <w:br/>
        <w:t>vn -0.6890 0.5617 -0.4580</w:t>
        <w:br/>
        <w:t>vn -0.7564 0.4850 -0.4389</w:t>
        <w:br/>
        <w:t>vn -0.8055 0.5607 -0.1920</w:t>
        <w:br/>
        <w:t>vn -0.8065 0.5880 0.0619</w:t>
        <w:br/>
        <w:t>vn -0.7824 0.5301 0.3269</w:t>
        <w:br/>
        <w:t>vn -0.6539 0.4885 0.5777</w:t>
        <w:br/>
        <w:t>vn -0.4746 0.4111 0.7783</w:t>
        <w:br/>
        <w:t>vn -0.4095 0.3932 0.8232</w:t>
        <w:br/>
        <w:t>vn -0.7897 -0.6056 0.0980</w:t>
        <w:br/>
        <w:t>vn -0.7836 -0.6132 0.0999</w:t>
        <w:br/>
        <w:t>vn -0.7642 -0.6417 0.0643</w:t>
        <w:br/>
        <w:t>vn -0.3825 0.3113 0.8699</w:t>
        <w:br/>
        <w:t>vn -0.2863 0.1272 0.9496</w:t>
        <w:br/>
        <w:t>vn -0.2890 0.1406 0.9469</w:t>
        <w:br/>
        <w:t>vn -0.8350 -0.4661 0.2924</w:t>
        <w:br/>
        <w:t>vn -0.8238 -0.4144 0.3867</w:t>
        <w:br/>
        <w:t>vn -0.7732 -0.5064 0.3817</w:t>
        <w:br/>
        <w:t>vn -0.8004 -0.5697 0.1866</w:t>
        <w:br/>
        <w:t>vn -0.1985 -0.0082 0.9801</w:t>
        <w:br/>
        <w:t>vn -0.2118 -0.0701 0.9748</w:t>
        <w:br/>
        <w:t>vn -0.8197 -0.5245 0.2300</w:t>
        <w:br/>
        <w:t>vn -0.6563 0.4444 0.6098</w:t>
        <w:br/>
        <w:t>vn -0.7493 -0.6585 0.0703</w:t>
        <w:br/>
        <w:t>vn -0.6153 -0.3176 0.7215</w:t>
        <w:br/>
        <w:t>vn -0.6868 -0.4928 0.5343</w:t>
        <w:br/>
        <w:t>vn -0.6844 -0.4720 0.5557</w:t>
        <w:br/>
        <w:t>vn -0.0846 -0.3642 0.9275</w:t>
        <w:br/>
        <w:t>vn -0.1671 -0.5638 0.8089</w:t>
        <w:br/>
        <w:t>vn -0.2738 -0.2902 0.9170</w:t>
        <w:br/>
        <w:t>vn -0.2769 -0.2691 0.9225</w:t>
        <w:br/>
        <w:t>vn -0.0917 -0.7373 0.6693</w:t>
        <w:br/>
        <w:t>vn -0.2320 -0.5276 0.8172</w:t>
        <w:br/>
        <w:t>vn -0.2635 -0.3202 0.9100</w:t>
        <w:br/>
        <w:t>vn -0.1828 -0.4485 0.8749</w:t>
        <w:br/>
        <w:t>vn -0.3970 -0.4585 0.7951</w:t>
        <w:br/>
        <w:t>vn -0.2563 -0.3293 0.9088</w:t>
        <w:br/>
        <w:t>vn -0.2878 -0.3233 0.9015</w:t>
        <w:br/>
        <w:t>vn -0.3132 -0.2999 0.9011</w:t>
        <w:br/>
        <w:t>vn -0.3128 -0.3537 0.8815</w:t>
        <w:br/>
        <w:t>vn -0.3438 -0.3186 0.8833</w:t>
        <w:br/>
        <w:t>vn -0.2893 -0.3358 0.8964</w:t>
        <w:br/>
        <w:t>vn -0.3095 -0.3734 0.8745</w:t>
        <w:br/>
        <w:t>vn -0.3651 -0.2937 0.8834</w:t>
        <w:br/>
        <w:t>vn -0.3667 -0.2874 0.8849</w:t>
        <w:br/>
        <w:t>vn -0.4346 -0.3411 0.8336</w:t>
        <w:br/>
        <w:t>vn -0.4562 -0.3515 0.8175</w:t>
        <w:br/>
        <w:t>vn -0.3650 -0.2435 0.8986</w:t>
        <w:br/>
        <w:t>vn -0.3969 -0.2419 0.8854</w:t>
        <w:br/>
        <w:t>vn -0.4439 -0.3542 0.8231</w:t>
        <w:br/>
        <w:t>vn -0.3604 -0.2762 0.8910</w:t>
        <w:br/>
        <w:t>vn -0.4512 -0.3852 0.8050</w:t>
        <w:br/>
        <w:t>vn -0.3843 -0.3374 0.8594</w:t>
        <w:br/>
        <w:t>vn -0.7426 -0.6649 0.0803</w:t>
        <w:br/>
        <w:t>vn -0.7952 -0.6063 0.0008</w:t>
        <w:br/>
        <w:t>vn -0.8075 0.5887 0.0371</w:t>
        <w:br/>
        <w:t>vn -0.8424 -0.5310 -0.0918</w:t>
        <w:br/>
        <w:t>vn -0.8179 -0.5743 0.0356</w:t>
        <w:br/>
        <w:t>vn -0.8083 -0.5851 -0.0658</w:t>
        <w:br/>
        <w:t>vn -0.8003 -0.5724 -0.1787</w:t>
        <w:br/>
        <w:t>vn 0.0737 -0.0050 0.9973</w:t>
        <w:br/>
        <w:t>vn -0.0000 -0.0092 1.0000</w:t>
        <w:br/>
        <w:t>vn -0.0000 0.0042 1.0000</w:t>
        <w:br/>
        <w:t>vn 0.1117 0.0072 0.9937</w:t>
        <w:br/>
        <w:t>vn -0.0000 -0.0421 0.9991</w:t>
        <w:br/>
        <w:t>vn -0.5296 -0.3018 0.7927</w:t>
        <w:br/>
        <w:t>vn 0.2445 0.0030 0.9696</w:t>
        <w:br/>
        <w:t>vn 0.1721 -0.0086 0.9850</w:t>
        <w:br/>
        <w:t>vn 0.2278 -0.0156 0.9736</w:t>
        <w:br/>
        <w:t>vn 0.2349 -0.2898 0.9278</w:t>
        <w:br/>
        <w:t>vn 0.2033 -0.4355 0.8769</w:t>
        <w:br/>
        <w:t>vn 0.2794 0.0563 0.9585</w:t>
        <w:br/>
        <w:t>vn 0.2217 0.0504 0.9738</w:t>
        <w:br/>
        <w:t>vn 0.1761 0.0184 0.9842</w:t>
        <w:br/>
        <w:t>vn 0.2489 0.0080 0.9685</w:t>
        <w:br/>
        <w:t>vn 0.1692 -0.0066 0.9856</w:t>
        <w:br/>
        <w:t>vn 0.2012 -0.0246 0.9792</w:t>
        <w:br/>
        <w:t>vn 0.2584 -0.0360 0.9654</w:t>
        <w:br/>
        <w:t>vn 0.1388 0.0054 0.9903</w:t>
        <w:br/>
        <w:t>vn 0.3940 0.0125 0.9190</w:t>
        <w:br/>
        <w:t>vn 0.3693 -0.0309 0.9288</w:t>
        <w:br/>
        <w:t>vn 0.4178 0.0560 0.9068</w:t>
        <w:br/>
        <w:t>vn 0.5118 0.0785 0.8555</w:t>
        <w:br/>
        <w:t>vn 0.4830 0.0476 0.8743</w:t>
        <w:br/>
        <w:t>vn 0.4225 -0.0143 0.9062</w:t>
        <w:br/>
        <w:t>vn 0.5266 0.1072 0.8433</w:t>
        <w:br/>
        <w:t>vn -0.0000 0.0283 0.9996</w:t>
        <w:br/>
        <w:t>vn 0.1161 0.0274 0.9929</w:t>
        <w:br/>
        <w:t>vn 0.2560 0.0290 0.9662</w:t>
        <w:br/>
        <w:t>vn 0.2655 0.0541 0.9626</w:t>
        <w:br/>
        <w:t>vn 0.1148 0.0586 0.9917</w:t>
        <w:br/>
        <w:t>vn 0.0000 0.0558 0.9984</w:t>
        <w:br/>
        <w:t>vn -0.0000 0.0735 0.9973</w:t>
        <w:br/>
        <w:t>vn 0.1120 0.0741 0.9909</w:t>
        <w:br/>
        <w:t>vn 0.2423 0.0723 0.9675</w:t>
        <w:br/>
        <w:t>vn 0.4239 0.0775 0.9024</w:t>
        <w:br/>
        <w:t>vn 0.4991 0.1297 0.8568</w:t>
        <w:br/>
        <w:t>vn 0.2953 0.1036 0.9498</w:t>
        <w:br/>
        <w:t>vn 0.0463 -0.2073 0.9772</w:t>
        <w:br/>
        <w:t>vn -0.0000 0.0834 0.9965</w:t>
        <w:br/>
        <w:t>vn 0.1392 0.0739 0.9875</w:t>
        <w:br/>
        <w:t>vn -0.6879 -0.0690 -0.7226</w:t>
        <w:br/>
        <w:t>vn -0.6771 -0.0797 -0.7316</w:t>
        <w:br/>
        <w:t>vn -0.6878 -0.0690 -0.7226</w:t>
        <w:br/>
        <w:t>vn 0.2130 0.0641 0.9749</w:t>
        <w:br/>
        <w:t>vn 0.2424 0.0723 0.9675</w:t>
        <w:br/>
        <w:t>vn 0.1175 0.9768 0.1791</w:t>
        <w:br/>
        <w:t>vn 0.1149 0.9626 0.2452</w:t>
        <w:br/>
        <w:t>vn 0.1149 0.9626 0.2453</w:t>
        <w:br/>
        <w:t>vn 0.4298 0.0563 0.9012</w:t>
        <w:br/>
        <w:t>vn 0.5428 0.0671 0.8371</w:t>
        <w:br/>
        <w:t>vn 0.5480 0.0661 0.8339</w:t>
        <w:br/>
        <w:t>vn 0.2334 0.0742 0.9695</w:t>
        <w:br/>
        <w:t>vn -0.0000 0.0898 0.9960</w:t>
        <w:br/>
        <w:t>vn 0.1845 0.0794 0.9796</w:t>
        <w:br/>
        <w:t>vn 0.5698 0.0583 0.8197</w:t>
        <w:br/>
        <w:t>vn 0.2934 -0.0361 0.9553</w:t>
        <w:br/>
        <w:t>vn 0.5817 0.0658 0.8107</w:t>
        <w:br/>
        <w:t>vn 0.4568 0.0442 0.8885</w:t>
        <w:br/>
        <w:t>vn 0.3498 0.0372 0.9361</w:t>
        <w:br/>
        <w:t>vn 0.6016 0.0632 0.7963</w:t>
        <w:br/>
        <w:t>vn 0.6047 0.0710 0.7933</w:t>
        <w:br/>
        <w:t>vn 0.4766 0.0501 0.8777</w:t>
        <w:br/>
        <w:t>vn 0.3447 0.0438 0.9377</w:t>
        <w:br/>
        <w:t>vn 0.0602 -0.0386 0.9974</w:t>
        <w:br/>
        <w:t>vn 0.3082 0.1608 0.9376</w:t>
        <w:br/>
        <w:t>vn 0.3920 0.2159 0.8943</w:t>
        <w:br/>
        <w:t>vn 0.0208 -0.1099 0.9937</w:t>
        <w:br/>
        <w:t>vn 0.2329 -0.2237 0.9464</w:t>
        <w:br/>
        <w:t>vn 0.4038 0.0087 0.9148</w:t>
        <w:br/>
        <w:t>vn 0.3743 -0.3126 0.8730</w:t>
        <w:br/>
        <w:t>vn 0.4868 0.0289 0.8730</w:t>
        <w:br/>
        <w:t>vn 0.5408 -0.1407 0.8293</w:t>
        <w:br/>
        <w:t>vn 0.5134 0.3433 0.7865</w:t>
        <w:br/>
        <w:t>vn 0.5289 0.5072 0.6804</w:t>
        <w:br/>
        <w:t>vn 0.5741 0.4141 0.7064</w:t>
        <w:br/>
        <w:t>vn 0.5685 0.3425 0.7480</w:t>
        <w:br/>
        <w:t>vn 0.6229 0.0823 0.7780</w:t>
        <w:br/>
        <w:t>vn 0.6614 0.0825 0.7455</w:t>
        <w:br/>
        <w:t>vn 0.4760 0.0749 0.8762</w:t>
        <w:br/>
        <w:t>vn 0.3616 0.0668 0.9299</w:t>
        <w:br/>
        <w:t>vn 0.6245 0.0702 0.7779</w:t>
        <w:br/>
        <w:t>vn 0.7104 0.0651 0.7008</w:t>
        <w:br/>
        <w:t>vn 0.4662 0.0694 0.8819</w:t>
        <w:br/>
        <w:t>vn 0.3997 0.0642 0.9144</w:t>
        <w:br/>
        <w:t>vn 0.5927 0.0569 0.8034</w:t>
        <w:br/>
        <w:t>vn 0.6748 0.0487 0.7364</w:t>
        <w:br/>
        <w:t>vn 0.4554 0.0555 0.8886</w:t>
        <w:br/>
        <w:t>vn 0.4050 0.0466 0.9131</w:t>
        <w:br/>
        <w:t>vn 0.5575 0.0735 0.8269</w:t>
        <w:br/>
        <w:t>vn 0.6095 0.0783 0.7889</w:t>
        <w:br/>
        <w:t>vn 0.5936 0.1026 0.7982</w:t>
        <w:br/>
        <w:t>vn 0.5538 0.0882 0.8280</w:t>
        <w:br/>
        <w:t>vn 0.4543 0.0517 0.8893</w:t>
        <w:br/>
        <w:t>vn 0.4617 0.0529 0.8855</w:t>
        <w:br/>
        <w:t>vn 0.4038 0.0347 0.9142</w:t>
        <w:br/>
        <w:t>vn 0.4092 0.0320 0.9119</w:t>
        <w:br/>
        <w:t>vn 0.5627 0.1443 0.8140</w:t>
        <w:br/>
        <w:t>vn 0.4763 0.0754 0.8761</w:t>
        <w:br/>
        <w:t>vn 0.4175 0.0329 0.9081</w:t>
        <w:br/>
        <w:t>vn 0.5731 0.1704 0.8016</w:t>
        <w:br/>
        <w:t>vn 0.4977 0.1323 0.8572</w:t>
        <w:br/>
        <w:t>vn 0.5920 0.1709 0.7876</w:t>
        <w:br/>
        <w:t>vn 0.4692 0.0668 0.8805</w:t>
        <w:br/>
        <w:t>vn 0.5560 0.1709 0.8134</w:t>
        <w:br/>
        <w:t>vn 0.5236 0.2219 0.8225</w:t>
        <w:br/>
        <w:t>vn 0.4876 0.1353 0.8625</w:t>
        <w:br/>
        <w:t>vn 0.5585 -0.4163 0.7175</w:t>
        <w:br/>
        <w:t>vn 0.6148 -0.4010 0.6791</w:t>
        <w:br/>
        <w:t>vn 0.2626 0.0691 0.9624</w:t>
        <w:br/>
        <w:t>vn 0.0000 0.0903 0.9959</w:t>
        <w:br/>
        <w:t>vn 0.2101 0.0881 0.9737</w:t>
        <w:br/>
        <w:t>vn 0.2855 0.0861 0.9545</w:t>
        <w:br/>
        <w:t>vn 0.3813 0.2081 0.9007</w:t>
        <w:br/>
        <w:t>vn 0.5064 0.1923 0.8406</w:t>
        <w:br/>
        <w:t>vn -0.3860 -0.4376 0.8121</w:t>
        <w:br/>
        <w:t>vn -0.5824 -0.6422 0.4983</w:t>
        <w:br/>
        <w:t>vn -0.5625 -0.4799 0.6732</w:t>
        <w:br/>
        <w:t>vn -0.0000 0.0910 0.9959</w:t>
        <w:br/>
        <w:t>vn 0.2151 0.0894 0.9725</w:t>
        <w:br/>
        <w:t>vn 0.2774 0.0885 0.9567</w:t>
        <w:br/>
        <w:t>vn 0.0000 0.0989 0.9951</w:t>
        <w:br/>
        <w:t>vn 0.2335 0.0881 0.9684</w:t>
        <w:br/>
        <w:t>vn 0.2990 0.0783 0.9510</w:t>
        <w:br/>
        <w:t>vn 0.0000 0.1042 0.9946</w:t>
        <w:br/>
        <w:t>vn 0.2637 0.0958 0.9598</w:t>
        <w:br/>
        <w:t>vn 0.3464 0.0884 0.9339</w:t>
        <w:br/>
        <w:t>vn 0.0000 0.0982 0.9952</w:t>
        <w:br/>
        <w:t>vn 0.2978 0.0878 0.9506</w:t>
        <w:br/>
        <w:t>vn 0.3983 0.0783 0.9139</w:t>
        <w:br/>
        <w:t>vn 0.3352 0.0758 0.9391</w:t>
        <w:br/>
        <w:t>vn 0.4559 0.0688 0.8874</w:t>
        <w:br/>
        <w:t>vn -0.0000 0.0700 0.9975</w:t>
        <w:br/>
        <w:t>vn 0.3517 0.0741 0.9332</w:t>
        <w:br/>
        <w:t>vn 0.4821 0.0783 0.8726</w:t>
        <w:br/>
        <w:t>vn -0.1629 -0.2315 0.9591</w:t>
        <w:br/>
        <w:t>vn 0.0810 0.0088 0.9967</w:t>
        <w:br/>
        <w:t>vn 0.2262 0.0277 0.9737</w:t>
        <w:br/>
        <w:t>vn -0.0110 -0.2298 0.9732</w:t>
        <w:br/>
        <w:t>vn 0.0740 -0.2038 0.9762</w:t>
        <w:br/>
        <w:t>vn 0.2612 -0.2008 0.9442</w:t>
        <w:br/>
        <w:t>vn 0.6433 0.2788 0.7131</w:t>
        <w:br/>
        <w:t>vn 0.2470 -0.1323 0.9600</w:t>
        <w:br/>
        <w:t>vn 0.4630 -0.1706 0.8698</w:t>
        <w:br/>
        <w:t>vn 0.7192 0.2567 0.6457</w:t>
        <w:br/>
        <w:t>vn 0.4625 -0.1659 0.8710</w:t>
        <w:br/>
        <w:t>vn 0.8128 0.2281 0.5361</w:t>
        <w:br/>
        <w:t>vn 0.6716 -0.1526 0.7250</w:t>
        <w:br/>
        <w:t>vn 0.6629 -0.1322 0.7370</w:t>
        <w:br/>
        <w:t>vn 0.6814 0.2734 0.6790</w:t>
        <w:br/>
        <w:t>vn 0.6526 0.3313 0.6814</w:t>
        <w:br/>
        <w:t>vn 0.7607 0.3189 0.5654</w:t>
        <w:br/>
        <w:t>vn 0.8006 0.3373 0.4952</w:t>
        <w:br/>
        <w:t>vn 0.6641 0.3394 0.6662</w:t>
        <w:br/>
        <w:t>vn 0.6941 0.0652 0.7169</w:t>
        <w:br/>
        <w:t>vn 0.6120 0.0525 0.7892</w:t>
        <w:br/>
        <w:t>vn 0.7559 0.2743 0.5945</w:t>
        <w:br/>
        <w:t>vn 0.8243 0.2856 0.4889</w:t>
        <w:br/>
        <w:t>vn 0.8278 0.3382 0.4476</w:t>
        <w:br/>
        <w:t>vn 0.8149 -0.0408 0.5781</w:t>
        <w:br/>
        <w:t>vn 0.7462 0.0130 0.6656</w:t>
        <w:br/>
        <w:t>vn -0.5334 -0.0533 -0.8442</w:t>
        <w:br/>
        <w:t>vn -0.5333 -0.0532 -0.8442</w:t>
        <w:br/>
        <w:t>vn -0.5449 -0.0554 -0.8367</w:t>
        <w:br/>
        <w:t>vn -0.5798 -0.0727 -0.8115</w:t>
        <w:br/>
        <w:t>vn -0.6418 -0.0792 -0.7628</w:t>
        <w:br/>
        <w:t>vn -0.6493 -0.0847 -0.7558</w:t>
        <w:br/>
        <w:t>vn -0.6329 -0.0932 -0.7686</w:t>
        <w:br/>
        <w:t>vn -0.6631 -0.0811 -0.7441</w:t>
        <w:br/>
        <w:t>vn 0.7861 -0.1716 0.5937</w:t>
        <w:br/>
        <w:t>vn 0.8883 0.1891 0.4185</w:t>
        <w:br/>
        <w:t>vn 0.8708 0.3344 0.3605</w:t>
        <w:br/>
        <w:t>vn 0.8808 0.2718 0.3877</w:t>
        <w:br/>
        <w:t>vn 0.8757 0.3295 0.3529</w:t>
        <w:br/>
        <w:t>vn 0.8332 0.5230 0.1796</w:t>
        <w:br/>
        <w:t>vn 0.9217 0.1475 0.3587</w:t>
        <w:br/>
        <w:t>vn 0.9159 -0.1386 0.3767</w:t>
        <w:br/>
        <w:t>vn 0.8540 -0.0617 0.5165</w:t>
        <w:br/>
        <w:t>vn 0.9278 -0.0701 0.3664</w:t>
        <w:br/>
        <w:t>vn 0.9824 -0.0233 0.1855</w:t>
        <w:br/>
        <w:t>vn 0.9635 -0.1766 0.2011</w:t>
        <w:br/>
        <w:t>vn 0.8691 0.4904 0.0653</w:t>
        <w:br/>
        <w:t>vn 0.9658 0.1821 0.1843</w:t>
        <w:br/>
        <w:t>vn 0.9314 0.2272 0.2843</w:t>
        <w:br/>
        <w:t>vn 0.9034 0.3819 0.1949</w:t>
        <w:br/>
        <w:t>vn 0.8315 -0.2440 0.4992</w:t>
        <w:br/>
        <w:t>vn 0.9293 0.1470 0.3387</w:t>
        <w:br/>
        <w:t>vn 0.9922 0.1195 -0.0359</w:t>
        <w:br/>
        <w:t>vn 0.9420 0.2166 -0.2563</w:t>
        <w:br/>
        <w:t>vn 0.9327 -0.1293 -0.3368</w:t>
        <w:br/>
        <w:t>vn 0.9846 -0.1706 -0.0370</w:t>
        <w:br/>
        <w:t>vn 0.9037 0.4221 -0.0717</w:t>
        <w:br/>
        <w:t>vn 0.9390 0.2502 -0.2357</w:t>
        <w:br/>
        <w:t>vn 0.9543 0.2602 -0.1470</w:t>
        <w:br/>
        <w:t>vn 0.9780 0.2084 0.0090</w:t>
        <w:br/>
        <w:t>vn 0.9649 0.2626 -0.0098</w:t>
        <w:br/>
        <w:t>vn 0.9179 0.3651 -0.1553</w:t>
        <w:br/>
        <w:t>vn 0.9411 0.2124 -0.2630</w:t>
        <w:br/>
        <w:t>vn 0.9677 0.2431 -0.0669</w:t>
        <w:br/>
        <w:t>vn 0.9642 -0.2075 0.1653</w:t>
        <w:br/>
        <w:t>vn 0.9763 -0.1992 -0.0847</w:t>
        <w:br/>
        <w:t>vn 0.9632 0.2584 -0.0745</w:t>
        <w:br/>
        <w:t>vn 0.9767 0.2006 0.0756</w:t>
        <w:br/>
        <w:t>vn 0.8164 -0.1010 -0.5686</w:t>
        <w:br/>
        <w:t>vn 0.8595 0.2683 -0.4351</w:t>
        <w:br/>
        <w:t>vn 0.7460 0.2335 -0.6237</w:t>
        <w:br/>
        <w:t>vn 0.6663 -0.0829 -0.7411</w:t>
        <w:br/>
        <w:t>vn 0.8565 0.2064 -0.4731</w:t>
        <w:br/>
        <w:t>vn 0.8468 0.1509 -0.5101</w:t>
        <w:br/>
        <w:t>vn 0.7426 0.1346 -0.6561</w:t>
        <w:br/>
        <w:t>vn 0.7481 0.2606 -0.6103</w:t>
        <w:br/>
        <w:t>vn 0.8643 0.4030 -0.3010</w:t>
        <w:br/>
        <w:t>vn 0.7942 0.4696 -0.3856</w:t>
        <w:br/>
        <w:t>vn 0.8567 0.2446 -0.4542</w:t>
        <w:br/>
        <w:t>vn 0.7061 -0.1562 -0.6907</w:t>
        <w:br/>
        <w:t>vn 0.5068 -0.1410 -0.8505</w:t>
        <w:br/>
        <w:t>vn 0.7444 0.2806 -0.6059</w:t>
        <w:br/>
        <w:t>vn 0.5177 -0.0689 -0.8528</w:t>
        <w:br/>
        <w:t>vn 0.6234 0.2510 -0.7405</w:t>
        <w:br/>
        <w:t>vn 0.5087 0.2554 -0.8222</w:t>
        <w:br/>
        <w:t>vn 0.3799 -0.0426 -0.9241</w:t>
        <w:br/>
        <w:t>vn 0.6352 0.2848 -0.7179</w:t>
        <w:br/>
        <w:t>vn 0.5280 0.3152 -0.7886</w:t>
        <w:br/>
        <w:t>vn 0.6121 0.1052 -0.7838</w:t>
        <w:br/>
        <w:t>vn 0.7415 0.4910 -0.4573</w:t>
        <w:br/>
        <w:t>vn 0.6708 0.4352 -0.6006</w:t>
        <w:br/>
        <w:t>vn 0.4686 0.0966 -0.8781</w:t>
        <w:br/>
        <w:t>vn 0.3709 -0.1547 -0.9157</w:t>
        <w:br/>
        <w:t>vn 0.1983 -0.1695 -0.9654</w:t>
        <w:br/>
        <w:t>vn 0.3528 0.2573 -0.8996</w:t>
        <w:br/>
        <w:t>vn 0.5074 0.3143 -0.8024</w:t>
        <w:br/>
        <w:t>vn 0.2608 0.0398 -0.9646</w:t>
        <w:br/>
        <w:t>vn 0.4184 0.2749 -0.8657</w:t>
        <w:br/>
        <w:t>vn 0.7090 0.6944 -0.1228</w:t>
        <w:br/>
        <w:t>vn 0.7069 0.6738 -0.2151</w:t>
        <w:br/>
        <w:t>vn 0.9677 0.2043 0.1476</w:t>
        <w:br/>
        <w:t>vn 0.9340 0.3540 0.0477</w:t>
        <w:br/>
        <w:t>vn 0.9644 0.1376 0.2260</w:t>
        <w:br/>
        <w:t>vn 0.9033 -0.2349 0.3590</w:t>
        <w:br/>
        <w:t>vn 0.9060 0.2947 -0.3037</w:t>
        <w:br/>
        <w:t>vn 0.9021 0.1024 -0.4193</w:t>
        <w:br/>
        <w:t>vn 0.8967 0.1988 -0.3954</w:t>
        <w:br/>
        <w:t>vn 0.8909 0.4033 -0.2088</w:t>
        <w:br/>
        <w:t>vn 0.9386 0.2502 -0.2376</w:t>
        <w:br/>
        <w:t>vn 0.8965 -0.1867 -0.4018</w:t>
        <w:br/>
        <w:t>vn 0.4923 0.2790 0.8245</w:t>
        <w:br/>
        <w:t>vn 0.6289 -0.1909 0.7537</w:t>
        <w:br/>
        <w:t>vn 0.2486 0.0724 0.9659</w:t>
        <w:br/>
        <w:t>vn 0.2442 0.0757 0.9668</w:t>
        <w:br/>
        <w:t>vn 0.2222 -0.0144 0.9749</w:t>
        <w:br/>
        <w:t>vn 0.1370 -0.0367 0.9899</w:t>
        <w:br/>
        <w:t>vn 0.2573 -0.0711 0.9637</w:t>
        <w:br/>
        <w:t>vn 0.6076 -0.1966 0.7695</w:t>
        <w:br/>
        <w:t>vn 0.4353 0.0974 0.8950</w:t>
        <w:br/>
        <w:t>vn 0.2992 0.0334 0.9536</w:t>
        <w:br/>
        <w:t>vn 0.6764 0.0592 0.7341</w:t>
        <w:br/>
        <w:t>vn 0.3564 0.0439 0.9333</w:t>
        <w:br/>
        <w:t>vn 0.4695 -0.1024 0.8770</w:t>
        <w:br/>
        <w:t>vn 0.4677 0.1200 0.8757</w:t>
        <w:br/>
        <w:t>vn 0.5474 -0.0299 0.8363</w:t>
        <w:br/>
        <w:t>vn 0.5778 0.2186 0.7863</w:t>
        <w:br/>
        <w:t>vn 0.5805 -0.2149 0.7854</w:t>
        <w:br/>
        <w:t>vn 0.4475 0.2096 0.8694</w:t>
        <w:br/>
        <w:t>vn 0.5820 0.2204 0.7828</w:t>
        <w:br/>
        <w:t>vn 0.6481 -0.0500 0.7599</w:t>
        <w:br/>
        <w:t>vn 0.2732 0.7849 0.5562</w:t>
        <w:br/>
        <w:t>vn 0.6592 0.3029 0.6883</w:t>
        <w:br/>
        <w:t>vn 0.3181 0.7310 0.6036</w:t>
        <w:br/>
        <w:t>vn 0.7624 0.2354 0.6028</w:t>
        <w:br/>
        <w:t>vn 0.1464 -0.2278 0.9626</w:t>
        <w:br/>
        <w:t>vn 0.4044 0.6634 0.6296</w:t>
        <w:br/>
        <w:t>vn 0.3597 0.6374 0.6815</w:t>
        <w:br/>
        <w:t>vn 0.0153 0.8889 0.4579</w:t>
        <w:br/>
        <w:t>vn 0.7545 0.3829 0.5330</w:t>
        <w:br/>
        <w:t>vn 0.7334 0.2886 0.6155</w:t>
        <w:br/>
        <w:t>vn 0.7386 0.4253 0.5231</w:t>
        <w:br/>
        <w:t>vn 0.7736 0.4575 0.4384</w:t>
        <w:br/>
        <w:t>vn 0.6269 -0.7350 0.2584</w:t>
        <w:br/>
        <w:t>vn 0.6789 -0.2605 0.6865</w:t>
        <w:br/>
        <w:t>vn 0.6199 -0.7216 0.3081</w:t>
        <w:br/>
        <w:t>vn 0.8977 -0.2848 0.3361</w:t>
        <w:br/>
        <w:t>vn 0.8892 -0.0617 0.4534</w:t>
        <w:br/>
        <w:t>vn 0.7794 0.2568 0.5715</w:t>
        <w:br/>
        <w:t>vn 0.7744 0.2797 0.5675</w:t>
        <w:br/>
        <w:t>vn 0.7219 0.2463 0.6467</w:t>
        <w:br/>
        <w:t>vn 0.8757 0.3648 0.3163</w:t>
        <w:br/>
        <w:t>vn 0.8610 0.3863 0.3308</w:t>
        <w:br/>
        <w:t>vn 0.9465 0.1276 0.2963</w:t>
        <w:br/>
        <w:t>vn 0.9712 -0.0319 0.2363</w:t>
        <w:br/>
        <w:t>vn 0.9203 0.2987 0.2525</w:t>
        <w:br/>
        <w:t>vn 0.9926 -0.1030 -0.0643</w:t>
        <w:br/>
        <w:t>vn 0.9363 0.3486 -0.0431</w:t>
        <w:br/>
        <w:t>vn 0.7881 0.5716 -0.2285</w:t>
        <w:br/>
        <w:t>vn 0.7465 0.5970 -0.2939</w:t>
        <w:br/>
        <w:t>vn 0.6934 0.6133 -0.3783</w:t>
        <w:br/>
        <w:t>vn 0.9453 -0.1152 -0.3051</w:t>
        <w:br/>
        <w:t>vn 0.7769 -0.5908 -0.2175</w:t>
        <w:br/>
        <w:t>vn 0.8665 0.3891 -0.3128</w:t>
        <w:br/>
        <w:t>vn 0.5432 0.6332 -0.5513</w:t>
        <w:br/>
        <w:t>vn 0.4844 0.6621 -0.5718</w:t>
        <w:br/>
        <w:t>vn 0.6510 -0.6867 -0.3236</w:t>
        <w:br/>
        <w:t>vn 0.6510 -0.6866 -0.3236</w:t>
        <w:br/>
        <w:t>vn 0.7170 0.4361 -0.5438</w:t>
        <w:br/>
        <w:t>vn 0.6481 0.4400 -0.6216</w:t>
        <w:br/>
        <w:t>vn 0.5602 0.6538 -0.5086</w:t>
        <w:br/>
        <w:t>vn 0.2875 0.6834 -0.6711</w:t>
        <w:br/>
        <w:t>vn 0.3860 0.6960 -0.6055</w:t>
        <w:br/>
        <w:t>vn 0.1759 0.6720 -0.7193</w:t>
        <w:br/>
        <w:t>vn 0.3543 0.6773 -0.6448</w:t>
        <w:br/>
        <w:t>vn -0.0746 0.6745 -0.7345</w:t>
        <w:br/>
        <w:t>vn 0.0000 0.6758 -0.7371</w:t>
        <w:br/>
        <w:t>vn 0.0000 0.6423 -0.7664</w:t>
        <w:br/>
        <w:t>vn -0.0570 0.6404 -0.7659</w:t>
        <w:br/>
        <w:t>vn -0.0712 0.6236 -0.7785</w:t>
        <w:br/>
        <w:t>vn -0.0943 0.6627 -0.7429</w:t>
        <w:br/>
        <w:t>vn -0.1138 0.6195 -0.7767</w:t>
        <w:br/>
        <w:t>vn -0.1182 0.6385 -0.7604</w:t>
        <w:br/>
        <w:t>vn 0.0171 0.5729 -0.8194</w:t>
        <w:br/>
        <w:t>vn -0.0573 0.6221 -0.7808</w:t>
        <w:br/>
        <w:t>vn -0.0624 0.6645 -0.7446</w:t>
        <w:br/>
        <w:t>vn 0.0532 0.6284 -0.7760</w:t>
        <w:br/>
        <w:t>vn 0.1338 0.6325 -0.7629</w:t>
        <w:br/>
        <w:t>vn 0.1982 0.6651 -0.7200</w:t>
        <w:br/>
        <w:t>vn 0.2961 0.6436 -0.7058</w:t>
        <w:br/>
        <w:t>vn 0.6333 -0.6454 -0.4270</w:t>
        <w:br/>
        <w:t>vn 0.5557 0.4514 -0.6982</w:t>
        <w:br/>
        <w:t>vn 0.0639 0.5919 -0.8034</w:t>
        <w:br/>
        <w:t>vn 0.0331 0.6752 -0.7369</w:t>
        <w:br/>
        <w:t>vn -0.0547 0.6616 -0.7479</w:t>
        <w:br/>
        <w:t>vn 0.0919 0.6686 -0.7379</w:t>
        <w:br/>
        <w:t>vn 0.3759 0.4280 -0.8219</w:t>
        <w:br/>
        <w:t>vn 0.2911 0.4599 -0.8389</w:t>
        <w:br/>
        <w:t>vn 0.2544 0.4149 -0.8736</w:t>
        <w:br/>
        <w:t>vn 0.0250 0.5233 -0.8518</w:t>
        <w:br/>
        <w:t>vn 0.0000 0.4915 -0.8709</w:t>
        <w:br/>
        <w:t>vn -0.0626 0.6368 -0.7685</w:t>
        <w:br/>
        <w:t>vn 0.6115 -0.7085 -0.3523</w:t>
        <w:br/>
        <w:t>vn 0.1127 0.3408 -0.9334</w:t>
        <w:br/>
        <w:t>vn 0.4224 0.3026 -0.8544</w:t>
        <w:br/>
        <w:t>vn 0.6666 0.5483 -0.5051</w:t>
        <w:br/>
        <w:t>vn 0.5212 0.3129 -0.7940</w:t>
        <w:br/>
        <w:t>vn 0.0309 -0.1271 -0.9914</w:t>
        <w:br/>
        <w:t>vn 0.9272 0.3600 -0.1031</w:t>
        <w:br/>
        <w:t>vn 0.1876 0.0979 -0.9774</w:t>
        <w:br/>
        <w:t>vn 0.1893 0.2816 -0.9407</w:t>
        <w:br/>
        <w:t>vn 0.1440 0.2941 -0.9449</w:t>
        <w:br/>
        <w:t>vn -0.0000 0.3377 -0.9413</w:t>
        <w:br/>
        <w:t>vn 0.2396 0.2741 -0.9314</w:t>
        <w:br/>
        <w:t>vn 0.2255 0.2898 -0.9301</w:t>
        <w:br/>
        <w:t>vn 0.2826 0.2901 -0.9143</w:t>
        <w:br/>
        <w:t>vn 0.2862 0.3135 -0.9054</w:t>
        <w:br/>
        <w:t>vn 0.3301 0.3070 -0.8926</w:t>
        <w:br/>
        <w:t>vn 0.3280 0.3341 -0.8836</w:t>
        <w:br/>
        <w:t>vn 0.3748 0.3473 -0.8596</w:t>
        <w:br/>
        <w:t>vn 0.4475 0.5544 -0.7017</w:t>
        <w:br/>
        <w:t>vn 0.4081 0.3337 -0.8497</w:t>
        <w:br/>
        <w:t>vn 0.4292 0.3325 -0.8398</w:t>
        <w:br/>
        <w:t>vn 0.1637 0.3185 -0.9337</w:t>
        <w:br/>
        <w:t>vn 0.2440 0.2539 -0.9360</w:t>
        <w:br/>
        <w:t>vn 0.2761 0.2537 -0.9270</w:t>
        <w:br/>
        <w:t>vn 0.6057 0.5329 0.5909</w:t>
        <w:br/>
        <w:t>vn 0.5183 0.3636 0.7740</w:t>
        <w:br/>
        <w:t>vn 0.3774 0.2828 -0.8818</w:t>
        <w:br/>
        <w:t>vn 0.4810 0.2950 -0.8256</w:t>
        <w:br/>
        <w:t>vn 0.2687 -0.0387 0.9625</w:t>
        <w:br/>
        <w:t>vn 0.6632 0.7274 0.1761</w:t>
        <w:br/>
        <w:t>vn 0.6002 0.0074 -0.7998</w:t>
        <w:br/>
        <w:t>vn 0.0961 0.2208 -0.9706</w:t>
        <w:br/>
        <w:t>vn 0.2791 0.3506 -0.8940</w:t>
        <w:br/>
        <w:t>vn -0.0000 0.5031 -0.8642</w:t>
        <w:br/>
        <w:t>vn -0.1097 0.5578 -0.8227</w:t>
        <w:br/>
        <w:t>vn -0.0203 0.9998 0.0074</w:t>
        <w:br/>
        <w:t>vn -0.0203 0.9998 0.0075</w:t>
        <w:br/>
        <w:t>vn -0.0257 0.9996 0.0096</w:t>
        <w:br/>
        <w:t>vn -0.0257 0.9996 0.0097</w:t>
        <w:br/>
        <w:t>vn -0.0355 0.9994 0.0061</w:t>
        <w:br/>
        <w:t>vn -0.0355 0.9993 0.0061</w:t>
        <w:br/>
        <w:t>vn 0.9637 0.2496 -0.0947</w:t>
        <w:br/>
        <w:t>vn -0.0603 0.9981 0.0080</w:t>
        <w:br/>
        <w:t>vn 0.8173 0.0054 -0.5762</w:t>
        <w:br/>
        <w:t>vn 0.9862 0.1341 0.0969</w:t>
        <w:br/>
        <w:t>vn 0.9919 0.0851 0.0939</w:t>
        <w:br/>
        <w:t>vn 0.9780 0.1947 0.0746</w:t>
        <w:br/>
        <w:t>vn 0.9647 0.2563 0.0600</w:t>
        <w:br/>
        <w:t>vn 0.9359 0.3513 -0.0268</w:t>
        <w:br/>
        <w:t>vn 0.9510 0.3045 0.0530</w:t>
        <w:br/>
        <w:t>vn 0.9123 0.3947 -0.1093</w:t>
        <w:br/>
        <w:t>vn 0.8822 0.4544 -0.1232</w:t>
        <w:br/>
        <w:t>vn 0.8599 0.4953 -0.1240</w:t>
        <w:br/>
        <w:t>vn 0.8599 0.4952 -0.1240</w:t>
        <w:br/>
        <w:t>vn -0.3177 -0.5980 0.7359</w:t>
        <w:br/>
        <w:t>vn -0.5226 -0.2925 0.8008</w:t>
        <w:br/>
        <w:t>vn -0.5226 -0.2925 0.8009</w:t>
        <w:br/>
        <w:t>vn -0.1132 -0.9069 0.4058</w:t>
        <w:br/>
        <w:t>vn -0.2453 -0.6447 0.7240</w:t>
        <w:br/>
        <w:t>vn -0.2275 -0.6130 0.7566</w:t>
        <w:br/>
        <w:t>vn 0.0252 -0.7464 0.6650</w:t>
        <w:br/>
        <w:t>vn 0.2592 -0.8035 0.5359</w:t>
        <w:br/>
        <w:t>vn 0.4555 -0.7899 0.4106</w:t>
        <w:br/>
        <w:t>vn 0.5378 -0.8143 0.2183</w:t>
        <w:br/>
        <w:t>vn 0.3222 -0.9333 0.1586</w:t>
        <w:br/>
        <w:t>vn 0.1139 -0.9934 -0.0139</w:t>
        <w:br/>
        <w:t>vn -0.1133 -0.9069 0.4059</w:t>
        <w:br/>
        <w:t>vn -0.3244 -0.4431 0.8357</w:t>
        <w:br/>
        <w:t>vn -0.5168 -0.6826 0.5166</w:t>
        <w:br/>
        <w:t>vn 0.1695 -0.4675 0.8676</w:t>
        <w:br/>
        <w:t>vn 0.2002 -0.5681 0.7982</w:t>
        <w:br/>
        <w:t>vn -0.1803 -0.7993 0.5732</w:t>
        <w:br/>
        <w:t>vn -0.4894 -0.8636 0.1213</w:t>
        <w:br/>
        <w:t>vn -0.3161 -0.9044 0.2867</w:t>
        <w:br/>
        <w:t>vn 0.3348 0.8882 -0.3146</w:t>
        <w:br/>
        <w:t>vn 0.0569 0.8189 -0.5712</w:t>
        <w:br/>
        <w:t>vn 0.0115 0.7312 -0.6820</w:t>
        <w:br/>
        <w:t>vn 0.3558 0.8838 -0.3039</w:t>
        <w:br/>
        <w:t>vn -0.1669 0.8182 -0.5501</w:t>
        <w:br/>
        <w:t>vn 0.2760 0.9386 -0.2071</w:t>
        <w:br/>
        <w:t>vn -0.6839 -0.7270 -0.0620</w:t>
        <w:br/>
        <w:t>vn -0.5217 -0.8447 0.1201</w:t>
        <w:br/>
        <w:t>vn 0.2319 0.9634 -0.1342</w:t>
        <w:br/>
        <w:t>vn 0.2319 0.9634 -0.1341</w:t>
        <w:br/>
        <w:t>vn 0.2037 0.9752 -0.0871</w:t>
        <w:br/>
        <w:t>vn -0.7901 -0.6071 -0.0851</w:t>
        <w:br/>
        <w:t>vn -0.6806 -0.7301 0.0608</w:t>
        <w:br/>
        <w:t>vn 0.1761 0.9803 0.0891</w:t>
        <w:br/>
        <w:t>vn 0.1690 0.9854 -0.0218</w:t>
        <w:br/>
        <w:t>vn -0.8179 -0.5743 0.0357</w:t>
        <w:br/>
        <w:t>vn -0.5405 -0.8406 0.0354</w:t>
        <w:br/>
        <w:t>vn -0.5397 -0.8364 0.0959</w:t>
        <w:br/>
        <w:t>vn 0.3492 0.9097 0.2247</w:t>
        <w:br/>
        <w:t>vn 0.3491 0.9097 0.2247</w:t>
        <w:br/>
        <w:t>vn 0.2508 0.9489 0.1913</w:t>
        <w:br/>
        <w:t>vn -0.7082 -0.7000 -0.0924</w:t>
        <w:br/>
        <w:t>vn -0.6813 -0.7288 -0.0689</w:t>
        <w:br/>
        <w:t>vn 0.4345 0.8816 0.1843</w:t>
        <w:br/>
        <w:t>vn 0.4111 0.8878 0.2069</w:t>
        <w:br/>
        <w:t>vn 0.4111 0.8878 0.2070</w:t>
        <w:br/>
        <w:t>vn -0.7443 -0.6672 0.0290</w:t>
        <w:br/>
        <w:t>vn -0.7501 -0.6540 0.0979</w:t>
        <w:br/>
        <w:t>vn 0.8417 0.5230 0.1343</w:t>
        <w:br/>
        <w:t>vn 0.4501 0.8723 0.1910</w:t>
        <w:br/>
        <w:t>vn -0.6559 -0.7525 0.0595</w:t>
        <w:br/>
        <w:t>vn -0.6225 -0.7824 -0.0182</w:t>
        <w:br/>
        <w:t>vn 0.1135 -0.9823 -0.1488</w:t>
        <w:br/>
        <w:t>vn 0.1303 -0.9867 -0.0968</w:t>
        <w:br/>
        <w:t>vn 0.1348 -0.9891 -0.0594</w:t>
        <w:br/>
        <w:t>vn 0.0989 -0.9930 -0.0642</w:t>
        <w:br/>
        <w:t>vn 0.0989 -0.9930 -0.0643</w:t>
        <w:br/>
        <w:t>vn 0.1665 -0.9860 0.0018</w:t>
        <w:br/>
        <w:t>vn 0.2370 -0.9714 -0.0171</w:t>
        <w:br/>
        <w:t>vn 0.2615 -0.9647 -0.0323</w:t>
        <w:br/>
        <w:t>vn -0.5734 0.6702 0.4712</w:t>
        <w:br/>
        <w:t>vn -0.5273 0.7562 0.3875</w:t>
        <w:br/>
        <w:t>vn -0.0000 0.4317 0.9020</w:t>
        <w:br/>
        <w:t>vn -0.3352 0.4898 0.8048</w:t>
        <w:br/>
        <w:t>vn -0.5032 0.6242 0.5977</w:t>
        <w:br/>
        <w:t>vn -0.5141 0.6557 0.5530</w:t>
        <w:br/>
        <w:t>vn -0.5345 0.5671 0.6266</w:t>
        <w:br/>
        <w:t>vn -0.5773 0.5572 0.5969</w:t>
        <w:br/>
        <w:t>vn -0.5999 0.5391 0.5912</w:t>
        <w:br/>
        <w:t>vn -0.5999 0.5390 0.5912</w:t>
        <w:br/>
        <w:t>vn -0.5773 0.5571 0.5969</w:t>
        <w:br/>
        <w:t>vn -0.6163 0.5397 0.5735</w:t>
        <w:br/>
        <w:t>vn 0.2859 -0.9566 -0.0561</w:t>
        <w:br/>
        <w:t>vn 0.2988 -0.9510 -0.0788</w:t>
        <w:br/>
        <w:t>vn -0.6868 -0.4927 0.5343</w:t>
        <w:br/>
        <w:t>vn -0.7661 -0.6302 0.1261</w:t>
        <w:br/>
        <w:t>vn -0.6844 -0.4719 0.5557</w:t>
        <w:br/>
        <w:t>vn -0.5178 -0.7183 0.4647</w:t>
        <w:br/>
        <w:t>vn -0.3398 -0.2889 0.8950</w:t>
        <w:br/>
        <w:t>vn -0.3712 -0.3031 0.8777</w:t>
        <w:br/>
        <w:t>vn -0.3628 -0.2870 0.8865</w:t>
        <w:br/>
        <w:t>vn -0.3244 -0.2461 0.9133</w:t>
        <w:br/>
        <w:t>vn -0.3017 -0.2485 0.9204</w:t>
        <w:br/>
        <w:t>vn -0.3986 -0.3264 0.8571</w:t>
        <w:br/>
        <w:t>vn -0.5490 -0.0082 0.8358</w:t>
        <w:br/>
        <w:t>vn -0.5490 -0.0081 0.8358</w:t>
        <w:br/>
        <w:t>vn -0.4737 0.2581 0.8420</w:t>
        <w:br/>
        <w:t>vn -0.4736 0.2581 0.8420</w:t>
        <w:br/>
        <w:t>vn -0.4376 0.1577 0.8852</w:t>
        <w:br/>
        <w:t>vn -0.4479 0.0145 0.8940</w:t>
        <w:br/>
        <w:t>vn -0.4524 -0.0110 0.8917</w:t>
        <w:br/>
        <w:t>vn -0.4509 -0.0333 0.8919</w:t>
        <w:br/>
        <w:t>vn -0.4510 -0.0333 0.8919</w:t>
        <w:br/>
        <w:t>vn -0.4654 0.0508 0.8836</w:t>
        <w:br/>
        <w:t>vn -0.4123 -0.0958 0.9060</w:t>
        <w:br/>
        <w:t>vn 0.1191 -0.0903 0.9888</w:t>
        <w:br/>
        <w:t>vn -0.3489 -0.2400 0.9059</w:t>
        <w:br/>
        <w:t>vn 0.1139 -0.9934 -0.0140</w:t>
        <w:br/>
        <w:t>vn 0.1405 -0.9832 -0.1167</w:t>
        <w:br/>
        <w:t>vn -0.3196 -0.1241 -0.9394</w:t>
        <w:br/>
        <w:t>vn -0.3568 -0.1777 -0.9171</w:t>
        <w:br/>
        <w:t>vn -0.0007 0.5321 -0.8467</w:t>
        <w:br/>
        <w:t>vn -0.2700 0.4241 -0.8644</w:t>
        <w:br/>
        <w:t>vn -0.0000 0.0841 0.9965</w:t>
        <w:br/>
        <w:t>vn 0.2502 -0.2161 0.9438</w:t>
        <w:br/>
        <w:t>vn -0.3352 0.4899 0.8048</w:t>
        <w:br/>
        <w:t>vn 0.3766 -0.4909 0.7856</w:t>
        <w:br/>
        <w:t>vn 0.2502 -0.2162 0.9438</w:t>
        <w:br/>
        <w:t>vn 0.3252 -0.5955 0.7346</w:t>
        <w:br/>
        <w:t>vn 0.3251 -0.5955 0.7346</w:t>
        <w:br/>
        <w:t>vn 0.2684 -0.6906 0.6716</w:t>
        <w:br/>
        <w:t>vn 0.1510 0.2511 -0.9561</w:t>
        <w:br/>
        <w:t>vn 0.2138 0.2384 -0.9473</w:t>
        <w:br/>
        <w:t>vn 0.2102 0.2600 -0.9424</w:t>
        <w:br/>
        <w:t>vn 0.1144 0.2702 -0.9560</w:t>
        <w:br/>
        <w:t>vn 0.1649 0.3010 -0.9393</w:t>
        <w:br/>
        <w:t>vn 0.0861 0.3144 -0.9454</w:t>
        <w:br/>
        <w:t>vn 0.0000 0.2834 -0.9590</w:t>
        <w:br/>
        <w:t>vn 0.2643 0.2664 -0.9269</w:t>
        <w:br/>
        <w:t>vn 0.2893 0.2933 -0.9112</w:t>
        <w:br/>
        <w:t>vn 0.9981 -0.0452 -0.0412</w:t>
        <w:br/>
        <w:t>vn 0.9665 0.0592 -0.2496</w:t>
        <w:br/>
        <w:t>vn 0.8793 0.1608 -0.4483</w:t>
        <w:br/>
        <w:t>vn 0.2489 -0.2183 0.9436</w:t>
        <w:br/>
        <w:t>vn -0.0000 -0.1108 0.9938</w:t>
        <w:br/>
        <w:t>vn 0.4056 -0.0538 0.9124</w:t>
        <w:br/>
        <w:t>vn 0.4941 -0.1707 0.8525</w:t>
        <w:br/>
        <w:t>vn 0.5351 -0.0907 0.8399</w:t>
        <w:br/>
        <w:t>vn 0.6007 -0.2012 0.7737</w:t>
        <w:br/>
        <w:t>vn 0.9727 -0.1198 0.1987</w:t>
        <w:br/>
        <w:t>vn 0.8782 -0.1414 0.4570</w:t>
        <w:br/>
        <w:t>vn -0.0000 0.2569 -0.9664</w:t>
        <w:br/>
        <w:t>vn 0.0000 0.2587 -0.9660</w:t>
        <w:br/>
        <w:t>vn 0.3164 0.2881 -0.9038</w:t>
        <w:br/>
        <w:t>vn 0.0541 0.3144 -0.9477</w:t>
        <w:br/>
        <w:t>vn 0.0550 0.2834 -0.9574</w:t>
        <w:br/>
        <w:t>vn 0.0000 0.2824 -0.9593</w:t>
        <w:br/>
        <w:t>vn 0.0700 0.2866 -0.9555</w:t>
        <w:br/>
        <w:t>vn -0.0000 0.2607 -0.9654</w:t>
        <w:br/>
        <w:t>vn 0.0637 0.2402 -0.9686</w:t>
        <w:br/>
        <w:t>vn 0.0497 0.2138 -0.9756</w:t>
        <w:br/>
        <w:t>vn -0.0000 0.2136 -0.9769</w:t>
        <w:br/>
        <w:t>vn 0.0301 0.1692 -0.9851</w:t>
        <w:br/>
        <w:t>vn 0.0000 0.1642 -0.9864</w:t>
        <w:br/>
        <w:t>vn 0.0098 0.1527 -0.9882</w:t>
        <w:br/>
        <w:t>vn 0.0000 0.1527 -0.9883</w:t>
        <w:br/>
        <w:t>vn 0.0610 0.2067 -0.9765</w:t>
        <w:br/>
        <w:t>vn 0.0559 0.1889 -0.9804</w:t>
        <w:br/>
        <w:t>vn 0.0497 0.2661 -0.9627</w:t>
        <w:br/>
        <w:t>vn 0.0436 0.3090 -0.9500</w:t>
        <w:br/>
        <w:t>vn 0.0639 0.3180 -0.9459</w:t>
        <w:br/>
        <w:t>vn 0.8029 0.2616 -0.5356</w:t>
        <w:br/>
        <w:t>vn 0.7484 0.3027 -0.5902</w:t>
        <w:br/>
        <w:t>vn 0.6272 0.4253 -0.6525</w:t>
        <w:br/>
        <w:t>vn 0.4133 0.4649 -0.7830</w:t>
        <w:br/>
        <w:t>vn 0.2096 0.4496 -0.8683</w:t>
        <w:br/>
        <w:t>vn 0.2714 0.4995 -0.8227</w:t>
        <w:br/>
        <w:t>vn 0.2380 0.5456 -0.8036</w:t>
        <w:br/>
        <w:t>vn 0.3652 0.6251 -0.6898</w:t>
        <w:br/>
        <w:t>vn 0.5082 0.5932 -0.6244</w:t>
        <w:br/>
        <w:t>vn 0.8955 0.2328 -0.3793</w:t>
        <w:br/>
        <w:t>vn 0.9729 0.1434 -0.1814</w:t>
        <w:br/>
        <w:t>vn 0.9997 0.0191 0.0146</w:t>
        <w:br/>
        <w:t>vn 0.9725 -0.0520 0.2271</w:t>
        <w:br/>
        <w:t>vn 0.8883 -0.0862 0.4511</w:t>
        <w:br/>
        <w:t>vn 0.8810 0.2871 -0.3761</w:t>
        <w:br/>
        <w:t>vn 0.8073 0.4684 -0.3591</w:t>
        <w:br/>
        <w:t>vn 0.6297 0.7051 -0.3261</w:t>
        <w:br/>
        <w:t>vn 0.4623 0.7936 -0.3956</w:t>
        <w:br/>
        <w:t>vn 0.3516 0.7680 -0.5353</w:t>
        <w:br/>
        <w:t>vn 0.9603 0.2495 -0.1244</w:t>
        <w:br/>
        <w:t>vn 0.9849 0.1522 0.0822</w:t>
        <w:br/>
        <w:t>vn 0.8958 0.4371 -0.0806</w:t>
        <w:br/>
        <w:t>vn 0.9645 0.0551 0.2581</w:t>
        <w:br/>
        <w:t>vn 0.8749 -0.0011 0.4843</w:t>
        <w:br/>
        <w:t>vn 0.9270 0.3428 0.1523</w:t>
        <w:br/>
        <w:t>vn 0.9217 0.2210 0.3189</w:t>
        <w:br/>
        <w:t>vn 0.8183 0.1110 0.5639</w:t>
        <w:br/>
        <w:t>vn 0.7799 0.5854 0.2216</w:t>
        <w:br/>
        <w:t>vn 0.7259 0.6877 -0.0130</w:t>
        <w:br/>
        <w:t>vn 0.5670 0.7763 0.2755</w:t>
        <w:br/>
        <w:t>vn 0.5230 0.8523 -0.0080</w:t>
        <w:br/>
        <w:t>vn 0.7876 0.4471 0.4240</w:t>
        <w:br/>
        <w:t>vn 0.6003 0.6315 0.4908</w:t>
        <w:br/>
        <w:t>vn 0.3813 0.9163 -0.1225</w:t>
        <w:br/>
        <w:t>vn 0.3314 0.8917 0.3083</w:t>
        <w:br/>
        <w:t>vn 0.4009 0.7671 0.5008</w:t>
        <w:br/>
        <w:t>vn 0.7550 0.3000 0.5831</w:t>
        <w:br/>
        <w:t>vn 0.3239 0.0850 0.9423</w:t>
        <w:br/>
        <w:t>vn -0.0000 0.0654 0.9979</w:t>
        <w:br/>
        <w:t>vn -0.0000 -0.1352 0.9908</w:t>
        <w:br/>
        <w:t>vn 0.5228 -0.2207 0.8234</w:t>
        <w:br/>
        <w:t>vn 0.2934 0.1275 0.9475</w:t>
        <w:br/>
        <w:t>vn -0.0000 0.1253 0.9921</w:t>
        <w:br/>
        <w:t>vn 0.4349 0.1622 0.8857</w:t>
        <w:br/>
        <w:t>vn 0.3205 0.1616 0.9334</w:t>
        <w:br/>
        <w:t>vn -0.0000 0.0198 0.9998</w:t>
        <w:br/>
        <w:t>vn 0.0000 0.1885 0.9821</w:t>
        <w:br/>
        <w:t>vn 0.2198 0.1798 0.9588</w:t>
        <w:br/>
        <w:t>vn 0.4207 0.3737 0.8267</w:t>
        <w:br/>
        <w:t>vn 0.3502 0.2606 0.8997</w:t>
        <w:br/>
        <w:t>vn 0.6841 0.4614 0.5649</w:t>
        <w:br/>
        <w:t>vn 0.5536 0.5908 0.5870</w:t>
        <w:br/>
        <w:t>vn 0.3908 0.7057 0.5910</w:t>
        <w:br/>
        <w:t>vn 0.2868 0.7444 0.6029</w:t>
        <w:br/>
        <w:t>vn -0.3356 -0.7627 0.5529</w:t>
        <w:br/>
        <w:t>vn -0.0512 -0.3351 0.9408</w:t>
        <w:br/>
        <w:t>vn -0.6671 -0.4095 0.6224</w:t>
        <w:br/>
        <w:t>vn 0.3134 0.3043 0.8995</w:t>
        <w:br/>
        <w:t>vn 0.2185 0.2878 0.9324</w:t>
        <w:br/>
        <w:t>vn 0.2780 0.3570 0.8918</w:t>
        <w:br/>
        <w:t>vn 0.0000 0.2607 0.9654</w:t>
        <w:br/>
        <w:t>vn -0.0000 0.3175 0.9483</w:t>
        <w:br/>
        <w:t>vn 0.0503 0.3274 0.9435</w:t>
        <w:br/>
        <w:t>vn 0.1354 0.3129 0.9401</w:t>
        <w:br/>
        <w:t>vn 0.9873 -0.1292 -0.0927</w:t>
        <w:br/>
        <w:t>vn 0.9940 -0.0868 -0.0667</w:t>
        <w:br/>
        <w:t>vn 0.9994 -0.0237 -0.0261</w:t>
        <w:br/>
        <w:t>vn 0.9965 -0.0694 -0.0474</w:t>
        <w:br/>
        <w:t>vn 0.9775 -0.1784 -0.1124</w:t>
        <w:br/>
        <w:t>vn 0.9671 -0.2243 -0.1200</w:t>
        <w:br/>
        <w:t>vn 0.8877 -0.2866 -0.3604</w:t>
        <w:br/>
        <w:t>vn 0.9004 -0.2625 -0.3468</w:t>
        <w:br/>
        <w:t>vn 0.9317 -0.1829 -0.3139</w:t>
        <w:br/>
        <w:t>vn 0.9161 -0.2250 -0.3318</w:t>
        <w:br/>
        <w:t>vn 0.6781 -0.3030 -0.6696</w:t>
        <w:br/>
        <w:t>vn 0.6932 -0.2344 -0.6816</w:t>
        <w:br/>
        <w:t>vn 0.9628 -0.2665 -0.0451</w:t>
        <w:br/>
        <w:t>vn 0.9614 -0.2581 -0.0953</w:t>
        <w:br/>
        <w:t>vn 0.9411 -0.3153 -0.1218</w:t>
        <w:br/>
        <w:t>vn 0.6876 -0.3667 -0.6267</w:t>
        <w:br/>
        <w:t>vn 0.6857 -0.3244 -0.6515</w:t>
        <w:br/>
        <w:t>vn 0.8794 -0.3072 -0.3638</w:t>
        <w:br/>
        <w:t>vn 0.8762 -0.3325 -0.3487</w:t>
        <w:br/>
        <w:t>vn 0.9882 -0.1430 -0.0544</w:t>
        <w:br/>
        <w:t>vn 0.9761 -0.2120 -0.0477</w:t>
        <w:br/>
        <w:t>vn 0.9647 -0.2607 -0.0366</w:t>
        <w:br/>
        <w:t>vn 0.9592 -0.2805 -0.0355</w:t>
        <w:br/>
        <w:t>vn 0.9468 -0.3015 -0.1125</w:t>
        <w:br/>
        <w:t>vn 0.9567 -0.2663 -0.1173</w:t>
        <w:br/>
        <w:t>vn 0.6693 -0.3286 -0.6664</w:t>
        <w:br/>
        <w:t>vn 0.6646 -0.3345 -0.6681</w:t>
        <w:br/>
        <w:t>vn 0.3245 -0.2107 -0.9221</w:t>
        <w:br/>
        <w:t>vn 0.3322 -0.2974 -0.8951</w:t>
        <w:br/>
        <w:t>vn -0.0410 -0.1878 -0.9814</w:t>
        <w:br/>
        <w:t>vn 0.0000 -0.1734 -0.9849</w:t>
        <w:br/>
        <w:t>vn 0.0000 -0.0822 -0.9966</w:t>
        <w:br/>
        <w:t>vn -0.0655 -0.1282 -0.9896</w:t>
        <w:br/>
        <w:t>vn 0.0973 -0.2533 -0.9625</w:t>
        <w:br/>
        <w:t>vn 0.3441 -0.3149 -0.8845</w:t>
        <w:br/>
        <w:t>vn 0.3745 -0.2779 -0.8846</w:t>
        <w:br/>
        <w:t>vn 0.1128 -0.2124 -0.9706</w:t>
        <w:br/>
        <w:t>vn 0.0000 -0.2150 -0.9766</w:t>
        <w:br/>
        <w:t>vn -0.0335 -0.2192 -0.9751</w:t>
        <w:br/>
        <w:t>vn -0.0334 -0.1949 -0.9803</w:t>
        <w:br/>
        <w:t>vn 0.0000 -0.1950 -0.9808</w:t>
        <w:br/>
        <w:t>vn 0.4041 -0.2818 -0.8702</w:t>
        <w:br/>
        <w:t>vn 0.3854 -0.4246 -0.8192</w:t>
        <w:br/>
        <w:t>vn 0.0531 -0.1839 -0.9815</w:t>
        <w:br/>
        <w:t>vn 0.0744 -0.2383 -0.9683</w:t>
        <w:br/>
        <w:t>vn 0.8753 -0.3627 -0.3197</w:t>
        <w:br/>
        <w:t>vn 0.8951 -0.3656 -0.2551</w:t>
        <w:br/>
        <w:t>vn -0.0424 -0.2415 -0.9695</w:t>
        <w:br/>
        <w:t>vn -0.0768 -0.4725 -0.8780</w:t>
        <w:br/>
        <w:t>vn -0.0000 -0.4930 -0.8700</w:t>
        <w:br/>
        <w:t>vn 0.0000 -0.2481 -0.9687</w:t>
        <w:br/>
        <w:t>vn 0.1112 -0.2404 -0.9643</w:t>
        <w:br/>
        <w:t>vn 0.0725 -0.4536 -0.8882</w:t>
        <w:br/>
        <w:t>vn 0.6727 -0.3899 -0.6289</w:t>
        <w:br/>
        <w:t>vn 0.4119 -0.4715 -0.7798</w:t>
        <w:br/>
        <w:t>vn 0.6765 -0.3953 -0.6213</w:t>
        <w:br/>
        <w:t>vn 0.0093 -0.7289 0.6846</w:t>
        <w:br/>
        <w:t>vn 0.0170 -0.8241 0.5662</w:t>
        <w:br/>
        <w:t>vn 0.0557 -0.8608 0.5059</w:t>
        <w:br/>
        <w:t>vn 0.0763 -0.7611 0.6442</w:t>
        <w:br/>
        <w:t>vn -0.0000 -0.7442 0.6680</w:t>
        <w:br/>
        <w:t>vn -0.0741 -0.7383 0.6704</w:t>
        <w:br/>
        <w:t>vn -0.0658 -0.6516 0.7557</w:t>
        <w:br/>
        <w:t>vn -0.0000 -0.6465 0.7629</w:t>
        <w:br/>
        <w:t>vn -0.0889 -0.2942 0.9516</w:t>
        <w:br/>
        <w:t>vn 0.0031 -0.2736 0.9618</w:t>
        <w:br/>
        <w:t>vn 0.0000 -0.4511 0.8925</w:t>
        <w:br/>
        <w:t>vn -0.0691 -0.4743 0.8777</w:t>
        <w:br/>
        <w:t>vn -0.0337 -0.3895 0.9204</w:t>
        <w:br/>
        <w:t>vn -0.0196 -0.5375 0.8431</w:t>
        <w:br/>
        <w:t>vn 0.0353 -0.5517 0.8333</w:t>
        <w:br/>
        <w:t>vn 0.0479 -0.4253 0.9038</w:t>
        <w:br/>
        <w:t>vn -0.2481 0.7306 0.6362</w:t>
        <w:br/>
        <w:t>vn -0.1278 0.5835 0.8020</w:t>
        <w:br/>
        <w:t>vn -0.2085 0.5761 0.7904</w:t>
        <w:br/>
        <w:t>vn 0.6845 -0.6282 0.3698</w:t>
        <w:br/>
        <w:t>vn 0.5878 -0.7481 0.3081</w:t>
        <w:br/>
        <w:t>vn 0.6590 -0.7132 0.2387</w:t>
        <w:br/>
        <w:t>vn 0.7458 -0.6220 0.2386</w:t>
        <w:br/>
        <w:t>vn 0.1254 -0.5705 0.8116</w:t>
        <w:br/>
        <w:t>vn 0.1678 -0.4299 0.8871</w:t>
        <w:br/>
        <w:t>vn 0.7625 -0.4436 0.4709</w:t>
        <w:br/>
        <w:t>vn 0.8397 -0.4563 0.2944</w:t>
        <w:br/>
        <w:t>vn 0.8183 -0.0498 0.5726</w:t>
        <w:br/>
        <w:t>vn 0.9183 -0.0704 0.3896</w:t>
        <w:br/>
        <w:t>vn 0.9111 0.1174 0.3950</w:t>
        <w:br/>
        <w:t>vn 0.8183 0.1226 0.5615</w:t>
        <w:br/>
        <w:t>vn 0.7483 0.4625 0.4755</w:t>
        <w:br/>
        <w:t>vn 0.8021 0.3001 0.5162</w:t>
        <w:br/>
        <w:t>vn 0.8828 0.2811 0.3763</w:t>
        <w:br/>
        <w:t>vn 0.8347 0.4194 0.3570</w:t>
        <w:br/>
        <w:t>vn 0.6883 0.5593 0.4619</w:t>
        <w:br/>
        <w:t>vn 0.7780 0.5063 0.3719</w:t>
        <w:br/>
        <w:t>vn 0.6646 0.6104 0.4309</w:t>
        <w:br/>
        <w:t>vn 0.6231 0.6410 0.4483</w:t>
        <w:br/>
        <w:t>vn 0.9240 -0.3692 -0.0993</w:t>
        <w:br/>
        <w:t>vn 0.9257 -0.3748 -0.0513</w:t>
        <w:br/>
        <w:t>vn 0.9529 -0.3011 -0.0360</w:t>
        <w:br/>
        <w:t>vn 0.9491 -0.3040 -0.0829</w:t>
        <w:br/>
        <w:t>vn 0.9809 -0.1482 -0.1257</w:t>
        <w:br/>
        <w:t>vn 0.9640 -0.2398 -0.1148</w:t>
        <w:br/>
        <w:t>vn 0.9642 -0.2189 -0.1494</w:t>
        <w:br/>
        <w:t>vn 0.9819 -0.1100 -0.1542</w:t>
        <w:br/>
        <w:t>vn 0.9955 0.0342 -0.0887</w:t>
        <w:br/>
        <w:t>vn 0.9929 -0.0312 -0.1145</w:t>
        <w:br/>
        <w:t>vn 0.9873 0.1073 -0.1168</w:t>
        <w:br/>
        <w:t>vn 0.9888 0.0207 -0.1480</w:t>
        <w:br/>
        <w:t>vn 0.9790 0.1884 -0.0779</w:t>
        <w:br/>
        <w:t>vn 0.9912 0.0883 -0.0988</w:t>
        <w:br/>
        <w:t>vn 0.9729 -0.2070 -0.1031</w:t>
        <w:br/>
        <w:t>vn 0.9923 -0.0672 -0.1038</w:t>
        <w:br/>
        <w:t>vn 0.8907 -0.4531 -0.0378</w:t>
        <w:br/>
        <w:t>vn 0.9120 -0.4021 -0.0807</w:t>
        <w:br/>
        <w:t>vn 0.9446 -0.2911 0.1514</w:t>
        <w:br/>
        <w:t>vn 0.9773 -0.2059 0.0494</w:t>
        <w:br/>
        <w:t>vn 0.9046 -0.3916 0.1681</w:t>
        <w:br/>
        <w:t>vn 0.9662 -0.2574 -0.0109</w:t>
        <w:br/>
        <w:t>vn 0.9779 -0.2069 -0.0302</w:t>
        <w:br/>
        <w:t>vn 0.9898 0.1378 -0.0368</w:t>
        <w:br/>
        <w:t>vn 0.9889 0.1331 -0.0656</w:t>
        <w:br/>
        <w:t>vn 0.9976 0.0515 -0.0458</w:t>
        <w:br/>
        <w:t>vn 0.9982 0.0556 -0.0219</w:t>
        <w:br/>
        <w:t>vn 0.9999 -0.0121 0.0013</w:t>
        <w:br/>
        <w:t>vn 0.9998 -0.0101 0.0150</w:t>
        <w:br/>
        <w:t>vn 0.9747 0.2234 -0.0089</w:t>
        <w:br/>
        <w:t>vn 0.9750 0.2193 -0.0352</w:t>
        <w:br/>
        <w:t>vn 0.9542 0.2959 0.0447</w:t>
        <w:br/>
        <w:t>vn 0.9527 0.2983 0.0585</w:t>
        <w:br/>
        <w:t>vn 0.9268 0.3481 0.1407</w:t>
        <w:br/>
        <w:t>vn 0.9270 0.3494 0.1362</w:t>
        <w:br/>
        <w:t>vn 0.8287 0.4587 0.3206</w:t>
        <w:br/>
        <w:t>vn 0.7432 0.5451 0.3879</w:t>
        <w:br/>
        <w:t>vn 0.9405 0.3135 0.1315</w:t>
        <w:br/>
        <w:t>vn 0.9692 0.2081 0.1316</w:t>
        <w:br/>
        <w:t>vn 0.9874 0.1566 0.0219</w:t>
        <w:br/>
        <w:t>vn 0.9649 0.2614 0.0265</w:t>
        <w:br/>
        <w:t>vn 0.9417 0.2446 0.2309</w:t>
        <w:br/>
        <w:t>vn 0.9046 0.3625 0.2244</w:t>
        <w:br/>
        <w:t>vn 0.9705 -0.0952 0.2213</w:t>
        <w:br/>
        <w:t>vn 0.9679 0.0886 0.2352</w:t>
        <w:br/>
        <w:t>vn 0.5141 -0.8107 0.2801</w:t>
        <w:br/>
        <w:t>vn 0.3553 -0.8847 0.3017</w:t>
        <w:br/>
        <w:t>vn 0.6117 -0.7475 0.2588</w:t>
        <w:br/>
        <w:t>vn 0.7900 -0.5940 0.1522</w:t>
        <w:br/>
        <w:t>vn 0.7175 -0.6666 0.2020</w:t>
        <w:br/>
        <w:t>vn 0.8778 -0.4505 0.1628</w:t>
        <w:br/>
        <w:t>vn 0.6754 -0.4237 0.6036</w:t>
        <w:br/>
        <w:t>vn 0.5508 -0.4305 0.7151</w:t>
        <w:br/>
        <w:t>vn 0.4746 -0.6050 0.6394</w:t>
        <w:br/>
        <w:t>vn 0.6008 -0.6147 0.5111</w:t>
        <w:br/>
        <w:t>vn 0.6313 -0.0452 0.7742</w:t>
        <w:br/>
        <w:t>vn 0.7394 -0.0390 0.6721</w:t>
        <w:br/>
        <w:t>vn 0.7417 0.1106 0.6615</w:t>
        <w:br/>
        <w:t>vn 0.6298 0.1049 0.7697</w:t>
        <w:br/>
        <w:t>vn 0.6254 0.2395 0.7426</w:t>
        <w:br/>
        <w:t>vn 0.5864 0.4727 0.6577</w:t>
        <w:br/>
        <w:t>vn 0.5901 0.2549 0.7661</w:t>
        <w:br/>
        <w:t>vn 0.4742 0.6118 0.6331</w:t>
        <w:br/>
        <w:t>vn 0.6142 0.5829 0.5320</w:t>
        <w:br/>
        <w:t>vn 0.5341 0.6849 0.4956</w:t>
        <w:br/>
        <w:t>vn 0.3760 0.7079 0.5980</w:t>
        <w:br/>
        <w:t>vn 0.3681 -0.7735 0.5159</w:t>
        <w:br/>
        <w:t>vn 0.5043 -0.7649 0.4008</w:t>
        <w:br/>
        <w:t>vn -0.0356 -0.6956 0.7176</w:t>
        <w:br/>
        <w:t>vn 0.1622 0.7348 0.6586</w:t>
        <w:br/>
        <w:t>vn 0.1136 0.7789 0.6168</w:t>
        <w:br/>
        <w:t>vn 0.0627 0.7744 0.6295</w:t>
        <w:br/>
        <w:t>vn 0.3146 0.7785 0.5431</w:t>
        <w:br/>
        <w:t>vn 0.5546 0.6923 0.4617</w:t>
        <w:br/>
        <w:t>vn 0.5048 0.7360 0.4511</w:t>
        <w:br/>
        <w:t>vn 0.6638 0.6259 0.4095</w:t>
        <w:br/>
        <w:t>vn 0.4172 0.7449 0.5206</w:t>
        <w:br/>
        <w:t>vn 0.2868 0.7818 0.5537</w:t>
        <w:br/>
        <w:t>vn 0.5355 0.6836 0.4960</w:t>
        <w:br/>
        <w:t>vn 0.4810 0.6490 0.5894</w:t>
        <w:br/>
        <w:t>vn 0.3541 0.6953 0.6254</w:t>
        <w:br/>
        <w:t>vn 0.6470 0.6366 0.4197</w:t>
        <w:br/>
        <w:t>vn 0.5915 0.6090 0.5285</w:t>
        <w:br/>
        <w:t>vn 0.3829 0.7200 0.5787</w:t>
        <w:br/>
        <w:t>vn 0.5323 0.6014 0.5958</w:t>
        <w:br/>
        <w:t>vn 0.3898 0.6419 0.6603</w:t>
        <w:br/>
        <w:t>vn 0.3077 0.6813 0.6642</w:t>
        <w:br/>
        <w:t>vn 0.2326 0.6487 0.7246</w:t>
        <w:br/>
        <w:t>vn 0.3358 0.6451 0.6864</w:t>
        <w:br/>
        <w:t>vn 0.2896 0.6472 0.7052</w:t>
        <w:br/>
        <w:t>vn 0.3619 0.6481 0.6701</w:t>
        <w:br/>
        <w:t>vn 0.4645 0.6233 0.6291</w:t>
        <w:br/>
        <w:t>vn 0.9968 -0.0675 -0.0425</w:t>
        <w:br/>
        <w:t>vn 0.9973 -0.0661 -0.0317</w:t>
        <w:br/>
        <w:t>vn 0.9439 -0.1608 -0.2883</w:t>
        <w:br/>
        <w:t>vn 0.9486 -0.1592 -0.2734</w:t>
        <w:br/>
        <w:t>vn 0.6704 -0.2469 -0.6997</w:t>
        <w:br/>
        <w:t>vn 0.7434 -0.2272 -0.6291</w:t>
        <w:br/>
        <w:t>vn 0.4406 -0.2846 -0.8514</w:t>
        <w:br/>
        <w:t>vn 0.2980 -0.2314 -0.9261</w:t>
        <w:br/>
        <w:t>vn 0.2019 -0.2353 -0.9507</w:t>
        <w:br/>
        <w:t>vn -0.0830 -0.1086 -0.9906</w:t>
        <w:br/>
        <w:t>vn 0.0176 -0.1963 -0.9804</w:t>
        <w:br/>
        <w:t>vn 0.0115 -0.1666 -0.9860</w:t>
        <w:br/>
        <w:t>vn -0.0000 -0.0267 -0.9996</w:t>
        <w:br/>
        <w:t>vn -0.1305 -0.9905 -0.0434</w:t>
        <w:br/>
        <w:t>vn -0.1304 -0.9905 -0.0434</w:t>
        <w:br/>
        <w:t>vn -0.2786 -0.9603 0.0147</w:t>
        <w:br/>
        <w:t>vn -0.2785 -0.9603 0.0147</w:t>
        <w:br/>
        <w:t>vn -0.3007 -0.8725 0.3851</w:t>
        <w:br/>
        <w:t>vn -0.3008 -0.8725 0.3851</w:t>
        <w:br/>
        <w:t>vn -0.2199 -0.8968 0.3839</w:t>
        <w:br/>
        <w:t>vn -0.3717 -0.8745 0.3115</w:t>
        <w:br/>
        <w:t>vn -0.3687 -0.9171 0.1515</w:t>
        <w:br/>
        <w:t>vn -0.0817 -0.9690 0.2332</w:t>
        <w:br/>
        <w:t>vn -0.0328 -0.9795 0.1987</w:t>
        <w:br/>
        <w:t>vn 0.0479 -0.9332 0.3561</w:t>
        <w:br/>
        <w:t>vn -0.0023 -0.9055 0.4243</w:t>
        <w:br/>
        <w:t>vn -0.0000 -1.0000 0.0008</w:t>
        <w:br/>
        <w:t>vn -0.1381 -0.9879 0.0712</w:t>
        <w:br/>
        <w:t>vn -0.1136 -0.9127 0.3926</w:t>
        <w:br/>
        <w:t>vn -0.0000 -0.9332 0.3593</w:t>
        <w:br/>
        <w:t>vn -0.2449 0.9538 0.1741</w:t>
        <w:br/>
        <w:t>vn -0.2639 0.9625 0.0630</w:t>
        <w:br/>
        <w:t>vn -0.2534 0.9663 -0.0462</w:t>
        <w:br/>
        <w:t>vn -0.2573 0.9662 0.0170</w:t>
        <w:br/>
        <w:t>vn -0.1699 0.9603 -0.2211</w:t>
        <w:br/>
        <w:t>vn -0.1054 0.9663 -0.2348</w:t>
        <w:br/>
        <w:t>vn -0.0977 0.9463 -0.3082</w:t>
        <w:br/>
        <w:t>vn 0.5565 -0.7915 0.2528</w:t>
        <w:br/>
        <w:t>vn 0.5832 -0.7729 0.2499</w:t>
        <w:br/>
        <w:t>vn 0.5383 -0.8367 0.1008</w:t>
        <w:br/>
        <w:t>vn 0.0732 -0.9961 0.0486</w:t>
        <w:br/>
        <w:t>vn -0.0271 -0.9995 -0.0153</w:t>
        <w:br/>
        <w:t>vn -0.0360 0.9923 -0.1182</w:t>
        <w:br/>
        <w:t>vn -0.1083 0.9856 -0.1301</w:t>
        <w:br/>
        <w:t>vn -0.1083 0.9856 -0.1300</w:t>
        <w:br/>
        <w:t>vn 0.0383 0.9964 -0.0754</w:t>
        <w:br/>
        <w:t>vn -0.1888 0.9704 -0.1503</w:t>
        <w:br/>
        <w:t>vn -0.1888 0.9704 -0.1504</w:t>
        <w:br/>
        <w:t>vn -0.2665 0.9436 -0.1964</w:t>
        <w:br/>
        <w:t>vn -0.2664 0.9436 -0.1964</w:t>
        <w:br/>
        <w:t>vn -0.2874 0.9111 -0.2955</w:t>
        <w:br/>
        <w:t>vn -0.2874 0.9110 -0.2956</w:t>
        <w:br/>
        <w:t>vn -0.0357 -0.9876 0.1529</w:t>
        <w:br/>
        <w:t>vn -0.0222 -0.9824 0.1857</w:t>
        <w:br/>
        <w:t>vn 0.2141 -0.9412 0.2613</w:t>
        <w:br/>
        <w:t>vn -0.0257 -0.9891 0.1452</w:t>
        <w:br/>
        <w:t>vn 0.0965 -0.9575 0.2718</w:t>
        <w:br/>
        <w:t>vn -0.7885 0.5552 -0.2646</w:t>
        <w:br/>
        <w:t>vn 0.4075 0.1037 -0.9073</w:t>
        <w:br/>
        <w:t>vn 0.6241 -0.1581 -0.7652</w:t>
        <w:br/>
        <w:t>vn -0.9457 0.2740 0.1750</w:t>
        <w:br/>
        <w:t>vn -0.9699 0.2384 0.0492</w:t>
        <w:br/>
        <w:t>vn 0.7125 -0.2113 -0.6691</w:t>
        <w:br/>
        <w:t>vn 0.7497 -0.1601 -0.6421</w:t>
        <w:br/>
        <w:t>vn -0.9320 0.2861 0.2228</w:t>
        <w:br/>
        <w:t>vn -0.9320 0.2860 0.2227</w:t>
        <w:br/>
        <w:t>vn 0.7671 -0.0597 -0.6388</w:t>
        <w:br/>
        <w:t>vn 0.7669 -0.0597 -0.6389</w:t>
        <w:br/>
        <w:t>vn -0.9523 0.2090 0.2224</w:t>
        <w:br/>
        <w:t>vn -0.9523 0.2090 0.2223</w:t>
        <w:br/>
        <w:t>vn 0.8847 0.2821 -0.3710</w:t>
        <w:br/>
        <w:t>vn 0.8230 0.1217 -0.5548</w:t>
        <w:br/>
        <w:t>vn -0.9256 0.0606 0.3737</w:t>
        <w:br/>
        <w:t>vn -0.9611 0.1089 0.2537</w:t>
        <w:br/>
        <w:t>vn 0.1227 0.9916 0.0416</w:t>
        <w:br/>
        <w:t>vn 0.2514 0.9559 0.1516</w:t>
        <w:br/>
        <w:t>vn 0.2965 0.9534 -0.0566</w:t>
        <w:br/>
        <w:t>vn -0.1105 0.9517 -0.2866</w:t>
        <w:br/>
        <w:t>vn 0.1323 0.9371 -0.3231</w:t>
        <w:br/>
        <w:t>vn -0.3564 0.9255 -0.1280</w:t>
        <w:br/>
        <w:t>vn -0.2904 0.9394 -0.1821</w:t>
        <w:br/>
        <w:t>vn -0.0000 0.9932 -0.1165</w:t>
        <w:br/>
        <w:t>vn 0.3159 0.7289 0.6074</w:t>
        <w:br/>
        <w:t>vn 0.3296 0.7266 0.6028</w:t>
        <w:br/>
        <w:t>vn -0.7945 0.0417 0.6059</w:t>
        <w:br/>
        <w:t>vn 0.0734 0.7503 0.6570</w:t>
        <w:br/>
        <w:t>vn 0.0418 0.7785 0.6262</w:t>
        <w:br/>
        <w:t>vn 0.2445 0.2097 0.9467</w:t>
        <w:br/>
        <w:t>vn 0.3520 0.1755 0.9194</w:t>
        <w:br/>
        <w:t>vn 0.9507 -0.3099 0.0121</w:t>
        <w:br/>
        <w:t>vn 0.1127 0.4838 -0.8679</w:t>
        <w:br/>
        <w:t>vn 0.8827 0.4047 0.2388</w:t>
        <w:br/>
        <w:t>vn -0.1558 0.7975 -0.5828</w:t>
        <w:br/>
        <w:t>vn -0.4723 -0.6080 -0.6382</w:t>
        <w:br/>
        <w:t>vn -0.4495 -0.6391 -0.6241</w:t>
        <w:br/>
        <w:t>vn -0.4156 -0.6379 -0.6484</w:t>
        <w:br/>
        <w:t>vn -0.3561 -0.6243 -0.6953</w:t>
        <w:br/>
        <w:t>vn -0.3282 -0.6268 -0.7067</w:t>
        <w:br/>
        <w:t>vn -0.3851 -0.6591 -0.6460</w:t>
        <w:br/>
        <w:t>vn -0.3338 -0.6232 -0.7073</w:t>
        <w:br/>
        <w:t>vn 0.9860 -0.1591 -0.0490</w:t>
        <w:br/>
        <w:t>vn -0.3462 -0.7582 0.5525</w:t>
        <w:br/>
        <w:t>vn -0.1172 -0.5416 0.8325</w:t>
        <w:br/>
        <w:t>vn 0.6807 0.3345 0.6517</w:t>
        <w:br/>
        <w:t>vn 0.0917 -0.9955 -0.0239</w:t>
        <w:br/>
        <w:t>vn 0.0918 -0.9955 -0.0239</w:t>
        <w:br/>
        <w:t>vn 0.0657 -0.0600 -0.9960</w:t>
        <w:br/>
        <w:t>vn 0.5220 -0.7485 0.4090</w:t>
        <w:br/>
        <w:t>vn 0.8352 0.5189 -0.1819</w:t>
        <w:br/>
        <w:t>vn 0.7736 0.4575 0.4385</w:t>
        <w:br/>
        <w:t>vn 0.6788 -0.2605 0.6865</w:t>
        <w:br/>
        <w:t>vn 0.5740 -0.2649 0.7748</w:t>
        <w:br/>
        <w:t>vn 0.5657 -0.6131 0.5515</w:t>
        <w:br/>
        <w:t>vn 0.6846 0.3067 0.6612</w:t>
        <w:br/>
        <w:t>vn -0.2457 0.1294 -0.9607</w:t>
        <w:br/>
        <w:t>vn 0.9294 0.2329 0.2864</w:t>
        <w:br/>
        <w:t>vn 0.1512 -0.0424 0.9876</w:t>
        <w:br/>
        <w:t>vn 0.5789 -0.7845 -0.2223</w:t>
        <w:br/>
        <w:t>vn 0.1225 0.3559 -0.9265</w:t>
        <w:br/>
        <w:t>vn 0.3037 0.2562 -0.9176</w:t>
        <w:br/>
        <w:t>vn 0.3340 0.2628 -0.9052</w:t>
        <w:br/>
        <w:t>vn 0.3326 0.3080 -0.8913</w:t>
        <w:br/>
        <w:t>vn -0.0610 -0.6895 -0.7217</w:t>
        <w:br/>
        <w:t>vn 0.1328 -0.6572 -0.7419</w:t>
        <w:br/>
        <w:t>vn -0.8503 0.0393 -0.5248</w:t>
        <w:br/>
        <w:t>vn -0.8831 0.0225 -0.4686</w:t>
        <w:br/>
        <w:t>vn 0.0466 0.3469 -0.9367</w:t>
        <w:br/>
        <w:t>vn 0.4945 0.3421 -0.7990</w:t>
        <w:br/>
        <w:t>vn 0.5752 0.3015 -0.7605</w:t>
        <w:br/>
        <w:t>vn 0.3228 0.2452 -0.9142</w:t>
        <w:br/>
        <w:t>vn -0.9630 -0.2482 -0.1046</w:t>
        <w:br/>
        <w:t>vn -0.9714 -0.1818 -0.1529</w:t>
        <w:br/>
        <w:t>vn -0.9714 -0.1818 -0.1530</w:t>
        <w:br/>
        <w:t>vn -0.9226 -0.3214 0.2134</w:t>
        <w:br/>
        <w:t>vn -0.9620 -0.0914 -0.2574</w:t>
        <w:br/>
        <w:t>vn -0.9620 -0.0914 -0.2573</w:t>
        <w:br/>
        <w:t>vn -0.9314 -0.0314 -0.3626</w:t>
        <w:br/>
        <w:t>vn -0.0003 -0.9204 0.3910</w:t>
        <w:br/>
        <w:t>vn 0.0000 -0.9195 0.3931</w:t>
        <w:br/>
        <w:t>vn -0.4066 -0.4036 0.8196</w:t>
        <w:br/>
        <w:t>vn -0.4508 -0.4018 0.7971</w:t>
        <w:br/>
        <w:t>vn -0.4380 -0.3259 0.8378</w:t>
        <w:br/>
        <w:t>vn -0.4292 -0.3524 0.8316</w:t>
        <w:br/>
        <w:t>vn -0.4393 -0.3497 0.8275</w:t>
        <w:br/>
        <w:t>vn -0.4423 -0.3332 0.8326</w:t>
        <w:br/>
        <w:t>vn -0.4396 -0.3230 0.8381</w:t>
        <w:br/>
        <w:t>vn -0.4423 -0.3332 0.8327</w:t>
        <w:br/>
        <w:t>vn -0.5584 -0.3321 0.7602</w:t>
        <w:br/>
        <w:t>vn -0.5068 -0.3562 0.7850</w:t>
        <w:br/>
        <w:t>vn -0.4959 -0.4343 0.7520</w:t>
        <w:br/>
        <w:t>vn -0.4733 -0.3947 0.7875</w:t>
        <w:br/>
        <w:t>vn -0.4410 -0.3692 0.8180</w:t>
        <w:br/>
        <w:t>vn -0.4273 -0.3589 0.8298</w:t>
        <w:br/>
        <w:t>vn -0.4424 -0.3801 0.8123</w:t>
        <w:br/>
        <w:t>vn -0.4405 -0.4257 0.7904</w:t>
        <w:br/>
        <w:t>vn -0.4286 -0.4308 0.7941</w:t>
        <w:br/>
        <w:t>vn -0.4209 -0.3799 0.8237</w:t>
        <w:br/>
        <w:t>vn -0.4703 -0.3494 0.8104</w:t>
        <w:br/>
        <w:t>vn -0.4376 -0.3424 0.8314</w:t>
        <w:br/>
        <w:t>vn -0.4299 -0.3608 0.8277</w:t>
        <w:br/>
        <w:t>vn -0.4340 -0.3655 0.8234</w:t>
        <w:br/>
        <w:t>vn -0.4201 -0.3732 0.8272</w:t>
        <w:br/>
        <w:t>vn -0.4105 -0.4028 0.8181</w:t>
        <w:br/>
        <w:t>vn -0.4351 -0.3559 0.8271</w:t>
        <w:br/>
        <w:t>vn -0.4215 -0.3512 0.8360</w:t>
        <w:br/>
        <w:t>vn -0.4374 -0.3395 0.8327</w:t>
        <w:br/>
        <w:t>vn -0.4386 -0.3467 0.8291</w:t>
        <w:br/>
        <w:t>vn -0.4262 -0.3612 0.8294</w:t>
        <w:br/>
        <w:t>vn -0.3883 -0.3709 0.8436</w:t>
        <w:br/>
        <w:t>vn -0.4490 -0.2833 0.8474</w:t>
        <w:br/>
        <w:t>vn -0.4489 -0.2833 0.8475</w:t>
        <w:br/>
        <w:t>vn -0.3318 -0.3149 0.8892</w:t>
        <w:br/>
        <w:t>vn -0.4746 -0.3775 0.7951</w:t>
        <w:br/>
        <w:t>vn -0.5075 -0.4151 0.7551</w:t>
        <w:br/>
        <w:t>vn -0.4516 -0.4087 0.7931</w:t>
        <w:br/>
        <w:t>vn -0.4601 -0.3894 0.7979</w:t>
        <w:br/>
        <w:t>vn -0.4228 -0.3433 0.8387</w:t>
        <w:br/>
        <w:t>vn -0.3781 -0.3495 0.8573</w:t>
        <w:br/>
        <w:t>vn -0.4190 -0.3329 0.8447</w:t>
        <w:br/>
        <w:t>vn -0.4191 -0.3329 0.8447</w:t>
        <w:br/>
        <w:t>vn -0.4364 -0.3815 0.8149</w:t>
        <w:br/>
        <w:t>vn -0.2509 -0.2412 0.9375</w:t>
        <w:br/>
        <w:t>vn 0.9981 -0.0092 0.0603</w:t>
        <w:br/>
        <w:t>vn 0.9981 -0.0092 0.0604</w:t>
        <w:br/>
        <w:t>vn 0.9969 0.0273 0.0733</w:t>
        <w:br/>
        <w:t>vn -0.6889 -0.6096 0.3922</w:t>
        <w:br/>
        <w:t>vn -0.6889 -0.6096 0.3923</w:t>
        <w:br/>
        <w:t>vn -0.2510 -0.2412 0.9375</w:t>
        <w:br/>
        <w:t>vn -0.6888 -0.6096 0.3923</w:t>
        <w:br/>
        <w:t>vn 0.3087 0.0387 0.9504</w:t>
        <w:br/>
        <w:t>vn 0.5339 -0.0699 0.8427</w:t>
        <w:br/>
        <w:t>vn -0.0101 -0.0026 0.9999</w:t>
        <w:br/>
        <w:t>vn -0.0503 -0.0296 0.9983</w:t>
        <w:br/>
        <w:t>vn 0.0899 0.1415 0.9859</w:t>
        <w:br/>
        <w:t>vn -0.7149 0.6918 -0.1015</w:t>
        <w:br/>
        <w:t>vn -0.6589 0.7216 -0.2126</w:t>
        <w:br/>
        <w:t>vn 0.7888 0.5667 -0.2383</w:t>
        <w:br/>
        <w:t>vn 0.7905 0.5456 -0.2783</w:t>
        <w:br/>
        <w:t>vn 0.7834 0.5525 0.2846</w:t>
        <w:br/>
        <w:t>vn 0.7573 0.5326 0.3779</w:t>
        <w:br/>
        <w:t>vn 0.7784 0.5285 0.3387</w:t>
        <w:br/>
        <w:t>vn -0.7152 0.6817 0.1541</w:t>
        <w:br/>
        <w:t>vn -0.6663 0.7296 0.1542</w:t>
        <w:br/>
        <w:t>vn -0.2558 0.9079 0.3321</w:t>
        <w:br/>
        <w:t>vn 0.3301 0.8193 -0.4688</w:t>
        <w:br/>
        <w:t>vn 0.0760 0.7343 0.6745</w:t>
        <w:br/>
        <w:t>vn 0.0190 0.7432 0.6687</w:t>
        <w:br/>
        <w:t>vn -0.2558 0.9079 0.3320</w:t>
        <w:br/>
        <w:t>vn -0.1498 0.7202 0.6774</w:t>
        <w:br/>
        <w:t>vn 0.1478 0.7213 0.6767</w:t>
        <w:br/>
        <w:t>vn -0.3285 0.6727 0.6629</w:t>
        <w:br/>
        <w:t>vn -0.3285 0.6727 0.6630</w:t>
        <w:br/>
        <w:t>vn -0.0148 0.7805 -0.6249</w:t>
        <w:br/>
        <w:t>vn 0.1135 0.7647 -0.6343</w:t>
        <w:br/>
        <w:t>vn 0.3301 0.8193 -0.4687</w:t>
        <w:br/>
        <w:t>vn -0.1508 0.7598 -0.6324</w:t>
        <w:br/>
        <w:t>vn 0.2511 0.7339 -0.6312</w:t>
        <w:br/>
        <w:t>vn -0.2951 0.7221 -0.6257</w:t>
        <w:br/>
        <w:t>vn 0.9421 0.3267 -0.0762</w:t>
        <w:br/>
        <w:t>vn 0.9934 0.0379 -0.1080</w:t>
        <w:br/>
        <w:t>vn 0.8973 0.4385 -0.0498</w:t>
        <w:br/>
        <w:t>vn -0.5134 -0.4603 0.7242</w:t>
        <w:br/>
        <w:t>vn 0.4591 0.6625 -0.5918</w:t>
        <w:br/>
        <w:t>vn -0.7900 -0.6071 -0.0852</w:t>
        <w:br/>
        <w:t>vn -0.7554 -0.6206 -0.2102</w:t>
        <w:br/>
        <w:t>vn -0.6156 0.7373 0.2782</w:t>
        <w:br/>
        <w:t>vn 0.7879 0.5441 -0.2884</w:t>
        <w:br/>
        <w:t>vn -0.3286 0.6379 0.6965</w:t>
        <w:br/>
        <w:t>vn 0.9428 -0.3300 -0.0465</w:t>
        <w:br/>
        <w:t>vn 0.8594 -0.5112 -0.0114</w:t>
        <w:br/>
        <w:t>vn 0.8771 -0.4790 0.0339</w:t>
        <w:br/>
        <w:t>vn 0.8398 -0.5411 0.0443</w:t>
        <w:br/>
        <w:t>vn 0.7053 -0.7072 -0.0481</w:t>
        <w:br/>
        <w:t>vn 0.4540 -0.8702 -0.1916</w:t>
        <w:br/>
        <w:t>vn 0.5546 -0.8247 -0.1107</w:t>
        <w:br/>
        <w:t>vn 0.1938 -0.9740 -0.1172</w:t>
        <w:br/>
        <w:t>vn 0.8594 -0.5112 -0.0115</w:t>
        <w:br/>
        <w:t>vn 0.4299 -0.9023 0.0327</w:t>
        <w:br/>
        <w:t>vn 0.6698 -0.7383 -0.0794</w:t>
        <w:br/>
        <w:t>vn -0.1265 -0.9844 -0.1219</w:t>
        <w:br/>
        <w:t>vn 0.9407 -0.3369 -0.0409</w:t>
        <w:br/>
        <w:t>vn -0.0000 0.3200 0.9474</w:t>
        <w:br/>
        <w:t>vn 0.5611 0.8227 0.0911</w:t>
        <w:br/>
        <w:t>vn 0.4301 0.4528 0.7810</w:t>
        <w:br/>
        <w:t>vn 0.3703 0.6173 -0.6941</w:t>
        <w:br/>
        <w:t>vn 0.0487 0.0437 -0.9979</w:t>
        <w:br/>
        <w:t>vn -0.0979 -0.2675 -0.9586</w:t>
        <w:br/>
        <w:t>vn 0.0606 -0.4306 0.9005</w:t>
        <w:br/>
        <w:t>vn 0.1896 -0.1382 0.9721</w:t>
        <w:br/>
        <w:t>vn 0.1897 -0.1382 0.9721</w:t>
        <w:br/>
        <w:t>vn -0.2389 -0.2317 0.9430</w:t>
        <w:br/>
        <w:t>vn -0.4595 -0.2720 0.8455</w:t>
        <w:br/>
        <w:t>vn 0.6167 0.7857 0.0480</w:t>
        <w:br/>
        <w:t>vn 0.1117 0.9441 0.3102</w:t>
        <w:br/>
        <w:t>vn -0.4698 -0.6226 -0.6258</w:t>
        <w:br/>
        <w:t>vn 0.7327 0.2853 0.6179</w:t>
        <w:br/>
        <w:t>vn 0.9910 0.0498 0.1242</w:t>
        <w:br/>
        <w:t>vn 0.9999 -0.0062 0.0146</w:t>
        <w:br/>
        <w:t>vn 0.6064 -0.2402 0.7580</w:t>
        <w:br/>
        <w:t>vn 0.7208 -0.2298 0.6540</w:t>
        <w:br/>
        <w:t>vn 0.8047 -0.2429 0.5418</w:t>
        <w:br/>
        <w:t>vn 0.8982 -0.2622 0.3528</w:t>
        <w:br/>
        <w:t>vn 0.9409 -0.2784 0.1929</w:t>
        <w:br/>
        <w:t>vn 0.2342 -0.3110 0.9211</w:t>
        <w:br/>
        <w:t>vn 0.1192 -0.3494 0.9294</w:t>
        <w:br/>
        <w:t>vn -0.0541 -0.3116 0.9487</w:t>
        <w:br/>
        <w:t>vn -0.0985 -0.1963 0.9756</w:t>
        <w:br/>
        <w:t>vn 0.0063 -0.1839 0.9829</w:t>
        <w:br/>
        <w:t>vn 0.4513 -0.8386 0.3051</w:t>
        <w:br/>
        <w:t>vn 0.7782 -0.5886 0.2190</w:t>
        <w:br/>
        <w:t>vn 0.6567 -0.7028 0.2735</w:t>
        <w:br/>
        <w:t>vn 0.9866 -0.1266 0.1032</w:t>
        <w:br/>
        <w:t>vn 0.9855 -0.1698 -0.0016</w:t>
        <w:br/>
        <w:t>vn 0.9131 -0.4053 0.0441</w:t>
        <w:br/>
        <w:t>vn 0.0391 -0.5926 -0.8045</w:t>
        <w:br/>
        <w:t>vn -0.1011 -0.6173 -0.7802</w:t>
        <w:br/>
        <w:t>vn 0.0000 -0.6449 -0.7643</w:t>
        <w:br/>
        <w:t>vn 0.9427 -0.3191 -0.0970</w:t>
        <w:br/>
        <w:t>vn 0.9413 -0.3108 -0.1316</w:t>
        <w:br/>
        <w:t>vn 0.9533 -0.2912 0.0799</w:t>
        <w:br/>
        <w:t>vn 0.9512 -0.3080 -0.0163</w:t>
        <w:br/>
        <w:t>vn 0.9060 -0.4230 -0.0180</w:t>
        <w:br/>
        <w:t>vn 0.8966 -0.4374 0.0691</w:t>
        <w:br/>
        <w:t>vn 0.8257 -0.5580 0.0834</w:t>
        <w:br/>
        <w:t>vn 0.8586 -0.5126 0.0075</w:t>
        <w:br/>
        <w:t>vn 0.7812 -0.6040 0.1581</w:t>
        <w:br/>
        <w:t>vn 0.8533 -0.5137 0.0891</w:t>
        <w:br/>
        <w:t>vn 0.6781 0.4785 0.5578</w:t>
        <w:br/>
        <w:t>vn 0.4633 -0.8423 0.2756</w:t>
        <w:br/>
        <w:t>vn 0.3441 -0.8853 0.3129</w:t>
        <w:br/>
        <w:t>vn 0.2179 -0.9046 0.3664</w:t>
        <w:br/>
        <w:t>vn 0.5789 -0.7270 0.3693</w:t>
        <w:br/>
        <w:t>vn 0.2997 0.6409 0.7067</w:t>
        <w:br/>
        <w:t>vn 0.4920 0.0914 0.8658</w:t>
        <w:br/>
        <w:t>vn 0.4213 -0.0790 0.9035</w:t>
        <w:br/>
        <w:t>vn 0.3872 -0.2667 0.8826</w:t>
        <w:br/>
        <w:t>vn 0.3448 -0.4351 0.8318</w:t>
        <w:br/>
        <w:t>vn 0.2974 -0.5949 0.7467</w:t>
        <w:br/>
        <w:t>vn 0.2001 -0.7764 0.5977</w:t>
        <w:br/>
        <w:t>vn 0.1009 -0.8945 0.4355</w:t>
        <w:br/>
        <w:t>vn -0.2010 0.6075 0.7685</w:t>
        <w:br/>
        <w:t>vn 0.8985 0.3835 0.2138</w:t>
        <w:br/>
        <w:t>vn 0.5975 -0.6180 0.5109</w:t>
        <w:br/>
        <w:t>vn -0.0196 -0.7809 0.6244</w:t>
        <w:br/>
        <w:t>vn -0.1158 -0.9655 0.2334</w:t>
        <w:br/>
        <w:t>vn -0.0568 -0.8981 0.4362</w:t>
        <w:br/>
        <w:t>vn -0.3240 0.7915 0.5182</w:t>
        <w:br/>
        <w:t>vn -0.0824 -0.2418 0.9668</w:t>
        <w:br/>
        <w:t>vn -0.0745 -0.3409 0.9371</w:t>
        <w:br/>
        <w:t>vn -0.0624 -0.5131 0.8560</w:t>
        <w:br/>
        <w:t>vn -0.0638 -0.6682 0.7413</w:t>
        <w:br/>
        <w:t>vn -0.0580 -0.7450 0.6645</w:t>
        <w:br/>
        <w:t>vn -0.0943 -0.8931 0.4399</w:t>
        <w:br/>
        <w:t>vn -0.1343 -0.9736 0.1844</w:t>
        <w:br/>
        <w:t>vn 0.2569 -0.3099 0.9154</w:t>
        <w:br/>
        <w:t>vn 0.2903 -0.2120 0.9332</w:t>
        <w:br/>
        <w:t>vn 0.3742 -0.0275 0.9269</w:t>
        <w:br/>
        <w:t>vn 0.4517 0.0802 0.8886</w:t>
        <w:br/>
        <w:t>vn 0.5180 0.1440 0.8432</w:t>
        <w:br/>
        <w:t>vn -0.2110 0.8562 0.4717</w:t>
        <w:br/>
        <w:t>vn -0.2807 0.5548 0.7832</w:t>
        <w:br/>
        <w:t>vn -0.0000 0.9244 -0.3814</w:t>
        <w:br/>
        <w:t>vn -0.0000 0.5934 0.8049</w:t>
        <w:br/>
        <w:t>vn 0.0735 0.7503 0.6570</w:t>
        <w:br/>
        <w:t>vn -0.2741 -0.5378 -0.7973</w:t>
        <w:br/>
        <w:t>vn 0.8568 0.4299 0.2846</w:t>
        <w:br/>
        <w:t>vn 0.7858 0.5003 0.3637</w:t>
        <w:br/>
        <w:t>vn 0.7189 0.5768 0.3879</w:t>
        <w:br/>
        <w:t>vn 0.4867 0.5971 -0.6376</w:t>
        <w:br/>
        <w:t>vn 0.6521 0.6802 -0.3348</w:t>
        <w:br/>
        <w:t>vn 0.3079 0.6487 -0.6960</w:t>
        <w:br/>
        <w:t>vn 0.6174 0.6309 -0.4698</w:t>
        <w:br/>
        <w:t>vn 0.4145 0.8020 -0.4300</w:t>
        <w:br/>
        <w:t>vn 0.4626 0.8733 -0.1525</w:t>
        <w:br/>
        <w:t>vn 0.4747 0.8802 0.0047</w:t>
        <w:br/>
        <w:t>vn 0.4566 0.8801 0.1305</w:t>
        <w:br/>
        <w:t>vn 0.6610 0.7499 0.0277</w:t>
        <w:br/>
        <w:t>vn 0.7549 0.6494 0.0914</w:t>
        <w:br/>
        <w:t>vn 0.4101 0.8019 0.4344</w:t>
        <w:br/>
        <w:t>vn 0.6941 0.5875 0.4161</w:t>
        <w:br/>
        <w:t>vn 0.3258 0.6225 0.7116</w:t>
        <w:br/>
        <w:t>vn 0.5156 0.5178 0.6826</w:t>
        <w:br/>
        <w:t>vn -0.4372 -0.5423 0.7174</w:t>
        <w:br/>
        <w:t>vn 0.6817 -0.1221 -0.7214</w:t>
        <w:br/>
        <w:t>vn 0.9553 0.2321 -0.1830</w:t>
        <w:br/>
        <w:t>vn 0.9178 0.3964 0.0239</w:t>
        <w:br/>
        <w:t>vn 0.8980 0.4393 0.0265</w:t>
        <w:br/>
        <w:t>vn 0.9199 0.3438 -0.1888</w:t>
        <w:br/>
        <w:t>vn -0.8333 -0.5527 0.0083</w:t>
        <w:br/>
        <w:t>vn -0.0001 -0.8055 0.5926</w:t>
        <w:br/>
        <w:t>vn -0.5179 -0.7183 0.4646</w:t>
        <w:br/>
        <w:t>vn 0.9804 0.1769 -0.0863</w:t>
        <w:br/>
        <w:t>vn 0.9846 0.1532 0.0837</w:t>
        <w:br/>
        <w:t>vn 0.9830 0.1605 0.0897</w:t>
        <w:br/>
        <w:t>vn 0.9816 0.1740 -0.0793</w:t>
        <w:br/>
        <w:t>vn 0.9860 0.1449 0.0825</w:t>
        <w:br/>
        <w:t>vn 0.9771 0.1685 -0.1300</w:t>
        <w:br/>
        <w:t>vn 0.9784 0.1811 -0.0999</w:t>
        <w:br/>
        <w:t>vn 0.9824 0.1673 0.0825</w:t>
        <w:br/>
        <w:t>vn 0.8952 0.1044 0.4333</w:t>
        <w:br/>
        <w:t>vn 0.8966 0.0678 0.4376</w:t>
        <w:br/>
        <w:t>vn 0.8922 -0.1053 0.4393</w:t>
        <w:br/>
        <w:t>vn 0.8004 -0.1268 0.5859</w:t>
        <w:br/>
        <w:t>vn 0.7679 -0.3719 0.5216</w:t>
        <w:br/>
        <w:t>vn 0.8380 -0.3707 0.4004</w:t>
        <w:br/>
        <w:t>vn 0.8947 -0.3346 -0.2959</w:t>
        <w:br/>
        <w:t>vn 0.9667 -0.0517 -0.2506</w:t>
        <w:br/>
        <w:t>vn 0.9974 -0.0576 0.0443</w:t>
        <w:br/>
        <w:t>vn 0.9356 -0.3529 0.0115</w:t>
        <w:br/>
        <w:t>vn 0.9762 0.1147 -0.1841</w:t>
        <w:br/>
        <w:t>vn 0.9920 0.1013 0.0751</w:t>
        <w:br/>
        <w:t>vn 0.8116 -0.4403 0.3839</w:t>
        <w:br/>
        <w:t>vn 0.8012 -0.4658 0.3757</w:t>
        <w:br/>
        <w:t>vn 0.9218 -0.3863 0.0316</w:t>
        <w:br/>
        <w:t>vn 0.8733 -0.4868 -0.0170</w:t>
        <w:br/>
        <w:t>vn 0.8063 -0.4972 -0.3203</w:t>
        <w:br/>
        <w:t>vn 0.8965 0.0337 0.4417</w:t>
        <w:br/>
        <w:t>vn 0.9804 0.1778 -0.0853</w:t>
        <w:br/>
        <w:t>vn 0.9818 0.1679 0.0889</w:t>
        <w:br/>
        <w:t>vn 0.8964 0.1082 0.4299</w:t>
        <w:br/>
        <w:t>vn 0.9605 0.0377 0.2757</w:t>
        <w:br/>
        <w:t>vn 0.9905 0.1107 0.0817</w:t>
        <w:br/>
        <w:t>vn 0.8001 -0.0040 0.5998</w:t>
        <w:br/>
        <w:t>vn 0.8020 0.0283 0.5967</w:t>
        <w:br/>
        <w:t>vn 0.8048 0.0662 0.5898</w:t>
        <w:br/>
        <w:t>vn 0.8089 0.0679 0.5840</w:t>
        <w:br/>
        <w:t>vn 0.8975 0.1038 0.4287</w:t>
        <w:br/>
        <w:t>vn 0.8081 0.0632 0.5857</w:t>
        <w:br/>
        <w:t>vn 0.8967 0.0923 0.4329</w:t>
        <w:br/>
        <w:t>vn 0.8011 0.0519 0.5963</w:t>
        <w:br/>
        <w:t>vn 0.9956 0.0515 0.0786</w:t>
        <w:br/>
        <w:t>vn 0.8302 -0.2618 0.4922</w:t>
        <w:br/>
        <w:t>vn 0.9814 -0.1222 0.1482</w:t>
        <w:br/>
        <w:t>vn 0.9838 0.0265 -0.1772</w:t>
        <w:br/>
        <w:t>vn 0.9990 0.0133 -0.0417</w:t>
        <w:br/>
        <w:t>vn 1.0000 -0.0002 -0.0056</w:t>
        <w:br/>
        <w:t>vn 0.9964 0.0123 -0.0836</w:t>
        <w:br/>
        <w:t>vn 0.9988 0.0107 0.0485</w:t>
        <w:br/>
        <w:t>vn 0.9193 -0.0435 0.3911</w:t>
        <w:br/>
        <w:t>vn 0.9955 -0.0002 0.0946</w:t>
        <w:br/>
        <w:t>vn 0.9747 0.1570 -0.1593</w:t>
        <w:br/>
        <w:t>vn 0.9799 0.1723 -0.1001</w:t>
        <w:br/>
        <w:t>vn 0.9819 0.1698 -0.0844</w:t>
        <w:br/>
        <w:t>vn 0.9819 0.1726 -0.0781</w:t>
        <w:br/>
        <w:t>vn 0.8814 -0.4712 -0.0327</w:t>
        <w:br/>
        <w:t>vn 0.7926 -0.5064 -0.3396</w:t>
        <w:br/>
        <w:t>vn 0.7629 -0.5386 -0.3576</w:t>
        <w:br/>
        <w:t>vn 0.3492 -0.9047 -0.2441</w:t>
        <w:br/>
        <w:t>vn -0.1602 -0.9669 -0.1985</w:t>
        <w:br/>
        <w:t>vn -0.0000 -0.9975 0.0703</w:t>
        <w:br/>
        <w:t>vn 0.0884 0.3602 -0.9287</w:t>
        <w:br/>
        <w:t>vn 0.1281 0.3349 -0.9335</w:t>
        <w:br/>
        <w:t>vn -0.0606 0.1407 -0.9882</w:t>
        <w:br/>
        <w:t>vn -0.1075 0.1326 -0.9853</w:t>
        <w:br/>
        <w:t>vn 0.3359 0.2461 -0.9092</w:t>
        <w:br/>
        <w:t>vn 0.3215 0.3137 -0.8934</w:t>
        <w:br/>
        <w:t>vn 0.0440 0.3218 -0.9458</w:t>
        <w:br/>
        <w:t>vn 0.2667 0.2302 -0.9359</w:t>
        <w:br/>
        <w:t>vn 0.1661 0.2513 -0.9535</w:t>
        <w:br/>
        <w:t>vn -0.1862 0.2790 -0.9420</w:t>
        <w:br/>
        <w:t>vn -0.0584 0.1055 -0.9927</w:t>
        <w:br/>
        <w:t>vn -0.0229 -0.0421 -0.9989</w:t>
        <w:br/>
        <w:t>vn 0.0238 -0.4797 -0.8771</w:t>
        <w:br/>
        <w:t>vn -0.0443 -0.4083 -0.9118</w:t>
        <w:br/>
        <w:t>vn 0.0057 -0.2235 -0.9747</w:t>
        <w:br/>
        <w:t>vn 0.0170 -0.4683 -0.8834</w:t>
        <w:br/>
        <w:t>vn 0.2424 -0.5122 -0.8240</w:t>
        <w:br/>
        <w:t>vn 0.1829 -0.5671 -0.8031</w:t>
        <w:br/>
        <w:t>vn 0.2383 -0.5962 -0.7666</w:t>
        <w:br/>
        <w:t>vn 0.3429 -0.4789 -0.8082</w:t>
        <w:br/>
        <w:t>vn 0.1346 -0.5363 -0.8332</w:t>
        <w:br/>
        <w:t>vn 0.0820 -0.5681 -0.8189</w:t>
        <w:br/>
        <w:t>vn 0.0660 0.2017 -0.9772</w:t>
        <w:br/>
        <w:t>vn 0.0543 0.1911 -0.9801</w:t>
        <w:br/>
        <w:t>vn -0.0102 0.1055 -0.9944</w:t>
        <w:br/>
        <w:t>vn 0.0480 0.0797 -0.9957</w:t>
        <w:br/>
        <w:t>vn -0.0272 0.1447 -0.9891</w:t>
        <w:br/>
        <w:t>vn 0.0294 0.1952 -0.9803</w:t>
        <w:br/>
        <w:t>vn 0.0033 0.2010 -0.9796</w:t>
        <w:br/>
        <w:t>vn -0.0752 0.0403 -0.9964</w:t>
        <w:br/>
        <w:t>vn -0.0692 0.0808 -0.9943</w:t>
        <w:br/>
        <w:t>vn 0.2815 -0.6645 -0.6923</w:t>
        <w:br/>
        <w:t>vn 0.3096 -0.6968 -0.6470</w:t>
        <w:br/>
        <w:t>vn 0.3215 -0.6720 -0.6671</w:t>
        <w:br/>
        <w:t>vn 0.3194 -0.6009 -0.7327</w:t>
        <w:br/>
        <w:t>vn 0.3975 -0.6814 -0.6145</w:t>
        <w:br/>
        <w:t>vn 0.3972 -0.6756 -0.6212</w:t>
        <w:br/>
        <w:t>vn 0.3654 -0.6803 -0.6354</w:t>
        <w:br/>
        <w:t>vn 0.3658 -0.6902 -0.6244</w:t>
        <w:br/>
        <w:t>vn 0.2793 -0.6111 -0.7406</w:t>
        <w:br/>
        <w:t>vn 0.3535 -0.5004 -0.7904</w:t>
        <w:br/>
        <w:t>vn 0.3967 -0.4959 -0.7725</w:t>
        <w:br/>
        <w:t>vn 0.3008 -0.4425 -0.8448</w:t>
        <w:br/>
        <w:t>vn 0.3195 -0.4824 -0.8156</w:t>
        <w:br/>
        <w:t>vn 0.4166 -0.4929 -0.7638</w:t>
        <w:br/>
        <w:t>vn 0.4362 -0.6109 -0.6607</w:t>
        <w:br/>
        <w:t>vn 0.4016 -0.6754 -0.6186</w:t>
        <w:br/>
        <w:t>vn 0.3727 -0.6862 -0.6247</w:t>
        <w:br/>
        <w:t>vn 0.4010 -0.6282 -0.6667</w:t>
        <w:br/>
        <w:t>vn 0.3029 -0.7073 -0.6387</w:t>
        <w:br/>
        <w:t>vn 0.3083 -0.6515 -0.6931</w:t>
        <w:br/>
        <w:t>vn 0.2307 -0.7102 -0.6651</w:t>
        <w:br/>
        <w:t>vn 0.1992 -0.6440 -0.7387</w:t>
        <w:br/>
        <w:t>vn 0.1821 -0.5322 -0.8268</w:t>
        <w:br/>
        <w:t>vn 0.2965 -0.5082 -0.8086</w:t>
        <w:br/>
        <w:t>vn 0.1868 -0.6901 -0.6992</w:t>
        <w:br/>
        <w:t>vn 0.1453 -0.6030 -0.7844</w:t>
        <w:br/>
        <w:t>vn 0.1153 -0.5305 -0.8398</w:t>
        <w:br/>
        <w:t>vn 0.1673 -0.5826 -0.7954</w:t>
        <w:br/>
        <w:t>vn 0.3712 -0.2983 -0.8793</w:t>
        <w:br/>
        <w:t>vn 0.2266 -0.5132 -0.8278</w:t>
        <w:br/>
        <w:t>vn 0.1641 -0.5624 -0.8104</w:t>
        <w:br/>
        <w:t>vn 0.1546 -0.3629 -0.9189</w:t>
        <w:br/>
        <w:t>vn 0.2282 -0.0128 -0.9735</w:t>
        <w:br/>
        <w:t>vn -0.0969 -0.0292 -0.9949</w:t>
        <w:br/>
        <w:t>vn -0.0020 -0.0587 -0.9983</w:t>
        <w:br/>
        <w:t>vn 0.0711 0.1051 -0.9919</w:t>
        <w:br/>
        <w:t>vn 0.0327 -0.1537 -0.9876</w:t>
        <w:br/>
        <w:t>vn -0.0139 0.0257 -0.9996</w:t>
        <w:br/>
        <w:t>vn 0.0416 0.1098 -0.9931</w:t>
        <w:br/>
        <w:t>vn -0.0731 -0.1177 -0.9904</w:t>
        <w:br/>
        <w:t>vn -0.0206 -0.0167 -0.9996</w:t>
        <w:br/>
        <w:t>vn 0.0745 0.1007 -0.9921</w:t>
        <w:br/>
        <w:t>vn 0.0733 0.1410 -0.9873</w:t>
        <w:br/>
        <w:t>vn 0.0931 0.2099 -0.9733</w:t>
        <w:br/>
        <w:t>vn 0.0759 0.2449 -0.9666</w:t>
        <w:br/>
        <w:t>vn 0.0932 0.2502 -0.9637</w:t>
        <w:br/>
        <w:t>vn 0.1330 0.2073 -0.9692</w:t>
        <w:br/>
        <w:t>vn 0.1193 0.1011 -0.9877</w:t>
        <w:br/>
        <w:t>vn 0.1316 0.1464 -0.9804</w:t>
        <w:br/>
        <w:t>vn 0.1223 0.0812 -0.9892</w:t>
        <w:br/>
        <w:t>vn 0.1502 0.0713 -0.9861</w:t>
        <w:br/>
        <w:t>vn 0.1558 0.0916 -0.9835</w:t>
        <w:br/>
        <w:t>vn 0.1506 0.1146 -0.9819</w:t>
        <w:br/>
        <w:t>vn 0.1301 0.1188 -0.9844</w:t>
        <w:br/>
        <w:t>vn 0.1467 0.1652 -0.9753</w:t>
        <w:br/>
        <w:t>vn 0.2235 0.0823 -0.9712</w:t>
        <w:br/>
        <w:t>vn 0.2057 0.1082 -0.9726</w:t>
        <w:br/>
        <w:t>vn 0.1995 0.0807 -0.9766</w:t>
        <w:br/>
        <w:t>vn 0.1749 0.0648 -0.9824</w:t>
        <w:br/>
        <w:t>vn 0.2029 0.0929 -0.9748</w:t>
        <w:br/>
        <w:t>vn 0.1916 0.1020 -0.9762</w:t>
        <w:br/>
        <w:t>vn 0.2178 0.0691 -0.9736</w:t>
        <w:br/>
        <w:t>vn 0.2212 0.1231 -0.9674</w:t>
        <w:br/>
        <w:t>vn 0.1819 0.1276 -0.9750</w:t>
        <w:br/>
        <w:t>vn 0.1515 0.0834 -0.9849</w:t>
        <w:br/>
        <w:t>vn 0.2034 0.0449 -0.9781</w:t>
        <w:br/>
        <w:t>vn 0.1414 0.1376 -0.9804</w:t>
        <w:br/>
        <w:t>vn 0.2021 0.1217 -0.9718</w:t>
        <w:br/>
        <w:t>vn 0.2174 0.1201 -0.9687</w:t>
        <w:br/>
        <w:t>vn 0.1290 0.1204 -0.9843</w:t>
        <w:br/>
        <w:t>vn -0.3989 -0.8516 -0.3402</w:t>
        <w:br/>
        <w:t>vn -0.4684 -0.8388 -0.2776</w:t>
        <w:br/>
        <w:t>vn -0.5014 -0.8329 -0.2342</w:t>
        <w:br/>
        <w:t>vn 0.4901 -0.2114 0.8456</w:t>
        <w:br/>
        <w:t>vn 0.5173 -0.0549 0.8541</w:t>
        <w:br/>
        <w:t>vn 0.0458 0.4871 0.8721</w:t>
        <w:br/>
        <w:t>vn 0.2500 0.2601 0.9327</w:t>
        <w:br/>
        <w:t>vn -0.2190 0.6055 0.7651</w:t>
        <w:br/>
        <w:t>vn 0.0132 0.4323 0.9017</w:t>
        <w:br/>
        <w:t>vn -0.4515 -0.7789 -0.4352</w:t>
        <w:br/>
        <w:t>vn -0.6640 -0.6837 -0.3028</w:t>
        <w:br/>
        <w:t>vn -0.4300 0.5203 0.7379</w:t>
        <w:br/>
        <w:t>vn -0.5856 0.7880 0.1900</w:t>
        <w:br/>
        <w:t>vn -0.4951 0.4750 0.7275</w:t>
        <w:br/>
        <w:t>vn -0.4848 0.7216 -0.4942</w:t>
        <w:br/>
        <w:t>vn -0.5010 0.8498 0.1637</w:t>
        <w:br/>
        <w:t>vn 0.0629 -0.9772 -0.2028</w:t>
        <w:br/>
        <w:t>vn 0.1544 -0.9486 -0.2762</w:t>
        <w:br/>
        <w:t>vn -0.3277 -0.9264 -0.1856</w:t>
        <w:br/>
        <w:t>vn 0.2120 -0.0638 0.9752</w:t>
        <w:br/>
        <w:t>vn -0.3662 0.5077 0.7798</w:t>
        <w:br/>
        <w:t>vn -0.4002 0.4802 0.7805</w:t>
        <w:br/>
        <w:t>vn -0.1402 -0.1017 0.9849</w:t>
        <w:br/>
        <w:t>vn 0.6066 -0.4119 0.6800</w:t>
        <w:br/>
        <w:t>vn 0.2119 -0.0638 0.9752</w:t>
        <w:br/>
        <w:t>vn 0.1423 -0.7137 0.6859</w:t>
        <w:br/>
        <w:t>vn 0.3203 -0.9466 -0.0359</w:t>
        <w:br/>
        <w:t>vn 0.6868 -0.7145 0.1335</w:t>
        <w:br/>
        <w:t>vn -0.1710 -0.9774 -0.1246</w:t>
        <w:br/>
        <w:t>vn -0.5049 -0.8553 -0.1164</w:t>
        <w:br/>
        <w:t>vn -0.1510 -0.9868 -0.0586</w:t>
        <w:br/>
        <w:t>vn -0.4865 0.8661 0.1144</w:t>
        <w:br/>
        <w:t>vn -0.5242 0.8455 0.1022</w:t>
        <w:br/>
        <w:t>vn -0.3435 0.6631 -0.6650</w:t>
        <w:br/>
        <w:t>vn -0.3183 0.7060 -0.6326</w:t>
        <w:br/>
        <w:t>vn 0.0362 0.1366 -0.9900</w:t>
        <w:br/>
        <w:t>vn -0.0045 0.0903 -0.9959</w:t>
        <w:br/>
        <w:t>vn 0.3904 -0.5597 -0.7310</w:t>
        <w:br/>
        <w:t>vn 0.2772 -0.6041 -0.7472</w:t>
        <w:br/>
        <w:t>vn -0.4234 0.9038 0.0620</w:t>
        <w:br/>
        <w:t>vn -0.4078 0.8161 0.4094</w:t>
        <w:br/>
        <w:t>vn -0.4366 0.4601 0.7731</w:t>
        <w:br/>
        <w:t>vn -0.4384 0.5537 0.7080</w:t>
        <w:br/>
        <w:t>vn -0.4158 0.9075 0.0594</w:t>
        <w:br/>
        <w:t>vn -0.3507 0.8975 -0.2674</w:t>
        <w:br/>
        <w:t>vn -0.1410 -0.9725 -0.1854</w:t>
        <w:br/>
        <w:t>vn -0.0453 -0.9782 0.2026</w:t>
        <w:br/>
        <w:t>vn -0.3013 -0.9427 0.1431</w:t>
        <w:br/>
        <w:t>vn 0.0016 -0.9894 0.1450</w:t>
        <w:br/>
        <w:t>vn -0.4797 0.8336 -0.2740</w:t>
        <w:br/>
        <w:t>vn -0.5110 0.8511 0.1203</w:t>
        <w:br/>
        <w:t>vn -0.5218 0.6910 0.5003</w:t>
        <w:br/>
        <w:t>vn -0.5385 0.7312 0.4187</w:t>
        <w:br/>
        <w:t>vn -0.3764 0.6953 -0.6123</w:t>
        <w:br/>
        <w:t>vn -0.4953 0.8272 -0.2654</w:t>
        <w:br/>
        <w:t>vn -0.0736 -0.9485 0.3081</w:t>
        <w:br/>
        <w:t>vn -0.2952 -0.9262 0.2344</w:t>
        <w:br/>
        <w:t>vn -0.0403 -0.9613 0.2724</w:t>
        <w:br/>
        <w:t>vn -0.3529 0.6085 -0.7108</w:t>
        <w:br/>
        <w:t>vn -0.1657 0.3090 -0.9365</w:t>
        <w:br/>
        <w:t>vn -0.4815 0.7614 -0.4341</w:t>
        <w:br/>
        <w:t>vn -0.6964 0.6068 0.3832</w:t>
        <w:br/>
        <w:t>vn -0.6526 0.7014 0.2866</w:t>
        <w:br/>
        <w:t>vn -0.5905 0.8016 -0.0935</w:t>
        <w:br/>
        <w:t>vn -0.3435 0.5941 -0.7273</w:t>
        <w:br/>
        <w:t>vn -0.5202 0.7305 -0.4424</w:t>
        <w:br/>
        <w:t>vn 0.8249 0.3833 0.4155</w:t>
        <w:br/>
        <w:t>vn 0.8217 0.2387 0.5175</w:t>
        <w:br/>
        <w:t>vn 0.5691 -0.0347 0.8216</w:t>
        <w:br/>
        <w:t>vn 0.7872 0.5885 0.1846</w:t>
        <w:br/>
        <w:t>vn 0.7871 0.5885 0.1846</w:t>
        <w:br/>
        <w:t>vn 0.8293 0.5584 -0.0194</w:t>
        <w:br/>
        <w:t>vn 0.8294 0.5584 -0.0194</w:t>
        <w:br/>
        <w:t>vn 0.9625 0.2585 -0.0825</w:t>
        <w:br/>
        <w:t>vn 0.9625 0.2585 -0.0824</w:t>
        <w:br/>
        <w:t>vn 0.9960 0.0859 0.0258</w:t>
        <w:br/>
        <w:t>vn 0.9766 -0.0273 0.2133</w:t>
        <w:br/>
        <w:t>vn 0.9866 0.1216 0.1091</w:t>
        <w:br/>
        <w:t>vn 0.5895 -0.4292 0.6842</w:t>
        <w:br/>
        <w:t>vn 0.9766 -0.0272 0.2134</w:t>
        <w:br/>
        <w:t>vn 0.5691 -0.0354 0.8215</w:t>
        <w:br/>
        <w:t>vn -0.2426 -0.9683 -0.0594</w:t>
        <w:br/>
        <w:t>vn 0.1210 -0.9802 -0.1571</w:t>
        <w:br/>
        <w:t>vn -0.5770 0.6418 0.5051</w:t>
        <w:br/>
        <w:t>vn -0.5650 0.7007 -0.4357</w:t>
        <w:br/>
        <w:t>vn -0.6442 0.7536 -0.1309</w:t>
        <w:br/>
        <w:t>vn -0.6699 0.7140 0.2035</w:t>
        <w:br/>
        <w:t>vn -0.2446 -0.8995 -0.3621</w:t>
        <w:br/>
        <w:t>vn -0.4925 0.8480 -0.1959</w:t>
        <w:br/>
        <w:t>vn -0.5471 0.8215 0.1607</w:t>
        <w:br/>
        <w:t>vn -0.4505 0.7588 0.4703</w:t>
        <w:br/>
        <w:t>vn -0.4531 0.8430 -0.2900</w:t>
        <w:br/>
        <w:t>vn -0.3347 0.6856 -0.6465</w:t>
        <w:br/>
        <w:t>vn -0.4974 0.7885 0.3617</w:t>
        <w:br/>
        <w:t>vn -0.5902 0.8070 0.0197</w:t>
        <w:br/>
        <w:t>vn -0.3096 0.6150 -0.7252</w:t>
        <w:br/>
        <w:t>vn -0.4935 -0.8574 0.1458</w:t>
        <w:br/>
        <w:t>vn -0.4467 -0.8213 -0.3549</w:t>
        <w:br/>
        <w:t>vn -0.2894 0.4319 -0.8542</w:t>
        <w:br/>
        <w:t>vn -0.4137 0.6953 -0.5877</w:t>
        <w:br/>
        <w:t>vn -0.5381 0.8421 0.0354</w:t>
        <w:br/>
        <w:t>vn -0.5330 0.7938 -0.2929</w:t>
        <w:br/>
        <w:t>vn -0.2612 0.3653 -0.8935</w:t>
        <w:br/>
        <w:t>vn -0.0394 -0.9609 0.2741</w:t>
        <w:br/>
        <w:t>vn -0.5305 -0.8441 -0.0773</w:t>
        <w:br/>
        <w:t>vn -0.5325 -0.8021 0.2702</w:t>
        <w:br/>
        <w:t>vn -0.5823 0.8043 -0.1183</w:t>
        <w:br/>
        <w:t>vn -0.1342 0.2034 -0.9698</w:t>
        <w:br/>
        <w:t>vn -0.1129 -0.9295 0.3510</w:t>
        <w:br/>
        <w:t>vn -0.4440 -0.8955 0.0286</w:t>
        <w:br/>
        <w:t>vn -0.4950 -0.8223 0.2806</w:t>
        <w:br/>
        <w:t>vn -0.5545 0.7041 -0.4436</w:t>
        <w:br/>
        <w:t>vn -0.5199 0.6787 0.5188</w:t>
        <w:br/>
        <w:t>vn -0.2127 0.6428 0.7359</w:t>
        <w:br/>
        <w:t>vn 0.0056 0.4473 0.8944</w:t>
        <w:br/>
        <w:t>vn 0.3307 0.2811 0.9009</w:t>
        <w:br/>
        <w:t>vn -0.6588 0.6014 0.4520</w:t>
        <w:br/>
        <w:t>vn -0.3519 -0.9296 -0.1097</w:t>
        <w:br/>
        <w:t>vn -0.4687 0.4686 -0.7488</w:t>
        <w:br/>
        <w:t>vn -0.4407 0.3910 -0.8081</w:t>
        <w:br/>
        <w:t>vn -0.5240 0.6482 -0.5525</w:t>
        <w:br/>
        <w:t>vn -0.5504 0.7839 -0.2873</w:t>
        <w:br/>
        <w:t>vn -0.4714 0.4538 0.7562</w:t>
        <w:br/>
        <w:t>vn -0.4424 0.3852 0.8099</w:t>
        <w:br/>
        <w:t>vn -0.5200 0.6366 0.5695</w:t>
        <w:br/>
        <w:t>vn -0.5457 0.7838 0.2963</w:t>
        <w:br/>
        <w:t>vn -0.2573 0.6437 -0.7208</w:t>
        <w:br/>
        <w:t>vn -0.3113 0.7641 -0.5650</w:t>
        <w:br/>
        <w:t>vn -0.3650 0.7642 -0.5317</w:t>
        <w:br/>
        <w:t>vn -0.2750 0.6172 -0.7372</w:t>
        <w:br/>
        <w:t>vn -0.3415 0.8692 -0.3576</w:t>
        <w:br/>
        <w:t>vn -0.4042 0.8696 -0.2837</w:t>
        <w:br/>
        <w:t>vn -0.3374 0.9413 -0.0009</w:t>
        <w:br/>
        <w:t>vn -0.4058 0.9114 0.0686</w:t>
        <w:br/>
        <w:t>vn -0.4477 0.8898 0.0885</w:t>
        <w:br/>
        <w:t>vn -0.4372 0.8706 -0.2255</w:t>
        <w:br/>
        <w:t>vn -0.3856 0.7702 -0.5081</w:t>
        <w:br/>
        <w:t>vn -0.3660 0.8476 0.3843</w:t>
        <w:br/>
        <w:t>vn -0.2839 0.8847 0.3696</w:t>
        <w:br/>
        <w:t>vn -0.2267 0.7674 0.5998</w:t>
        <w:br/>
        <w:t>vn -0.2990 0.7375 0.6055</w:t>
        <w:br/>
        <w:t>vn -0.0023 0.2809 -0.9597</w:t>
        <w:br/>
        <w:t>vn -0.1475 0.4721 -0.8691</w:t>
        <w:br/>
        <w:t>vn -0.1425 0.4190 -0.8967</w:t>
        <w:br/>
        <w:t>vn -0.0006 0.2135 -0.9770</w:t>
        <w:br/>
        <w:t>vn -0.0054 0.1730 -0.9849</w:t>
        <w:br/>
        <w:t>vn 0.2100 -0.1111 -0.9714</w:t>
        <w:br/>
        <w:t>vn 0.1729 -0.0022 -0.9849</w:t>
        <w:br/>
        <w:t>vn 0.4144 -0.2916 -0.8621</w:t>
        <w:br/>
        <w:t>vn 0.3853 -0.2522 -0.8877</w:t>
        <w:br/>
        <w:t>vn 0.1593 0.0690 -0.9848</w:t>
        <w:br/>
        <w:t>vn 0.5364 -0.4313 -0.7254</w:t>
        <w:br/>
        <w:t>vn 0.5009 -0.4365 -0.7474</w:t>
        <w:br/>
        <w:t>vn 0.5871 -0.5525 -0.5916</w:t>
        <w:br/>
        <w:t>vn 0.2964 -0.4908 -0.8193</w:t>
        <w:br/>
        <w:t>vn 0.4312 -0.4160 -0.8006</w:t>
        <w:br/>
        <w:t>vn -0.1600 0.4036 -0.9008</w:t>
        <w:br/>
        <w:t>vn -0.1657 0.4030 -0.9001</w:t>
        <w:br/>
        <w:t>vn -0.2975 0.6010 -0.7419</w:t>
        <w:br/>
        <w:t>vn -0.2889 0.6068 -0.7405</w:t>
        <w:br/>
        <w:t>vn -0.1382 0.3810 -0.9142</w:t>
        <w:br/>
        <w:t>vn -0.2854 0.6045 -0.7437</w:t>
        <w:br/>
        <w:t>vn -0.4047 0.7682 -0.4961</w:t>
        <w:br/>
        <w:t>vn -0.4127 0.7718 -0.4837</w:t>
        <w:br/>
        <w:t>vn -0.4575 0.8643 -0.2092</w:t>
        <w:br/>
        <w:t>vn -0.4652 0.8631 -0.1963</w:t>
        <w:br/>
        <w:t>vn 0.0506 0.1224 -0.9912</w:t>
        <w:br/>
        <w:t>vn 0.0121 0.1431 -0.9896</w:t>
        <w:br/>
        <w:t>vn 0.1041 0.2284 0.9680</w:t>
        <w:br/>
        <w:t>vn 0.1269 0.1093 0.9859</w:t>
        <w:br/>
        <w:t>vn -0.0480 0.3684 0.9284</w:t>
        <w:br/>
        <w:t>vn -0.0504 0.4441 0.8946</w:t>
        <w:br/>
        <w:t>vn 0.1610 0.0291 0.9865</w:t>
        <w:br/>
        <w:t>vn -0.0238 0.3014 0.9532</w:t>
        <w:br/>
        <w:t>vn 0.2805 -0.0119 0.9598</w:t>
        <w:br/>
        <w:t>vn 0.2957 -0.1286 0.9466</w:t>
        <w:br/>
        <w:t>vn 0.3067 -0.2347 0.9224</w:t>
        <w:br/>
        <w:t>vn -0.1680 0.4419 0.8812</w:t>
        <w:br/>
        <w:t>vn -0.1717 0.4728 0.8643</w:t>
        <w:br/>
        <w:t>vn -0.0181 0.2467 0.9689</w:t>
        <w:br/>
        <w:t>vn -0.0482 0.2349 0.9708</w:t>
        <w:br/>
        <w:t>vn -0.1889 0.5240 0.8305</w:t>
        <w:br/>
        <w:t>vn -0.1913 0.5774 0.7938</w:t>
        <w:br/>
        <w:t>vn -0.1558 0.6207 0.7685</w:t>
        <w:br/>
        <w:t>vn -0.4085 0.8210 0.3989</w:t>
        <w:br/>
        <w:t>vn -0.3055 0.6534 0.6926</w:t>
        <w:br/>
        <w:t>vn -0.2956 0.6334 0.7152</w:t>
        <w:br/>
        <w:t>vn -0.4075 0.7989 0.4424</w:t>
        <w:br/>
        <w:t>vn -0.4129 0.8068 0.4225</w:t>
        <w:br/>
        <w:t>vn -0.3167 0.6918 0.6489</w:t>
        <w:br/>
        <w:t>vn -0.4640 0.8795 0.1059</w:t>
        <w:br/>
        <w:t>vn -0.4639 0.8814 0.0891</w:t>
        <w:br/>
        <w:t>vn 0.5588 -0.4484 0.6976</w:t>
        <w:br/>
        <w:t>vn 0.5408 -0.4351 0.7199</w:t>
        <w:br/>
        <w:t>vn 0.6231 -0.5541 0.5520</w:t>
        <w:br/>
        <w:t>vn 0.3406 -0.5820 0.7385</w:t>
        <w:br/>
        <w:t>vn 0.4288 -0.2916 0.8551</w:t>
        <w:br/>
        <w:t>vn 0.1639 -0.1803 0.9699</w:t>
        <w:br/>
        <w:t>vn 0.4267 -0.2407 0.8718</w:t>
        <w:br/>
        <w:t>vn -0.5594 0.8289 -0.0006</w:t>
        <w:br/>
        <w:t>vn 0.2778 -0.8028 -0.5276</w:t>
        <w:br/>
        <w:t>vn 0.6781 -0.6683 -0.3059</w:t>
        <w:br/>
        <w:t>vn 0.3678 -0.3226 -0.8722</w:t>
        <w:br/>
        <w:t>vn 0.3909 -0.3264 -0.8606</w:t>
        <w:br/>
        <w:t>vn -0.3191 0.1570 -0.9346</w:t>
        <w:br/>
        <w:t>vn -0.2368 0.1493 -0.9600</w:t>
        <w:br/>
        <w:t>vn -0.2757 0.5987 -0.7521</w:t>
        <w:br/>
        <w:t>vn -0.4014 0.5138 -0.7582</w:t>
        <w:br/>
        <w:t>vn -0.3146 0.2497 -0.9158</w:t>
        <w:br/>
        <w:t>vn 0.6901 -0.6370 0.3436</w:t>
        <w:br/>
        <w:t>vn 0.7207 -0.6932 0.0086</w:t>
        <w:br/>
        <w:t>vn 0.3472 -0.9377 0.0121</w:t>
        <w:br/>
        <w:t>vn 0.2965 -0.7976 0.5253</w:t>
        <w:br/>
        <w:t>vn 0.3472 -0.9377 0.0120</w:t>
        <w:br/>
        <w:t>vn 0.5311 -0.5391 -0.6537</w:t>
        <w:br/>
        <w:t>vn 0.4778 -0.6848 -0.5503</w:t>
        <w:br/>
        <w:t>vn -0.1892 0.1969 0.9620</w:t>
        <w:br/>
        <w:t>vn 0.0432 0.1254 0.9912</w:t>
        <w:br/>
        <w:t>vn -0.4042 0.7988 0.4456</w:t>
        <w:br/>
        <w:t>vn -0.3131 0.6179 0.7213</w:t>
        <w:br/>
        <w:t>vn -0.2128 0.4226 0.8810</w:t>
        <w:br/>
        <w:t>vn -0.0351 0.1467 0.9886</w:t>
        <w:br/>
        <w:t>vn -0.5685 0.4037 0.7168</w:t>
        <w:br/>
        <w:t>vn -0.0011 -0.1906 0.9817</w:t>
        <w:br/>
        <w:t>vn -0.1332 -0.1325 0.9822</w:t>
        <w:br/>
        <w:t>vn 0.5447 -0.4210 -0.7253</w:t>
        <w:br/>
        <w:t>vn -0.1909 -0.1553 -0.9692</w:t>
        <w:br/>
        <w:t>vn -0.5516 0.4265 0.7168</w:t>
        <w:br/>
        <w:t>vn -0.4141 0.8589 -0.3013</w:t>
        <w:br/>
        <w:t>vn -0.5266 0.7772 -0.3443</w:t>
        <w:br/>
        <w:t>vn -0.3079 0.7569 -0.5765</w:t>
        <w:br/>
        <w:t>vn -0.0193 0.2992 -0.9540</w:t>
        <w:br/>
        <w:t>vn -0.4900 0.4891 -0.7216</w:t>
        <w:br/>
        <w:t>vn -0.3352 0.2591 -0.9058</w:t>
        <w:br/>
        <w:t>vn 0.1117 -0.0476 -0.9926</w:t>
        <w:br/>
        <w:t>vn 0.4798 -0.0455 -0.8762</w:t>
        <w:br/>
        <w:t>vn -0.2541 0.2107 -0.9440</w:t>
        <w:br/>
        <w:t>vn 0.0365 -0.0879 -0.9955</w:t>
        <w:br/>
        <w:t>vn 0.3878 -0.5329 -0.7521</w:t>
        <w:br/>
        <w:t>vn 0.5856 -0.4428 -0.6790</w:t>
        <w:br/>
        <w:t>vn 0.7543 -0.3625 -0.5474</w:t>
        <w:br/>
        <w:t>vn 0.3371 -0.5323 -0.7766</w:t>
        <w:br/>
        <w:t>vn 0.4772 -0.8158 -0.3267</w:t>
        <w:br/>
        <w:t>vn 0.5528 -0.7751 -0.3061</w:t>
        <w:br/>
        <w:t>vn 0.5261 -0.8496 -0.0382</w:t>
        <w:br/>
        <w:t>vn 0.6091 -0.7905 -0.0644</w:t>
        <w:br/>
        <w:t>vn 0.0416 -0.0759 -0.9962</w:t>
        <w:br/>
        <w:t>vn -0.6357 0.5289 -0.5623</w:t>
        <w:br/>
        <w:t>vn -0.6558 0.6749 -0.3383</w:t>
        <w:br/>
        <w:t>vn -0.7122 0.6741 -0.1957</w:t>
        <w:br/>
        <w:t>vn -0.5678 0.4938 -0.6586</w:t>
        <w:br/>
        <w:t>vn -0.7424 0.6242 -0.2434</w:t>
        <w:br/>
        <w:t>vn 0.4380 0.3048 -0.8457</w:t>
        <w:br/>
        <w:t>vn 0.7902 -0.3791 -0.4815</w:t>
        <w:br/>
        <w:t>vn 0.7080 -0.2142 -0.6730</w:t>
        <w:br/>
        <w:t>vn 0.8606 -0.5028 -0.0810</w:t>
        <w:br/>
        <w:t>vn 0.8758 -0.4787 -0.0624</w:t>
        <w:br/>
        <w:t>vn 0.8586 -0.4628 -0.2208</w:t>
        <w:br/>
        <w:t>vn 0.8516 -0.4705 -0.2310</w:t>
        <w:br/>
        <w:t>vn 0.2604 0.5862 -0.7672</w:t>
        <w:br/>
        <w:t>vn -0.0827 0.7376 -0.6702</w:t>
        <w:br/>
        <w:t>vn 0.0749 0.6001 -0.7964</w:t>
        <w:br/>
        <w:t>vn -0.2982 0.8501 -0.4340</w:t>
        <w:br/>
        <w:t>vn -0.5701 0.8215 0.0068</w:t>
        <w:br/>
        <w:t>vn -0.6511 0.7580 0.0387</w:t>
        <w:br/>
        <w:t>vn -0.6015 0.7092 0.3677</w:t>
        <w:br/>
        <w:t>vn -0.6748 0.6933 0.2529</w:t>
        <w:br/>
        <w:t>vn -0.7212 0.6906 0.0544</w:t>
        <w:br/>
        <w:t>vn -0.7074 0.6334 0.3136</w:t>
        <w:br/>
        <w:t>vn -0.7787 0.6263 0.0378</w:t>
        <w:br/>
        <w:t>vn -0.5116 0.7826 0.3546</w:t>
        <w:br/>
        <w:t>vn -0.3049 0.7692 0.5615</w:t>
        <w:br/>
        <w:t>vn -0.3704 0.5698 0.7336</w:t>
        <w:br/>
        <w:t>vn -0.4392 0.8495 0.2922</w:t>
        <w:br/>
        <w:t>vn -0.4762 0.8793 -0.0103</w:t>
        <w:br/>
        <w:t>vn -0.3482 0.8889 -0.2977</w:t>
        <w:br/>
        <w:t>vn -0.4228 0.8868 -0.1866</w:t>
        <w:br/>
        <w:t>vn -0.4696 0.8829 -0.0007</w:t>
        <w:br/>
        <w:t>vn -0.4536 0.8753 0.1678</w:t>
        <w:br/>
        <w:t>vn -0.8157 0.4041 -0.4140</w:t>
        <w:br/>
        <w:t>vn -0.8423 0.3575 -0.4034</w:t>
        <w:br/>
        <w:t>vn -0.7839 0.3161 -0.5344</w:t>
        <w:br/>
        <w:t>vn -0.5862 0.3157 -0.7461</w:t>
        <w:br/>
        <w:t>vn -0.6915 -0.2731 -0.6688</w:t>
        <w:br/>
        <w:t>vn -0.4939 -0.6862 -0.5340</w:t>
        <w:br/>
        <w:t>vn -0.5696 -0.5678 -0.5943</w:t>
        <w:br/>
        <w:t>vn -0.8330 0.0014 -0.5532</w:t>
        <w:br/>
        <w:t>vn -0.8882 0.0731 -0.4536</w:t>
        <w:br/>
        <w:t>vn -0.7733 0.0505 -0.6320</w:t>
        <w:br/>
        <w:t>vn -0.7223 0.1835 -0.6668</w:t>
        <w:br/>
        <w:t>vn -0.8423 0.2937 -0.4519</w:t>
        <w:br/>
        <w:t>vn -0.7079 0.1023 -0.6989</w:t>
        <w:br/>
        <w:t>vn -0.8071 -0.0173 -0.5902</w:t>
        <w:br/>
        <w:t>vn -0.7666 -0.0746 -0.6378</w:t>
        <w:br/>
        <w:t>vn -0.6057 -0.0792 -0.7917</w:t>
        <w:br/>
        <w:t>vn -0.5504 -0.3414 -0.7619</w:t>
        <w:br/>
        <w:t>vn -0.4198 0.0975 -0.9024</w:t>
        <w:br/>
        <w:t>vn -0.3153 -0.2271 -0.9214</w:t>
        <w:br/>
        <w:t>vn -0.2012 -0.7014 -0.6838</w:t>
        <w:br/>
        <w:t>vn -0.0837 -0.0886 -0.9925</w:t>
        <w:br/>
        <w:t>vn 0.0859 -0.5387 -0.8381</w:t>
        <w:br/>
        <w:t>vn -0.3947 -0.7762 -0.4917</w:t>
        <w:br/>
        <w:t>vn 0.1252 -0.7750 -0.6194</w:t>
        <w:br/>
        <w:t>vn -0.1681 -0.8800 -0.4442</w:t>
        <w:br/>
        <w:t>vn -0.2415 -0.8756 -0.4183</w:t>
        <w:br/>
        <w:t>vn -0.2270 0.2428 -0.9432</w:t>
        <w:br/>
        <w:t>vn -0.0840 0.3069 -0.9480</w:t>
        <w:br/>
        <w:t>vn 0.0827 0.0295 -0.9961</w:t>
        <w:br/>
        <w:t>vn 0.2997 -0.3551 -0.8855</w:t>
        <w:br/>
        <w:t>vn -0.5124 0.3037 -0.8032</w:t>
        <w:br/>
        <w:t>vn -0.3265 0.4488 -0.8318</w:t>
        <w:br/>
        <w:t>vn -0.3269 -0.8051 -0.4950</w:t>
        <w:br/>
        <w:t>vn -0.2297 -0.8522 -0.4701</w:t>
        <w:br/>
        <w:t>vn -0.2176 -0.8236 -0.5237</w:t>
        <w:br/>
        <w:t>vn -0.4331 -0.4820 -0.7616</w:t>
        <w:br/>
        <w:t>vn 0.0543 -0.9610 -0.2710</w:t>
        <w:br/>
        <w:t>vn 0.3584 -0.9054 -0.2277</w:t>
        <w:br/>
        <w:t>vn 0.1125 -0.7964 -0.5942</w:t>
        <w:br/>
        <w:t>vn -0.6619 -0.7496 -0.0070</w:t>
        <w:br/>
        <w:t>vn -0.7786 -0.6275 0.0064</w:t>
        <w:br/>
        <w:t>vn -0.7560 -0.6539 -0.0287</w:t>
        <w:br/>
        <w:t>vn -0.5899 -0.7759 -0.2236</w:t>
        <w:br/>
        <w:t>vn -0.5074 -0.7721 -0.3827</w:t>
        <w:br/>
        <w:t>vn -0.3302 -0.8825 -0.3348</w:t>
        <w:br/>
        <w:t>vn -0.2480 -0.9675 -0.0489</w:t>
        <w:br/>
        <w:t>vn -0.3989 -0.9167 -0.0233</w:t>
        <w:br/>
        <w:t>vn -0.2014 -0.9179 -0.3418</w:t>
        <w:br/>
        <w:t>vn -0.6562 -0.7347 0.1718</w:t>
        <w:br/>
        <w:t>vn -0.7799 -0.6201 0.0848</w:t>
        <w:br/>
        <w:t>vn -0.6309 -0.6987 0.3372</w:t>
        <w:br/>
        <w:t>vn -0.4769 -0.7281 0.4924</w:t>
        <w:br/>
        <w:t>vn 0.3755 -0.8733 0.3105</w:t>
        <w:br/>
        <w:t>vn 0.3715 -0.8415 0.3922</w:t>
        <w:br/>
        <w:t>vn 0.3755 -0.8733 0.3106</w:t>
        <w:br/>
        <w:t>vn 0.3835 -0.9217 0.0579</w:t>
        <w:br/>
        <w:t>vn 0.3835 -0.9217 0.0580</w:t>
        <w:br/>
        <w:t>vn -0.7308 0.5347 0.4243</w:t>
        <w:br/>
        <w:t>vn -0.8388 0.5442 0.0150</w:t>
        <w:br/>
        <w:t>vn -0.7712 0.5302 -0.3523</w:t>
        <w:br/>
        <w:t>vn -0.5046 0.3871 -0.7717</w:t>
        <w:br/>
        <w:t>vn -0.7440 0.4181 0.5211</w:t>
        <w:br/>
        <w:t>vn -0.8884 0.4587 0.0175</w:t>
        <w:br/>
        <w:t>vn -0.9102 0.4137 0.0199</w:t>
        <w:br/>
        <w:t>vn -0.9163 0.4000 0.0212</w:t>
        <w:br/>
        <w:t>vn -0.9208 0.3413 -0.1888</w:t>
        <w:br/>
        <w:t>vn -0.8778 0.3400 -0.3375</w:t>
        <w:br/>
        <w:t>vn -0.7937 0.3760 0.4781</w:t>
        <w:br/>
        <w:t>vn -0.8707 0.3950 0.2931</w:t>
        <w:br/>
        <w:t>vn -0.3428 0.3899 0.8547</w:t>
        <w:br/>
        <w:t>vn -0.4001 0.3132 0.8613</w:t>
        <w:br/>
        <w:t>vn -0.0049 0.2131 0.9770</w:t>
        <w:br/>
        <w:t>vn -0.4274 0.5201 0.7395</w:t>
        <w:br/>
        <w:t>vn -0.9167 0.3538 0.1857</w:t>
        <w:br/>
        <w:t>vn -0.9516 0.2239 0.2106</w:t>
        <w:br/>
        <w:t>vn -0.9173 0.3432 0.2020</w:t>
        <w:br/>
        <w:t>vn -0.7594 0.5675 -0.3182</w:t>
        <w:br/>
        <w:t>vn -0.8370 0.5472 0.0035</w:t>
        <w:br/>
        <w:t>vn -0.5223 0.8519 -0.0396</w:t>
        <w:br/>
        <w:t>vn -0.4687 0.7907 -0.3939</w:t>
        <w:br/>
        <w:t>vn -0.2976 0.9531 -0.0548</w:t>
        <w:br/>
        <w:t>vn -0.2985 0.8695 -0.3936</w:t>
        <w:br/>
        <w:t>vn -0.2800 0.7625 -0.5833</w:t>
        <w:br/>
        <w:t>vn -0.2559 0.6475 -0.7178</w:t>
        <w:br/>
        <w:t>vn -0.3687 0.5650 -0.7381</w:t>
        <w:br/>
        <w:t>vn -0.4080 0.6909 -0.5969</w:t>
        <w:br/>
        <w:t>vn -0.2527 0.8956 0.3662</w:t>
        <w:br/>
        <w:t>vn -0.4628 0.7965 0.3890</w:t>
        <w:br/>
        <w:t>vn -0.8666 0.4390 0.2371</w:t>
        <w:br/>
        <w:t>vn -0.8942 0.1015 0.4360</w:t>
        <w:br/>
        <w:t>vn -0.8373 0.2971 0.4589</w:t>
        <w:br/>
        <w:t>vn -0.6205 0.4465 0.6447</w:t>
        <w:br/>
        <w:t>vn -0.7892 0.5214 0.3244</w:t>
        <w:br/>
        <w:t>vn -0.3333 0.6876 0.6451</w:t>
        <w:br/>
        <w:t>vn -0.7393 -0.1886 0.6464</w:t>
        <w:br/>
        <w:t>vn -0.7571 -0.0141 0.6532</w:t>
        <w:br/>
        <w:t>vn -0.7849 0.0265 0.6190</w:t>
        <w:br/>
        <w:t>vn -0.8633 0.0195 0.5043</w:t>
        <w:br/>
        <w:t>vn -0.6386 0.1384 0.7570</w:t>
        <w:br/>
        <w:t>vn -0.7042 0.1690 0.6896</w:t>
        <w:br/>
        <w:t>vn -0.5070 0.3480 0.7886</w:t>
        <w:br/>
        <w:t>vn -0.4018 0.2901 0.8686</w:t>
        <w:br/>
        <w:t>vn -0.1967 0.4366 0.8779</w:t>
        <w:br/>
        <w:t>vn -0.2417 0.5603 0.7922</w:t>
        <w:br/>
        <w:t>vn -0.6449 0.5067 -0.5722</w:t>
        <w:br/>
        <w:t>vn -0.9031 0.3641 -0.2278</w:t>
        <w:br/>
        <w:t>vn -0.5569 0.3967 -0.7297</w:t>
        <w:br/>
        <w:t>vn 0.3856 -0.5683 -0.7269</w:t>
        <w:br/>
        <w:t>vn 0.6369 -0.7710 -0.0016</w:t>
        <w:br/>
        <w:t>vn 0.2748 -0.9612 -0.0229</w:t>
        <w:br/>
        <w:t>vn 0.1697 -0.9027 -0.3953</w:t>
        <w:br/>
        <w:t>vn 0.5568 -0.7528 -0.3510</w:t>
        <w:br/>
        <w:t>vn 0.1008 -0.8431 -0.5282</w:t>
        <w:br/>
        <w:t>vn 0.4476 -0.6758 -0.5856</w:t>
        <w:br/>
        <w:t>vn -0.1995 0.5060 -0.8391</w:t>
        <w:br/>
        <w:t>vn -0.3897 0.8740 0.2903</w:t>
        <w:br/>
        <w:t>vn -0.3247 0.8453 0.4243</w:t>
        <w:br/>
        <w:t>vn -0.4632 -0.5824 0.6680</w:t>
        <w:br/>
        <w:t>vn -0.3675 -0.6438 0.6712</w:t>
        <w:br/>
        <w:t>vn -0.2135 -0.7740 0.5961</w:t>
        <w:br/>
        <w:t>vn -0.2135 -0.7740 0.5962</w:t>
        <w:br/>
        <w:t>vn -0.0728 -0.8924 0.4453</w:t>
        <w:br/>
        <w:t>vn -0.0728 -0.8924 0.4454</w:t>
        <w:br/>
        <w:t>vn -0.0211 -0.9692 0.2454</w:t>
        <w:br/>
        <w:t>vn -0.0211 -0.9692 0.2453</w:t>
        <w:br/>
        <w:t>vn -0.1042 -0.9923 0.0666</w:t>
        <w:br/>
        <w:t>vn -0.6019 -0.5594 0.5699</w:t>
        <w:br/>
        <w:t>vn -0.5073 -0.5628 0.6526</w:t>
        <w:br/>
        <w:t>vn -0.7521 -0.6590 0.0084</w:t>
        <w:br/>
        <w:t>vn -0.5609 -0.5885 -0.5823</w:t>
        <w:br/>
        <w:t>vn -0.4400 -0.5751 -0.6897</w:t>
        <w:br/>
        <w:t>vn 0.0874 0.6242 0.7764</w:t>
        <w:br/>
        <w:t>vn 0.2548 0.5908 0.7655</w:t>
        <w:br/>
        <w:t>vn 0.4827 0.3294 0.8115</w:t>
        <w:br/>
        <w:t>vn 0.1419 0.3773 0.9151</w:t>
        <w:br/>
        <w:t>vn 0.6393 -0.0168 0.7688</w:t>
        <w:br/>
        <w:t>vn 0.4121 0.0124 0.9111</w:t>
        <w:br/>
        <w:t>vn 0.5897 -0.4299 0.6836</w:t>
        <w:br/>
        <w:t>vn 0.3392 -0.0409 0.9398</w:t>
        <w:br/>
        <w:t>vn 0.7054 -0.3750 0.6015</w:t>
        <w:br/>
        <w:t>vn 0.7852 -0.5668 0.2496</w:t>
        <w:br/>
        <w:t>vn 0.6556 -0.6948 0.2958</w:t>
        <w:br/>
        <w:t>vn 0.5352 -0.4434 0.7190</w:t>
        <w:br/>
        <w:t>vn 0.5803 -0.7487 0.3204</w:t>
        <w:br/>
        <w:t>vn 0.3072 -0.0454 0.9506</w:t>
        <w:br/>
        <w:t>vn -0.1037 0.3716 0.9226</w:t>
        <w:br/>
        <w:t>vn -0.0282 0.2615 0.9648</w:t>
        <w:br/>
        <w:t>vn 0.8045 -0.3276 0.4954</w:t>
        <w:br/>
        <w:t>vn 0.8408 -0.3209 0.4359</w:t>
        <w:br/>
        <w:t>vn 0.7837 -0.1466 0.6036</w:t>
        <w:br/>
        <w:t>vn 0.8550 -0.4747 0.2090</w:t>
        <w:br/>
        <w:t>vn 0.7447 -0.6121 -0.2660</w:t>
        <w:br/>
        <w:t>vn 0.7711 -0.6295 -0.0954</w:t>
        <w:br/>
        <w:t>vn -0.1009 0.7492 0.6546</w:t>
        <w:br/>
        <w:t>vn 0.0882 -0.9942 -0.0620</w:t>
        <w:br/>
        <w:t>vn 0.1741 -0.9821 -0.0713</w:t>
        <w:br/>
        <w:t>vn -0.3216 -0.9469 0.0013</w:t>
        <w:br/>
        <w:t>vn 0.8706 -0.4542 0.1891</w:t>
        <w:br/>
        <w:t>vn -0.6539 -0.1947 0.7311</w:t>
        <w:br/>
        <w:t>vn -0.3566 -0.5268 0.7715</w:t>
        <w:br/>
        <w:t>vn -0.5703 -0.6149 0.5446</w:t>
        <w:br/>
        <w:t>vn -0.6479 -0.2660 0.7138</w:t>
        <w:br/>
        <w:t>vn -0.4308 -0.6903 0.5813</w:t>
        <w:br/>
        <w:t>vn -0.3594 -0.7491 0.5565</w:t>
        <w:br/>
        <w:t>vn -0.4683 -0.3359 0.8172</w:t>
        <w:br/>
        <w:t>vn -0.5488 -0.0257 0.8355</w:t>
        <w:br/>
        <w:t>vn -0.3074 -0.7656 0.5651</w:t>
        <w:br/>
        <w:t>vn -0.3699 -0.8552 0.3632</w:t>
        <w:br/>
        <w:t>vn -0.2381 -0.7656 0.5976</w:t>
        <w:br/>
        <w:t>vn -0.2295 -0.8030 0.5500</w:t>
        <w:br/>
        <w:t>vn -0.1101 -0.7733 0.6244</w:t>
        <w:br/>
        <w:t>vn -0.1200 -0.8157 0.5658</w:t>
        <w:br/>
        <w:t>vn 0.1773 -0.7253 0.6652</w:t>
        <w:br/>
        <w:t>vn 0.1995 -0.7416 0.6405</w:t>
        <w:br/>
        <w:t>vn 0.4966 -0.6249 0.6024</w:t>
        <w:br/>
        <w:t>vn 0.4349 -0.5430 0.7184</w:t>
        <w:br/>
        <w:t>vn 0.2743 -0.8491 0.4515</w:t>
        <w:br/>
        <w:t>vn 0.5917 -0.7002 0.3995</w:t>
        <w:br/>
        <w:t>vn -0.0949 -0.9039 0.4170</w:t>
        <w:br/>
        <w:t>vn -0.1294 -0.9901 -0.0547</w:t>
        <w:br/>
        <w:t>vn 0.2747 -0.9612 -0.0228</w:t>
        <w:br/>
        <w:t>vn 0.3894 -0.3314 0.8594</w:t>
        <w:br/>
        <w:t>vn 0.1855 -0.5574 0.8093</w:t>
        <w:br/>
        <w:t>vn 0.2447 0.0396 0.9688</w:t>
        <w:br/>
        <w:t>vn 0.0516 -0.0723 0.9960</w:t>
        <w:br/>
        <w:t>vn -0.2469 -0.2432 0.9380</w:t>
        <w:br/>
        <w:t>vn -0.1389 -0.7233 0.6765</w:t>
        <w:br/>
        <w:t>vn -0.2628 -0.8832 0.3885</w:t>
        <w:br/>
        <w:t>vn -0.3989 -0.9167 -0.0232</w:t>
        <w:br/>
        <w:t>vn -0.1950 0.7589 0.6213</w:t>
        <w:br/>
        <w:t>vn -0.1419 0.6312 0.7625</w:t>
        <w:br/>
        <w:t>vn -0.0704 0.4917 0.8679</w:t>
        <w:br/>
        <w:t>vn -0.1186 0.2948 0.9482</w:t>
        <w:br/>
        <w:t>vn 0.0526 0.3311 0.9421</w:t>
        <w:br/>
        <w:t>vn -0.3484 0.1438 0.9262</w:t>
        <w:br/>
        <w:t>vn -0.3836 -0.6050 -0.6977</w:t>
        <w:br/>
        <w:t>vn -0.3124 -0.6801 -0.6632</w:t>
        <w:br/>
        <w:t>vn -0.2114 -0.9484 -0.2364</w:t>
        <w:br/>
        <w:t>vn -0.3034 -0.9524 -0.0310</w:t>
        <w:br/>
        <w:t>vn 0.0772 -0.9285 -0.3633</w:t>
        <w:br/>
        <w:t>vn -0.3315 -0.9409 -0.0694</w:t>
        <w:br/>
        <w:t>vn -0.3304 -0.9437 -0.0190</w:t>
        <w:br/>
        <w:t>vn 0.1169 -0.5692 -0.8138</w:t>
        <w:br/>
        <w:t>vn -0.2224 -0.8502 -0.4771</w:t>
        <w:br/>
        <w:t>vn -0.5196 0.5964 0.6119</w:t>
        <w:br/>
        <w:t>vn -0.1904 -0.8767 -0.4417</w:t>
        <w:br/>
        <w:t>vn -0.1600 -0.9160 -0.3680</w:t>
        <w:br/>
        <w:t>vn -0.2170 -0.9761 -0.0082</w:t>
        <w:br/>
        <w:t>vn -0.2412 -0.9705 0.0036</w:t>
        <w:br/>
        <w:t>vn -0.2282 0.1909 -0.9547</w:t>
        <w:br/>
        <w:t>vn 0.2153 -0.3257 0.9206</w:t>
        <w:br/>
        <w:t>vn -0.4481 0.8861 0.1190</w:t>
        <w:br/>
        <w:t>vn -0.4491 0.8765 -0.1735</w:t>
        <w:br/>
        <w:t>vn -0.4009 0.7891 -0.4655</w:t>
        <w:br/>
        <w:t>vn -0.3216 -0.9469 0.0014</w:t>
        <w:br/>
        <w:t>vn 0.8606 -0.5028 -0.0809</w:t>
        <w:br/>
        <w:t>vn 0.7711 -0.6296 -0.0955</w:t>
        <w:br/>
        <w:t>vn 0.0586 -0.9840 -0.1683</w:t>
        <w:br/>
        <w:t>vn -0.3322 -0.9432 0.0042</w:t>
        <w:br/>
        <w:t>vn 0.0124 0.4016 -0.9157</w:t>
        <w:br/>
        <w:t>vn 0.0846 0.4010 -0.9122</w:t>
        <w:br/>
        <w:t>vn -0.0322 0.5585 -0.8289</w:t>
        <w:br/>
        <w:t>vn -0.0962 0.2208 -0.9706</w:t>
        <w:br/>
        <w:t>vn 0.0089 0.3192 -0.9476</w:t>
        <w:br/>
        <w:t>vn 0.1212 0.2729 -0.9544</w:t>
        <w:br/>
        <w:t>vn 0.2149 -0.0124 -0.9766</w:t>
        <w:br/>
        <w:t>vn 0.3561 0.1931 -0.9143</w:t>
        <w:br/>
        <w:t>vn 0.4188 -0.0462 -0.9069</w:t>
        <w:br/>
        <w:t>vn 0.5062 -0.0701 -0.8596</w:t>
        <w:br/>
        <w:t>vn 0.5124 -0.0930 -0.8537</w:t>
        <w:br/>
        <w:t>vn 0.0738 -0.2668 -0.9609</w:t>
        <w:br/>
        <w:t>vn 0.4457 -0.1844 -0.8760</w:t>
        <w:br/>
        <w:t>vn 0.3135 -0.3347 -0.8886</w:t>
        <w:br/>
        <w:t>vn 0.2314 -0.2325 -0.9447</w:t>
        <w:br/>
        <w:t>vn 0.5490 -0.1888 -0.8142</w:t>
        <w:br/>
        <w:t>vn 0.5679 -0.1501 -0.8093</w:t>
        <w:br/>
        <w:t>vn 0.4453 -0.0655 -0.8930</w:t>
        <w:br/>
        <w:t>vn 0.2785 -0.0598 -0.9586</w:t>
        <w:br/>
        <w:t>vn 0.5000 -0.0784 -0.8625</w:t>
        <w:br/>
        <w:t>vn 0.2301 0.1234 -0.9653</w:t>
        <w:br/>
        <w:t>vn 0.2421 0.1670 -0.9558</w:t>
        <w:br/>
        <w:t>vn 0.2401 0.1857 -0.9528</w:t>
        <w:br/>
        <w:t>vn 0.2467 0.4059 -0.8800</w:t>
        <w:br/>
        <w:t>vn 0.2527 0.2990 -0.9202</w:t>
        <w:br/>
        <w:t>vn 0.0694 0.6186 -0.7827</w:t>
        <w:br/>
        <w:t>vn -0.0114 0.7312 -0.6821</w:t>
        <w:br/>
        <w:t>vn 0.4112 -0.0602 -0.9096</w:t>
        <w:br/>
        <w:t>vn 0.4232 -0.0606 -0.9040</w:t>
        <w:br/>
        <w:t>vn 0.2929 -0.0577 -0.9544</w:t>
        <w:br/>
        <w:t>vn 0.3032 -0.0552 -0.9513</w:t>
        <w:br/>
        <w:t>vn 0.4150 -0.0631 -0.9076</w:t>
        <w:br/>
        <w:t>vn 0.4412 -0.0662 -0.8950</w:t>
        <w:br/>
        <w:t>vn 0.3209 -0.0644 -0.9449</w:t>
        <w:br/>
        <w:t>vn 0.4248 -0.0588 -0.9034</w:t>
        <w:br/>
        <w:t>vn 0.4472 -0.0548 -0.8928</w:t>
        <w:br/>
        <w:t>vn 0.4586 -0.0536 -0.8870</w:t>
        <w:br/>
        <w:t>vn 0.4397 -0.1088 -0.8915</w:t>
        <w:br/>
        <w:t>vn 0.4964 -0.0887 -0.8635</w:t>
        <w:br/>
        <w:t>vn 0.4457 -0.0337 -0.8946</w:t>
        <w:br/>
        <w:t>vn 0.4541 -0.0684 -0.8883</w:t>
        <w:br/>
        <w:t>vn 0.4575 -0.0885 -0.8848</w:t>
        <w:br/>
        <w:t>vn 0.5068 -0.1021 -0.8560</w:t>
        <w:br/>
        <w:t>vn 0.4916 -0.0940 -0.8657</w:t>
        <w:br/>
        <w:t>vn 0.4869 -0.0295 -0.8729</w:t>
        <w:br/>
        <w:t>vn 0.5060 -0.0673 -0.8599</w:t>
        <w:br/>
        <w:t>vn 0.5017 -0.0378 -0.8642</w:t>
        <w:br/>
        <w:t>vn 0.5191 -0.0756 -0.8514</w:t>
        <w:br/>
        <w:t>vn 0.4950 -0.0757 -0.8656</w:t>
        <w:br/>
        <w:t>vn 0.4898 -0.0900 -0.8672</w:t>
        <w:br/>
        <w:t>vn 0.5112 -0.0845 -0.8553</w:t>
        <w:br/>
        <w:t>vn 0.5259 -0.0733 -0.8474</w:t>
        <w:br/>
        <w:t>vn 0.5157 -0.0740 -0.8536</w:t>
        <w:br/>
        <w:t>vn 0.3452 -0.0870 -0.9345</w:t>
        <w:br/>
        <w:t>vn 0.1288 -0.4118 -0.9021</w:t>
        <w:br/>
        <w:t>vn 0.0964 -0.0764 -0.9924</w:t>
        <w:br/>
        <w:t>vn 0.1344 -0.0678 -0.9886</w:t>
        <w:br/>
        <w:t>vn 0.1803 -0.0635 -0.9816</w:t>
        <w:br/>
        <w:t>vn 0.2149 -0.0746 -0.9738</w:t>
        <w:br/>
        <w:t>vn 0.2405 -0.0939 -0.9661</w:t>
        <w:br/>
        <w:t>vn 0.2571 -0.1592 -0.9532</w:t>
        <w:br/>
        <w:t>vn 0.2766 -0.2253 -0.9342</w:t>
        <w:br/>
        <w:t>vn -0.0569 0.8188 -0.5712</w:t>
        <w:br/>
        <w:t>vn 0.2401 0.6066 -0.7579</w:t>
        <w:br/>
        <w:t>vn 0.1669 0.8182 -0.5502</w:t>
        <w:br/>
        <w:t>vn 0.6890 0.5617 -0.4580</w:t>
        <w:br/>
        <w:t>vn 0.7564 0.4850 -0.4389</w:t>
        <w:br/>
        <w:t>vn 0.8065 0.5880 0.0619</w:t>
        <w:br/>
        <w:t>vn 0.8055 0.5607 -0.1920</w:t>
        <w:br/>
        <w:t>vn 0.6539 0.4885 0.5777</w:t>
        <w:br/>
        <w:t>vn 0.7824 0.5301 0.3269</w:t>
        <w:br/>
        <w:t>vn 0.4095 0.3932 0.8232</w:t>
        <w:br/>
        <w:t>vn 0.4746 0.4111 0.7783</w:t>
        <w:br/>
        <w:t>vn 0.7897 -0.6056 0.0980</w:t>
        <w:br/>
        <w:t>vn 0.7642 -0.6417 0.0643</w:t>
        <w:br/>
        <w:t>vn 0.7836 -0.6132 0.0999</w:t>
        <w:br/>
        <w:t>vn 0.3825 0.3113 0.8699</w:t>
        <w:br/>
        <w:t>vn 0.2890 0.1406 0.9469</w:t>
        <w:br/>
        <w:t>vn 0.2863 0.1272 0.9496</w:t>
        <w:br/>
        <w:t>vn 0.8350 -0.4661 0.2924</w:t>
        <w:br/>
        <w:t>vn 0.8004 -0.5697 0.1866</w:t>
        <w:br/>
        <w:t>vn 0.7732 -0.5064 0.3817</w:t>
        <w:br/>
        <w:t>vn 0.8238 -0.4144 0.3867</w:t>
        <w:br/>
        <w:t>vn 0.1985 -0.0082 0.9801</w:t>
        <w:br/>
        <w:t>vn 0.2118 -0.0701 0.9748</w:t>
        <w:br/>
        <w:t>vn 0.8197 -0.5245 0.2300</w:t>
        <w:br/>
        <w:t>vn 0.6563 0.4444 0.6098</w:t>
        <w:br/>
        <w:t>vn 0.7493 -0.6585 0.0703</w:t>
        <w:br/>
        <w:t>vn 0.6868 -0.4928 0.5343</w:t>
        <w:br/>
        <w:t>vn 0.6153 -0.3176 0.7215</w:t>
        <w:br/>
        <w:t>vn 0.6844 -0.4720 0.5557</w:t>
        <w:br/>
        <w:t>vn 0.2739 -0.2902 0.9169</w:t>
        <w:br/>
        <w:t>vn 0.1671 -0.5638 0.8089</w:t>
        <w:br/>
        <w:t>vn 0.0846 -0.3642 0.9275</w:t>
        <w:br/>
        <w:t>vn 0.2769 -0.2691 0.9225</w:t>
        <w:br/>
        <w:t>vn 0.2320 -0.5276 0.8172</w:t>
        <w:br/>
        <w:t>vn 0.0916 -0.7373 0.6693</w:t>
        <w:br/>
        <w:t>vn 0.2635 -0.3202 0.9100</w:t>
        <w:br/>
        <w:t>vn 0.2563 -0.3293 0.9088</w:t>
        <w:br/>
        <w:t>vn 0.3970 -0.4585 0.7951</w:t>
        <w:br/>
        <w:t>vn 0.1828 -0.4485 0.8749</w:t>
        <w:br/>
        <w:t>vn 0.2878 -0.3233 0.9015</w:t>
        <w:br/>
        <w:t>vn 0.3132 -0.2999 0.9011</w:t>
        <w:br/>
        <w:t>vn 0.3438 -0.3186 0.8833</w:t>
        <w:br/>
        <w:t>vn 0.3128 -0.3537 0.8815</w:t>
        <w:br/>
        <w:t>vn 0.3096 -0.3734 0.8745</w:t>
        <w:br/>
        <w:t>vn 0.2893 -0.3358 0.8964</w:t>
        <w:br/>
        <w:t>vn 0.3667 -0.2874 0.8849</w:t>
        <w:br/>
        <w:t>vn 0.3651 -0.2937 0.8834</w:t>
        <w:br/>
        <w:t>vn 0.4346 -0.3411 0.8336</w:t>
        <w:br/>
        <w:t>vn 0.4562 -0.3515 0.8175</w:t>
        <w:br/>
        <w:t>vn 0.3650 -0.2435 0.8986</w:t>
        <w:br/>
        <w:t>vn 0.3604 -0.2762 0.8910</w:t>
        <w:br/>
        <w:t>vn 0.4439 -0.3542 0.8231</w:t>
        <w:br/>
        <w:t>vn 0.3969 -0.2419 0.8854</w:t>
        <w:br/>
        <w:t>vn 0.4512 -0.3852 0.8050</w:t>
        <w:br/>
        <w:t>vn 0.3843 -0.3374 0.8594</w:t>
        <w:br/>
        <w:t>vn 0.7952 -0.6063 0.0008</w:t>
        <w:br/>
        <w:t>vn 0.7426 -0.6649 0.0803</w:t>
        <w:br/>
        <w:t>vn 0.8075 0.5887 0.0371</w:t>
        <w:br/>
        <w:t>vn 0.8083 -0.5851 -0.0658</w:t>
        <w:br/>
        <w:t>vn 0.8179 -0.5743 0.0357</w:t>
        <w:br/>
        <w:t>vn 0.8424 -0.5310 -0.0918</w:t>
        <w:br/>
        <w:t>vn 0.8003 -0.5724 -0.1787</w:t>
        <w:br/>
        <w:t>vn -0.0737 -0.0050 0.9973</w:t>
        <w:br/>
        <w:t>vn -0.1117 0.0072 0.9937</w:t>
        <w:br/>
        <w:t>vn 0.4732 -0.4957 0.7282</w:t>
        <w:br/>
        <w:t>vn -0.1721 -0.0086 0.9850</w:t>
        <w:br/>
        <w:t>vn -0.2442 0.0030 0.9697</w:t>
        <w:br/>
        <w:t>vn -0.2278 -0.0156 0.9736</w:t>
        <w:br/>
        <w:t>vn -0.0221 -0.0245 0.9995</w:t>
        <w:br/>
        <w:t>vn -0.2793 0.0563 0.9585</w:t>
        <w:br/>
        <w:t>vn -0.2490 0.0080 0.9685</w:t>
        <w:br/>
        <w:t>vn -0.1761 0.0184 0.9842</w:t>
        <w:br/>
        <w:t>vn -0.2217 0.0504 0.9738</w:t>
        <w:br/>
        <w:t>vn -0.1692 -0.0066 0.9856</w:t>
        <w:br/>
        <w:t>vn -0.2012 -0.0246 0.9792</w:t>
        <w:br/>
        <w:t>vn -0.2584 -0.0360 0.9654</w:t>
        <w:br/>
        <w:t>vn -0.1388 0.0054 0.9903</w:t>
        <w:br/>
        <w:t>vn -0.3940 0.0125 0.9190</w:t>
        <w:br/>
        <w:t>vn -0.3693 -0.0309 0.9288</w:t>
        <w:br/>
        <w:t>vn -0.4178 0.0560 0.9068</w:t>
        <w:br/>
        <w:t>vn -0.5118 0.0785 0.8555</w:t>
        <w:br/>
        <w:t>vn -0.4830 0.0476 0.8743</w:t>
        <w:br/>
        <w:t>vn -0.4225 -0.0143 0.9062</w:t>
        <w:br/>
        <w:t>vn -0.5266 0.1071 0.8433</w:t>
        <w:br/>
        <w:t>vn -0.5266 0.1072 0.8433</w:t>
        <w:br/>
        <w:t>vn -0.1161 0.0274 0.9929</w:t>
        <w:br/>
        <w:t>vn -0.2560 0.0290 0.9662</w:t>
        <w:br/>
        <w:t>vn 0.1239 -0.0942 0.9878</w:t>
        <w:br/>
        <w:t>vn -0.2655 0.0541 0.9626</w:t>
        <w:br/>
        <w:t>vn -0.1148 0.0585 0.9917</w:t>
        <w:br/>
        <w:t>vn -0.1120 0.0741 0.9909</w:t>
        <w:br/>
        <w:t>vn -0.2424 0.0723 0.9675</w:t>
        <w:br/>
        <w:t>vn -0.4239 0.0775 0.9024</w:t>
        <w:br/>
        <w:t>vn -0.4992 0.1297 0.8568</w:t>
        <w:br/>
        <w:t>vn -0.2953 0.1036 0.9498</w:t>
        <w:br/>
        <w:t>vn -0.0463 -0.2073 0.9772</w:t>
        <w:br/>
        <w:t>vn -0.1620 -0.2184 0.9623</w:t>
        <w:br/>
        <w:t>vn -0.1393 0.0738 0.9875</w:t>
        <w:br/>
        <w:t>vn 0.6771 -0.0797 -0.7316</w:t>
        <w:br/>
        <w:t>vn 0.6879 -0.0690 -0.7226</w:t>
        <w:br/>
        <w:t>vn 0.6878 -0.0690 -0.7226</w:t>
        <w:br/>
        <w:t>vn -0.2130 0.0641 0.9749</w:t>
        <w:br/>
        <w:t>vn -0.1176 0.9768 0.1791</w:t>
        <w:br/>
        <w:t>vn -0.1176 0.9768 0.1790</w:t>
        <w:br/>
        <w:t>vn -0.1149 0.9626 0.2452</w:t>
        <w:br/>
        <w:t>vn -0.4298 0.0563 0.9012</w:t>
        <w:br/>
        <w:t>vn -0.5480 0.0661 0.8339</w:t>
        <w:br/>
        <w:t>vn -0.5428 0.0671 0.8371</w:t>
        <w:br/>
        <w:t>vn -0.2334 0.0742 0.9695</w:t>
        <w:br/>
        <w:t>vn -0.1845 0.0794 0.9796</w:t>
        <w:br/>
        <w:t>vn -0.5698 0.0583 0.8197</w:t>
        <w:br/>
        <w:t>vn -0.5818 0.0660 0.8106</w:t>
        <w:br/>
        <w:t>vn -0.2934 -0.0361 0.9553</w:t>
        <w:br/>
        <w:t>vn -0.4568 0.0442 0.8885</w:t>
        <w:br/>
        <w:t>vn -0.3499 0.0372 0.9361</w:t>
        <w:br/>
        <w:t>vn -0.6016 0.0632 0.7963</w:t>
        <w:br/>
        <w:t>vn -0.6047 0.0711 0.7933</w:t>
        <w:br/>
        <w:t>vn -0.4766 0.0501 0.8777</w:t>
        <w:br/>
        <w:t>vn -0.3446 0.0438 0.9377</w:t>
        <w:br/>
        <w:t>vn -0.0602 -0.0386 0.9974</w:t>
        <w:br/>
        <w:t>vn -0.3082 0.1608 0.9376</w:t>
        <w:br/>
        <w:t>vn -0.3920 0.2159 0.8943</w:t>
        <w:br/>
        <w:t>vn -0.0208 -0.1099 0.9937</w:t>
        <w:br/>
        <w:t>vn -0.2329 -0.2237 0.9464</w:t>
        <w:br/>
        <w:t>vn -0.4038 0.0087 0.9148</w:t>
        <w:br/>
        <w:t>vn -0.5408 -0.1407 0.8293</w:t>
        <w:br/>
        <w:t>vn -0.4868 0.0289 0.8730</w:t>
        <w:br/>
        <w:t>vn -0.5741 0.4141 0.7064</w:t>
        <w:br/>
        <w:t>vn -0.5289 0.5072 0.6804</w:t>
        <w:br/>
        <w:t>vn -0.5134 0.3433 0.7865</w:t>
        <w:br/>
        <w:t>vn -0.5685 0.3425 0.7480</w:t>
        <w:br/>
        <w:t>vn -0.6229 0.0823 0.7780</w:t>
        <w:br/>
        <w:t>vn -0.6614 0.0825 0.7455</w:t>
        <w:br/>
        <w:t>vn -0.3616 0.0669 0.9299</w:t>
        <w:br/>
        <w:t>vn -0.4760 0.0749 0.8762</w:t>
        <w:br/>
        <w:t>vn -0.6245 0.0702 0.7779</w:t>
        <w:br/>
        <w:t>vn -0.7104 0.0651 0.7008</w:t>
        <w:br/>
        <w:t>vn -0.4662 0.0694 0.8819</w:t>
        <w:br/>
        <w:t>vn -0.3997 0.0642 0.9144</w:t>
        <w:br/>
        <w:t>vn -0.5928 0.0568 0.8034</w:t>
        <w:br/>
        <w:t>vn -0.6748 0.0487 0.7364</w:t>
        <w:br/>
        <w:t>vn -0.4554 0.0555 0.8886</w:t>
        <w:br/>
        <w:t>vn -0.4049 0.0466 0.9132</w:t>
        <w:br/>
        <w:t>vn -0.5936 0.1026 0.7982</w:t>
        <w:br/>
        <w:t>vn -0.6095 0.0783 0.7889</w:t>
        <w:br/>
        <w:t>vn -0.5576 0.0735 0.8269</w:t>
        <w:br/>
        <w:t>vn -0.5538 0.0882 0.8280</w:t>
        <w:br/>
        <w:t>vn -0.4543 0.0517 0.8893</w:t>
        <w:br/>
        <w:t>vn -0.4617 0.0529 0.8854</w:t>
        <w:br/>
        <w:t>vn -0.4038 0.0345 0.9142</w:t>
        <w:br/>
        <w:t>vn -0.4091 0.0320 0.9119</w:t>
        <w:br/>
        <w:t>vn -0.5627 0.1443 0.8140</w:t>
        <w:br/>
        <w:t>vn -0.4763 0.0754 0.8761</w:t>
        <w:br/>
        <w:t>vn -0.4176 0.0329 0.9081</w:t>
        <w:br/>
        <w:t>vn -0.5731 0.1704 0.8016</w:t>
        <w:br/>
        <w:t>vn -0.4978 0.1324 0.8572</w:t>
        <w:br/>
        <w:t>vn -0.5920 0.1709 0.7876</w:t>
        <w:br/>
        <w:t>vn -0.4692 0.0668 0.8805</w:t>
        <w:br/>
        <w:t>vn -0.4876 0.1353 0.8625</w:t>
        <w:br/>
        <w:t>vn -0.5236 0.2219 0.8225</w:t>
        <w:br/>
        <w:t>vn -0.5560 0.1709 0.8134</w:t>
        <w:br/>
        <w:t>vn -0.2626 0.0690 0.9624</w:t>
        <w:br/>
        <w:t>vn -0.2101 0.0881 0.9737</w:t>
        <w:br/>
        <w:t>vn -0.0000 0.0904 0.9959</w:t>
        <w:br/>
        <w:t>vn -0.2855 0.0861 0.9545</w:t>
        <w:br/>
        <w:t>vn -0.3813 0.2081 0.9007</w:t>
        <w:br/>
        <w:t>vn -0.5064 0.1923 0.8406</w:t>
        <w:br/>
        <w:t>vn 0.3860 -0.4376 0.8121</w:t>
        <w:br/>
        <w:t>vn 0.5625 -0.4799 0.6732</w:t>
        <w:br/>
        <w:t>vn 0.5825 -0.6422 0.4983</w:t>
        <w:br/>
        <w:t>vn -0.2152 0.0894 0.9725</w:t>
        <w:br/>
        <w:t>vn -0.2774 0.0885 0.9567</w:t>
        <w:br/>
        <w:t>vn -0.2335 0.0881 0.9684</w:t>
        <w:br/>
        <w:t>vn -0.2989 0.0783 0.9511</w:t>
        <w:br/>
        <w:t>vn -0.2638 0.0957 0.9598</w:t>
        <w:br/>
        <w:t>vn -0.0000 0.1041 0.9946</w:t>
        <w:br/>
        <w:t>vn -0.3463 0.0884 0.9339</w:t>
        <w:br/>
        <w:t>vn -0.2978 0.0878 0.9506</w:t>
        <w:br/>
        <w:t>vn -0.3983 0.0783 0.9139</w:t>
        <w:br/>
        <w:t>vn -0.3352 0.0758 0.9391</w:t>
        <w:br/>
        <w:t>vn -0.4559 0.0688 0.8874</w:t>
        <w:br/>
        <w:t>vn -0.3518 0.0741 0.9331</w:t>
        <w:br/>
        <w:t>vn -0.4821 0.0783 0.8726</w:t>
        <w:br/>
        <w:t>vn 0.1629 -0.2315 0.9591</w:t>
        <w:br/>
        <w:t>vn 0.0109 -0.2298 0.9732</w:t>
        <w:br/>
        <w:t>vn -0.2262 0.0277 0.9737</w:t>
        <w:br/>
        <w:t>vn -0.0810 0.0088 0.9967</w:t>
        <w:br/>
        <w:t>vn -0.0740 -0.2039 0.9762</w:t>
        <w:br/>
        <w:t>vn -0.6433 0.2788 0.7131</w:t>
        <w:br/>
        <w:t>vn -0.2612 -0.2008 0.9442</w:t>
        <w:br/>
        <w:t>vn -0.2469 -0.1323 0.9600</w:t>
        <w:br/>
        <w:t>vn -0.7192 0.2567 0.6457</w:t>
        <w:br/>
        <w:t>vn -0.4630 -0.1706 0.8698</w:t>
        <w:br/>
        <w:t>vn -0.4625 -0.1659 0.8710</w:t>
        <w:br/>
        <w:t>vn -0.8128 0.2281 0.5361</w:t>
        <w:br/>
        <w:t>vn -0.6716 -0.1526 0.7250</w:t>
        <w:br/>
        <w:t>vn -0.6629 -0.1322 0.7370</w:t>
        <w:br/>
        <w:t>vn -0.6814 0.2734 0.6790</w:t>
        <w:br/>
        <w:t>vn -0.6526 0.3312 0.6814</w:t>
        <w:br/>
        <w:t>vn -0.6641 0.3394 0.6662</w:t>
        <w:br/>
        <w:t>vn -0.8006 0.3374 0.4952</w:t>
        <w:br/>
        <w:t>vn -0.7607 0.3189 0.5654</w:t>
        <w:br/>
        <w:t>vn -0.6942 0.0652 0.7168</w:t>
        <w:br/>
        <w:t>vn -0.6120 0.0525 0.7892</w:t>
        <w:br/>
        <w:t>vn -0.7559 0.2743 0.5945</w:t>
        <w:br/>
        <w:t>vn -0.8243 0.2856 0.4889</w:t>
        <w:br/>
        <w:t>vn -0.8278 0.3382 0.4476</w:t>
        <w:br/>
        <w:t>vn -0.8149 -0.0408 0.5781</w:t>
        <w:br/>
        <w:t>vn -0.7461 0.0130 0.6657</w:t>
        <w:br/>
        <w:t>vn 0.5449 -0.0554 -0.8367</w:t>
        <w:br/>
        <w:t>vn 0.5333 -0.0532 -0.8442</w:t>
        <w:br/>
        <w:t>vn 0.5334 -0.0533 -0.8442</w:t>
        <w:br/>
        <w:t>vn 0.5798 -0.0727 -0.8115</w:t>
        <w:br/>
        <w:t>vn 0.6418 -0.0792 -0.7628</w:t>
        <w:br/>
        <w:t>vn 0.6492 -0.0847 -0.7559</w:t>
        <w:br/>
        <w:t>vn 0.6494 -0.0845 -0.7558</w:t>
        <w:br/>
        <w:t>vn 0.6329 -0.0932 -0.7686</w:t>
        <w:br/>
        <w:t>vn 0.6631 -0.0811 -0.7441</w:t>
        <w:br/>
        <w:t>vn -0.8883 0.1891 0.4185</w:t>
        <w:br/>
        <w:t>vn -0.7861 -0.1716 0.5937</w:t>
        <w:br/>
        <w:t>vn -0.8708 0.3344 0.3605</w:t>
        <w:br/>
        <w:t>vn -0.8808 0.2718 0.3878</w:t>
        <w:br/>
        <w:t>vn -0.8757 0.3295 0.3529</w:t>
        <w:br/>
        <w:t>vn -0.9217 0.1475 0.3587</w:t>
        <w:br/>
        <w:t>vn -0.8332 0.5230 0.1796</w:t>
        <w:br/>
        <w:t>vn -0.8540 -0.0617 0.5165</w:t>
        <w:br/>
        <w:t>vn -0.9159 -0.1386 0.3767</w:t>
        <w:br/>
        <w:t>vn -0.9278 -0.0701 0.3664</w:t>
        <w:br/>
        <w:t>vn -0.9635 -0.1766 0.2011</w:t>
        <w:br/>
        <w:t>vn -0.9824 -0.0233 0.1855</w:t>
        <w:br/>
        <w:t>vn -0.9658 0.1821 0.1843</w:t>
        <w:br/>
        <w:t>vn -0.8691 0.4904 0.0653</w:t>
        <w:br/>
        <w:t>vn -0.9034 0.3819 0.1949</w:t>
        <w:br/>
        <w:t>vn -0.9314 0.2272 0.2843</w:t>
        <w:br/>
        <w:t>vn -0.9293 0.1470 0.3387</w:t>
        <w:br/>
        <w:t>vn -0.8315 -0.2440 0.4992</w:t>
        <w:br/>
        <w:t>vn -0.9327 -0.1293 -0.3368</w:t>
        <w:br/>
        <w:t>vn -0.9420 0.2167 -0.2563</w:t>
        <w:br/>
        <w:t>vn -0.9922 0.1195 -0.0359</w:t>
        <w:br/>
        <w:t>vn -0.9846 -0.1706 -0.0370</w:t>
        <w:br/>
        <w:t>vn -0.9543 0.2602 -0.1470</w:t>
        <w:br/>
        <w:t>vn -0.9391 0.2502 -0.2357</w:t>
        <w:br/>
        <w:t>vn -0.9037 0.4221 -0.0717</w:t>
        <w:br/>
        <w:t>vn -0.9780 0.2084 0.0090</w:t>
        <w:br/>
        <w:t>vn -0.9411 0.2124 -0.2630</w:t>
        <w:br/>
        <w:t>vn -0.9179 0.3651 -0.1553</w:t>
        <w:br/>
        <w:t>vn -0.9649 0.2626 -0.0098</w:t>
        <w:br/>
        <w:t>vn -0.9677 0.2431 -0.0669</w:t>
        <w:br/>
        <w:t>vn -0.9632 0.2583 -0.0745</w:t>
        <w:br/>
        <w:t>vn -0.9763 -0.1992 -0.0847</w:t>
        <w:br/>
        <w:t>vn -0.9642 -0.2075 0.1653</w:t>
        <w:br/>
        <w:t>vn -0.9767 0.2006 0.0756</w:t>
        <w:br/>
        <w:t>vn -0.8164 -0.1010 -0.5686</w:t>
        <w:br/>
        <w:t>vn -0.6663 -0.0829 -0.7411</w:t>
        <w:br/>
        <w:t>vn -0.7460 0.2335 -0.6237</w:t>
        <w:br/>
        <w:t>vn -0.8595 0.2683 -0.4351</w:t>
        <w:br/>
        <w:t>vn -0.7426 0.1346 -0.6561</w:t>
        <w:br/>
        <w:t>vn -0.8468 0.1509 -0.5101</w:t>
        <w:br/>
        <w:t>vn -0.8565 0.2064 -0.4731</w:t>
        <w:br/>
        <w:t>vn -0.7481 0.2606 -0.6103</w:t>
        <w:br/>
        <w:t>vn -0.7942 0.4696 -0.3856</w:t>
        <w:br/>
        <w:t>vn -0.8643 0.4030 -0.3010</w:t>
        <w:br/>
        <w:t>vn -0.8567 0.2446 -0.4542</w:t>
        <w:br/>
        <w:t>vn -0.7444 0.2806 -0.6059</w:t>
        <w:br/>
        <w:t>vn -0.5067 -0.1410 -0.8505</w:t>
        <w:br/>
        <w:t>vn -0.7061 -0.1562 -0.6907</w:t>
        <w:br/>
        <w:t>vn -0.5176 -0.0689 -0.8528</w:t>
        <w:br/>
        <w:t>vn -0.3799 -0.0426 -0.9241</w:t>
        <w:br/>
        <w:t>vn -0.5087 0.2554 -0.8222</w:t>
        <w:br/>
        <w:t>vn -0.6234 0.2510 -0.7405</w:t>
        <w:br/>
        <w:t>vn -0.5280 0.3152 -0.7886</w:t>
        <w:br/>
        <w:t>vn -0.6352 0.2848 -0.7179</w:t>
        <w:br/>
        <w:t>vn -0.6121 0.1052 -0.7838</w:t>
        <w:br/>
        <w:t>vn -0.4686 0.0966 -0.8781</w:t>
        <w:br/>
        <w:t>vn -0.6708 0.4352 -0.6005</w:t>
        <w:br/>
        <w:t>vn -0.7415 0.4910 -0.4573</w:t>
        <w:br/>
        <w:t>vn -0.3709 -0.1547 -0.9157</w:t>
        <w:br/>
        <w:t>vn -0.1983 -0.1695 -0.9654</w:t>
        <w:br/>
        <w:t>vn -0.3528 0.2573 -0.8996</w:t>
        <w:br/>
        <w:t>vn -0.4183 0.2749 -0.8657</w:t>
        <w:br/>
        <w:t>vn -0.2608 0.0398 -0.9646</w:t>
        <w:br/>
        <w:t>vn -0.5074 0.3143 -0.8024</w:t>
        <w:br/>
        <w:t>vn -0.7069 0.6738 -0.2151</w:t>
        <w:br/>
        <w:t>vn -0.7091 0.6944 -0.1228</w:t>
        <w:br/>
        <w:t>vn -0.9340 0.3540 0.0477</w:t>
        <w:br/>
        <w:t>vn -0.9677 0.2043 0.1476</w:t>
        <w:br/>
        <w:t>vn -0.9644 0.1376 0.2260</w:t>
        <w:br/>
        <w:t>vn -0.9033 -0.2349 0.3590</w:t>
        <w:br/>
        <w:t>vn -0.9060 0.2947 -0.3037</w:t>
        <w:br/>
        <w:t>vn -0.9021 0.1024 -0.4193</w:t>
        <w:br/>
        <w:t>vn -0.8967 0.1988 -0.3954</w:t>
        <w:br/>
        <w:t>vn -0.9386 0.2502 -0.2376</w:t>
        <w:br/>
        <w:t>vn -0.8909 0.4033 -0.2088</w:t>
        <w:br/>
        <w:t>vn -0.8965 -0.1867 -0.4018</w:t>
        <w:br/>
        <w:t>vn -0.4923 0.2790 0.8245</w:t>
        <w:br/>
        <w:t>vn -0.6289 -0.1909 0.7537</w:t>
        <w:br/>
        <w:t>vn -0.2442 0.0757 0.9668</w:t>
        <w:br/>
        <w:t>vn -0.2486 0.0724 0.9659</w:t>
        <w:br/>
        <w:t>vn -0.2222 -0.0144 0.9749</w:t>
        <w:br/>
        <w:t>vn -0.2573 -0.0711 0.9637</w:t>
        <w:br/>
        <w:t>vn -0.1370 -0.0367 0.9899</w:t>
        <w:br/>
        <w:t>vn -0.6076 -0.1966 0.7695</w:t>
        <w:br/>
        <w:t>vn -0.2992 0.0334 0.9536</w:t>
        <w:br/>
        <w:t>vn -0.4353 0.0974 0.8950</w:t>
        <w:br/>
        <w:t>vn -0.6764 0.0592 0.7341</w:t>
        <w:br/>
        <w:t>vn -0.4694 -0.1025 0.8770</w:t>
        <w:br/>
        <w:t>vn -0.3564 0.0439 0.9333</w:t>
        <w:br/>
        <w:t>vn -0.5474 -0.0299 0.8363</w:t>
        <w:br/>
        <w:t>vn -0.4677 0.1201 0.8757</w:t>
        <w:br/>
        <w:t>vn -0.5778 0.2186 0.7863</w:t>
        <w:br/>
        <w:t>vn -0.5805 -0.2149 0.7854</w:t>
        <w:br/>
        <w:t>vn -0.4475 0.2096 0.8694</w:t>
        <w:br/>
        <w:t>vn -0.6482 -0.0500 0.7598</w:t>
        <w:br/>
        <w:t>vn -0.5820 0.2205 0.7828</w:t>
        <w:br/>
        <w:t>vn -0.2732 0.7849 0.5562</w:t>
        <w:br/>
        <w:t>vn -0.6592 0.3029 0.6883</w:t>
        <w:br/>
        <w:t>vn -0.3181 0.7310 0.6036</w:t>
        <w:br/>
        <w:t>vn -0.7624 0.2354 0.6028</w:t>
        <w:br/>
        <w:t>vn -0.1463 -0.2279 0.9626</w:t>
        <w:br/>
        <w:t>vn -0.4045 0.6633 0.6296</w:t>
        <w:br/>
        <w:t>vn -0.0154 0.8888 0.4579</w:t>
        <w:br/>
        <w:t>vn -0.3597 0.6373 0.6815</w:t>
        <w:br/>
        <w:t>vn -0.7545 0.3829 0.5330</w:t>
        <w:br/>
        <w:t>vn -0.7334 0.2886 0.6155</w:t>
        <w:br/>
        <w:t>vn -0.7736 0.4575 0.4384</w:t>
        <w:br/>
        <w:t>vn -0.7385 0.4253 0.5231</w:t>
        <w:br/>
        <w:t>vn -0.6269 -0.7350 0.2584</w:t>
        <w:br/>
        <w:t>vn -0.6200 -0.7215 0.3082</w:t>
        <w:br/>
        <w:t>vn -0.6788 -0.2604 0.6866</w:t>
        <w:br/>
        <w:t>vn -0.6269 -0.7350 0.2583</w:t>
        <w:br/>
        <w:t>vn -0.8892 -0.0617 0.4533</w:t>
        <w:br/>
        <w:t>vn -0.8977 -0.2849 0.3361</w:t>
        <w:br/>
        <w:t>vn -0.7794 0.2568 0.5715</w:t>
        <w:br/>
        <w:t>vn -0.7219 0.2463 0.6467</w:t>
        <w:br/>
        <w:t>vn -0.7745 0.2797 0.5675</w:t>
        <w:br/>
        <w:t>vn -0.8757 0.3648 0.3163</w:t>
        <w:br/>
        <w:t>vn -0.9465 0.1276 0.2964</w:t>
        <w:br/>
        <w:t>vn -0.8610 0.3863 0.3308</w:t>
        <w:br/>
        <w:t>vn -0.9712 -0.0319 0.2363</w:t>
        <w:br/>
        <w:t>vn -0.9203 0.2987 0.2525</w:t>
        <w:br/>
        <w:t>vn -0.9926 -0.1030 -0.0643</w:t>
        <w:br/>
        <w:t>vn -0.9363 0.3486 -0.0431</w:t>
        <w:br/>
        <w:t>vn -0.7881 0.5716 -0.2285</w:t>
        <w:br/>
        <w:t>vn -0.6934 0.6133 -0.3783</w:t>
        <w:br/>
        <w:t>vn -0.7465 0.5970 -0.2939</w:t>
        <w:br/>
        <w:t>vn -0.7769 -0.5908 -0.2175</w:t>
        <w:br/>
        <w:t>vn -0.9453 -0.1152 -0.3051</w:t>
        <w:br/>
        <w:t>vn -0.6942 -0.5772 -0.4299</w:t>
        <w:br/>
        <w:t>vn -0.8665 0.3891 -0.3128</w:t>
        <w:br/>
        <w:t>vn -0.4844 0.6621 -0.5718</w:t>
        <w:br/>
        <w:t>vn -0.5432 0.6332 -0.5514</w:t>
        <w:br/>
        <w:t>vn -0.6510 -0.6866 -0.3236</w:t>
        <w:br/>
        <w:t>vn -0.7170 0.4361 -0.5438</w:t>
        <w:br/>
        <w:t>vn -0.6481 0.4400 -0.6216</w:t>
        <w:br/>
        <w:t>vn -0.2874 0.6834 -0.6711</w:t>
        <w:br/>
        <w:t>vn -0.5603 0.6538 -0.5086</w:t>
        <w:br/>
        <w:t>vn -0.3860 0.6960 -0.6055</w:t>
        <w:br/>
        <w:t>vn -0.3543 0.6773 -0.6448</w:t>
        <w:br/>
        <w:t>vn -0.1759 0.6720 -0.7193</w:t>
        <w:br/>
        <w:t>vn 0.0746 0.6745 -0.7345</w:t>
        <w:br/>
        <w:t>vn 0.0570 0.6404 -0.7659</w:t>
        <w:br/>
        <w:t>vn 0.0943 0.6627 -0.7429</w:t>
        <w:br/>
        <w:t>vn 0.0712 0.6236 -0.7785</w:t>
        <w:br/>
        <w:t>vn 0.1138 0.6195 -0.7767</w:t>
        <w:br/>
        <w:t>vn 0.0573 0.6221 -0.7808</w:t>
        <w:br/>
        <w:t>vn -0.0171 0.5729 -0.8194</w:t>
        <w:br/>
        <w:t>vn 0.1182 0.6385 -0.7605</w:t>
        <w:br/>
        <w:t>vn 0.0624 0.6645 -0.7447</w:t>
        <w:br/>
        <w:t>vn -0.0532 0.6284 -0.7760</w:t>
        <w:br/>
        <w:t>vn -0.1338 0.6325 -0.7629</w:t>
        <w:br/>
        <w:t>vn -0.1982 0.6651 -0.7200</w:t>
        <w:br/>
        <w:t>vn -0.2961 0.6436 -0.7058</w:t>
        <w:br/>
        <w:t>vn -0.6333 -0.6454 -0.4270</w:t>
        <w:br/>
        <w:t>vn -0.5557 0.4514 -0.6982</w:t>
        <w:br/>
        <w:t>vn 0.0547 0.6616 -0.7479</w:t>
        <w:br/>
        <w:t>vn -0.0331 0.6752 -0.7369</w:t>
        <w:br/>
        <w:t>vn -0.0639 0.5919 -0.8034</w:t>
        <w:br/>
        <w:t>vn -0.0919 0.6686 -0.7379</w:t>
        <w:br/>
        <w:t>vn -0.2544 0.4149 -0.8736</w:t>
        <w:br/>
        <w:t>vn -0.2911 0.4599 -0.8389</w:t>
        <w:br/>
        <w:t>vn -0.3758 0.4280 -0.8219</w:t>
        <w:br/>
        <w:t>vn -0.3759 0.4280 -0.8219</w:t>
        <w:br/>
        <w:t>vn -0.0250 0.5233 -0.8518</w:t>
        <w:br/>
        <w:t>vn 0.0626 0.6368 -0.7685</w:t>
        <w:br/>
        <w:t>vn -0.6115 -0.7085 -0.3523</w:t>
        <w:br/>
        <w:t>vn -0.0162 0.5180 -0.8553</w:t>
        <w:br/>
        <w:t>vn -0.1127 0.3408 -0.9334</w:t>
        <w:br/>
        <w:t>vn -0.4224 0.3026 -0.8544</w:t>
        <w:br/>
        <w:t>vn -0.5212 0.3129 -0.7940</w:t>
        <w:br/>
        <w:t>vn -0.6665 0.5483 -0.5051</w:t>
        <w:br/>
        <w:t>vn -0.0309 -0.1271 -0.9914</w:t>
        <w:br/>
        <w:t>vn -0.9272 0.3600 -0.1032</w:t>
        <w:br/>
        <w:t>vn -0.1876 0.0979 -0.9774</w:t>
        <w:br/>
        <w:t>vn -0.1171 -0.0265 -0.9928</w:t>
        <w:br/>
        <w:t>vn -0.1440 0.2941 -0.9449</w:t>
        <w:br/>
        <w:t>vn -0.1893 0.2816 -0.9407</w:t>
        <w:br/>
        <w:t>vn -0.2396 0.2741 -0.9314</w:t>
        <w:br/>
        <w:t>vn -0.2254 0.2898 -0.9302</w:t>
        <w:br/>
        <w:t>vn -0.2845 0.2786 -0.9173</w:t>
        <w:br/>
        <w:t>vn -0.2993 0.3049 -0.9041</w:t>
        <w:br/>
        <w:t>vn -0.3292 0.3082 -0.8926</w:t>
        <w:br/>
        <w:t>vn -0.3490 0.3389 -0.8737</w:t>
        <w:br/>
        <w:t>vn -0.6361 0.6848 -0.3555</w:t>
        <w:br/>
        <w:t>vn -0.3728 0.3556 -0.8571</w:t>
        <w:br/>
        <w:t>vn -0.4081 0.3337 -0.8497</w:t>
        <w:br/>
        <w:t>vn -0.6644 0.4444 -0.6009</w:t>
        <w:br/>
        <w:t>vn -0.4293 0.3325 -0.8398</w:t>
        <w:br/>
        <w:t>vn -0.1637 0.3185 -0.9337</w:t>
        <w:br/>
        <w:t>vn -0.2440 0.2539 -0.9360</w:t>
        <w:br/>
        <w:t>vn -0.2762 0.2536 -0.9270</w:t>
        <w:br/>
        <w:t>vn -0.6057 0.5329 0.5909</w:t>
        <w:br/>
        <w:t>vn -0.5183 0.3636 0.7740</w:t>
        <w:br/>
        <w:t>vn -0.3774 0.2828 -0.8818</w:t>
        <w:br/>
        <w:t>vn -0.4810 0.2950 -0.8256</w:t>
        <w:br/>
        <w:t>vn -0.2687 -0.0387 0.9625</w:t>
        <w:br/>
        <w:t>vn -0.6632 0.7274 0.1761</w:t>
        <w:br/>
        <w:t>vn -0.6003 0.0074 -0.7998</w:t>
        <w:br/>
        <w:t>vn -0.2791 0.3506 -0.8940</w:t>
        <w:br/>
        <w:t>vn 0.0000 0.5030 -0.8643</w:t>
        <w:br/>
        <w:t>vn 0.1097 0.5578 -0.8227</w:t>
        <w:br/>
        <w:t>vn 0.0203 0.9998 0.0075</w:t>
        <w:br/>
        <w:t>vn 0.0257 0.9996 0.0096</w:t>
        <w:br/>
        <w:t>vn 0.0257 0.9996 0.0095</w:t>
        <w:br/>
        <w:t>vn 0.0356 0.9993 0.0061</w:t>
        <w:br/>
        <w:t>vn -0.9637 0.2496 -0.0947</w:t>
        <w:br/>
        <w:t>vn 0.0603 0.9981 0.0080</w:t>
        <w:br/>
        <w:t>vn -0.8173 0.0054 -0.5763</w:t>
        <w:br/>
        <w:t>vn -0.9919 0.0851 0.0939</w:t>
        <w:br/>
        <w:t>vn -0.9862 0.1341 0.0969</w:t>
        <w:br/>
        <w:t>vn -0.9780 0.1947 0.0746</w:t>
        <w:br/>
        <w:t>vn -0.9647 0.2563 0.0600</w:t>
        <w:br/>
        <w:t>vn -0.9510 0.3045 0.0530</w:t>
        <w:br/>
        <w:t>vn -0.9359 0.3513 -0.0269</w:t>
        <w:br/>
        <w:t>vn -0.9359 0.3513 -0.0268</w:t>
        <w:br/>
        <w:t>vn -0.9123 0.3947 -0.1093</w:t>
        <w:br/>
        <w:t>vn -0.8822 0.4544 -0.1232</w:t>
        <w:br/>
        <w:t>vn -0.8598 0.4953 -0.1241</w:t>
        <w:br/>
        <w:t>vn 0.5226 -0.2925 0.8009</w:t>
        <w:br/>
        <w:t>vn 0.3177 -0.5980 0.7359</w:t>
        <w:br/>
        <w:t>vn 0.1133 -0.9069 0.4058</w:t>
        <w:br/>
        <w:t>vn 0.2453 -0.6447 0.7240</w:t>
        <w:br/>
        <w:t>vn 0.2275 -0.6130 0.7566</w:t>
        <w:br/>
        <w:t>vn -0.0252 -0.7464 0.6650</w:t>
        <w:br/>
        <w:t>vn -0.2592 -0.8035 0.5359</w:t>
        <w:br/>
        <w:t>vn -0.5585 -0.4163 0.7175</w:t>
        <w:br/>
        <w:t>vn -0.4555 -0.7899 0.4107</w:t>
        <w:br/>
        <w:t>vn -0.3222 -0.9333 0.1586</w:t>
        <w:br/>
        <w:t>vn -0.5378 -0.8143 0.2183</w:t>
        <w:br/>
        <w:t>vn 0.1132 -0.9069 0.4058</w:t>
        <w:br/>
        <w:t>vn -0.1139 -0.9934 -0.0140</w:t>
        <w:br/>
        <w:t>vn 0.5168 -0.6826 0.5166</w:t>
        <w:br/>
        <w:t>vn 0.3244 -0.4431 0.8357</w:t>
        <w:br/>
        <w:t>vn 0.6649 -0.3895 0.6373</w:t>
        <w:br/>
        <w:t>vn 0.3662 -0.2428 0.8983</w:t>
        <w:br/>
        <w:t>vn 0.1803 -0.7993 0.5732</w:t>
        <w:br/>
        <w:t>vn -0.2002 -0.5681 0.7982</w:t>
        <w:br/>
        <w:t>vn -0.1695 -0.4675 0.8676</w:t>
        <w:br/>
        <w:t>vn -0.2560 -0.1742 0.9509</w:t>
        <w:br/>
        <w:t>vn 0.3161 -0.9044 0.2867</w:t>
        <w:br/>
        <w:t>vn 0.4894 -0.8636 0.1213</w:t>
        <w:br/>
        <w:t>vn -0.3348 0.8882 -0.3146</w:t>
        <w:br/>
        <w:t>vn -0.3557 0.8838 -0.3038</w:t>
        <w:br/>
        <w:t>vn -0.0115 0.7312 -0.6820</w:t>
        <w:br/>
        <w:t>vn -0.0569 0.8189 -0.5712</w:t>
        <w:br/>
        <w:t>vn -0.2759 0.9386 -0.2072</w:t>
        <w:br/>
        <w:t>vn 0.5217 -0.8446 0.1201</w:t>
        <w:br/>
        <w:t>vn 0.6839 -0.7269 -0.0620</w:t>
        <w:br/>
        <w:t>vn -0.2319 0.9635 -0.1341</w:t>
        <w:br/>
        <w:t>vn -0.2318 0.9635 -0.1341</w:t>
        <w:br/>
        <w:t>vn -0.2037 0.9752 -0.0871</w:t>
        <w:br/>
        <w:t>vn 0.6806 -0.7301 0.0608</w:t>
        <w:br/>
        <w:t>vn 0.7900 -0.6071 -0.0852</w:t>
        <w:br/>
        <w:t>vn -0.1689 0.9854 -0.0218</w:t>
        <w:br/>
        <w:t>vn -0.1689 0.9854 -0.0219</w:t>
        <w:br/>
        <w:t>vn -0.1761 0.9803 0.0891</w:t>
        <w:br/>
        <w:t>vn 0.5405 -0.8406 0.0354</w:t>
        <w:br/>
        <w:t>vn 0.8179 -0.5743 0.0356</w:t>
        <w:br/>
        <w:t>vn 0.5397 -0.8364 0.0959</w:t>
        <w:br/>
        <w:t>vn -0.3491 0.9097 0.2247</w:t>
        <w:br/>
        <w:t>vn -0.2508 0.9490 0.1913</w:t>
        <w:br/>
        <w:t>vn -0.3492 0.9097 0.2247</w:t>
        <w:br/>
        <w:t>vn 0.7081 -0.7000 -0.0925</w:t>
        <w:br/>
        <w:t>vn 0.7642 -0.6417 0.0642</w:t>
        <w:br/>
        <w:t>vn 0.6813 -0.7288 -0.0689</w:t>
        <w:br/>
        <w:t>vn -0.4345 0.8816 0.1844</w:t>
        <w:br/>
        <w:t>vn -0.4110 0.8878 0.2070</w:t>
        <w:br/>
        <w:t>vn -0.4111 0.8878 0.2070</w:t>
        <w:br/>
        <w:t>vn 0.7443 -0.6672 0.0290</w:t>
        <w:br/>
        <w:t>vn 0.7501 -0.6540 0.0980</w:t>
        <w:br/>
        <w:t>vn -0.8417 0.5230 0.1341</w:t>
        <w:br/>
        <w:t>vn -0.4501 0.8723 0.1909</w:t>
        <w:br/>
        <w:t>vn 0.6560 -0.7524 0.0595</w:t>
        <w:br/>
        <w:t>vn 0.6226 -0.7824 -0.0182</w:t>
        <w:br/>
        <w:t>vn -0.1135 -0.9823 -0.1487</w:t>
        <w:br/>
        <w:t>vn -0.1303 -0.9867 -0.0968</w:t>
        <w:br/>
        <w:t>vn -0.1303 -0.9868 -0.0967</w:t>
        <w:br/>
        <w:t>vn -0.1348 -0.9891 -0.0594</w:t>
        <w:br/>
        <w:t>vn -0.0989 -0.9930 -0.0643</w:t>
        <w:br/>
        <w:t>vn -0.0989 -0.9930 -0.0642</w:t>
        <w:br/>
        <w:t>vn -0.1665 -0.9860 0.0018</w:t>
        <w:br/>
        <w:t>vn -0.2370 -0.9714 -0.0171</w:t>
        <w:br/>
        <w:t>vn -0.2615 -0.9647 -0.0323</w:t>
        <w:br/>
        <w:t>vn 0.5273 0.7562 0.3875</w:t>
        <w:br/>
        <w:t>vn 0.5273 0.7562 0.3874</w:t>
        <w:br/>
        <w:t>vn 0.5734 0.6703 0.4712</w:t>
        <w:br/>
        <w:t>vn 0.5032 0.6242 0.5976</w:t>
        <w:br/>
        <w:t>vn 0.3352 0.4899 0.8048</w:t>
        <w:br/>
        <w:t>vn 0.5141 0.6556 0.5530</w:t>
        <w:br/>
        <w:t>vn 0.5345 0.5671 0.6266</w:t>
        <w:br/>
        <w:t>vn 0.5999 0.5390 0.5912</w:t>
        <w:br/>
        <w:t>vn 0.5773 0.5572 0.5969</w:t>
        <w:br/>
        <w:t>vn 0.6163 0.5396 0.5735</w:t>
        <w:br/>
        <w:t>vn 0.6163 0.5397 0.5735</w:t>
        <w:br/>
        <w:t>vn -0.2859 -0.9566 -0.0561</w:t>
        <w:br/>
        <w:t>vn -0.2988 -0.9510 -0.0788</w:t>
        <w:br/>
        <w:t>vn 0.7661 -0.6302 0.1261</w:t>
        <w:br/>
        <w:t>vn 0.6868 -0.4927 0.5343</w:t>
        <w:br/>
        <w:t>vn 0.5178 -0.7183 0.4647</w:t>
        <w:br/>
        <w:t>vn 0.6845 -0.4720 0.5556</w:t>
        <w:br/>
        <w:t>vn 0.3398 -0.2889 0.8950</w:t>
        <w:br/>
        <w:t>vn 0.3712 -0.3031 0.8777</w:t>
        <w:br/>
        <w:t>vn 0.3628 -0.2870 0.8865</w:t>
        <w:br/>
        <w:t>vn 0.3244 -0.2461 0.9133</w:t>
        <w:br/>
        <w:t>vn 0.3017 -0.2485 0.9204</w:t>
        <w:br/>
        <w:t>vn 0.3986 -0.3264 0.8571</w:t>
        <w:br/>
        <w:t>vn 0.5490 -0.0082 0.8358</w:t>
        <w:br/>
        <w:t>vn 0.4736 0.2581 0.8420</w:t>
        <w:br/>
        <w:t>vn 0.4737 0.2581 0.8420</w:t>
        <w:br/>
        <w:t>vn 0.4376 0.1577 0.8852</w:t>
        <w:br/>
        <w:t>vn 0.4479 0.0145 0.8940</w:t>
        <w:br/>
        <w:t>vn 0.4524 -0.0110 0.8917</w:t>
        <w:br/>
        <w:t>vn 0.4509 -0.0333 0.8919</w:t>
        <w:br/>
        <w:t>vn 0.4510 -0.0333 0.8919</w:t>
        <w:br/>
        <w:t>vn 0.4123 -0.0958 0.9060</w:t>
        <w:br/>
        <w:t>vn 0.4655 0.0508 0.8836</w:t>
        <w:br/>
        <w:t>vn -0.1191 -0.0903 0.9888</w:t>
        <w:br/>
        <w:t>vn 0.3489 -0.2400 0.9059</w:t>
        <w:br/>
        <w:t>vn 0.1133 -0.9069 0.4059</w:t>
        <w:br/>
        <w:t>vn -0.1406 -0.9832 -0.1165</w:t>
        <w:br/>
        <w:t>vn -0.1139 -0.9934 -0.0139</w:t>
        <w:br/>
        <w:t>vn 0.3196 -0.1241 -0.9394</w:t>
        <w:br/>
        <w:t>vn 0.3568 -0.1777 -0.9171</w:t>
        <w:br/>
        <w:t>vn 0.0007 0.5321 -0.8467</w:t>
        <w:br/>
        <w:t>vn 0.2700 0.4241 -0.8644</w:t>
        <w:br/>
        <w:t>vn -0.2502 -0.2161 0.9438</w:t>
        <w:br/>
        <w:t>vn -0.3251 -0.5955 0.7346</w:t>
        <w:br/>
        <w:t>vn -0.2502 -0.2162 0.9438</w:t>
        <w:br/>
        <w:t>vn -0.3766 -0.4909 0.7856</w:t>
        <w:br/>
        <w:t>vn -0.3251 -0.5956 0.7346</w:t>
        <w:br/>
        <w:t>vn -0.2684 -0.6906 0.6716</w:t>
        <w:br/>
        <w:t>vn -0.1510 0.2511 -0.9561</w:t>
        <w:br/>
        <w:t>vn -0.2102 0.2600 -0.9425</w:t>
        <w:br/>
        <w:t>vn -0.2138 0.2384 -0.9473</w:t>
        <w:br/>
        <w:t>vn -0.1144 0.2702 -0.9560</w:t>
        <w:br/>
        <w:t>vn -0.0861 0.3144 -0.9454</w:t>
        <w:br/>
        <w:t>vn -0.1649 0.3010 -0.9393</w:t>
        <w:br/>
        <w:t>vn -0.2643 0.2664 -0.9269</w:t>
        <w:br/>
        <w:t>vn -0.2893 0.2933 -0.9112</w:t>
        <w:br/>
        <w:t>vn -0.9665 0.0592 -0.2496</w:t>
        <w:br/>
        <w:t>vn -0.9981 -0.0452 -0.0412</w:t>
        <w:br/>
        <w:t>vn -0.8793 0.1607 -0.4483</w:t>
        <w:br/>
        <w:t>vn -0.2489 -0.2183 0.9436</w:t>
        <w:br/>
        <w:t>vn -0.4056 -0.0538 0.9125</w:t>
        <w:br/>
        <w:t>vn -0.4937 -0.1708 0.8527</w:t>
        <w:br/>
        <w:t>vn -0.5352 -0.0907 0.8399</w:t>
        <w:br/>
        <w:t>vn -0.6007 -0.2012 0.7737</w:t>
        <w:br/>
        <w:t>vn -0.9727 -0.1198 0.1987</w:t>
        <w:br/>
        <w:t>vn -0.8782 -0.1414 0.4570</w:t>
        <w:br/>
        <w:t>vn -0.0001 0.2588 -0.9659</w:t>
        <w:br/>
        <w:t>vn -0.3164 0.2881 -0.9038</w:t>
        <w:br/>
        <w:t>vn -0.0541 0.3144 -0.9477</w:t>
        <w:br/>
        <w:t>vn 0.0000 0.3156 -0.9489</w:t>
        <w:br/>
        <w:t>vn -0.0550 0.2834 -0.9574</w:t>
        <w:br/>
        <w:t>vn -0.0700 0.2866 -0.9555</w:t>
        <w:br/>
        <w:t>vn -0.0497 0.2138 -0.9756</w:t>
        <w:br/>
        <w:t>vn -0.0637 0.2402 -0.9686</w:t>
        <w:br/>
        <w:t>vn -0.0301 0.1692 -0.9851</w:t>
        <w:br/>
        <w:t>vn -0.0098 0.1527 -0.9882</w:t>
        <w:br/>
        <w:t>vn -0.0559 0.1889 -0.9804</w:t>
        <w:br/>
        <w:t>vn -0.0610 0.2066 -0.9765</w:t>
        <w:br/>
        <w:t>vn -0.0497 0.2661 -0.9627</w:t>
        <w:br/>
        <w:t>vn -0.0440 0.3092 -0.9500</w:t>
        <w:br/>
        <w:t>vn -0.0639 0.3180 -0.9459</w:t>
        <w:br/>
        <w:t>vn -0.8029 0.2616 -0.5356</w:t>
        <w:br/>
        <w:t>vn -0.7484 0.3027 -0.5902</w:t>
        <w:br/>
        <w:t>vn -0.6272 0.4253 -0.6525</w:t>
        <w:br/>
        <w:t>vn -0.4133 0.4649 -0.7830</w:t>
        <w:br/>
        <w:t>vn -0.2714 0.4995 -0.8227</w:t>
        <w:br/>
        <w:t>vn -0.2097 0.4495 -0.8683</w:t>
        <w:br/>
        <w:t>vn -0.2380 0.5456 -0.8036</w:t>
        <w:br/>
        <w:t>vn -0.3652 0.6251 -0.6898</w:t>
        <w:br/>
        <w:t>vn -0.5082 0.5932 -0.6244</w:t>
        <w:br/>
        <w:t>vn -0.8955 0.2328 -0.3793</w:t>
        <w:br/>
        <w:t>vn -0.9729 0.1434 -0.1814</w:t>
        <w:br/>
        <w:t>vn -0.9997 0.0191 0.0146</w:t>
        <w:br/>
        <w:t>vn -0.9725 -0.0521 0.2271</w:t>
        <w:br/>
        <w:t>vn -0.8883 -0.0862 0.4511</w:t>
        <w:br/>
        <w:t>vn -0.8810 0.2871 -0.3761</w:t>
        <w:br/>
        <w:t>vn -0.8073 0.4684 -0.3592</w:t>
        <w:br/>
        <w:t>vn -0.6297 0.7051 -0.3261</w:t>
        <w:br/>
        <w:t>vn -0.4623 0.7936 -0.3956</w:t>
        <w:br/>
        <w:t>vn -0.3516 0.7680 -0.5353</w:t>
        <w:br/>
        <w:t>vn -0.9603 0.2495 -0.1244</w:t>
        <w:br/>
        <w:t>vn -0.9849 0.1522 0.0822</w:t>
        <w:br/>
        <w:t>vn -0.8958 0.4371 -0.0806</w:t>
        <w:br/>
        <w:t>vn -0.9645 0.0551 0.2581</w:t>
        <w:br/>
        <w:t>vn -0.8749 -0.0011 0.4844</w:t>
        <w:br/>
        <w:t>vn -0.9270 0.3428 0.1523</w:t>
        <w:br/>
        <w:t>vn -0.9217 0.2210 0.3189</w:t>
        <w:br/>
        <w:t>vn -0.8183 0.1110 0.5639</w:t>
        <w:br/>
        <w:t>vn -0.7799 0.5854 0.2216</w:t>
        <w:br/>
        <w:t>vn -0.7259 0.6877 -0.0130</w:t>
        <w:br/>
        <w:t>vn -0.5670 0.7763 0.2755</w:t>
        <w:br/>
        <w:t>vn -0.5230 0.8523 -0.0080</w:t>
        <w:br/>
        <w:t>vn -0.7876 0.4471 0.4240</w:t>
        <w:br/>
        <w:t>vn -0.6003 0.6315 0.4908</w:t>
        <w:br/>
        <w:t>vn -0.3813 0.9163 -0.1225</w:t>
        <w:br/>
        <w:t>vn -0.3314 0.8917 0.3082</w:t>
        <w:br/>
        <w:t>vn -0.4009 0.7671 0.5008</w:t>
        <w:br/>
        <w:t>vn -0.7550 0.3000 0.5830</w:t>
        <w:br/>
        <w:t>vn -0.3239 0.0850 0.9423</w:t>
        <w:br/>
        <w:t>vn -0.5228 -0.2207 0.8234</w:t>
        <w:br/>
        <w:t>vn -0.2934 0.1275 0.9474</w:t>
        <w:br/>
        <w:t>vn 0.0000 0.1252 0.9921</w:t>
        <w:br/>
        <w:t>vn -0.4349 0.1622 0.8857</w:t>
        <w:br/>
        <w:t>vn -0.3205 0.1616 0.9334</w:t>
        <w:br/>
        <w:t>vn 0.0801 -0.1826 0.9799</w:t>
        <w:br/>
        <w:t>vn -0.2198 0.1798 0.9588</w:t>
        <w:br/>
        <w:t>vn -0.1055 -0.0466 0.9933</w:t>
        <w:br/>
        <w:t>vn -0.4207 0.3737 0.8267</w:t>
        <w:br/>
        <w:t>vn -0.3502 0.2606 0.8997</w:t>
        <w:br/>
        <w:t>vn -0.6841 0.4614 0.5649</w:t>
        <w:br/>
        <w:t>vn -0.3907 0.7057 0.5910</w:t>
        <w:br/>
        <w:t>vn -0.5536 0.5908 0.5870</w:t>
        <w:br/>
        <w:t>vn -0.2869 0.7445 0.6029</w:t>
        <w:br/>
        <w:t>vn -0.3134 0.3043 0.8995</w:t>
        <w:br/>
        <w:t>vn -0.2780 0.3570 0.8918</w:t>
        <w:br/>
        <w:t>vn -0.2185 0.2878 0.9324</w:t>
        <w:br/>
        <w:t>vn -0.1354 0.3129 0.9401</w:t>
        <w:br/>
        <w:t>vn -0.0504 0.3274 0.9435</w:t>
        <w:br/>
        <w:t>vn -0.9994 -0.0237 -0.0261</w:t>
        <w:br/>
        <w:t>vn -0.9940 -0.0867 -0.0667</w:t>
        <w:br/>
        <w:t>vn -0.9873 -0.1291 -0.0927</w:t>
        <w:br/>
        <w:t>vn -0.9965 -0.0694 -0.0474</w:t>
        <w:br/>
        <w:t>vn -0.8877 -0.2866 -0.3604</w:t>
        <w:br/>
        <w:t>vn -0.9671 -0.2243 -0.1200</w:t>
        <w:br/>
        <w:t>vn -0.9775 -0.1784 -0.1124</w:t>
        <w:br/>
        <w:t>vn -0.9005 -0.2624 -0.3468</w:t>
        <w:br/>
        <w:t>vn -0.6781 -0.3030 -0.6696</w:t>
        <w:br/>
        <w:t>vn -0.9161 -0.2249 -0.3318</w:t>
        <w:br/>
        <w:t>vn -0.9317 -0.1830 -0.3139</w:t>
        <w:br/>
        <w:t>vn -0.6932 -0.2344 -0.6816</w:t>
        <w:br/>
        <w:t>vn -0.9628 -0.2665 -0.0451</w:t>
        <w:br/>
        <w:t>vn -0.9411 -0.3153 -0.1218</w:t>
        <w:br/>
        <w:t>vn -0.9614 -0.2581 -0.0953</w:t>
        <w:br/>
        <w:t>vn -0.8794 -0.3072 -0.3638</w:t>
        <w:br/>
        <w:t>vn -0.6857 -0.3244 -0.6516</w:t>
        <w:br/>
        <w:t>vn -0.6876 -0.3667 -0.6267</w:t>
        <w:br/>
        <w:t>vn -0.8762 -0.3325 -0.3488</w:t>
        <w:br/>
        <w:t>vn -0.9882 -0.1430 -0.0544</w:t>
        <w:br/>
        <w:t>vn -0.9761 -0.2120 -0.0477</w:t>
        <w:br/>
        <w:t>vn -0.9647 -0.2607 -0.0366</w:t>
        <w:br/>
        <w:t>vn -0.9567 -0.2662 -0.1173</w:t>
        <w:br/>
        <w:t>vn -0.9468 -0.3015 -0.1125</w:t>
        <w:br/>
        <w:t>vn -0.9592 -0.2805 -0.0355</w:t>
        <w:br/>
        <w:t>vn -0.6646 -0.3345 -0.6681</w:t>
        <w:br/>
        <w:t>vn -0.6693 -0.3286 -0.6664</w:t>
        <w:br/>
        <w:t>vn -0.3245 -0.2107 -0.9221</w:t>
        <w:br/>
        <w:t>vn -0.3322 -0.2974 -0.8951</w:t>
        <w:br/>
        <w:t>vn 0.0410 -0.1878 -0.9814</w:t>
        <w:br/>
        <w:t>vn 0.0655 -0.1281 -0.9896</w:t>
        <w:br/>
        <w:t>vn -0.0973 -0.2533 -0.9625</w:t>
        <w:br/>
        <w:t>vn -0.1128 -0.2124 -0.9706</w:t>
        <w:br/>
        <w:t>vn -0.3745 -0.2779 -0.8846</w:t>
        <w:br/>
        <w:t>vn -0.3441 -0.3149 -0.8845</w:t>
        <w:br/>
        <w:t>vn 0.0334 -0.1949 -0.9803</w:t>
        <w:br/>
        <w:t>vn 0.0336 -0.2193 -0.9751</w:t>
        <w:br/>
        <w:t>vn -0.4041 -0.2818 -0.8702</w:t>
        <w:br/>
        <w:t>vn -0.3854 -0.4246 -0.8192</w:t>
        <w:br/>
        <w:t>vn -0.0531 -0.1839 -0.9815</w:t>
        <w:br/>
        <w:t>vn -0.0744 -0.2383 -0.9683</w:t>
        <w:br/>
        <w:t>vn -0.8753 -0.3627 -0.3197</w:t>
        <w:br/>
        <w:t>vn -0.8951 -0.3656 -0.2551</w:t>
        <w:br/>
        <w:t>vn 0.0768 -0.4724 -0.8780</w:t>
        <w:br/>
        <w:t>vn 0.0424 -0.2416 -0.9695</w:t>
        <w:br/>
        <w:t>vn -0.0725 -0.4536 -0.8882</w:t>
        <w:br/>
        <w:t>vn -0.1112 -0.2404 -0.9643</w:t>
        <w:br/>
        <w:t>vn -0.6726 -0.3899 -0.6289</w:t>
        <w:br/>
        <w:t>vn -0.6765 -0.3953 -0.6213</w:t>
        <w:br/>
        <w:t>vn -0.4119 -0.4715 -0.7798</w:t>
        <w:br/>
        <w:t>vn -0.0093 -0.7289 0.6846</w:t>
        <w:br/>
        <w:t>vn -0.0763 -0.7611 0.6442</w:t>
        <w:br/>
        <w:t>vn -0.0557 -0.8608 0.5059</w:t>
        <w:br/>
        <w:t>vn -0.0170 -0.8241 0.5662</w:t>
        <w:br/>
        <w:t>vn 0.0658 -0.6516 0.7557</w:t>
        <w:br/>
        <w:t>vn 0.0741 -0.7383 0.6704</w:t>
        <w:br/>
        <w:t>vn 0.0032 -0.2736 0.9618</w:t>
        <w:br/>
        <w:t>vn 0.0924 -0.3077 0.9470</w:t>
        <w:br/>
        <w:t>vn 0.0691 -0.4743 0.8777</w:t>
        <w:br/>
        <w:t>vn -0.0353 -0.5518 0.8333</w:t>
        <w:br/>
        <w:t>vn 0.0198 -0.5376 0.8430</w:t>
        <w:br/>
        <w:t>vn 0.0300 -0.3937 0.9187</w:t>
        <w:br/>
        <w:t>vn -0.0478 -0.4253 0.9038</w:t>
        <w:br/>
        <w:t>vn 0.2480 0.7306 0.6362</w:t>
        <w:br/>
        <w:t>vn 0.2085 0.5761 0.7903</w:t>
        <w:br/>
        <w:t>vn 0.1355 0.5903 0.7957</w:t>
        <w:br/>
        <w:t>vn 0.1278 0.5835 0.8020</w:t>
        <w:br/>
        <w:t>vn -0.6590 -0.7132 0.2387</w:t>
        <w:br/>
        <w:t>vn -0.5878 -0.7481 0.3081</w:t>
        <w:br/>
        <w:t>vn -0.6846 -0.6282 0.3698</w:t>
        <w:br/>
        <w:t>vn -0.7458 -0.6220 0.2386</w:t>
        <w:br/>
        <w:t>vn -0.1253 -0.5706 0.8116</w:t>
        <w:br/>
        <w:t>vn -0.1678 -0.4299 0.8871</w:t>
        <w:br/>
        <w:t>vn -0.7626 -0.4436 0.4709</w:t>
        <w:br/>
        <w:t>vn -0.8397 -0.4563 0.2944</w:t>
        <w:br/>
        <w:t>vn -0.9111 0.1174 0.3950</w:t>
        <w:br/>
        <w:t>vn -0.9183 -0.0704 0.3896</w:t>
        <w:br/>
        <w:t>vn -0.8183 -0.0499 0.5726</w:t>
        <w:br/>
        <w:t>vn -0.8183 0.1226 0.5615</w:t>
        <w:br/>
        <w:t>vn -0.7485 0.4622 0.4756</w:t>
        <w:br/>
        <w:t>vn -0.8347 0.4194 0.3570</w:t>
        <w:br/>
        <w:t>vn -0.8828 0.2811 0.3763</w:t>
        <w:br/>
        <w:t>vn -0.8021 0.3001 0.5162</w:t>
        <w:br/>
        <w:t>vn -0.6646 0.6104 0.4309</w:t>
        <w:br/>
        <w:t>vn -0.7780 0.5063 0.3719</w:t>
        <w:br/>
        <w:t>vn -0.6882 0.5592 0.4622</w:t>
        <w:br/>
        <w:t>vn -0.6231 0.6410 0.4483</w:t>
        <w:br/>
        <w:t>vn -0.9529 -0.3011 -0.0360</w:t>
        <w:br/>
        <w:t>vn -0.9257 -0.3748 -0.0513</w:t>
        <w:br/>
        <w:t>vn -0.9240 -0.3692 -0.0993</w:t>
        <w:br/>
        <w:t>vn -0.9491 -0.3039 -0.0829</w:t>
        <w:br/>
        <w:t>vn -0.9809 -0.1482 -0.1257</w:t>
        <w:br/>
        <w:t>vn -0.9640 -0.2397 -0.1149</w:t>
        <w:br/>
        <w:t>vn -0.9642 -0.2189 -0.1494</w:t>
        <w:br/>
        <w:t>vn -0.9819 -0.1100 -0.1542</w:t>
        <w:br/>
        <w:t>vn -0.9955 0.0342 -0.0887</w:t>
        <w:br/>
        <w:t>vn -0.9929 -0.0312 -0.1144</w:t>
        <w:br/>
        <w:t>vn -0.9873 0.1073 -0.1168</w:t>
        <w:br/>
        <w:t>vn -0.9888 0.0207 -0.1480</w:t>
        <w:br/>
        <w:t>vn -0.9790 0.1884 -0.0779</w:t>
        <w:br/>
        <w:t>vn -0.9912 0.0883 -0.0988</w:t>
        <w:br/>
        <w:t>vn -0.9729 -0.2070 -0.1031</w:t>
        <w:br/>
        <w:t>vn -0.9923 -0.0672 -0.1038</w:t>
        <w:br/>
        <w:t>vn -0.8907 -0.4531 -0.0378</w:t>
        <w:br/>
        <w:t>vn -0.9120 -0.4021 -0.0807</w:t>
        <w:br/>
        <w:t>vn -0.9446 -0.2911 0.1514</w:t>
        <w:br/>
        <w:t>vn -0.9046 -0.3916 0.1681</w:t>
        <w:br/>
        <w:t>vn -0.9773 -0.2059 0.0494</w:t>
        <w:br/>
        <w:t>vn -0.9662 -0.2574 -0.0109</w:t>
        <w:br/>
        <w:t>vn -0.9779 -0.2069 -0.0302</w:t>
        <w:br/>
        <w:t>vn -0.9976 0.0515 -0.0459</w:t>
        <w:br/>
        <w:t>vn -0.9889 0.1331 -0.0656</w:t>
        <w:br/>
        <w:t>vn -0.9898 0.1378 -0.0368</w:t>
        <w:br/>
        <w:t>vn -0.9982 0.0556 -0.0219</w:t>
        <w:br/>
        <w:t>vn -0.9998 -0.0101 0.0150</w:t>
        <w:br/>
        <w:t>vn -0.9999 -0.0121 0.0013</w:t>
        <w:br/>
        <w:t>vn -0.9747 0.2234 -0.0089</w:t>
        <w:br/>
        <w:t>vn -0.9750 0.2193 -0.0352</w:t>
        <w:br/>
        <w:t>vn -0.9268 0.3481 0.1407</w:t>
        <w:br/>
        <w:t>vn -0.9527 0.2983 0.0585</w:t>
        <w:br/>
        <w:t>vn -0.9542 0.2959 0.0447</w:t>
        <w:br/>
        <w:t>vn -0.9270 0.3494 0.1362</w:t>
        <w:br/>
        <w:t>vn -0.8287 0.4587 0.3206</w:t>
        <w:br/>
        <w:t>vn -0.7432 0.5451 0.3879</w:t>
        <w:br/>
        <w:t>vn -0.9874 0.1566 0.0219</w:t>
        <w:br/>
        <w:t>vn -0.9692 0.2081 0.1315</w:t>
        <w:br/>
        <w:t>vn -0.9405 0.3135 0.1315</w:t>
        <w:br/>
        <w:t>vn -0.9649 0.2614 0.0266</w:t>
        <w:br/>
        <w:t>vn -0.9046 0.3625 0.2244</w:t>
        <w:br/>
        <w:t>vn -0.9417 0.2446 0.2309</w:t>
        <w:br/>
        <w:t>vn -0.9679 0.0887 0.2351</w:t>
        <w:br/>
        <w:t>vn -0.9705 -0.0953 0.2213</w:t>
        <w:br/>
        <w:t>vn -0.5141 -0.8107 0.2801</w:t>
        <w:br/>
        <w:t>vn -0.6117 -0.7475 0.2588</w:t>
        <w:br/>
        <w:t>vn -0.3554 -0.8847 0.3017</w:t>
        <w:br/>
        <w:t>vn -0.7900 -0.5940 0.1522</w:t>
        <w:br/>
        <w:t>vn -0.7175 -0.6666 0.2019</w:t>
        <w:br/>
        <w:t>vn -0.8778 -0.4505 0.1628</w:t>
        <w:br/>
        <w:t>vn -0.6754 -0.4237 0.6036</w:t>
        <w:br/>
        <w:t>vn -0.6008 -0.6147 0.5111</w:t>
        <w:br/>
        <w:t>vn -0.4746 -0.6050 0.6394</w:t>
        <w:br/>
        <w:t>vn -0.5508 -0.4305 0.7151</w:t>
        <w:br/>
        <w:t>vn -0.7417 0.1106 0.6615</w:t>
        <w:br/>
        <w:t>vn -0.7394 -0.0390 0.6722</w:t>
        <w:br/>
        <w:t>vn -0.6314 -0.0452 0.7742</w:t>
        <w:br/>
        <w:t>vn -0.6298 0.1048 0.7697</w:t>
        <w:br/>
        <w:t>vn -0.6254 0.2395 0.7426</w:t>
        <w:br/>
        <w:t>vn -0.5901 0.2549 0.7660</w:t>
        <w:br/>
        <w:t>vn -0.5864 0.4727 0.6577</w:t>
        <w:br/>
        <w:t>vn -0.4742 0.6118 0.6331</w:t>
        <w:br/>
        <w:t>vn -0.3760 0.7079 0.5980</w:t>
        <w:br/>
        <w:t>vn -0.5341 0.6849 0.4956</w:t>
        <w:br/>
        <w:t>vn -0.6141 0.5828 0.5322</w:t>
        <w:br/>
        <w:t>vn -0.5043 -0.7649 0.4008</w:t>
        <w:br/>
        <w:t>vn -0.3681 -0.7735 0.5159</w:t>
        <w:br/>
        <w:t>vn 0.0356 -0.6955 0.7176</w:t>
        <w:br/>
        <w:t>vn -0.1622 0.7348 0.6586</w:t>
        <w:br/>
        <w:t>vn -0.0627 0.7744 0.6295</w:t>
        <w:br/>
        <w:t>vn -0.1136 0.7789 0.6168</w:t>
        <w:br/>
        <w:t>vn -0.3146 0.7785 0.5431</w:t>
        <w:br/>
        <w:t>vn -0.5546 0.6923 0.4617</w:t>
        <w:br/>
        <w:t>vn -0.5048 0.7359 0.4511</w:t>
        <w:br/>
        <w:t>vn -0.6638 0.6259 0.4094</w:t>
        <w:br/>
        <w:t>vn -0.4172 0.7449 0.5206</w:t>
        <w:br/>
        <w:t>vn -0.2868 0.7818 0.5537</w:t>
        <w:br/>
        <w:t>vn -0.5355 0.6836 0.4960</w:t>
        <w:br/>
        <w:t>vn -0.3542 0.6953 0.6254</w:t>
        <w:br/>
        <w:t>vn -0.4810 0.6490 0.5894</w:t>
        <w:br/>
        <w:t>vn -0.5915 0.6090 0.5285</w:t>
        <w:br/>
        <w:t>vn -0.6470 0.6366 0.4197</w:t>
        <w:br/>
        <w:t>vn -0.3829 0.7201 0.5787</w:t>
        <w:br/>
        <w:t>vn -0.3898 0.6419 0.6603</w:t>
        <w:br/>
        <w:t>vn -0.5322 0.6014 0.5958</w:t>
        <w:br/>
        <w:t>vn -0.3077 0.6813 0.6642</w:t>
        <w:br/>
        <w:t>vn -0.2326 0.6487 0.7246</w:t>
        <w:br/>
        <w:t>vn -0.2896 0.6472 0.7052</w:t>
        <w:br/>
        <w:t>vn -0.3359 0.6450 0.6864</w:t>
        <w:br/>
        <w:t>vn -0.3619 0.6481 0.6701</w:t>
        <w:br/>
        <w:t>vn -0.4645 0.6233 0.6291</w:t>
        <w:br/>
        <w:t>vn -0.9968 -0.0675 -0.0425</w:t>
        <w:br/>
        <w:t>vn -0.9973 -0.0661 -0.0317</w:t>
        <w:br/>
        <w:t>vn -0.9439 -0.1608 -0.2883</w:t>
        <w:br/>
        <w:t>vn -0.9486 -0.1592 -0.2734</w:t>
        <w:br/>
        <w:t>vn -0.7434 -0.2272 -0.6291</w:t>
        <w:br/>
        <w:t>vn -0.6704 -0.2469 -0.6997</w:t>
        <w:br/>
        <w:t>vn -0.4406 -0.2846 -0.8514</w:t>
        <w:br/>
        <w:t>vn -0.2019 -0.2353 -0.9507</w:t>
        <w:br/>
        <w:t>vn -0.2980 -0.2314 -0.9261</w:t>
        <w:br/>
        <w:t>vn 0.0830 -0.1086 -0.9906</w:t>
        <w:br/>
        <w:t>vn -0.0115 -0.1666 -0.9860</w:t>
        <w:br/>
        <w:t>vn -0.0176 -0.1963 -0.9804</w:t>
        <w:br/>
        <w:t>vn 0.1304 -0.9905 -0.0434</w:t>
        <w:br/>
        <w:t>vn 0.2785 -0.9603 0.0147</w:t>
        <w:br/>
        <w:t>vn 0.2786 -0.9603 0.0147</w:t>
        <w:br/>
        <w:t>vn 0.3007 -0.8725 0.3851</w:t>
        <w:br/>
        <w:t>vn 0.2199 -0.8968 0.3839</w:t>
        <w:br/>
        <w:t>vn 0.3008 -0.8725 0.3851</w:t>
        <w:br/>
        <w:t>vn 0.3717 -0.8745 0.3115</w:t>
        <w:br/>
        <w:t>vn 0.3687 -0.9171 0.1515</w:t>
        <w:br/>
        <w:t>vn -0.0479 -0.9332 0.3561</w:t>
        <w:br/>
        <w:t>vn 0.0328 -0.9795 0.1987</w:t>
        <w:br/>
        <w:t>vn 0.0817 -0.9690 0.2332</w:t>
        <w:br/>
        <w:t>vn 0.0023 -0.9055 0.4243</w:t>
        <w:br/>
        <w:t>vn 0.1136 -0.9127 0.3926</w:t>
        <w:br/>
        <w:t>vn 0.1381 -0.9879 0.0712</w:t>
        <w:br/>
        <w:t>vn 0.0000 -1.0000 0.0009</w:t>
        <w:br/>
        <w:t>vn 0.2533 0.9663 -0.0461</w:t>
        <w:br/>
        <w:t>vn 0.2639 0.9625 0.0631</w:t>
        <w:br/>
        <w:t>vn 0.2449 0.9537 0.1743</w:t>
        <w:br/>
        <w:t>vn 0.2573 0.9662 0.0170</w:t>
        <w:br/>
        <w:t>vn 0.1698 0.9603 -0.2211</w:t>
        <w:br/>
        <w:t>vn 0.0977 0.9463 -0.3082</w:t>
        <w:br/>
        <w:t>vn 0.1053 0.9663 -0.2348</w:t>
        <w:br/>
        <w:t>vn -0.5565 -0.7914 0.2528</w:t>
        <w:br/>
        <w:t>vn -0.0732 -0.9961 0.0486</w:t>
        <w:br/>
        <w:t>vn -0.5383 -0.8367 0.1008</w:t>
        <w:br/>
        <w:t>vn -0.5832 -0.7729 0.2499</w:t>
        <w:br/>
        <w:t>vn 0.0271 -0.9995 -0.0153</w:t>
        <w:br/>
        <w:t>vn 0.0360 0.9923 -0.1182</w:t>
        <w:br/>
        <w:t>vn 0.1083 0.9856 -0.1300</w:t>
        <w:br/>
        <w:t>vn -0.0384 0.9964 -0.0755</w:t>
        <w:br/>
        <w:t>vn -0.0384 0.9964 -0.0754</w:t>
        <w:br/>
        <w:t>vn 0.1888 0.9704 -0.1503</w:t>
        <w:br/>
        <w:t>vn 0.1887 0.9705 -0.1503</w:t>
        <w:br/>
        <w:t>vn 0.2664 0.9436 -0.1964</w:t>
        <w:br/>
        <w:t>vn 0.2875 0.9110 -0.2956</w:t>
        <w:br/>
        <w:t>vn 0.2874 0.9111 -0.2956</w:t>
        <w:br/>
        <w:t>vn 0.2663 0.9437 -0.1964</w:t>
        <w:br/>
        <w:t>vn 0.0221 -0.9824 0.1857</w:t>
        <w:br/>
        <w:t>vn 0.0358 -0.9876 0.1529</w:t>
        <w:br/>
        <w:t>vn -0.2141 -0.9412 0.2613</w:t>
        <w:br/>
        <w:t>vn 0.0257 -0.9891 0.1452</w:t>
        <w:br/>
        <w:t>vn -0.0965 -0.9575 0.2718</w:t>
        <w:br/>
        <w:t>vn 0.7885 0.5552 -0.2646</w:t>
        <w:br/>
        <w:t>vn -0.4075 0.1037 -0.9073</w:t>
        <w:br/>
        <w:t>vn -0.6241 -0.1581 -0.7652</w:t>
        <w:br/>
        <w:t>vn 0.9699 0.2384 0.0492</w:t>
        <w:br/>
        <w:t>vn 0.9457 0.2740 0.1751</w:t>
        <w:br/>
        <w:t>vn 0.9457 0.2740 0.1750</w:t>
        <w:br/>
        <w:t>vn -0.7125 -0.2113 -0.6691</w:t>
        <w:br/>
        <w:t>vn -0.7497 -0.1601 -0.6421</w:t>
        <w:br/>
        <w:t>vn -0.7498 -0.1601 -0.6421</w:t>
        <w:br/>
        <w:t>vn 0.9320 0.2860 0.2227</w:t>
        <w:br/>
        <w:t>vn -0.7669 -0.0597 -0.6389</w:t>
        <w:br/>
        <w:t>vn -0.7667 -0.0596 -0.6392</w:t>
        <w:br/>
        <w:t>vn 0.9523 0.2090 0.2223</w:t>
        <w:br/>
        <w:t>vn -0.8230 0.1217 -0.5548</w:t>
        <w:br/>
        <w:t>vn -0.8847 0.2821 -0.3710</w:t>
        <w:br/>
        <w:t>vn -0.8848 0.2821 -0.3710</w:t>
        <w:br/>
        <w:t>vn 0.9611 0.1089 0.2537</w:t>
        <w:br/>
        <w:t>vn 0.9256 0.0606 0.3737</w:t>
        <w:br/>
        <w:t>vn -0.1228 0.9916 0.0416</w:t>
        <w:br/>
        <w:t>vn -0.2514 0.9559 0.1516</w:t>
        <w:br/>
        <w:t>vn -0.2965 0.9534 -0.0566</w:t>
        <w:br/>
        <w:t>vn -0.1323 0.9371 -0.3231</w:t>
        <w:br/>
        <w:t>vn 0.1105 0.9517 -0.2865</w:t>
        <w:br/>
        <w:t>vn 0.3564 0.9255 -0.1280</w:t>
        <w:br/>
        <w:t>vn 0.2904 0.9394 -0.1820</w:t>
        <w:br/>
        <w:t>vn 0.2904 0.9394 -0.1821</w:t>
        <w:br/>
        <w:t>vn 0.3564 0.9255 -0.1279</w:t>
        <w:br/>
        <w:t>vn 0.0000 0.9932 -0.1166</w:t>
        <w:br/>
        <w:t>vn -0.3158 0.7289 0.6074</w:t>
        <w:br/>
        <w:t>vn -0.3296 0.7267 0.6028</w:t>
        <w:br/>
        <w:t>vn -0.9999 0.0096 -0.0051</w:t>
        <w:br/>
        <w:t>vn -0.0734 0.7503 0.6570</w:t>
        <w:br/>
        <w:t>vn -0.0418 0.7786 0.6262</w:t>
        <w:br/>
        <w:t>vn -0.2445 0.2097 0.9467</w:t>
        <w:br/>
        <w:t>vn -0.3520 0.1755 0.9194</w:t>
        <w:br/>
        <w:t>vn -0.9507 -0.3098 0.0121</w:t>
        <w:br/>
        <w:t>vn -0.1127 0.4837 -0.8679</w:t>
        <w:br/>
        <w:t>vn -0.1127 0.4838 -0.8679</w:t>
        <w:br/>
        <w:t>vn -0.8827 0.4047 0.2388</w:t>
        <w:br/>
        <w:t>vn 0.1558 0.7976 -0.5828</w:t>
        <w:br/>
        <w:t>vn 0.1558 0.7975 -0.5828</w:t>
        <w:br/>
        <w:t>vn 0.4723 -0.6080 -0.6382</w:t>
        <w:br/>
        <w:t>vn 0.4156 -0.6379 -0.6483</w:t>
        <w:br/>
        <w:t>vn 0.4495 -0.6391 -0.6241</w:t>
        <w:br/>
        <w:t>vn 0.3560 -0.6243 -0.6953</w:t>
        <w:br/>
        <w:t>vn 0.3282 -0.6268 -0.7067</w:t>
        <w:br/>
        <w:t>vn 0.3561 -0.6243 -0.6953</w:t>
        <w:br/>
        <w:t>vn 0.3851 -0.6591 -0.6460</w:t>
        <w:br/>
        <w:t>vn 0.3338 -0.6232 -0.7073</w:t>
        <w:br/>
        <w:t>vn -0.9860 -0.1591 -0.0490</w:t>
        <w:br/>
        <w:t>vn 0.3462 -0.7582 0.5525</w:t>
        <w:br/>
        <w:t>vn 0.1172 -0.5415 0.8325</w:t>
        <w:br/>
        <w:t>vn -0.6807 0.3345 0.6517</w:t>
        <w:br/>
        <w:t>vn -0.0918 -0.9955 -0.0239</w:t>
        <w:br/>
        <w:t>vn -0.1079 0.1201 -0.9869</w:t>
        <w:br/>
        <w:t>vn -0.0657 -0.0600 -0.9960</w:t>
        <w:br/>
        <w:t>vn -0.1810 0.4677 -0.8651</w:t>
        <w:br/>
        <w:t>vn -0.8352 0.5189 -0.1819</w:t>
        <w:br/>
        <w:t>vn -0.7736 0.4575 0.4385</w:t>
        <w:br/>
        <w:t>vn -0.5740 -0.2649 0.7748</w:t>
        <w:br/>
        <w:t>vn -0.6789 -0.2605 0.6865</w:t>
        <w:br/>
        <w:t>vn -0.5657 -0.6131 0.5514</w:t>
        <w:br/>
        <w:t>vn -0.6846 0.3067 0.6612</w:t>
        <w:br/>
        <w:t>vn -0.8892 -0.0617 0.4534</w:t>
        <w:br/>
        <w:t>vn 0.2457 0.1294 -0.9607</w:t>
        <w:br/>
        <w:t>vn -0.9294 0.2329 0.2864</w:t>
        <w:br/>
        <w:t>vn -0.1512 -0.0424 0.9876</w:t>
        <w:br/>
        <w:t>vn -0.5789 -0.7845 -0.2223</w:t>
        <w:br/>
        <w:t>vn -0.1225 0.3559 -0.9265</w:t>
        <w:br/>
        <w:t>vn -0.2989 0.2491 -0.9212</w:t>
        <w:br/>
        <w:t>vn -0.3225 0.2615 -0.9098</w:t>
        <w:br/>
        <w:t>vn -0.3271 0.3126 -0.8918</w:t>
        <w:br/>
        <w:t>vn 0.0610 -0.6895 -0.7217</w:t>
        <w:br/>
        <w:t>vn -0.1328 -0.6572 -0.7419</w:t>
        <w:br/>
        <w:t>vn 0.8831 0.0225 -0.4686</w:t>
        <w:br/>
        <w:t>vn 0.8503 0.0393 -0.5248</w:t>
        <w:br/>
        <w:t>vn -0.0466 0.3469 -0.9367</w:t>
        <w:br/>
        <w:t>vn -0.5752 0.3015 -0.7605</w:t>
        <w:br/>
        <w:t>vn -0.4945 0.3421 -0.7990</w:t>
        <w:br/>
        <w:t>vn -0.3228 0.2452 -0.9142</w:t>
        <w:br/>
        <w:t>vn 0.9630 -0.2482 -0.1046</w:t>
        <w:br/>
        <w:t>vn 0.9226 -0.3214 0.2134</w:t>
        <w:br/>
        <w:t>vn 0.9714 -0.1818 -0.1530</w:t>
        <w:br/>
        <w:t>vn 0.9714 -0.1818 -0.1529</w:t>
        <w:br/>
        <w:t>vn 0.9620 -0.0914 -0.2573</w:t>
        <w:br/>
        <w:t>vn 0.9620 -0.0914 -0.2574</w:t>
        <w:br/>
        <w:t>vn 0.9314 -0.0314 -0.3626</w:t>
        <w:br/>
        <w:t>vn 0.9314 -0.0315 -0.3626</w:t>
        <w:br/>
        <w:t>vn -0.0002 -0.9190 0.3943</w:t>
        <w:br/>
        <w:t>vn 0.4066 -0.4036 0.8196</w:t>
        <w:br/>
        <w:t>vn 0.4508 -0.4018 0.7971</w:t>
        <w:br/>
        <w:t>vn 0.4380 -0.3259 0.8378</w:t>
        <w:br/>
        <w:t>vn 0.4393 -0.3497 0.8275</w:t>
        <w:br/>
        <w:t>vn 0.4292 -0.3524 0.8316</w:t>
        <w:br/>
        <w:t>vn 0.4423 -0.3332 0.8327</w:t>
        <w:br/>
        <w:t>vn 0.4396 -0.3230 0.8381</w:t>
        <w:br/>
        <w:t>vn 0.5584 -0.3321 0.7602</w:t>
        <w:br/>
        <w:t>vn 0.5068 -0.3562 0.7850</w:t>
        <w:br/>
        <w:t>vn 0.4959 -0.4343 0.7520</w:t>
        <w:br/>
        <w:t>vn 0.4733 -0.3947 0.7875</w:t>
        <w:br/>
        <w:t>vn 0.4273 -0.3589 0.8298</w:t>
        <w:br/>
        <w:t>vn 0.4410 -0.3692 0.8181</w:t>
        <w:br/>
        <w:t>vn 0.4424 -0.3801 0.8123</w:t>
        <w:br/>
        <w:t>vn 0.4286 -0.4308 0.7942</w:t>
        <w:br/>
        <w:t>vn 0.4405 -0.4257 0.7904</w:t>
        <w:br/>
        <w:t>vn 0.4209 -0.3799 0.8237</w:t>
        <w:br/>
        <w:t>vn 0.4703 -0.3494 0.8104</w:t>
        <w:br/>
        <w:t>vn 0.4340 -0.3655 0.8234</w:t>
        <w:br/>
        <w:t>vn 0.4299 -0.3608 0.8277</w:t>
        <w:br/>
        <w:t>vn 0.4376 -0.3424 0.8314</w:t>
        <w:br/>
        <w:t>vn 0.4201 -0.3732 0.8272</w:t>
        <w:br/>
        <w:t>vn 0.4105 -0.4028 0.8181</w:t>
        <w:br/>
        <w:t>vn 0.4351 -0.3559 0.8271</w:t>
        <w:br/>
        <w:t>vn 0.4215 -0.3512 0.8360</w:t>
        <w:br/>
        <w:t>vn 0.4374 -0.3395 0.8328</w:t>
        <w:br/>
        <w:t>vn 0.4386 -0.3467 0.8291</w:t>
        <w:br/>
        <w:t>vn 0.4262 -0.3611 0.8294</w:t>
        <w:br/>
        <w:t>vn 0.3884 -0.3709 0.8436</w:t>
        <w:br/>
        <w:t>vn 0.3318 -0.3150 0.8892</w:t>
        <w:br/>
        <w:t>vn 0.4489 -0.2833 0.8475</w:t>
        <w:br/>
        <w:t>vn 0.4490 -0.2833 0.8474</w:t>
        <w:br/>
        <w:t>vn 0.4746 -0.3775 0.7951</w:t>
        <w:br/>
        <w:t>vn 0.5075 -0.4151 0.7550</w:t>
        <w:br/>
        <w:t>vn 0.4513 -0.4089 0.7932</w:t>
        <w:br/>
        <w:t>vn 0.4601 -0.3894 0.7979</w:t>
        <w:br/>
        <w:t>vn 0.4191 -0.3329 0.8447</w:t>
        <w:br/>
        <w:t>vn 0.3780 -0.3496 0.8573</w:t>
        <w:br/>
        <w:t>vn 0.4228 -0.3433 0.8387</w:t>
        <w:br/>
        <w:t>vn 0.2509 -0.2412 0.9375</w:t>
        <w:br/>
        <w:t>vn -0.9969 0.0273 0.0733</w:t>
        <w:br/>
        <w:t>vn -0.9981 -0.0092 0.0603</w:t>
        <w:br/>
        <w:t>vn -0.9981 -0.0092 0.0604</w:t>
        <w:br/>
        <w:t>vn 0.2510 -0.2412 0.9375</w:t>
        <w:br/>
        <w:t>vn 0.6888 -0.6096 0.3923</w:t>
        <w:br/>
        <w:t>vn 0.6889 -0.6096 0.3923</w:t>
        <w:br/>
        <w:t>vn -0.3086 0.0387 0.9504</w:t>
        <w:br/>
        <w:t>vn -0.5339 -0.0699 0.8427</w:t>
        <w:br/>
        <w:t>vn 0.0101 -0.0026 0.9999</w:t>
        <w:br/>
        <w:t>vn 0.0503 -0.0296 0.9983</w:t>
        <w:br/>
        <w:t>vn -0.0899 0.1415 0.9859</w:t>
        <w:br/>
        <w:t>vn 0.5134 -0.4603 0.7242</w:t>
        <w:br/>
        <w:t>vn -0.4591 0.6625 -0.5918</w:t>
        <w:br/>
        <w:t>vn 0.7554 -0.6206 -0.2102</w:t>
        <w:br/>
        <w:t>vn -0.9428 -0.3301 -0.0465</w:t>
        <w:br/>
        <w:t>vn -0.8594 -0.5112 -0.0114</w:t>
        <w:br/>
        <w:t>vn -0.8771 -0.4791 0.0339</w:t>
        <w:br/>
        <w:t>vn -0.8771 -0.4790 0.0339</w:t>
        <w:br/>
        <w:t>vn -0.8398 -0.5411 0.0443</w:t>
        <w:br/>
        <w:t>vn -0.4540 -0.8702 -0.1916</w:t>
        <w:br/>
        <w:t>vn -0.7054 -0.7072 -0.0482</w:t>
        <w:br/>
        <w:t>vn -0.1938 -0.9740 -0.1172</w:t>
        <w:br/>
        <w:t>vn -0.5545 -0.8248 -0.1107</w:t>
        <w:br/>
        <w:t>vn -0.8594 -0.5113 -0.0114</w:t>
        <w:br/>
        <w:t>vn -0.6698 -0.7383 -0.0793</w:t>
        <w:br/>
        <w:t>vn -0.4300 -0.9022 0.0327</w:t>
        <w:br/>
        <w:t>vn 0.1265 -0.9844 -0.1220</w:t>
        <w:br/>
        <w:t>vn -0.9407 -0.3369 -0.0409</w:t>
        <w:br/>
        <w:t>vn -0.9407 -0.3368 -0.0409</w:t>
        <w:br/>
        <w:t>vn -0.5611 0.8227 0.0911</w:t>
        <w:br/>
        <w:t>vn -0.4301 0.4528 0.7810</w:t>
        <w:br/>
        <w:t>vn -0.3703 0.6173 -0.6941</w:t>
        <w:br/>
        <w:t>vn -0.0487 0.0437 -0.9979</w:t>
        <w:br/>
        <w:t>vn 0.0979 -0.2675 -0.9586</w:t>
        <w:br/>
        <w:t>vn -0.0606 -0.4306 0.9005</w:t>
        <w:br/>
        <w:t>vn -0.1897 -0.1382 0.9721</w:t>
        <w:br/>
        <w:t>vn 0.2389 -0.2317 0.9430</w:t>
        <w:br/>
        <w:t>vn 0.4364 -0.3815 0.8149</w:t>
        <w:br/>
        <w:t>vn 0.4595 -0.2720 0.8455</w:t>
        <w:br/>
        <w:t>vn -0.6167 0.7857 0.0481</w:t>
        <w:br/>
        <w:t>vn -0.1117 0.9441 0.3102</w:t>
        <w:br/>
        <w:t>vn 0.4698 -0.6226 -0.6258</w:t>
        <w:br/>
        <w:t>vn -0.7327 0.2853 0.6178</w:t>
        <w:br/>
        <w:t>vn -0.9999 -0.0062 0.0146</w:t>
        <w:br/>
        <w:t>vn -0.9910 0.0498 0.1242</w:t>
        <w:br/>
        <w:t>vn -0.7208 -0.2298 0.6540</w:t>
        <w:br/>
        <w:t>vn -0.6064 -0.2402 0.7580</w:t>
        <w:br/>
        <w:t>vn -0.8047 -0.2429 0.5418</w:t>
        <w:br/>
        <w:t>vn -0.8982 -0.2621 0.3529</w:t>
        <w:br/>
        <w:t>vn -0.9409 -0.2784 0.1929</w:t>
        <w:br/>
        <w:t>vn -0.1192 -0.3494 0.9293</w:t>
        <w:br/>
        <w:t>vn -0.2342 -0.3110 0.9211</w:t>
        <w:br/>
        <w:t>vn 0.0467 -0.3203 0.9462</w:t>
        <w:br/>
        <w:t>vn 0.1056 -0.2240 0.9689</w:t>
        <w:br/>
        <w:t>vn -0.4513 -0.8386 0.3050</w:t>
        <w:br/>
        <w:t>vn -0.6567 -0.7028 0.2735</w:t>
        <w:br/>
        <w:t>vn -0.7782 -0.5886 0.2190</w:t>
        <w:br/>
        <w:t>vn -0.9855 -0.1698 -0.0016</w:t>
        <w:br/>
        <w:t>vn -0.9866 -0.1266 0.1032</w:t>
        <w:br/>
        <w:t>vn -0.9131 -0.4054 0.0441</w:t>
        <w:br/>
        <w:t>vn -0.0391 -0.5926 -0.8045</w:t>
        <w:br/>
        <w:t>vn 0.1011 -0.6173 -0.7802</w:t>
        <w:br/>
        <w:t>vn -0.9413 -0.3108 -0.1316</w:t>
        <w:br/>
        <w:t>vn -0.9427 -0.3191 -0.0970</w:t>
        <w:br/>
        <w:t>vn -0.9533 -0.2912 0.0799</w:t>
        <w:br/>
        <w:t>vn -0.9512 -0.3081 -0.0164</w:t>
        <w:br/>
        <w:t>vn -0.9060 -0.4230 -0.0180</w:t>
        <w:br/>
        <w:t>vn -0.8586 -0.5126 0.0075</w:t>
        <w:br/>
        <w:t>vn -0.8257 -0.5580 0.0834</w:t>
        <w:br/>
        <w:t>vn -0.8966 -0.4374 0.0691</w:t>
        <w:br/>
        <w:t>vn -0.8533 -0.5137 0.0891</w:t>
        <w:br/>
        <w:t>vn -0.7812 -0.6040 0.1581</w:t>
        <w:br/>
        <w:t>vn -0.6781 0.4783 0.5581</w:t>
        <w:br/>
        <w:t>vn -0.3441 -0.8853 0.3129</w:t>
        <w:br/>
        <w:t>vn -0.4633 -0.8423 0.2756</w:t>
        <w:br/>
        <w:t>vn -0.2179 -0.9046 0.3664</w:t>
        <w:br/>
        <w:t>vn -0.5789 -0.7270 0.3692</w:t>
        <w:br/>
        <w:t>vn -0.2997 0.6409 0.7067</w:t>
        <w:br/>
        <w:t>vn -0.4920 0.0914 0.8658</w:t>
        <w:br/>
        <w:t>vn -0.4213 -0.0790 0.9035</w:t>
        <w:br/>
        <w:t>vn -0.3872 -0.2667 0.8826</w:t>
        <w:br/>
        <w:t>vn -0.3448 -0.4351 0.8317</w:t>
        <w:br/>
        <w:t>vn -0.2974 -0.5949 0.7467</w:t>
        <w:br/>
        <w:t>vn -0.2001 -0.7764 0.5977</w:t>
        <w:br/>
        <w:t>vn -0.1009 -0.8945 0.4356</w:t>
        <w:br/>
        <w:t>vn 0.2010 0.6075 0.7685</w:t>
        <w:br/>
        <w:t>vn 0.1432 0.5971 0.7893</w:t>
        <w:br/>
        <w:t>vn -0.8985 0.3835 0.2138</w:t>
        <w:br/>
        <w:t>vn -0.5976 -0.6180 0.5109</w:t>
        <w:br/>
        <w:t>vn 0.0196 -0.7809 0.6244</w:t>
        <w:br/>
        <w:t>vn 0.1158 -0.9655 0.2334</w:t>
        <w:br/>
        <w:t>vn 0.0568 -0.8981 0.4362</w:t>
        <w:br/>
        <w:t>vn 0.1699 0.9603 -0.2211</w:t>
        <w:br/>
        <w:t>vn 0.3241 0.7915 0.5182</w:t>
        <w:br/>
        <w:t>vn 0.0712 -0.3541 0.9325</w:t>
        <w:br/>
        <w:t>vn 0.0759 -0.2688 0.9602</w:t>
        <w:br/>
        <w:t>vn 0.0624 -0.5131 0.8560</w:t>
        <w:br/>
        <w:t>vn 0.0638 -0.6682 0.7413</w:t>
        <w:br/>
        <w:t>vn 0.0580 -0.7450 0.6645</w:t>
        <w:br/>
        <w:t>vn 0.0943 -0.8931 0.4398</w:t>
        <w:br/>
        <w:t>vn 0.1343 -0.9736 0.1844</w:t>
        <w:br/>
        <w:t>vn -0.2569 -0.3099 0.9154</w:t>
        <w:br/>
        <w:t>vn -0.2903 -0.2120 0.9332</w:t>
        <w:br/>
        <w:t>vn -0.3743 -0.0275 0.9269</w:t>
        <w:br/>
        <w:t>vn -0.4517 0.0802 0.8886</w:t>
        <w:br/>
        <w:t>vn -0.5180 0.1440 0.8432</w:t>
        <w:br/>
        <w:t>vn 0.2110 0.8562 0.4716</w:t>
        <w:br/>
        <w:t>vn 0.2807 0.5548 0.7832</w:t>
        <w:br/>
        <w:t>vn -0.0735 0.7503 0.6570</w:t>
        <w:br/>
        <w:t>vn 0.2741 -0.5378 -0.7973</w:t>
        <w:br/>
        <w:t>vn -0.8569 0.4299 0.2846</w:t>
        <w:br/>
        <w:t>vn -0.7858 0.5003 0.3637</w:t>
        <w:br/>
        <w:t>vn -0.7189 0.5769 0.3879</w:t>
        <w:br/>
        <w:t>vn -0.4868 0.5971 -0.6376</w:t>
        <w:br/>
        <w:t>vn -0.6521 0.6802 -0.3348</w:t>
        <w:br/>
        <w:t>vn -0.6174 0.6309 -0.4698</w:t>
        <w:br/>
        <w:t>vn -0.3079 0.6487 -0.6960</w:t>
        <w:br/>
        <w:t>vn -0.4145 0.8020 -0.4300</w:t>
        <w:br/>
        <w:t>vn -0.5256 0.6887 -0.4996</w:t>
        <w:br/>
        <w:t>vn -0.4626 0.8733 -0.1525</w:t>
        <w:br/>
        <w:t>vn -0.4747 0.8802 0.0047</w:t>
        <w:br/>
        <w:t>vn -0.4566 0.8801 0.1305</w:t>
        <w:br/>
        <w:t>vn -0.7549 0.6494 0.0914</w:t>
        <w:br/>
        <w:t>vn -0.6610 0.7499 0.0277</w:t>
        <w:br/>
        <w:t>vn -0.4101 0.8019 0.4344</w:t>
        <w:br/>
        <w:t>vn -0.3259 0.6225 0.7115</w:t>
        <w:br/>
        <w:t>vn -0.6941 0.5875 0.4161</w:t>
        <w:br/>
        <w:t>vn -0.5156 0.5178 0.6827</w:t>
        <w:br/>
        <w:t>vn 0.0417 -0.2922 0.9554</w:t>
        <w:br/>
        <w:t>vn 0.4372 -0.5423 0.7174</w:t>
        <w:br/>
        <w:t>vn -0.6817 -0.1222 -0.7214</w:t>
        <w:br/>
        <w:t>vn -0.9553 0.2321 -0.1830</w:t>
        <w:br/>
        <w:t>vn -0.9178 0.3964 0.0239</w:t>
        <w:br/>
        <w:t>vn -0.8980 0.4393 0.0265</w:t>
        <w:br/>
        <w:t>vn -0.9199 0.3438 -0.1888</w:t>
        <w:br/>
        <w:t>vn 0.4895 -0.8635 0.1213</w:t>
        <w:br/>
        <w:t>vn 0.6839 -0.7269 -0.0619</w:t>
        <w:br/>
        <w:t>vn 0.8333 -0.5527 0.0083</w:t>
        <w:br/>
        <w:t>vn 0.0001 -0.8054 0.5927</w:t>
        <w:br/>
        <w:t>vn 0.5179 -0.7182 0.4647</w:t>
        <w:br/>
        <w:t>vn -0.0884 0.3602 -0.9287</w:t>
        <w:br/>
        <w:t>vn -0.1281 0.3349 -0.9335</w:t>
        <w:br/>
        <w:t>vn 0.0443 0.1519 -0.9874</w:t>
        <w:br/>
        <w:t>vn 0.1076 0.1327 -0.9853</w:t>
        <w:br/>
        <w:t>vn -0.3359 0.2460 -0.9092</w:t>
        <w:br/>
        <w:t>vn -0.3215 0.3137 -0.8934</w:t>
        <w:br/>
        <w:t>vn 0.0816 0.2315 -0.9694</w:t>
        <w:br/>
        <w:t>vn 0.0584 0.1055 -0.9927</w:t>
        <w:br/>
        <w:t>vn -0.2668 0.2302 -0.9359</w:t>
        <w:br/>
        <w:t>vn -0.1661 0.2513 -0.9535</w:t>
        <w:br/>
        <w:t>vn 0.1863 0.2790 -0.9421</w:t>
        <w:br/>
        <w:t>vn 0.4718 0.1915 0.8606</w:t>
        <w:br/>
        <w:t>vn 0.5368 0.4288 0.7266</w:t>
        <w:br/>
        <w:t>vn 0.6296 0.6869 0.3630</w:t>
        <w:br/>
        <w:t>vn 0.9055 0.4131 0.0971</w:t>
        <w:br/>
        <w:t>vn 0.7203 0.6311 0.2879</w:t>
        <w:br/>
        <w:t>vn -0.3722 -0.9060 0.2016</w:t>
        <w:br/>
        <w:t>vn -0.7451 -0.4782 0.4648</w:t>
        <w:br/>
        <w:t>vn -0.7452 -0.4782 0.4648</w:t>
        <w:br/>
        <w:t>vn -0.6940 -0.1763 0.6981</w:t>
        <w:br/>
        <w:t>vn -0.7380 -0.2877 0.6104</w:t>
        <w:br/>
        <w:t>vn -0.4116 -0.0874 0.9072</w:t>
        <w:br/>
        <w:t>vn -0.5729 -0.1722 0.8013</w:t>
        <w:br/>
        <w:t>vn -0.2953 -0.0965 0.9505</w:t>
        <w:br/>
        <w:t>vn -0.0727 0.1462 0.9866</w:t>
        <w:br/>
        <w:t>vn 0.1194 0.4165 0.9013</w:t>
        <w:br/>
        <w:t>vn 0.3284 0.7174 0.6145</w:t>
        <w:br/>
        <w:t>vn 0.3283 0.7174 0.6145</w:t>
        <w:br/>
        <w:t>vn 0.2755 0.5736 0.7714</w:t>
        <w:br/>
        <w:t>vn 0.3686 -0.0224 0.9293</w:t>
        <w:br/>
        <w:t>vn 0.3654 -0.0218 0.9306</w:t>
        <w:br/>
        <w:t>vn 0.3015 -0.1435 0.9426</w:t>
        <w:br/>
        <w:t>vn 0.5486 0.6202 0.5606</w:t>
        <w:br/>
        <w:t>vn 0.1620 -0.8988 -0.4072</w:t>
        <w:br/>
        <w:t>vn 0.0393 -0.9992 0.0121</w:t>
        <w:br/>
        <w:t>vn -0.5394 -0.4268 -0.7259</w:t>
        <w:br/>
        <w:t>vn -0.4770 -0.1907 -0.8580</w:t>
        <w:br/>
        <w:t>vn -0.4770 -0.1908 -0.8580</w:t>
        <w:br/>
        <w:t>vn -0.8024 -0.5179 -0.2966</w:t>
        <w:br/>
        <w:t>vn -0.6493 -0.6656 -0.3680</w:t>
        <w:br/>
        <w:t>vn -0.9027 -0.3938 -0.1735</w:t>
        <w:br/>
        <w:t>vn 0.3105 0.9378 -0.1556</w:t>
        <w:br/>
        <w:t>vn 0.3394 0.9363 0.0902</w:t>
        <w:br/>
        <w:t>vn 0.7034 0.5640 -0.4326</w:t>
        <w:br/>
        <w:t>vn 0.7034 0.5639 -0.4326</w:t>
        <w:br/>
        <w:t>vn 0.7320 0.3095 -0.6069</w:t>
        <w:br/>
        <w:t>vn 0.6877 0.1966 -0.6988</w:t>
        <w:br/>
        <w:t>vn 0.5684 0.1648 -0.8061</w:t>
        <w:br/>
        <w:t>vn 0.4032 0.0884 -0.9108</w:t>
        <w:br/>
        <w:t>vn 0.3682 -0.0050 -0.9297</w:t>
        <w:br/>
        <w:t>vn 0.1882 -0.1788 -0.9657</w:t>
        <w:br/>
        <w:t>vn 0.3066 -0.3360 -0.8905</w:t>
        <w:br/>
        <w:t>vn -0.3213 -0.6107 -0.7238</w:t>
        <w:br/>
        <w:t>vn -0.1029 -0.4855 -0.8682</w:t>
        <w:br/>
        <w:t>vn -0.3717 0.0119 -0.9283</w:t>
        <w:br/>
        <w:t>vn -0.3685 0.0113 -0.9296</w:t>
        <w:br/>
        <w:t>vn -0.2998 0.1265 -0.9456</w:t>
        <w:br/>
        <w:t>vn -0.5016 -0.7137 -0.4889</w:t>
        <w:br/>
        <w:t>vn -0.4112 0.9115 -0.0109</w:t>
        <w:br/>
        <w:t>vn -0.0883 0.9482 0.3052</w:t>
        <w:br/>
        <w:t>vn 0.7548 0.1242 -0.6441</w:t>
        <w:br/>
        <w:t>vn 0.8353 0.2174 -0.5049</w:t>
        <w:br/>
        <w:t>vn 0.7548 0.1243 -0.6441</w:t>
        <w:br/>
        <w:t>vn -0.8271 -0.2271 0.5141</w:t>
        <w:br/>
        <w:t>vn -0.7475 -0.1118 0.6548</w:t>
        <w:br/>
        <w:t>vn -0.6257 0.1396 0.7674</w:t>
        <w:br/>
        <w:t>vn -0.4564 0.5898 0.6662</w:t>
        <w:br/>
        <w:t>vn -0.5826 0.6728 0.4560</w:t>
        <w:br/>
        <w:t>vn 0.3886 -0.5022 -0.7725</w:t>
        <w:br/>
        <w:t>vn 0.6309 -0.1706 -0.7569</w:t>
        <w:br/>
        <w:t>vn 0.7320 0.0402 0.6801</w:t>
        <w:br/>
        <w:t>vn 0.7175 -0.0810 0.6918</w:t>
        <w:br/>
        <w:t>vn -0.6988 0.1943 -0.6884</w:t>
        <w:br/>
        <w:t>vn -0.8059 0.0474 -0.5902</w:t>
        <w:br/>
        <w:t>vn 0.7279 -0.0630 0.6828</w:t>
        <w:br/>
        <w:t>vn -0.6941 0.0691 -0.7165</w:t>
        <w:br/>
        <w:t>vn -0.6941 0.0690 -0.7165</w:t>
        <w:br/>
        <w:t>vn -0.8589 -0.0247 -0.5115</w:t>
        <w:br/>
        <w:t>vn 0.8699 0.0083 0.4932</w:t>
        <w:br/>
        <w:t>vn 0.9331 0.0465 0.3566</w:t>
        <w:br/>
        <w:t>vn 0.9331 0.0465 0.3565</w:t>
        <w:br/>
        <w:t>vn -0.9711 -0.1559 -0.1806</w:t>
        <w:br/>
        <w:t>vn 0.5448 -0.0902 -0.8337</w:t>
        <w:br/>
        <w:t>vn 0.6831 -0.1779 -0.7083</w:t>
        <w:br/>
        <w:t>vn -0.9441 -0.2754 0.1811</w:t>
        <w:br/>
        <w:t>vn -0.8932 -0.2929 0.3412</w:t>
        <w:br/>
        <w:t>vn 0.7927 -0.2582 -0.5522</w:t>
        <w:br/>
        <w:t>vn -0.7920 -0.5203 0.3195</w:t>
        <w:br/>
        <w:t>vn 0.7943 0.5214 -0.3120</w:t>
        <w:br/>
        <w:t>vn 0.7942 0.5213 -0.3120</w:t>
        <w:br/>
        <w:t>vn -0.6496 -0.7392 0.1777</w:t>
        <w:br/>
        <w:t>vn 0.6290 0.7607 -0.1603</w:t>
        <w:br/>
        <w:t>vn 0.6779 0.5159 0.5237</w:t>
        <w:br/>
        <w:t>vn -0.8223 -0.2592 -0.5066</w:t>
        <w:br/>
        <w:t>vn -0.8658 -0.2707 -0.4208</w:t>
        <w:br/>
        <w:t>vn 0.6779 0.5159 0.5238</w:t>
        <w:br/>
        <w:t>vn 0.9666 0.0448 0.2522</w:t>
        <w:br/>
        <w:t>vn 0.1620 -0.8988 -0.4073</w:t>
        <w:br/>
        <w:t>vn -0.8090 -0.1972 0.5537</w:t>
        <w:br/>
        <w:t>vn -0.8090 -0.1973 0.5537</w:t>
        <w:br/>
        <w:t>vn -0.9510 -0.1037 0.2911</w:t>
        <w:br/>
        <w:t>vn -0.5878 -0.2714 0.7621</w:t>
        <w:br/>
        <w:t>vn -0.3090 -0.3190 0.8959</w:t>
        <w:br/>
        <w:t>vn -0.0000 -0.3355 0.9421</w:t>
        <w:br/>
        <w:t>vn 0.3090 -0.3190 0.8959</w:t>
        <w:br/>
        <w:t>vn 0.3090 -0.3191 0.8959</w:t>
        <w:br/>
        <w:t>vn 0.5878 -0.2714 0.7621</w:t>
        <w:br/>
        <w:t>vn 0.8090 -0.1972 0.5537</w:t>
        <w:br/>
        <w:t>vn 0.9511 -0.1037 0.2911</w:t>
        <w:br/>
        <w:t>vn 1.0000 -0.0000 0.0000</w:t>
        <w:br/>
        <w:t>vn 0.9511 0.1037 -0.2911</w:t>
        <w:br/>
        <w:t>vn 0.8090 0.1972 -0.5537</w:t>
        <w:br/>
        <w:t>vn 0.5878 0.2714 -0.7621</w:t>
        <w:br/>
        <w:t>vn 0.3090 0.3191 -0.8959</w:t>
        <w:br/>
        <w:t>vn 0.0000 0.3355 -0.9420</w:t>
        <w:br/>
        <w:t>vn -0.3090 0.3191 -0.8959</w:t>
        <w:br/>
        <w:t>vn -0.5878 0.2714 -0.7621</w:t>
        <w:br/>
        <w:t>vn -0.8090 0.1972 -0.5537</w:t>
        <w:br/>
        <w:t>vn -0.9510 0.1036 -0.2912</w:t>
        <w:br/>
        <w:t>vn -0.9510 0.1035 -0.2912</w:t>
        <w:br/>
        <w:t>vn -1.0000 -0.0000 -0.0000</w:t>
        <w:br/>
        <w:t>vn -1.0000 0.0000 -0.0001</w:t>
        <w:br/>
        <w:t>vn -0.2953 0.8633 0.4093</w:t>
        <w:br/>
        <w:t>vn -0.2512 0.8343 0.4908</w:t>
        <w:br/>
        <w:t>vn -0.1825 0.8112 0.5556</w:t>
        <w:br/>
        <w:t>vn -0.0959 0.7964 0.5970</w:t>
        <w:br/>
        <w:t>vn -0.0959 0.7964 0.5971</w:t>
        <w:br/>
        <w:t>vn -0.0000 0.7914 0.6113</w:t>
        <w:br/>
        <w:t>vn 0.0959 0.7964 0.5971</w:t>
        <w:br/>
        <w:t>vn 0.1825 0.8112 0.5556</w:t>
        <w:br/>
        <w:t>vn 0.2512 0.8343 0.4908</w:t>
        <w:br/>
        <w:t>vn 0.2954 0.8633 0.4093</w:t>
        <w:br/>
        <w:t>vn 0.3105 0.8955 0.3189</w:t>
        <w:br/>
        <w:t>vn 0.3105 0.8955 0.3188</w:t>
        <w:br/>
        <w:t>vn 0.2953 0.9277 0.2286</w:t>
        <w:br/>
        <w:t>vn 0.2512 0.9567 0.1471</w:t>
        <w:br/>
        <w:t>vn 0.1824 0.9798 0.0823</w:t>
        <w:br/>
        <w:t>vn 0.0959 0.9946 0.0408</w:t>
        <w:br/>
        <w:t>vn 0.0000 0.9996 0.0266</w:t>
        <w:br/>
        <w:t>vn 0.0000 0.9996 0.0265</w:t>
        <w:br/>
        <w:t>vn -0.0959 0.9946 0.0408</w:t>
        <w:br/>
        <w:t>vn -0.1824 0.9798 0.0823</w:t>
        <w:br/>
        <w:t>vn -0.2511 0.9567 0.1471</w:t>
        <w:br/>
        <w:t>vn -0.2953 0.9277 0.2286</w:t>
        <w:br/>
        <w:t>vn -0.3105 0.8955 0.3189</w:t>
        <w:br/>
        <w:t>vn 0.7747 0.6309 -0.0426</w:t>
        <w:br/>
        <w:t>vn 0.6590 0.7070 -0.2565</w:t>
        <w:br/>
        <w:t>vn 0.4788 0.7675 -0.4262</w:t>
        <w:br/>
        <w:t>vn 0.2518 0.8063 -0.5353</w:t>
        <w:br/>
        <w:t>vn -0.0000 0.8197 -0.5728</w:t>
        <w:br/>
        <w:t>vn -0.2517 0.8063 -0.5353</w:t>
        <w:br/>
        <w:t>vn -0.4788 0.7675 -0.4263</w:t>
        <w:br/>
        <w:t>vn -0.4788 0.7675 -0.4262</w:t>
        <w:br/>
        <w:t>vn -0.6590 0.7070 -0.2565</w:t>
        <w:br/>
        <w:t>vn -0.7747 0.6309 -0.0426</w:t>
        <w:br/>
        <w:t>vn -0.8146 0.5464 0.1946</w:t>
        <w:br/>
        <w:t>vn -0.7748 0.4619 0.4317</w:t>
        <w:br/>
        <w:t>vn -0.6591 0.3857 0.6457</w:t>
        <w:br/>
        <w:t>vn -0.4789 0.3252 0.8154</w:t>
        <w:br/>
        <w:t>vn -0.2517 0.2864 0.9244</w:t>
        <w:br/>
        <w:t>vn -0.2518 0.2864 0.9244</w:t>
        <w:br/>
        <w:t>vn -0.0000 0.2730 0.9620</w:t>
        <w:br/>
        <w:t>vn 0.2518 0.2864 0.9244</w:t>
        <w:br/>
        <w:t>vn 0.2517 0.2864 0.9244</w:t>
        <w:br/>
        <w:t>vn 0.4788 0.3253 0.8154</w:t>
        <w:br/>
        <w:t>vn 0.6591 0.3857 0.6457</w:t>
        <w:br/>
        <w:t>vn 0.7748 0.4619 0.4317</w:t>
        <w:br/>
        <w:t>vn 0.8146 0.5464 0.1946</w:t>
        <w:br/>
        <w:t>vn 0.7748 -0.4619 -0.4317</w:t>
        <w:br/>
        <w:t>vn 0.6591 -0.3857 -0.6456</w:t>
        <w:br/>
        <w:t>vn 0.4788 -0.3253 -0.8154</w:t>
        <w:br/>
        <w:t>vn 0.2517 -0.2864 -0.9244</w:t>
        <w:br/>
        <w:t>vn 0.2518 -0.2864 -0.9244</w:t>
        <w:br/>
        <w:t>vn -0.0000 -0.2730 -0.9620</w:t>
        <w:br/>
        <w:t>vn -0.2517 -0.2864 -0.9244</w:t>
        <w:br/>
        <w:t>vn -0.4789 -0.3252 -0.8154</w:t>
        <w:br/>
        <w:t>vn -0.6590 -0.3857 -0.6457</w:t>
        <w:br/>
        <w:t>vn -0.7748 -0.4619 -0.4317</w:t>
        <w:br/>
        <w:t>vn -0.8147 -0.5463 -0.1946</w:t>
        <w:br/>
        <w:t>vn -0.7748 -0.6308 0.0426</w:t>
        <w:br/>
        <w:t>vn -0.6590 -0.7070 0.2565</w:t>
        <w:br/>
        <w:t>vn -0.4788 -0.7675 0.4262</w:t>
        <w:br/>
        <w:t>vn -0.4788 -0.7675 0.4263</w:t>
        <w:br/>
        <w:t>vn -0.2517 -0.8063 0.5353</w:t>
        <w:br/>
        <w:t>vn -0.0000 -0.8196 0.5729</w:t>
        <w:br/>
        <w:t>vn 0.2517 -0.8063 0.5353</w:t>
        <w:br/>
        <w:t>vn 0.2518 -0.8063 0.5353</w:t>
        <w:br/>
        <w:t>vn 0.4788 -0.7675 0.4263</w:t>
        <w:br/>
        <w:t>vn 0.6590 -0.7070 0.2565</w:t>
        <w:br/>
        <w:t>vn 0.7747 -0.6308 0.0425</w:t>
        <w:br/>
        <w:t>vn 0.7748 -0.6308 0.0425</w:t>
        <w:br/>
        <w:t>vn 0.8146 -0.5463 -0.1946</w:t>
        <w:br/>
        <w:t>vn 0.8147 -0.5463 -0.1946</w:t>
        <w:br/>
        <w:t>vn -0.2953 -0.9277 -0.2286</w:t>
        <w:br/>
        <w:t>vn -0.2511 -0.9567 -0.1470</w:t>
        <w:br/>
        <w:t>vn -0.2953 -0.9277 -0.2285</w:t>
        <w:br/>
        <w:t>vn -0.1824 -0.9798 -0.0823</w:t>
        <w:br/>
        <w:t>vn -0.0959 -0.9946 -0.0408</w:t>
        <w:br/>
        <w:t>vn -0.0000 -0.9996 -0.0265</w:t>
        <w:br/>
        <w:t>vn -0.0000 -0.9996 -0.0266</w:t>
        <w:br/>
        <w:t>vn 0.0959 -0.9946 -0.0408</w:t>
        <w:br/>
        <w:t>vn 0.1824 -0.9798 -0.0823</w:t>
        <w:br/>
        <w:t>vn 0.2511 -0.9567 -0.1470</w:t>
        <w:br/>
        <w:t>vn 0.2952 -0.9277 -0.2286</w:t>
        <w:br/>
        <w:t>vn 0.3104 -0.8955 -0.3189</w:t>
        <w:br/>
        <w:t>vn 0.2952 -0.8633 -0.4093</w:t>
        <w:br/>
        <w:t>vn 0.2953 -0.8633 -0.4093</w:t>
        <w:br/>
        <w:t>vn 0.2512 -0.8343 -0.4908</w:t>
        <w:br/>
        <w:t>vn 0.1825 -0.8112 -0.5555</w:t>
        <w:br/>
        <w:t>vn 0.1825 -0.8112 -0.5556</w:t>
        <w:br/>
        <w:t>vn 0.0960 -0.7964 -0.5972</w:t>
        <w:br/>
        <w:t>vn 0.0960 -0.7964 -0.5971</w:t>
        <w:br/>
        <w:t>vn 0.0000 -0.7913 -0.6115</w:t>
        <w:br/>
        <w:t>vn 0.0000 -0.7913 -0.6114</w:t>
        <w:br/>
        <w:t>vn -0.0960 -0.7963 -0.5972</w:t>
        <w:br/>
        <w:t>vn -0.1825 -0.8112 -0.5555</w:t>
        <w:br/>
        <w:t>vn -0.1825 -0.8112 -0.5556</w:t>
        <w:br/>
        <w:t>vn -0.2512 -0.8343 -0.4908</w:t>
        <w:br/>
        <w:t>vn -0.2511 -0.8343 -0.4908</w:t>
        <w:br/>
        <w:t>vn -0.2952 -0.8633 -0.4093</w:t>
        <w:br/>
        <w:t>vn -0.3104 -0.8955 -0.3189</w:t>
        <w:br/>
        <w:t>vn -0.4114 -0.8133 0.4115</w:t>
        <w:br/>
        <w:t>vn -0.7234 -0.2044 -0.6594</w:t>
        <w:br/>
        <w:t>vn -0.9328 -0.2540 -0.2558</w:t>
        <w:br/>
        <w:t>vn -0.8068 -0.2201 -0.5483</w:t>
        <w:br/>
        <w:t>vn -0.6976 -0.1712 -0.6957</w:t>
        <w:br/>
        <w:t>vn -0.6159 -0.2624 -0.7429</w:t>
        <w:br/>
        <w:t>vn -0.8140 -0.2746 -0.5118</w:t>
        <w:br/>
        <w:t>vn -0.9728 -0.2193 -0.0753</w:t>
        <w:br/>
        <w:t>vn -0.9364 -0.2296 0.2654</w:t>
        <w:br/>
        <w:t>vn -0.8944 -0.2973 0.3341</w:t>
        <w:br/>
        <w:t>vn -0.9334 -0.3583 0.0220</w:t>
        <w:br/>
        <w:t>vn -0.7699 -0.2527 0.5860</w:t>
        <w:br/>
        <w:t>vn -0.9042 -0.3432 -0.2542</w:t>
        <w:br/>
        <w:t>vn 0.9314 -0.3062 -0.1969</w:t>
        <w:br/>
        <w:t>vn 0.8712 -0.2691 -0.4107</w:t>
        <w:br/>
        <w:t>vn 0.9355 -0.2940 -0.1960</w:t>
        <w:br/>
        <w:t>vn 0.9421 -0.3321 0.0457</w:t>
        <w:br/>
        <w:t>vn 0.9230 -0.3459 -0.1686</w:t>
        <w:br/>
        <w:t>vn 0.8623 -0.4429 0.2455</w:t>
        <w:br/>
        <w:t>vn 0.8820 -0.4534 0.1288</w:t>
        <w:br/>
        <w:t>vn 0.7957 -0.5014 0.3399</w:t>
        <w:br/>
        <w:t>vn 0.8270 -0.3672 -0.4258</w:t>
        <w:br/>
        <w:t>vn 0.7631 -0.3071 -0.5686</w:t>
        <w:br/>
        <w:t>vn 0.1222 -0.1380 0.9829</w:t>
        <w:br/>
        <w:t>vn 0.4844 0.1032 0.8687</w:t>
        <w:br/>
        <w:t>vn -0.0305 -0.0796 0.9964</w:t>
        <w:br/>
        <w:t>vn 0.7841 0.2190 0.5807</w:t>
        <w:br/>
        <w:t>vn 0.8853 0.3840 0.2621</w:t>
        <w:br/>
        <w:t>vn 0.9170 0.2937 0.2700</w:t>
        <w:br/>
        <w:t>vn 0.9441 0.1992 0.2628</w:t>
        <w:br/>
        <w:t>vn 0.7480 0.1044 0.6554</w:t>
        <w:br/>
        <w:t>vn 0.7163 0.0957 0.6912</w:t>
        <w:br/>
        <w:t>vn 0.9412 0.1961 0.2751</w:t>
        <w:br/>
        <w:t>vn 0.6538 -0.1768 -0.7357</w:t>
        <w:br/>
        <w:t>vn 0.7986 0.1637 -0.5791</w:t>
        <w:br/>
        <w:t>vn 0.9655 0.2282 -0.1258</w:t>
        <w:br/>
        <w:t>vn 0.9635 0.2042 -0.1731</w:t>
        <w:br/>
        <w:t>vn 0.6996 0.1033 -0.7070</w:t>
        <w:br/>
        <w:t>vn 0.8613 0.2402 -0.4478</w:t>
        <w:br/>
        <w:t>vn 0.9640 0.2468 -0.0995</w:t>
        <w:br/>
        <w:t>vn 0.6372 0.2055 -0.7428</w:t>
        <w:br/>
        <w:t>vn 0.6059 0.1729 -0.7765</w:t>
        <w:br/>
        <w:t>vn 0.4806 0.2719 -0.8337</w:t>
        <w:br/>
        <w:t>vn -0.4477 0.1824 0.8754</w:t>
        <w:br/>
        <w:t>vn -0.2442 0.0635 0.9677</w:t>
        <w:br/>
        <w:t>vn -0.4995 0.2277 0.8358</w:t>
        <w:br/>
        <w:t>vn -0.5503 0.1691 0.8177</w:t>
        <w:br/>
        <w:t>vn -0.4784 -0.0721 0.8752</w:t>
        <w:br/>
        <w:t>vn -0.7067 0.2489 -0.6623</w:t>
        <w:br/>
        <w:t>vn -0.5134 0.2873 -0.8086</w:t>
        <w:br/>
        <w:t>vn -0.6693 0.2595 -0.6962</w:t>
        <w:br/>
        <w:t>vn -0.9086 0.2763 -0.3132</w:t>
        <w:br/>
        <w:t>vn -0.9591 0.2521 0.1286</w:t>
        <w:br/>
        <w:t>vn -0.9518 0.2880 0.1058</w:t>
        <w:br/>
        <w:t>vn -0.9000 0.2788 -0.3349</w:t>
        <w:br/>
        <w:t>vn 0.9527 0.2768 -0.1256</w:t>
        <w:br/>
        <w:t>vn -0.3389 -0.4840 0.8068</w:t>
        <w:br/>
        <w:t>vn -0.3824 -0.6808 0.6247</w:t>
        <w:br/>
        <w:t>vn -0.1951 -0.7833 0.5903</w:t>
        <w:br/>
        <w:t>vn -0.2969 -0.5903 0.7506</w:t>
        <w:br/>
        <w:t>vn 0.2928 -0.5150 -0.8056</w:t>
        <w:br/>
        <w:t>vn 0.0655 -0.5877 -0.8065</w:t>
        <w:br/>
        <w:t>vn -0.2266 -0.7120 -0.6647</w:t>
        <w:br/>
        <w:t>vn -0.3470 -0.7936 -0.4998</w:t>
        <w:br/>
        <w:t>vn -0.3360 -0.8284 -0.4481</w:t>
        <w:br/>
        <w:t>vn -0.2839 0.1768 -0.9424</w:t>
        <w:br/>
        <w:t>vn -0.4112 0.1604 -0.8973</w:t>
        <w:br/>
        <w:t>vn -0.7653 0.0540 -0.6414</w:t>
        <w:br/>
        <w:t>vn 0.3654 -0.5145 -0.7757</w:t>
        <w:br/>
        <w:t>vn -0.0632 -0.8358 0.5454</w:t>
        <w:br/>
        <w:t>vn -0.0632 -0.8358 0.5453</w:t>
        <w:br/>
        <w:t>vn 0.0796 -0.8245 0.5602</w:t>
        <w:br/>
        <w:t>vn 0.1593 -0.7736 0.6134</w:t>
        <w:br/>
        <w:t>vn 0.3662 -0.6014 0.7101</w:t>
        <w:br/>
        <w:t>vn 0.2551 -0.6678 0.6993</w:t>
        <w:br/>
        <w:t>vn 0.4610 -0.4944 0.7369</w:t>
        <w:br/>
        <w:t>vn 0.5369 -0.2891 0.7925</w:t>
        <w:br/>
        <w:t>vn 0.0089 -0.6084 -0.7936</w:t>
        <w:br/>
        <w:t>vn -0.0773 -0.6071 -0.7909</w:t>
        <w:br/>
        <w:t>vn 0.1692 -0.6981 -0.6957</w:t>
        <w:br/>
        <w:t>vn -0.3255 -0.3725 -0.8691</w:t>
        <w:br/>
        <w:t>vn 0.0862 -0.6333 -0.7691</w:t>
        <w:br/>
        <w:t>vn 0.1691 -0.6981 -0.6957</w:t>
        <w:br/>
        <w:t>vn 0.5756 -0.4362 -0.6917</w:t>
        <w:br/>
        <w:t>vn 0.2998 -0.1017 -0.9486</w:t>
        <w:br/>
        <w:t>vn 0.4695 0.1133 -0.8756</w:t>
        <w:br/>
        <w:t>vn 0.8094 -0.0328 -0.5863</w:t>
        <w:br/>
        <w:t>vn -0.1267 -0.6101 -0.7821</w:t>
        <w:br/>
        <w:t>vn -0.1268 -0.6101 -0.7821</w:t>
        <w:br/>
        <w:t>vn 0.7942 -0.1171 0.5963</w:t>
        <w:br/>
        <w:t>vn 0.8354 -0.0261 0.5491</w:t>
        <w:br/>
        <w:t>vn 0.5599 0.0888 -0.8238</w:t>
        <w:br/>
        <w:t>vn 0.6869 0.0480 -0.7251</w:t>
        <w:br/>
        <w:t>vn 0.5729 0.1003 -0.8135</w:t>
        <w:br/>
        <w:t>vn 0.2498 0.1583 -0.9553</w:t>
        <w:br/>
        <w:t>vn 0.5049 0.1264 -0.8539</w:t>
        <w:br/>
        <w:t>vn -0.7880 0.0316 -0.6148</w:t>
        <w:br/>
        <w:t>vn -0.5115 0.0970 -0.8538</w:t>
        <w:br/>
        <w:t>vn -0.5354 0.0718 -0.8415</w:t>
        <w:br/>
        <w:t>vn -0.3921 0.1142 -0.9128</w:t>
        <w:br/>
        <w:t>vn -0.2400 0.1457 -0.9598</w:t>
        <w:br/>
        <w:t>vn 0.2998 -0.1016 -0.9486</w:t>
        <w:br/>
        <w:t>vn 0.3081 0.0303 0.9509</w:t>
        <w:br/>
        <w:t>vn 0.4242 0.1281 0.8964</w:t>
        <w:br/>
        <w:t>vn 0.6256 0.0703 0.7770</w:t>
        <w:br/>
        <w:t>vn 0.6833 0.1421 0.7162</w:t>
        <w:br/>
        <w:t>vn 0.3493 0.2270 0.9091</w:t>
        <w:br/>
        <w:t>vn 0.8900 0.0122 0.4558</w:t>
        <w:br/>
        <w:t>vn 0.9970 -0.0576 0.0511</w:t>
        <w:br/>
        <w:t>vn 0.9970 -0.0625 0.0467</w:t>
        <w:br/>
        <w:t>vn 0.1036 0.2014 0.9740</w:t>
        <w:br/>
        <w:t>vn 0.1600 0.2568 0.9531</w:t>
        <w:br/>
        <w:t>vn 0.7259 0.1723 0.6659</w:t>
        <w:br/>
        <w:t>vn 0.9111 0.0449 0.4097</w:t>
        <w:br/>
        <w:t>vn 0.9958 -0.0233 0.0881</w:t>
        <w:br/>
        <w:t>vn 0.9186 -0.0165 -0.3948</w:t>
        <w:br/>
        <w:t>vn 0.8775 -0.0937 -0.4704</w:t>
        <w:br/>
        <w:t>vn 0.8713 -0.0409 -0.4890</w:t>
        <w:br/>
        <w:t>vn 0.7295 -0.1216 -0.6730</w:t>
        <w:br/>
        <w:t>vn 0.4883 -0.0721 -0.8697</w:t>
        <w:br/>
        <w:t>vn 0.5252 0.6435 -0.5568</w:t>
        <w:br/>
        <w:t>vn 0.7642 0.3199 -0.5601</w:t>
        <w:br/>
        <w:t>vn 0.0817 0.1601 -0.9837</w:t>
        <w:br/>
        <w:t>vn 0.0347 -0.0900 -0.9953</w:t>
        <w:br/>
        <w:t>vn -0.3599 -0.1243 -0.9247</w:t>
        <w:br/>
        <w:t>vn -0.3595 0.0476 -0.9319</w:t>
        <w:br/>
        <w:t>vn -0.7162 0.0148 -0.6977</w:t>
        <w:br/>
        <w:t>vn -0.6741 -0.1965 -0.7121</w:t>
        <w:br/>
        <w:t>vn -0.9169 -0.1534 -0.3684</w:t>
        <w:br/>
        <w:t>vn -0.8715 -0.0247 -0.4898</w:t>
        <w:br/>
        <w:t>vn -0.9894 -0.0861 -0.1171</w:t>
        <w:br/>
        <w:t>vn -0.9862 -0.0448 -0.1592</w:t>
        <w:br/>
        <w:t>vn -0.9528 -0.0618 0.2971</w:t>
        <w:br/>
        <w:t>vn -0.9344 -0.0161 0.3560</w:t>
        <w:br/>
        <w:t>vn -0.7102 0.0362 0.7030</w:t>
        <w:br/>
        <w:t>vn -0.6660 0.0438 0.7447</w:t>
        <w:br/>
        <w:t>vn -0.2524 0.0901 0.9634</w:t>
        <w:br/>
        <w:t>vn -0.3938 0.0981 0.9140</w:t>
        <w:br/>
        <w:t>vn -0.3928 0.0861 0.9156</w:t>
        <w:br/>
        <w:t>vn -0.7355 0.0990 0.6702</w:t>
        <w:br/>
        <w:t>vn -0.6551 0.1063 0.7480</w:t>
        <w:br/>
        <w:t>vn -0.9614 -0.0540 0.2699</w:t>
        <w:br/>
        <w:t>vn -0.9944 -0.0894 -0.0563</w:t>
        <w:br/>
        <w:t>vn -0.8932 -0.0708 -0.4440</w:t>
        <w:br/>
        <w:t>vn 0.5136 0.2093 0.8321</w:t>
        <w:br/>
        <w:t>vn 0.9212 0.1079 0.3738</w:t>
        <w:br/>
        <w:t>vn 0.9923 0.0474 0.1148</w:t>
        <w:br/>
        <w:t>vn 0.9098 0.1087 -0.4006</w:t>
        <w:br/>
        <w:t>vn -0.2881 0.2614 0.9212</w:t>
        <w:br/>
        <w:t>vn -0.0695 0.2739 0.9592</w:t>
        <w:br/>
        <w:t>vn -0.0269 0.3442 0.9385</w:t>
        <w:br/>
        <w:t>vn -0.6244 0.1839 0.7591</w:t>
        <w:br/>
        <w:t>vn -0.9643 0.0133 0.2643</w:t>
        <w:br/>
        <w:t>vn -0.9993 -0.0377 -0.0084</w:t>
        <w:br/>
        <w:t>vn -0.9685 0.0989 -0.2287</w:t>
        <w:br/>
        <w:t>vn 0.9964 0.0202 -0.0817</w:t>
        <w:br/>
        <w:t>vn 0.8766 0.1112 -0.4681</w:t>
        <w:br/>
        <w:t>vn -0.9544 0.1467 0.2599</w:t>
        <w:br/>
        <w:t>vn -0.6780 0.2705 0.6835</w:t>
        <w:br/>
        <w:t>vn 0.5227 0.3122 0.7933</w:t>
        <w:br/>
        <w:t>vn 0.4344 0.3510 0.8295</w:t>
        <w:br/>
        <w:t>vn 0.8432 0.2593 0.4710</w:t>
        <w:br/>
        <w:t>vn 0.8948 0.2256 0.3854</w:t>
        <w:br/>
        <w:t>vn 0.9819 0.1478 0.1185</w:t>
        <w:br/>
        <w:t>vn 0.9848 0.1358 0.1082</w:t>
        <w:br/>
        <w:t>vn 0.9841 -0.0570 -0.1685</w:t>
        <w:br/>
        <w:t>vn 0.9236 -0.2015 -0.3262</w:t>
        <w:br/>
        <w:t>vn -0.1042 0.3306 0.9380</w:t>
        <w:br/>
        <w:t>vn -0.1222 0.3932 0.9113</w:t>
        <w:br/>
        <w:t>vn -0.6126 0.3775 0.6944</w:t>
        <w:br/>
        <w:t>vn -0.9209 0.2628 0.2880</w:t>
        <w:br/>
        <w:t>vn -0.9989 0.0463 0.0017</w:t>
        <w:br/>
        <w:t>vn -0.9948 0.0997 -0.0193</w:t>
        <w:br/>
        <w:t>vn -0.9981 0.0234 -0.0564</w:t>
        <w:br/>
        <w:t>vn -0.9957 0.0068 -0.0928</w:t>
        <w:br/>
        <w:t>vn -0.9018 0.3303 -0.2785</w:t>
        <w:br/>
        <w:t>vn 0.7788 0.2449 0.5775</w:t>
        <w:br/>
        <w:t>vn 0.3648 0.3635 0.8572</w:t>
        <w:br/>
        <w:t>vn -0.1321 0.4233 0.8963</w:t>
        <w:br/>
        <w:t>vn -0.5465 0.4073 0.7318</w:t>
        <w:br/>
        <w:t>vn -0.8968 0.2683 0.3518</w:t>
        <w:br/>
        <w:t>vn -0.9947 0.1000 -0.0235</w:t>
        <w:br/>
        <w:t>vn -0.9867 -0.0190 -0.1613</w:t>
        <w:br/>
        <w:t>vn -0.9853 -0.0437 -0.1651</w:t>
        <w:br/>
        <w:t>vn -0.1585 0.5624 0.8115</w:t>
        <w:br/>
        <w:t>vn -0.3024 0.6515 0.6957</w:t>
        <w:br/>
        <w:t>vn 0.0911 0.6717 0.7352</w:t>
        <w:br/>
        <w:t>vn 0.7310 0.0470 0.6808</w:t>
        <w:br/>
        <w:t>vn -0.0251 0.5679 0.8227</w:t>
        <w:br/>
        <w:t>vn -0.0251 0.3667 0.9300</w:t>
        <w:br/>
        <w:t>vn 0.9603 -0.2791 -0.0034</w:t>
        <w:br/>
        <w:t>vn 0.9791 -0.1980 0.0462</w:t>
        <w:br/>
        <w:t>vn 0.9420 -0.3042 -0.1417</w:t>
        <w:br/>
        <w:t>vn 0.9127 -0.3537 -0.2046</w:t>
        <w:br/>
        <w:t>vn 0.9044 -0.0349 0.4253</w:t>
        <w:br/>
        <w:t>vn 0.8910 0.0080 0.4539</w:t>
        <w:br/>
        <w:t>vn 0.7056 0.1091 0.7002</w:t>
        <w:br/>
        <w:t>vn 0.7068 0.1200 0.6972</w:t>
        <w:br/>
        <w:t>vn 0.6791 0.1095 0.7259</w:t>
        <w:br/>
        <w:t>vn 0.8819 -0.3087 0.3565</w:t>
        <w:br/>
        <w:t>vn 0.8642 0.0118 -0.5030</w:t>
        <w:br/>
        <w:t>vn 0.8840 0.0177 -0.4672</w:t>
        <w:br/>
        <w:t>vn 0.7451 0.0082 -0.6669</w:t>
        <w:br/>
        <w:t>vn 0.4853 0.0775 -0.8709</w:t>
        <w:br/>
        <w:t>vn 0.0243 0.1713 -0.9849</w:t>
        <w:br/>
        <w:t>vn -0.4115 0.1783 -0.8938</w:t>
        <w:br/>
        <w:t>vn -0.7669 -0.0069 -0.6417</w:t>
        <w:br/>
        <w:t>vn -0.9426 -0.0876 -0.3222</w:t>
        <w:br/>
        <w:t>vn -0.0858 -0.1134 -0.9898</w:t>
        <w:br/>
        <w:t>vn -0.0859 -0.1134 -0.9898</w:t>
        <w:br/>
        <w:t>vn -0.4055 -0.0597 -0.9121</w:t>
        <w:br/>
        <w:t>vn -0.8846 -0.0130 -0.4661</w:t>
        <w:br/>
        <w:t>vn -0.8455 0.1052 -0.5236</w:t>
        <w:br/>
        <w:t>vn -0.8126 0.4492 -0.3714</w:t>
        <w:br/>
        <w:t>vn -0.9673 -0.2535 0.0117</w:t>
        <w:br/>
        <w:t>vn -0.9622 -0.2723 0.0029</w:t>
        <w:br/>
        <w:t>vn -0.9615 -0.2743 0.0186</w:t>
        <w:br/>
        <w:t>vn -0.9627 -0.2694 0.0259</w:t>
        <w:br/>
        <w:t>vn -0.9855 -0.1067 0.1318</w:t>
        <w:br/>
        <w:t>vn -0.9734 -0.1319 0.1872</w:t>
        <w:br/>
        <w:t>vn -0.9178 0.0170 0.3966</w:t>
        <w:br/>
        <w:t>vn -0.8791 0.0499 0.4740</w:t>
        <w:br/>
        <w:t>vn -0.8868 0.1451 0.4389</w:t>
        <w:br/>
        <w:t>vn -0.9707 -0.1656 0.1742</w:t>
        <w:br/>
        <w:t>vn -0.9818 -0.0448 0.1848</w:t>
        <w:br/>
        <w:t>vn -0.9818 -0.0448 0.1847</w:t>
        <w:br/>
        <w:t>vn -0.9781 0.0186 0.2075</w:t>
        <w:br/>
        <w:t>vn 0.9341 -0.1875 0.3039</w:t>
        <w:br/>
        <w:t>vn 0.9462 -0.0725 0.3154</w:t>
        <w:br/>
        <w:t>vn -0.9725 0.0143 0.2326</w:t>
        <w:br/>
        <w:t>vn -0.9725 0.0144 0.2327</w:t>
        <w:br/>
        <w:t>vn -0.0289 -0.7912 0.6109</w:t>
        <w:br/>
        <w:t>vn 0.0096 -0.7947 0.6069</w:t>
        <w:br/>
        <w:t>vn 0.4637 0.8842 0.0562</w:t>
        <w:br/>
        <w:t>vn 0.3224 0.9441 0.0687</w:t>
        <w:br/>
        <w:t>vn 0.0526 0.9983 0.0263</w:t>
        <w:br/>
        <w:t>vn 0.5781 0.7279 0.3688</w:t>
        <w:br/>
        <w:t>vn 0.4927 0.8647 0.0973</w:t>
        <w:br/>
        <w:t>vn -0.3442 0.9290 0.1357</w:t>
        <w:br/>
        <w:t>vn -0.4729 0.8657 0.1642</w:t>
        <w:br/>
        <w:t>vn -0.5621 0.7851 0.2600</w:t>
        <w:br/>
        <w:t>vn -0.0811 -0.7834 0.6162</w:t>
        <w:br/>
        <w:t>vn -0.3961 0.9176 0.0342</w:t>
        <w:br/>
        <w:t>vn -0.0500 -0.7809 0.6226</w:t>
        <w:br/>
        <w:t>vn -0.0958 -0.7674 0.6340</w:t>
        <w:br/>
        <w:t>vn -0.0744 -0.9649 0.2520</w:t>
        <w:br/>
        <w:t>vn -0.1912 -0.9350 0.2987</w:t>
        <w:br/>
        <w:t>vn -0.1913 -0.9350 0.2987</w:t>
        <w:br/>
        <w:t>vn -0.0993 -0.9326 0.3469</w:t>
        <w:br/>
        <w:t>vn -0.0118 -0.8981 0.4397</w:t>
        <w:br/>
        <w:t>vn -0.0388 -0.8896 0.4550</w:t>
        <w:br/>
        <w:t>vn -0.0344 -0.9040 0.4262</w:t>
        <w:br/>
        <w:t>vn -0.0932 -0.8203 0.5643</w:t>
        <w:br/>
        <w:t>vn -0.0203 -0.8193 0.5730</w:t>
        <w:br/>
        <w:t>vn -0.0516 -0.8161 0.5756</w:t>
        <w:br/>
        <w:t>vn 0.3634 0.8430 0.3966</w:t>
        <w:br/>
        <w:t>vn 0.3330 0.8545 0.3987</w:t>
        <w:br/>
        <w:t>vn -0.0443 0.9570 0.2868</w:t>
        <w:br/>
        <w:t>vn -0.0050 0.9744 0.2248</w:t>
        <w:br/>
        <w:t>vn -0.1667 0.9674 0.1907</w:t>
        <w:br/>
        <w:t>vn 0.4276 0.5314 0.7313</w:t>
        <w:br/>
        <w:t>vn 0.6152 0.6292 0.4749</w:t>
        <w:br/>
        <w:t>vn -0.7332 0.0909 0.6739</w:t>
        <w:br/>
        <w:t>vn -0.8640 0.1761 0.4716</w:t>
        <w:br/>
        <w:t>vn -0.9599 0.1407 0.2424</w:t>
        <w:br/>
        <w:t>vn -0.6471 0.7210 0.2476</w:t>
        <w:br/>
        <w:t>vn -0.5770 0.6076 0.5458</w:t>
        <w:br/>
        <w:t>vn -0.4687 0.8564 0.2165</w:t>
        <w:br/>
        <w:t>vn -0.2857 0.8824 0.3739</w:t>
        <w:br/>
        <w:t>vn 0.4011 0.8497 0.3423</w:t>
        <w:br/>
        <w:t>vn 0.4891 0.5404 0.6847</w:t>
        <w:br/>
        <w:t>vn 0.6864 0.5960 0.4168</w:t>
        <w:br/>
        <w:t>vn 0.2897 0.8359 0.4662</w:t>
        <w:br/>
        <w:t>vn -0.0151 0.9256 0.3782</w:t>
        <w:br/>
        <w:t>vn 0.2533 0.8704 0.4221</w:t>
        <w:br/>
        <w:t>vn -0.1620 0.8885 0.4292</w:t>
        <w:br/>
        <w:t>vn -0.3014 0.8882 0.3467</w:t>
        <w:br/>
        <w:t>vn 0.3373 0.8495 0.4058</w:t>
        <w:br/>
        <w:t>vn 0.6567 0.6369 0.4038</w:t>
        <w:br/>
        <w:t>vn 0.6775 0.2286 0.6991</w:t>
        <w:br/>
        <w:t>vn -0.5048 0.7939 0.3390</w:t>
        <w:br/>
        <w:t>vn -0.4239 0.6793 0.5991</w:t>
        <w:br/>
        <w:t>vn -0.0441 0.5263 0.8492</w:t>
        <w:br/>
        <w:t>vn 0.3441 0.8151 0.4660</w:t>
        <w:br/>
        <w:t>vn -0.2049 0.9103 0.3597</w:t>
        <w:br/>
        <w:t>vn -0.4400 0.4745 0.7624</w:t>
        <w:br/>
        <w:t>vn 0.5727 0.6291 0.5256</w:t>
        <w:br/>
        <w:t>vn 0.2952 0.5610 0.7734</w:t>
        <w:br/>
        <w:t>vn 0.5883 0.2441 0.7709</w:t>
        <w:br/>
        <w:t>vn 0.1758 -0.2608 0.9493</w:t>
        <w:br/>
        <w:t>vn -0.2356 -0.0608 0.9700</w:t>
        <w:br/>
        <w:t>vn -0.2308 -0.9319 0.2798</w:t>
        <w:br/>
        <w:t>vn -0.2355 -0.0607 0.9700</w:t>
        <w:br/>
        <w:t>vn -0.0740 -0.8547 0.5139</w:t>
        <w:br/>
        <w:t>vn -0.0658 -0.8803 0.4699</w:t>
        <w:br/>
        <w:t>vn 0.0421 -0.8232 0.5661</w:t>
        <w:br/>
        <w:t>vn 0.0402 -0.8134 0.5803</w:t>
        <w:br/>
        <w:t>vn -0.0123 -0.8920 0.4518</w:t>
        <w:br/>
        <w:t>vn -0.0350 -0.9753 0.2180</w:t>
        <w:br/>
        <w:t>vn -0.0222 -0.9983 0.0545</w:t>
        <w:br/>
        <w:t>vn -0.1423 0.9508 0.2753</w:t>
        <w:br/>
        <w:t>vn -0.0452 -0.8165 0.5755</w:t>
        <w:br/>
        <w:t>vn -0.5057 0.8072 0.3044</w:t>
        <w:br/>
        <w:t>vn -0.7530 0.4078 0.5164</w:t>
        <w:br/>
        <w:t>vn 0.8391 0.1153 -0.5317</w:t>
        <w:br/>
        <w:t>vn 0.7911 0.2235 -0.5694</w:t>
        <w:br/>
        <w:t>vn 0.9977 -0.0394 0.0558</w:t>
        <w:br/>
        <w:t>vn 0.8761 -0.0228 -0.4816</w:t>
        <w:br/>
        <w:t>vn -0.9851 -0.0213 -0.1704</w:t>
        <w:br/>
        <w:t>vn -0.8665 -0.0849 0.4919</w:t>
        <w:br/>
        <w:t>vn 0.0465 0.1447 0.9884</w:t>
        <w:br/>
        <w:t>vn -0.5087 0.4480 0.7352</w:t>
        <w:br/>
        <w:t>vn -0.1388 0.4988 0.8555</w:t>
        <w:br/>
        <w:t>vn 0.3206 0.4225 0.8478</w:t>
        <w:br/>
        <w:t>vn 0.7367 0.0251 -0.6757</w:t>
        <w:br/>
        <w:t>vn -0.5790 -0.5750 -0.5780</w:t>
        <w:br/>
        <w:t>vn -0.6899 -0.2298 -0.6864</w:t>
        <w:br/>
        <w:t>vn 0.3872 0.9025 -0.1885</w:t>
        <w:br/>
        <w:t>vn 0.4831 0.8645 -0.1389</w:t>
        <w:br/>
        <w:t>vn -0.2217 -0.9095 -0.3517</w:t>
        <w:br/>
        <w:t>vn -0.0318 -0.9417 -0.3350</w:t>
        <w:br/>
        <w:t>vn 0.1207 0.9502 -0.2872</w:t>
        <w:br/>
        <w:t>vn 0.1207 0.9502 -0.2873</w:t>
        <w:br/>
        <w:t>vn -0.0371 -0.8972 -0.4401</w:t>
        <w:br/>
        <w:t>vn -0.1970 0.9232 -0.3301</w:t>
        <w:br/>
        <w:t>vn -0.3210 -0.4263 -0.8457</w:t>
        <w:br/>
        <w:t>vn 0.0084 -0.7811 -0.6244</w:t>
        <w:br/>
        <w:t>vn 0.0876 -0.5263 -0.8458</w:t>
        <w:br/>
        <w:t>vn -0.3232 -0.3034 -0.8964</w:t>
        <w:br/>
        <w:t>vn -0.4613 0.8717 -0.1655</w:t>
        <w:br/>
        <w:t>vn -0.6290 0.6265 -0.4602</w:t>
        <w:br/>
        <w:t>vn 0.0938 -0.3435 -0.9345</w:t>
        <w:br/>
        <w:t>vn -0.5635 0.8261 -0.0018</w:t>
        <w:br/>
        <w:t>vn -0.7555 0.5863 -0.2924</w:t>
        <w:br/>
        <w:t>vn 0.3663 -0.6014 0.7101</w:t>
        <w:br/>
        <w:t>vn 0.6502 -0.3861 -0.6544</w:t>
        <w:br/>
        <w:t>vn 0.9737 0.1193 0.1939</w:t>
        <w:br/>
        <w:t>vn 0.9727 -0.1146 -0.2017</w:t>
        <w:br/>
        <w:t>vn 0.8891 -0.2362 -0.3921</w:t>
        <w:br/>
        <w:t>vn -0.1516 0.9417 0.3003</w:t>
        <w:br/>
        <w:t>vn 0.0034 0.9971 0.0764</w:t>
        <w:br/>
        <w:t>vn -0.0526 0.9918 0.1161</w:t>
        <w:br/>
        <w:t>vn -0.0229 0.9945 0.1022</w:t>
        <w:br/>
        <w:t>vn -0.0329 0.9868 0.1585</w:t>
        <w:br/>
        <w:t>vn -0.0293 0.9973 0.0679</w:t>
        <w:br/>
        <w:t>vn -0.1337 0.9614 0.2404</w:t>
        <w:br/>
        <w:t>vn -0.0681 0.9945 0.0791</w:t>
        <w:br/>
        <w:t>vn -0.0627 0.9980 0.0090</w:t>
        <w:br/>
        <w:t>vn -0.0588 0.9980 0.0229</w:t>
        <w:br/>
        <w:t>vn -0.0166 0.9954 0.0941</w:t>
        <w:br/>
        <w:t>vn -0.0576 0.9981 0.0239</w:t>
        <w:br/>
        <w:t>vn -0.0116 0.9869 0.1611</w:t>
        <w:br/>
        <w:t>vn 0.1133 0.9894 0.0913</w:t>
        <w:br/>
        <w:t>vn 0.1072 0.9913 0.0767</w:t>
        <w:br/>
        <w:t>vn 0.1274 0.9905 0.0522</w:t>
        <w:br/>
        <w:t>vn 0.1138 0.9917 0.0599</w:t>
        <w:br/>
        <w:t>vn 0.0783 0.9966 0.0261</w:t>
        <w:br/>
        <w:t>vn 0.1142 0.9858 0.1228</w:t>
        <w:br/>
        <w:t>vn 0.0553 0.9978 0.0368</w:t>
        <w:br/>
        <w:t>vn 0.0611 0.9972 0.0429</w:t>
        <w:br/>
        <w:t>vn 0.0563 0.9970 0.0532</w:t>
        <w:br/>
        <w:t>vn 0.1258 0.9835 0.1302</w:t>
        <w:br/>
        <w:t>vn -0.0608 0.9881 0.1410</w:t>
        <w:br/>
        <w:t>vn 0.0520 0.9963 0.0677</w:t>
        <w:br/>
        <w:t>vn 0.0900 0.9816 0.1686</w:t>
        <w:br/>
        <w:t>vn 0.0900 0.9816 0.1687</w:t>
        <w:br/>
        <w:t>vn 0.0520 0.9964 0.0677</w:t>
        <w:br/>
        <w:t>vn 0.1121 0.9788 0.1712</w:t>
        <w:br/>
        <w:t>vn 0.0033 0.9971 0.0764</w:t>
        <w:br/>
        <w:t>vn 0.9392 0.1968 0.2814</w:t>
        <w:br/>
        <w:t>vn 0.6568 0.1088 0.7461</w:t>
        <w:br/>
        <w:t>vn 0.7603 0.1392 0.6345</w:t>
        <w:br/>
        <w:t>vn -0.7765 0.2330 0.5854</w:t>
        <w:br/>
        <w:t>vn -0.7943 0.1878 0.5777</w:t>
        <w:br/>
        <w:t>vn -0.7443 0.2789 -0.6069</w:t>
        <w:br/>
        <w:t>vn -0.7822 0.2581 -0.5671</w:t>
        <w:br/>
        <w:t>vn -0.9451 0.2550 0.2042</w:t>
        <w:br/>
        <w:t>vn -0.9531 0.2316 0.1949</w:t>
        <w:br/>
        <w:t>vn -0.9510 0.2519 -0.1793</w:t>
        <w:br/>
        <w:t>vn -0.8360 0.1628 0.5241</w:t>
        <w:br/>
        <w:t>vn -0.8275 0.2623 -0.4965</w:t>
        <w:br/>
        <w:t>vn 0.5857 0.1117 -0.8028</w:t>
        <w:br/>
        <w:t>vn 0.2580 0.1475 -0.9548</w:t>
        <w:br/>
        <w:t>vn -0.2593 0.1322 -0.9567</w:t>
        <w:br/>
        <w:t>vn -0.3255 -0.3726 -0.8690</w:t>
        <w:br/>
        <w:t>vn -0.9278 0.2577 -0.2699</w:t>
        <w:br/>
        <w:t>vn -0.9627 0.2119 0.1682</w:t>
        <w:br/>
        <w:t>vn -0.8122 0.1363 0.5672</w:t>
        <w:br/>
        <w:t>vn 0.0000 0.8133 -0.5819</w:t>
        <w:br/>
        <w:t>vn -0.5368 0.4288 0.7266</w:t>
        <w:br/>
        <w:t>vn -0.4719 0.1915 0.8606</w:t>
        <w:br/>
        <w:t>vn -0.4718 0.1915 0.8606</w:t>
        <w:br/>
        <w:t>vn -0.6296 0.6869 0.3630</w:t>
        <w:br/>
        <w:t>vn -0.7203 0.6310 0.2879</w:t>
        <w:br/>
        <w:t>vn -0.9055 0.4131 0.0971</w:t>
        <w:br/>
        <w:t>vn 0.7451 -0.4782 0.4648</w:t>
        <w:br/>
        <w:t>vn 0.7451 -0.4783 0.4648</w:t>
        <w:br/>
        <w:t>vn 0.3722 -0.9060 0.2016</w:t>
        <w:br/>
        <w:t>vn 0.3721 -0.9060 0.2016</w:t>
        <w:br/>
        <w:t>vn 0.7380 -0.2878 0.6104</w:t>
        <w:br/>
        <w:t>vn 0.6940 -0.1763 0.6981</w:t>
        <w:br/>
        <w:t>vn 0.4116 -0.0874 0.9072</w:t>
        <w:br/>
        <w:t>vn 0.5729 -0.1722 0.8014</w:t>
        <w:br/>
        <w:t>vn 0.2953 -0.0965 0.9505</w:t>
        <w:br/>
        <w:t>vn 0.0727 0.1462 0.9866</w:t>
        <w:br/>
        <w:t>vn -0.1194 0.4165 0.9013</w:t>
        <w:br/>
        <w:t>vn -0.3284 0.7174 0.6144</w:t>
        <w:br/>
        <w:t>vn -0.2755 0.5736 0.7714</w:t>
        <w:br/>
        <w:t>vn -0.3283 0.7174 0.6144</w:t>
        <w:br/>
        <w:t>vn -0.3686 -0.0224 0.9293</w:t>
        <w:br/>
        <w:t>vn -0.3654 -0.0218 0.9306</w:t>
        <w:br/>
        <w:t>vn -0.3016 -0.1435 0.9426</w:t>
        <w:br/>
        <w:t>vn -0.5486 0.6203 0.5606</w:t>
        <w:br/>
        <w:t>vn -0.1619 -0.8988 -0.4073</w:t>
        <w:br/>
        <w:t>vn -0.0393 -0.9992 0.0121</w:t>
        <w:br/>
        <w:t>vn 0.4770 -0.1907 -0.8580</w:t>
        <w:br/>
        <w:t>vn 0.4770 -0.1908 -0.8580</w:t>
        <w:br/>
        <w:t>vn 0.5394 -0.4268 -0.7259</w:t>
        <w:br/>
        <w:t>vn 0.8024 -0.5179 -0.2966</w:t>
        <w:br/>
        <w:t>vn 0.9027 -0.3938 -0.1735</w:t>
        <w:br/>
        <w:t>vn 0.6493 -0.6656 -0.3680</w:t>
        <w:br/>
        <w:t>vn -0.3104 0.9378 -0.1555</w:t>
        <w:br/>
        <w:t>vn -0.7034 0.5640 -0.4326</w:t>
        <w:br/>
        <w:t>vn -0.3394 0.9363 0.0902</w:t>
        <w:br/>
        <w:t>vn -0.6877 0.1966 -0.6988</w:t>
        <w:br/>
        <w:t>vn -0.7320 0.3095 -0.6069</w:t>
        <w:br/>
        <w:t>vn -0.5684 0.1648 -0.8061</w:t>
        <w:br/>
        <w:t>vn -0.4032 0.0884 -0.9108</w:t>
        <w:br/>
        <w:t>vn -0.1882 -0.1788 -0.9657</w:t>
        <w:br/>
        <w:t>vn -0.3682 -0.0050 -0.9297</w:t>
        <w:br/>
        <w:t>vn -0.3066 -0.3361 -0.8905</w:t>
        <w:br/>
        <w:t>vn 0.3213 -0.6106 -0.7238</w:t>
        <w:br/>
        <w:t>vn 0.1029 -0.4855 -0.8682</w:t>
        <w:br/>
        <w:t>vn 0.3717 0.0119 -0.9283</w:t>
        <w:br/>
        <w:t>vn 0.3685 0.0114 -0.9295</w:t>
        <w:br/>
        <w:t>vn 0.2998 0.1265 -0.9456</w:t>
        <w:br/>
        <w:t>vn 0.5015 -0.7137 -0.4889</w:t>
        <w:br/>
        <w:t>vn 0.4112 0.9115 -0.0108</w:t>
        <w:br/>
        <w:t>vn 0.0883 0.9482 0.3052</w:t>
        <w:br/>
        <w:t>vn -0.8354 0.2174 -0.5049</w:t>
        <w:br/>
        <w:t>vn -0.7548 0.1242 -0.6441</w:t>
        <w:br/>
        <w:t>vn -0.7548 0.1243 -0.6441</w:t>
        <w:br/>
        <w:t>vn 0.7475 -0.1118 0.6548</w:t>
        <w:br/>
        <w:t>vn 0.7475 -0.1119 0.6548</w:t>
        <w:br/>
        <w:t>vn 0.8271 -0.2271 0.5141</w:t>
        <w:br/>
        <w:t>vn 0.6257 0.1396 0.7675</w:t>
        <w:br/>
        <w:t>vn 0.5826 0.6728 0.4560</w:t>
        <w:br/>
        <w:t>vn 0.4564 0.5898 0.6662</w:t>
        <w:br/>
        <w:t>vn -0.6309 -0.1706 -0.7568</w:t>
        <w:br/>
        <w:t>vn -0.6309 -0.1706 -0.7569</w:t>
        <w:br/>
        <w:t>vn -0.3887 -0.5022 -0.7725</w:t>
        <w:br/>
        <w:t>vn -0.3886 -0.5022 -0.7725</w:t>
        <w:br/>
        <w:t>vn -0.7175 -0.0810 0.6918</w:t>
        <w:br/>
        <w:t>vn -0.7320 0.0402 0.6802</w:t>
        <w:br/>
        <w:t>vn 0.6987 0.1942 -0.6885</w:t>
        <w:br/>
        <w:t>vn 0.8059 0.0474 -0.5901</w:t>
        <w:br/>
        <w:t>vn 0.6987 0.1943 -0.6885</w:t>
        <w:br/>
        <w:t>vn -0.7279 -0.0630 0.6828</w:t>
        <w:br/>
        <w:t>vn 0.6941 0.0690 -0.7165</w:t>
        <w:br/>
        <w:t>vn 0.6942 0.0690 -0.7165</w:t>
        <w:br/>
        <w:t>vn 0.8589 -0.0247 -0.5115</w:t>
        <w:br/>
        <w:t>vn -0.8699 0.0083 0.4931</w:t>
        <w:br/>
        <w:t>vn -0.9331 0.0465 0.3565</w:t>
        <w:br/>
        <w:t>vn 0.9711 -0.1559 -0.1806</w:t>
        <w:br/>
        <w:t>vn 0.9711 -0.1560 -0.1806</w:t>
        <w:br/>
        <w:t>vn -0.6832 -0.1779 -0.7082</w:t>
        <w:br/>
        <w:t>vn -0.5448 -0.0902 -0.8337</w:t>
        <w:br/>
        <w:t>vn 0.9441 -0.2754 0.1811</w:t>
        <w:br/>
        <w:t>vn 0.8932 -0.2928 0.3412</w:t>
        <w:br/>
        <w:t>vn -0.7927 -0.2582 -0.5522</w:t>
        <w:br/>
        <w:t>vn 0.7920 -0.5203 0.3195</w:t>
        <w:br/>
        <w:t>vn -0.7943 0.5213 -0.3120</w:t>
        <w:br/>
        <w:t>vn 0.6496 -0.7392 0.1776</w:t>
        <w:br/>
        <w:t>vn 0.6496 -0.7393 0.1776</w:t>
        <w:br/>
        <w:t>vn -0.6290 0.7607 -0.1603</w:t>
        <w:br/>
        <w:t>vn -0.6779 0.5158 0.5238</w:t>
        <w:br/>
        <w:t>vn 0.8658 -0.2707 -0.4208</w:t>
        <w:br/>
        <w:t>vn 0.8223 -0.2592 -0.5066</w:t>
        <w:br/>
        <w:t>vn -0.6779 0.5159 0.5238</w:t>
        <w:br/>
        <w:t>vn -0.9666 0.0448 0.2522</w:t>
        <w:br/>
        <w:t>vn -0.1620 -0.8988 -0.4073</w:t>
        <w:br/>
        <w:t>vn 0.5600 -0.7572 0.3362</w:t>
        <w:br/>
        <w:t>vn -0.6149 -0.4011 0.6790</w:t>
        <w:br/>
        <w:t>vn -0.5600 -0.7572 0.3361</w:t>
        <w:br/>
        <w:t>vn -0.5157 -0.0740 -0.8536</w:t>
        <w:br/>
        <w:t>vn -0.5259 -0.0733 -0.8474</w:t>
        <w:br/>
        <w:t>vn -0.4834 -0.8431 -0.2356</w:t>
        <w:br/>
        <w:t>vn -0.5063 -0.8538 -0.1208</w:t>
        <w:br/>
        <w:t>vn 0.5063 -0.8538 -0.1207</w:t>
        <w:br/>
        <w:t>vn 0.4834 -0.8431 -0.2356</w:t>
        <w:br/>
        <w:t>vn 0.4693 -0.8724 -0.1367</w:t>
        <w:br/>
        <w:t>vn -0.4693 -0.8724 -0.1367</w:t>
        <w:br/>
        <w:t>vn -0.2021 0.1217 -0.9718</w:t>
        <w:br/>
        <w:t>vn -0.3445 0.5651 -0.7497</w:t>
        <w:br/>
        <w:t>vn -0.0000 0.4982 -0.8671</w:t>
        <w:br/>
        <w:t>vn -0.0000 0.4373 -0.8993</w:t>
        <w:br/>
        <w:t>vn -0.2148 0.4578 -0.8627</w:t>
        <w:br/>
        <w:t>vn 0.0636 0.4627 -0.8842</w:t>
        <w:br/>
        <w:t>vn -0.0214 0.4670 -0.8840</w:t>
        <w:br/>
        <w:t>vn -0.0826 0.4524 -0.8880</w:t>
        <w:br/>
        <w:t>vn 0.1617 0.2012 0.9661</w:t>
        <w:br/>
        <w:t>vn 0.2181 0.2341 0.9474</w:t>
        <w:br/>
        <w:t>vn 0.1106 0.1428 0.9836</w:t>
        <w:br/>
        <w:t>vn -0.2439 0.5948 -0.7660</w:t>
        <w:br/>
        <w:t>vn -0.0000 0.3310 -0.9436</w:t>
        <w:br/>
        <w:t>vn -0.1071 0.3675 -0.9238</w:t>
        <w:br/>
        <w:t>vn 0.0671 0.4062 -0.9113</w:t>
        <w:br/>
        <w:t>vn 0.0907 0.0387 0.9951</w:t>
        <w:br/>
        <w:t>vn 0.0000 0.0453 0.9990</w:t>
        <w:br/>
        <w:t>vn 0.0000 0.2625 0.9649</w:t>
        <w:br/>
        <w:t>vn 0.1497 0.2197 0.9640</w:t>
        <w:br/>
        <w:t>vn 0.2049 0.4054 -0.8909</w:t>
        <w:br/>
        <w:t>vn 0.2520 0.3862 -0.8873</w:t>
        <w:br/>
        <w:t>vn 0.7151 0.1944 0.6714</w:t>
        <w:br/>
        <w:t>vn 0.4044 0.6633 0.6296</w:t>
        <w:br/>
        <w:t>vn 0.2735 0.4124 -0.8690</w:t>
        <w:br/>
        <w:t>vn 0.9337 -0.3581 0.0007</w:t>
        <w:br/>
        <w:t>vn 0.8626 -0.5058 -0.0029</w:t>
        <w:br/>
        <w:t>vn 0.8923 -0.3930 0.2221</w:t>
        <w:br/>
        <w:t>vn 0.9367 0.2846 -0.2042</w:t>
        <w:br/>
        <w:t>vn 0.9680 0.0504 -0.2459</w:t>
        <w:br/>
        <w:t>vn 0.9988 0.0382 0.0322</w:t>
        <w:br/>
        <w:t>vn 0.9612 0.2705 0.0537</w:t>
        <w:br/>
        <w:t>vn 0.9636 0.0286 0.2658</w:t>
        <w:br/>
        <w:t>vn 0.9350 0.2000 0.2928</w:t>
        <w:br/>
        <w:t>vn 0.8154 -0.0049 0.5789</w:t>
        <w:br/>
        <w:t>vn 0.7995 0.1135 0.5899</w:t>
        <w:br/>
        <w:t>vn 0.4272 -0.2497 0.8690</w:t>
        <w:br/>
        <w:t>vn 0.5117 -0.1688 0.8424</w:t>
        <w:br/>
        <w:t>vn 0.6135 -0.2488 0.7495</w:t>
        <w:br/>
        <w:t>vn 0.7378 -0.2545 0.6252</w:t>
        <w:br/>
        <w:t>vn 0.7330 -0.1188 0.6697</w:t>
        <w:br/>
        <w:t>vn 0.8643 -0.1320 0.4854</w:t>
        <w:br/>
        <w:t>vn 0.7982 -0.3207 0.5099</w:t>
        <w:br/>
        <w:t>vn 0.4299 0.0414 0.9019</w:t>
        <w:br/>
        <w:t>vn 0.4074 0.0636 0.9110</w:t>
        <w:br/>
        <w:t>vn 0.5945 0.1518 0.7896</w:t>
        <w:br/>
        <w:t>vn 0.7421 0.1233 0.6589</w:t>
        <w:br/>
        <w:t>vn 0.4801 0.0022 0.8772</w:t>
        <w:br/>
        <w:t>vn 0.5656 -0.0650 0.8221</w:t>
        <w:br/>
        <w:t>vn 0.9438 0.3233 -0.0686</w:t>
        <w:br/>
        <w:t>vn 0.8839 0.3884 -0.2605</w:t>
        <w:br/>
        <w:t>vn 0.8783 0.2953 0.3760</w:t>
        <w:br/>
        <w:t>vn 0.9047 -0.3967 -0.1550</w:t>
        <w:br/>
        <w:t>vn 0.8356 -0.5354 -0.1225</w:t>
        <w:br/>
        <w:t>vn 0.2057 -0.0971 0.9738</w:t>
        <w:br/>
        <w:t>vn 0.1945 -0.0507 0.9796</w:t>
        <w:br/>
        <w:t>vn 0.7394 0.4697 -0.4823</w:t>
        <w:br/>
        <w:t>vn 0.7876 0.2477 -0.5641</w:t>
        <w:br/>
        <w:t>vn 0.8425 0.0246 -0.5381</w:t>
        <w:br/>
        <w:t>vn 0.5389 0.1811 -0.8227</w:t>
        <w:br/>
        <w:t>vn 0.6170 -0.0359 -0.7862</w:t>
        <w:br/>
        <w:t>vn 0.8190 -0.4400 -0.3681</w:t>
        <w:br/>
        <w:t>vn 0.7814 -0.5337 -0.3234</w:t>
        <w:br/>
        <w:t>vn 0.8035 0.5082 -0.3099</w:t>
        <w:br/>
        <w:t>vn 0.6557 -0.2651 -0.7070</w:t>
        <w:br/>
        <w:t>vn 0.8575 -0.2333 -0.4585</w:t>
        <w:br/>
        <w:t>vn 0.2602 0.3340 -0.9059</w:t>
        <w:br/>
        <w:t>vn 0.4903 0.3965 -0.7761</w:t>
        <w:br/>
        <w:t>vn 0.2697 0.7438 -0.6116</w:t>
        <w:br/>
        <w:t>vn 0.3804 0.9039 -0.1957</w:t>
        <w:br/>
        <w:t>vn 0.9594 -0.1838 -0.2140</w:t>
        <w:br/>
        <w:t>vn 0.2214 -0.1740 0.9595</w:t>
        <w:br/>
        <w:t>vn 0.9475 -0.1481 0.2835</w:t>
        <w:br/>
        <w:t>vn 0.9866 -0.1628 0.0057</w:t>
        <w:br/>
        <w:t>vn 0.6166 -0.5123 -0.5978</w:t>
        <w:br/>
        <w:t>vn 0.6368 -0.4422 -0.6316</w:t>
        <w:br/>
        <w:t>vn 0.0388 -0.1563 0.9869</w:t>
        <w:br/>
        <w:t>vn -0.0000 -0.1238 0.9923</w:t>
        <w:br/>
        <w:t>vn -0.0000 -0.1625 0.9867</w:t>
        <w:br/>
        <w:t>vn 0.0692 -0.1789 0.9814</w:t>
        <w:br/>
        <w:t>vn 0.3139 -0.2881 0.9047</w:t>
        <w:br/>
        <w:t>vn 0.4869 -0.2919 0.8233</w:t>
        <w:br/>
        <w:t>vn 0.7351 -0.3101 0.6029</w:t>
        <w:br/>
        <w:t>vn 0.6651 -0.2926 0.6870</w:t>
        <w:br/>
        <w:t>vn 0.0751 -0.0031 0.9972</w:t>
        <w:br/>
        <w:t>vn -0.0000 -0.0004 1.0000</w:t>
        <w:br/>
        <w:t>vn 0.0000 -0.0590 0.9983</w:t>
        <w:br/>
        <w:t>vn 0.0718 -0.0582 0.9957</w:t>
        <w:br/>
        <w:t>vn 0.1861 -0.0011 0.9825</w:t>
        <w:br/>
        <w:t>vn 0.2207 0.0470 0.9742</w:t>
        <w:br/>
        <w:t>vn 0.0815 -0.1070 0.9909</w:t>
        <w:br/>
        <w:t>vn -0.0000 -0.1121 0.9937</w:t>
        <w:br/>
        <w:t>vn 0.0000 -0.1248 -0.9922</w:t>
        <w:br/>
        <w:t>vn -0.0098 -0.1231 -0.9923</w:t>
        <w:br/>
        <w:t>vn -0.0250 0.0537 -0.9982</w:t>
        <w:br/>
        <w:t>vn 0.0000 0.0501 -0.9987</w:t>
        <w:br/>
        <w:t>vn 0.4076 -0.4127 -0.8146</w:t>
        <w:br/>
        <w:t>vn 0.4300 -0.2800 -0.8583</w:t>
        <w:br/>
        <w:t>vn 0.3195 0.1228 -0.9396</w:t>
        <w:br/>
        <w:t>vn 0.1267 0.0788 -0.9888</w:t>
        <w:br/>
        <w:t>vn 0.1815 -0.1149 -0.9767</w:t>
        <w:br/>
        <w:t>vn 0.3868 -0.0895 -0.9178</w:t>
        <w:br/>
        <w:t>vn 0.0762 0.2430 -0.9670</w:t>
        <w:br/>
        <w:t>vn 0.3067 -0.4711 -0.8271</w:t>
        <w:br/>
        <w:t>vn 0.0948 -0.1652 0.9817</w:t>
        <w:br/>
        <w:t>vn -0.0000 -0.1688 0.9856</w:t>
        <w:br/>
        <w:t>vn 0.1608 -0.3542 -0.9212</w:t>
        <w:br/>
        <w:t>vn 0.1967 -0.2709 -0.9423</w:t>
        <w:br/>
        <w:t>vn -0.0000 -0.2983 -0.9545</w:t>
        <w:br/>
        <w:t>vn -0.0261 -0.3116 -0.9499</w:t>
        <w:br/>
        <w:t>vn -0.0074 -0.2529 -0.9675</w:t>
        <w:br/>
        <w:t>vn 0.0000 -0.2477 -0.9688</w:t>
        <w:br/>
        <w:t>vn 0.0000 -0.3427 -0.9394</w:t>
        <w:br/>
        <w:t>vn -0.0541 -0.3635 -0.9300</w:t>
        <w:br/>
        <w:t>vn -0.0670 -0.3981 -0.9149</w:t>
        <w:br/>
        <w:t>vn 0.0000 -0.3744 -0.9273</w:t>
        <w:br/>
        <w:t>vn 0.1084 -0.4164 -0.9027</w:t>
        <w:br/>
        <w:t>vn 0.0852 -0.4489 -0.8895</w:t>
        <w:br/>
        <w:t>vn -0.0403 0.2231 -0.9740</w:t>
        <w:br/>
        <w:t>vn -0.0000 0.2218 -0.9751</w:t>
        <w:br/>
        <w:t>vn 0.9269 0.3436 0.1507</w:t>
        <w:br/>
        <w:t>vn 0.8798 0.4071 0.2455</w:t>
        <w:br/>
        <w:t>vn 0.8225 0.1805 0.5394</w:t>
        <w:br/>
        <w:t>vn 0.6716 0.3276 0.6646</w:t>
        <w:br/>
        <w:t>vn 0.8055 0.2602 0.5324</w:t>
        <w:br/>
        <w:t>vn 0.9599 0.1707 0.2224</w:t>
        <w:br/>
        <w:t>vn 0.4492 0.0838 0.8895</w:t>
        <w:br/>
        <w:t>vn 0.3151 0.0713 0.9464</w:t>
        <w:br/>
        <w:t>vn 0.3730 0.0428 0.9268</w:t>
        <w:br/>
        <w:t>vn 0.0590 0.2918 0.9547</w:t>
        <w:br/>
        <w:t>vn 0.2316 0.2791 0.9319</w:t>
        <w:br/>
        <w:t>vn 0.8808 0.3933 0.2636</w:t>
        <w:br/>
        <w:t>vn 0.1930 0.3807 0.9043</w:t>
        <w:br/>
        <w:t>vn -0.0000 0.4558 0.8901</w:t>
        <w:br/>
        <w:t>vn 0.3552 0.2837 -0.8907</w:t>
        <w:br/>
        <w:t>vn 0.3852 0.6445 -0.6605</w:t>
        <w:br/>
        <w:t>vn 0.8531 -0.3751 0.3627</w:t>
        <w:br/>
        <w:t>vn 0.1937 -0.2613 0.9456</w:t>
        <w:br/>
        <w:t>vn 0.2935 -0.2487 0.9230</w:t>
        <w:br/>
        <w:t>vn 0.1479 -0.2188 0.9645</w:t>
        <w:br/>
        <w:t>vn 0.0651 -0.2072 0.9761</w:t>
        <w:br/>
        <w:t>vn -0.4160 0.6081 -0.6762</w:t>
        <w:br/>
        <w:t>vn -0.5342 0.4138 -0.7372</w:t>
        <w:br/>
        <w:t>vn -0.5625 0.3200 -0.7624</w:t>
        <w:br/>
        <w:t>vn 0.6063 -0.6715 -0.4260</w:t>
        <w:br/>
        <w:t>vn 0.7408 -0.6339 -0.2221</w:t>
        <w:br/>
        <w:t>vn 0.6590 -0.6533 -0.3726</w:t>
        <w:br/>
        <w:t>vn 0.6063 -0.6714 -0.4260</w:t>
        <w:br/>
        <w:t>vn 0.6443 -0.6086 -0.4632</w:t>
        <w:br/>
        <w:t>vn 0.0000 -0.2125 0.9772</w:t>
        <w:br/>
        <w:t>vn -0.0000 -0.0976 0.9952</w:t>
        <w:br/>
        <w:t>vn 0.3894 -0.0646 0.9188</w:t>
        <w:br/>
        <w:t>vn 0.4644 -0.1310 0.8759</w:t>
        <w:br/>
        <w:t>vn 0.8151 -0.5654 -0.1260</w:t>
        <w:br/>
        <w:t>vn 0.8934 -0.4063 -0.1916</w:t>
        <w:br/>
        <w:t>vn 0.7637 -0.2433 -0.5979</w:t>
        <w:br/>
        <w:t>vn 0.6986 -0.4770 -0.5333</w:t>
        <w:br/>
        <w:t>vn 0.4675 -0.2734 -0.8406</w:t>
        <w:br/>
        <w:t>vn 0.5175 -0.0968 -0.8502</w:t>
        <w:br/>
        <w:t>vn -0.0000 -0.0512 -0.9987</w:t>
        <w:br/>
        <w:t>vn 0.0000 -0.2404 -0.9707</w:t>
        <w:br/>
        <w:t>vn 0.8867 -0.4470 0.1181</w:t>
        <w:br/>
        <w:t>vn 0.8295 -0.5534 0.0756</w:t>
        <w:br/>
        <w:t>vn 0.8139 -0.5011 0.2942</w:t>
        <w:br/>
        <w:t>vn 0.8645 -0.3703 0.3398</w:t>
        <w:br/>
        <w:t>vn 0.9824 -0.0022 -0.1865</w:t>
        <w:br/>
        <w:t>vn 0.8388 0.2737 -0.4706</w:t>
        <w:br/>
        <w:t>vn 0.5905 -0.1384 0.7951</w:t>
        <w:br/>
        <w:t>vn 0.7257 -0.2003 0.6582</w:t>
        <w:br/>
        <w:t>vn 0.8353 -0.5410 0.0978</w:t>
        <w:br/>
        <w:t>vn 0.5380 0.3467 -0.7683</w:t>
        <w:br/>
        <w:t>vn 0.0000 0.2640 -0.9645</w:t>
        <w:br/>
        <w:t>vn 0.9293 -0.3276 0.1703</w:t>
        <w:br/>
        <w:t>vn 0.9038 -0.3525 0.2425</w:t>
        <w:br/>
        <w:t>vn -0.8340 -0.2588 0.4873</w:t>
        <w:br/>
        <w:t>vn -0.8726 -0.3262 0.3637</w:t>
        <w:br/>
        <w:t>vn -0.7935 -0.6085 -0.0095</w:t>
        <w:br/>
        <w:t>vn -0.7196 -0.6904 -0.0748</w:t>
        <w:br/>
        <w:t>vn -0.6521 -0.7537 -0.0819</w:t>
        <w:br/>
        <w:t>vn -0.7881 -0.3302 0.5195</w:t>
        <w:br/>
        <w:t>vn 0.5082 -0.3222 0.7987</w:t>
        <w:br/>
        <w:t>vn 0.2553 -0.0906 0.9626</w:t>
        <w:br/>
        <w:t>vn 0.4960 0.4391 0.7492</w:t>
        <w:br/>
        <w:t>vn 0.6526 0.4695 0.5948</w:t>
        <w:br/>
        <w:t>vn -0.1862 -0.9793 -0.0799</w:t>
        <w:br/>
        <w:t>vn -0.0269 -0.7409 0.6710</w:t>
        <w:br/>
        <w:t>vn 0.1119 -0.8085 0.5777</w:t>
        <w:br/>
        <w:t>vn -0.1094 -0.9923 -0.0580</w:t>
        <w:br/>
        <w:t>vn 0.2554 -0.0906 0.9626</w:t>
        <w:br/>
        <w:t>vn 0.5083 -0.3222 0.7987</w:t>
        <w:br/>
        <w:t>vn 0.8392 0.5290 0.1260</w:t>
        <w:br/>
        <w:t>vn 0.7265 -0.3671 0.5809</w:t>
        <w:br/>
        <w:t>vn 0.6525 0.7461 0.1324</w:t>
        <w:br/>
        <w:t>vn 0.6214 0.7823 0.0445</w:t>
        <w:br/>
        <w:t>vn 0.5518 0.8338 0.0158</w:t>
        <w:br/>
        <w:t>vn 0.5513 0.5996 -0.5801</w:t>
        <w:br/>
        <w:t>vn 0.6012 0.7959 0.0715</w:t>
        <w:br/>
        <w:t>vn 0.6261 0.7759 0.0776</w:t>
        <w:br/>
        <w:t>vn 0.4625 0.5963 -0.6561</w:t>
        <w:br/>
        <w:t>vn 0.3466 -0.2041 -0.9155</w:t>
        <w:br/>
        <w:t>vn 0.6460 -0.2779 -0.7109</w:t>
        <w:br/>
        <w:t>vn 0.7979 0.5537 -0.2383</w:t>
        <w:br/>
        <w:t>vn -0.0333 -0.7611 -0.6477</w:t>
        <w:br/>
        <w:t>vn 0.2048 -0.6419 -0.7389</w:t>
        <w:br/>
        <w:t>vn 0.6563 0.7375 -0.1595</w:t>
        <w:br/>
        <w:t>vn 0.5136 0.7844 -0.3477</w:t>
        <w:br/>
        <w:t>vn -0.0990 -0.7216 0.6852</w:t>
        <w:br/>
        <w:t>vn -0.1586 -0.7700 0.6181</w:t>
        <w:br/>
        <w:t>vn -0.2292 -0.9638 0.1360</w:t>
        <w:br/>
        <w:t>vn -0.1379 -0.9862 0.0915</w:t>
        <w:br/>
        <w:t>vn -0.1813 -0.7025 0.6882</w:t>
        <w:br/>
        <w:t>vn -0.3592 -0.9329 -0.0256</w:t>
        <w:br/>
        <w:t>vn 0.6491 -0.2077 -0.7318</w:t>
        <w:br/>
        <w:t>vn 0.8102 0.1735 -0.5599</w:t>
        <w:br/>
        <w:t>vn 0.6510 0.5696 -0.5017</w:t>
        <w:br/>
        <w:t>vn 0.3915 -0.0481 -0.9189</w:t>
        <w:br/>
        <w:t>vn 0.3846 -0.8784 -0.2838</w:t>
        <w:br/>
        <w:t>vn 0.3916 -0.0481 -0.9189</w:t>
        <w:br/>
        <w:t>vn 0.1247 -0.9853 -0.1166</w:t>
        <w:br/>
        <w:t>vn -0.1070 -0.9835 0.1460</w:t>
        <w:br/>
        <w:t>vn 0.3845 -0.8784 -0.2838</w:t>
        <w:br/>
        <w:t>vn 0.4497 0.7471 0.4895</w:t>
        <w:br/>
        <w:t>vn 0.5333 0.7647 0.3616</w:t>
        <w:br/>
        <w:t>vn 0.6183 0.7703 0.1561</w:t>
        <w:br/>
        <w:t>vn 0.7317 0.6604 -0.1687</w:t>
        <w:br/>
        <w:t>vn 0.6516 0.7085 0.2710</w:t>
        <w:br/>
        <w:t>vn -0.1294 -0.4169 0.8997</w:t>
        <w:br/>
        <w:t>vn 0.2496 0.2339 0.9397</w:t>
        <w:br/>
        <w:t>vn 0.3223 0.2035 0.9245</w:t>
        <w:br/>
        <w:t>vn 0.0803 -0.4855 0.8705</w:t>
        <w:br/>
        <w:t>vn 0.3223 0.2036 0.9245</w:t>
        <w:br/>
        <w:t>vn 0.5323 0.6865 0.4954</w:t>
        <w:br/>
        <w:t>vn 0.5723 0.6703 0.4725</w:t>
        <w:br/>
        <w:t>vn -0.4228 -0.8856 0.1922</w:t>
        <w:br/>
        <w:t>vn -0.2610 -0.9511 0.1654</w:t>
        <w:br/>
        <w:t>vn 0.5670 0.7736 -0.2830</w:t>
        <w:br/>
        <w:t>vn 0.5635 0.7651 -0.3116</w:t>
        <w:br/>
        <w:t>vn 0.8313 -0.1605 0.5321</w:t>
        <w:br/>
        <w:t>vn 0.5259 -0.5828 0.6195</w:t>
        <w:br/>
        <w:t>vn 0.5621 -0.0649 0.8245</w:t>
        <w:br/>
        <w:t>vn 0.2519 -0.7647 0.5931</w:t>
        <w:br/>
        <w:t>vn 0.8314 -0.1605 0.5321</w:t>
        <w:br/>
        <w:t>vn 0.7427 0.5824 0.3305</w:t>
        <w:br/>
        <w:t>vn 0.9110 0.1605 0.3799</w:t>
        <w:br/>
        <w:t>vn 0.5342 0.7535 -0.3831</w:t>
        <w:br/>
        <w:t>vn -0.1184 -0.1907 -0.9745</w:t>
        <w:br/>
        <w:t>vn -0.3819 -0.7002 -0.6032</w:t>
        <w:br/>
        <w:t>vn -0.2343 -0.7825 -0.5769</w:t>
        <w:br/>
        <w:t>vn 0.0039 -0.2441 -0.9697</w:t>
        <w:br/>
        <w:t>vn 0.3131 0.3370 -0.8879</w:t>
        <w:br/>
        <w:t>vn 0.2645 0.3856 -0.8839</w:t>
        <w:br/>
        <w:t>vn -0.1185 -0.1907 -0.9745</w:t>
        <w:br/>
        <w:t>vn 0.5321 0.3449 -0.7732</w:t>
        <w:br/>
        <w:t>vn 0.3175 -0.4327 -0.8438</w:t>
        <w:br/>
        <w:t>vn 0.8247 -0.3139 -0.4705</w:t>
        <w:br/>
        <w:t>vn 0.7815 0.4127 -0.4680</w:t>
        <w:br/>
        <w:t>vn -0.0985 -0.8789 -0.4668</w:t>
        <w:br/>
        <w:t>vn 0.0218 -0.7977 -0.6027</w:t>
        <w:br/>
        <w:t>vn 0.5869 0.6412 -0.4944</w:t>
        <w:br/>
        <w:t>vn 0.4241 0.1657 0.8903</w:t>
        <w:br/>
        <w:t>vn 0.3697 0.2143 0.9041</w:t>
        <w:br/>
        <w:t>vn 0.6267 0.6716 0.3952</w:t>
        <w:br/>
        <w:t>vn 0.6557 0.6401 0.4003</w:t>
        <w:br/>
        <w:t>vn -0.0838 -0.4170 0.9050</w:t>
        <w:br/>
        <w:t>vn 0.3697 0.2142 0.9041</w:t>
        <w:br/>
        <w:t>vn 0.4241 0.1658 0.8903</w:t>
        <w:br/>
        <w:t>vn -0.0005 -0.5089 0.8608</w:t>
        <w:br/>
        <w:t>vn -0.4770 -0.8198 0.3168</w:t>
        <w:br/>
        <w:t>vn -0.4349 -0.8808 0.1875</w:t>
        <w:br/>
        <w:t>vn 0.5524 0.7518 -0.3601</w:t>
        <w:br/>
        <w:t>vn 0.5517 0.7480 -0.3691</w:t>
        <w:br/>
        <w:t>vn 0.6685 -0.6671 0.3287</w:t>
        <w:br/>
        <w:t>vn 0.6940 -0.6728 0.2563</w:t>
        <w:br/>
        <w:t>vn 0.7316 -0.1010 0.6742</w:t>
        <w:br/>
        <w:t>vn 0.8035 0.5784 0.1409</w:t>
        <w:br/>
        <w:t>vn -0.2644 -0.9430 -0.2021</w:t>
        <w:br/>
        <w:t>vn -0.0941 -0.9684 -0.2308</w:t>
        <w:br/>
        <w:t>vn 0.7198 0.6342 -0.2823</w:t>
        <w:br/>
        <w:t>vn 0.6096 0.6364 -0.4726</w:t>
        <w:br/>
        <w:t>vn 0.5176 0.6526 -0.5534</w:t>
        <w:br/>
        <w:t>vn -0.2232 -0.1629 -0.9611</w:t>
        <w:br/>
        <w:t>vn 0.2312 0.4581 -0.8583</w:t>
        <w:br/>
        <w:t>vn 0.2351 0.4208 -0.8762</w:t>
        <w:br/>
        <w:t>vn -0.2350 -0.1979 -0.9516</w:t>
        <w:br/>
        <w:t>vn -0.5532 -0.7252 -0.4099</w:t>
        <w:br/>
        <w:t>vn -0.5199 -0.7130 -0.4705</w:t>
        <w:br/>
        <w:t>vn -0.2890 -0.9564 -0.0421</w:t>
        <w:br/>
        <w:t>vn -0.4726 -0.6778 -0.5632</w:t>
        <w:br/>
        <w:t>vn -0.5220 -0.6646 -0.5346</w:t>
        <w:br/>
        <w:t>vn -0.4412 -0.7055 -0.5546</w:t>
        <w:br/>
        <w:t>vn -0.3021 -0.9398 -0.1600</w:t>
        <w:br/>
        <w:t>vn -0.4182 -0.9055 -0.0724</w:t>
        <w:br/>
        <w:t>vn -0.2648 0.0193 -0.9641</w:t>
        <w:br/>
        <w:t>vn 0.3191 0.6507 -0.6891</w:t>
        <w:br/>
        <w:t>vn 0.1925 0.4778 -0.8571</w:t>
        <w:br/>
        <w:t>vn -0.2345 -0.0692 -0.9696</w:t>
        <w:br/>
        <w:t>vn -0.6121 -0.7794 -0.1334</w:t>
        <w:br/>
        <w:t>vn -0.5297 -0.8310 -0.1700</w:t>
        <w:br/>
        <w:t>vn -0.7126 -0.4743 0.5169</w:t>
        <w:br/>
        <w:t>vn -0.7535 -0.3966 0.5244</w:t>
        <w:br/>
        <w:t>vn -0.0853 -0.8890 -0.4499</w:t>
        <w:br/>
        <w:t>vn 0.1021 -0.7961 -0.5965</w:t>
        <w:br/>
        <w:t>vn 0.1921 0.4109 0.8912</w:t>
        <w:br/>
        <w:t>vn 0.1521 0.4453 0.8823</w:t>
        <w:br/>
        <w:t>vn -0.3685 0.1419 0.9187</w:t>
        <w:br/>
        <w:t>vn -0.3655 0.0682 0.9283</w:t>
        <w:br/>
        <w:t>vn 0.7443 -0.2933 -0.6000</w:t>
        <w:br/>
        <w:t>vn 0.5088 -0.8331 -0.2169</w:t>
        <w:br/>
        <w:t>vn 0.9069 -0.3597 0.2195</w:t>
        <w:br/>
        <w:t>vn 0.9571 0.2524 0.1423</w:t>
        <w:br/>
        <w:t>vn 0.6237 0.4128 0.6638</w:t>
        <w:br/>
        <w:t>vn 0.6433 0.2179 0.7340</w:t>
        <w:br/>
        <w:t>vn 0.9069 -0.3598 0.2194</w:t>
        <w:br/>
        <w:t>vn 0.4640 0.4598 0.7572</w:t>
        <w:br/>
        <w:t>vn 0.4760 0.8225 -0.3114</w:t>
        <w:br/>
        <w:t>vn 0.2510 0.6476 -0.7194</w:t>
        <w:br/>
        <w:t>vn -0.3377 -0.9412 0.0124</w:t>
        <w:br/>
        <w:t>vn -0.2805 -0.9596 -0.0230</w:t>
        <w:br/>
        <w:t>vn -0.3208 -0.9438 0.0795</w:t>
        <w:br/>
        <w:t>vn 0.3863 0.4593 0.7999</w:t>
        <w:br/>
        <w:t>vn 0.3830 0.0198 0.9235</w:t>
        <w:br/>
        <w:t>vn 0.2388 0.0075 0.9710</w:t>
        <w:br/>
        <w:t>vn 0.3337 0.4395 0.8340</w:t>
        <w:br/>
        <w:t>vn 0.0964 -0.4297 0.8978</w:t>
        <w:br/>
        <w:t>vn 0.3435 -0.5026 0.7934</w:t>
        <w:br/>
        <w:t>vn 0.1924 -0.9037 0.3824</w:t>
        <w:br/>
        <w:t>vn -0.1163 -0.8326 0.5416</w:t>
        <w:br/>
        <w:t>vn -0.2645 -0.9633 0.0458</w:t>
        <w:br/>
        <w:t>vn -0.6330 -0.7565 -0.1644</w:t>
        <w:br/>
        <w:t>vn -0.6273 -0.7402 -0.2421</w:t>
        <w:br/>
        <w:t>vn -0.5570 -0.8084 -0.1903</w:t>
        <w:br/>
        <w:t>vn -0.4917 -0.8459 -0.2064</w:t>
        <w:br/>
        <w:t>vn -0.5713 -0.6245 -0.5326</w:t>
        <w:br/>
        <w:t>vn -0.5639 -0.6006 -0.5668</w:t>
        <w:br/>
        <w:t>vn -0.3594 -0.1591 -0.9195</w:t>
        <w:br/>
        <w:t>vn -0.2354 0.0725 -0.9692</w:t>
        <w:br/>
        <w:t>vn -0.5472 -0.6262 -0.5554</w:t>
        <w:br/>
        <w:t>vn 0.1761 0.4881 -0.8549</w:t>
        <w:br/>
        <w:t>vn 0.2493 0.6104 -0.7518</w:t>
        <w:br/>
        <w:t>vn -0.4748 -0.8712 -0.1247</w:t>
        <w:br/>
        <w:t>vn -0.2814 -0.9221 -0.2658</w:t>
        <w:br/>
        <w:t>vn -0.0847 -0.9938 -0.0723</w:t>
        <w:br/>
        <w:t>vn 0.1089 0.5391 0.8352</w:t>
        <w:br/>
        <w:t>vn -0.3902 0.2762 0.8783</w:t>
        <w:br/>
        <w:t>vn 0.3612 0.5663 0.7408</w:t>
        <w:br/>
        <w:t>vn 0.4001 0.5131 0.7594</w:t>
        <w:br/>
        <w:t>vn 0.4276 0.7232 0.5423</w:t>
        <w:br/>
        <w:t>vn 0.3601 0.6744 0.6446</w:t>
        <w:br/>
        <w:t>vn -0.1168 -0.9926 -0.0322</w:t>
        <w:br/>
        <w:t>vn 0.6574 0.6600 0.3637</w:t>
        <w:br/>
        <w:t>vn 0.6156 0.7105 -0.3410</w:t>
        <w:br/>
        <w:t>vn 0.7483 0.6626 0.0335</w:t>
        <w:br/>
        <w:t>vn 0.5658 0.5598 -0.6053</w:t>
        <w:br/>
        <w:t>vn 0.4409 -0.2611 0.8588</w:t>
        <w:br/>
        <w:t>vn 0.1337 -0.1642 0.9773</w:t>
        <w:br/>
        <w:t>vn 0.1015 0.5822 0.8067</w:t>
        <w:br/>
        <w:t>vn -0.2566 0.4485 0.8562</w:t>
        <w:br/>
        <w:t>vn 0.1801 -0.1443 0.9730</w:t>
        <w:br/>
        <w:t>vn 0.1571 -0.2306 0.9603</w:t>
        <w:br/>
        <w:t>vn 0.4698 0.4895 0.7347</w:t>
        <w:br/>
        <w:t>vn 0.4627 0.4580 0.7590</w:t>
        <w:br/>
        <w:t>vn 0.3818 0.4853 0.7866</w:t>
        <w:br/>
        <w:t>vn -0.1932 -0.1327 -0.9721</w:t>
        <w:br/>
        <w:t>vn 0.2677 0.4194 -0.8675</w:t>
        <w:br/>
        <w:t>vn 0.2524 0.4469 -0.8582</w:t>
        <w:br/>
        <w:t>vn -0.0988 0.0144 -0.9950</w:t>
        <w:br/>
        <w:t>vn -0.4424 -0.5339 -0.7206</w:t>
        <w:br/>
        <w:t>vn 0.1572 -0.2307 0.9603</w:t>
        <w:br/>
        <w:t>vn -0.6321 -0.7663 -0.1154</w:t>
        <w:br/>
        <w:t>vn -0.7094 -0.6683 0.2238</w:t>
        <w:br/>
        <w:t>vn -0.4488 -0.8132 -0.3705</w:t>
        <w:br/>
        <w:t>vn -0.4457 -0.7874 -0.4259</w:t>
        <w:br/>
        <w:t>vn -0.4435 -0.7913 -0.4209</w:t>
        <w:br/>
        <w:t>vn -0.3403 -0.8805 -0.3302</w:t>
        <w:br/>
        <w:t>vn -0.7148 -0.5738 0.3997</w:t>
        <w:br/>
        <w:t>vn -0.7466 -0.5490 0.3757</w:t>
        <w:br/>
        <w:t>vn -0.5015 0.0254 0.8648</w:t>
        <w:br/>
        <w:t>vn -0.4847 0.0144 0.8745</w:t>
        <w:br/>
        <w:t>vn -0.6496 -0.2324 0.7239</w:t>
        <w:br/>
        <w:t>vn 0.1165 -0.5328 -0.8382</w:t>
        <w:br/>
        <w:t>vn 0.1328 -0.5708 -0.8103</w:t>
        <w:br/>
        <w:t>vn 0.1260 -0.5304 -0.8383</w:t>
        <w:br/>
        <w:t>vn 0.2558 -0.6439 -0.7211</w:t>
        <w:br/>
        <w:t>vn 0.3905 -0.7559 -0.5255</w:t>
        <w:br/>
        <w:t>vn 0.5478 -0.8223 -0.1544</w:t>
        <w:br/>
        <w:t>vn -0.1284 -0.9785 0.1613</w:t>
        <w:br/>
        <w:t>vn -0.1825 -0.9644 -0.1914</w:t>
        <w:br/>
        <w:t>vn 0.1390 0.4533 0.8805</w:t>
        <w:br/>
        <w:t>vn -0.3981 0.0244 0.9170</w:t>
        <w:br/>
        <w:t>vn -0.4513 0.0088 0.8923</w:t>
        <w:br/>
        <w:t>vn 0.0482 0.4783 0.8769</w:t>
        <w:br/>
        <w:t>vn -0.7535 -0.3966 0.5243</w:t>
        <w:br/>
        <w:t>vn -0.7126 -0.4743 0.5170</w:t>
        <w:br/>
        <w:t>vn 0.8419 0.5028 -0.1961</w:t>
        <w:br/>
        <w:t>vn 0.6510 -0.0452 -0.7577</w:t>
        <w:br/>
        <w:t>vn 0.7806 0.6236 -0.0425</w:t>
        <w:br/>
        <w:t>vn 0.6372 -0.0263 -0.7703</w:t>
        <w:br/>
        <w:t>vn 0.4559 0.7511 0.4775</w:t>
        <w:br/>
        <w:t>vn 0.4704 0.7368 0.4856</w:t>
        <w:br/>
        <w:t>vn 0.7806 0.6236 -0.0424</w:t>
        <w:br/>
        <w:t>vn 0.7953 -0.2480 -0.5531</w:t>
        <w:br/>
        <w:t>vn 0.9554 -0.2069 -0.2107</w:t>
        <w:br/>
        <w:t>vn 0.5277 0.6856 0.5015</w:t>
        <w:br/>
        <w:t>vn 0.5985 0.6115 0.5176</w:t>
        <w:br/>
        <w:t>vn 0.6347 -0.0328 -0.7720</w:t>
        <w:br/>
        <w:t>vn 0.7018 -0.1183 -0.7025</w:t>
        <w:br/>
        <w:t>vn 0.8419 0.5027 -0.1961</w:t>
        <w:br/>
        <w:t>vn 0.1512 -0.6914 -0.7065</w:t>
        <w:br/>
        <w:t>vn -0.4757 -0.8411 -0.2576</w:t>
        <w:br/>
        <w:t>vn -0.6985 -0.5452 0.4635</w:t>
        <w:br/>
        <w:t>vn -0.6147 -0.2565 0.7459</w:t>
        <w:br/>
        <w:t>vn -0.5821 -0.7207 0.3766</w:t>
        <w:br/>
        <w:t>vn 0.8360 0.5205 -0.1736</w:t>
        <w:br/>
        <w:t>vn 0.8178 0.5419 -0.1939</w:t>
        <w:br/>
        <w:t>vn -0.0268 0.5181 0.8549</w:t>
        <w:br/>
        <w:t>vn -0.0282 0.5034 0.8636</w:t>
        <w:br/>
        <w:t>vn -0.5055 0.0253 0.8625</w:t>
        <w:br/>
        <w:t>vn 0.9421 0.1753 -0.2858</w:t>
        <w:br/>
        <w:t>vn 0.6518 0.7117 0.2619</w:t>
        <w:br/>
        <w:t>vn 0.8360 0.5205 -0.1737</w:t>
        <w:br/>
        <w:t>vn 0.4226 0.7422 0.5201</w:t>
        <w:br/>
        <w:t>vn -0.5173 -0.0549 0.8540</w:t>
        <w:br/>
        <w:t>vn -0.5452 0.0598 0.8362</w:t>
        <w:br/>
        <w:t>vn -0.5821 -0.7207 0.3765</w:t>
        <w:br/>
        <w:t>vn 0.5198 0.6787 0.5188</w:t>
        <w:br/>
        <w:t>vn 0.6588 0.6013 0.4520</w:t>
        <w:br/>
        <w:t>vn -0.4901 -0.2114 0.8457</w:t>
        <w:br/>
        <w:t>vn 0.1346 -0.1179 0.9839</w:t>
        <w:br/>
        <w:t>vn 0.4345 0.4985 0.7502</w:t>
        <w:br/>
        <w:t>vn 0.4208 0.5059 0.7530</w:t>
        <w:br/>
        <w:t>vn 0.4337 0.4962 0.7522</w:t>
        <w:br/>
        <w:t>vn 0.0738 -0.1023 0.9920</w:t>
        <w:br/>
        <w:t>vn 0.1309 0.0434 0.9904</w:t>
        <w:br/>
        <w:t>vn 0.0738 -0.1022 0.9920</w:t>
        <w:br/>
        <w:t>vn 0.0994 -0.1010 0.9899</w:t>
        <w:br/>
        <w:t>vn -0.3112 -0.6953 0.6479</w:t>
        <w:br/>
        <w:t>vn -0.3042 -0.7078 0.6376</w:t>
        <w:br/>
        <w:t>vn -0.3424 -0.7245 0.5982</w:t>
        <w:br/>
        <w:t>vn 0.0390 -0.1218 0.9918</w:t>
        <w:br/>
        <w:t>vn 0.0431 -0.1030 0.9937</w:t>
        <w:br/>
        <w:t>vn -0.3426 -0.7085 0.6169</w:t>
        <w:br/>
        <w:t>vn -0.3125 -0.7499 0.5831</w:t>
        <w:br/>
        <w:t>vn 0.1194 0.0201 0.9926</w:t>
        <w:br/>
        <w:t>vn 0.4096 0.5108 0.7559</w:t>
        <w:br/>
        <w:t>vn 0.4200 0.5031 0.7553</w:t>
        <w:br/>
        <w:t>vn -0.4776 -0.8737 -0.0923</w:t>
        <w:br/>
        <w:t>vn -0.4415 -0.8870 -0.1353</w:t>
        <w:br/>
        <w:t>vn -0.4592 -0.8727 -0.1661</w:t>
        <w:br/>
        <w:t>vn -0.4537 -0.8759 -0.1638</w:t>
        <w:br/>
        <w:t>vn -0.4103 -0.8958 -0.1708</w:t>
        <w:br/>
        <w:t>vn -0.0180 -0.8616 0.5073</w:t>
        <w:br/>
        <w:t>vn -0.0121 -0.9799 -0.1989</w:t>
        <w:br/>
        <w:t>vn 0.5157 -0.8447 -0.1430</w:t>
        <w:br/>
        <w:t>vn 0.4290 -0.8380 0.3371</w:t>
        <w:br/>
        <w:t>vn 0.2424 -0.9684 -0.0593</w:t>
        <w:br/>
        <w:t>vn 0.3276 -0.9264 -0.1856</w:t>
        <w:br/>
        <w:t>vn 0.5664 0.8079 0.1626</w:t>
        <w:br/>
        <w:t>vn 0.5785 0.8013 0.1523</w:t>
        <w:br/>
        <w:t>vn 0.5683 0.8136 0.1227</w:t>
        <w:br/>
        <w:t>vn 0.3493 0.5681 0.7452</w:t>
        <w:br/>
        <w:t>vn 0.5104 0.8459 0.1546</w:t>
        <w:br/>
        <w:t>vn 0.5481 0.8219 0.1549</w:t>
        <w:br/>
        <w:t>vn 0.3944 0.5348 0.7473</w:t>
        <w:br/>
        <w:t>vn 0.4366 0.6420 -0.6302</w:t>
        <w:br/>
        <w:t>vn 0.1339 0.1336 -0.9819</w:t>
        <w:br/>
        <w:t>vn 0.4550 0.6743 -0.5816</w:t>
        <w:br/>
        <w:t>vn 0.4655 0.6780 -0.5689</w:t>
        <w:br/>
        <w:t>vn 0.1869 0.2777 -0.9423</w:t>
        <w:br/>
        <w:t>vn 0.1196 0.1778 -0.9768</w:t>
        <w:br/>
        <w:t>vn -0.2453 -0.4725 -0.8465</w:t>
        <w:br/>
        <w:t>vn -0.2422 -0.4689 -0.8494</w:t>
        <w:br/>
        <w:t>vn -0.2789 -0.4883 -0.8269</w:t>
        <w:br/>
        <w:t>vn 0.1062 0.1751 -0.9788</w:t>
        <w:br/>
        <w:t>vn 0.4325 0.6623 -0.6118</w:t>
        <w:br/>
        <w:t>vn -0.2644 -0.4814 -0.8357</w:t>
        <w:br/>
        <w:t>vn -0.2569 -0.4733 -0.8426</w:t>
        <w:br/>
        <w:t>vn 0.1115 0.1736 -0.9785</w:t>
        <w:br/>
        <w:t>vn 0.1152 0.1707 -0.9786</w:t>
        <w:br/>
        <w:t>vn 0.1152 0.1706 -0.9786</w:t>
        <w:br/>
        <w:t>vn 0.4549 0.6849 -0.5692</w:t>
        <w:br/>
        <w:t>vn 0.4585 0.6967 -0.5517</w:t>
        <w:br/>
        <w:t>vn -0.2114 -0.5884 -0.7805</w:t>
        <w:br/>
        <w:t>vn -0.4379 -0.8853 -0.1563</w:t>
        <w:br/>
        <w:t>vn -0.2209 -0.4903 -0.8431</w:t>
        <w:br/>
        <w:t>vn 0.5317 -0.4392 -0.7242</w:t>
        <w:br/>
        <w:t>vn 0.0944 -0.5389 -0.8371</w:t>
        <w:br/>
        <w:t>vn 0.4107 0.7420 -0.5298</w:t>
        <w:br/>
        <w:t>vn 0.4741 0.7099 -0.5209</w:t>
        <w:br/>
        <w:t>vn -0.2097 -0.8063 0.5531</w:t>
        <w:br/>
        <w:t>vn 0.0817 -0.1692 0.9822</w:t>
        <w:br/>
        <w:t>vn -0.2703 -0.9440 -0.1892</w:t>
        <w:br/>
        <w:t>vn -0.1005 -0.5090 -0.8549</w:t>
        <w:br/>
        <w:t>vn 0.1704 -0.2839 0.9436</w:t>
        <w:br/>
        <w:t>vn 0.2962 0.1483 -0.9435</w:t>
        <w:br/>
        <w:t>vn 0.2288 0.3060 -0.9241</w:t>
        <w:br/>
        <w:t>vn 0.2094 0.2212 -0.9525</w:t>
        <w:br/>
        <w:t>vn -0.3215 -0.7085 0.6282</w:t>
        <w:br/>
        <w:t>vn 0.2289 0.3059 -0.9241</w:t>
        <w:br/>
        <w:t>vn 0.4819 0.6977 -0.5302</w:t>
        <w:br/>
        <w:t>vn 0.3955 0.5222 0.7556</w:t>
        <w:br/>
        <w:t>vn 0.5591 0.8124 0.1655</w:t>
        <w:br/>
        <w:t>vn 0.4725 0.7002 -0.5352</w:t>
        <w:br/>
        <w:t>vn 0.4299 0.5203 0.7379</w:t>
        <w:br/>
        <w:t>vn 0.1704 -0.2840 0.9436</w:t>
        <w:br/>
        <w:t>vn 0.3388 -0.0107 0.9408</w:t>
        <w:br/>
        <w:t>vn 0.4951 0.4751 0.7274</w:t>
        <w:br/>
        <w:t>vn 0.2963 0.1483 -0.9435</w:t>
        <w:br/>
        <w:t>vn 0.1817 0.0407 0.9825</w:t>
        <w:br/>
        <w:t>vn 0.1088 -0.0755 0.9912</w:t>
        <w:br/>
        <w:t>vn -0.2686 -0.7004 0.6613</w:t>
        <w:br/>
        <w:t>vn -0.2326 -0.7381 0.6333</w:t>
        <w:br/>
        <w:t>vn 0.4186 0.5580 0.7166</w:t>
        <w:br/>
        <w:t>vn 0.1817 0.0408 0.9825</w:t>
        <w:br/>
        <w:t>vn 0.1484 -0.1217 0.9814</w:t>
        <w:br/>
        <w:t>vn 0.4047 0.6085 0.6826</w:t>
        <w:br/>
        <w:t>vn 0.4274 0.5409 0.7244</w:t>
        <w:br/>
        <w:t>vn 0.4406 0.5345 0.7212</w:t>
        <w:br/>
        <w:t>vn -0.3737 -0.9225 -0.0967</w:t>
        <w:br/>
        <w:t>vn -0.4332 -0.8961 -0.0967</w:t>
        <w:br/>
        <w:t>vn 0.0134 -0.9940 -0.1085</w:t>
        <w:br/>
        <w:t>vn 0.5732 -0.8102 -0.1224</w:t>
        <w:br/>
        <w:t>vn 0.5615 -0.5612 0.6081</w:t>
        <w:br/>
        <w:t>vn 0.0781 -0.7837 0.6162</w:t>
        <w:br/>
        <w:t>vn 0.5579 0.8292 0.0344</w:t>
        <w:br/>
        <w:t>vn 0.5273 0.8458 0.0812</w:t>
        <w:br/>
        <w:t>vn 0.5576 0.8255 0.0871</w:t>
        <w:br/>
        <w:t>vn 0.5403 0.8359 0.0965</w:t>
        <w:br/>
        <w:t>vn 0.3874 0.6841 -0.6181</w:t>
        <w:br/>
        <w:t>vn 0.3407 0.7118 -0.6143</w:t>
        <w:br/>
        <w:t>vn 0.0704 0.0718 -0.9949</w:t>
        <w:br/>
        <w:t>vn 0.1201 0.2460 -0.9618</w:t>
        <w:br/>
        <w:t>vn -0.2016 -0.6061 -0.7694</w:t>
        <w:br/>
        <w:t>vn -0.2666 -0.5573 -0.7863</w:t>
        <w:br/>
        <w:t>vn 0.0506 0.1471 -0.9878</w:t>
        <w:br/>
        <w:t>vn -0.3009 -0.5149 -0.8027</w:t>
        <w:br/>
        <w:t>vn 0.3987 0.6767 -0.6189</w:t>
        <w:br/>
        <w:t>vn 0.3897 0.6906 -0.6092</w:t>
        <w:br/>
        <w:t>vn 0.4694 -0.4368 -0.7674</w:t>
        <w:br/>
        <w:t>vn 0.0356 -0.6274 -0.7779</w:t>
        <w:br/>
        <w:t>vn -0.0433 0.1211 -0.9917</w:t>
        <w:br/>
        <w:t>vn 0.0400 0.1806 -0.9827</w:t>
        <w:br/>
        <w:t>vn -0.3183 -0.5304 -0.7857</w:t>
        <w:br/>
        <w:t>vn -0.3545 -0.5250 -0.7738</w:t>
        <w:br/>
        <w:t>vn 0.3973 0.6506 -0.6472</w:t>
        <w:br/>
        <w:t>vn 0.3951 0.6266 -0.6717</w:t>
        <w:br/>
        <w:t>vn 0.5992 0.7984 0.0591</w:t>
        <w:br/>
        <w:t>vn 0.5865 0.8069 0.0705</w:t>
        <w:br/>
        <w:t>vn -0.4185 -0.9044 -0.0826</w:t>
        <w:br/>
        <w:t>vn -0.2346 -0.6826 0.6921</w:t>
        <w:br/>
        <w:t>vn -0.2540 -0.6757 0.6920</w:t>
        <w:br/>
        <w:t>vn -0.1266 -0.9844 -0.1219</w:t>
        <w:br/>
        <w:t>vn -0.2910 -0.9531 -0.0834</w:t>
        <w:br/>
        <w:t>vn -0.1587 -0.7600 0.6303</w:t>
        <w:br/>
        <w:t>vn 0.1484 -0.1218 0.9814</w:t>
        <w:br/>
        <w:t>vn 0.2695 -0.1732 0.9473</w:t>
        <w:br/>
        <w:t>vn 0.1468 0.0091 -0.9891</w:t>
        <w:br/>
        <w:t>vn 0.4974 0.7886 0.3615</w:t>
        <w:br/>
        <w:t>vn 0.5614 -0.5612 0.6081</w:t>
        <w:br/>
        <w:t>vn 0.4384 0.5536 0.7081</w:t>
        <w:br/>
        <w:t>vn 0.3347 0.6855 -0.6465</w:t>
        <w:br/>
        <w:t>vn 0.1312 0.0172 0.9912</w:t>
        <w:br/>
        <w:t>vn 0.0533 -0.0217 0.9983</w:t>
        <w:br/>
        <w:t>vn 0.5020 0.7209 0.4778</w:t>
        <w:br/>
        <w:t>vn 0.5007 0.7148 0.4882</w:t>
        <w:br/>
        <w:t>vn 0.2291 0.2233 0.9475</w:t>
        <w:br/>
        <w:t>vn 0.2760 0.3223 0.9055</w:t>
        <w:br/>
        <w:t>vn -0.1146 -0.4236 0.8986</w:t>
        <w:br/>
        <w:t>vn 0.2290 0.2232 0.9475</w:t>
        <w:br/>
        <w:t>vn 0.2761 0.3223 0.9055</w:t>
        <w:br/>
        <w:t>vn -0.1487 -0.4181 0.8962</w:t>
        <w:br/>
        <w:t>vn -0.1815 -0.4306 0.8841</w:t>
        <w:br/>
        <w:t>vn 0.2041 0.2014 0.9580</w:t>
        <w:br/>
        <w:t>vn 0.3195 0.3376 0.8854</w:t>
        <w:br/>
        <w:t>vn 0.2191 0.1957 0.9559</w:t>
        <w:br/>
        <w:t>vn -0.1752 -0.4736 0.8632</w:t>
        <w:br/>
        <w:t>vn -0.1478 -0.5043 0.8508</w:t>
        <w:br/>
        <w:t>vn 0.5194 0.7275 0.4483</w:t>
        <w:br/>
        <w:t>vn 0.3196 0.3376 0.8854</w:t>
        <w:br/>
        <w:t>vn 0.5255 0.7295 0.4378</w:t>
        <w:br/>
        <w:t>vn 0.5147 0.7148 0.4733</w:t>
        <w:br/>
        <w:t>vn 0.5198 0.7175 0.4636</w:t>
        <w:br/>
        <w:t>vn -0.4021 -0.8887 0.2203</w:t>
        <w:br/>
        <w:t>vn -0.4309 -0.8651 0.2568</w:t>
        <w:br/>
        <w:t>vn -0.4414 -0.8564 0.2679</w:t>
        <w:br/>
        <w:t>vn -0.4242 -0.8655 0.2663</w:t>
        <w:br/>
        <w:t>vn -0.3823 -0.8839 0.2692</w:t>
        <w:br/>
        <w:t>vn 0.4191 -0.6557 0.6280</w:t>
        <w:br/>
        <w:t>vn 0.1268 -0.6308 0.7655</w:t>
        <w:br/>
        <w:t>vn -0.0135 -0.9716 0.2360</w:t>
        <w:br/>
        <w:t>vn 0.6010 -0.7940 0.0915</w:t>
        <w:br/>
        <w:t>vn 0.5334 0.8026 -0.2669</w:t>
        <w:br/>
        <w:t>vn 0.5243 0.8094 -0.2644</w:t>
        <w:br/>
        <w:t>vn 0.5385 0.7968 -0.2741</w:t>
        <w:br/>
        <w:t>vn 0.5429 0.7919 -0.2797</w:t>
        <w:br/>
        <w:t>vn 0.5315 0.8012 -0.2748</w:t>
        <w:br/>
        <w:t>vn 0.5255 0.8032 -0.2804</w:t>
        <w:br/>
        <w:t>vn 0.5075 0.7514 0.4218</w:t>
        <w:br/>
        <w:t>vn 0.5132 0.7747 0.3694</w:t>
        <w:br/>
        <w:t>vn 0.5165 0.8044 -0.2936</w:t>
        <w:br/>
        <w:t>vn 0.5100 0.8157 -0.2731</w:t>
        <w:br/>
        <w:t>vn -0.1258 -0.1705 -0.9773</w:t>
        <w:br/>
        <w:t>vn 0.2611 0.4278 -0.8653</w:t>
        <w:br/>
        <w:t>vn 0.2674 0.4378 -0.8584</w:t>
        <w:br/>
        <w:t>vn -0.0375 -0.0551 -0.9978</w:t>
        <w:br/>
        <w:t>vn -0.3926 -0.7033 -0.5926</w:t>
        <w:br/>
        <w:t>vn -0.4089 -0.7107 -0.5725</w:t>
        <w:br/>
        <w:t>vn -0.1062 -0.1782 -0.9782</w:t>
        <w:br/>
        <w:t>vn 0.2857 0.4532 -0.8444</w:t>
        <w:br/>
        <w:t>vn 0.2760 0.4586 -0.8447</w:t>
        <w:br/>
        <w:t>vn -0.0363 -0.0744 -0.9966</w:t>
        <w:br/>
        <w:t>vn -0.3868 -0.7792 -0.4932</w:t>
        <w:br/>
        <w:t>vn -0.4117 -0.7451 -0.5248</w:t>
        <w:br/>
        <w:t>vn -0.1051 -0.1707 -0.9797</w:t>
        <w:br/>
        <w:t>vn -0.4086 -0.7252 -0.5541</w:t>
        <w:br/>
        <w:t>vn 0.2864 0.4273 -0.8575</w:t>
        <w:br/>
        <w:t>vn 0.2806 0.4456 -0.8501</w:t>
        <w:br/>
        <w:t>vn 0.2581 -0.8987 -0.3546</w:t>
        <w:br/>
        <w:t>vn -0.1357 -0.9060 -0.4009</w:t>
        <w:br/>
        <w:t>vn 0.2727 0.4495 -0.8506</w:t>
        <w:br/>
        <w:t>vn 0.2750 0.4768 -0.8349</w:t>
        <w:br/>
        <w:t>vn -0.0703 -0.5594 0.8259</w:t>
        <w:br/>
        <w:t>vn 0.2900 0.1589 0.9438</w:t>
        <w:br/>
        <w:t>vn -0.2850 -0.9232 0.2578</w:t>
        <w:br/>
        <w:t>vn -0.3135 -0.8359 -0.4506</w:t>
        <w:br/>
        <w:t>vn 0.3728 0.0827 0.9242</w:t>
        <w:br/>
        <w:t>vn -0.0206 -0.3644 -0.9310</w:t>
        <w:br/>
        <w:t>vn -0.0855 -0.2868 -0.9542</w:t>
        <w:br/>
        <w:t>vn -0.0855 -0.2867 -0.9542</w:t>
        <w:br/>
        <w:t>vn 0.2901 0.1588 0.9437</w:t>
        <w:br/>
        <w:t>vn 0.3727 0.0827 0.9242</w:t>
        <w:br/>
        <w:t>vn 0.2894 0.4319 -0.8543</w:t>
        <w:br/>
        <w:t>vn -0.0206 -0.3643 -0.9310</w:t>
        <w:br/>
        <w:t>vn 0.1603 0.0302 -0.9866</w:t>
        <w:br/>
        <w:t>vn 0.6198 0.6839 0.3849</w:t>
        <w:br/>
        <w:t>vn 0.4456 0.3413 0.8276</w:t>
        <w:br/>
        <w:t>vn 0.3858 0.2685 0.8826</w:t>
        <w:br/>
        <w:t>vn -0.0832 -0.3892 0.9174</w:t>
        <w:br/>
        <w:t>vn -0.0589 -0.4265 0.9025</w:t>
        <w:br/>
        <w:t>vn 0.4503 0.3699 0.8127</w:t>
        <w:br/>
        <w:t>vn 0.6172 0.7253 0.3050</w:t>
        <w:br/>
        <w:t>vn 0.6495 0.6916 0.3159</w:t>
        <w:br/>
        <w:t>vn 0.3858 0.2685 0.8827</w:t>
        <w:br/>
        <w:t>vn 0.4503 0.3700 0.8126</w:t>
        <w:br/>
        <w:t>vn -0.0930 -0.3699 0.9244</w:t>
        <w:br/>
        <w:t>vn -0.1073 -0.3874 0.9156</w:t>
        <w:br/>
        <w:t>vn -0.5023 -0.7833 0.3664</w:t>
        <w:br/>
        <w:t>vn -0.4946 -0.7837 0.3758</w:t>
        <w:br/>
        <w:t>vn -0.4488 -0.8152 0.3661</w:t>
        <w:br/>
        <w:t>vn -0.4047 -0.8384 0.3651</w:t>
        <w:br/>
        <w:t>vn 0.5908 -0.4689 0.6566</w:t>
        <w:br/>
        <w:t>vn 0.2315 -0.5947 0.7699</w:t>
        <w:br/>
        <w:t>vn 0.0084 -0.9478 0.3188</w:t>
        <w:br/>
        <w:t>vn 0.5131 -0.8485 0.1295</w:t>
        <w:br/>
        <w:t>vn 0.5845 0.7039 -0.4036</w:t>
        <w:br/>
        <w:t>vn 0.5407 0.7356 -0.4081</w:t>
        <w:br/>
        <w:t>vn 0.6128 0.7324 0.2966</w:t>
        <w:br/>
        <w:t>vn 0.5872 0.7735 0.2386</w:t>
        <w:br/>
        <w:t>vn 0.5171 0.7353 -0.4381</w:t>
        <w:br/>
        <w:t>vn 0.5159 0.7475 -0.4185</w:t>
        <w:br/>
        <w:t>vn 0.1980 0.3875 -0.9003</w:t>
        <w:br/>
        <w:t>vn -0.1728 -0.1206 -0.9775</w:t>
        <w:br/>
        <w:t>vn -0.5707 -0.7330 -0.3701</w:t>
        <w:br/>
        <w:t>vn 0.2288 0.3278 -0.9166</w:t>
        <w:br/>
        <w:t>vn 0.2143 0.3501 -0.9119</w:t>
        <w:br/>
        <w:t>vn -0.1571 -0.1818 -0.9707</w:t>
        <w:br/>
        <w:t>vn -0.2489 -0.2973 -0.9218</w:t>
        <w:br/>
        <w:t>vn -0.4843 -0.8013 -0.3512</w:t>
        <w:br/>
        <w:t>vn -0.5256 -0.7696 -0.3627</w:t>
        <w:br/>
        <w:t>vn -0.2680 -0.2712 -0.9245</w:t>
        <w:br/>
        <w:t>vn -0.5671 -0.7362 -0.3694</w:t>
        <w:br/>
        <w:t>vn 0.2129 0.3322 -0.9189</w:t>
        <w:br/>
        <w:t>vn 0.2162 0.3262 -0.9203</w:t>
        <w:br/>
        <w:t>vn 0.1713 -0.9393 -0.2972</w:t>
        <w:br/>
        <w:t>vn -0.1817 -0.9207 -0.3455</w:t>
        <w:br/>
        <w:t>vn 0.5879 0.7101 -0.3874</w:t>
        <w:br/>
        <w:t>vn 0.5963 0.6981 -0.3963</w:t>
        <w:br/>
        <w:t>vn 0.1943 0.3567 -0.9138</w:t>
        <w:br/>
        <w:t>vn 0.1643 0.3902 -0.9059</w:t>
        <w:br/>
        <w:t>vn 0.0236 -0.4824 0.8756</w:t>
        <w:br/>
        <w:t>vn 0.4173 0.2144 0.8831</w:t>
        <w:br/>
        <w:t>vn -0.2895 -0.8822 0.3713</w:t>
        <w:br/>
        <w:t>vn -0.4122 -0.8442 -0.3426</w:t>
        <w:br/>
        <w:t>vn 0.6556 0.6735 0.3415</w:t>
        <w:br/>
        <w:t>vn 0.6487 0.6675 0.3656</w:t>
        <w:br/>
        <w:t>vn 0.3889 0.2630 0.8829</w:t>
        <w:br/>
        <w:t>vn 0.3889 0.2631 0.8829</w:t>
        <w:br/>
        <w:t>vn 0.5272 0.0646 0.8473</w:t>
        <w:br/>
        <w:t>vn -0.1450 -0.4201 -0.8958</w:t>
        <w:br/>
        <w:t>vn -0.2228 -0.3448 -0.9119</w:t>
        <w:br/>
        <w:t>vn 0.5822 0.8044 -0.1184</w:t>
        <w:br/>
        <w:t>vn 0.6964 0.6067 0.3832</w:t>
        <w:br/>
        <w:t>vn 0.6526 0.7014 0.2867</w:t>
        <w:br/>
        <w:t>vn 0.5271 0.0647 0.8473</w:t>
        <w:br/>
        <w:t>vn 0.1342 0.2034 -0.9699</w:t>
        <w:br/>
        <w:t>vn -0.0168 -0.1688 -0.9855</w:t>
        <w:br/>
        <w:t>vn -0.5940 0.1823 0.7836</w:t>
        <w:br/>
        <w:t>vn -0.3493 -0.9321 -0.0963</w:t>
        <w:br/>
        <w:t>vn 0.5515 0.8341 -0.0121</w:t>
        <w:br/>
        <w:t>vn 0.4844 0.8373 0.2536</w:t>
        <w:br/>
        <w:t>vn 0.5491 0.8011 0.2381</w:t>
        <w:br/>
        <w:t>vn 0.6323 0.6715 -0.3863</w:t>
        <w:br/>
        <w:t>vn 0.5937 0.7908 0.1487</w:t>
        <w:br/>
        <w:t>vn 0.5907 0.7964 0.1297</w:t>
        <w:br/>
        <w:t>vn 0.4436 0.4880 0.7517</w:t>
        <w:br/>
        <w:t>vn 0.4508 0.5144 0.7296</w:t>
        <w:br/>
        <w:t>vn 0.4489 0.4986 0.7415</w:t>
        <w:br/>
        <w:t>vn 0.5896 0.7918 0.1594</w:t>
        <w:br/>
        <w:t>vn 0.5471 0.7536 -0.3643</w:t>
        <w:br/>
        <w:t>vn -0.0027 0.4985 0.8669</w:t>
        <w:br/>
        <w:t>vn 0.4877 0.7198 0.4939</w:t>
        <w:br/>
        <w:t>vn 0.5906 0.8043 0.0657</w:t>
        <w:br/>
        <w:t>vn 0.6197 0.7039 -0.3473</w:t>
        <w:br/>
        <w:t>vn 0.5739 0.7183 -0.3933</w:t>
        <w:br/>
        <w:t>vn -0.1741 -0.9822 -0.0712</w:t>
        <w:br/>
        <w:t>vn -0.7269 -0.6848 -0.0518</w:t>
        <w:br/>
        <w:t>vn -0.0586 -0.9840 -0.1682</w:t>
        <w:br/>
        <w:t>vn -0.6191 -0.6779 -0.3965</w:t>
        <w:br/>
        <w:t>vn -0.8443 -0.5007 0.1909</w:t>
        <w:br/>
        <w:t>vn 0.1377 0.0387 -0.9897</w:t>
        <w:br/>
        <w:t>vn 0.4138 0.7234 0.5527</w:t>
        <w:br/>
        <w:t>vn 0.4953 0.4631 0.7350</w:t>
        <w:br/>
        <w:t>vn 0.5218 0.6910 0.5003</w:t>
        <w:br/>
        <w:t>vn 0.5132 -0.8484 0.1295</w:t>
        <w:br/>
        <w:t>vn 0.1713 -0.9393 -0.2973</w:t>
        <w:br/>
        <w:t>vn 0.4441 -0.8955 0.0285</w:t>
        <w:br/>
        <w:t>vn 0.6009 -0.7941 0.0914</w:t>
        <w:br/>
        <w:t>vn 0.5326 -0.8021 0.2701</w:t>
        <w:br/>
        <w:t>vn 0.4190 -0.6558 0.6280</w:t>
        <w:br/>
        <w:t>vn 0.2580 -0.8987 -0.3546</w:t>
        <w:br/>
        <w:t>vn 0.3989 0.5198 0.7555</w:t>
        <w:br/>
        <w:t>vn 0.5673 0.8081 0.1585</w:t>
        <w:br/>
        <w:t>vn 0.4578 0.6803 -0.5724</w:t>
        <w:br/>
        <w:t>vn 0.5725 0.8061 0.1500</w:t>
        <w:br/>
        <w:t>vn 0.4614 0.6739 -0.5771</w:t>
        <w:br/>
        <w:t>vn 0.4054 0.5150 0.7553</w:t>
        <w:br/>
        <w:t>vn 0.3904 0.5271 0.7548</w:t>
        <w:br/>
        <w:t>vn 0.5544 0.8161 0.1633</w:t>
        <w:br/>
        <w:t>vn 0.3570 0.5479 0.7565</w:t>
        <w:br/>
        <w:t>vn 0.3565 0.9304 0.0849</w:t>
        <w:br/>
        <w:t>vn 0.2592 0.5971 0.7591</w:t>
        <w:br/>
        <w:t>vn 0.4885 0.8697 0.0708</w:t>
        <w:br/>
        <w:t>vn 0.3317 0.6605 -0.6736</w:t>
        <w:br/>
        <w:t>vn 0.2510 0.7062 -0.6621</w:t>
        <w:br/>
        <w:t>vn 0.4243 0.5393 0.7274</w:t>
        <w:br/>
        <w:t>vn 0.5400 0.8359 0.0980</w:t>
        <w:br/>
        <w:t>vn 0.3917 0.6886 -0.6102</w:t>
        <w:br/>
        <w:t>vn 0.5020 0.7226 0.4752</w:t>
        <w:br/>
        <w:t>vn 0.5339 0.7974 -0.2815</w:t>
        <w:br/>
        <w:t>vn 0.2822 0.4253 -0.8599</w:t>
        <w:br/>
        <w:t>vn 0.5227 0.7340 0.4336</w:t>
        <w:br/>
        <w:t>vn 0.5191 0.8126 -0.2651</w:t>
        <w:br/>
        <w:t>vn 0.2668 0.4602 -0.8468</w:t>
        <w:br/>
        <w:t>vn 0.6429 0.6652 0.3797</w:t>
        <w:br/>
        <w:t>vn 0.5800 0.7224 -0.3765</w:t>
        <w:br/>
        <w:t>vn 0.2030 0.3514 -0.9139</w:t>
        <w:br/>
        <w:t>vn 0.6154 0.7273 0.3038</w:t>
        <w:br/>
        <w:t>vn 0.5297 0.7417 -0.4115</w:t>
        <w:br/>
        <w:t>vn 0.1990 0.3637 -0.9100</w:t>
        <w:br/>
        <w:t>vn -0.5066 0.0284 0.8617</w:t>
        <w:br/>
        <w:t>vn -0.0371 0.4763 0.8785</w:t>
        <w:br/>
        <w:t>vn -0.0379 0.4913 0.8702</w:t>
        <w:br/>
        <w:t>vn 0.4721 0.7285 0.4964</w:t>
        <w:br/>
        <w:t>vn 0.0374 0.1337 -0.9903</w:t>
        <w:br/>
        <w:t>vn -0.3020 -0.5190 -0.7996</w:t>
        <w:br/>
        <w:t>vn -0.4249 -0.9015 -0.0822</w:t>
        <w:br/>
        <w:t>vn -0.2490 -0.6834 0.6862</w:t>
        <w:br/>
        <w:t>vn 0.1150 -0.0635 0.9913</w:t>
        <w:br/>
        <w:t>vn 0.7264 -0.3671 0.5810</w:t>
        <w:br/>
        <w:t>vn 0.3275 -0.6577 0.6784</w:t>
        <w:br/>
        <w:t>vn -0.1150 -0.6595 -0.7428</w:t>
        <w:br/>
        <w:t>vn -0.1266 -0.9877 0.0919</w:t>
        <w:br/>
        <w:t>vn -0.0791 -0.9726 0.2188</w:t>
        <w:br/>
        <w:t>vn 0.1377 0.0386 -0.9897</w:t>
        <w:br/>
        <w:t>vn 0.4658 -0.1189 0.8769</w:t>
        <w:br/>
        <w:t>vn 0.1352 0.3909 -0.9105</w:t>
        <w:br/>
        <w:t>vn 0.3886 0.8470 -0.3628</w:t>
        <w:br/>
        <w:t>vn 0.4747 0.8561 -0.2042</w:t>
        <w:br/>
        <w:t>vn 0.4920 0.8149 0.3064</w:t>
        <w:br/>
        <w:t>vn -0.1168 -0.9926 -0.0323</w:t>
        <w:br/>
        <w:t>vn 0.6460 -0.2780 -0.7109</w:t>
        <w:br/>
        <w:t>vn 0.2204 -0.7885 -0.5742</w:t>
        <w:br/>
        <w:t>vn 0.4848 -0.8674 -0.1126</w:t>
        <w:br/>
        <w:t>vn 0.0721 -0.2291 -0.9707</w:t>
        <w:br/>
        <w:t>vn 0.2443 -0.8996 -0.3619</w:t>
        <w:br/>
        <w:t>vn 0.4925 0.8479 -0.1960</w:t>
        <w:br/>
        <w:t>vn 0.5470 0.8216 0.1607</w:t>
        <w:br/>
        <w:t>vn 0.5157 -0.8448 -0.1430</w:t>
        <w:br/>
        <w:t>vn 0.4469 -0.8212 -0.3549</w:t>
        <w:br/>
        <w:t>vn 0.4936 -0.8574 0.1459</w:t>
        <w:br/>
        <w:t>vn 0.5381 0.8422 0.0354</w:t>
        <w:br/>
        <w:t>vn 0.5545 0.7040 -0.4437</w:t>
        <w:br/>
        <w:t>vn 0.3529 0.6085 -0.7108</w:t>
        <w:br/>
        <w:t>vn -0.3308 0.2811 0.9009</w:t>
        <w:br/>
        <w:t>vn -0.0057 0.4473 0.8944</w:t>
        <w:br/>
        <w:t>vn 0.6639 -0.6838 -0.3029</w:t>
        <w:br/>
        <w:t>vn 0.5014 -0.8329 -0.2343</w:t>
        <w:br/>
        <w:t>vn 0.5477 -0.8223 -0.1544</w:t>
        <w:br/>
        <w:t>vn 0.3519 -0.9296 -0.1096</w:t>
        <w:br/>
        <w:t>vn -0.1285 -0.9785 0.1613</w:t>
        <w:br/>
        <w:t>vn 0.1352 0.3909 -0.9104</w:t>
        <w:br/>
        <w:t>vn 0.5065 0.7427 0.4380</w:t>
        <w:br/>
        <w:t>vn -0.8725 -0.3262 0.3636</w:t>
        <w:br/>
        <w:t>vn 0.5835 0.1668 -0.7948</w:t>
        <w:br/>
        <w:t>vn 0.7934 0.1471 -0.5907</w:t>
        <w:br/>
        <w:t>vn 0.7803 0.0148 -0.6252</w:t>
        <w:br/>
        <w:t>vn 0.9792 0.1947 -0.0578</w:t>
        <w:br/>
        <w:t>vn 0.9388 0.1771 0.2956</w:t>
        <w:br/>
        <w:t>vn 0.9536 0.1089 0.2806</w:t>
        <w:br/>
        <w:t>vn 0.9909 0.1019 -0.0880</w:t>
        <w:br/>
        <w:t>vn 0.9255 0.1717 -0.3377</w:t>
        <w:br/>
        <w:t>vn 0.9232 0.0451 -0.3816</w:t>
        <w:br/>
        <w:t>vn 0.8207 0.1601 0.5485</w:t>
        <w:br/>
        <w:t>vn 0.9568 0.2891 -0.0322</w:t>
        <w:br/>
        <w:t>vn 0.9026 0.3219 -0.2859</w:t>
        <w:br/>
        <w:t>vn 0.8933 0.3485 -0.2838</w:t>
        <w:br/>
        <w:t>vn 0.9554 0.2931 -0.0371</w:t>
        <w:br/>
        <w:t>vn 0.7862 0.1670 0.5950</w:t>
        <w:br/>
        <w:t>vn 0.6304 0.1191 0.7671</w:t>
        <w:br/>
        <w:t>vn 0.5147 0.3675 -0.7747</w:t>
        <w:br/>
        <w:t>vn 0.3530 0.2078 -0.9122</w:t>
        <w:br/>
        <w:t>vn 0.3081 0.4007 0.8628</w:t>
        <w:br/>
        <w:t>vn 0.5950 0.2035 0.7776</w:t>
        <w:br/>
        <w:t>vn 0.4142 0.0953 0.9052</w:t>
        <w:br/>
        <w:t>vn 0.3487 0.3418 0.8727</w:t>
        <w:br/>
        <w:t>vn 0.2601 0.5054 0.8228</w:t>
        <w:br/>
        <w:t>vn 0.4407 0.3714 0.8173</w:t>
        <w:br/>
        <w:t>vn 0.1671 0.6546 0.7372</w:t>
        <w:br/>
        <w:t>vn 0.3760 0.4388 0.8161</w:t>
        <w:br/>
        <w:t>vn 0.2020 0.6881 0.6969</w:t>
        <w:br/>
        <w:t>vn -0.0693 0.6748 0.7347</w:t>
        <w:br/>
        <w:t>vn -0.0335 0.5682 0.8222</w:t>
        <w:br/>
        <w:t>vn 0.1618 0.5556 0.8156</w:t>
        <w:br/>
        <w:t>vn 0.1131 0.6869 0.7179</w:t>
        <w:br/>
        <w:t>vn 0.1596 0.6866 0.7093</w:t>
        <w:br/>
        <w:t>vn 0.2912 0.5464 0.7853</w:t>
        <w:br/>
        <w:t>vn 0.2398 0.6573 0.7145</w:t>
        <w:br/>
        <w:t>vn -0.1855 0.6455 0.7409</w:t>
        <w:br/>
        <w:t>vn 0.0000 0.5964 0.8027</w:t>
        <w:br/>
        <w:t>vn 0.0000 0.5726 0.8198</w:t>
        <w:br/>
        <w:t>vn 0.5943 -0.1214 0.7950</w:t>
        <w:br/>
        <w:t>vn 0.8841 0.0797 0.4604</w:t>
        <w:br/>
        <w:t>vn 0.6826 0.6335 0.3643</w:t>
        <w:br/>
        <w:t>vn 0.8991 0.4134 0.1443</w:t>
        <w:br/>
        <w:t>vn 0.9258 0.2860 0.2471</w:t>
        <w:br/>
        <w:t>vn 0.6106 0.4917 0.6207</w:t>
        <w:br/>
        <w:t>vn 0.1176 0.6264 0.7706</w:t>
        <w:br/>
        <w:t>vn 0.0034 0.7831 0.6219</w:t>
        <w:br/>
        <w:t>vn 0.3199 0.7657 0.5579</w:t>
        <w:br/>
        <w:t>vn 0.3817 0.5578 0.7370</w:t>
        <w:br/>
        <w:t>vn -0.0454 0.6049 0.7950</w:t>
        <w:br/>
        <w:t>vn -0.2199 0.7092 0.6699</w:t>
        <w:br/>
        <w:t>vn 0.0000 0.5892 0.8080</w:t>
        <w:br/>
        <w:t>vn -0.0000 0.6592 0.7520</w:t>
        <w:br/>
        <w:t>vn 0.4458 0.4279 0.7862</w:t>
        <w:br/>
        <w:t>vn 0.3714 0.9270 -0.0516</w:t>
        <w:br/>
        <w:t>vn 0.3447 0.6688 -0.6587</w:t>
        <w:br/>
        <w:t>vn 0.1450 0.7262 -0.6721</w:t>
        <w:br/>
        <w:t>vn 0.0976 0.9943 -0.0422</w:t>
        <w:br/>
        <w:t>vn 0.0262 0.9505 0.3096</w:t>
        <w:br/>
        <w:t>vn 0.3213 0.8987 0.2984</w:t>
        <w:br/>
        <w:t>vn 0.1076 0.7868 0.6077</w:t>
        <w:br/>
        <w:t>vn 0.3397 0.7231 0.6014</w:t>
        <w:br/>
        <w:t>vn -0.0994 0.9333 0.3452</w:t>
        <w:br/>
        <w:t>vn -0.0132 0.8129 0.5823</w:t>
        <w:br/>
        <w:t>vn 0.2542 0.2616 -0.9311</w:t>
        <w:br/>
        <w:t>vn 0.1722 0.2745 -0.9461</w:t>
        <w:br/>
        <w:t>vn 0.1113 0.7600 -0.6403</w:t>
        <w:br/>
        <w:t>vn 0.1250 0.2838 -0.9507</w:t>
        <w:br/>
        <w:t>vn 0.1216 0.9017 0.4150</w:t>
        <w:br/>
        <w:t>vn 0.0588 0.8242 0.5632</w:t>
        <w:br/>
        <w:t>vn -0.0638 0.2275 -0.9717</w:t>
        <w:br/>
        <w:t>vn -0.2250 0.0124 -0.9743</w:t>
        <w:br/>
        <w:t>vn -0.1625 0.0080 -0.9867</w:t>
        <w:br/>
        <w:t>vn -0.0767 0.1151 -0.9904</w:t>
        <w:br/>
        <w:t>vn -0.1721 0.1474 -0.9740</w:t>
        <w:br/>
        <w:t>vn -0.0309 0.1899 -0.9813</w:t>
        <w:br/>
        <w:t>vn -0.0389 0.0158 -0.9991</w:t>
        <w:br/>
        <w:t>vn 0.0429 0.0097 -0.9990</w:t>
        <w:br/>
        <w:t>vn 0.0493 0.2644 -0.9631</w:t>
        <w:br/>
        <w:t>vn 0.1064 0.2705 -0.9568</w:t>
        <w:br/>
        <w:t>vn 0.1022 0.0061 -0.9947</w:t>
        <w:br/>
        <w:t>vn 0.2214 -0.0091 -0.9751</w:t>
        <w:br/>
        <w:t>vn 0.1730 0.0050 -0.9849</w:t>
        <w:br/>
        <w:t>vn 0.2470 -0.0252 -0.9687</w:t>
        <w:br/>
        <w:t>vn 0.0437 0.3430 -0.9383</w:t>
        <w:br/>
        <w:t>vn 0.0249 0.2981 -0.9542</w:t>
        <w:br/>
        <w:t>vn 0.0470 0.3133 -0.9485</w:t>
        <w:br/>
        <w:t>vn 0.1249 0.6534 -0.7466</w:t>
        <w:br/>
        <w:t>vn 0.0369 0.9979 -0.0535</w:t>
        <w:br/>
        <w:t>vn 0.0420 0.2808 -0.9588</w:t>
        <w:br/>
        <w:t>vn 0.0818 0.4693 -0.8793</w:t>
        <w:br/>
        <w:t>vn 0.1355 -0.1025 -0.9855</w:t>
        <w:br/>
        <w:t>vn 0.0658 -0.0880 -0.9939</w:t>
        <w:br/>
        <w:t>vn 0.2322 -0.1270 -0.9643</w:t>
        <w:br/>
        <w:t>vn 0.4373 -0.2765 -0.8557</w:t>
        <w:br/>
        <w:t>vn 0.2758 -0.4146 -0.8672</w:t>
        <w:br/>
        <w:t>vn -0.0088 -0.0698 -0.9975</w:t>
        <w:br/>
        <w:t>vn -0.2291 -0.0548 -0.9719</w:t>
        <w:br/>
        <w:t>vn 0.9629 -0.1020 0.2497</w:t>
        <w:br/>
        <w:t>vn 0.9848 0.0549 0.1648</w:t>
        <w:br/>
        <w:t>vn 0.9983 -0.0529 0.0228</w:t>
        <w:br/>
        <w:t>vn 0.9914 -0.1188 0.0552</w:t>
        <w:br/>
        <w:t>vn 0.9506 -0.1816 -0.2517</w:t>
        <w:br/>
        <w:t>vn 0.9468 -0.2024 -0.2502</w:t>
        <w:br/>
        <w:t>vn -0.1820 -0.0592 -0.9815</w:t>
        <w:br/>
        <w:t>vn 0.9351 -0.0548 0.3502</w:t>
        <w:br/>
        <w:t>vn 0.7619 -0.3810 0.5238</w:t>
        <w:br/>
        <w:t>vn 0.7843 -0.4890 0.3819</w:t>
        <w:br/>
        <w:t>vn 0.8605 -0.5052 0.0651</w:t>
        <w:br/>
        <w:t>vn 0.9738 0.1572 0.1641</w:t>
        <w:br/>
        <w:t>vn 0.0217 -0.1394 -0.9900</w:t>
        <w:br/>
        <w:t>vn -0.2357 -0.1351 -0.9624</w:t>
        <w:br/>
        <w:t>vn -0.2387 -0.1144 -0.9643</w:t>
        <w:br/>
        <w:t>vn 0.8036 -0.4519 -0.3873</w:t>
        <w:br/>
        <w:t>vn 0.8605 -0.5052 0.0650</w:t>
        <w:br/>
        <w:t>vn 0.6238 -0.2494 -0.7407</w:t>
        <w:br/>
        <w:t>vn 0.1950 -0.1693 -0.9661</w:t>
        <w:br/>
        <w:t>vn 0.0690 -0.1334 -0.9886</w:t>
        <w:br/>
        <w:t>vn 0.0144 -0.2226 -0.9748</w:t>
        <w:br/>
        <w:t>vn -0.1270 -0.2260 -0.9658</w:t>
        <w:br/>
        <w:t>vn 0.3607 0.3394 0.8687</w:t>
        <w:br/>
        <w:t>vn 0.2572 0.0617 0.9644</w:t>
        <w:br/>
        <w:t>vn 0.1725 0.0581 0.9833</w:t>
        <w:br/>
        <w:t>vn 0.3551 0.3790 0.8545</w:t>
        <w:br/>
        <w:t>vn -0.0620 -0.8593 0.5076</w:t>
        <w:br/>
        <w:t>vn 0.3699 -0.8088 0.4572</w:t>
        <w:br/>
        <w:t>vn 0.4065 -0.9125 0.0457</w:t>
        <w:br/>
        <w:t>vn -0.0597 -0.9981 0.0179</w:t>
        <w:br/>
        <w:t>vn 0.3135 -0.6849 0.6577</w:t>
        <w:br/>
        <w:t>vn 0.3157 -0.3638 0.8763</w:t>
        <w:br/>
        <w:t>vn -0.0222 -0.4879 0.8726</w:t>
        <w:br/>
        <w:t>vn -0.0596 -0.9981 0.0180</w:t>
        <w:br/>
        <w:t>vn 0.4066 -0.9125 0.0457</w:t>
        <w:br/>
        <w:t>vn 0.3482 -0.8027 -0.4842</w:t>
        <w:br/>
        <w:t>vn -0.0399 -0.8020 -0.5960</w:t>
        <w:br/>
        <w:t>vn 0.1259 -0.4471 -0.8856</w:t>
        <w:br/>
        <w:t>vn -0.0776 -0.4226 -0.9030</w:t>
        <w:br/>
        <w:t>vn -0.3304 -0.7790 -0.5329</w:t>
        <w:br/>
        <w:t>vn -0.1694 -0.3908 -0.9048</w:t>
        <w:br/>
        <w:t>vn -0.3726 -0.9279 -0.0099</w:t>
        <w:br/>
        <w:t>vn -0.3484 -0.8258 0.4435</w:t>
        <w:br/>
        <w:t>vn -0.3727 -0.9279 -0.0099</w:t>
        <w:br/>
        <w:t>vn 0.1480 0.0530 0.9876</w:t>
        <w:br/>
        <w:t>vn -0.1377 -0.4415 0.8866</w:t>
        <w:br/>
        <w:t>vn -0.1778 -0.4310 0.8846</w:t>
        <w:br/>
        <w:t>vn -0.4192 -0.7985 0.4322</w:t>
        <w:br/>
        <w:t>vn 0.5117 0.5907 -0.6239</w:t>
        <w:br/>
        <w:t>vn 0.3001 0.2778 -0.9126</w:t>
        <w:br/>
        <w:t>vn 0.1948 -0.0457 -0.9798</w:t>
        <w:br/>
        <w:t>vn 0.3116 0.3288 -0.8915</w:t>
        <w:br/>
        <w:t>vn 0.0858 -0.0282 -0.9959</w:t>
        <w:br/>
        <w:t>vn 0.0778 -0.0099 -0.9969</w:t>
        <w:br/>
        <w:t>vn -0.3806 -0.7625 -0.5232</w:t>
        <w:br/>
        <w:t>vn -0.1557 -0.3997 -0.9033</w:t>
        <w:br/>
        <w:t>vn 0.3269 0.3528 -0.8767</w:t>
        <w:br/>
        <w:t>vn 0.1097 -0.0171 -0.9938</w:t>
        <w:br/>
        <w:t>vn 0.5399 0.5891 -0.6012</w:t>
        <w:br/>
        <w:t>vn -0.4590 -0.8882 -0.0214</w:t>
        <w:br/>
        <w:t>vn 0.5538 0.6952 0.4582</w:t>
        <w:br/>
        <w:t>vn 0.5735 0.6602 0.4850</w:t>
        <w:br/>
        <w:t>vn 0.3582 0.4136 0.8370</w:t>
        <w:br/>
        <w:t>vn 0.5344 0.6945 0.4817</w:t>
        <w:br/>
        <w:t>vn 0.6122 0.7881 -0.0635</w:t>
        <w:br/>
        <w:t>vn 0.6612 0.7443 -0.0938</w:t>
        <w:br/>
        <w:t>vn 0.3393 0.3484 -0.8738</w:t>
        <w:br/>
        <w:t>vn 0.1303 0.0512 0.9902</w:t>
        <w:br/>
        <w:t>vn 0.5403 0.7892 -0.2918</w:t>
        <w:br/>
        <w:t>vn 0.2928 0.8945 0.3379</w:t>
        <w:br/>
        <w:t>vn 0.1815 0.8619 0.4736</w:t>
        <w:br/>
        <w:t>vn 0.2985 0.4289 -0.8526</w:t>
        <w:br/>
        <w:t>vn 0.0000 0.3871 -0.9221</w:t>
        <w:br/>
        <w:t>vn 0.1420 0.9099 -0.3898</w:t>
        <w:br/>
        <w:t>vn 0.1389 0.9792 0.1480</w:t>
        <w:br/>
        <w:t>vn 0.1566 0.8276 0.5390</w:t>
        <w:br/>
        <w:t>vn 0.1865 0.7996 0.5708</w:t>
        <w:br/>
        <w:t>vn 0.1502 0.8017 0.5785</w:t>
        <w:br/>
        <w:t>vn 0.1462 0.7409 -0.6555</w:t>
        <w:br/>
        <w:t>vn 0.6151 0.7789 -0.1223</w:t>
        <w:br/>
        <w:t>vn 0.5340 0.7186 0.4454</w:t>
        <w:br/>
        <w:t>vn 0.5835 0.8014 -0.1317</w:t>
        <w:br/>
        <w:t>vn 0.5001 0.6223 -0.6022</w:t>
        <w:br/>
        <w:t>vn 0.4826 0.6296 -0.6088</w:t>
        <w:br/>
        <w:t>vn 0.3553 0.4307 0.8296</w:t>
        <w:br/>
        <w:t>vn 0.2236 0.6104 0.7598</w:t>
        <w:br/>
        <w:t>vn 0.2369 0.6460 0.7256</w:t>
        <w:br/>
        <w:t>vn 0.2351 0.6179 0.7502</w:t>
        <w:br/>
        <w:t>vn -0.3663 0.6150 0.6983</w:t>
        <w:br/>
        <w:t>vn -0.5863 0.3630 0.7242</w:t>
        <w:br/>
        <w:t>vn 0.9542 0.2990 0.0055</w:t>
        <w:br/>
        <w:t>vn 0.9665 0.2477 0.0673</w:t>
        <w:br/>
        <w:t>vn -0.4840 0.5838 0.6518</w:t>
        <w:br/>
        <w:t>vn 0.1076 0.7739 0.6242</w:t>
        <w:br/>
        <w:t>vn 0.0504 0.7945 0.6052</w:t>
        <w:br/>
        <w:t>vn -0.1624 0.7379 0.6550</w:t>
        <w:br/>
        <w:t>vn -0.1244 0.7274 0.6749</w:t>
        <w:br/>
        <w:t>vn -0.0165 0.8185 0.5743</w:t>
        <w:br/>
        <w:t>vn -0.2639 0.7418 0.6165</w:t>
        <w:br/>
        <w:t>vn 0.0573 0.1264 -0.9903</w:t>
        <w:br/>
        <w:t>vn 0.3277 -0.2770 -0.9033</w:t>
        <w:br/>
        <w:t>vn 0.0000 0.0868 -0.9962</w:t>
        <w:br/>
        <w:t>vn -0.0000 0.0077 -1.0000</w:t>
        <w:br/>
        <w:t>vn 0.0000 -0.0644 -0.9979</w:t>
        <w:br/>
        <w:t>vn -0.0000 -0.0983 -0.9952</w:t>
        <w:br/>
        <w:t>vn 0.0000 -0.2072 -0.9783</w:t>
        <w:br/>
        <w:t>vn 0.2651 0.8079 -0.5263</w:t>
        <w:br/>
        <w:t>vn 0.2197 0.0144 0.9755</w:t>
        <w:br/>
        <w:t>vn -0.1050 0.7577 0.6441</w:t>
        <w:br/>
        <w:t>vn 0.1213 0.7463 0.6545</w:t>
        <w:br/>
        <w:t>vn 0.2587 0.4352 0.8624</w:t>
        <w:br/>
        <w:t>vn 0.1896 0.6681 0.7195</w:t>
        <w:br/>
        <w:t>vn 0.1813 0.6796 0.7109</w:t>
        <w:br/>
        <w:t>vn 0.1595 0.6606 0.7336</w:t>
        <w:br/>
        <w:t>vn 0.1318 0.7932 0.5946</w:t>
        <w:br/>
        <w:t>vn 0.2369 0.8249 0.5132</w:t>
        <w:br/>
        <w:t>vn 0.1469 0.7701 0.6208</w:t>
        <w:br/>
        <w:t>vn 0.1319 0.7591 0.6375</w:t>
        <w:br/>
        <w:t>vn -0.2449 0.9538 0.1742</w:t>
        <w:br/>
        <w:t>vn -0.2639 0.9625 0.0631</w:t>
        <w:br/>
        <w:t>vn -0.0528 -0.2961 -0.9537</w:t>
        <w:br/>
        <w:t>vn -0.0000 -0.2972 -0.9548</w:t>
        <w:br/>
        <w:t>vn 0.1273 -0.1917 -0.9732</w:t>
        <w:br/>
        <w:t>vn 0.3922 -0.2861 -0.8743</w:t>
        <w:br/>
        <w:t>vn 0.7973 -0.2915 -0.5286</w:t>
        <w:br/>
        <w:t>vn 0.9498 -0.1820 -0.2545</w:t>
        <w:br/>
        <w:t>vn 0.9985 -0.0553 0.0037</w:t>
        <w:br/>
        <w:t>vn 0.9890 0.1152 0.0933</w:t>
        <w:br/>
        <w:t>vn 0.9660 0.2581 0.0173</w:t>
        <w:br/>
        <w:t>vn 0.9549 0.2958 -0.0236</w:t>
        <w:br/>
        <w:t>vn 0.9312 0.3611 0.0499</w:t>
        <w:br/>
        <w:t>vn 0.9383 0.3455 0.0141</w:t>
        <w:br/>
        <w:t>vn 0.8561 0.4940 0.1522</w:t>
        <w:br/>
        <w:t>vn 0.7253 0.6301 0.2773</w:t>
        <w:br/>
        <w:t>vn 0.0000 0.1102 -0.9939</w:t>
        <w:br/>
        <w:t>vn 0.9042 0.4165 0.0944</w:t>
        <w:br/>
        <w:t>vn 0.8956 0.4283 0.1201</w:t>
        <w:br/>
        <w:t>vn 0.9227 0.3760 0.0848</w:t>
        <w:br/>
        <w:t>vn 0.0372 -0.1534 0.9875</w:t>
        <w:br/>
        <w:t>vn 0.1734 -0.0822 0.9814</w:t>
        <w:br/>
        <w:t>vn -0.0000 -0.1822 0.9833</w:t>
        <w:br/>
        <w:t>vn 0.4943 0.7401 -0.4561</w:t>
        <w:br/>
        <w:t>vn 0.1588 0.4309 -0.8883</w:t>
        <w:br/>
        <w:t>vn 0.0542 0.3317 -0.9418</w:t>
        <w:br/>
        <w:t>vn -0.0000 0.2926 -0.9562</w:t>
        <w:br/>
        <w:t>vn 0.0629 0.3251 -0.9436</w:t>
        <w:br/>
        <w:t>vn 0.7718 0.3519 -0.5295</w:t>
        <w:br/>
        <w:t>vn 0.9224 0.2322 0.3087</w:t>
        <w:br/>
        <w:t>vn 0.5867 0.0952 0.8042</w:t>
        <w:br/>
        <w:t>vn 0.4441 0.0689 0.8933</w:t>
        <w:br/>
        <w:t>vn 0.7884 0.1419 0.5986</w:t>
        <w:br/>
        <w:t>vn 0.9255 0.2199 0.3084</w:t>
        <w:br/>
        <w:t>vn 0.7473 0.4249 -0.5109</w:t>
        <w:br/>
        <w:t>vn 0.4871 0.4885 -0.7239</w:t>
        <w:br/>
        <w:t>vn 0.2911 0.4598 -0.8389</w:t>
        <w:br/>
        <w:t>vn 0.7218 -0.1656 0.6720</w:t>
        <w:br/>
        <w:t>vn 0.7964 -0.1146 0.5938</w:t>
        <w:br/>
        <w:t>vn 0.8696 -0.2402 0.4314</w:t>
        <w:br/>
        <w:t>vn 0.2822 0.1682 0.9445</w:t>
        <w:br/>
        <w:t>vn 0.4774 0.4377 0.7619</w:t>
        <w:br/>
        <w:t>vn 0.6649 0.7433 0.0728</w:t>
        <w:br/>
        <w:t>vn 0.4782 0.5744 -0.6644</w:t>
        <w:br/>
        <w:t>vn 0.1057 0.0470 -0.9933</w:t>
        <w:br/>
        <w:t>vn 0.1057 0.0469 -0.9933</w:t>
        <w:br/>
        <w:t>vn -0.2082 -0.6047 -0.7687</w:t>
        <w:br/>
        <w:t>vn -0.3350 -0.9388 -0.0807</w:t>
        <w:br/>
        <w:t>vn -0.5691 -0.0347 0.8215</w:t>
        <w:br/>
        <w:t>vn 0.9141 0.4023 0.0512</w:t>
        <w:br/>
        <w:t>vn 0.8950 0.4301 0.1182</w:t>
        <w:br/>
        <w:t>vn 0.8551 0.4953 0.1533</w:t>
        <w:br/>
        <w:t>vn 0.8814 0.4603 0.1062</w:t>
        <w:br/>
        <w:t>vn 0.3445 0.5651 -0.7497</w:t>
        <w:br/>
        <w:t>vn 0.2148 0.4578 -0.8627</w:t>
        <w:br/>
        <w:t>vn -0.0636 0.4627 -0.8842</w:t>
        <w:br/>
        <w:t>vn 0.0826 0.4524 -0.8880</w:t>
        <w:br/>
        <w:t>vn 0.0214 0.4669 -0.8840</w:t>
        <w:br/>
        <w:t>vn -0.1617 0.2012 0.9661</w:t>
        <w:br/>
        <w:t>vn -0.1106 0.1428 0.9836</w:t>
        <w:br/>
        <w:t>vn -0.2182 0.2341 0.9474</w:t>
        <w:br/>
        <w:t>vn 0.2439 0.5948 -0.7660</w:t>
        <w:br/>
        <w:t>vn 0.1072 0.3675 -0.9238</w:t>
        <w:br/>
        <w:t>vn -0.0671 0.4062 -0.9113</w:t>
        <w:br/>
        <w:t>vn -0.0907 0.0387 0.9951</w:t>
        <w:br/>
        <w:t>vn -0.1497 0.2197 0.9640</w:t>
        <w:br/>
        <w:t>vn -0.2520 0.3862 -0.8873</w:t>
        <w:br/>
        <w:t>vn -0.2049 0.4054 -0.8909</w:t>
        <w:br/>
        <w:t>vn -0.7151 0.1944 0.6714</w:t>
        <w:br/>
        <w:t>vn -0.4044 0.6633 0.6296</w:t>
        <w:br/>
        <w:t>vn -0.3597 0.6374 0.6815</w:t>
        <w:br/>
        <w:t>vn -0.2735 0.4123 -0.8690</w:t>
        <w:br/>
        <w:t>vn -0.8626 -0.5058 -0.0029</w:t>
        <w:br/>
        <w:t>vn -0.9337 -0.3581 0.0007</w:t>
        <w:br/>
        <w:t>vn -0.8923 -0.3930 0.2221</w:t>
        <w:br/>
        <w:t>vn -0.9367 0.2846 -0.2042</w:t>
        <w:br/>
        <w:t>vn -0.9612 0.2705 0.0537</w:t>
        <w:br/>
        <w:t>vn -0.9988 0.0382 0.0322</w:t>
        <w:br/>
        <w:t>vn -0.9680 0.0504 -0.2459</w:t>
        <w:br/>
        <w:t>vn -0.9636 0.0286 0.2657</w:t>
        <w:br/>
        <w:t>vn -0.9350 0.2000 0.2928</w:t>
        <w:br/>
        <w:t>vn -0.8154 -0.0049 0.5789</w:t>
        <w:br/>
        <w:t>vn -0.7995 0.1135 0.5899</w:t>
        <w:br/>
        <w:t>vn -0.4272 -0.2497 0.8690</w:t>
        <w:br/>
        <w:t>vn -0.6135 -0.2488 0.7495</w:t>
        <w:br/>
        <w:t>vn -0.5117 -0.1688 0.8424</w:t>
        <w:br/>
        <w:t>vn -0.7378 -0.2545 0.6252</w:t>
        <w:br/>
        <w:t>vn -0.7982 -0.3207 0.5099</w:t>
        <w:br/>
        <w:t>vn -0.8643 -0.1320 0.4854</w:t>
        <w:br/>
        <w:t>vn -0.7330 -0.1188 0.6697</w:t>
        <w:br/>
        <w:t>vn -0.4299 0.0414 0.9019</w:t>
        <w:br/>
        <w:t>vn -0.7421 0.1233 0.6589</w:t>
        <w:br/>
        <w:t>vn -0.5945 0.1518 0.7896</w:t>
        <w:br/>
        <w:t>vn -0.4074 0.0636 0.9110</w:t>
        <w:br/>
        <w:t>vn -0.4801 0.0022 0.8772</w:t>
        <w:br/>
        <w:t>vn -0.5657 -0.0650 0.8221</w:t>
        <w:br/>
        <w:t>vn -0.8839 0.3884 -0.2605</w:t>
        <w:br/>
        <w:t>vn -0.9438 0.3233 -0.0686</w:t>
        <w:br/>
        <w:t>vn -0.8783 0.2953 0.3760</w:t>
        <w:br/>
        <w:t>vn -0.9047 -0.3967 -0.1551</w:t>
        <w:br/>
        <w:t>vn -0.8357 -0.5354 -0.1225</w:t>
        <w:br/>
        <w:t>vn -0.2056 -0.0970 0.9738</w:t>
        <w:br/>
        <w:t>vn -0.1945 -0.0507 0.9796</w:t>
        <w:br/>
        <w:t>vn -0.7876 0.2477 -0.5642</w:t>
        <w:br/>
        <w:t>vn -0.7394 0.4697 -0.4823</w:t>
        <w:br/>
        <w:t>vn -0.8425 0.0246 -0.5381</w:t>
        <w:br/>
        <w:t>vn -0.6170 -0.0359 -0.7862</w:t>
        <w:br/>
        <w:t>vn -0.5389 0.1811 -0.8227</w:t>
        <w:br/>
        <w:t>vn -0.8190 -0.4400 -0.3681</w:t>
        <w:br/>
        <w:t>vn -0.7814 -0.5336 -0.3234</w:t>
        <w:br/>
        <w:t>vn -0.8036 0.5080 -0.3102</w:t>
        <w:br/>
        <w:t>vn -0.8575 -0.2333 -0.4585</w:t>
        <w:br/>
        <w:t>vn -0.6557 -0.2650 -0.7070</w:t>
        <w:br/>
        <w:t>vn -0.4903 0.3965 -0.7761</w:t>
        <w:br/>
        <w:t>vn -0.2602 0.3340 -0.9059</w:t>
        <w:br/>
        <w:t>vn -0.2697 0.7438 -0.6116</w:t>
        <w:br/>
        <w:t>vn -0.3804 0.9039 -0.1957</w:t>
        <w:br/>
        <w:t>vn -0.9594 -0.1838 -0.2140</w:t>
        <w:br/>
        <w:t>vn -0.2213 -0.1740 0.9596</w:t>
        <w:br/>
        <w:t>vn -0.9475 -0.1481 0.2835</w:t>
        <w:br/>
        <w:t>vn -0.9866 -0.1628 0.0057</w:t>
        <w:br/>
        <w:t>vn -0.6166 -0.5123 -0.5978</w:t>
        <w:br/>
        <w:t>vn -0.6368 -0.4422 -0.6316</w:t>
        <w:br/>
        <w:t>vn -0.0388 -0.1563 0.9869</w:t>
        <w:br/>
        <w:t>vn -0.0693 -0.1789 0.9814</w:t>
        <w:br/>
        <w:t>vn -0.3139 -0.2881 0.9047</w:t>
        <w:br/>
        <w:t>vn -0.4869 -0.2919 0.8233</w:t>
        <w:br/>
        <w:t>vn -0.6651 -0.2926 0.6870</w:t>
        <w:br/>
        <w:t>vn -0.7351 -0.3101 0.6029</w:t>
        <w:br/>
        <w:t>vn -0.0750 -0.0031 0.9972</w:t>
        <w:br/>
        <w:t>vn -0.0718 -0.0582 0.9957</w:t>
        <w:br/>
        <w:t>vn -0.1861 -0.0011 0.9825</w:t>
        <w:br/>
        <w:t>vn -0.2207 0.0470 0.9742</w:t>
        <w:br/>
        <w:t>vn -0.0816 -0.1071 0.9909</w:t>
        <w:br/>
        <w:t>vn 0.0251 0.0537 -0.9982</w:t>
        <w:br/>
        <w:t>vn 0.0098 -0.1231 -0.9923</w:t>
        <w:br/>
        <w:t>vn -0.4076 -0.4127 -0.8146</w:t>
        <w:br/>
        <w:t>vn -0.4300 -0.2800 -0.8583</w:t>
        <w:br/>
        <w:t>vn -0.3195 0.1228 -0.9396</w:t>
        <w:br/>
        <w:t>vn -0.3868 -0.0895 -0.9178</w:t>
        <w:br/>
        <w:t>vn -0.1814 -0.1149 -0.9767</w:t>
        <w:br/>
        <w:t>vn -0.1267 0.0788 -0.9888</w:t>
        <w:br/>
        <w:t>vn -0.0764 0.2434 -0.9669</w:t>
        <w:br/>
        <w:t>vn -0.3067 -0.4711 -0.8271</w:t>
        <w:br/>
        <w:t>vn -0.0948 -0.1652 0.9817</w:t>
        <w:br/>
        <w:t>vn -0.1608 -0.3542 -0.9212</w:t>
        <w:br/>
        <w:t>vn -0.1967 -0.2709 -0.9423</w:t>
        <w:br/>
        <w:t>vn 0.0074 -0.2529 -0.9675</w:t>
        <w:br/>
        <w:t>vn 0.0261 -0.3116 -0.9499</w:t>
        <w:br/>
        <w:t>vn 0.0541 -0.3635 -0.9300</w:t>
        <w:br/>
        <w:t>vn 0.0670 -0.3981 -0.9149</w:t>
        <w:br/>
        <w:t>vn -0.1084 -0.4164 -0.9027</w:t>
        <w:br/>
        <w:t>vn -0.0852 -0.4489 -0.8895</w:t>
        <w:br/>
        <w:t>vn 0.0403 0.2231 -0.9740</w:t>
        <w:br/>
        <w:t>vn -0.5975 -0.6180 0.5109</w:t>
        <w:br/>
        <w:t>vn -0.5832 -0.7730 0.2499</w:t>
        <w:br/>
        <w:t>vn -0.9269 0.3436 0.1507</w:t>
        <w:br/>
        <w:t>vn -0.8796 0.4076 0.2452</w:t>
        <w:br/>
        <w:t>vn -0.8225 0.1805 0.5394</w:t>
        <w:br/>
        <w:t>vn -0.6716 0.3276 0.6646</w:t>
        <w:br/>
        <w:t>vn -0.8055 0.2602 0.5324</w:t>
        <w:br/>
        <w:t>vn -0.9599 0.1707 0.2224</w:t>
        <w:br/>
        <w:t>vn -0.4492 0.0838 0.8895</w:t>
        <w:br/>
        <w:t>vn -0.3730 0.0428 0.9268</w:t>
        <w:br/>
        <w:t>vn -0.3151 0.0713 0.9464</w:t>
        <w:br/>
        <w:t>vn -0.2316 0.2791 0.9319</w:t>
        <w:br/>
        <w:t>vn -0.0590 0.2918 0.9547</w:t>
        <w:br/>
        <w:t>vn -0.8808 0.3933 0.2636</w:t>
        <w:br/>
        <w:t>vn -0.1930 0.3807 0.9043</w:t>
        <w:br/>
        <w:t>vn -0.3552 0.2837 -0.8907</w:t>
        <w:br/>
        <w:t>vn -0.3473 0.6350 -0.6900</w:t>
        <w:br/>
        <w:t>vn -0.8531 -0.3751 0.3627</w:t>
        <w:br/>
        <w:t>vn -0.1937 -0.2613 0.9456</w:t>
        <w:br/>
        <w:t>vn -0.2935 -0.2487 0.9230</w:t>
        <w:br/>
        <w:t>vn -0.1479 -0.2188 0.9645</w:t>
        <w:br/>
        <w:t>vn -0.0651 -0.2072 0.9761</w:t>
        <w:br/>
        <w:t>vn -0.5789 -0.7270 0.3693</w:t>
        <w:br/>
        <w:t>vn 0.4160 0.6081 -0.6762</w:t>
        <w:br/>
        <w:t>vn 0.5342 0.4138 -0.7372</w:t>
        <w:br/>
        <w:t>vn 0.5625 0.3200 -0.7624</w:t>
        <w:br/>
        <w:t>vn -0.6063 -0.6715 -0.4260</w:t>
        <w:br/>
        <w:t>vn -0.6590 -0.6533 -0.3726</w:t>
        <w:br/>
        <w:t>vn -0.7408 -0.6339 -0.2221</w:t>
        <w:br/>
        <w:t>vn -0.6443 -0.6086 -0.4632</w:t>
        <w:br/>
        <w:t>vn -0.4644 -0.1310 0.8759</w:t>
        <w:br/>
        <w:t>vn -0.3894 -0.0646 0.9188</w:t>
        <w:br/>
        <w:t>vn -0.8151 -0.5654 -0.1260</w:t>
        <w:br/>
        <w:t>vn -0.6986 -0.4770 -0.5333</w:t>
        <w:br/>
        <w:t>vn -0.7637 -0.2433 -0.5979</w:t>
        <w:br/>
        <w:t>vn -0.8934 -0.4063 -0.1916</w:t>
        <w:br/>
        <w:t>vn -0.4675 -0.2734 -0.8406</w:t>
        <w:br/>
        <w:t>vn -0.5175 -0.0968 -0.8502</w:t>
        <w:br/>
        <w:t>vn -0.8867 -0.4470 0.1181</w:t>
        <w:br/>
        <w:t>vn -0.8645 -0.3703 0.3398</w:t>
        <w:br/>
        <w:t>vn -0.8139 -0.5011 0.2942</w:t>
        <w:br/>
        <w:t>vn -0.8295 -0.5534 0.0756</w:t>
        <w:br/>
        <w:t>vn -0.8388 0.2737 -0.4705</w:t>
        <w:br/>
        <w:t>vn -0.9824 -0.0022 -0.1865</w:t>
        <w:br/>
        <w:t>vn -0.5905 -0.1384 0.7951</w:t>
        <w:br/>
        <w:t>vn -0.7257 -0.2003 0.6583</w:t>
        <w:br/>
        <w:t>vn -0.8353 -0.5410 0.0978</w:t>
        <w:br/>
        <w:t>vn -0.5380 0.3467 -0.7683</w:t>
        <w:br/>
        <w:t>vn -0.9293 -0.3276 0.1703</w:t>
        <w:br/>
        <w:t>vn -0.9038 -0.3525 0.2425</w:t>
        <w:br/>
        <w:t>vn 0.8340 -0.2588 0.4873</w:t>
        <w:br/>
        <w:t>vn 0.7196 -0.6904 -0.0748</w:t>
        <w:br/>
        <w:t>vn 0.7935 -0.6085 -0.0095</w:t>
        <w:br/>
        <w:t>vn 0.8726 -0.3262 0.3636</w:t>
        <w:br/>
        <w:t>vn 0.7881 -0.3302 0.5195</w:t>
        <w:br/>
        <w:t>vn 0.6521 -0.7537 -0.0819</w:t>
        <w:br/>
        <w:t>vn -0.5082 -0.3222 0.7987</w:t>
        <w:br/>
        <w:t>vn -0.6526 0.4695 0.5947</w:t>
        <w:br/>
        <w:t>vn -0.4960 0.4390 0.7492</w:t>
        <w:br/>
        <w:t>vn -0.2553 -0.0906 0.9626</w:t>
        <w:br/>
        <w:t>vn 0.1861 -0.9793 -0.0799</w:t>
        <w:br/>
        <w:t>vn 0.1094 -0.9923 -0.0580</w:t>
        <w:br/>
        <w:t>vn -0.1119 -0.8085 0.5777</w:t>
        <w:br/>
        <w:t>vn 0.0269 -0.7409 0.6710</w:t>
        <w:br/>
        <w:t>vn -0.5083 -0.3222 0.7987</w:t>
        <w:br/>
        <w:t>vn -0.2553 -0.0907 0.9626</w:t>
        <w:br/>
        <w:t>vn -0.7264 -0.3671 0.5810</w:t>
        <w:br/>
        <w:t>vn -0.8392 0.5290 0.1260</w:t>
        <w:br/>
        <w:t>vn -0.6525 0.7461 0.1324</w:t>
        <w:br/>
        <w:t>vn -0.5518 0.8338 0.0158</w:t>
        <w:br/>
        <w:t>vn -0.6213 0.7823 0.0445</w:t>
        <w:br/>
        <w:t>vn -0.5512 0.5997 -0.5801</w:t>
        <w:br/>
        <w:t>vn -0.4625 0.5963 -0.6561</w:t>
        <w:br/>
        <w:t>vn -0.6261 0.7759 0.0777</w:t>
        <w:br/>
        <w:t>vn -0.6012 0.7959 0.0716</w:t>
        <w:br/>
        <w:t>vn -0.3466 -0.2041 -0.9156</w:t>
        <w:br/>
        <w:t>vn -0.7979 0.5537 -0.2383</w:t>
        <w:br/>
        <w:t>vn -0.6460 -0.2779 -0.7109</w:t>
        <w:br/>
        <w:t>vn -0.3465 -0.2041 -0.9156</w:t>
        <w:br/>
        <w:t>vn -0.2048 -0.6420 -0.7389</w:t>
        <w:br/>
        <w:t>vn 0.0332 -0.7612 -0.6477</w:t>
        <w:br/>
        <w:t>vn -0.6563 0.7375 -0.1595</w:t>
        <w:br/>
        <w:t>vn -0.5136 0.7844 -0.3477</w:t>
        <w:br/>
        <w:t>vn 0.0990 -0.7216 0.6852</w:t>
        <w:br/>
        <w:t>vn 0.1379 -0.9862 0.0915</w:t>
        <w:br/>
        <w:t>vn 0.2292 -0.9638 0.1360</w:t>
        <w:br/>
        <w:t>vn 0.1586 -0.7700 0.6181</w:t>
        <w:br/>
        <w:t>vn 0.1813 -0.7025 0.6882</w:t>
        <w:br/>
        <w:t>vn 0.3592 -0.9329 -0.0255</w:t>
        <w:br/>
        <w:t>vn -0.6510 0.5696 -0.5018</w:t>
        <w:br/>
        <w:t>vn -0.8102 0.1735 -0.5599</w:t>
        <w:br/>
        <w:t>vn -0.6492 -0.2077 -0.7317</w:t>
        <w:br/>
        <w:t>vn -0.3916 -0.0481 -0.9189</w:t>
        <w:br/>
        <w:t>vn -0.3845 -0.8784 -0.2839</w:t>
        <w:br/>
        <w:t>vn -0.3915 -0.0481 -0.9189</w:t>
        <w:br/>
        <w:t>vn -0.6491 -0.2076 -0.7319</w:t>
        <w:br/>
        <w:t>vn -0.1248 -0.9853 -0.1165</w:t>
        <w:br/>
        <w:t>vn -0.3845 -0.8784 -0.2838</w:t>
        <w:br/>
        <w:t>vn 0.1070 -0.9835 0.1460</w:t>
        <w:br/>
        <w:t>vn -0.4497 0.7471 0.4894</w:t>
        <w:br/>
        <w:t>vn -0.5333 0.7648 0.3616</w:t>
        <w:br/>
        <w:t>vn -0.6183 0.7703 0.1560</w:t>
        <w:br/>
        <w:t>vn -0.6516 0.7085 0.2710</w:t>
        <w:br/>
        <w:t>vn -0.7317 0.6604 -0.1687</w:t>
        <w:br/>
        <w:t>vn 0.1294 -0.4169 0.8997</w:t>
        <w:br/>
        <w:t>vn -0.0803 -0.4855 0.8705</w:t>
        <w:br/>
        <w:t>vn -0.3223 0.2035 0.9245</w:t>
        <w:br/>
        <w:t>vn -0.2496 0.2339 0.9397</w:t>
        <w:br/>
        <w:t>vn -0.5722 0.6703 0.4725</w:t>
        <w:br/>
        <w:t>vn -0.5323 0.6865 0.4955</w:t>
        <w:br/>
        <w:t>vn -0.2496 0.2340 0.9397</w:t>
        <w:br/>
        <w:t>vn 0.4228 -0.8856 0.1922</w:t>
        <w:br/>
        <w:t>vn 0.2610 -0.9511 0.1654</w:t>
        <w:br/>
        <w:t>vn -0.5635 0.7651 -0.3116</w:t>
        <w:br/>
        <w:t>vn -0.5670 0.7736 -0.2830</w:t>
        <w:br/>
        <w:t>vn -0.8313 -0.1605 0.5321</w:t>
        <w:br/>
        <w:t>vn -0.5620 -0.0649 0.8246</w:t>
        <w:br/>
        <w:t>vn -0.5260 -0.5827 0.6195</w:t>
        <w:br/>
        <w:t>vn -0.2519 -0.7647 0.5931</w:t>
        <w:br/>
        <w:t>vn -0.9110 0.1605 0.3799</w:t>
        <w:br/>
        <w:t>vn -0.7427 0.5824 0.3305</w:t>
        <w:br/>
        <w:t>vn -0.5620 -0.0650 0.8246</w:t>
        <w:br/>
        <w:t>vn -0.5342 0.7535 -0.3832</w:t>
        <w:br/>
        <w:t>vn 0.2343 -0.7825 -0.5769</w:t>
        <w:br/>
        <w:t>vn 0.3819 -0.7002 -0.6032</w:t>
        <w:br/>
        <w:t>vn 0.1185 -0.1907 -0.9745</w:t>
        <w:br/>
        <w:t>vn -0.0039 -0.2441 -0.9697</w:t>
        <w:br/>
        <w:t>vn -0.2645 0.3856 -0.8839</w:t>
        <w:br/>
        <w:t>vn -0.3131 0.3370 -0.8879</w:t>
        <w:br/>
        <w:t>vn -0.8247 -0.3139 -0.4704</w:t>
        <w:br/>
        <w:t>vn -0.3175 -0.4327 -0.8438</w:t>
        <w:br/>
        <w:t>vn -0.5321 0.3449 -0.7732</w:t>
        <w:br/>
        <w:t>vn -0.7815 0.4127 -0.4680</w:t>
        <w:br/>
        <w:t>vn -0.0218 -0.7977 -0.6027</w:t>
        <w:br/>
        <w:t>vn 0.0985 -0.8789 -0.4668</w:t>
        <w:br/>
        <w:t>vn -0.5869 0.6412 -0.4944</w:t>
        <w:br/>
        <w:t>vn -0.4242 0.1658 0.8903</w:t>
        <w:br/>
        <w:t>vn -0.6557 0.6401 0.4003</w:t>
        <w:br/>
        <w:t>vn -0.6267 0.6716 0.3952</w:t>
        <w:br/>
        <w:t>vn -0.3697 0.2142 0.9041</w:t>
        <w:br/>
        <w:t>vn 0.0838 -0.4170 0.9050</w:t>
        <w:br/>
        <w:t>vn 0.0004 -0.5089 0.8608</w:t>
        <w:br/>
        <w:t>vn -0.4241 0.1657 0.8903</w:t>
        <w:br/>
        <w:t>vn 0.4770 -0.8198 0.3169</w:t>
        <w:br/>
        <w:t>vn 0.4348 -0.8808 0.1875</w:t>
        <w:br/>
        <w:t>vn -0.5517 0.7480 -0.3691</w:t>
        <w:br/>
        <w:t>vn -0.5524 0.7518 -0.3601</w:t>
        <w:br/>
        <w:t>vn -0.6685 -0.6671 0.3287</w:t>
        <w:br/>
        <w:t>vn -0.7316 -0.1009 0.6742</w:t>
        <w:br/>
        <w:t>vn -0.6940 -0.6728 0.2563</w:t>
        <w:br/>
        <w:t>vn -0.8035 0.5784 0.1409</w:t>
        <w:br/>
        <w:t>vn -0.7316 -0.1009 0.6743</w:t>
        <w:br/>
        <w:t>vn 0.0942 -0.9684 -0.2308</w:t>
        <w:br/>
        <w:t>vn 0.2645 -0.9430 -0.2021</w:t>
        <w:br/>
        <w:t>vn -0.7198 0.6342 -0.2823</w:t>
        <w:br/>
        <w:t>vn -0.5176 0.6526 -0.5533</w:t>
        <w:br/>
        <w:t>vn -0.6096 0.6364 -0.4726</w:t>
        <w:br/>
        <w:t>vn 0.2232 -0.1629 -0.9611</w:t>
        <w:br/>
        <w:t>vn 0.2350 -0.1979 -0.9516</w:t>
        <w:br/>
        <w:t>vn -0.2351 0.4208 -0.8762</w:t>
        <w:br/>
        <w:t>vn -0.2312 0.4582 -0.8583</w:t>
        <w:br/>
        <w:t>vn 0.5199 -0.7129 -0.4706</w:t>
        <w:br/>
        <w:t>vn 0.5533 -0.7252 -0.4099</w:t>
        <w:br/>
        <w:t>vn 0.2890 -0.9564 -0.0421</w:t>
        <w:br/>
        <w:t>vn 0.4725 -0.6778 -0.5633</w:t>
        <w:br/>
        <w:t>vn 0.5220 -0.6646 -0.5346</w:t>
        <w:br/>
        <w:t>vn 0.4182 -0.9055 -0.0724</w:t>
        <w:br/>
        <w:t>vn 0.3021 -0.9398 -0.1600</w:t>
        <w:br/>
        <w:t>vn 0.4412 -0.7055 -0.5547</w:t>
        <w:br/>
        <w:t>vn 0.2648 0.0194 -0.9641</w:t>
        <w:br/>
        <w:t>vn 0.2345 -0.0692 -0.9696</w:t>
        <w:br/>
        <w:t>vn -0.1925 0.4778 -0.8571</w:t>
        <w:br/>
        <w:t>vn -0.3191 0.6507 -0.6891</w:t>
        <w:br/>
        <w:t>vn 0.6121 -0.7794 -0.1334</w:t>
        <w:br/>
        <w:t>vn 0.7535 -0.3966 0.5244</w:t>
        <w:br/>
        <w:t>vn 0.7126 -0.4743 0.5170</w:t>
        <w:br/>
        <w:t>vn 0.5297 -0.8310 -0.1700</w:t>
        <w:br/>
        <w:t>vn 0.0853 -0.8890 -0.4499</w:t>
        <w:br/>
        <w:t>vn -0.1021 -0.7961 -0.5965</w:t>
        <w:br/>
        <w:t>vn 0.3685 0.1419 0.9187</w:t>
        <w:br/>
        <w:t>vn -0.1521 0.4453 0.8823</w:t>
        <w:br/>
        <w:t>vn -0.1921 0.4109 0.8912</w:t>
        <w:br/>
        <w:t>vn 0.3654 0.0682 0.9283</w:t>
        <w:br/>
        <w:t>vn -0.9069 -0.3597 0.2195</w:t>
        <w:br/>
        <w:t>vn -0.5088 -0.8331 -0.2169</w:t>
        <w:br/>
        <w:t>vn -0.7443 -0.2933 -0.6000</w:t>
        <w:br/>
        <w:t>vn -0.9571 0.2524 0.1423</w:t>
        <w:br/>
        <w:t>vn -0.6237 0.4128 0.6638</w:t>
        <w:br/>
        <w:t>vn -0.6433 0.2179 0.7340</w:t>
        <w:br/>
        <w:t>vn -0.9069 -0.3598 0.2194</w:t>
        <w:br/>
        <w:t>vn -0.4640 0.4598 0.7572</w:t>
        <w:br/>
        <w:t>vn -0.4760 0.8225 -0.3114</w:t>
        <w:br/>
        <w:t>vn -0.2510 0.6476 -0.7194</w:t>
        <w:br/>
        <w:t>vn 0.3377 -0.9412 0.0124</w:t>
        <w:br/>
        <w:t>vn 0.3207 -0.9438 0.0795</w:t>
        <w:br/>
        <w:t>vn 0.2805 -0.9596 -0.0229</w:t>
        <w:br/>
        <w:t>vn -0.3863 0.4593 0.7999</w:t>
        <w:br/>
        <w:t>vn -0.3337 0.4395 0.8340</w:t>
        <w:br/>
        <w:t>vn -0.2388 0.0075 0.9710</w:t>
        <w:br/>
        <w:t>vn -0.3830 0.0198 0.9235</w:t>
        <w:br/>
        <w:t>vn -0.0964 -0.4297 0.8978</w:t>
        <w:br/>
        <w:t>vn -0.3435 -0.5026 0.7934</w:t>
        <w:br/>
        <w:t>vn 0.1163 -0.8326 0.5416</w:t>
        <w:br/>
        <w:t>vn -0.1924 -0.9037 0.3824</w:t>
        <w:br/>
        <w:t>vn 0.2645 -0.9633 0.0458</w:t>
        <w:br/>
        <w:t>vn 0.6330 -0.7565 -0.1644</w:t>
        <w:br/>
        <w:t>vn 0.4917 -0.8460 -0.2064</w:t>
        <w:br/>
        <w:t>vn 0.5570 -0.8084 -0.1903</w:t>
        <w:br/>
        <w:t>vn 0.6273 -0.7402 -0.2421</w:t>
        <w:br/>
        <w:t>vn 0.5713 -0.6245 -0.5325</w:t>
        <w:br/>
        <w:t>vn 0.5639 -0.6006 -0.5668</w:t>
        <w:br/>
        <w:t>vn 0.3594 -0.1591 -0.9195</w:t>
        <w:br/>
        <w:t>vn 0.5472 -0.6262 -0.5554</w:t>
        <w:br/>
        <w:t>vn 0.2354 0.0725 -0.9692</w:t>
        <w:br/>
        <w:t>vn -0.1761 0.4881 -0.8549</w:t>
        <w:br/>
        <w:t>vn -0.2493 0.6104 -0.7519</w:t>
        <w:br/>
        <w:t>vn 0.4748 -0.8712 -0.1247</w:t>
        <w:br/>
        <w:t>vn 0.2814 -0.9221 -0.2658</w:t>
        <w:br/>
        <w:t>vn 0.0847 -0.9938 -0.0723</w:t>
        <w:br/>
        <w:t>vn -0.1089 0.5391 0.8352</w:t>
        <w:br/>
        <w:t>vn 0.3902 0.2762 0.8783</w:t>
        <w:br/>
        <w:t>vn -0.3612 0.5663 0.7408</w:t>
        <w:br/>
        <w:t>vn -0.3601 0.6744 0.6446</w:t>
        <w:br/>
        <w:t>vn -0.4276 0.7232 0.5423</w:t>
        <w:br/>
        <w:t>vn -0.4001 0.5131 0.7594</w:t>
        <w:br/>
        <w:t>vn 0.1168 -0.9926 -0.0323</w:t>
        <w:br/>
        <w:t>vn -0.6574 0.6600 0.3637</w:t>
        <w:br/>
        <w:t>vn -0.6155 0.7105 -0.3410</w:t>
        <w:br/>
        <w:t>vn -0.7482 0.6626 0.0335</w:t>
        <w:br/>
        <w:t>vn -0.5658 0.5598 -0.6053</w:t>
        <w:br/>
        <w:t>vn -0.4409 -0.2611 0.8587</w:t>
        <w:br/>
        <w:t>vn -0.1337 -0.1642 0.9773</w:t>
        <w:br/>
        <w:t>vn 0.2566 0.4485 0.8562</w:t>
        <w:br/>
        <w:t>vn -0.1015 0.5822 0.8067</w:t>
        <w:br/>
        <w:t>vn -0.1801 -0.1443 0.9730</w:t>
        <w:br/>
        <w:t>vn -0.4627 0.4580 0.7590</w:t>
        <w:br/>
        <w:t>vn -0.4697 0.4895 0.7347</w:t>
        <w:br/>
        <w:t>vn -0.1572 -0.2306 0.9603</w:t>
        <w:br/>
        <w:t>vn -0.3818 0.4853 0.7866</w:t>
        <w:br/>
        <w:t>vn 0.1939 -0.1336 -0.9719</w:t>
        <w:br/>
        <w:t>vn 0.0988 0.0144 -0.9950</w:t>
        <w:br/>
        <w:t>vn -0.2524 0.4469 -0.8582</w:t>
        <w:br/>
        <w:t>vn -0.2677 0.4194 -0.8675</w:t>
        <w:br/>
        <w:t>vn 0.4423 -0.5339 -0.7206</w:t>
        <w:br/>
        <w:t>vn 0.6322 -0.7662 -0.1150</w:t>
        <w:br/>
        <w:t>vn 0.4457 -0.7873 -0.4259</w:t>
        <w:br/>
        <w:t>vn 0.4488 -0.8132 -0.3705</w:t>
        <w:br/>
        <w:t>vn 0.7094 -0.6683 0.2238</w:t>
        <w:br/>
        <w:t>vn 0.4435 -0.7913 -0.4209</w:t>
        <w:br/>
        <w:t>vn 0.7466 -0.5490 0.3757</w:t>
        <w:br/>
        <w:t>vn 0.7148 -0.5738 0.3997</w:t>
        <w:br/>
        <w:t>vn 0.3403 -0.8805 -0.3302</w:t>
        <w:br/>
        <w:t>vn 0.5014 0.0254 0.8648</w:t>
        <w:br/>
        <w:t>vn 0.6496 -0.2324 0.7239</w:t>
        <w:br/>
        <w:t>vn 0.4848 0.0144 0.8745</w:t>
        <w:br/>
        <w:t>vn -0.1164 -0.5328 -0.8382</w:t>
        <w:br/>
        <w:t>vn -0.1328 -0.5708 -0.8103</w:t>
        <w:br/>
        <w:t>vn -0.2559 -0.6439 -0.7211</w:t>
        <w:br/>
        <w:t>vn -0.1260 -0.5304 -0.8383</w:t>
        <w:br/>
        <w:t>vn -0.3905 -0.7559 -0.5255</w:t>
        <w:br/>
        <w:t>vn 0.1825 -0.9644 -0.1914</w:t>
        <w:br/>
        <w:t>vn 0.1284 -0.9785 0.1613</w:t>
        <w:br/>
        <w:t>vn -0.5477 -0.8223 -0.1544</w:t>
        <w:br/>
        <w:t>vn -0.1390 0.4533 0.8805</w:t>
        <w:br/>
        <w:t>vn -0.0482 0.4783 0.8769</w:t>
        <w:br/>
        <w:t>vn 0.4513 0.0088 0.8923</w:t>
        <w:br/>
        <w:t>vn 0.3981 0.0244 0.9170</w:t>
        <w:br/>
        <w:t>vn 0.7535 -0.3966 0.5243</w:t>
        <w:br/>
        <w:t>vn -0.6510 -0.0452 -0.7577</w:t>
        <w:br/>
        <w:t>vn -0.8419 0.5027 -0.1961</w:t>
        <w:br/>
        <w:t>vn -0.7806 0.6236 -0.0424</w:t>
        <w:br/>
        <w:t>vn -0.6372 -0.0263 -0.7703</w:t>
        <w:br/>
        <w:t>vn -0.4559 0.7511 0.4775</w:t>
        <w:br/>
        <w:t>vn -0.7806 0.6236 -0.0425</w:t>
        <w:br/>
        <w:t>vn -0.4704 0.7368 0.4857</w:t>
        <w:br/>
        <w:t>vn -0.9554 -0.2069 -0.2107</w:t>
        <w:br/>
        <w:t>vn -0.7953 -0.2480 -0.5531</w:t>
        <w:br/>
        <w:t>vn -0.5277 0.6856 0.5015</w:t>
        <w:br/>
        <w:t>vn -0.5984 0.6115 0.5176</w:t>
        <w:br/>
        <w:t>vn -0.6347 -0.0328 -0.7720</w:t>
        <w:br/>
        <w:t>vn -0.7018 -0.1183 -0.7025</w:t>
        <w:br/>
        <w:t>vn -0.8419 0.5027 -0.1960</w:t>
        <w:br/>
        <w:t>vn -0.1512 -0.6914 -0.7065</w:t>
        <w:br/>
        <w:t>vn 0.4756 -0.8411 -0.2577</w:t>
        <w:br/>
        <w:t>vn 0.6147 -0.2565 0.7459</w:t>
        <w:br/>
        <w:t>vn 0.6985 -0.5452 0.4635</w:t>
        <w:br/>
        <w:t>vn 0.5821 -0.7207 0.3766</w:t>
        <w:br/>
        <w:t>vn -0.8360 0.5205 -0.1737</w:t>
        <w:br/>
        <w:t>vn -0.8177 0.5419 -0.1939</w:t>
        <w:br/>
        <w:t>vn 0.0268 0.5181 0.8549</w:t>
        <w:br/>
        <w:t>vn 0.0281 0.5034 0.8636</w:t>
        <w:br/>
        <w:t>vn 0.5055 0.0253 0.8625</w:t>
        <w:br/>
        <w:t>vn -0.9421 0.1753 -0.2858</w:t>
        <w:br/>
        <w:t>vn -0.6518 0.7117 0.2619</w:t>
        <w:br/>
        <w:t>vn -0.4227 0.7422 0.5201</w:t>
        <w:br/>
        <w:t>vn -0.8360 0.5205 -0.1736</w:t>
        <w:br/>
        <w:t>vn 0.5821 -0.7206 0.3766</w:t>
        <w:br/>
        <w:t>vn 0.5452 0.0597 0.8362</w:t>
        <w:br/>
        <w:t>vn -0.4345 0.4985 0.7502</w:t>
        <w:br/>
        <w:t>vn -0.1346 -0.1179 0.9839</w:t>
        <w:br/>
        <w:t>vn -0.4209 0.5058 0.7530</w:t>
        <w:br/>
        <w:t>vn -0.1309 0.0434 0.9904</w:t>
        <w:br/>
        <w:t>vn -0.0738 -0.1023 0.9920</w:t>
        <w:br/>
        <w:t>vn -0.4337 0.4962 0.7521</w:t>
        <w:br/>
        <w:t>vn -0.0738 -0.1022 0.9920</w:t>
        <w:br/>
        <w:t>vn 0.3042 -0.7078 0.6376</w:t>
        <w:br/>
        <w:t>vn 0.3112 -0.6953 0.6479</w:t>
        <w:br/>
        <w:t>vn -0.0994 -0.1010 0.9899</w:t>
        <w:br/>
        <w:t>vn 0.3424 -0.7245 0.5982</w:t>
        <w:br/>
        <w:t>vn 0.3426 -0.7085 0.6170</w:t>
        <w:br/>
        <w:t>vn -0.0431 -0.1030 0.9937</w:t>
        <w:br/>
        <w:t>vn -0.0390 -0.1218 0.9918</w:t>
        <w:br/>
        <w:t>vn 0.3128 -0.7496 0.5833</w:t>
        <w:br/>
        <w:t>vn -0.1194 0.0201 0.9926</w:t>
        <w:br/>
        <w:t>vn -0.4201 0.5031 0.7552</w:t>
        <w:br/>
        <w:t>vn -0.4096 0.5108 0.7559</w:t>
        <w:br/>
        <w:t>vn 0.4776 -0.8737 -0.0923</w:t>
        <w:br/>
        <w:t>vn 0.4415 -0.8870 -0.1353</w:t>
        <w:br/>
        <w:t>vn 0.4592 -0.8727 -0.1661</w:t>
        <w:br/>
        <w:t>vn 0.4537 -0.8759 -0.1638</w:t>
        <w:br/>
        <w:t>vn 0.4102 -0.8959 -0.1707</w:t>
        <w:br/>
        <w:t>vn 0.0180 -0.8616 0.5073</w:t>
        <w:br/>
        <w:t>vn -0.4290 -0.8380 0.3371</w:t>
        <w:br/>
        <w:t>vn -0.5157 -0.8447 -0.1429</w:t>
        <w:br/>
        <w:t>vn 0.0121 -0.9799 -0.1989</w:t>
        <w:br/>
        <w:t>vn -0.2423 -0.9684 -0.0593</w:t>
        <w:br/>
        <w:t>vn -0.3275 -0.9264 -0.1856</w:t>
        <w:br/>
        <w:t>vn -0.5785 0.8013 0.1523</w:t>
        <w:br/>
        <w:t>vn -0.5664 0.8079 0.1626</w:t>
        <w:br/>
        <w:t>vn -0.5683 0.8136 0.1227</w:t>
        <w:br/>
        <w:t>vn -0.5482 0.8219 0.1549</w:t>
        <w:br/>
        <w:t>vn -0.5104 0.8459 0.1546</w:t>
        <w:br/>
        <w:t>vn -0.3493 0.5680 0.7452</w:t>
        <w:br/>
        <w:t>vn -0.3944 0.5348 0.7473</w:t>
        <w:br/>
        <w:t>vn -0.4366 0.6420 -0.6302</w:t>
        <w:br/>
        <w:t>vn -0.1339 0.1337 -0.9819</w:t>
        <w:br/>
        <w:t>vn -0.1869 0.2777 -0.9423</w:t>
        <w:br/>
        <w:t>vn -0.4655 0.6780 -0.5689</w:t>
        <w:br/>
        <w:t>vn -0.4550 0.6743 -0.5816</w:t>
        <w:br/>
        <w:t>vn -0.1196 0.1778 -0.9768</w:t>
        <w:br/>
        <w:t>vn 0.2453 -0.4725 -0.8465</w:t>
        <w:br/>
        <w:t>vn 0.2422 -0.4689 -0.8494</w:t>
        <w:br/>
        <w:t>vn -0.1062 0.1751 -0.9788</w:t>
        <w:br/>
        <w:t>vn 0.2789 -0.4883 -0.8269</w:t>
        <w:br/>
        <w:t>vn -0.4325 0.6623 -0.6118</w:t>
        <w:br/>
        <w:t>vn 0.2644 -0.4814 -0.8357</w:t>
        <w:br/>
        <w:t>vn -0.1152 0.1707 -0.9786</w:t>
        <w:br/>
        <w:t>vn -0.1115 0.1737 -0.9785</w:t>
        <w:br/>
        <w:t>vn 0.2568 -0.4733 -0.8426</w:t>
        <w:br/>
        <w:t>vn -0.1152 0.1706 -0.9786</w:t>
        <w:br/>
        <w:t>vn -0.4585 0.6966 -0.5518</w:t>
        <w:br/>
        <w:t>vn -0.4549 0.6849 -0.5692</w:t>
        <w:br/>
        <w:t>vn -0.1115 0.1736 -0.9785</w:t>
        <w:br/>
        <w:t>vn 0.2114 -0.5883 -0.7805</w:t>
        <w:br/>
        <w:t>vn 0.4379 -0.8853 -0.1563</w:t>
        <w:br/>
        <w:t>vn 0.2209 -0.4903 -0.8431</w:t>
        <w:br/>
        <w:t>vn -0.5317 -0.4392 -0.7242</w:t>
        <w:br/>
        <w:t>vn -0.0944 -0.5389 -0.8371</w:t>
        <w:br/>
        <w:t>vn -0.4107 0.7421 -0.5298</w:t>
        <w:br/>
        <w:t>vn -0.4741 0.7099 -0.5209</w:t>
        <w:br/>
        <w:t>vn -0.0817 -0.1692 0.9822</w:t>
        <w:br/>
        <w:t>vn 0.2097 -0.8063 0.5531</w:t>
        <w:br/>
        <w:t>vn 0.2703 -0.9440 -0.1892</w:t>
        <w:br/>
        <w:t>vn 0.1005 -0.5090 -0.8549</w:t>
        <w:br/>
        <w:t>vn -0.1704 -0.2840 0.9436</w:t>
        <w:br/>
        <w:t>vn -0.2962 0.1483 -0.9435</w:t>
        <w:br/>
        <w:t>vn -0.2094 0.2212 -0.9525</w:t>
        <w:br/>
        <w:t>vn -0.2288 0.3060 -0.9241</w:t>
        <w:br/>
        <w:t>vn 0.3215 -0.7085 0.6283</w:t>
        <w:br/>
        <w:t>vn -0.2288 0.3059 -0.9241</w:t>
        <w:br/>
        <w:t>vn -0.4818 0.6977 -0.5302</w:t>
        <w:br/>
        <w:t>vn -0.3955 0.5222 0.7556</w:t>
        <w:br/>
        <w:t>vn -0.5591 0.8124 0.1655</w:t>
        <w:br/>
        <w:t>vn -0.4725 0.7002 -0.5352</w:t>
        <w:br/>
        <w:t>vn -0.3388 -0.0107 0.9408</w:t>
        <w:br/>
        <w:t>vn -0.4299 0.5203 0.7379</w:t>
        <w:br/>
        <w:t>vn -0.4951 0.4751 0.7274</w:t>
        <w:br/>
        <w:t>vn -0.2962 0.1484 -0.9435</w:t>
        <w:br/>
        <w:t>vn -0.1817 0.0407 0.9825</w:t>
        <w:br/>
        <w:t>vn 0.2325 -0.7381 0.6333</w:t>
        <w:br/>
        <w:t>vn 0.2686 -0.7005 0.6612</w:t>
        <w:br/>
        <w:t>vn -0.1088 -0.0755 0.9912</w:t>
        <w:br/>
        <w:t>vn -0.4186 0.5580 0.7166</w:t>
        <w:br/>
        <w:t>vn -0.4047 0.6085 0.6826</w:t>
        <w:br/>
        <w:t>vn -0.1485 -0.1217 0.9814</w:t>
        <w:br/>
        <w:t>vn -0.1817 0.0408 0.9825</w:t>
        <w:br/>
        <w:t>vn -0.4406 0.5345 0.7212</w:t>
        <w:br/>
        <w:t>vn -0.4275 0.5410 0.7243</w:t>
        <w:br/>
        <w:t>vn 0.3737 -0.9225 -0.0967</w:t>
        <w:br/>
        <w:t>vn 0.4332 -0.8961 -0.0967</w:t>
        <w:br/>
        <w:t>vn -0.0134 -0.9940 -0.1085</w:t>
        <w:br/>
        <w:t>vn -0.0781 -0.7837 0.6162</w:t>
        <w:br/>
        <w:t>vn -0.5615 -0.5612 0.6081</w:t>
        <w:br/>
        <w:t>vn -0.5732 -0.8102 -0.1224</w:t>
        <w:br/>
        <w:t>vn -0.5273 0.8458 0.0811</w:t>
        <w:br/>
        <w:t>vn -0.5579 0.8292 0.0344</w:t>
        <w:br/>
        <w:t>vn -0.5576 0.8255 0.0871</w:t>
        <w:br/>
        <w:t>vn -0.5403 0.8359 0.0965</w:t>
        <w:br/>
        <w:t>vn -0.3874 0.6841 -0.6180</w:t>
        <w:br/>
        <w:t>vn -0.1201 0.2461 -0.9618</w:t>
        <w:br/>
        <w:t>vn -0.0704 0.0718 -0.9949</w:t>
        <w:br/>
        <w:t>vn -0.3407 0.7118 -0.6142</w:t>
        <w:br/>
        <w:t>vn 0.2016 -0.6061 -0.7694</w:t>
        <w:br/>
        <w:t>vn 0.2666 -0.5573 -0.7863</w:t>
        <w:br/>
        <w:t>vn -0.0506 0.1471 -0.9878</w:t>
        <w:br/>
        <w:t>vn 0.3009 -0.5149 -0.8027</w:t>
        <w:br/>
        <w:t>vn -0.3896 0.6907 -0.6092</w:t>
        <w:br/>
        <w:t>vn -0.3987 0.6767 -0.6189</w:t>
        <w:br/>
        <w:t>vn -0.4694 -0.4368 -0.7674</w:t>
        <w:br/>
        <w:t>vn -0.0356 -0.6274 -0.7779</w:t>
        <w:br/>
        <w:t>vn 0.3184 -0.5304 -0.7857</w:t>
        <w:br/>
        <w:t>vn -0.0400 0.1806 -0.9827</w:t>
        <w:br/>
        <w:t>vn 0.0433 0.1211 -0.9917</w:t>
        <w:br/>
        <w:t>vn 0.3545 -0.5249 -0.7738</w:t>
        <w:br/>
        <w:t>vn -0.5992 0.7984 0.0591</w:t>
        <w:br/>
        <w:t>vn -0.3952 0.6266 -0.6717</w:t>
        <w:br/>
        <w:t>vn -0.3973 0.6506 -0.6472</w:t>
        <w:br/>
        <w:t>vn -0.5865 0.8069 0.0705</w:t>
        <w:br/>
        <w:t>vn 0.4187 -0.9044 -0.0824</w:t>
        <w:br/>
        <w:t>vn 0.1266 -0.9844 -0.1219</w:t>
        <w:br/>
        <w:t>vn 0.2540 -0.6757 0.6920</w:t>
        <w:br/>
        <w:t>vn 0.2346 -0.6826 0.6921</w:t>
        <w:br/>
        <w:t>vn 0.2910 -0.9531 -0.0834</w:t>
        <w:br/>
        <w:t>vn 0.1586 -0.7600 0.6303</w:t>
        <w:br/>
        <w:t>vn -0.1484 -0.1217 0.9814</w:t>
        <w:br/>
        <w:t>vn -0.2695 -0.1732 0.9473</w:t>
        <w:br/>
        <w:t>vn -0.1468 0.0091 -0.9891</w:t>
        <w:br/>
        <w:t>vn -0.4974 0.7886 0.3616</w:t>
        <w:br/>
        <w:t>vn -0.4384 0.5536 0.7081</w:t>
        <w:br/>
        <w:t>vn -0.4366 0.4602 0.7731</w:t>
        <w:br/>
        <w:t>vn -0.5614 -0.5612 0.6081</w:t>
        <w:br/>
        <w:t>vn -0.2694 -0.1732 0.9473</w:t>
        <w:br/>
        <w:t>vn -0.3347 0.6855 -0.6465</w:t>
        <w:br/>
        <w:t>vn -0.0533 -0.0217 0.9983</w:t>
        <w:br/>
        <w:t>vn -0.1312 0.0172 0.9912</w:t>
        <w:br/>
        <w:t>vn -0.3095 0.6150 -0.7252</w:t>
        <w:br/>
        <w:t>vn -0.5020 0.7209 0.4778</w:t>
        <w:br/>
        <w:t>vn -0.2761 0.3223 0.9055</w:t>
        <w:br/>
        <w:t>vn -0.2290 0.2232 0.9475</w:t>
        <w:br/>
        <w:t>vn -0.5007 0.7148 0.4882</w:t>
        <w:br/>
        <w:t>vn 0.1146 -0.4236 0.8986</w:t>
        <w:br/>
        <w:t>vn -0.2291 0.2232 0.9475</w:t>
        <w:br/>
        <w:t>vn 0.1815 -0.4306 0.8841</w:t>
        <w:br/>
        <w:t>vn 0.1486 -0.4181 0.8962</w:t>
        <w:br/>
        <w:t>vn -0.2041 0.2014 0.9580</w:t>
        <w:br/>
        <w:t>vn -0.3195 0.3376 0.8854</w:t>
        <w:br/>
        <w:t>vn 0.1478 -0.5043 0.8508</w:t>
        <w:br/>
        <w:t>vn 0.1752 -0.4736 0.8632</w:t>
        <w:br/>
        <w:t>vn -0.2191 0.1957 0.9559</w:t>
        <w:br/>
        <w:t>vn -0.3196 0.3376 0.8854</w:t>
        <w:br/>
        <w:t>vn -0.5194 0.7275 0.4483</w:t>
        <w:br/>
        <w:t>vn -0.5255 0.7295 0.4379</w:t>
        <w:br/>
        <w:t>vn -0.2042 0.2014 0.9580</w:t>
        <w:br/>
        <w:t>vn -0.5147 0.7149 0.4733</w:t>
        <w:br/>
        <w:t>vn -0.5198 0.7175 0.4636</w:t>
        <w:br/>
        <w:t>vn 0.4021 -0.8887 0.2203</w:t>
        <w:br/>
        <w:t>vn 0.4414 -0.8564 0.2679</w:t>
        <w:br/>
        <w:t>vn 0.4309 -0.8651 0.2568</w:t>
        <w:br/>
        <w:t>vn 0.3824 -0.8839 0.2692</w:t>
        <w:br/>
        <w:t>vn 0.4242 -0.8655 0.2664</w:t>
        <w:br/>
        <w:t>vn -0.4190 -0.6557 0.6280</w:t>
        <w:br/>
        <w:t>vn -0.6010 -0.7940 0.0914</w:t>
        <w:br/>
        <w:t>vn 0.0135 -0.9716 0.2360</w:t>
        <w:br/>
        <w:t>vn -0.1268 -0.6308 0.7655</w:t>
        <w:br/>
        <w:t>vn -0.5334 0.8026 -0.2669</w:t>
        <w:br/>
        <w:t>vn -0.5243 0.8094 -0.2645</w:t>
        <w:br/>
        <w:t>vn -0.5429 0.7918 -0.2797</w:t>
        <w:br/>
        <w:t>vn -0.5385 0.7969 -0.2740</w:t>
        <w:br/>
        <w:t>vn -0.5316 0.8012 -0.2749</w:t>
        <w:br/>
        <w:t>vn -0.5255 0.8033 -0.2804</w:t>
        <w:br/>
        <w:t>vn -0.5075 0.7514 0.4217</w:t>
        <w:br/>
        <w:t>vn -0.5100 0.8157 -0.2731</w:t>
        <w:br/>
        <w:t>vn -0.5165 0.8044 -0.2936</w:t>
        <w:br/>
        <w:t>vn -0.5132 0.7747 0.3693</w:t>
        <w:br/>
        <w:t>vn 0.1258 -0.1705 -0.9773</w:t>
        <w:br/>
        <w:t>vn 0.0375 -0.0551 -0.9978</w:t>
        <w:br/>
        <w:t>vn -0.2674 0.4378 -0.8584</w:t>
        <w:br/>
        <w:t>vn -0.2611 0.4278 -0.8653</w:t>
        <w:br/>
        <w:t>vn 0.3926 -0.7033 -0.5926</w:t>
        <w:br/>
        <w:t>vn 0.4089 -0.7107 -0.5725</w:t>
        <w:br/>
        <w:t>vn 0.1062 -0.1782 -0.9782</w:t>
        <w:br/>
        <w:t>vn 0.0363 -0.0744 -0.9966</w:t>
        <w:br/>
        <w:t>vn -0.2760 0.4586 -0.8447</w:t>
        <w:br/>
        <w:t>vn -0.2858 0.4532 -0.8444</w:t>
        <w:br/>
        <w:t>vn 0.3867 -0.7792 -0.4932</w:t>
        <w:br/>
        <w:t>vn 0.4117 -0.7451 -0.5248</w:t>
        <w:br/>
        <w:t>vn 0.4086 -0.7252 -0.5541</w:t>
        <w:br/>
        <w:t>vn 0.1051 -0.1707 -0.9797</w:t>
        <w:br/>
        <w:t>vn -0.2807 0.4456 -0.8501</w:t>
        <w:br/>
        <w:t>vn -0.2864 0.4273 -0.8576</w:t>
        <w:br/>
        <w:t>vn -0.2581 -0.8987 -0.3547</w:t>
        <w:br/>
        <w:t>vn 0.1357 -0.9060 -0.4009</w:t>
        <w:br/>
        <w:t>vn -0.2728 0.4494 -0.8507</w:t>
        <w:br/>
        <w:t>vn -0.2750 0.4768 -0.8349</w:t>
        <w:br/>
        <w:t>vn -0.2900 0.1588 0.9437</w:t>
        <w:br/>
        <w:t>vn 0.0704 -0.5594 0.8259</w:t>
        <w:br/>
        <w:t>vn 0.2850 -0.9232 0.2578</w:t>
        <w:br/>
        <w:t>vn 0.3135 -0.8359 -0.4506</w:t>
        <w:br/>
        <w:t>vn -0.3727 0.0828 0.9242</w:t>
        <w:br/>
        <w:t>vn 0.0205 -0.3643 -0.9310</w:t>
        <w:br/>
        <w:t>vn 0.0855 -0.2867 -0.9542</w:t>
        <w:br/>
        <w:t>vn -0.2901 0.1589 0.9437</w:t>
        <w:br/>
        <w:t>vn 0.0206 -0.3643 -0.9310</w:t>
        <w:br/>
        <w:t>vn -0.2894 0.4318 -0.8543</w:t>
        <w:br/>
        <w:t>vn -0.1603 0.0302 -0.9866</w:t>
        <w:br/>
        <w:t>vn -0.2611 0.3653 -0.8935</w:t>
        <w:br/>
        <w:t>vn -0.6198 0.6839 0.3849</w:t>
        <w:br/>
        <w:t>vn -0.4456 0.3413 0.8276</w:t>
        <w:br/>
        <w:t>vn 0.0589 -0.4265 0.9025</w:t>
        <w:br/>
        <w:t>vn 0.0832 -0.3892 0.9174</w:t>
        <w:br/>
        <w:t>vn -0.3858 0.2685 0.8826</w:t>
        <w:br/>
        <w:t>vn -0.4503 0.3699 0.8127</w:t>
        <w:br/>
        <w:t>vn -0.6172 0.7253 0.3050</w:t>
        <w:br/>
        <w:t>vn -0.6495 0.6917 0.3158</w:t>
        <w:br/>
        <w:t>vn 0.0930 -0.3699 0.9244</w:t>
        <w:br/>
        <w:t>vn 0.4946 -0.7837 0.3758</w:t>
        <w:br/>
        <w:t>vn 0.5023 -0.7833 0.3664</w:t>
        <w:br/>
        <w:t>vn 0.1073 -0.3874 0.9156</w:t>
        <w:br/>
        <w:t>vn 0.4048 -0.8384 0.3651</w:t>
        <w:br/>
        <w:t>vn 0.4488 -0.8152 0.3661</w:t>
        <w:br/>
        <w:t>vn -0.5908 -0.4690 0.6566</w:t>
        <w:br/>
        <w:t>vn -0.5132 -0.8485 0.1295</w:t>
        <w:br/>
        <w:t>vn -0.0085 -0.9478 0.3188</w:t>
        <w:br/>
        <w:t>vn -0.2316 -0.5947 0.7699</w:t>
        <w:br/>
        <w:t>vn -0.5845 0.7039 -0.4036</w:t>
        <w:br/>
        <w:t>vn -0.5407 0.7356 -0.4081</w:t>
        <w:br/>
        <w:t>vn -0.6128 0.7324 0.2966</w:t>
        <w:br/>
        <w:t>vn -0.5159 0.7475 -0.4184</w:t>
        <w:br/>
        <w:t>vn -0.5172 0.7353 -0.4381</w:t>
        <w:br/>
        <w:t>vn -0.5872 0.7735 0.2386</w:t>
        <w:br/>
        <w:t>vn 0.1729 -0.1206 -0.9775</w:t>
        <w:br/>
        <w:t>vn -0.1980 0.3875 -0.9003</w:t>
        <w:br/>
        <w:t>vn 0.5707 -0.7330 -0.3701</w:t>
        <w:br/>
        <w:t>vn 0.1571 -0.1818 -0.9707</w:t>
        <w:br/>
        <w:t>vn -0.2143 0.3501 -0.9119</w:t>
        <w:br/>
        <w:t>vn -0.2287 0.3277 -0.9167</w:t>
        <w:br/>
        <w:t>vn 0.2489 -0.2973 -0.9218</w:t>
        <w:br/>
        <w:t>vn 0.4844 -0.8013 -0.3511</w:t>
        <w:br/>
        <w:t>vn 0.5256 -0.7696 -0.3627</w:t>
        <w:br/>
        <w:t>vn 0.5671 -0.7362 -0.3694</w:t>
        <w:br/>
        <w:t>vn 0.2680 -0.2712 -0.9245</w:t>
        <w:br/>
        <w:t>vn -0.2162 0.3262 -0.9203</w:t>
        <w:br/>
        <w:t>vn -0.2129 0.3322 -0.9189</w:t>
        <w:br/>
        <w:t>vn -0.1713 -0.9393 -0.2972</w:t>
        <w:br/>
        <w:t>vn 0.1817 -0.9207 -0.3455</w:t>
        <w:br/>
        <w:t>vn -0.5963 0.6981 -0.3963</w:t>
        <w:br/>
        <w:t>vn -0.5880 0.7101 -0.3874</w:t>
        <w:br/>
        <w:t>vn -0.1943 0.3566 -0.9138</w:t>
        <w:br/>
        <w:t>vn -0.1638 0.3905 -0.9059</w:t>
        <w:br/>
        <w:t>vn -0.4173 0.2144 0.8831</w:t>
        <w:br/>
        <w:t>vn -0.0236 -0.4824 0.8756</w:t>
        <w:br/>
        <w:t>vn 0.2895 -0.8822 0.3713</w:t>
        <w:br/>
        <w:t>vn 0.4122 -0.8442 -0.3426</w:t>
        <w:br/>
        <w:t>vn -0.6555 0.6735 0.3416</w:t>
        <w:br/>
        <w:t>vn -0.6487 0.6674 0.3656</w:t>
        <w:br/>
        <w:t>vn -0.3889 0.2630 0.8829</w:t>
        <w:br/>
        <w:t>vn -0.3889 0.2631 0.8829</w:t>
        <w:br/>
        <w:t>vn -0.5271 0.0646 0.8473</w:t>
        <w:br/>
        <w:t>vn 0.1450 -0.4201 -0.8958</w:t>
        <w:br/>
        <w:t>vn 0.2228 -0.3448 -0.9119</w:t>
        <w:br/>
        <w:t>vn -0.6964 0.6067 0.3832</w:t>
        <w:br/>
        <w:t>vn -0.5908 -0.4689 0.6566</w:t>
        <w:br/>
        <w:t>vn -0.5272 0.0646 0.8473</w:t>
        <w:br/>
        <w:t>vn -0.1656 0.3090 -0.9365</w:t>
        <w:br/>
        <w:t>vn 0.0168 -0.1688 -0.9855</w:t>
        <w:br/>
        <w:t>vn -0.1343 0.2034 -0.9698</w:t>
        <w:br/>
        <w:t>vn 0.5940 0.1823 0.7836</w:t>
        <w:br/>
        <w:t>vn 0.3493 -0.9321 -0.0963</w:t>
        <w:br/>
        <w:t>vn -0.5491 0.8011 0.2381</w:t>
        <w:br/>
        <w:t>vn -0.4844 0.8373 0.2536</w:t>
        <w:br/>
        <w:t>vn -0.5515 0.8341 -0.0121</w:t>
        <w:br/>
        <w:t>vn -0.6323 0.6715 -0.3863</w:t>
        <w:br/>
        <w:t>vn -0.4436 0.4880 0.7517</w:t>
        <w:br/>
        <w:t>vn -0.5907 0.7964 0.1297</w:t>
        <w:br/>
        <w:t>vn -0.5937 0.7908 0.1487</w:t>
        <w:br/>
        <w:t>vn -0.4507 0.5144 0.7296</w:t>
        <w:br/>
        <w:t>vn -0.4489 0.4986 0.7415</w:t>
        <w:br/>
        <w:t>vn -0.5896 0.7918 0.1594</w:t>
        <w:br/>
        <w:t>vn -0.5471 0.7536 -0.3643</w:t>
        <w:br/>
        <w:t>vn 0.0027 0.4985 0.8669</w:t>
        <w:br/>
        <w:t>vn -0.4878 0.7198 0.4939</w:t>
        <w:br/>
        <w:t>vn -0.5906 0.8043 0.0657</w:t>
        <w:br/>
        <w:t>vn -0.6197 0.7039 -0.3473</w:t>
        <w:br/>
        <w:t>vn -0.5739 0.7183 -0.3933</w:t>
        <w:br/>
        <w:t>vn 0.1741 -0.9821 -0.0712</w:t>
        <w:br/>
        <w:t>vn 0.7269 -0.6848 -0.0517</w:t>
        <w:br/>
        <w:t>vn 0.6191 -0.6779 -0.3965</w:t>
        <w:br/>
        <w:t>vn 0.8444 -0.5006 0.1909</w:t>
        <w:br/>
        <w:t>vn -0.1377 0.0386 -0.9897</w:t>
        <w:br/>
        <w:t>vn -0.4138 0.7234 0.5527</w:t>
        <w:br/>
        <w:t>vn -0.4954 0.4631 0.7349</w:t>
        <w:br/>
        <w:t>vn -0.5218 0.6911 0.5002</w:t>
        <w:br/>
        <w:t>vn -0.5132 -0.8484 0.1295</w:t>
        <w:br/>
        <w:t>vn -0.4949 -0.8224 0.2805</w:t>
        <w:br/>
        <w:t>vn -0.4441 -0.8955 0.0286</w:t>
        <w:br/>
        <w:t>vn -0.4191 -0.6557 0.6280</w:t>
        <w:br/>
        <w:t>vn -0.5327 -0.8020 0.2701</w:t>
        <w:br/>
        <w:t>vn -0.2581 -0.8987 -0.3546</w:t>
        <w:br/>
        <w:t>vn -0.5306 -0.8441 -0.0772</w:t>
        <w:br/>
        <w:t>vn -0.3989 0.5198 0.7555</w:t>
        <w:br/>
        <w:t>vn -0.5674 0.8081 0.1585</w:t>
        <w:br/>
        <w:t>vn -0.4579 0.6802 -0.5724</w:t>
        <w:br/>
        <w:t>vn -0.4614 0.6739 -0.5771</w:t>
        <w:br/>
        <w:t>vn -0.5725 0.8061 0.1500</w:t>
        <w:br/>
        <w:t>vn -0.4054 0.5150 0.7553</w:t>
        <w:br/>
        <w:t>vn -0.3905 0.5271 0.7548</w:t>
        <w:br/>
        <w:t>vn -0.5543 0.8161 0.1632</w:t>
        <w:br/>
        <w:t>vn -0.3570 0.5479 0.7565</w:t>
        <w:br/>
        <w:t>vn -0.2592 0.5972 0.7591</w:t>
        <w:br/>
        <w:t>vn -0.3565 0.9304 0.0849</w:t>
        <w:br/>
        <w:t>vn -0.4885 0.8697 0.0708</w:t>
        <w:br/>
        <w:t>vn -0.3317 0.6605 -0.6736</w:t>
        <w:br/>
        <w:t>vn -0.2510 0.7062 -0.6621</w:t>
        <w:br/>
        <w:t>vn -0.4243 0.5393 0.7274</w:t>
        <w:br/>
        <w:t>vn -0.5399 0.8360 0.0980</w:t>
        <w:br/>
        <w:t>vn -0.3917 0.6886 -0.6102</w:t>
        <w:br/>
        <w:t>vn -0.5020 0.7226 0.4752</w:t>
        <w:br/>
        <w:t>vn -0.5339 0.7974 -0.2813</w:t>
        <w:br/>
        <w:t>vn -0.2822 0.4251 -0.8600</w:t>
        <w:br/>
        <w:t>vn -0.5227 0.7340 0.4336</w:t>
        <w:br/>
        <w:t>vn -0.5190 0.8126 -0.2652</w:t>
        <w:br/>
        <w:t>vn -0.2668 0.4602 -0.8468</w:t>
        <w:br/>
        <w:t>vn -0.6430 0.6651 0.3797</w:t>
        <w:br/>
        <w:t>vn -0.5800 0.7224 -0.3764</w:t>
        <w:br/>
        <w:t>vn -0.2029 0.3515 -0.9139</w:t>
        <w:br/>
        <w:t>vn -0.6154 0.7273 0.3038</w:t>
        <w:br/>
        <w:t>vn -0.5297 0.7417 -0.4115</w:t>
        <w:br/>
        <w:t>vn -0.1990 0.3637 -0.9100</w:t>
        <w:br/>
        <w:t>vn 0.7095 -0.6683 0.2238</w:t>
        <w:br/>
        <w:t>vn 0.5066 0.0284 0.8617</w:t>
        <w:br/>
        <w:t>vn 0.0379 0.4913 0.8702</w:t>
        <w:br/>
        <w:t>vn 0.0371 0.4763 0.8785</w:t>
        <w:br/>
        <w:t>vn -0.4721 0.7285 0.4964</w:t>
        <w:br/>
        <w:t>vn -0.8178 0.5419 -0.1939</w:t>
        <w:br/>
        <w:t>vn -0.0374 0.1337 -0.9903</w:t>
        <w:br/>
        <w:t>vn 0.3020 -0.5191 -0.7996</w:t>
        <w:br/>
        <w:t>vn 0.4249 -0.9015 -0.0821</w:t>
        <w:br/>
        <w:t>vn 0.2490 -0.6834 0.6862</w:t>
        <w:br/>
        <w:t>vn -0.1150 -0.0635 0.9913</w:t>
        <w:br/>
        <w:t>vn -0.7265 -0.3671 0.5810</w:t>
        <w:br/>
        <w:t>vn -0.3274 -0.6577 0.6784</w:t>
        <w:br/>
        <w:t>vn 0.1150 -0.6595 -0.7428</w:t>
        <w:br/>
        <w:t>vn 0.1266 -0.9877 0.0919</w:t>
        <w:br/>
        <w:t>vn 0.0790 -0.9726 0.2188</w:t>
        <w:br/>
        <w:t>vn -0.1339 0.1336 -0.9819</w:t>
        <w:br/>
        <w:t>vn -0.4658 -0.1189 0.8769</w:t>
        <w:br/>
        <w:t>vn -0.1352 0.3909 -0.9105</w:t>
        <w:br/>
        <w:t>vn -0.3886 0.8470 -0.3628</w:t>
        <w:br/>
        <w:t>vn -0.4747 0.8561 -0.2042</w:t>
        <w:br/>
        <w:t>vn -0.4920 0.8149 0.3064</w:t>
        <w:br/>
        <w:t>vn 0.1167 -0.9926 -0.0322</w:t>
        <w:br/>
        <w:t>vn -0.6460 -0.2779 -0.7110</w:t>
        <w:br/>
        <w:t>vn -0.2205 -0.7885 -0.5742</w:t>
        <w:br/>
        <w:t>vn -0.4848 -0.8674 -0.1126</w:t>
        <w:br/>
        <w:t>vn -0.0721 -0.2291 -0.9707</w:t>
        <w:br/>
        <w:t>vn -0.2443 -0.8996 -0.3620</w:t>
        <w:br/>
        <w:t>vn -0.5316 -0.4392 -0.7242</w:t>
        <w:br/>
        <w:t>vn -0.4925 0.8479 -0.1960</w:t>
        <w:br/>
        <w:t>vn -0.5157 -0.8447 -0.1430</w:t>
        <w:br/>
        <w:t>vn -0.4468 -0.8213 -0.3548</w:t>
        <w:br/>
        <w:t>vn -0.4936 -0.8574 0.1459</w:t>
        <w:br/>
        <w:t>vn -0.5381 0.8421 0.0355</w:t>
        <w:br/>
        <w:t>vn -0.3014 -0.9427 0.1431</w:t>
        <w:br/>
        <w:t>vn -0.5546 0.7040 -0.4436</w:t>
        <w:br/>
        <w:t>vn -0.3528 0.6085 -0.7108</w:t>
        <w:br/>
        <w:t>vn 0.3308 0.2811 0.9009</w:t>
        <w:br/>
        <w:t>vn 0.0057 0.4473 0.8944</w:t>
        <w:br/>
        <w:t>vn -0.6639 -0.6838 -0.3029</w:t>
        <w:br/>
        <w:t>vn -0.9554 -0.2069 -0.2106</w:t>
        <w:br/>
        <w:t>vn -0.5014 -0.8329 -0.2343</w:t>
        <w:br/>
        <w:t>vn -0.5066 0.7427 0.4380</w:t>
        <w:br/>
        <w:t>vn 0.8725 -0.3263 0.3636</w:t>
        <w:br/>
        <w:t>vn -0.5835 0.1668 -0.7948</w:t>
        <w:br/>
        <w:t>vn -0.7803 0.0148 -0.6252</w:t>
        <w:br/>
        <w:t>vn -0.7934 0.1471 -0.5907</w:t>
        <w:br/>
        <w:t>vn -0.9792 0.1947 -0.0578</w:t>
        <w:br/>
        <w:t>vn -0.9909 0.1019 -0.0880</w:t>
        <w:br/>
        <w:t>vn -0.9536 0.1089 0.2806</w:t>
        <w:br/>
        <w:t>vn -0.9388 0.1771 0.2956</w:t>
        <w:br/>
        <w:t>vn -0.9255 0.1717 -0.3377</w:t>
        <w:br/>
        <w:t>vn -0.9232 0.0451 -0.3816</w:t>
        <w:br/>
        <w:t>vn -0.8207 0.1601 0.5485</w:t>
        <w:br/>
        <w:t>vn -0.8933 0.3485 -0.2838</w:t>
        <w:br/>
        <w:t>vn -0.9026 0.3220 -0.2859</w:t>
        <w:br/>
        <w:t>vn -0.9567 0.2892 -0.0322</w:t>
        <w:br/>
        <w:t>vn -0.9553 0.2931 -0.0371</w:t>
        <w:br/>
        <w:t>vn -0.7862 0.1670 0.5950</w:t>
        <w:br/>
        <w:t>vn -0.6304 0.1191 0.7671</w:t>
        <w:br/>
        <w:t>vn -0.3530 0.2078 -0.9122</w:t>
        <w:br/>
        <w:t>vn -0.5147 0.3675 -0.7747</w:t>
        <w:br/>
        <w:t>vn -0.4142 0.0953 0.9052</w:t>
        <w:br/>
        <w:t>vn -0.5950 0.2035 0.7775</w:t>
        <w:br/>
        <w:t>vn -0.3081 0.4007 0.8628</w:t>
        <w:br/>
        <w:t>vn -0.3487 0.3418 0.8727</w:t>
        <w:br/>
        <w:t>vn -0.4407 0.3714 0.8173</w:t>
        <w:br/>
        <w:t>vn -0.2601 0.5054 0.8228</w:t>
        <w:br/>
        <w:t>vn -0.3760 0.4388 0.8161</w:t>
        <w:br/>
        <w:t>vn -0.1671 0.6546 0.7372</w:t>
        <w:br/>
        <w:t>vn -0.2020 0.6881 0.6969</w:t>
        <w:br/>
        <w:t>vn -0.1618 0.5556 0.8156</w:t>
        <w:br/>
        <w:t>vn 0.0335 0.5682 0.8222</w:t>
        <w:br/>
        <w:t>vn 0.0693 0.6748 0.7347</w:t>
        <w:br/>
        <w:t>vn -0.1131 0.6869 0.7179</w:t>
        <w:br/>
        <w:t>vn -0.1596 0.6866 0.7093</w:t>
        <w:br/>
        <w:t>vn -0.2399 0.6573 0.7144</w:t>
        <w:br/>
        <w:t>vn -0.2912 0.5464 0.7853</w:t>
        <w:br/>
        <w:t>vn 0.1855 0.6455 0.7409</w:t>
        <w:br/>
        <w:t>vn -0.5943 -0.1214 0.7950</w:t>
        <w:br/>
        <w:t>vn -0.8841 0.0797 0.4604</w:t>
        <w:br/>
        <w:t>vn -0.6826 0.6335 0.3643</w:t>
        <w:br/>
        <w:t>vn -0.6106 0.4917 0.6208</w:t>
        <w:br/>
        <w:t>vn -0.9258 0.2860 0.2471</w:t>
        <w:br/>
        <w:t>vn -0.8991 0.4134 0.1443</w:t>
        <w:br/>
        <w:t>vn -0.1176 0.6264 0.7706</w:t>
        <w:br/>
        <w:t>vn -0.3817 0.5578 0.7370</w:t>
        <w:br/>
        <w:t>vn -0.3199 0.7657 0.5579</w:t>
        <w:br/>
        <w:t>vn -0.0034 0.7831 0.6219</w:t>
        <w:br/>
        <w:t>vn 0.0454 0.6049 0.7950</w:t>
        <w:br/>
        <w:t>vn 0.2199 0.7092 0.6699</w:t>
        <w:br/>
        <w:t>vn -0.4458 0.4279 0.7862</w:t>
        <w:br/>
        <w:t>vn -0.3714 0.9270 -0.0516</w:t>
        <w:br/>
        <w:t>vn -0.0976 0.9943 -0.0422</w:t>
        <w:br/>
        <w:t>vn -0.1450 0.7261 -0.6721</w:t>
        <w:br/>
        <w:t>vn -0.3447 0.6688 -0.6587</w:t>
        <w:br/>
        <w:t>vn -0.3212 0.8988 0.2984</w:t>
        <w:br/>
        <w:t>vn -0.0262 0.9505 0.3095</w:t>
        <w:br/>
        <w:t>vn -0.3397 0.7231 0.6014</w:t>
        <w:br/>
        <w:t>vn -0.1076 0.7869 0.6077</w:t>
        <w:br/>
        <w:t>vn 0.0994 0.9333 0.3451</w:t>
        <w:br/>
        <w:t>vn 0.0132 0.8129 0.5823</w:t>
        <w:br/>
        <w:t>vn -0.1722 0.2745 -0.9461</w:t>
        <w:br/>
        <w:t>vn -0.2542 0.2616 -0.9311</w:t>
        <w:br/>
        <w:t>vn -0.1113 0.7600 -0.6403</w:t>
        <w:br/>
        <w:t>vn -0.1250 0.2838 -0.9507</w:t>
        <w:br/>
        <w:t>vn -0.1216 0.9017 0.4150</w:t>
        <w:br/>
        <w:t>vn -0.0588 0.8242 0.5633</w:t>
        <w:br/>
        <w:t>vn 0.0638 0.2279 -0.9716</w:t>
        <w:br/>
        <w:t>vn -0.1404 -0.0503 -0.9888</w:t>
        <w:br/>
        <w:t>vn 0.2250 0.0124 -0.9743</w:t>
        <w:br/>
        <w:t>vn 0.1722 0.1474 -0.9740</w:t>
        <w:br/>
        <w:t>vn 0.0768 0.1151 -0.9904</w:t>
        <w:br/>
        <w:t>vn 0.1625 0.0080 -0.9867</w:t>
        <w:br/>
        <w:t>vn 0.0389 0.0158 -0.9991</w:t>
        <w:br/>
        <w:t>vn 0.0309 0.1899 -0.9813</w:t>
        <w:br/>
        <w:t>vn -0.0429 0.0097 -0.9990</w:t>
        <w:br/>
        <w:t>vn -0.1022 0.0061 -0.9947</w:t>
        <w:br/>
        <w:t>vn -0.1064 0.2705 -0.9568</w:t>
        <w:br/>
        <w:t>vn -0.0493 0.2644 -0.9631</w:t>
        <w:br/>
        <w:t>vn -0.2214 -0.0091 -0.9751</w:t>
        <w:br/>
        <w:t>vn -0.1730 0.0050 -0.9849</w:t>
        <w:br/>
        <w:t>vn -0.2470 -0.0251 -0.9687</w:t>
        <w:br/>
        <w:t>vn -0.0437 0.3430 -0.9383</w:t>
        <w:br/>
        <w:t>vn -0.0471 0.3133 -0.9485</w:t>
        <w:br/>
        <w:t>vn -0.0249 0.2981 -0.9542</w:t>
        <w:br/>
        <w:t>vn -0.1249 0.6534 -0.7466</w:t>
        <w:br/>
        <w:t>vn -0.0369 0.9979 -0.0535</w:t>
        <w:br/>
        <w:t>vn -0.0420 0.2808 -0.9588</w:t>
        <w:br/>
        <w:t>vn -0.0818 0.4693 -0.8793</w:t>
        <w:br/>
        <w:t>vn -0.0658 -0.0880 -0.9939</w:t>
        <w:br/>
        <w:t>vn -0.1355 -0.1025 -0.9855</w:t>
        <w:br/>
        <w:t>vn -0.2322 -0.1270 -0.9643</w:t>
        <w:br/>
        <w:t>vn -0.4372 -0.2762 -0.8559</w:t>
        <w:br/>
        <w:t>vn -0.2758 -0.4146 -0.8672</w:t>
        <w:br/>
        <w:t>vn 0.2291 -0.0548 -0.9719</w:t>
        <w:br/>
        <w:t>vn 0.0088 -0.0698 -0.9975</w:t>
        <w:br/>
        <w:t>vn -0.9629 -0.1020 0.2497</w:t>
        <w:br/>
        <w:t>vn -0.9914 -0.1188 0.0552</w:t>
        <w:br/>
        <w:t>vn -0.9983 -0.0529 0.0228</w:t>
        <w:br/>
        <w:t>vn -0.9848 0.0549 0.1648</w:t>
        <w:br/>
        <w:t>vn -0.9506 -0.1816 -0.2517</w:t>
        <w:br/>
        <w:t>vn -0.9468 -0.2024 -0.2502</w:t>
        <w:br/>
        <w:t>vn 0.1820 -0.0592 -0.9815</w:t>
        <w:br/>
        <w:t>vn -0.7619 -0.3810 0.5238</w:t>
        <w:br/>
        <w:t>vn -0.9351 -0.0548 0.3502</w:t>
        <w:br/>
        <w:t>vn -0.7843 -0.4890 0.3818</w:t>
        <w:br/>
        <w:t>vn -0.8605 -0.5052 0.0651</w:t>
        <w:br/>
        <w:t>vn -0.9739 0.1572 0.1640</w:t>
        <w:br/>
        <w:t>vn 0.2357 -0.1351 -0.9624</w:t>
        <w:br/>
        <w:t>vn -0.0217 -0.1395 -0.9900</w:t>
        <w:br/>
        <w:t>vn 0.2387 -0.1145 -0.9643</w:t>
        <w:br/>
        <w:t>vn -0.8605 -0.5052 0.0650</w:t>
        <w:br/>
        <w:t>vn -0.8036 -0.4519 -0.3873</w:t>
        <w:br/>
        <w:t>vn -0.6238 -0.2494 -0.7407</w:t>
        <w:br/>
        <w:t>vn -0.0691 -0.1334 -0.9887</w:t>
        <w:br/>
        <w:t>vn -0.1950 -0.1693 -0.9661</w:t>
        <w:br/>
        <w:t>vn 0.1270 -0.2260 -0.9658</w:t>
        <w:br/>
        <w:t>vn -0.0144 -0.2226 -0.9748</w:t>
        <w:br/>
        <w:t>vn -0.1725 0.0581 0.9833</w:t>
        <w:br/>
        <w:t>vn -0.2572 0.0617 0.9644</w:t>
        <w:br/>
        <w:t>vn -0.3607 0.3394 0.8687</w:t>
        <w:br/>
        <w:t>vn -0.3551 0.3790 0.8545</w:t>
        <w:br/>
        <w:t>vn -0.4066 -0.9125 0.0457</w:t>
        <w:br/>
        <w:t>vn -0.3699 -0.8088 0.4572</w:t>
        <w:br/>
        <w:t>vn 0.0620 -0.8593 0.5076</w:t>
        <w:br/>
        <w:t>vn 0.0597 -0.9981 0.0180</w:t>
        <w:br/>
        <w:t>vn -0.3135 -0.6849 0.6577</w:t>
        <w:br/>
        <w:t>vn -0.3157 -0.3638 0.8763</w:t>
        <w:br/>
        <w:t>vn 0.0222 -0.4879 0.8726</w:t>
        <w:br/>
        <w:t>vn 0.0399 -0.8020 -0.5960</w:t>
        <w:br/>
        <w:t>vn -0.3482 -0.8027 -0.4842</w:t>
        <w:br/>
        <w:t>vn -0.4065 -0.9125 0.0457</w:t>
        <w:br/>
        <w:t>vn -0.1258 -0.4471 -0.8856</w:t>
        <w:br/>
        <w:t>vn 0.0776 -0.4226 -0.9030</w:t>
        <w:br/>
        <w:t>vn 0.3304 -0.7790 -0.5329</w:t>
        <w:br/>
        <w:t>vn 0.1694 -0.3908 -0.9047</w:t>
        <w:br/>
        <w:t>vn 0.3727 -0.9279 -0.0099</w:t>
        <w:br/>
        <w:t>vn 0.3483 -0.8258 0.4436</w:t>
        <w:br/>
        <w:t>vn -0.1480 0.0530 0.9876</w:t>
        <w:br/>
        <w:t>vn 0.1377 -0.4415 0.8866</w:t>
        <w:br/>
        <w:t>vn 0.1778 -0.4310 0.8846</w:t>
        <w:br/>
        <w:t>vn 0.4192 -0.7984 0.4322</w:t>
        <w:br/>
        <w:t>vn -0.3001 0.2778 -0.9126</w:t>
        <w:br/>
        <w:t>vn -0.5117 0.5907 -0.6239</w:t>
        <w:br/>
        <w:t>vn -0.1948 -0.0457 -0.9798</w:t>
        <w:br/>
        <w:t>vn -0.0858 -0.0282 -0.9959</w:t>
        <w:br/>
        <w:t>vn -0.3116 0.3288 -0.8915</w:t>
        <w:br/>
        <w:t>vn -0.0778 -0.0099 -0.9969</w:t>
        <w:br/>
        <w:t>vn 0.3806 -0.7625 -0.5232</w:t>
        <w:br/>
        <w:t>vn 0.1556 -0.3997 -0.9033</w:t>
        <w:br/>
        <w:t>vn -0.3269 0.3528 -0.8767</w:t>
        <w:br/>
        <w:t>vn -0.1097 -0.0171 -0.9938</w:t>
        <w:br/>
        <w:t>vn -0.5399 0.5891 -0.6012</w:t>
        <w:br/>
        <w:t>vn 0.4590 -0.8882 -0.0214</w:t>
        <w:br/>
        <w:t>vn -0.5735 0.6602 0.4850</w:t>
        <w:br/>
        <w:t>vn -0.5538 0.6952 0.4582</w:t>
        <w:br/>
        <w:t>vn -0.3582 0.4136 0.8370</w:t>
        <w:br/>
        <w:t>vn -0.5344 0.6945 0.4817</w:t>
        <w:br/>
        <w:t>vn -0.6122 0.7881 -0.0635</w:t>
        <w:br/>
        <w:t>vn -0.6612 0.7443 -0.0938</w:t>
        <w:br/>
        <w:t>vn -0.3393 0.3484 -0.8738</w:t>
        <w:br/>
        <w:t>vn -0.1303 0.0512 0.9902</w:t>
        <w:br/>
        <w:t>vn -0.5404 0.7892 -0.2918</w:t>
        <w:br/>
        <w:t>vn -0.1814 0.8618 0.4736</w:t>
        <w:br/>
        <w:t>vn -0.2928 0.8945 0.3378</w:t>
        <w:br/>
        <w:t>vn -0.2984 0.4289 -0.8526</w:t>
        <w:br/>
        <w:t>vn -0.1420 0.9099 -0.3898</w:t>
        <w:br/>
        <w:t>vn -0.1389 0.9792 0.1480</w:t>
        <w:br/>
        <w:t>vn -0.1566 0.8276 0.5390</w:t>
        <w:br/>
        <w:t>vn -0.1501 0.8018 0.5784</w:t>
        <w:br/>
        <w:t>vn -0.1866 0.7996 0.5708</w:t>
        <w:br/>
        <w:t>vn -0.1462 0.7409 -0.6555</w:t>
        <w:br/>
        <w:t>vn -0.6151 0.7789 -0.1223</w:t>
        <w:br/>
        <w:t>vn -0.5835 0.8014 -0.1316</w:t>
        <w:br/>
        <w:t>vn -0.5340 0.7186 0.4454</w:t>
        <w:br/>
        <w:t>vn -0.4826 0.6296 -0.6088</w:t>
        <w:br/>
        <w:t>vn -0.5001 0.6223 -0.6022</w:t>
        <w:br/>
        <w:t>vn -0.3553 0.4307 0.8296</w:t>
        <w:br/>
        <w:t>vn -0.2236 0.6104 0.7598</w:t>
        <w:br/>
        <w:t>vn -0.2351 0.6181 0.7501</w:t>
        <w:br/>
        <w:t>vn -0.2369 0.6461 0.7256</w:t>
        <w:br/>
        <w:t>vn 0.3663 0.6150 0.6983</w:t>
        <w:br/>
        <w:t>vn 0.3240 0.7915 0.5182</w:t>
        <w:br/>
        <w:t>vn 0.5863 0.3630 0.7242</w:t>
        <w:br/>
        <w:t>vn -0.9542 0.2990 0.0055</w:t>
        <w:br/>
        <w:t>vn -0.9665 0.2477 0.0673</w:t>
        <w:br/>
        <w:t>vn 0.6774 0.2322 0.6980</w:t>
        <w:br/>
        <w:t>vn 0.4840 0.5838 0.6518</w:t>
        <w:br/>
        <w:t>vn 0.6627 0.2459 0.7073</w:t>
        <w:br/>
        <w:t>vn -0.1076 0.7739 0.6242</w:t>
        <w:br/>
        <w:t>vn 0.1244 0.7274 0.6749</w:t>
        <w:br/>
        <w:t>vn 0.1625 0.7380 0.6550</w:t>
        <w:br/>
        <w:t>vn -0.0504 0.7945 0.6052</w:t>
        <w:br/>
        <w:t>vn 0.2639 0.7418 0.6165</w:t>
        <w:br/>
        <w:t>vn 0.0165 0.8185 0.5743</w:t>
        <w:br/>
        <w:t>vn -0.3276 -0.2771 -0.9033</w:t>
        <w:br/>
        <w:t>vn -0.0573 0.1264 -0.9903</w:t>
        <w:br/>
        <w:t>vn -0.2197 0.0144 0.9755</w:t>
        <w:br/>
        <w:t>vn 0.1050 0.7577 0.6441</w:t>
        <w:br/>
        <w:t>vn -0.1213 0.7463 0.6545</w:t>
        <w:br/>
        <w:t>vn -0.1896 0.6681 0.7195</w:t>
        <w:br/>
        <w:t>vn -0.2587 0.4352 0.8624</w:t>
        <w:br/>
        <w:t>vn -0.1813 0.6795 0.7109</w:t>
        <w:br/>
        <w:t>vn -0.1595 0.6606 0.7336</w:t>
        <w:br/>
        <w:t>vn -0.2369 0.8249 0.5132</w:t>
        <w:br/>
        <w:t>vn -0.1318 0.7932 0.5946</w:t>
        <w:br/>
        <w:t>vn -0.1469 0.7701 0.6208</w:t>
        <w:br/>
        <w:t>vn -0.1319 0.7591 0.6374</w:t>
        <w:br/>
        <w:t>vn 0.2449 0.9538 0.1742</w:t>
        <w:br/>
        <w:t>vn 0.0528 -0.2961 -0.9537</w:t>
        <w:br/>
        <w:t>vn -0.1273 -0.1917 -0.9732</w:t>
        <w:br/>
        <w:t>vn -0.3922 -0.2860 -0.8743</w:t>
        <w:br/>
        <w:t>vn -0.7972 -0.2915 -0.5286</w:t>
        <w:br/>
        <w:t>vn -0.9498 -0.1820 -0.2545</w:t>
        <w:br/>
        <w:t>vn -0.9985 -0.0553 0.0037</w:t>
        <w:br/>
        <w:t>vn -0.9889 0.1152 0.0933</w:t>
        <w:br/>
        <w:t>vn -0.9660 0.2581 0.0173</w:t>
        <w:br/>
        <w:t>vn -0.9549 0.2959 -0.0237</w:t>
        <w:br/>
        <w:t>vn -0.9312 0.3611 0.0499</w:t>
        <w:br/>
        <w:t>vn -0.9383 0.3455 0.0141</w:t>
        <w:br/>
        <w:t>vn -0.8561 0.4940 0.1522</w:t>
        <w:br/>
        <w:t>vn -0.7253 0.6301 0.2773</w:t>
        <w:br/>
        <w:t>vn -0.9042 0.4165 0.0944</w:t>
        <w:br/>
        <w:t>vn -0.8956 0.4283 0.1201</w:t>
        <w:br/>
        <w:t>vn -0.9228 0.3759 0.0848</w:t>
        <w:br/>
        <w:t>vn -0.1734 -0.0823 0.9814</w:t>
        <w:br/>
        <w:t>vn -0.0372 -0.1534 0.9875</w:t>
        <w:br/>
        <w:t>vn -0.4943 0.7401 -0.4561</w:t>
        <w:br/>
        <w:t>vn -0.1588 0.4309 -0.8883</w:t>
        <w:br/>
        <w:t>vn -0.0542 0.3317 -0.9418</w:t>
        <w:br/>
        <w:t>vn -0.0628 0.3251 -0.9436</w:t>
        <w:br/>
        <w:t>vn -0.7718 0.3519 -0.5295</w:t>
        <w:br/>
        <w:t>vn -0.9224 0.2322 0.3087</w:t>
        <w:br/>
        <w:t>vn -0.4441 0.0689 0.8933</w:t>
        <w:br/>
        <w:t>vn -0.4442 0.0689 0.8933</w:t>
        <w:br/>
        <w:t>vn -0.5868 0.0952 0.8041</w:t>
        <w:br/>
        <w:t>vn -0.7884 0.1419 0.5986</w:t>
        <w:br/>
        <w:t>vn -0.9255 0.2199 0.3084</w:t>
        <w:br/>
        <w:t>vn -0.7473 0.4249 -0.5109</w:t>
        <w:br/>
        <w:t>vn -0.4871 0.4885 -0.7239</w:t>
        <w:br/>
        <w:t>vn -0.2911 0.4598 -0.8389</w:t>
        <w:br/>
        <w:t>vn 0.7133 -0.0013 0.7009</w:t>
        <w:br/>
        <w:t>vn 0.7161 -0.0010 0.6980</w:t>
        <w:br/>
        <w:t>vn -0.7218 -0.1656 0.6720</w:t>
        <w:br/>
        <w:t>vn -0.7964 -0.1146 0.5938</w:t>
        <w:br/>
        <w:t>vn -0.8696 -0.2402 0.4314</w:t>
        <w:br/>
        <w:t>vn -0.4774 0.4377 0.7619</w:t>
        <w:br/>
        <w:t>vn -0.2823 0.1682 0.9445</w:t>
        <w:br/>
        <w:t>vn -0.6649 0.7433 0.0728</w:t>
        <w:br/>
        <w:t>vn -0.4782 0.5743 -0.6644</w:t>
        <w:br/>
        <w:t>vn -0.1058 0.0469 -0.9933</w:t>
        <w:br/>
        <w:t>vn 0.2082 -0.6047 -0.7688</w:t>
        <w:br/>
        <w:t>vn -0.1057 0.0470 -0.9933</w:t>
        <w:br/>
        <w:t>vn 0.3350 -0.9387 -0.0807</w:t>
        <w:br/>
        <w:t>vn 0.5895 -0.4292 0.6843</w:t>
        <w:br/>
        <w:t>vn 0.5691 -0.0347 0.8215</w:t>
        <w:br/>
        <w:t>vn -0.0534 -0.0217 0.9983</w:t>
        <w:br/>
        <w:t>vn -0.9141 0.4022 0.0512</w:t>
        <w:br/>
        <w:t>vn -0.8814 0.4603 0.1062</w:t>
        <w:br/>
        <w:t>vn -0.8551 0.4953 0.1533</w:t>
        <w:br/>
        <w:t>vn -0.8950 0.4301 0.1182</w:t>
        <w:br/>
        <w:t>vn 0.9819 -0.0846 -0.1696</w:t>
        <w:br/>
        <w:t>vn 0.6635 -0.0220 -0.7478</w:t>
        <w:br/>
        <w:t>vn 0.6714 0.0065 -0.7411</w:t>
        <w:br/>
        <w:t>vn 0.9860 -0.0655 -0.1533</w:t>
        <w:br/>
        <w:t>vn -0.0096 0.0114 -0.9999</w:t>
        <w:br/>
        <w:t>vn -0.7273 0.0130 -0.6862</w:t>
        <w:br/>
        <w:t>vn -0.7331 0.0592 -0.6776</w:t>
        <w:br/>
        <w:t>vn -0.0153 0.0519 -0.9985</w:t>
        <w:br/>
        <w:t>vn -0.7331 0.0593 -0.6776</w:t>
        <w:br/>
        <w:t>vn -0.9842 -0.0292 -0.1745</w:t>
        <w:br/>
        <w:t>vn -0.9843 0.0107 -0.1764</w:t>
        <w:br/>
        <w:t>vn -0.6118 -0.1403 0.7785</w:t>
        <w:br/>
        <w:t>vn -0.9593 -0.0519 0.2777</w:t>
        <w:br/>
        <w:t>vn -0.9556 -0.0832 0.2826</w:t>
        <w:br/>
        <w:t>vn -0.5946 -0.1556 0.7888</w:t>
        <w:br/>
        <w:t>vn 0.6266 -0.1686 0.7609</w:t>
        <w:br/>
        <w:t>vn 0.6206 -0.1790 0.7634</w:t>
        <w:br/>
        <w:t>vn 0.9088 -0.1387 0.3935</w:t>
        <w:br/>
        <w:t>vn 0.9106 -0.1244 0.3942</w:t>
        <w:br/>
        <w:t>vn 0.0527 -0.1944 0.9795</w:t>
        <w:br/>
        <w:t>vn 0.0732 -0.1961 0.9778</w:t>
        <w:br/>
        <w:t>vn 0.1318 -0.1814 0.9745</w:t>
        <w:br/>
        <w:t>vn 0.6250 -0.1774 0.7602</w:t>
        <w:br/>
        <w:t>vn 0.9045 -0.1524 0.3984</w:t>
        <w:br/>
        <w:t>vn 0.9762 -0.1081 -0.1878</w:t>
        <w:br/>
        <w:t>vn 0.6402 -0.0541 -0.7663</w:t>
        <w:br/>
        <w:t>vn -0.0233 -0.0315 -0.9992</w:t>
        <w:br/>
        <w:t>vn -0.7277 -0.0368 -0.6849</w:t>
        <w:br/>
        <w:t>vn -0.9861 -0.0680 -0.1518</w:t>
        <w:br/>
        <w:t>vn -0.5572 -0.1583 0.8151</w:t>
        <w:br/>
        <w:t>vn -0.5280 -0.1174 0.8411</w:t>
        <w:br/>
        <w:t>vn 0.2034 -0.1335 0.9700</w:t>
        <w:br/>
        <w:t>vn 0.6540 -0.1331 0.7447</w:t>
        <w:br/>
        <w:t>vn 0.9123 -0.1262 0.3896</w:t>
        <w:br/>
        <w:t>vn 0.9736 -0.1057 -0.2021</w:t>
        <w:br/>
        <w:t>vn 0.6165 -0.0649 -0.7846</w:t>
        <w:br/>
        <w:t>vn -0.9470 -0.1074 0.3027</w:t>
        <w:br/>
        <w:t>vn -0.9411 -0.0792 0.3287</w:t>
        <w:br/>
        <w:t>vn -0.0705 -0.0403 -0.9967</w:t>
        <w:br/>
        <w:t>vn -0.7538 -0.0415 -0.6558</w:t>
        <w:br/>
        <w:t>vn -0.9927 -0.0564 -0.1069</w:t>
        <w:br/>
        <w:t>vn -0.5067 -0.0820 0.8582</w:t>
        <w:br/>
        <w:t>vn -0.9342 -0.0446 0.3539</w:t>
        <w:br/>
        <w:t>vn -0.7792 -0.0241 -0.6264</w:t>
        <w:br/>
        <w:t>vn -0.9971 -0.0247 -0.0721</w:t>
        <w:br/>
        <w:t>vn -0.1094 -0.0319 -0.9935</w:t>
        <w:br/>
        <w:t>vn -0.7791 -0.0241 -0.6264</w:t>
        <w:br/>
        <w:t>vn 0.6817 -0.0881 0.7263</w:t>
        <w:br/>
        <w:t>vn 0.9369 -0.0910 0.3375</w:t>
        <w:br/>
        <w:t>vn 0.2461 -0.0932 0.9647</w:t>
        <w:br/>
        <w:t>vn -0.4685 -0.0380 0.8827</w:t>
        <w:br/>
        <w:t>vn -0.9160 -0.0025 0.4011</w:t>
        <w:br/>
        <w:t>vn -0.1296 0.0137 -0.9915</w:t>
        <w:br/>
        <w:t>vn -0.7911 0.0136 -0.6116</w:t>
        <w:br/>
        <w:t>vn 0.6964 -0.0410 0.7165</w:t>
        <w:br/>
        <w:t>vn 0.9569 -0.0457 0.2869</w:t>
        <w:br/>
        <w:t>vn 0.2585 -0.0454 0.9649</w:t>
        <w:br/>
        <w:t>vn 0.9657 -0.0895 -0.2437</w:t>
        <w:br/>
        <w:t>vn 0.6079 -0.0610 -0.7917</w:t>
        <w:br/>
        <w:t>vn 0.6151 -0.0082 -0.7884</w:t>
        <w:br/>
        <w:t>vn 0.9605 -0.0402 -0.2755</w:t>
        <w:br/>
        <w:t>vn -0.9981 0.0178 -0.0589</w:t>
        <w:br/>
        <w:t>vn 0.2609 -0.0062 0.9653</w:t>
        <w:br/>
        <w:t>vn 0.7005 -0.0065 0.7136</w:t>
        <w:br/>
        <w:t>vn -0.9010 0.0265 0.4331</w:t>
        <w:br/>
        <w:t>vn -0.4416 -0.0016 0.8972</w:t>
        <w:br/>
        <w:t>vn 0.9617 -0.0097 0.2740</w:t>
        <w:br/>
        <w:t>vn 0.6217 0.0328 -0.7826</w:t>
        <w:br/>
        <w:t>vn 0.9605 -0.0005 -0.2782</w:t>
        <w:br/>
        <w:t>vn -0.1388 0.0450 -0.9893</w:t>
        <w:br/>
        <w:t>vn -0.7953 0.0321 -0.6054</w:t>
        <w:br/>
        <w:t>vn -0.7953 0.0321 -0.6053</w:t>
        <w:br/>
        <w:t>vn -0.9977 0.0393 -0.0561</w:t>
        <w:br/>
        <w:t>vn 0.9587 0.1191 -0.2582</w:t>
        <w:br/>
        <w:t>vn 0.8642 0.0118 -0.5029</w:t>
        <w:br/>
        <w:t>vn -0.9771 0.0651 -0.2025</w:t>
        <w:br/>
        <w:t>vn -0.8455 0.1052 -0.5235</w:t>
        <w:br/>
        <w:t>vn -0.8215 0.2651 -0.5049</w:t>
        <w:br/>
        <w:t>vn -0.9751 0.0579 -0.2139</w:t>
        <w:br/>
        <w:t>vn 0.9221 0.0211 -0.3863</w:t>
        <w:br/>
        <w:t>vn -0.8357 0.1323 -0.5330</w:t>
        <w:br/>
        <w:t>vn -0.8332 0.4449 0.3283</w:t>
        <w:br/>
        <w:t>vn -0.7608 0.5560 0.3346</w:t>
        <w:br/>
        <w:t>vn -0.1823 0.8588 0.4787</w:t>
        <w:br/>
        <w:t>vn -0.4029 0.7095 0.5782</w:t>
        <w:br/>
        <w:t>vn 0.0713 0.8264 0.5586</w:t>
        <w:br/>
        <w:t>vn -0.2779 0.6841 0.6744</w:t>
        <w:br/>
        <w:t>vn -0.9688 -0.1863 0.1635</w:t>
        <w:br/>
        <w:t>vn -0.9755 -0.2092 0.0685</w:t>
        <w:br/>
        <w:t>vn -0.8723 -0.4890 0.0028</w:t>
        <w:br/>
        <w:t>vn -0.8531 -0.5167 0.0718</w:t>
        <w:br/>
        <w:t>vn -0.9602 -0.1037 0.2592</w:t>
        <w:br/>
        <w:t>vn -0.8586 -0.4679 0.2096</w:t>
        <w:br/>
        <w:t>vn -0.6444 -0.5059 0.5734</w:t>
        <w:br/>
        <w:t>vn -0.8122 -0.1104 0.5728</w:t>
        <w:br/>
        <w:t>vn 0.3364 0.9242 0.1806</w:t>
        <w:br/>
        <w:t>vn 0.3586 0.9227 0.1419</w:t>
        <w:br/>
        <w:t>vn 0.7065 0.4024 0.5821</w:t>
        <w:br/>
        <w:t>vn -0.7349 0.6252 0.2627</w:t>
        <w:br/>
        <w:t>vn -0.6674 0.4708 0.5770</w:t>
        <w:br/>
        <w:t>vn -0.6614 0.6927 0.2876</w:t>
        <w:br/>
        <w:t>vn -0.0770 0.9474 0.3108</w:t>
        <w:br/>
        <w:t>vn 0.9964 0.0587 0.0616</w:t>
        <w:br/>
        <w:t>vn 0.9174 -0.1076 0.3831</w:t>
        <w:br/>
        <w:t>vn -0.1726 -0.5708 0.8027</w:t>
        <w:br/>
        <w:t>vn 0.2053 -0.5722 0.7940</w:t>
        <w:br/>
        <w:t>vn 0.2539 -0.3197 0.9129</w:t>
        <w:br/>
        <w:t>vn -0.2084 -0.3092 0.9279</w:t>
        <w:br/>
        <w:t>vn 0.3139 0.2098 0.9260</w:t>
        <w:br/>
        <w:t>vn -0.2018 0.3151 0.9274</w:t>
        <w:br/>
        <w:t>vn 0.3256 0.4408 0.8365</w:t>
        <w:br/>
        <w:t>vn -0.0199 0.4735 0.8806</w:t>
        <w:br/>
        <w:t>vn 0.6076 -0.5245 0.5965</w:t>
        <w:br/>
        <w:t>vn 0.3694 -0.5386 0.7572</w:t>
        <w:br/>
        <w:t>vn -0.3299 0.5575 0.7618</w:t>
        <w:br/>
        <w:t>vn -0.5116 -0.1946 0.8369</w:t>
        <w:br/>
        <w:t>vn -0.4408 -0.3678 0.8188</w:t>
        <w:br/>
        <w:t>vn -0.1397 -0.3985 0.9065</w:t>
        <w:br/>
        <w:t>vn -0.0964 -0.2459 0.9645</w:t>
        <w:br/>
        <w:t>vn -0.1564 0.6749 0.7212</w:t>
        <w:br/>
        <w:t>vn 0.3319 0.7072 0.6242</w:t>
        <w:br/>
        <w:t>vn 0.4626 0.6638 0.5877</w:t>
        <w:br/>
        <w:t>vn 0.1753 -0.3896 0.9042</w:t>
        <w:br/>
        <w:t>vn 0.1917 -0.3035 0.9333</w:t>
        <w:br/>
        <w:t>vn -0.9865 0.1610 -0.0302</w:t>
        <w:br/>
        <w:t>vn -0.9916 -0.0359 -0.1242</w:t>
        <w:br/>
        <w:t>vn -0.9916 -0.0359 -0.1243</w:t>
        <w:br/>
        <w:t>vn -0.9829 0.1689 -0.0732</w:t>
        <w:br/>
        <w:t>vn 0.8960 -0.4165 0.1540</w:t>
        <w:br/>
        <w:t>vn 0.8435 -0.5182 0.1414</w:t>
        <w:br/>
        <w:t>vn 0.9576 -0.1453 0.2489</w:t>
        <w:br/>
        <w:t>vn 0.9565 -0.1303 0.2609</w:t>
        <w:br/>
        <w:t>vn 0.7583 0.4999 0.4185</w:t>
        <w:br/>
        <w:t>vn 0.5883 0.2442 0.7709</w:t>
        <w:br/>
        <w:t>vn -0.7067 0.6884 0.1635</w:t>
        <w:br/>
        <w:t>vn -0.7530 0.4079 0.5164</w:t>
        <w:br/>
        <w:t>vn 0.8259 0.3860 0.4109</w:t>
        <w:br/>
        <w:t>vn 0.7684 0.4311 0.4730</w:t>
        <w:br/>
        <w:t>vn 0.9095 0.0766 0.4086</w:t>
        <w:br/>
        <w:t>vn 0.9498 0.0186 0.3123</w:t>
        <w:br/>
        <w:t>vn 0.7684 0.4310 0.4730</w:t>
        <w:br/>
        <w:t>vn -0.9513 0.3077 -0.0178</w:t>
        <w:br/>
        <w:t>vn -0.9881 0.1527 -0.0187</w:t>
        <w:br/>
        <w:t>vn -0.9836 0.1801 0.0093</w:t>
        <w:br/>
        <w:t>vn -0.7169 0.6432 0.2690</w:t>
        <w:br/>
        <w:t>vn 0.8207 0.3015 0.4853</w:t>
        <w:br/>
        <w:t>vn 0.6390 0.5999 0.4814</w:t>
        <w:br/>
        <w:t>vn 0.9567 0.0304 0.2894</w:t>
        <w:br/>
        <w:t>vn 0.7876 -0.2423 0.5666</w:t>
        <w:br/>
        <w:t>vn 0.0759 0.7957 0.6010</w:t>
        <w:br/>
        <w:t>vn 0.1565 0.7461 0.6472</w:t>
        <w:br/>
        <w:t>vn -0.1936 0.7357 0.6491</w:t>
        <w:br/>
        <w:t>vn -0.1694 0.7367 0.6547</w:t>
        <w:br/>
        <w:t>vn 0.4245 0.6035 0.6750</w:t>
        <w:br/>
        <w:t>vn -0.4668 0.5560 0.6877</w:t>
        <w:br/>
        <w:t>vn -0.9894 0.1317 0.0613</w:t>
        <w:br/>
        <w:t>vn -0.9872 0.1571 0.0269</w:t>
        <w:br/>
        <w:t>vn -0.5761 0.6860 0.4445</w:t>
        <w:br/>
        <w:t>vn 0.9633 0.0271 0.2669</w:t>
        <w:br/>
        <w:t>vn 0.9180 0.0332 0.3952</w:t>
        <w:br/>
        <w:t>vn 0.7100 0.4269 0.5600</w:t>
        <w:br/>
        <w:t>vn 0.7431 0.4801 0.4661</w:t>
        <w:br/>
        <w:t>vn 0.6996 0.0098 0.7144</w:t>
        <w:br/>
        <w:t>vn 0.1462 0.7531 0.6415</w:t>
        <w:br/>
        <w:t>vn 0.1066 0.7606 0.6404</w:t>
        <w:br/>
        <w:t>vn 0.1363 0.6059 0.7838</w:t>
        <w:br/>
        <w:t>vn 0.8072 0.4806 0.3428</w:t>
        <w:br/>
        <w:t>vn 0.9652 -0.0182 0.2607</w:t>
        <w:br/>
        <w:t>vn 0.9789 0.0485 0.1984</w:t>
        <w:br/>
        <w:t>vn 0.9449 0.2529 0.2077</w:t>
        <w:br/>
        <w:t>vn 0.0323 0.6003 0.7991</w:t>
        <w:br/>
        <w:t>vn -0.1166 0.1691 0.9787</w:t>
        <w:br/>
        <w:t>vn -0.0800 0.8934 0.4421</w:t>
        <w:br/>
        <w:t>vn -0.0535 0.8184 0.5721</w:t>
        <w:br/>
        <w:t>vn -0.3621 0.8485 0.3860</w:t>
        <w:br/>
        <w:t>vn -0.2471 0.8825 0.4002</w:t>
        <w:br/>
        <w:t>vn 0.0891 0.8777 0.4709</w:t>
        <w:br/>
        <w:t>vn 0.1567 0.6148 0.7730</w:t>
        <w:br/>
        <w:t>vn 0.6274 0.3406 0.7003</w:t>
        <w:br/>
        <w:t>vn 0.8082 -0.1506 0.5693</w:t>
        <w:br/>
        <w:t>vn 0.9345 -0.2980 0.1949</w:t>
        <w:br/>
        <w:t>vn 0.9537 -0.2171 0.2081</w:t>
        <w:br/>
        <w:t>vn -0.1678 0.7645 0.6224</w:t>
        <w:br/>
        <w:t>vn 0.1792 0.8892 0.4209</w:t>
        <w:br/>
        <w:t>vn 0.9587 -0.2501 0.1353</w:t>
        <w:br/>
        <w:t>vn 0.8217 0.4470 0.3537</w:t>
        <w:br/>
        <w:t>vn 0.8025 -0.5932 0.0641</w:t>
        <w:br/>
        <w:t>vn 0.0033 -0.9965 0.0838</w:t>
        <w:br/>
        <w:t>vn -0.0899 -0.9878 0.1274</w:t>
        <w:br/>
        <w:t>vn -0.1822 -0.9685 0.1696</w:t>
        <w:br/>
        <w:t>vn 0.0468 -0.9658 0.2551</w:t>
        <w:br/>
        <w:t>vn -0.0249 -0.9679 0.2500</w:t>
        <w:br/>
        <w:t>vn -0.0249 -0.9679 0.2499</w:t>
        <w:br/>
        <w:t>vn -0.0964 -0.9651 0.2435</w:t>
        <w:br/>
        <w:t>vn 0.0313 -0.8654 0.5000</w:t>
        <w:br/>
        <w:t>vn 0.0633 -0.6779 0.7324</w:t>
        <w:br/>
        <w:t>vn -0.0352 -0.8604 0.5084</w:t>
        <w:br/>
        <w:t>vn -0.2999 -0.5053 0.8092</w:t>
        <w:br/>
        <w:t>vn -0.1014 -0.8515 0.5144</w:t>
        <w:br/>
        <w:t>vn 0.3329 0.8545 0.3987</w:t>
        <w:br/>
        <w:t>vn 0.6153 0.6292 0.4749</w:t>
        <w:br/>
        <w:t>vn -0.9856 0.1193 0.1201</w:t>
        <w:br/>
        <w:t>vn -0.9454 0.1460 0.2913</w:t>
        <w:br/>
        <w:t>vn -0.7332 0.0910 0.6739</w:t>
        <w:br/>
        <w:t>vn 0.7627 0.3894 0.5164</w:t>
        <w:br/>
        <w:t>vn 0.9764 -0.0388 0.2124</w:t>
        <w:br/>
        <w:t>vn 0.9548 -0.1598 0.2508</w:t>
        <w:br/>
        <w:t>vn -0.8379 0.4743 0.2699</w:t>
        <w:br/>
        <w:t>vn -0.9961 -0.0139 -0.0867</w:t>
        <w:br/>
        <w:t>vn -0.9881 0.0356 -0.1495</w:t>
        <w:br/>
        <w:t>vn 0.2897 0.8359 0.4661</w:t>
        <w:br/>
        <w:t>vn 0.9584 -0.0210 0.2847</w:t>
        <w:br/>
        <w:t>vn 0.9316 -0.2176 0.2911</w:t>
        <w:br/>
        <w:t>vn -0.7143 0.6050 0.3518</w:t>
        <w:br/>
        <w:t>vn -0.9951 -0.0372 -0.0918</w:t>
        <w:br/>
        <w:t>vn -0.9910 0.0224 -0.1319</w:t>
        <w:br/>
        <w:t>vn -0.2049 0.9103 0.3598</w:t>
        <w:br/>
        <w:t>vn 0.2140 -0.0619 0.9749</w:t>
        <w:br/>
        <w:t>vn -0.0786 0.1887 0.9789</w:t>
        <w:br/>
        <w:t>vn -0.0956 -0.0754 0.9926</w:t>
        <w:br/>
        <w:t>vn 0.1791 -0.0999 0.9787</w:t>
        <w:br/>
        <w:t>vn -0.0898 0.2196 0.9715</w:t>
        <w:br/>
        <w:t>vn -0.1029 -0.1049 0.9891</w:t>
        <w:br/>
        <w:t>vn 0.1791 -0.0999 0.9788</w:t>
        <w:br/>
        <w:t>vn -0.4245 -0.0346 0.9047</w:t>
        <w:br/>
        <w:t>vn -0.0851 0.1531 0.9845</w:t>
        <w:br/>
        <w:t>vn -0.2999 -0.5052 0.8092</w:t>
        <w:br/>
        <w:t>vn 0.0633 -0.6779 0.7325</w:t>
        <w:br/>
        <w:t>vn -0.9981 -0.0515 -0.0352</w:t>
        <w:br/>
        <w:t>vn -0.9998 -0.0062 -0.0191</w:t>
        <w:br/>
        <w:t>vn 0.9530 -0.1812 0.2428</w:t>
        <w:br/>
        <w:t>vn 0.9769 -0.0820 0.1975</w:t>
        <w:br/>
        <w:t>vn -0.9993 -0.0231 0.0295</w:t>
        <w:br/>
        <w:t>vn -0.9991 -0.0432 0.0031</w:t>
        <w:br/>
        <w:t>vn 0.9708 -0.1579 0.1806</w:t>
        <w:br/>
        <w:t>vn -0.9788 0.0913 -0.1836</w:t>
        <w:br/>
        <w:t>vn -0.9887 0.0903 -0.1195</w:t>
        <w:br/>
        <w:t>vn 0.0036 0.2065 0.9784</w:t>
        <w:br/>
        <w:t>vn -0.4435 0.1388 0.8855</w:t>
        <w:br/>
        <w:t>vn -0.3767 -0.1015 0.9208</w:t>
        <w:br/>
        <w:t>vn -0.3959 -0.0818 0.9146</w:t>
        <w:br/>
        <w:t>vn -0.3959 -0.0818 0.9147</w:t>
        <w:br/>
        <w:t>vn -0.9880 0.1448 0.0542</w:t>
        <w:br/>
        <w:t>vn -0.2355 -0.0608 0.9700</w:t>
        <w:br/>
        <w:t>vn -0.3698 0.5926 0.7156</w:t>
        <w:br/>
        <w:t>vn 0.8145 0.4175 0.4028</w:t>
        <w:br/>
        <w:t>vn 0.5309 0.4609 0.7111</w:t>
        <w:br/>
        <w:t>vn 0.1885 0.5249 0.8300</w:t>
        <w:br/>
        <w:t>vn -0.9855 -0.1066 0.1318</w:t>
        <w:br/>
        <w:t>vn -0.8918 0.3397 0.2988</w:t>
        <w:br/>
        <w:t>vn 0.9962 -0.0857 -0.0154</w:t>
        <w:br/>
        <w:t>vn -0.9937 -0.0747 -0.0838</w:t>
        <w:br/>
        <w:t>vn -0.9518 -0.2744 -0.1369</w:t>
        <w:br/>
        <w:t>vn -0.8867 0.1451 0.4389</w:t>
        <w:br/>
        <w:t>vn 0.9234 -0.3579 -0.1387</w:t>
        <w:br/>
        <w:t>vn 0.6790 0.1095 0.7259</w:t>
        <w:br/>
        <w:t>vn -0.9615 -0.2743 0.0185</w:t>
        <w:br/>
        <w:t>vn -0.9615 -0.2747 0.0005</w:t>
        <w:br/>
        <w:t>vn 0.9543 -0.2335 0.1867</w:t>
        <w:br/>
        <w:t>vn 0.6075 -0.5245 0.5965</w:t>
        <w:br/>
        <w:t>vn 0.9990 0.0279 -0.0353</w:t>
        <w:br/>
        <w:t>vn 0.7380 0.2838 -0.6122</w:t>
        <w:br/>
        <w:t>vn 0.7451 0.0083 -0.6670</w:t>
        <w:br/>
        <w:t>vn 0.7351 0.1587 -0.6592</w:t>
        <w:br/>
        <w:t>vn 0.4918 0.3892 -0.7789</w:t>
        <w:br/>
        <w:t>vn 0.4876 0.2576 -0.8342</w:t>
        <w:br/>
        <w:t>vn 0.0748 0.4755 -0.8766</w:t>
        <w:br/>
        <w:t>vn 0.0911 0.3052 -0.9479</w:t>
        <w:br/>
        <w:t>vn -0.4009 0.4537 -0.7959</w:t>
        <w:br/>
        <w:t>vn -0.4073 0.2747 -0.8710</w:t>
        <w:br/>
        <w:t>vn 0.5525 -0.0007 -0.8335</w:t>
        <w:br/>
        <w:t>vn 0.6021 0.0158 -0.7983</w:t>
        <w:br/>
        <w:t>vn 0.6468 -0.0271 -0.7622</w:t>
        <w:br/>
        <w:t>vn 0.3569 0.1042 -0.9283</w:t>
        <w:br/>
        <w:t>vn 0.1292 0.1307 -0.9830</w:t>
        <w:br/>
        <w:t>vn -0.4120 0.2312 -0.8814</w:t>
        <w:br/>
        <w:t>vn -0.2200 0.2280 -0.9485</w:t>
        <w:br/>
        <w:t>vn -0.6290 0.6265 -0.4603</w:t>
        <w:br/>
        <w:t>vn -0.8124 0.2417 -0.5306</w:t>
        <w:br/>
        <w:t>vn -0.6463 0.2644 -0.7158</w:t>
        <w:br/>
        <w:t>vn -0.1720 0.3052 0.9366</w:t>
        <w:br/>
        <w:t>vn 0.1801 0.1645 0.9698</w:t>
        <w:br/>
        <w:t>vn -0.0899 0.2196 0.9714</w:t>
        <w:br/>
        <w:t>vn -0.0832 0.2931 0.9524</w:t>
        <w:br/>
        <w:t>vn -0.6714 0.0065 -0.7411</w:t>
        <w:br/>
        <w:t>vn -0.6635 -0.0220 -0.7478</w:t>
        <w:br/>
        <w:t>vn -0.9819 -0.0846 -0.1696</w:t>
        <w:br/>
        <w:t>vn -0.9860 -0.0655 -0.1533</w:t>
        <w:br/>
        <w:t>vn 0.0097 0.0113 -0.9999</w:t>
        <w:br/>
        <w:t>vn 0.0153 0.0519 -0.9985</w:t>
        <w:br/>
        <w:t>vn 0.7331 0.0593 -0.6776</w:t>
        <w:br/>
        <w:t>vn 0.7273 0.0130 -0.6862</w:t>
        <w:br/>
        <w:t>vn 0.9843 0.0107 -0.1764</w:t>
        <w:br/>
        <w:t>vn 0.9842 -0.0292 -0.1745</w:t>
        <w:br/>
        <w:t>vn 0.6118 -0.1403 0.7785</w:t>
        <w:br/>
        <w:t>vn 0.5946 -0.1556 0.7888</w:t>
        <w:br/>
        <w:t>vn 0.9556 -0.0832 0.2826</w:t>
        <w:br/>
        <w:t>vn 0.9593 -0.0519 0.2777</w:t>
        <w:br/>
        <w:t>vn -0.9088 -0.1387 0.3935</w:t>
        <w:br/>
        <w:t>vn -0.6206 -0.1790 0.7634</w:t>
        <w:br/>
        <w:t>vn -0.6266 -0.1686 0.7609</w:t>
        <w:br/>
        <w:t>vn -0.9106 -0.1244 0.3942</w:t>
        <w:br/>
        <w:t>vn -0.0527 -0.1944 0.9795</w:t>
        <w:br/>
        <w:t>vn -0.0732 -0.1961 0.9778</w:t>
        <w:br/>
        <w:t>vn -0.6250 -0.1774 0.7602</w:t>
        <w:br/>
        <w:t>vn -0.1318 -0.1814 0.9745</w:t>
        <w:br/>
        <w:t>vn -0.9044 -0.1524 0.3984</w:t>
        <w:br/>
        <w:t>vn -0.6402 -0.0542 -0.7663</w:t>
        <w:br/>
        <w:t>vn -0.9762 -0.1081 -0.1878</w:t>
        <w:br/>
        <w:t>vn 0.0233 -0.0315 -0.9992</w:t>
        <w:br/>
        <w:t>vn 0.9861 -0.0679 -0.1518</w:t>
        <w:br/>
        <w:t>vn 0.7277 -0.0368 -0.6849</w:t>
        <w:br/>
        <w:t>vn -0.2034 -0.1335 0.9699</w:t>
        <w:br/>
        <w:t>vn 0.5279 -0.1174 0.8411</w:t>
        <w:br/>
        <w:t>vn 0.5572 -0.1583 0.8151</w:t>
        <w:br/>
        <w:t>vn -0.6540 -0.1331 0.7447</w:t>
        <w:br/>
        <w:t>vn -0.9123 -0.1262 0.3896</w:t>
        <w:br/>
        <w:t>vn -0.9736 -0.1057 -0.2021</w:t>
        <w:br/>
        <w:t>vn -0.6165 -0.0649 -0.7847</w:t>
        <w:br/>
        <w:t>vn 0.9470 -0.1074 0.3028</w:t>
        <w:br/>
        <w:t>vn 0.9411 -0.0792 0.3287</w:t>
        <w:br/>
        <w:t>vn 0.0705 -0.0403 -0.9967</w:t>
        <w:br/>
        <w:t>vn 0.7538 -0.0415 -0.6558</w:t>
        <w:br/>
        <w:t>vn 0.9927 -0.0564 -0.1069</w:t>
        <w:br/>
        <w:t>vn 0.5068 -0.0820 0.8582</w:t>
        <w:br/>
        <w:t>vn 0.9342 -0.0446 0.3539</w:t>
        <w:br/>
        <w:t>vn 0.9971 -0.0247 -0.0721</w:t>
        <w:br/>
        <w:t>vn 0.7792 -0.0241 -0.6264</w:t>
        <w:br/>
        <w:t>vn 0.7791 -0.0241 -0.6264</w:t>
        <w:br/>
        <w:t>vn 0.1094 -0.0319 -0.9935</w:t>
        <w:br/>
        <w:t>vn -0.6817 -0.0881 0.7263</w:t>
        <w:br/>
        <w:t>vn -0.9369 -0.0910 0.3375</w:t>
        <w:br/>
        <w:t>vn -0.2462 -0.0932 0.9647</w:t>
        <w:br/>
        <w:t>vn 0.4685 -0.0380 0.8827</w:t>
        <w:br/>
        <w:t>vn 0.9160 -0.0025 0.4011</w:t>
        <w:br/>
        <w:t>vn 0.1296 0.0138 -0.9915</w:t>
        <w:br/>
        <w:t>vn 0.7911 0.0136 -0.6116</w:t>
        <w:br/>
        <w:t>vn -0.6964 -0.0410 0.7165</w:t>
        <w:br/>
        <w:t>vn -0.9569 -0.0457 0.2869</w:t>
        <w:br/>
        <w:t>vn -0.2585 -0.0455 0.9649</w:t>
        <w:br/>
        <w:t>vn -0.6077 -0.0608 -0.7918</w:t>
        <w:br/>
        <w:t>vn -0.9657 -0.0895 -0.2437</w:t>
        <w:br/>
        <w:t>vn -0.6151 -0.0082 -0.7884</w:t>
        <w:br/>
        <w:t>vn -0.9605 -0.0402 -0.2755</w:t>
        <w:br/>
        <w:t>vn 0.9981 0.0178 -0.0589</w:t>
        <w:br/>
        <w:t>vn -0.7005 -0.0065 0.7136</w:t>
        <w:br/>
        <w:t>vn -0.2609 -0.0062 0.9653</w:t>
        <w:br/>
        <w:t>vn 0.4416 -0.0016 0.8972</w:t>
        <w:br/>
        <w:t>vn 0.9010 0.0265 0.4331</w:t>
        <w:br/>
        <w:t>vn -0.9617 -0.0097 0.2740</w:t>
        <w:br/>
        <w:t>vn -0.6217 0.0329 -0.7826</w:t>
        <w:br/>
        <w:t>vn -0.9605 -0.0005 -0.2782</w:t>
        <w:br/>
        <w:t>vn 0.1388 0.0450 -0.9893</w:t>
        <w:br/>
        <w:t>vn 0.7953 0.0321 -0.6054</w:t>
        <w:br/>
        <w:t>vn 0.9977 0.0393 -0.0561</w:t>
        <w:br/>
        <w:t>vn 0.7953 0.0321 -0.6053</w:t>
        <w:br/>
        <w:t>vn -0.9587 0.1191 -0.2582</w:t>
        <w:br/>
        <w:t>vn -0.8840 0.0177 -0.4672</w:t>
        <w:br/>
        <w:t>vn -0.8642 0.0118 -0.5029</w:t>
        <w:br/>
        <w:t>vn 0.7886 -0.0444 -0.6133</w:t>
        <w:br/>
        <w:t>vn 0.8455 0.1052 -0.5235</w:t>
        <w:br/>
        <w:t>vn 0.9756 0.0743 -0.2066</w:t>
        <w:br/>
        <w:t>vn 0.7666 -0.0120 -0.6421</w:t>
        <w:br/>
        <w:t>vn 0.8548 -0.1079 -0.5075</w:t>
        <w:br/>
        <w:t>vn 0.8212 0.2650 -0.5054</w:t>
        <w:br/>
        <w:t>vn 0.8126 0.4493 -0.3713</w:t>
        <w:br/>
        <w:t>vn 0.9751 0.0579 -0.2139</w:t>
        <w:br/>
        <w:t>vn -0.8391 0.1153 -0.5317</w:t>
        <w:br/>
        <w:t>vn -0.9221 0.0211 -0.3863</w:t>
        <w:br/>
        <w:t>vn -0.7911 0.2235 -0.5694</w:t>
        <w:br/>
        <w:t>vn 0.8357 0.1323 -0.5330</w:t>
        <w:br/>
        <w:t>vn 0.1823 0.8588 0.4787</w:t>
        <w:br/>
        <w:t>vn 0.7608 0.5560 0.3346</w:t>
        <w:br/>
        <w:t>vn 0.8332 0.4449 0.3283</w:t>
        <w:br/>
        <w:t>vn 0.4029 0.7095 0.5782</w:t>
        <w:br/>
        <w:t>vn -0.0713 0.8264 0.5586</w:t>
        <w:br/>
        <w:t>vn 0.2779 0.6841 0.6744</w:t>
        <w:br/>
        <w:t>vn 0.9688 -0.1863 0.1635</w:t>
        <w:br/>
        <w:t>vn 0.9755 -0.2092 0.0685</w:t>
        <w:br/>
        <w:t>vn 0.8531 -0.5167 0.0718</w:t>
        <w:br/>
        <w:t>vn 0.8723 -0.4890 0.0028</w:t>
        <w:br/>
        <w:t>vn 0.9602 -0.1037 0.2592</w:t>
        <w:br/>
        <w:t>vn 0.8122 -0.1104 0.5728</w:t>
        <w:br/>
        <w:t>vn 0.6444 -0.5059 0.5734</w:t>
        <w:br/>
        <w:t>vn 0.8586 -0.4679 0.2096</w:t>
        <w:br/>
        <w:t>vn -0.3364 0.9242 0.1807</w:t>
        <w:br/>
        <w:t>vn -0.3586 0.9226 0.1419</w:t>
        <w:br/>
        <w:t>vn -0.4927 0.8647 0.0973</w:t>
        <w:br/>
        <w:t>vn -0.5781 0.7279 0.3688</w:t>
        <w:br/>
        <w:t>vn -0.7065 0.4024 0.5821</w:t>
        <w:br/>
        <w:t>vn 0.5621 0.7851 0.2600</w:t>
        <w:br/>
        <w:t>vn 0.6674 0.4708 0.5770</w:t>
        <w:br/>
        <w:t>vn 0.7349 0.6252 0.2627</w:t>
        <w:br/>
        <w:t>vn 0.4729 0.8657 0.1642</w:t>
        <w:br/>
        <w:t>vn 0.6614 0.6927 0.2876</w:t>
        <w:br/>
        <w:t>vn 0.3442 0.9290 0.1357</w:t>
        <w:br/>
        <w:t>vn 0.0770 0.9473 0.3108</w:t>
        <w:br/>
        <w:t>vn -0.3224 0.9441 0.0687</w:t>
        <w:br/>
        <w:t>vn -0.9964 0.0587 0.0616</w:t>
        <w:br/>
        <w:t>vn -0.9174 -0.1076 0.3831</w:t>
        <w:br/>
        <w:t>vn -0.2539 -0.3197 0.9129</w:t>
        <w:br/>
        <w:t>vn -0.2053 -0.5723 0.7939</w:t>
        <w:br/>
        <w:t>vn 0.1726 -0.5708 0.8027</w:t>
        <w:br/>
        <w:t>vn 0.2084 -0.3092 0.9279</w:t>
        <w:br/>
        <w:t>vn -0.3139 0.2098 0.9260</w:t>
        <w:br/>
        <w:t>vn 0.2018 0.3151 0.9274</w:t>
        <w:br/>
        <w:t>vn 0.0199 0.4735 0.8806</w:t>
        <w:br/>
        <w:t>vn -0.3256 0.4408 0.8365</w:t>
        <w:br/>
        <w:t>vn -0.3694 -0.5386 0.7572</w:t>
        <w:br/>
        <w:t>vn -0.6076 -0.5245 0.5965</w:t>
        <w:br/>
        <w:t>vn 0.3299 0.5575 0.7618</w:t>
        <w:br/>
        <w:t>vn 0.1397 -0.3985 0.9065</w:t>
        <w:br/>
        <w:t>vn 0.4408 -0.3678 0.8188</w:t>
        <w:br/>
        <w:t>vn 0.5116 -0.1946 0.8369</w:t>
        <w:br/>
        <w:t>vn 0.0964 -0.2459 0.9645</w:t>
        <w:br/>
        <w:t>vn 0.1564 0.6749 0.7212</w:t>
        <w:br/>
        <w:t>vn -0.4626 0.6638 0.5877</w:t>
        <w:br/>
        <w:t>vn -0.3319 0.7072 0.6242</w:t>
        <w:br/>
        <w:t>vn -0.1917 -0.3035 0.9333</w:t>
        <w:br/>
        <w:t>vn -0.1753 -0.3896 0.9042</w:t>
        <w:br/>
        <w:t>vn 0.9865 0.1610 -0.0302</w:t>
        <w:br/>
        <w:t>vn 0.9829 0.1689 -0.0732</w:t>
        <w:br/>
        <w:t>vn 0.9916 -0.0359 -0.1243</w:t>
        <w:br/>
        <w:t>vn 0.9916 -0.0359 -0.1242</w:t>
        <w:br/>
        <w:t>vn -0.8960 -0.4165 0.1540</w:t>
        <w:br/>
        <w:t>vn -0.9565 -0.1303 0.2609</w:t>
        <w:br/>
        <w:t>vn -0.9576 -0.1453 0.2489</w:t>
        <w:br/>
        <w:t>vn -0.8435 -0.5182 0.1414</w:t>
        <w:br/>
        <w:t>vn -0.7583 0.4999 0.4184</w:t>
        <w:br/>
        <w:t>vn -0.5883 0.2442 0.7709</w:t>
        <w:br/>
        <w:t>vn 0.7067 0.6884 0.1635</w:t>
        <w:br/>
        <w:t>vn 0.7530 0.4078 0.5164</w:t>
        <w:br/>
        <w:t>vn -0.8259 0.3860 0.4109</w:t>
        <w:br/>
        <w:t>vn -0.7684 0.4311 0.4730</w:t>
        <w:br/>
        <w:t>vn -0.7684 0.4310 0.4730</w:t>
        <w:br/>
        <w:t>vn -0.9498 0.0186 0.3123</w:t>
        <w:br/>
        <w:t>vn -0.9095 0.0766 0.4086</w:t>
        <w:br/>
        <w:t>vn 0.9513 0.3077 -0.0178</w:t>
        <w:br/>
        <w:t>vn 0.7169 0.6432 0.2690</w:t>
        <w:br/>
        <w:t>vn 0.9836 0.1801 0.0093</w:t>
        <w:br/>
        <w:t>vn 0.9881 0.1527 -0.0187</w:t>
        <w:br/>
        <w:t>vn -0.8207 0.3015 0.4853</w:t>
        <w:br/>
        <w:t>vn -0.9567 0.0304 0.2894</w:t>
        <w:br/>
        <w:t>vn -0.6390 0.5999 0.4814</w:t>
        <w:br/>
        <w:t>vn -0.7876 -0.2423 0.5666</w:t>
        <w:br/>
        <w:t>vn -0.0759 0.7957 0.6010</w:t>
        <w:br/>
        <w:t>vn 0.1694 0.7367 0.6547</w:t>
        <w:br/>
        <w:t>vn 0.1935 0.7357 0.6491</w:t>
        <w:br/>
        <w:t>vn -0.1565 0.7461 0.6472</w:t>
        <w:br/>
        <w:t>vn -0.4245 0.6035 0.6750</w:t>
        <w:br/>
        <w:t>vn 0.4668 0.5560 0.6877</w:t>
        <w:br/>
        <w:t>vn 0.5761 0.6860 0.4445</w:t>
        <w:br/>
        <w:t>vn 0.9872 0.1571 0.0269</w:t>
        <w:br/>
        <w:t>vn 0.9894 0.1317 0.0613</w:t>
        <w:br/>
        <w:t>vn -0.7100 0.4269 0.5600</w:t>
        <w:br/>
        <w:t>vn -0.9180 0.0332 0.3952</w:t>
        <w:br/>
        <w:t>vn -0.9633 0.0272 0.2669</w:t>
        <w:br/>
        <w:t>vn -0.7432 0.4801 0.4661</w:t>
        <w:br/>
        <w:t>vn -0.6996 0.0098 0.7144</w:t>
        <w:br/>
        <w:t>vn -0.1463 0.7531 0.6415</w:t>
        <w:br/>
        <w:t>vn -0.1066 0.7606 0.6404</w:t>
        <w:br/>
        <w:t>vn -0.1363 0.6059 0.7838</w:t>
        <w:br/>
        <w:t>vn -0.8072 0.4806 0.3428</w:t>
        <w:br/>
        <w:t>vn -0.9449 0.2529 0.2077</w:t>
        <w:br/>
        <w:t>vn -0.9789 0.0485 0.1984</w:t>
        <w:br/>
        <w:t>vn -0.9652 -0.0182 0.2607</w:t>
        <w:br/>
        <w:t>vn -0.0323 0.6003 0.7991</w:t>
        <w:br/>
        <w:t>vn 0.1166 0.1691 0.9787</w:t>
        <w:br/>
        <w:t>vn 0.0800 0.8934 0.4421</w:t>
        <w:br/>
        <w:t>vn 0.2471 0.8825 0.4002</w:t>
        <w:br/>
        <w:t>vn 0.3621 0.8485 0.3860</w:t>
        <w:br/>
        <w:t>vn 0.0535 0.8184 0.5721</w:t>
        <w:br/>
        <w:t>vn -0.0891 0.8777 0.4709</w:t>
        <w:br/>
        <w:t>vn -0.1567 0.6148 0.7730</w:t>
        <w:br/>
        <w:t>vn -0.8082 -0.1506 0.5693</w:t>
        <w:br/>
        <w:t>vn -0.6274 0.3406 0.7003</w:t>
        <w:br/>
        <w:t>vn -0.9345 -0.2980 0.1949</w:t>
        <w:br/>
        <w:t>vn -0.9537 -0.2171 0.2081</w:t>
        <w:br/>
        <w:t>vn -0.1792 0.8892 0.4209</w:t>
        <w:br/>
        <w:t>vn 0.1678 0.7645 0.6224</w:t>
        <w:br/>
        <w:t>vn -0.8217 0.4470 0.3537</w:t>
        <w:br/>
        <w:t>vn -0.9587 -0.2501 0.1353</w:t>
        <w:br/>
        <w:t>vn -0.8025 -0.5932 0.0641</w:t>
        <w:br/>
        <w:t>vn -0.0033 -0.9965 0.0838</w:t>
        <w:br/>
        <w:t>vn 0.0899 -0.9878 0.1274</w:t>
        <w:br/>
        <w:t>vn 0.1822 -0.9685 0.1696</w:t>
        <w:br/>
        <w:t>vn -0.0468 -0.9658 0.2551</w:t>
        <w:br/>
        <w:t>vn 0.0249 -0.9679 0.2499</w:t>
        <w:br/>
        <w:t>vn 0.0249 -0.9679 0.2500</w:t>
        <w:br/>
        <w:t>vn 0.0964 -0.9651 0.2435</w:t>
        <w:br/>
        <w:t>vn -0.0313 -0.8654 0.5000</w:t>
        <w:br/>
        <w:t>vn 0.0352 -0.8604 0.5084</w:t>
        <w:br/>
        <w:t>vn -0.0633 -0.6779 0.7324</w:t>
        <w:br/>
        <w:t>vn 0.1014 -0.8515 0.5144</w:t>
        <w:br/>
        <w:t>vn 0.2999 -0.5053 0.8092</w:t>
        <w:br/>
        <w:t>vn -0.3329 0.8545 0.3987</w:t>
        <w:br/>
        <w:t>vn 0.0443 0.9570 0.2868</w:t>
        <w:br/>
        <w:t>vn -0.6153 0.6292 0.4749</w:t>
        <w:br/>
        <w:t>vn -0.3330 0.8545 0.3987</w:t>
        <w:br/>
        <w:t>vn 0.1516 0.9417 0.3003</w:t>
        <w:br/>
        <w:t>vn 0.9454 0.1460 0.2913</w:t>
        <w:br/>
        <w:t>vn 0.9856 0.1193 0.1201</w:t>
        <w:br/>
        <w:t>vn 0.9599 0.1407 0.2424</w:t>
        <w:br/>
        <w:t>vn 0.7332 0.0910 0.6739</w:t>
        <w:br/>
        <w:t>vn -0.4276 0.5314 0.7313</w:t>
        <w:br/>
        <w:t>vn -0.6864 0.5960 0.4168</w:t>
        <w:br/>
        <w:t>vn -0.7627 0.3895 0.5164</w:t>
        <w:br/>
        <w:t>vn -0.9548 -0.1598 0.2508</w:t>
        <w:br/>
        <w:t>vn -0.9764 -0.0388 0.2124</w:t>
        <w:br/>
        <w:t>vn 0.9961 -0.0139 -0.0866</w:t>
        <w:br/>
        <w:t>vn 0.8379 0.4743 0.2699</w:t>
        <w:br/>
        <w:t>vn 0.9881 0.0356 -0.1495</w:t>
        <w:br/>
        <w:t>vn 0.6471 0.7210 0.2476</w:t>
        <w:br/>
        <w:t>vn 0.5770 0.6076 0.5458</w:t>
        <w:br/>
        <w:t>vn -0.2897 0.8359 0.4661</w:t>
        <w:br/>
        <w:t>vn 0.2857 0.8824 0.3739</w:t>
        <w:br/>
        <w:t>vn -0.4891 0.5404 0.6847</w:t>
        <w:br/>
        <w:t>vn -0.6567 0.6369 0.4038</w:t>
        <w:br/>
        <w:t>vn -0.6775 0.2286 0.6991</w:t>
        <w:br/>
        <w:t>vn -0.9316 -0.2176 0.2911</w:t>
        <w:br/>
        <w:t>vn -0.9584 -0.0210 0.2846</w:t>
        <w:br/>
        <w:t>vn 0.9951 -0.0372 -0.0918</w:t>
        <w:br/>
        <w:t>vn 0.7143 0.6050 0.3518</w:t>
        <w:br/>
        <w:t>vn 0.9910 0.0224 -0.1319</w:t>
        <w:br/>
        <w:t>vn 0.5048 0.7938 0.3390</w:t>
        <w:br/>
        <w:t>vn 0.1620 0.8885 0.4292</w:t>
        <w:br/>
        <w:t>vn -0.2533 0.8704 0.4221</w:t>
        <w:br/>
        <w:t>vn 0.4239 0.6793 0.5991</w:t>
        <w:br/>
        <w:t>vn 0.2049 0.9103 0.3597</w:t>
        <w:br/>
        <w:t>vn 0.5057 0.8072 0.3044</w:t>
        <w:br/>
        <w:t>vn -0.3441 0.8151 0.4660</w:t>
        <w:br/>
        <w:t>vn -0.5727 0.6291 0.5256</w:t>
        <w:br/>
        <w:t>vn -0.2140 -0.0619 0.9749</w:t>
        <w:br/>
        <w:t>vn 0.0956 -0.0754 0.9926</w:t>
        <w:br/>
        <w:t>vn 0.0786 0.1887 0.9789</w:t>
        <w:br/>
        <w:t>vn -0.1791 -0.0999 0.9787</w:t>
        <w:br/>
        <w:t>vn -0.1791 -0.0999 0.9788</w:t>
        <w:br/>
        <w:t>vn 0.1029 -0.1049 0.9891</w:t>
        <w:br/>
        <w:t>vn 0.0898 0.2196 0.9715</w:t>
        <w:br/>
        <w:t>vn 0.4245 -0.0346 0.9047</w:t>
        <w:br/>
        <w:t>vn 0.2999 -0.5052 0.8092</w:t>
        <w:br/>
        <w:t>vn 0.0852 0.1531 0.9845</w:t>
        <w:br/>
        <w:t>vn -0.0633 -0.6779 0.7325</w:t>
        <w:br/>
        <w:t>vn 0.9981 -0.0515 -0.0352</w:t>
        <w:br/>
        <w:t>vn 0.9998 -0.0062 -0.0191</w:t>
        <w:br/>
        <w:t>vn -0.9769 -0.0820 0.1975</w:t>
        <w:br/>
        <w:t>vn -0.9530 -0.1812 0.2428</w:t>
        <w:br/>
        <w:t>vn 0.9991 -0.0432 0.0031</w:t>
        <w:br/>
        <w:t>vn 0.9993 -0.0231 0.0295</w:t>
        <w:br/>
        <w:t>vn -0.9708 -0.1579 0.1806</w:t>
        <w:br/>
        <w:t>vn 0.9788 0.0913 -0.1836</w:t>
        <w:br/>
        <w:t>vn 0.9887 0.0903 -0.1195</w:t>
        <w:br/>
        <w:t>vn 0.4435 0.1388 0.8855</w:t>
        <w:br/>
        <w:t>vn -0.0036 0.2065 0.9784</w:t>
        <w:br/>
        <w:t>vn 0.3767 -0.1015 0.9208</w:t>
        <w:br/>
        <w:t>vn 0.3959 -0.0818 0.9146</w:t>
        <w:br/>
        <w:t>vn 0.9880 0.1448 0.0542</w:t>
        <w:br/>
        <w:t>vn 0.2355 -0.0608 0.9700</w:t>
        <w:br/>
        <w:t>vn 0.3698 0.5926 0.7156</w:t>
        <w:br/>
        <w:t>vn -0.8145 0.4175 0.4028</w:t>
        <w:br/>
        <w:t>vn -0.5309 0.4609 0.7111</w:t>
        <w:br/>
        <w:t>vn -0.1885 0.5249 0.8300</w:t>
        <w:br/>
        <w:t>vn 0.9855 -0.1066 0.1318</w:t>
        <w:br/>
        <w:t>vn 0.9178 0.0170 0.3966</w:t>
        <w:br/>
        <w:t>vn 0.8918 0.3397 0.2988</w:t>
        <w:br/>
        <w:t>vn -0.9962 -0.0857 -0.0154</w:t>
        <w:br/>
        <w:t>vn 0.9518 -0.2744 -0.1369</w:t>
        <w:br/>
        <w:t>vn 0.9937 -0.0747 -0.0838</w:t>
        <w:br/>
        <w:t>vn 0.8867 0.1451 0.4389</w:t>
        <w:br/>
        <w:t>vn -0.9234 -0.3579 -0.1387</w:t>
        <w:br/>
        <w:t>vn -0.7068 0.1200 0.6972</w:t>
        <w:br/>
        <w:t>vn -0.8910 0.0080 0.4539</w:t>
        <w:br/>
        <w:t>vn -0.6791 0.1095 0.7259</w:t>
        <w:br/>
        <w:t>vn -0.9791 -0.1980 0.0462</w:t>
        <w:br/>
        <w:t>vn -0.9420 -0.3042 -0.1417</w:t>
        <w:br/>
        <w:t>vn 0.9615 -0.2743 0.0185</w:t>
        <w:br/>
        <w:t>vn 0.9622 -0.2723 0.0029</w:t>
        <w:br/>
        <w:t>vn -0.9543 -0.2335 0.1867</w:t>
        <w:br/>
        <w:t>vn -0.6075 -0.5245 0.5965</w:t>
        <w:br/>
        <w:t>vn -0.9990 0.0279 -0.0353</w:t>
        <w:br/>
        <w:t>vn -0.7451 0.0083 -0.6670</w:t>
        <w:br/>
        <w:t>vn -0.7380 0.2838 -0.6122</w:t>
        <w:br/>
        <w:t>vn -0.7351 0.1587 -0.6592</w:t>
        <w:br/>
        <w:t>vn -0.4853 0.0775 -0.8709</w:t>
        <w:br/>
        <w:t>vn -0.4918 0.3892 -0.7789</w:t>
        <w:br/>
        <w:t>vn -0.4876 0.2576 -0.8342</w:t>
        <w:br/>
        <w:t>vn -0.0243 0.1713 -0.9849</w:t>
        <w:br/>
        <w:t>vn -0.0748 0.4755 -0.8766</w:t>
        <w:br/>
        <w:t>vn -0.0911 0.3052 -0.9479</w:t>
        <w:br/>
        <w:t>vn 0.4115 0.1783 -0.8938</w:t>
        <w:br/>
        <w:t>vn 0.4009 0.4537 -0.7959</w:t>
        <w:br/>
        <w:t>vn 0.4073 0.2747 -0.8710</w:t>
        <w:br/>
        <w:t>vn -0.6468 -0.0271 -0.7622</w:t>
        <w:br/>
        <w:t>vn -0.6021 0.0158 -0.7983</w:t>
        <w:br/>
        <w:t>vn -0.5525 -0.0007 -0.8335</w:t>
        <w:br/>
        <w:t>vn -0.3569 0.1042 -0.9283</w:t>
        <w:br/>
        <w:t>vn -0.1292 0.1307 -0.9830</w:t>
        <w:br/>
        <w:t>vn 0.4120 0.2312 -0.8814</w:t>
        <w:br/>
        <w:t>vn 0.2200 0.2280 -0.9485</w:t>
        <w:br/>
        <w:t>vn 0.6290 0.6265 -0.4603</w:t>
        <w:br/>
        <w:t>vn 0.6463 0.2644 -0.7158</w:t>
        <w:br/>
        <w:t>vn 0.8124 0.2417 -0.5306</w:t>
        <w:br/>
        <w:t>vn 0.7555 0.5863 -0.2924</w:t>
        <w:br/>
        <w:t>vn 0.1720 0.3052 0.9366</w:t>
        <w:br/>
        <w:t>vn -0.1801 0.1645 0.9698</w:t>
        <w:br/>
        <w:t>vn 0.0899 0.2196 0.9714</w:t>
        <w:br/>
        <w:t>vn 0.0832 0.2931 0.9524</w:t>
        <w:br/>
        <w:t>vn 0.3463 0.7121 0.6107</w:t>
        <w:br/>
        <w:t>vn 0.2967 0.7236 0.6231</w:t>
        <w:br/>
        <w:t>vn 0.2448 0.7254 0.6433</w:t>
        <w:br/>
        <w:t>vn 0.3596 0.6907 0.6274</w:t>
        <w:br/>
        <w:t>vn 0.3677 0.6394 0.6753</w:t>
        <w:br/>
        <w:t>vn 0.2082 0.5637 0.7993</w:t>
        <w:br/>
        <w:t>vn 0.3091 0.4548 0.8352</w:t>
        <w:br/>
        <w:t>vn 0.2781 0.6016 0.7488</w:t>
        <w:br/>
        <w:t>vn 0.3519 0.5535 0.7548</w:t>
        <w:br/>
        <w:t>vn 0.1998 0.4128 0.8886</w:t>
        <w:br/>
        <w:t>vn 0.1932 0.2211 0.9559</w:t>
        <w:br/>
        <w:t>vn 0.1570 0.0777 0.9845</w:t>
        <w:br/>
        <w:t>vn 0.0622 0.0056 0.9981</w:t>
        <w:br/>
        <w:t>vn 0.0676 0.1889 0.9797</w:t>
        <w:br/>
        <w:t>vn 0.1844 0.7147 0.6747</w:t>
        <w:br/>
        <w:t>vn 0.0732 0.6548 0.7522</w:t>
        <w:br/>
        <w:t>vn 0.1819 0.6768 0.7133</w:t>
        <w:br/>
        <w:t>vn 0.1733 0.7046 0.6881</w:t>
        <w:br/>
        <w:t>vn 0.1047 0.6875 0.7186</w:t>
        <w:br/>
        <w:t>vn 0.0565 0.5437 0.8374</w:t>
        <w:br/>
        <w:t>vn 0.0583 0.3698 0.9273</w:t>
        <w:br/>
        <w:t>vn 0.0271 0.6209 0.7834</w:t>
        <w:br/>
        <w:t>vn 0.0110 0.5190 0.8547</w:t>
        <w:br/>
        <w:t>vn -0.0176 0.3137 0.9494</w:t>
        <w:br/>
        <w:t>vn -0.0292 0.1559 0.9873</w:t>
        <w:br/>
        <w:t>vn -0.0008 -0.0273 0.9996</w:t>
        <w:br/>
        <w:t>vn 0.0334 -0.1417 0.9893</w:t>
        <w:br/>
        <w:t>vn -0.0648 0.2440 0.9676</w:t>
        <w:br/>
        <w:t>vn -0.0674 0.4114 0.9090</w:t>
        <w:br/>
        <w:t>vn -0.0847 0.1230 0.9888</w:t>
        <w:br/>
        <w:t>vn -0.0723 -0.0058 0.9974</w:t>
        <w:br/>
        <w:t>vn -0.0303 -0.0976 0.9948</w:t>
        <w:br/>
        <w:t>vn 0.0155 -0.1426 0.9897</w:t>
        <w:br/>
        <w:t>vn 0.0261 -0.1540 0.9877</w:t>
        <w:br/>
        <w:t>vn -0.0000 0.2078 0.9782</w:t>
        <w:br/>
        <w:t>vn -0.0519 -0.0739 0.9959</w:t>
        <w:br/>
        <w:t>vn 0.0053 -0.1258 0.9920</w:t>
        <w:br/>
        <w:t>vn 0.0493 -0.1221 0.9913</w:t>
        <w:br/>
        <w:t>vn 0.0718 -0.1464 0.9866</w:t>
        <w:br/>
        <w:t>vn 0.1079 -0.1988 0.9741</w:t>
        <w:br/>
        <w:t>vn 0.0993 -0.2308 0.9679</w:t>
        <w:br/>
        <w:t>vn 0.1344 -0.2016 0.9702</w:t>
        <w:br/>
        <w:t>vn 0.1094 -0.1106 0.9878</w:t>
        <w:br/>
        <w:t>vn 0.1377 -0.1400 0.9805</w:t>
        <w:br/>
        <w:t>vn 0.0834 -0.0937 0.9921</w:t>
        <w:br/>
        <w:t>vn 0.1244 -0.0803 0.9890</w:t>
        <w:br/>
        <w:t>vn 0.1502 -0.0996 0.9836</w:t>
        <w:br/>
        <w:t>vn 0.1716 -0.1213 0.9777</w:t>
        <w:br/>
        <w:t>vn 0.1198 -0.1340 0.9837</w:t>
        <w:br/>
        <w:t>vn 0.1396 -0.1545 0.9781</w:t>
        <w:br/>
        <w:t>vn 0.2197 -0.0899 0.9714</w:t>
        <w:br/>
        <w:t>vn 0.2056 -0.0977 0.9738</w:t>
        <w:br/>
        <w:t>vn 0.1978 -0.0842 0.9766</w:t>
        <w:br/>
        <w:t>vn 0.1589 -0.0649 0.9852</w:t>
        <w:br/>
        <w:t>vn 0.1904 -0.0937 0.9772</w:t>
        <w:br/>
        <w:t>vn 0.2049 -0.0657 0.9766</w:t>
        <w:br/>
        <w:t>vn 0.2286 -0.0901 0.9694</w:t>
        <w:br/>
        <w:t>vn 0.2060 -0.0930 0.9741</w:t>
        <w:br/>
        <w:t>vn 0.2254 -0.0634 0.9722</w:t>
        <w:br/>
        <w:t>vn -0.9453 0.2845 -0.1598</w:t>
        <w:br/>
        <w:t>vn -0.9561 -0.2389 0.1696</w:t>
        <w:br/>
        <w:t>vn 0.1380 -0.1381 0.9807</w:t>
        <w:br/>
        <w:t>vn 0.2398 0.7184 0.6530</w:t>
        <w:br/>
        <w:t>vn 0.3031 0.7081 0.6377</w:t>
        <w:br/>
        <w:t>vn 0.2420 0.6898 0.6823</w:t>
        <w:br/>
        <w:t>vn 0.3238 0.6604 0.6775</w:t>
        <w:br/>
        <w:t>vn -0.3074 -0.3782 -0.8732</w:t>
        <w:br/>
        <w:t>vn -0.3157 -0.3996 -0.8606</w:t>
        <w:br/>
        <w:t>vn -0.4604 -0.6239 -0.6315</w:t>
        <w:br/>
        <w:t>vn -0.4624 -0.6254 -0.6286</w:t>
        <w:br/>
        <w:t>vn -0.1867 -0.1492 -0.9710</w:t>
        <w:br/>
        <w:t>vn -0.2192 -0.2005 -0.9549</w:t>
        <w:br/>
        <w:t>vn -0.4611 -0.6113 -0.6433</w:t>
        <w:br/>
        <w:t>vn -0.5669 -0.7283 -0.3851</w:t>
        <w:br/>
        <w:t>vn -0.5568 -0.7493 -0.3586</w:t>
        <w:br/>
        <w:t>vn -0.6231 -0.7746 -0.1079</w:t>
        <w:br/>
        <w:t>vn -0.5963 -0.7959 -0.1051</w:t>
        <w:br/>
        <w:t>vn -0.5476 -0.7567 -0.3572</w:t>
        <w:br/>
        <w:t>vn -0.5771 -0.8094 -0.1090</w:t>
        <w:br/>
        <w:t>vn -0.6167 -0.7498 0.2400</w:t>
        <w:br/>
        <w:t>vn -0.5851 -0.7784 0.2274</w:t>
        <w:br/>
        <w:t>vn -0.5962 -0.7959 -0.1052</w:t>
        <w:br/>
        <w:t>vn -0.5648 -0.7958 0.2182</w:t>
        <w:br/>
        <w:t>vn -0.6585 -0.6493 -0.3805</w:t>
        <w:br/>
        <w:t>vn -0.7133 -0.7004 -0.0237</w:t>
        <w:br/>
        <w:t>vn -0.6814 -0.7271 -0.0838</w:t>
        <w:br/>
        <w:t>vn -0.6299 -0.6655 -0.4004</w:t>
        <w:br/>
        <w:t>vn -0.6565 -0.7035 0.2721</w:t>
        <w:br/>
        <w:t>vn -0.6717 -0.6679 0.3205</w:t>
        <w:br/>
        <w:t>vn -0.3273 -0.4250 -0.8440</w:t>
        <w:br/>
        <w:t>vn -0.4169 -0.5362 0.7339</w:t>
        <w:br/>
        <w:t>vn -0.2793 -0.3243 0.9038</w:t>
        <w:br/>
        <w:t>vn -0.2721 -0.3392 0.9005</w:t>
        <w:br/>
        <w:t>vn -0.4079 -0.5563 0.7240</w:t>
        <w:br/>
        <w:t>vn -0.5150 -0.6761 0.5269</w:t>
        <w:br/>
        <w:t>vn -0.4972 -0.6971 0.5166</w:t>
        <w:br/>
        <w:t>vn -0.0945 -0.0548 0.9940</w:t>
        <w:br/>
        <w:t>vn -0.1360 -0.0915 0.9865</w:t>
        <w:br/>
        <w:t>vn -0.5446 -0.6374 0.5450</w:t>
        <w:br/>
        <w:t>vn 0.1871 0.3350 -0.9235</w:t>
        <w:br/>
        <w:t>vn 0.1759 0.3977 -0.9005</w:t>
        <w:br/>
        <w:t>vn 0.0096 0.1446 -0.9894</w:t>
        <w:br/>
        <w:t>vn 0.0247 0.0900 -0.9956</w:t>
        <w:br/>
        <w:t>vn 0.3289 0.5293 -0.7821</w:t>
        <w:br/>
        <w:t>vn 0.3056 0.5880 -0.7489</w:t>
        <w:br/>
        <w:t>vn 0.4038 0.6220 0.6708</w:t>
        <w:br/>
        <w:t>vn 0.6585 0.6846 0.3126</w:t>
        <w:br/>
        <w:t>vn 0.4029 0.6233 0.6702</w:t>
        <w:br/>
        <w:t>vn 0.2842 0.4371 0.8533</w:t>
        <w:br/>
        <w:t>vn 0.2427 0.4280 0.8706</w:t>
        <w:br/>
        <w:t>vn 0.1385 0.2106 0.9677</w:t>
        <w:br/>
        <w:t>vn 0.0886 0.1980 0.9762</w:t>
        <w:br/>
        <w:t>vn 0.0059 -0.0230 0.9997</w:t>
        <w:br/>
        <w:t>vn -0.0659 -0.0733 0.9951</w:t>
        <w:br/>
        <w:t>vn -0.1551 -0.3068 0.9390</w:t>
        <w:br/>
        <w:t>vn -0.2318 -0.3475 0.9086</w:t>
        <w:br/>
        <w:t>vn -0.3014 -0.5523 0.7773</w:t>
        <w:br/>
        <w:t>vn -0.3670 -0.5706 0.7347</w:t>
        <w:br/>
        <w:t>vn -0.4250 -0.7247 0.5424</w:t>
        <w:br/>
        <w:t>vn -0.4698 -0.7222 0.5077</w:t>
        <w:br/>
        <w:t>vn -0.5324 -0.7481 -0.3962</w:t>
        <w:br/>
        <w:t>vn -0.5222 -0.7417 -0.4210</w:t>
        <w:br/>
        <w:t>vn -0.4591 -0.6096 -0.6462</w:t>
        <w:br/>
        <w:t>vn -0.4625 -0.6186 -0.6352</w:t>
        <w:br/>
        <w:t>vn -0.5620 -0.8179 -0.1231</w:t>
        <w:br/>
        <w:t>vn -0.5518 -0.8257 -0.1167</w:t>
        <w:br/>
        <w:t>vn -0.5441 -0.8127 0.2085</w:t>
        <w:br/>
        <w:t>vn -0.5215 -0.8232 0.2244</w:t>
        <w:br/>
        <w:t>vn -0.1290 -0.0998 -0.9866</w:t>
        <w:br/>
        <w:t>vn -0.1451 -0.1597 -0.9764</w:t>
        <w:br/>
        <w:t>vn -0.3012 -0.3615 -0.8824</w:t>
        <w:br/>
        <w:t>vn -0.3293 -0.4069 -0.8520</w:t>
        <w:br/>
        <w:t>vn 0.5894 0.8079 -0.0034</w:t>
        <w:br/>
        <w:t>vn 0.5893 0.8079 -0.0035</w:t>
        <w:br/>
        <w:t>vn 0.5312 0.7705 0.3524</w:t>
        <w:br/>
        <w:t>vn 0.8918 0.2831 -0.3530</w:t>
        <w:br/>
        <w:t>vn 0.4142 0.6563 -0.6306</w:t>
        <w:br/>
        <w:t>vn 0.4192 0.6764 -0.6057</w:t>
        <w:br/>
        <w:t>vn 0.5159 0.7845 -0.3441</w:t>
        <w:br/>
        <w:t>vn -0.0229 -0.1277 -0.9916</w:t>
        <w:br/>
        <w:t>vn -0.0022 -0.3238 -0.9461</w:t>
        <w:br/>
        <w:t>vn 0.1909 -0.1553 -0.9692</w:t>
        <w:br/>
        <w:t>vn 0.3073 0.1922 -0.9320</w:t>
        <w:br/>
        <w:t>vn 0.7109 0.5774 0.4016</w:t>
        <w:br/>
        <w:t>vn 0.4177 0.4350 0.7976</w:t>
        <w:br/>
        <w:t>vn 0.8282 0.4404 0.3467</w:t>
        <w:br/>
        <w:t>vn 0.7529 0.4715 0.4592</w:t>
        <w:br/>
        <w:t>vn 0.5685 0.4038 0.7168</w:t>
        <w:br/>
        <w:t>vn 0.6222 0.3992 0.6735</w:t>
        <w:br/>
        <w:t>vn 0.1215 -0.1688 0.9781</w:t>
        <w:br/>
        <w:t>vn -0.1534 -0.3224 0.9341</w:t>
        <w:br/>
        <w:t>vn -0.1329 -0.2092 0.9688</w:t>
        <w:br/>
        <w:t>vn -0.1625 -0.3417 0.9256</w:t>
        <w:br/>
        <w:t>vn -0.3032 -0.6076 0.7341</w:t>
        <w:br/>
        <w:t>vn -0.2746 -0.8048 0.5263</w:t>
        <w:br/>
        <w:t>vn -0.3301 -0.9439 0.0093</w:t>
        <w:br/>
        <w:t>vn -0.3301 -0.9439 0.0092</w:t>
        <w:br/>
        <w:t>vn -0.0516 -0.7657 -0.6411</w:t>
        <w:br/>
        <w:t>vn -0.2800 -0.5233 -0.8048</w:t>
        <w:br/>
        <w:t>vn 0.1951 0.0021 -0.9808</w:t>
        <w:br/>
        <w:t>vn -0.1404 -0.2073 -0.9681</w:t>
        <w:br/>
        <w:t>vn 0.6749 -0.0272 -0.7374</w:t>
        <w:br/>
        <w:t>vn 0.6897 0.3767 -0.6184</w:t>
        <w:br/>
        <w:t>vn 0.4871 0.2255 -0.8437</w:t>
        <w:br/>
        <w:t>vn 0.5088 0.2049 -0.8362</w:t>
        <w:br/>
        <w:t>vn 0.2950 0.3668 -0.8823</w:t>
        <w:br/>
        <w:t>vn 0.6095 0.6447 -0.4613</w:t>
        <w:br/>
        <w:t>vn 0.4305 0.5139 -0.7420</w:t>
        <w:br/>
        <w:t>vn 0.6112 0.6727 -0.4171</w:t>
        <w:br/>
        <w:t>vn 0.0260 0.1364 0.9903</w:t>
        <w:br/>
        <w:t>vn -0.2339 -0.1837 0.9548</w:t>
        <w:br/>
        <w:t>vn -0.3018 -0.2880 0.9088</w:t>
        <w:br/>
        <w:t>vn -0.4339 -0.4799 0.7625</w:t>
        <w:br/>
        <w:t>vn -0.5313 -0.5656 0.6308</w:t>
        <w:br/>
        <w:t>vn -0.6817 -0.7086 -0.1823</w:t>
        <w:br/>
        <w:t>vn -0.4613 -0.5086 -0.7270</w:t>
        <w:br/>
        <w:t>vn -0.2472 -0.2707 -0.9304</w:t>
        <w:br/>
        <w:t>vn -0.1890 -0.1183 -0.9748</w:t>
        <w:br/>
        <w:t>vn -0.1039 0.0180 -0.9944</w:t>
        <w:br/>
        <w:t>vn 0.0625 0.3044 -0.9505</w:t>
        <w:br/>
        <w:t>vn 0.0446 0.1498 0.9877</w:t>
        <w:br/>
        <w:t>vn 0.0161 0.1738 -0.9846</w:t>
        <w:br/>
        <w:t>vn 0.8664 0.4956 0.0615</w:t>
        <w:br/>
        <w:t>vn 0.4171 0.6529 0.6322</w:t>
        <w:br/>
        <w:t>vn -0.0979 -0.0701 0.9927</w:t>
        <w:br/>
        <w:t>vn -0.2756 -0.3431 0.8980</w:t>
        <w:br/>
        <w:t>vn -0.4080 -0.5580 0.7226</w:t>
        <w:br/>
        <w:t>vn -0.4991 -0.7029 0.5067</w:t>
        <w:br/>
        <w:t>vn -0.5626 -0.7997 0.2098</w:t>
        <w:br/>
        <w:t>vn -0.5713 -0.8123 -0.1174</w:t>
        <w:br/>
        <w:t>vn -0.5413 -0.7540 -0.3721</w:t>
        <w:br/>
        <w:t>vn -0.4623 -0.6242 -0.6298</w:t>
        <w:br/>
        <w:t>vn -0.2987 -0.3613 -0.8833</w:t>
        <w:br/>
        <w:t>vn -0.1534 -0.1032 -0.9828</w:t>
        <w:br/>
        <w:t>vn -0.0675 0.0393 -0.9969</w:t>
        <w:br/>
        <w:t>vn -0.2719 -0.3571 -0.8936</w:t>
        <w:br/>
        <w:t>vn -0.4561 -0.6046 -0.6530</w:t>
        <w:br/>
        <w:t>vn -0.3487 -0.4415 -0.8267</w:t>
        <w:br/>
        <w:t>vn -0.1701 -0.2024 -0.9644</w:t>
        <w:br/>
        <w:t>vn 0.0158 0.0742 -0.9971</w:t>
        <w:br/>
        <w:t>vn 0.1695 0.3040 -0.9375</w:t>
        <w:br/>
        <w:t>vn 0.3123 0.4994 -0.8081</w:t>
        <w:br/>
        <w:t>vn 0.2967 0.4533 0.8405</w:t>
        <w:br/>
        <w:t>vn 0.1586 0.2371 0.9585</w:t>
        <w:br/>
        <w:t>vn 0.1441 -0.6793 0.7195</w:t>
        <w:br/>
        <w:t>vn -0.4111 -0.7111 0.5704</w:t>
        <w:br/>
        <w:t>vn -0.5184 -0.8215 0.2376</w:t>
        <w:br/>
        <w:t>vn -0.5518 -0.8267 -0.1101</w:t>
        <w:br/>
        <w:t>vn -0.5197 -0.7367 -0.4326</w:t>
        <w:br/>
        <w:t>vn -0.9987 -0.0179 0.0471</w:t>
        <w:br/>
        <w:t>vn -0.9973 0.0319 0.0662</w:t>
        <w:br/>
        <w:t>vn -0.9147 -0.0281 0.4032</w:t>
        <w:br/>
        <w:t>vn -0.9236 -0.0807 0.3748</w:t>
        <w:br/>
        <w:t>vn 0.3822 -0.0404 0.9232</w:t>
        <w:br/>
        <w:t>vn 0.4363 -0.0921 0.8951</w:t>
        <w:br/>
        <w:t>vn 0.3332 -0.1082 0.9366</w:t>
        <w:br/>
        <w:t>vn 0.2877 -0.0598 0.9559</w:t>
        <w:br/>
        <w:t>vn -0.9847 0.0299 -0.1717</w:t>
        <w:br/>
        <w:t>vn -0.9863 0.0752 -0.1465</w:t>
        <w:br/>
        <w:t>vn -0.9153 0.1340 -0.3799</w:t>
        <w:br/>
        <w:t>vn -0.9044 0.0821 -0.4186</w:t>
        <w:br/>
        <w:t>vn -0.7132 0.1378 -0.6873</w:t>
        <w:br/>
        <w:t>vn -0.7248 0.2161 -0.6542</w:t>
        <w:br/>
        <w:t>vn 0.0306 -0.1925 0.9808</w:t>
        <w:br/>
        <w:t>vn 0.0318 -0.2022 0.9788</w:t>
        <w:br/>
        <w:t>vn -0.1939 -0.1862 0.9632</w:t>
        <w:br/>
        <w:t>vn -0.1886 -0.1920 0.9631</w:t>
        <w:br/>
        <w:t>vn -0.9716 0.0011 -0.2365</w:t>
        <w:br/>
        <w:t>vn -0.9780 0.0135 -0.2083</w:t>
        <w:br/>
        <w:t>vn -0.9994 -0.0323 0.0135</w:t>
        <w:br/>
        <w:t>vn -0.9993 -0.0344 -0.0109</w:t>
        <w:br/>
        <w:t>vn -0.8925 0.0544 -0.4478</w:t>
        <w:br/>
        <w:t>vn -0.8870 0.0319 -0.4607</w:t>
        <w:br/>
        <w:t>vn -0.7172 0.0500 -0.6951</w:t>
        <w:br/>
        <w:t>vn -0.7077 0.0849 -0.7014</w:t>
        <w:br/>
        <w:t>vn 0.5341 -0.1715 0.8279</w:t>
        <w:br/>
        <w:t>vn 0.7888 -0.1409 0.5982</w:t>
        <w:br/>
        <w:t>vn 0.3710 -0.1716 0.9126</w:t>
        <w:br/>
        <w:t>vn 0.4877 -0.1522 0.8596</w:t>
        <w:br/>
        <w:t>vn -0.9359 -0.0924 0.3398</w:t>
        <w:br/>
        <w:t>vn -0.9427 -0.0777 0.3245</w:t>
        <w:br/>
        <w:t>vn 0.0231 -0.1796 0.9835</w:t>
        <w:br/>
        <w:t>vn -0.3056 -0.1364 0.9423</w:t>
        <w:br/>
        <w:t>vn -0.2017 -0.1548 0.9671</w:t>
        <w:br/>
        <w:t>vn -0.2047 -0.1769 0.9627</w:t>
        <w:br/>
        <w:t>vn 0.5640 -0.1559 0.8109</w:t>
        <w:br/>
        <w:t>vn 0.5659 -0.1252 0.8149</w:t>
        <w:br/>
        <w:t>vn 0.9410 -0.0550 0.3340</w:t>
        <w:br/>
        <w:t>vn 0.9755 -0.0301 0.2178</w:t>
        <w:br/>
        <w:t>vn 0.9832 -0.0840 0.1620</w:t>
        <w:br/>
        <w:t>vn 0.9495 -0.1007 0.2971</w:t>
        <w:br/>
        <w:t>vn 0.9643 0.0566 -0.2585</w:t>
        <w:br/>
        <w:t>vn 0.9063 0.0650 -0.4175</w:t>
        <w:br/>
        <w:t>vn 0.8922 0.0458 -0.4493</w:t>
        <w:br/>
        <w:t>vn 0.9495 0.0255 -0.3126</w:t>
        <w:br/>
        <w:t>vn -0.7404 0.0055 -0.6721</w:t>
        <w:br/>
        <w:t>vn -0.7292 0.0446 -0.6828</w:t>
        <w:br/>
        <w:t>vn -0.8878 0.0331 -0.4591</w:t>
        <w:br/>
        <w:t>vn -0.8932 0.0154 -0.4494</w:t>
        <w:br/>
        <w:t>vn -0.9986 -0.0062 -0.0523</w:t>
        <w:br/>
        <w:t>vn -0.9993 -0.0209 -0.0308</w:t>
        <w:br/>
        <w:t>vn -0.9480 -0.0691 0.3107</w:t>
        <w:br/>
        <w:t>vn -0.9602 -0.0555 0.2736</w:t>
        <w:br/>
        <w:t>vn -0.9661 0.0127 -0.2578</w:t>
        <w:br/>
        <w:t>vn -0.9678 0.0127 -0.2516</w:t>
        <w:br/>
        <w:t>vn 0.6973 0.0686 -0.7135</w:t>
        <w:br/>
        <w:t>vn 0.6896 0.0748 -0.7203</w:t>
        <w:br/>
        <w:t>vn -0.9948 0.0696 0.0743</w:t>
        <w:br/>
        <w:t>vn -0.9913 0.1001 0.0857</w:t>
        <w:br/>
        <w:t>vn -0.8994 0.0283 0.4362</w:t>
        <w:br/>
        <w:t>vn -0.9075 -0.0040 0.4200</w:t>
        <w:br/>
        <w:t>vn 0.3297 -0.0237 0.9438</w:t>
        <w:br/>
        <w:t>vn 0.2421 -0.0485 0.9690</w:t>
        <w:br/>
        <w:t>vn 0.2063 -0.0259 0.9781</w:t>
        <w:br/>
        <w:t>vn 0.2866 -0.0073 0.9580</w:t>
        <w:br/>
        <w:t>vn -0.9827 0.1229 -0.1385</w:t>
        <w:br/>
        <w:t>vn -0.9790 0.1557 -0.1318</w:t>
        <w:br/>
        <w:t>vn -0.9855 0.1288 0.1108</w:t>
        <w:br/>
        <w:t>vn -0.9836 0.1318 0.1228</w:t>
        <w:br/>
        <w:t>vn -0.8981 0.0422 0.4377</w:t>
        <w:br/>
        <w:t>vn -0.8866 0.0600 0.4586</w:t>
        <w:br/>
        <w:t>vn 0.2397 0.0044 0.9708</w:t>
        <w:br/>
        <w:t>vn 0.2476 0.0023 0.9689</w:t>
        <w:br/>
        <w:t>vn 0.1739 -0.0057 0.9847</w:t>
        <w:br/>
        <w:t>vn 0.1509 -0.0123 0.9885</w:t>
        <w:br/>
        <w:t>vn -0.9758 0.2005 -0.0875</w:t>
        <w:br/>
        <w:t>vn -0.9808 0.1826 -0.0686</w:t>
        <w:br/>
        <w:t>vn -0.9251 0.1972 -0.3245</w:t>
        <w:br/>
        <w:t>vn -0.9014 0.2841 -0.3267</w:t>
        <w:br/>
        <w:t>vn -0.7225 0.3497 -0.5964</w:t>
        <w:br/>
        <w:t>vn -0.7510 0.2166 -0.6238</w:t>
        <w:br/>
        <w:t>vn 0.1902 0.4101 -0.8920</w:t>
        <w:br/>
        <w:t>vn 0.3812 0.3788 -0.8433</w:t>
        <w:br/>
        <w:t>vn 0.4184 0.3126 -0.8528</w:t>
        <w:br/>
        <w:t>vn 0.2169 0.3658 -0.9051</w:t>
        <w:br/>
        <w:t>vn -0.9671 0.0978 0.2347</w:t>
        <w:br/>
        <w:t>vn 0.5107 -0.0305 0.8592</w:t>
        <w:br/>
        <w:t>vn 0.2427 0.0250 0.9698</w:t>
        <w:br/>
        <w:t>vn 0.1427 -0.0851 0.9861</w:t>
        <w:br/>
        <w:t>vn -0.9908 0.1306 0.0351</w:t>
        <w:br/>
        <w:t>vn -0.9860 0.1646 0.0250</w:t>
        <w:br/>
        <w:t>vn -0.9692 0.1551 -0.1914</w:t>
        <w:br/>
        <w:t>vn -0.9622 0.1081 -0.2499</w:t>
        <w:br/>
        <w:t>vn -0.8561 0.0435 -0.5149</w:t>
        <w:br/>
        <w:t>vn -0.8724 0.1290 -0.4715</w:t>
        <w:br/>
        <w:t>vn -0.7139 0.1144 -0.6909</w:t>
        <w:br/>
        <w:t>vn -0.6711 -0.0285 -0.7408</w:t>
        <w:br/>
        <w:t>vn 0.4420 0.1597 -0.8827</w:t>
        <w:br/>
        <w:t>vn 0.2230 0.1627 -0.9611</w:t>
        <w:br/>
        <w:t>vn -0.9491 0.0653 0.3082</w:t>
        <w:br/>
        <w:t>vn -0.9160 -0.1065 0.3868</w:t>
        <w:br/>
        <w:t>vn -0.6998 -0.2673 0.6625</w:t>
        <w:br/>
        <w:t>vn -0.7995 -0.0565 0.5980</w:t>
        <w:br/>
        <w:t>vn 0.5144 -0.3296 0.7917</w:t>
        <w:br/>
        <w:t>vn 0.0360 -0.3110 0.9497</w:t>
        <w:br/>
        <w:t>vn -0.9532 -0.0470 -0.2986</w:t>
        <w:br/>
        <w:t>vn -0.9986 -0.0315 0.0419</w:t>
        <w:br/>
        <w:t>vn -0.5776 -0.2152 -0.7874</w:t>
        <w:br/>
        <w:t>vn -0.7880 -0.1277 -0.6022</w:t>
        <w:br/>
        <w:t>vn 0.1968 -0.2937 -0.9354</w:t>
        <w:br/>
        <w:t>vn -0.0741 -0.3375 -0.9384</w:t>
        <w:br/>
        <w:t>vn 0.1136 -0.1729 -0.9784</w:t>
        <w:br/>
        <w:t>vn 0.3685 -0.0799 -0.9262</w:t>
        <w:br/>
        <w:t>vn -0.4164 -0.1223 -0.9009</w:t>
        <w:br/>
        <w:t>vn -0.2577 -0.2944 -0.9203</w:t>
        <w:br/>
        <w:t>vn -0.4664 0.2866 -0.8369</w:t>
        <w:br/>
        <w:t>vn -0.4953 0.1131 -0.8613</w:t>
        <w:br/>
        <w:t>vn -0.9157 0.1866 -0.3560</w:t>
        <w:br/>
        <w:t>vn -0.9127 0.2176 -0.3459</w:t>
        <w:br/>
        <w:t>vn 0.6952 -0.0858 -0.7136</w:t>
        <w:br/>
        <w:t>vn 0.7965 -0.1114 -0.5943</w:t>
        <w:br/>
        <w:t>vn 0.7308 -0.4110 -0.5450</w:t>
        <w:br/>
        <w:t>vn 0.6948 -0.3723 -0.6154</w:t>
        <w:br/>
        <w:t>vn -0.2327 -0.1512 0.9607</w:t>
        <w:br/>
        <w:t>vn -0.5383 -0.0625 0.8404</w:t>
        <w:br/>
        <w:t>vn -0.2821 -0.0965 0.9545</w:t>
        <w:br/>
        <w:t>vn -0.5784 -0.0268 0.8153</w:t>
        <w:br/>
        <w:t>vn -0.3044 -0.0829 0.9489</w:t>
        <w:br/>
        <w:t>vn -0.3146 -0.0490 0.9480</w:t>
        <w:br/>
        <w:t>vn -0.3196 -0.0158 0.9474</w:t>
        <w:br/>
        <w:t>vn -0.3269 -0.0458 0.9440</w:t>
        <w:br/>
        <w:t>vn -0.3465 -0.0745 0.9351</w:t>
        <w:br/>
        <w:t>vn -0.3719 -0.1578 0.9148</w:t>
        <w:br/>
        <w:t>vn -0.4439 -0.2863 0.8491</w:t>
        <w:br/>
        <w:t>vn -0.4253 0.4035 -0.8101</w:t>
        <w:br/>
        <w:t>vn 0.3277 0.0464 -0.9436</w:t>
        <w:br/>
        <w:t>vn 0.3048 0.0673 -0.9500</w:t>
        <w:br/>
        <w:t>vn 0.6722 0.0945 -0.7343</w:t>
        <w:br/>
        <w:t>vn 0.2856 0.0852 -0.9545</w:t>
        <w:br/>
        <w:t>vn 0.6397 0.1136 -0.7601</w:t>
        <w:br/>
        <w:t>vn 0.2530 0.1091 -0.9613</w:t>
        <w:br/>
        <w:t>vn 0.6054 0.1630 -0.7790</w:t>
        <w:br/>
        <w:t>vn 0.2443 0.1824 -0.9524</w:t>
        <w:br/>
        <w:t>vn 0.5701 0.2570 -0.7804</w:t>
        <w:br/>
        <w:t>vn 0.2579 0.2759 -0.9260</w:t>
        <w:br/>
        <w:t>vn 0.5113 0.3441 -0.7875</w:t>
        <w:br/>
        <w:t>vn 0.2630 0.3657 -0.8928</w:t>
        <w:br/>
        <w:t>vn 0.5860 0.3331 -0.7387</w:t>
        <w:br/>
        <w:t>vn 0.6235 0.2496 -0.7409</w:t>
        <w:br/>
        <w:t>vn 0.7030 0.0852 -0.7061</w:t>
        <w:br/>
        <w:t>vn -0.1717 -0.4867 0.8565</w:t>
        <w:br/>
        <w:t>vn -0.1391 -0.4851 0.8633</w:t>
        <w:br/>
        <w:t>vn -0.0954 -0.4526 0.8866</w:t>
        <w:br/>
        <w:t>vn -0.0687 -0.4680 0.8810</w:t>
        <w:br/>
        <w:t>vn 0.3329 -0.6103 0.7188</w:t>
        <w:br/>
        <w:t>vn 0.2549 -0.4877 0.8350</w:t>
        <w:br/>
        <w:t>vn 0.5544 -0.5106 -0.6571</w:t>
        <w:br/>
        <w:t>vn 0.6037 -0.4539 -0.6554</w:t>
        <w:br/>
        <w:t>vn 0.6979 -0.5357 -0.4753</w:t>
        <w:br/>
        <w:t>vn 0.6166 -0.5011 -0.6072</w:t>
        <w:br/>
        <w:t>vn 0.6867 -0.5127 -0.5154</w:t>
        <w:br/>
        <w:t>vn 0.7764 -0.5215 -0.3540</w:t>
        <w:br/>
        <w:t>vn 0.7892 -0.5737 -0.2192</w:t>
        <w:br/>
        <w:t>vn 0.6056 -0.4912 -0.6261</w:t>
        <w:br/>
        <w:t>vn 0.6132 -0.4927 -0.6174</w:t>
        <w:br/>
        <w:t>vn 0.3656 -0.6006 -0.7111</w:t>
        <w:br/>
        <w:t>vn -0.1520 -0.5050 -0.8496</w:t>
        <w:br/>
        <w:t>vn -0.0813 -0.3905 -0.9170</w:t>
        <w:br/>
        <w:t>vn 0.2277 -0.4441 -0.8666</w:t>
        <w:br/>
        <w:t>vn -0.2662 -0.3926 -0.8804</w:t>
        <w:br/>
        <w:t>vn -0.5043 -0.4572 -0.7326</w:t>
        <w:br/>
        <w:t>vn -0.5094 -0.3807 -0.7717</w:t>
        <w:br/>
        <w:t>vn -0.7138 -0.2843 -0.6401</w:t>
        <w:br/>
        <w:t>vn -0.5535 -0.3313 -0.7641</w:t>
        <w:br/>
        <w:t>vn -0.4005 -0.3711 -0.8378</w:t>
        <w:br/>
        <w:t>vn -0.9332 -0.2596 0.2485</w:t>
        <w:br/>
        <w:t>vn -0.8734 -0.2559 0.4143</w:t>
        <w:br/>
        <w:t>vn -0.9788 -0.2013 0.0376</w:t>
        <w:br/>
        <w:t>vn -0.7570 -0.3278 0.5653</w:t>
        <w:br/>
        <w:t>vn -0.6751 -0.2724 0.6856</w:t>
        <w:br/>
        <w:t>vn -0.3636 -0.2061 0.9085</w:t>
        <w:br/>
        <w:t>vn -0.1998 -0.2457 0.9485</w:t>
        <w:br/>
        <w:t>vn -0.5340 -0.3342 0.7766</w:t>
        <w:br/>
        <w:t>vn -0.4715 -0.3916 0.7901</w:t>
        <w:br/>
        <w:t>vn -0.2072 -0.4312 0.8781</w:t>
        <w:br/>
        <w:t>vn 0.2855 -0.2764 0.9177</w:t>
        <w:br/>
        <w:t>vn 0.3194 0.1834 0.9297</w:t>
        <w:br/>
        <w:t>vn 0.6036 -0.4539 -0.6554</w:t>
        <w:br/>
        <w:t>vn -0.3142 -0.5325 -0.7860</w:t>
        <w:br/>
        <w:t>vn 0.7395 -0.5982 0.3088</w:t>
        <w:br/>
        <w:t>vn 0.6866 -0.5216 0.5066</w:t>
        <w:br/>
        <w:t>vn 0.7122 -0.5189 0.4728</w:t>
        <w:br/>
        <w:t>vn -0.1632 -0.4912 0.8556</w:t>
        <w:br/>
        <w:t>vn -0.6656 -0.2726 0.6947</w:t>
        <w:br/>
        <w:t>vn -0.7455 -0.0882 0.6607</w:t>
        <w:br/>
        <w:t>vn -0.7172 -0.0911 0.6909</w:t>
        <w:br/>
        <w:t>vn -0.2256 -0.1049 0.9686</w:t>
        <w:br/>
        <w:t>vn -0.2634 -0.0859 0.9608</w:t>
        <w:br/>
        <w:t>vn 0.5443 -0.1521 0.8250</w:t>
        <w:br/>
        <w:t>vn 0.8395 -0.1009 0.5338</w:t>
        <w:br/>
        <w:t>vn 0.4000 -0.0306 -0.9160</w:t>
        <w:br/>
        <w:t>vn 0.6624 -0.0149 -0.7490</w:t>
        <w:br/>
        <w:t>vn 0.7012 0.0544 -0.7109</w:t>
        <w:br/>
        <w:t>vn 0.3668 0.0403 -0.9294</w:t>
        <w:br/>
        <w:t>vn -0.8713 -0.2054 -0.4457</w:t>
        <w:br/>
        <w:t>vn -0.7168 -0.1938 -0.6698</w:t>
        <w:br/>
        <w:t>vn -0.7495 -0.0917 -0.6557</w:t>
        <w:br/>
        <w:t>vn -0.8962 -0.0592 -0.4397</w:t>
        <w:br/>
        <w:t>vn -0.9722 -0.0424 0.2303</w:t>
        <w:br/>
        <w:t>vn -0.9742 -0.0738 0.2135</w:t>
        <w:br/>
        <w:t>vn -0.9942 -0.0969 -0.0476</w:t>
        <w:br/>
        <w:t>vn -0.9980 -0.0217 -0.0592</w:t>
        <w:br/>
        <w:t>vn -0.9667 -0.0356 -0.2533</w:t>
        <w:br/>
        <w:t>vn -0.9594 -0.1532 -0.2368</w:t>
        <w:br/>
        <w:t>vn -0.0000 -0.2741 -0.9617</w:t>
        <w:br/>
        <w:t>vn -0.3505 -0.2413 -0.9049</w:t>
        <w:br/>
        <w:t>vn -0.3462 -0.5180 -0.7822</w:t>
        <w:br/>
        <w:t>vn 0.0000 -0.5782 -0.8159</w:t>
        <w:br/>
        <w:t>vn -0.4241 -0.7367 -0.5267</w:t>
        <w:br/>
        <w:t>vn 0.0000 -0.8553 -0.5181</w:t>
        <w:br/>
        <w:t>vn -0.0892 -0.2590 0.9618</w:t>
        <w:br/>
        <w:t>vn 0.0000 -0.3030 0.9530</w:t>
        <w:br/>
        <w:t>vn -0.0000 -0.6616 0.7499</w:t>
        <w:br/>
        <w:t>vn -0.4194 -0.5530 0.7199</w:t>
        <w:br/>
        <w:t>vn 0.0001 -0.9683 -0.2496</w:t>
        <w:br/>
        <w:t>vn -0.6418 -0.7291 -0.2376</w:t>
        <w:br/>
        <w:t>vn -0.7540 -0.6568 -0.0080</w:t>
        <w:br/>
        <w:t>vn -0.6168 -0.7871 0.0000</w:t>
        <w:br/>
        <w:t>vn -0.7358 -0.6108 0.2925</w:t>
        <w:br/>
        <w:t>vn -0.6310 -0.7182 0.2933</w:t>
        <w:br/>
        <w:t>vn 0.0001 -0.9684 -0.2496</w:t>
        <w:br/>
        <w:t>vn -0.9014 -0.3732 -0.2193</w:t>
        <w:br/>
        <w:t>vn -0.9415 -0.3359 -0.0270</w:t>
        <w:br/>
        <w:t>vn -0.9167 -0.3072 0.2556</w:t>
        <w:br/>
        <w:t>vn -0.2013 -0.1892 0.9611</w:t>
        <w:br/>
        <w:t>vn -0.6507 -0.2944 0.6999</w:t>
        <w:br/>
        <w:t>vn -0.4659 -0.5647 -0.6813</w:t>
        <w:br/>
        <w:t>vn -0.3972 -0.4482 -0.8008</w:t>
        <w:br/>
        <w:t>vn -0.7344 -0.4870 -0.4727</w:t>
        <w:br/>
        <w:t>vn -0.3738 -0.2090 -0.9036</w:t>
        <w:br/>
        <w:t>vn -0.5690 -0.3283 -0.7540</w:t>
        <w:br/>
        <w:t>vn -0.3536 -0.4572 -0.8161</w:t>
        <w:br/>
        <w:t>vn -0.2488 -0.3911 -0.8861</w:t>
        <w:br/>
        <w:t>vn 0.4053 -0.1391 -0.9036</w:t>
        <w:br/>
        <w:t>vn 0.5311 -0.1584 -0.8324</w:t>
        <w:br/>
        <w:t>vn 0.1682 -0.2065 0.9639</w:t>
        <w:br/>
        <w:t>vn 0.0943 -0.2777 0.9560</w:t>
        <w:br/>
        <w:t>vn 0.0568 -0.1536 0.9865</w:t>
        <w:br/>
        <w:t>vn 0.0372 -0.0498 0.9981</w:t>
        <w:br/>
        <w:t>vn -0.3860 -0.4375 0.8121</w:t>
        <w:br/>
        <w:t>vn 0.0159 -0.0981 0.9950</w:t>
        <w:br/>
        <w:t>vn 0.0000 -0.2487 -0.9686</w:t>
        <w:br/>
        <w:t>vn -0.2374 -0.1797 -0.9546</w:t>
        <w:br/>
        <w:t>vn -0.6785 -0.1267 0.7236</w:t>
        <w:br/>
        <w:t>vn -0.2224 -0.1801 -0.9582</w:t>
        <w:br/>
        <w:t>vn -0.0133 -0.1532 -0.9881</w:t>
        <w:br/>
        <w:t>vn -0.0344 -0.3242 -0.9454</w:t>
        <w:br/>
        <w:t>vn -0.3103 -0.0611 -0.9487</w:t>
        <w:br/>
        <w:t>vn -0.2037 0.0392 -0.9782</w:t>
        <w:br/>
        <w:t>vn -0.0213 0.0524 -0.9984</w:t>
        <w:br/>
        <w:t>vn -0.1164 -0.3276 -0.9376</w:t>
        <w:br/>
        <w:t>vn -0.2703 -0.2123 -0.9391</w:t>
        <w:br/>
        <w:t>vn -0.9015 -0.3732 -0.2193</w:t>
        <w:br/>
        <w:t>vn 0.9176 0.0130 -0.3973</w:t>
        <w:br/>
        <w:t>vn 0.8678 0.0294 -0.4960</w:t>
        <w:br/>
        <w:t>vn 0.8549 0.0344 -0.5177</w:t>
        <w:br/>
        <w:t>vn 0.4782 -0.1959 -0.8561</w:t>
        <w:br/>
        <w:t>vn 0.3981 -0.1948 -0.8964</w:t>
        <w:br/>
        <w:t>vn 0.3903 -0.1718 -0.9045</w:t>
        <w:br/>
        <w:t>vn 0.1811 -0.1188 0.9763</w:t>
        <w:br/>
        <w:t>vn 0.7348 -0.1641 0.6582</w:t>
        <w:br/>
        <w:t>vn 0.8040 -0.1198 0.5824</w:t>
        <w:br/>
        <w:t>vn 0.9459 -0.1529 0.2860</w:t>
        <w:br/>
        <w:t>vn -0.1931 0.0763 -0.9782</w:t>
        <w:br/>
        <w:t>vn -0.1435 -0.2105 -0.9670</w:t>
        <w:br/>
        <w:t>vn 0.0000 -0.3196 -0.9475</w:t>
        <w:br/>
        <w:t>vn 0.7727 -0.5691 0.2812</w:t>
        <w:br/>
        <w:t>vn 0.7175 -0.5219 0.4613</w:t>
        <w:br/>
        <w:t>vn 0.7658 -0.3852 0.5149</w:t>
        <w:br/>
        <w:t>vn 0.7297 -0.1003 0.6764</w:t>
        <w:br/>
        <w:t>vn 0.4828 0.0451 0.8746</w:t>
        <w:br/>
        <w:t>vn -0.4003 -0.3487 -0.8474</w:t>
        <w:br/>
        <w:t>vn -0.9232 -0.2194 -0.3156</w:t>
        <w:br/>
        <w:t>vn 0.0169 -0.6242 0.7811</w:t>
        <w:br/>
        <w:t>vn -0.0192 -0.3250 0.9455</w:t>
        <w:br/>
        <w:t>vn -0.5417 -0.3882 0.7456</w:t>
        <w:br/>
        <w:t>vn 0.0461 -0.4773 0.8776</w:t>
        <w:br/>
        <w:t>vn -0.5366 -0.3373 0.7735</w:t>
        <w:br/>
        <w:t>vn -0.7148 0.0928 -0.6931</w:t>
        <w:br/>
        <w:t>vn -0.6880 -0.1269 -0.7145</w:t>
        <w:br/>
        <w:t>vn -0.1468 -0.4724 -0.8691</w:t>
        <w:br/>
        <w:t>vn -0.0710 -0.4157 -0.9067</w:t>
        <w:br/>
        <w:t>vn 0.4126 -0.5204 -0.7477</w:t>
        <w:br/>
        <w:t>vn -0.4224 -0.4305 -0.7976</w:t>
        <w:br/>
        <w:t>vn -0.4234 -0.3706 -0.8267</w:t>
        <w:br/>
        <w:t>vn -0.7304 0.2831 -0.6216</w:t>
        <w:br/>
        <w:t>vn 0.8299 -0.5480 -0.1041</w:t>
        <w:br/>
        <w:t>vn 0.6777 -0.6193 -0.3965</w:t>
        <w:br/>
        <w:t>vn 0.6532 -0.3552 -0.6687</w:t>
        <w:br/>
        <w:t>vn 0.6098 0.0634 -0.7900</w:t>
        <w:br/>
        <w:t>vn 0.8878 -0.4145 0.2001</w:t>
        <w:br/>
        <w:t>vn -0.8954 -0.3162 -0.3135</w:t>
        <w:br/>
        <w:t>vn -0.6347 -0.4842 -0.6023</w:t>
        <w:br/>
        <w:t>vn 0.1319 0.2689 -0.9541</w:t>
        <w:br/>
        <w:t>vn 0.7509 0.2517 -0.6105</w:t>
        <w:br/>
        <w:t>vn 0.4215 0.4432 -0.7912</w:t>
        <w:br/>
        <w:t>vn 0.6051 -0.3654 0.7073</w:t>
        <w:br/>
        <w:t>vn 0.5385 -0.5256 0.6586</w:t>
        <w:br/>
        <w:t>vn 0.6109 -0.6302 0.4792</w:t>
        <w:br/>
        <w:t>vn -0.9758 -0.2185 -0.0044</w:t>
        <w:br/>
        <w:t>vn -0.9768 -0.2105 0.0401</w:t>
        <w:br/>
        <w:t>vn -0.9768 -0.2105 0.0400</w:t>
        <w:br/>
        <w:t>vn -0.9818 -0.1750 0.0738</w:t>
        <w:br/>
        <w:t>vn -0.9870 -0.1477 0.0631</w:t>
        <w:br/>
        <w:t>vn 0.7098 -0.6225 0.3298</w:t>
        <w:br/>
        <w:t>vn 0.7337 -0.6381 0.2332</w:t>
        <w:br/>
        <w:t>vn -0.8547 -0.3833 -0.3502</w:t>
        <w:br/>
        <w:t>vn -0.9842 -0.1772 0.0048</w:t>
        <w:br/>
        <w:t>vn -0.9679 -0.2264 -0.1088</w:t>
        <w:br/>
        <w:t>vn -0.9704 -0.2398 -0.0297</w:t>
        <w:br/>
        <w:t>vn 0.8634 -0.4621 -0.2027</w:t>
        <w:br/>
        <w:t>vn 0.4126 -0.5204 -0.7476</w:t>
        <w:br/>
        <w:t>vn 0.7966 -0.5481 -0.2549</w:t>
        <w:br/>
        <w:t>vn 0.8634 -0.4621 -0.2026</w:t>
        <w:br/>
        <w:t>vn -0.8547 -0.3832 -0.3502</w:t>
        <w:br/>
        <w:t>vn -0.8413 0.0020 0.5406</w:t>
        <w:br/>
        <w:t>vn -0.6821 0.2615 -0.6829</w:t>
        <w:br/>
        <w:t>vn 0.8833 0.0781 -0.4622</w:t>
        <w:br/>
        <w:t>vn 0.4481 0.1743 -0.8768</w:t>
        <w:br/>
        <w:t>vn 0.3598 0.2766 -0.8911</w:t>
        <w:br/>
        <w:t>vn 0.5508 0.3437 -0.7606</w:t>
        <w:br/>
        <w:t>vn 0.3905 0.3015 -0.8698</w:t>
        <w:br/>
        <w:t>vn 0.1370 0.1013 0.9854</w:t>
        <w:br/>
        <w:t>vn 0.0899 0.1415 0.9858</w:t>
        <w:br/>
        <w:t>vn -0.0000 -0.3254 0.9456</w:t>
        <w:br/>
        <w:t>vn 0.0000 -0.1915 0.9815</w:t>
        <w:br/>
        <w:t>vn 0.0000 -0.1004 0.9950</w:t>
        <w:br/>
        <w:t>vn -0.9866 0.1310 0.0975</w:t>
        <w:br/>
        <w:t>vn -0.8918 0.0614 0.4483</w:t>
        <w:br/>
        <w:t>vn -0.9743 0.1934 -0.1155</w:t>
        <w:br/>
        <w:t>vn -0.9062 0.2591 -0.3341</w:t>
        <w:br/>
        <w:t>vn -0.9743 0.1934 -0.1154</w:t>
        <w:br/>
        <w:t>vn -0.7342 0.3363 -0.5899</w:t>
        <w:br/>
        <w:t>vn -0.4231 0.4054 -0.8103</w:t>
        <w:br/>
        <w:t>vn 0.1752 0.4107 -0.8948</w:t>
        <w:br/>
        <w:t>vn 0.3652 0.3802 -0.8497</w:t>
        <w:br/>
        <w:t>vn 0.5670 0.3351 -0.7525</w:t>
        <w:br/>
        <w:t>vn 0.2609 0.0076 0.9653</w:t>
        <w:br/>
        <w:t>vn 0.1855 -0.0033 0.9826</w:t>
        <w:br/>
        <w:t>vn -0.3184 -0.0153 0.9478</w:t>
        <w:br/>
        <w:t>vn -0.7358 0.3135 -0.6003</w:t>
        <w:br/>
        <w:t>vn -0.4307 0.3911 -0.8134</w:t>
        <w:br/>
        <w:t>vn 0.1600 0.3891 -0.9072</w:t>
        <w:br/>
        <w:t>vn 0.3548 0.3798 -0.8543</w:t>
        <w:br/>
        <w:t>vn -0.4505 0.3518 -0.8205</w:t>
        <w:br/>
        <w:t>vn 0.0196 -0.1061 0.9942</w:t>
        <w:br/>
        <w:t>vn 0.0958 -0.0102 0.9953</w:t>
        <w:br/>
        <w:t>vn -0.6619 -0.1354 0.7373</w:t>
        <w:br/>
        <w:t>vn -0.6501 -0.1360 0.7476</w:t>
        <w:br/>
        <w:t>vn -0.6353 -0.1601 0.7555</w:t>
        <w:br/>
        <w:t>vn -0.6362 -0.1397 0.7588</w:t>
        <w:br/>
        <w:t>vn -0.6412 -0.0830 0.7629</w:t>
        <w:br/>
        <w:t>vn -0.6363 -0.0667 0.7685</w:t>
        <w:br/>
        <w:t>vn -0.6273 -0.0313 0.7781</w:t>
        <w:br/>
        <w:t>vn -0.6148 0.0039 0.7886</w:t>
        <w:br/>
        <w:t>vn -0.6016 0.0020 0.7988</w:t>
        <w:br/>
        <w:t>vn -0.5888 -0.0316 0.8077</w:t>
        <w:br/>
        <w:t>vn -0.5747 -0.0641 0.8158</w:t>
        <w:br/>
        <w:t>vn -0.5608 -0.1424 0.8156</w:t>
        <w:br/>
        <w:t>vn 0.9790 -0.1552 0.1324</w:t>
        <w:br/>
        <w:t>vn 0.7832 -0.0461 0.6201</w:t>
        <w:br/>
        <w:t>vn 0.7668 -0.1164 0.6312</w:t>
        <w:br/>
        <w:t>vn 0.7145 -0.1040 0.6919</w:t>
        <w:br/>
        <w:t>vn 0.6032 -0.0606 0.7952</w:t>
        <w:br/>
        <w:t>vn 0.6543 -0.0544 0.7543</w:t>
        <w:br/>
        <w:t>vn 0.5913 0.0003 0.8065</w:t>
        <w:br/>
        <w:t>vn 0.2427 0.0343 0.9695</w:t>
        <w:br/>
        <w:t>vn 0.5328 0.0278 0.8458</w:t>
        <w:br/>
        <w:t>vn 0.4859 0.0311 0.8735</w:t>
        <w:br/>
        <w:t>vn 0.4608 0.0293 0.8870</w:t>
        <w:br/>
        <w:t>vn 0.1557 0.0115 0.9877</w:t>
        <w:br/>
        <w:t>vn 0.4509 0.0198 0.8923</w:t>
        <w:br/>
        <w:t>vn 0.4586 0.0148 0.8885</w:t>
        <w:br/>
        <w:t>vn 0.8037 -0.1100 0.5849</w:t>
        <w:br/>
        <w:t>vn -0.0612 -0.3518 -0.9341</w:t>
        <w:br/>
        <w:t>vn -0.6633 0.3249 -0.6741</w:t>
        <w:br/>
        <w:t>vn -0.2544 0.4050 -0.8782</w:t>
        <w:br/>
        <w:t>vn -0.3199 0.3641 -0.8747</w:t>
        <w:br/>
        <w:t>vn 0.0675 -0.2922 -0.9540</w:t>
        <w:br/>
        <w:t>vn 0.0698 -0.1461 -0.9868</w:t>
        <w:br/>
        <w:t>vn 0.0683 -0.0142 -0.9976</w:t>
        <w:br/>
        <w:t>vn 0.7827 -0.1037 -0.6138</w:t>
        <w:br/>
        <w:t>vn 0.7690 -0.1894 -0.6105</w:t>
        <w:br/>
        <w:t>vn 0.3147 -0.1921 -0.9295</w:t>
        <w:br/>
        <w:t>vn 0.2708 -0.1167 -0.9555</w:t>
        <w:br/>
        <w:t>vn 0.2031 -0.0198 -0.9790</w:t>
        <w:br/>
        <w:t>vn 0.1357 0.0160 -0.9906</w:t>
        <w:br/>
        <w:t>vn 0.0767 0.0198 -0.9969</w:t>
        <w:br/>
        <w:t>vn 0.0632 0.0557 -0.9964</w:t>
        <w:br/>
        <w:t>vn 0.5731 0.0517 -0.8179</w:t>
        <w:br/>
        <w:t>vn 0.5056 0.2556 -0.8241</w:t>
        <w:br/>
        <w:t>vn 0.4525 0.3184 -0.8330</w:t>
        <w:br/>
        <w:t>vn 0.5558 0.3145 -0.7696</w:t>
        <w:br/>
        <w:t>vn 0.0541 0.4209 -0.9055</w:t>
        <w:br/>
        <w:t>vn 0.0618 0.4206 -0.9052</w:t>
        <w:br/>
        <w:t>vn 0.0776 0.3858 -0.9193</w:t>
        <w:br/>
        <w:t>vn 0.0604 0.1593 -0.9854</w:t>
        <w:br/>
        <w:t>vn -0.0462 -0.2202 -0.9744</w:t>
        <w:br/>
        <w:t>vn -0.1956 -0.3687 -0.9087</w:t>
        <w:br/>
        <w:t>vn -0.6379 -0.3468 -0.6876</w:t>
        <w:br/>
        <w:t>vn 0.0204 -0.2609 -0.9652</w:t>
        <w:br/>
        <w:t>vn -0.0592 -0.1679 -0.9840</w:t>
        <w:br/>
        <w:t>vn -0.4026 -0.1450 -0.9038</w:t>
        <w:br/>
        <w:t>vn -0.4758 -0.0984 -0.8740</w:t>
        <w:br/>
        <w:t>vn -0.5004 -0.0041 -0.8658</w:t>
        <w:br/>
        <w:t>vn -0.4986 0.0532 -0.8652</w:t>
        <w:br/>
        <w:t>vn -0.4888 0.0556 -0.8706</w:t>
        <w:br/>
        <w:t>vn -0.7647 0.0439 -0.6429</w:t>
        <w:br/>
        <w:t>vn -0.4610 0.0928 -0.8825</w:t>
        <w:br/>
        <w:t>vn -0.3553 0.0880 -0.9306</w:t>
        <w:br/>
        <w:t>vn -0.4479 0.1768 -0.8765</w:t>
        <w:br/>
        <w:t>vn -0.3323 0.1883 -0.9242</w:t>
        <w:br/>
        <w:t>vn -0.4578 0.2755 -0.8453</w:t>
        <w:br/>
        <w:t>vn -0.3468 0.2920 -0.8913</w:t>
        <w:br/>
        <w:t>vn -0.9593 -0.2115 -0.1872</w:t>
        <w:br/>
        <w:t>vn -0.3463 0.7121 0.6107</w:t>
        <w:br/>
        <w:t>vn -0.2966 0.7236 0.6232</w:t>
        <w:br/>
        <w:t>vn -0.2448 0.7254 0.6433</w:t>
        <w:br/>
        <w:t>vn -0.3596 0.6907 0.6274</w:t>
        <w:br/>
        <w:t>vn -0.3677 0.6394 0.6753</w:t>
        <w:br/>
        <w:t>vn -0.2082 0.5637 0.7993</w:t>
        <w:br/>
        <w:t>vn -0.2781 0.6016 0.7488</w:t>
        <w:br/>
        <w:t>vn -0.3091 0.4548 0.8352</w:t>
        <w:br/>
        <w:t>vn -0.3519 0.5535 0.7548</w:t>
        <w:br/>
        <w:t>vn -0.1998 0.4128 0.8886</w:t>
        <w:br/>
        <w:t>vn -0.1932 0.2211 0.9559</w:t>
        <w:br/>
        <w:t>vn -0.1570 0.0777 0.9845</w:t>
        <w:br/>
        <w:t>vn -0.0622 0.0056 0.9981</w:t>
        <w:br/>
        <w:t>vn -0.0676 0.1889 0.9797</w:t>
        <w:br/>
        <w:t>vn -0.1844 0.7147 0.6747</w:t>
        <w:br/>
        <w:t>vn -0.0732 0.6548 0.7522</w:t>
        <w:br/>
        <w:t>vn -0.1048 0.6874 0.7187</w:t>
        <w:br/>
        <w:t>vn -0.1733 0.7046 0.6881</w:t>
        <w:br/>
        <w:t>vn -0.1819 0.6768 0.7133</w:t>
        <w:br/>
        <w:t>vn -0.0565 0.5437 0.8374</w:t>
        <w:br/>
        <w:t>vn -0.0583 0.3698 0.9273</w:t>
        <w:br/>
        <w:t>vn -0.0271 0.6210 0.7834</w:t>
        <w:br/>
        <w:t>vn -0.0111 0.5190 0.8547</w:t>
        <w:br/>
        <w:t>vn 0.0176 0.3137 0.9494</w:t>
        <w:br/>
        <w:t>vn 0.0292 0.1558 0.9874</w:t>
        <w:br/>
        <w:t>vn 0.0008 -0.0273 0.9996</w:t>
        <w:br/>
        <w:t>vn -0.0334 -0.1416 0.9894</w:t>
        <w:br/>
        <w:t>vn 0.0648 0.2440 0.9676</w:t>
        <w:br/>
        <w:t>vn 0.0674 0.4114 0.9090</w:t>
        <w:br/>
        <w:t>vn -0.0155 -0.1426 0.9897</w:t>
        <w:br/>
        <w:t>vn 0.0303 -0.0976 0.9948</w:t>
        <w:br/>
        <w:t>vn -0.0261 -0.1540 0.9877</w:t>
        <w:br/>
        <w:t>vn 0.0519 -0.0739 0.9959</w:t>
        <w:br/>
        <w:t>vn -0.0053 -0.1258 0.9920</w:t>
        <w:br/>
        <w:t>vn -0.0718 -0.1464 0.9866</w:t>
        <w:br/>
        <w:t>vn -0.0493 -0.1221 0.9913</w:t>
        <w:br/>
        <w:t>vn -0.1079 -0.1988 0.9741</w:t>
        <w:br/>
        <w:t>vn -0.0992 -0.2308 0.9679</w:t>
        <w:br/>
        <w:t>vn -0.1344 -0.2016 0.9702</w:t>
        <w:br/>
        <w:t>vn -0.1377 -0.1400 0.9805</w:t>
        <w:br/>
        <w:t>vn -0.1094 -0.1106 0.9878</w:t>
        <w:br/>
        <w:t>vn -0.0835 -0.0938 0.9921</w:t>
        <w:br/>
        <w:t>vn -0.1244 -0.0803 0.9890</w:t>
        <w:br/>
        <w:t>vn -0.1502 -0.0996 0.9836</w:t>
        <w:br/>
        <w:t>vn -0.1716 -0.1213 0.9777</w:t>
        <w:br/>
        <w:t>vn -0.1396 -0.1545 0.9781</w:t>
        <w:br/>
        <w:t>vn -0.1198 -0.1340 0.9837</w:t>
        <w:br/>
        <w:t>vn -0.2197 -0.0899 0.9714</w:t>
        <w:br/>
        <w:t>vn -0.1978 -0.0842 0.9766</w:t>
        <w:br/>
        <w:t>vn -0.2056 -0.0977 0.9738</w:t>
        <w:br/>
        <w:t>vn -0.1589 -0.0649 0.9852</w:t>
        <w:br/>
        <w:t>vn -0.2048 -0.0658 0.9766</w:t>
        <w:br/>
        <w:t>vn -0.1904 -0.0938 0.9772</w:t>
        <w:br/>
        <w:t>vn -0.2286 -0.0901 0.9694</w:t>
        <w:br/>
        <w:t>vn -0.2059 -0.0930 0.9741</w:t>
        <w:br/>
        <w:t>vn -0.2254 -0.0634 0.9722</w:t>
        <w:br/>
        <w:t>vn 0.9453 0.2845 -0.1597</w:t>
        <w:br/>
        <w:t>vn 0.9453 0.2845 -0.1598</w:t>
        <w:br/>
        <w:t>vn 0.9561 -0.2389 0.1696</w:t>
        <w:br/>
        <w:t>vn -0.1381 -0.1381 0.9807</w:t>
        <w:br/>
        <w:t>vn -0.2398 0.7184 0.6529</w:t>
        <w:br/>
        <w:t>vn -0.3031 0.7081 0.6377</w:t>
        <w:br/>
        <w:t>vn -0.2420 0.6898 0.6823</w:t>
        <w:br/>
        <w:t>vn -0.3243 0.6605 0.6771</w:t>
        <w:br/>
        <w:t>vn 0.4604 -0.6239 -0.6315</w:t>
        <w:br/>
        <w:t>vn 0.3157 -0.3995 -0.8606</w:t>
        <w:br/>
        <w:t>vn 0.3074 -0.3782 -0.8732</w:t>
        <w:br/>
        <w:t>vn 0.4624 -0.6254 -0.6286</w:t>
        <w:br/>
        <w:t>vn 0.2192 -0.2005 -0.9549</w:t>
        <w:br/>
        <w:t>vn 0.1867 -0.1492 -0.9710</w:t>
        <w:br/>
        <w:t>vn 0.5568 -0.7493 -0.3586</w:t>
        <w:br/>
        <w:t>vn 0.5669 -0.7283 -0.3851</w:t>
        <w:br/>
        <w:t>vn 0.4611 -0.6113 -0.6433</w:t>
        <w:br/>
        <w:t>vn 0.5963 -0.7959 -0.1051</w:t>
        <w:br/>
        <w:t>vn 0.6231 -0.7746 -0.1078</w:t>
        <w:br/>
        <w:t>vn 0.5476 -0.7567 -0.3572</w:t>
        <w:br/>
        <w:t>vn 0.5771 -0.8094 -0.1090</w:t>
        <w:br/>
        <w:t>vn 0.5850 -0.7785 0.2274</w:t>
        <w:br/>
        <w:t>vn 0.6167 -0.7498 0.2400</w:t>
        <w:br/>
        <w:t>vn 0.6231 -0.7746 -0.1079</w:t>
        <w:br/>
        <w:t>vn 0.5649 -0.7958 0.2182</w:t>
        <w:br/>
        <w:t>vn 0.6814 -0.7271 -0.0838</w:t>
        <w:br/>
        <w:t>vn 0.7133 -0.7004 -0.0237</w:t>
        <w:br/>
        <w:t>vn 0.6585 -0.6493 -0.3805</w:t>
        <w:br/>
        <w:t>vn 0.6299 -0.6655 -0.4004</w:t>
        <w:br/>
        <w:t>vn 0.6565 -0.7035 0.2721</w:t>
        <w:br/>
        <w:t>vn 0.6717 -0.6679 0.3205</w:t>
        <w:br/>
        <w:t>vn 0.3273 -0.4250 -0.8440</w:t>
        <w:br/>
        <w:t>vn 0.4169 -0.5362 0.7339</w:t>
        <w:br/>
        <w:t>vn 0.4079 -0.5563 0.7240</w:t>
        <w:br/>
        <w:t>vn 0.2721 -0.3392 0.9005</w:t>
        <w:br/>
        <w:t>vn 0.2793 -0.3244 0.9038</w:t>
        <w:br/>
        <w:t>vn 0.5150 -0.6761 0.5269</w:t>
        <w:br/>
        <w:t>vn 0.4972 -0.6971 0.5166</w:t>
        <w:br/>
        <w:t>vn 0.0945 -0.0548 0.9940</w:t>
        <w:br/>
        <w:t>vn 0.1360 -0.0915 0.9865</w:t>
        <w:br/>
        <w:t>vn 0.5446 -0.6375 0.5450</w:t>
        <w:br/>
        <w:t>vn -0.0095 0.1446 -0.9894</w:t>
        <w:br/>
        <w:t>vn -0.1759 0.3977 -0.9005</w:t>
        <w:br/>
        <w:t>vn -0.1871 0.3350 -0.9234</w:t>
        <w:br/>
        <w:t>vn -0.0247 0.0900 -0.9956</w:t>
        <w:br/>
        <w:t>vn -0.3056 0.5880 -0.7489</w:t>
        <w:br/>
        <w:t>vn -0.3289 0.5293 -0.7821</w:t>
        <w:br/>
        <w:t>vn -0.4736 0.6532 0.5908</w:t>
        <w:br/>
        <w:t>vn -0.6586 0.6845 0.3126</w:t>
        <w:br/>
        <w:t>vn -0.4038 0.6221 0.6708</w:t>
        <w:br/>
        <w:t>vn -0.4029 0.6233 0.6702</w:t>
        <w:br/>
        <w:t>vn -0.2428 0.4280 0.8706</w:t>
        <w:br/>
        <w:t>vn -0.2843 0.4372 0.8532</w:t>
        <w:br/>
        <w:t>vn -0.0886 0.1980 0.9762</w:t>
        <w:br/>
        <w:t>vn -0.1385 0.2106 0.9677</w:t>
        <w:br/>
        <w:t>vn 0.0659 -0.0733 0.9951</w:t>
        <w:br/>
        <w:t>vn -0.0059 -0.0230 0.9997</w:t>
        <w:br/>
        <w:t>vn 0.2318 -0.3475 0.9086</w:t>
        <w:br/>
        <w:t>vn 0.1551 -0.3068 0.9390</w:t>
        <w:br/>
        <w:t>vn 0.3670 -0.5706 0.7347</w:t>
        <w:br/>
        <w:t>vn 0.3014 -0.5522 0.7773</w:t>
        <w:br/>
        <w:t>vn 0.4698 -0.7222 0.5077</w:t>
        <w:br/>
        <w:t>vn 0.4250 -0.7247 0.5425</w:t>
        <w:br/>
        <w:t>vn 0.5324 -0.7481 -0.3962</w:t>
        <w:br/>
        <w:t>vn 0.4625 -0.6186 -0.6352</w:t>
        <w:br/>
        <w:t>vn 0.4591 -0.6096 -0.6462</w:t>
        <w:br/>
        <w:t>vn 0.5222 -0.7417 -0.4209</w:t>
        <w:br/>
        <w:t>vn 0.5620 -0.8179 -0.1231</w:t>
        <w:br/>
        <w:t>vn 0.5518 -0.8257 -0.1167</w:t>
        <w:br/>
        <w:t>vn 0.5441 -0.8127 0.2085</w:t>
        <w:br/>
        <w:t>vn 0.5519 -0.8257 -0.1167</w:t>
        <w:br/>
        <w:t>vn 0.5214 -0.8232 0.2249</w:t>
        <w:br/>
        <w:t>vn 0.1290 -0.0998 -0.9866</w:t>
        <w:br/>
        <w:t>vn 0.1451 -0.1597 -0.9764</w:t>
        <w:br/>
        <w:t>vn 0.3013 -0.3615 -0.8824</w:t>
        <w:br/>
        <w:t>vn 0.3293 -0.4069 -0.8520</w:t>
        <w:br/>
        <w:t>vn -0.5312 0.7705 0.3524</w:t>
        <w:br/>
        <w:t>vn -0.5893 0.8079 -0.0035</w:t>
        <w:br/>
        <w:t>vn -0.5894 0.8079 -0.0035</w:t>
        <w:br/>
        <w:t>vn -0.8918 0.2832 -0.3529</w:t>
        <w:br/>
        <w:t>vn -0.5159 0.7845 -0.3442</w:t>
        <w:br/>
        <w:t>vn -0.4192 0.6763 -0.6057</w:t>
        <w:br/>
        <w:t>vn -0.4142 0.6563 -0.6306</w:t>
        <w:br/>
        <w:t>vn -0.4550 0.6346 -0.6246</w:t>
        <w:br/>
        <w:t>vn 0.0022 -0.3238 -0.9461</w:t>
        <w:br/>
        <w:t>vn 0.0230 -0.1277 -0.9915</w:t>
        <w:br/>
        <w:t>vn -0.3072 0.1922 -0.9320</w:t>
        <w:br/>
        <w:t>vn -0.7109 0.5774 0.4016</w:t>
        <w:br/>
        <w:t>vn -0.4177 0.4350 0.7976</w:t>
        <w:br/>
        <w:t>vn -0.7529 0.4715 0.4592</w:t>
        <w:br/>
        <w:t>vn -0.8282 0.4404 0.3467</w:t>
        <w:br/>
        <w:t>vn -0.6222 0.3992 0.6734</w:t>
        <w:br/>
        <w:t>vn -0.1215 -0.1688 0.9781</w:t>
        <w:br/>
        <w:t>vn 0.1329 -0.2092 0.9688</w:t>
        <w:br/>
        <w:t>vn 0.1534 -0.3224 0.9341</w:t>
        <w:br/>
        <w:t>vn 0.1625 -0.3417 0.9256</w:t>
        <w:br/>
        <w:t>vn 0.3033 -0.6076 0.7341</w:t>
        <w:br/>
        <w:t>vn 0.2746 -0.8048 0.5263</w:t>
        <w:br/>
        <w:t>vn 0.3301 -0.9439 0.0093</w:t>
        <w:br/>
        <w:t>vn 0.0516 -0.7657 -0.6411</w:t>
        <w:br/>
        <w:t>vn 0.3302 -0.9439 0.0092</w:t>
        <w:br/>
        <w:t>vn 0.2800 -0.5233 -0.8048</w:t>
        <w:br/>
        <w:t>vn -0.1951 0.0021 -0.9808</w:t>
        <w:br/>
        <w:t>vn 0.1404 -0.2073 -0.9681</w:t>
        <w:br/>
        <w:t>vn -0.6897 0.3767 -0.6184</w:t>
        <w:br/>
        <w:t>vn -0.6749 -0.0272 -0.7374</w:t>
        <w:br/>
        <w:t>vn -0.4871 0.2255 -0.8437</w:t>
        <w:br/>
        <w:t>vn -0.2950 0.3668 -0.8823</w:t>
        <w:br/>
        <w:t>vn -0.5088 0.2049 -0.8362</w:t>
        <w:br/>
        <w:t>vn -0.6095 0.6447 -0.4613</w:t>
        <w:br/>
        <w:t>vn -0.4306 0.5140 -0.7419</w:t>
        <w:br/>
        <w:t>vn -0.6112 0.6727 -0.4171</w:t>
        <w:br/>
        <w:t>vn -0.0260 0.1364 0.9903</w:t>
        <w:br/>
        <w:t>vn 0.2339 -0.1837 0.9548</w:t>
        <w:br/>
        <w:t>vn 0.3018 -0.2881 0.9088</w:t>
        <w:br/>
        <w:t>vn 0.4339 -0.4799 0.7625</w:t>
        <w:br/>
        <w:t>vn 0.5313 -0.5656 0.6308</w:t>
        <w:br/>
        <w:t>vn 0.6817 -0.7086 -0.1823</w:t>
        <w:br/>
        <w:t>vn 0.4613 -0.5086 -0.7270</w:t>
        <w:br/>
        <w:t>vn 0.2472 -0.2707 -0.9304</w:t>
        <w:br/>
        <w:t>vn 0.1890 -0.1183 -0.9748</w:t>
        <w:br/>
        <w:t>vn 0.1039 0.0180 -0.9944</w:t>
        <w:br/>
        <w:t>vn -0.0625 0.3044 -0.9505</w:t>
        <w:br/>
        <w:t>vn -0.0446 0.1498 0.9877</w:t>
        <w:br/>
        <w:t>vn -0.0159 0.1741 -0.9846</w:t>
        <w:br/>
        <w:t>vn -0.8664 0.4956 0.0615</w:t>
        <w:br/>
        <w:t>vn -0.4171 0.6529 0.6322</w:t>
        <w:br/>
        <w:t>vn 0.0979 -0.0699 0.9927</w:t>
        <w:br/>
        <w:t>vn 0.2754 -0.3431 0.8980</w:t>
        <w:br/>
        <w:t>vn 0.4079 -0.5579 0.7227</w:t>
        <w:br/>
        <w:t>vn 0.4991 -0.7029 0.5067</w:t>
        <w:br/>
        <w:t>vn 0.5626 -0.7997 0.2098</w:t>
        <w:br/>
        <w:t>vn 0.5713 -0.8123 -0.1174</w:t>
        <w:br/>
        <w:t>vn 0.5412 -0.7541 -0.3721</w:t>
        <w:br/>
        <w:t>vn 0.4624 -0.6242 -0.6298</w:t>
        <w:br/>
        <w:t>vn 0.2986 -0.3613 -0.8833</w:t>
        <w:br/>
        <w:t>vn 0.1534 -0.1032 -0.9828</w:t>
        <w:br/>
        <w:t>vn 0.0675 0.0393 -0.9969</w:t>
        <w:br/>
        <w:t>vn 0.2719 -0.3570 -0.8937</w:t>
        <w:br/>
        <w:t>vn 0.3487 -0.4415 -0.8268</w:t>
        <w:br/>
        <w:t>vn 0.4561 -0.6046 -0.6530</w:t>
        <w:br/>
        <w:t>vn 0.1701 -0.2024 -0.9644</w:t>
        <w:br/>
        <w:t>vn -0.0158 0.0742 -0.9971</w:t>
        <w:br/>
        <w:t>vn -0.1695 0.3041 -0.9375</w:t>
        <w:br/>
        <w:t>vn -0.3123 0.4994 -0.8081</w:t>
        <w:br/>
        <w:t>vn -0.2968 0.4533 0.8405</w:t>
        <w:br/>
        <w:t>vn -0.1586 0.2371 0.9585</w:t>
        <w:br/>
        <w:t>vn 0.4110 -0.7111 0.5704</w:t>
        <w:br/>
        <w:t>vn 0.5184 -0.8215 0.2376</w:t>
        <w:br/>
        <w:t>vn 0.5518 -0.8267 -0.1100</w:t>
        <w:br/>
        <w:t>vn 0.5196 -0.7367 -0.4327</w:t>
        <w:br/>
        <w:t>vn 0.5518 -0.8267 -0.1101</w:t>
        <w:br/>
        <w:t>vn 0.2065 -0.1481 0.9672</w:t>
        <w:br/>
        <w:t>vn 0.2064 -0.1481 0.9672</w:t>
        <w:br/>
        <w:t>vn -0.2065 -0.1481 0.9672</w:t>
        <w:br/>
        <w:t>vn -0.2064 -0.1481 0.9672</w:t>
        <w:br/>
        <w:t>vn 0.2116 -0.1562 0.9648</w:t>
        <w:br/>
        <w:t>vn 0.2115 -0.1561 0.9648</w:t>
        <w:br/>
        <w:t>vn 0.2128 -0.1609 0.9638</w:t>
        <w:br/>
        <w:t>vn -0.2116 -0.1561 0.9648</w:t>
        <w:br/>
        <w:t>vn -0.2115 -0.1561 0.9648</w:t>
        <w:br/>
        <w:t>vn -0.2127 -0.1609 0.9638</w:t>
        <w:br/>
        <w:t>vn 0.0000 -0.3681 -0.9298</w:t>
        <w:br/>
        <w:t>vn 0.0000 -0.8600 -0.5104</w:t>
        <w:br/>
        <w:t>vn -0.3609 -0.8600 -0.3609</w:t>
        <w:br/>
        <w:t>vn -0.6574 -0.3681 -0.6575</w:t>
        <w:br/>
        <w:t>vn -0.0001 -0.3681 -0.9298</w:t>
        <w:br/>
        <w:t>vn 0.6574 -0.3681 -0.6574</w:t>
        <w:br/>
        <w:t>vn 0.3609 -0.8600 -0.3609</w:t>
        <w:br/>
        <w:t>vn -0.0000 -0.8600 -0.5103</w:t>
        <w:br/>
        <w:t>vn 0.9298 -0.3682 0.0000</w:t>
        <w:br/>
        <w:t>vn 0.5104 -0.8600 0.0000</w:t>
        <w:br/>
        <w:t>vn 0.6574 -0.3681 0.6574</w:t>
        <w:br/>
        <w:t>vn 0.3608 -0.8600 0.3608</w:t>
        <w:br/>
        <w:t>vn -0.0000 -0.3682 0.9298</w:t>
        <w:br/>
        <w:t>vn -0.0000 -0.8600 0.5104</w:t>
        <w:br/>
        <w:t>vn -0.6574 -0.3681 0.6574</w:t>
        <w:br/>
        <w:t>vn -0.3609 -0.8600 0.3609</w:t>
        <w:br/>
        <w:t>vn -0.9298 -0.3682 -0.0000</w:t>
        <w:br/>
        <w:t>vn -0.5104 -0.8600 0.0000</w:t>
        <w:br/>
        <w:t>vn -0.0000 0.3681 -0.9298</w:t>
        <w:br/>
        <w:t>vn -0.6574 0.3681 -0.6575</w:t>
        <w:br/>
        <w:t>vn 0.6574 0.3681 -0.6574</w:t>
        <w:br/>
        <w:t>vn 0.9298 0.3682 0.0000</w:t>
        <w:br/>
        <w:t>vn 0.6575 0.3681 0.6574</w:t>
        <w:br/>
        <w:t>vn -0.0000 0.3681 0.9298</w:t>
        <w:br/>
        <w:t>vn -0.6575 0.3681 0.6575</w:t>
        <w:br/>
        <w:t>vn -0.9298 0.3682 -0.0000</w:t>
        <w:br/>
        <w:t>vn -0.3609 0.8600 -0.3609</w:t>
        <w:br/>
        <w:t>vn -0.0000 0.8600 -0.5103</w:t>
        <w:br/>
        <w:t>vn 0.3608 0.8600 -0.3609</w:t>
        <w:br/>
        <w:t>vn -0.0000 0.8599 -0.5104</w:t>
        <w:br/>
        <w:t>vn 0.5104 0.8600 0.0000</w:t>
        <w:br/>
        <w:t>vn 0.3609 0.8600 0.3609</w:t>
        <w:br/>
        <w:t>vn 0.0000 0.8599 0.5104</w:t>
        <w:br/>
        <w:t>vn -0.3609 0.8600 0.3609</w:t>
        <w:br/>
        <w:t>vn -0.5104 0.8600 0.0000</w:t>
        <w:br/>
        <w:t>vn 0.0028 -0.0393 -0.9992</w:t>
        <w:br/>
        <w:t>vn 0.0018 -0.0410 -0.9992</w:t>
        <w:br/>
        <w:t>vn -0.0019 -0.0331 -0.9995</w:t>
        <w:br/>
        <w:t>vn -0.0062 -0.0316 -0.9995</w:t>
        <w:br/>
        <w:t>vn -0.0102 -0.0306 -0.9995</w:t>
        <w:br/>
        <w:t>vn -0.9038 0.3055 -0.2998</w:t>
        <w:br/>
        <w:t>vn -0.9038 0.3054 -0.2998</w:t>
        <w:br/>
        <w:t>vn -0.9450 0.1526 -0.2893</w:t>
        <w:br/>
        <w:t>vn -0.0086 -0.0293 -0.9995</w:t>
        <w:br/>
        <w:t>vn -0.7228 0.6420 -0.2557</w:t>
        <w:br/>
        <w:t>vn -0.7228 0.6420 -0.2558</w:t>
        <w:br/>
        <w:t>vn -0.2305 0.9410 -0.2479</w:t>
        <w:br/>
        <w:t>vn -0.2305 0.9410 -0.2478</w:t>
        <w:br/>
        <w:t>vn -0.0021 -0.0352 -0.9994</w:t>
        <w:br/>
        <w:t>vn -0.0037 -0.0253 -0.9997</w:t>
        <w:br/>
        <w:t>vn -0.0038 -0.0252 -0.9997</w:t>
        <w:br/>
        <w:t>vn -0.6289 0.7138 -0.3080</w:t>
        <w:br/>
        <w:t>vn -0.6289 0.7139 -0.3080</w:t>
        <w:br/>
        <w:t>vn -0.4416 0.7983 -0.4095</w:t>
        <w:br/>
        <w:t>vn -0.0042 -0.0225 -0.9997</w:t>
        <w:br/>
        <w:t>vn 0.4272 -0.7836 -0.4510</w:t>
        <w:br/>
        <w:t>vn 0.6071 -0.7061 -0.3645</w:t>
        <w:br/>
        <w:t>vn 0.6070 -0.7061 -0.3646</w:t>
        <w:br/>
        <w:t>vn 0.3753 -0.8663 -0.3297</w:t>
        <w:br/>
        <w:t>vn 0.3754 -0.8663 -0.3296</w:t>
        <w:br/>
        <w:t>vn 0.2850 -0.9083 -0.3061</w:t>
        <w:br/>
        <w:t>vn 0.2850 -0.9084 -0.3060</w:t>
        <w:br/>
        <w:t>vn -0.0045 -0.0266 -0.9996</w:t>
        <w:br/>
        <w:t>vn 0.3724 0.8940 -0.2490</w:t>
        <w:br/>
        <w:t>vn 0.3725 0.8940 -0.2490</w:t>
        <w:br/>
        <w:t>vn 0.0002 -0.0270 -0.9996</w:t>
        <w:br/>
        <w:t>vn 0.0039 -0.0302 -0.9995</w:t>
        <w:br/>
        <w:t>vn 0.8300 0.4960 -0.2552</w:t>
        <w:br/>
        <w:t>vn 0.8300 0.4959 -0.2552</w:t>
        <w:br/>
        <w:t>vn 0.7323 -0.6180 -0.2859</w:t>
        <w:br/>
        <w:t>vn 0.7323 -0.6180 -0.2860</w:t>
        <w:br/>
        <w:t>vn 0.9594 -0.0905 -0.2672</w:t>
        <w:br/>
        <w:t>vn 0.9594 -0.0904 -0.2672</w:t>
        <w:br/>
        <w:t>vn 0.0049 -0.0349 -0.9994</w:t>
        <w:br/>
        <w:t>vn -0.3274 0.8350 -0.4423</w:t>
        <w:br/>
        <w:t>vn 0.1753 -0.0039 -0.9845</w:t>
        <w:br/>
        <w:t>vn 0.5130 -0.7736 -0.3720</w:t>
        <w:br/>
        <w:t>vn 0.5130 -0.7736 -0.3719</w:t>
        <w:br/>
        <w:t>vn 0.4963 -0.2435 -0.8333</w:t>
        <w:br/>
        <w:t>vn 0.3742 0.0620 -0.9253</w:t>
        <w:br/>
        <w:t>vn 0.8526 0.5185 -0.0658</w:t>
        <w:br/>
        <w:t>vn 0.7983 0.5918 -0.1117</w:t>
        <w:br/>
        <w:t>vn 0.7983 0.5918 -0.1118</w:t>
        <w:br/>
        <w:t>vn 0.8980 0.4396 -0.0193</w:t>
        <w:br/>
        <w:t>vn 0.7878 -0.6157 -0.0174</w:t>
        <w:br/>
        <w:t>vn 0.7424 -0.6572 -0.1305</w:t>
        <w:br/>
        <w:t>vn -0.0000 -0.2340 -0.9722</w:t>
        <w:br/>
        <w:t>vn 0.0000 -0.0191 -0.9998</w:t>
        <w:br/>
        <w:t>vn 0.0000 0.1565 -0.9877</w:t>
        <w:br/>
        <w:t>vn 0.7423 -0.6572 -0.1304</w:t>
        <w:br/>
        <w:t>vn -0.0028 -0.0393 -0.9992</w:t>
        <w:br/>
        <w:t>vn 0.0019 -0.0331 -0.9995</w:t>
        <w:br/>
        <w:t>vn -0.0018 -0.0410 -0.9992</w:t>
        <w:br/>
        <w:t>vn 0.0062 -0.0316 -0.9995</w:t>
        <w:br/>
        <w:t>vn 0.0102 -0.0306 -0.9995</w:t>
        <w:br/>
        <w:t>vn 0.9038 0.3054 -0.2998</w:t>
        <w:br/>
        <w:t>vn 0.9450 0.1526 -0.2892</w:t>
        <w:br/>
        <w:t>vn 0.9450 0.1526 -0.2893</w:t>
        <w:br/>
        <w:t>vn 0.0086 -0.0293 -0.9995</w:t>
        <w:br/>
        <w:t>vn 0.7228 0.6420 -0.2557</w:t>
        <w:br/>
        <w:t>vn 0.2305 0.9410 -0.2478</w:t>
        <w:br/>
        <w:t>vn 0.2306 0.9410 -0.2478</w:t>
        <w:br/>
        <w:t>vn 0.0020 -0.0352 -0.9994</w:t>
        <w:br/>
        <w:t>vn 0.0037 -0.0254 -0.9997</w:t>
        <w:br/>
        <w:t>vn 0.0037 -0.0253 -0.9997</w:t>
        <w:br/>
        <w:t>vn 0.6289 0.7139 -0.3080</w:t>
        <w:br/>
        <w:t>vn 0.4416 0.7983 -0.4096</w:t>
        <w:br/>
        <w:t>vn 0.0044 -0.0223 -0.9997</w:t>
        <w:br/>
        <w:t>vn 0.0042 -0.0225 -0.9997</w:t>
        <w:br/>
        <w:t>vn -0.6070 -0.7061 -0.3646</w:t>
        <w:br/>
        <w:t>vn -0.6070 -0.7061 -0.3645</w:t>
        <w:br/>
        <w:t>vn -0.4271 -0.7837 -0.4510</w:t>
        <w:br/>
        <w:t>vn -0.3754 -0.8663 -0.3295</w:t>
        <w:br/>
        <w:t>vn -0.3754 -0.8663 -0.3296</w:t>
        <w:br/>
        <w:t>vn -0.2850 -0.9084 -0.3061</w:t>
        <w:br/>
        <w:t>vn 0.0045 -0.0266 -0.9996</w:t>
        <w:br/>
        <w:t>vn -0.3724 0.8940 -0.2490</w:t>
        <w:br/>
        <w:t>vn -0.3725 0.8940 -0.2490</w:t>
        <w:br/>
        <w:t>vn -0.0002 -0.0270 -0.9996</w:t>
        <w:br/>
        <w:t>vn -0.0039 -0.0302 -0.9995</w:t>
        <w:br/>
        <w:t>vn -0.8300 0.4960 -0.2552</w:t>
        <w:br/>
        <w:t>vn -0.7323 -0.6180 -0.2860</w:t>
        <w:br/>
        <w:t>vn -0.9594 -0.0904 -0.2672</w:t>
        <w:br/>
        <w:t>vn -0.9594 -0.0905 -0.2672</w:t>
        <w:br/>
        <w:t>vn -0.7323 -0.6180 -0.2859</w:t>
        <w:br/>
        <w:t>vn -0.0049 -0.0349 -0.9994</w:t>
        <w:br/>
        <w:t>vn 0.3274 0.8350 -0.4424</w:t>
        <w:br/>
        <w:t>vn 0.3274 0.8350 -0.4423</w:t>
        <w:br/>
        <w:t>vn -0.1753 -0.0039 -0.9845</w:t>
        <w:br/>
        <w:t>vn -0.5130 -0.7737 -0.3719</w:t>
        <w:br/>
        <w:t>vn -0.5130 -0.7737 -0.3718</w:t>
        <w:br/>
        <w:t>vn -0.4963 -0.2435 -0.8333</w:t>
        <w:br/>
        <w:t>vn -0.3742 0.0620 -0.9253</w:t>
        <w:br/>
        <w:t>vn -0.8526 0.5185 -0.0659</w:t>
        <w:br/>
        <w:t>vn -0.7983 0.5918 -0.1116</w:t>
        <w:br/>
        <w:t>vn -0.8980 0.4396 -0.0193</w:t>
        <w:br/>
        <w:t>vn -0.7878 -0.6157 -0.0174</w:t>
        <w:br/>
        <w:t>vn -0.7424 -0.6572 -0.1304</w:t>
        <w:br/>
        <w:t>vn -0.7878 -0.6157 -0.0173</w:t>
        <w:br/>
        <w:t>vn -0.4962 -0.2433 -0.8334</w:t>
        <w:br/>
        <w:t>vn -0.7423 -0.6572 -0.1305</w:t>
        <w:br/>
        <w:t>vn 0.6494 -0.3959 -0.6493</w:t>
        <w:br/>
        <w:t>vn 0.6493 -0.3959 -0.6493</w:t>
        <w:br/>
        <w:t>vn 0.7071 -0.0000 -0.7071</w:t>
        <w:br/>
        <w:t>vn 0.6493 -0.3959 0.6494</w:t>
        <w:br/>
        <w:t>vn 0.7071 0.0000 0.7071</w:t>
        <w:br/>
        <w:t>vn -0.7071 -0.0000 0.7071</w:t>
        <w:br/>
        <w:t>vn -0.6494 -0.3959 0.6493</w:t>
        <w:br/>
        <w:t>vn -0.7071 -0.0000 -0.7071</w:t>
        <w:br/>
        <w:t>vn -0.6494 -0.3959 -0.6493</w:t>
        <w:br/>
        <w:t>vn 0.6493 0.3959 -0.6493</w:t>
        <w:br/>
        <w:t>vn 0.6494 0.3959 -0.6493</w:t>
        <w:br/>
        <w:t>vn 0.6493 0.3959 0.6494</w:t>
        <w:br/>
        <w:t>vn -0.6493 0.3959 0.6494</w:t>
        <w:br/>
        <w:t>vn -0.6493 0.3959 -0.6493</w:t>
        <w:br/>
        <w:t>vn -0.6493 0.3958 -0.6494</w:t>
        <w:br/>
        <w:t>vn 0.5438 -0.6392 -0.5438</w:t>
        <w:br/>
        <w:t>vn 0.5438 -0.6392 0.5439</w:t>
        <w:br/>
        <w:t>vn -0.5438 -0.6392 0.5438</w:t>
        <w:br/>
        <w:t>vn -0.5438 -0.6391 -0.5439</w:t>
        <w:br/>
        <w:t>vn 0.5439 0.6391 -0.5438</w:t>
        <w:br/>
        <w:t>vn 0.5439 0.6391 0.5438</w:t>
        <w:br/>
        <w:t>vn -0.5438 0.6391 0.5439</w:t>
        <w:br/>
        <w:t>vn -0.5438 0.6391 -0.5439</w:t>
        <w:br/>
        <w:t>vn 0.9218 0.0670 -0.3818</w:t>
        <w:br/>
        <w:t>vn 0.6074 0.0665 -0.7916</w:t>
        <w:br/>
        <w:t>vn 0.3702 0.7961 -0.4787</w:t>
        <w:br/>
        <w:t>vn 0.5566 0.7969 -0.2349</w:t>
        <w:br/>
        <w:t>vn 0.1090 0.9905 -0.0837</w:t>
        <w:br/>
        <w:t>vn 0.1303 0.0663 -0.9893</w:t>
        <w:br/>
        <w:t>vn 0.0755 0.7956 -0.6012</w:t>
        <w:br/>
        <w:t>vn -0.0180 0.9905 -0.1363</w:t>
        <w:br/>
        <w:t>vn -0.3818 0.0665 -0.9218</w:t>
        <w:br/>
        <w:t>vn -0.2293 0.7955 -0.5609</w:t>
        <w:br/>
        <w:t>vn -0.7916 0.0669 -0.6074</w:t>
        <w:br/>
        <w:t>vn -0.4823 0.7957 -0.3663</w:t>
        <w:br/>
        <w:t>vn -0.1017 0.9939 -0.0421</w:t>
        <w:br/>
        <w:t>vn -0.9892 0.0675 -0.1302</w:t>
        <w:br/>
        <w:t>vn -0.5992 0.7964 -0.0823</w:t>
        <w:br/>
        <w:t>vn -0.9217 0.0682 0.3818</w:t>
        <w:br/>
        <w:t>vn -0.5567 0.7972 0.2336</w:t>
        <w:br/>
        <w:t>vn -0.1091 0.9905 0.0837</w:t>
        <w:br/>
        <w:t>vn -0.6073 0.0687 0.7915</w:t>
        <w:br/>
        <w:t>vn -0.3695 0.7979 0.4762</w:t>
        <w:br/>
        <w:t>vn -0.1302 0.0689 0.9891</w:t>
        <w:br/>
        <w:t>vn -0.0754 0.7984 0.5974</w:t>
        <w:br/>
        <w:t>vn 0.0179 0.9905 0.1364</w:t>
        <w:br/>
        <w:t>vn 0.3817 0.0687 0.9217</w:t>
        <w:br/>
        <w:t>vn 0.2279 0.7985 0.5572</w:t>
        <w:br/>
        <w:t>vn 0.7915 0.0683 0.6074</w:t>
        <w:br/>
        <w:t>vn 0.4802 0.7982 0.3636</w:t>
        <w:br/>
        <w:t>vn 0.1016 0.9939 0.0422</w:t>
        <w:br/>
        <w:t>vn 0.7914 0.0682 0.6074</w:t>
        <w:br/>
        <w:t>vn 0.9892 0.0676 0.1303</w:t>
        <w:br/>
        <w:t>vn 0.5976 0.7977 0.0810</w:t>
        <w:br/>
        <w:t>vn 0.4801 0.7983 0.3637</w:t>
        <w:br/>
        <w:t>vn 0.1016 0.9939 0.0421</w:t>
        <w:br/>
        <w:t>vn 0.9202 0.0942 -0.3799</w:t>
        <w:br/>
        <w:t>vn 0.6070 0.0945 -0.7890</w:t>
        <w:br/>
        <w:t>vn 0.1314 0.0951 -0.9868</w:t>
        <w:br/>
        <w:t>vn -0.3794 0.0957 -0.9203</w:t>
        <w:br/>
        <w:t>vn -0.7885 0.0964 -0.6074</w:t>
        <w:br/>
        <w:t>vn -0.9865 0.0969 -0.1319</w:t>
        <w:br/>
        <w:t>vn -0.9203 0.0972 0.3790</w:t>
        <w:br/>
        <w:t>vn -0.6074 0.0969 0.7884</w:t>
        <w:br/>
        <w:t>vn -0.1316 0.0964 0.9866</w:t>
        <w:br/>
        <w:t>vn 0.3795 0.0957 0.9202</w:t>
        <w:br/>
        <w:t>vn 0.7891 0.0950 0.6069</w:t>
        <w:br/>
        <w:t>vn 0.7890 0.0949 0.6071</w:t>
        <w:br/>
        <w:t>vn 0.9869 0.0944 0.1311</w:t>
        <w:br/>
        <w:t>vn 0.9241 0.0389 -0.3801</w:t>
        <w:br/>
        <w:t>vn 0.6102 0.0384 -0.7913</w:t>
        <w:br/>
        <w:t>vn 0.1329 0.0382 -0.9904</w:t>
        <w:br/>
        <w:t>vn -0.3799 0.0382 -0.9242</w:t>
        <w:br/>
        <w:t>vn -0.7911 0.0385 -0.6105</w:t>
        <w:br/>
        <w:t>vn -0.9903 0.0389 -0.1332</w:t>
        <w:br/>
        <w:t>vn -0.9242 0.0393 0.3798</w:t>
        <w:br/>
        <w:t>vn -0.6105 0.0397 0.7910</w:t>
        <w:br/>
        <w:t>vn -0.1330 0.0400 0.9903</w:t>
        <w:br/>
        <w:t>vn 0.3800 0.0399 0.9241</w:t>
        <w:br/>
        <w:t>vn 0.7913 0.0398 0.6101</w:t>
        <w:br/>
        <w:t>vn 0.7912 0.0398 0.6102</w:t>
        <w:br/>
        <w:t>vn 0.9904 0.0394 0.1327</w:t>
        <w:br/>
        <w:t>vn 0.9148 -0.1489 -0.3755</w:t>
        <w:br/>
        <w:t>vn 0.6043 -0.1489 -0.7827</w:t>
        <w:br/>
        <w:t>vn 0.1318 -0.1490 -0.9800</w:t>
        <w:br/>
        <w:t>vn -0.3761 -0.1493 -0.9145</w:t>
        <w:br/>
        <w:t>vn -0.7830 -0.1496 -0.6037</w:t>
        <w:br/>
        <w:t>vn -0.9800 -0.1498 -0.1311</w:t>
        <w:br/>
        <w:t>vn -0.9142 -0.1500 0.3764</w:t>
        <w:br/>
        <w:t>vn -0.6036 -0.1500 0.7831</w:t>
        <w:br/>
        <w:t>vn -0.1314 -0.1499 0.9799</w:t>
        <w:br/>
        <w:t>vn 0.3760 -0.1496 0.9145</w:t>
        <w:br/>
        <w:t>vn 0.7827 -0.1494 0.6042</w:t>
        <w:br/>
        <w:t>vn 0.9800 -0.1491 0.1321</w:t>
        <w:br/>
        <w:t>vn 0.9147 -0.1268 -0.3837</w:t>
        <w:br/>
        <w:t>vn 0.6121 -0.1270 -0.7805</w:t>
        <w:br/>
        <w:t>vn 0.1249 -0.1271 -0.9840</w:t>
        <w:br/>
        <w:t>vn -0.3704 -0.1272 -0.9201</w:t>
        <w:br/>
        <w:t>vn -0.7900 -0.1273 -0.5997</w:t>
        <w:br/>
        <w:t>vn -0.9821 -0.1271 -0.1390</w:t>
        <w:br/>
        <w:t>vn -0.9143 -0.1272 0.3845</w:t>
        <w:br/>
        <w:t>vn -0.6115 -0.1270 0.7810</w:t>
        <w:br/>
        <w:t>vn -0.1244 -0.1269 0.9841</w:t>
        <w:br/>
        <w:t>vn 0.3702 -0.1269 0.9202</w:t>
        <w:br/>
        <w:t>vn 0.7898 -0.1268 0.6001</w:t>
        <w:br/>
        <w:t>vn 0.9820 -0.1269 0.1398</w:t>
        <w:br/>
        <w:t>vn 0.7103 -0.4511 -0.5404</w:t>
        <w:br/>
        <w:t>vn -0.1139 -0.4516 -0.8849</w:t>
        <w:br/>
        <w:t>vn -0.8235 -0.4523 -0.3424</w:t>
        <w:br/>
        <w:t>vn -0.7081 -0.4525 0.5421</w:t>
        <w:br/>
        <w:t>vn 0.1144 -0.4520 0.8846</w:t>
        <w:br/>
        <w:t>vn 0.8231 -0.4514 0.3446</w:t>
        <w:br/>
        <w:t>vn 0.8231 -0.4513 0.3447</w:t>
        <w:br/>
        <w:t>vn 0.0010 -1.0000 0.0039</w:t>
        <w:br/>
        <w:t>vn 0.0009 -1.0000 0.0039</w:t>
        <w:br/>
        <w:t>vn 0.0000 -0.3692 -0.9294</w:t>
        <w:br/>
        <w:t>vn 0.6572 -0.3692 -0.6572</w:t>
        <w:br/>
        <w:t>vn 0.3599 -0.8608 -0.3599</w:t>
        <w:br/>
        <w:t>vn -0.0001 -0.8608 -0.5090</w:t>
        <w:br/>
        <w:t>vn -0.3599 -0.8608 -0.3599</w:t>
        <w:br/>
        <w:t>vn -0.6572 -0.3692 -0.6572</w:t>
        <w:br/>
        <w:t>vn -0.0000 -0.3692 -0.9293</w:t>
        <w:br/>
        <w:t>vn -0.0000 -0.8607 -0.5090</w:t>
        <w:br/>
        <w:t>vn -0.5090 -0.8607 0.0000</w:t>
        <w:br/>
        <w:t>vn -0.9294 -0.3692 -0.0000</w:t>
        <w:br/>
        <w:t>vn -0.6572 -0.3692 0.6571</w:t>
        <w:br/>
        <w:t>vn -0.3599 -0.8607 0.3599</w:t>
        <w:br/>
        <w:t>vn 0.0000 -0.8608 0.5089</w:t>
        <w:br/>
        <w:t>vn 0.0000 -0.3692 0.9294</w:t>
        <w:br/>
        <w:t>vn 0.3599 -0.8608 0.3599</w:t>
        <w:br/>
        <w:t>vn 0.6572 -0.3692 0.6571</w:t>
        <w:br/>
        <w:t>vn 0.5090 -0.8608 -0.0000</w:t>
        <w:br/>
        <w:t>vn 0.9294 -0.3692 -0.0000</w:t>
        <w:br/>
        <w:t>vn 0.0000 0.3692 -0.9293</w:t>
        <w:br/>
        <w:t>vn 0.6572 0.3692 -0.6571</w:t>
        <w:br/>
        <w:t>vn -0.6572 0.3692 -0.6572</w:t>
        <w:br/>
        <w:t>vn -0.0000 0.3692 -0.9294</w:t>
        <w:br/>
        <w:t>vn -0.9294 0.3692 -0.0000</w:t>
        <w:br/>
        <w:t>vn -0.6572 0.3692 0.6572</w:t>
        <w:br/>
        <w:t>vn 0.0000 0.3692 0.9294</w:t>
        <w:br/>
        <w:t>vn 0.6572 0.3692 0.6572</w:t>
        <w:br/>
        <w:t>vn 0.9294 0.3692 -0.0000</w:t>
        <w:br/>
        <w:t>vn -0.0000 0.8607 -0.5090</w:t>
        <w:br/>
        <w:t>vn 0.3599 0.8608 -0.3599</w:t>
        <w:br/>
        <w:t>vn -0.3599 0.8608 -0.3599</w:t>
        <w:br/>
        <w:t>vn 0.0000 0.8608 -0.5090</w:t>
        <w:br/>
        <w:t>vn -0.5090 0.8608 -0.0000</w:t>
        <w:br/>
        <w:t>vn -0.3599 0.8608 0.3599</w:t>
        <w:br/>
        <w:t>vn -0.0000 0.8607 0.5090</w:t>
        <w:br/>
        <w:t>vn 0.3599 0.8608 0.3599</w:t>
        <w:br/>
        <w:t>vn 0.5091 0.8607 0.0000</w:t>
        <w:br/>
        <w:t>vn 0.6806 0.0981 0.7261</w:t>
        <w:br/>
        <w:t>vn 0.6580 -0.2858 0.6967</w:t>
        <w:br/>
        <w:t>vn 0.3818 -0.1251 0.9157</w:t>
        <w:br/>
        <w:t>vn 0.3761 0.0179 0.9264</w:t>
        <w:br/>
        <w:t>vn 0.3364 -0.2867 0.8970</w:t>
        <w:br/>
        <w:t>vn 0.0000 -0.3344 0.9424</w:t>
        <w:br/>
        <w:t>vn 0.7736 -0.6027 0.1957</w:t>
        <w:br/>
        <w:t>vn 0.8357 -0.5180 0.1824</w:t>
        <w:br/>
        <w:t>vn 0.9601 0.2324 0.1557</w:t>
        <w:br/>
        <w:t>vn 0.9601 0.2324 0.1558</w:t>
        <w:br/>
        <w:t>vn 0.9767 -0.1373 0.1648</w:t>
        <w:br/>
        <w:t>vn 0.0140 -0.0731 0.9972</w:t>
        <w:br/>
        <w:t>vn 0.0194 -0.0649 0.9977</w:t>
        <w:br/>
        <w:t>vn 0.0117 -0.0766 0.9970</w:t>
        <w:br/>
        <w:t>vn 0.9404 0.2982 0.1633</w:t>
        <w:br/>
        <w:t>vn 0.9404 0.2982 0.1634</w:t>
        <w:br/>
        <w:t>vn 0.0000 -0.0738 0.9973</w:t>
        <w:br/>
        <w:t>vn 0.0000 0.0354 0.9994</w:t>
        <w:br/>
        <w:t>vn 0.0000 -0.0626 0.9980</w:t>
        <w:br/>
        <w:t>vn -0.6806 0.0981 0.7261</w:t>
        <w:br/>
        <w:t>vn -0.3761 0.0179 0.9264</w:t>
        <w:br/>
        <w:t>vn -0.3818 -0.1251 0.9157</w:t>
        <w:br/>
        <w:t>vn -0.6579 -0.2858 0.6968</w:t>
        <w:br/>
        <w:t>vn -0.3365 -0.2868 0.8970</w:t>
        <w:br/>
        <w:t>vn -0.7736 -0.6027 0.1956</w:t>
        <w:br/>
        <w:t>vn -0.8357 -0.5180 0.1824</w:t>
        <w:br/>
        <w:t>vn -0.7736 -0.6027 0.1957</w:t>
        <w:br/>
        <w:t>vn -0.9601 0.2324 0.1557</w:t>
        <w:br/>
        <w:t>vn -0.9767 -0.1373 0.1648</w:t>
        <w:br/>
        <w:t>vn -0.0194 -0.0649 0.9977</w:t>
        <w:br/>
        <w:t>vn -0.0140 -0.0731 0.9972</w:t>
        <w:br/>
        <w:t>vn -0.0117 -0.0765 0.9970</w:t>
        <w:br/>
        <w:t>vn -0.9404 0.2982 0.1634</w:t>
        <w:br/>
        <w:t>vn -0.7491 -0.6365 0.1837</w:t>
        <w:br/>
        <w:t>vn -0.4922 -0.8572 0.1512</w:t>
        <w:br/>
        <w:t>vn -0.4923 -0.8572 0.1512</w:t>
        <w:br/>
        <w:t>vn 0.0358 -0.1634 0.9859</w:t>
        <w:br/>
        <w:t>vn 0.0054 -0.1597 0.9871</w:t>
        <w:br/>
        <w:t>vn 0.0055 -0.1597 0.9871</w:t>
        <w:br/>
        <w:t>vn -0.0171 -0.1530 0.9881</w:t>
        <w:br/>
        <w:t>vn -0.0144 -0.1515 0.9884</w:t>
        <w:br/>
        <w:t>vn -0.0031 -0.1477 0.9890</w:t>
        <w:br/>
        <w:t>vn -0.0057 -0.1474 0.9891</w:t>
        <w:br/>
        <w:t>vn -0.6478 0.6400 0.4132</w:t>
        <w:br/>
        <w:t>vn -0.5006 0.7520 0.4289</w:t>
        <w:br/>
        <w:t>vn -0.5006 0.7520 0.4288</w:t>
        <w:br/>
        <w:t>vn -0.3761 0.8037 0.4610</w:t>
        <w:br/>
        <w:t>vn -0.3761 0.8037 0.4611</w:t>
        <w:br/>
        <w:t>vn 0.3737 0.8036 0.4633</w:t>
        <w:br/>
        <w:t>vn 0.3736 0.8036 0.4633</w:t>
        <w:br/>
        <w:t>vn -0.0038 -0.1450 0.9894</w:t>
        <w:br/>
        <w:t>vn -0.0027 -0.1451 0.9894</w:t>
        <w:br/>
        <w:t>vn 0.6457 0.6396 0.4171</w:t>
        <w:br/>
        <w:t>vn 0.4994 0.7517 0.4308</w:t>
        <w:br/>
        <w:t>vn -0.0051 -0.1410 0.9900</w:t>
        <w:br/>
        <w:t>vn -0.9331 -0.2711 0.2362</w:t>
        <w:br/>
        <w:t>vn -0.9662 0.1278 0.2241</w:t>
        <w:br/>
        <w:t>vn -0.9331 -0.2712 0.2362</w:t>
        <w:br/>
        <w:t>vn -0.4939 -0.8536 0.1656</w:t>
        <w:br/>
        <w:t>vn -0.0032 -0.1252 0.9921</w:t>
        <w:br/>
        <w:t>vn -0.0011 -0.1410 0.9900</w:t>
        <w:br/>
        <w:t>vn -0.0009 -0.9832 0.1825</w:t>
        <w:br/>
        <w:t>vn -0.0008 -0.9832 0.1825</w:t>
        <w:br/>
        <w:t>vn -0.0009 -0.9832 0.1826</w:t>
        <w:br/>
        <w:t>vn -0.6092 0.6690 0.4258</w:t>
        <w:br/>
        <w:t>vn -0.7825 0.4855 0.3898</w:t>
        <w:br/>
        <w:t>vn 0.9315 -0.2717 0.2420</w:t>
        <w:br/>
        <w:t>vn 0.9648 0.1274 0.2301</w:t>
        <w:br/>
        <w:t>vn 0.0106 -0.1530 0.9882</w:t>
        <w:br/>
        <w:t>vn -0.0006 -0.1477 0.9890</w:t>
        <w:br/>
        <w:t>vn 0.0081 -0.1515 0.9884</w:t>
        <w:br/>
        <w:t>vn -0.0143 -0.1597 0.9871</w:t>
        <w:br/>
        <w:t>vn 0.4920 -0.8567 0.1547</w:t>
        <w:br/>
        <w:t>vn 0.7477 -0.6368 0.1884</w:t>
        <w:br/>
        <w:t>vn 0.7476 -0.6368 0.1884</w:t>
        <w:br/>
        <w:t>vn 0.4934 -0.8532 0.1691</w:t>
        <w:br/>
        <w:t>vn 0.6102 0.6682 0.4257</w:t>
        <w:br/>
        <w:t>vn 0.6102 0.6681 0.4257</w:t>
        <w:br/>
        <w:t>vn 0.7842 0.4835 0.3890</w:t>
        <w:br/>
        <w:t>vn 0.7842 0.4835 0.3889</w:t>
        <w:br/>
        <w:t>vn -0.0468 -0.1634 0.9855</w:t>
        <w:br/>
        <w:t>vn 0.0091 0.0001 1.0000</w:t>
        <w:br/>
        <w:t>vn 0.0035 0.0001 1.0000</w:t>
        <w:br/>
        <w:t>vn 0.0083 -0.0027 1.0000</w:t>
        <w:br/>
        <w:t>vn 0.8649 0.4988 0.0566</w:t>
        <w:br/>
        <w:t>vn 0.8645 0.4994 0.0566</w:t>
        <w:br/>
        <w:t>vn 0.9984 -0.0000 0.0567</w:t>
        <w:br/>
        <w:t>vn 0.4995 0.8645 0.0563</w:t>
        <w:br/>
        <w:t>vn 0.4993 0.8646 0.0562</w:t>
        <w:br/>
        <w:t>vn 0.0035 0.0056 1.0000</w:t>
        <w:br/>
        <w:t>vn 0.0063 0.0049 1.0000</w:t>
        <w:br/>
        <w:t>vn 0.0003 0.9985 0.0555</w:t>
        <w:br/>
        <w:t>vn 0.0000 0.9985 0.0554</w:t>
        <w:br/>
        <w:t>vn -0.8648 0.4992 0.0547</w:t>
        <w:br/>
        <w:t>vn -0.8648 0.4991 0.0547</w:t>
        <w:br/>
        <w:t>vn -0.4989 0.8649 0.0551</w:t>
        <w:br/>
        <w:t>vn -0.4991 0.8648 0.0551</w:t>
        <w:br/>
        <w:t>vn 0.0007 0.0049 1.0000</w:t>
        <w:br/>
        <w:t>vn -0.0014 0.0028 1.0000</w:t>
        <w:br/>
        <w:t>vn -0.9985 -0.0000 0.0546</w:t>
        <w:br/>
        <w:t>vn -0.9985 0.0001 0.0546</w:t>
        <w:br/>
        <w:t>vn -0.8647 -0.4993 0.0548</w:t>
        <w:br/>
        <w:t>vn -0.0021 0.0001 1.0000</w:t>
        <w:br/>
        <w:t>vn -0.0014 -0.0027 1.0000</w:t>
        <w:br/>
        <w:t>vn -0.4991 -0.8648 0.0551</w:t>
        <w:br/>
        <w:t>vn -0.4989 -0.8649 0.0553</w:t>
        <w:br/>
        <w:t>vn 0.0001 -0.9984 0.0559</w:t>
        <w:br/>
        <w:t>vn 0.0002 -0.9984 0.0560</w:t>
        <w:br/>
        <w:t>vn 0.0007 -0.0048 1.0000</w:t>
        <w:br/>
        <w:t>vn 0.4993 -0.8646 0.0562</w:t>
        <w:br/>
        <w:t>vn 0.8646 -0.4992 0.0566</w:t>
        <w:br/>
        <w:t>vn 0.8645 -0.4995 0.0566</w:t>
        <w:br/>
        <w:t>vn 0.4994 -0.8645 0.0562</w:t>
        <w:br/>
        <w:t>vn 0.0083 0.0028 1.0000</w:t>
        <w:br/>
        <w:t>vn 0.0063 -0.0048 1.0000</w:t>
        <w:br/>
        <w:t>vn 0.0035 -0.0055 1.0000</w:t>
        <w:br/>
        <w:t>vn 0.0000 -0.3204 -0.9473</w:t>
        <w:br/>
        <w:t>vn 0.6699 -0.3203 -0.6698</w:t>
        <w:br/>
        <w:t>vn 0.4046 -0.8201 -0.4046</w:t>
        <w:br/>
        <w:t>vn 0.0000 -0.8201 -0.5722</w:t>
        <w:br/>
        <w:t>vn -0.6698 -0.3204 -0.6698</w:t>
        <w:br/>
        <w:t>vn -0.4046 -0.8201 -0.4046</w:t>
        <w:br/>
        <w:t>vn -0.5722 -0.8201 -0.0000</w:t>
        <w:br/>
        <w:t>vn -0.9473 -0.3204 0.0000</w:t>
        <w:br/>
        <w:t>vn -0.6698 -0.3204 0.6698</w:t>
        <w:br/>
        <w:t>vn -0.4046 -0.8201 0.4046</w:t>
        <w:br/>
        <w:t>vn 0.0000 -0.3204 0.9473</w:t>
        <w:br/>
        <w:t>vn 0.0000 -0.8201 0.5722</w:t>
        <w:br/>
        <w:t>vn 0.4046 -0.8201 0.4046</w:t>
        <w:br/>
        <w:t>vn 0.6698 -0.3204 0.6698</w:t>
        <w:br/>
        <w:t>vn 0.9473 -0.3203 -0.0000</w:t>
        <w:br/>
        <w:t>vn 0.5722 -0.8201 -0.0001</w:t>
        <w:br/>
        <w:t>vn 0.0000 0.3204 -0.9473</w:t>
        <w:br/>
        <w:t>vn 0.6698 0.3204 -0.6698</w:t>
        <w:br/>
        <w:t>vn -0.6698 0.3204 -0.6698</w:t>
        <w:br/>
        <w:t>vn -0.9473 0.3204 -0.0000</w:t>
        <w:br/>
        <w:t>vn -0.6698 0.3204 0.6698</w:t>
        <w:br/>
        <w:t>vn -0.0000 0.3204 0.9473</w:t>
        <w:br/>
        <w:t>vn 0.6698 0.3204 0.6698</w:t>
        <w:br/>
        <w:t>vn 0.9473 0.3204 -0.0000</w:t>
        <w:br/>
        <w:t>vn 0.0001 0.8201 -0.5722</w:t>
        <w:br/>
        <w:t>vn 0.4046 0.8201 -0.4046</w:t>
        <w:br/>
        <w:t>vn -0.4046 0.8201 -0.4045</w:t>
        <w:br/>
        <w:t>vn -0.0000 0.8201 -0.5722</w:t>
        <w:br/>
        <w:t>vn -0.5722 0.8201 0.0000</w:t>
        <w:br/>
        <w:t>vn -0.4046 0.8201 0.4046</w:t>
        <w:br/>
        <w:t>vn -0.0000 0.8201 0.5722</w:t>
        <w:br/>
        <w:t>vn 0.4046 0.8201 0.4046</w:t>
        <w:br/>
        <w:t>vn 0.5722 0.8201 0.0000</w:t>
        <w:br/>
        <w:t>vn 0.6699 -0.3204 -0.6698</w:t>
        <w:br/>
        <w:t>vn 0.0001 -0.8201 -0.5722</w:t>
        <w:br/>
        <w:t>vn -0.0000 -0.8202 -0.5721</w:t>
        <w:br/>
        <w:t>vn -0.6698 -0.3204 0.6699</w:t>
        <w:br/>
        <w:t>vn 0.6698 -0.3203 0.6699</w:t>
        <w:br/>
        <w:t>vn 0.5722 -0.8201 0.0000</w:t>
        <w:br/>
        <w:t>vn 0.9473 -0.3204 -0.0000</w:t>
        <w:br/>
        <w:t>vn 0.6699 0.3203 -0.6698</w:t>
        <w:br/>
        <w:t>vn -0.6698 0.3204 -0.6699</w:t>
        <w:br/>
        <w:t>vn -0.9473 0.3203 -0.0000</w:t>
        <w:br/>
        <w:t>vn 0.0000 0.3203 0.9473</w:t>
        <w:br/>
        <w:t>vn 0.6698 0.3204 0.6699</w:t>
        <w:br/>
        <w:t>vn 0.9473 0.3203 -0.0000</w:t>
        <w:br/>
        <w:t>vn -0.4046 0.8202 -0.4046</w:t>
        <w:br/>
        <w:t>vn -0.0000 0.8202 -0.5721</w:t>
        <w:br/>
        <w:t>vn -0.0000 0.8202 0.5721</w:t>
        <w:br/>
        <w:t>vn 0.4046 0.8202 0.4046</w:t>
        <w:br/>
        <w:t>vn 0.0000 -0.0000 1.0000</w:t>
        <w:br/>
        <w:t>vn -0.7982 0.4800 0.3640</w:t>
        <w:br/>
        <w:t>vn -0.4548 0.8345 0.3112</w:t>
        <w:br/>
        <w:t>vn -0.7982 0.4799 0.3640</w:t>
        <w:br/>
        <w:t>vn -0.9179 -0.0744 0.3898</w:t>
        <w:br/>
        <w:t>vn -0.9179 -0.0745 0.3898</w:t>
        <w:br/>
        <w:t>vn 0.0527 -0.9566 0.2867</w:t>
        <w:br/>
        <w:t>vn 0.0526 -0.9566 0.2867</w:t>
        <w:br/>
        <w:t>vn 0.4609 -0.8418 0.2809</w:t>
        <w:br/>
        <w:t>vn 0.4607 -0.8419 0.2810</w:t>
        <w:br/>
        <w:t>vn 0.8208 -0.4908 0.2922</w:t>
        <w:br/>
        <w:t>vn 0.8208 -0.4909 0.2922</w:t>
        <w:br/>
        <w:t>vn -0.3519 -0.8808 0.3168</w:t>
        <w:br/>
        <w:t>vn -0.7207 -0.5909 0.3626</w:t>
        <w:br/>
        <w:t>vn -0.0515 0.9607 0.2728</w:t>
        <w:br/>
        <w:t>vn -0.0516 0.9607 0.2728</w:t>
        <w:br/>
        <w:t>vn 0.3593 0.8956 0.2622</w:t>
        <w:br/>
        <w:t>vn 0.7441 0.6081 0.2767</w:t>
        <w:br/>
        <w:t>vn 0.9522 0.0776 0.2954</w:t>
        <w:br/>
        <w:t>vn 0.0000 0.0695 -0.9976</w:t>
        <w:br/>
        <w:t>vn -0.0172 0.8011 -0.5982</w:t>
        <w:br/>
        <w:t>vn -0.4396 0.8429 -0.3103</w:t>
        <w:br/>
        <w:t>vn -0.2329 0.9611 0.1485</w:t>
        <w:br/>
        <w:t>vn -0.4511 0.7413 0.4970</w:t>
        <w:br/>
        <w:t>vn -0.4511 0.7413 0.4969</w:t>
        <w:br/>
        <w:t>vn -0.8176 0.3383 -0.4659</w:t>
        <w:br/>
        <w:t>vn -0.7733 0.2516 0.5820</w:t>
        <w:br/>
        <w:t>vn -0.7733 0.2517 0.5820</w:t>
        <w:br/>
        <w:t>vn -0.7592 -0.1999 0.6194</w:t>
        <w:br/>
        <w:t>vn -0.8411 -0.0903 -0.5333</w:t>
        <w:br/>
        <w:t>vn -0.6027 -0.5877 0.5399</w:t>
        <w:br/>
        <w:t>vn -0.2587 -0.9291 0.2642</w:t>
        <w:br/>
        <w:t>vn -0.0362 -0.9975 0.0603</w:t>
        <w:br/>
        <w:t>vn 0.3590 -0.8895 0.2827</w:t>
        <w:br/>
        <w:t>vn 0.0172 -0.9966 -0.0800</w:t>
        <w:br/>
        <w:t>vn 0.3561 -0.9240 -0.1394</w:t>
        <w:br/>
        <w:t>vn 0.2858 -0.8078 -0.5155</w:t>
        <w:br/>
        <w:t>vn -0.0605 -0.9680 -0.2435</w:t>
        <w:br/>
        <w:t>vn -0.2937 -0.8383 -0.4593</w:t>
        <w:br/>
        <w:t>vn -0.6548 -0.4568 -0.6021</w:t>
        <w:br/>
        <w:t>vn -0.6548 -0.4567 -0.6022</w:t>
        <w:br/>
        <w:t>vn 0.5167 0.2620 0.8151</w:t>
        <w:br/>
        <w:t>vn 0.5535 0.3230 0.7677</w:t>
        <w:br/>
        <w:t>vn 0.5288 0.4530 0.7178</w:t>
        <w:br/>
        <w:t>vn 0.4972 0.3504 0.7937</w:t>
        <w:br/>
        <w:t>vn 0.4229 0.4586 -0.7816</w:t>
        <w:br/>
        <w:t>vn -0.0172 0.8012 -0.5982</w:t>
        <w:br/>
        <w:t>vn 0.4355 0.6552 -0.6173</w:t>
        <w:br/>
        <w:t>vn 0.4673 0.5143 -0.7191</w:t>
        <w:br/>
        <w:t>vn 0.3753 0.3996 -0.8363</w:t>
        <w:br/>
        <w:t>vn 0.4765 0.1995 0.8562</w:t>
        <w:br/>
        <w:t>vn 0.4833 0.3216 -0.8142</w:t>
        <w:br/>
        <w:t>vn 0.4562 0.3300 -0.8264</w:t>
        <w:br/>
        <w:t>vn 0.5403 0.1435 0.8292</w:t>
        <w:br/>
        <w:t>vn 0.5623 0.1367 0.8155</w:t>
        <w:br/>
        <w:t>vn 0.5804 -0.0107 0.8142</w:t>
        <w:br/>
        <w:t>vn 0.5804 -0.0108 0.8142</w:t>
        <w:br/>
        <w:t>vn 0.5077 0.1595 -0.8467</w:t>
        <w:br/>
        <w:t>vn 0.6320 -0.2533 0.7324</w:t>
        <w:br/>
        <w:t>vn 0.6320 -0.2532 0.7324</w:t>
        <w:br/>
        <w:t>vn 0.5463 -0.1397 -0.8259</w:t>
        <w:br/>
        <w:t>vn 0.5463 -0.1396 -0.8259</w:t>
        <w:br/>
        <w:t>vn 0.7623 -0.6308 -0.1449</w:t>
        <w:br/>
        <w:t>vn 0.2329 0.9611 0.1486</w:t>
        <w:br/>
        <w:t>vn 0.4397 0.8429 -0.3103</w:t>
        <w:br/>
        <w:t>vn 0.0173 0.8011 -0.5982</w:t>
        <w:br/>
        <w:t>vn 0.4510 0.7413 0.4970</w:t>
        <w:br/>
        <w:t>vn 0.8176 0.3382 -0.4659</w:t>
        <w:br/>
        <w:t>vn 0.8176 0.3383 -0.4659</w:t>
        <w:br/>
        <w:t>vn 0.7733 0.2516 0.5820</w:t>
        <w:br/>
        <w:t>vn 0.7733 0.2517 0.5820</w:t>
        <w:br/>
        <w:t>vn 0.7592 -0.1999 0.6194</w:t>
        <w:br/>
        <w:t>vn 0.8411 -0.0903 -0.5333</w:t>
        <w:br/>
        <w:t>vn 0.6027 -0.5876 0.5399</w:t>
        <w:br/>
        <w:t>vn 0.2588 -0.9291 0.2642</w:t>
        <w:br/>
        <w:t>vn 0.0361 -0.9975 0.0602</w:t>
        <w:br/>
        <w:t>vn -0.3590 -0.8895 0.2828</w:t>
        <w:br/>
        <w:t>vn -0.0173 -0.9966 -0.0801</w:t>
        <w:br/>
        <w:t>vn -0.3560 -0.9240 -0.1393</w:t>
        <w:br/>
        <w:t>vn -0.2857 -0.8078 -0.5155</w:t>
        <w:br/>
        <w:t>vn 0.0606 -0.9680 -0.2436</w:t>
        <w:br/>
        <w:t>vn 0.2937 -0.8383 -0.4593</w:t>
        <w:br/>
        <w:t>vn 0.6548 -0.4567 -0.6021</w:t>
        <w:br/>
        <w:t>vn 0.6548 -0.4567 -0.6022</w:t>
        <w:br/>
        <w:t>vn -0.5168 0.2620 0.8151</w:t>
        <w:br/>
        <w:t>vn -0.4973 0.3504 0.7937</w:t>
        <w:br/>
        <w:t>vn -0.5288 0.4531 0.7177</w:t>
        <w:br/>
        <w:t>vn -0.5535 0.3230 0.7677</w:t>
        <w:br/>
        <w:t>vn -0.4354 0.6552 -0.6173</w:t>
        <w:br/>
        <w:t>vn 0.0173 0.8012 -0.5982</w:t>
        <w:br/>
        <w:t>vn -0.4229 0.4586 -0.7816</w:t>
        <w:br/>
        <w:t>vn -0.4673 0.5143 -0.7191</w:t>
        <w:br/>
        <w:t>vn -0.3753 0.3997 -0.8363</w:t>
        <w:br/>
        <w:t>vn -0.4765 0.1995 0.8562</w:t>
        <w:br/>
        <w:t>vn -0.4833 0.3216 -0.8142</w:t>
        <w:br/>
        <w:t>vn -0.4562 0.3300 -0.8264</w:t>
        <w:br/>
        <w:t>vn -0.5623 0.1367 0.8155</w:t>
        <w:br/>
        <w:t>vn -0.5403 0.1435 0.8292</w:t>
        <w:br/>
        <w:t>vn -0.5804 -0.0107 0.8142</w:t>
        <w:br/>
        <w:t>vn -0.5076 0.1595 -0.8467</w:t>
        <w:br/>
        <w:t>vn -0.6320 -0.2532 0.7324</w:t>
        <w:br/>
        <w:t>vn -0.6320 -0.2533 0.7324</w:t>
        <w:br/>
        <w:t>vn -0.5463 -0.1397 -0.8258</w:t>
        <w:br/>
        <w:t>vn -0.5463 -0.1396 -0.8259</w:t>
        <w:br/>
        <w:t>vn -0.7624 -0.6307 -0.1448</w:t>
        <w:br/>
        <w:t>vn -0.0113 0.3205 -0.9472</w:t>
        <w:br/>
        <w:t>vn -0.0021 0.3204 -0.9473</w:t>
        <w:br/>
        <w:t>vn -0.0101 0.3162 -0.9486</w:t>
        <w:br/>
        <w:t>vn -0.9382 0.1275 -0.3219</w:t>
        <w:br/>
        <w:t>vn -0.8251 -0.3249 -0.4623</w:t>
        <w:br/>
        <w:t>vn -0.8251 -0.3249 -0.4622</w:t>
        <w:br/>
        <w:t>vn -0.8003 0.5708 -0.1836</w:t>
        <w:br/>
        <w:t>vn -0.8003 0.5709 -0.1836</w:t>
        <w:br/>
        <w:t>vn -0.0099 0.3249 -0.9457</w:t>
        <w:br/>
        <w:t>vn -0.0065 0.3280 -0.9446</w:t>
        <w:br/>
        <w:t>vn -0.0019 0.3291 -0.9443</w:t>
        <w:br/>
        <w:t>vn 0.0027 0.3279 -0.9447</w:t>
        <w:br/>
        <w:t>vn 0.0060 0.3246 -0.9458</w:t>
        <w:br/>
        <w:t>vn 0.4794 0.8732 -0.0877</w:t>
        <w:br/>
        <w:t>vn 0.4794 0.8732 -0.0876</w:t>
        <w:br/>
        <w:t>vn 0.8174 0.5437 -0.1902</w:t>
        <w:br/>
        <w:t>vn 0.9392 0.0950 -0.3299</w:t>
        <w:br/>
        <w:t>vn 0.9392 0.0950 -0.3300</w:t>
        <w:br/>
        <w:t>vn 0.0163 0.9987 -0.0488</w:t>
        <w:br/>
        <w:t>vn 0.0160 0.9987 -0.0488</w:t>
        <w:br/>
        <w:t>vn -0.4511 0.8885 -0.0839</w:t>
        <w:br/>
        <w:t>vn -0.4512 0.8885 -0.0839</w:t>
        <w:br/>
        <w:t>vn -0.4881 -0.6637 -0.5668</w:t>
        <w:br/>
        <w:t>vn -0.0068 0.3129 -0.9498</w:t>
        <w:br/>
        <w:t>vn -0.0172 -0.7947 -0.6068</w:t>
        <w:br/>
        <w:t>vn -0.0169 -0.7946 -0.6069</w:t>
        <w:br/>
        <w:t>vn 0.4587 -0.6807 -0.5712</w:t>
        <w:br/>
        <w:t>vn 0.8089 -0.3539 -0.4695</w:t>
        <w:br/>
        <w:t>vn 0.0024 0.3128 -0.9498</w:t>
        <w:br/>
        <w:t>vn 0.0058 0.3159 -0.9488</w:t>
        <w:br/>
        <w:t>vn -0.0022 0.3117 -0.9502</w:t>
        <w:br/>
        <w:t>vn 0.0072 0.3203 -0.9473</w:t>
        <w:br/>
        <w:t>vn 0.5195 -0.3116 0.7956</w:t>
        <w:br/>
        <w:t>vn 0.3044 -0.8128 0.4967</w:t>
        <w:br/>
        <w:t>vn -0.5195 -0.3116 0.7956</w:t>
        <w:br/>
        <w:t>vn -0.3044 -0.8128 0.4967</w:t>
        <w:br/>
        <w:t>vn 0.8838 0.2913 0.3661</w:t>
        <w:br/>
        <w:t>vn -0.0000 0.2351 0.9720</w:t>
        <w:br/>
        <w:t>vn -0.8838 0.2913 0.3661</w:t>
        <w:br/>
        <w:t>vn 0.3044 0.8128 0.4967</w:t>
        <w:br/>
        <w:t>vn -0.3044 0.8128 0.4967</w:t>
        <w:br/>
        <w:t>vn 0.0000 -0.9996 -0.0297</w:t>
        <w:br/>
        <w:t>vn -0.0000 0.9996 -0.0297</w:t>
        <w:br/>
        <w:t>vn -0.0000 0.2137 -0.9769</w:t>
        <w:br/>
        <w:t>vn -0.0000 0.3009 -0.9537</w:t>
        <w:br/>
        <w:t>vn 0.3972 0.2636 -0.8791</w:t>
        <w:br/>
        <w:t>vn 0.4661 0.1331 -0.8747</w:t>
        <w:br/>
        <w:t>vn 0.5772 -0.2041 -0.7907</w:t>
        <w:br/>
        <w:t>vn 0.5525 0.0827 -0.8294</w:t>
        <w:br/>
        <w:t>vn 0.8119 0.0408 -0.5824</w:t>
        <w:br/>
        <w:t>vn 0.7944 0.0572 -0.6047</w:t>
        <w:br/>
        <w:t>vn -0.0612 -0.7444 -0.6649</w:t>
        <w:br/>
        <w:t>vn 0.5772 -0.2041 -0.7906</w:t>
        <w:br/>
        <w:t>vn 0.5574 0.2155 -0.8018</w:t>
        <w:br/>
        <w:t>vn -0.0000 0.7251 -0.6886</w:t>
        <w:br/>
        <w:t>vn 0.4945 0.6336 -0.5950</w:t>
        <w:br/>
        <w:t>vn 0.7123 0.5001 -0.4924</w:t>
        <w:br/>
        <w:t>vn 0.5036 0.8451 -0.1792</w:t>
        <w:br/>
        <w:t>vn 0.7676 0.6313 -0.1112</w:t>
        <w:br/>
        <w:t>vn -0.0000 0.9736 -0.2283</w:t>
        <w:br/>
        <w:t>vn 0.9299 0.3462 -0.1241</w:t>
        <w:br/>
        <w:t>vn 0.9645 0.0679 -0.2552</w:t>
        <w:br/>
        <w:t>vn 0.8382 0.1352 -0.5283</w:t>
        <w:br/>
        <w:t>vn 0.8682 0.3449 -0.3568</w:t>
        <w:br/>
        <w:t>vn 0.9362 0.0164 -0.3510</w:t>
        <w:br/>
        <w:t>vn 0.9307 0.0776 -0.3574</w:t>
        <w:br/>
        <w:t>vn 0.9171 -0.2610 -0.3014</w:t>
        <w:br/>
        <w:t>vn 0.8586 -0.3285 -0.3936</w:t>
        <w:br/>
        <w:t>vn 0.8073 -0.2058 -0.5531</w:t>
        <w:br/>
        <w:t>vn 0.6930 -0.4723 -0.5447</w:t>
        <w:br/>
        <w:t>vn 0.6377 -0.2055 -0.7423</w:t>
        <w:br/>
        <w:t>vn 0.5866 -0.5447 -0.5994</w:t>
        <w:br/>
        <w:t>vn 0.5388 -0.2383 -0.8081</w:t>
        <w:br/>
        <w:t>vn -0.3971 0.2636 -0.8791</w:t>
        <w:br/>
        <w:t>vn -0.4661 0.1331 -0.8747</w:t>
        <w:br/>
        <w:t>vn -0.5772 -0.2041 -0.7907</w:t>
        <w:br/>
        <w:t>vn -0.5525 0.0827 -0.8294</w:t>
        <w:br/>
        <w:t>vn -0.7944 0.0572 -0.6047</w:t>
        <w:br/>
        <w:t>vn -0.8119 0.0408 -0.5824</w:t>
        <w:br/>
        <w:t>vn 0.0612 -0.7444 -0.6649</w:t>
        <w:br/>
        <w:t>vn -0.5771 -0.2041 -0.7907</w:t>
        <w:br/>
        <w:t>vn -0.5574 0.2155 -0.8018</w:t>
        <w:br/>
        <w:t>vn -0.4945 0.6336 -0.5950</w:t>
        <w:br/>
        <w:t>vn -0.5036 0.8451 -0.1792</w:t>
        <w:br/>
        <w:t>vn -0.7123 0.5001 -0.4924</w:t>
        <w:br/>
        <w:t>vn -0.7676 0.6312 -0.1112</w:t>
        <w:br/>
        <w:t>vn -0.0000 0.9736 -0.2282</w:t>
        <w:br/>
        <w:t>vn -0.9299 0.3462 -0.1241</w:t>
        <w:br/>
        <w:t>vn -0.8681 0.3456 -0.3564</w:t>
        <w:br/>
        <w:t>vn -0.8383 0.1352 -0.5282</w:t>
        <w:br/>
        <w:t>vn -0.9645 0.0679 -0.2552</w:t>
        <w:br/>
        <w:t>vn -0.9362 0.0164 -0.3510</w:t>
        <w:br/>
        <w:t>vn -0.9307 0.0776 -0.3574</w:t>
        <w:br/>
        <w:t>vn -0.9171 -0.2610 -0.3014</w:t>
        <w:br/>
        <w:t>vn -0.8073 -0.2058 -0.5531</w:t>
        <w:br/>
        <w:t>vn -0.8586 -0.3286 -0.3936</w:t>
        <w:br/>
        <w:t>vn -0.6377 -0.2055 -0.7423</w:t>
        <w:br/>
        <w:t>vn -0.6930 -0.4723 -0.5447</w:t>
        <w:br/>
        <w:t>vn -0.5388 -0.2383 -0.8081</w:t>
        <w:br/>
        <w:t>vn -0.5866 -0.5446 -0.5994</w:t>
        <w:br/>
        <w:t>vn 0.6253 0.7683 0.1365</w:t>
        <w:br/>
        <w:t>vn 0.2604 0.9272 0.2693</w:t>
        <w:br/>
        <w:t>vn 0.2175 0.8647 0.4528</w:t>
        <w:br/>
        <w:t>vn 0.5181 0.6298 0.5788</w:t>
        <w:br/>
        <w:t>vn 0.9265 0.3564 0.1210</w:t>
        <w:br/>
        <w:t>vn 0.8660 0.4528 -0.2122</w:t>
        <w:br/>
        <w:t>vn 0.9876 -0.1474 -0.0540</w:t>
        <w:br/>
        <w:t>vn 0.9125 -0.0501 -0.4060</w:t>
        <w:br/>
        <w:t>vn 0.8490 0.2618 0.4590</w:t>
        <w:br/>
        <w:t>vn 0.9182 -0.2469 0.3099</w:t>
        <w:br/>
        <w:t>vn 0.6987 0.0355 -0.7146</w:t>
        <w:br/>
        <w:t>vn 0.6686 0.5406 -0.5106</w:t>
        <w:br/>
        <w:t>vn 0.3846 0.0936 -0.9183</w:t>
        <w:br/>
        <w:t>vn 0.3692 0.6007 -0.7091</w:t>
        <w:br/>
        <w:t>vn -0.0008 0.1171 -0.9931</w:t>
        <w:br/>
        <w:t>vn -0.0022 0.6233 -0.7820</w:t>
        <w:br/>
        <w:t>vn 0.3632 0.8958 -0.2563</w:t>
        <w:br/>
        <w:t>vn 0.6507 0.1855 0.7363</w:t>
        <w:br/>
        <w:t>vn 0.1203 0.5557 0.8227</w:t>
        <w:br/>
        <w:t>vn 0.3485 0.1343 0.9276</w:t>
        <w:br/>
        <w:t>vn 0.0030 0.1170 0.9931</w:t>
        <w:br/>
        <w:t>vn 0.1494 0.9827 0.1095</w:t>
        <w:br/>
        <w:t>vn -0.0528 0.9961 0.0714</w:t>
        <w:br/>
        <w:t>vn -0.0000 0.9441 0.3297</w:t>
        <w:br/>
        <w:t>vn -0.2224 0.9583 0.1793</w:t>
        <w:br/>
        <w:t>vn -0.1284 0.9273 -0.3516</w:t>
        <w:br/>
        <w:t>vn -0.5373 0.8392 -0.0835</w:t>
        <w:br/>
        <w:t>vn -0.3629 0.6025 -0.7109</w:t>
        <w:br/>
        <w:t>vn -0.0001 0.9441 0.3297</w:t>
        <w:br/>
        <w:t>vn 0.0506 0.8305 0.5547</w:t>
        <w:br/>
        <w:t>vn -0.1447 0.8424 0.5191</w:t>
        <w:br/>
        <w:t>vn -0.3438 0.5814 0.7374</w:t>
        <w:br/>
        <w:t>vn -0.6174 0.6950 0.3686</w:t>
        <w:br/>
        <w:t>vn -0.1446 0.8424 0.5192</w:t>
        <w:br/>
        <w:t>vn -0.2583 0.8943 0.3653</w:t>
        <w:br/>
        <w:t>vn -0.8491 0.2664 0.4561</w:t>
        <w:br/>
        <w:t>vn -0.9243 0.3596 0.1278</w:t>
        <w:br/>
        <w:t>vn -0.6451 0.1870 0.7409</w:t>
        <w:br/>
        <w:t>vn -0.8624 0.4579 -0.2159</w:t>
        <w:br/>
        <w:t>vn -0.3523 0.1356 0.9260</w:t>
        <w:br/>
        <w:t>vn -0.3877 -0.3835 0.8382</w:t>
        <w:br/>
        <w:t>vn 0.0038 -0.4071 0.9134</w:t>
        <w:br/>
        <w:t>vn 0.3871 -0.3886 0.8362</w:t>
        <w:br/>
        <w:t>vn -0.7077 -0.3236 0.6281</w:t>
        <w:br/>
        <w:t>vn -0.3877 -0.3836 0.8382</w:t>
        <w:br/>
        <w:t>vn -0.9201 -0.2364 0.3123</w:t>
        <w:br/>
        <w:t>vn -0.9895 -0.1372 -0.0453</w:t>
        <w:br/>
        <w:t>vn -0.5004 -0.6681 0.5507</w:t>
        <w:br/>
        <w:t>vn -0.8625 -0.5061 0.0046</w:t>
        <w:br/>
        <w:t>vn 0.0917 -0.6594 -0.7462</w:t>
        <w:br/>
        <w:t>vn -0.0008 -0.9435 -0.3313</w:t>
        <w:br/>
        <w:t>vn -0.2916 -0.6685 -0.6842</w:t>
        <w:br/>
        <w:t>vn 0.4307 -0.7195 -0.5447</w:t>
        <w:br/>
        <w:t>vn 0.5243 -0.8322 -0.1804</w:t>
        <w:br/>
        <w:t>vn 0.3048 -0.9421 0.1398</w:t>
        <w:br/>
        <w:t>vn 0.3848 -0.5395 0.7489</w:t>
        <w:br/>
        <w:t>vn -0.0198 -0.5639 0.8256</w:t>
        <w:br/>
        <w:t>vn -0.1216 -0.9671 0.2235</w:t>
        <w:br/>
        <w:t>vn 0.6875 -0.4760 0.5484</w:t>
        <w:br/>
        <w:t>vn 0.9521 -0.2908 -0.0946</w:t>
        <w:br/>
        <w:t>vn 0.8752 -0.1914 -0.4443</w:t>
        <w:br/>
        <w:t>vn 0.8883 -0.3888 0.2443</w:t>
        <w:br/>
        <w:t>vn 0.8883 -0.3888 0.2444</w:t>
        <w:br/>
        <w:t>vn 0.8292 -0.3061 0.4677</w:t>
        <w:br/>
        <w:t>vn 0.9650 -0.1061 -0.2397</w:t>
        <w:br/>
        <w:t>vn 0.6812 -0.1183 -0.7225</w:t>
        <w:br/>
        <w:t>vn 0.3515 -0.0713 -0.9335</w:t>
        <w:br/>
        <w:t>vn 0.5477 0.0510 -0.8351</w:t>
        <w:br/>
        <w:t>vn 0.6812 -0.1182 -0.7225</w:t>
        <w:br/>
        <w:t>vn 0.3514 -0.0713 -0.9335</w:t>
        <w:br/>
        <w:t>vn -0.3704 -0.0494 -0.9276</w:t>
        <w:br/>
        <w:t>vn -0.0155 -0.0441 -0.9989</w:t>
        <w:br/>
        <w:t>vn -0.3704 -0.0495 -0.9275</w:t>
        <w:br/>
        <w:t>vn -0.1990 0.0815 -0.9766</w:t>
        <w:br/>
        <w:t>vn -0.6712 -0.0980 -0.7348</w:t>
        <w:br/>
        <w:t>vn -0.8810 -0.1813 -0.4371</w:t>
        <w:br/>
        <w:t>vn -0.5280 -0.7637 -0.3714</w:t>
        <w:br/>
        <w:t>vn -0.9549 -0.2801 -0.0990</w:t>
        <w:br/>
        <w:t>vn -0.4585 -0.8886 0.0133</w:t>
        <w:br/>
        <w:t>vn 0.7129 -0.3314 0.6180</w:t>
        <w:br/>
        <w:t>vn 0.7459 -0.5883 0.3123</w:t>
        <w:br/>
        <w:t>vn 0.1961 -0.4334 0.8796</w:t>
        <w:br/>
        <w:t>vn 0.1792 -0.7064 0.6847</w:t>
        <w:br/>
        <w:t>vn -0.5596 -0.3972 0.7274</w:t>
        <w:br/>
        <w:t>vn -0.9657 -0.2279 0.1246</w:t>
        <w:br/>
        <w:t>vn -0.5597 -0.3971 0.7274</w:t>
        <w:br/>
        <w:t>vn 0.8579 -0.4029 -0.3188</w:t>
        <w:br/>
        <w:t>vn 0.4793 -0.2634 -0.8372</w:t>
        <w:br/>
        <w:t>vn -0.1659 -0.2350 -0.9577</w:t>
        <w:br/>
        <w:t>vn -0.9116 -0.0379 -0.4092</w:t>
        <w:br/>
        <w:t>vn -0.7010 0.0442 -0.7118</w:t>
        <w:br/>
        <w:t>vn -0.7169 -0.3306 -0.6137</w:t>
        <w:br/>
        <w:t>vn -0.6706 0.5425 -0.5059</w:t>
        <w:br/>
        <w:t>vn -0.3765 0.0994 -0.9211</w:t>
        <w:br/>
        <w:t>vn -0.8147 -0.0320 -0.5790</w:t>
        <w:br/>
        <w:t>vn -0.8848 -0.3841 0.2638</w:t>
        <w:br/>
        <w:t>vn -0.3887 -0.5318 0.7524</w:t>
        <w:br/>
        <w:t>vn -0.6897 -0.4667 0.5536</w:t>
        <w:br/>
        <w:t>vn -0.8809 -0.1814 -0.4371</w:t>
        <w:br/>
        <w:t>vn -0.6711 -0.0980 -0.7348</w:t>
        <w:br/>
        <w:t>vn -0.6897 -0.4668 0.5535</w:t>
        <w:br/>
        <w:t>vn 0.6716 0.3131 0.6716</w:t>
        <w:br/>
        <w:t>vn -0.0000 0.3131 0.9497</w:t>
        <w:br/>
        <w:t>vn -0.4114 0.8133 -0.4115</w:t>
        <w:br/>
        <w:t>vn 0.4115 0.8133 -0.4115</w:t>
        <w:br/>
        <w:t>vn -0.9836 0.1782 -0.0277</w:t>
        <w:br/>
        <w:t>vn -0.9828 0.1789 -0.0456</w:t>
        <w:br/>
        <w:t>vn -0.9780 0.1727 -0.1170</w:t>
        <w:br/>
        <w:t>vn -0.9829 0.1754 -0.0560</w:t>
        <w:br/>
        <w:t>vn -0.5384 -0.8327 0.1294</w:t>
        <w:br/>
        <w:t>vn -0.5383 -0.8327 0.1293</w:t>
        <w:br/>
        <w:t>vn -0.5281 -0.8491 0.0143</w:t>
        <w:br/>
        <w:t>vn -0.5281 -0.8491 0.0144</w:t>
        <w:br/>
        <w:t>vn 0.9827 0.1824 -0.0320</w:t>
        <w:br/>
        <w:t>vn 0.9816 0.1808 -0.0608</w:t>
        <w:br/>
        <w:t>vn 0.9740 0.1920 -0.1198</w:t>
        <w:br/>
        <w:t>vn 0.9785 0.1997 -0.0508</w:t>
        <w:br/>
        <w:t>vn 0.0019 0.4290 -0.9033</w:t>
        <w:br/>
        <w:t>vn -0.2455 0.4090 -0.8789</w:t>
        <w:br/>
        <w:t>vn -0.1965 0.5497 -0.8119</w:t>
        <w:br/>
        <w:t>vn 0.0052 0.5739 -0.8189</w:t>
        <w:br/>
        <w:t>vn 0.5064 -0.8520 0.1328</w:t>
        <w:br/>
        <w:t>vn 0.4956 -0.8684 0.0136</w:t>
        <w:br/>
        <w:t>vn 0.5064 -0.8520 0.1329</w:t>
        <w:br/>
        <w:t>vn -0.0047 0.9539 0.3002</w:t>
        <w:br/>
        <w:t>vn -0.2547 0.9214 0.2936</w:t>
        <w:br/>
        <w:t>vn -0.2752 0.7402 0.6135</w:t>
        <w:br/>
        <w:t>vn -0.0067 0.7724 0.6351</w:t>
        <w:br/>
        <w:t>vn 0.9783 0.2064 0.0186</w:t>
        <w:br/>
        <w:t>vn 0.9829 0.1839 -0.0032</w:t>
        <w:br/>
        <w:t>vn 0.5097 -0.8232 0.2502</w:t>
        <w:br/>
        <w:t>vn -0.5413 -0.8051 0.2426</w:t>
        <w:br/>
        <w:t>vn -0.5413 -0.8050 0.2426</w:t>
        <w:br/>
        <w:t>vn -0.9826 0.1842 0.0260</w:t>
        <w:br/>
        <w:t>vn -0.9835 0.1809 0.0005</w:t>
        <w:br/>
        <w:t>vn 0.2070 0.5744 -0.7920</w:t>
        <w:br/>
        <w:t>vn 0.2498 0.4223 -0.8714</w:t>
        <w:br/>
        <w:t>vn 0.0055 0.5739 -0.8189</w:t>
        <w:br/>
        <w:t>vn 0.2624 0.7478 0.6099</w:t>
        <w:br/>
        <w:t>vn 0.2457 0.9257 0.2877</w:t>
        <w:br/>
        <w:t>vn -0.0046 0.9539 0.3002</w:t>
        <w:br/>
        <w:t>vn -0.0066 0.7724 0.6351</w:t>
        <w:br/>
        <w:t>vn 0.2826 0.3584 -0.8898</w:t>
        <w:br/>
        <w:t>vn 0.0031 0.3756 -0.9268</w:t>
        <w:br/>
        <w:t>vn -0.2769 0.3629 -0.8897</w:t>
        <w:br/>
        <w:t>vn 0.0030 0.3756 -0.9268</w:t>
        <w:br/>
        <w:t>vn -0.2442 0.5611 0.7909</w:t>
        <w:br/>
        <w:t>vn -0.0019 0.5770 0.8168</w:t>
        <w:br/>
        <w:t>vn 0.2402 0.5585 0.7940</w:t>
        <w:br/>
        <w:t>vn -0.0018 0.5770 0.8168</w:t>
        <w:br/>
        <w:t>vn 0.2770 0.4556 -0.8460</w:t>
        <w:br/>
        <w:t>vn 0.0077 0.4775 -0.8786</w:t>
        <w:br/>
        <w:t>vn -0.2622 0.4639 -0.8462</w:t>
        <w:br/>
        <w:t>vn -0.9841 0.1775 -0.0099</w:t>
        <w:br/>
        <w:t>vn -0.9841 0.1774 0.0052</w:t>
        <w:br/>
        <w:t>vn -0.9838 0.1775 -0.0249</w:t>
        <w:br/>
        <w:t>vn -0.2265 0.6557 0.7202</w:t>
        <w:br/>
        <w:t>vn 0.0039 0.6669 0.7451</w:t>
        <w:br/>
        <w:t>vn 0.2340 0.6423 0.7299</w:t>
        <w:br/>
        <w:t>vn 0.9862 0.1650 -0.0133</w:t>
        <w:br/>
        <w:t>vn 0.9866 0.1612 -0.0250</w:t>
        <w:br/>
        <w:t>vn 0.9856 0.1689 -0.0017</w:t>
        <w:br/>
        <w:t>vn -0.4114 -0.8133 -0.4115</w:t>
        <w:br/>
        <w:t>vn 0.9200 0.3648 -0.1430</w:t>
        <w:br/>
        <w:t>vn 0.9992 0.0400 -0.0030</w:t>
        <w:br/>
        <w:t>vn 0.9987 0.0493 -0.0152</w:t>
        <w:br/>
        <w:t>vn 0.8924 0.3297 -0.3081</w:t>
        <w:br/>
        <w:t>vn 0.9977 0.0539 -0.0409</w:t>
        <w:br/>
        <w:t>vn 0.8535 0.2204 -0.4721</w:t>
        <w:br/>
        <w:t>vn 0.8134 0.0280 -0.5811</w:t>
        <w:br/>
        <w:t>vn 0.7790 -0.2133 -0.5896</w:t>
        <w:br/>
        <w:t>vn 0.7790 -0.2134 -0.5896</w:t>
        <w:br/>
        <w:t>vn 0.7533 -0.4472 -0.4822</w:t>
        <w:br/>
        <w:t>vn 0.7368 -0.6182 -0.2738</w:t>
        <w:br/>
        <w:t>vn 0.7329 -0.6803 -0.0011</w:t>
        <w:br/>
        <w:t>vn 0.7478 -0.6071 0.2687</w:t>
        <w:br/>
        <w:t>vn 0.7478 -0.6072 0.2687</w:t>
        <w:br/>
        <w:t>vn 0.7767 -0.4261 0.4639</w:t>
        <w:br/>
        <w:t>vn 0.8092 -0.1974 0.5534</w:t>
        <w:br/>
        <w:t>vn 0.9950 0.0440 0.0895</w:t>
        <w:br/>
        <w:t>vn 0.8449 0.0611 0.5314</w:t>
        <w:br/>
        <w:t>vn 0.9966 0.0673 0.0485</w:t>
        <w:br/>
        <w:t>vn 0.8848 0.2719 0.3785</w:t>
        <w:br/>
        <w:t>vn 0.9983 0.0568 0.0115</w:t>
        <w:br/>
        <w:t>vn 0.9216 0.3511 0.1654</w:t>
        <w:br/>
        <w:t>vn 0.9992 0.0404 -0.0006</w:t>
        <w:br/>
        <w:t>vn 0.9316 0.3636 -0.0015</w:t>
        <w:br/>
        <w:t>vn 0.9471 -0.2901 0.1373</w:t>
        <w:br/>
        <w:t>vn 0.9297 -0.2394 0.2800</w:t>
        <w:br/>
        <w:t>vn 0.9084 -0.1248 0.3989</w:t>
        <w:br/>
        <w:t>vn 0.8881 0.0420 0.4578</w:t>
        <w:br/>
        <w:t>vn 0.8708 0.2257 0.4367</w:t>
        <w:br/>
        <w:t>vn 0.8578 0.3880 0.3372</w:t>
        <w:br/>
        <w:t>vn 0.8493 0.4966 0.1793</w:t>
        <w:br/>
        <w:t>vn 0.8486 0.5291 -0.0021</w:t>
        <w:br/>
        <w:t>vn 0.8629 0.4757 -0.1707</w:t>
        <w:br/>
        <w:t>vn 0.8629 0.4758 -0.1707</w:t>
        <w:br/>
        <w:t>vn 0.8867 0.3532 -0.2982</w:t>
        <w:br/>
        <w:t>vn 0.9092 0.1977 -0.3665</w:t>
        <w:br/>
        <w:t>vn 0.9292 0.0174 -0.3692</w:t>
        <w:br/>
        <w:t>vn 0.9463 -0.1473 -0.2878</w:t>
        <w:br/>
        <w:t>vn 0.9592 -0.2436 -0.1435</w:t>
        <w:br/>
        <w:t>vn 0.9579 -0.2871 0.0003</w:t>
        <w:br/>
        <w:t>vn -0.9200 0.3649 -0.1430</w:t>
        <w:br/>
        <w:t>vn -0.8924 0.3297 -0.3081</w:t>
        <w:br/>
        <w:t>vn -0.9987 0.0493 -0.0152</w:t>
        <w:br/>
        <w:t>vn -0.9992 0.0400 -0.0030</w:t>
        <w:br/>
        <w:t>vn -0.8535 0.2204 -0.4721</w:t>
        <w:br/>
        <w:t>vn -0.9977 0.0539 -0.0409</w:t>
        <w:br/>
        <w:t>vn -0.8134 0.0280 -0.5811</w:t>
        <w:br/>
        <w:t>vn -0.7790 -0.2133 -0.5896</w:t>
        <w:br/>
        <w:t>vn -0.7533 -0.4472 -0.4822</w:t>
        <w:br/>
        <w:t>vn -0.7368 -0.6182 -0.2738</w:t>
        <w:br/>
        <w:t>vn -0.7329 -0.6803 -0.0011</w:t>
        <w:br/>
        <w:t>vn -0.7329 -0.6803 -0.0012</w:t>
        <w:br/>
        <w:t>vn -0.7478 -0.6072 0.2687</w:t>
        <w:br/>
        <w:t>vn -0.7767 -0.4261 0.4639</w:t>
        <w:br/>
        <w:t>vn -0.8092 -0.1974 0.5534</w:t>
        <w:br/>
        <w:t>vn -0.8449 0.0611 0.5314</w:t>
        <w:br/>
        <w:t>vn -0.9950 0.0440 0.0895</w:t>
        <w:br/>
        <w:t>vn -0.8848 0.2719 0.3785</w:t>
        <w:br/>
        <w:t>vn -0.9966 0.0673 0.0485</w:t>
        <w:br/>
        <w:t>vn -0.9216 0.3511 0.1654</w:t>
        <w:br/>
        <w:t>vn -0.9983 0.0568 0.0115</w:t>
        <w:br/>
        <w:t>vn -0.9316 0.3635 -0.0015</w:t>
        <w:br/>
        <w:t>vn -0.9992 0.0404 -0.0006</w:t>
        <w:br/>
        <w:t>vn -0.9297 -0.2394 0.2800</w:t>
        <w:br/>
        <w:t>vn -0.9471 -0.2901 0.1373</w:t>
        <w:br/>
        <w:t>vn -0.9086 -0.1246 0.3987</w:t>
        <w:br/>
        <w:t>vn -0.8881 0.0420 0.4578</w:t>
        <w:br/>
        <w:t>vn -0.8710 0.2256 0.4364</w:t>
        <w:br/>
        <w:t>vn -0.8708 0.2257 0.4367</w:t>
        <w:br/>
        <w:t>vn -0.8578 0.3880 0.3372</w:t>
        <w:br/>
        <w:t>vn -0.8493 0.4966 0.1793</w:t>
        <w:br/>
        <w:t>vn -0.8486 0.5291 -0.0021</w:t>
        <w:br/>
        <w:t>vn -0.8629 0.4758 -0.1706</w:t>
        <w:br/>
        <w:t>vn -0.8629 0.4758 -0.1707</w:t>
        <w:br/>
        <w:t>vn -0.8867 0.3532 -0.2982</w:t>
        <w:br/>
        <w:t>vn -0.9092 0.1977 -0.3665</w:t>
        <w:br/>
        <w:t>vn -0.9292 0.0174 -0.3692</w:t>
        <w:br/>
        <w:t>vn -0.9463 -0.1473 -0.2878</w:t>
        <w:br/>
        <w:t>vn -0.9592 -0.2436 -0.1435</w:t>
        <w:br/>
        <w:t>vn -0.9579 -0.2871 0.0003</w:t>
        <w:br/>
        <w:t>vn -0.0001 -0.8133 -0.5818</w:t>
        <w:br/>
        <w:t>vn 0.7036 -0.2373 -0.6698</w:t>
        <w:br/>
        <w:t>vn 0.9925 -0.1201 0.0216</w:t>
        <w:br/>
        <w:t>vn 0.9399 -0.3365 0.0573</w:t>
        <w:br/>
        <w:t>vn 0.6670 -0.4475 -0.5958</w:t>
        <w:br/>
        <w:t>vn 0.0056 -0.4995 -0.8663</w:t>
        <w:br/>
        <w:t>vn 0.0033 -0.2923 -0.9563</w:t>
        <w:br/>
        <w:t>vn -0.6981 -0.2530 -0.6699</w:t>
        <w:br/>
        <w:t>vn -0.6568 -0.4622 -0.5958</w:t>
        <w:br/>
        <w:t>vn -0.9322 -0.3574 0.0573</w:t>
        <w:br/>
        <w:t>vn -0.9896 -0.1423 0.0217</w:t>
        <w:br/>
        <w:t>vn -0.7006 -0.0251 0.7132</w:t>
        <w:br/>
        <w:t>vn -0.9322 -0.3575 0.0573</w:t>
        <w:br/>
        <w:t>vn -0.6592 -0.2465 0.7104</w:t>
        <w:br/>
        <w:t>vn 0.0022 -0.1944 0.9809</w:t>
        <w:br/>
        <w:t>vn -0.0003 0.0300 0.9996</w:t>
        <w:br/>
        <w:t>vn 0.7010 -0.0094 0.7131</w:t>
        <w:br/>
        <w:t>vn 0.6646 -0.2317 0.7104</w:t>
        <w:br/>
        <w:t>vn 0.9944 0.1042 -0.0155</w:t>
        <w:br/>
        <w:t>vn 0.7042 -0.0132 -0.7098</w:t>
        <w:br/>
        <w:t>vn 0.0008 -0.0683 -0.9977</w:t>
        <w:br/>
        <w:t>vn -0.7037 -0.0289 -0.7099</w:t>
        <w:br/>
        <w:t>vn -0.9965 0.0820 -0.0154</w:t>
        <w:br/>
        <w:t>vn -0.7061 0.1995 0.6794</w:t>
        <w:br/>
        <w:t>vn -0.0028 0.2546 0.9670</w:t>
        <w:br/>
        <w:t>vn 0.7015 0.2152 0.6794</w:t>
        <w:br/>
        <w:t>vn 0.0110 -0.9866 0.1629</w:t>
        <w:br/>
        <w:t>vn 0.0110 -0.9866 0.1630</w:t>
        <w:br/>
        <w:t>vn 0.0111 -0.9866 0.1630</w:t>
        <w:br/>
        <w:t>vn 0.0111 -0.9866 0.1629</w:t>
        <w:br/>
        <w:t>vn -0.9399 -0.3365 0.0573</w:t>
        <w:br/>
        <w:t>vn -0.9925 -0.1202 0.0217</w:t>
        <w:br/>
        <w:t>vn -0.7036 -0.2373 -0.6698</w:t>
        <w:br/>
        <w:t>vn -0.6670 -0.4474 -0.5958</w:t>
        <w:br/>
        <w:t>vn -0.0033 -0.2923 -0.9563</w:t>
        <w:br/>
        <w:t>vn -0.0056 -0.4995 -0.8663</w:t>
        <w:br/>
        <w:t>vn 0.6981 -0.2530 -0.6699</w:t>
        <w:br/>
        <w:t>vn 0.6568 -0.4623 -0.5958</w:t>
        <w:br/>
        <w:t>vn 0.9896 -0.1423 0.0217</w:t>
        <w:br/>
        <w:t>vn 0.9322 -0.3574 0.0574</w:t>
        <w:br/>
        <w:t>vn 0.9322 -0.3574 0.0573</w:t>
        <w:br/>
        <w:t>vn 0.7006 -0.0251 0.7131</w:t>
        <w:br/>
        <w:t>vn 0.6593 -0.2465 0.7104</w:t>
        <w:br/>
        <w:t>vn 0.0003 0.0299 0.9996</w:t>
        <w:br/>
        <w:t>vn -0.0022 -0.1944 0.9809</w:t>
        <w:br/>
        <w:t>vn -0.7009 -0.0094 0.7131</w:t>
        <w:br/>
        <w:t>vn -0.6646 -0.2317 0.7104</w:t>
        <w:br/>
        <w:t>vn -0.9944 0.1042 -0.0155</w:t>
        <w:br/>
        <w:t>vn -0.7042 -0.0132 -0.7098</w:t>
        <w:br/>
        <w:t>vn -0.0008 -0.0683 -0.9977</w:t>
        <w:br/>
        <w:t>vn 0.7037 -0.0289 -0.7099</w:t>
        <w:br/>
        <w:t>vn 0.9965 0.0820 -0.0153</w:t>
        <w:br/>
        <w:t>vn 0.9965 0.0820 -0.0154</w:t>
        <w:br/>
        <w:t>vn 0.7062 0.1995 0.6794</w:t>
        <w:br/>
        <w:t>vn 0.0028 0.2546 0.9670</w:t>
        <w:br/>
        <w:t>vn -0.7015 0.2152 0.6794</w:t>
        <w:br/>
        <w:t>vn -0.0110 -0.9866 0.1629</w:t>
        <w:br/>
        <w:t>vn -0.0110 -0.9866 0.1630</w:t>
        <w:br/>
        <w:t>vn -0.0111 -0.9866 0.1630</w:t>
        <w:br/>
        <w:t>vn -0.0111 -0.9866 0.1629</w:t>
        <w:br/>
        <w:t>vn 0.9780 0.1726 -0.1170</w:t>
        <w:br/>
        <w:t>vn 0.9828 0.1789 -0.0456</w:t>
        <w:br/>
        <w:t>vn 0.9836 0.1782 -0.0277</w:t>
        <w:br/>
        <w:t>vn 0.9829 0.1754 -0.0560</w:t>
        <w:br/>
        <w:t>vn 0.5384 -0.8327 0.1294</w:t>
        <w:br/>
        <w:t>vn 0.5282 -0.8490 0.0143</w:t>
        <w:br/>
        <w:t>vn 0.5281 -0.8490 0.0143</w:t>
        <w:br/>
        <w:t>vn 0.5383 -0.8327 0.1294</w:t>
        <w:br/>
        <w:t>vn -0.9827 0.1824 -0.0320</w:t>
        <w:br/>
        <w:t>vn -0.9785 0.1997 -0.0508</w:t>
        <w:br/>
        <w:t>vn -0.9741 0.1920 -0.1198</w:t>
        <w:br/>
        <w:t>vn -0.9816 0.1808 -0.0609</w:t>
        <w:br/>
        <w:t>vn 0.1966 0.5497 -0.8119</w:t>
        <w:br/>
        <w:t>vn 0.2456 0.4090 -0.8788</w:t>
        <w:br/>
        <w:t>vn -0.0019 0.4290 -0.9033</w:t>
        <w:br/>
        <w:t>vn -0.0053 0.5739 -0.8189</w:t>
        <w:br/>
        <w:t>vn -0.5064 -0.8520 0.1328</w:t>
        <w:br/>
        <w:t>vn -0.5064 -0.8520 0.1329</w:t>
        <w:br/>
        <w:t>vn -0.4957 -0.8684 0.0136</w:t>
        <w:br/>
        <w:t>vn 0.2752 0.7402 0.6135</w:t>
        <w:br/>
        <w:t>vn 0.2547 0.9214 0.2936</w:t>
        <w:br/>
        <w:t>vn 0.0046 0.9539 0.3002</w:t>
        <w:br/>
        <w:t>vn 0.0065 0.7724 0.6351</w:t>
        <w:br/>
        <w:t>vn -0.9783 0.2064 0.0185</w:t>
        <w:br/>
        <w:t>vn -0.9829 0.1839 -0.0032</w:t>
        <w:br/>
        <w:t>vn -0.5097 -0.8232 0.2502</w:t>
        <w:br/>
        <w:t>vn 0.5413 -0.8051 0.2427</w:t>
        <w:br/>
        <w:t>vn 0.5413 -0.8050 0.2426</w:t>
        <w:br/>
        <w:t>vn 0.9826 0.1842 0.0259</w:t>
        <w:br/>
        <w:t>vn 0.9835 0.1809 0.0005</w:t>
        <w:br/>
        <w:t>vn -0.2071 0.5743 -0.7920</w:t>
        <w:br/>
        <w:t>vn -0.0055 0.5740 -0.8189</w:t>
        <w:br/>
        <w:t>vn -0.2497 0.4223 -0.8714</w:t>
        <w:br/>
        <w:t>vn 0.0047 0.9539 0.3001</w:t>
        <w:br/>
        <w:t>vn -0.2456 0.9257 0.2876</w:t>
        <w:br/>
        <w:t>vn -0.2624 0.7478 0.6098</w:t>
        <w:br/>
        <w:t>vn 0.0067 0.7724 0.6351</w:t>
        <w:br/>
        <w:t>vn -0.0030 0.3757 -0.9268</w:t>
        <w:br/>
        <w:t>vn -0.2826 0.3584 -0.8898</w:t>
        <w:br/>
        <w:t>vn 0.2769 0.3629 -0.8897</w:t>
        <w:br/>
        <w:t>vn -0.0030 0.3756 -0.9268</w:t>
        <w:br/>
        <w:t>vn 0.0019 0.5770 0.8168</w:t>
        <w:br/>
        <w:t>vn 0.2441 0.5611 0.7909</w:t>
        <w:br/>
        <w:t>vn -0.2401 0.5584 0.7940</w:t>
        <w:br/>
        <w:t>vn -0.0077 0.4775 -0.8786</w:t>
        <w:br/>
        <w:t>vn -0.2770 0.4557 -0.8459</w:t>
        <w:br/>
        <w:t>vn 0.2621 0.4639 -0.8462</w:t>
        <w:br/>
        <w:t>vn -0.0078 0.4775 -0.8786</w:t>
        <w:br/>
        <w:t>vn 0.9841 0.1775 -0.0099</w:t>
        <w:br/>
        <w:t>vn 0.9841 0.1774 0.0052</w:t>
        <w:br/>
        <w:t>vn 0.9838 0.1775 -0.0249</w:t>
        <w:br/>
        <w:t>vn -0.0039 0.6669 0.7451</w:t>
        <w:br/>
        <w:t>vn 0.2264 0.6557 0.7202</w:t>
        <w:br/>
        <w:t>vn -0.2340 0.6423 0.7299</w:t>
        <w:br/>
        <w:t>vn -0.9862 0.1650 -0.0133</w:t>
        <w:br/>
        <w:t>vn -0.9866 0.1612 -0.0250</w:t>
        <w:br/>
        <w:t>vn -0.9856 0.1689 -0.0017</w:t>
        <w:br/>
        <w:t>vn -0.9200 0.3648 -0.1430</w:t>
        <w:br/>
        <w:t>vn -0.9992 0.0399 -0.0030</w:t>
        <w:br/>
        <w:t>vn -0.7368 -0.6182 -0.2739</w:t>
        <w:br/>
        <w:t>vn -0.7478 -0.6071 0.2687</w:t>
        <w:br/>
        <w:t>vn -0.9316 0.3636 -0.0015</w:t>
        <w:br/>
        <w:t>vn -0.9992 0.0405 -0.0006</w:t>
        <w:br/>
        <w:t>vn -0.9471 -0.2902 0.1373</w:t>
        <w:br/>
        <w:t>vn -0.8493 0.4966 0.1792</w:t>
        <w:br/>
        <w:t>vn -0.8629 0.4757 -0.1707</w:t>
        <w:br/>
        <w:t>vn -0.9092 0.1977 -0.3664</w:t>
        <w:br/>
        <w:t>vn 0.9200 0.3649 -0.1430</w:t>
        <w:br/>
        <w:t>vn 0.9992 0.0399 -0.0030</w:t>
        <w:br/>
        <w:t>vn 0.8134 0.0279 -0.5811</w:t>
        <w:br/>
        <w:t>vn 0.9992 0.0405 -0.0006</w:t>
        <w:br/>
        <w:t>vn 0.9471 -0.2902 0.1373</w:t>
        <w:br/>
        <w:t>vn 0.9085 -0.1248 0.3989</w:t>
        <w:br/>
        <w:t>vn 0.8493 0.4966 0.1792</w:t>
        <w:br/>
        <w:t>vn 0.8486 0.5291 -0.0022</w:t>
        <w:br/>
        <w:t>vn 0.8629 0.4758 -0.1706</w:t>
        <w:br/>
        <w:t>vn 0.8868 0.3532 -0.2982</w:t>
        <w:br/>
        <w:t>vn 0.4113 -0.8133 0.4115</w:t>
        <w:br/>
        <w:t>vn 0.0001 0.3131 -0.9497</w:t>
        <w:br/>
        <w:t>vn 0.6716 0.3131 -0.6715</w:t>
        <w:br/>
        <w:t>vn 0.0000 -0.9716 0.2366</w:t>
        <w:br/>
        <w:t>vn 0.6646 -0.6936 0.2779</w:t>
        <w:br/>
        <w:t>vn 0.0000 -0.9716 0.2367</w:t>
        <w:br/>
        <w:t>vn 0.9314 -0.1167 0.3448</w:t>
        <w:br/>
        <w:t>vn 0.9102 0.1905 0.3678</w:t>
        <w:br/>
        <w:t>vn 0.9031 0.2194 0.3692</w:t>
        <w:br/>
        <w:t>vn 0.0000 -0.0978 0.9952</w:t>
        <w:br/>
        <w:t>vn 0.0000 -0.1037 0.9946</w:t>
        <w:br/>
        <w:t>vn -0.0000 -0.0921 0.9958</w:t>
        <w:br/>
        <w:t>vn -0.0000 -0.0920 0.9958</w:t>
        <w:br/>
        <w:t>vn -0.0000 -0.1097 0.9940</w:t>
        <w:br/>
        <w:t>vn -0.0000 -0.1096 0.9940</w:t>
        <w:br/>
        <w:t>vn -0.0000 -0.1272 0.9919</w:t>
        <w:br/>
        <w:t>vn -0.6646 -0.6937 0.2778</w:t>
        <w:br/>
        <w:t>vn -0.6646 -0.6936 0.2778</w:t>
        <w:br/>
        <w:t>vn -0.9314 -0.1167 0.3448</w:t>
        <w:br/>
        <w:t>vn -0.9102 0.1905 0.3678</w:t>
        <w:br/>
        <w:t>vn -0.9031 0.2194 0.3692</w:t>
        <w:br/>
        <w:t>vn 0.2472 -0.8109 0.5305</w:t>
        <w:br/>
        <w:t>vn 0.2473 -0.8108 0.5305</w:t>
        <w:br/>
        <w:t>vn 0.6408 -0.2921 0.7100</w:t>
        <w:br/>
        <w:t>vn -0.4048 -0.8919 0.2018</w:t>
        <w:br/>
        <w:t>vn -0.4049 -0.8918 0.2018</w:t>
        <w:br/>
        <w:t>vn 0.6933 0.0014 0.7206</w:t>
        <w:br/>
        <w:t>vn 0.6891 -0.0084 0.7246</w:t>
        <w:br/>
        <w:t>vn -0.8997 -0.4328 -0.0560</w:t>
        <w:br/>
        <w:t>vn -0.9000 -0.4322 -0.0560</w:t>
        <w:br/>
        <w:t>vn -0.9736 0.1979 -0.1135</w:t>
        <w:br/>
        <w:t>vn -0.8685 0.4894 -0.0786</w:t>
        <w:br/>
        <w:t>vn -0.8530 0.5170 -0.0719</w:t>
        <w:br/>
        <w:t>vn -0.8530 0.5170 -0.0720</w:t>
        <w:br/>
        <w:t>vn -0.4326 0.0207 0.9014</w:t>
        <w:br/>
        <w:t>vn -0.4220 0.0597 0.9046</w:t>
        <w:br/>
        <w:t>vn -0.4234 0.0593 0.9040</w:t>
        <w:br/>
        <w:t>vn -0.4235 0.0593 0.9040</w:t>
        <w:br/>
        <w:t>vn -0.4354 0.0201 0.9000</w:t>
        <w:br/>
        <w:t>vn -0.4353 0.0201 0.9001</w:t>
        <w:br/>
        <w:t>vn -0.4352 0.0199 0.9001</w:t>
        <w:br/>
        <w:t>vn -0.2472 -0.8109 0.5304</w:t>
        <w:br/>
        <w:t>vn -0.6408 -0.2921 0.7100</w:t>
        <w:br/>
        <w:t>vn -0.2473 -0.8109 0.5304</w:t>
        <w:br/>
        <w:t>vn 0.4048 -0.8919 0.2018</w:t>
        <w:br/>
        <w:t>vn 0.4049 -0.8918 0.2018</w:t>
        <w:br/>
        <w:t>vn -0.6933 0.0014 0.7206</w:t>
        <w:br/>
        <w:t>vn -0.6890 -0.0084 0.7247</w:t>
        <w:br/>
        <w:t>vn -0.6892 -0.0084 0.7245</w:t>
        <w:br/>
        <w:t>vn 0.8997 -0.4328 -0.0560</w:t>
        <w:br/>
        <w:t>vn 0.8998 -0.4327 -0.0560</w:t>
        <w:br/>
        <w:t>vn 0.9736 0.1979 -0.1135</w:t>
        <w:br/>
        <w:t>vn 0.8685 0.4894 -0.0786</w:t>
        <w:br/>
        <w:t>vn 0.8685 0.4895 -0.0786</w:t>
        <w:br/>
        <w:t>vn 0.8530 0.5170 -0.0719</w:t>
        <w:br/>
        <w:t>vn 0.8531 0.5168 -0.0715</w:t>
        <w:br/>
        <w:t>vn 0.4326 0.0207 0.9014</w:t>
        <w:br/>
        <w:t>vn 0.4220 0.0597 0.9046</w:t>
        <w:br/>
        <w:t>vn 0.4235 0.0594 0.9040</w:t>
        <w:br/>
        <w:t>vn 0.4234 0.0593 0.9040</w:t>
        <w:br/>
        <w:t>vn 0.4354 0.0199 0.9000</w:t>
        <w:br/>
        <w:t>vn 0.4354 0.0201 0.9000</w:t>
        <w:br/>
        <w:t>vn 0.4352 0.0199 0.9001</w:t>
        <w:br/>
        <w:t>vn -0.9469 0.3195 -0.0353</w:t>
        <w:br/>
        <w:t>vn -0.6447 0.7110 -0.2806</w:t>
        <w:br/>
        <w:t>vn 0.0036 0.9384 -0.3455</w:t>
        <w:br/>
        <w:t>vn 0.7399 0.6677 -0.0818</w:t>
        <w:br/>
        <w:t>vn 0.7399 0.6678 -0.0818</w:t>
        <w:br/>
        <w:t>vn 0.9556 0.1056 0.2752</w:t>
        <w:br/>
        <w:t>vn 0.7790 -0.3091 0.5456</w:t>
        <w:br/>
        <w:t>vn 0.3915 -0.5778 0.7161</w:t>
        <w:br/>
        <w:t>vn -0.0739 -0.6711 0.7376</w:t>
        <w:br/>
        <w:t>vn -0.0740 -0.6711 0.7377</w:t>
        <w:br/>
        <w:t>vn -0.4729 -0.5989 0.6462</w:t>
        <w:br/>
        <w:t>vn -0.4728 -0.5990 0.6462</w:t>
        <w:br/>
        <w:t>vn -0.7794 -0.3994 0.4828</w:t>
        <w:br/>
        <w:t>vn -0.7793 -0.3994 0.4828</w:t>
        <w:br/>
        <w:t>vn -0.9664 -0.0820 0.2437</w:t>
        <w:br/>
        <w:t>vn -0.0825 0.5596 0.8246</w:t>
        <w:br/>
        <w:t>vn -0.0821 0.5593 0.8249</w:t>
        <w:br/>
        <w:t>vn -0.0825 0.5590 0.8251</w:t>
        <w:br/>
        <w:t>vn -0.0827 0.5598 0.8245</w:t>
        <w:br/>
        <w:t>vn -0.0824 0.5587 0.8253</w:t>
        <w:br/>
        <w:t>vn -0.0824 0.5587 0.8252</w:t>
        <w:br/>
        <w:t>vn -0.0824 0.5588 0.8252</w:t>
        <w:br/>
        <w:t>vn -0.0825 0.5584 0.8255</w:t>
        <w:br/>
        <w:t>vn -0.0826 0.5586 0.8253</w:t>
        <w:br/>
        <w:t>vn -0.9710 0.0710 0.2285</w:t>
        <w:br/>
        <w:t>vn -0.8800 0.4748 0.0152</w:t>
        <w:br/>
        <w:t>vn -0.8800 0.4747 0.0151</w:t>
        <w:br/>
        <w:t>vn -0.5785 0.8091 -0.1036</w:t>
        <w:br/>
        <w:t>vn -0.5784 0.8091 -0.1036</w:t>
        <w:br/>
        <w:t>vn -0.1471 0.9844 -0.0960</w:t>
        <w:br/>
        <w:t>vn -0.1471 0.9845 -0.0960</w:t>
        <w:br/>
        <w:t>vn 0.2983 0.9538 0.0360</w:t>
        <w:br/>
        <w:t>vn 0.2984 0.9538 0.0361</w:t>
        <w:br/>
        <w:t>vn 0.6386 0.7254 0.2570</w:t>
        <w:br/>
        <w:t>vn 0.6386 0.7254 0.2569</w:t>
        <w:br/>
        <w:t>vn 0.7826 0.3604 0.5077</w:t>
        <w:br/>
        <w:t>vn 0.6916 -0.0434 0.7209</w:t>
        <w:br/>
        <w:t>vn 0.6916 -0.0434 0.7210</w:t>
        <w:br/>
        <w:t>vn 0.3901 -0.3777 0.8397</w:t>
        <w:br/>
        <w:t>vn 0.3900 -0.3777 0.8398</w:t>
        <w:br/>
        <w:t>vn -0.0413 -0.5531 0.8321</w:t>
        <w:br/>
        <w:t>vn -0.4867 -0.5224 0.7002</w:t>
        <w:br/>
        <w:t>vn -0.8270 -0.2940 0.4792</w:t>
        <w:br/>
        <w:t>vn -0.8270 -0.2939 0.4792</w:t>
        <w:br/>
        <w:t>vn -0.2156 0.4937 0.8425</w:t>
        <w:br/>
        <w:t>vn -0.2156 0.4936 0.8425</w:t>
        <w:br/>
        <w:t>vn -0.2157 0.4937 0.8425</w:t>
        <w:br/>
        <w:t>vn 0.9137 0.0710 0.4001</w:t>
        <w:br/>
        <w:t>vn 0.8628 0.4748 0.1739</w:t>
        <w:br/>
        <w:t>vn 0.8628 0.4748 0.1738</w:t>
        <w:br/>
        <w:t>vn 0.5876 0.8091 0.0026</w:t>
        <w:br/>
        <w:t>vn 0.5876 0.8092 0.0027</w:t>
        <w:br/>
        <w:t>vn 0.1621 0.9844 -0.0678</w:t>
        <w:br/>
        <w:t>vn -0.2999 0.9538 -0.0184</w:t>
        <w:br/>
        <w:t>vn -0.2999 0.9538 -0.0185</w:t>
        <w:br/>
        <w:t>vn -0.6745 0.7253 0.1374</w:t>
        <w:br/>
        <w:t>vn -0.6745 0.7253 0.1373</w:t>
        <w:br/>
        <w:t>vn -0.8614 0.3603 0.3580</w:t>
        <w:br/>
        <w:t>vn -0.8614 0.3604 0.3580</w:t>
        <w:br/>
        <w:t>vn -0.8105 -0.0434 0.5842</w:t>
        <w:br/>
        <w:t>vn -0.8105 -0.0434 0.5841</w:t>
        <w:br/>
        <w:t>vn -0.5353 -0.3778 0.7555</w:t>
        <w:br/>
        <w:t>vn -0.5353 -0.3777 0.7555</w:t>
        <w:br/>
        <w:t>vn -0.1097 -0.5530 0.8259</w:t>
        <w:br/>
        <w:t>vn -0.1098 -0.5530 0.8259</w:t>
        <w:br/>
        <w:t>vn 0.3522 -0.5223 0.7766</w:t>
        <w:br/>
        <w:t>vn 0.3525 -0.5224 0.7764</w:t>
        <w:br/>
        <w:t>vn 0.7268 -0.2940 0.6207</w:t>
        <w:br/>
        <w:t>vn 0.7269 -0.2940 0.6206</w:t>
        <w:br/>
        <w:t>vn 0.0599 0.4936 0.8676</w:t>
        <w:br/>
        <w:t>vn 0.0599 0.4937 0.8676</w:t>
        <w:br/>
        <w:t>vn 0.0599 0.4938 0.8675</w:t>
        <w:br/>
        <w:t>vn -0.3002 -0.1397 0.9436</w:t>
        <w:br/>
        <w:t>vn -0.2748 -0.1041 0.9559</w:t>
        <w:br/>
        <w:t>vn -0.2384 -0.4760 0.8465</w:t>
        <w:br/>
        <w:t>vn -0.3012 -0.5286 0.7936</w:t>
        <w:br/>
        <w:t>vn -0.2473 0.2727 0.9298</w:t>
        <w:br/>
        <w:t>vn -0.2681 0.5716 0.7755</w:t>
        <w:br/>
        <w:t>vn -0.0386 0.9764 0.2126</w:t>
        <w:br/>
        <w:t>vn 0.0311 0.9779 0.2067</w:t>
        <w:br/>
        <w:t>vn 0.0310 0.9779 0.2066</w:t>
        <w:br/>
        <w:t>vn -0.1077 0.9694 0.2205</w:t>
        <w:br/>
        <w:t>vn 0.1681 0.9850 0.0380</w:t>
        <w:br/>
        <w:t>vn 0.0910 0.9814 0.1692</w:t>
        <w:br/>
        <w:t>vn 0.9397 0.3080 0.1487</w:t>
        <w:br/>
        <w:t>vn 0.9914 -0.1097 0.0718</w:t>
        <w:br/>
        <w:t>vn 0.9850 -0.0912 0.1464</w:t>
        <w:br/>
        <w:t>vn 0.9394 0.3076 0.1511</w:t>
        <w:br/>
        <w:t>vn 0.8609 -0.5084 -0.0185</w:t>
        <w:br/>
        <w:t>vn 0.8714 -0.4761 0.1179</w:t>
        <w:br/>
        <w:t>vn -0.8726 0.0632 -0.4844</w:t>
        <w:br/>
        <w:t>vn -0.8448 -0.5198 0.1269</w:t>
        <w:br/>
        <w:t>vn -0.6869 -0.5798 0.4382</w:t>
        <w:br/>
        <w:t>vn -0.8760 0.0847 -0.4747</w:t>
        <w:br/>
        <w:t>vn 0.9472 -0.3203 0.0116</w:t>
        <w:br/>
        <w:t>vn 0.9393 0.3074 0.1525</w:t>
        <w:br/>
        <w:t>vn -0.2813 0.2882 0.9153</w:t>
        <w:br/>
        <w:t>vn -0.2612 0.7114 0.6524</w:t>
        <w:br/>
        <w:t>vn 0.2569 -0.2766 -0.9260</w:t>
        <w:br/>
        <w:t>vn 0.5189 -0.4928 -0.6985</w:t>
        <w:br/>
        <w:t>vn 0.2674 -0.2696 -0.9251</w:t>
        <w:br/>
        <w:t>vn -0.3154 -0.1630 0.9349</w:t>
        <w:br/>
        <w:t>vn -0.2368 0.2669 0.9342</w:t>
        <w:br/>
        <w:t>vn 0.9398 0.3083 0.1474</w:t>
        <w:br/>
        <w:t>vn 0.9922 -0.1204 0.0319</w:t>
        <w:br/>
        <w:t>vn 0.5279 -0.4566 -0.7161</w:t>
        <w:br/>
        <w:t>vn 0.2778 -0.2626 -0.9241</w:t>
        <w:br/>
        <w:t>vn -0.8686 0.0418 -0.4937</w:t>
        <w:br/>
        <w:t>vn -0.8613 -0.4935 0.1211</w:t>
        <w:br/>
        <w:t>vn -0.6394 -0.6633 0.3888</w:t>
        <w:br/>
        <w:t>vn -0.4230 -0.6139 0.6665</w:t>
        <w:br/>
        <w:t>vn -0.5821 0.4548 -0.6740</w:t>
        <w:br/>
        <w:t>vn -0.5843 0.4192 -0.6949</w:t>
        <w:br/>
        <w:t>vn 0.8000 -0.5966 -0.0638</w:t>
        <w:br/>
        <w:t>vn 0.2077 0.9778 -0.0264</w:t>
        <w:br/>
        <w:t>vn 0.2078 0.9778 -0.0264</w:t>
        <w:br/>
        <w:t>vn -0.1075 0.9694 0.2206</w:t>
        <w:br/>
        <w:t>vn -0.1762 0.9577 0.2273</w:t>
        <w:br/>
        <w:t>vn 0.6854 -0.6352 -0.3560</w:t>
        <w:br/>
        <w:t>vn -0.4513 0.4373 -0.7779</w:t>
        <w:br/>
        <w:t>vn -0.4245 0.4695 -0.7742</w:t>
        <w:br/>
        <w:t>vn -0.3337 -0.5618 0.7570</w:t>
        <w:br/>
        <w:t>vn 0.0773 0.9730 0.2176</w:t>
        <w:br/>
        <w:t>vn 0.8462 -0.5253 -0.0899</w:t>
        <w:br/>
        <w:t>vn 0.7023 -0.5851 -0.4055</w:t>
        <w:br/>
        <w:t>vn -0.5326 0.3944 -0.7489</w:t>
        <w:br/>
        <w:t>vn -0.4775 0.4044 -0.7801</w:t>
        <w:br/>
        <w:t>vn -0.6854 -0.6211 0.3801</w:t>
        <w:br/>
        <w:t>vn 0.9377 0.3196 0.1363</w:t>
        <w:br/>
        <w:t>vn 0.6848 0.7110 -0.1596</w:t>
        <w:br/>
        <w:t>vn 0.6847 0.7112 -0.1595</w:t>
        <w:br/>
        <w:t>vn 0.0589 0.9384 -0.3405</w:t>
        <w:br/>
        <w:t>vn -0.7129 0.6677 -0.2141</w:t>
        <w:br/>
        <w:t>vn -0.7128 0.6678 -0.2142</w:t>
        <w:br/>
        <w:t>vn -0.9896 0.1056 0.0981</w:t>
        <w:br/>
        <w:t>vn -0.9896 0.1055 0.0981</w:t>
        <w:br/>
        <w:t>vn -0.8647 -0.3091 0.3959</w:t>
        <w:br/>
        <w:t>vn -0.8647 -0.3091 0.3958</w:t>
        <w:br/>
        <w:t>vn -0.5145 -0.5778 0.6336</w:t>
        <w:br/>
        <w:t>vn -0.5145 -0.5778 0.6335</w:t>
        <w:br/>
        <w:t>vn -0.0606 -0.6712 0.7388</w:t>
        <w:br/>
        <w:t>vn -0.0603 -0.6711 0.7389</w:t>
        <w:br/>
        <w:t>vn 0.3480 -0.5991 0.7211</w:t>
        <w:br/>
        <w:t>vn 0.3483 -0.5990 0.7211</w:t>
        <w:br/>
        <w:t>vn 0.6794 -0.3994 0.6155</w:t>
        <w:br/>
        <w:t>vn 0.6793 -0.3993 0.6156</w:t>
        <w:br/>
        <w:t>vn 0.9064 -0.0820 0.4143</w:t>
        <w:br/>
        <w:t>vn -0.0681 0.5595 0.8261</w:t>
        <w:br/>
        <w:t>vn -0.0674 0.5590 0.8264</w:t>
        <w:br/>
        <w:t>vn -0.0678 0.5588 0.8265</w:t>
        <w:br/>
        <w:t>vn -0.0680 0.5591 0.8263</w:t>
        <w:br/>
        <w:t>vn -0.0680 0.5588 0.8265</w:t>
        <w:br/>
        <w:t>vn -0.0680 0.5586 0.8266</w:t>
        <w:br/>
        <w:t>vn -0.0680 0.5587 0.8266</w:t>
        <w:br/>
        <w:t>vn -0.0680 0.5585 0.8267</w:t>
        <w:br/>
        <w:t>vn -0.0681 0.5588 0.8265</w:t>
        <w:br/>
        <w:t>vn 0.1248 -0.1397 0.9823</w:t>
        <w:br/>
        <w:t>vn 0.1529 -0.5286 0.8350</w:t>
        <w:br/>
        <w:t>vn 0.0815 -0.4760 0.8756</w:t>
        <w:br/>
        <w:t>vn 0.0976 -0.1041 0.9898</w:t>
        <w:br/>
        <w:t>vn 0.1237 0.5716 0.8111</w:t>
        <w:br/>
        <w:t>vn 0.0752 0.2727 0.9592</w:t>
        <w:br/>
        <w:t>vn -0.0006 0.9764 0.2160</w:t>
        <w:br/>
        <w:t>vn 0.0660 0.9695 0.2361</w:t>
        <w:br/>
        <w:t>vn -0.0679 0.9779 0.1978</w:t>
        <w:br/>
        <w:t>vn -0.1199 0.9814 0.1500</w:t>
        <w:br/>
        <w:t>vn -0.1723 0.9850 0.0070</w:t>
        <w:br/>
        <w:t>vn -0.9953 -0.0912 -0.0339</w:t>
        <w:br/>
        <w:t>vn -0.9880 -0.1097 -0.1085</w:t>
        <w:br/>
        <w:t>vn -0.9511 0.3080 -0.0235</w:t>
        <w:br/>
        <w:t>vn -0.9513 0.3075 -0.0210</w:t>
        <w:br/>
        <w:t>vn -0.8784 -0.4762 -0.0415</w:t>
        <w:br/>
        <w:t>vn -0.8434 -0.5084 -0.1737</w:t>
        <w:br/>
        <w:t>vn 0.9457 0.0632 -0.3189</w:t>
        <w:br/>
        <w:t>vn 0.9474 0.0848 -0.3087</w:t>
        <w:br/>
        <w:t>vn 0.5964 -0.5798 0.5550</w:t>
        <w:br/>
        <w:t>vn 0.8080 -0.5198 0.2774</w:t>
        <w:br/>
        <w:t>vn -0.9514 0.3073 -0.0196</w:t>
        <w:br/>
        <w:t>vn -0.9338 -0.3203 -0.1597</w:t>
        <w:br/>
        <w:t>vn 0.1113 0.2882 0.9511</w:t>
        <w:br/>
        <w:t>vn 0.1391 0.7114 0.6889</w:t>
        <w:br/>
        <w:t>vn -0.0854 -0.2766 -0.9572</w:t>
        <w:br/>
        <w:t>vn -0.0959 -0.2696 -0.9582</w:t>
        <w:br/>
        <w:t>vn -0.3842 -0.4928 -0.7807</w:t>
        <w:br/>
        <w:t>vn 0.0642 0.2669 0.9616</w:t>
        <w:br/>
        <w:t>vn 0.1413 -0.1630 0.9765</w:t>
        <w:br/>
        <w:t>vn -0.9510 0.3083 -0.0247</w:t>
        <w:br/>
        <w:t>vn -0.9816 -0.1205 -0.1479</w:t>
        <w:br/>
        <w:t>vn -0.1064 -0.2630 -0.9589</w:t>
        <w:br/>
        <w:t>vn -0.3899 -0.4566 -0.7997</w:t>
        <w:br/>
        <w:t>vn 0.9435 0.0417 -0.3287</w:t>
        <w:br/>
        <w:t>vn 0.8252 -0.4935 0.2747</w:t>
        <w:br/>
        <w:t>vn 0.2957 -0.6139 0.7319</w:t>
        <w:br/>
        <w:t>vn 0.5587 -0.6633 0.4979</w:t>
        <w:br/>
        <w:t>vn 0.7001 0.4192 -0.5781</w:t>
        <w:br/>
        <w:t>vn 0.6943 0.4548 -0.5578</w:t>
        <w:br/>
        <w:t>vn -0.7753 -0.5966 -0.2072</w:t>
        <w:br/>
        <w:t>vn -0.1997 0.9778 -0.0634</w:t>
        <w:br/>
        <w:t>vn -0.1998 0.9778 -0.0634</w:t>
        <w:br/>
        <w:t>vn 0.1322 0.9578 0.2554</w:t>
        <w:br/>
        <w:t>vn 0.0660 0.9694 0.2364</w:t>
        <w:br/>
        <w:t>vn -0.6099 -0.6352 -0.4739</w:t>
        <w:br/>
        <w:t>vn 0.5845 0.4373 -0.6835</w:t>
        <w:br/>
        <w:t>vn 0.5573 0.4695 -0.6848</w:t>
        <w:br/>
        <w:t>vn 0.5574 0.4695 -0.6848</w:t>
        <w:br/>
        <w:t>vn 0.1914 -0.5617 0.8049</w:t>
        <w:br/>
        <w:t>vn -0.1153 0.9730 0.1999</w:t>
        <w:br/>
        <w:t>vn -0.1153 0.9730 0.2000</w:t>
        <w:br/>
        <w:t>vn -0.8160 -0.5252 -0.2413</w:t>
        <w:br/>
        <w:t>vn -0.6175 -0.5851 -0.5256</w:t>
        <w:br/>
        <w:t>vn 0.6590 0.3944 -0.6404</w:t>
        <w:br/>
        <w:t>vn 0.6105 0.4044 -0.6811</w:t>
        <w:br/>
        <w:t>vn 0.6054 -0.6211 0.4977</w:t>
        <w:br/>
        <w:t>vn 0.6591 0.3944 -0.6403</w:t>
        <w:br/>
        <w:t>vn 0.9147 -0.0281 0.4032</w:t>
        <w:br/>
        <w:t>vn 0.9973 0.0319 0.0662</w:t>
        <w:br/>
        <w:t>vn 0.9987 -0.0179 0.0471</w:t>
        <w:br/>
        <w:t>vn 0.9236 -0.0807 0.3748</w:t>
        <w:br/>
        <w:t>vn -0.3821 -0.0404 0.9232</w:t>
        <w:br/>
        <w:t>vn -0.2877 -0.0598 0.9559</w:t>
        <w:br/>
        <w:t>vn -0.3331 -0.1082 0.9366</w:t>
        <w:br/>
        <w:t>vn -0.4363 -0.0921 0.8951</w:t>
        <w:br/>
        <w:t>vn 0.9847 0.0299 -0.1717</w:t>
        <w:br/>
        <w:t>vn 0.9863 0.0752 -0.1465</w:t>
        <w:br/>
        <w:t>vn 0.9152 0.1340 -0.3800</w:t>
        <w:br/>
        <w:t>vn 0.7248 0.2161 -0.6542</w:t>
        <w:br/>
        <w:t>vn 0.7132 0.1378 -0.6873</w:t>
        <w:br/>
        <w:t>vn 0.9044 0.0821 -0.4186</w:t>
        <w:br/>
        <w:t>vn -0.0306 -0.1925 0.9808</w:t>
        <w:br/>
        <w:t>vn 0.1886 -0.1920 0.9631</w:t>
        <w:br/>
        <w:t>vn 0.1939 -0.1862 0.9632</w:t>
        <w:br/>
        <w:t>vn -0.0318 -0.2022 0.9788</w:t>
        <w:br/>
        <w:t>vn 0.9716 0.0011 -0.2365</w:t>
        <w:br/>
        <w:t>vn 0.9993 -0.0344 -0.0109</w:t>
        <w:br/>
        <w:t>vn 0.9994 -0.0323 0.0135</w:t>
        <w:br/>
        <w:t>vn 0.9780 0.0135 -0.2083</w:t>
        <w:br/>
        <w:t>vn 0.8925 0.0544 -0.4478</w:t>
        <w:br/>
        <w:t>vn 0.7077 0.0850 -0.7014</w:t>
        <w:br/>
        <w:t>vn 0.7172 0.0500 -0.6951</w:t>
        <w:br/>
        <w:t>vn 0.8870 0.0319 -0.4607</w:t>
        <w:br/>
        <w:t>vn -0.3710 -0.1716 0.9126</w:t>
        <w:br/>
        <w:t>vn -0.7888 -0.1410 0.5982</w:t>
        <w:br/>
        <w:t>vn -0.5341 -0.1715 0.8278</w:t>
        <w:br/>
        <w:t>vn -0.4877 -0.1522 0.8596</w:t>
        <w:br/>
        <w:t>vn 0.9427 -0.0777 0.3245</w:t>
        <w:br/>
        <w:t>vn 0.9359 -0.0924 0.3398</w:t>
        <w:br/>
        <w:t>vn -0.0231 -0.1796 0.9835</w:t>
        <w:br/>
        <w:t>vn 0.2047 -0.1769 0.9627</w:t>
        <w:br/>
        <w:t>vn 0.2017 -0.1548 0.9671</w:t>
        <w:br/>
        <w:t>vn 0.3056 -0.1364 0.9423</w:t>
        <w:br/>
        <w:t>vn -0.8090 -0.0960 0.5799</w:t>
        <w:br/>
        <w:t>vn -0.5659 -0.1252 0.8149</w:t>
        <w:br/>
        <w:t>vn -0.5640 -0.1559 0.8109</w:t>
        <w:br/>
        <w:t>vn -0.7894 -0.1260 0.6008</w:t>
        <w:br/>
        <w:t>vn -0.9832 -0.0840 0.1620</w:t>
        <w:br/>
        <w:t>vn -0.9755 -0.0301 0.2178</w:t>
        <w:br/>
        <w:t>vn -0.9410 -0.0551 0.3340</w:t>
        <w:br/>
        <w:t>vn -0.9495 -0.1007 0.2971</w:t>
        <w:br/>
        <w:t>vn -0.8922 0.0458 -0.4493</w:t>
        <w:br/>
        <w:t>vn -0.9064 0.0651 -0.4175</w:t>
        <w:br/>
        <w:t>vn -0.9643 0.0566 -0.2585</w:t>
        <w:br/>
        <w:t>vn -0.9496 0.0255 -0.3126</w:t>
        <w:br/>
        <w:t>vn 0.7404 0.0055 -0.6721</w:t>
        <w:br/>
        <w:t>vn 0.8932 0.0154 -0.4493</w:t>
        <w:br/>
        <w:t>vn 0.8878 0.0331 -0.4591</w:t>
        <w:br/>
        <w:t>vn 0.7292 0.0446 -0.6828</w:t>
        <w:br/>
        <w:t>vn 0.9986 -0.0062 -0.0523</w:t>
        <w:br/>
        <w:t>vn 0.9602 -0.0555 0.2736</w:t>
        <w:br/>
        <w:t>vn 0.9480 -0.0691 0.3107</w:t>
        <w:br/>
        <w:t>vn 0.9993 -0.0209 -0.0308</w:t>
        <w:br/>
        <w:t>vn 0.9661 0.0127 -0.2578</w:t>
        <w:br/>
        <w:t>vn 0.9678 0.0127 -0.2516</w:t>
        <w:br/>
        <w:t>vn -0.6973 0.0686 -0.7135</w:t>
        <w:br/>
        <w:t>vn -0.6896 0.0748 -0.7203</w:t>
        <w:br/>
        <w:t>vn 0.8994 0.0283 0.4362</w:t>
        <w:br/>
        <w:t>vn 0.9913 0.1004 0.0855</w:t>
        <w:br/>
        <w:t>vn 0.9948 0.0696 0.0744</w:t>
        <w:br/>
        <w:t>vn 0.9075 -0.0040 0.4200</w:t>
        <w:br/>
        <w:t>vn -0.2063 -0.0259 0.9781</w:t>
        <w:br/>
        <w:t>vn -0.2421 -0.0485 0.9690</w:t>
        <w:br/>
        <w:t>vn -0.3297 -0.0236 0.9438</w:t>
        <w:br/>
        <w:t>vn -0.2865 -0.0072 0.9580</w:t>
        <w:br/>
        <w:t>vn 0.9790 0.1557 -0.1318</w:t>
        <w:br/>
        <w:t>vn 0.9827 0.1229 -0.1385</w:t>
        <w:br/>
        <w:t>vn 0.8981 0.0422 0.4377</w:t>
        <w:br/>
        <w:t>vn 0.9836 0.1317 0.1228</w:t>
        <w:br/>
        <w:t>vn 0.9855 0.1288 0.1108</w:t>
        <w:br/>
        <w:t>vn 0.8867 0.0599 0.4585</w:t>
        <w:br/>
        <w:t>vn -0.2397 0.0044 0.9708</w:t>
        <w:br/>
        <w:t>vn -0.1509 -0.0123 0.9885</w:t>
        <w:br/>
        <w:t>vn -0.1739 -0.0056 0.9848</w:t>
        <w:br/>
        <w:t>vn -0.2476 0.0023 0.9689</w:t>
        <w:br/>
        <w:t>vn 0.9808 0.1826 -0.0686</w:t>
        <w:br/>
        <w:t>vn 0.9758 0.2005 -0.0875</w:t>
        <w:br/>
        <w:t>vn 0.9251 0.1972 -0.3245</w:t>
        <w:br/>
        <w:t>vn 0.7510 0.2166 -0.6238</w:t>
        <w:br/>
        <w:t>vn 0.7225 0.3497 -0.5964</w:t>
        <w:br/>
        <w:t>vn 0.9014 0.2841 -0.3267</w:t>
        <w:br/>
        <w:t>vn -0.1902 0.4101 -0.8920</w:t>
        <w:br/>
        <w:t>vn -0.2169 0.3658 -0.9051</w:t>
        <w:br/>
        <w:t>vn -0.4184 0.3126 -0.8528</w:t>
        <w:br/>
        <w:t>vn -0.3812 0.3788 -0.8433</w:t>
        <w:br/>
        <w:t>vn 0.9671 0.0978 0.2346</w:t>
        <w:br/>
        <w:t>vn -0.5107 -0.0305 0.8592</w:t>
        <w:br/>
        <w:t>vn -0.1427 -0.0851 0.9861</w:t>
        <w:br/>
        <w:t>vn -0.2427 0.0250 0.9698</w:t>
        <w:br/>
        <w:t>vn 0.9908 0.1306 0.0351</w:t>
        <w:br/>
        <w:t>vn 0.9622 0.1081 -0.2499</w:t>
        <w:br/>
        <w:t>vn 0.9692 0.1551 -0.1914</w:t>
        <w:br/>
        <w:t>vn 0.9860 0.1646 0.0250</w:t>
        <w:br/>
        <w:t>vn 0.8561 0.0435 -0.5149</w:t>
        <w:br/>
        <w:t>vn 0.6711 -0.0285 -0.7408</w:t>
        <w:br/>
        <w:t>vn 0.7139 0.1144 -0.6909</w:t>
        <w:br/>
        <w:t>vn 0.8724 0.1290 -0.4715</w:t>
        <w:br/>
        <w:t>vn -0.2230 0.1627 -0.9611</w:t>
        <w:br/>
        <w:t>vn -0.4420 0.1597 -0.8827</w:t>
        <w:br/>
        <w:t>vn 0.6998 -0.2673 0.6625</w:t>
        <w:br/>
        <w:t>vn 0.9160 -0.1066 0.3868</w:t>
        <w:br/>
        <w:t>vn 0.9491 0.0653 0.3082</w:t>
        <w:br/>
        <w:t>vn 0.7995 -0.0565 0.5980</w:t>
        <w:br/>
        <w:t>vn -0.5144 -0.3296 0.7917</w:t>
        <w:br/>
        <w:t>vn -0.0360 -0.3110 0.9497</w:t>
        <w:br/>
        <w:t>vn 0.9532 -0.0470 -0.2986</w:t>
        <w:br/>
        <w:t>vn 0.9986 -0.0315 0.0419</w:t>
        <w:br/>
        <w:t>vn 0.5776 -0.2152 -0.7874</w:t>
        <w:br/>
        <w:t>vn 0.7880 -0.1277 -0.6022</w:t>
        <w:br/>
        <w:t>vn -0.1968 -0.2937 -0.9354</w:t>
        <w:br/>
        <w:t>vn -0.3685 -0.0799 -0.9262</w:t>
        <w:br/>
        <w:t>vn -0.1136 -0.1729 -0.9784</w:t>
        <w:br/>
        <w:t>vn 0.0741 -0.3375 -0.9384</w:t>
        <w:br/>
        <w:t>vn 0.2577 -0.2944 -0.9203</w:t>
        <w:br/>
        <w:t>vn 0.4164 -0.1223 -0.9009</w:t>
        <w:br/>
        <w:t>vn 0.4953 0.1131 -0.8614</w:t>
        <w:br/>
        <w:t>vn 0.4664 0.2866 -0.8369</w:t>
        <w:br/>
        <w:t>vn 0.9127 0.2176 -0.3459</w:t>
        <w:br/>
        <w:t>vn 0.9156 0.1866 -0.3561</w:t>
        <w:br/>
        <w:t>vn -0.7308 -0.4110 -0.5450</w:t>
        <w:br/>
        <w:t>vn -0.7965 -0.1114 -0.5943</w:t>
        <w:br/>
        <w:t>vn -0.6952 -0.0858 -0.7136</w:t>
        <w:br/>
        <w:t>vn -0.6948 -0.3722 -0.6154</w:t>
        <w:br/>
        <w:t>vn 0.5065 -0.1044 0.8559</w:t>
        <w:br/>
        <w:t>vn 0.2327 -0.1512 0.9607</w:t>
        <w:br/>
        <w:t>vn 0.5384 -0.0626 0.8404</w:t>
        <w:br/>
        <w:t>vn 0.2821 -0.0965 0.9545</w:t>
        <w:br/>
        <w:t>vn 0.5784 -0.0268 0.8153</w:t>
        <w:br/>
        <w:t>vn 0.3146 -0.0490 0.9480</w:t>
        <w:br/>
        <w:t>vn 0.3044 -0.0829 0.9489</w:t>
        <w:br/>
        <w:t>vn 0.5632 -0.0530 0.8246</w:t>
        <w:br/>
        <w:t>vn 0.6128 -0.0190 0.7900</w:t>
        <w:br/>
        <w:t>vn 0.3269 -0.0457 0.9439</w:t>
        <w:br/>
        <w:t>vn 0.3196 -0.0158 0.9474</w:t>
        <w:br/>
        <w:t>vn 0.5957 -0.0005 0.8032</w:t>
        <w:br/>
        <w:t>vn 0.6632 -0.1036 0.7412</w:t>
        <w:br/>
        <w:t>vn 0.3719 -0.1578 0.9148</w:t>
        <w:br/>
        <w:t>vn 0.3465 -0.0745 0.9351</w:t>
        <w:br/>
        <w:t>vn 0.6404 -0.0370 0.7672</w:t>
        <w:br/>
        <w:t>vn 0.6865 -0.2846 0.6691</w:t>
        <w:br/>
        <w:t>vn 0.4439 -0.2863 0.8491</w:t>
        <w:br/>
        <w:t>vn 0.4255 0.4038 -0.8099</w:t>
        <w:br/>
        <w:t>vn -0.3277 0.0464 -0.9436</w:t>
        <w:br/>
        <w:t>vn -0.3048 0.0673 -0.9500</w:t>
        <w:br/>
        <w:t>vn -0.6722 0.0945 -0.7343</w:t>
        <w:br/>
        <w:t>vn -0.2856 0.0852 -0.9545</w:t>
        <w:br/>
        <w:t>vn -0.6397 0.1136 -0.7602</w:t>
        <w:br/>
        <w:t>vn -0.2530 0.1091 -0.9613</w:t>
        <w:br/>
        <w:t>vn -0.2443 0.1823 -0.9524</w:t>
        <w:br/>
        <w:t>vn -0.6054 0.1630 -0.7790</w:t>
        <w:br/>
        <w:t>vn -0.2579 0.2759 -0.9260</w:t>
        <w:br/>
        <w:t>vn -0.5701 0.2569 -0.7804</w:t>
        <w:br/>
        <w:t>vn -0.2630 0.3657 -0.8928</w:t>
        <w:br/>
        <w:t>vn -0.5112 0.3440 -0.7876</w:t>
        <w:br/>
        <w:t>vn -0.6235 0.2496 -0.7409</w:t>
        <w:br/>
        <w:t>vn -0.5860 0.3331 -0.7387</w:t>
        <w:br/>
        <w:t>vn -0.7030 0.0852 -0.7061</w:t>
        <w:br/>
        <w:t>vn 0.1717 -0.4868 0.8565</w:t>
        <w:br/>
        <w:t>vn 0.0687 -0.4680 0.8810</w:t>
        <w:br/>
        <w:t>vn 0.0954 -0.4526 0.8866</w:t>
        <w:br/>
        <w:t>vn 0.1391 -0.4851 0.8633</w:t>
        <w:br/>
        <w:t>vn -0.3329 -0.6103 0.7188</w:t>
        <w:br/>
        <w:t>vn -0.2549 -0.4877 0.8350</w:t>
        <w:br/>
        <w:t>vn -0.5544 -0.5106 -0.6572</w:t>
        <w:br/>
        <w:t>vn -0.6166 -0.5011 -0.6073</w:t>
        <w:br/>
        <w:t>vn -0.6979 -0.5357 -0.4753</w:t>
        <w:br/>
        <w:t>vn -0.6036 -0.4539 -0.6554</w:t>
        <w:br/>
        <w:t>vn -0.6867 -0.5127 -0.5154</w:t>
        <w:br/>
        <w:t>vn -0.7892 -0.5737 -0.2192</w:t>
        <w:br/>
        <w:t>vn -0.7764 -0.5215 -0.3540</w:t>
        <w:br/>
        <w:t>vn -0.6132 -0.4927 -0.6174</w:t>
        <w:br/>
        <w:t>vn -0.6056 -0.4912 -0.6261</w:t>
        <w:br/>
        <w:t>vn 0.0813 -0.3905 -0.9170</w:t>
        <w:br/>
        <w:t>vn 0.1520 -0.5050 -0.8496</w:t>
        <w:br/>
        <w:t>vn -0.3656 -0.6006 -0.7111</w:t>
        <w:br/>
        <w:t>vn -0.2277 -0.4441 -0.8666</w:t>
        <w:br/>
        <w:t>vn 0.2662 -0.3926 -0.8803</w:t>
        <w:br/>
        <w:t>vn 0.5043 -0.4572 -0.7326</w:t>
        <w:br/>
        <w:t>vn 0.5535 -0.3313 -0.7641</w:t>
        <w:br/>
        <w:t>vn 0.7138 -0.2843 -0.6401</w:t>
        <w:br/>
        <w:t>vn 0.5094 -0.3807 -0.7717</w:t>
        <w:br/>
        <w:t>vn 0.4005 -0.3711 -0.8378</w:t>
        <w:br/>
        <w:t>vn 0.9664 0.0048 0.2572</w:t>
        <w:br/>
        <w:t>vn 0.9788 -0.2013 0.0376</w:t>
        <w:br/>
        <w:t>vn 0.8734 -0.2559 0.4143</w:t>
        <w:br/>
        <w:t>vn 0.9332 -0.2596 0.2485</w:t>
        <w:br/>
        <w:t>vn 0.6413 0.2843 0.7127</w:t>
        <w:br/>
        <w:t>vn 0.6751 -0.2724 0.6856</w:t>
        <w:br/>
        <w:t>vn 0.7570 -0.3278 0.5653</w:t>
        <w:br/>
        <w:t>vn 0.3636 -0.2061 0.9085</w:t>
        <w:br/>
        <w:t>vn 0.5340 -0.3342 0.7766</w:t>
        <w:br/>
        <w:t>vn 0.1998 -0.2457 0.9485</w:t>
        <w:br/>
        <w:t>vn 0.2072 -0.4312 0.8781</w:t>
        <w:br/>
        <w:t>vn 0.4715 -0.3916 0.7901</w:t>
        <w:br/>
        <w:t>vn -0.2855 -0.2764 0.9177</w:t>
        <w:br/>
        <w:t>vn -0.3194 0.1834 0.9297</w:t>
        <w:br/>
        <w:t>vn -0.0568 0.5200 -0.8523</w:t>
        <w:br/>
        <w:t>vn -0.0425 0.3600 -0.9320</w:t>
        <w:br/>
        <w:t>vn 0.3142 -0.5325 -0.7860</w:t>
        <w:br/>
        <w:t>vn 0.3260 -0.0110 -0.9453</w:t>
        <w:br/>
        <w:t>vn -0.7395 -0.5982 0.3088</w:t>
        <w:br/>
        <w:t>vn -0.7122 -0.5189 0.4728</w:t>
        <w:br/>
        <w:t>vn -0.6866 -0.5216 0.5066</w:t>
        <w:br/>
        <w:t>vn 0.1632 -0.4912 0.8556</w:t>
        <w:br/>
        <w:t>vn 0.4983 0.1687 0.8504</w:t>
        <w:br/>
        <w:t>vn 0.6656 -0.2726 0.6948</w:t>
        <w:br/>
        <w:t>vn 0.7455 -0.0882 0.6606</w:t>
        <w:br/>
        <w:t>vn 0.2634 -0.0859 0.9608</w:t>
        <w:br/>
        <w:t>vn 0.2256 -0.1049 0.9686</w:t>
        <w:br/>
        <w:t>vn 0.7172 -0.0911 0.6909</w:t>
        <w:br/>
        <w:t>vn 0.4616 -0.0720 0.8842</w:t>
        <w:br/>
        <w:t>vn -0.8395 -0.1009 0.5338</w:t>
        <w:br/>
        <w:t>vn -0.5443 -0.1521 0.8250</w:t>
        <w:br/>
        <w:t>vn -0.7012 0.0544 -0.7109</w:t>
        <w:br/>
        <w:t>vn -0.6624 -0.0149 -0.7490</w:t>
        <w:br/>
        <w:t>vn -0.4000 -0.0306 -0.9160</w:t>
        <w:br/>
        <w:t>vn -0.3668 0.0402 -0.9294</w:t>
        <w:br/>
        <w:t>vn 0.7495 -0.0918 -0.6556</w:t>
        <w:br/>
        <w:t>vn 0.7168 -0.1938 -0.6698</w:t>
        <w:br/>
        <w:t>vn 0.8713 -0.2054 -0.4457</w:t>
        <w:br/>
        <w:t>vn 0.8962 -0.0592 -0.4398</w:t>
        <w:br/>
        <w:t>vn 0.9722 -0.0424 0.2303</w:t>
        <w:br/>
        <w:t>vn 0.9980 -0.0218 -0.0592</w:t>
        <w:br/>
        <w:t>vn 0.9941 -0.0970 -0.0475</w:t>
        <w:br/>
        <w:t>vn 0.9742 -0.0738 0.2135</w:t>
        <w:br/>
        <w:t>vn 0.9667 -0.0356 -0.2533</w:t>
        <w:br/>
        <w:t>vn 0.9594 -0.1532 -0.2368</w:t>
        <w:br/>
        <w:t>vn 0.3462 -0.5180 -0.7822</w:t>
        <w:br/>
        <w:t>vn 0.3505 -0.2413 -0.9049</w:t>
        <w:br/>
        <w:t>vn 0.4241 -0.7367 -0.5267</w:t>
        <w:br/>
        <w:t>vn 0.0000 -0.6615 0.7499</w:t>
        <w:br/>
        <w:t>vn 0.0892 -0.2590 0.9618</w:t>
        <w:br/>
        <w:t>vn 0.4194 -0.5530 0.7199</w:t>
        <w:br/>
        <w:t>vn -0.0000 -0.9683 -0.2496</w:t>
        <w:br/>
        <w:t>vn 0.6169 -0.7871 0.0000</w:t>
        <w:br/>
        <w:t>vn 0.7540 -0.6568 -0.0080</w:t>
        <w:br/>
        <w:t>vn 0.6418 -0.7291 -0.2376</w:t>
        <w:br/>
        <w:t>vn 0.7358 -0.6108 0.2925</w:t>
        <w:br/>
        <w:t>vn 0.6310 -0.7182 0.2933</w:t>
        <w:br/>
        <w:t>vn 0.0000 -0.9684 -0.2496</w:t>
        <w:br/>
        <w:t>vn 0.9014 -0.3732 -0.2193</w:t>
        <w:br/>
        <w:t>vn 0.9415 -0.3359 -0.0270</w:t>
        <w:br/>
        <w:t>vn 0.9167 -0.3072 0.2556</w:t>
        <w:br/>
        <w:t>vn 0.2013 -0.1892 0.9611</w:t>
        <w:br/>
        <w:t>vn 0.6507 -0.2944 0.6999</w:t>
        <w:br/>
        <w:t>vn 0.4659 -0.5647 -0.6813</w:t>
        <w:br/>
        <w:t>vn 0.3972 -0.4482 -0.8008</w:t>
        <w:br/>
        <w:t>vn 0.7344 -0.4870 -0.4727</w:t>
        <w:br/>
        <w:t>vn 0.3739 -0.2091 -0.9036</w:t>
        <w:br/>
        <w:t>vn 0.5690 -0.3283 -0.7540</w:t>
        <w:br/>
        <w:t>vn 0.3536 -0.4572 -0.8161</w:t>
        <w:br/>
        <w:t>vn 0.2488 -0.3911 -0.8861</w:t>
        <w:br/>
        <w:t>vn -0.5311 -0.1584 -0.8324</w:t>
        <w:br/>
        <w:t>vn -0.4053 -0.1391 -0.9036</w:t>
        <w:br/>
        <w:t>vn -0.0569 -0.1536 0.9865</w:t>
        <w:br/>
        <w:t>vn -0.0943 -0.2777 0.9560</w:t>
        <w:br/>
        <w:t>vn -0.1683 -0.2065 0.9639</w:t>
        <w:br/>
        <w:t>vn -0.0372 -0.0498 0.9981</w:t>
        <w:br/>
        <w:t>vn 0.3860 -0.4375 0.8121</w:t>
        <w:br/>
        <w:t>vn -0.0159 -0.0981 0.9950</w:t>
        <w:br/>
        <w:t>vn 0.2374 -0.1797 -0.9546</w:t>
        <w:br/>
        <w:t>vn 0.6785 -0.1267 0.7236</w:t>
        <w:br/>
        <w:t>vn 0.2224 -0.1801 -0.9582</w:t>
        <w:br/>
        <w:t>vn 0.0344 -0.3242 -0.9454</w:t>
        <w:br/>
        <w:t>vn 0.0133 -0.1532 -0.9881</w:t>
        <w:br/>
        <w:t>vn 0.3103 -0.0611 -0.9487</w:t>
        <w:br/>
        <w:t>vn 0.2037 0.0392 -0.9782</w:t>
        <w:br/>
        <w:t>vn 0.0213 0.0524 -0.9984</w:t>
        <w:br/>
        <w:t>vn 0.1164 -0.3276 -0.9376</w:t>
        <w:br/>
        <w:t>vn 0.2703 -0.2123 -0.9391</w:t>
        <w:br/>
        <w:t>vn 0.9015 -0.3732 -0.2193</w:t>
        <w:br/>
        <w:t>vn -0.9176 0.0130 -0.3973</w:t>
        <w:br/>
        <w:t>vn -0.8549 0.0344 -0.5177</w:t>
        <w:br/>
        <w:t>vn -0.8678 0.0294 -0.4960</w:t>
        <w:br/>
        <w:t>vn -0.4782 -0.1959 -0.8561</w:t>
        <w:br/>
        <w:t>vn -0.3981 -0.1948 -0.8964</w:t>
        <w:br/>
        <w:t>vn -0.3903 -0.1718 -0.9045</w:t>
        <w:br/>
        <w:t>vn -0.1811 -0.1188 0.9763</w:t>
        <w:br/>
        <w:t>vn 0.3662 -0.2427 0.8983</w:t>
        <w:br/>
        <w:t>vn -0.7348 -0.1641 0.6582</w:t>
        <w:br/>
        <w:t>vn -0.9459 -0.1529 0.2860</w:t>
        <w:br/>
        <w:t>vn -0.8040 -0.1199 0.5824</w:t>
        <w:br/>
        <w:t>vn 0.1931 0.0763 -0.9782</w:t>
        <w:br/>
        <w:t>vn 0.1436 -0.2105 -0.9670</w:t>
        <w:br/>
        <w:t>vn -0.7727 -0.5691 0.2812</w:t>
        <w:br/>
        <w:t>vn -0.7175 -0.5219 0.4613</w:t>
        <w:br/>
        <w:t>vn -0.7297 -0.1003 0.6763</w:t>
        <w:br/>
        <w:t>vn -0.7658 -0.3852 0.5149</w:t>
        <w:br/>
        <w:t>vn -0.4829 0.0451 0.8745</w:t>
        <w:br/>
        <w:t>vn -0.2879 -0.0169 0.9575</w:t>
        <w:br/>
        <w:t>vn 0.4003 -0.3487 -0.8474</w:t>
        <w:br/>
        <w:t>vn 0.9232 -0.2194 -0.3156</w:t>
        <w:br/>
        <w:t>vn -0.0169 -0.6242 0.7811</w:t>
        <w:br/>
        <w:t>vn 0.0192 -0.3250 0.9455</w:t>
        <w:br/>
        <w:t>vn 0.5417 -0.3882 0.7456</w:t>
        <w:br/>
        <w:t>vn -0.0461 -0.4773 0.8775</w:t>
        <w:br/>
        <w:t>vn 0.5366 -0.3373 0.7735</w:t>
        <w:br/>
        <w:t>vn 0.6880 -0.1269 -0.7145</w:t>
        <w:br/>
        <w:t>vn 0.7148 0.0928 -0.6931</w:t>
        <w:br/>
        <w:t>vn 0.1468 -0.4724 -0.8691</w:t>
        <w:br/>
        <w:t>vn -0.4126 -0.5204 -0.7477</w:t>
        <w:br/>
        <w:t>vn 0.0710 -0.4156 -0.9068</w:t>
        <w:br/>
        <w:t>vn 0.4224 -0.4305 -0.7976</w:t>
        <w:br/>
        <w:t>vn 0.4234 -0.3706 -0.8267</w:t>
        <w:br/>
        <w:t>vn 0.6477 -0.0594 -0.7596</w:t>
        <w:br/>
        <w:t>vn 0.7304 0.2831 -0.6216</w:t>
        <w:br/>
        <w:t>vn -0.8299 -0.5480 -0.1041</w:t>
        <w:br/>
        <w:t>vn -0.6777 -0.6193 -0.3965</w:t>
        <w:br/>
        <w:t>vn -0.6532 -0.3552 -0.6687</w:t>
        <w:br/>
        <w:t>vn -0.4771 -0.0677 -0.8763</w:t>
        <w:br/>
        <w:t>vn -0.6098 0.0634 -0.7900</w:t>
        <w:br/>
        <w:t>vn -0.8878 -0.4145 0.2001</w:t>
        <w:br/>
        <w:t>vn 0.8954 -0.3162 -0.3135</w:t>
        <w:br/>
        <w:t>vn 0.6347 -0.4842 -0.6023</w:t>
        <w:br/>
        <w:t>vn -0.1319 0.2689 -0.9541</w:t>
        <w:br/>
        <w:t>vn -0.7509 0.2517 -0.6105</w:t>
        <w:br/>
        <w:t>vn -0.1318 0.2689 -0.9541</w:t>
        <w:br/>
        <w:t>vn -0.4215 0.4432 -0.7912</w:t>
        <w:br/>
        <w:t>vn -0.9421 0.3267 -0.0762</w:t>
        <w:br/>
        <w:t>vn 0.1264 0.1629 0.9785</w:t>
        <w:br/>
        <w:t>vn -0.5385 -0.5256 0.6586</w:t>
        <w:br/>
        <w:t>vn -0.6051 -0.3654 0.7073</w:t>
        <w:br/>
        <w:t>vn -0.6109 -0.6303 0.4792</w:t>
        <w:br/>
        <w:t>vn 0.9758 -0.2185 -0.0044</w:t>
        <w:br/>
        <w:t>vn 0.9768 -0.2105 0.0400</w:t>
        <w:br/>
        <w:t>vn 0.9768 -0.2105 0.0401</w:t>
        <w:br/>
        <w:t>vn 0.9818 -0.1750 0.0738</w:t>
        <w:br/>
        <w:t>vn 0.9870 -0.1477 0.0631</w:t>
        <w:br/>
        <w:t>vn -0.7337 -0.6381 0.2332</w:t>
        <w:br/>
        <w:t>vn -0.7098 -0.6225 0.3298</w:t>
        <w:br/>
        <w:t>vn 0.8547 -0.3833 -0.3502</w:t>
        <w:br/>
        <w:t>vn 0.9679 -0.2264 -0.1088</w:t>
        <w:br/>
        <w:t>vn 0.9842 -0.1772 0.0048</w:t>
        <w:br/>
        <w:t>vn 0.9705 -0.2393 -0.0299</w:t>
        <w:br/>
        <w:t>vn -0.8634 -0.4621 -0.2027</w:t>
        <w:br/>
        <w:t>vn -0.8634 -0.4621 -0.2026</w:t>
        <w:br/>
        <w:t>vn -0.7966 -0.5481 -0.2549</w:t>
        <w:br/>
        <w:t>vn -0.4126 -0.5204 -0.7476</w:t>
        <w:br/>
        <w:t>vn -0.9934 0.0379 -0.1080</w:t>
        <w:br/>
        <w:t>vn 0.8547 -0.3832 -0.3502</w:t>
        <w:br/>
        <w:t>vn 0.8413 0.0020 0.5406</w:t>
        <w:br/>
        <w:t>vn 0.6821 0.2615 -0.6829</w:t>
        <w:br/>
        <w:t>vn -0.8833 0.0781 -0.4622</w:t>
        <w:br/>
        <w:t>vn -0.4481 0.1743 -0.8768</w:t>
        <w:br/>
        <w:t>vn -0.3974 0.2039 -0.8947</w:t>
        <w:br/>
        <w:t>vn -0.3598 0.2766 -0.8911</w:t>
        <w:br/>
        <w:t>vn -0.3535 0.3192 -0.8793</w:t>
        <w:br/>
        <w:t>vn -0.3417 0.3280 -0.8807</w:t>
        <w:br/>
        <w:t>vn -0.5508 0.3437 -0.7606</w:t>
        <w:br/>
        <w:t>vn -0.4010 0.2413 -0.8837</w:t>
        <w:br/>
        <w:t>vn -0.3905 0.3015 -0.8698</w:t>
        <w:br/>
        <w:t>vn -0.1370 0.1014 0.9854</w:t>
        <w:br/>
        <w:t>vn -0.0899 0.1415 0.9858</w:t>
        <w:br/>
        <w:t>vn 0.9866 0.1311 0.0976</w:t>
        <w:br/>
        <w:t>vn 0.8918 0.0614 0.4483</w:t>
        <w:br/>
        <w:t>vn 0.9743 0.1934 -0.1155</w:t>
        <w:br/>
        <w:t>vn 0.9062 0.2591 -0.3341</w:t>
        <w:br/>
        <w:t>vn 0.9743 0.1934 -0.1154</w:t>
        <w:br/>
        <w:t>vn 0.7342 0.3363 -0.5898</w:t>
        <w:br/>
        <w:t>vn 0.4231 0.4055 -0.8103</w:t>
        <w:br/>
        <w:t>vn -0.1752 0.4107 -0.8948</w:t>
        <w:br/>
        <w:t>vn -0.3652 0.3802 -0.8497</w:t>
        <w:br/>
        <w:t>vn -0.5670 0.3351 -0.7525</w:t>
        <w:br/>
        <w:t>vn -0.3768 0.3014 -0.8759</w:t>
        <w:br/>
        <w:t>vn -0.2609 0.0076 0.9653</w:t>
        <w:br/>
        <w:t>vn -0.1855 -0.0033 0.9826</w:t>
        <w:br/>
        <w:t>vn 0.3184 -0.0153 0.9478</w:t>
        <w:br/>
        <w:t>vn 0.5875 -0.0010 0.8093</w:t>
        <w:br/>
        <w:t>vn 0.7359 0.3134 -0.6002</w:t>
        <w:br/>
        <w:t>vn 0.4307 0.3911 -0.8134</w:t>
        <w:br/>
        <w:t>vn -0.1600 0.3891 -0.9072</w:t>
        <w:br/>
        <w:t>vn -0.3549 0.3799 -0.8543</w:t>
        <w:br/>
        <w:t>vn 0.4506 0.3518 -0.8205</w:t>
        <w:br/>
        <w:t>vn -0.0196 -0.1061 0.9942</w:t>
        <w:br/>
        <w:t>vn -0.0959 -0.0102 0.9953</w:t>
        <w:br/>
        <w:t>vn 0.6619 -0.1354 0.7373</w:t>
        <w:br/>
        <w:t>vn 0.6500 -0.1359 0.7477</w:t>
        <w:br/>
        <w:t>vn 0.6353 -0.1601 0.7555</w:t>
        <w:br/>
        <w:t>vn 0.6362 -0.1397 0.7588</w:t>
        <w:br/>
        <w:t>vn 0.6412 -0.0830 0.7629</w:t>
        <w:br/>
        <w:t>vn 0.6363 -0.0667 0.7685</w:t>
        <w:br/>
        <w:t>vn 0.6273 -0.0313 0.7781</w:t>
        <w:br/>
        <w:t>vn 0.6149 0.0038 0.7886</w:t>
        <w:br/>
        <w:t>vn 0.6016 0.0020 0.7988</w:t>
        <w:br/>
        <w:t>vn 0.5888 -0.0316 0.8077</w:t>
        <w:br/>
        <w:t>vn 0.5747 -0.0641 0.8158</w:t>
        <w:br/>
        <w:t>vn 0.5608 -0.1424 0.8156</w:t>
        <w:br/>
        <w:t>vn -0.9790 -0.1552 0.1324</w:t>
        <w:br/>
        <w:t>vn -0.7832 -0.0461 0.6201</w:t>
        <w:br/>
        <w:t>vn -0.7145 -0.1040 0.6919</w:t>
        <w:br/>
        <w:t>vn -0.7668 -0.1164 0.6312</w:t>
        <w:br/>
        <w:t>vn -0.6033 -0.0606 0.7952</w:t>
        <w:br/>
        <w:t>vn -0.6543 -0.0544 0.7543</w:t>
        <w:br/>
        <w:t>vn -0.3346 -0.0110 0.9423</w:t>
        <w:br/>
        <w:t>vn -0.5913 0.0003 0.8065</w:t>
        <w:br/>
        <w:t>vn -0.2427 0.0343 0.9695</w:t>
        <w:br/>
        <w:t>vn -0.1876 0.0539 0.9808</w:t>
        <w:br/>
        <w:t>vn -0.5328 0.0278 0.8458</w:t>
        <w:br/>
        <w:t>vn -0.4859 0.0311 0.8735</w:t>
        <w:br/>
        <w:t>vn -0.1653 0.0389 0.9855</w:t>
        <w:br/>
        <w:t>vn -0.4608 0.0293 0.8870</w:t>
        <w:br/>
        <w:t>vn -0.1557 0.0115 0.9877</w:t>
        <w:br/>
        <w:t>vn -0.4509 0.0198 0.8924</w:t>
        <w:br/>
        <w:t>vn -0.1493 -0.0036 0.9888</w:t>
        <w:br/>
        <w:t>vn -0.1486 -0.0230 0.9886</w:t>
        <w:br/>
        <w:t>vn -0.4586 0.0148 0.8885</w:t>
        <w:br/>
        <w:t>vn -0.8037 -0.1100 0.5848</w:t>
        <w:br/>
        <w:t>vn 0.0612 -0.3518 -0.9341</w:t>
        <w:br/>
        <w:t>vn 0.6633 0.3249 -0.6741</w:t>
        <w:br/>
        <w:t>vn 0.6822 0.3184 -0.6582</w:t>
        <w:br/>
        <w:t>vn 0.2544 0.4050 -0.8782</w:t>
        <w:br/>
        <w:t>vn 0.3199 0.3641 -0.8747</w:t>
        <w:br/>
        <w:t>vn -0.0675 -0.2922 -0.9540</w:t>
        <w:br/>
        <w:t>vn -0.0698 -0.1461 -0.9868</w:t>
        <w:br/>
        <w:t>vn -0.0684 -0.0142 -0.9976</w:t>
        <w:br/>
        <w:t>vn -0.7815 0.0213 -0.6235</w:t>
        <w:br/>
        <w:t>vn -0.7827 -0.1037 -0.6138</w:t>
        <w:br/>
        <w:t>vn -0.7690 -0.1894 -0.6105</w:t>
        <w:br/>
        <w:t>vn -0.3147 -0.1921 -0.9295</w:t>
        <w:br/>
        <w:t>vn -0.2708 -0.1167 -0.9555</w:t>
        <w:br/>
        <w:t>vn -0.2031 -0.0198 -0.9790</w:t>
        <w:br/>
        <w:t>vn -0.1357 0.0160 -0.9906</w:t>
        <w:br/>
        <w:t>vn -0.0767 0.0198 -0.9969</w:t>
        <w:br/>
        <w:t>vn -0.0632 0.0557 -0.9964</w:t>
        <w:br/>
        <w:t>vn -0.5731 0.0517 -0.8179</w:t>
        <w:br/>
        <w:t>vn -0.5110 0.0782 -0.8560</w:t>
        <w:br/>
        <w:t>vn -0.4808 0.1690 -0.8604</w:t>
        <w:br/>
        <w:t>vn -0.5056 0.2556 -0.8241</w:t>
        <w:br/>
        <w:t>vn -0.4525 0.3185 -0.8330</w:t>
        <w:br/>
        <w:t>vn -0.5558 0.3145 -0.7696</w:t>
        <w:br/>
        <w:t>vn -0.0541 0.4209 -0.9055</w:t>
        <w:br/>
        <w:t>vn -0.0618 0.4206 -0.9051</w:t>
        <w:br/>
        <w:t>vn -0.0776 0.3858 -0.9193</w:t>
        <w:br/>
        <w:t>vn -0.0604 0.1593 -0.9854</w:t>
        <w:br/>
        <w:t>vn 0.0462 -0.2202 -0.9744</w:t>
        <w:br/>
        <w:t>vn 0.1956 -0.3687 -0.9087</w:t>
        <w:br/>
        <w:t>vn 0.6379 -0.3467 -0.6877</w:t>
        <w:br/>
        <w:t>vn -0.0204 -0.2609 -0.9652</w:t>
        <w:br/>
        <w:t>vn 0.0592 -0.1679 -0.9840</w:t>
        <w:br/>
        <w:t>vn 0.6031 -0.0725 -0.7944</w:t>
        <w:br/>
        <w:t>vn 0.4026 -0.1450 -0.9038</w:t>
        <w:br/>
        <w:t>vn 0.6625 -0.0451 -0.7477</w:t>
        <w:br/>
        <w:t>vn 0.4758 -0.0984 -0.8740</w:t>
        <w:br/>
        <w:t>vn 0.7028 -0.0008 -0.7113</w:t>
        <w:br/>
        <w:t>vn 0.5004 -0.0041 -0.8658</w:t>
        <w:br/>
        <w:t>vn 0.7279 0.0451 -0.6842</w:t>
        <w:br/>
        <w:t>vn 0.4986 0.0532 -0.8652</w:t>
        <w:br/>
        <w:t>vn 0.4888 0.0556 -0.8706</w:t>
        <w:br/>
        <w:t>vn 0.7647 0.0439 -0.6429</w:t>
        <w:br/>
        <w:t>vn 0.4610 0.0928 -0.8825</w:t>
        <w:br/>
        <w:t>vn 0.3554 0.0881 -0.9306</w:t>
        <w:br/>
        <w:t>vn 0.4479 0.1768 -0.8764</w:t>
        <w:br/>
        <w:t>vn 0.3323 0.1883 -0.9242</w:t>
        <w:br/>
        <w:t>vn 0.4578 0.2755 -0.8453</w:t>
        <w:br/>
        <w:t>vn 0.3468 0.2920 -0.8913</w:t>
        <w:br/>
        <w:t>vn 0.9593 -0.2115 -0.1872</w:t>
        <w:br/>
        <w:t>vn 0.5554 -0.1869 0.8103</w:t>
        <w:br/>
        <w:t>vn 0.7066 -0.1247 0.6965</w:t>
        <w:br/>
        <w:t>vn 0.6434 -0.0917 0.7600</w:t>
        <w:br/>
        <w:t>vn 0.9510 -0.1037 0.2911</w:t>
        <w:br/>
        <w:t>vn -0.3090 -0.3191 0.8959</w:t>
        <w:br/>
        <w:t>vn -0.9511 -0.1037 0.2911</w:t>
        <w:br/>
        <w:t>vn -0.9511 0.1037 -0.2911</w:t>
        <w:br/>
        <w:t>vn 0.9510 0.1035 -0.2912</w:t>
        <w:br/>
        <w:t>vn 0.9510 0.1036 -0.2912</w:t>
        <w:br/>
        <w:t>vn 1.0000 0.0000 -0.0001</w:t>
        <w:br/>
        <w:t>vn 0.2953 0.8633 0.4093</w:t>
        <w:br/>
        <w:t>vn 0.0959 0.7964 0.5970</w:t>
        <w:br/>
        <w:t>vn -0.2954 0.8633 0.4093</w:t>
        <w:br/>
        <w:t>vn -0.3105 0.8955 0.3188</w:t>
        <w:br/>
        <w:t>vn -0.2512 0.9567 0.1471</w:t>
        <w:br/>
        <w:t>vn 0.2511 0.9567 0.1471</w:t>
        <w:br/>
        <w:t>vn 0.2517 0.8063 -0.5353</w:t>
        <w:br/>
        <w:t>vn 0.4788 0.7675 -0.4263</w:t>
        <w:br/>
        <w:t>vn 0.4789 0.3252 0.8154</w:t>
        <w:br/>
        <w:t>vn 0.2517 0.2864 0.9245</w:t>
        <w:br/>
        <w:t>vn -0.4788 0.3253 0.8154</w:t>
        <w:br/>
        <w:t>vn -0.6590 -0.3857 -0.6456</w:t>
        <w:br/>
        <w:t>vn -0.6591 -0.3857 -0.6456</w:t>
        <w:br/>
        <w:t>vn -0.4788 -0.3253 -0.8154</w:t>
        <w:br/>
        <w:t>vn -0.2518 -0.2864 -0.9244</w:t>
        <w:br/>
        <w:t>vn 0.4789 -0.3252 -0.8154</w:t>
        <w:br/>
        <w:t>vn 0.6590 -0.3857 -0.6457</w:t>
        <w:br/>
        <w:t>vn 0.7748 -0.6308 0.0426</w:t>
        <w:br/>
        <w:t>vn 0.4788 -0.7675 0.4262</w:t>
        <w:br/>
        <w:t>vn -0.2518 -0.8063 0.5353</w:t>
        <w:br/>
        <w:t>vn -0.7748 -0.6308 0.0425</w:t>
        <w:br/>
        <w:t>vn -0.7747 -0.6308 0.0425</w:t>
        <w:br/>
        <w:t>vn -0.8146 -0.5463 -0.1946</w:t>
        <w:br/>
        <w:t>vn 0.2953 -0.9277 -0.2286</w:t>
        <w:br/>
        <w:t>vn -0.2952 -0.9277 -0.2286</w:t>
        <w:br/>
        <w:t>vn -0.2953 -0.8633 -0.4093</w:t>
        <w:br/>
        <w:t>vn -0.2512 -0.8342 -0.4908</w:t>
        <w:br/>
        <w:t>vn -0.0960 -0.7964 -0.5971</w:t>
        <w:br/>
        <w:t>vn -0.0960 -0.7964 -0.5972</w:t>
        <w:br/>
        <w:t>vn 0.0960 -0.7963 -0.5972</w:t>
        <w:br/>
        <w:t>vn 0.2511 -0.8343 -0.4908</w:t>
        <w:br/>
        <w:t>vn 0.2951 -0.8633 -0.4093</w:t>
        <w:br/>
        <w:t>vn 0.0595 -0.9981 -0.0161</w:t>
        <w:br/>
        <w:t>vn -0.2808 -0.9591 -0.0344</w:t>
        <w:br/>
        <w:t>vn -0.1199 -0.9635 -0.2394</w:t>
        <w:br/>
        <w:t>vn 0.2865 -0.9456 -0.1539</w:t>
        <w:br/>
        <w:t>vn 0.3664 -0.9296 -0.0390</w:t>
        <w:br/>
        <w:t>vn -0.2846 -0.9530 0.1041</w:t>
        <w:br/>
        <w:t>vn -0.1795 -0.9562 0.2311</w:t>
        <w:br/>
        <w:t>vn 0.1714 -0.9453 0.2774</w:t>
        <w:br/>
        <w:t>vn -0.0217 -0.9495 0.3130</w:t>
        <w:br/>
        <w:t>vn 0.3614 -0.9266 0.1039</w:t>
        <w:br/>
        <w:t>vn 0.3153 -0.9264 0.2059</w:t>
        <w:br/>
        <w:t>vn 0.1601 -0.9669 -0.1986</w:t>
        <w:br/>
        <w:t>vn 0.4497 0.4802 -0.7531</w:t>
        <w:br/>
        <w:t>vn 0.1014 0.4157 -0.9038</w:t>
        <w:br/>
        <w:t>vn 0.0558 0.5064 -0.8605</w:t>
        <w:br/>
        <w:t>vn 0.4518 0.5723 -0.6844</w:t>
        <w:br/>
        <w:t>vn 0.8535 0.3943 -0.3408</w:t>
        <w:br/>
        <w:t>vn 0.6843 0.4362 -0.5843</w:t>
        <w:br/>
        <w:t>vn 0.6283 0.3968 -0.6692</w:t>
        <w:br/>
        <w:t>vn 0.8531 0.4262 -0.3010</w:t>
        <w:br/>
        <w:t>vn 0.9240 0.3824 -0.0093</w:t>
        <w:br/>
        <w:t>vn 0.8970 0.4395 0.0479</w:t>
        <w:br/>
        <w:t>vn 0.8539 0.3797 0.3560</w:t>
        <w:br/>
        <w:t>vn 0.8168 0.4376 0.3759</w:t>
        <w:br/>
        <w:t>vn 0.7025 0.4056 0.5848</w:t>
        <w:br/>
        <w:t>vn 0.6828 0.3904 0.6176</w:t>
        <w:br/>
        <w:t>vn 0.5258 0.3970 0.7523</w:t>
        <w:br/>
        <w:t>vn 0.6519 0.4485 0.6115</w:t>
        <w:br/>
        <w:t>vn 0.3618 0.4495 0.8167</w:t>
        <w:br/>
        <w:t>vn 0.3873 0.5268 0.7566</w:t>
        <w:br/>
        <w:t>vn 0.0473 0.5352 0.8434</w:t>
        <w:br/>
        <w:t>vn -0.0201 0.3525 0.9356</w:t>
        <w:br/>
        <w:t>vn -0.2361 0.3776 0.8954</w:t>
        <w:br/>
        <w:t>vn -0.2404 0.4648 0.8521</w:t>
        <w:br/>
        <w:t>vn -0.3334 0.3779 0.8638</w:t>
        <w:br/>
        <w:t>vn -0.7116 0.2857 0.6418</w:t>
        <w:br/>
        <w:t>vn -0.7595 0.1751 0.6265</w:t>
        <w:br/>
        <w:t>vn -0.5305 0.2322 0.8153</w:t>
        <w:br/>
        <w:t>vn -0.9068 0.2210 -0.3591</w:t>
        <w:br/>
        <w:t>vn -0.8837 0.1608 -0.4396</w:t>
        <w:br/>
        <w:t>vn -0.9907 0.1331 -0.0289</w:t>
        <w:br/>
        <w:t>vn -0.9668 0.2549 0.0178</w:t>
        <w:br/>
        <w:t>vn -0.6826 0.1954 -0.7042</w:t>
        <w:br/>
        <w:t>vn -0.6761 0.2067 -0.7072</w:t>
        <w:br/>
        <w:t>vn -0.5073 0.2486 -0.8252</w:t>
        <w:br/>
        <w:t>vn -0.4574 0.2854 -0.8422</w:t>
        <w:br/>
        <w:t>vn -0.5075 0.3009 -0.8074</w:t>
        <w:br/>
        <w:t>vn -0.4497 0.2990 -0.8417</w:t>
        <w:br/>
        <w:t>vn -0.4373 0.2689 -0.8581</w:t>
        <w:br/>
        <w:t>vn -0.6205 0.2113 -0.7552</w:t>
        <w:br/>
        <w:t>vn -0.4381 0.1747 -0.8818</w:t>
        <w:br/>
        <w:t>vn -0.4812 0.1446 -0.8646</w:t>
        <w:br/>
        <w:t>vn -0.6301 0.4246 -0.6502</w:t>
        <w:br/>
        <w:t>vn 0.0637 0.5660 0.8219</w:t>
        <w:br/>
        <w:t>vn 0.5559 0.6318 -0.5402</w:t>
        <w:br/>
        <w:t>vn 0.6257 0.4707 -0.6220</w:t>
        <w:br/>
        <w:t>vn 0.6124 0.5150 -0.5998</w:t>
        <w:br/>
        <w:t>vn -0.0210 -0.9636 -0.2666</w:t>
        <w:br/>
        <w:t>vn 0.6676 0.4351 -0.6042</w:t>
        <w:br/>
        <w:t>vn 0.8911 0.4126 -0.1891</w:t>
        <w:br/>
        <w:t>vn 0.8085 0.4066 0.4255</w:t>
        <w:br/>
        <w:t>vn 0.6957 0.4006 0.5962</w:t>
        <w:br/>
        <w:t>vn 0.6282 0.4556 0.6307</w:t>
        <w:br/>
        <w:t>vn 0.3362 0.2791 0.8995</w:t>
        <w:br/>
        <w:t>vn -0.1178 0.3250 0.9384</w:t>
        <w:br/>
        <w:t>vn -0.8361 0.0559 0.5456</w:t>
        <w:br/>
        <w:t>vn -0.9207 0.1345 0.3663</w:t>
        <w:br/>
        <w:t>vn -0.9633 0.0699 -0.2592</w:t>
        <w:br/>
        <w:t>vn -0.5023 0.2835 -0.8169</w:t>
        <w:br/>
        <w:t>vn 0.1142 0.3403 -0.9333</w:t>
        <w:br/>
        <w:t>vn 0.3725 0.3768 -0.8481</w:t>
        <w:br/>
        <w:t>vn -0.2446 0.3959 0.8851</w:t>
        <w:br/>
        <w:t>vn -0.0218 -0.9495 0.3130</w:t>
        <w:br/>
        <w:t>vn 0.0225 0.4377 0.8988</w:t>
        <w:br/>
        <w:t>vn -0.2445 0.3959 0.8852</w:t>
        <w:br/>
        <w:t>vn -0.4187 0.1972 0.8864</w:t>
        <w:br/>
        <w:t>vn -0.1047 0.4104 0.9059</w:t>
        <w:br/>
        <w:t>vn 0.0350 0.4835 0.8746</w:t>
        <w:br/>
        <w:t>vn 0.4887 0.6101 -0.6237</w:t>
        <w:br/>
        <w:t>vn -0.8875 0.2543 0.3844</w:t>
        <w:br/>
        <w:t>vn -0.2887 0.4940 0.8201</w:t>
        <w:br/>
        <w:t>vn -0.6843 0.5267 0.5043</w:t>
        <w:br/>
        <w:t>vn -0.8499 0.5210 -0.0785</w:t>
        <w:br/>
        <w:t>vn -0.6435 0.5460 -0.5365</w:t>
        <w:br/>
        <w:t>vn 0.6867 0.6971 -0.2063</w:t>
        <w:br/>
        <w:t>vn 0.7178 0.6638 0.2101</w:t>
        <w:br/>
        <w:t>vn 0.4981 0.5693 0.6541</w:t>
        <w:br/>
        <w:t>vn 0.5270 0.6395 0.5598</w:t>
        <w:br/>
        <w:t>vn 0.7149 0.6918 -0.1015</w:t>
        <w:br/>
        <w:t>vn 0.6589 0.7216 -0.2126</w:t>
        <w:br/>
        <w:t>vn -0.7887 0.5667 -0.2383</w:t>
        <w:br/>
        <w:t>vn -0.7905 0.5456 -0.2783</w:t>
        <w:br/>
        <w:t>vn -0.7834 0.5525 0.2846</w:t>
        <w:br/>
        <w:t>vn -0.7784 0.5285 0.3387</w:t>
        <w:br/>
        <w:t>vn -0.7573 0.5326 0.3779</w:t>
        <w:br/>
        <w:t>vn 0.7152 0.6817 0.1541</w:t>
        <w:br/>
        <w:t>vn 0.6663 0.7296 0.1542</w:t>
        <w:br/>
        <w:t>vn 0.2558 0.9079 0.3321</w:t>
        <w:br/>
        <w:t>vn -0.3301 0.8193 -0.4688</w:t>
        <w:br/>
        <w:t>vn -0.0760 0.7343 0.6745</w:t>
        <w:br/>
        <w:t>vn 0.2558 0.9079 0.3320</w:t>
        <w:br/>
        <w:t>vn -0.0189 0.7433 0.6687</w:t>
        <w:br/>
        <w:t>vn 0.1498 0.7202 0.6774</w:t>
        <w:br/>
        <w:t>vn -0.1478 0.7213 0.6767</w:t>
        <w:br/>
        <w:t>vn 0.3286 0.6727 0.6629</w:t>
        <w:br/>
        <w:t>vn 0.3285 0.6727 0.6629</w:t>
        <w:br/>
        <w:t>vn 0.0148 0.7805 -0.6249</w:t>
        <w:br/>
        <w:t>vn -0.3301 0.8193 -0.4687</w:t>
        <w:br/>
        <w:t>vn -0.1135 0.7647 -0.6343</w:t>
        <w:br/>
        <w:t>vn 0.1508 0.7598 -0.6324</w:t>
        <w:br/>
        <w:t>vn -0.2511 0.7339 -0.6312</w:t>
        <w:br/>
        <w:t>vn 0.2951 0.7221 -0.6257</w:t>
        <w:br/>
        <w:t>vn -0.8973 0.4385 -0.0498</w:t>
        <w:br/>
        <w:t>vn 0.6156 0.7373 0.2782</w:t>
        <w:br/>
        <w:t>vn -0.7879 0.5441 -0.2884</w:t>
        <w:br/>
        <w:t>vn 0.3286 0.6379 0.6965</w:t>
        <w:br/>
        <w:t>vn -0.9830 0.1605 0.0897</w:t>
        <w:br/>
        <w:t>vn -0.9846 0.1532 0.0838</w:t>
        <w:br/>
        <w:t>vn -0.9804 0.1769 -0.0863</w:t>
        <w:br/>
        <w:t>vn -0.9816 0.1740 -0.0793</w:t>
        <w:br/>
        <w:t>vn -0.9860 0.1449 0.0825</w:t>
        <w:br/>
        <w:t>vn -0.9824 0.1673 0.0825</w:t>
        <w:br/>
        <w:t>vn -0.9784 0.1811 -0.0999</w:t>
        <w:br/>
        <w:t>vn -0.9771 0.1685 -0.1300</w:t>
        <w:br/>
        <w:t>vn -0.8968 0.0676 0.4373</w:t>
        <w:br/>
        <w:t>vn -0.8952 0.1044 0.4333</w:t>
        <w:br/>
        <w:t>vn -0.7679 -0.3719 0.5216</w:t>
        <w:br/>
        <w:t>vn -0.8004 -0.1269 0.5859</w:t>
        <w:br/>
        <w:t>vn -0.8922 -0.1053 0.4393</w:t>
        <w:br/>
        <w:t>vn -0.8380 -0.3707 0.4004</w:t>
        <w:br/>
        <w:t>vn -0.9783 -0.0855 0.1889</w:t>
        <w:br/>
        <w:t>vn -0.9458 -0.2897 0.1466</w:t>
        <w:br/>
        <w:t>vn -0.8947 -0.3346 -0.2959</w:t>
        <w:br/>
        <w:t>vn -0.9667 -0.0517 -0.2507</w:t>
        <w:br/>
        <w:t>vn -0.9974 -0.0576 0.0442</w:t>
        <w:br/>
        <w:t>vn -0.9356 -0.3529 0.0115</w:t>
        <w:br/>
        <w:t>vn -0.9920 0.1013 0.0751</w:t>
        <w:br/>
        <w:t>vn -0.9762 0.1147 -0.1842</w:t>
        <w:br/>
        <w:t>vn -0.8786 -0.4347 0.1977</w:t>
        <w:br/>
        <w:t>vn -0.8012 -0.4658 0.3757</w:t>
        <w:br/>
        <w:t>vn -0.8116 -0.4403 0.3839</w:t>
        <w:br/>
        <w:t>vn -0.9218 -0.3863 0.0316</w:t>
        <w:br/>
        <w:t>vn -0.8733 -0.4869 -0.0170</w:t>
        <w:br/>
        <w:t>vn -0.8063 -0.4972 -0.3203</w:t>
        <w:br/>
        <w:t>vn -0.8953 -0.4218 0.1431</w:t>
        <w:br/>
        <w:t>vn -0.8965 0.0337 0.4417</w:t>
        <w:br/>
        <w:t>vn -0.9610 -0.0016 0.2767</w:t>
        <w:br/>
        <w:t>vn -0.9818 0.1679 0.0889</w:t>
        <w:br/>
        <w:t>vn -0.9804 0.1779 -0.0853</w:t>
        <w:br/>
        <w:t>vn -0.8964 0.1081 0.4298</w:t>
        <w:br/>
        <w:t>vn -0.9905 0.1107 0.0817</w:t>
        <w:br/>
        <w:t>vn -0.9605 0.0377 0.2757</w:t>
        <w:br/>
        <w:t>vn -0.8001 -0.0040 0.5998</w:t>
        <w:br/>
        <w:t>vn -0.8020 0.0283 0.5967</w:t>
        <w:br/>
        <w:t>vn -0.8048 0.0661 0.5898</w:t>
        <w:br/>
        <w:t>vn -0.8089 0.0679 0.5840</w:t>
        <w:br/>
        <w:t>vn -0.8974 0.1038 0.4288</w:t>
        <w:br/>
        <w:t>vn -0.8081 0.0632 0.5857</w:t>
        <w:br/>
        <w:t>vn -0.8967 0.0923 0.4329</w:t>
        <w:br/>
        <w:t>vn -0.8011 0.0519 0.5963</w:t>
        <w:br/>
        <w:t>vn -0.9985 0.0501 -0.0223</w:t>
        <w:br/>
        <w:t>vn -0.9956 0.0515 0.0786</w:t>
        <w:br/>
        <w:t>vn -0.9654 0.0117 -0.2606</w:t>
        <w:br/>
        <w:t>vn -0.9192 -0.1457 0.3658</w:t>
        <w:br/>
        <w:t>vn -0.9814 -0.1222 0.1482</w:t>
        <w:br/>
        <w:t>vn -0.8302 -0.2618 0.4921</w:t>
        <w:br/>
        <w:t>vn -0.9838 0.0265 -0.1772</w:t>
        <w:br/>
        <w:t>vn -0.9990 0.0133 -0.0417</w:t>
        <w:br/>
        <w:t>vn -1.0000 -0.0002 -0.0056</w:t>
        <w:br/>
        <w:t>vn -0.9964 0.0123 -0.0836</w:t>
        <w:br/>
        <w:t>vn -0.9988 0.0107 0.0485</w:t>
        <w:br/>
        <w:t>vn -0.9024 -0.0719 0.4248</w:t>
        <w:br/>
        <w:t>vn -0.9193 -0.0435 0.3911</w:t>
        <w:br/>
        <w:t>vn -0.9955 -0.0002 0.0946</w:t>
        <w:br/>
        <w:t>vn -0.8947 -0.0321 -0.4455</w:t>
        <w:br/>
        <w:t>vn -0.9329 -0.0154 -0.3597</w:t>
        <w:br/>
        <w:t>vn -0.9747 0.1570 -0.1593</w:t>
        <w:br/>
        <w:t>vn -0.9799 0.1723 -0.1001</w:t>
        <w:br/>
        <w:t>vn -0.9819 0.1697 -0.0844</w:t>
        <w:br/>
        <w:t>vn -0.9819 0.1726 -0.0781</w:t>
        <w:br/>
        <w:t>vn -0.9196 0.0309 0.3917</w:t>
        <w:br/>
        <w:t>vn -0.8814 -0.4712 -0.0327</w:t>
        <w:br/>
        <w:t>vn -0.7629 -0.5386 -0.3576</w:t>
        <w:br/>
        <w:t>vn -0.7926 -0.5065 -0.3396</w:t>
        <w:br/>
        <w:t>vn -0.3493 -0.9047 -0.2440</w:t>
        <w:br/>
        <w:t>vn 0.1601 -0.9669 -0.1985</w:t>
        <w:br/>
        <w:t>vn 0.8068 -0.2201 -0.5483</w:t>
        <w:br/>
        <w:t>vn 0.9328 -0.2540 -0.2558</w:t>
        <w:br/>
        <w:t>vn 0.7234 -0.2044 -0.6594</w:t>
        <w:br/>
        <w:t>vn 0.6976 -0.1712 -0.6957</w:t>
        <w:br/>
        <w:t>vn 0.6159 -0.2624 -0.7429</w:t>
        <w:br/>
        <w:t>vn 0.8140 -0.2746 -0.5118</w:t>
        <w:br/>
        <w:t>vn 0.9728 -0.2193 -0.0753</w:t>
        <w:br/>
        <w:t>vn 0.9364 -0.2296 0.2654</w:t>
        <w:br/>
        <w:t>vn 0.8944 -0.2973 0.3341</w:t>
        <w:br/>
        <w:t>vn 0.9334 -0.3583 0.0220</w:t>
        <w:br/>
        <w:t>vn 0.7699 -0.2527 0.5860</w:t>
        <w:br/>
        <w:t>vn 0.9042 -0.3432 -0.2542</w:t>
        <w:br/>
        <w:t>vn -0.9314 -0.3062 -0.1969</w:t>
        <w:br/>
        <w:t>vn -0.9355 -0.2940 -0.1960</w:t>
        <w:br/>
        <w:t>vn -0.8712 -0.2691 -0.4107</w:t>
        <w:br/>
        <w:t>vn -0.9421 -0.3321 0.0457</w:t>
        <w:br/>
        <w:t>vn -0.9230 -0.3459 -0.1686</w:t>
        <w:br/>
        <w:t>vn -0.8820 -0.4533 0.1288</w:t>
        <w:br/>
        <w:t>vn -0.8623 -0.4429 0.2455</w:t>
        <w:br/>
        <w:t>vn -0.7957 -0.5014 0.3398</w:t>
        <w:br/>
        <w:t>vn -0.7631 -0.3071 -0.5686</w:t>
        <w:br/>
        <w:t>vn -0.8270 -0.3672 -0.4258</w:t>
        <w:br/>
        <w:t>vn -0.1222 -0.1380 0.9829</w:t>
        <w:br/>
        <w:t>vn 0.0305 -0.0796 0.9964</w:t>
        <w:br/>
        <w:t>vn -0.4844 0.1032 0.8687</w:t>
        <w:br/>
        <w:t>vn -0.7841 0.2189 0.5807</w:t>
        <w:br/>
        <w:t>vn -0.9170 0.2937 0.2700</w:t>
        <w:br/>
        <w:t>vn -0.8854 0.3840 0.2621</w:t>
        <w:br/>
        <w:t>vn -0.7163 0.0957 0.6912</w:t>
        <w:br/>
        <w:t>vn -0.7481 0.1043 0.6554</w:t>
        <w:br/>
        <w:t>vn -0.9441 0.1992 0.2628</w:t>
        <w:br/>
        <w:t>vn -0.9412 0.1961 0.2751</w:t>
        <w:br/>
        <w:t>vn -0.9655 0.2282 -0.1257</w:t>
        <w:br/>
        <w:t>vn -0.7986 0.1637 -0.5791</w:t>
        <w:br/>
        <w:t>vn -0.6538 -0.1768 -0.7357</w:t>
        <w:br/>
        <w:t>vn -0.9635 0.2042 -0.1731</w:t>
        <w:br/>
        <w:t>vn -0.6996 0.1033 -0.7070</w:t>
        <w:br/>
        <w:t>vn -0.8613 0.2402 -0.4478</w:t>
        <w:br/>
        <w:t>vn -0.9640 0.2467 -0.0995</w:t>
        <w:br/>
        <w:t>vn -0.6371 0.2055 -0.7428</w:t>
        <w:br/>
        <w:t>vn -0.6059 0.1729 -0.7765</w:t>
        <w:br/>
        <w:t>vn -0.4806 0.2719 -0.8337</w:t>
        <w:br/>
        <w:t>vn 0.4477 0.1824 0.8754</w:t>
        <w:br/>
        <w:t>vn 0.5503 0.1690 0.8177</w:t>
        <w:br/>
        <w:t>vn 0.4995 0.2277 0.8358</w:t>
        <w:br/>
        <w:t>vn 0.2442 0.0635 0.9677</w:t>
        <w:br/>
        <w:t>vn 0.4784 -0.0721 0.8752</w:t>
        <w:br/>
        <w:t>vn 0.5134 0.2873 -0.8086</w:t>
        <w:br/>
        <w:t>vn 0.7067 0.2489 -0.6623</w:t>
        <w:br/>
        <w:t>vn 0.6693 0.2595 -0.6962</w:t>
        <w:br/>
        <w:t>vn 0.9518 0.2880 0.1058</w:t>
        <w:br/>
        <w:t>vn 0.9591 0.2521 0.1286</w:t>
        <w:br/>
        <w:t>vn 0.9086 0.2762 -0.3132</w:t>
        <w:br/>
        <w:t>vn 0.9000 0.2788 -0.3349</w:t>
        <w:br/>
        <w:t>vn -0.9527 0.2768 -0.1256</w:t>
        <w:br/>
        <w:t>vn -0.0294 -0.0858 0.9959</w:t>
        <w:br/>
        <w:t>vn 0.0441 -0.1161 0.9923</w:t>
        <w:br/>
        <w:t>vn 0.3389 -0.4840 0.8068</w:t>
        <w:br/>
        <w:t>vn 0.1951 -0.7833 0.5903</w:t>
        <w:br/>
        <w:t>vn 0.3824 -0.6808 0.6247</w:t>
        <w:br/>
        <w:t>vn 0.2969 -0.5903 0.7506</w:t>
        <w:br/>
        <w:t>vn -0.0655 -0.5877 -0.8065</w:t>
        <w:br/>
        <w:t>vn -0.2928 -0.5150 -0.8056</w:t>
        <w:br/>
        <w:t>vn 0.2266 -0.7120 -0.6647</w:t>
        <w:br/>
        <w:t>vn 0.2266 -0.7120 -0.6646</w:t>
        <w:br/>
        <w:t>vn 0.3470 -0.7936 -0.4998</w:t>
        <w:br/>
        <w:t>vn 0.3471 -0.7936 -0.4998</w:t>
        <w:br/>
        <w:t>vn 0.3360 -0.8284 -0.4481</w:t>
        <w:br/>
        <w:t>vn 0.7653 0.0540 -0.6414</w:t>
        <w:br/>
        <w:t>vn 0.4112 0.1604 -0.8973</w:t>
        <w:br/>
        <w:t>vn 0.2839 0.1768 -0.9424</w:t>
        <w:br/>
        <w:t>vn -0.3654 -0.5145 -0.7757</w:t>
        <w:br/>
        <w:t>vn 0.0632 -0.8358 0.5454</w:t>
        <w:br/>
        <w:t>vn -0.1593 -0.7736 0.6134</w:t>
        <w:br/>
        <w:t>vn -0.0797 -0.8245 0.5602</w:t>
        <w:br/>
        <w:t>vn -0.0796 -0.8245 0.5602</w:t>
        <w:br/>
        <w:t>vn -0.3663 -0.6014 0.7101</w:t>
        <w:br/>
        <w:t>vn -0.2551 -0.6678 0.6992</w:t>
        <w:br/>
        <w:t>vn -0.2551 -0.6678 0.6993</w:t>
        <w:br/>
        <w:t>vn -0.4610 -0.4944 0.7369</w:t>
        <w:br/>
        <w:t>vn -0.5369 -0.2891 0.7925</w:t>
        <w:br/>
        <w:t>vn -0.0811 -0.1046 0.9912</w:t>
        <w:br/>
        <w:t>vn -0.2474 -0.2045 0.9471</w:t>
        <w:br/>
        <w:t>vn 0.0773 -0.6071 -0.7909</w:t>
        <w:br/>
        <w:t>vn -0.0089 -0.6084 -0.7936</w:t>
        <w:br/>
        <w:t>vn -0.0862 -0.6333 -0.7691</w:t>
        <w:br/>
        <w:t>vn 0.3255 -0.3725 -0.8691</w:t>
        <w:br/>
        <w:t>vn -0.1692 -0.6981 -0.6957</w:t>
        <w:br/>
        <w:t>vn -0.1691 -0.6981 -0.6957</w:t>
        <w:br/>
        <w:t>vn -0.5756 -0.4362 -0.6917</w:t>
        <w:br/>
        <w:t>vn -0.2998 -0.1017 -0.9486</w:t>
        <w:br/>
        <w:t>vn -0.4693 0.1122 -0.8759</w:t>
        <w:br/>
        <w:t>vn -0.8094 -0.0328 -0.5863</w:t>
        <w:br/>
        <w:t>vn 0.1268 -0.6101 -0.7821</w:t>
        <w:br/>
        <w:t>vn 0.1267 -0.6101 -0.7821</w:t>
        <w:br/>
        <w:t>vn -0.7942 -0.1171 0.5963</w:t>
        <w:br/>
        <w:t>vn -0.8354 -0.0261 0.5491</w:t>
        <w:br/>
        <w:t>vn -0.6458 -0.1223 0.7537</w:t>
        <w:br/>
        <w:t>vn -0.5599 0.0888 -0.8238</w:t>
        <w:br/>
        <w:t>vn -0.5729 0.1003 -0.8135</w:t>
        <w:br/>
        <w:t>vn -0.6869 0.0480 -0.7251</w:t>
        <w:br/>
        <w:t>vn -0.2498 0.1583 -0.9553</w:t>
        <w:br/>
        <w:t>vn -0.5049 0.1264 -0.8539</w:t>
        <w:br/>
        <w:t>vn 0.7880 0.0316 -0.6148</w:t>
        <w:br/>
        <w:t>vn 0.5354 0.0718 -0.8415</w:t>
        <w:br/>
        <w:t>vn 0.5115 0.0970 -0.8538</w:t>
        <w:br/>
        <w:t>vn 0.2400 0.1457 -0.9598</w:t>
        <w:br/>
        <w:t>vn 0.3921 0.1142 -0.9128</w:t>
        <w:br/>
        <w:t>vn -0.4695 0.1133 -0.8757</w:t>
        <w:br/>
        <w:t>vn -0.2998 -0.1016 -0.9486</w:t>
        <w:br/>
        <w:t>vn -0.3082 0.0303 0.9509</w:t>
        <w:br/>
        <w:t>vn -0.4242 -0.2134 0.8801</w:t>
        <w:br/>
        <w:t>vn -0.5094 -0.1912 0.8390</w:t>
        <w:br/>
        <w:t>vn -0.4242 0.1281 0.8964</w:t>
        <w:br/>
        <w:t>vn -0.6256 0.0703 0.7770</w:t>
        <w:br/>
        <w:t>vn -0.7234 0.0709 0.6868</w:t>
        <w:br/>
        <w:t>vn -0.7514 0.4377 0.4938</w:t>
        <w:br/>
        <w:t>vn -0.6833 0.1421 0.7162</w:t>
        <w:br/>
        <w:t>vn -0.3493 0.2270 0.9091</w:t>
        <w:br/>
        <w:t>vn -0.8900 0.0122 0.4558</w:t>
        <w:br/>
        <w:t>vn -0.9970 -0.0576 0.0511</w:t>
        <w:br/>
        <w:t>vn -0.9970 -0.0625 0.0467</w:t>
        <w:br/>
        <w:t>vn -0.1036 0.2014 0.9740</w:t>
        <w:br/>
        <w:t>vn -0.1600 0.2568 0.9531</w:t>
        <w:br/>
        <w:t>vn -0.7259 0.1723 0.6659</w:t>
        <w:br/>
        <w:t>vn -0.5641 -0.0036 0.8257</w:t>
        <w:br/>
        <w:t>vn -0.9111 0.0449 0.4097</w:t>
        <w:br/>
        <w:t>vn -0.9958 -0.0233 0.0881</w:t>
        <w:br/>
        <w:t>vn -0.9186 -0.0165 -0.3948</w:t>
        <w:br/>
        <w:t>vn -0.8775 -0.0937 -0.4704</w:t>
        <w:br/>
        <w:t>vn -0.8713 -0.0409 -0.4890</w:t>
        <w:br/>
        <w:t>vn -0.5252 0.6435 -0.5568</w:t>
        <w:br/>
        <w:t>vn -0.4883 -0.0721 -0.8697</w:t>
        <w:br/>
        <w:t>vn -0.7295 -0.1216 -0.6730</w:t>
        <w:br/>
        <w:t>vn -0.7642 0.3199 -0.5601</w:t>
        <w:br/>
        <w:t>vn -0.0817 0.1601 -0.9837</w:t>
        <w:br/>
        <w:t>vn -0.0347 -0.0901 -0.9953</w:t>
        <w:br/>
        <w:t>vn 0.3595 0.0476 -0.9319</w:t>
        <w:br/>
        <w:t>vn 0.3599 -0.1243 -0.9247</w:t>
        <w:br/>
        <w:t>vn 0.7162 0.0148 -0.6977</w:t>
        <w:br/>
        <w:t>vn 0.6731 -0.2014 -0.7116</w:t>
        <w:br/>
        <w:t>vn 0.8715 -0.0247 -0.4898</w:t>
        <w:br/>
        <w:t>vn 0.8511 -0.1674 -0.4977</w:t>
        <w:br/>
        <w:t>vn 0.9894 -0.0861 -0.1171</w:t>
        <w:br/>
        <w:t>vn 0.9862 -0.0448 -0.1592</w:t>
        <w:br/>
        <w:t>vn 0.9344 -0.0161 0.3560</w:t>
        <w:br/>
        <w:t>vn 0.9528 -0.0618 0.2971</w:t>
        <w:br/>
        <w:t>vn 0.7102 0.0362 0.7030</w:t>
        <w:br/>
        <w:t>vn 0.6660 0.0438 0.7447</w:t>
        <w:br/>
        <w:t>vn 0.4254 -0.2308 0.8751</w:t>
        <w:br/>
        <w:t>vn 0.2524 0.0901 0.9634</w:t>
        <w:br/>
        <w:t>vn 0.3938 0.0981 0.9140</w:t>
        <w:br/>
        <w:t>vn 0.7564 0.4023 0.5158</w:t>
        <w:br/>
        <w:t>vn 0.7132 0.0345 0.7001</w:t>
        <w:br/>
        <w:t>vn 0.3928 0.0861 0.9156</w:t>
        <w:br/>
        <w:t>vn 0.5236 -0.1776 0.8332</w:t>
        <w:br/>
        <w:t>vn 0.3897 -0.1892 0.9013</w:t>
        <w:br/>
        <w:t>vn 0.6551 0.1063 0.7480</w:t>
        <w:br/>
        <w:t>vn 0.7355 0.0990 0.6702</w:t>
        <w:br/>
        <w:t>vn 0.9614 -0.0541 0.2700</w:t>
        <w:br/>
        <w:t>vn 0.9944 -0.0894 -0.0563</w:t>
        <w:br/>
        <w:t>vn 0.7985 -0.1017 -0.5934</w:t>
        <w:br/>
        <w:t>vn -0.5136 0.2093 0.8321</w:t>
        <w:br/>
        <w:t>vn -0.9212 0.1079 0.3738</w:t>
        <w:br/>
        <w:t>vn -0.9923 0.0474 0.1148</w:t>
        <w:br/>
        <w:t>vn -0.9098 0.1087 -0.4006</w:t>
        <w:br/>
        <w:t>vn 0.2881 0.2614 0.9212</w:t>
        <w:br/>
        <w:t>vn 0.0269 0.3442 0.9385</w:t>
        <w:br/>
        <w:t>vn 0.0695 0.2739 0.9592</w:t>
        <w:br/>
        <w:t>vn 0.6244 0.1839 0.7591</w:t>
        <w:br/>
        <w:t>vn 0.9643 0.0133 0.2643</w:t>
        <w:br/>
        <w:t>vn 0.9993 -0.0377 -0.0084</w:t>
        <w:br/>
        <w:t>vn 0.9685 0.0989 -0.2287</w:t>
        <w:br/>
        <w:t>vn -0.8766 0.1112 -0.4681</w:t>
        <w:br/>
        <w:t>vn -0.9964 0.0202 -0.0817</w:t>
        <w:br/>
        <w:t>vn 0.6780 0.2705 0.6835</w:t>
        <w:br/>
        <w:t>vn 0.9544 0.1467 0.2599</w:t>
        <w:br/>
        <w:t>vn -0.8432 0.2593 0.4709</w:t>
        <w:br/>
        <w:t>vn -0.4344 0.3510 0.8295</w:t>
        <w:br/>
        <w:t>vn -0.5227 0.3122 0.7933</w:t>
        <w:br/>
        <w:t>vn -0.8948 0.2256 0.3854</w:t>
        <w:br/>
        <w:t>vn -0.9819 0.1478 0.1185</w:t>
        <w:br/>
        <w:t>vn -0.9848 0.1358 0.1082</w:t>
        <w:br/>
        <w:t>vn -0.9841 -0.0570 -0.1685</w:t>
        <w:br/>
        <w:t>vn -0.9236 -0.2015 -0.3262</w:t>
        <w:br/>
        <w:t>vn 0.1042 0.3306 0.9380</w:t>
        <w:br/>
        <w:t>vn 0.1227 0.3932 0.9112</w:t>
        <w:br/>
        <w:t>vn 0.6126 0.3775 0.6944</w:t>
        <w:br/>
        <w:t>vn 0.9209 0.2628 0.2880</w:t>
        <w:br/>
        <w:t>vn 0.9948 0.0997 -0.0193</w:t>
        <w:br/>
        <w:t>vn 0.9989 0.0463 0.0017</w:t>
        <w:br/>
        <w:t>vn 0.9957 0.0068 -0.0928</w:t>
        <w:br/>
        <w:t>vn 0.9981 0.0234 -0.0564</w:t>
        <w:br/>
        <w:t>vn 0.8395 0.2907 0.4590</w:t>
        <w:br/>
        <w:t>vn 0.9018 0.3303 -0.2785</w:t>
        <w:br/>
        <w:t>vn -0.7788 0.2449 0.5775</w:t>
        <w:br/>
        <w:t>vn -0.3648 0.3635 0.8572</w:t>
        <w:br/>
        <w:t>vn 0.1321 0.4233 0.8963</w:t>
        <w:br/>
        <w:t>vn 0.5465 0.4073 0.7318</w:t>
        <w:br/>
        <w:t>vn 0.8968 0.2683 0.3518</w:t>
        <w:br/>
        <w:t>vn 0.9947 0.1000 -0.0234</w:t>
        <w:br/>
        <w:t>vn 0.9867 -0.0190 -0.1613</w:t>
        <w:br/>
        <w:t>vn 0.9853 -0.0437 -0.1651</w:t>
        <w:br/>
        <w:t>vn 0.1585 0.5624 0.8115</w:t>
        <w:br/>
        <w:t>vn 0.3024 0.6516 0.6957</w:t>
        <w:br/>
        <w:t>vn 0.2517 0.6060 0.7546</w:t>
        <w:br/>
        <w:t>vn -0.7310 0.0470 0.6808</w:t>
        <w:br/>
        <w:t>vn -0.0911 0.6716 0.7353</w:t>
        <w:br/>
        <w:t>vn 0.0251 0.3667 0.9300</w:t>
        <w:br/>
        <w:t>vn 0.0251 0.5679 0.8227</w:t>
        <w:br/>
        <w:t>vn -0.9603 -0.2791 -0.0034</w:t>
        <w:br/>
        <w:t>vn -0.9127 -0.3537 -0.2046</w:t>
        <w:br/>
        <w:t>vn -0.9044 -0.0349 0.4253</w:t>
        <w:br/>
        <w:t>vn -0.7056 0.1091 0.7002</w:t>
        <w:br/>
        <w:t>vn -0.7068 0.1199 0.6972</w:t>
        <w:br/>
        <w:t>vn -0.7366 -0.0256 0.6758</w:t>
        <w:br/>
        <w:t>vn -0.8819 -0.3087 0.3565</w:t>
        <w:br/>
        <w:t>vn -0.7310 0.0469 0.6808</w:t>
        <w:br/>
        <w:t>vn -0.8642 0.0118 -0.5030</w:t>
        <w:br/>
        <w:t>vn 0.7666 -0.0119 -0.6421</w:t>
        <w:br/>
        <w:t>vn 0.8548 -0.1079 -0.5076</w:t>
        <w:br/>
        <w:t>vn 0.4055 -0.0597 -0.9121</w:t>
        <w:br/>
        <w:t>vn 0.8455 0.1052 -0.5236</w:t>
        <w:br/>
        <w:t>vn 0.8126 0.4492 -0.3714</w:t>
        <w:br/>
        <w:t>vn 0.9615 -0.2743 0.0186</w:t>
        <w:br/>
        <w:t>vn 0.9673 -0.2534 0.0117</w:t>
        <w:br/>
        <w:t>vn 0.9627 -0.2694 0.0259</w:t>
        <w:br/>
        <w:t>vn 0.9734 -0.1319 0.1872</w:t>
        <w:br/>
        <w:t>vn 0.9855 -0.1067 0.1318</w:t>
        <w:br/>
        <w:t>vn 0.8791 0.0499 0.4740</w:t>
        <w:br/>
        <w:t>vn 0.8673 0.0938 0.4888</w:t>
        <w:br/>
        <w:t>vn 0.8898 0.0974 0.4459</w:t>
        <w:br/>
        <w:t>vn 0.9707 -0.1656 0.1742</w:t>
        <w:br/>
        <w:t>vn 0.9781 0.0186 0.2075</w:t>
        <w:br/>
        <w:t>vn 0.9818 -0.0448 0.1847</w:t>
        <w:br/>
        <w:t>vn 0.9818 -0.0448 0.1848</w:t>
        <w:br/>
        <w:t>vn -0.9341 -0.1875 0.3039</w:t>
        <w:br/>
        <w:t>vn -0.9462 -0.0725 0.3154</w:t>
        <w:br/>
        <w:t>vn -0.9593 0.2303 0.1635</w:t>
        <w:br/>
        <w:t>vn 0.9725 0.0143 0.2326</w:t>
        <w:br/>
        <w:t>vn 0.9725 0.0143 0.2327</w:t>
        <w:br/>
        <w:t>vn 0.0289 -0.7912 0.6109</w:t>
        <w:br/>
        <w:t>vn -0.0096 -0.7948 0.6069</w:t>
        <w:br/>
        <w:t>vn -0.0096 -0.7947 0.6069</w:t>
        <w:br/>
        <w:t>vn -0.4637 0.8842 0.0562</w:t>
        <w:br/>
        <w:t>vn -0.0526 0.9983 0.0263</w:t>
        <w:br/>
        <w:t>vn 0.0811 -0.7834 0.6162</w:t>
        <w:br/>
        <w:t>vn 0.3961 0.9176 0.0342</w:t>
        <w:br/>
        <w:t>vn 0.0500 -0.7809 0.6226</w:t>
        <w:br/>
        <w:t>vn 0.0958 -0.7674 0.6340</w:t>
        <w:br/>
        <w:t>vn 0.0744 -0.9649 0.2520</w:t>
        <w:br/>
        <w:t>vn 0.0993 -0.9326 0.3469</w:t>
        <w:br/>
        <w:t>vn 0.1912 -0.9350 0.2987</w:t>
        <w:br/>
        <w:t>vn 0.0118 -0.8981 0.4397</w:t>
        <w:br/>
        <w:t>vn 0.0344 -0.9040 0.4262</w:t>
        <w:br/>
        <w:t>vn 0.0388 -0.8896 0.4550</w:t>
        <w:br/>
        <w:t>vn 0.0932 -0.8203 0.5643</w:t>
        <w:br/>
        <w:t>vn 0.0516 -0.8161 0.5756</w:t>
        <w:br/>
        <w:t>vn 0.0203 -0.8193 0.5730</w:t>
        <w:br/>
        <w:t>vn -0.3634 0.8430 0.3966</w:t>
        <w:br/>
        <w:t>vn 0.0050 0.9744 0.2248</w:t>
        <w:br/>
        <w:t>vn 0.1667 0.9674 0.1907</w:t>
        <w:br/>
        <w:t>vn -0.6152 0.6292 0.4749</w:t>
        <w:br/>
        <w:t>vn 0.8640 0.1761 0.4716</w:t>
        <w:br/>
        <w:t>vn 0.4687 0.8564 0.2165</w:t>
        <w:br/>
        <w:t>vn -0.4011 0.8497 0.3423</w:t>
        <w:br/>
        <w:t>vn -0.2897 0.8359 0.4662</w:t>
        <w:br/>
        <w:t>vn 0.0151 0.9256 0.3782</w:t>
        <w:br/>
        <w:t>vn 0.3014 0.8882 0.3467</w:t>
        <w:br/>
        <w:t>vn 0.1620 0.8885 0.4293</w:t>
        <w:br/>
        <w:t>vn -0.3373 0.8494 0.4058</w:t>
        <w:br/>
        <w:t>vn -0.6776 0.2286 0.6990</w:t>
        <w:br/>
        <w:t>vn 0.5048 0.7939 0.3391</w:t>
        <w:br/>
        <w:t>vn 0.0441 0.5263 0.8492</w:t>
        <w:br/>
        <w:t>vn 0.4400 0.4745 0.7624</w:t>
        <w:br/>
        <w:t>vn -0.2952 0.5610 0.7734</w:t>
        <w:br/>
        <w:t>vn -0.1758 -0.2608 0.9493</w:t>
        <w:br/>
        <w:t>vn 0.2356 -0.0608 0.9700</w:t>
        <w:br/>
        <w:t>vn 0.2308 -0.9319 0.2798</w:t>
        <w:br/>
        <w:t>vn 0.2355 -0.0607 0.9700</w:t>
        <w:br/>
        <w:t>vn 0.0658 -0.8802 0.4699</w:t>
        <w:br/>
        <w:t>vn 0.0740 -0.8547 0.5139</w:t>
        <w:br/>
        <w:t>vn -0.0402 -0.8134 0.5803</w:t>
        <w:br/>
        <w:t>vn -0.0421 -0.8232 0.5661</w:t>
        <w:br/>
        <w:t>vn 0.0123 -0.8920 0.4518</w:t>
        <w:br/>
        <w:t>vn 0.0350 -0.9753 0.2180</w:t>
        <w:br/>
        <w:t>vn 0.0222 -0.9983 0.0545</w:t>
        <w:br/>
        <w:t>vn 0.1423 0.9508 0.2753</w:t>
        <w:br/>
        <w:t>vn 0.0452 -0.8165 0.5755</w:t>
        <w:br/>
        <w:t>vn -0.9977 -0.0394 0.0558</w:t>
        <w:br/>
        <w:t>vn -0.8761 -0.0228 -0.4816</w:t>
        <w:br/>
        <w:t>vn 0.9851 -0.0213 -0.1704</w:t>
        <w:br/>
        <w:t>vn 0.8665 -0.0849 0.4919</w:t>
        <w:br/>
        <w:t>vn -0.0465 0.1447 0.9884</w:t>
        <w:br/>
        <w:t>vn -0.6137 -0.1272 0.7792</w:t>
        <w:br/>
        <w:t>vn -0.3203 -0.3185 0.8922</w:t>
        <w:br/>
        <w:t>vn 0.1388 0.4988 0.8555</w:t>
        <w:br/>
        <w:t>vn 0.5087 0.4480 0.7352</w:t>
        <w:br/>
        <w:t>vn -0.3206 0.4225 0.8478</w:t>
        <w:br/>
        <w:t>vn -0.7367 0.0251 -0.6757</w:t>
        <w:br/>
        <w:t>vn 0.5790 -0.5750 -0.5780</w:t>
        <w:br/>
        <w:t>vn 0.6899 -0.2298 -0.6864</w:t>
        <w:br/>
        <w:t>vn -0.3872 0.9025 -0.1885</w:t>
        <w:br/>
        <w:t>vn -0.4831 0.8645 -0.1389</w:t>
        <w:br/>
        <w:t>vn 0.2217 -0.9095 -0.3517</w:t>
        <w:br/>
        <w:t>vn 0.0318 -0.9417 -0.3350</w:t>
        <w:br/>
        <w:t>vn -0.1207 0.9502 -0.2873</w:t>
        <w:br/>
        <w:t>vn -0.1207 0.9502 -0.2872</w:t>
        <w:br/>
        <w:t>vn 0.0371 -0.8972 -0.4401</w:t>
        <w:br/>
        <w:t>vn 0.1970 0.9232 -0.3301</w:t>
        <w:br/>
        <w:t>vn -0.0876 -0.5263 -0.8458</w:t>
        <w:br/>
        <w:t>vn -0.0084 -0.7811 -0.6244</w:t>
        <w:br/>
        <w:t>vn 0.3210 -0.4263 -0.8457</w:t>
        <w:br/>
        <w:t>vn 0.3232 -0.3034 -0.8964</w:t>
        <w:br/>
        <w:t>vn 0.6290 0.6265 -0.4602</w:t>
        <w:br/>
        <w:t>vn 0.4613 0.8717 -0.1655</w:t>
        <w:br/>
        <w:t>vn -0.0938 -0.3435 -0.9345</w:t>
        <w:br/>
        <w:t>vn 0.5635 0.8261 -0.0018</w:t>
        <w:br/>
        <w:t>vn -0.5848 -0.0688 0.8082</w:t>
        <w:br/>
        <w:t>vn -0.6502 -0.3861 -0.6544</w:t>
        <w:br/>
        <w:t>vn -0.9737 0.1193 0.1939</w:t>
        <w:br/>
        <w:t>vn -0.9727 -0.1146 -0.2017</w:t>
        <w:br/>
        <w:t>vn -0.8891 -0.2362 -0.3921</w:t>
        <w:br/>
        <w:t>vn 0.6529 0.5263 0.5447</w:t>
        <w:br/>
        <w:t>vn -0.5560 0.5353 0.6359</w:t>
        <w:br/>
        <w:t>vn -0.1248 0.7879 0.6030</w:t>
        <w:br/>
        <w:t>vn -0.0034 0.9971 0.0764</w:t>
        <w:br/>
        <w:t>vn 0.0229 0.9945 0.1022</w:t>
        <w:br/>
        <w:t>vn 0.0526 0.9918 0.1161</w:t>
        <w:br/>
        <w:t>vn 0.0329 0.9868 0.1585</w:t>
        <w:br/>
        <w:t>vn 0.0293 0.9973 0.0679</w:t>
        <w:br/>
        <w:t>vn 0.0681 0.9945 0.0791</w:t>
        <w:br/>
        <w:t>vn 0.1337 0.9614 0.2404</w:t>
        <w:br/>
        <w:t>vn 0.0627 0.9980 0.0089</w:t>
        <w:br/>
        <w:t>vn 0.0588 0.9980 0.0229</w:t>
        <w:br/>
        <w:t>vn 0.0166 0.9954 0.0941</w:t>
        <w:br/>
        <w:t>vn 0.0576 0.9981 0.0239</w:t>
        <w:br/>
        <w:t>vn 0.0117 0.9869 0.1611</w:t>
        <w:br/>
        <w:t>vn -0.1132 0.9894 0.0913</w:t>
        <w:br/>
        <w:t>vn -0.1274 0.9905 0.0521</w:t>
        <w:br/>
        <w:t>vn -0.1071 0.9913 0.0767</w:t>
        <w:br/>
        <w:t>vn -0.1138 0.9917 0.0599</w:t>
        <w:br/>
        <w:t>vn -0.1142 0.9858 0.1228</w:t>
        <w:br/>
        <w:t>vn -0.0783 0.9966 0.0261</w:t>
        <w:br/>
        <w:t>vn -0.0553 0.9978 0.0368</w:t>
        <w:br/>
        <w:t>vn -0.0611 0.9972 0.0429</w:t>
        <w:br/>
        <w:t>vn -0.0563 0.9970 0.0532</w:t>
        <w:br/>
        <w:t>vn -0.1258 0.9835 0.1302</w:t>
        <w:br/>
        <w:t>vn 0.0608 0.9881 0.1410</w:t>
        <w:br/>
        <w:t>vn -0.0520 0.9963 0.0677</w:t>
        <w:br/>
        <w:t>vn -0.0900 0.9816 0.1686</w:t>
        <w:br/>
        <w:t>vn -0.0900 0.9816 0.1687</w:t>
        <w:br/>
        <w:t>vn -0.1121 0.9788 0.1712</w:t>
        <w:br/>
        <w:t>vn -0.0033 0.9971 0.0764</w:t>
        <w:br/>
        <w:t>vn -0.9392 0.1968 0.2814</w:t>
        <w:br/>
        <w:t>vn -0.7603 0.1392 0.6345</w:t>
        <w:br/>
        <w:t>vn -0.6568 0.1088 0.7461</w:t>
        <w:br/>
        <w:t>vn 0.7943 0.1878 0.5777</w:t>
        <w:br/>
        <w:t>vn 0.7765 0.2330 0.5854</w:t>
        <w:br/>
        <w:t>vn 0.7442 0.2789 -0.6069</w:t>
        <w:br/>
        <w:t>vn 0.7822 0.2580 -0.5671</w:t>
        <w:br/>
        <w:t>vn 0.9451 0.2550 0.2042</w:t>
        <w:br/>
        <w:t>vn 0.9510 0.2519 -0.1793</w:t>
        <w:br/>
        <w:t>vn 0.9531 0.2316 0.1949</w:t>
        <w:br/>
        <w:t>vn 0.8360 0.1628 0.5241</w:t>
        <w:br/>
        <w:t>vn 0.8275 0.2623 -0.4965</w:t>
        <w:br/>
        <w:t>vn -0.5857 0.1117 -0.8028</w:t>
        <w:br/>
        <w:t>vn -0.2580 0.1475 -0.9548</w:t>
        <w:br/>
        <w:t>vn 0.2593 0.1322 -0.9567</w:t>
        <w:br/>
        <w:t>vn 0.3255 -0.3726 -0.8690</w:t>
        <w:br/>
        <w:t>vn 0.9627 0.2119 0.1682</w:t>
        <w:br/>
        <w:t>vn 0.9278 0.2577 -0.2699</w:t>
        <w:br/>
        <w:t>vn 0.8122 0.1363 0.5672</w:t>
        <w:br/>
        <w:t>vn -0.8368 -0.5012 0.2206</w:t>
        <w:br/>
        <w:t>vn -0.8368 -0.5012 0.2205</w:t>
        <w:br/>
        <w:t>vn -0.8726 0.4525 -0.1836</w:t>
        <w:br/>
        <w:t>vn -0.7428 0.2750 -0.6105</w:t>
        <w:br/>
        <w:t>vn -0.7427 0.2750 -0.6105</w:t>
        <w:br/>
        <w:t>vn 0.8290 0.5552 -0.0670</w:t>
        <w:br/>
        <w:t>vn 0.7919 0.3658 -0.4890</w:t>
        <w:br/>
        <w:t>vn 0.7919 0.3658 -0.4889</w:t>
        <w:br/>
        <w:t>vn -0.4347 -0.5861 -0.6838</w:t>
        <w:br/>
        <w:t>vn -0.4638 -0.2921 -0.8364</w:t>
        <w:br/>
        <w:t>vn 0.6287 -0.2160 -0.7470</w:t>
        <w:br/>
        <w:t>vn 0.8379 -0.5210 -0.1627</w:t>
        <w:br/>
        <w:t>vn -0.4637 -0.2922 -0.8364</w:t>
        <w:br/>
        <w:t>vn 0.8552 -0.4023 0.3267</w:t>
        <w:br/>
        <w:t>vn 0.8552 -0.4022 0.3268</w:t>
        <w:br/>
        <w:t>vn -0.6436 0.2888 0.7088</w:t>
        <w:br/>
        <w:t>vn -0.3562 0.6126 0.7056</w:t>
        <w:br/>
        <w:t>vn -0.5138 0.6071 0.6062</w:t>
        <w:br/>
        <w:t>vn -0.7793 0.2738 0.5637</w:t>
        <w:br/>
        <w:t>vn -0.2638 0.3848 0.8845</w:t>
        <w:br/>
        <w:t>vn -0.0505 0.6414 0.7655</w:t>
        <w:br/>
        <w:t>vn -0.1605 0.2840 0.9453</w:t>
        <w:br/>
        <w:t>vn 0.2595 0.5008 0.8258</w:t>
        <w:br/>
        <w:t>vn 0.0892 0.6590 0.7468</w:t>
        <w:br/>
        <w:t>vn 0.0576 0.0535 -0.9969</w:t>
        <w:br/>
        <w:t>vn 0.0339 0.1627 -0.9861</w:t>
        <w:br/>
        <w:t>vn -0.0590 0.2773 -0.9590</w:t>
        <w:br/>
        <w:t>vn -0.2839 0.2124 -0.9350</w:t>
        <w:br/>
        <w:t>vn -0.0569 0.5200 -0.8523</w:t>
        <w:br/>
        <w:t>vn -0.4895 -0.3057 -0.8167</w:t>
        <w:br/>
        <w:t>vn -0.5028 -0.3696 -0.7814</w:t>
        <w:br/>
        <w:t>vn -0.5762 -0.4044 -0.7102</w:t>
        <w:br/>
        <w:t>vn -0.8763 -0.4767 -0.0692</w:t>
        <w:br/>
        <w:t>vn -0.8279 -0.4350 0.3539</w:t>
        <w:br/>
        <w:t>vn -0.6764 -0.4393 0.5913</w:t>
        <w:br/>
        <w:t>vn -0.5299 -0.4002 0.7477</w:t>
        <w:br/>
        <w:t>vn -0.0544 0.6852 -0.7263</w:t>
        <w:br/>
        <w:t>vn -0.6643 0.4734 -0.5785</w:t>
        <w:br/>
        <w:t>vn 0.6224 0.5186 -0.5863</w:t>
        <w:br/>
        <w:t>vn -0.8641 0.2360 -0.4446</w:t>
        <w:br/>
        <w:t>vn -0.8640 0.2360 -0.4448</w:t>
        <w:br/>
        <w:t>vn -0.8225 0.3004 -0.4829</w:t>
        <w:br/>
        <w:t>vn -0.6460 -0.0896 -0.7581</w:t>
        <w:br/>
        <w:t>vn 0.8553 0.2873 -0.4312</w:t>
        <w:br/>
        <w:t>vn -0.1007 0.2068 -0.9732</w:t>
        <w:br/>
        <w:t>vn -0.1254 0.0453 -0.9911</w:t>
        <w:br/>
        <w:t>vn -0.4215 0.4432 -0.7911</w:t>
        <w:br/>
        <w:t>vn 0.1238 0.2590 -0.9579</w:t>
        <w:br/>
        <w:t>vn -0.3069 0.0213 -0.9515</w:t>
        <w:br/>
        <w:t>vn -0.2669 -0.0744 -0.9609</w:t>
        <w:br/>
        <w:t>vn 0.5439 0.2098 -0.8125</w:t>
        <w:br/>
        <w:t>vn 0.3264 0.2056 -0.9226</w:t>
        <w:br/>
        <w:t>vn 0.5214 0.5915 -0.6150</w:t>
        <w:br/>
        <w:t>vn 0.7442 0.2896 -0.6020</w:t>
        <w:br/>
        <w:t>vn 0.5667 0.6428 -0.5155</w:t>
        <w:br/>
        <w:t>vn 0.9631 0.1882 -0.1923</w:t>
        <w:br/>
        <w:t>vn 0.5931 0.5429 0.5946</w:t>
        <w:br/>
        <w:t>vn 0.7312 0.2366 0.6398</w:t>
        <w:br/>
        <w:t>vn -0.3194 0.1835 0.9297</w:t>
        <w:br/>
        <w:t>vn 0.2107 0.2861 0.9347</w:t>
        <w:br/>
        <w:t>vn 0.4907 0.2617 0.8311</w:t>
        <w:br/>
        <w:t>vn 0.3157 -0.2184 -0.9234</w:t>
        <w:br/>
        <w:t>vn 0.2051 -0.0078 -0.9787</w:t>
        <w:br/>
        <w:t>vn 0.0924 -0.0462 -0.9946</w:t>
        <w:br/>
        <w:t>vn 0.4471 0.0270 -0.8941</w:t>
        <w:br/>
        <w:t>vn 0.3875 0.3974 -0.8318</w:t>
        <w:br/>
        <w:t>vn -0.3888 -0.2484 -0.8872</w:t>
        <w:br/>
        <w:t>vn -0.5700 0.1863 -0.8002</w:t>
        <w:br/>
        <w:t>vn -0.2139 -0.4303 -0.8770</w:t>
        <w:br/>
        <w:t>vn -0.3253 -0.2013 -0.9239</w:t>
        <w:br/>
        <w:t>vn -0.6459 -0.0896 -0.7581</w:t>
        <w:br/>
        <w:t>vn 0.0521 0.0578 -0.9970</w:t>
        <w:br/>
        <w:t>vn -0.0542 -0.0336 -0.9980</w:t>
        <w:br/>
        <w:t>vn -0.1110 0.0292 -0.9934</w:t>
        <w:br/>
        <w:t>vn -0.4317 -0.0016 -0.9020</w:t>
        <w:br/>
        <w:t>vn 0.3710 0.0655 -0.9263</w:t>
        <w:br/>
        <w:t>vn 0.3297 -0.1664 -0.9293</w:t>
        <w:br/>
        <w:t>vn 0.6441 0.1189 -0.7556</w:t>
        <w:br/>
        <w:t>vn 0.3063 -0.2774 -0.9106</w:t>
        <w:br/>
        <w:t>vn 0.2020 -0.4185 -0.8855</w:t>
        <w:br/>
        <w:t>vn 0.2865 -0.4299 -0.8562</w:t>
        <w:br/>
        <w:t>vn -0.2669 -0.0744 -0.9608</w:t>
        <w:br/>
        <w:t>vn -0.0796 -0.3776 -0.9225</w:t>
        <w:br/>
        <w:t>vn -0.2918 -0.2853 -0.9129</w:t>
        <w:br/>
        <w:t>vn -0.0614 0.1653 -0.9843</w:t>
        <w:br/>
        <w:t>vn -0.2669 -0.0743 -0.9609</w:t>
        <w:br/>
        <w:t>vn 0.2697 -0.4218 -0.8657</w:t>
        <w:br/>
        <w:t>vn 0.1434 0.1961 -0.9700</w:t>
        <w:br/>
        <w:t>vn -0.0400 0.0555 -0.9977</w:t>
        <w:br/>
        <w:t>vn -0.0062 0.5684 -0.8227</w:t>
        <w:br/>
        <w:t>vn -0.0400 0.0554 -0.9977</w:t>
        <w:br/>
        <w:t>vn -0.0614 0.1652 -0.9843</w:t>
        <w:br/>
        <w:t>vn 0.0159 0.5850 -0.8109</w:t>
        <w:br/>
        <w:t>vn -0.5700 0.1863 -0.8003</w:t>
        <w:br/>
        <w:t>vn -0.4268 -0.4017 -0.8102</w:t>
        <w:br/>
        <w:t>vn -0.4560 -0.2976 -0.8388</w:t>
        <w:br/>
        <w:t>vn -0.3726 -0.6158 -0.6942</w:t>
        <w:br/>
        <w:t>vn -0.1297 -0.7320 -0.6689</w:t>
        <w:br/>
        <w:t>vn 0.4124 -0.6143 -0.6727</w:t>
        <w:br/>
        <w:t>vn 0.2102 -0.5221 -0.8266</w:t>
        <w:br/>
        <w:t>vn 0.0625 -0.7213 -0.6898</w:t>
        <w:br/>
        <w:t>vn 0.5650 -0.2170 -0.7960</w:t>
        <w:br/>
        <w:t>vn 0.5169 -0.2406 -0.8215</w:t>
        <w:br/>
        <w:t>vn 0.6333 -0.2516 -0.7319</w:t>
        <w:br/>
        <w:t>vn 0.6932 -0.3094 -0.6510</w:t>
        <w:br/>
        <w:t>vn 0.7700 -0.3754 -0.5159</w:t>
        <w:br/>
        <w:t>vn 0.8574 -0.4139 -0.3059</w:t>
        <w:br/>
        <w:t>vn 0.9005 -0.4348 -0.0033</w:t>
        <w:br/>
        <w:t>vn 0.8539 -0.4362 0.2840</w:t>
        <w:br/>
        <w:t>vn 0.7797 -0.3621 0.5108</w:t>
        <w:br/>
        <w:t>vn 0.6728 -0.2350 0.7015</w:t>
        <w:br/>
        <w:t>vn 0.5203 -0.3700 -0.7697</w:t>
        <w:br/>
        <w:t>vn 0.7544 -0.2647 -0.6007</w:t>
        <w:br/>
        <w:t>vn 0.7293 -0.3415 -0.5928</w:t>
        <w:br/>
        <w:t>vn -0.6066 -0.3415 -0.7180</w:t>
        <w:br/>
        <w:t>vn -0.5805 -0.4160 -0.7000</w:t>
        <w:br/>
        <w:t>vn -0.5509 -0.4526 -0.7012</w:t>
        <w:br/>
        <w:t>vn -0.5125 -0.3414 -0.7879</w:t>
        <w:br/>
        <w:t>vn -0.0475 -0.4141 -0.9090</w:t>
        <w:br/>
        <w:t>vn -0.0235 -0.7920 -0.6101</w:t>
        <w:br/>
        <w:t>vn -0.2815 -0.5061 -0.8153</w:t>
        <w:br/>
        <w:t>vn -0.5186 -0.5347 -0.6672</w:t>
        <w:br/>
        <w:t>vn -0.5285 -0.3009 -0.7939</w:t>
        <w:br/>
        <w:t>vn -0.5280 -0.4895 -0.6939</w:t>
        <w:br/>
        <w:t>vn 0.0350 0.1666 0.9854</w:t>
        <w:br/>
        <w:t>vn 0.0002 0.0478 0.9989</w:t>
        <w:br/>
        <w:t>vn -0.0742 0.2545 0.9642</w:t>
        <w:br/>
        <w:t>vn -0.4877 -0.3263 0.8097</w:t>
        <w:br/>
        <w:t>vn -0.4775 -0.3423 0.8092</w:t>
        <w:br/>
        <w:t>vn -0.0419 0.6642 0.7464</w:t>
        <w:br/>
        <w:t>vn -0.6250 0.4765 0.6184</w:t>
        <w:br/>
        <w:t>vn -0.5086 0.0659 0.8585</w:t>
        <w:br/>
        <w:t>vn 0.6072 0.2414 0.7570</w:t>
        <w:br/>
        <w:t>vn 0.6092 0.5113 0.6062</w:t>
        <w:br/>
        <w:t>vn -0.8101 0.2556 0.5276</w:t>
        <w:br/>
        <w:t>vn -0.8374 0.1609 0.5224</w:t>
        <w:br/>
        <w:t>vn -0.6380 -0.0524 0.7683</w:t>
        <w:br/>
        <w:t>vn 0.5723 -0.0824 0.8159</w:t>
        <w:br/>
        <w:t>vn 0.8521 0.2247 0.4727</w:t>
        <w:br/>
        <w:t>vn 0.8291 0.2892 0.4785</w:t>
        <w:br/>
        <w:t>vn 0.6925 -0.0314 0.7208</w:t>
        <w:br/>
        <w:t>vn -0.0188 0.2221 0.9748</w:t>
        <w:br/>
        <w:t>vn -0.3414 0.3711 0.8635</w:t>
        <w:br/>
        <w:t>vn -0.2327 0.0350 0.9719</w:t>
        <w:br/>
        <w:t>vn -0.3045 0.0644 0.9503</w:t>
        <w:br/>
        <w:t>vn 0.2142 0.0295 0.9764</w:t>
        <w:br/>
        <w:t>vn -0.3727 -0.0887 0.9237</w:t>
        <w:br/>
        <w:t>vn 0.7402 0.0576 0.6699</w:t>
        <w:br/>
        <w:t>vn 0.7403 0.0576 0.6699</w:t>
        <w:br/>
        <w:t>vn 0.8030 0.0282 0.5953</w:t>
        <w:br/>
        <w:t>vn -0.7402 0.0759 0.6681</w:t>
        <w:br/>
        <w:t>vn -0.3905 -0.2144 0.8953</w:t>
        <w:br/>
        <w:t>vn -0.0620 0.0417 0.9972</w:t>
        <w:br/>
        <w:t>vn 0.4015 -0.1121 0.9090</w:t>
        <w:br/>
        <w:t>vn 0.1237 -0.3635 0.9234</w:t>
        <w:br/>
        <w:t>vn -0.0367 -0.3607 0.9320</w:t>
        <w:br/>
        <w:t>vn -0.0588 -0.0172 0.9981</w:t>
        <w:br/>
        <w:t>vn -0.4182 -0.1428 0.8971</w:t>
        <w:br/>
        <w:t>vn -0.4858 0.0018 0.8741</w:t>
        <w:br/>
        <w:t>vn 0.3942 0.0288 0.9186</w:t>
        <w:br/>
        <w:t>vn 0.0003 0.0478 0.9989</w:t>
        <w:br/>
        <w:t>vn -0.3728 -0.0887 0.9237</w:t>
        <w:br/>
        <w:t>vn 0.3848 -0.3246 0.8641</w:t>
        <w:br/>
        <w:t>vn 0.6261 -0.1728 0.7604</w:t>
        <w:br/>
        <w:t>vn -0.4584 -0.3366 0.8225</w:t>
        <w:br/>
        <w:t>vn -0.0256 -0.4508 0.8923</w:t>
        <w:br/>
        <w:t>vn -0.6715 -0.4124 0.6156</w:t>
        <w:br/>
        <w:t>vn -0.3139 0.0454 0.9484</w:t>
        <w:br/>
        <w:t>vn 0.2683 0.0528 0.9619</w:t>
        <w:br/>
        <w:t>vn 0.5541 -0.4222 0.7174</w:t>
        <w:br/>
        <w:t>vn -0.0115 -0.0342 0.9993</w:t>
        <w:br/>
        <w:t>vn 0.2682 0.0528 0.9619</w:t>
        <w:br/>
        <w:t>vn 0.0066 0.5211 0.8535</w:t>
        <w:br/>
        <w:t>vn -0.3140 0.0454 0.9483</w:t>
        <w:br/>
        <w:t>vn -0.0452 0.7328 0.6789</w:t>
        <w:br/>
        <w:t>vn -0.0049 0.6945 0.7194</w:t>
        <w:br/>
        <w:t>vn 0.1242 0.7417 0.6591</w:t>
        <w:br/>
        <w:t>vn 0.2561 0.8167 0.5171</w:t>
        <w:br/>
        <w:t>vn -0.4835 -0.3274 0.8118</w:t>
        <w:br/>
        <w:t>vn -0.3689 -0.4867 0.7919</w:t>
        <w:br/>
        <w:t>vn -0.1283 -0.4718 0.8723</w:t>
        <w:br/>
        <w:t>vn 0.3466 -0.4215 0.8380</w:t>
        <w:br/>
        <w:t>vn 0.5008 -0.2073 0.8404</w:t>
        <w:br/>
        <w:t>vn 0.5733 -0.1683 0.8019</w:t>
        <w:br/>
        <w:t>vn 0.6998 -0.2472 0.6702</w:t>
        <w:br/>
        <w:t>vn 0.3815 -0.6544 0.6529</w:t>
        <w:br/>
        <w:t>vn 0.7214 -0.3019 0.6233</w:t>
        <w:br/>
        <w:t>vn 0.7374 -0.2909 0.6096</w:t>
        <w:br/>
        <w:t>vn -0.6454 -0.4015 0.6498</w:t>
        <w:br/>
        <w:t>vn -0.3965 -0.6819 0.6147</w:t>
        <w:br/>
        <w:t>vn -0.6162 -0.4992 0.6092</w:t>
        <w:br/>
        <w:t>vn -0.5460 -0.5455 0.6358</w:t>
        <w:br/>
        <w:t>vn -0.5213 -0.4190 0.7434</w:t>
        <w:br/>
        <w:t>vn -0.5333 -0.3377 0.7756</w:t>
        <w:br/>
        <w:t>vn -0.4790 -0.5997 0.6410</w:t>
        <w:br/>
        <w:t>vn -0.0337 -0.8379 0.5448</w:t>
        <w:br/>
        <w:t>vn -0.0845 -0.4790 0.8737</w:t>
        <w:br/>
        <w:t>vn 0.1346 -0.6395 0.7569</w:t>
        <w:br/>
        <w:t>vn -0.1197 -0.8049 0.5812</w:t>
        <w:br/>
        <w:t>vn -0.2678 -0.6230 0.7349</w:t>
        <w:br/>
        <w:t>vn 0.0571 -0.7921 0.6077</w:t>
        <w:br/>
        <w:t>vn 0.4316 -0.5705 0.6988</w:t>
        <w:br/>
        <w:t>vn -0.5844 -0.5097 0.6315</w:t>
        <w:br/>
        <w:t>vn -0.7124 -0.5568 0.4271</w:t>
        <w:br/>
        <w:t>vn -0.7896 -0.5876 0.1767</w:t>
        <w:br/>
        <w:t>vn -0.7839 -0.6152 -0.0839</w:t>
        <w:br/>
        <w:t>vn -0.6010 -0.4930 -0.6291</w:t>
        <w:br/>
        <w:t>vn -0.8537 -0.5172 -0.0612</w:t>
        <w:br/>
        <w:t>vn -0.8192 -0.5020 0.2772</w:t>
        <w:br/>
        <w:t>vn -0.8563 -0.5109 -0.0757</w:t>
        <w:br/>
        <w:t>vn -0.5523 -0.4141 0.7235</w:t>
        <w:br/>
        <w:t>vn -0.5942 -0.3911 0.7029</w:t>
        <w:br/>
        <w:t>vn -0.5998 -0.6102 0.5176</w:t>
        <w:br/>
        <w:t>vn -0.8128 -0.5162 0.2699</w:t>
        <w:br/>
        <w:t>vn -0.8456 -0.5309 -0.0562</w:t>
        <w:br/>
        <w:t>vn -0.8271 -0.5587 -0.0614</w:t>
        <w:br/>
        <w:t>vn -0.8038 -0.5385 0.2529</w:t>
        <w:br/>
        <w:t>vn -0.7165 -0.4998 0.4867</w:t>
        <w:br/>
        <w:t>vn -0.7864 -0.5877 0.1902</w:t>
        <w:br/>
        <w:t>vn -0.6846 -0.6870 0.2436</w:t>
        <w:br/>
        <w:t>vn -0.7947 -0.6037 -0.0634</w:t>
        <w:br/>
        <w:t>vn -0.7105 -0.7033 -0.0228</w:t>
        <w:br/>
        <w:t>vn -0.7865 -0.4923 -0.3729</w:t>
        <w:br/>
        <w:t>vn -0.7766 -0.5219 -0.3528</w:t>
        <w:br/>
        <w:t>vn -0.7634 -0.5614 -0.3195</w:t>
        <w:br/>
        <w:t>vn -0.6810 -0.6682 -0.2997</w:t>
        <w:br/>
        <w:t>vn -0.6783 -0.4283 -0.5970</w:t>
        <w:br/>
        <w:t>vn -0.6877 -0.4506 -0.5692</w:t>
        <w:br/>
        <w:t>vn -0.5750 -0.3891 -0.7197</w:t>
        <w:br/>
        <w:t>vn -0.5843 -0.3800 -0.7171</w:t>
        <w:br/>
        <w:t>vn -0.6023 -0.6247 -0.4970</w:t>
        <w:br/>
        <w:t>vn -0.6917 -0.5070 -0.5144</w:t>
        <w:br/>
        <w:t>vn -0.7430 -0.4609 0.4853</w:t>
        <w:br/>
        <w:t>vn -0.8538 -0.4623 0.2394</w:t>
        <w:br/>
        <w:t>vn -0.5284 -0.5424 0.6531</w:t>
        <w:br/>
        <w:t>vn -0.8917 -0.4520 -0.0214</w:t>
        <w:br/>
        <w:t>vn -0.8615 -0.4322 -0.2666</w:t>
        <w:br/>
        <w:t>vn -0.7531 -0.4104 -0.5142</w:t>
        <w:br/>
        <w:t>vn 0.7388 -0.3849 -0.5531</w:t>
        <w:br/>
        <w:t>vn 0.8105 -0.4044 -0.4238</w:t>
        <w:br/>
        <w:t>vn 0.8389 -0.4993 -0.2167</w:t>
        <w:br/>
        <w:t>vn 0.8578 -0.5138 -0.0135</w:t>
        <w:br/>
        <w:t>vn 0.8467 -0.4966 0.1912</w:t>
        <w:br/>
        <w:t>vn 0.8281 -0.3731 0.4185</w:t>
        <w:br/>
        <w:t>vn 0.9129 -0.2473 0.3248</w:t>
        <w:br/>
        <w:t>vn 0.9617 -0.2741 -0.0037</w:t>
        <w:br/>
        <w:t>vn 0.9671 -0.2545 -0.0038</w:t>
        <w:br/>
        <w:t>vn 0.9266 -0.2278 0.2991</w:t>
        <w:br/>
        <w:t>vn 0.9647 -0.2630 -0.0102</w:t>
        <w:br/>
        <w:t>vn 0.9346 -0.2272 0.2736</w:t>
        <w:br/>
        <w:t>vn 0.8384 -0.5450 -0.0061</w:t>
        <w:br/>
        <w:t>vn 0.8170 -0.5334 0.2191</w:t>
        <w:br/>
        <w:t>vn 0.8028 -0.2208 -0.5538</w:t>
        <w:br/>
        <w:t>vn 0.9078 -0.2496 -0.3371</w:t>
        <w:br/>
        <w:t>vn 0.9208 -0.2411 -0.3066</w:t>
        <w:br/>
        <w:t>vn 0.9173 -0.2656 -0.2967</w:t>
        <w:br/>
        <w:t>vn 0.7994 -0.2418 -0.5500</w:t>
        <w:br/>
        <w:t>vn 0.8073 -0.5342 -0.2506</w:t>
        <w:br/>
        <w:t>vn 0.7031 -0.5237 -0.4811</w:t>
        <w:br/>
        <w:t>vn 0.8183 -0.1943 0.5409</w:t>
        <w:br/>
        <w:t>vn 0.8279 -0.1795 0.5314</w:t>
        <w:br/>
        <w:t>vn 0.7185 -0.5137 0.4689</w:t>
        <w:br/>
        <w:t>vn 0.6913 -0.2212 -0.6878</w:t>
        <w:br/>
        <w:t>vn 0.6708 -0.2122 -0.7106</w:t>
        <w:br/>
        <w:t>vn 0.5780 -0.5149 -0.6330</w:t>
        <w:br/>
        <w:t>vn 0.6757 -0.1744 0.7162</w:t>
        <w:br/>
        <w:t>vn 0.5632 -0.5181 0.6437</w:t>
        <w:br/>
        <w:t>vn 0.7037 -0.4788 0.5249</w:t>
        <w:br/>
        <w:t>vn 0.8554 -0.4575 0.2429</w:t>
        <w:br/>
        <w:t>vn 0.8978 -0.4396 0.0262</w:t>
        <w:br/>
        <w:t>vn 0.8785 -0.4287 -0.2108</w:t>
        <w:br/>
        <w:t>vn 0.7675 -0.4146 -0.4890</w:t>
        <w:br/>
        <w:t>vn 0.5250 -0.5020 -0.6873</w:t>
        <w:br/>
        <w:t>vn -0.7005 -0.4574 0.5478</w:t>
        <w:br/>
        <w:t>vn -0.7061 -0.4788 0.5217</w:t>
        <w:br/>
        <w:t>vn -0.7765 -0.5422 -0.3211</w:t>
        <w:br/>
        <w:t>vn -0.6049 -0.4044 -0.6860</w:t>
        <w:br/>
        <w:t>vn 0.9647 -0.2630 -0.0103</w:t>
        <w:br/>
        <w:t>vn -0.7991 -0.4471 -0.4019</w:t>
        <w:br/>
        <w:t>vn -0.7019 -0.4946 -0.5126</w:t>
        <w:br/>
        <w:t>vn 0.6698 0.0864 0.7375</w:t>
        <w:br/>
        <w:t>vn -0.7782 0.1243 0.6156</w:t>
        <w:br/>
        <w:t>vn -0.7629 -0.1346 -0.6323</w:t>
        <w:br/>
        <w:t>vn 0.2666 0.3261 -0.9070</w:t>
        <w:br/>
        <w:t>vn -0.0576 0.3348 -0.9405</w:t>
        <w:br/>
        <w:t>vn -0.3449 0.3367 -0.8762</w:t>
        <w:br/>
        <w:t>vn -0.8078 0.3103 -0.5012</w:t>
        <w:br/>
        <w:t>vn -0.6017 0.3270 -0.7287</w:t>
        <w:br/>
        <w:t>vn 0.5873 0.3055 -0.7495</w:t>
        <w:br/>
        <w:t>vn -0.0908 0.2895 0.9529</w:t>
        <w:br/>
        <w:t>vn 0.2048 0.2825 0.9371</w:t>
        <w:br/>
        <w:t>vn -0.3803 0.2945 0.8767</w:t>
        <w:br/>
        <w:t>vn -0.8222 0.2899 0.4899</w:t>
        <w:br/>
        <w:t>vn -0.6335 0.2940 0.7157</w:t>
        <w:br/>
        <w:t>vn 0.4929 0.2702 0.8271</w:t>
        <w:br/>
        <w:t>vn -0.9277 0.2851 0.2410</w:t>
        <w:br/>
        <w:t>vn -0.9585 0.2850 -0.0056</w:t>
        <w:br/>
        <w:t>vn -0.9236 0.2932 -0.2468</w:t>
        <w:br/>
        <w:t>vn 0.7592 0.2604 0.5965</w:t>
        <w:br/>
        <w:t>vn 0.9201 0.2635 0.2898</w:t>
        <w:br/>
        <w:t>vn 0.9633 0.2661 0.0348</w:t>
        <w:br/>
        <w:t>vn 0.9421 0.2662 -0.2040</w:t>
        <w:br/>
        <w:t>vn 0.8247 0.2815 -0.4906</w:t>
        <w:br/>
        <w:t>vn -0.0593 0.3037 -0.9509</w:t>
        <w:br/>
        <w:t>vn 0.2704 0.3034 -0.9137</w:t>
        <w:br/>
        <w:t>vn -0.3531 0.3028 -0.8852</w:t>
        <w:br/>
        <w:t>vn -0.6203 0.2999 -0.7248</w:t>
        <w:br/>
        <w:t>vn -0.8184 0.2952 -0.4930</w:t>
        <w:br/>
        <w:t>vn 0.5951 0.2988 -0.7460</w:t>
        <w:br/>
        <w:t>vn 0.2048 0.3034 0.9306</w:t>
        <w:br/>
        <w:t>vn -0.0909 0.3038 0.9484</w:t>
        <w:br/>
        <w:t>vn -0.3829 0.3029 0.8727</w:t>
        <w:br/>
        <w:t>vn -0.8262 0.2951 0.4799</w:t>
        <w:br/>
        <w:t>vn -0.6401 0.2997 0.7074</w:t>
        <w:br/>
        <w:t>vn 0.4983 0.3014 0.8129</w:t>
        <w:br/>
        <w:t>vn -0.9282 0.2906 0.2325</w:t>
        <w:br/>
        <w:t>vn -0.9575 0.2884 -0.0012</w:t>
        <w:br/>
        <w:t>vn -0.9265 0.2908 -0.2388</w:t>
        <w:br/>
        <w:t>vn 0.7513 0.2964 0.5897</w:t>
        <w:br/>
        <w:t>vn 0.9085 0.2908 0.3000</w:t>
        <w:br/>
        <w:t>vn 0.9574 0.2879 0.0237</w:t>
        <w:br/>
        <w:t>vn 0.9574 0.2879 0.0236</w:t>
        <w:br/>
        <w:t>vn 0.9335 0.2899 -0.2108</w:t>
        <w:br/>
        <w:t>vn 0.8272 0.2951 -0.4782</w:t>
        <w:br/>
        <w:t>vn -0.0632 0.0000 -0.9980</w:t>
        <w:br/>
        <w:t>vn 0.2832 0.0000 -0.9591</w:t>
        <w:br/>
        <w:t>vn -0.3707 0.0000 -0.9288</w:t>
        <w:br/>
        <w:t>vn -0.6500 0.0000 -0.7599</w:t>
        <w:br/>
        <w:t>vn -0.8565 0.0000 -0.5162</w:t>
        <w:br/>
        <w:t>vn 0.6234 0.0000 -0.7819</w:t>
        <w:br/>
        <w:t>vn -0.0958 -0.0000 0.9954</w:t>
        <w:br/>
        <w:t>vn 0.2149 -0.0000 0.9766</w:t>
        <w:br/>
        <w:t>vn -0.4026 -0.0000 0.9154</w:t>
        <w:br/>
        <w:t>vn -0.8651 -0.0000 0.5016</w:t>
        <w:br/>
        <w:t>vn -0.6718 -0.0000 0.7408</w:t>
        <w:br/>
        <w:t>vn 0.5231 -0.0000 0.8523</w:t>
        <w:br/>
        <w:t>vn -0.9700 -0.0000 0.2429</w:t>
        <w:br/>
        <w:t>vn -1.0000 0.0000 -0.0013</w:t>
        <w:br/>
        <w:t>vn -0.9683 0.0000 -0.2496</w:t>
        <w:br/>
        <w:t>vn 0.7865 -0.0000 0.6176</w:t>
        <w:br/>
        <w:t>vn 0.9493 -0.0000 0.3144</w:t>
        <w:br/>
        <w:t>vn 0.9997 0.0000 0.0232</w:t>
        <w:br/>
        <w:t>vn 0.9752 0.0000 -0.2214</w:t>
        <w:br/>
        <w:t>vn 0.8658 0.0000 -0.5004</w:t>
        <w:br/>
        <w:t>vn -0.0238 -0.9374 -0.3474</w:t>
        <w:br/>
        <w:t>vn -0.0235 -0.9374 -0.3474</w:t>
        <w:br/>
        <w:t>vn 0.0975 -0.9374 -0.3342</w:t>
        <w:br/>
        <w:t>vn -0.1310 -0.9368 -0.3244</w:t>
        <w:br/>
        <w:t>vn -0.2305 -0.9352 -0.2689</w:t>
        <w:br/>
        <w:t>vn -0.3088 -0.9329 -0.1855</w:t>
        <w:br/>
        <w:t>vn -0.3087 -0.9329 -0.1857</w:t>
        <w:br/>
        <w:t>vn 0.2211 -0.9352 -0.2765</w:t>
        <w:br/>
        <w:t>vn -0.0350 -0.9386 0.3432</w:t>
        <w:br/>
        <w:t>vn 0.0743 -0.9385 0.3371</w:t>
        <w:br/>
        <w:t>vn 0.0741 -0.9385 0.3371</w:t>
        <w:br/>
        <w:t>vn -0.0348 -0.9386 0.3432</w:t>
        <w:br/>
        <w:t>vn -0.1427 -0.9379 0.3163</w:t>
        <w:br/>
        <w:t>vn -0.1429 -0.9378 0.3163</w:t>
        <w:br/>
        <w:t>vn -0.3132 -0.9329 0.1780</w:t>
        <w:br/>
        <w:t>vn -0.2401 -0.9357 0.2585</w:t>
        <w:br/>
        <w:t>vn -0.2400 -0.9357 0.2585</w:t>
        <w:br/>
        <w:t>vn 0.1868 -0.9372 0.2945</w:t>
        <w:br/>
        <w:t>vn 0.1867 -0.9372 0.2945</w:t>
        <w:br/>
        <w:t>vn -0.3560 -0.9303 0.0880</w:t>
        <w:br/>
        <w:t>vn -0.3560 -0.9303 0.0879</w:t>
        <w:br/>
        <w:t>vn -0.3697 -0.9291 -0.0005</w:t>
        <w:br/>
        <w:t>vn -0.3552 -0.9304 -0.0907</w:t>
        <w:br/>
        <w:t>vn -0.3552 -0.9304 -0.0908</w:t>
        <w:br/>
        <w:t>vn 0.2823 -0.9337 0.2202</w:t>
        <w:br/>
        <w:t>vn 0.2822 -0.9337 0.2203</w:t>
        <w:br/>
        <w:t>vn 0.3435 -0.9318 0.1172</w:t>
        <w:br/>
        <w:t>vn 0.3435 -0.9318 0.1173</w:t>
        <w:br/>
        <w:t>vn 0.3666 -0.9304 0.0041</w:t>
        <w:br/>
        <w:t>vn 0.3564 -0.9305 -0.0849</w:t>
        <w:br/>
        <w:t>vn 0.3564 -0.9305 -0.0850</w:t>
        <w:br/>
        <w:t>vn 0.3122 -0.9331 -0.1784</w:t>
        <w:br/>
        <w:t>vn 0.3121 -0.9331 -0.1786</w:t>
        <w:br/>
        <w:t>vn -0.1975 -0.7222 0.6629</w:t>
        <w:br/>
        <w:t>vn 0.2864 -0.8239 0.4891</w:t>
        <w:br/>
        <w:t>vn 0.0422 -0.7227 0.6899</w:t>
        <w:br/>
        <w:t>vn 0.2564 -0.7210 0.6437</w:t>
        <w:br/>
        <w:t>vn 0.4544 -0.7158 0.5302</w:t>
        <w:br/>
        <w:t>vn 0.6052 -0.7080 0.3641</w:t>
        <w:br/>
        <w:t>vn -0.4362 -0.7152 0.5460</w:t>
        <w:br/>
        <w:t>vn 0.0649 -0.7198 -0.6912</w:t>
        <w:br/>
        <w:t>vn -0.1938 -0.8727 -0.4482</w:t>
        <w:br/>
        <w:t>vn -0.1492 -0.7195 -0.6783</w:t>
        <w:br/>
        <w:t>vn 0.2783 -0.7182 -0.6377</w:t>
        <w:br/>
        <w:t>vn 0.6116 -0.7064 -0.3564</w:t>
        <w:br/>
        <w:t>vn 0.4691 -0.7133 -0.5207</w:t>
        <w:br/>
        <w:t>vn -0.3628 -0.7168 -0.5955</w:t>
        <w:br/>
        <w:t>vn 0.6929 -0.6997 -0.1739</w:t>
        <w:br/>
        <w:t>vn 0.7174 -0.6966 0.0007</w:t>
        <w:br/>
        <w:t>vn 0.6910 -0.7006 0.1779</w:t>
        <w:br/>
        <w:t>vn -0.5541 -0.7101 -0.4345</w:t>
        <w:br/>
        <w:t>vn -0.6773 -0.7016 -0.2214</w:t>
        <w:br/>
        <w:t>vn -0.7160 -0.6978 -0.0202</w:t>
        <w:br/>
        <w:t>vn -0.6954 -0.7018 0.1546</w:t>
        <w:br/>
        <w:t>vn -0.6099 -0.7095 0.3530</w:t>
        <w:br/>
        <w:t>vn 0.9176 0.1816 -0.3537</w:t>
        <w:br/>
        <w:t>vn -0.2412 0.7440 -0.6231</w:t>
        <w:br/>
        <w:t>vn 0.1291 0.8682 -0.4791</w:t>
        <w:br/>
        <w:t>vn -0.2614 0.6826 -0.6825</w:t>
        <w:br/>
        <w:t>vn -0.5235 0.1496 -0.8388</w:t>
        <w:br/>
        <w:t>vn -0.6959 -0.4340 -0.5722</w:t>
        <w:br/>
        <w:t>vn -0.7830 -0.4646 -0.4135</w:t>
        <w:br/>
        <w:t>vn -0.6380 0.2732 -0.7199</w:t>
        <w:br/>
        <w:t>vn -0.7240 0.2175 -0.6546</w:t>
        <w:br/>
        <w:t>vn -0.4483 0.5949 -0.6672</w:t>
        <w:br/>
        <w:t>vn -0.0095 0.4698 -0.8827</w:t>
        <w:br/>
        <w:t>vn 0.1881 0.8299 -0.5252</w:t>
        <w:br/>
        <w:t>vn -0.0052 -0.4357 -0.9001</w:t>
        <w:br/>
        <w:t>vn -0.0049 0.6946 0.7194</w:t>
        <w:br/>
        <w:t>vn 0.1265 0.1629 0.9785</w:t>
        <w:br/>
        <w:t>vn -0.8203 -0.0009 -0.5719</w:t>
        <w:br/>
        <w:t>vn -0.7995 -0.0072 -0.6006</w:t>
        <w:br/>
        <w:t>vn -0.7356 -0.0120 -0.6774</w:t>
        <w:br/>
        <w:t>vn -0.6474 -0.0181 -0.7619</w:t>
        <w:br/>
        <w:t>vn 0.1189 -0.0093 0.9929</w:t>
        <w:br/>
        <w:t>vn 0.0589 -0.0111 0.9982</w:t>
        <w:br/>
        <w:t>vn 0.1805 0.0137 0.9835</w:t>
        <w:br/>
        <w:t>vn 0.2784 0.0381 0.9597</w:t>
        <w:br/>
        <w:t>vn -0.2427 0.0344 0.9695</w:t>
        <w:br/>
        <w:t>vn 0.3129 0.0407 0.9489</w:t>
        <w:br/>
        <w:t>vn -0.5412 -0.0427 -0.8398</w:t>
        <w:br/>
        <w:t>vn -0.0013 -0.0128 0.9999</w:t>
        <w:br/>
        <w:t>vn -0.0730 0.0182 0.9972</w:t>
        <w:br/>
        <w:t>vn -0.6033 -0.0607 0.7952</w:t>
        <w:br/>
        <w:t>vn -0.1870 0.0384 0.9816</w:t>
        <w:br/>
        <w:t>vn -0.2183 0.0102 0.9758</w:t>
        <w:br/>
        <w:t>vn -0.1871 0.0384 0.9816</w:t>
        <w:br/>
        <w:t>vn -0.7832 -0.0460 0.6201</w:t>
        <w:br/>
        <w:t>vn -0.4426 -0.0461 -0.8955</w:t>
        <w:br/>
        <w:t>vn -0.4133 -0.0335 -0.9100</w:t>
        <w:br/>
        <w:t>vn -0.8104 0.0577 -0.5831</w:t>
        <w:br/>
        <w:t>vn -0.8104 0.0577 -0.5830</w:t>
        <w:br/>
        <w:t>vn -0.8145 0.0228 -0.5797</w:t>
        <w:br/>
        <w:t>vn 0.3042 0.0190 0.9524</w:t>
        <w:br/>
        <w:t>vn 0.2988 -0.0186 0.9541</w:t>
        <w:br/>
        <w:t>vn -0.1558 0.0115 0.9877</w:t>
        <w:br/>
        <w:t>vn -0.8217 0.0623 -0.5665</w:t>
        <w:br/>
        <w:t>vn -0.8312 0.0518 -0.5536</w:t>
        <w:br/>
        <w:t>vn -0.8312 0.0518 -0.5535</w:t>
        <w:br/>
        <w:t>vn -0.8142 0.0714 -0.5762</w:t>
        <w:br/>
        <w:t>vn -0.8141 0.0714 -0.5763</w:t>
        <w:br/>
        <w:t>vn 0.3053 -0.0353 0.9516</w:t>
        <w:br/>
        <w:t>vn 0.3166 -0.0491 0.9473</w:t>
        <w:br/>
        <w:t>vn 0.3293 -0.0580 0.9424</w:t>
        <w:br/>
        <w:t>vn -0.2069 -0.0074 0.9783</w:t>
        <w:br/>
        <w:t>vn -0.4214 -0.0372 -0.9061</w:t>
        <w:br/>
        <w:t>vn -0.8599 -0.0899 -0.5024</w:t>
        <w:br/>
        <w:t>vn -0.8548 -0.1967 -0.4802</w:t>
        <w:br/>
        <w:t>vn -0.8599 -0.2131 -0.4638</w:t>
        <w:br/>
        <w:t>vn -0.8459 0.0341 -0.5323</w:t>
        <w:br/>
        <w:t>vn 0.3545 -0.1114 0.9284</w:t>
        <w:br/>
        <w:t>vn 0.4174 -0.1469 0.8968</w:t>
        <w:br/>
        <w:t>vn 0.4174 -0.1468 0.8968</w:t>
        <w:br/>
        <w:t>vn 0.5491 -0.0972 0.8301</w:t>
        <w:br/>
        <w:t>vn -0.8645 -0.2294 -0.4472</w:t>
        <w:br/>
        <w:t>vn 0.6366 -0.0065 0.7712</w:t>
        <w:br/>
        <w:t>vn 0.1265 0.1630 0.9785</w:t>
        <w:br/>
        <w:t>vn 0.2595 0.5008 0.8257</w:t>
        <w:br/>
        <w:t>vn -0.9117 0.0184 -0.4103</w:t>
        <w:br/>
        <w:t>vn -0.8526 0.0401 -0.5211</w:t>
        <w:br/>
        <w:t>vn -0.8079 0.1172 -0.5775</w:t>
        <w:br/>
        <w:t>vn -0.4808 0.1689 -0.8604</w:t>
        <w:br/>
        <w:t>vn -0.8061 0.1807 -0.5635</w:t>
        <w:br/>
        <w:t>vn -0.5056 0.2556 -0.8240</w:t>
        <w:br/>
        <w:t>vn 0.9999 0.0086 -0.0097</w:t>
        <w:br/>
        <w:t>vn 0.9999 0.0069 -0.0140</w:t>
        <w:br/>
        <w:t>vn 0.9953 0.0117 -0.0958</w:t>
        <w:br/>
        <w:t>vn 0.7647 0.0440 -0.6429</w:t>
        <w:br/>
        <w:t>vn 0.9752 0.0229 -0.2201</w:t>
        <w:br/>
        <w:t>vn 0.9461 0.0260 -0.3229</w:t>
        <w:br/>
        <w:t>vn 0.7028 -0.0008 -0.7114</w:t>
        <w:br/>
        <w:t>vn 0.9253 0.0052 -0.3791</w:t>
        <w:br/>
        <w:t>vn -0.9510 0.0145 -0.3087</w:t>
        <w:br/>
        <w:t>vn -0.9680 -0.0053 -0.2511</w:t>
        <w:br/>
        <w:t>vn -0.9679 -0.0053 -0.2511</w:t>
        <w:br/>
        <w:t>vn 0.9957 0.0347 -0.0855</w:t>
        <w:br/>
        <w:t>vn -0.8510 0.1789 -0.4937</w:t>
        <w:br/>
        <w:t>vn 0.9122 0.0001 -0.4097</w:t>
        <w:br/>
        <w:t>vn -0.9759 -0.0088 -0.2180</w:t>
        <w:br/>
        <w:t>vn 0.8978 -0.0345 -0.4390</w:t>
        <w:br/>
        <w:t>vn 0.8939 -0.1245 -0.4307</w:t>
        <w:br/>
        <w:t>vn 0.8979 -0.0345 -0.4389</w:t>
        <w:br/>
        <w:t>vn 0.8860 0.0730 -0.4580</w:t>
        <w:br/>
        <w:t>vn 0.8859 0.0730 -0.4580</w:t>
        <w:br/>
        <w:t>vn -0.9863 -0.0372 -0.1609</w:t>
        <w:br/>
        <w:t>vn -0.9842 -0.0533 -0.1690</w:t>
        <w:br/>
        <w:t>vn -0.7827 -0.1036 -0.6138</w:t>
        <w:br/>
        <w:t>vn -0.9845 -0.0566 -0.1660</w:t>
        <w:br/>
        <w:t>vn -0.7690 -0.1894 -0.6106</w:t>
        <w:br/>
        <w:t>vn 0.8923 -0.0937 -0.4417</w:t>
        <w:br/>
        <w:t>vn 0.8922 -0.0937 -0.4417</w:t>
        <w:br/>
        <w:t>vn -0.9859 -0.0429 -0.1620</w:t>
        <w:br/>
        <w:t>vn -0.9858 -0.0429 -0.1621</w:t>
        <w:br/>
        <w:t>vn -0.9833 -0.0327 -0.1788</w:t>
        <w:br/>
        <w:t>vn -0.9804 -0.0140 -0.1966</w:t>
        <w:br/>
        <w:t>vn 0.8999 -0.0565 -0.4325</w:t>
        <w:br/>
        <w:t>vn 0.9053 -0.0127 -0.4246</w:t>
        <w:br/>
        <w:t>vn 0.8999 -0.0566 -0.4325</w:t>
        <w:br/>
        <w:t>vn 0.9490 -0.2676 -0.1666</w:t>
        <w:br/>
        <w:t>vn 0.9469 -0.3046 -0.1025</w:t>
        <w:br/>
        <w:t>vn 0.9502 -0.1499 -0.2732</w:t>
        <w:br/>
        <w:t>vn 0.9502 -0.1499 -0.2733</w:t>
        <w:br/>
        <w:t>vn 0.9443 -0.0501 -0.3253</w:t>
        <w:br/>
        <w:t>vn -0.9354 -0.1465 -0.3217</w:t>
        <w:br/>
        <w:t>vn -0.9355 -0.1464 -0.3217</w:t>
        <w:br/>
        <w:t>vn -0.9477 -0.1293 -0.2917</w:t>
        <w:br/>
        <w:t>vn -0.9466 -0.2268 -0.2292</w:t>
        <w:br/>
        <w:t>vn -0.9257 -0.3703 -0.0766</w:t>
        <w:br/>
        <w:t>vn -0.9574 0.0294 -0.2872</w:t>
        <w:br/>
        <w:t>vn -0.9574 0.0293 -0.2872</w:t>
        <w:br/>
        <w:t>vn 0.7148 0.0929 -0.6931</w:t>
        <w:br/>
        <w:t>vn 0.9395 0.0542 -0.3381</w:t>
        <w:br/>
        <w:t>vn -0.9619 0.1042 -0.2528</w:t>
        <w:br/>
        <w:t>vn -0.9580 0.1198 -0.2605</w:t>
        <w:br/>
        <w:t>vn 0.9309 0.1492 -0.3335</w:t>
        <w:br/>
        <w:t>vn 0.6821 0.2615 -0.6830</w:t>
        <w:br/>
        <w:t>vn 0.9378 0.1523 -0.3119</w:t>
        <w:br/>
        <w:t>vn 0.6634 0.3249 -0.6741</w:t>
        <w:br/>
        <w:t>vn 0.9786 0.0842 -0.1877</w:t>
        <w:br/>
        <w:t>vn -0.9058 0.1605 -0.3923</w:t>
        <w:br/>
        <w:t>vn -0.5558 0.3145 -0.7695</w:t>
        <w:br/>
        <w:t>vn 0.9558 0.1293 -0.2642</w:t>
        <w:br/>
        <w:t>vn -0.9407 0.1444 -0.3071</w:t>
        <w:br/>
        <w:t>vn -0.9406 0.1444 -0.3071</w:t>
        <w:br/>
        <w:t>vn -0.7720 -0.2159 0.5979</w:t>
        <w:br/>
        <w:t>vn -0.7893 -0.1606 0.5926</w:t>
        <w:br/>
        <w:t>vn -0.7662 -0.2153 0.6055</w:t>
        <w:br/>
        <w:t>vn 0.3607 -0.1382 -0.9224</w:t>
        <w:br/>
        <w:t>vn 0.3690 -0.1453 -0.9180</w:t>
        <w:br/>
        <w:t>vn -0.0063 0.4716 -0.8818</w:t>
        <w:br/>
        <w:t>vn 0.3188 -0.0846 -0.9440</w:t>
        <w:br/>
        <w:t>vn 0.0159 0.1778 -0.9839</w:t>
        <w:br/>
        <w:t>vn -0.0084 0.1982 -0.9801</w:t>
        <w:br/>
        <w:t>vn -0.0083 0.1982 -0.9801</w:t>
        <w:br/>
        <w:t>vn -0.0384 0.2112 -0.9767</w:t>
        <w:br/>
        <w:t>vn -0.9192 -0.1458 0.3658</w:t>
        <w:br/>
        <w:t>vn -0.8302 -0.2618 0.4922</w:t>
        <w:br/>
        <w:t>vn -0.6052 -0.2506 0.7556</w:t>
        <w:br/>
        <w:t>vn -0.5885 -0.2183 0.7785</w:t>
        <w:br/>
        <w:t>vn -0.5672 -0.1741 0.8050</w:t>
        <w:br/>
        <w:t>vn 0.2267 0.0137 -0.9739</w:t>
        <w:br/>
        <w:t>vn 0.2840 -0.0378 -0.9581</w:t>
        <w:br/>
        <w:t>vn 0.1680 0.0652 -0.9836</w:t>
        <w:br/>
        <w:t>vn 0.1031 0.1338 -0.9856</w:t>
        <w:br/>
        <w:t>vn 0.0165 0.2315 -0.9727</w:t>
        <w:br/>
        <w:t>vn -0.7675 -0.0783 0.6363</w:t>
        <w:br/>
        <w:t>vn -0.6843 -0.1030 0.7219</w:t>
        <w:br/>
        <w:t>vn -0.6100 -0.1438 0.7792</w:t>
        <w:br/>
        <w:t>vn -0.5851 -0.1359 0.7995</w:t>
        <w:br/>
        <w:t>vn -0.5849 -0.1359 0.7996</w:t>
        <w:br/>
        <w:t>vn -0.0093 0.2619 -0.9650</w:t>
        <w:br/>
        <w:t>vn -0.5793 -0.1370 0.8035</w:t>
        <w:br/>
        <w:t>vn -0.0146 0.2620 -0.9650</w:t>
        <w:br/>
        <w:t>vn -0.5919 -0.1357 0.7945</w:t>
        <w:br/>
        <w:t>vn 0.0049 0.2757 -0.9612</w:t>
        <w:br/>
        <w:t>vn -0.6269 -0.1273 0.7686</w:t>
        <w:br/>
        <w:t>vn 0.0507 0.2857 -0.9570</w:t>
        <w:br/>
        <w:t>vn -0.9605 0.0378 0.2757</w:t>
        <w:br/>
        <w:t>vn -0.6536 -0.1320 0.7452</w:t>
        <w:br/>
        <w:t>vn -0.3598 0.2767 -0.8911</w:t>
        <w:br/>
        <w:t>vn 0.0772 0.2539 -0.9642</w:t>
        <w:br/>
        <w:t>vn -0.9193 -0.0435 0.3910</w:t>
        <w:br/>
        <w:t>vn -0.6394 -0.1467 0.7547</w:t>
        <w:br/>
        <w:t>vn 0.0513 0.2171 -0.9748</w:t>
        <w:br/>
        <w:t>vn -0.5988 -0.1575 0.7852</w:t>
        <w:br/>
        <w:t>vn -0.4482 0.1743 -0.8768</w:t>
        <w:br/>
        <w:t>vn -0.0005 0.2061 -0.9785</w:t>
        <w:br/>
        <w:t>vn -0.5709 -0.1642 0.8045</w:t>
        <w:br/>
        <w:t>vn -0.5708 -0.1642 0.8045</w:t>
        <w:br/>
        <w:t>vn -0.0349 0.2040 -0.9783</w:t>
        <w:br/>
        <w:t>vn 0.8939 -0.0484 0.4457</w:t>
        <w:br/>
        <w:t>vn 0.8719 -0.0546 0.4865</w:t>
        <w:br/>
        <w:t>vn 0.8956 -0.0597 0.4408</w:t>
        <w:br/>
        <w:t>vn 0.8173 -0.0306 0.5755</w:t>
        <w:br/>
        <w:t>vn -0.9828 -0.0542 0.1763</w:t>
        <w:br/>
        <w:t>vn -0.9907 -0.0419 0.1297</w:t>
        <w:br/>
        <w:t>vn -0.9987 -0.0396 0.0317</w:t>
        <w:br/>
        <w:t>vn -0.8396 -0.1009 0.5338</w:t>
        <w:br/>
        <w:t>vn -0.9987 -0.0453 -0.0215</w:t>
        <w:br/>
        <w:t>vn 0.8876 -0.0781 0.4540</w:t>
        <w:br/>
        <w:t>vn 0.8875 -0.0781 0.4541</w:t>
        <w:br/>
        <w:t>vn -0.7888 -0.1409 0.5982</w:t>
        <w:br/>
        <w:t>vn -0.9860 -0.0550 0.1575</w:t>
        <w:br/>
        <w:t>vn -0.9912 -0.0457 0.1243</w:t>
        <w:br/>
        <w:t>vn 0.8708 -0.0732 0.4861</w:t>
        <w:br/>
        <w:t>vn 0.5065 -0.1045 0.8559</w:t>
        <w:br/>
        <w:t>vn 0.8654 -0.0417 0.4993</w:t>
        <w:br/>
        <w:t>vn -0.9926 -0.0359 0.1163</w:t>
        <w:br/>
        <w:t>vn -0.9911 -0.0317 0.1293</w:t>
        <w:br/>
        <w:t>vn 0.8711 -0.0172 0.4907</w:t>
        <w:br/>
        <w:t>vn 0.8774 -0.0121 0.4796</w:t>
        <w:br/>
        <w:t>vn -0.9893 -0.0315 0.1422</w:t>
        <w:br/>
        <w:t>vn 0.8796 0.0016 0.4757</w:t>
        <w:br/>
        <w:t>vn 0.5784 -0.0269 0.8153</w:t>
        <w:br/>
        <w:t>vn -0.9887 -0.0274 0.1476</w:t>
        <w:br/>
        <w:t>vn -0.9885 -0.0232 0.1491</w:t>
        <w:br/>
        <w:t>vn -0.9886 -0.0231 0.1488</w:t>
        <w:br/>
        <w:t>vn 0.8801 0.0154 0.4746</w:t>
        <w:br/>
        <w:t>vn 0.8815 0.0158 0.4719</w:t>
        <w:br/>
        <w:t>vn -0.9881 -0.0235 0.1522</w:t>
        <w:br/>
        <w:t>vn -0.9881 -0.0236 0.1523</w:t>
        <w:br/>
        <w:t>vn 0.8917 0.0073 0.4526</w:t>
        <w:br/>
        <w:t>vn -0.9844 -0.0283 0.1735</w:t>
        <w:br/>
        <w:t>vn -0.9763 -0.0328 0.2141</w:t>
        <w:br/>
        <w:t>vn 0.9093 -0.0009 0.4162</w:t>
        <w:br/>
        <w:t>vn 0.6404 -0.0371 0.7672</w:t>
        <w:br/>
        <w:t>vn -0.9586 -0.0684 0.2765</w:t>
        <w:br/>
        <w:t>vn 0.9143 -0.0388 0.4032</w:t>
        <w:br/>
        <w:t>vn -0.9326 -0.3028 0.1963</w:t>
        <w:br/>
        <w:t>vn 0.9377 -0.2139 0.2737</w:t>
        <w:br/>
        <w:t>vn 0.9309 -0.3423 0.1275</w:t>
        <w:br/>
        <w:t>vn -0.8126 0.0478 0.5809</w:t>
        <w:br/>
        <w:t>vn -0.8748 0.0027 0.4844</w:t>
        <w:br/>
        <w:t>vn -0.9263 -0.0446 0.3741</w:t>
        <w:br/>
        <w:t>vn -0.9933 -0.0132 0.1147</w:t>
        <w:br/>
        <w:t>vn -0.9933 -0.0132 0.1146</w:t>
        <w:br/>
        <w:t>vn -0.9679 -0.0388 0.2482</w:t>
        <w:br/>
        <w:t>vn -0.8079 0.0661 0.5856</w:t>
        <w:br/>
        <w:t>vn -0.7955 0.0629 0.6027</w:t>
        <w:br/>
        <w:t>vn -0.7955 0.0628 0.6027</w:t>
        <w:br/>
        <w:t>vn -0.7987 0.0209 0.6013</w:t>
        <w:br/>
        <w:t>vn -0.8036 0.0572 0.5924</w:t>
        <w:br/>
        <w:t>vn -0.7988 0.0208 0.6013</w:t>
        <w:br/>
        <w:t>vn 0.3176 0.1950 -0.9280</w:t>
        <w:br/>
        <w:t>vn 0.2351 0.0814 -0.9686</w:t>
        <w:br/>
        <w:t>vn -0.0185 0.0626 -0.9979</w:t>
        <w:br/>
        <w:t>vn 0.0947 0.0649 -0.9934</w:t>
        <w:br/>
        <w:t>vn -0.9898 -0.1051 0.0959</w:t>
        <w:br/>
        <w:t>vn -0.9898 -0.1051 0.0960</w:t>
        <w:br/>
        <w:t>vn 0.3231 0.2966 -0.8987</w:t>
        <w:br/>
        <w:t>vn 0.3232 0.2966 -0.8987</w:t>
        <w:br/>
        <w:t>vn -0.0716 -0.0015 -0.9974</w:t>
        <w:br/>
        <w:t>vn -0.0717 -0.0015 -0.9974</w:t>
        <w:br/>
        <w:t>vn -0.6995 -0.5119 -0.4986</w:t>
        <w:br/>
        <w:t>vn -0.6993 -0.5280 -0.4819</w:t>
        <w:br/>
        <w:t>vn -0.1992 -0.1523 -0.9681</w:t>
        <w:br/>
        <w:t>vn -0.2564 0.0286 -0.9661</w:t>
        <w:br/>
        <w:t>vn -0.1993 -0.1522 -0.9680</w:t>
        <w:br/>
        <w:t>vn -0.1518 -0.2823 -0.9472</w:t>
        <w:br/>
        <w:t>vn -0.9702 -0.2047 0.1297</w:t>
        <w:br/>
        <w:t>vn -0.9702 -0.2048 0.1297</w:t>
        <w:br/>
        <w:t>vn -0.1543 -0.2141 -0.9645</w:t>
        <w:br/>
        <w:t>vn -0.1341 -0.1429 -0.9806</w:t>
        <w:br/>
        <w:t>vn -0.1542 -0.2142 -0.9645</w:t>
        <w:br/>
        <w:t>vn -0.1210 -0.0459 -0.9916</w:t>
        <w:br/>
        <w:t>vn -0.1036 -0.0159 -0.9945</w:t>
        <w:br/>
        <w:t>vn 0.0592 -0.7701 -0.6351</w:t>
        <w:br/>
        <w:t>vn 0.0592 -0.7701 -0.6352</w:t>
        <w:br/>
        <w:t>vn -0.0053 -0.4417 -0.8972</w:t>
        <w:br/>
        <w:t>vn 0.0006 -0.2781 -0.9605</w:t>
        <w:br/>
        <w:t>vn 0.0007 -0.2781 -0.9605</w:t>
        <w:br/>
        <w:t>vn -0.0556 0.3957 -0.9167</w:t>
        <w:br/>
        <w:t>vn -0.0294 0.1332 -0.9907</w:t>
        <w:br/>
        <w:t>vn -0.0294 0.1332 -0.9906</w:t>
        <w:br/>
        <w:t>vn 0.2351 0.3361 -0.9120</w:t>
        <w:br/>
        <w:t>vn 0.2350 0.3361 -0.9120</w:t>
        <w:br/>
        <w:t>vn -0.0390 0.4288 -0.9026</w:t>
        <w:br/>
        <w:t>vn -0.7050 -0.3721 0.6038</w:t>
        <w:br/>
        <w:t>vn -0.7789 -0.1200 0.6156</w:t>
        <w:br/>
        <w:t>vn -0.7049 -0.3721 0.6038</w:t>
        <w:br/>
        <w:t>vn -0.5131 -0.5313 0.6741</w:t>
        <w:br/>
        <w:t>vn -0.4177 -0.3885 0.8214</w:t>
        <w:br/>
        <w:t>vn -0.4377 -0.2181 0.8723</w:t>
        <w:br/>
        <w:t>vn 0.1267 -0.9580 -0.2574</w:t>
        <w:br/>
        <w:t>vn -0.7909 -0.0098 0.6119</w:t>
        <w:br/>
        <w:t>vn -0.7909 -0.0099 0.6119</w:t>
        <w:br/>
        <w:t>vn 0.0170 0.4318 -0.9018</w:t>
        <w:br/>
        <w:t>vn 0.0170 0.4317 -0.9019</w:t>
        <w:br/>
        <w:t>vn -0.8092 0.0618 0.5842</w:t>
        <w:br/>
        <w:t>vn -0.8092 0.0618 0.5843</w:t>
        <w:br/>
        <w:t>vn 0.1074 0.3862 -0.9161</w:t>
        <w:br/>
        <w:t>vn -0.2738 -0.1124 0.9552</w:t>
        <w:br/>
        <w:t>vn -0.1853 -0.1528 0.9707</w:t>
        <w:br/>
        <w:t>vn -0.3087 0.0387 0.9504</w:t>
        <w:br/>
        <w:t>vn -0.1182 -0.1796 0.9766</w:t>
        <w:br/>
        <w:t>vn -0.1546 -0.2101 0.9654</w:t>
        <w:br/>
        <w:t>vn -0.1961 -0.1875 0.9625</w:t>
        <w:br/>
        <w:t>vn -0.2058 -0.1225 0.9709</w:t>
        <w:br/>
        <w:t>vn -0.1886 -0.0771 0.9790</w:t>
        <w:br/>
        <w:t>vn -0.1747 -0.0690 0.9822</w:t>
        <w:br/>
        <w:t>vn -0.1747 -0.0691 0.9822</w:t>
        <w:br/>
        <w:t>vn -0.1717 -0.0408 0.9843</w:t>
        <w:br/>
        <w:t>vn -0.1713 -0.0123 0.9851</w:t>
        <w:br/>
        <w:t>vn -0.1714 -0.0123 0.9851</w:t>
        <w:br/>
        <w:t>vn -0.1715 -0.0123 0.9851</w:t>
        <w:br/>
        <w:t>vn -0.1536 -0.0333 0.9876</w:t>
        <w:br/>
        <w:t>vn -0.0973 -0.0530 0.9938</w:t>
        <w:br/>
        <w:t>vn -0.0974 -0.0530 0.9938</w:t>
        <w:br/>
        <w:t>vn -0.0820 -0.1493 0.9854</w:t>
        <w:br/>
        <w:t>vn -0.1044 -0.2455 0.9638</w:t>
        <w:br/>
        <w:t>vn 0.1893 -0.9701 0.1521</w:t>
        <w:br/>
        <w:t>vn 0.1892 -0.9701 0.1521</w:t>
        <w:br/>
        <w:t>vn -0.9462 -0.0268 -0.3225</w:t>
        <w:br/>
        <w:t>vn -0.9214 -0.0993 -0.3758</w:t>
        <w:br/>
        <w:t>vn -0.8370 -0.0994 -0.5381</w:t>
        <w:br/>
        <w:t>vn -0.9137 0.0446 -0.4039</w:t>
        <w:br/>
        <w:t>vn -0.8370 -0.0995 -0.5381</w:t>
        <w:br/>
        <w:t>vn -0.7512 -0.3617 -0.5521</w:t>
        <w:br/>
        <w:t>vn -0.7512 -0.3617 -0.5522</w:t>
        <w:br/>
        <w:t>vn -0.9467 0.1338 -0.2930</w:t>
        <w:br/>
        <w:t>vn -0.9434 0.2002 -0.2642</w:t>
        <w:br/>
        <w:t>vn -0.9435 0.2003 -0.2642</w:t>
        <w:br/>
        <w:t>vn -0.9470 0.1981 -0.2529</w:t>
        <w:br/>
        <w:t>vn -0.9399 0.2239 -0.2579</w:t>
        <w:br/>
        <w:t>vn -0.9178 0.2575 -0.3022</w:t>
        <w:br/>
        <w:t>vn -0.9116 0.1977 -0.3604</w:t>
        <w:br/>
        <w:t>vn -0.9281 0.1118 -0.3550</w:t>
        <w:br/>
        <w:t>vn -0.9282 0.1118 -0.3550</w:t>
        <w:br/>
        <w:t>vn -0.9508 0.0758 -0.3004</w:t>
        <w:br/>
        <w:t>vn -0.9611 0.0608 -0.2695</w:t>
        <w:br/>
        <w:t>vn -0.9626 0.0546 -0.2655</w:t>
        <w:br/>
        <w:t>vn 0.7018 -0.1102 0.7038</w:t>
        <w:br/>
        <w:t>vn 0.3912 0.4098 0.8240</w:t>
        <w:br/>
        <w:t>vn 0.3912 0.4099 0.8240</w:t>
        <w:br/>
        <w:t>vn 0.7018 -0.1103 0.7038</w:t>
        <w:br/>
        <w:t>vn -0.0642 0.7805 0.6219</w:t>
        <w:br/>
        <w:t>vn -0.4862 0.8567 0.1725</w:t>
        <w:br/>
        <w:t>vn -0.4862 0.8567 0.1726</w:t>
        <w:br/>
        <w:t>vn -0.7107 0.6115 -0.3478</w:t>
        <w:br/>
        <w:t>vn -0.6572 0.1421 -0.7402</w:t>
        <w:br/>
        <w:t>vn -0.3487 -0.3763 -0.8584</w:t>
        <w:br/>
        <w:t>vn -0.3487 -0.3763 -0.8583</w:t>
        <w:br/>
        <w:t>vn 0.1016 -0.7483 -0.6555</w:t>
        <w:br/>
        <w:t>vn -0.3487 -0.3764 -0.8583</w:t>
        <w:br/>
        <w:t>vn 0.7514 -0.5820 0.3109</w:t>
        <w:br/>
        <w:t>vn 0.5225 -0.8270 -0.2077</w:t>
        <w:br/>
        <w:t>vn 0.5225 -0.8270 -0.2076</w:t>
        <w:br/>
        <w:t>vn -0.7029 -0.4702 0.5337</w:t>
        <w:br/>
        <w:t>vn -0.7029 -0.4700 0.5338</w:t>
        <w:br/>
        <w:t>vn -0.7028 -0.4703 0.5337</w:t>
        <w:br/>
        <w:t>vn -0.7030 -0.4700 0.5337</w:t>
        <w:br/>
        <w:t>vn -0.7030 -0.4702 0.5336</w:t>
        <w:br/>
        <w:t>vn -0.7030 -0.4700 0.5338</w:t>
        <w:br/>
        <w:t>vn -0.7029 -0.4697 0.5341</w:t>
        <w:br/>
        <w:t>vn -0.7029 -0.4698 0.5340</w:t>
        <w:br/>
        <w:t>vn 0.6920 0.4733 -0.5450</w:t>
        <w:br/>
        <w:t>vn 0.6919 0.4734 -0.5451</w:t>
        <w:br/>
        <w:t>vn 0.6920 0.4733 -0.5451</w:t>
        <w:br/>
        <w:t>vn 0.6919 0.4733 -0.5451</w:t>
        <w:br/>
        <w:t>vn 0.6919 0.4733 -0.5452</w:t>
        <w:br/>
        <w:t>vn 0.6919 0.4734 -0.5452</w:t>
        <w:br/>
        <w:t>vn 0.6919 0.4735 -0.5451</w:t>
        <w:br/>
        <w:t>vn 0.6918 0.4737 -0.5450</w:t>
        <w:br/>
        <w:t>vn 0.6917 0.4738 -0.5450</w:t>
        <w:br/>
        <w:t>vn -0.3188 0.1494 0.9360</w:t>
        <w:br/>
        <w:t>vn -0.1092 0.0673 0.9917</w:t>
        <w:br/>
        <w:t>vn 0.4898 0.1465 0.8594</w:t>
        <w:br/>
        <w:t>vn 0.3189 0.1250 0.9395</w:t>
        <w:br/>
        <w:t>vn 0.0607 0.0723 0.9955</w:t>
        <w:br/>
        <w:t>vn -0.3137 -0.4448 0.8389</w:t>
        <w:br/>
        <w:t>vn -0.5279 -0.2497 0.8118</w:t>
        <w:br/>
        <w:t>vn 0.5307 -0.2535 0.8087</w:t>
        <w:br/>
        <w:t>vn -0.3725 -0.7429 0.5562</w:t>
        <w:br/>
        <w:t>vn -0.6818 -0.5502 0.4821</w:t>
        <w:br/>
        <w:t>vn 0.2948 -0.4219 0.8574</w:t>
        <w:br/>
        <w:t>vn -0.0020 0.1294 0.9916</w:t>
        <w:br/>
        <w:t>vn 0.7607 -0.4763 0.4409</w:t>
        <w:br/>
        <w:t>vn 0.9422 -0.0589 0.3299</w:t>
        <w:br/>
        <w:t>vn -0.7435 -0.4293 0.5128</w:t>
        <w:br/>
        <w:t>vn -0.9223 0.0226 0.3857</w:t>
        <w:br/>
        <w:t>vn 0.8648 0.4479 0.2271</w:t>
        <w:br/>
        <w:t>vn -0.8229 0.5234 0.2213</w:t>
        <w:br/>
        <w:t>vn 0.1915 -0.2466 0.9500</w:t>
        <w:br/>
        <w:t>vn -0.2165 -0.2863 0.9333</w:t>
        <w:br/>
        <w:t>vn 0.5624 -0.6541 0.5058</w:t>
        <w:br/>
        <w:t>vn 0.0172 0.1922 0.9812</w:t>
        <w:br/>
        <w:t>vn -0.0044 0.1861 0.9825</w:t>
        <w:br/>
        <w:t>vn -0.5171 -0.6478 0.5594</w:t>
        <w:br/>
        <w:t>vn -0.6313 0.7721 0.0733</w:t>
        <w:br/>
        <w:t>vn 0.6997 0.7027 0.1285</w:t>
        <w:br/>
        <w:t>vn 0.0268 0.2232 0.9744</w:t>
        <w:br/>
        <w:t>vn -0.0056 0.2142 0.9768</w:t>
        <w:br/>
        <w:t>vn 0.9376 -0.1003 0.3330</w:t>
        <w:br/>
        <w:t>vn 0.6551 0.1062 0.7480</w:t>
        <w:br/>
        <w:t>vn 0.9076 0.3591 0.2177</w:t>
        <w:br/>
        <w:t>vn 0.9076 0.3590 0.2177</w:t>
        <w:br/>
        <w:t>vn -0.8943 0.3908 0.2179</w:t>
        <w:br/>
        <w:t>vn -0.8943 0.3908 0.2178</w:t>
        <w:br/>
        <w:t>vn 0.4106 -0.7553 0.5108</w:t>
        <w:br/>
        <w:t>vn 0.0283 0.2243 0.9741</w:t>
        <w:br/>
        <w:t>vn -0.0364 0.2061 0.9779</w:t>
        <w:br/>
        <w:t>vn -0.6723 0.5353 0.5113</w:t>
        <w:br/>
        <w:t>vn -0.3981 0.6024 0.6918</w:t>
        <w:br/>
        <w:t>vn 0.1233 0.5214 0.8443</w:t>
        <w:br/>
        <w:t>vn 0.1268 0.5735 0.8093</w:t>
        <w:br/>
        <w:t>vn 0.6988 0.4856 0.5252</w:t>
        <w:br/>
        <w:t>vn 0.8006 0.5775 0.1601</w:t>
        <w:br/>
        <w:t>vn 0.7644 0.2456 0.5961</w:t>
        <w:br/>
        <w:t>vn 0.7065 0.2594 0.6585</w:t>
        <w:br/>
        <w:t>vn -0.4220 0.5657 0.7084</w:t>
        <w:br/>
        <w:t>vn -0.5238 0.2450 0.8159</w:t>
        <w:br/>
        <w:t>vn -0.4285 0.6996 0.5718</w:t>
        <w:br/>
        <w:t>vn -0.6175 0.1344 0.7750</w:t>
        <w:br/>
        <w:t>vn -0.4824 0.2799 0.8300</w:t>
        <w:br/>
        <w:t>vn 0.8168 0.2299 0.5291</w:t>
        <w:br/>
        <w:t>vn -0.4008 0.5444 0.7369</w:t>
        <w:br/>
        <w:t>vn -0.3635 0.5812 0.7281</w:t>
        <w:br/>
        <w:t>vn -0.1783 0.9157 0.3601</w:t>
        <w:br/>
        <w:t>vn -0.1349 0.9612 0.2407</w:t>
        <w:br/>
        <w:t>vn -0.1475 0.8452 0.5137</w:t>
        <w:br/>
        <w:t>vn -0.2008 0.7814 0.5908</w:t>
        <w:br/>
        <w:t>vn -0.1614 0.8199 0.5493</w:t>
        <w:br/>
        <w:t>vn -0.1973 0.8672 0.4573</w:t>
        <w:br/>
        <w:t>vn -0.1761 0.8017 0.5711</w:t>
        <w:br/>
        <w:t>vn 0.6894 0.6866 0.2309</w:t>
        <w:br/>
        <w:t>vn 0.6347 0.4579 0.6225</w:t>
        <w:br/>
        <w:t>vn 0.5163 0.3570 0.7784</w:t>
        <w:br/>
        <w:t>vn 0.4770 0.4194 0.7724</w:t>
        <w:br/>
        <w:t>vn 0.4606 0.5776 0.6739</w:t>
        <w:br/>
        <w:t>vn 0.4606 0.5776 0.6740</w:t>
        <w:br/>
        <w:t>vn -0.0600 0.8913 0.4493</w:t>
        <w:br/>
        <w:t>vn -0.1189 0.8098 0.5745</w:t>
        <w:br/>
        <w:t>vn -0.1269 0.6906 0.7120</w:t>
        <w:br/>
        <w:t>vn -0.0660 0.8996 0.4317</w:t>
        <w:br/>
        <w:t>vn -0.0147 0.9284 0.3712</w:t>
        <w:br/>
        <w:t>vn 0.1401 0.9290 0.3426</w:t>
        <w:br/>
        <w:t>vn 0.3488 0.8208 0.4524</w:t>
        <w:br/>
        <w:t>vn 0.4507 0.6874 0.5696</w:t>
        <w:br/>
        <w:t>vn 0.9018 0.3304 -0.2785</w:t>
        <w:br/>
        <w:t>vn 0.5991 0.7758 0.1982</w:t>
        <w:br/>
        <w:t>vn 0.4985 0.6510 0.5724</w:t>
        <w:br/>
        <w:t>vn -0.0492 0.9988 0.0055</w:t>
        <w:br/>
        <w:t>vn -0.0454 0.9989 0.0061</w:t>
        <w:br/>
        <w:t>vn -0.0525 0.9986 0.0118</w:t>
        <w:br/>
        <w:t>vn -0.0056 0.9996 0.0282</w:t>
        <w:br/>
        <w:t>vn -0.0191 0.9994 0.0282</w:t>
        <w:br/>
        <w:t>vn -0.0415 0.9982 0.0438</w:t>
        <w:br/>
        <w:t>vn -0.0149 0.9988 0.0456</w:t>
        <w:br/>
        <w:t>vn 0.0180 0.9998 0.0057</w:t>
        <w:br/>
        <w:t>vn 0.0252 0.9997 0.0039</w:t>
        <w:br/>
        <w:t>vn 0.1001 0.9654 0.2407</w:t>
        <w:br/>
        <w:t>vn 0.0147 0.9999 0.0021</w:t>
        <w:br/>
        <w:t>vn 0.0146 0.9999 0.0021</w:t>
        <w:br/>
        <w:t>vn 0.0183 0.9982 0.0574</w:t>
        <w:br/>
        <w:t>vn 0.0112 0.9991 0.0411</w:t>
        <w:br/>
        <w:t>vn 0.0314 0.9988 0.0386</w:t>
        <w:br/>
        <w:t>vn 0.0243 0.9991 0.0338</w:t>
        <w:br/>
        <w:t>vn 0.2896 0.6868 0.6667</w:t>
        <w:br/>
        <w:t>vn 0.3252 0.6714 0.6659</w:t>
        <w:br/>
        <w:t>vn 0.2509 0.7383 0.6261</w:t>
        <w:br/>
        <w:t>vn -0.8294 -0.0818 -0.5526</w:t>
        <w:br/>
        <w:t>vn -0.6705 -0.1221 -0.7318</w:t>
        <w:br/>
        <w:t>vn -0.4524 -0.4242 -0.7845</w:t>
        <w:br/>
        <w:t>vn -0.5601 -0.3641 -0.7442</w:t>
        <w:br/>
        <w:t>vn -0.4042 -0.1368 -0.9044</w:t>
        <w:br/>
        <w:t>vn -0.2846 -0.4127 -0.8653</w:t>
        <w:br/>
        <w:t>vn 0.0061 -0.1490 -0.9888</w:t>
        <w:br/>
        <w:t>vn 0.0246 -0.3952 -0.9183</w:t>
        <w:br/>
        <w:t>vn 0.4180 -0.1367 -0.8981</w:t>
        <w:br/>
        <w:t>vn 0.3149 -0.3859 -0.8671</w:t>
        <w:br/>
        <w:t>vn 0.7124 -0.1072 -0.6935</w:t>
        <w:br/>
        <w:t>vn 0.5192 -0.3653 -0.7726</w:t>
        <w:br/>
        <w:t>vn 0.8575 -0.0840 -0.5075</w:t>
        <w:br/>
        <w:t>vn 0.6464 -0.3102 -0.6971</w:t>
        <w:br/>
        <w:t>vn 0.8682 -0.0205 -0.4958</w:t>
        <w:br/>
        <w:t>vn 0.7429 -0.2725 -0.6114</w:t>
        <w:br/>
        <w:t>vn 0.9066 -0.3776 -0.1885</w:t>
        <w:br/>
        <w:t>vn 0.7166 -0.5139 -0.4717</w:t>
        <w:br/>
        <w:t>vn 0.9015 -0.0961 -0.4220</w:t>
        <w:br/>
        <w:t>vn 0.6554 -0.3885 -0.6477</w:t>
        <w:br/>
        <w:t>vn 0.6028 -0.3343 -0.7245</w:t>
        <w:br/>
        <w:t>vn 0.6511 -0.4828 -0.5856</w:t>
        <w:br/>
        <w:t>vn 0.7289 -0.4012 -0.5547</w:t>
        <w:br/>
        <w:t>vn 0.6935 -0.3362 -0.6372</w:t>
        <w:br/>
        <w:t>vn 0.8224 -0.3554 -0.4442</w:t>
        <w:br/>
        <w:t>vn -0.8060 -0.2807 -0.5212</w:t>
        <w:br/>
        <w:t>vn -0.8543 -0.3510 -0.3834</w:t>
        <w:br/>
        <w:t>vn -0.9275 -0.2474 -0.2803</w:t>
        <w:br/>
        <w:t>vn -0.9109 -0.1310 -0.3913</w:t>
        <w:br/>
        <w:t>vn -0.5118 -0.5706 -0.6422</w:t>
        <w:br/>
        <w:t>vn -0.5918 -0.5597 -0.5801</w:t>
        <w:br/>
        <w:t>vn -0.6844 -0.5312 -0.4995</w:t>
        <w:br/>
        <w:t>vn -0.6911 -0.5249 -0.4968</w:t>
        <w:br/>
        <w:t>vn -0.4964 -0.3681 -0.7862</w:t>
        <w:br/>
        <w:t>vn -0.4242 -0.1061 -0.8993</w:t>
        <w:br/>
        <w:t>vn -0.4235 -0.3944 -0.8156</w:t>
        <w:br/>
        <w:t>vn -0.2582 -0.3710 -0.8920</w:t>
        <w:br/>
        <w:t>vn 0.0412 -0.3377 -0.9404</w:t>
        <w:br/>
        <w:t>vn 0.3180 -0.3394 -0.8852</w:t>
        <w:br/>
        <w:t>vn 0.4912 -0.3448 -0.7999</w:t>
        <w:br/>
        <w:t>vn -0.1274 0.3598 -0.9243</w:t>
        <w:br/>
        <w:t>vn -0.1275 0.3597 -0.9243</w:t>
        <w:br/>
        <w:t>vn -0.5900 -0.4060 -0.6979</w:t>
        <w:br/>
        <w:t>vn -0.4992 -0.3518 -0.7919</w:t>
        <w:br/>
        <w:t>vn -0.2919 -0.3118 -0.9042</w:t>
        <w:br/>
        <w:t>vn 0.0470 -0.2724 -0.9610</w:t>
        <w:br/>
        <w:t>vn 0.3818 -0.2638 -0.8858</w:t>
        <w:br/>
        <w:t>vn 0.5926 -0.2835 -0.7540</w:t>
        <w:br/>
        <w:t>vn -0.5196 -0.4806 -0.7064</w:t>
        <w:br/>
        <w:t>vn -0.3205 -0.3994 -0.8589</w:t>
        <w:br/>
        <w:t>vn 0.0284 -0.3756 -0.9264</w:t>
        <w:br/>
        <w:t>vn 0.3811 -0.3517 -0.8550</w:t>
        <w:br/>
        <w:t>vn 0.6151 -0.3789 -0.6915</w:t>
        <w:br/>
        <w:t>vn 0.7704 -0.3472 -0.5348</w:t>
        <w:br/>
        <w:t>vn -0.7023 -0.4500 -0.5516</w:t>
        <w:br/>
        <w:t>vn -0.7706 -0.1216 -0.6256</w:t>
        <w:br/>
        <w:t>vn 0.8189 -0.3344 -0.4665</w:t>
        <w:br/>
        <w:t>vn -0.7444 0.2036 -0.6359</w:t>
        <w:br/>
        <w:t>vn -0.5423 0.2093 -0.8137</w:t>
        <w:br/>
        <w:t>vn 0.0158 0.2463 -0.9691</w:t>
        <w:br/>
        <w:t>vn -0.2778 0.2220 -0.9346</w:t>
        <w:br/>
        <w:t>vn 0.3022 0.2484 -0.9203</w:t>
        <w:br/>
        <w:t>vn 0.5535 0.2438 -0.7963</w:t>
        <w:br/>
        <w:t>vn 0.7185 0.2595 -0.6453</w:t>
        <w:br/>
        <w:t>vn 0.7527 0.2556 -0.6067</w:t>
        <w:br/>
        <w:t>vn 0.4022 0.5622 -0.7227</w:t>
        <w:br/>
        <w:t>vn 0.4022 0.5621 -0.7227</w:t>
        <w:br/>
        <w:t>vn 0.5960 0.2692 -0.7565</w:t>
        <w:br/>
        <w:t>vn 0.3222 0.2796 -0.9044</w:t>
        <w:br/>
        <w:t>vn -0.0140 0.2775 -0.9606</w:t>
        <w:br/>
        <w:t>vn -0.3441 0.2680 -0.8999</w:t>
        <w:br/>
        <w:t>vn -0.5869 0.2736 -0.7620</w:t>
        <w:br/>
        <w:t>vn -0.7508 0.2487 -0.6119</w:t>
        <w:br/>
        <w:t>vn -0.5463 0.4864 -0.6819</w:t>
        <w:br/>
        <w:t>vn 0.6943 -0.4355 -0.5730</w:t>
        <w:br/>
        <w:t>vn 0.7123 -0.5174 -0.4743</w:t>
        <w:br/>
        <w:t>vn 0.9268 -0.3005 -0.2253</w:t>
        <w:br/>
        <w:t>vn 0.5973 -0.5358 -0.5967</w:t>
        <w:br/>
        <w:t>vn 0.4258 -0.5793 -0.6951</w:t>
        <w:br/>
        <w:t>vn -0.9159 -0.3958 -0.0660</w:t>
        <w:br/>
        <w:t>vn -0.7077 -0.6195 -0.3397</w:t>
        <w:br/>
        <w:t>vn -0.8324 -0.3122 -0.4578</w:t>
        <w:br/>
        <w:t>vn -0.6331 -0.5298 -0.5643</w:t>
        <w:br/>
        <w:t>vn -0.0525 -0.1895 -0.9805</w:t>
        <w:br/>
        <w:t>vn 0.5960 -0.3765 -0.7093</w:t>
        <w:br/>
        <w:t>vn 0.8378 -0.4494 -0.3101</w:t>
        <w:br/>
        <w:t>vn 0.9158 -0.3979 -0.0545</w:t>
        <w:br/>
        <w:t>vn 0.8632 -0.4233 -0.2750</w:t>
        <w:br/>
        <w:t>vn 0.4770 0.4194 0.7723</w:t>
        <w:br/>
        <w:t>vn -0.8745 -0.2581 -0.4107</w:t>
        <w:br/>
        <w:t>vn -0.7391 -0.5729 -0.3543</w:t>
        <w:br/>
        <w:t>vn -0.9246 -0.3800 -0.0269</w:t>
        <w:br/>
        <w:t>vn -0.7270 -0.6445 0.2368</w:t>
        <w:br/>
        <w:t>vn -0.9070 -0.3301 -0.2616</w:t>
        <w:br/>
        <w:t>vn -0.6356 -0.4760 -0.6078</w:t>
        <w:br/>
        <w:t>vn -0.1034 -0.9638 -0.2456</w:t>
        <w:br/>
        <w:t>vn 0.2546 -0.9432 -0.2135</w:t>
        <w:br/>
        <w:t>vn 0.4842 -0.8464 -0.2218</w:t>
        <w:br/>
        <w:t>vn 0.8878 -0.3206 -0.3303</w:t>
        <w:br/>
        <w:t>vn 0.9299 -0.3612 -0.0690</w:t>
        <w:br/>
        <w:t>vn 0.8411 -0.4500 -0.3001</w:t>
        <w:br/>
        <w:t>vn -0.5529 -0.5266 -0.6458</w:t>
        <w:br/>
        <w:t>vn -0.9311 -0.1943 -0.3086</w:t>
        <w:br/>
        <w:t>vn -0.4736 -0.5936 -0.6507</w:t>
        <w:br/>
        <w:t>vn -0.9753 -0.0721 -0.2089</w:t>
        <w:br/>
        <w:t>vn -0.9874 -0.0877 -0.1317</w:t>
        <w:br/>
        <w:t>vn 0.9002 -0.2718 -0.3403</w:t>
        <w:br/>
        <w:t>vn 0.9841 -0.0695 -0.1634</w:t>
        <w:br/>
        <w:t>vn 0.9667 -0.0532 -0.2502</w:t>
        <w:br/>
        <w:t>vn 0.9489 0.3035 -0.0871</w:t>
        <w:br/>
        <w:t>vn 0.9331 0.2867 -0.2171</w:t>
        <w:br/>
        <w:t>vn 0.7722 0.2560 -0.5816</w:t>
        <w:br/>
        <w:t>vn -0.9292 0.3297 -0.1672</w:t>
        <w:br/>
        <w:t>vn -0.9366 0.3463 -0.0542</w:t>
        <w:br/>
        <w:t>vn -0.8142 0.3015 -0.4962</w:t>
        <w:br/>
        <w:t>vn -0.4926 0.2800 -0.8240</w:t>
        <w:br/>
        <w:t>vn 0.3677 -0.0055 -0.9299</w:t>
        <w:br/>
        <w:t>vn 0.3435 0.2537 -0.9042</w:t>
        <w:br/>
        <w:t>vn -0.0986 -0.0218 -0.9949</w:t>
        <w:br/>
        <w:t>vn -0.1100 0.2695 -0.9567</w:t>
        <w:br/>
        <w:t>vn 0.5167 -0.5316 -0.6711</w:t>
        <w:br/>
        <w:t>vn 0.9546 -0.1398 -0.2632</w:t>
        <w:br/>
        <w:t>vn -0.8927 0.4243 -0.1516</w:t>
        <w:br/>
        <w:t>vn -0.8960 0.4416 -0.0476</w:t>
        <w:br/>
        <w:t>vn -0.7923 0.3939 -0.4659</w:t>
        <w:br/>
        <w:t>vn -0.5068 0.3504 -0.7876</w:t>
        <w:br/>
        <w:t>vn -0.1235 0.3188 -0.9397</w:t>
        <w:br/>
        <w:t>vn 0.3302 0.2986 -0.8954</w:t>
        <w:br/>
        <w:t>vn 0.7465 0.3231 -0.5816</w:t>
        <w:br/>
        <w:t>vn 0.9022 0.3803 -0.2036</w:t>
        <w:br/>
        <w:t>vn 0.9084 0.4115 -0.0745</w:t>
        <w:br/>
        <w:t>vn 0.9499 0.2230 -0.2191</w:t>
        <w:br/>
        <w:t>vn 0.9651 0.2437 -0.0958</w:t>
        <w:br/>
        <w:t>vn 0.7749 0.1624 -0.6109</w:t>
        <w:br/>
        <w:t>vn 0.3491 0.0910 -0.9327</w:t>
        <w:br/>
        <w:t>vn -0.1282 0.0784 -0.9887</w:t>
        <w:br/>
        <w:t>vn -0.5466 0.1335 -0.8267</w:t>
        <w:br/>
        <w:t>vn -0.8466 0.2003 -0.4930</w:t>
        <w:br/>
        <w:t>vn -0.9645 0.2055 -0.1658</w:t>
        <w:br/>
        <w:t>vn -0.9780 0.1972 -0.0686</w:t>
        <w:br/>
        <w:t>vn -0.0161 -0.4618 0.8868</w:t>
        <w:br/>
        <w:t>vn -0.0087 -0.3438 0.9390</w:t>
        <w:br/>
        <w:t>vn -0.0020 0.2977 0.9547</w:t>
        <w:br/>
        <w:t>vn -0.0003 -0.1520 0.9884</w:t>
        <w:br/>
        <w:t>vn -0.0003 -0.1521 0.9884</w:t>
        <w:br/>
        <w:t>vn 0.0004 0.3227 0.9465</w:t>
        <w:br/>
        <w:t>vn 0.0051 -0.0306 0.9995</w:t>
        <w:br/>
        <w:t>vn 0.0257 0.9996 0.0104</w:t>
        <w:br/>
        <w:t>vn 0.0258 0.9996 0.0104</w:t>
        <w:br/>
        <w:t>vn -0.0370 0.9989 0.0293</w:t>
        <w:br/>
        <w:t>vn -0.0537 0.9979 0.0350</w:t>
        <w:br/>
        <w:t>vn -0.3849 0.0182 0.9228</w:t>
        <w:br/>
        <w:t>vn 0.3929 0.0121 0.9195</w:t>
        <w:br/>
        <w:t>vn 0.8556 -0.0205 0.5172</w:t>
        <w:br/>
        <w:t>vn 0.8557 -0.0204 0.5171</w:t>
        <w:br/>
        <w:t>vn 0.9647 0.0124 0.2631</w:t>
        <w:br/>
        <w:t>vn 0.9978 0.0576 0.0333</w:t>
        <w:br/>
        <w:t>vn 0.9918 0.0505 0.1171</w:t>
        <w:br/>
        <w:t>vn 0.9978 0.0575 0.0333</w:t>
        <w:br/>
        <w:t>vn 0.9890 0.0793 -0.1250</w:t>
        <w:br/>
        <w:t>vn 0.9890 0.0793 -0.1251</w:t>
        <w:br/>
        <w:t>vn 0.9615 0.0046 -0.2749</w:t>
        <w:br/>
        <w:t>vn -0.9955 0.0181 -0.0926</w:t>
        <w:br/>
        <w:t>vn -0.9544 -0.0333 -0.2968</w:t>
        <w:br/>
        <w:t>vn -0.9982 0.0069 0.0594</w:t>
        <w:br/>
        <w:t>vn -0.9982 0.0068 0.0594</w:t>
        <w:br/>
        <w:t>vn -0.9735 0.0100 0.2284</w:t>
        <w:br/>
        <w:t>vn -0.7474 -0.0171 0.6642</w:t>
        <w:br/>
        <w:t>vn -0.8659 -0.0025 0.5001</w:t>
        <w:br/>
        <w:t>vn 0.5168 -0.5316 -0.6711</w:t>
        <w:br/>
        <w:t>vn -0.5529 -0.5266 -0.6457</w:t>
        <w:br/>
        <w:t>vn 0.0001 -0.9123 -0.4096</w:t>
        <w:br/>
        <w:t>vn 0.0007 -0.6648 -0.7470</w:t>
        <w:br/>
        <w:t>vn 0.0007 -0.6647 -0.7471</w:t>
        <w:br/>
        <w:t>vn 0.0001 -0.9123 -0.4095</w:t>
        <w:br/>
        <w:t>vn 0.1385 0.9232 0.3584</w:t>
        <w:br/>
        <w:t>vn -0.0112 0.9999 -0.0112</w:t>
        <w:br/>
        <w:t>vn -0.0075 1.0000 0.0013</w:t>
        <w:br/>
        <w:t>vn -0.0058 1.0000 -0.0056</w:t>
        <w:br/>
        <w:t>vn -0.2584 0.9641 0.0618</w:t>
        <w:br/>
        <w:t>vn 0.0332 0.9993 -0.0197</w:t>
        <w:br/>
        <w:t>vn 0.0168 0.9998 -0.0100</w:t>
        <w:br/>
        <w:t>vn 0.0140 0.9998 -0.0118</w:t>
        <w:br/>
        <w:t>vn 0.0070 1.0000 -0.0059</w:t>
        <w:br/>
        <w:t>vn 0.0001 1.0000 -0.0000</w:t>
        <w:br/>
        <w:t>vn -0.0036 0.9999 0.0104</w:t>
        <w:br/>
        <w:t>vn 0.0041 0.9997 0.0247</w:t>
        <w:br/>
        <w:t>vn -0.0073 0.9998 0.0165</w:t>
        <w:br/>
        <w:t>vn 0.4449 0.8624 -0.2417</w:t>
        <w:br/>
        <w:t>vn 0.2088 0.9768 -0.0468</w:t>
        <w:br/>
        <w:t>vn 0.1361 0.9904 -0.0253</w:t>
        <w:br/>
        <w:t>vn -0.0014 1.0000 0.0047</w:t>
        <w:br/>
        <w:t>vn -0.0011 0.9999 0.0131</w:t>
        <w:br/>
        <w:t>vn -0.0049 0.9999 0.0147</w:t>
        <w:br/>
        <w:t>vn -0.0057 0.9999 0.0163</w:t>
        <w:br/>
        <w:t>vn -0.0497 0.9870 0.1532</w:t>
        <w:br/>
        <w:t>vn -0.0027 0.9998 0.0204</w:t>
        <w:br/>
        <w:t>vn 0.0015 0.9994 0.0357</w:t>
        <w:br/>
        <w:t>vn -0.0019 0.9999 0.0155</w:t>
        <w:br/>
        <w:t>vn 0.0634 0.1273 0.9898</w:t>
        <w:br/>
        <w:t>vn -0.0919 0.1442 0.9853</w:t>
        <w:br/>
        <w:t>vn -0.0951 0.9911 0.0928</w:t>
        <w:br/>
        <w:t>vn 0.7888 0.5936 -0.1594</w:t>
        <w:br/>
        <w:t>vn 0.7722 0.5071 0.3828</w:t>
        <w:br/>
        <w:t>vn -0.7668 0.6013 0.2249</w:t>
        <w:br/>
        <w:t>vn -0.7668 0.6012 0.2249</w:t>
        <w:br/>
        <w:t>vn -0.4046 -0.7617 0.5061</w:t>
        <w:br/>
        <w:t>vn -0.7034 -0.2457 0.6669</w:t>
        <w:br/>
        <w:t>vn -0.7261 0.3688 0.5803</w:t>
        <w:br/>
        <w:t>vn -0.4601 0.8427 0.2796</w:t>
        <w:br/>
        <w:t>vn -0.0107 0.9932 -0.1162</w:t>
        <w:br/>
        <w:t>vn 0.4480 0.7683 -0.4571</w:t>
        <w:br/>
        <w:t>vn 0.7440 0.2541 -0.6180</w:t>
        <w:br/>
        <w:t>vn 0.7645 -0.3583 -0.5359</w:t>
        <w:br/>
        <w:t>vn 0.7645 -0.3584 -0.5358</w:t>
        <w:br/>
        <w:t>vn 0.0537 -0.9855 0.1608</w:t>
        <w:br/>
        <w:t>vn 0.0536 -0.9855 0.1609</w:t>
        <w:br/>
        <w:t>vn 0.5000 -0.8328 -0.2378</w:t>
        <w:br/>
        <w:t>vn 0.4999 -0.8328 -0.2377</w:t>
        <w:br/>
        <w:t>vn -0.6521 -0.0688 -0.7550</w:t>
        <w:br/>
        <w:t>vn -0.6523 -0.0687 -0.7549</w:t>
        <w:br/>
        <w:t>vn -0.6521 -0.0689 -0.7550</w:t>
        <w:br/>
        <w:t>vn -0.6522 -0.0688 -0.7550</w:t>
        <w:br/>
        <w:t>vn -0.6523 -0.0686 -0.7549</w:t>
        <w:br/>
        <w:t>vn -0.6522 -0.0686 -0.7549</w:t>
        <w:br/>
        <w:t>vn -0.6521 -0.0687 -0.7550</w:t>
        <w:br/>
        <w:t>vn -0.6525 -0.0687 -0.7547</w:t>
        <w:br/>
        <w:t>vn -0.6526 -0.0686 -0.7546</w:t>
        <w:br/>
        <w:t>vn -0.6525 -0.0686 -0.7547</w:t>
        <w:br/>
        <w:t>vn 0.6585 0.0817 0.7481</w:t>
        <w:br/>
        <w:t>vn 0.6586 0.0819 0.7481</w:t>
        <w:br/>
        <w:t>vn 0.6586 0.0818 0.7481</w:t>
        <w:br/>
        <w:t>vn 0.6586 0.0818 0.7480</w:t>
        <w:br/>
        <w:t>vn 0.6587 0.0818 0.7480</w:t>
        <w:br/>
        <w:t>vn 0.6587 0.0818 0.7479</w:t>
        <w:br/>
        <w:t>vn 0.6586 0.0819 0.7480</w:t>
        <w:br/>
        <w:t>vn 0.6585 0.0820 0.7481</w:t>
        <w:br/>
        <w:t>vn 0.6584 0.0821 0.7482</w:t>
        <w:br/>
        <w:t>vn 0.6583 0.0822 0.7482</w:t>
        <w:br/>
        <w:t>vn 0.8810 -0.2699 -0.3887</w:t>
        <w:br/>
        <w:t>vn 0.8810 -0.2700 -0.3885</w:t>
        <w:br/>
        <w:t>vn 0.7684 0.6298 0.1134</w:t>
        <w:br/>
        <w:t>vn 0.7508 0.3931 0.5308</w:t>
        <w:br/>
        <w:t>vn -0.9099 0.3363 0.2427</w:t>
        <w:br/>
        <w:t>vn -0.7651 0.1280 0.6311</w:t>
        <w:br/>
        <w:t>vn 0.6570 -0.5195 0.5464</w:t>
        <w:br/>
        <w:t>vn 0.6441 -0.2401 0.7263</w:t>
        <w:br/>
        <w:t>vn -0.4380 -0.4175 0.7961</w:t>
        <w:br/>
        <w:t>vn -0.6647 -0.7155 0.2148</w:t>
        <w:br/>
        <w:t>vn 0.6441 -0.2402 0.7263</w:t>
        <w:br/>
        <w:t>vn -0.7856 -0.5655 -0.2508</w:t>
        <w:br/>
        <w:t>vn -0.7856 -0.5655 -0.2510</w:t>
        <w:br/>
        <w:t>vn 0.8014 0.2261 0.5537</w:t>
        <w:br/>
        <w:t>vn 0.8791 0.3775 0.2911</w:t>
        <w:br/>
        <w:t>vn 0.6453 0.0527 0.7621</w:t>
        <w:br/>
        <w:t>vn 0.4260 -0.1259 0.8959</w:t>
        <w:br/>
        <w:t>vn 0.1650 -0.2921 0.9420</w:t>
        <w:br/>
        <w:t>vn -0.1121 -0.4298 0.8959</w:t>
        <w:br/>
        <w:t>vn -0.3783 -0.5254 0.7621</w:t>
        <w:br/>
        <w:t>vn -0.6074 -0.5695 0.5538</w:t>
        <w:br/>
        <w:t>vn -0.6074 -0.5695 0.5537</w:t>
        <w:br/>
        <w:t>vn -0.7771 -0.5580 0.2911</w:t>
        <w:br/>
        <w:t>vn -0.8707 -0.4918 0.0000</w:t>
        <w:br/>
        <w:t>vn -0.8791 -0.3774 -0.2911</w:t>
        <w:br/>
        <w:t>vn -0.8014 -0.2261 -0.5537</w:t>
        <w:br/>
        <w:t>vn -0.6453 -0.0527 -0.7621</w:t>
        <w:br/>
        <w:t>vn -0.4260 0.1259 -0.8959</w:t>
        <w:br/>
        <w:t>vn -0.1650 0.2921 -0.9420</w:t>
        <w:br/>
        <w:t>vn 0.1086 0.4283 -0.8971</w:t>
        <w:br/>
        <w:t>vn 0.3478 0.5165 -0.7825</w:t>
        <w:br/>
        <w:t>vn 0.5206 0.5583 -0.6460</w:t>
        <w:br/>
        <w:t>vn 0.6622 0.5720 -0.4841</w:t>
        <w:br/>
        <w:t>vn 0.7876 0.5547 -0.2684</w:t>
        <w:br/>
        <w:t>vn 0.8707 0.4918 -0.0000</w:t>
        <w:br/>
        <w:t>vn -0.1863 0.8497 0.4933</w:t>
        <w:br/>
        <w:t>vn -0.1617 0.8975 0.4103</w:t>
        <w:br/>
        <w:t>vn -0.2355 0.7949 0.5592</w:t>
        <w:br/>
        <w:t>vn -0.3049 0.7384 0.6014</w:t>
        <w:br/>
        <w:t>vn -0.3050 0.7384 0.6014</w:t>
        <w:br/>
        <w:t>vn -0.3874 0.6859 0.6160</w:t>
        <w:br/>
        <w:t>vn -0.4750 0.6424 0.6014</w:t>
        <w:br/>
        <w:t>vn -0.5591 0.6121 0.5592</w:t>
        <w:br/>
        <w:t>vn -0.5591 0.6120 0.5593</w:t>
        <w:br/>
        <w:t>vn -0.6316 0.5981 0.4933</w:t>
        <w:br/>
        <w:t>vn -0.6852 0.6018 0.4103</w:t>
        <w:br/>
        <w:t>vn -0.7148 0.6227 0.3183</w:t>
        <w:br/>
        <w:t>vn -0.7148 0.6226 0.3183</w:t>
        <w:br/>
        <w:t>vn -0.7174 0.6589 0.2263</w:t>
        <w:br/>
        <w:t>vn -0.6928 0.7067 0.1433</w:t>
        <w:br/>
        <w:t>vn -0.6434 0.7616 0.0776</w:t>
        <w:br/>
        <w:t>vn -0.5742 0.8180 0.0352</w:t>
        <w:br/>
        <w:t>vn -0.4917 0.8705 0.0205</w:t>
        <w:br/>
        <w:t>vn -0.4053 0.9135 0.0347</w:t>
        <w:br/>
        <w:t>vn -0.4051 0.9136 0.0347</w:t>
        <w:br/>
        <w:t>vn -0.3299 0.9413 0.0712</w:t>
        <w:br/>
        <w:t>vn -0.3300 0.9413 0.0711</w:t>
        <w:br/>
        <w:t>vn -0.2318 0.9584 0.1666</w:t>
        <w:br/>
        <w:t>vn -0.2762 0.9542 0.1152</w:t>
        <w:br/>
        <w:t>vn -0.2762 0.9542 0.1153</w:t>
        <w:br/>
        <w:t>vn -0.1906 0.9535 0.2334</w:t>
        <w:br/>
        <w:t>vn -0.1905 0.9535 0.2337</w:t>
        <w:br/>
        <w:t>vn -0.1644 0.9336 0.3183</w:t>
        <w:br/>
        <w:t>vn -0.9213 0.2942 -0.2544</w:t>
        <w:br/>
        <w:t>vn -0.9844 0.1713 -0.0410</w:t>
        <w:br/>
        <w:t>vn -0.7944 0.4352 -0.4238</w:t>
        <w:br/>
        <w:t>vn -0.6162 0.5804 -0.5324</w:t>
        <w:br/>
        <w:t>vn -0.4041 0.7155 -0.5699</w:t>
        <w:br/>
        <w:t>vn -0.1790 0.8274 -0.5324</w:t>
        <w:br/>
        <w:t>vn 0.0373 0.9050 -0.4237</w:t>
        <w:br/>
        <w:t>vn 0.0374 0.9050 -0.4237</w:t>
        <w:br/>
        <w:t>vn 0.2235 0.9409 -0.2544</w:t>
        <w:br/>
        <w:t>vn 0.3615 0.9315 -0.0411</w:t>
        <w:br/>
        <w:t>vn 0.4375 0.8777 0.1955</w:t>
        <w:br/>
        <w:t>vn 0.4374 0.8777 0.1955</w:t>
        <w:br/>
        <w:t>vn 0.4443 0.7848 0.4321</w:t>
        <w:br/>
        <w:t>vn 0.3812 0.6619 0.6455</w:t>
        <w:br/>
        <w:t>vn 0.3812 0.6618 0.6455</w:t>
        <w:br/>
        <w:t>vn 0.2543 0.5210 0.8148</w:t>
        <w:br/>
        <w:t>vn 0.0761 0.3758 0.9236</w:t>
        <w:br/>
        <w:t>vn -0.1359 0.2407 0.9610</w:t>
        <w:br/>
        <w:t>vn -0.1360 0.2407 0.9610</w:t>
        <w:br/>
        <w:t>vn -0.3584 0.1300 0.9245</w:t>
        <w:br/>
        <w:t>vn -0.5526 0.0587 0.8314</w:t>
        <w:br/>
        <w:t>vn -0.5527 0.0587 0.8313</w:t>
        <w:br/>
        <w:t>vn -0.8082 0.0164 0.5887</w:t>
        <w:br/>
        <w:t>vn -0.6932 0.0270 0.7203</w:t>
        <w:br/>
        <w:t>vn -0.6931 0.0271 0.7204</w:t>
        <w:br/>
        <w:t>vn -0.9101 0.0272 0.4135</w:t>
        <w:br/>
        <w:t>vn -0.9775 0.0785 0.1955</w:t>
        <w:br/>
        <w:t>vn -0.3812 -0.6618 -0.6455</w:t>
        <w:br/>
        <w:t>vn -0.4443 -0.7848 -0.4321</w:t>
        <w:br/>
        <w:t>vn -0.2543 -0.5209 -0.8148</w:t>
        <w:br/>
        <w:t>vn -0.0761 -0.3758 -0.9236</w:t>
        <w:br/>
        <w:t>vn 0.1359 -0.2407 -0.9610</w:t>
        <w:br/>
        <w:t>vn 0.3611 -0.1288 -0.9236</w:t>
        <w:br/>
        <w:t>vn 0.5774 -0.0511 -0.8148</w:t>
        <w:br/>
        <w:t>vn 0.7636 -0.0152 -0.6455</w:t>
        <w:br/>
        <w:t>vn 0.9015 -0.0245 -0.4320</w:t>
        <w:br/>
        <w:t>vn 0.9015 -0.0245 -0.4321</w:t>
        <w:br/>
        <w:t>vn 0.9775 -0.0785 -0.1956</w:t>
        <w:br/>
        <w:t>vn 0.9844 -0.1713 0.0410</w:t>
        <w:br/>
        <w:t>vn 0.9212 -0.2942 0.2544</w:t>
        <w:br/>
        <w:t>vn 0.7944 -0.4352 0.4237</w:t>
        <w:br/>
        <w:t>vn 0.6162 -0.5803 0.5325</w:t>
        <w:br/>
        <w:t>vn 0.4041 -0.7154 0.5700</w:t>
        <w:br/>
        <w:t>vn 0.1817 -0.8261 0.5334</w:t>
        <w:br/>
        <w:t>vn 0.1816 -0.8261 0.5334</w:t>
        <w:br/>
        <w:t>vn -0.0121 -0.8979 0.4401</w:t>
        <w:br/>
        <w:t>vn -0.0122 -0.8979 0.4400</w:t>
        <w:br/>
        <w:t>vn -0.2656 -0.9440 0.1959</w:t>
        <w:br/>
        <w:t>vn -0.1510 -0.9326 0.3277</w:t>
        <w:br/>
        <w:t>vn -0.1511 -0.9326 0.3276</w:t>
        <w:br/>
        <w:t>vn -0.3702 -0.9287 0.0225</w:t>
        <w:br/>
        <w:t>vn -0.3701 -0.9287 0.0225</w:t>
        <w:br/>
        <w:t>vn -0.4375 -0.8777 -0.1955</w:t>
        <w:br/>
        <w:t>vn -0.4374 -0.8777 -0.1955</w:t>
        <w:br/>
        <w:t>vn 0.7174 -0.6589 -0.2263</w:t>
        <w:br/>
        <w:t>vn 0.6929 -0.7067 -0.1433</w:t>
        <w:br/>
        <w:t>vn 0.6435 -0.7615 -0.0774</w:t>
        <w:br/>
        <w:t>vn 0.5742 -0.8180 -0.0352</w:t>
        <w:br/>
        <w:t>vn 0.4917 -0.8705 -0.0205</w:t>
        <w:br/>
        <w:t>vn 0.4041 -0.9141 -0.0350</w:t>
        <w:br/>
        <w:t>vn 0.3200 -0.9442 -0.0775</w:t>
        <w:br/>
        <w:t>vn 0.2476 -0.9582 -0.1433</w:t>
        <w:br/>
        <w:t>vn 0.1940 -0.9546 -0.2263</w:t>
        <w:br/>
        <w:t>vn 0.1939 -0.9546 -0.2263</w:t>
        <w:br/>
        <w:t>vn 0.1645 -0.9336 -0.3183</w:t>
        <w:br/>
        <w:t>vn 0.1646 -0.9336 -0.3183</w:t>
        <w:br/>
        <w:t>vn 0.1617 -0.8975 -0.4103</w:t>
        <w:br/>
        <w:t>vn 0.1862 -0.8497 -0.4933</w:t>
        <w:br/>
        <w:t>vn 0.2356 -0.7949 -0.5592</w:t>
        <w:br/>
        <w:t>vn 0.3049 -0.7384 -0.6015</w:t>
        <w:br/>
        <w:t>vn 0.3874 -0.6858 -0.6160</w:t>
        <w:br/>
        <w:t>vn 0.4736 -0.6430 -0.6019</w:t>
        <w:br/>
        <w:t>vn 0.4738 -0.6429 -0.6019</w:t>
        <w:br/>
        <w:t>vn 0.5493 -0.6152 -0.5655</w:t>
        <w:br/>
        <w:t>vn 0.5494 -0.6152 -0.5655</w:t>
        <w:br/>
        <w:t>vn 0.6481 -0.5990 -0.4704</w:t>
        <w:br/>
        <w:t>vn 0.6034 -0.6031 -0.5217</w:t>
        <w:br/>
        <w:t>vn 0.6035 -0.6031 -0.5216</w:t>
        <w:br/>
        <w:t>vn 0.6480 -0.5990 -0.4704</w:t>
        <w:br/>
        <w:t>vn 0.6887 -0.6027 -0.4031</w:t>
        <w:br/>
        <w:t>vn 0.6887 -0.6027 -0.4030</w:t>
        <w:br/>
        <w:t>vn 0.7148 -0.6227 -0.3183</w:t>
        <w:br/>
        <w:t>vn 0.8687 0.2380 0.4343</w:t>
        <w:br/>
        <w:t>vn 0.8615 0.1497 0.4852</w:t>
        <w:br/>
        <w:t>vn 0.8615 0.1497 0.4853</w:t>
        <w:br/>
        <w:t>vn 0.1039 -0.7433 -0.6609</w:t>
        <w:br/>
        <w:t>vn 0.4566 -0.6753 -0.5793</w:t>
        <w:br/>
        <w:t>vn 0.4207 -0.5157 -0.7464</w:t>
        <w:br/>
        <w:t>vn 0.1292 -0.5375 -0.8333</w:t>
        <w:br/>
        <w:t>vn 0.8717 0.3713 0.3199</w:t>
        <w:br/>
        <w:t>vn 0.0803 -0.9260 -0.3690</w:t>
        <w:br/>
        <w:t>vn 0.4997 -0.8102 -0.3065</w:t>
        <w:br/>
        <w:t>vn -0.3869 0.7696 -0.5081</w:t>
        <w:br/>
        <w:t>vn -0.6341 0.6782 -0.3716</w:t>
        <w:br/>
        <w:t>vn -0.6313 0.7627 -0.1408</w:t>
        <w:br/>
        <w:t>vn -0.3532 0.9221 -0.1581</w:t>
        <w:br/>
        <w:t>vn 0.8235 0.5123 -0.2437</w:t>
        <w:br/>
        <w:t>vn 0.8404 0.5414 0.0236</w:t>
        <w:br/>
        <w:t>vn 0.8404 0.5414 0.0235</w:t>
        <w:br/>
        <w:t>vn 0.7258 -0.4118 0.5511</w:t>
        <w:br/>
        <w:t>vn 0.6952 -0.6632 0.2771</w:t>
        <w:br/>
        <w:t>vn 0.6952 -0.6633 0.2771</w:t>
        <w:br/>
        <w:t>vn -0.3078 0.5374 -0.7851</w:t>
        <w:br/>
        <w:t>vn -0.5571 0.5260 -0.6426</w:t>
        <w:br/>
        <w:t>vn 0.7396 0.4206 -0.5254</w:t>
        <w:br/>
        <w:t>vn 0.3886 0.5108 -0.7668</w:t>
        <w:br/>
        <w:t>vn 0.6906 -0.3008 0.6578</w:t>
        <w:br/>
        <w:t>vn 0.6906 -0.3008 0.6577</w:t>
        <w:br/>
        <w:t>vn -0.2311 0.4256 -0.8749</w:t>
        <w:br/>
        <w:t>vn -0.4471 0.4414 -0.7780</w:t>
        <w:br/>
        <w:t>vn 0.3253 0.3803 -0.8658</w:t>
        <w:br/>
        <w:t>vn 0.6186 0.3320 -0.7121</w:t>
        <w:br/>
        <w:t>vn 0.2108 -0.4161 0.8846</w:t>
        <w:br/>
        <w:t>vn 0.6351 -0.2968 0.7132</w:t>
        <w:br/>
        <w:t>vn -0.1633 0.3333 -0.9286</w:t>
        <w:br/>
        <w:t>vn -0.3533 0.3488 -0.8681</w:t>
        <w:br/>
        <w:t>vn 0.2859 0.2877 -0.9140</w:t>
        <w:br/>
        <w:t>vn 0.5202 0.2521 -0.8160</w:t>
        <w:br/>
        <w:t>vn 0.1889 -0.3443 0.9197</w:t>
        <w:br/>
        <w:t>vn 0.5784 -0.2828 0.7652</w:t>
        <w:br/>
        <w:t>vn -0.1322 0.2930 -0.9469</w:t>
        <w:br/>
        <w:t>vn -0.3191 0.3005 -0.8988</w:t>
        <w:br/>
        <w:t>vn 0.2729 0.2472 -0.9297</w:t>
        <w:br/>
        <w:t>vn 0.4735 0.2083 -0.8558</w:t>
        <w:br/>
        <w:t>vn 0.1737 -0.2953 0.9395</w:t>
        <w:br/>
        <w:t>vn 0.5489 -0.2664 0.7923</w:t>
        <w:br/>
        <w:t>vn -0.1382 0.2705 -0.9527</w:t>
        <w:br/>
        <w:t>vn -0.3267 0.2637 -0.9076</w:t>
        <w:br/>
        <w:t>vn 0.2754 0.2308 -0.9332</w:t>
        <w:br/>
        <w:t>vn 0.4815 0.1826 -0.8572</w:t>
        <w:br/>
        <w:t>vn 0.1634 -0.2350 0.9582</w:t>
        <w:br/>
        <w:t>vn 0.5406 -0.2222 0.8114</w:t>
        <w:br/>
        <w:t>vn -0.1628 0.2163 -0.9627</w:t>
        <w:br/>
        <w:t>vn -0.3506 0.2069 -0.9134</w:t>
        <w:br/>
        <w:t>vn 0.5148 0.1204 -0.8488</w:t>
        <w:br/>
        <w:t>vn 0.2823 0.1748 -0.9433</w:t>
        <w:br/>
        <w:t>vn 0.1507 -0.1685 0.9741</w:t>
        <w:br/>
        <w:t>vn 0.5456 -0.1609 0.8224</w:t>
        <w:br/>
        <w:t>vn -0.1962 0.1279 -0.9722</w:t>
        <w:br/>
        <w:t>vn -0.3555 0.1311 -0.9254</w:t>
        <w:br/>
        <w:t>vn 0.5597 0.0591 -0.8266</w:t>
        <w:br/>
        <w:t>vn 0.2922 0.1192 -0.9489</w:t>
        <w:br/>
        <w:t>vn 0.1371 -0.0741 0.9878</w:t>
        <w:br/>
        <w:t>vn 0.4437 0.0537 0.8946</w:t>
        <w:br/>
        <w:t>vn -0.3563 -0.1201 -0.9266</w:t>
        <w:br/>
        <w:t>vn -0.6134 -0.1469 -0.7760</w:t>
        <w:br/>
        <w:t>vn -0.0774 -0.0142 -0.9969</w:t>
        <w:br/>
        <w:t>vn -0.2731 0.0165 -0.9618</w:t>
        <w:br/>
        <w:t>vn 0.3330 0.1927 0.9230</w:t>
        <w:br/>
        <w:t>vn 0.5559 0.1742 0.8128</w:t>
        <w:br/>
        <w:t>vn -0.4226 -0.1960 -0.8849</w:t>
        <w:br/>
        <w:t>vn -0.6770 -0.1551 -0.7195</w:t>
        <w:br/>
        <w:t>vn 0.3120 -0.0365 -0.9494</w:t>
        <w:br/>
        <w:t>vn 0.8209 -0.0345 -0.5700</w:t>
        <w:br/>
        <w:t>vn 0.8378 -0.0475 -0.5439</w:t>
        <w:br/>
        <w:t>vn 0.3414 -0.1432 -0.9289</w:t>
        <w:br/>
        <w:t>vn 0.3062 0.2190 0.9265</w:t>
        <w:br/>
        <w:t>vn 0.2457 0.2380 0.9397</w:t>
        <w:br/>
        <w:t>vn 0.3578 0.2482 0.9002</w:t>
        <w:br/>
        <w:t>vn 0.4768 0.2138 0.8526</w:t>
        <w:br/>
        <w:t>vn 0.8420 -0.0517 -0.5371</w:t>
        <w:br/>
        <w:t>vn 0.7740 -0.0638 -0.6300</w:t>
        <w:br/>
        <w:t>vn 0.1727 0.2667 0.9482</w:t>
        <w:br/>
        <w:t>vn 0.2601 0.2778 0.9248</w:t>
        <w:br/>
        <w:t>vn 0.8334 -0.0870 -0.5457</w:t>
        <w:br/>
        <w:t>vn 0.4964 -0.1914 -0.8468</w:t>
        <w:br/>
        <w:t>vn 0.1129 0.2871 0.9512</w:t>
        <w:br/>
        <w:t>vn 0.2101 0.3084 0.9278</w:t>
        <w:br/>
        <w:t>vn 0.0656 0.2822 0.9571</w:t>
        <w:br/>
        <w:t>vn 0.1944 0.3063 0.9319</w:t>
        <w:br/>
        <w:t>vn -0.9275 -0.0953 -0.3614</w:t>
        <w:br/>
        <w:t>vn -0.9275 -0.0954 -0.3615</w:t>
        <w:br/>
        <w:t>vn -0.9163 -0.1085 -0.3855</w:t>
        <w:br/>
        <w:t>vn 0.0371 0.2638 0.9638</w:t>
        <w:br/>
        <w:t>vn 0.1821 0.2777 0.9433</w:t>
        <w:br/>
        <w:t>vn -0.6722 -0.0095 -0.7403</w:t>
        <w:br/>
        <w:t>vn -0.9408 0.0160 -0.3387</w:t>
        <w:br/>
        <w:t>vn -0.9347 -0.0591 -0.3506</w:t>
        <w:br/>
        <w:t>vn -0.0010 0.2171 0.9761</w:t>
        <w:br/>
        <w:t>vn 0.1093 0.2092 0.9717</w:t>
        <w:br/>
        <w:t>vn 0.1536 0.2454 0.9572</w:t>
        <w:br/>
        <w:t>vn 0.0193 0.2459 0.9691</w:t>
        <w:br/>
        <w:t>vn -0.9499 0.1887 -0.2491</w:t>
        <w:br/>
        <w:t>vn -0.9464 0.0970 -0.3081</w:t>
        <w:br/>
        <w:t>vn -0.8079 0.0920 -0.5820</w:t>
        <w:br/>
        <w:t>vn 0.0715 0.1944 0.9783</w:t>
        <w:br/>
        <w:t>vn -0.0359 0.1711 0.9846</w:t>
        <w:br/>
        <w:t>vn -0.0614 0.1026 0.9928</w:t>
        <w:br/>
        <w:t>vn -0.9372 0.2510 -0.2422</w:t>
        <w:br/>
        <w:t>vn 0.7664 -0.1705 -0.6193</w:t>
        <w:br/>
        <w:t>vn 0.7735 -0.3158 -0.5495</w:t>
        <w:br/>
        <w:t>vn 0.8715 -0.2398 -0.4278</w:t>
        <w:br/>
        <w:t>vn -0.1789 0.0623 0.9819</w:t>
        <w:br/>
        <w:t>vn -0.2251 -0.0877 0.9704</w:t>
        <w:br/>
        <w:t>vn -0.1051 -0.1254 0.9865</w:t>
        <w:br/>
        <w:t>vn -0.9124 0.3076 -0.2701</w:t>
        <w:br/>
        <w:t>vn -0.9124 0.3076 -0.2700</w:t>
        <w:br/>
        <w:t>vn 0.8943 -0.2130 -0.3935</w:t>
        <w:br/>
        <w:t>vn 0.8943 -0.2129 -0.3935</w:t>
        <w:br/>
        <w:t>vn -0.0084 -0.3118 0.9501</w:t>
        <w:br/>
        <w:t>vn -0.2208 -0.2207 0.9500</w:t>
        <w:br/>
        <w:t>vn -0.8917 0.3660 -0.2663</w:t>
        <w:br/>
        <w:t>vn -0.8911 0.3836 -0.2423</w:t>
        <w:br/>
        <w:t>vn 0.8835 -0.2349 -0.4053</w:t>
        <w:br/>
        <w:t>vn 0.8720 -0.2453 -0.4236</w:t>
        <w:br/>
        <w:t>vn 0.7397 -0.0788 -0.6684</w:t>
        <w:br/>
        <w:t>vn -0.1884 -0.4338 0.8811</w:t>
        <w:br/>
        <w:t>vn 0.2506 -0.5801 0.7750</w:t>
        <w:br/>
        <w:t>vn 0.1304 -0.4599 0.8784</w:t>
        <w:br/>
        <w:t>vn -0.2038 -0.3381 0.9188</w:t>
        <w:br/>
        <w:t>vn -0.9056 0.3548 -0.2325</w:t>
        <w:br/>
        <w:t>vn 0.8708 -0.2346 -0.4320</w:t>
        <w:br/>
        <w:t>vn 0.6287 0.0013 -0.7777</w:t>
        <w:br/>
        <w:t>vn 0.3125 -0.6202 0.7195</w:t>
        <w:br/>
        <w:t>vn -0.9361 0.1016 -0.3367</w:t>
        <w:br/>
        <w:t>vn -0.9242 0.2697 -0.2703</w:t>
        <w:br/>
        <w:t>vn 0.6476 -0.0434 -0.7607</w:t>
        <w:br/>
        <w:t>vn 0.8767 -0.2221 -0.4268</w:t>
        <w:br/>
        <w:t>vn 0.8878 -0.2036 -0.4128</w:t>
        <w:br/>
        <w:t>vn 0.6771 -0.0964 -0.7296</w:t>
        <w:br/>
        <w:t>vn -0.1977 -0.4788 0.8554</w:t>
        <w:br/>
        <w:t>vn -0.2096 -0.3471 0.9141</w:t>
        <w:br/>
        <w:t>vn 0.2768 -0.4435 0.8525</w:t>
        <w:br/>
        <w:t>vn 0.3075 -0.5842 0.7511</w:t>
        <w:br/>
        <w:t>vn -0.8676 -0.3155 -0.3843</w:t>
        <w:br/>
        <w:t>vn -0.9206 -0.1162 -0.3727</w:t>
        <w:br/>
        <w:t>vn -0.9206 -0.1163 -0.3727</w:t>
        <w:br/>
        <w:t>vn 0.9089 -0.1628 -0.3839</w:t>
        <w:br/>
        <w:t>vn 0.6972 -0.1434 -0.7024</w:t>
        <w:br/>
        <w:t>vn -0.2047 -0.1307 0.9701</w:t>
        <w:br/>
        <w:t>vn 0.2931 -0.1773 0.9395</w:t>
        <w:br/>
        <w:t>vn -0.7524 -0.4677 -0.4639</w:t>
        <w:br/>
        <w:t>vn -0.7949 -0.4434 -0.4143</w:t>
        <w:br/>
        <w:t>vn -0.7949 -0.4434 -0.4142</w:t>
        <w:br/>
        <w:t>vn 0.9297 -0.1103 -0.3514</w:t>
        <w:br/>
        <w:t>vn 0.9404 -0.0021 -0.3402</w:t>
        <w:br/>
        <w:t>vn 0.7447 -0.1457 -0.6514</w:t>
        <w:br/>
        <w:t>vn 0.7131 -0.1934 -0.6739</w:t>
        <w:br/>
        <w:t>vn 0.4078 0.3096 0.8590</w:t>
        <w:br/>
        <w:t>vn 0.3424 0.1333 0.9301</w:t>
        <w:br/>
        <w:t>vn 0.3423 0.1333 0.9301</w:t>
        <w:br/>
        <w:t>vn 0.4077 0.3096 0.8590</w:t>
        <w:br/>
        <w:t>vn -0.7724 -0.3668 -0.5186</w:t>
        <w:br/>
        <w:t>vn -0.7513 -0.4253 -0.5046</w:t>
        <w:br/>
        <w:t>vn 0.9244 0.1746 -0.3391</w:t>
        <w:br/>
        <w:t>vn 0.8789 0.3371 -0.3374</w:t>
        <w:br/>
        <w:t>vn 0.7423 0.2656 -0.6152</w:t>
        <w:br/>
        <w:t>vn 0.7690 0.0504 -0.6373</w:t>
        <w:br/>
        <w:t>vn 0.5094 0.2557 0.8217</w:t>
        <w:br/>
        <w:t>vn 0.6041 0.1176 0.7882</w:t>
        <w:br/>
        <w:t>vn -0.8189 -0.4340 -0.3756</w:t>
        <w:br/>
        <w:t>vn -0.6937 -0.7188 -0.0454</w:t>
        <w:br/>
        <w:t>vn -0.7150 -0.6979 -0.0414</w:t>
        <w:br/>
        <w:t>vn 0.4632 0.7158 -0.5225</w:t>
        <w:br/>
        <w:t>vn 0.5584 0.7079 -0.4326</w:t>
        <w:br/>
        <w:t>vn 0.3989 0.7651 -0.5055</w:t>
        <w:br/>
        <w:t>vn 0.8508 -0.0844 0.5186</w:t>
        <w:br/>
        <w:t>vn 0.8773 -0.0991 0.4695</w:t>
        <w:br/>
        <w:t>vn 0.6636 0.0920 -0.7424</w:t>
        <w:br/>
        <w:t>vn 0.2615 0.0807 -0.9618</w:t>
        <w:br/>
        <w:t>vn 0.5877 -0.0515 -0.8074</w:t>
        <w:br/>
        <w:t>vn 0.3354 -0.1005 -0.9367</w:t>
        <w:br/>
        <w:t>vn 0.2890 -0.0062 -0.9573</w:t>
        <w:br/>
        <w:t>vn 0.6246 0.0295 -0.7804</w:t>
        <w:br/>
        <w:t>vn 0.5599 -0.0937 -0.8232</w:t>
        <w:br/>
        <w:t>vn 0.3485 -0.1473 -0.9257</w:t>
        <w:br/>
        <w:t>vn 0.5369 -0.1402 -0.8319</w:t>
        <w:br/>
        <w:t>vn 0.3271 -0.1819 -0.9273</w:t>
        <w:br/>
        <w:t>vn 0.5131 -0.1784 -0.8396</w:t>
        <w:br/>
        <w:t>vn 0.3018 -0.1991 -0.9324</w:t>
        <w:br/>
        <w:t>vn 0.5021 -0.2075 -0.8395</w:t>
        <w:br/>
        <w:t>vn 0.2891 -0.1954 -0.9372</w:t>
        <w:br/>
        <w:t>vn 0.3018 -0.1913 -0.9340</w:t>
        <w:br/>
        <w:t>vn 0.5132 -0.2459 -0.8223</w:t>
        <w:br/>
        <w:t>vn 0.5550 -0.2808 -0.7831</w:t>
        <w:br/>
        <w:t>vn 0.3483 -0.1636 -0.9230</w:t>
        <w:br/>
        <w:t>vn 0.4356 -0.0962 -0.8950</w:t>
        <w:br/>
        <w:t>vn 0.6406 -0.3291 -0.6938</w:t>
        <w:br/>
        <w:t>vn 0.2977 0.0735 -0.9518</w:t>
        <w:br/>
        <w:t>vn 0.8020 -0.0019 -0.5974</w:t>
        <w:br/>
        <w:t>vn 0.8602 -0.0991 -0.5003</w:t>
        <w:br/>
        <w:t>vn 0.9177 -0.0583 -0.3929</w:t>
        <w:br/>
        <w:t>vn 0.5790 -0.1317 -0.8046</w:t>
        <w:br/>
        <w:t>vn 0.9384 -0.0812 -0.3359</w:t>
        <w:br/>
        <w:t>vn 0.9402 -0.0877 -0.3292</w:t>
        <w:br/>
        <w:t>vn -0.1957 0.0525 -0.9793</w:t>
        <w:br/>
        <w:t>vn 0.0545 -0.1412 -0.9885</w:t>
        <w:br/>
        <w:t>vn -0.0898 -0.0411 -0.9951</w:t>
        <w:br/>
        <w:t>vn 0.5746 -0.1592 -0.8028</w:t>
        <w:br/>
        <w:t>vn 0.0742 -0.2091 -0.9751</w:t>
        <w:br/>
        <w:t>vn 0.0600 -0.1724 -0.9832</w:t>
        <w:br/>
        <w:t>vn 0.1148 -0.0338 -0.9928</w:t>
        <w:br/>
        <w:t>vn 0.0720 -0.1251 -0.9895</w:t>
        <w:br/>
        <w:t>vn 0.1700 0.1508 -0.9739</w:t>
        <w:br/>
        <w:t>vn 0.7664 -0.1704 -0.6193</w:t>
        <w:br/>
        <w:t>vn 0.9659 -0.2097 -0.1521</w:t>
        <w:br/>
        <w:t>vn 0.9683 -0.1576 -0.1939</w:t>
        <w:br/>
        <w:t>vn 0.9544 -0.1260 -0.2705</w:t>
        <w:br/>
        <w:t>vn 0.9304 -0.0999 -0.3527</w:t>
        <w:br/>
        <w:t>vn 0.1197 0.0311 0.9923</w:t>
        <w:br/>
        <w:t>vn 0.2914 0.1302 0.9477</w:t>
        <w:br/>
        <w:t>vn 0.1088 0.1078 0.9882</w:t>
        <w:br/>
        <w:t>vn 0.1213 0.1556 0.9804</w:t>
        <w:br/>
        <w:t>vn 0.2676 0.1940 0.9438</w:t>
        <w:br/>
        <w:t>vn 0.2779 0.1724 0.9450</w:t>
        <w:br/>
        <w:t>vn 0.1382 0.1715 0.9754</w:t>
        <w:br/>
        <w:t>vn 0.2416 0.2199 0.9451</w:t>
        <w:br/>
        <w:t>vn 0.0472 0.2219 0.9739</w:t>
        <w:br/>
        <w:t>vn -0.0650 0.2367 0.9694</w:t>
        <w:br/>
        <w:t>vn -0.0876 0.2325 0.9686</w:t>
        <w:br/>
        <w:t>vn -0.1021 0.2266 0.9686</w:t>
        <w:br/>
        <w:t>vn -0.1199 0.1999 0.9724</w:t>
        <w:br/>
        <w:t>vn -0.1504 0.1414 0.9785</w:t>
        <w:br/>
        <w:t>vn -0.4819 0.8604 0.1656</w:t>
        <w:br/>
        <w:t>vn -0.1984 0.9669 -0.1608</w:t>
        <w:br/>
        <w:t>vn 0.8615 0.4709 0.1899</w:t>
        <w:br/>
        <w:t>vn 0.1252 -0.9838 -0.1284</w:t>
        <w:br/>
        <w:t>vn 0.5861 -0.8069 -0.0736</w:t>
        <w:br/>
        <w:t>vn -0.9926 0.0482 0.1117</w:t>
        <w:br/>
        <w:t>vn -0.9757 0.1301 0.1763</w:t>
        <w:br/>
        <w:t>vn -0.9926 0.0481 0.1117</w:t>
        <w:br/>
        <w:t>vn -0.8399 0.4591 0.2894</w:t>
        <w:br/>
        <w:t>vn -0.0985 0.7928 -0.6014</w:t>
        <w:br/>
        <w:t>vn -0.1913 -0.3146 -0.9298</w:t>
        <w:br/>
        <w:t>vn 0.2374 -0.2414 -0.9409</w:t>
        <w:br/>
        <w:t>vn -0.1688 0.1378 -0.9760</w:t>
        <w:br/>
        <w:t>vn -0.2262 0.1171 -0.9670</w:t>
        <w:br/>
        <w:t>vn -0.2586 0.0858 -0.9622</w:t>
        <w:br/>
        <w:t>vn -0.0477 0.1906 -0.9805</w:t>
        <w:br/>
        <w:t>vn 0.0895 0.2950 -0.9513</w:t>
        <w:br/>
        <w:t>vn 0.1907 0.3409 -0.9205</w:t>
        <w:br/>
        <w:t>vn 0.1907 0.3409 -0.9206</w:t>
        <w:br/>
        <w:t>vn 0.2187 0.3169 -0.9229</w:t>
        <w:br/>
        <w:t>vn 0.2224 0.2988 -0.9280</w:t>
        <w:br/>
        <w:t>vn 0.7396 -0.0788 -0.6684</w:t>
        <w:br/>
        <w:t>vn 0.6286 0.0014 -0.7777</w:t>
        <w:br/>
        <w:t>vn 0.2389 0.2372 -0.9416</w:t>
        <w:br/>
        <w:t>vn 0.2910 0.1441 -0.9458</w:t>
        <w:br/>
        <w:t>vn 0.6771 -0.0964 -0.7295</w:t>
        <w:br/>
        <w:t>vn 0.3597 0.0262 -0.9327</w:t>
        <w:br/>
        <w:t>vn 0.6972 -0.1434 -0.7023</w:t>
        <w:br/>
        <w:t>vn 0.3830 -0.1029 -0.9180</w:t>
        <w:br/>
        <w:t>vn 0.7446 -0.1457 -0.6514</w:t>
        <w:br/>
        <w:t>vn 0.4332 -0.2664 -0.8610</w:t>
        <w:br/>
        <w:t>vn 0.3826 -0.2462 -0.8905</w:t>
        <w:br/>
        <w:t>vn 0.5296 0.1667 -0.8317</w:t>
        <w:br/>
        <w:t>vn 0.5134 -0.0808 -0.8543</w:t>
        <w:br/>
        <w:t>vn 0.3601 0.7115 -0.6034</w:t>
        <w:br/>
        <w:t>vn 0.4631 0.7158 -0.5226</w:t>
        <w:br/>
        <w:t>vn -0.8038 -0.3649 -0.4698</w:t>
        <w:br/>
        <w:t>vn -0.7874 -0.5758 -0.2199</w:t>
        <w:br/>
        <w:t>vn 0.7022 0.5968 -0.3882</w:t>
        <w:br/>
        <w:t>vn 0.5762 0.6063 -0.5481</w:t>
        <w:br/>
        <w:t>vn 0.6717 0.4592 -0.5813</w:t>
        <w:br/>
        <w:t>vn 0.8075 0.4758 -0.3486</w:t>
        <w:br/>
        <w:t>vn 0.7735 -0.0669 0.6303</w:t>
        <w:br/>
        <w:t>vn 0.7734 -0.0669 0.6303</w:t>
        <w:br/>
        <w:t>vn 0.6834 -0.0076 0.7300</w:t>
        <w:br/>
        <w:t>vn 0.4263 0.5906 -0.6852</w:t>
        <w:br/>
        <w:t>vn 0.4859 0.4087 -0.7726</w:t>
        <w:br/>
        <w:t>vn -0.1914 -0.5218 -0.8313</w:t>
        <w:br/>
        <w:t>vn -0.1373 -0.8031 -0.5799</w:t>
        <w:br/>
        <w:t>vn -0.2064 -0.5975 -0.7749</w:t>
        <w:br/>
        <w:t>vn -0.0753 -0.9271 -0.3672</w:t>
        <w:br/>
        <w:t>vn -0.3533 -0.8862 0.2998</w:t>
        <w:br/>
        <w:t>vn 0.0518 -0.9564 0.2875</w:t>
        <w:br/>
        <w:t>vn 0.1048 -0.7420 0.6621</w:t>
        <w:br/>
        <w:t>vn -0.3204 -0.6801 0.6594</w:t>
        <w:br/>
        <w:t>vn 0.2480 -0.2535 0.9350</w:t>
        <w:br/>
        <w:t>vn 0.2527 -0.3019 0.9192</w:t>
        <w:br/>
        <w:t>vn 0.0495 -0.1996 0.9786</w:t>
        <w:br/>
        <w:t>vn -0.2853 -0.0374 0.9577</w:t>
        <w:br/>
        <w:t>vn -0.2493 0.1378 0.9586</w:t>
        <w:br/>
        <w:t>vn -0.2745 0.0148 0.9615</w:t>
        <w:br/>
        <w:t>vn -0.1685 0.1437 0.9752</w:t>
        <w:br/>
        <w:t>vn -0.4294 0.1419 0.8919</w:t>
        <w:br/>
        <w:t>vn -0.0922 0.1881 0.9778</w:t>
        <w:br/>
        <w:t>vn -0.0655 0.2204 0.9732</w:t>
        <w:br/>
        <w:t>vn -0.0890 0.2110 0.9734</w:t>
        <w:br/>
        <w:t>vn -0.0666 0.2206 0.9731</w:t>
        <w:br/>
        <w:t>vn -0.1907 0.1155 0.9748</w:t>
        <w:br/>
        <w:t>vn -0.1284 0.1773 0.9758</w:t>
        <w:br/>
        <w:t>vn -0.2681 0.0329 0.9628</w:t>
        <w:br/>
        <w:t>vn -0.3409 -0.0487 0.9388</w:t>
        <w:br/>
        <w:t>vn -0.4208 -0.1182 0.8994</w:t>
        <w:br/>
        <w:t>vn -0.5105 -0.1739 0.8421</w:t>
        <w:br/>
        <w:t>vn -0.6320 -0.2218 0.7426</w:t>
        <w:br/>
        <w:t>vn -0.6476 -0.2411 0.7228</w:t>
        <w:br/>
        <w:t>vn -0.6408 -0.1657 0.7496</w:t>
        <w:br/>
        <w:t>vn -0.6641 0.0402 0.7466</w:t>
        <w:br/>
        <w:t>vn -0.6472 -0.0522 0.7605</w:t>
        <w:br/>
        <w:t>vn -0.6461 -0.1104 0.7552</w:t>
        <w:br/>
        <w:t>vn -0.6637 0.0315 0.7474</w:t>
        <w:br/>
        <w:t>vn -0.5430 -0.5430 0.6406</w:t>
        <w:br/>
        <w:t>vn -0.5430 -0.5431 0.6405</w:t>
        <w:br/>
        <w:t>vn -0.6055 -0.3104 0.7328</w:t>
        <w:br/>
        <w:t>vn -0.6055 -0.3103 0.7328</w:t>
        <w:br/>
        <w:t>vn -0.4738 -0.8276 0.3009</w:t>
        <w:br/>
        <w:t>vn -0.0105 -0.9872 -0.1591</w:t>
        <w:br/>
        <w:t>vn -0.4971 -0.7340 0.4627</w:t>
        <w:br/>
        <w:t>vn -0.5014 -0.6565 0.5636</w:t>
        <w:br/>
        <w:t>vn 0.9114 -0.0835 -0.4030</w:t>
        <w:br/>
        <w:t>vn -0.2440 -0.0328 -0.9692</w:t>
        <w:br/>
        <w:t>vn -0.9977 0.0033 0.0682</w:t>
        <w:br/>
        <w:t>vn -0.9009 -0.1571 -0.4047</w:t>
        <w:br/>
        <w:t>vn -0.8984 -0.1840 -0.3988</w:t>
        <w:br/>
        <w:t>vn -0.7986 -0.1349 -0.5865</w:t>
        <w:br/>
        <w:t>vn -0.5837 -0.1907 0.7893</w:t>
        <w:br/>
        <w:t>vn 0.1515 -0.5731 0.8054</w:t>
        <w:br/>
        <w:t>vn -0.2990 -0.5393 0.7873</w:t>
        <w:br/>
        <w:t>vn 0.2010 -0.4691 0.8600</w:t>
        <w:br/>
        <w:t>vn 0.2386 -0.3749 0.8958</w:t>
        <w:br/>
        <w:t>vn -0.2914 0.0271 0.9562</w:t>
        <w:br/>
        <w:t>vn -0.8138 0.0350 0.5801</w:t>
        <w:br/>
        <w:t>vn -0.9300 0.0084 0.3675</w:t>
        <w:br/>
        <w:t>vn -0.2168 -0.3513 -0.9108</w:t>
        <w:br/>
        <w:t>vn 0.1019 -0.2640 -0.9591</w:t>
        <w:br/>
        <w:t>vn 0.4964 -0.1913 -0.8468</w:t>
        <w:br/>
        <w:t>vn -0.1491 -0.2280 -0.9622</w:t>
        <w:br/>
        <w:t>vn 0.1019 -0.2665 -0.9584</w:t>
        <w:br/>
        <w:t>vn -0.1122 -0.1388 -0.9839</w:t>
        <w:br/>
        <w:t>vn -0.1122 -0.1389 -0.9839</w:t>
        <w:br/>
        <w:t>vn -0.1511 -0.1167 -0.9816</w:t>
        <w:br/>
        <w:t>vn -0.7790 -0.0213 -0.6266</w:t>
        <w:br/>
        <w:t>vn -0.7790 -0.0214 -0.6266</w:t>
        <w:br/>
        <w:t>vn -0.7713 -0.0734 -0.6322</w:t>
        <w:br/>
        <w:t>vn -0.8572 0.1320 0.4978</w:t>
        <w:br/>
        <w:t>vn -0.8364 0.1628 0.5234</w:t>
        <w:br/>
        <w:t>vn 0.7795 0.0550 -0.6240</w:t>
        <w:br/>
        <w:t>vn 0.8013 0.0832 -0.5924</w:t>
        <w:br/>
        <w:t>vn 0.8014 0.0831 -0.5924</w:t>
        <w:br/>
        <w:t>vn 0.7293 -0.0080 -0.6841</w:t>
        <w:br/>
        <w:t>vn -0.7159 0.1827 -0.6739</w:t>
        <w:br/>
        <w:t>vn -0.7314 0.1088 -0.6732</w:t>
        <w:br/>
        <w:t>vn -0.9330 -0.0440 0.3571</w:t>
        <w:br/>
        <w:t>vn -0.9331 -0.0439 0.3570</w:t>
        <w:br/>
        <w:t>vn -0.9198 0.0128 0.3921</w:t>
        <w:br/>
        <w:t>vn 0.7881 0.0738 -0.6111</w:t>
        <w:br/>
        <w:t>vn 0.8150 0.1092 -0.5691</w:t>
        <w:br/>
        <w:t>vn -0.7270 0.1692 -0.6654</w:t>
        <w:br/>
        <w:t>vn 0.7758 0.0817 -0.6257</w:t>
        <w:br/>
        <w:t>vn 0.7758 0.0818 -0.6257</w:t>
        <w:br/>
        <w:t>vn -0.1455 -0.6343 -0.7593</w:t>
        <w:br/>
        <w:t>vn -0.0519 -0.7421 -0.6683</w:t>
        <w:br/>
        <w:t>vn 0.0842 0.2866 0.9544</w:t>
        <w:br/>
        <w:t>vn -0.0071 0.3435 0.9391</w:t>
        <w:br/>
        <w:t>vn 0.0841 0.2866 0.9544</w:t>
        <w:br/>
        <w:t>vn -0.8507 -0.3807 0.3623</w:t>
        <w:br/>
        <w:t>vn -0.8121 -0.4513 0.3699</w:t>
        <w:br/>
        <w:t>vn -0.8508 -0.3807 0.3623</w:t>
        <w:br/>
        <w:t>vn 0.8750 -0.0137 -0.4840</w:t>
        <w:br/>
        <w:t>vn 0.8983 -0.0522 -0.4363</w:t>
        <w:br/>
        <w:t>vn -0.5925 -0.1526 -0.7910</w:t>
        <w:br/>
        <w:t>vn -0.3830 -0.3746 -0.8444</w:t>
        <w:br/>
        <w:t>vn 0.4825 -0.0363 0.8751</w:t>
        <w:br/>
        <w:t>vn 0.2942 0.1507 0.9438</w:t>
        <w:br/>
        <w:t>vn -0.8919 -0.2502 0.3768</w:t>
        <w:br/>
        <w:t>vn -0.8892 -0.2797 0.3621</w:t>
        <w:br/>
        <w:t>vn -0.8918 -0.2502 0.3768</w:t>
        <w:br/>
        <w:t>vn 0.7925 0.0689 -0.6059</w:t>
        <w:br/>
        <w:t>vn 0.8264 0.0282 -0.5623</w:t>
        <w:br/>
        <w:t>vn -0.7344 -0.1080 -0.6700</w:t>
        <w:br/>
        <w:t>vn -0.8305 0.1649 0.5320</w:t>
        <w:br/>
        <w:t>vn 0.7293 -0.0079 -0.6841</w:t>
        <w:br/>
        <w:t>vn 0.6219 -0.1223 -0.7735</w:t>
        <w:br/>
        <w:t>vn 0.1019 -0.2641 -0.9591</w:t>
        <w:br/>
        <w:t>vn -0.6769 -0.1551 -0.7195</w:t>
        <w:br/>
        <w:t>vn -0.4225 -0.1960 -0.8849</w:t>
        <w:br/>
        <w:t>vn 0.5678 -0.1731 -0.8048</w:t>
        <w:br/>
        <w:t>vn -0.7708 -0.0166 -0.6368</w:t>
        <w:br/>
        <w:t>vn -0.7709 -0.0166 -0.6368</w:t>
        <w:br/>
        <w:t>vn -0.8813 0.0708 0.4672</w:t>
        <w:br/>
        <w:t>vn 0.8272 0.0955 -0.5537</w:t>
        <w:br/>
        <w:t>vn -0.7556 0.0099 -0.6550</w:t>
        <w:br/>
        <w:t>vn -0.8998 0.0375 0.4346</w:t>
        <w:br/>
        <w:t>vn 0.8312 0.1047 -0.5461</w:t>
        <w:br/>
        <w:t>vn 0.5064 -0.1505 0.8491</w:t>
        <w:br/>
        <w:t>vn 0.4871 -0.0922 0.8685</w:t>
        <w:br/>
        <w:t>vn 0.4871 -0.0921 0.8685</w:t>
        <w:br/>
        <w:t>vn -0.7284 0.1102 -0.6763</w:t>
        <w:br/>
        <w:t>vn -0.6927 0.0007 -0.7212</w:t>
        <w:br/>
        <w:t>vn -0.6927 0.0006 -0.7212</w:t>
        <w:br/>
        <w:t>vn 0.5578 -0.1984 0.8059</w:t>
        <w:br/>
        <w:t>vn 0.5526 -0.2250 0.8025</w:t>
        <w:br/>
        <w:t>vn -0.9007 -0.2206 0.3743</w:t>
        <w:br/>
        <w:t>vn -0.8907 -0.2394 0.3865</w:t>
        <w:br/>
        <w:t>vn -0.8907 -0.2394 0.3864</w:t>
        <w:br/>
        <w:t>vn -0.9007 -0.2206 0.3744</w:t>
        <w:br/>
        <w:t>vn 0.7759 0.1078 -0.6216</w:t>
        <w:br/>
        <w:t>vn 0.7736 0.1071 -0.6245</w:t>
        <w:br/>
        <w:t>vn -0.9246 -0.1445 0.3525</w:t>
        <w:br/>
        <w:t>vn 0.5258 -0.1961 0.8277</w:t>
        <w:br/>
        <w:t>vn 0.4749 -0.0781 0.8766</w:t>
        <w:br/>
        <w:t>vn -0.8669 0.1549 -0.4737</w:t>
        <w:br/>
        <w:t>vn -0.9851 0.0973 -0.1420</w:t>
        <w:br/>
        <w:t>vn -0.8912 0.1163 -0.4384</w:t>
        <w:br/>
        <w:t>vn 0.7081 -0.1762 -0.6837</w:t>
        <w:br/>
        <w:t>vn 0.7275 -0.1998 -0.6564</w:t>
        <w:br/>
        <w:t>vn 0.7275 -0.1999 -0.6564</w:t>
        <w:br/>
        <w:t>vn -0.8440 0.1663 -0.5099</w:t>
        <w:br/>
        <w:t>vn -0.8440 0.1663 -0.5098</w:t>
        <w:br/>
        <w:t>vn 0.9315 -0.0742 0.3562</w:t>
        <w:br/>
        <w:t>vn 0.9010 -0.1464 0.4083</w:t>
        <w:br/>
        <w:t>vn 0.9011 -0.1464 0.4083</w:t>
        <w:br/>
        <w:t>vn 0.6989 -0.2051 -0.6851</w:t>
        <w:br/>
        <w:t>vn -0.9322 0.1103 -0.3447</w:t>
        <w:br/>
        <w:t>vn -0.9545 0.0150 -0.2978</w:t>
        <w:br/>
        <w:t>vn -0.9545 0.0150 -0.2977</w:t>
        <w:br/>
        <w:t>vn 0.9373 -0.1312 0.3230</w:t>
        <w:br/>
        <w:t>vn 0.8918 -0.1781 0.4158</w:t>
        <w:br/>
        <w:t>vn 0.4927 -0.2546 -0.8322</w:t>
        <w:br/>
        <w:t>vn 0.5397 -0.1386 -0.8304</w:t>
        <w:br/>
        <w:t>vn -0.9371 -0.1756 -0.3017</w:t>
        <w:br/>
        <w:t>vn -0.9919 -0.1195 0.0427</w:t>
        <w:br/>
        <w:t>vn -0.9542 -0.0970 -0.2829</w:t>
        <w:br/>
        <w:t>vn 0.9637 -0.0512 0.2619</w:t>
        <w:br/>
        <w:t>vn 0.9638 -0.0512 0.2618</w:t>
        <w:br/>
        <w:t>vn 0.5713 -0.0297 -0.8202</w:t>
        <w:br/>
        <w:t>vn 0.5713 -0.0296 -0.8202</w:t>
        <w:br/>
        <w:t>vn -0.9133 -0.2333 -0.3339</w:t>
        <w:br/>
        <w:t>vn -0.9133 -0.2333 -0.3338</w:t>
        <w:br/>
        <w:t>vn -0.8783 -0.3070 -0.3666</w:t>
        <w:br/>
        <w:t>vn -0.8783 -0.3071 -0.3665</w:t>
        <w:br/>
        <w:t>vn 0.9652 0.0609 0.2541</w:t>
        <w:br/>
        <w:t>vn 0.9512 0.1375 0.2764</w:t>
        <w:br/>
        <w:t>vn 0.6116 0.0769 -0.7874</w:t>
        <w:br/>
        <w:t>vn 0.6486 0.2117 -0.7311</w:t>
        <w:br/>
        <w:t>vn -0.6790 -0.3648 -0.6371</w:t>
        <w:br/>
        <w:t>vn -0.6063 -0.3614 -0.7084</w:t>
        <w:br/>
        <w:t>vn 0.8244 0.2361 0.5145</w:t>
        <w:br/>
        <w:t>vn 0.7955 0.2615 0.5466</w:t>
        <w:br/>
        <w:t>vn 0.8244 0.2361 0.5144</w:t>
        <w:br/>
        <w:t>vn 0.4796 0.5825 -0.6563</w:t>
        <w:br/>
        <w:t>vn 0.4482 0.6455 -0.6184</w:t>
        <w:br/>
        <w:t>vn 0.4796 0.5825 -0.6562</w:t>
        <w:br/>
        <w:t>vn -0.6941 0.1727 0.6989</w:t>
        <w:br/>
        <w:t>vn -0.6449 0.2144 0.7336</w:t>
        <w:br/>
        <w:t>vn -0.5690 0.2864 0.7708</w:t>
        <w:br/>
        <w:t>vn -0.7087 0.0627 0.7027</w:t>
        <w:br/>
        <w:t>vn -0.7088 0.0627 0.7027</w:t>
        <w:br/>
        <w:t>vn -0.6838 0.1936 0.7035</w:t>
        <w:br/>
        <w:t>vn -0.7137 0.0033 0.7004</w:t>
        <w:br/>
        <w:t>vn -0.7206 -0.0600 0.6908</w:t>
        <w:br/>
        <w:t>vn -0.7053 -0.1869 0.6839</w:t>
        <w:br/>
        <w:t>vn -0.7052 -0.1869 0.6839</w:t>
        <w:br/>
        <w:t>vn -0.6472 -0.3311 0.6867</w:t>
        <w:br/>
        <w:t>vn -0.6472 -0.3311 0.6866</w:t>
        <w:br/>
        <w:t>vn -0.4157 -0.7768 0.4731</w:t>
        <w:br/>
        <w:t>vn -0.3241 -0.8646 0.3841</w:t>
        <w:br/>
        <w:t>vn -0.4157 -0.7768 0.4730</w:t>
        <w:br/>
        <w:t>vn -0.8036 -0.3591 -0.4746</w:t>
        <w:br/>
        <w:t>vn 0.8777 0.2161 0.4278</w:t>
        <w:br/>
        <w:t>vn 0.5516 0.4809 -0.6815</w:t>
        <w:br/>
        <w:t>vn -0.5256 -0.6049 0.5982</w:t>
        <w:br/>
        <w:t>vn -0.8985 0.1543 -0.4109</w:t>
        <w:br/>
        <w:t>vn 0.8520 -0.2082 0.4804</w:t>
        <w:br/>
        <w:t>vn 0.8520 -0.2083 0.4804</w:t>
        <w:br/>
        <w:t>vn 0.4620 -0.3216 -0.8265</w:t>
        <w:br/>
        <w:t>vn -0.6216 0.3050 0.7215</w:t>
        <w:br/>
        <w:t>vn -0.6216 0.3050 0.7216</w:t>
        <w:br/>
        <w:t>vn 0.8723 -0.1875 0.4517</w:t>
        <w:br/>
        <w:t>vn 0.8504 -0.2058 0.4842</w:t>
        <w:br/>
        <w:t>vn 0.8722 -0.1875 0.4517</w:t>
        <w:br/>
        <w:t>vn -0.8364 0.1789 -0.5181</w:t>
        <w:br/>
        <w:t>vn -0.8363 0.1790 -0.5182</w:t>
        <w:br/>
        <w:t>vn -0.8617 0.1721 -0.4774</w:t>
        <w:br/>
        <w:t>vn 0.6109 -0.2639 -0.7464</w:t>
        <w:br/>
        <w:t>vn 0.5077 -0.3167 -0.8012</w:t>
        <w:br/>
        <w:t>vn -0.5422 0.3350 0.7706</w:t>
        <w:br/>
        <w:t>vn -0.5589 0.3486 0.7524</w:t>
        <w:br/>
        <w:t>vn -0.8239 0.1625 -0.5429</w:t>
        <w:br/>
        <w:t>vn -0.8654 0.0872 -0.4935</w:t>
        <w:br/>
        <w:t>vn -0.9966 0.0086 -0.0824</w:t>
        <w:br/>
        <w:t>vn -0.9878 -0.0254 -0.1538</w:t>
        <w:br/>
        <w:t>vn 0.3672 -0.0021 -0.9301</w:t>
        <w:br/>
        <w:t>vn 0.5116 -0.0567 -0.8574</w:t>
        <w:br/>
        <w:t>vn -0.9409 -0.2077 0.2677</w:t>
        <w:br/>
        <w:t>vn -0.8138 0.0351 0.5801</w:t>
        <w:br/>
        <w:t>vn 0.9239 0.1913 0.3313</w:t>
        <w:br/>
        <w:t>vn 0.6277 0.3684 -0.6858</w:t>
        <w:br/>
        <w:t>vn -0.5797 -0.4735 0.6631</w:t>
        <w:br/>
        <w:t>vn -0.9919 -0.1194 0.0426</w:t>
        <w:br/>
        <w:t>vn -0.9982 0.0602 0.0041</w:t>
        <w:br/>
        <w:t>vn -0.8972 0.0744 -0.4352</w:t>
        <w:br/>
        <w:t>vn 0.6473 -0.1068 -0.7547</w:t>
        <w:br/>
        <w:t>vn 0.9446 -0.0324 0.3267</w:t>
        <w:br/>
        <w:t>vn -0.9845 -0.0071 -0.1750</w:t>
        <w:br/>
        <w:t>vn -0.9300 0.0083 0.3675</w:t>
        <w:br/>
        <w:t>vn -0.9838 -0.0929 -0.1535</w:t>
        <w:br/>
        <w:t>vn -0.2328 0.3723 0.8984</w:t>
        <w:br/>
        <w:t>vn -0.9198 -0.1441 -0.3649</w:t>
        <w:br/>
        <w:t>vn -0.4806 -0.3294 -0.8127</w:t>
        <w:br/>
        <w:t>vn -0.8371 -0.2087 -0.5057</w:t>
        <w:br/>
        <w:t>vn -0.0339 0.3804 0.9242</w:t>
        <w:br/>
        <w:t>vn -0.0752 0.3960 0.9152</w:t>
        <w:br/>
        <w:t>vn 0.9711 0.1247 0.2035</w:t>
        <w:br/>
        <w:t>vn 0.9711 0.1247 0.2036</w:t>
        <w:br/>
        <w:t>vn 0.9916 0.0679 0.1101</w:t>
        <w:br/>
        <w:t>vn -0.4236 -0.3422 -0.8388</w:t>
        <w:br/>
        <w:t>vn -0.7659 -0.2809 -0.5784</w:t>
        <w:br/>
        <w:t>vn -0.0188 0.3419 0.9395</w:t>
        <w:br/>
        <w:t>vn 0.9375 0.1722 0.3024</w:t>
        <w:br/>
        <w:t>vn -0.3884 -0.3143 -0.8662</w:t>
        <w:br/>
        <w:t>vn -0.3831 -0.2632 -0.8854</w:t>
        <w:br/>
        <w:t>vn -0.7766 -0.2938 -0.5573</w:t>
        <w:br/>
        <w:t>vn -0.7562 -0.3008 -0.5811</w:t>
        <w:br/>
        <w:t>vn -0.0119 0.1579 0.9874</w:t>
        <w:br/>
        <w:t>vn -0.0063 0.2648 0.9643</w:t>
        <w:br/>
        <w:t>vn 0.8610 0.2374 0.4498</w:t>
        <w:br/>
        <w:t>vn 0.8610 0.2373 0.4499</w:t>
        <w:br/>
        <w:t>vn 0.8369 0.2715 0.4753</w:t>
        <w:br/>
        <w:t>vn -0.6157 -0.3860 -0.6870</w:t>
        <w:br/>
        <w:t>vn -0.6158 -0.3859 -0.6869</w:t>
        <w:br/>
        <w:t>vn -0.6639 -0.3685 -0.6507</w:t>
        <w:br/>
        <w:t>vn 0.4249 -0.0642 0.9030</w:t>
        <w:br/>
        <w:t>vn 0.0597 -0.3693 0.9274</w:t>
        <w:br/>
        <w:t>vn 0.1012 -0.5183 0.8492</w:t>
        <w:br/>
        <w:t>vn 0.4349 -0.1555 0.8869</w:t>
        <w:br/>
        <w:t>vn 0.6929 0.2545 0.6747</w:t>
        <w:br/>
        <w:t>vn 0.6619 0.2440 0.7088</w:t>
        <w:br/>
        <w:t>vn -0.7861 -0.3296 -0.5229</w:t>
        <w:br/>
        <w:t>vn -0.7356 -0.3536 -0.5778</w:t>
        <w:br/>
        <w:t>vn 0.4417 0.0537 0.8956</w:t>
        <w:br/>
        <w:t>vn 0.0035 -0.1961 0.9806</w:t>
        <w:br/>
        <w:t>vn 0.1321 -0.0004 -0.9912</w:t>
        <w:br/>
        <w:t>vn 0.1139 0.1168 -0.9866</w:t>
        <w:br/>
        <w:t>vn 0.0959 -0.3121 -0.9452</w:t>
        <w:br/>
        <w:t>vn 0.0670 -0.3218 -0.9444</w:t>
        <w:br/>
        <w:t>vn 0.0197 -0.3534 -0.9353</w:t>
        <w:br/>
        <w:t>vn -0.0132 -0.3723 -0.9280</w:t>
        <w:br/>
        <w:t>vn -0.4806 -0.3294 -0.8128</w:t>
        <w:br/>
        <w:t>vn -0.0011 -0.3389 -0.9408</w:t>
        <w:br/>
        <w:t>vn -0.4236 -0.3421 -0.8388</w:t>
        <w:br/>
        <w:t>vn 0.1298 -0.0720 -0.9889</w:t>
        <w:br/>
        <w:t>vn 0.0944 0.2913 -0.9519</w:t>
        <w:br/>
        <w:t>vn 0.0988 0.4843 -0.8693</w:t>
        <w:br/>
        <w:t>vn 0.7640 0.2893 0.5767</w:t>
        <w:br/>
        <w:t>vn 0.9740 -0.0580 -0.2192</w:t>
        <w:br/>
        <w:t>vn 0.9986 0.0234 -0.0482</w:t>
        <w:br/>
        <w:t>vn 0.9986 0.0233 -0.0482</w:t>
        <w:br/>
        <w:t>vn -0.9646 -0.1073 -0.2407</w:t>
        <w:br/>
        <w:t>vn -0.1603 0.3916 0.9061</w:t>
        <w:br/>
        <w:t>vn 0.8940 0.2073 0.3973</w:t>
        <w:br/>
        <w:t>vn 0.8940 0.2073 0.3972</w:t>
        <w:br/>
        <w:t>vn 0.0646 -0.2596 -0.9636</w:t>
        <w:br/>
        <w:t>vn -0.7945 -0.3066 -0.5242</w:t>
        <w:br/>
        <w:t>vn -0.7944 -0.3066 -0.5243</w:t>
        <w:br/>
        <w:t>vn -0.0265 0.0425 0.9987</w:t>
        <w:br/>
        <w:t>vn -0.0265 0.0424 0.9987</w:t>
        <w:br/>
        <w:t>vn 0.8669 0.2250 0.4447</w:t>
        <w:br/>
        <w:t>vn 0.1119 -0.1630 -0.9803</w:t>
        <w:br/>
        <w:t>vn 0.9511 -0.1199 -0.2845</w:t>
        <w:br/>
        <w:t>vn -0.2256 -0.9476 -0.2264</w:t>
        <w:br/>
        <w:t>vn -0.2831 -0.9546 -0.0929</w:t>
        <w:br/>
        <w:t>vn -0.0372 -0.9730 -0.2278</w:t>
        <w:br/>
        <w:t>vn -0.0504 -0.9479 -0.3145</w:t>
        <w:br/>
        <w:t>vn -0.0671 0.8415 0.5360</w:t>
        <w:br/>
        <w:t>vn -0.0670 0.8415 0.5360</w:t>
        <w:br/>
        <w:t>vn -0.1074 0.8918 0.4394</w:t>
        <w:br/>
        <w:t>vn -0.1373 -0.8031 -0.5798</w:t>
        <w:br/>
        <w:t>vn -0.3452 -0.9169 0.2005</w:t>
        <w:br/>
        <w:t>vn 0.0008 -0.9996 0.0297</w:t>
        <w:br/>
        <w:t>vn -0.1867 0.9676 0.1699</w:t>
        <w:br/>
        <w:t>vn -0.1866 0.9676 0.1699</w:t>
        <w:br/>
        <w:t>vn -0.3264 -0.7837 0.5285</w:t>
        <w:br/>
        <w:t>vn 0.0621 -0.9071 0.4162</w:t>
        <w:br/>
        <w:t>vn -0.2768 0.9402 -0.1986</w:t>
        <w:br/>
        <w:t>vn 0.0518 -0.9564 0.2874</w:t>
        <w:br/>
        <w:t>vn -0.2835 -0.5839 0.7607</w:t>
        <w:br/>
        <w:t>vn 0.1244 -0.6868 0.7161</w:t>
        <w:br/>
        <w:t>vn -0.3751 0.7780 -0.5040</w:t>
        <w:br/>
        <w:t>vn -0.2796 -0.4371 0.8549</w:t>
        <w:br/>
        <w:t>vn 0.1620 -0.5153 0.8416</w:t>
        <w:br/>
        <w:t>vn -0.4410 0.5816 -0.6836</w:t>
        <w:br/>
        <w:t>vn -0.4410 0.5815 -0.6836</w:t>
        <w:br/>
        <w:t>vn 0.1515 -0.5731 0.8053</w:t>
        <w:br/>
        <w:t>vn -0.3064 -0.3499 0.8853</w:t>
        <w:br/>
        <w:t>vn 0.1779 -0.4235 0.8883</w:t>
        <w:br/>
        <w:t>vn -0.4680 0.4465 -0.7626</w:t>
        <w:br/>
        <w:t>vn -0.4680 0.4464 -0.7627</w:t>
        <w:br/>
        <w:t>vn -0.3207 -0.2888 0.9021</w:t>
        <w:br/>
        <w:t>vn 0.1950 -0.3528 0.9151</w:t>
        <w:br/>
        <w:t>vn -0.4879 0.3665 -0.7922</w:t>
        <w:br/>
        <w:t>vn 0.2386 -0.3750 0.8958</w:t>
        <w:br/>
        <w:t>vn -0.3137 -0.2382 0.9192</w:t>
        <w:br/>
        <w:t>vn -0.3137 -0.2381 0.9192</w:t>
        <w:br/>
        <w:t>vn -0.5024 0.3135 -0.8058</w:t>
        <w:br/>
        <w:t>vn 0.6763 -0.2573 0.6902</w:t>
        <w:br/>
        <w:t>vn -0.3176 -0.2044 0.9259</w:t>
        <w:br/>
        <w:t>vn -0.5055 0.3018 -0.8083</w:t>
        <w:br/>
        <w:t>vn 0.6766 -0.2366 0.6973</w:t>
        <w:br/>
        <w:t>vn -0.3364 -0.1467 0.9302</w:t>
        <w:br/>
        <w:t>vn -0.3552 -0.0666 0.9324</w:t>
        <w:br/>
        <w:t>vn -0.3553 -0.0666 0.9324</w:t>
        <w:br/>
        <w:t>vn -0.4653 0.2516 -0.8487</w:t>
        <w:br/>
        <w:t>vn -0.2232 0.1652 -0.9607</w:t>
        <w:br/>
        <w:t>vn -0.4035 0.1987 -0.8932</w:t>
        <w:br/>
        <w:t>vn 0.6815 -0.2325 0.6939</w:t>
        <w:br/>
        <w:t>vn 0.7180 -0.2321 0.6562</w:t>
        <w:br/>
        <w:t>vn 0.7181 -0.2320 0.6562</w:t>
        <w:br/>
        <w:t>vn 0.6890 -0.2261 0.6885</w:t>
        <w:br/>
        <w:t>vn -0.3673 -0.0060 0.9301</w:t>
        <w:br/>
        <w:t>vn -0.3673 -0.0061 0.9301</w:t>
        <w:br/>
        <w:t>vn -0.0131 0.1016 -0.9947</w:t>
        <w:br/>
        <w:t>vn -0.3959 0.2089 -0.8942</w:t>
        <w:br/>
        <w:t>vn 0.2113 0.0404 -0.9766</w:t>
        <w:br/>
        <w:t>vn 0.2834 -0.0089 -0.9590</w:t>
        <w:br/>
        <w:t>vn 0.7942 -0.2251 0.5644</w:t>
        <w:br/>
        <w:t>vn 0.7758 -0.2506 0.5792</w:t>
        <w:br/>
        <w:t>vn -0.3928 0.0583 0.9178</w:t>
        <w:br/>
        <w:t>vn -0.0387 0.1074 -0.9935</w:t>
        <w:br/>
        <w:t>vn -0.4478 0.2229 -0.8659</w:t>
        <w:br/>
        <w:t>vn 0.3789 -0.0295 -0.9250</w:t>
        <w:br/>
        <w:t>vn 0.8280 -0.1782 0.5317</w:t>
        <w:br/>
        <w:t>vn 0.8167 -0.2184 0.5341</w:t>
        <w:br/>
        <w:t>vn -0.4370 0.1014 0.8938</w:t>
        <w:br/>
        <w:t>vn -0.4370 0.1014 0.8937</w:t>
        <w:br/>
        <w:t>vn -0.0050 0.0964 -0.9953</w:t>
        <w:br/>
        <w:t>vn -0.5301 0.2289 -0.8165</w:t>
        <w:br/>
        <w:t>vn 0.5230 -0.0680 -0.8496</w:t>
        <w:br/>
        <w:t>vn 0.8284 -0.1844 0.5289</w:t>
        <w:br/>
        <w:t>vn -0.4828 0.1132 0.8684</w:t>
        <w:br/>
        <w:t>vn -0.6252 0.2499 -0.7393</w:t>
        <w:br/>
        <w:t>vn 0.6419 -0.1162 -0.7579</w:t>
        <w:br/>
        <w:t>vn 0.8441 -0.1923 0.5005</w:t>
        <w:br/>
        <w:t>vn -0.5328 0.1236 0.8372</w:t>
        <w:br/>
        <w:t>vn -0.5327 0.1236 0.8372</w:t>
        <w:br/>
        <w:t>vn -0.7150 0.2556 -0.6507</w:t>
        <w:br/>
        <w:t>vn 0.7162 -0.1508 -0.6814</w:t>
        <w:br/>
        <w:t>vn 0.8827 -0.2256 0.4124</w:t>
        <w:br/>
        <w:t>vn 0.8826 -0.2256 0.4124</w:t>
        <w:br/>
        <w:t>vn -0.5813 0.1136 0.8058</w:t>
        <w:br/>
        <w:t>vn -0.5813 0.1136 0.8057</w:t>
        <w:br/>
        <w:t>vn -0.7918 0.2314 -0.5652</w:t>
        <w:br/>
        <w:t>vn -0.7919 0.2314 -0.5652</w:t>
        <w:br/>
        <w:t>vn 0.9081 -0.2032 -0.3661</w:t>
        <w:br/>
        <w:t>vn 0.7694 -0.1617 -0.6180</w:t>
        <w:br/>
        <w:t>vn 0.9250 -0.2423 0.2926</w:t>
        <w:br/>
        <w:t>vn 0.9026 -0.2513 0.3496</w:t>
        <w:br/>
        <w:t>vn -0.6016 0.0637 0.7963</w:t>
        <w:br/>
        <w:t>vn -0.6016 0.0636 0.7963</w:t>
        <w:br/>
        <w:t>vn -0.8520 0.1953 -0.4857</w:t>
        <w:br/>
        <w:t>vn 0.9619 -0.1829 -0.2032</w:t>
        <w:br/>
        <w:t>vn 0.8127 -0.1333 -0.5672</w:t>
        <w:br/>
        <w:t>vn 0.9598 -0.2037 0.1930</w:t>
        <w:br/>
        <w:t>vn 0.9081 -0.2033 -0.3661</w:t>
        <w:br/>
        <w:t>vn -0.6003 -0.0655 0.7971</w:t>
        <w:br/>
        <w:t>vn -0.8817 0.1213 -0.4559</w:t>
        <w:br/>
        <w:t>vn 0.9783 -0.0886 -0.1873</w:t>
        <w:br/>
        <w:t>vn 0.8686 -0.0330 -0.4944</w:t>
        <w:br/>
        <w:t>vn 0.9811 -0.1344 0.1390</w:t>
        <w:br/>
        <w:t>vn -0.6191 -0.2331 0.7499</w:t>
        <w:br/>
        <w:t>vn -0.8717 0.0269 -0.4892</w:t>
        <w:br/>
        <w:t>vn 0.9919 0.0151 -0.1260</w:t>
        <w:br/>
        <w:t>vn 0.9118 0.0948 -0.3996</w:t>
        <w:br/>
        <w:t>vn 0.9852 -0.0658 0.1583</w:t>
        <w:br/>
        <w:t>vn -0.6661 -0.3838 0.6395</w:t>
        <w:br/>
        <w:t>vn -0.8284 -0.0453 -0.5582</w:t>
        <w:br/>
        <w:t>vn -0.8284 -0.0453 -0.5583</w:t>
        <w:br/>
        <w:t>vn 0.9962 0.0759 -0.0431</w:t>
        <w:br/>
        <w:t>vn 0.9379 0.1815 -0.2957</w:t>
        <w:br/>
        <w:t>vn 0.9766 -0.0354 0.2122</w:t>
        <w:br/>
        <w:t>vn -0.7104 -0.4920 0.5032</w:t>
        <w:br/>
        <w:t>vn -0.7561 -0.1188 -0.6436</w:t>
        <w:br/>
        <w:t>vn 0.9874 0.1406 0.0723</w:t>
        <w:br/>
        <w:t>vn 0.9488 0.2622 -0.1762</w:t>
        <w:br/>
        <w:t>vn 0.9489 0.0079 0.3155</w:t>
        <w:br/>
        <w:t>vn -0.7071 -0.5674 0.4221</w:t>
        <w:br/>
        <w:t>vn -0.7071 -0.5673 0.4221</w:t>
        <w:br/>
        <w:t>vn -0.6637 -0.2045 -0.7195</w:t>
        <w:br/>
        <w:t>vn -0.6637 -0.2045 -0.7196</w:t>
        <w:br/>
        <w:t>vn 0.9530 0.2443 0.1794</w:t>
        <w:br/>
        <w:t>vn 0.9354 0.3393 -0.0996</w:t>
        <w:br/>
        <w:t>vn 0.8870 0.1275 0.4438</w:t>
        <w:br/>
        <w:t>vn -0.6329 -0.5922 0.4988</w:t>
        <w:br/>
        <w:t>vn -0.6329 -0.5922 0.4987</w:t>
        <w:br/>
        <w:t>vn -0.5605 -0.3247 -0.7618</w:t>
        <w:br/>
        <w:t>vn 0.9072 0.3783 0.1840</w:t>
        <w:br/>
        <w:t>vn 0.9055 0.4109 -0.1060</w:t>
        <w:br/>
        <w:t>vn 0.8311 0.3130 0.4597</w:t>
        <w:br/>
        <w:t>vn -0.5804 -0.4723 0.6633</w:t>
        <w:br/>
        <w:t>vn -0.5805 -0.4723 0.6633</w:t>
        <w:br/>
        <w:t>vn -0.4686 -0.4865 -0.7374</w:t>
        <w:br/>
        <w:t>vn -0.4686 -0.4865 -0.7373</w:t>
        <w:br/>
        <w:t>vn 0.8740 0.4731 0.1107</w:t>
        <w:br/>
        <w:t>vn 0.8778 0.4460 -0.1747</w:t>
        <w:br/>
        <w:t>vn 0.7982 0.4613 0.3874</w:t>
        <w:br/>
        <w:t>vn 0.8740 0.4731 0.1108</w:t>
        <w:br/>
        <w:t>vn -0.5757 -0.3680 0.7301</w:t>
        <w:br/>
        <w:t>vn -0.4293 -0.5688 -0.7015</w:t>
        <w:br/>
        <w:t>vn 0.8669 0.4935 0.0702</w:t>
        <w:br/>
        <w:t>vn 0.8669 0.4935 0.0704</w:t>
        <w:br/>
        <w:t>vn -0.3555 0.1312 -0.9254</w:t>
        <w:br/>
        <w:t>vn -0.2978 0.4827 0.8236</w:t>
        <w:br/>
        <w:t>vn -0.4517 0.4333 0.7799</w:t>
        <w:br/>
        <w:t>vn -0.4011 0.3964 0.8258</w:t>
        <w:br/>
        <w:t>vn -0.2758 0.4237 0.8628</w:t>
        <w:br/>
        <w:t>vn 0.7750 0.3818 0.5037</w:t>
        <w:br/>
        <w:t>vn 0.2097 0.5390 0.8158</w:t>
        <w:br/>
        <w:t>vn 0.1951 0.4430 0.8750</w:t>
        <w:br/>
        <w:t>vn 0.7740 0.2896 0.5630</w:t>
        <w:br/>
        <w:t>vn -0.4188 -0.6391 -0.6451</w:t>
        <w:br/>
        <w:t>vn -0.4333 -0.5670 -0.7006</w:t>
        <w:br/>
        <w:t>vn -0.6296 -0.5629 -0.5355</w:t>
        <w:br/>
        <w:t>vn -0.5951 -0.6096 -0.5237</w:t>
        <w:br/>
        <w:t>vn -0.5712 0.5128 0.6410</w:t>
        <w:br/>
        <w:t>vn -0.3725 0.6181 0.6922</w:t>
        <w:br/>
        <w:t>vn 0.7729 0.5615 0.2954</w:t>
        <w:br/>
        <w:t>vn 0.2354 0.7502 0.6179</w:t>
        <w:br/>
        <w:t>vn -0.3914 -0.8186 -0.4204</w:t>
        <w:br/>
        <w:t>vn -0.5234 -0.7748 -0.3546</w:t>
        <w:br/>
        <w:t>vn -0.7168 0.5453 0.4346</w:t>
        <w:br/>
        <w:t>vn -0.5071 0.7319 0.4551</w:t>
        <w:br/>
        <w:t>vn 0.7285 0.6827 0.0563</w:t>
        <w:br/>
        <w:t>vn 0.1873 0.9323 0.3093</w:t>
        <w:br/>
        <w:t>vn -0.3122 -0.9495 -0.0314</w:t>
        <w:br/>
        <w:t>vn -0.4074 -0.9128 0.0307</w:t>
        <w:br/>
        <w:t>vn -0.6696 0.7219 0.1745</w:t>
        <w:br/>
        <w:t>vn -0.8387 0.4890 0.2398</w:t>
        <w:br/>
        <w:t>vn -0.0126 0.9974 -0.0709</w:t>
        <w:br/>
        <w:t>vn 0.6187 0.7477 -0.2411</w:t>
        <w:br/>
        <w:t>vn -0.1666 -0.9189 0.3576</w:t>
        <w:br/>
        <w:t>vn -0.2452 -0.8746 0.4182</w:t>
        <w:br/>
        <w:t>vn -0.7910 0.6105 -0.0407</w:t>
        <w:br/>
        <w:t>vn -0.8992 0.4210 0.1192</w:t>
        <w:br/>
        <w:t>vn -0.2461 0.8645 -0.4382</w:t>
        <w:br/>
        <w:t>vn 0.4422 0.6623 -0.6048</w:t>
        <w:br/>
        <w:t>vn -0.0359 -0.7854 0.6180</w:t>
        <w:br/>
        <w:t>vn -0.1240 -0.7470 0.6531</w:t>
        <w:br/>
        <w:t>vn -0.8480 0.4992 -0.1779</w:t>
        <w:br/>
        <w:t>vn -0.9259 0.3762 0.0346</w:t>
        <w:br/>
        <w:t>vn 0.3561 0.4906 -0.7953</w:t>
        <w:br/>
        <w:t>vn -0.3545 0.6649 -0.6574</w:t>
        <w:br/>
        <w:t>vn 0.7914 -0.5777 0.2000</w:t>
        <w:br/>
        <w:t>vn 0.7771 -0.4730 0.4153</w:t>
        <w:br/>
        <w:t>vn -0.8630 0.4094 -0.2961</w:t>
        <w:br/>
        <w:t>vn -0.9455 0.3192 -0.0650</w:t>
        <w:br/>
        <w:t>vn 0.3641 0.3788 -0.8508</w:t>
        <w:br/>
        <w:t>vn -0.3569 0.5195 -0.7763</w:t>
        <w:br/>
        <w:t>vn -0.1000 -0.6229 0.7759</w:t>
        <w:br/>
        <w:t>vn -0.1358 -0.4962 0.8575</w:t>
        <w:br/>
        <w:t>vn -0.0148 -0.5015 0.8650</w:t>
        <w:br/>
        <w:t>vn 0.0141 -0.6365 0.7711</w:t>
        <w:br/>
        <w:t>vn -0.8635 0.3175 -0.3918</w:t>
        <w:br/>
        <w:t>vn -0.9606 0.2285 -0.1584</w:t>
        <w:br/>
        <w:t>vn 0.3828 0.3299 -0.8629</w:t>
        <w:br/>
        <w:t>vn -0.3304 0.4298 -0.8403</w:t>
        <w:br/>
        <w:t>vn -0.0777 -0.3991 0.9136</w:t>
        <w:br/>
        <w:t>vn -0.2005 -0.3946 0.8967</w:t>
        <w:br/>
        <w:t>vn -0.8702 0.2367 -0.4321</w:t>
        <w:br/>
        <w:t>vn -0.9678 0.1375 -0.2108</w:t>
        <w:br/>
        <w:t>vn 0.4048 0.3111 -0.8599</w:t>
        <w:br/>
        <w:t>vn -0.3177 0.3825 -0.8676</w:t>
        <w:br/>
        <w:t>vn -0.1305 -0.3524 0.9267</w:t>
        <w:br/>
        <w:t>vn -0.2639 -0.3818 0.8858</w:t>
        <w:br/>
        <w:t>vn -0.8695 0.1814 -0.4594</w:t>
        <w:br/>
        <w:t>vn -0.9658 0.0895 -0.2433</w:t>
        <w:br/>
        <w:t>vn 0.4293 0.3087 -0.8488</w:t>
        <w:br/>
        <w:t>vn -0.2996 0.3465 -0.8889</w:t>
        <w:br/>
        <w:t>vn -0.3075 -0.4040 0.8615</w:t>
        <w:br/>
        <w:t>vn -0.9551 0.0824 -0.2846</w:t>
        <w:br/>
        <w:t>vn -0.8489 0.1603 -0.5037</w:t>
        <w:br/>
        <w:t>vn 0.4600 0.2956 -0.8373</w:t>
        <w:br/>
        <w:t>vn -0.2533 0.3159 -0.9144</w:t>
        <w:br/>
        <w:t>vn -0.3413 -0.3987 0.8512</w:t>
        <w:br/>
        <w:t>vn -0.3413 -0.3988 0.8512</w:t>
        <w:br/>
        <w:t>vn -0.9083 0.0803 -0.4105</w:t>
        <w:br/>
        <w:t>vn -0.9355 0.0894 -0.3419</w:t>
        <w:br/>
        <w:t>vn -0.8112 0.1603 -0.5624</w:t>
        <w:br/>
        <w:t>vn -0.7582 0.1543 -0.6335</w:t>
        <w:br/>
        <w:t>vn 0.5815 0.2634 -0.7697</w:t>
        <w:br/>
        <w:t>vn -0.0923 0.2878 -0.9532</w:t>
        <w:br/>
        <w:t>vn -0.1820 0.2995 -0.9366</w:t>
        <w:br/>
        <w:t>vn 0.5106 0.2688 -0.8167</w:t>
        <w:br/>
        <w:t>vn -0.4215 -0.4136 0.8070</w:t>
        <w:br/>
        <w:t>vn -0.3732 -0.4084 0.8330</w:t>
        <w:br/>
        <w:t>vn -0.6804 0.1552 -0.7162</w:t>
        <w:br/>
        <w:t>vn -0.8711 0.0802 -0.4846</w:t>
        <w:br/>
        <w:t>vn 0.6491 0.2795 -0.7075</w:t>
        <w:br/>
        <w:t>vn 0.0147 0.2783 -0.9604</w:t>
        <w:br/>
        <w:t>vn -0.6574 0.0423 -0.7524</w:t>
        <w:br/>
        <w:t>vn -0.7905 0.0758 -0.6077</w:t>
        <w:br/>
        <w:t>vn -0.5515 0.1484 -0.8209</w:t>
        <w:br/>
        <w:t>vn -0.2382 0.1634 -0.9574</w:t>
        <w:br/>
        <w:t>vn 0.2777 0.2504 -0.9275</w:t>
        <w:br/>
        <w:t>vn 0.1380 0.2760 -0.9512</w:t>
        <w:br/>
        <w:t>vn 0.7102 0.3131 -0.6306</w:t>
        <w:br/>
        <w:t>vn 0.7732 0.3345 -0.5388</w:t>
        <w:br/>
        <w:t>vn -0.6096 -0.2981 0.7345</w:t>
        <w:br/>
        <w:t>vn -0.5283 -0.3534 0.7720</w:t>
        <w:br/>
        <w:t>vn -0.6680 -0.3881 0.6349</w:t>
        <w:br/>
        <w:t>vn -0.7589 -0.3656 0.5388</w:t>
        <w:br/>
        <w:t>vn -0.5223 -0.0470 -0.8515</w:t>
        <w:br/>
        <w:t>vn -0.2639 0.0569 -0.9629</w:t>
        <w:br/>
        <w:t>vn 0.4091 0.2152 -0.8868</w:t>
        <w:br/>
        <w:t>vn 0.8214 0.3540 -0.4472</w:t>
        <w:br/>
        <w:t>vn -0.7467 -0.3089 0.5891</w:t>
        <w:br/>
        <w:t>vn -0.8158 -0.3557 0.4559</w:t>
        <w:br/>
        <w:t>vn -0.4103 -0.1381 -0.9014</w:t>
        <w:br/>
        <w:t>vn -0.1748 -0.0458 -0.9835</w:t>
        <w:br/>
        <w:t>vn 0.5134 0.1914 -0.8366</w:t>
        <w:br/>
        <w:t>vn 0.8418 0.3971 -0.3657</w:t>
        <w:br/>
        <w:t>vn -0.8538 -0.3741 0.3620</w:t>
        <w:br/>
        <w:t>vn -0.7967 -0.3046 0.5220</w:t>
        <w:br/>
        <w:t>vn -0.2968 -0.1889 -0.9361</w:t>
        <w:br/>
        <w:t>vn -0.0678 -0.1044 -0.9922</w:t>
        <w:br/>
        <w:t>vn 0.6067 0.1663 -0.7773</w:t>
        <w:br/>
        <w:t>vn 0.8585 0.4108 -0.3070</w:t>
        <w:br/>
        <w:t>vn -0.8738 -0.3954 0.2830</w:t>
        <w:br/>
        <w:t>vn -0.8248 -0.3347 0.4556</w:t>
        <w:br/>
        <w:t>vn -0.1741 -0.2382 -0.9555</w:t>
        <w:br/>
        <w:t>vn 0.0429 -0.1499 -0.9878</w:t>
        <w:br/>
        <w:t>vn -0.8923 -0.4010 0.2075</w:t>
        <w:br/>
        <w:t>vn -0.8590 -0.3262 0.3946</w:t>
        <w:br/>
        <w:t>vn -0.0995 -0.2972 -0.9496</w:t>
        <w:br/>
        <w:t>vn 0.1080 -0.2144 -0.9708</w:t>
        <w:br/>
        <w:t>vn -0.9175 -0.3747 0.1336</w:t>
        <w:br/>
        <w:t>vn -0.9005 -0.2775 0.3348</w:t>
        <w:br/>
        <w:t>vn -0.0911 -0.3765 -0.9219</w:t>
        <w:br/>
        <w:t>vn 0.1564 -0.2982 -0.9416</w:t>
        <w:br/>
        <w:t>vn -0.9328 -0.3512 0.0812</w:t>
        <w:br/>
        <w:t>vn -0.9246 -0.2484 0.2887</w:t>
        <w:br/>
        <w:t>vn -0.0841 -0.5015 -0.8610</w:t>
        <w:br/>
        <w:t>vn -0.1029 -0.4599 -0.8820</w:t>
        <w:br/>
        <w:t>vn 0.2029 -0.3917 -0.8974</w:t>
        <w:br/>
        <w:t>vn 0.1187 -0.5011 -0.8572</w:t>
        <w:br/>
        <w:t>vn 0.6413 -0.3480 -0.6838</w:t>
        <w:br/>
        <w:t>vn 0.5970 -0.2589 -0.7593</w:t>
        <w:br/>
        <w:t>vn 0.6950 -0.2287 -0.6817</w:t>
        <w:br/>
        <w:t>vn 0.7123 -0.3376 -0.6154</w:t>
        <w:br/>
        <w:t>vn -0.9563 -0.2921 0.0159</w:t>
        <w:br/>
        <w:t>vn -0.9578 -0.2662 0.1083</w:t>
        <w:br/>
        <w:t>vn -0.9421 -0.2178 0.2550</w:t>
        <w:br/>
        <w:t>vn -0.9465 -0.3196 0.0449</w:t>
        <w:br/>
        <w:t>vn 0.7450 -0.3394 -0.5742</w:t>
        <w:br/>
        <w:t>vn 0.6502 -0.3634 -0.6672</w:t>
        <w:br/>
        <w:t>vn 0.7021 -0.3754 -0.6051</w:t>
        <w:br/>
        <w:t>vn 0.7886 -0.3624 -0.4967</w:t>
        <w:br/>
        <w:t>vn 0.8245 -0.3379 -0.4539</w:t>
        <w:br/>
        <w:t>vn 0.8671 -0.3588 -0.3456</w:t>
        <w:br/>
        <w:t>vn 0.5572 -0.4943 -0.6672</w:t>
        <w:br/>
        <w:t>vn 0.8894 -0.4258 -0.1662</w:t>
        <w:br/>
        <w:t>vn 0.8370 -0.5461 0.0347</w:t>
        <w:br/>
        <w:t>vn 0.7048 -0.5239 -0.4784</w:t>
        <w:br/>
        <w:t>vn 0.2807 -0.6975 0.6593</w:t>
        <w:br/>
        <w:t>vn 0.6697 -0.7116 0.2126</w:t>
        <w:br/>
        <w:t>vn 0.5947 -0.5232 0.6104</w:t>
        <w:br/>
        <w:t>vn 0.3130 -0.8047 0.5046</w:t>
        <w:br/>
        <w:t>vn 0.0727 0.1845 -0.9801</w:t>
        <w:br/>
        <w:t>vn -0.2639 0.0570 -0.9629</w:t>
        <w:br/>
        <w:t>vn 0.1309 0.0766 -0.9884</w:t>
        <w:br/>
        <w:t>vn 0.2397 0.0168 -0.9707</w:t>
        <w:br/>
        <w:t>vn 0.0430 -0.1499 -0.9878</w:t>
        <w:br/>
        <w:t>vn 0.3470 -0.0085 -0.9378</w:t>
        <w:br/>
        <w:t>vn 0.4283 -0.0812 -0.9000</w:t>
        <w:br/>
        <w:t>vn 0.1563 -0.2982 -0.9416</w:t>
        <w:br/>
        <w:t>vn 0.5227 -0.1704 -0.8353</w:t>
        <w:br/>
        <w:t>vn 0.9360 0.2297 0.2666</w:t>
        <w:br/>
        <w:t>vn 0.9430 0.1536 0.2952</w:t>
        <w:br/>
        <w:t>vn 0.9036 0.4021 0.1477</w:t>
        <w:br/>
        <w:t>vn 0.8438 0.5366 -0.0042</w:t>
        <w:br/>
        <w:t>vn 0.7794 0.5754 -0.2478</w:t>
        <w:br/>
        <w:t>vn 0.6628 0.4806 -0.5742</w:t>
        <w:br/>
        <w:t>vn 0.5996 0.3396 -0.7247</w:t>
        <w:br/>
        <w:t>vn 0.6155 0.2644 -0.7425</w:t>
        <w:br/>
        <w:t>vn 0.6246 0.2438 -0.7419</w:t>
        <w:br/>
        <w:t>vn 0.6327 0.2383 -0.7368</w:t>
        <w:br/>
        <w:t>vn 0.6414 0.2497 -0.7254</w:t>
        <w:br/>
        <w:t>vn 0.6522 0.2493 -0.7159</w:t>
        <w:br/>
        <w:t>vn 0.6856 0.2190 -0.6942</w:t>
        <w:br/>
        <w:t>vn 0.7484 0.2216 -0.6252</w:t>
        <w:br/>
        <w:t>vn 0.8108 0.2574 -0.5256</w:t>
        <w:br/>
        <w:t>vn 0.8627 0.2999 -0.4073</w:t>
        <w:br/>
        <w:t>vn 0.8961 0.3400 -0.2852</w:t>
        <w:br/>
        <w:t>vn 0.9032 0.3805 -0.1987</w:t>
        <w:br/>
        <w:t>vn 0.8862 0.4409 -0.1424</w:t>
        <w:br/>
        <w:t>vn 0.8741 0.4767 -0.0939</w:t>
        <w:br/>
        <w:t>vn -0.0273 0.0263 -0.9993</w:t>
        <w:br/>
        <w:t>vn 0.6715 0.4242 -0.6076</w:t>
        <w:br/>
        <w:t>vn 0.7608 0.5391 -0.3613</w:t>
        <w:br/>
        <w:t>vn 0.7788 0.5350 -0.3276</w:t>
        <w:br/>
        <w:t>vn 0.6600 0.3406 -0.6696</w:t>
        <w:br/>
        <w:t>vn 0.8196 0.5374 -0.1985</w:t>
        <w:br/>
        <w:t>vn 0.1752 0.0334 0.9840</w:t>
        <w:br/>
        <w:t>vn 0.3726 -0.0358 0.9273</w:t>
        <w:br/>
        <w:t>vn 0.0662 -0.3233 0.9440</w:t>
        <w:br/>
        <w:t>vn -0.1915 -0.2282 0.9546</w:t>
        <w:br/>
        <w:t>vn -0.0081 0.1046 0.9945</w:t>
        <w:br/>
        <w:t>vn -0.3591 -0.1201 0.9255</w:t>
        <w:br/>
        <w:t>vn -0.5862 -0.1064 0.8031</w:t>
        <w:br/>
        <w:t>vn -0.1548 0.1572 0.9754</w:t>
        <w:br/>
        <w:t>vn -0.7743 -0.2008 0.6001</w:t>
        <w:br/>
        <w:t>vn -0.2640 0.1625 0.9507</w:t>
        <w:br/>
        <w:t>vn -0.4838 0.1028 0.8691</w:t>
        <w:br/>
        <w:t>vn -0.3630 0.2165 0.9063</w:t>
        <w:br/>
        <w:t>vn -0.2063 -0.5975 -0.7749</w:t>
        <w:br/>
        <w:t>vn -0.2500 -0.8431 -0.4761</w:t>
        <w:br/>
        <w:t>vn -0.2130 -0.9726 -0.0928</w:t>
        <w:br/>
        <w:t>vn 0.4029 -0.3713 0.8365</w:t>
        <w:br/>
        <w:t>vn -0.1825 -0.3912 0.9020</w:t>
        <w:br/>
        <w:t>vn -0.5709 -0.1589 0.8055</w:t>
        <w:br/>
        <w:t>vn -0.6568 -0.1578 0.7374</w:t>
        <w:br/>
        <w:t>vn -0.5923 -0.0886 0.8008</w:t>
        <w:br/>
        <w:t>vn -0.7133 -0.2067 0.6696</w:t>
        <w:br/>
        <w:t>vn -0.6751 -0.1497 0.7224</w:t>
        <w:br/>
        <w:t>vn -0.7708 -0.1875 0.6088</w:t>
        <w:br/>
        <w:t>vn -0.8220 -0.1094 0.5588</w:t>
        <w:br/>
        <w:t>vn -0.8554 -0.0711 0.5130</w:t>
        <w:br/>
        <w:t>vn -0.9007 -0.0433 0.4323</w:t>
        <w:br/>
        <w:t>vn -0.8818 -0.0558 0.4684</w:t>
        <w:br/>
        <w:t>vn -0.9593 -0.2780 -0.0499</w:t>
        <w:br/>
        <w:t>vn -0.9396 -0.0137 0.3421</w:t>
        <w:br/>
        <w:t>vn -0.9165 -0.0280 0.3990</w:t>
        <w:br/>
        <w:t>vn -0.9502 -0.3115 0.0056</w:t>
        <w:br/>
        <w:t>vn -0.9620 -0.2223 -0.1585</w:t>
        <w:br/>
        <w:t>vn -0.9701 0.0083 0.2424</w:t>
        <w:br/>
        <w:t>vn -0.9356 -0.1297 -0.3283</w:t>
        <w:br/>
        <w:t>vn -0.9927 0.0547 0.1072</w:t>
        <w:br/>
        <w:t>vn -0.9824 0.1790 -0.0534</w:t>
        <w:br/>
        <w:t>vn -0.9268 0.0439 -0.3730</w:t>
        <w:br/>
        <w:t>vn -0.9227 0.3348 -0.1911</w:t>
        <w:br/>
        <w:t>vn -0.8731 0.3391 -0.3503</w:t>
        <w:br/>
        <w:t>vn -0.8840 0.4002 -0.2417</w:t>
        <w:br/>
        <w:t>vn 0.6300 -0.7750 -0.0503</w:t>
        <w:br/>
        <w:t>vn 0.4737 -0.8724 -0.1200</w:t>
        <w:br/>
        <w:t>vn 0.4738 -0.8724 -0.1200</w:t>
        <w:br/>
        <w:t>vn 0.7316 -0.4032 0.5498</w:t>
        <w:br/>
        <w:t>vn 0.6839 -0.3130 0.6591</w:t>
        <w:br/>
        <w:t>vn 0.6716 -0.2578 0.6947</w:t>
        <w:br/>
        <w:t>vn 0.6798 -0.2148 0.7013</w:t>
        <w:br/>
        <w:t>vn 0.6980 -0.1654 0.6968</w:t>
        <w:br/>
        <w:t>vn 0.6979 -0.1654 0.6968</w:t>
        <w:br/>
        <w:t>vn 0.5803 0.0477 0.8130</w:t>
        <w:br/>
        <w:t>vn 0.6704 -0.0598 0.7396</w:t>
        <w:br/>
        <w:t>vn 0.6873 -0.1287 0.7149</w:t>
        <w:br/>
        <w:t>vn 0.5812 -0.1080 0.8066</w:t>
        <w:br/>
        <w:t>vn 0.3574 0.1602 0.9201</w:t>
        <w:br/>
        <w:t>vn 0.4718 0.1123 0.8745</w:t>
        <w:br/>
        <w:t>vn 0.2204 0.2365 0.9463</w:t>
        <w:br/>
        <w:t>vn 0.0709 0.2886 0.9548</w:t>
        <w:br/>
        <w:t>vn -0.0891 0.2776 0.9565</w:t>
        <w:br/>
        <w:t>vn -0.2316 0.3240 0.9173</w:t>
        <w:br/>
        <w:t>vn 0.2030 -0.3917 -0.8974</w:t>
        <w:br/>
        <w:t>vn 0.7493 -0.3849 -0.5389</w:t>
        <w:br/>
        <w:t>vn 0.9930 -0.1133 0.0338</w:t>
        <w:br/>
        <w:t>vn 0.9540 -0.1954 0.2274</w:t>
        <w:br/>
        <w:t>vn 0.8345 -0.3301 0.4411</w:t>
        <w:br/>
        <w:t>vn 0.7103 -0.6352 -0.3033</w:t>
        <w:br/>
        <w:t>vn -0.0272 0.0263 -0.9993</w:t>
        <w:br/>
        <w:t>vn 0.1378 0.1414 -0.9803</w:t>
        <w:br/>
        <w:t>vn 0.4331 0.0364 -0.9006</w:t>
        <w:br/>
        <w:t>vn 0.5395 -0.0401 -0.8410</w:t>
        <w:br/>
        <w:t>vn 0.6406 -0.1377 -0.7554</w:t>
        <w:br/>
        <w:t>vn -0.7482 -0.1366 0.6493</w:t>
        <w:br/>
        <w:t>vn -0.8016 -0.0517 0.5957</w:t>
        <w:br/>
        <w:t>vn -0.8398 -0.0095 0.5428</w:t>
        <w:br/>
        <w:t>vn -0.9018 -0.0130 0.4319</w:t>
        <w:br/>
        <w:t>vn -0.8749 -0.0073 0.4843</w:t>
        <w:br/>
        <w:t>vn -0.9450 0.0237 0.3261</w:t>
        <w:br/>
        <w:t>vn -0.9224 -0.0015 0.3863</w:t>
        <w:br/>
        <w:t>vn -0.9698 0.0613 0.2360</w:t>
        <w:br/>
        <w:t>vn -0.9858 0.1113 0.1254</w:t>
        <w:br/>
        <w:t>vn -0.9764 0.2145 0.0243</w:t>
        <w:br/>
        <w:t>vn -0.9586 0.1530 0.2402</w:t>
        <w:br/>
        <w:t>vn 0.5125 0.3441 0.7867</w:t>
        <w:br/>
        <w:t>vn 0.4966 0.4443 0.7457</w:t>
        <w:br/>
        <w:t>vn 0.4965 0.4443 0.7457</w:t>
        <w:br/>
        <w:t>vn 0.5026 0.4799 0.7190</w:t>
        <w:br/>
        <w:t>vn 0.5026 0.4800 0.7190</w:t>
        <w:br/>
        <w:t>vn 0.5623 0.4666 0.6827</w:t>
        <w:br/>
        <w:t>vn 0.7489 0.4781 0.4589</w:t>
        <w:br/>
        <w:t>vn 0.5624 0.4640 0.6844</w:t>
        <w:br/>
        <w:t>vn 0.7557 0.4504 0.4754</w:t>
        <w:br/>
        <w:t>vn 0.5230 0.4295 0.7362</w:t>
        <w:br/>
        <w:t>vn 0.7339 0.3647 0.5731</w:t>
        <w:br/>
        <w:t>vn 0.7523 0.4068 0.5183</w:t>
        <w:br/>
        <w:t>vn 0.5401 0.4581 0.7060</w:t>
        <w:br/>
        <w:t>vn 0.1444 0.1781 0.9734</w:t>
        <w:br/>
        <w:t>vn 0.4945 0.1134 0.8618</w:t>
        <w:br/>
        <w:t>vn 0.6673 0.2819 0.6894</w:t>
        <w:br/>
        <w:t>vn 0.4099 0.3479 0.8432</w:t>
        <w:br/>
        <w:t>vn -0.1636 0.0011 0.9865</w:t>
        <w:br/>
        <w:t>vn 0.2238 -0.0789 0.9714</w:t>
        <w:br/>
        <w:t>vn -0.4211 -0.1344 0.8970</w:t>
        <w:br/>
        <w:t>vn -0.0953 -0.2614 0.9605</w:t>
        <w:br/>
        <w:t>vn -0.5320 -0.2002 0.8227</w:t>
        <w:br/>
        <w:t>vn -0.3714 -0.3860 0.8444</w:t>
        <w:br/>
        <w:t>vn -0.6756 -0.2325 0.6996</w:t>
        <w:br/>
        <w:t>vn -0.9586 0.1529 0.2402</w:t>
        <w:br/>
        <w:t>vn -0.0195 -0.1423 -0.9896</w:t>
        <w:br/>
        <w:t>vn 0.3122 -0.3463 -0.8847</w:t>
        <w:br/>
        <w:t>vn 0.4160 -0.3528 -0.8381</w:t>
        <w:br/>
        <w:t>vn -0.2277 -0.1223 -0.9660</w:t>
        <w:br/>
        <w:t>vn -0.1971 -0.2612 -0.9449</w:t>
        <w:br/>
        <w:t>vn -0.5139 -0.3361 -0.7893</w:t>
        <w:br/>
        <w:t>vn -0.1971 -0.2612 -0.9450</w:t>
        <w:br/>
        <w:t>vn -0.5085 -0.4646 -0.7250</w:t>
        <w:br/>
        <w:t>vn -0.5871 -0.5212 -0.6194</w:t>
        <w:br/>
        <w:t>vn -0.6083 -0.5516 -0.5707</w:t>
        <w:br/>
        <w:t>vn 0.8375 0.5464 -0.0040</w:t>
        <w:br/>
        <w:t>vn 0.8549 0.4998 0.1392</w:t>
        <w:br/>
        <w:t>vn 0.8548 0.4999 0.1392</w:t>
        <w:br/>
        <w:t>vn 0.8718 0.4490 0.1960</w:t>
        <w:br/>
        <w:t>vn 0.9022 0.3216 0.2872</w:t>
        <w:br/>
        <w:t>vn 0.8877 0.4001 0.2276</w:t>
        <w:br/>
        <w:t>vn 0.7557 0.4504 0.4755</w:t>
        <w:br/>
        <w:t>vn 0.8895 0.2723 0.3668</w:t>
        <w:br/>
        <w:t>vn -0.0954 -0.2614 0.9605</w:t>
        <w:br/>
        <w:t>vn 0.3122 -0.3463 -0.8846</w:t>
        <w:br/>
        <w:t>vn 0.5767 -0.4706 -0.6678</w:t>
        <w:br/>
        <w:t>vn 0.7047 -0.5239 -0.4784</w:t>
        <w:br/>
        <w:t>vn 0.3094 -0.4328 -0.8467</w:t>
        <w:br/>
        <w:t>vn -0.1900 -0.5199 -0.8328</w:t>
        <w:br/>
        <w:t>vn 0.5572 -0.4944 -0.6672</w:t>
        <w:br/>
        <w:t>vn -0.3552 -0.5607 -0.7480</w:t>
        <w:br/>
        <w:t>vn -0.4117 -0.5751 -0.7070</w:t>
        <w:br/>
        <w:t>vn -0.6077 -0.5603 -0.5628</w:t>
        <w:br/>
        <w:t>vn 0.4933 -0.0418 -0.8689</w:t>
        <w:br/>
        <w:t>vn 0.3298 -0.0152 -0.9439</w:t>
        <w:br/>
        <w:t>vn 0.7063 0.1061 -0.6999</w:t>
        <w:br/>
        <w:t>vn 0.6277 -0.1315 -0.7673</w:t>
        <w:br/>
        <w:t>vn 0.7972 -0.0074 -0.6036</w:t>
        <w:br/>
        <w:t>vn 0.8630 -0.1127 -0.4924</w:t>
        <w:br/>
        <w:t>vn 0.7053 -0.2300 -0.6705</w:t>
        <w:br/>
        <w:t>vn 0.9096 0.3360 -0.2445</w:t>
        <w:br/>
        <w:t>vn 0.9127 0.4084 -0.0093</w:t>
        <w:br/>
        <w:t>vn 0.9685 0.2105 -0.1329</w:t>
        <w:br/>
        <w:t>vn 0.9472 0.2867 0.1432</w:t>
        <w:br/>
        <w:t>vn 0.9313 0.1798 0.3168</w:t>
        <w:br/>
        <w:t>vn 0.9947 0.1012 0.0196</w:t>
        <w:br/>
        <w:t>vn 0.8773 0.0462 0.4778</w:t>
        <w:br/>
        <w:t>vn 0.9799 -0.0644 0.1887</w:t>
        <w:br/>
        <w:t>vn 0.8141 -0.3375 0.4726</w:t>
        <w:br/>
        <w:t>vn 0.9089 -0.2387 0.3419</w:t>
        <w:br/>
        <w:t>vn 0.7850 -0.1071 0.6102</w:t>
        <w:br/>
        <w:t>vn 0.6794 -0.2307 0.6965</w:t>
        <w:br/>
        <w:t>vn 0.6912 -0.4370 0.5756</w:t>
        <w:br/>
        <w:t>vn 0.5597 -0.3399 0.7557</w:t>
        <w:br/>
        <w:t>vn 0.4221 -0.4137 0.8066</w:t>
        <w:br/>
        <w:t>vn 0.5742 -0.5164 0.6353</w:t>
        <w:br/>
        <w:t>vn 0.3439 -0.6645 0.6635</w:t>
        <w:br/>
        <w:t>vn 0.3914 -0.6311 0.6697</w:t>
        <w:br/>
        <w:t>vn 0.1973 -0.5391 0.8188</w:t>
        <w:br/>
        <w:t>vn 0.9378 -0.3452 0.0384</w:t>
        <w:br/>
        <w:t>vn 0.8034 -0.3770 -0.4609</w:t>
        <w:br/>
        <w:t>vn 0.8840 -0.4176 0.2102</w:t>
        <w:br/>
        <w:t>vn 0.7818 -0.5083 0.3612</w:t>
        <w:br/>
        <w:t>vn -0.5654 0.1945 0.8015</w:t>
        <w:br/>
        <w:t>vn -0.4401 0.3056 0.8444</w:t>
        <w:br/>
        <w:t>vn -0.6230 0.3158 0.7157</w:t>
        <w:br/>
        <w:t>vn -0.4903 0.3980 0.7754</w:t>
        <w:br/>
        <w:t>vn -0.6542 0.3844 0.6514</w:t>
        <w:br/>
        <w:t>vn -0.5266 0.4484 0.7222</w:t>
        <w:br/>
        <w:t>vn -0.6950 0.3767 0.6125</w:t>
        <w:br/>
        <w:t>vn -0.5730 0.4344 0.6949</w:t>
        <w:br/>
        <w:t>vn -0.7185 0.3029 0.6261</w:t>
        <w:br/>
        <w:t>vn -0.6425 0.3758 0.6678</w:t>
        <w:br/>
        <w:t>vn -0.9253 0.1704 0.3388</w:t>
        <w:br/>
        <w:t>vn -0.8036 0.2792 0.5256</w:t>
        <w:br/>
        <w:t>vn -0.7705 0.2455 0.5882</w:t>
        <w:br/>
        <w:t>vn -0.8438 0.2493 0.4752</w:t>
        <w:br/>
        <w:t>vn -0.7971 0.2075 0.5671</w:t>
        <w:br/>
        <w:t>vn -0.8594 0.2265 0.4584</w:t>
        <w:br/>
        <w:t>vn -0.3019 0.4073 0.8620</w:t>
        <w:br/>
        <w:t>vn -0.3442 0.4689 0.8134</w:t>
        <w:br/>
        <w:t>vn -0.3857 0.5010 0.7747</w:t>
        <w:br/>
        <w:t>vn -0.4367 0.4814 0.7600</w:t>
        <w:br/>
        <w:t>vn -0.6204 0.3212 0.7155</w:t>
        <w:br/>
        <w:t>vn -0.5235 0.4136 0.7449</w:t>
        <w:br/>
        <w:t>vn -0.6832 0.2372 0.6906</w:t>
        <w:br/>
        <w:t>vn -0.7219 0.1851 0.6668</w:t>
        <w:br/>
        <w:t>vn -0.8097 0.1855 0.5567</w:t>
        <w:br/>
        <w:t>vn -0.8150 0.1260 0.5657</w:t>
        <w:br/>
        <w:t>vn -0.7533 0.0719 0.6538</w:t>
        <w:br/>
        <w:t>vn -0.7468 0.1492 0.6481</w:t>
        <w:br/>
        <w:t>vn -0.8616 0.2193 0.4578</w:t>
        <w:br/>
        <w:t>vn -0.8648 0.1782 0.4694</w:t>
        <w:br/>
        <w:t>vn -0.6439 -0.6408 -0.4180</w:t>
        <w:br/>
        <w:t>vn -0.6519 -0.6323 -0.4187</w:t>
        <w:br/>
        <w:t>vn -0.6425 -0.6465 -0.4113</w:t>
        <w:br/>
        <w:t>vn -0.6443 -0.6398 -0.4189</w:t>
        <w:br/>
        <w:t>vn -0.6053 -0.6133 -0.5074</w:t>
        <w:br/>
        <w:t>vn -0.5399 -0.5749 -0.6148</w:t>
        <w:br/>
        <w:t>vn 0.7710 -0.2998 -0.5618</w:t>
        <w:br/>
        <w:t>vn 0.6899 -0.5865 0.4242</w:t>
        <w:br/>
        <w:t>vn 0.6337 -0.6288 0.4506</w:t>
        <w:br/>
        <w:t>vn 0.4841 -0.5675 0.6660</w:t>
        <w:br/>
        <w:t>vn 0.5586 -0.6800 0.4749</w:t>
        <w:br/>
        <w:t>vn -0.5842 -0.0242 -0.8113</w:t>
        <w:br/>
        <w:t>vn -0.7605 0.1252 -0.6372</w:t>
        <w:br/>
        <w:t>vn -0.7986 0.0251 -0.6014</w:t>
        <w:br/>
        <w:t>vn -0.6608 -0.1459 -0.7362</w:t>
        <w:br/>
        <w:t>vn -0.4051 0.3550 -0.8425</w:t>
        <w:br/>
        <w:t>vn -0.6637 0.3611 -0.6550</w:t>
        <w:br/>
        <w:t>vn -0.4402 0.2871 -0.8508</w:t>
        <w:br/>
        <w:t>vn -0.8728 -0.0746 -0.4823</w:t>
        <w:br/>
        <w:t>vn -0.7538 -0.2618 -0.6027</w:t>
        <w:br/>
        <w:t>vn -0.9101 -0.1361 -0.3914</w:t>
        <w:br/>
        <w:t>vn -0.8171 -0.3567 -0.4528</w:t>
        <w:br/>
        <w:t>vn -0.9433 -0.2639 -0.2016</w:t>
        <w:br/>
        <w:t>vn -0.8352 -0.4271 -0.3464</w:t>
        <w:br/>
        <w:t>vn -0.8171 -0.3568 -0.4528</w:t>
        <w:br/>
        <w:t>vn -0.9183 -0.3949 0.0281</w:t>
        <w:br/>
        <w:t>vn -0.9009 -0.4262 0.0819</w:t>
        <w:br/>
        <w:t>vn -0.8930 -0.4366 0.1088</w:t>
        <w:br/>
        <w:t>vn -0.8930 -0.4366 0.1089</w:t>
        <w:br/>
        <w:t>vn -0.0417 -0.4392 -0.8974</w:t>
        <w:br/>
        <w:t>vn -0.1733 -0.5381 -0.8249</w:t>
        <w:br/>
        <w:t>vn -0.4052 0.3550 -0.8425</w:t>
        <w:br/>
        <w:t>vn -0.4402 0.2871 -0.8507</w:t>
        <w:br/>
        <w:t>vn 0.1984 -0.0969 -0.9753</w:t>
        <w:br/>
        <w:t>vn -0.7538 -0.2619 -0.6027</w:t>
        <w:br/>
        <w:t>vn -0.2710 -0.6230 -0.7338</w:t>
        <w:br/>
        <w:t>vn -0.3171 -0.6858 -0.6551</w:t>
        <w:br/>
        <w:t>vn -0.5191 -0.6634 -0.5390</w:t>
        <w:br/>
        <w:t>vn -0.5973 -0.6464 -0.4748</w:t>
        <w:br/>
        <w:t>vn -0.8240 -0.5046 -0.2577</w:t>
        <w:br/>
        <w:t>vn -0.9330 -0.3513 -0.0786</w:t>
        <w:br/>
        <w:t>vn -0.8240 -0.5045 -0.2577</w:t>
        <w:br/>
        <w:t>vn -0.1876 -0.2877 -0.9392</w:t>
        <w:br/>
        <w:t>vn -0.5191 -0.6633 -0.5390</w:t>
        <w:br/>
        <w:t>vn 0.8034 -0.3771 -0.4609</w:t>
        <w:br/>
        <w:t>vn 0.0684 -0.7493 -0.6587</w:t>
        <w:br/>
        <w:t>vn -0.3171 -0.6858 -0.6550</w:t>
        <w:br/>
        <w:t>vn 0.0809 -0.7271 -0.6817</w:t>
        <w:br/>
        <w:t>vn -0.2709 -0.6230 -0.7338</w:t>
        <w:br/>
        <w:t>vn 0.1558 -0.6893 -0.7075</w:t>
        <w:br/>
        <w:t>vn -0.1732 -0.5381 -0.8249</w:t>
        <w:br/>
        <w:t>vn 0.2818 -0.6308 -0.7229</w:t>
        <w:br/>
        <w:t>vn 0.0953 -0.2708 -0.9579</w:t>
        <w:br/>
        <w:t>vn 0.4231 -0.4913 -0.7613</w:t>
        <w:br/>
        <w:t>vn 0.5278 -0.3582 -0.7702</w:t>
        <w:br/>
        <w:t>vn 0.1984 -0.0970 -0.9753</w:t>
        <w:br/>
        <w:t>vn 0.7312 -0.5743 0.3681</w:t>
        <w:br/>
        <w:t>vn 0.7312 -0.5742 0.3681</w:t>
        <w:br/>
        <w:t>vn 0.8527 -0.5012 0.1476</w:t>
        <w:br/>
        <w:t>vn 0.5576 -0.7418 0.3725</w:t>
        <w:br/>
        <w:t>vn 0.6038 -0.6521 0.4585</w:t>
        <w:br/>
        <w:t>vn 0.6038 -0.6521 0.4584</w:t>
        <w:br/>
        <w:t>vn 0.5744 -0.7872 0.2245</w:t>
        <w:br/>
        <w:t>vn 0.6168 -0.7733 0.1470</w:t>
        <w:br/>
        <w:t>vn -0.4174 -0.1142 -0.9015</w:t>
        <w:br/>
        <w:t>vn -0.4174 -0.1143 -0.9015</w:t>
        <w:br/>
        <w:t>vn -0.2410 0.0457 -0.9694</w:t>
        <w:br/>
        <w:t>vn -0.2410 0.0457 -0.9695</w:t>
        <w:br/>
        <w:t>vn -0.0387 0.1974 -0.9796</w:t>
        <w:br/>
        <w:t>vn -0.1200 0.1281 -0.9845</w:t>
        <w:br/>
        <w:t>vn -0.5493 -0.3029 -0.7788</w:t>
        <w:br/>
        <w:t>vn -0.5713 -0.4352 -0.6958</w:t>
        <w:br/>
        <w:t>vn -0.5467 -0.5823 -0.6016</w:t>
        <w:br/>
        <w:t>vn -0.5468 -0.5823 -0.6017</w:t>
        <w:br/>
        <w:t>vn -0.5377 -0.6564 -0.5292</w:t>
        <w:br/>
        <w:t>vn -0.5191 -0.6634 -0.5389</w:t>
        <w:br/>
        <w:t>vn 0.8450 -0.3489 -0.4052</w:t>
        <w:br/>
        <w:t>vn 0.8033 -0.3770 -0.4610</w:t>
        <w:br/>
        <w:t>vn 0.8929 -0.3908 -0.2235</w:t>
        <w:br/>
        <w:t>vn 0.8929 -0.3909 -0.2235</w:t>
        <w:br/>
        <w:t>vn 0.8917 -0.4503 -0.0461</w:t>
        <w:br/>
        <w:t>vn -0.0257 0.2074 -0.9779</w:t>
        <w:br/>
        <w:t>vn 0.0564 -0.5001 -0.8641</w:t>
        <w:br/>
        <w:t>vn -0.0365 -0.5058 -0.8618</w:t>
        <w:br/>
        <w:t>vn -0.0365 -0.5059 -0.8618</w:t>
        <w:br/>
        <w:t>vn -0.9642 -0.2592 -0.0568</w:t>
        <w:br/>
        <w:t>vn -0.9603 -0.2785 -0.0124</w:t>
        <w:br/>
        <w:t>vn 0.2241 -0.4543 -0.8622</w:t>
        <w:br/>
        <w:t>vn -0.9677 -0.2076 -0.1433</w:t>
        <w:br/>
        <w:t>vn 0.4481 -0.3667 -0.8153</w:t>
        <w:br/>
        <w:t>vn -0.9551 -0.1236 -0.2691</w:t>
        <w:br/>
        <w:t>vn 0.6423 -0.3120 -0.7000</w:t>
        <w:br/>
        <w:t>vn 0.6423 -0.3121 -0.7000</w:t>
        <w:br/>
        <w:t>vn -0.7248 0.0880 -0.6833</w:t>
        <w:br/>
        <w:t>vn -0.8967 -0.0474 -0.4401</w:t>
        <w:br/>
        <w:t>vn -0.8967 -0.0474 -0.4402</w:t>
        <w:br/>
        <w:t>vn 0.8050 -0.3768 -0.4582</w:t>
        <w:br/>
        <w:t>vn 0.7591 -0.3226 -0.5655</w:t>
        <w:br/>
        <w:t>vn 0.7591 -0.3226 -0.5654</w:t>
        <w:br/>
        <w:t>vn -0.4299 0.2502 -0.8675</w:t>
        <w:br/>
        <w:t>vn 0.7594 -0.5427 -0.3589</w:t>
        <w:br/>
        <w:t>vn 0.7594 -0.5427 -0.3588</w:t>
        <w:br/>
        <w:t>vn -0.1563 0.3955 -0.9051</w:t>
        <w:br/>
        <w:t>vn 0.6438 -0.7252 -0.2442</w:t>
        <w:br/>
        <w:t>vn 0.0599 0.4875 -0.8711</w:t>
        <w:br/>
        <w:t>vn 0.5626 -0.8041 -0.1923</w:t>
        <w:br/>
        <w:t>vn 0.5626 -0.8041 -0.1922</w:t>
        <w:br/>
        <w:t>vn 0.2051 0.4773 -0.8545</w:t>
        <w:br/>
        <w:t>vn 0.5387 -0.8196 -0.1948</w:t>
        <w:br/>
        <w:t>vn 0.2533 0.4578 -0.8522</w:t>
        <w:br/>
        <w:t>vn -0.6387 -0.3867 0.6653</w:t>
        <w:br/>
        <w:t>vn -0.5148 -0.3977 0.7595</w:t>
        <w:br/>
        <w:t>vn -0.0860 -0.9523 0.2928</w:t>
        <w:br/>
        <w:t>vn 0.0531 -0.8157 0.5761</w:t>
        <w:br/>
        <w:t>vn 0.1284 -0.6417 0.7561</w:t>
        <w:br/>
        <w:t>vn 0.0464 -0.3975 0.9164</w:t>
        <w:br/>
        <w:t>vn 0.1063 -0.4994 0.8598</w:t>
        <w:br/>
        <w:t>vn 0.0056 -0.3159 0.9488</w:t>
        <w:br/>
        <w:t>vn -0.0156 -0.2900 0.9569</w:t>
        <w:br/>
        <w:t>vn -0.0156 -0.2901 0.9569</w:t>
        <w:br/>
        <w:t>vn -0.0658 -0.2285 0.9713</w:t>
        <w:br/>
        <w:t>vn -0.1388 -0.1403 0.9803</w:t>
        <w:br/>
        <w:t>vn -0.0659 -0.2286 0.9713</w:t>
        <w:br/>
        <w:t>vn -0.1995 -0.1056 0.9742</w:t>
        <w:br/>
        <w:t>vn -0.2475 -0.1073 0.9629</w:t>
        <w:br/>
        <w:t>vn 0.9227 0.0457 -0.3827</w:t>
        <w:br/>
        <w:t>vn 0.8566 0.0005 -0.5160</w:t>
        <w:br/>
        <w:t>vn 0.7321 -0.0105 -0.6811</w:t>
        <w:br/>
        <w:t>vn -0.2602 -0.1313 0.9566</w:t>
        <w:br/>
        <w:t>vn -0.8543 0.2003 -0.4797</w:t>
        <w:br/>
        <w:t>vn -0.5689 0.3124 -0.7608</w:t>
        <w:br/>
        <w:t>vn -0.8503 0.2837 -0.4434</w:t>
        <w:br/>
        <w:t>vn -0.8606 0.2005 -0.4681</w:t>
        <w:br/>
        <w:t>vn 0.8513 -0.0242 -0.5241</w:t>
        <w:br/>
        <w:t>vn 0.6641 0.0701 -0.7444</w:t>
        <w:br/>
        <w:t>vn 0.6068 0.0246 -0.7945</w:t>
        <w:br/>
        <w:t>vn -0.2465 -0.1709 0.9539</w:t>
        <w:br/>
        <w:t>vn -0.6870 0.2913 -0.6657</w:t>
        <w:br/>
        <w:t>vn -0.8540 0.2783 -0.4395</w:t>
        <w:br/>
        <w:t>vn 0.4828 0.1882 -0.8553</w:t>
        <w:br/>
        <w:t>vn 0.6641 0.0701 -0.7443</w:t>
        <w:br/>
        <w:t>vn 0.9126 -0.0208 -0.4084</w:t>
        <w:br/>
        <w:t>vn -0.2254 -0.2229 0.9484</w:t>
        <w:br/>
        <w:t>vn -0.7488 0.2529 -0.6127</w:t>
        <w:br/>
        <w:t>vn -0.8318 0.2552 -0.4929</w:t>
        <w:br/>
        <w:t>vn -0.2016 -0.2467 0.9479</w:t>
        <w:br/>
        <w:t>vn -0.7659 0.2183 -0.6048</w:t>
        <w:br/>
        <w:t>vn -0.7902 0.2355 -0.5658</w:t>
        <w:br/>
        <w:t>vn -0.1794 -0.2679 0.9466</w:t>
        <w:br/>
        <w:t>vn -0.7541 0.1452 -0.6405</w:t>
        <w:br/>
        <w:t>vn -0.7474 0.1653 -0.6435</w:t>
        <w:br/>
        <w:t>vn -0.1387 -0.2567 0.9565</w:t>
        <w:br/>
        <w:t>vn -0.1386 -0.2567 0.9565</w:t>
        <w:br/>
        <w:t>vn -0.7440 0.0117 -0.6681</w:t>
        <w:br/>
        <w:t>vn -0.7012 0.0366 -0.7121</w:t>
        <w:br/>
        <w:t>vn -0.0908 -0.1738 0.9806</w:t>
        <w:br/>
        <w:t>vn 0.1878 -0.0547 0.9807</w:t>
        <w:br/>
        <w:t>vn -0.7108 -0.2144 -0.6699</w:t>
        <w:br/>
        <w:t>vn -0.6424 -0.1591 -0.7496</w:t>
        <w:br/>
        <w:t>vn -0.0702 -0.0770 0.9946</w:t>
        <w:br/>
        <w:t>vn 0.3149 0.1158 0.9420</w:t>
        <w:br/>
        <w:t>vn -0.5681 -0.3486 -0.7455</w:t>
        <w:br/>
        <w:t>vn 0.3887 0.0787 -0.9180</w:t>
        <w:br/>
        <w:t>vn 0.4248 0.1277 -0.8962</w:t>
        <w:br/>
        <w:t>vn 0.4248 0.1277 -0.8963</w:t>
        <w:br/>
        <w:t>vn 0.3928 0.0752 -0.9165</w:t>
        <w:br/>
        <w:t>vn -0.0790 0.0028 0.9969</w:t>
        <w:br/>
        <w:t>vn 0.2550 0.2295 0.9393</w:t>
        <w:br/>
        <w:t>vn -0.4973 -0.4819 -0.7214</w:t>
        <w:br/>
        <w:t>vn 0.3727 0.0573 -0.9262</w:t>
        <w:br/>
        <w:t>vn -0.0992 0.0721 0.9925</w:t>
        <w:br/>
        <w:t>vn 0.1847 0.3257 0.9273</w:t>
        <w:br/>
        <w:t>vn -0.1864 -0.4834 -0.8553</w:t>
        <w:br/>
        <w:t>vn -0.4062 -0.6175 -0.6736</w:t>
        <w:br/>
        <w:t>vn 0.3355 -0.0163 -0.9419</w:t>
        <w:br/>
        <w:t>vn 0.3605 0.0325 -0.9322</w:t>
        <w:br/>
        <w:t>vn 0.1038 0.4369 0.8935</w:t>
        <w:br/>
        <w:t>vn -0.1203 0.1592 0.9799</w:t>
        <w:br/>
        <w:t>vn -0.1401 0.2352 0.9618</w:t>
        <w:br/>
        <w:t>vn 0.0379 0.5421 0.8394</w:t>
        <w:br/>
        <w:t>vn -0.3127 -0.7551 -0.5762</w:t>
        <w:br/>
        <w:t>vn -0.0387 -0.7373 -0.6745</w:t>
        <w:br/>
        <w:t>vn -0.2130 -0.8691 -0.4465</w:t>
        <w:br/>
        <w:t>vn 0.3086 -0.0983 -0.9461</w:t>
        <w:br/>
        <w:t>vn 0.3142 -0.1878 -0.9306</w:t>
        <w:br/>
        <w:t>vn 0.3076 -0.1314 -0.9424</w:t>
        <w:br/>
        <w:t>vn -0.1650 0.2656 0.9499</w:t>
        <w:br/>
        <w:t>vn -0.1938 0.2680 0.9437</w:t>
        <w:br/>
        <w:t>vn -0.0727 0.6996 0.7108</w:t>
        <w:br/>
        <w:t>vn -0.0094 0.6264 0.7794</w:t>
        <w:br/>
        <w:t>vn 0.1411 -0.7067 -0.6933</w:t>
        <w:br/>
        <w:t>vn 0.2748 -0.7661 -0.5810</w:t>
        <w:br/>
        <w:t>vn 0.1052 -0.9766 -0.1877</w:t>
        <w:br/>
        <w:t>vn -0.0778 -0.9425 -0.3249</w:t>
        <w:br/>
        <w:t>vn 0.3260 -0.3027 -0.8956</w:t>
        <w:br/>
        <w:t>vn 0.3811 -0.3853 -0.8404</w:t>
        <w:br/>
        <w:t>vn -0.0095 0.6263 0.7795</w:t>
        <w:br/>
        <w:t>vn 0.1484 0.8729 0.4648</w:t>
        <w:br/>
        <w:t>vn 0.2113 0.7735 0.5976</w:t>
        <w:br/>
        <w:t>vn 0.0379 0.5421 0.8395</w:t>
        <w:br/>
        <w:t>vn 0.9606 -0.0266 -0.2766</w:t>
        <w:br/>
        <w:t>vn 0.9755 -0.0057 -0.2199</w:t>
        <w:br/>
        <w:t>vn 0.9875 -0.0349 -0.1538</w:t>
        <w:br/>
        <w:t>vn 0.9778 -0.1092 -0.1789</w:t>
        <w:br/>
        <w:t>vn 0.9669 -0.1346 -0.2168</w:t>
        <w:br/>
        <w:t>vn 0.8346 -0.0344 -0.5497</w:t>
        <w:br/>
        <w:t>vn 0.9673 -0.1652 -0.1923</w:t>
        <w:br/>
        <w:t>vn 0.8339 -0.0202 -0.5515</w:t>
        <w:br/>
        <w:t>vn 0.9776 -0.1995 -0.0668</w:t>
        <w:br/>
        <w:t>vn 0.8515 -0.0231 -0.5238</w:t>
        <w:br/>
        <w:t>vn 0.9703 -0.1942 0.1439</w:t>
        <w:br/>
        <w:t>vn 0.9164 -0.0735 0.3935</w:t>
        <w:br/>
        <w:t>vn 0.8541 0.0382 0.5188</w:t>
        <w:br/>
        <w:t>vn 0.7801 0.1199 0.6141</w:t>
        <w:br/>
        <w:t>vn 0.6419 0.2875 0.7108</w:t>
        <w:br/>
        <w:t>vn 0.5469 0.4183 0.7253</w:t>
        <w:br/>
        <w:t>vn 0.4420 0.5313 0.7227</w:t>
        <w:br/>
        <w:t>vn 0.3144 0.6562 0.6860</w:t>
        <w:br/>
        <w:t>vn -0.0727 0.6996 0.7109</w:t>
        <w:br/>
        <w:t>vn 0.0680 0.9538 0.2926</w:t>
        <w:br/>
        <w:t>vn 0.3142 -0.1877 -0.9306</w:t>
        <w:br/>
        <w:t>vn 0.8547 -0.0402 -0.5176</w:t>
        <w:br/>
        <w:t>vn 0.8986 0.0107 -0.4387</w:t>
        <w:br/>
        <w:t>vn 0.5097 0.1584 -0.8457</w:t>
        <w:br/>
        <w:t>vn 0.4752 0.1748 -0.8623</w:t>
        <w:br/>
        <w:t>vn 0.4753 0.1748 -0.8623</w:t>
        <w:br/>
        <w:t>vn 0.4607 0.1817 -0.8687</w:t>
        <w:br/>
        <w:t>vn 0.4608 0.1817 -0.8687</w:t>
        <w:br/>
        <w:t>vn -0.2559 0.2827 -0.9245</w:t>
        <w:br/>
        <w:t>vn 0.8546 -0.0402 -0.5176</w:t>
        <w:br/>
        <w:t>vn 0.9917 -0.1108 0.0645</w:t>
        <w:br/>
        <w:t>vn 0.9548 -0.1128 0.2751</w:t>
        <w:br/>
        <w:t>vn 0.8946 -0.0855 0.4386</w:t>
        <w:br/>
        <w:t>vn 0.8059 0.0240 0.5916</w:t>
        <w:br/>
        <w:t>vn 0.6925 0.2287 0.6842</w:t>
        <w:br/>
        <w:t>vn -0.7439 0.0117 -0.6681</w:t>
        <w:br/>
        <w:t>vn -0.5804 0.0462 -0.8130</w:t>
        <w:br/>
        <w:t>vn -0.5602 -0.1706 -0.8106</w:t>
        <w:br/>
        <w:t>vn -0.5562 0.1657 -0.8144</w:t>
        <w:br/>
        <w:t>vn -0.5253 0.2292 -0.8195</w:t>
        <w:br/>
        <w:t>vn -0.7487 0.2529 -0.6127</w:t>
        <w:br/>
        <w:t>vn -0.4240 0.2672 -0.8653</w:t>
        <w:br/>
        <w:t>vn -0.2975 -0.2470 0.9222</w:t>
        <w:br/>
        <w:t>vn -0.2455 -0.1811 0.9523</w:t>
        <w:br/>
        <w:t>vn -0.4610 -0.4343 -0.7738</w:t>
        <w:br/>
        <w:t>vn -0.6491 -0.5734 -0.4999</w:t>
        <w:br/>
        <w:t>vn 0.5874 0.4863 0.6469</w:t>
        <w:br/>
        <w:t>vn -0.1924 -0.1003 0.9762</w:t>
        <w:br/>
        <w:t>vn -0.3054 -0.6365 -0.7083</w:t>
        <w:br/>
        <w:t>vn -0.4823 -0.7840 -0.3909</w:t>
        <w:br/>
        <w:t>vn 0.4657 0.7164 0.5195</w:t>
        <w:br/>
        <w:t>vn 0.4656 0.7164 0.5195</w:t>
        <w:br/>
        <w:t>vn -0.1911 -0.1093 0.9755</w:t>
        <w:br/>
        <w:t>vn -0.0706 -0.7850 -0.6154</w:t>
        <w:br/>
        <w:t>vn -0.2584 -0.9389 -0.2272</w:t>
        <w:br/>
        <w:t>vn 0.2814 0.8629 0.4197</w:t>
        <w:br/>
        <w:t>vn -0.1888 -0.1316 0.9732</w:t>
        <w:br/>
        <w:t>vn 0.0811 -0.8369 -0.5413</w:t>
        <w:br/>
        <w:t>vn 0.1769 0.9043 0.3886</w:t>
        <w:br/>
        <w:t>vn -0.3304 0.1018 -0.9383</w:t>
        <w:br/>
        <w:t>vn -0.2940 -0.0572 -0.9541</w:t>
        <w:br/>
        <w:t>vn -0.3104 0.1940 -0.9306</w:t>
        <w:br/>
        <w:t>vn -0.2698 0.2399 -0.9326</w:t>
        <w:br/>
        <w:t>vn -0.1691 0.2701 -0.9479</w:t>
        <w:br/>
        <w:t>vn -0.0357 0.2700 -0.9622</w:t>
        <w:br/>
        <w:t>vn -0.2159 -0.2412 -0.9461</w:t>
        <w:br/>
        <w:t>vn -0.0816 -0.3913 -0.9167</w:t>
        <w:br/>
        <w:t>vn 0.1293 -0.4719 -0.8721</w:t>
        <w:br/>
        <w:t>vn -0.2056 0.2637 0.9424</w:t>
        <w:br/>
        <w:t>vn 0.3654 -0.7787 -0.5099</w:t>
        <w:br/>
        <w:t>vn 0.0095 0.9823 0.1871</w:t>
        <w:br/>
        <w:t>vn -0.8779 0.1986 -0.4358</w:t>
        <w:br/>
        <w:t>vn -0.8669 0.1702 -0.4684</w:t>
        <w:br/>
        <w:t>vn -0.8698 0.2092 -0.4468</w:t>
        <w:br/>
        <w:t>vn -0.8698 0.2092 -0.4469</w:t>
        <w:br/>
        <w:t>vn -0.8586 0.2344 -0.4560</w:t>
        <w:br/>
        <w:t>vn -0.8710 0.2538 -0.4206</w:t>
        <w:br/>
        <w:t>vn -0.8807 0.2604 -0.3957</w:t>
        <w:br/>
        <w:t>vn 0.4472 0.1438 -0.8828</w:t>
        <w:br/>
        <w:t>vn 0.4028 -0.3713 0.8366</w:t>
        <w:br/>
        <w:t>vn -0.5268 -0.5263 -0.6675</w:t>
        <w:br/>
        <w:t>vn -0.0860 -0.9523 0.2929</w:t>
        <w:br/>
        <w:t>vn -0.9119 -0.3879 0.1338</w:t>
        <w:br/>
        <w:t>vn 0.3967 0.2814 0.8738</w:t>
        <w:br/>
        <w:t>vn 0.4463 0.2851 0.8482</w:t>
        <w:br/>
        <w:t>vn 0.4463 0.2851 0.8483</w:t>
        <w:br/>
        <w:t>vn 0.2992 -0.4648 0.8333</w:t>
        <w:br/>
        <w:t>vn -0.5133 0.1322 -0.8480</w:t>
        <w:br/>
        <w:t>vn -0.7231 0.2479 -0.6447</w:t>
        <w:br/>
        <w:t>vn -0.8146 0.0782 0.5747</w:t>
        <w:br/>
        <w:t>vn 0.5662 -0.3038 -0.7663</w:t>
        <w:br/>
        <w:t>vn 0.7093 -0.2637 0.6538</w:t>
        <w:br/>
        <w:t>vn -0.0289 -0.0602 0.9978</w:t>
        <w:br/>
        <w:t>vn -0.5987 -0.4005 -0.6937</w:t>
        <w:br/>
        <w:t>vn 0.1142 -0.5832 0.8042</w:t>
        <w:br/>
        <w:t>vn 0.6503 0.2643 0.7122</w:t>
        <w:br/>
        <w:t>vn 0.1103 0.5860 -0.8028</w:t>
        <w:br/>
        <w:t>vn 0.2019 0.3021 0.9316</w:t>
        <w:br/>
        <w:t>vn 0.4565 0.3998 0.7949</w:t>
        <w:br/>
        <w:t>vn 0.4564 0.3998 0.7949</w:t>
        <w:br/>
        <w:t>vn 0.5908 0.4590 0.6635</w:t>
        <w:br/>
        <w:t>vn 0.6384 0.4581 0.6185</w:t>
        <w:br/>
        <w:t>vn 0.6384 0.4580 0.6185</w:t>
        <w:br/>
        <w:t>vn 0.6500 0.4576 0.6067</w:t>
        <w:br/>
        <w:t>vn -0.0901 0.2447 0.9654</w:t>
        <w:br/>
        <w:t>vn -0.0902 0.2447 0.9654</w:t>
        <w:br/>
        <w:t>vn -0.3416 0.1920 0.9200</w:t>
        <w:br/>
        <w:t>vn -0.5247 0.1348 0.8405</w:t>
        <w:br/>
        <w:t>vn -0.5966 0.1217 0.7933</w:t>
        <w:br/>
        <w:t>vn -0.6063 0.1387 0.7830</w:t>
        <w:br/>
        <w:t>vn -0.6267 0.1286 0.7686</w:t>
        <w:br/>
        <w:t>vn -0.6266 0.1286 0.7687</w:t>
        <w:br/>
        <w:t>vn -0.6381 0.1159 0.7611</w:t>
        <w:br/>
        <w:t>vn -0.1919 0.6895 0.6984</w:t>
        <w:br/>
        <w:t>vn -0.1919 0.6896 0.6983</w:t>
        <w:br/>
        <w:t>vn -0.2457 0.7032 0.6672</w:t>
        <w:br/>
        <w:t>vn -0.2458 0.7032 0.6671</w:t>
        <w:br/>
        <w:t>vn -0.1472 0.6686 0.7289</w:t>
        <w:br/>
        <w:t>vn -0.2672 0.6942 0.6683</w:t>
        <w:br/>
        <w:t>vn -0.2673 0.6942 0.6683</w:t>
        <w:br/>
        <w:t>vn -0.2876 0.6951 0.6589</w:t>
        <w:br/>
        <w:t>vn -0.2877 0.6951 0.6589</w:t>
        <w:br/>
        <w:t>vn -0.3662 0.6577 0.6583</w:t>
        <w:br/>
        <w:t>vn -0.3662 0.6576 0.6583</w:t>
        <w:br/>
        <w:t>vn -0.4814 0.5873 0.6506</w:t>
        <w:br/>
        <w:t>vn -0.5587 0.5277 0.6398</w:t>
        <w:br/>
        <w:t>vn -0.6197 0.4614 0.6348</w:t>
        <w:br/>
        <w:t>vn -0.6497 0.4297 0.6270</w:t>
        <w:br/>
        <w:t>vn 0.5011 -0.4100 -0.7621</w:t>
        <w:br/>
        <w:t>vn 0.6443 -0.1039 -0.7577</w:t>
        <w:br/>
        <w:t>vn 0.6285 -0.1540 -0.7624</w:t>
        <w:br/>
        <w:t>vn 0.7138 0.2139 -0.6669</w:t>
        <w:br/>
        <w:t>vn -0.2260 -0.9701 -0.0885</w:t>
        <w:br/>
        <w:t>vn -0.0890 -0.9955 0.0338</w:t>
        <w:br/>
        <w:t>vn 0.2047 0.9674 0.1488</w:t>
        <w:br/>
        <w:t>vn 0.3184 0.8882 0.3313</w:t>
        <w:br/>
        <w:t>vn 0.3184 0.8882 0.3312</w:t>
        <w:br/>
        <w:t>vn -0.5671 -0.3536 0.7439</w:t>
        <w:br/>
        <w:t>vn -0.4614 0.0018 0.8872</w:t>
        <w:br/>
        <w:t>vn -0.5046 -0.0561 0.8616</w:t>
        <w:br/>
        <w:t>vn -0.3888 0.2466 0.8877</w:t>
        <w:br/>
        <w:t>vn 0.4283 -0.1124 -0.8966</w:t>
        <w:br/>
        <w:t>vn 0.8796 -0.1324 -0.4569</w:t>
        <w:br/>
        <w:t>vn 0.8952 -0.2857 -0.3420</w:t>
        <w:br/>
        <w:t>vn 0.5649 -0.4159 -0.7127</w:t>
        <w:br/>
        <w:t>vn -0.6933 0.0452 -0.7192</w:t>
        <w:br/>
        <w:t>vn -0.7025 -0.2266 -0.6746</w:t>
        <w:br/>
        <w:t>vn -0.8080 -0.1331 -0.5740</w:t>
        <w:br/>
        <w:t>vn 0.9964 0.0825 -0.0215</w:t>
        <w:br/>
        <w:t>vn 0.9849 -0.1515 0.0838</w:t>
        <w:br/>
        <w:t>vn 0.9153 0.0231 -0.4021</w:t>
        <w:br/>
        <w:t>vn 0.9436 -0.0981 -0.3163</w:t>
        <w:br/>
        <w:t>vn 0.9787 0.0340 -0.2025</w:t>
        <w:br/>
        <w:t>vn 0.9942 -0.1046 -0.0230</w:t>
        <w:br/>
        <w:t>vn 0.8588 -0.4068 0.3115</w:t>
        <w:br/>
        <w:t>vn 0.9849 -0.1515 0.0837</w:t>
        <w:br/>
        <w:t>vn 0.3198 -0.7849 -0.5307</w:t>
        <w:br/>
        <w:t>vn 0.1008 -0.7637 -0.6377</w:t>
        <w:br/>
        <w:t>vn 0.1009 -0.7637 -0.6376</w:t>
        <w:br/>
        <w:t>vn 0.5764 0.5416 -0.6119</w:t>
        <w:br/>
        <w:t>vn 0.5764 0.5415 -0.6120</w:t>
        <w:br/>
        <w:t>vn 0.5724 0.6885 -0.4453</w:t>
        <w:br/>
        <w:t>vn -0.3186 -0.8407 0.4378</w:t>
        <w:br/>
        <w:t>vn -0.3755 -0.7999 0.4681</w:t>
        <w:br/>
        <w:t>vn -0.3754 -0.7999 0.4681</w:t>
        <w:br/>
        <w:t>vn 0.9964 0.0826 -0.0215</w:t>
        <w:br/>
        <w:t>vn 0.0604 0.7579 0.6496</w:t>
        <w:br/>
        <w:t>vn 0.0605 0.7578 0.6496</w:t>
        <w:br/>
        <w:t>vn -0.1308 0.7485 0.6501</w:t>
        <w:br/>
        <w:t>vn 0.8215 0.2153 -0.5280</w:t>
        <w:br/>
        <w:t>vn 0.8215 0.2152 -0.5280</w:t>
        <w:br/>
        <w:t>vn -0.3243 0.0711 0.9433</w:t>
        <w:br/>
        <w:t>vn -0.0390 -0.2123 0.9764</w:t>
        <w:br/>
        <w:t>vn -0.1450 -0.2790 0.9493</w:t>
        <w:br/>
        <w:t>vn -0.6156 -0.2149 -0.7582</w:t>
        <w:br/>
        <w:t>vn -0.6156 -0.2148 -0.7582</w:t>
        <w:br/>
        <w:t>vn -0.5131 -0.3965 -0.7613</w:t>
        <w:br/>
        <w:t>vn 0.8555 0.1329 -0.5005</w:t>
        <w:br/>
        <w:t>vn 0.7648 0.2390 -0.5983</w:t>
        <w:br/>
        <w:t>vn -0.4921 0.2408 -0.8366</w:t>
        <w:br/>
        <w:t>vn -0.6934 0.0453 -0.7192</w:t>
        <w:br/>
        <w:t>vn -0.3970 0.3376 -0.8535</w:t>
        <w:br/>
        <w:t>vn -0.8116 -0.2540 0.5261</w:t>
        <w:br/>
        <w:t>vn -0.8199 -0.1774 0.5444</w:t>
        <w:br/>
        <w:t>vn -0.8134 -0.2917 0.5033</w:t>
        <w:br/>
        <w:t>vn 0.2934 0.1199 0.9484</w:t>
        <w:br/>
        <w:t>vn 0.1858 0.1260 0.9745</w:t>
        <w:br/>
        <w:t>vn 0.3540 0.2320 0.9060</w:t>
        <w:br/>
        <w:t>vn -0.5112 -0.8020 0.3091</w:t>
        <w:br/>
        <w:t>vn -0.6851 -0.7191 0.1162</w:t>
        <w:br/>
        <w:t>vn -0.5480 -0.8279 -0.1195</w:t>
        <w:br/>
        <w:t>vn -0.4296 -0.8906 0.1492</w:t>
        <w:br/>
        <w:t>vn 0.8772 -0.0191 -0.4797</w:t>
        <w:br/>
        <w:t>vn 0.9526 0.2576 0.1618</w:t>
        <w:br/>
        <w:t>vn 0.7710 0.2130 0.6001</w:t>
        <w:br/>
        <w:t>vn 0.7605 0.3359 0.5557</w:t>
        <w:br/>
        <w:t>vn -0.7848 -0.1136 -0.6092</w:t>
        <w:br/>
        <w:t>vn -0.0391 -0.2123 0.9764</w:t>
        <w:br/>
        <w:t>vn -0.4893 -0.2284 0.8416</w:t>
        <w:br/>
        <w:t>vn -0.4119 -0.3242 0.8516</w:t>
        <w:br/>
        <w:t>vn -0.1451 -0.2790 0.9493</w:t>
        <w:br/>
        <w:t>vn -0.6199 -0.0672 -0.7818</w:t>
        <w:br/>
        <w:t>vn -0.3743 -0.8577 0.3526</w:t>
        <w:br/>
        <w:t>vn 0.7799 0.3313 -0.5311</w:t>
        <w:br/>
        <w:t>vn 0.8486 0.2795 -0.4491</w:t>
        <w:br/>
        <w:t>vn 0.7799 0.3314 -0.5310</w:t>
        <w:br/>
        <w:t>vn -0.6406 -0.6866 -0.3438</w:t>
        <w:br/>
        <w:t>vn -0.8101 -0.5853 -0.0339</w:t>
        <w:br/>
        <w:t>vn -0.9080 -0.4011 -0.1211</w:t>
        <w:br/>
        <w:t>vn -0.6334 -0.3134 -0.7075</w:t>
        <w:br/>
        <w:t>vn 0.7274 0.3756 -0.5743</w:t>
        <w:br/>
        <w:t>vn 0.2159 -0.0281 0.9760</w:t>
        <w:br/>
        <w:t>vn 0.2159 -0.0282 0.9760</w:t>
        <w:br/>
        <w:t>vn -0.8140 -0.1437 0.5629</w:t>
        <w:br/>
        <w:t>vn -0.8222 -0.1120 0.5581</w:t>
        <w:br/>
        <w:t>vn -0.8469 -0.0860 0.5247</w:t>
        <w:br/>
        <w:t>vn -0.5581 -0.4601 0.6906</w:t>
        <w:br/>
        <w:t>vn -0.3480 -0.8377 0.4209</w:t>
        <w:br/>
        <w:t>vn 0.7100 0.3996 -0.5798</w:t>
        <w:br/>
        <w:t>vn 0.8960 -0.3428 -0.2822</w:t>
        <w:br/>
        <w:t>vn 0.8419 -0.0313 -0.5387</w:t>
        <w:br/>
        <w:t>vn 0.8807 0.2012 -0.4289</w:t>
        <w:br/>
        <w:t>vn 0.8598 0.0702 -0.5058</w:t>
        <w:br/>
        <w:t>vn -0.5732 0.5991 0.5591</w:t>
        <w:br/>
        <w:t>vn -0.4179 0.6029 0.6797</w:t>
        <w:br/>
        <w:t>vn -0.7586 0.1362 -0.6371</w:t>
        <w:br/>
        <w:t>vn -0.4425 0.1832 -0.8779</w:t>
        <w:br/>
        <w:t>vn -0.8825 -0.0030 0.4703</w:t>
        <w:br/>
        <w:t>vn -0.9325 0.0445 0.3585</w:t>
        <w:br/>
        <w:t>vn -0.9868 0.1054 0.1233</w:t>
        <w:br/>
        <w:t>vn -0.9743 0.1748 0.1424</w:t>
        <w:br/>
        <w:t>vn -0.5581 -0.4601 0.6905</w:t>
        <w:br/>
        <w:t>vn -0.6795 -0.3208 0.6599</w:t>
        <w:br/>
        <w:t>vn -0.7604 -0.2684 0.5914</w:t>
        <w:br/>
        <w:t>vn -0.6851 -0.7191 0.1163</w:t>
        <w:br/>
        <w:t>vn -0.4179 0.6028 0.6797</w:t>
        <w:br/>
        <w:t>vn -0.1787 0.7331 0.6562</w:t>
        <w:br/>
        <w:t>vn -0.4366 0.4299 0.7903</w:t>
        <w:br/>
        <w:t>vn -0.9594 -0.2329 0.1590</w:t>
        <w:br/>
        <w:t>vn 0.9791 -0.1974 -0.0487</w:t>
        <w:br/>
        <w:t>vn 0.9349 -0.2439 -0.2579</w:t>
        <w:br/>
        <w:t>vn 0.7920 0.0462 -0.6088</w:t>
        <w:br/>
        <w:t>vn 0.2284 -0.1153 0.9667</w:t>
        <w:br/>
        <w:t>vn -0.8660 -0.0891 0.4920</w:t>
        <w:br/>
        <w:t>vn -0.8240 -0.1908 0.5335</w:t>
        <w:br/>
        <w:t>vn -0.8208 -0.1138 0.5598</w:t>
        <w:br/>
        <w:t>vn 0.9648 0.2328 -0.1222</w:t>
        <w:br/>
        <w:t>vn -0.3995 0.3814 0.8336</w:t>
        <w:br/>
        <w:t>vn -0.5422 0.1643 -0.8240</w:t>
        <w:br/>
        <w:t>vn -0.6259 0.0740 -0.7764</w:t>
        <w:br/>
        <w:t>vn -0.2991 0.1077 -0.9481</w:t>
        <w:br/>
        <w:t>vn -0.2531 0.0316 -0.9669</w:t>
        <w:br/>
        <w:t>vn 0.0219 0.5104 0.8596</w:t>
        <w:br/>
        <w:t>vn 0.0670 0.4254 0.9025</w:t>
        <w:br/>
        <w:t>vn -0.3664 0.2779 0.8880</w:t>
        <w:br/>
        <w:t>vn -0.3678 0.3069 0.8778</w:t>
        <w:br/>
        <w:t>vn 0.1706 -0.3464 0.9224</w:t>
        <w:br/>
        <w:t>vn -0.8505 -0.1585 0.5015</w:t>
        <w:br/>
        <w:t>vn -0.2198 -0.0482 0.9743</w:t>
        <w:br/>
        <w:t>vn -0.5796 0.1671 -0.7976</w:t>
        <w:br/>
        <w:t>vn 0.1729 0.0798 0.9817</w:t>
        <w:br/>
        <w:t>vn -0.9682 0.0359 0.2475</w:t>
        <w:br/>
        <w:t>vn -0.9900 -0.1191 -0.0759</w:t>
        <w:br/>
        <w:t>vn -0.6358 0.1378 -0.7594</w:t>
        <w:br/>
        <w:t>vn -0.9647 -0.0071 0.2633</w:t>
        <w:br/>
        <w:t>vn -0.9363 0.0195 0.3506</w:t>
        <w:br/>
        <w:t>vn -0.6745 0.1420 -0.7245</w:t>
        <w:br/>
        <w:t>vn -0.3631 0.1677 -0.9166</w:t>
        <w:br/>
        <w:t>vn -0.9706 -0.1888 0.1493</w:t>
        <w:br/>
        <w:t>vn -0.9420 -0.1828 0.2816</w:t>
        <w:br/>
        <w:t>vn -0.9521 -0.1288 0.2773</w:t>
        <w:br/>
        <w:t>vn -0.5247 -0.3947 0.7543</w:t>
        <w:br/>
        <w:t>vn -0.6895 -0.4235 0.5876</w:t>
        <w:br/>
        <w:t>vn -0.9971 0.0228 -0.0730</w:t>
        <w:br/>
        <w:t>vn -0.9326 -0.0520 0.3572</w:t>
        <w:br/>
        <w:t>vn -0.9527 -0.0547 0.2988</w:t>
        <w:br/>
        <w:t>vn -0.0733 -0.7648 0.6401</w:t>
        <w:br/>
        <w:t>vn 0.1397 -0.8818 0.4504</w:t>
        <w:br/>
        <w:t>vn 0.1891 -0.4790 0.8572</w:t>
        <w:br/>
        <w:t>vn -0.9796 0.0172 0.2005</w:t>
        <w:br/>
        <w:t>vn -0.9178 -0.0374 0.3953</w:t>
        <w:br/>
        <w:t>vn -0.6743 0.2042 -0.7096</w:t>
        <w:br/>
        <w:t>vn -0.3470 0.2910 -0.8916</w:t>
        <w:br/>
        <w:t>vn -0.6942 0.2972 -0.6555</w:t>
        <w:br/>
        <w:t>vn -0.9785 0.2063 -0.0078</w:t>
        <w:br/>
        <w:t>vn -0.9014 0.0155 0.4327</w:t>
        <w:br/>
        <w:t>vn -0.9085 0.0104 0.4177</w:t>
        <w:br/>
        <w:t>vn -0.9469 0.1430 0.2881</w:t>
        <w:br/>
        <w:t>vn -0.9749 0.0691 0.2117</w:t>
        <w:br/>
        <w:t>vn -0.2057 0.3829 -0.9006</w:t>
        <w:br/>
        <w:t>vn -0.6411 0.4661 -0.6098</w:t>
        <w:br/>
        <w:t>vn -0.6733 0.3013 -0.6752</w:t>
        <w:br/>
        <w:t>vn -0.9184 0.3921 0.0536</w:t>
        <w:br/>
        <w:t>vn -0.0120 0.3802 -0.9248</w:t>
        <w:br/>
        <w:t>vn -0.8773 0.1425 0.4583</w:t>
        <w:br/>
        <w:t>vn -0.8794 0.1496 0.4520</w:t>
        <w:br/>
        <w:t>vn -0.8650 0.4310 -0.2569</w:t>
        <w:br/>
        <w:t>vn -0.8266 0.5494 0.1222</w:t>
        <w:br/>
        <w:t>vn -0.8199 0.5725 -0.0092</w:t>
        <w:br/>
        <w:t>vn 0.1454 0.3463 -0.9268</w:t>
        <w:br/>
        <w:t>vn -0.5983 0.3973 -0.6959</w:t>
        <w:br/>
        <w:t>vn -0.9615 0.1738 0.2130</w:t>
        <w:br/>
        <w:t>vn -0.8185 0.5167 0.2511</w:t>
        <w:br/>
        <w:t>vn 0.0787 0.5525 -0.8298</w:t>
        <w:br/>
        <w:t>vn 0.2281 0.3111 -0.9226</w:t>
        <w:br/>
        <w:t>vn -0.7232 0.6701 0.1670</w:t>
        <w:br/>
        <w:t>vn -0.7033 0.7101 0.0344</w:t>
        <w:br/>
        <w:t>vn -0.0252 0.7008 -0.7129</w:t>
        <w:br/>
        <w:t>vn 0.0929 0.2716 -0.9579</w:t>
        <w:br/>
        <w:t>vn -0.4591 0.4922 -0.7396</w:t>
        <w:br/>
        <w:t>vn -0.8365 0.2995 0.4590</w:t>
        <w:br/>
        <w:t>vn -0.8343 0.3100 0.4559</w:t>
        <w:br/>
        <w:t>vn -0.7290 0.6172 0.2960</w:t>
        <w:br/>
        <w:t>vn -0.3218 0.5380 -0.7791</w:t>
        <w:br/>
        <w:t>vn -0.9242 0.3220 0.2055</w:t>
        <w:br/>
        <w:t>vn -0.7473 0.4493 0.4896</w:t>
        <w:br/>
        <w:t>vn -0.7754 0.4379 0.4549</w:t>
        <w:br/>
        <w:t>vn -0.6566 0.7350 0.1692</w:t>
        <w:br/>
        <w:t>vn -0.6122 0.7906 0.0083</w:t>
        <w:br/>
        <w:t>vn -0.6807 0.6566 0.3249</w:t>
        <w:br/>
        <w:t>vn -0.4729 0.8803 -0.0383</w:t>
        <w:br/>
        <w:t>vn -0.2474 0.4938 -0.8336</w:t>
        <w:br/>
        <w:t>vn -0.2326 0.4511 -0.8616</w:t>
        <w:br/>
        <w:t>vn -0.8511 0.5052 0.1426</w:t>
        <w:br/>
        <w:t>vn -0.6563 0.5142 0.5521</w:t>
        <w:br/>
        <w:t>vn -0.7800 0.5957 0.1919</w:t>
        <w:br/>
        <w:t>vn -0.7559 0.6245 0.1966</w:t>
        <w:br/>
        <w:t>vn -0.6021 0.5629 0.5662</w:t>
        <w:br/>
        <w:t>vn -0.1752 0.3236 -0.9299</w:t>
        <w:br/>
        <w:t>vn -0.4425 0.1833 -0.8779</w:t>
        <w:br/>
        <w:t>vn -0.3553 0.2758 -0.8931</w:t>
        <w:br/>
        <w:t>vn -0.0751 0.6458 0.7598</w:t>
        <w:br/>
        <w:t>vn -0.1846 -0.6566 -0.7313</w:t>
        <w:br/>
        <w:t>vn 0.5365 0.2608 -0.8026</w:t>
        <w:br/>
        <w:t>vn 0.4321 0.6657 0.6084</w:t>
        <w:br/>
        <w:t>vn 0.4277 0.6853 0.5895</w:t>
        <w:br/>
        <w:t>vn -0.5504 -0.6594 0.5121</w:t>
        <w:br/>
        <w:t>vn -0.3430 -0.5532 -0.7592</w:t>
        <w:br/>
        <w:t>vn 0.6090 0.2050 -0.7663</w:t>
        <w:br/>
        <w:t>vn 0.6090 0.2050 -0.7662</w:t>
        <w:br/>
        <w:t>vn 0.5058 0.4534 0.7339</w:t>
        <w:br/>
        <w:t>vn 0.5761 0.5255 0.6261</w:t>
        <w:br/>
        <w:t>vn 0.5242 0.2749 0.8060</w:t>
        <w:br/>
        <w:t>vn -0.7330 -0.4473 0.5124</w:t>
        <w:br/>
        <w:t>vn -0.2624 0.1326 -0.9558</w:t>
        <w:br/>
        <w:t>vn -0.6333 -0.3134 -0.7076</w:t>
        <w:br/>
        <w:t>vn -0.9002 -0.1589 0.4054</w:t>
        <w:br/>
        <w:t>vn 0.1892 -0.4791 0.8572</w:t>
        <w:br/>
        <w:t>vn -0.9803 -0.0953 0.1729</w:t>
        <w:br/>
        <w:t>vn -0.5783 0.6664 0.4706</w:t>
        <w:br/>
        <w:t>vn -0.6829 0.4929 0.5392</w:t>
        <w:br/>
        <w:t>vn -0.5666 0.7827 0.2575</w:t>
        <w:br/>
        <w:t>vn 0.9853 0.0239 -0.1694</w:t>
        <w:br/>
        <w:t>vn 0.9680 -0.0198 -0.2502</w:t>
        <w:br/>
        <w:t>vn 0.9467 -0.0432 -0.3191</w:t>
        <w:br/>
        <w:t>vn 0.9350 -0.1150 -0.3355</w:t>
        <w:br/>
        <w:t>vn -0.9370 -0.0830 0.3394</w:t>
        <w:br/>
        <w:t>vn -0.5808 -0.3403 0.7395</w:t>
        <w:br/>
        <w:t>vn 0.9936 -0.0931 -0.0646</w:t>
        <w:br/>
        <w:t>vn 0.9656 -0.0974 -0.2410</w:t>
        <w:br/>
        <w:t>vn -0.2251 -0.5153 0.8269</w:t>
        <w:br/>
        <w:t>vn 0.8973 -0.1867 -0.3999</w:t>
        <w:br/>
        <w:t>vn 0.8697 -0.2576 -0.4209</w:t>
        <w:br/>
        <w:t>vn -0.8008 0.0062 0.5989</w:t>
        <w:br/>
        <w:t>vn -0.8228 0.1365 0.5517</w:t>
        <w:br/>
        <w:t>vn -0.9581 0.1826 0.2209</w:t>
        <w:br/>
        <w:t>vn -0.9679 0.0776 0.2392</w:t>
        <w:br/>
        <w:t>vn 0.8984 -0.2223 -0.3788</w:t>
        <w:br/>
        <w:t>vn -0.8706 -0.4435 0.2130</w:t>
        <w:br/>
        <w:t>vn -0.8825 -0.3967 0.2525</w:t>
        <w:br/>
        <w:t>vn -0.2975 0.1474 -0.9433</w:t>
        <w:br/>
        <w:t>vn -0.2917 0.0942 -0.9519</w:t>
        <w:br/>
        <w:t>vn 0.8309 -0.0160 0.5562</w:t>
        <w:br/>
        <w:t>vn 0.8398 -0.0617 0.5393</w:t>
        <w:br/>
        <w:t>vn 0.4941 -0.2349 0.8371</w:t>
        <w:br/>
        <w:t>vn 0.9856 0.1264 0.1123</w:t>
        <w:br/>
        <w:t>vn 0.8399 -0.0618 0.5393</w:t>
        <w:br/>
        <w:t>vn -0.4567 -0.2305 0.8593</w:t>
        <w:br/>
        <w:t>vn -0.2104 -0.3208 0.9235</w:t>
        <w:br/>
        <w:t>vn 0.8281 -0.3153 -0.4635</w:t>
        <w:br/>
        <w:t>vn 0.7676 -0.4008 -0.5002</w:t>
        <w:br/>
        <w:t>vn -0.5665 -0.0907 0.8191</w:t>
        <w:br/>
        <w:t>vn -0.7711 0.1936 0.6066</w:t>
        <w:br/>
        <w:t>vn -0.9032 -0.2693 0.3342</w:t>
        <w:br/>
        <w:t>vn -0.2874 0.2153 -0.9333</w:t>
        <w:br/>
        <w:t>vn 0.9994 0.0223 0.0268</w:t>
        <w:br/>
        <w:t>vn 0.8432 -0.1461 0.5174</w:t>
        <w:br/>
        <w:t>vn 0.8431 -0.1462 0.5174</w:t>
        <w:br/>
        <w:t>vn 0.4404 -0.2716 0.8557</w:t>
        <w:br/>
        <w:t>vn -0.9205 0.0048 0.3907</w:t>
        <w:br/>
        <w:t>vn -0.9139 -0.1272 0.3855</w:t>
        <w:br/>
        <w:t>vn -0.2426 0.2021 -0.9488</w:t>
        <w:br/>
        <w:t>vn -0.2427 0.2020 -0.9488</w:t>
        <w:br/>
        <w:t>vn -0.1746 0.1216 -0.9771</w:t>
        <w:br/>
        <w:t>vn -0.1747 0.1216 -0.9771</w:t>
        <w:br/>
        <w:t>vn 0.9967 -0.0725 -0.0364</w:t>
        <w:br/>
        <w:t>vn 0.9826 -0.1694 -0.0759</w:t>
        <w:br/>
        <w:t>vn 0.7623 -0.4057 -0.5043</w:t>
        <w:br/>
        <w:t>vn 0.6499 -0.5351 -0.5397</w:t>
        <w:br/>
        <w:t>vn -0.9207 0.3276 0.2123</w:t>
        <w:br/>
        <w:t>vn -0.7539 0.3464 0.5583</w:t>
        <w:br/>
        <w:t>vn -0.2661 -0.2227 0.9379</w:t>
        <w:br/>
        <w:t>vn -0.1022 -0.2589 0.9605</w:t>
        <w:br/>
        <w:t>vn 0.3696 -0.2429 0.8969</w:t>
        <w:br/>
        <w:t>vn 0.3024 -0.1521 0.9410</w:t>
        <w:br/>
        <w:t>vn -0.2836 -0.2207 0.9332</w:t>
        <w:br/>
        <w:t>vn 0.8956 -0.3829 -0.2265</w:t>
        <w:br/>
        <w:t>vn -0.1324 -0.0576 -0.9895</w:t>
        <w:br/>
        <w:t>vn -0.8348 0.4718 0.2836</w:t>
        <w:br/>
        <w:t>vn -0.8512 0.5052 0.1426</w:t>
        <w:br/>
        <w:t>vn -0.9172 0.1547 0.3672</w:t>
        <w:br/>
        <w:t>vn 0.9656 -0.2261 -0.1287</w:t>
        <w:br/>
        <w:t>vn 0.9656 -0.2261 -0.1288</w:t>
        <w:br/>
        <w:t>vn 0.8784 -0.4643 -0.1134</w:t>
        <w:br/>
        <w:t>vn 0.2002 0.0098 0.9797</w:t>
        <w:br/>
        <w:t>vn 0.2457 -0.0456 0.9683</w:t>
        <w:br/>
        <w:t>vn 0.6748 -0.5131 -0.5304</w:t>
        <w:br/>
        <w:t>vn -0.1264 -0.1835 -0.9748</w:t>
        <w:br/>
        <w:t>vn -0.1265 -0.1835 -0.9749</w:t>
        <w:br/>
        <w:t>vn -0.7784 0.5927 0.2069</w:t>
        <w:br/>
        <w:t>vn -0.7711 0.1936 0.6065</w:t>
        <w:br/>
        <w:t>vn -0.8119 0.4067 0.4188</w:t>
        <w:br/>
        <w:t>vn -0.3733 -0.1968 -0.9066</w:t>
        <w:br/>
        <w:t>vn -0.2598 -0.1413 -0.9553</w:t>
        <w:br/>
        <w:t>vn -0.7963 -0.5035 -0.3352</w:t>
        <w:br/>
        <w:t>vn -0.8494 -0.4157 -0.3252</w:t>
        <w:br/>
        <w:t>vn -0.8713 -0.4811 0.0973</w:t>
        <w:br/>
        <w:t>vn -0.7963 -0.5035 -0.3351</w:t>
        <w:br/>
        <w:t>vn -0.7939 -0.5968 0.1165</w:t>
        <w:br/>
        <w:t>vn 0.0265 -0.0081 0.9996</w:t>
        <w:br/>
        <w:t>vn -0.0125 -0.0326 -0.9994</w:t>
        <w:br/>
        <w:t>vn 0.1790 0.0573 -0.9822</w:t>
        <w:br/>
        <w:t>vn -0.8933 -0.3002 -0.3346</w:t>
        <w:br/>
        <w:t>vn -0.3714 -0.1563 -0.9152</w:t>
        <w:br/>
        <w:t>vn -0.5670 -0.8041 -0.1786</w:t>
        <w:br/>
        <w:t>vn -0.4811 -0.8584 -0.1779</w:t>
        <w:br/>
        <w:t>vn -0.4468 -0.8713 -0.2030</w:t>
        <w:br/>
        <w:t>vn -0.4839 -0.8678 0.1131</w:t>
        <w:br/>
        <w:t>vn 0.5702 -0.6219 -0.5367</w:t>
        <w:br/>
        <w:t>vn 0.4273 -0.7367 -0.5242</w:t>
        <w:br/>
        <w:t>vn -0.0044 -0.0679 -0.9977</w:t>
        <w:br/>
        <w:t>vn 0.3340 -0.2718 0.9026</w:t>
        <w:br/>
        <w:t>vn 0.1501 -0.3312 0.9316</w:t>
        <w:br/>
        <w:t>vn -0.0540 -0.2963 0.9536</w:t>
        <w:br/>
        <w:t>vn 0.9658 0.1726 0.1935</w:t>
        <w:br/>
        <w:t>vn 0.7663 0.0132 0.6424</w:t>
        <w:br/>
        <w:t>vn 0.9074 0.2551 0.3339</w:t>
        <w:br/>
        <w:t>vn -0.9361 -0.3364 0.1022</w:t>
        <w:br/>
        <w:t>vn -0.8933 -0.3001 -0.3347</w:t>
        <w:br/>
        <w:t>vn -0.7587 -0.6339 -0.1502</w:t>
        <w:br/>
        <w:t>vn -0.6732 -0.6964 0.2485</w:t>
        <w:br/>
        <w:t>vn 0.0372 0.2067 0.9777</w:t>
        <w:br/>
        <w:t>vn -0.6291 0.5005 0.5947</w:t>
        <w:br/>
        <w:t>vn -0.2952 -0.9469 0.1276</w:t>
        <w:br/>
        <w:t>vn 0.9612 -0.2234 -0.1619</w:t>
        <w:br/>
        <w:t>vn 0.9612 -0.2234 -0.1620</w:t>
        <w:br/>
        <w:t>vn -0.2761 -0.1558 -0.9484</w:t>
        <w:br/>
        <w:t>vn -0.9229 -0.1912 -0.3342</w:t>
        <w:br/>
        <w:t>vn -0.9446 -0.1047 -0.3112</w:t>
        <w:br/>
        <w:t>vn -0.3875 -0.1811 -0.9039</w:t>
        <w:br/>
        <w:t>vn -0.6601 0.4718 0.5845</w:t>
        <w:br/>
        <w:t>vn -0.3425 0.5340 0.7730</w:t>
        <w:br/>
        <w:t>vn -0.0939 -0.2611 0.9607</w:t>
        <w:br/>
        <w:t>vn -0.1698 -0.2085 0.9632</w:t>
        <w:br/>
        <w:t>vn -0.6164 0.7280 0.3003</w:t>
        <w:br/>
        <w:t>vn 0.9835 0.1585 0.0866</w:t>
        <w:br/>
        <w:t>vn -0.9229 -0.1911 -0.3343</w:t>
        <w:br/>
        <w:t>vn -0.9755 -0.1799 0.1264</w:t>
        <w:br/>
        <w:t>vn -0.9889 -0.0293 0.1460</w:t>
        <w:br/>
        <w:t>vn -0.9673 -0.2536 -0.0051</w:t>
        <w:br/>
        <w:t>vn -0.9139 -0.3990 -0.0742</w:t>
        <w:br/>
        <w:t>vn -0.8109 -0.4566 0.3660</w:t>
        <w:br/>
        <w:t>vn -0.9139 -0.2809 0.2931</w:t>
        <w:br/>
        <w:t>vn 0.8445 -0.4463 0.2960</w:t>
        <w:br/>
        <w:t>vn -0.1054 -0.7031 0.7033</w:t>
        <w:br/>
        <w:t>vn 0.1228 -0.7928 0.5970</w:t>
        <w:br/>
        <w:t>vn 0.6851 -0.5431 -0.4855</w:t>
        <w:br/>
        <w:t>vn -0.2545 -0.5758 0.7770</w:t>
        <w:br/>
        <w:t>vn 0.3588 -0.6319 -0.6870</w:t>
        <w:br/>
        <w:t>vn -0.0823 0.3191 0.9441</w:t>
        <w:br/>
        <w:t>vn -0.3574 0.5019 0.7876</w:t>
        <w:br/>
        <w:t>vn 0.3738 -0.7612 -0.5299</w:t>
        <w:br/>
        <w:t>vn -0.2512 -0.0743 0.9651</w:t>
        <w:br/>
        <w:t>vn -0.6138 -0.1806 0.7685</w:t>
        <w:br/>
        <w:t>vn -0.5794 0.0406 0.8140</w:t>
        <w:br/>
        <w:t>vn -0.2976 0.1100 0.9483</w:t>
        <w:br/>
        <w:t>vn -0.4763 0.6166 0.6268</w:t>
        <w:br/>
        <w:t>vn -0.2426 0.7437 0.6229</w:t>
        <w:br/>
        <w:t>vn -0.5104 -0.3000 0.8059</w:t>
        <w:br/>
        <w:t>vn -0.9139 -0.2809 0.2932</w:t>
        <w:br/>
        <w:t>vn -0.9542 -0.0475 -0.2954</w:t>
        <w:br/>
        <w:t>vn -0.6392 -0.1786 -0.7480</w:t>
        <w:br/>
        <w:t>vn -0.7327 0.2283 0.6411</w:t>
        <w:br/>
        <w:t>vn -0.9542 -0.0476 -0.2954</w:t>
        <w:br/>
        <w:t>vn -0.1428 0.6237 0.7685</w:t>
        <w:br/>
        <w:t>vn 0.0547 -0.1110 0.9923</w:t>
        <w:br/>
        <w:t>vn -0.0951 0.2193 0.9710</w:t>
        <w:br/>
        <w:t>vn -0.2864 0.8416 0.4579</w:t>
        <w:br/>
        <w:t>vn -0.1163 -0.1542 -0.9812</w:t>
        <w:br/>
        <w:t>vn 0.1347 0.7334 -0.6663</w:t>
        <w:br/>
        <w:t>vn -0.9862 0.0869 -0.1406</w:t>
        <w:br/>
        <w:t>vn -0.5110 -0.0936 0.8545</w:t>
        <w:br/>
        <w:t>vn -0.5384 0.1179 0.8344</w:t>
        <w:br/>
        <w:t>vn 0.0716 0.7976 -0.5989</w:t>
        <w:br/>
        <w:t>vn -0.1891 0.9509 -0.2452</w:t>
        <w:br/>
        <w:t>vn -0.7747 0.3887 0.4987</w:t>
        <w:br/>
        <w:t>vn -0.4752 0.3882 0.7896</w:t>
        <w:br/>
        <w:t>vn -0.1113 0.4935 0.8626</w:t>
        <w:br/>
        <w:t>vn 0.0909 0.7026 0.7057</w:t>
        <w:br/>
        <w:t>vn 0.1010 0.9581 0.2681</w:t>
        <w:br/>
        <w:t>vn 0.3118 0.9080 -0.2798</w:t>
        <w:br/>
        <w:t>vn 0.2219 -0.8371 -0.4999</w:t>
        <w:br/>
        <w:t>vn 0.0681 0.5695 0.8191</w:t>
        <w:br/>
        <w:t>vn -0.9364 0.3330 0.1105</w:t>
        <w:br/>
        <w:t>vn -0.8019 0.4701 0.3688</w:t>
        <w:br/>
        <w:t>vn 0.2128 -0.8659 -0.4527</w:t>
        <w:br/>
        <w:t>vn -0.3398 -0.4478 0.8270</w:t>
        <w:br/>
        <w:t>vn 0.3978 -0.2076 0.8937</w:t>
        <w:br/>
        <w:t>vn 0.1966 -0.2247 0.9544</w:t>
        <w:br/>
        <w:t>vn 0.2140 0.9201 0.3279</w:t>
        <w:br/>
        <w:t>vn 0.2451 0.9402 -0.2365</w:t>
        <w:br/>
        <w:t>vn 0.2548 0.6938 0.6736</w:t>
        <w:br/>
        <w:t>vn 0.0540 0.7917 0.6086</w:t>
        <w:br/>
        <w:t>vn 0.3290 0.5737 0.7501</w:t>
        <w:br/>
        <w:t>vn -0.2237 0.6685 -0.7092</w:t>
        <w:br/>
        <w:t>vn -0.7875 0.5403 0.2965</w:t>
        <w:br/>
        <w:t>vn -0.9171 0.3960 0.0463</w:t>
        <w:br/>
        <w:t>vn -0.0261 0.2217 0.9748</w:t>
        <w:br/>
        <w:t>vn 0.0608 0.0239 0.9979</w:t>
        <w:br/>
        <w:t>vn 0.8073 0.0105 0.5901</w:t>
        <w:br/>
        <w:t>vn -0.5380 0.1919 0.8208</w:t>
        <w:br/>
        <w:t>vn -0.4818 0.3137 0.8182</w:t>
        <w:br/>
        <w:t>vn -0.4969 0.6607 -0.5626</w:t>
        <w:br/>
        <w:t>vn -0.4520 0.5485 0.7034</w:t>
        <w:br/>
        <w:t>vn -0.7896 0.5700 0.2271</w:t>
        <w:br/>
        <w:t>vn -0.9169 0.3984 -0.0255</w:t>
        <w:br/>
        <w:t>vn -0.7459 0.5638 -0.3546</w:t>
        <w:br/>
        <w:t>vn -0.7878 0.5942 0.1618</w:t>
        <w:br/>
        <w:t>vn -0.9199 0.3853 -0.0735</w:t>
        <w:br/>
        <w:t>vn -0.8982 0.3520 -0.2633</w:t>
        <w:br/>
        <w:t>vn -0.7528 0.6493 -0.1082</w:t>
        <w:br/>
        <w:t>vn -0.4263 0.6493 0.6299</w:t>
        <w:br/>
        <w:t>vn 0.1616 0.8883 -0.4299</w:t>
        <w:br/>
        <w:t>vn 0.1010 0.6622 -0.7425</w:t>
        <w:br/>
        <w:t>vn 0.0805 -0.9022 -0.4237</w:t>
        <w:br/>
        <w:t>vn -0.1463 -0.8705 -0.4699</w:t>
        <w:br/>
        <w:t>vn -0.1592 0.4493 0.8791</w:t>
        <w:br/>
        <w:t>vn -0.1326 0.9718 0.1948</w:t>
        <w:br/>
        <w:t>vn -0.1497 0.5497 0.8219</w:t>
        <w:br/>
        <w:t>vn -0.4317 0.7061 0.5613</w:t>
        <w:br/>
        <w:t>vn -0.3804 0.7657 0.5186</w:t>
        <w:br/>
        <w:t>vn 0.4823 0.7459 -0.4595</w:t>
        <w:br/>
        <w:t>vn 0.3662 0.7900 -0.4918</w:t>
        <w:br/>
        <w:t>vn -0.0901 0.6766 0.7308</w:t>
        <w:br/>
        <w:t>vn 0.0432 0.6919 0.7207</w:t>
        <w:br/>
        <w:t>vn 0.6188 0.7239 0.3051</w:t>
        <w:br/>
        <w:t>vn 0.3823 0.8458 -0.3722</w:t>
        <w:br/>
        <w:t>vn 0.0841 0.9603 -0.2659</w:t>
        <w:br/>
        <w:t>vn 0.3662 0.7899 -0.4918</w:t>
        <w:br/>
        <w:t>vn 0.0047 0.9896 -0.1435</w:t>
        <w:br/>
        <w:t>vn 0.0849 0.7252 0.6833</w:t>
        <w:br/>
        <w:t>vn 0.3190 0.7376 0.5952</w:t>
        <w:br/>
        <w:t>vn 0.6899 0.6462 0.3261</w:t>
        <w:br/>
        <w:t>vn 0.8539 0.2662 0.4472</w:t>
        <w:br/>
        <w:t>vn 0.0085 0.7343 0.6787</w:t>
        <w:br/>
        <w:t>vn -0.3229 0.8286 0.4574</w:t>
        <w:br/>
        <w:t>vn 0.1366 0.6137 0.7777</w:t>
        <w:br/>
        <w:t>vn 0.4911 0.4934 0.7179</w:t>
        <w:br/>
        <w:t>vn -0.0199 0.7408 0.6714</w:t>
        <w:br/>
        <w:t>vn 0.4544 0.7802 0.4300</w:t>
        <w:br/>
        <w:t>vn -0.1302 0.8675 0.4802</w:t>
        <w:br/>
        <w:t>vn -0.3823 0.8557 0.3488</w:t>
        <w:br/>
        <w:t>vn -0.3462 0.8983 0.2706</w:t>
        <w:br/>
        <w:t>vn 0.1154 0.9901 0.0803</w:t>
        <w:br/>
        <w:t>vn 0.2755 0.9527 0.1284</w:t>
        <w:br/>
        <w:t>vn 0.0290 0.4459 -0.8946</w:t>
        <w:br/>
        <w:t>vn 0.0138 0.4461 -0.8949</w:t>
        <w:br/>
        <w:t>vn -0.0037 0.4471 -0.8945</w:t>
        <w:br/>
        <w:t>vn 0.1241 -0.5729 0.8102</w:t>
        <w:br/>
        <w:t>vn 0.2699 -0.3272 0.9056</w:t>
        <w:br/>
        <w:t>vn 0.8724 0.0709 0.4837</w:t>
        <w:br/>
        <w:t>vn 0.8723 0.0709 0.4837</w:t>
        <w:br/>
        <w:t>vn 0.8072 0.0105 0.5902</w:t>
        <w:br/>
        <w:t>vn 0.9860 0.1585 0.0511</w:t>
        <w:br/>
        <w:t>vn 0.1001 0.7937 0.6001</w:t>
        <w:br/>
        <w:t>vn -0.7792 0.6206 0.0879</w:t>
        <w:br/>
        <w:t>vn -0.9194 0.3751 -0.1182</w:t>
        <w:br/>
        <w:t>vn 0.1361 0.9122 0.3865</w:t>
        <w:br/>
        <w:t>vn -0.1890 0.9509 -0.2453</w:t>
        <w:br/>
        <w:t>vn -0.4729 0.8803 -0.0382</w:t>
        <w:br/>
        <w:t>vn 0.0122 0.9887 0.1493</w:t>
        <w:br/>
        <w:t>vn -0.0999 0.3552 0.9294</w:t>
        <w:br/>
        <w:t>vn -0.5062 -0.3295 -0.7970</w:t>
        <w:br/>
        <w:t>vn -0.5554 0.0063 -0.8315</w:t>
        <w:br/>
        <w:t>vn -0.5338 -0.0980 -0.8399</w:t>
        <w:br/>
        <w:t>vn -0.5061 -0.3295 -0.7970</w:t>
        <w:br/>
        <w:t>vn 0.8283 -0.2416 -0.5055</w:t>
        <w:br/>
        <w:t>vn 0.6882 -0.2245 -0.6899</w:t>
        <w:br/>
        <w:t>vn 0.7210 0.0308 -0.6923</w:t>
        <w:br/>
        <w:t>vn -0.9691 0.1315 0.2086</w:t>
        <w:br/>
        <w:t>vn -0.9800 0.1062 0.1685</w:t>
        <w:br/>
        <w:t>vn -0.9897 0.1380 0.0377</w:t>
        <w:br/>
        <w:t>vn -0.8271 0.1921 0.5282</w:t>
        <w:br/>
        <w:t>vn -0.8441 0.0174 -0.5358</w:t>
        <w:br/>
        <w:t>vn -0.9357 -0.0552 -0.3484</w:t>
        <w:br/>
        <w:t>vn -0.8629 -0.0493 -0.5029</w:t>
        <w:br/>
        <w:t>vn -0.9956 0.0887 0.0316</w:t>
        <w:br/>
        <w:t>vn -0.9395 -0.0908 0.3303</w:t>
        <w:br/>
        <w:t>vn -0.3218 -0.7848 -0.5297</w:t>
        <w:br/>
        <w:t>vn -0.1018 -0.7639 -0.6373</w:t>
        <w:br/>
        <w:t>vn -0.1018 -0.7638 -0.6373</w:t>
        <w:br/>
        <w:t>vn -0.5758 0.5421 -0.6120</w:t>
        <w:br/>
        <w:t>vn -0.5709 0.6897 -0.4454</w:t>
        <w:br/>
        <w:t>vn 0.3165 -0.8415 0.4379</w:t>
        <w:br/>
        <w:t>vn 0.3745 -0.8003 0.4683</w:t>
        <w:br/>
        <w:t>vn -0.9897 0.1381 0.0377</w:t>
        <w:br/>
        <w:t>vn -0.0595 0.7583 0.6492</w:t>
        <w:br/>
        <w:t>vn 0.1328 0.7490 0.6492</w:t>
        <w:br/>
        <w:t>vn -0.5669 0.1575 -0.8086</w:t>
        <w:br/>
        <w:t>vn 0.2975 -0.0538 0.9532</w:t>
        <w:br/>
        <w:t>vn 0.1229 -0.3178 0.9402</w:t>
        <w:br/>
        <w:t>vn 0.0330 -0.2505 0.9675</w:t>
        <w:br/>
        <w:t>vn 0.5429 -0.1696 -0.8225</w:t>
        <w:br/>
        <w:t>vn 0.5012 -0.3790 -0.7779</w:t>
        <w:br/>
        <w:t>vn -0.7930 0.2191 -0.5685</w:t>
        <w:br/>
        <w:t>vn -0.9286 0.0755 -0.3633</w:t>
        <w:br/>
        <w:t>vn 0.3971 0.3388 -0.8529</w:t>
        <w:br/>
        <w:t>vn 0.3667 0.3335 -0.8685</w:t>
        <w:br/>
        <w:t>vn 0.8125 -0.2558 0.5238</w:t>
        <w:br/>
        <w:t>vn 0.8135 -0.2911 0.5034</w:t>
        <w:br/>
        <w:t>vn 0.8223 -0.1809 0.5395</w:t>
        <w:br/>
        <w:t>vn -0.2951 0.1211 0.9478</w:t>
        <w:br/>
        <w:t>vn -0.3567 0.2336 0.9046</w:t>
        <w:br/>
        <w:t>vn -0.1861 0.1263 0.9744</w:t>
        <w:br/>
        <w:t>vn 0.5473 -0.8286 -0.1179</w:t>
        <w:br/>
        <w:t>vn 0.6834 -0.7207 0.1168</w:t>
        <w:br/>
        <w:t>vn 0.5110 -0.8022 0.3087</w:t>
        <w:br/>
        <w:t>vn 0.4296 -0.8905 0.1495</w:t>
        <w:br/>
        <w:t>vn -0.9531 -0.2017 -0.2255</w:t>
        <w:br/>
        <w:t>vn -0.7075 0.3869 0.5914</w:t>
        <w:br/>
        <w:t>vn -0.9072 0.2766 0.3170</w:t>
        <w:br/>
        <w:t>vn 0.8439 -0.1237 -0.5220</w:t>
        <w:br/>
        <w:t>vn 0.4704 -0.3190 0.8228</w:t>
        <w:br/>
        <w:t>vn 0.1985 -0.3355 0.9209</w:t>
        <w:br/>
        <w:t>vn 0.4608 -0.0226 -0.8872</w:t>
        <w:br/>
        <w:t>vn 0.3746 -0.8581 0.3513</w:t>
        <w:br/>
        <w:t>vn -0.7808 0.3307 -0.5301</w:t>
        <w:br/>
        <w:t>vn -0.8483 0.2782 -0.4505</w:t>
        <w:br/>
        <w:t>vn 0.6602 -0.6615 -0.3557</w:t>
        <w:br/>
        <w:t>vn 0.6046 -0.3189 -0.7299</w:t>
        <w:br/>
        <w:t>vn 0.9072 -0.4046 -0.1155</w:t>
        <w:br/>
        <w:t>vn 0.8242 -0.5652 -0.0357</w:t>
        <w:br/>
        <w:t>vn -0.7274 0.3764 -0.5738</w:t>
        <w:br/>
        <w:t>vn -0.1991 -0.0414 0.9791</w:t>
        <w:br/>
        <w:t>vn 0.8179 -0.1495 0.5556</w:t>
        <w:br/>
        <w:t>vn 0.8523 -0.0842 0.5162</w:t>
        <w:br/>
        <w:t>vn 0.8280 -0.1115 0.5495</w:t>
        <w:br/>
        <w:t>vn 0.5582 -0.4611 0.6898</w:t>
        <w:br/>
        <w:t>vn 0.3481 -0.8384 0.4194</w:t>
        <w:br/>
        <w:t>vn -0.7102 0.4001 -0.5792</w:t>
        <w:br/>
        <w:t>vn -0.9267 -0.1899 -0.3244</w:t>
        <w:br/>
        <w:t>vn -0.9091 -0.4027 -0.1068</w:t>
        <w:br/>
        <w:t>vn -0.8917 0.1873 -0.4120</w:t>
        <w:br/>
        <w:t>vn -0.9027 0.0272 -0.4295</w:t>
        <w:br/>
        <w:t>vn 0.5726 0.5992 0.5596</w:t>
        <w:br/>
        <w:t>vn 0.4170 0.6025 0.6805</w:t>
        <w:br/>
        <w:t>vn 0.3209 0.1136 -0.9403</w:t>
        <w:br/>
        <w:t>vn 0.9070 0.0165 0.4209</w:t>
        <w:br/>
        <w:t>vn 0.9740 0.1761 0.1426</w:t>
        <w:br/>
        <w:t>vn 0.9872 0.1083 0.1168</w:t>
        <w:br/>
        <w:t>vn 0.9603 0.0545 0.2738</w:t>
        <w:br/>
        <w:t>vn 0.5111 -0.8022 0.3087</w:t>
        <w:br/>
        <w:t>vn 0.6792 -0.3225 0.6593</w:t>
        <w:br/>
        <w:t>vn 0.7594 -0.2704 0.5917</w:t>
        <w:br/>
        <w:t>vn 0.4171 0.6025 0.6804</w:t>
        <w:br/>
        <w:t>vn 0.4364 0.4289 0.7910</w:t>
        <w:br/>
        <w:t>vn 0.1781 0.7331 0.6564</w:t>
        <w:br/>
        <w:t>vn 0.9609 -0.2037 0.1874</w:t>
        <w:br/>
        <w:t>vn -0.9904 -0.1013 -0.0945</w:t>
        <w:br/>
        <w:t>vn -0.9748 -0.1342 -0.1781</w:t>
        <w:br/>
        <w:t>vn -0.8574 0.0422 -0.5130</w:t>
        <w:br/>
        <w:t>vn -0.1944 -0.1414 0.9707</w:t>
        <w:br/>
        <w:t>vn 0.8250 -0.1855 0.5339</w:t>
        <w:br/>
        <w:t>vn 0.8623 -0.0786 0.5002</w:t>
        <w:br/>
        <w:t>vn 0.8279 -0.1082 0.5504</w:t>
        <w:br/>
        <w:t>vn -0.5842 0.1666 -0.7944</w:t>
        <w:br/>
        <w:t>vn -0.8942 0.1315 -0.4279</w:t>
        <w:br/>
        <w:t>vn 0.3992 0.3815 0.8337</w:t>
        <w:br/>
        <w:t>vn 0.9372 -0.0822 0.3390</w:t>
        <w:br/>
        <w:t>vn 0.4906 0.2411 -0.8374</w:t>
        <w:br/>
        <w:t>vn 0.5389 0.1649 -0.8261</w:t>
        <w:br/>
        <w:t>vn 0.4824 -0.0232 -0.8756</w:t>
        <w:br/>
        <w:t>vn 0.4270 0.1126 -0.8972</w:t>
        <w:br/>
        <w:t>vn 0.6712 0.0739 -0.7376</w:t>
        <w:br/>
        <w:t>vn -0.6546 0.4914 0.5745</w:t>
        <w:br/>
        <w:t>vn -0.0426 0.5048 0.8622</w:t>
        <w:br/>
        <w:t>vn 0.3608 0.3024 0.8823</w:t>
        <w:br/>
        <w:t>vn 0.3534 0.2860 0.8907</w:t>
        <w:br/>
        <w:t>vn -0.1001 0.4292 0.8977</w:t>
        <w:br/>
        <w:t>vn -0.1585 -0.3435 0.9257</w:t>
        <w:br/>
        <w:t>vn 0.8355 -0.1367 0.5323</w:t>
        <w:br/>
        <w:t>vn -0.0083 0.3321 -0.9432</w:t>
        <w:br/>
        <w:t>vn -0.9769 -0.0783 -0.1990</w:t>
        <w:br/>
        <w:t>vn -0.9072 0.2767 0.3170</w:t>
        <w:br/>
        <w:t>vn 0.2723 -0.0199 0.9620</w:t>
        <w:br/>
        <w:t>vn 0.5758 0.1684 -0.8001</w:t>
        <w:br/>
        <w:t>vn -0.1917 -0.0126 0.9814</w:t>
        <w:br/>
        <w:t>vn 0.9815 0.0351 0.1881</w:t>
        <w:br/>
        <w:t>vn 0.9655 0.0298 0.2586</w:t>
        <w:br/>
        <w:t>vn 0.9896 -0.1219 -0.0770</w:t>
        <w:br/>
        <w:t>vn -0.0023 0.1316 -0.9913</w:t>
        <w:br/>
        <w:t>vn 0.8935 -0.1987 0.4027</w:t>
        <w:br/>
        <w:t>vn -0.0528 -0.8916 0.4497</w:t>
        <w:br/>
        <w:t>vn 0.0067 -0.5492 0.8357</w:t>
        <w:br/>
        <w:t>vn 0.0244 -0.8631 0.5044</w:t>
        <w:br/>
        <w:t>vn -0.9312 -0.3132 -0.1865</w:t>
        <w:br/>
        <w:t>vn -0.8580 -0.4554 -0.2376</w:t>
        <w:br/>
        <w:t>vn -0.9507 0.0522 -0.3058</w:t>
        <w:br/>
        <w:t>vn -0.0048 0.0254 -0.9997</w:t>
        <w:br/>
        <w:t>vn 0.0039 -0.0511 -0.9987</w:t>
        <w:br/>
        <w:t>vn 0.6290 0.1379 -0.7651</w:t>
        <w:br/>
        <w:t>vn 0.9670 -0.0153 0.2544</w:t>
        <w:br/>
        <w:t>vn 0.4035 0.1649 -0.9000</w:t>
        <w:br/>
        <w:t>vn 0.6697 0.1314 -0.7309</w:t>
        <w:br/>
        <w:t>vn 0.7244 -0.6890 -0.0229</w:t>
        <w:br/>
        <w:t>vn 0.8270 -0.3712 -0.4223</w:t>
        <w:br/>
        <w:t>vn 0.8723 -0.4733 -0.1230</w:t>
        <w:br/>
        <w:t>vn 0.0209 -0.1916 -0.9812</w:t>
        <w:br/>
        <w:t>vn 0.0075 -0.1522 -0.9883</w:t>
        <w:br/>
        <w:t>vn 0.9690 -0.1900 0.1576</w:t>
        <w:br/>
        <w:t>vn 0.9378 -0.1858 0.2932</w:t>
        <w:br/>
        <w:t>vn 0.7175 -0.3355 0.6104</w:t>
        <w:br/>
        <w:t>vn 0.5307 -0.3469 0.7733</w:t>
        <w:br/>
        <w:t>vn 0.9068 0.1299 0.4010</w:t>
        <w:br/>
        <w:t>vn 0.8767 -0.0205 0.4806</w:t>
        <w:br/>
        <w:t>vn 0.6961 -0.5829 0.4191</w:t>
        <w:br/>
        <w:t>vn 0.9953 0.0664 -0.0706</w:t>
        <w:br/>
        <w:t>vn 0.9713 -0.0427 0.2339</w:t>
        <w:br/>
        <w:t>vn 0.9585 -0.0448 0.2816</w:t>
        <w:br/>
        <w:t>vn -0.9770 0.0082 -0.2131</w:t>
        <w:br/>
        <w:t>vn -0.9273 -0.1111 -0.3575</w:t>
        <w:br/>
        <w:t>vn 0.1395 -0.6208 0.7715</w:t>
        <w:br/>
        <w:t>vn 0.4618 -0.6044 0.6492</w:t>
        <w:br/>
        <w:t>vn 0.8110 -0.2775 -0.5150</w:t>
        <w:br/>
        <w:t>vn 0.8332 -0.2769 -0.4786</w:t>
        <w:br/>
        <w:t>vn -0.3668 -0.8877 0.2784</w:t>
        <w:br/>
        <w:t>vn -0.4095 -0.8471 0.3387</w:t>
        <w:br/>
        <w:t>vn -0.4095 -0.8471 0.3388</w:t>
        <w:br/>
        <w:t>vn -0.9380 -0.1061 -0.3300</w:t>
        <w:br/>
        <w:t>vn -0.3187 0.3447 -0.8829</w:t>
        <w:br/>
        <w:t>vn -0.3281 0.3368 -0.8826</w:t>
        <w:br/>
        <w:t>vn 0.5260 -0.4373 0.7294</w:t>
        <w:br/>
        <w:t>vn 0.4924 -0.4170 0.7640</w:t>
        <w:br/>
        <w:t>vn 0.9487 -0.0624 0.3100</w:t>
        <w:br/>
        <w:t>vn 0.6268 -0.4104 0.6624</w:t>
        <w:br/>
        <w:t>vn 0.7900 0.5946 -0.1494</w:t>
        <w:br/>
        <w:t>vn 0.7651 0.6295 -0.1355</w:t>
        <w:br/>
        <w:t>vn 0.9686 -0.0031 0.2485</w:t>
        <w:br/>
        <w:t>vn 0.0638 -0.1483 -0.9869</w:t>
        <w:br/>
        <w:t>vn 0.6707 0.2032 -0.7133</w:t>
        <w:br/>
        <w:t>vn 0.8643 0.2021 -0.4606</w:t>
        <w:br/>
        <w:t>vn 0.9759 -0.0567 0.2107</w:t>
        <w:br/>
        <w:t>vn 0.9842 -0.0041 0.1771</w:t>
        <w:br/>
        <w:t>vn 0.3506 0.2875 -0.8913</w:t>
        <w:br/>
        <w:t>vn 0.7725 0.2657 -0.5768</w:t>
        <w:br/>
        <w:t>vn 0.9566 -0.2800 0.0806</w:t>
        <w:br/>
        <w:t>vn 0.8851 -0.2165 -0.4120</w:t>
        <w:br/>
        <w:t>vn 0.9067 -0.1741 -0.3842</w:t>
        <w:br/>
        <w:t>vn 0.9749 -0.1742 0.1384</w:t>
        <w:br/>
        <w:t>vn -0.1896 -0.3273 -0.9257</w:t>
        <w:br/>
        <w:t>vn -0.9346 -0.1896 -0.3010</w:t>
        <w:br/>
        <w:t>vn 0.9766 0.2146 -0.0128</w:t>
        <w:br/>
        <w:t>vn 0.9692 0.0086 0.2460</w:t>
        <w:br/>
        <w:t>vn 0.9362 -0.0151 0.3511</w:t>
        <w:br/>
        <w:t>vn -0.0252 -0.8222 0.5686</w:t>
        <w:br/>
        <w:t>vn 0.5294 -0.5619 0.6356</w:t>
        <w:br/>
        <w:t>vn 0.3052 -0.5936 0.7447</w:t>
        <w:br/>
        <w:t>vn -0.0624 -0.7631 0.6432</w:t>
        <w:br/>
        <w:t>vn 0.4824 -0.3567 0.8000</w:t>
        <w:br/>
        <w:t>vn 0.5845 -0.1062 0.8044</w:t>
        <w:br/>
        <w:t>vn -0.8927 -0.0698 -0.4453</w:t>
        <w:br/>
        <w:t>vn -0.6274 -0.0059 -0.7787</w:t>
        <w:br/>
        <w:t>vn -0.6204 -0.6205 0.4796</w:t>
        <w:br/>
        <w:t>vn -0.6725 -0.5533 0.4915</w:t>
        <w:br/>
        <w:t>vn -0.6965 -0.5519 0.4586</w:t>
        <w:br/>
        <w:t>vn -0.0395 0.3224 -0.9458</w:t>
        <w:br/>
        <w:t>vn -0.3400 0.2224 -0.9137</w:t>
        <w:br/>
        <w:t>vn -0.3400 0.2225 -0.9137</w:t>
        <w:br/>
        <w:t>vn -0.3186 0.2026 -0.9260</w:t>
        <w:br/>
        <w:t>vn 0.9798 0.2001 0.0011</w:t>
        <w:br/>
        <w:t>vn 0.9515 0.0490 0.3037</w:t>
        <w:br/>
        <w:t>vn 0.9936 -0.1120 -0.0128</w:t>
        <w:br/>
        <w:t>vn 0.9496 -0.1744 -0.2606</w:t>
        <w:br/>
        <w:t>vn 0.7516 -0.2856 -0.5946</w:t>
        <w:br/>
        <w:t>vn 0.2036 0.3781 -0.9031</w:t>
        <w:br/>
        <w:t>vn 0.6841 0.4309 -0.5886</w:t>
        <w:br/>
        <w:t>vn -0.3569 -0.6686 -0.6524</w:t>
        <w:br/>
        <w:t>vn 0.8954 0.3850 -0.2239</w:t>
        <w:br/>
        <w:t>vn 0.5300 0.4672 -0.7077</w:t>
        <w:br/>
        <w:t>vn -0.8835 -0.2862 -0.3708</w:t>
        <w:br/>
        <w:t>vn -0.8585 -0.2671 -0.4378</w:t>
        <w:br/>
        <w:t>vn -0.8033 -0.3722 -0.4649</w:t>
        <w:br/>
        <w:t>vn 0.6851 0.2514 -0.6837</w:t>
        <w:br/>
        <w:t>vn 0.9455 0.2822 -0.1621</w:t>
        <w:br/>
        <w:t>vn 0.7362 -0.2274 0.6374</w:t>
        <w:br/>
        <w:t>vn -0.1587 -0.6125 0.7744</w:t>
        <w:br/>
        <w:t>vn -0.1391 -0.6558 0.7420</w:t>
        <w:br/>
        <w:t>vn 0.2321 -0.2867 0.9295</w:t>
        <w:br/>
        <w:t>vn 0.9357 0.3520 0.0236</w:t>
        <w:br/>
        <w:t>vn 0.2886 -0.3487 0.8917</w:t>
        <w:br/>
        <w:t>vn 0.2886 -0.3488 0.8917</w:t>
        <w:br/>
        <w:t>vn 0.5090 -0.1199 0.8524</w:t>
        <w:br/>
        <w:t>vn 0.2354 -0.2410 0.9415</w:t>
        <w:br/>
        <w:t>vn -0.5671 -0.1579 -0.8084</w:t>
        <w:br/>
        <w:t>vn 0.7994 -0.1851 0.5716</w:t>
        <w:br/>
        <w:t>vn 0.9782 0.0478 0.2022</w:t>
        <w:br/>
        <w:t>vn 0.8274 -0.0648 0.5579</w:t>
        <w:br/>
        <w:t>vn 0.1363 0.3861 -0.9123</w:t>
        <w:br/>
        <w:t>vn -0.8233 -0.3834 -0.4185</w:t>
        <w:br/>
        <w:t>vn -0.5670 -0.1578 -0.8084</w:t>
        <w:br/>
        <w:t>vn -0.3032 0.1150 -0.9460</w:t>
        <w:br/>
        <w:t>vn -0.2530 -0.0318 -0.9669</w:t>
        <w:br/>
        <w:t>vn 0.9234 0.0961 0.3716</w:t>
        <w:br/>
        <w:t>vn -0.6780 -0.3505 0.6461</w:t>
        <w:br/>
        <w:t>vn -0.3826 -0.2959 0.8753</w:t>
        <w:br/>
        <w:t>vn -0.1143 -0.0476 0.9923</w:t>
        <w:br/>
        <w:t>vn 0.8824 0.3999 -0.2480</w:t>
        <w:br/>
        <w:t>vn 0.9804 0.1581 0.1175</w:t>
        <w:br/>
        <w:t>vn 0.9703 0.2173 -0.1065</w:t>
        <w:br/>
        <w:t>vn 0.9503 0.1514 0.2720</w:t>
        <w:br/>
        <w:t>vn 0.8578 0.5132 -0.0285</w:t>
        <w:br/>
        <w:t>vn 0.8614 0.4986 0.0965</w:t>
        <w:br/>
        <w:t>vn 0.3210 0.3090 0.8953</w:t>
        <w:br/>
        <w:t>vn 0.2675 0.4405 0.8570</w:t>
        <w:br/>
        <w:t>vn 0.0469 0.4018 -0.9145</w:t>
        <w:br/>
        <w:t>vn 0.0093 0.3943 -0.9189</w:t>
        <w:br/>
        <w:t>vn 0.3286 -0.4349 0.8384</w:t>
        <w:br/>
        <w:t>vn 0.6517 -0.0565 0.7563</w:t>
        <w:br/>
        <w:t>vn 0.8698 0.4275 -0.2465</w:t>
        <w:br/>
        <w:t>vn 0.9514 0.1302 0.2791</w:t>
        <w:br/>
        <w:t>vn 0.9585 0.1238 0.2570</w:t>
        <w:br/>
        <w:t>vn 0.9496 -0.1745 -0.2606</w:t>
        <w:br/>
        <w:t>vn 0.9802 -0.1894 -0.0575</w:t>
        <w:br/>
        <w:t>vn 0.9799 -0.1479 -0.1337</w:t>
        <w:br/>
        <w:t>vn -0.7160 -0.5308 -0.4535</w:t>
        <w:br/>
        <w:t>vn -0.7533 -0.4830 -0.4464</w:t>
        <w:br/>
        <w:t>vn -0.7282 -0.5095 -0.4584</w:t>
        <w:br/>
        <w:t>vn -0.6144 -0.2864 -0.7352</w:t>
        <w:br/>
        <w:t>vn 0.8014 0.5373 -0.2627</w:t>
        <w:br/>
        <w:t>vn -0.6029 -0.6765 -0.4229</w:t>
        <w:br/>
        <w:t>vn -0.5566 -0.7095 -0.4322</w:t>
        <w:br/>
        <w:t>vn -0.0948 0.3772 -0.9213</w:t>
        <w:br/>
        <w:t>vn -0.1464 0.3453 -0.9270</w:t>
        <w:br/>
        <w:t>vn -0.4631 -0.7924 -0.3970</w:t>
        <w:br/>
        <w:t>vn -0.2305 0.3257 -0.9169</w:t>
        <w:br/>
        <w:t>vn -0.2113 0.3340 -0.9186</w:t>
        <w:br/>
        <w:t>vn -0.2306 0.3257 -0.9169</w:t>
        <w:br/>
        <w:t>vn 0.7874 0.6154 0.0365</w:t>
        <w:br/>
        <w:t>vn 0.7935 0.5888 0.1536</w:t>
        <w:br/>
        <w:t>vn -0.4672 -0.7812 -0.4141</w:t>
        <w:br/>
        <w:t>vn -0.1462 -0.8705 -0.4699</w:t>
        <w:br/>
        <w:t>vn -0.3280 0.2987 -0.8962</w:t>
        <w:br/>
        <w:t>vn -0.2405 0.2038 -0.9490</w:t>
        <w:br/>
        <w:t>vn -0.2780 0.3391 -0.8987</w:t>
        <w:br/>
        <w:t>vn 0.2274 0.5197 0.8236</w:t>
        <w:br/>
        <w:t>vn -0.6144 -0.2865 -0.7352</w:t>
        <w:br/>
        <w:t>vn 0.8010 0.5365 -0.2655</w:t>
        <w:br/>
        <w:t>vn -0.2084 0.1287 -0.9695</w:t>
        <w:br/>
        <w:t>vn 0.0198 0.0354 -0.9992</w:t>
        <w:br/>
        <w:t>vn 0.4566 0.2462 0.8549</w:t>
        <w:br/>
        <w:t>vn 0.5107 0.2096 0.8338</w:t>
        <w:br/>
        <w:t>vn 0.6512 0.2236 0.7252</w:t>
        <w:br/>
        <w:t>vn -0.7385 -0.4548 -0.4977</w:t>
        <w:br/>
        <w:t>vn 0.0613 0.9262 -0.3721</w:t>
        <w:br/>
        <w:t>vn 0.8956 0.2869 0.3400</w:t>
        <w:br/>
        <w:t>vn 0.7883 0.5538 0.2682</w:t>
        <w:br/>
        <w:t>vn 0.9784 -0.0995 -0.1811</w:t>
        <w:br/>
        <w:t>vn 0.6992 0.7141 0.0334</w:t>
        <w:br/>
        <w:t>vn 0.7208 0.6716 0.1714</w:t>
        <w:br/>
        <w:t>vn 0.5752 0.1675 0.8007</w:t>
        <w:br/>
        <w:t>vn 0.3433 0.2957 0.8915</w:t>
        <w:br/>
        <w:t>vn 0.6940 0.2593 0.6717</w:t>
        <w:br/>
        <w:t>vn 0.7935 0.1227 0.5961</w:t>
        <w:br/>
        <w:t>vn -0.0354 0.9973 -0.0650</w:t>
        <w:br/>
        <w:t>vn 0.0024 0.9951 0.0993</w:t>
        <w:br/>
        <w:t>vn 0.4221 0.5158 -0.7455</w:t>
        <w:br/>
        <w:t>vn 0.3510 0.5192 -0.7792</w:t>
        <w:br/>
        <w:t>vn 0.1395 0.9217 0.3619</w:t>
        <w:br/>
        <w:t>vn 0.5462 0.1239 0.8284</w:t>
        <w:br/>
        <w:t>vn 0.4734 0.2669 0.8394</w:t>
        <w:br/>
        <w:t>vn 0.9216 0.2725 0.2764</w:t>
        <w:br/>
        <w:t>vn 0.7295 0.2819 0.6232</w:t>
        <w:br/>
        <w:t>vn 0.8136 0.4347 0.3863</w:t>
        <w:br/>
        <w:t>vn 0.9216 0.2726 0.2764</w:t>
        <w:br/>
        <w:t>vn 0.9103 0.2642 0.3187</w:t>
        <w:br/>
        <w:t>vn 0.5120 0.8589 0.0103</w:t>
        <w:br/>
        <w:t>vn 0.5684 0.8045 0.1723</w:t>
        <w:br/>
        <w:t>vn 0.1122 0.9934 0.0238</w:t>
        <w:br/>
        <w:t>vn 0.2848 0.9407 0.1842</w:t>
        <w:br/>
        <w:t>vn 0.3122 0.9457 0.0904</w:t>
        <w:br/>
        <w:t>vn 0.6062 0.7247 0.3278</w:t>
        <w:br/>
        <w:t>vn 0.7270 0.6150 0.3055</w:t>
        <w:br/>
        <w:t>vn 0.3675 0.4959 -0.7868</w:t>
        <w:br/>
        <w:t>vn 0.0420 0.9359 0.3498</w:t>
        <w:br/>
        <w:t>vn -0.1998 0.9253 0.3225</w:t>
        <w:br/>
        <w:t>vn -0.1241 0.9800 0.1558</w:t>
        <w:br/>
        <w:t>vn 0.1395 0.9218 0.3618</w:t>
        <w:br/>
        <w:t>vn 0.2960 0.8945 0.3350</w:t>
        <w:br/>
        <w:t>vn 0.6854 0.3997 0.6086</w:t>
        <w:br/>
        <w:t>vn 0.2887 0.7179 -0.6334</w:t>
        <w:br/>
        <w:t>vn 0.3338 0.8590 -0.3881</w:t>
        <w:br/>
        <w:t>vn 0.8665 0.4280 0.2570</w:t>
        <w:br/>
        <w:t>vn 0.3153 0.7844 0.5342</w:t>
        <w:br/>
        <w:t>vn 0.3065 0.7308 0.6099</w:t>
        <w:br/>
        <w:t>vn 0.4613 0.5143 -0.7230</w:t>
        <w:br/>
        <w:t>vn 0.3465 0.8355 0.4265</w:t>
        <w:br/>
        <w:t>vn 0.8665 0.4280 0.2569</w:t>
        <w:br/>
        <w:t>vn 0.8386 0.4253 0.3405</w:t>
        <w:br/>
        <w:t>vn 0.3615 0.6044 -0.7099</w:t>
        <w:br/>
        <w:t>vn 0.6880 0.2912 0.6647</w:t>
        <w:br/>
        <w:t>vn 0.4896 0.6324 0.6003</w:t>
        <w:br/>
        <w:t>vn 0.5108 0.6798 0.5263</w:t>
        <w:br/>
        <w:t>vn 0.8186 0.5568 0.1406</w:t>
        <w:br/>
        <w:t>vn 0.7459 0.5310 0.4020</w:t>
        <w:br/>
        <w:t>vn 0.1381 0.8513 0.5061</w:t>
        <w:br/>
        <w:t>vn 0.4713 0.3447 0.8118</w:t>
        <w:br/>
        <w:t>vn 0.7656 0.6410 0.0547</w:t>
        <w:br/>
        <w:t>vn 0.6491 0.5822 0.4895</w:t>
        <w:br/>
        <w:t>vn 0.3065 0.9416 0.1395</w:t>
        <w:br/>
        <w:t>vn 0.0029 0.8492 0.5281</w:t>
        <w:br/>
        <w:t>vn 0.7964 0.5262 0.2982</w:t>
        <w:br/>
        <w:t>vn 0.5298 0.5423 -0.6521</w:t>
        <w:br/>
        <w:t>vn 0.6454 0.5791 -0.4981</w:t>
        <w:br/>
        <w:t>vn 0.3456 0.6549 0.6720</w:t>
        <w:br/>
        <w:t>vn 0.4642 0.4906 0.7374</w:t>
        <w:br/>
        <w:t>vn 0.7871 0.6123 0.0743</w:t>
        <w:br/>
        <w:t>vn 0.7656 0.6410 0.0548</w:t>
        <w:br/>
        <w:t>vn 0.7179 0.6952 -0.0346</w:t>
        <w:br/>
        <w:t>vn 0.4119 0.4213 0.8080</w:t>
        <w:br/>
        <w:t>vn 0.3312 0.3734 0.8665</w:t>
        <w:br/>
        <w:t>vn 0.7030 0.3379 0.6258</w:t>
        <w:br/>
        <w:t>vn 0.2568 0.6974 0.6691</w:t>
        <w:br/>
        <w:t>vn 0.3029 0.6728 0.6750</w:t>
        <w:br/>
        <w:t>vn 0.3110 0.5384 0.7832</w:t>
        <w:br/>
        <w:t>vn 0.6267 0.3838 0.6782</w:t>
        <w:br/>
        <w:t>vn 0.5903 0.4133 0.6933</w:t>
        <w:br/>
        <w:t>vn 0.5500 0.5198 0.6537</w:t>
        <w:br/>
        <w:t>vn 0.9603 -0.1142 -0.2544</w:t>
        <w:br/>
        <w:t>vn 0.4809 -0.8459 0.2308</w:t>
        <w:br/>
        <w:t>vn 0.6482 -0.7598 0.0505</w:t>
        <w:br/>
        <w:t>vn 0.9286 -0.3633 -0.0752</w:t>
        <w:br/>
        <w:t>vn 0.4420 -0.5207 0.7304</w:t>
        <w:br/>
        <w:t>vn 0.0522 -0.5241 0.8500</w:t>
        <w:br/>
        <w:t>vn 0.0007 -0.5241 0.8516</w:t>
        <w:br/>
        <w:t>vn 0.2199 -0.6223 0.7513</w:t>
        <w:br/>
        <w:t>vn 0.6056 0.1002 0.7894</w:t>
        <w:br/>
        <w:t>vn -0.7048 -0.4762 0.5258</w:t>
        <w:br/>
        <w:t>vn 0.9620 0.2670 -0.0564</w:t>
        <w:br/>
        <w:t>vn 0.9293 0.3145 -0.1937</w:t>
        <w:br/>
        <w:t>vn 0.9122 0.2816 -0.2975</w:t>
        <w:br/>
        <w:t>vn 0.7078 -0.2969 0.6410</w:t>
        <w:br/>
        <w:t>vn 0.2431 0.1988 -0.9494</w:t>
        <w:br/>
        <w:t>vn 0.2431 0.1989 -0.9494</w:t>
        <w:br/>
        <w:t>vn 0.0751 0.6466 0.7591</w:t>
        <w:br/>
        <w:t>vn 0.5063 -0.0105 0.8623</w:t>
        <w:br/>
        <w:t>vn 0.7436 -0.0043 0.6686</w:t>
        <w:br/>
        <w:t>vn 0.1847 -0.6566 -0.7313</w:t>
        <w:br/>
        <w:t>vn 0.1846 -0.6565 -0.7314</w:t>
        <w:br/>
        <w:t>vn -0.5368 0.2605 -0.8025</w:t>
        <w:br/>
        <w:t>vn -0.4324 0.6655 0.6084</w:t>
        <w:br/>
        <w:t>vn -0.4281 0.6851 0.5894</w:t>
        <w:br/>
        <w:t>vn 0.5507 -0.6591 0.5122</w:t>
        <w:br/>
        <w:t>vn 0.3431 -0.5531 -0.7592</w:t>
        <w:br/>
        <w:t>vn 0.3432 -0.5530 -0.7592</w:t>
        <w:br/>
        <w:t>vn -0.6099 0.2069 -0.7650</w:t>
        <w:br/>
        <w:t>vn -0.5058 0.4547 0.7330</w:t>
        <w:br/>
        <w:t>vn -0.5256 0.2773 0.8042</w:t>
        <w:br/>
        <w:t>vn -0.5754 0.5263 0.6261</w:t>
        <w:br/>
        <w:t>vn 0.7333 -0.4468 0.5124</w:t>
        <w:br/>
        <w:t>vn 0.1892 0.1561 -0.9695</w:t>
        <w:br/>
        <w:t>vn 0.6046 -0.3188 -0.7299</w:t>
        <w:br/>
        <w:t>vn 0.7851 0.1492 0.6011</w:t>
        <w:br/>
        <w:t>vn 0.8968 -0.0681 0.4371</w:t>
        <w:br/>
        <w:t>vn 0.6454 0.5791 -0.4980</w:t>
        <w:br/>
        <w:t>vn 0.4410 0.1313 0.8878</w:t>
        <w:br/>
        <w:t>vn 0.8178 0.0530 0.5730</w:t>
        <w:br/>
        <w:t>vn 0.8849 0.0449 0.4637</w:t>
        <w:br/>
        <w:t>vn 0.8954 0.3849 -0.2239</w:t>
        <w:br/>
        <w:t>vn -0.2344 -0.6560 0.7175</w:t>
        <w:br/>
        <w:t>vn 0.8637 -0.2810 0.4185</w:t>
        <w:br/>
        <w:t>vn 0.8693 -0.3148 0.3811</w:t>
        <w:br/>
        <w:t>vn 0.5279 0.7218 0.4475</w:t>
        <w:br/>
        <w:t>vn 0.7169 0.5962 0.3615</w:t>
        <w:br/>
        <w:t>vn 0.8021 0.5384 0.2583</w:t>
        <w:br/>
        <w:t>vn -0.3553 0.2757 -0.8931</w:t>
        <w:br/>
        <w:t>vn -0.9748 -0.1342 -0.1782</w:t>
        <w:br/>
        <w:t>vn 0.8960 -0.3427 -0.2822</w:t>
        <w:br/>
        <w:t>vn 0.9276 0.3610 0.0957</w:t>
        <w:br/>
        <w:t>vn -0.9924 0.0689 -0.1020</w:t>
        <w:br/>
        <w:t>vn -0.9795 0.0172 0.2005</w:t>
        <w:br/>
        <w:t>vn -0.9615 0.1738 0.2129</w:t>
        <w:br/>
        <w:t>vn 0.9936 -0.1121 -0.0128</w:t>
        <w:br/>
        <w:t>vn -0.7671 -0.1184 0.6305</w:t>
        <w:br/>
        <w:t>vn -0.5010 -0.4100 -0.7622</w:t>
        <w:br/>
        <w:t>vn -0.6284 -0.1541 -0.7625</w:t>
        <w:br/>
        <w:t>vn -0.6442 -0.1040 -0.7578</w:t>
        <w:br/>
        <w:t>vn -0.7323 -0.0331 -0.6801</w:t>
        <w:br/>
        <w:t>vn -0.5341 -0.2766 -0.7989</w:t>
        <w:br/>
        <w:t>vn -0.7138 0.2140 -0.6669</w:t>
        <w:br/>
        <w:t>vn 0.2260 -0.9701 -0.0886</w:t>
        <w:br/>
        <w:t>vn 0.0890 -0.9955 0.0338</w:t>
        <w:br/>
        <w:t>vn 0.2260 -0.9701 -0.0885</w:t>
        <w:br/>
        <w:t>vn -0.8487 0.2161 -0.4828</w:t>
        <w:br/>
        <w:t>vn 0.4809 -0.8138 -0.3263</w:t>
        <w:br/>
        <w:t>vn 0.6713 -0.7356 -0.0911</w:t>
        <w:br/>
        <w:t>vn -0.2048 0.9674 0.1488</w:t>
        <w:br/>
        <w:t>vn -0.3530 0.8509 0.3890</w:t>
        <w:br/>
        <w:t>vn -0.3648 0.8853 0.2883</w:t>
        <w:br/>
        <w:t>vn 0.5670 -0.3536 0.7439</w:t>
        <w:br/>
        <w:t>vn 0.5045 -0.0561 0.8616</w:t>
        <w:br/>
        <w:t>vn 0.4615 0.0017 0.8872</w:t>
        <w:br/>
        <w:t>vn 0.3888 0.2467 0.8877</w:t>
        <w:br/>
        <w:t>vn -0.6741 -0.2083 -0.7087</w:t>
        <w:br/>
        <w:t>vn -0.6254 -0.1981 -0.7548</w:t>
        <w:br/>
        <w:t>vn -0.8429 -0.0673 -0.5338</w:t>
        <w:br/>
        <w:t>vn -0.8830 -0.2065 -0.4215</w:t>
        <w:br/>
        <w:t>vn 0.6400 -0.1638 0.7507</w:t>
        <w:br/>
        <w:t>vn 0.6454 -0.3762 0.6647</w:t>
        <w:br/>
        <w:t>vn -0.0502 0.3616 0.9310</w:t>
        <w:br/>
        <w:t>vn -0.4592 0.6379 0.6183</w:t>
        <w:br/>
        <w:t>vn -0.9658 0.0728 -0.2488</w:t>
        <w:br/>
        <w:t>vn -0.9810 -0.1781 -0.0771</w:t>
        <w:br/>
        <w:t>vn 0.9400 -0.1482 -0.3073</w:t>
        <w:br/>
        <w:t>vn 0.8789 -0.4587 -0.1307</w:t>
        <w:br/>
        <w:t>vn 0.6516 -0.5384 -0.5344</w:t>
        <w:br/>
        <w:t>vn 0.6848 -0.1890 -0.7038</w:t>
        <w:br/>
        <w:t>vn 0.7960 -0.1757 0.5792</w:t>
        <w:br/>
        <w:t>vn 0.8810 -0.0633 0.4689</w:t>
        <w:br/>
        <w:t>vn -0.2395 -0.1183 0.9637</w:t>
        <w:br/>
        <w:t>vn 0.0778 0.0391 0.9962</w:t>
        <w:br/>
        <w:t>vn 0.2132 -0.1204 0.9696</w:t>
        <w:br/>
        <w:t>vn -0.6793 -0.2224 -0.6994</w:t>
        <w:br/>
        <w:t>vn -0.8578 -0.3519 -0.3747</w:t>
        <w:br/>
        <w:t>vn -0.9039 -0.4275 0.0111</w:t>
        <w:br/>
        <w:t>vn 0.9069 0.1459 -0.3952</w:t>
        <w:br/>
        <w:t>vn 0.5753 0.1397 -0.8059</w:t>
        <w:br/>
        <w:t>vn 0.8836 0.0380 0.4667</w:t>
        <w:br/>
        <w:t>vn -0.0628 -0.2687 0.9612</w:t>
        <w:br/>
        <w:t>vn 0.3513 -0.1621 0.9221</w:t>
        <w:br/>
        <w:t>vn -0.6956 -0.1681 -0.6985</w:t>
        <w:br/>
        <w:t>vn -0.8462 -0.3817 -0.3720</w:t>
        <w:br/>
        <w:t>vn -0.8489 -0.5283 0.0191</w:t>
        <w:br/>
        <w:t>vn 0.4250 0.3360 -0.8405</w:t>
        <w:br/>
        <w:t>vn 0.9668 0.2065 0.1504</w:t>
        <w:br/>
        <w:t>vn 0.8589 0.0554 0.5091</w:t>
        <w:br/>
        <w:t>vn -0.9278 -0.1846 -0.3241</w:t>
        <w:br/>
        <w:t>vn -0.7469 -0.0508 -0.6630</w:t>
        <w:br/>
        <w:t>vn 0.3426 -0.2669 0.9008</w:t>
        <w:br/>
        <w:t>vn 0.0360 -0.3994 0.9161</w:t>
        <w:br/>
        <w:t>vn -0.9119 -0.4102 0.0154</w:t>
        <w:br/>
        <w:t>vn 0.3562 0.3910 -0.8487</w:t>
        <w:br/>
        <w:t>vn 0.9637 0.2103 0.1644</w:t>
        <w:br/>
        <w:t>vn 0.8408 -0.0201 0.5410</w:t>
        <w:br/>
        <w:t>vn 0.3615 -0.3747 0.8538</w:t>
        <w:br/>
        <w:t>vn 0.0782 -0.4953 0.8652</w:t>
        <w:br/>
        <w:t>vn -0.3962 0.2078 0.8943</w:t>
        <w:br/>
        <w:t>vn -0.9695 -0.2447 -0.0110</w:t>
        <w:br/>
        <w:t>vn 0.5342 -0.2765 -0.7989</w:t>
        <w:br/>
        <w:t>vn 0.7323 -0.0331 -0.6801</w:t>
        <w:br/>
        <w:t>vn 0.8486 0.2160 -0.4829</w:t>
        <w:br/>
        <w:t>vn -0.4809 -0.8138 -0.3264</w:t>
        <w:br/>
        <w:t>vn -0.6712 -0.7356 -0.0911</w:t>
        <w:br/>
        <w:t>vn 0.6741 -0.2082 -0.7087</w:t>
        <w:br/>
        <w:t>vn 0.8830 -0.2064 -0.4215</w:t>
        <w:br/>
        <w:t>vn 0.8429 -0.0673 -0.5338</w:t>
        <w:br/>
        <w:t>vn 0.6254 -0.1981 -0.7547</w:t>
        <w:br/>
        <w:t>vn -0.6400 -0.1637 0.7508</w:t>
        <w:br/>
        <w:t>vn -0.6454 -0.3761 0.6648</w:t>
        <w:br/>
        <w:t>vn 0.4282 0.5739 0.6980</w:t>
        <w:br/>
        <w:t>vn 0.9810 -0.1780 -0.0771</w:t>
        <w:br/>
        <w:t>vn 0.9658 0.0728 -0.2487</w:t>
        <w:br/>
        <w:t>vn -0.4607 0.0622 0.8854</w:t>
        <w:br/>
        <w:t>vn -0.9448 -0.1527 -0.2899</w:t>
        <w:br/>
        <w:t>vn -0.6758 -0.1251 -0.7264</w:t>
        <w:br/>
        <w:t>vn -0.6516 -0.5384 -0.5344</w:t>
        <w:br/>
        <w:t>vn -0.8789 -0.4587 -0.1307</w:t>
        <w:br/>
        <w:t>vn -0.7960 -0.1757 0.5792</w:t>
        <w:br/>
        <w:t>vn -0.8810 -0.0634 0.4688</w:t>
        <w:br/>
        <w:t>vn 0.1869 -0.1279 0.9740</w:t>
        <w:br/>
        <w:t>vn -0.2782 -0.0964 0.9557</w:t>
        <w:br/>
        <w:t>vn -0.1493 0.0574 0.9871</w:t>
        <w:br/>
        <w:t>vn 0.3473 0.1569 0.9245</w:t>
        <w:br/>
        <w:t>vn 0.6793 -0.2222 -0.6994</w:t>
        <w:br/>
        <w:t>vn 0.8579 -0.3516 -0.3747</w:t>
        <w:br/>
        <w:t>vn 0.9041 -0.4272 0.0111</w:t>
        <w:br/>
        <w:t>vn -0.6212 0.0858 -0.7789</w:t>
        <w:br/>
        <w:t>vn -0.5261 0.1914 -0.8286</w:t>
        <w:br/>
        <w:t>vn -0.8836 0.0379 0.4666</w:t>
        <w:br/>
        <w:t>vn -0.9865 0.1118 0.1196</w:t>
        <w:br/>
        <w:t>vn -0.3362 -0.1755 0.9253</w:t>
        <w:br/>
        <w:t>vn 0.0410 -0.2831 0.9582</w:t>
        <w:br/>
        <w:t>vn 0.6956 -0.1678 -0.6985</w:t>
        <w:br/>
        <w:t>vn 0.8463 -0.3813 -0.3720</w:t>
        <w:br/>
        <w:t>vn 0.8490 -0.5280 0.0191</w:t>
        <w:br/>
        <w:t>vn -0.4461 0.3152 -0.8377</w:t>
        <w:br/>
        <w:t>vn -0.3906 0.3461 -0.8530</w:t>
        <w:br/>
        <w:t>vn -0.8590 0.0551 0.5090</w:t>
        <w:br/>
        <w:t>vn -0.9669 0.2061 0.1504</w:t>
        <w:br/>
        <w:t>vn -0.0360 -0.3994 0.9161</w:t>
        <w:br/>
        <w:t>vn -0.3428 -0.2671 0.9006</w:t>
        <w:br/>
        <w:t>vn 0.9553 -0.0983 -0.2788</w:t>
        <w:br/>
        <w:t>vn 0.9445 -0.3269 0.0319</w:t>
        <w:br/>
        <w:t>vn -0.3557 0.3911 -0.8488</w:t>
        <w:br/>
        <w:t>vn -0.3558 0.3911 -0.8488</w:t>
        <w:br/>
        <w:t>vn -0.8678 0.0256 0.4963</w:t>
        <w:br/>
        <w:t>vn -0.9639 0.2096 0.1644</w:t>
        <w:br/>
        <w:t>vn -0.3866 -0.3474 0.8543</w:t>
        <w:br/>
        <w:t>vn -0.0933 -0.4947 0.8640</w:t>
        <w:br/>
        <w:t>vn 0.7463 -0.0525 -0.6636</w:t>
        <w:br/>
        <w:t>vn -0.3655 0.3321 -0.8696</w:t>
        <w:br/>
        <w:t>vn 0.9994 -0.0360 0.0001</w:t>
        <w:br/>
        <w:t>vn -0.2771 0.6908 -0.6678</w:t>
        <w:br/>
        <w:t>vn -0.2771 0.6909 -0.6678</w:t>
        <w:br/>
        <w:t>vn -0.3386 0.6266 -0.7019</w:t>
        <w:br/>
        <w:t>vn -0.3386 0.6266 -0.7020</w:t>
        <w:br/>
        <w:t>vn -0.3039 -0.9260 -0.2239</w:t>
        <w:br/>
        <w:t>vn -0.0983 -0.9756 -0.1963</w:t>
        <w:br/>
        <w:t>vn 0.0724 -0.9960 0.0526</w:t>
        <w:br/>
        <w:t>vn -0.1151 -0.9903 0.0773</w:t>
        <w:br/>
        <w:t>vn 0.4580 -0.7528 0.4728</w:t>
        <w:br/>
        <w:t>vn 0.3343 -0.7947 0.5066</w:t>
        <w:br/>
        <w:t>vn 0.8007 -0.0695 0.5950</w:t>
        <w:br/>
        <w:t>vn 0.8144 -0.1251 0.5667</w:t>
        <w:br/>
        <w:t>vn 0.8022 0.3731 0.4661</w:t>
        <w:br/>
        <w:t>vn 0.8488 0.3718 0.3760</w:t>
        <w:br/>
        <w:t>vn 0.3615 -0.8943 0.2636</w:t>
        <w:br/>
        <w:t>vn 0.8593 0.3922 0.3284</w:t>
        <w:br/>
        <w:t>vn 0.7656 0.3946 0.5081</w:t>
        <w:br/>
        <w:t>vn -0.2355 0.7285 -0.6433</w:t>
        <w:br/>
        <w:t>vn -0.3592 0.6018 -0.7133</w:t>
        <w:br/>
        <w:t>vn -0.8225 0.4651 0.3272</w:t>
        <w:br/>
        <w:t>vn -0.8165 0.5116 0.2675</w:t>
        <w:br/>
        <w:t>vn 0.2989 0.4530 -0.8399</w:t>
        <w:br/>
        <w:t>vn 0.1492 0.4497 -0.8806</w:t>
        <w:br/>
        <w:t>vn 0.1491 0.4497 -0.8806</w:t>
        <w:br/>
        <w:t>vn 0.2990 0.4530 -0.8399</w:t>
        <w:br/>
        <w:t>vn 0.4173 -0.8831 0.2144</w:t>
        <w:br/>
        <w:t>vn 0.4174 -0.8831 0.2144</w:t>
        <w:br/>
        <w:t>vn 0.3311 -0.9274 0.1743</w:t>
        <w:br/>
        <w:t>vn 0.3491 0.4537 -0.8199</w:t>
        <w:br/>
        <w:t>vn 0.2852 -0.9449 0.1608</w:t>
        <w:br/>
        <w:t>vn -0.8251 0.4301 0.3662</w:t>
        <w:br/>
        <w:t>vn -0.8251 0.4302 0.3662</w:t>
        <w:br/>
        <w:t>vn -0.8149 0.5241 0.2475</w:t>
        <w:br/>
        <w:t>vn -0.7463 -0.6000 -0.2882</w:t>
        <w:br/>
        <w:t>vn -0.7628 -0.5607 -0.3220</w:t>
        <w:br/>
        <w:t>vn -0.6309 -0.2945 -0.7178</w:t>
        <w:br/>
        <w:t>vn -0.6932 -0.2473 -0.6770</w:t>
        <w:br/>
        <w:t>vn -0.7628 -0.5607 -0.3219</w:t>
        <w:br/>
        <w:t>vn -0.7463 -0.6000 -0.2881</w:t>
        <w:br/>
        <w:t>vn -0.5912 -0.7857 0.1819</w:t>
        <w:br/>
        <w:t>vn -0.7076 -0.6897 0.1537</w:t>
        <w:br/>
        <w:t>vn 0.5156 -0.2945 0.8046</w:t>
        <w:br/>
        <w:t>vn 0.7079 -0.0558 0.7041</w:t>
        <w:br/>
        <w:t>vn 0.7189 0.0841 0.6900</w:t>
        <w:br/>
        <w:t>vn 0.5196 -0.1427 0.8424</w:t>
        <w:br/>
        <w:t>vn 0.4237 0.5826 -0.6936</w:t>
        <w:br/>
        <w:t>vn 0.3801 0.3442 -0.8585</w:t>
        <w:br/>
        <w:t>vn 0.7081 -0.0558 0.7039</w:t>
        <w:br/>
        <w:t>vn 0.8264 0.1877 0.5309</w:t>
        <w:br/>
        <w:t>vn 0.8361 0.3015 0.4582</w:t>
        <w:br/>
        <w:t>vn -0.5219 -0.8319 0.1883</w:t>
        <w:br/>
        <w:t>vn -0.7281 -0.2038 -0.6545</w:t>
        <w:br/>
        <w:t>vn 0.7020 -0.1719 0.6911</w:t>
        <w:br/>
        <w:t>vn 0.4043 0.6932 -0.5966</w:t>
        <w:br/>
        <w:t>vn 0.7023 -0.1718 0.6908</w:t>
        <w:br/>
        <w:t>vn -0.2837 -0.6710 0.6851</w:t>
        <w:br/>
        <w:t>vn -0.5344 -0.7022 0.4704</w:t>
        <w:br/>
        <w:t>vn -0.4759 -0.7693 0.4262</w:t>
        <w:br/>
        <w:t>vn 0.4100 -0.3823 0.8281</w:t>
        <w:br/>
        <w:t>vn 0.4339 -0.3891 0.8126</w:t>
        <w:br/>
        <w:t>vn 0.3641 -0.3776 0.8514</w:t>
        <w:br/>
        <w:t>vn -0.3423 0.3052 -0.8886</w:t>
        <w:br/>
        <w:t>vn -0.3468 0.2564 -0.9022</w:t>
        <w:br/>
        <w:t>vn 0.8840 0.4463 -0.1391</w:t>
        <w:br/>
        <w:t>vn 0.8435 0.5116 -0.1637</w:t>
        <w:br/>
        <w:t>vn -0.2836 -0.6710 0.6851</w:t>
        <w:br/>
        <w:t>vn -0.5875 -0.6412 0.4936</w:t>
        <w:br/>
        <w:t>vn 0.0890 -0.9030 -0.4203</w:t>
        <w:br/>
        <w:t>vn -0.2036 -0.8704 -0.4483</w:t>
        <w:br/>
        <w:t>vn -0.2035 -0.8704 -0.4483</w:t>
        <w:br/>
        <w:t>vn -0.9590 0.1788 -0.2201</w:t>
        <w:br/>
        <w:t>vn 0.1337 0.6151 -0.7770</w:t>
        <w:br/>
        <w:t>vn 0.1751 0.9548 0.2403</w:t>
        <w:br/>
        <w:t>vn 0.9604 -0.1141 -0.2543</w:t>
        <w:br/>
        <w:t>vn 0.2128 -0.8659 -0.4528</w:t>
        <w:br/>
        <w:t>vn -0.7144 -0.4147 -0.5636</w:t>
        <w:br/>
        <w:t>vn -0.5070 -0.4573 -0.7306</w:t>
        <w:br/>
        <w:t>vn -0.4871 -0.6920 -0.5328</w:t>
        <w:br/>
        <w:t>vn -0.6958 -0.6228 -0.3577</w:t>
        <w:br/>
        <w:t>vn -0.6376 -0.1343 -0.7586</w:t>
        <w:br/>
        <w:t>vn -0.5052 -0.1273 -0.8536</w:t>
        <w:br/>
        <w:t>vn -0.8648 -0.4656 -0.1882</w:t>
        <w:br/>
        <w:t>vn -0.8489 -0.3070 -0.4301</w:t>
        <w:br/>
        <w:t>vn -0.2164 -0.7208 -0.6585</w:t>
        <w:br/>
        <w:t>vn -0.2091 -0.4839 -0.8498</w:t>
        <w:br/>
        <w:t>vn -0.4650 -0.7921 -0.3954</w:t>
        <w:br/>
        <w:t>vn -0.6237 -0.7381 -0.2575</w:t>
        <w:br/>
        <w:t>vn -0.7531 -0.1451 -0.6417</w:t>
        <w:br/>
        <w:t>vn -0.2075 -0.1935 -0.9589</w:t>
        <w:br/>
        <w:t>vn -0.7370 -0.6507 -0.1829</w:t>
        <w:br/>
        <w:t>vn -0.2264 -0.8334 -0.5041</w:t>
        <w:br/>
        <w:t>vn -0.5336 0.0184 -0.8455</w:t>
        <w:br/>
        <w:t>vn -0.4815 0.0503 -0.8750</w:t>
        <w:br/>
        <w:t>vn -0.5725 -0.0007 -0.8199</w:t>
        <w:br/>
        <w:t>vn -0.8485 -0.0935 -0.5208</w:t>
        <w:br/>
        <w:t>vn -0.9335 -0.2407 -0.2659</w:t>
        <w:br/>
        <w:t>vn -0.6279 -0.6936 -0.3531</w:t>
        <w:br/>
        <w:t>vn -0.4822 -0.7492 -0.4541</w:t>
        <w:br/>
        <w:t>vn -0.6277 -0.7514 -0.2032</w:t>
        <w:br/>
        <w:t>vn -0.8593 -0.4685 -0.2053</w:t>
        <w:br/>
        <w:t>vn 0.0002 -0.7198 -0.6942</w:t>
        <w:br/>
        <w:t>vn 0.0025 -0.4852 -0.8744</w:t>
        <w:br/>
        <w:t>vn -0.2140 0.0019 -0.9768</w:t>
        <w:br/>
        <w:t>vn -0.2628 -0.7247 -0.6370</w:t>
        <w:br/>
        <w:t>vn -0.6606 0.0975 -0.7444</w:t>
        <w:br/>
        <w:t>vn -0.6856 -0.6241 -0.3748</w:t>
        <w:br/>
        <w:t>vn -0.4993 -0.6620 -0.5589</w:t>
        <w:br/>
        <w:t>vn -0.5578 -0.7241 -0.4056</w:t>
        <w:br/>
        <w:t>vn -0.5590 -0.6167 -0.5543</w:t>
        <w:br/>
        <w:t>vn -0.7053 -0.6228 -0.3386</w:t>
        <w:br/>
        <w:t>vn 0.0087 -0.2044 -0.9788</w:t>
        <w:br/>
        <w:t>vn -0.7171 -0.6942 -0.0618</w:t>
        <w:br/>
        <w:t>vn -0.2825 -0.5324 -0.7980</w:t>
        <w:br/>
        <w:t>vn -0.0000 -0.8450 -0.5347</w:t>
        <w:br/>
        <w:t>vn -0.6167 -0.7867 0.0283</w:t>
        <w:br/>
        <w:t>vn -0.9469 -0.3212 -0.0172</w:t>
        <w:br/>
        <w:t>vn -0.9297 -0.3609 0.0728</w:t>
        <w:br/>
        <w:t>vn -0.8509 0.0161 -0.5250</w:t>
        <w:br/>
        <w:t>vn -0.9594 -0.1907 -0.2078</w:t>
        <w:br/>
        <w:t>vn 0.0000 -0.6873 -0.7264</w:t>
        <w:br/>
        <w:t>vn -0.7055 0.1541 -0.6917</w:t>
        <w:br/>
        <w:t>vn 0.0000 -0.4115 -0.9114</w:t>
        <w:br/>
        <w:t>vn -0.5164 0.1101 -0.8492</w:t>
        <w:br/>
        <w:t>vn -0.8605 -0.4219 -0.2855</w:t>
        <w:br/>
        <w:t>vn -0.4241 0.1585 -0.8916</w:t>
        <w:br/>
        <w:t>vn 0.4245 -0.8487 0.3155</w:t>
        <w:br/>
        <w:t>vn 0.1308 -0.8393 0.5276</w:t>
        <w:br/>
        <w:t>vn 0.1308 -0.8394 0.5276</w:t>
        <w:br/>
        <w:t>vn -0.1073 -0.8058 0.5824</w:t>
        <w:br/>
        <w:t>vn 0.0936 -0.7850 0.6123</w:t>
        <w:br/>
        <w:t>vn -0.0662 -0.8462 0.5288</w:t>
        <w:br/>
        <w:t>vn -0.6345 -0.3173 0.7048</w:t>
        <w:br/>
        <w:t>vn -0.4650 -0.7023 0.5390</w:t>
        <w:br/>
        <w:t>vn -0.6307 -0.3569 0.6891</w:t>
        <w:br/>
        <w:t>vn -0.4672 0.0909 0.8795</w:t>
        <w:br/>
        <w:t>vn -0.6307 -0.3568 0.6891</w:t>
        <w:br/>
        <w:t>vn -0.1482 -0.8563 0.4948</w:t>
        <w:br/>
        <w:t>vn -0.3485 -0.7997 0.4890</w:t>
        <w:br/>
        <w:t>vn 0.0141 -0.0085 -0.9999</w:t>
        <w:br/>
        <w:t>vn -0.9613 -0.2729 0.0364</w:t>
        <w:br/>
        <w:t>vn -0.6733 -0.0770 0.7354</w:t>
        <w:br/>
        <w:t>vn -0.5001 0.0030 -0.8660</w:t>
        <w:br/>
        <w:t>vn 0.4281 -0.8975 0.1057</w:t>
        <w:br/>
        <w:t>vn 0.4281 -0.8976 0.1057</w:t>
        <w:br/>
        <w:t>vn 0.4280 -0.8976 0.1056</w:t>
        <w:br/>
        <w:t>vn 0.0001 -0.7198 -0.6942</w:t>
        <w:br/>
        <w:t>vn 0.2079 -0.4876 -0.8480</w:t>
        <w:br/>
        <w:t>vn 0.2153 -0.7222 -0.6573</w:t>
        <w:br/>
        <w:t>vn -0.4354 0.8996 0.0350</w:t>
        <w:br/>
        <w:t>vn -0.4354 0.8996 0.0351</w:t>
        <w:br/>
        <w:t>vn -0.4634 0.8846 0.0528</w:t>
        <w:br/>
        <w:t>vn 0.2264 -0.8334 -0.5041</w:t>
        <w:br/>
        <w:t>vn 0.0297 -0.8704 0.4914</w:t>
        <w:br/>
        <w:t>vn 0.0000 -0.8887 0.4584</w:t>
        <w:br/>
        <w:t>vn -0.4808 0.8659 0.1382</w:t>
        <w:br/>
        <w:t>vn -0.4808 0.8658 0.1382</w:t>
        <w:br/>
        <w:t>vn -0.2125 0.1649 -0.9631</w:t>
        <w:br/>
        <w:t>vn 0.2825 -0.5323 -0.7980</w:t>
        <w:br/>
        <w:t>vn 0.2628 -0.7247 -0.6370</w:t>
        <w:br/>
        <w:t>vn -0.4239 0.9048 0.0411</w:t>
        <w:br/>
        <w:t>vn -0.0166 0.2551 0.9668</w:t>
        <w:br/>
        <w:t>vn -0.7875 -0.3183 -0.5278</w:t>
        <w:br/>
        <w:t>vn -0.5513 -0.2652 -0.7911</w:t>
        <w:br/>
        <w:t>vn -0.5221 -0.4984 -0.6921</w:t>
        <w:br/>
        <w:t>vn -0.6666 -0.5127 -0.5410</w:t>
        <w:br/>
        <w:t>vn 0.0087 -0.2045 -0.9788</w:t>
        <w:br/>
        <w:t>vn 0.2118 -0.1950 -0.9577</w:t>
        <w:br/>
        <w:t>vn -0.4010 -0.0328 -0.9155</w:t>
        <w:br/>
        <w:t>vn -0.6656 -0.1183 -0.7369</w:t>
        <w:br/>
        <w:t>vn -0.7888 -0.5075 -0.3468</w:t>
        <w:br/>
        <w:t>vn 0.1962 0.4798 0.8552</w:t>
        <w:br/>
        <w:t>vn 0.4582 0.5177 0.7226</w:t>
        <w:br/>
        <w:t>vn 0.3439 0.3484 0.8720</w:t>
        <w:br/>
        <w:t>vn -0.3680 -0.0471 -0.9286</w:t>
        <w:br/>
        <w:t>vn -0.4797 0.8145 0.3264</w:t>
        <w:br/>
        <w:t>vn -0.4796 0.8145 0.3264</w:t>
        <w:br/>
        <w:t>vn -0.8667 0.3030 -0.3962</w:t>
        <w:br/>
        <w:t>vn -0.9279 -0.2844 -0.2411</w:t>
        <w:br/>
        <w:t>vn -0.9678 0.2334 -0.0943</w:t>
        <w:br/>
        <w:t>vn 0.4550 -0.7738 0.4407</w:t>
        <w:br/>
        <w:t>vn 0.4921 -0.6934 0.5263</w:t>
        <w:br/>
        <w:t>vn -0.9323 -0.2888 0.2176</w:t>
        <w:br/>
        <w:t>vn 0.6856 0.6027 0.4083</w:t>
        <w:br/>
        <w:t>vn 0.5260 0.5593 0.6408</w:t>
        <w:br/>
        <w:t>vn 0.7274 0.4645 0.5051</w:t>
        <w:br/>
        <w:t>vn -0.4037 0.0743 -0.9119</w:t>
        <w:br/>
        <w:t>vn 0.6311 0.6740 0.3840</w:t>
        <w:br/>
        <w:t>vn 0.1482 -0.8562 0.4948</w:t>
        <w:br/>
        <w:t>vn -0.0297 -0.8704 0.4914</w:t>
        <w:br/>
        <w:t>vn 0.0150 0.1671 -0.9858</w:t>
        <w:br/>
        <w:t>vn 0.8775 0.4567 -0.1462</w:t>
        <w:br/>
        <w:t>vn -0.6494 0.6159 -0.4460</w:t>
        <w:br/>
        <w:t>vn -0.4538 0.8349 -0.3114</w:t>
        <w:br/>
        <w:t>vn -0.8134 0.4332 -0.3882</w:t>
        <w:br/>
        <w:t>vn -0.4672 0.0910 0.8795</w:t>
        <w:br/>
        <w:t>vn 0.2852 0.5481 0.7862</w:t>
        <w:br/>
        <w:t>vn -0.1806 0.5148 0.8381</w:t>
        <w:br/>
        <w:t>vn -0.3152 0.2233 -0.9224</w:t>
        <w:br/>
        <w:t>vn -0.2027 0.2532 -0.9459</w:t>
        <w:br/>
        <w:t>vn 0.1344 0.6848 0.7162</w:t>
        <w:br/>
        <w:t>vn 0.2661 0.4788 0.8366</w:t>
        <w:br/>
        <w:t>vn -0.5724 0.7547 -0.3206</w:t>
        <w:br/>
        <w:t>vn -0.9052 -0.4209 0.0583</w:t>
        <w:br/>
        <w:t>vn -0.8871 -0.4511 0.0982</w:t>
        <w:br/>
        <w:t>vn 0.2250 0.0018 -0.9744</w:t>
        <w:br/>
        <w:t>vn 0.4993 -0.6620 -0.5589</w:t>
        <w:br/>
        <w:t>vn 0.4822 -0.7492 -0.4541</w:t>
        <w:br/>
        <w:t>vn 0.3568 0.3567 0.8634</w:t>
        <w:br/>
        <w:t>vn 0.5988 0.4203 0.6818</w:t>
        <w:br/>
        <w:t>vn 0.2853 0.5481 0.7862</w:t>
        <w:br/>
        <w:t>vn 0.0161 0.2466 0.9690</w:t>
        <w:br/>
        <w:t>vn -0.4597 0.7638 0.4531</w:t>
        <w:br/>
        <w:t>vn 0.4110 -0.8425 0.3483</w:t>
        <w:br/>
        <w:t>vn 0.4873 -0.6953 -0.5283</w:t>
        <w:br/>
        <w:t>vn 0.4650 -0.7921 -0.3954</w:t>
        <w:br/>
        <w:t>vn 0.5096 -0.4721 -0.7194</w:t>
        <w:br/>
        <w:t>vn -0.9574 -0.2344 0.1686</w:t>
        <w:br/>
        <w:t>vn -0.9370 0.3388 -0.0855</w:t>
        <w:br/>
        <w:t>vn -0.6650 -0.7427 -0.0787</w:t>
        <w:br/>
        <w:t>vn -0.8305 -0.5428 -0.1247</w:t>
        <w:br/>
        <w:t>vn -0.8431 0.1625 -0.5126</w:t>
        <w:br/>
        <w:t>vn -0.6344 -0.4385 -0.6365</w:t>
        <w:br/>
        <w:t>vn -0.4743 -0.0361 -0.8796</w:t>
        <w:br/>
        <w:t>vn -0.5047 -0.0193 -0.8631</w:t>
        <w:br/>
        <w:t>vn -0.6805 -0.0234 -0.7324</w:t>
        <w:br/>
        <w:t>vn -0.6523 -0.0218 -0.7577</w:t>
        <w:br/>
        <w:t>vn -0.9456 -0.2214 0.2383</w:t>
        <w:br/>
        <w:t>vn -0.4130 -0.8676 -0.2767</w:t>
        <w:br/>
        <w:t>vn -0.3714 -0.9200 0.1248</w:t>
        <w:br/>
        <w:t>vn -0.4685 -0.8708 0.1490</w:t>
        <w:br/>
        <w:t>vn 0.3485 -0.7997 0.4890</w:t>
        <w:br/>
        <w:t>vn 0.0662 -0.8462 0.5288</w:t>
        <w:br/>
        <w:t>vn 0.1072 -0.8058 0.5824</w:t>
        <w:br/>
        <w:t>vn 0.4913 -0.1738 -0.8535</w:t>
        <w:br/>
        <w:t>vn 0.0000 0.4705 0.8824</w:t>
        <w:br/>
        <w:t>vn 0.0000 0.1493 0.9888</w:t>
        <w:br/>
        <w:t>vn -0.6222 -0.7540 0.2106</w:t>
        <w:br/>
        <w:t>vn -0.9237 -0.3721 -0.0914</w:t>
        <w:br/>
        <w:t>vn -0.0000 0.7341 0.6791</w:t>
        <w:br/>
        <w:t>vn -0.6399 0.6960 -0.3258</w:t>
        <w:br/>
        <w:t>vn -0.5089 0.8562 -0.0888</w:t>
        <w:br/>
        <w:t>vn -0.9088 -0.1346 0.3949</w:t>
        <w:br/>
        <w:t>vn -0.9178 -0.3150 0.2418</w:t>
        <w:br/>
        <w:t>vn -0.6868 0.2513 -0.6821</w:t>
        <w:br/>
        <w:t>vn -0.6120 0.2195 -0.7598</w:t>
        <w:br/>
        <w:t>vn 0.6855 -0.6241 -0.3748</w:t>
        <w:br/>
        <w:t>vn 0.6279 -0.6936 -0.3531</w:t>
        <w:br/>
        <w:t>vn -0.4489 0.7670 0.4585</w:t>
        <w:br/>
        <w:t>vn 0.2168 0.1687 -0.9615</w:t>
        <w:br/>
        <w:t>vn -0.0161 0.2466 0.9690</w:t>
        <w:br/>
        <w:t>vn -0.2661 0.4788 0.8366</w:t>
        <w:br/>
        <w:t>vn 0.4645 0.0240 -0.8853</w:t>
        <w:br/>
        <w:t>vn -0.4374 0.8943 -0.0948</w:t>
        <w:br/>
        <w:t>vn -0.3507 -0.2107 -0.9125</w:t>
        <w:br/>
        <w:t>vn -0.0821 0.3516 -0.9326</w:t>
        <w:br/>
        <w:t>vn -0.9274 0.1711 0.3328</w:t>
        <w:br/>
        <w:t>vn -0.9341 0.2617 0.2430</w:t>
        <w:br/>
        <w:t>vn -0.7676 0.5270 -0.3647</w:t>
        <w:br/>
        <w:t>vn -0.5968 0.4490 -0.6650</w:t>
        <w:br/>
        <w:t>vn -0.6174 0.6225 -0.4809</w:t>
        <w:br/>
        <w:t>vn 0.6237 -0.7381 -0.2575</w:t>
        <w:br/>
        <w:t>vn -0.8060 -0.5448 -0.2312</w:t>
        <w:br/>
        <w:t>vn -0.8507 -0.4648 -0.2453</w:t>
        <w:br/>
        <w:t>vn -0.6829 -0.2710 -0.6784</w:t>
        <w:br/>
        <w:t>vn -0.6867 0.2512 -0.6821</w:t>
        <w:br/>
        <w:t>vn -0.0024 -0.1979 -0.9802</w:t>
        <w:br/>
        <w:t>vn -0.2285 -0.2534 -0.9400</w:t>
        <w:br/>
        <w:t>vn -0.2658 -0.5464 -0.7943</w:t>
        <w:br/>
        <w:t>vn -0.8423 0.0283 0.5383</w:t>
        <w:br/>
        <w:t>vn -0.3227 0.7961 -0.5120</w:t>
        <w:br/>
        <w:t>vn -0.4671 0.1040 -0.8781</w:t>
        <w:br/>
        <w:t>vn -0.5968 0.4490 -0.6651</w:t>
        <w:br/>
        <w:t>vn -0.7314 0.0602 -0.6793</w:t>
        <w:br/>
        <w:t>vn -0.0936 -0.7851 0.6123</w:t>
        <w:br/>
        <w:t>vn -0.3568 0.3567 0.8634</w:t>
        <w:br/>
        <w:t>vn -0.9480 0.2492 -0.1978</w:t>
        <w:br/>
        <w:t>vn -0.7965 0.3132 -0.5172</w:t>
        <w:br/>
        <w:t>vn -0.8578 -0.1120 -0.5016</w:t>
        <w:br/>
        <w:t>vn 0.5578 -0.7241 -0.4056</w:t>
        <w:br/>
        <w:t>vn -0.1344 0.6848 0.7162</w:t>
        <w:br/>
        <w:t>vn -0.1352 0.0488 -0.9896</w:t>
        <w:br/>
        <w:t>vn 0.1916 0.6660 -0.7210</w:t>
        <w:br/>
        <w:t>vn 0.4162 0.2436 -0.8760</w:t>
        <w:br/>
        <w:t>vn -0.1308 -0.8393 0.5276</w:t>
        <w:br/>
        <w:t>vn -0.1308 -0.8394 0.5276</w:t>
        <w:br/>
        <w:t>vn -0.0869 0.1549 -0.9841</w:t>
        <w:br/>
        <w:t>vn -0.2537 0.3306 -0.9090</w:t>
        <w:br/>
        <w:t>vn -0.1936 -0.2176 -0.9566</w:t>
        <w:br/>
        <w:t>vn -0.7450 -0.6346 0.2055</w:t>
        <w:br/>
        <w:t>vn -0.7810 -0.5819 0.2266</w:t>
        <w:br/>
        <w:t>vn 0.6966 -0.6237 -0.3545</w:t>
        <w:br/>
        <w:t>vn 0.5590 -0.6166 -0.5543</w:t>
        <w:br/>
        <w:t>vn -0.5987 0.4203 0.6818</w:t>
        <w:br/>
        <w:t>vn 0.4193 0.1618 -0.8933</w:t>
        <w:br/>
        <w:t>vn 0.2152 0.2394 -0.9468</w:t>
        <w:br/>
        <w:t>vn -0.0185 0.5484 -0.8360</w:t>
        <w:br/>
        <w:t>vn 0.7224 -0.4288 -0.5424</w:t>
        <w:br/>
        <w:t>vn 0.1955 -0.4407 -0.8761</w:t>
        <w:br/>
        <w:t>vn 0.2202 -0.0902 -0.9713</w:t>
        <w:br/>
        <w:t>vn 0.1245 0.8744 -0.4690</w:t>
        <w:br/>
        <w:t>vn 0.1624 0.9405 -0.2983</w:t>
        <w:br/>
        <w:t>vn 0.7053 -0.6229 -0.3385</w:t>
        <w:br/>
        <w:t>vn -0.4245 -0.8487 0.3155</w:t>
        <w:br/>
        <w:t>vn 0.1180 -0.9926 -0.0275</w:t>
        <w:br/>
        <w:t>vn -0.0233 -0.9997 -0.0081</w:t>
        <w:br/>
        <w:t>vn 0.0175 -0.8257 -0.5639</w:t>
        <w:br/>
        <w:t>vn 0.2521 -0.8583 -0.4470</w:t>
        <w:br/>
        <w:t>vn -0.2852 0.5481 0.7863</w:t>
        <w:br/>
        <w:t>vn -0.4623 0.6237 0.6302</w:t>
        <w:br/>
        <w:t>vn -0.7913 -0.3712 0.4858</w:t>
        <w:br/>
        <w:t>vn -0.9766 -0.1872 -0.1057</w:t>
        <w:br/>
        <w:t>vn -0.9238 0.1181 -0.3642</w:t>
        <w:br/>
        <w:t>vn -0.8458 0.1128 0.5215</w:t>
        <w:br/>
        <w:t>vn 0.6655 -0.1777 -0.7249</w:t>
        <w:br/>
        <w:t>vn -0.9678 0.1958 0.1581</w:t>
        <w:br/>
        <w:t>vn 0.4672 0.0910 0.8794</w:t>
        <w:br/>
        <w:t>vn 0.6307 -0.3569 0.6891</w:t>
        <w:br/>
        <w:t>vn 0.6307 -0.3568 0.6891</w:t>
        <w:br/>
        <w:t>vn -0.9218 -0.0452 0.3849</w:t>
        <w:br/>
        <w:t>vn -0.8288 0.0578 0.5565</w:t>
        <w:br/>
        <w:t>vn 0.6277 -0.7515 -0.2032</w:t>
        <w:br/>
        <w:t>vn 0.7369 -0.6507 -0.1829</w:t>
        <w:br/>
        <w:t>vn -0.4443 0.6183 -0.6483</w:t>
        <w:br/>
        <w:t>vn -0.5260 0.5593 0.6408</w:t>
        <w:br/>
        <w:t>vn 0.2190 0.8816 -0.4181</w:t>
        <w:br/>
        <w:t>vn 0.1786 0.9443 -0.2765</w:t>
        <w:br/>
        <w:t>vn -0.3215 0.8693 -0.3755</w:t>
        <w:br/>
        <w:t>vn 0.5596 0.0134 -0.8287</w:t>
        <w:br/>
        <w:t>vn 0.4672 0.0910 0.8795</w:t>
        <w:br/>
        <w:t>vn -0.7747 0.6247 -0.0976</w:t>
        <w:br/>
        <w:t>vn -0.5593 0.6863 -0.4650</w:t>
        <w:br/>
        <w:t>vn -0.1915 0.9382 -0.2883</w:t>
        <w:br/>
        <w:t>vn -0.3090 0.9484 -0.0708</w:t>
        <w:br/>
        <w:t>vn -0.3220 0.9037 -0.2823</w:t>
        <w:br/>
        <w:t>vn -0.4281 -0.8976 0.1057</w:t>
        <w:br/>
        <w:t>vn -0.4281 -0.8975 0.1057</w:t>
        <w:br/>
        <w:t>vn -0.4280 -0.8976 0.1057</w:t>
        <w:br/>
        <w:t>vn 0.6167 -0.7867 0.0283</w:t>
        <w:br/>
        <w:t>vn -0.7612 0.6470 0.0439</w:t>
        <w:br/>
        <w:t>vn -0.8775 0.4567 -0.1462</w:t>
        <w:br/>
        <w:t>vn 0.0327 0.4219 -0.9061</w:t>
        <w:br/>
        <w:t>vn 0.4851 0.2697 -0.8318</w:t>
        <w:br/>
        <w:t>vn 0.5038 0.0177 -0.8636</w:t>
        <w:br/>
        <w:t>vn 0.4384 -0.4453 -0.7807</w:t>
        <w:br/>
        <w:t>vn 0.0946 0.7806 -0.6179</w:t>
        <w:br/>
        <w:t>vn -0.0310 0.8550 -0.5176</w:t>
        <w:br/>
        <w:t>vn 0.3259 0.6542 -0.6825</w:t>
        <w:br/>
        <w:t>vn 0.4672 0.3605 -0.8073</w:t>
        <w:br/>
        <w:t>vn 0.0211 0.9645 -0.2631</w:t>
        <w:br/>
        <w:t>vn 0.8648 -0.4655 -0.1880</w:t>
        <w:br/>
        <w:t>vn -0.6945 0.7152 -0.0787</w:t>
        <w:br/>
        <w:t>vn -0.2225 0.9046 -0.3635</w:t>
        <w:br/>
        <w:t>vn -0.6102 0.1244 -0.7824</w:t>
        <w:br/>
        <w:t>vn -0.5988 0.2719 -0.7533</w:t>
        <w:br/>
        <w:t>vn 0.0753 0.0686 -0.9948</w:t>
        <w:br/>
        <w:t>vn 0.0583 -0.0167 -0.9982</w:t>
        <w:br/>
        <w:t>vn 0.5229 0.1180 -0.8442</w:t>
        <w:br/>
        <w:t>vn -0.8244 0.5240 0.2138</w:t>
        <w:br/>
        <w:t>vn -0.8591 0.1322 0.4945</w:t>
        <w:br/>
        <w:t>vn -0.0006 0.9818 -0.1897</w:t>
        <w:br/>
        <w:t>vn 0.3076 0.6199 -0.7219</w:t>
        <w:br/>
        <w:t>vn 0.3493 0.7170 -0.6033</w:t>
        <w:br/>
        <w:t>vn -0.1962 0.4798 0.8552</w:t>
        <w:br/>
        <w:t>vn -0.4582 0.5177 0.7226</w:t>
        <w:br/>
        <w:t>vn -0.1291 0.4553 0.8809</w:t>
        <w:br/>
        <w:t>vn -0.7612 0.6471 0.0438</w:t>
        <w:br/>
        <w:t>vn -0.7871 0.0341 0.6159</w:t>
        <w:br/>
        <w:t>vn -0.9610 0.2095 -0.1803</w:t>
        <w:br/>
        <w:t>vn 0.7171 -0.6942 -0.0618</w:t>
        <w:br/>
        <w:t>vn 0.6345 -0.3173 0.7048</w:t>
        <w:br/>
        <w:t>vn 0.4642 -0.7032 0.5385</w:t>
        <w:br/>
        <w:t>vn -0.5957 0.3383 0.7285</w:t>
        <w:br/>
        <w:t>vn 0.8463 -0.3394 -0.4105</w:t>
        <w:br/>
        <w:t>vn 0.1882 0.7219 -0.6659</w:t>
        <w:br/>
        <w:t>vn 0.3046 -0.0134 -0.9524</w:t>
        <w:br/>
        <w:t>vn 0.2976 -0.1138 -0.9479</w:t>
        <w:br/>
        <w:t>vn 0.8593 -0.4685 -0.2053</w:t>
        <w:br/>
        <w:t>vn -0.8618 0.4623 -0.2088</w:t>
        <w:br/>
        <w:t>vn -0.7523 0.3850 -0.5347</w:t>
        <w:br/>
        <w:t>vn 0.4660 0.0003 -0.8848</w:t>
        <w:br/>
        <w:t>vn -0.3439 0.3484 0.8720</w:t>
        <w:br/>
        <w:t>vn 0.7701 -0.1694 -0.6150</w:t>
        <w:br/>
        <w:t>vn -0.9216 0.3723 -0.1101</w:t>
        <w:br/>
        <w:t>vn -0.7335 0.6754 0.0754</w:t>
        <w:br/>
        <w:t>vn 0.1920 0.4646 -0.8645</w:t>
        <w:br/>
        <w:t>vn 0.6036 0.0008 -0.7973</w:t>
        <w:br/>
        <w:t>vn -0.7999 0.0941 0.5928</w:t>
        <w:br/>
        <w:t>vn -0.6991 0.3161 -0.6414</w:t>
        <w:br/>
        <w:t>vn -0.6211 0.4013 -0.6732</w:t>
        <w:br/>
        <w:t>vn -0.6008 0.5811 -0.5490</w:t>
        <w:br/>
        <w:t>vn -0.7249 0.4441 -0.5267</w:t>
        <w:br/>
        <w:t>vn -0.5973 0.7995 0.0629</w:t>
        <w:br/>
        <w:t>vn -0.2850 0.9571 0.0523</w:t>
        <w:br/>
        <w:t>vn -0.7335 0.6755 0.0754</w:t>
        <w:br/>
        <w:t>vn -0.9265 0.3619 0.1036</w:t>
        <w:br/>
        <w:t>vn 0.1897 -0.8103 -0.5545</w:t>
        <w:br/>
        <w:t>vn 0.3337 -0.8909 -0.3082</w:t>
        <w:br/>
        <w:t>vn 0.1365 -0.9841 -0.1138</w:t>
        <w:br/>
        <w:t>vn 0.1188 -0.9712 -0.2067</w:t>
        <w:br/>
        <w:t>vn -0.7673 0.4042 0.4979</w:t>
        <w:br/>
        <w:t>vn 0.4403 0.4744 -0.7623</w:t>
        <w:br/>
        <w:t>vn -0.6531 0.6137 -0.4435</w:t>
        <w:br/>
        <w:t>vn -0.8678 0.4579 -0.1929</w:t>
        <w:br/>
        <w:t>vn -0.6849 0.5353 -0.4943</w:t>
        <w:br/>
        <w:t>vn -0.1965 0.7173 -0.6685</w:t>
        <w:br/>
        <w:t>vn -0.3331 0.7063 -0.6246</w:t>
        <w:br/>
        <w:t>vn 0.6897 0.0639 -0.7212</w:t>
        <w:br/>
        <w:t>vn -0.8927 0.2368 0.3833</w:t>
        <w:br/>
        <w:t>vn 0.6756 -0.7169 -0.1724</w:t>
        <w:br/>
        <w:t>vn 0.5074 -0.8354 0.2112</w:t>
        <w:br/>
        <w:t>vn -0.9395 0.3054 0.1551</w:t>
        <w:br/>
        <w:t>vn 0.3536 0.0451 -0.9343</w:t>
        <w:br/>
        <w:t>vn 0.3678 0.4760 -0.7989</w:t>
        <w:br/>
        <w:t>vn -0.8224 0.2020 0.5319</w:t>
        <w:br/>
        <w:t>vn 0.5129 -0.0360 -0.8577</w:t>
        <w:br/>
        <w:t>vn 0.7290 0.1162 -0.6745</w:t>
        <w:br/>
        <w:t>vn 0.8608 -0.0811 -0.5024</w:t>
        <w:br/>
        <w:t>vn 0.7221 -0.1637 0.6721</w:t>
        <w:br/>
        <w:t>vn -0.9077 0.1673 0.3849</w:t>
        <w:br/>
        <w:t>vn -0.8826 0.2718 0.3835</w:t>
        <w:br/>
        <w:t>vn -0.9048 0.3663 0.2170</w:t>
        <w:br/>
        <w:t>vn 0.5231 0.7669 -0.3719</w:t>
        <w:br/>
        <w:t>vn 0.5288 0.6540 -0.5410</w:t>
        <w:br/>
        <w:t>vn -0.8114 0.5840 -0.0225</w:t>
        <w:br/>
        <w:t>vn 0.1763 0.7935 -0.5824</w:t>
        <w:br/>
        <w:t>vn -0.9244 0.0954 0.3694</w:t>
        <w:br/>
        <w:t>vn 0.7158 -0.4114 -0.5643</w:t>
        <w:br/>
        <w:t>vn 0.9319 -0.2418 -0.2704</w:t>
        <w:br/>
        <w:t>vn 0.0944 0.9374 -0.3351</w:t>
        <w:br/>
        <w:t>vn 0.2166 0.8180 -0.5329</w:t>
        <w:br/>
        <w:t>vn -0.6909 0.7018 0.1736</w:t>
        <w:br/>
        <w:t>vn -0.5556 0.8236 -0.1142</w:t>
        <w:br/>
        <w:t>vn -0.1127 -0.0168 -0.9935</w:t>
        <w:br/>
        <w:t>vn -0.6161 0.0987 -0.7815</w:t>
        <w:br/>
        <w:t>vn -0.7396 0.0104 -0.6730</w:t>
        <w:br/>
        <w:t>vn -0.5873 0.0958 -0.8037</w:t>
        <w:br/>
        <w:t>vn 0.4818 0.8744 0.0573</w:t>
        <w:br/>
        <w:t>vn 0.4919 0.8675 0.0734</w:t>
        <w:br/>
        <w:t>vn 0.9408 -0.3389 0.0044</w:t>
        <w:br/>
        <w:t>vn 0.6114 -0.3047 -0.7303</w:t>
        <w:br/>
        <w:t>vn 0.5436 -0.5180 -0.6605</w:t>
        <w:br/>
        <w:t>vn 0.6436 0.6643 -0.3800</w:t>
        <w:br/>
        <w:t>vn 0.5226 0.8315 -0.1884</w:t>
        <w:br/>
        <w:t>vn 0.8904 -0.0188 -0.4548</w:t>
        <w:br/>
        <w:t>vn -0.3789 0.9095 -0.1711</w:t>
        <w:br/>
        <w:t>vn 0.0899 0.5012 -0.8606</w:t>
        <w:br/>
        <w:t>vn -0.1324 0.9576 0.2557</w:t>
        <w:br/>
        <w:t>vn 0.0898 0.5012 -0.8607</w:t>
        <w:br/>
        <w:t>vn -0.5526 -0.7047 0.4450</w:t>
        <w:br/>
        <w:t>vn -0.5429 -0.7241 0.4253</w:t>
        <w:br/>
        <w:t>vn 0.8246 -0.5230 0.2154</w:t>
        <w:br/>
        <w:t>vn 0.9124 -0.3923 0.1168</w:t>
        <w:br/>
        <w:t>vn 0.4696 0.7169 -0.5153</w:t>
        <w:br/>
        <w:t>vn 0.4478 0.0359 -0.8934</w:t>
        <w:br/>
        <w:t>vn -0.2395 0.2199 -0.9457</w:t>
        <w:br/>
        <w:t>vn 0.4689 0.6830 -0.5600</w:t>
        <w:br/>
        <w:t>vn -0.7228 0.4762 0.5008</w:t>
        <w:br/>
        <w:t>vn 0.0898 0.5012 -0.8606</w:t>
        <w:br/>
        <w:t>vn -0.1451 -0.2060 -0.9677</w:t>
        <w:br/>
        <w:t>vn -0.2646 0.1284 -0.9558</w:t>
        <w:br/>
        <w:t>vn -0.1667 0.2249 -0.9600</w:t>
        <w:br/>
        <w:t>vn -0.0548 -0.1006 -0.9934</w:t>
        <w:br/>
        <w:t>vn 0.6252 0.4150 -0.6609</w:t>
        <w:br/>
        <w:t>vn 0.5892 0.3856 -0.7101</w:t>
        <w:br/>
        <w:t>vn 0.7420 0.6277 -0.2352</w:t>
        <w:br/>
        <w:t>vn 0.6576 0.3716 -0.6553</w:t>
        <w:br/>
        <w:t>vn 0.1802 0.9622 -0.2043</w:t>
        <w:br/>
        <w:t>vn 0.2946 0.8666 -0.4027</w:t>
        <w:br/>
        <w:t>vn 0.4169 -0.0191 -0.9087</w:t>
        <w:br/>
        <w:t>vn 0.5891 0.3856 -0.7101</w:t>
        <w:br/>
        <w:t>vn 0.7119 -0.1145 -0.6929</w:t>
        <w:br/>
        <w:t>vn 0.3709 0.2056 -0.9056</w:t>
        <w:br/>
        <w:t>vn 0.4761 0.8774 0.0589</w:t>
        <w:br/>
        <w:t>vn -0.6837 0.3756 0.6256</w:t>
        <w:br/>
        <w:t>vn -0.5619 -0.6846 0.4643</w:t>
        <w:br/>
        <w:t>vn -0.5078 0.6825 -0.5258</w:t>
        <w:br/>
        <w:t>vn -0.4084 0.7446 -0.5280</w:t>
        <w:br/>
        <w:t>vn 0.7827 0.1515 -0.6037</w:t>
        <w:br/>
        <w:t>vn 0.9330 -0.1481 -0.3281</w:t>
        <w:br/>
        <w:t>vn 0.7448 -0.3113 -0.5902</w:t>
        <w:br/>
        <w:t>vn 0.7244 0.3729 -0.5798</w:t>
        <w:br/>
        <w:t>vn -0.3900 0.8760 -0.2838</w:t>
        <w:br/>
        <w:t>vn -0.4032 0.8531 -0.3311</w:t>
        <w:br/>
        <w:t>vn -0.2870 0.8246 -0.4875</w:t>
        <w:br/>
        <w:t>vn -0.3098 0.8157 -0.4886</w:t>
        <w:br/>
        <w:t>vn -0.4647 -0.2514 -0.8490</w:t>
        <w:br/>
        <w:t>vn -0.4407 -0.5423 -0.7153</w:t>
        <w:br/>
        <w:t>vn -0.6896 -0.4737 -0.5477</w:t>
        <w:br/>
        <w:t>vn 0.6993 0.4325 -0.5692</w:t>
        <w:br/>
        <w:t>vn 0.5067 0.8027 -0.3146</w:t>
        <w:br/>
        <w:t>vn -0.4585 0.3686 -0.8087</w:t>
        <w:br/>
        <w:t>vn 0.0899 0.5012 -0.8607</w:t>
        <w:br/>
        <w:t>vn 0.2550 0.3886 -0.8854</w:t>
        <w:br/>
        <w:t>vn 0.8425 0.3708 -0.3908</w:t>
        <w:br/>
        <w:t>vn 0.6566 -0.5142 -0.5518</w:t>
        <w:br/>
        <w:t>vn -0.8121 0.0413 -0.5820</w:t>
        <w:br/>
        <w:t>vn -0.0706 0.0439 -0.9965</w:t>
        <w:br/>
        <w:t>vn -0.3702 0.7058 -0.6040</w:t>
        <w:br/>
        <w:t>vn -0.9786 -0.1274 -0.1619</w:t>
        <w:br/>
        <w:t>vn -0.8121 0.0412 -0.5821</w:t>
        <w:br/>
        <w:t>vn -0.6897 -0.4737 -0.5477</w:t>
        <w:br/>
        <w:t>vn -0.7737 0.5883 0.2351</w:t>
        <w:br/>
        <w:t>vn -0.6465 0.0081 -0.7629</w:t>
        <w:br/>
        <w:t>vn -0.7352 -0.3055 -0.6051</w:t>
        <w:br/>
        <w:t>vn -0.0069 0.7778 0.6285</w:t>
        <w:br/>
        <w:t>vn -0.1324 0.9576 0.2558</w:t>
        <w:br/>
        <w:t>vn -0.2626 0.3536 -0.8978</w:t>
        <w:br/>
        <w:t>vn -0.1331 -0.1131 -0.9846</w:t>
        <w:br/>
        <w:t>vn -0.0730 -0.3702 -0.9261</w:t>
        <w:br/>
        <w:t>vn 0.3861 -0.1755 -0.9056</w:t>
        <w:br/>
        <w:t>vn -0.4257 0.6591 -0.6200</w:t>
        <w:br/>
        <w:t>vn 0.9540 -0.1697 -0.2472</w:t>
        <w:br/>
        <w:t>vn 0.1728 0.5301 -0.8301</w:t>
        <w:br/>
        <w:t>vn 0.4042 -0.1917 -0.8944</w:t>
        <w:br/>
        <w:t>vn -0.5024 0.7493 -0.4314</w:t>
        <w:br/>
        <w:t>vn -0.4933 0.8666 -0.0758</w:t>
        <w:br/>
        <w:t>vn -0.5732 0.7887 0.2223</w:t>
        <w:br/>
        <w:t>vn 0.9721 0.0394 0.2314</w:t>
        <w:br/>
        <w:t>vn 0.9264 0.3582 0.1164</w:t>
        <w:br/>
        <w:t>vn 0.5486 0.4034 -0.7323</w:t>
        <w:br/>
        <w:t>vn -0.4276 0.4623 -0.7768</w:t>
        <w:br/>
        <w:t>vn -0.0695 0.8559 -0.5124</w:t>
        <w:br/>
        <w:t>vn 0.7333 0.1896 -0.6530</w:t>
        <w:br/>
        <w:t>vn 0.8833 -0.4061 0.2344</w:t>
        <w:br/>
        <w:t>vn 0.6229 0.7708 -0.1335</w:t>
        <w:br/>
        <w:t>vn 0.5845 0.6481 -0.4881</w:t>
        <w:br/>
        <w:t>vn 0.7093 0.5116 -0.4849</w:t>
        <w:br/>
        <w:t>vn 0.6654 0.1681 -0.7273</w:t>
        <w:br/>
        <w:t>vn 0.1305 -0.5578 -0.8197</w:t>
        <w:br/>
        <w:t>vn 0.5201 -0.5665 -0.6392</w:t>
        <w:br/>
        <w:t>vn 0.5389 -0.7077 -0.4569</w:t>
        <w:br/>
        <w:t>vn 0.1694 -0.6450 -0.7452</w:t>
        <w:br/>
        <w:t>vn -0.0849 -0.4097 0.9083</w:t>
        <w:br/>
        <w:t>vn -0.1263 -0.5133 0.8488</w:t>
        <w:br/>
        <w:t>vn -0.1263 -0.5134 0.8488</w:t>
        <w:br/>
        <w:t>vn 0.8048 -0.3155 -0.5027</w:t>
        <w:br/>
        <w:t>vn 0.4814 0.8655 0.1384</w:t>
        <w:br/>
        <w:t>vn 0.4814 0.8655 0.1383</w:t>
        <w:br/>
        <w:t>vn 0.9613 -0.2733 0.0356</w:t>
        <w:br/>
        <w:t>vn 0.5318 -0.2086 -0.8208</w:t>
        <w:br/>
        <w:t>vn 0.0363 -0.3538 -0.9346</w:t>
        <w:br/>
        <w:t>vn -0.1228 -0.1739 -0.9771</w:t>
        <w:br/>
        <w:t>vn 0.1968 0.0525 -0.9790</w:t>
        <w:br/>
        <w:t>vn 0.7906 0.2203 0.5713</w:t>
        <w:br/>
        <w:t>vn 0.7444 0.3646 0.5595</w:t>
        <w:br/>
        <w:t>vn -0.6024 0.6049 0.5208</w:t>
        <w:br/>
        <w:t>vn 0.4081 0.7113 -0.5723</w:t>
        <w:br/>
        <w:t>vn -0.1802 0.7730 -0.6083</w:t>
        <w:br/>
        <w:t>vn 0.4177 0.4406 -0.7946</w:t>
        <w:br/>
        <w:t>vn 0.0377 0.9677 -0.2494</w:t>
        <w:br/>
        <w:t>vn 0.0029 0.9993 -0.0386</w:t>
        <w:br/>
        <w:t>vn 0.8727 0.2938 -0.3898</w:t>
        <w:br/>
        <w:t>vn 0.8060 0.4949 -0.3248</w:t>
        <w:br/>
        <w:t>vn 0.7961 0.0385 0.6039</w:t>
        <w:br/>
        <w:t>vn 0.9032 -0.2697 0.3338</w:t>
        <w:br/>
        <w:t>vn 0.2906 0.7707 0.5671</w:t>
        <w:br/>
        <w:t>vn 0.8118 -0.0580 -0.5810</w:t>
        <w:br/>
        <w:t>vn -0.5977 0.4757 0.6454</w:t>
        <w:br/>
        <w:t>vn 0.9278 -0.2841 -0.2417</w:t>
        <w:br/>
        <w:t>vn 0.7897 -0.5065 -0.3463</w:t>
        <w:br/>
        <w:t>vn 0.5984 0.6016 0.5292</w:t>
        <w:br/>
        <w:t>vn 0.8582 -0.1104 -0.5013</w:t>
        <w:br/>
        <w:t>vn -0.3566 -0.0875 -0.9301</w:t>
        <w:br/>
        <w:t>vn -0.3476 -0.3146 -0.8833</w:t>
        <w:br/>
        <w:t>vn -0.3868 0.3875 -0.8368</w:t>
        <w:br/>
        <w:t>vn -0.1162 0.4166 -0.9016</w:t>
        <w:br/>
        <w:t>vn -0.9309 0.3645 -0.0245</w:t>
        <w:br/>
        <w:t>vn 0.4797 0.8145 0.3264</w:t>
        <w:br/>
        <w:t>vn -0.3256 0.9419 -0.0819</w:t>
        <w:br/>
        <w:t>vn -0.4218 0.8731 0.2444</w:t>
        <w:br/>
        <w:t>vn -0.2200 0.1247 -0.9675</w:t>
        <w:br/>
        <w:t>vn -0.3504 -0.1650 -0.9220</w:t>
        <w:br/>
        <w:t>vn -0.4855 0.8711 0.0741</w:t>
        <w:br/>
        <w:t>vn -0.6574 0.5292 0.5365</w:t>
        <w:br/>
        <w:t>vn -0.4857 0.5827 0.6516</w:t>
        <w:br/>
        <w:t>vn -0.3048 0.3873 -0.8701</w:t>
        <w:br/>
        <w:t>vn 0.1407 -0.3601 -0.9222</w:t>
        <w:br/>
        <w:t>vn -0.0419 -0.4033 0.9141</w:t>
        <w:br/>
        <w:t>vn -0.0908 -0.4751 0.8752</w:t>
        <w:br/>
        <w:t>vn -0.0419 -0.4032 0.9141</w:t>
        <w:br/>
        <w:t>vn 0.5987 -0.0025 -0.8010</w:t>
        <w:br/>
        <w:t>vn 0.4591 0.7161 0.5258</w:t>
        <w:br/>
        <w:t>vn 0.9552 0.2877 -0.0690</w:t>
        <w:br/>
        <w:t>vn 0.0923 0.5946 -0.7987</w:t>
        <w:br/>
        <w:t>vn -0.6023 0.7361 0.3088</w:t>
        <w:br/>
        <w:t>vn -0.3815 0.8931 -0.2382</w:t>
        <w:br/>
        <w:t>vn 0.0634 0.7298 -0.6807</w:t>
        <w:br/>
        <w:t>vn 0.8787 -0.4672 -0.0981</w:t>
        <w:br/>
        <w:t>vn 0.7962 0.0385 0.6038</w:t>
        <w:br/>
        <w:t>vn 0.6652 0.4970 -0.5572</w:t>
        <w:br/>
        <w:t>vn 0.9134 0.1914 -0.3592</w:t>
        <w:br/>
        <w:t>vn -0.2960 0.8018 -0.5191</w:t>
        <w:br/>
        <w:t>vn -0.4693 0.7077 0.5281</w:t>
        <w:br/>
        <w:t>vn 0.7047 0.3506 -0.6169</w:t>
        <w:br/>
        <w:t>vn 0.7968 0.3274 -0.5079</w:t>
        <w:br/>
        <w:t>vn 0.0752 -0.3064 -0.9489</w:t>
        <w:br/>
        <w:t>vn -0.2870 0.9230 -0.2562</w:t>
        <w:br/>
        <w:t>vn 0.8199 -0.1747 0.5452</w:t>
        <w:br/>
        <w:t>vn 0.8918 -0.3259 0.3137</w:t>
        <w:br/>
        <w:t>vn 0.9574 -0.2344 0.1686</w:t>
        <w:br/>
        <w:t>vn 0.7446 -0.1311 0.6546</w:t>
        <w:br/>
        <w:t>vn 0.0111 -0.6396 -0.7686</w:t>
        <w:br/>
        <w:t>vn 0.0062 -0.0695 -0.9976</w:t>
        <w:br/>
        <w:t>vn 0.9325 0.3494 -0.0910</w:t>
        <w:br/>
        <w:t>vn -0.4838 0.5737 0.6609</w:t>
        <w:br/>
        <w:t>vn 0.0900 0.8936 -0.4398</w:t>
        <w:br/>
        <w:t>vn -0.1798 0.9830 0.0361</w:t>
        <w:br/>
        <w:t>vn -0.0936 0.9954 -0.0218</w:t>
        <w:br/>
        <w:t>vn -0.1700 0.9528 0.2514</w:t>
        <w:br/>
        <w:t>vn 0.2062 0.9415 0.2666</w:t>
        <w:br/>
        <w:t>vn -0.0560 -0.1219 -0.9910</w:t>
        <w:br/>
        <w:t>vn 0.6551 0.6659 -0.3569</w:t>
        <w:br/>
        <w:t>vn 0.8327 0.5283 0.1660</w:t>
        <w:br/>
        <w:t>vn 0.9503 0.2397 -0.1988</w:t>
        <w:br/>
        <w:t>vn 0.9280 0.1616 0.3358</w:t>
        <w:br/>
        <w:t>vn 0.8140 -0.0363 0.5797</w:t>
        <w:br/>
        <w:t>vn 0.9250 0.3189 0.2064</w:t>
        <w:br/>
        <w:t>vn -0.2463 0.8038 0.5416</w:t>
        <w:br/>
        <w:t>vn 0.2355 0.8921 -0.3856</w:t>
        <w:br/>
        <w:t>vn -0.0384 0.8796 0.4742</w:t>
        <w:br/>
        <w:t>vn 0.7681 -0.0709 0.6363</w:t>
        <w:br/>
        <w:t>vn -0.2745 0.0125 0.9615</w:t>
        <w:br/>
        <w:t>vn -0.3760 -0.1382 0.9163</w:t>
        <w:br/>
        <w:t>vn -0.2759 -0.4278 0.8607</w:t>
        <w:br/>
        <w:t>vn -0.1642 -0.3633 0.9171</w:t>
        <w:br/>
        <w:t>vn -0.0570 0.9816 0.1823</w:t>
        <w:br/>
        <w:t>vn -0.3178 0.6882 0.6522</w:t>
        <w:br/>
        <w:t>vn -0.2149 0.4347 0.8746</w:t>
        <w:br/>
        <w:t>vn 0.2260 0.8399 0.4935</w:t>
        <w:br/>
        <w:t>vn 0.4710 0.3986 -0.7870</w:t>
        <w:br/>
        <w:t>vn 0.5038 0.8197 -0.2725</w:t>
        <w:br/>
        <w:t>vn 0.6330 0.6357 -0.4418</w:t>
        <w:br/>
        <w:t>vn 0.0377 0.2495 0.9676</w:t>
        <w:br/>
        <w:t>vn -0.1034 0.3782 0.9199</w:t>
        <w:br/>
        <w:t>vn 0.0044 0.9994 -0.0351</w:t>
        <w:br/>
        <w:t>vn 0.0005 0.9714 0.2373</w:t>
        <w:br/>
        <w:t>vn -0.2760 0.6799 0.6794</w:t>
        <w:br/>
        <w:t>vn 0.7143 -0.5641 0.4143</w:t>
        <w:br/>
        <w:t>vn 0.4260 -0.3652 0.8278</w:t>
        <w:br/>
        <w:t>vn 0.6042 -0.4718 0.6422</w:t>
        <w:br/>
        <w:t>vn 0.8503 0.1063 0.5155</w:t>
        <w:br/>
        <w:t>vn 0.9680 0.1940 0.1589</w:t>
        <w:br/>
        <w:t>vn 0.6892 0.6034 -0.4011</w:t>
        <w:br/>
        <w:t>vn 0.8179 0.2917 -0.4960</w:t>
        <w:br/>
        <w:t>vn 0.8826 0.4306 -0.1887</w:t>
        <w:br/>
        <w:t>vn 0.7931 0.5988 -0.1117</w:t>
        <w:br/>
        <w:t>vn 0.4050 0.8994 -0.1643</w:t>
        <w:br/>
        <w:t>vn 0.7988 0.0180 0.6014</w:t>
        <w:br/>
        <w:t>vn -0.0422 -0.3251 0.9447</w:t>
        <w:br/>
        <w:t>vn 0.1405 -0.4151 0.8989</w:t>
        <w:br/>
        <w:t>vn 0.0435 -0.3396 0.9396</w:t>
        <w:br/>
        <w:t>vn 0.0394 -0.5395 0.8411</w:t>
        <w:br/>
        <w:t>vn 0.0199 -0.0063 0.9998</w:t>
        <w:br/>
        <w:t>vn 0.7544 0.4410 -0.4862</w:t>
        <w:br/>
        <w:t>vn 0.8894 0.4314 -0.1515</w:t>
        <w:br/>
        <w:t>vn 0.0905 -0.4420 0.8924</w:t>
        <w:br/>
        <w:t>vn 0.5351 0.7657 -0.3570</w:t>
        <w:br/>
        <w:t>vn 0.5780 0.8149 -0.0423</w:t>
        <w:br/>
        <w:t>vn 0.8271 0.5186 0.2167</w:t>
        <w:br/>
        <w:t>vn 0.0078 0.8340 0.5517</w:t>
        <w:br/>
        <w:t>vn 0.8701 0.1276 0.4761</w:t>
        <w:br/>
        <w:t>vn 0.8251 0.0858 0.5584</w:t>
        <w:br/>
        <w:t>vn 0.9279 0.3555 0.1122</w:t>
        <w:br/>
        <w:t>vn 0.1706 0.9531 0.2500</w:t>
        <w:br/>
        <w:t>vn 0.1006 0.9945 -0.0296</w:t>
        <w:br/>
        <w:t>vn 0.0152 0.7118 0.7022</w:t>
        <w:br/>
        <w:t>vn 0.9393 0.3020 0.1630</w:t>
        <w:br/>
        <w:t>vn 0.7757 0.4130 0.4773</w:t>
        <w:br/>
        <w:t>vn 0.4000 0.8818 0.2499</w:t>
        <w:br/>
        <w:t>vn 0.3450 0.9379 -0.0366</w:t>
        <w:br/>
        <w:t>vn 0.8352 0.2239 0.5024</w:t>
        <w:br/>
        <w:t>vn 0.8975 0.2451 0.3668</w:t>
        <w:br/>
        <w:t>vn 0.7159 0.6716 0.1910</w:t>
        <w:br/>
        <w:t>vn 0.5582 0.8078 0.1895</w:t>
        <w:br/>
        <w:t>vn 0.4107 0.9116 -0.0153</w:t>
        <w:br/>
        <w:t>vn 0.9270 0.1072 0.3593</w:t>
        <w:br/>
        <w:t>vn 0.2587 0.7910 0.5545</w:t>
        <w:br/>
        <w:t>vn 0.2985 0.6474 0.7013</w:t>
        <w:br/>
        <w:t>vn 0.7227 0.4771 0.5002</w:t>
        <w:br/>
        <w:t>vn 0.6774 0.4020 0.6161</w:t>
        <w:br/>
        <w:t>vn 0.4542 0.6966 0.5555</w:t>
        <w:br/>
        <w:t>vn 0.5865 0.5987 0.5455</w:t>
        <w:br/>
        <w:t>vn 0.5735 0.4840 0.6610</w:t>
        <w:br/>
        <w:t>vn 0.4705 0.5488 0.6910</w:t>
        <w:br/>
        <w:t>vn -0.6612 0.3357 -0.6709</w:t>
        <w:br/>
        <w:t>vn -0.2589 -0.8829 -0.3917</w:t>
        <w:br/>
        <w:t>vn -0.2041 -0.9261 -0.3173</w:t>
        <w:br/>
        <w:t>vn -0.2289 -0.9729 -0.0326</w:t>
        <w:br/>
        <w:t>vn -0.2986 -0.9543 0.0140</w:t>
        <w:br/>
        <w:t>vn -0.5626 0.5403 -0.6257</w:t>
        <w:br/>
        <w:t>vn -0.4627 0.6397 -0.6137</w:t>
        <w:br/>
        <w:t>vn 0.4491 0.1609 -0.8789</w:t>
        <w:br/>
        <w:t>vn -0.6949 0.2142 -0.6865</w:t>
        <w:br/>
        <w:t>vn 0.3577 0.0286 -0.9334</w:t>
        <w:br/>
        <w:t>vn -0.1848 -0.4305 0.8834</w:t>
        <w:br/>
        <w:t>vn -0.1848 -0.4306 0.8834</w:t>
        <w:br/>
        <w:t>vn -0.3841 -0.5066 0.7719</w:t>
        <w:br/>
        <w:t>vn -0.4690 -0.4150 0.7796</w:t>
        <w:br/>
        <w:t>vn 0.2380 -0.0592 -0.9695</w:t>
        <w:br/>
        <w:t>vn -0.4076 0.7298 -0.5490</w:t>
        <w:br/>
        <w:t>vn -0.4596 0.8064 -0.3720</w:t>
        <w:br/>
        <w:t>vn 0.9395 -0.2760 -0.2028</w:t>
        <w:br/>
        <w:t>vn 0.8483 -0.5012 0.1709</w:t>
        <w:br/>
        <w:t>vn 0.9299 0.1570 0.3327</w:t>
        <w:br/>
        <w:t>vn 0.8314 -0.0891 0.5485</w:t>
        <w:br/>
        <w:t>vn 0.8596 -0.5069 -0.0649</w:t>
        <w:br/>
        <w:t>vn 0.7460 -0.4716 -0.4702</w:t>
        <w:br/>
        <w:t>vn 0.6046 0.7331 0.3115</w:t>
        <w:br/>
        <w:t>vn 0.4995 0.8401 0.2116</w:t>
        <w:br/>
        <w:t>vn 0.6493 0.4925 0.5795</w:t>
        <w:br/>
        <w:t>vn 0.0880 0.9362 -0.3403</w:t>
        <w:br/>
        <w:t>vn 0.0271 0.9606 -0.2765</w:t>
        <w:br/>
        <w:t>vn 0.2690 0.8997 -0.3439</w:t>
        <w:br/>
        <w:t>vn 0.0143 0.2658 -0.9639</w:t>
        <w:br/>
        <w:t>vn 0.5531 -0.7581 0.3454</w:t>
        <w:br/>
        <w:t>vn -0.5266 -0.8323 0.1732</w:t>
        <w:br/>
        <w:t>vn 0.3198 0.2277 -0.9197</w:t>
        <w:br/>
        <w:t>vn 0.1978 0.2621 -0.9446</w:t>
        <w:br/>
        <w:t>vn 0.2665 -0.9609 -0.0748</w:t>
        <w:br/>
        <w:t>vn 0.4069 -0.8183 -0.4059</w:t>
        <w:br/>
        <w:t>vn 0.3405 0.1969 -0.9194</w:t>
        <w:br/>
        <w:t>vn 0.8657 -0.4922 0.0912</w:t>
        <w:br/>
        <w:t>vn 0.5992 -0.6205 0.5058</w:t>
        <w:br/>
        <w:t>vn 0.8003 0.0516 0.5973</w:t>
        <w:br/>
        <w:t>vn 0.7750 -0.0787 0.6270</w:t>
        <w:br/>
        <w:t>vn 0.7371 -0.2959 0.6075</w:t>
        <w:br/>
        <w:t>vn 0.8546 -0.1386 0.5005</w:t>
        <w:br/>
        <w:t>vn 0.6608 0.3409 -0.6687</w:t>
        <w:br/>
        <w:t>vn 0.6446 0.4863 -0.5900</w:t>
        <w:br/>
        <w:t>vn 0.5242 0.7038 -0.4794</w:t>
        <w:br/>
        <w:t>vn 0.3055 0.9281 -0.2127</w:t>
        <w:br/>
        <w:t>vn -0.1942 0.8505 -0.4888</w:t>
        <w:br/>
        <w:t>vn -0.2617 0.8752 -0.4068</w:t>
        <w:br/>
        <w:t>vn -0.1221 0.9414 -0.3143</w:t>
        <w:br/>
        <w:t>vn 0.2524 0.9284 -0.2729</w:t>
        <w:br/>
        <w:t>vn 0.0611 -0.3771 0.9241</w:t>
        <w:br/>
        <w:t>vn 0.0896 0.8988 -0.4292</w:t>
        <w:br/>
        <w:t>vn 0.1036 0.8795 -0.4646</w:t>
        <w:br/>
        <w:t>vn -0.0671 0.8983 -0.4342</w:t>
        <w:br/>
        <w:t>vn -0.6302 -0.6534 0.4194</w:t>
        <w:br/>
        <w:t>vn -0.6101 -0.6303 0.4801</w:t>
        <w:br/>
        <w:t>vn -0.5968 0.4489 -0.6650</w:t>
        <w:br/>
        <w:t>vn -0.6169 0.6229 -0.4811</w:t>
        <w:br/>
        <w:t>vn -0.6175 -0.4193 0.6655</w:t>
        <w:br/>
        <w:t>vn -0.6612 0.3356 -0.6710</w:t>
        <w:br/>
        <w:t>vn -0.6085 0.3745 -0.6996</w:t>
        <w:br/>
        <w:t>vn 0.2047 0.8559 -0.4750</w:t>
        <w:br/>
        <w:t>vn 0.1965 0.8548 -0.4803</w:t>
        <w:br/>
        <w:t>vn 0.5868 0.7690 0.2537</w:t>
        <w:br/>
        <w:t>vn 0.7665 0.6404 0.0492</w:t>
        <w:br/>
        <w:t>vn 0.6500 0.7533 0.1002</w:t>
        <w:br/>
        <w:t>vn 0.4498 0.7239 -0.5231</w:t>
        <w:br/>
        <w:t>vn 0.7679 0.2047 -0.6070</w:t>
        <w:br/>
        <w:t>vn 0.8596 -0.5068 -0.0649</w:t>
        <w:br/>
        <w:t>vn 0.6338 0.4280 0.6443</w:t>
        <w:br/>
        <w:t>vn 0.7376 0.1840 0.6497</w:t>
        <w:br/>
        <w:t>vn -0.4688 -0.1080 -0.8767</w:t>
        <w:br/>
        <w:t>vn -0.4687 -0.1079 -0.8767</w:t>
        <w:br/>
        <w:t>vn 0.2473 -0.3880 -0.8879</w:t>
        <w:br/>
        <w:t>vn -0.3871 -0.0357 -0.9213</w:t>
        <w:br/>
        <w:t>vn 0.3535 0.0450 -0.9343</w:t>
        <w:br/>
        <w:t>vn 0.3691 -0.3851 -0.8459</w:t>
        <w:br/>
        <w:t>vn -0.7313 0.0602 -0.6793</w:t>
        <w:br/>
        <w:t>vn -0.9978 0.0663 0.0027</w:t>
        <w:br/>
        <w:t>vn -0.9742 0.2131 0.0749</w:t>
        <w:br/>
        <w:t>vn -0.7515 0.2111 -0.6251</w:t>
        <w:br/>
        <w:t>vn -0.4305 0.2387 -0.8705</w:t>
        <w:br/>
        <w:t>vn 0.1509 0.0001 -0.9886</w:t>
        <w:br/>
        <w:t>vn 0.5496 0.5463 -0.6320</w:t>
        <w:br/>
        <w:t>vn 0.7852 0.6143 -0.0779</w:t>
        <w:br/>
        <w:t>vn 0.2273 -0.0091 -0.9738</w:t>
        <w:br/>
        <w:t>vn 0.1677 0.0803 -0.9826</w:t>
        <w:br/>
        <w:t>vn 0.5459 -0.1192 -0.8293</w:t>
        <w:br/>
        <w:t>vn 0.4693 0.6364 0.6121</w:t>
        <w:br/>
        <w:t>vn 0.4694 0.6364 0.6121</w:t>
        <w:br/>
        <w:t>vn 0.4942 0.5637 0.6618</w:t>
        <w:br/>
        <w:t>vn 0.5015 0.5340 0.6807</w:t>
        <w:br/>
        <w:t>vn -0.3158 0.9169 -0.2440</w:t>
        <w:br/>
        <w:t>vn 0.4333 0.5901 -0.6812</w:t>
        <w:br/>
        <w:t>vn -0.0897 -0.3860 -0.9181</w:t>
        <w:br/>
        <w:t>vn -0.7934 0.4601 -0.3985</w:t>
        <w:br/>
        <w:t>vn -0.6587 0.5817 0.4772</w:t>
        <w:br/>
        <w:t>vn -0.5392 0.6687 0.5119</w:t>
        <w:br/>
        <w:t>vn -0.3697 0.6512 0.6628</w:t>
        <w:br/>
        <w:t>vn 0.3240 0.9445 -0.0547</w:t>
        <w:br/>
        <w:t>vn -0.5431 0.1942 0.8169</w:t>
        <w:br/>
        <w:t>vn 0.1766 0.6811 0.7105</w:t>
        <w:br/>
        <w:t>vn 0.0378 0.2495 0.9676</w:t>
        <w:br/>
        <w:t>vn 0.2028 0.6693 0.7148</w:t>
        <w:br/>
        <w:t>vn 0.7309 0.6196 -0.2860</w:t>
        <w:br/>
        <w:t>vn 0.5459 -0.1193 -0.8293</w:t>
        <w:br/>
        <w:t>vn 0.5546 -0.0873 -0.8275</w:t>
        <w:br/>
        <w:t>vn 0.6336 -0.1962 -0.7483</w:t>
        <w:br/>
        <w:t>vn 0.0376 0.9677 -0.2494</w:t>
        <w:br/>
        <w:t>vn 0.4296 0.7285 0.5336</w:t>
        <w:br/>
        <w:t>vn 0.2062 0.9415 0.2665</w:t>
        <w:br/>
        <w:t>vn -0.9741 0.2131 0.0749</w:t>
        <w:br/>
        <w:t>vn 0.2162 0.8355 -0.5052</w:t>
        <w:br/>
        <w:t>vn -0.1860 0.8386 -0.5120</w:t>
        <w:br/>
        <w:t>vn 0.2041 0.6804 -0.7039</w:t>
        <w:br/>
        <w:t>vn 0.5496 0.5463 -0.6321</w:t>
        <w:br/>
        <w:t>vn 0.4943 0.5636 0.6618</w:t>
        <w:br/>
        <w:t>vn 0.8542 0.5159 -0.0642</w:t>
        <w:br/>
        <w:t>vn 0.4087 0.8023 -0.4350</w:t>
        <w:br/>
        <w:t>vn 0.5845 0.6482 -0.4881</w:t>
        <w:br/>
        <w:t>vn 0.4443 0.2762 0.8522</w:t>
        <w:br/>
        <w:t>vn -0.8787 -0.4672 -0.0981</w:t>
        <w:br/>
        <w:t>vn -0.3480 -0.8073 0.4766</w:t>
        <w:br/>
        <w:t>vn -0.2726 -0.6762 0.6844</w:t>
        <w:br/>
        <w:t>vn -0.4512 -0.8013 0.3928</w:t>
        <w:br/>
        <w:t>vn -0.4406 -0.6852 0.5800</w:t>
        <w:br/>
        <w:t>vn -0.3849 -0.7278 0.5675</w:t>
        <w:br/>
        <w:t>vn -0.4878 -0.7132 0.5034</w:t>
        <w:br/>
        <w:t>vn -0.6188 -0.5759 0.5342</w:t>
        <w:br/>
        <w:t>vn -0.3879 -0.6958 0.6045</w:t>
        <w:br/>
        <w:t>vn -0.3880 -0.6958 0.6045</w:t>
        <w:br/>
        <w:t>vn -0.3174 -0.6493 0.6911</w:t>
        <w:br/>
        <w:t>vn -0.3175 -0.6493 0.6911</w:t>
        <w:br/>
        <w:t>vn -0.1555 0.1339 0.9787</w:t>
        <w:br/>
        <w:t>vn -0.1650 0.1802 0.9697</w:t>
        <w:br/>
        <w:t>vn 0.3369 0.7027 -0.6267</w:t>
        <w:br/>
        <w:t>vn 0.2915 0.7109 -0.6400</w:t>
        <w:br/>
        <w:t>vn 0.3232 0.7093 -0.6264</w:t>
        <w:br/>
        <w:t>vn 0.4185 0.6769 -0.6056</w:t>
        <w:br/>
        <w:t>vn 0.2741 0.6404 -0.7175</w:t>
        <w:br/>
        <w:t>vn 0.0156 0.7357 -0.6771</w:t>
        <w:br/>
        <w:t>vn 0.0237 0.7973 -0.6031</w:t>
        <w:br/>
        <w:t>vn 0.2706 0.7023 -0.6585</w:t>
        <w:br/>
        <w:t>vn 0.2950 0.7145 -0.6344</w:t>
        <w:br/>
        <w:t>vn 0.2950 0.7146 -0.6343</w:t>
        <w:br/>
        <w:t>vn -0.2385 0.6842 -0.6892</w:t>
        <w:br/>
        <w:t>vn 0.2597 0.6981 -0.6672</w:t>
        <w:br/>
        <w:t>vn 0.2119 0.5028 -0.8380</w:t>
        <w:br/>
        <w:t>vn 0.2809 0.2865 -0.9160</w:t>
        <w:br/>
        <w:t>vn -0.0955 0.4248 -0.9002</w:t>
        <w:br/>
        <w:t>vn -0.0131 0.8064 -0.5912</w:t>
        <w:br/>
        <w:t>vn -0.0466 0.8216 -0.5682</w:t>
        <w:br/>
        <w:t>vn -0.0640 0.8514 -0.5207</w:t>
        <w:br/>
        <w:t>vn -0.0718 0.8634 -0.4994</w:t>
        <w:br/>
        <w:t>vn 0.3919 0.7213 -0.5712</w:t>
        <w:br/>
        <w:t>vn 0.3697 0.7167 -0.5913</w:t>
        <w:br/>
        <w:t>vn -0.4735 -0.4208 0.7737</w:t>
        <w:br/>
        <w:t>vn -0.4911 -0.4046 0.7714</w:t>
        <w:br/>
        <w:t>vn -0.3061 -0.5093 0.8043</w:t>
        <w:br/>
        <w:t>vn -0.4822 -0.3631 0.7973</w:t>
        <w:br/>
        <w:t>vn -0.2966 -0.4658 0.8337</w:t>
        <w:br/>
        <w:t>vn -0.5906 0.6587 -0.4662</w:t>
        <w:br/>
        <w:t>vn -0.5731 0.6847 -0.4503</w:t>
        <w:br/>
        <w:t>vn -0.1180 0.7282 -0.6751</w:t>
        <w:br/>
        <w:t>vn -0.1486 0.6805 -0.7175</w:t>
        <w:br/>
        <w:t>vn 0.8714 -0.4690 0.1441</w:t>
        <w:br/>
        <w:t>vn 0.8812 -0.4612 0.1037</w:t>
        <w:br/>
        <w:t>vn -0.1876 0.6154 -0.7656</w:t>
        <w:br/>
        <w:t>vn -0.6343 0.6085 -0.4767</w:t>
        <w:br/>
        <w:t>vn -0.4117 -0.7623 0.4994</w:t>
        <w:br/>
        <w:t>vn -0.1536 -0.0894 0.9841</w:t>
        <w:br/>
        <w:t>vn -0.1535 -0.0894 0.9841</w:t>
        <w:br/>
        <w:t>vn -0.2854 0.0143 -0.9583</w:t>
        <w:br/>
        <w:t>vn 0.1085 0.0191 -0.9939</w:t>
        <w:br/>
        <w:t>vn 0.0722 -0.3843 -0.9204</w:t>
        <w:br/>
        <w:t>vn -0.3137 -0.4424 -0.8402</w:t>
        <w:br/>
        <w:t>vn 0.5081 0.6512 -0.5637</w:t>
        <w:br/>
        <w:t>vn -0.4736 -0.4208 0.7737</w:t>
        <w:br/>
        <w:t>vn -0.4584 -0.4362 0.7743</w:t>
        <w:br/>
        <w:t>vn -0.6084 -0.3618 0.7064</w:t>
        <w:br/>
        <w:t>vn -0.6634 -0.4267 0.6146</w:t>
        <w:br/>
        <w:t>vn -0.2337 -0.5562 0.7975</w:t>
        <w:br/>
        <w:t>vn 0.2214 0.6343 -0.7407</w:t>
        <w:br/>
        <w:t>vn -0.0852 0.6328 -0.7697</w:t>
        <w:br/>
        <w:t>vn -0.5857 -0.3889 0.7111</w:t>
        <w:br/>
        <w:t>vn -0.2960 -0.4239 0.8560</w:t>
        <w:br/>
        <w:t>vn -0.5604 -0.3546 0.7485</w:t>
        <w:br/>
        <w:t>vn 0.9505 -0.2913 0.1079</w:t>
        <w:br/>
        <w:t>vn 0.9378 -0.3336 0.0959</w:t>
        <w:br/>
        <w:t>vn 0.9378 -0.3336 0.0960</w:t>
        <w:br/>
        <w:t>vn -0.8245 0.0377 -0.5646</w:t>
        <w:br/>
        <w:t>vn -0.8084 0.1973 -0.5545</w:t>
        <w:br/>
        <w:t>vn -0.8084 0.1974 -0.5545</w:t>
        <w:br/>
        <w:t>vn -0.2209 -0.4463 0.8672</w:t>
        <w:br/>
        <w:t>vn 0.2085 0.4336 -0.8767</w:t>
        <w:br/>
        <w:t>vn -0.1155 0.4970 -0.8601</w:t>
        <w:br/>
        <w:t>vn -0.2850 -0.6124 -0.7374</w:t>
        <w:br/>
        <w:t>vn 0.3134 0.1191 -0.9421</w:t>
        <w:br/>
        <w:t>vn 0.3243 0.2271 -0.9183</w:t>
        <w:br/>
        <w:t>vn 0.3335 0.5253 -0.7829</w:t>
        <w:br/>
        <w:t>vn 0.3120 0.4482 -0.8377</w:t>
        <w:br/>
        <w:t>vn 0.3678 0.5826 -0.7247</w:t>
        <w:br/>
        <w:t>vn -0.3170 -0.7588 0.5690</w:t>
        <w:br/>
        <w:t>vn -0.3170 -0.7588 0.5689</w:t>
        <w:br/>
        <w:t>vn -0.3138 -0.7169 0.6226</w:t>
        <w:br/>
        <w:t>vn -0.3137 -0.7169 0.6226</w:t>
        <w:br/>
        <w:t>vn -0.2947 -0.6724 0.6790</w:t>
        <w:br/>
        <w:t>vn -0.2684 -0.5905 0.7611</w:t>
        <w:br/>
        <w:t>vn -0.2851 -0.4721 0.8342</w:t>
        <w:br/>
        <w:t>vn -0.6634 -0.4267 0.6147</w:t>
        <w:br/>
        <w:t>vn -0.6534 -0.2812 0.7028</w:t>
        <w:br/>
        <w:t>vn -0.6454 -0.2436 0.7239</w:t>
        <w:br/>
        <w:t>vn -0.7773 -0.2541 0.5755</w:t>
        <w:br/>
        <w:t>vn 0.9192 -0.3316 0.2125</w:t>
        <w:br/>
        <w:t>vn 0.9091 -0.3033 0.2858</w:t>
        <w:br/>
        <w:t>vn 0.9091 -0.3032 0.2858</w:t>
        <w:br/>
        <w:t>vn 0.9554 -0.2725 0.1136</w:t>
        <w:br/>
        <w:t>vn 0.9836 -0.1758 0.0405</w:t>
        <w:br/>
        <w:t>vn 0.9994 -0.0337 0.0059</w:t>
        <w:br/>
        <w:t>vn 0.9864 0.1641 0.0032</w:t>
        <w:br/>
        <w:t>vn 0.9442 0.3291 0.0097</w:t>
        <w:br/>
        <w:t>vn 0.9442 0.3292 0.0097</w:t>
        <w:br/>
        <w:t>vn 0.9015 0.4328 0.0047</w:t>
        <w:br/>
        <w:t>vn 0.9014 0.4329 0.0047</w:t>
        <w:br/>
        <w:t>vn -0.5325 -0.3414 -0.7745</w:t>
        <w:br/>
        <w:t>vn -0.6553 -0.0232 -0.7550</w:t>
        <w:br/>
        <w:t>vn -0.6188 -0.1748 -0.7658</w:t>
        <w:br/>
        <w:t>vn -0.5325 -0.3414 -0.7746</w:t>
        <w:br/>
        <w:t>vn -0.6757 0.1289 -0.7259</w:t>
        <w:br/>
        <w:t>vn -0.6832 0.2885 -0.6709</w:t>
        <w:br/>
        <w:t>vn -0.6832 0.2886 -0.6708</w:t>
        <w:br/>
        <w:t>vn -0.6784 0.4993 -0.5390</w:t>
        <w:br/>
        <w:t>vn -0.2384 0.6842 -0.6892</w:t>
        <w:br/>
        <w:t>vn -0.0851 0.6328 -0.7696</w:t>
        <w:br/>
        <w:t>vn -0.7140 0.5499 -0.4334</w:t>
        <w:br/>
        <w:t>vn -0.7139 0.5499 -0.4335</w:t>
        <w:br/>
        <w:t>vn -0.7448 0.5431 -0.3878</w:t>
        <w:br/>
        <w:t>vn -0.7448 0.5430 -0.3878</w:t>
        <w:br/>
        <w:t>vn 0.8051 -0.5821 0.1138</w:t>
        <w:br/>
        <w:t>vn 0.7772 -0.6049 0.1732</w:t>
        <w:br/>
        <w:t>vn 0.7772 -0.6050 0.1732</w:t>
        <w:br/>
        <w:t>vn 0.8862 -0.4625 -0.0270</w:t>
        <w:br/>
        <w:t>vn 0.9455 -0.2933 -0.1412</w:t>
        <w:br/>
        <w:t>vn 0.9668 -0.2006 -0.1584</w:t>
        <w:br/>
        <w:t>vn 0.9797 -0.1299 -0.1524</w:t>
        <w:br/>
        <w:t>vn 0.9833 -0.0833 -0.1618</w:t>
        <w:br/>
        <w:t>vn -0.6518 -0.4300 -0.6247</w:t>
        <w:br/>
        <w:t>vn -0.6360 0.0072 -0.7716</w:t>
        <w:br/>
        <w:t>vn -0.4329 0.5057 -0.7462</w:t>
        <w:br/>
        <w:t>vn -0.2445 0.7739 -0.5842</w:t>
        <w:br/>
        <w:t>vn -0.2250 0.8342 -0.5036</w:t>
        <w:br/>
        <w:t>vn -0.2708 0.8319 -0.4843</w:t>
        <w:br/>
        <w:t>vn -0.3140 0.8379 -0.4466</w:t>
        <w:br/>
        <w:t>vn -0.3445 0.8556 -0.3864</w:t>
        <w:br/>
        <w:t>vn 0.9142 -0.2618 0.3093</w:t>
        <w:br/>
        <w:t>vn 0.9142 -0.2618 0.3094</w:t>
        <w:br/>
        <w:t>vn 0.5447 0.6405 -0.5414</w:t>
        <w:br/>
        <w:t>vn -0.3631 0.8578 -0.3638</w:t>
        <w:br/>
        <w:t>vn -0.5333 -0.4156 0.7368</w:t>
        <w:br/>
        <w:t>vn -0.4652 -0.4617 0.7552</w:t>
        <w:br/>
        <w:t>vn -0.5060 -0.3344 0.7951</w:t>
        <w:br/>
        <w:t>vn -0.6924 -0.2170 0.6881</w:t>
        <w:br/>
        <w:t>vn -0.2897 -0.4317 0.8543</w:t>
        <w:br/>
        <w:t>vn 0.9177 -0.3911 0.0700</w:t>
        <w:br/>
        <w:t>vn 0.9177 -0.3911 0.0701</w:t>
        <w:br/>
        <w:t>vn 0.3299 0.3828 -0.8629</w:t>
        <w:br/>
        <w:t>vn -0.7224 0.4723 -0.5050</w:t>
        <w:br/>
        <w:t>vn -0.7225 0.4723 -0.5050</w:t>
        <w:br/>
        <w:t>vn 0.9009 -0.4298 0.0597</w:t>
        <w:br/>
        <w:t>vn 0.3380 0.1516 -0.9289</w:t>
        <w:br/>
        <w:t>vn -0.4273 -0.4959 -0.7560</w:t>
        <w:br/>
        <w:t>vn -0.3117 -0.4105 0.8569</w:t>
        <w:br/>
        <w:t>vn 0.8797 0.4756 0.0020</w:t>
        <w:br/>
        <w:t>vn -0.3938 -0.5045 0.7683</w:t>
        <w:br/>
        <w:t>vn 0.4113 -0.5911 0.6938</w:t>
        <w:br/>
        <w:t>vn 0.3562 -0.5282 0.7708</w:t>
        <w:br/>
        <w:t>vn 0.3529 -0.5157 0.7807</w:t>
        <w:br/>
        <w:t>vn 0.4085 -0.5741 0.7096</w:t>
        <w:br/>
        <w:t>vn 0.3489 -0.4967 0.7947</w:t>
        <w:br/>
        <w:t>vn 0.3713 -0.4723 0.7994</w:t>
        <w:br/>
        <w:t>vn 0.4204 -0.5252 0.7399</w:t>
        <w:br/>
        <w:t>vn 0.4021 -0.5506 0.7316</w:t>
        <w:br/>
        <w:t>vn 0.4513 -0.5000 0.7391</w:t>
        <w:br/>
        <w:t>vn 0.4024 -0.4485 0.7981</w:t>
        <w:br/>
        <w:t>vn 0.4723 -0.4756 0.7421</w:t>
        <w:br/>
        <w:t>vn 0.4175 -0.4273 0.8020</w:t>
        <w:br/>
        <w:t>vn 0.4484 0.0152 0.8937</w:t>
        <w:br/>
        <w:t>vn 0.4586 -0.0272 0.8882</w:t>
        <w:br/>
        <w:t>vn 0.2571 -0.0784 0.9632</w:t>
        <w:br/>
        <w:t>vn 0.2451 0.0580 -0.9678</w:t>
        <w:br/>
        <w:t>vn 0.3142 0.0698 -0.9468</w:t>
        <w:br/>
        <w:t>vn 0.2183 -0.1021 -0.9705</w:t>
        <w:br/>
        <w:t>vn 0.2305 -0.0304 -0.9726</w:t>
        <w:br/>
        <w:t>vn 0.1183 0.0390 -0.9922</w:t>
        <w:br/>
        <w:t>vn 0.0376 0.0432 -0.9984</w:t>
        <w:br/>
        <w:t>vn -0.5968 0.7042 -0.3847</w:t>
        <w:br/>
        <w:t>vn -0.5176 0.7747 -0.3633</w:t>
        <w:br/>
        <w:t>vn -0.0028 0.0442 -0.9990</w:t>
        <w:br/>
        <w:t>vn -0.0029 0.0442 -0.9990</w:t>
        <w:br/>
        <w:t>vn -0.6247 0.6784 -0.3867</w:t>
        <w:br/>
        <w:t>vn -0.6247 0.6783 -0.3867</w:t>
        <w:br/>
        <w:t>vn -0.0168 0.0059 -0.9998</w:t>
        <w:br/>
        <w:t>vn -0.6535 0.6522 -0.3842</w:t>
        <w:br/>
        <w:t>vn 0.1586 -0.1996 -0.9669</w:t>
        <w:br/>
        <w:t>vn 0.6382 0.0255 0.7694</w:t>
        <w:br/>
        <w:t>vn 0.6223 -0.1411 0.7699</w:t>
        <w:br/>
        <w:t>vn 0.4801 -0.1280 0.8678</w:t>
        <w:br/>
        <w:t>vn -0.9591 0.0909 -0.2682</w:t>
        <w:br/>
        <w:t>vn -0.9307 -0.3535 -0.0945</w:t>
        <w:br/>
        <w:t>vn -0.9307 -0.3535 -0.0944</w:t>
        <w:br/>
        <w:t>vn -0.4170 0.8515 -0.3179</w:t>
        <w:br/>
        <w:t>vn -0.3756 0.8803 -0.2900</w:t>
        <w:br/>
        <w:t>vn -0.3756 0.8803 -0.2899</w:t>
        <w:br/>
        <w:t>vn -0.8102 -0.5860 0.0158</w:t>
        <w:br/>
        <w:t>vn 0.0059 -0.0774 -0.9970</w:t>
        <w:br/>
        <w:t>vn 0.5188 -0.4003 0.7554</w:t>
        <w:br/>
        <w:t>vn 0.4485 -0.3562 0.8197</w:t>
        <w:br/>
        <w:t>vn -0.7317 0.5634 -0.3837</w:t>
        <w:br/>
        <w:t>vn 0.0692 -0.1793 -0.9814</w:t>
        <w:br/>
        <w:t>vn 0.5794 -0.2859 0.7633</w:t>
        <w:br/>
        <w:t>vn 0.4816 -0.2434 0.8419</w:t>
        <w:br/>
        <w:t>vn -0.8509 0.3848 -0.3576</w:t>
        <w:br/>
        <w:t>vn 0.3238 -0.1112 0.9396</w:t>
        <w:br/>
        <w:t>vn 0.3733 -0.3083 0.8750</w:t>
        <w:br/>
        <w:t>vn 0.3753 -0.1967 0.9058</w:t>
        <w:br/>
        <w:t>vn 0.3589 -0.3751 0.8547</w:t>
        <w:br/>
        <w:t>vn 0.3502 -0.3932 0.8501</w:t>
        <w:br/>
        <w:t>vn 0.3189 -0.4151 0.8520</w:t>
        <w:br/>
        <w:t>vn 0.2924 -0.4380 0.8501</w:t>
        <w:br/>
        <w:t>vn 0.2932 -0.4513 0.8428</w:t>
        <w:br/>
        <w:t>vn 0.2964 -0.4584 0.8378</w:t>
        <w:br/>
        <w:t>vn -0.0790 -0.4958 0.8648</w:t>
        <w:br/>
        <w:t>vn 0.0127 -0.4256 0.9048</w:t>
        <w:br/>
        <w:t>vn -0.0232 -0.4113 0.9112</w:t>
        <w:br/>
        <w:t>vn -0.1194 -0.4845 0.8666</w:t>
        <w:br/>
        <w:t>vn -0.0440 -0.4919 0.8696</w:t>
        <w:br/>
        <w:t>vn 0.0397 -0.4254 0.9041</w:t>
        <w:br/>
        <w:t>vn -0.0456 0.2748 0.9604</w:t>
        <w:br/>
        <w:t>vn 0.1690 0.1796 0.9691</w:t>
        <w:br/>
        <w:t>vn -0.0561 0.2526 0.9659</w:t>
        <w:br/>
        <w:t>vn -0.2747 0.1470 0.9502</w:t>
        <w:br/>
        <w:t>vn -0.0831 0.1512 0.9850</w:t>
        <w:br/>
        <w:t>vn -0.1006 -0.0166 0.9948</w:t>
        <w:br/>
        <w:t>vn -0.2471 -0.0708 0.9664</w:t>
        <w:br/>
        <w:t>vn -0.6739 -0.1251 -0.7282</w:t>
        <w:br/>
        <w:t>vn -0.6212 -0.1077 -0.7762</w:t>
        <w:br/>
        <w:t>vn -0.6739 -0.1251 -0.7281</w:t>
        <w:br/>
        <w:t>vn -0.5925 -0.3015 -0.7470</w:t>
        <w:br/>
        <w:t>vn -0.5987 -0.2493 -0.7612</w:t>
        <w:br/>
        <w:t>vn -0.5365 -0.0751 -0.8405</w:t>
        <w:br/>
        <w:t>vn 0.3478 0.7098 -0.6126</w:t>
        <w:br/>
        <w:t>vn 0.3478 0.7098 -0.6125</w:t>
        <w:br/>
        <w:t>vn 0.3040 0.7699 -0.5611</w:t>
        <w:br/>
        <w:t>vn -0.5548 -0.4016 -0.7286</w:t>
        <w:br/>
        <w:t>vn -0.4977 -0.4014 -0.7689</w:t>
        <w:br/>
        <w:t>vn 0.7056 0.2100 -0.6768</w:t>
        <w:br/>
        <w:t>vn 0.8143 -0.1707 -0.5547</w:t>
        <w:br/>
        <w:t>vn -0.0851 -0.4286 0.8995</w:t>
        <w:br/>
        <w:t>vn 0.0012 -0.3660 0.9306</w:t>
        <w:br/>
        <w:t>vn 0.4266 0.6318 -0.6471</w:t>
        <w:br/>
        <w:t>vn -0.4919 -0.1096 -0.8637</w:t>
        <w:br/>
        <w:t>vn -0.2782 0.3116 0.9086</w:t>
        <w:br/>
        <w:t>vn 0.7804 -0.5445 -0.3073</w:t>
        <w:br/>
        <w:t>vn 0.7805 -0.5444 -0.3073</w:t>
        <w:br/>
        <w:t>vn 0.2923 0.7977 -0.5274</w:t>
        <w:br/>
        <w:t>vn 0.7115 -0.6806 -0.1744</w:t>
        <w:br/>
        <w:t>vn -0.4749 -0.2565 -0.8418</w:t>
        <w:br/>
        <w:t>vn -0.1745 -0.2728 0.9461</w:t>
        <w:br/>
        <w:t>vn -0.0653 -0.2133 0.9748</w:t>
        <w:br/>
        <w:t>vn 0.5566 0.4757 -0.6811</w:t>
        <w:br/>
        <w:t>vn 0.1105 0.1497 0.9825</w:t>
        <w:br/>
        <w:t>vn 0.0483 0.0380 0.9981</w:t>
        <w:br/>
        <w:t>vn 0.0448 -0.1504 0.9876</w:t>
        <w:br/>
        <w:t>vn 0.0873 -0.2989 0.9503</w:t>
        <w:br/>
        <w:t>vn 0.1229 -0.3536 0.9273</w:t>
        <w:br/>
        <w:t>vn 0.1042 -0.3490 0.9313</w:t>
        <w:br/>
        <w:t>vn 0.0733 -0.3313 0.9407</w:t>
        <w:br/>
        <w:t>vn 0.3419 0.7385 0.5812</w:t>
        <w:br/>
        <w:t>vn 0.2967 0.3012 0.9062</w:t>
        <w:br/>
        <w:t>vn 0.5803 0.3293 0.7449</w:t>
        <w:br/>
        <w:t>vn 0.6520 0.5689 0.5012</w:t>
        <w:br/>
        <w:t>vn 0.9211 0.1229 0.3693</w:t>
        <w:br/>
        <w:t>vn 0.9563 0.1952 0.2178</w:t>
        <w:br/>
        <w:t>vn 0.9848 -0.1739 0.0044</w:t>
        <w:br/>
        <w:t>vn 0.9914 0.0455 -0.1231</w:t>
        <w:br/>
        <w:t>vn 0.9562 0.2922 -0.0178</w:t>
        <w:br/>
        <w:t>vn 0.7062 -0.0564 0.7058</w:t>
        <w:br/>
        <w:t>vn 0.3065 -0.2585 0.9161</w:t>
        <w:br/>
        <w:t>vn 0.3735 -0.7511 0.5444</w:t>
        <w:br/>
        <w:t>vn 0.7305 -0.6285 0.2670</w:t>
        <w:br/>
        <w:t>vn 0.9335 -0.3558 0.0455</w:t>
        <w:br/>
        <w:t>vn 0.6125 -0.7886 -0.0535</w:t>
        <w:br/>
        <w:t>vn 0.7177 -0.6518 -0.2450</w:t>
        <w:br/>
        <w:t>vn 0.3805 -0.9247 0.0106</w:t>
        <w:br/>
        <w:t>vn 0.4229 -0.8168 -0.3925</w:t>
        <w:br/>
        <w:t>vn 0.9889 -0.0347 0.1444</w:t>
        <w:br/>
        <w:t>vn 0.9905 -0.0331 0.1336</w:t>
        <w:br/>
        <w:t>vn 0.9470 0.1779 0.2674</w:t>
        <w:br/>
        <w:t>vn 0.9643 0.1726 0.2011</w:t>
        <w:br/>
        <w:t>vn 0.7439 0.6547 0.1337</w:t>
        <w:br/>
        <w:t>vn 0.4651 0.8618 0.2025</w:t>
        <w:br/>
        <w:t>vn 0.7860 0.4902 0.3768</w:t>
        <w:br/>
        <w:t>vn 0.8259 0.4952 0.2695</w:t>
        <w:br/>
        <w:t>vn 0.4487 -0.1915 -0.8729</w:t>
        <w:br/>
        <w:t>vn 0.8140 -0.1373 -0.5645</w:t>
        <w:br/>
        <w:t>vn 0.8103 -0.3192 -0.4915</w:t>
        <w:br/>
        <w:t>vn 0.4778 -0.4643 -0.7457</w:t>
        <w:br/>
        <w:t>vn 0.8207 -0.5462 -0.1677</w:t>
        <w:br/>
        <w:t>vn 0.7782 -0.3582 -0.5158</w:t>
        <w:br/>
        <w:t>vn 0.9759 0.1111 -0.1877</w:t>
        <w:br/>
        <w:t>vn 0.4742 -0.1794 -0.8619</w:t>
        <w:br/>
        <w:t>vn 0.3835 -0.3414 -0.8581</w:t>
        <w:br/>
        <w:t>vn 0.2354 -0.3147 -0.9196</w:t>
        <w:br/>
        <w:t>vn 0.6043 0.7772 0.1756</w:t>
        <w:br/>
        <w:t>vn 0.7181 0.6954 -0.0284</w:t>
        <w:br/>
        <w:t>vn 0.6685 0.7327 -0.1275</w:t>
        <w:br/>
        <w:t>vn 0.7763 0.3611 -0.5168</w:t>
        <w:br/>
        <w:t>vn 0.7624 0.2529 -0.5956</w:t>
        <w:br/>
        <w:t>vn 0.4198 -0.3075 -0.8539</w:t>
        <w:br/>
        <w:t>vn 0.4410 0.8878 0.1317</w:t>
        <w:br/>
        <w:t>vn 0.6740 0.7333 -0.0892</w:t>
        <w:br/>
        <w:t>vn 0.5917 0.7177 -0.3673</w:t>
        <w:br/>
        <w:t>vn 0.7012 0.6862 -0.1934</w:t>
        <w:br/>
        <w:t>vn 0.7075 0.6741 -0.2120</w:t>
        <w:br/>
        <w:t>vn 0.5506 0.7661 -0.3317</w:t>
        <w:br/>
        <w:t>vn 0.7016 0.4442 -0.5572</w:t>
        <w:br/>
        <w:t>vn 0.5006 0.5872 -0.6361</w:t>
        <w:br/>
        <w:t>vn 0.9276 0.3730 0.0209</w:t>
        <w:br/>
        <w:t>vn 0.6963 0.7128 0.0845</w:t>
        <w:br/>
        <w:t>vn 0.9231 0.1703 -0.3448</w:t>
        <w:br/>
        <w:t>vn 0.8322 0.5500 -0.0700</w:t>
        <w:br/>
        <w:t>vn 0.7011 -0.5327 -0.4740</w:t>
        <w:br/>
        <w:t>vn 0.8512 -0.2959 -0.4335</w:t>
        <w:br/>
        <w:t>vn 0.5186 -0.6003 -0.6088</w:t>
        <w:br/>
        <w:t>vn 0.9729 0.0910 -0.2126</w:t>
        <w:br/>
        <w:t>vn 0.8328 0.5254 0.1741</w:t>
        <w:br/>
        <w:t>vn 0.4268 0.8976 0.1103</w:t>
        <w:br/>
        <w:t>vn 0.5529 0.6906 0.4661</w:t>
        <w:br/>
        <w:t>vn 0.6036 0.7972 -0.0107</w:t>
        <w:br/>
        <w:t>vn 0.5365 0.8132 0.2256</w:t>
        <w:br/>
        <w:t>vn 0.6154 0.7129 0.3362</w:t>
        <w:br/>
        <w:t>vn 0.7694 0.5897 0.2455</w:t>
        <w:br/>
        <w:t>vn 0.4740 0.7632 0.4390</w:t>
        <w:br/>
        <w:t>vn 0.9825 0.0998 -0.1574</w:t>
        <w:br/>
        <w:t>vn 0.8561 -0.2468 -0.4541</w:t>
        <w:br/>
        <w:t>vn 0.6496 -0.0654 -0.7575</w:t>
        <w:br/>
        <w:t>vn 0.7628 0.3881 -0.5172</w:t>
        <w:br/>
        <w:t>vn 0.7487 -0.3406 -0.5687</w:t>
        <w:br/>
        <w:t>vn 0.5340 -0.2156 -0.8175</w:t>
        <w:br/>
        <w:t>vn 0.4848 0.8653 -0.1272</w:t>
        <w:br/>
        <w:t>vn 0.7965 0.3521 -0.4916</w:t>
        <w:br/>
        <w:t>vn 0.5987 -0.0809 -0.7969</w:t>
        <w:br/>
        <w:t>vn 0.5610 -0.3812 -0.7348</w:t>
        <w:br/>
        <w:t>vn 0.4569 -0.0196 -0.8893</w:t>
        <w:br/>
        <w:t>vn 0.2569 -0.4067 -0.8767</w:t>
        <w:br/>
        <w:t>vn 0.3230 0.0814 -0.9429</w:t>
        <w:br/>
        <w:t>vn 0.7661 -0.6299 0.1275</w:t>
        <w:br/>
        <w:t>vn 0.4840 -0.8749 -0.0165</w:t>
        <w:br/>
        <w:t>vn 0.5125 -0.8120 -0.2792</w:t>
        <w:br/>
        <w:t>vn 0.8211 -0.4508 -0.3501</w:t>
        <w:br/>
        <w:t>vn -0.3299 0.7110 0.6210</w:t>
        <w:br/>
        <w:t>vn -0.6208 0.5423 0.5661</w:t>
        <w:br/>
        <w:t>vn -0.5389 0.3072 0.7844</w:t>
        <w:br/>
        <w:t>vn -0.2821 0.2870 0.9154</w:t>
        <w:br/>
        <w:t>vn -0.9286 0.1896 0.3191</w:t>
        <w:br/>
        <w:t>vn -0.8727 0.1140 0.4747</w:t>
        <w:br/>
        <w:t>vn -0.9540 0.2891 0.0796</w:t>
        <w:br/>
        <w:t>vn -0.9980 -0.0277 -0.0571</w:t>
        <w:br/>
        <w:t>vn -0.9733 -0.2284 0.0241</w:t>
        <w:br/>
        <w:t>vn -0.6505 -0.0541 0.7575</w:t>
        <w:br/>
        <w:t>vn -0.7083 -0.6114 0.3528</w:t>
        <w:br/>
        <w:t>vn -0.3624 -0.7303 0.5791</w:t>
        <w:br/>
        <w:t>vn -0.2915 -0.2457 0.9245</w:t>
        <w:br/>
        <w:t>vn -0.6735 -0.6726 -0.3067</w:t>
        <w:br/>
        <w:t>vn -0.6153 -0.7845 -0.0774</w:t>
        <w:br/>
        <w:t>vn -0.9241 -0.3684 0.1013</w:t>
        <w:br/>
        <w:t>vn -0.4156 -0.7896 -0.4514</w:t>
        <w:br/>
        <w:t>vn -0.3986 -0.9170 -0.0128</w:t>
        <w:br/>
        <w:t>vn -0.9487 0.1746 0.2636</w:t>
        <w:br/>
        <w:t>vn -0.9357 0.1788 0.3042</w:t>
        <w:br/>
        <w:t>vn -0.9884 -0.0236 0.1503</w:t>
        <w:br/>
        <w:t>vn -0.9789 -0.0566 0.1961</w:t>
        <w:br/>
        <w:t>vn -0.4294 0.8663 0.2554</w:t>
        <w:br/>
        <w:t>vn -0.7220 0.6566 0.2181</w:t>
        <w:br/>
        <w:t>vn -0.7555 0.4820 0.4437</w:t>
        <w:br/>
        <w:t>vn -0.7879 0.5096 0.3456</w:t>
        <w:br/>
        <w:t>vn -0.5163 -0.7268 -0.4530</w:t>
        <w:br/>
        <w:t>vn -0.4618 -0.5701 -0.6795</w:t>
        <w:br/>
        <w:t>vn -0.7763 -0.4570 -0.4341</w:t>
        <w:br/>
        <w:t>vn -0.7453 -0.5761 -0.3355</w:t>
        <w:br/>
        <w:t>vn -0.9754 0.1129 -0.1896</w:t>
        <w:br/>
        <w:t>vn -0.7514 -0.3689 -0.5471</w:t>
        <w:br/>
        <w:t>vn -0.8074 -0.5595 -0.1872</w:t>
        <w:br/>
        <w:t>vn -0.4155 -0.1150 -0.9023</w:t>
        <w:br/>
        <w:t>vn -0.1919 -0.2388 -0.9519</w:t>
        <w:br/>
        <w:t>vn -0.3652 -0.3173 -0.8752</w:t>
        <w:br/>
        <w:t>vn -0.5735 0.7645 0.2943</w:t>
        <w:br/>
        <w:t>vn -0.5940 0.7617 -0.2589</w:t>
        <w:br/>
        <w:t>vn -0.7068 0.7071 -0.0184</w:t>
        <w:br/>
        <w:t>vn -0.6659 0.3461 -0.6609</w:t>
        <w:br/>
        <w:t>vn -0.7074 0.3798 -0.5961</w:t>
        <w:br/>
        <w:t>vn -0.4475 0.0040 -0.8943</w:t>
        <w:br/>
        <w:t>vn -0.6754 0.7359 -0.0475</w:t>
        <w:br/>
        <w:t>vn -0.3973 0.8802 0.2595</w:t>
        <w:br/>
        <w:t>vn -0.5848 0.6387 -0.5000</w:t>
        <w:br/>
        <w:t>vn -0.5343 0.7318 -0.4231</w:t>
        <w:br/>
        <w:t>vn -0.6342 0.6764 -0.3745</w:t>
        <w:br/>
        <w:t>vn -0.6342 0.6516 -0.4163</w:t>
        <w:br/>
        <w:t>vn -0.6094 0.5120 -0.6054</w:t>
        <w:br/>
        <w:t>vn -0.4681 0.6130 -0.6365</w:t>
        <w:br/>
        <w:t>vn -0.6913 0.7102 0.1332</w:t>
        <w:br/>
        <w:t>vn -0.9301 0.3641 0.0484</w:t>
        <w:br/>
        <w:t>vn -0.8374 0.5444 -0.0489</w:t>
        <w:br/>
        <w:t>vn -0.9182 0.1656 -0.3599</w:t>
        <w:br/>
        <w:t>vn -0.8081 -0.3116 -0.4999</w:t>
        <w:br/>
        <w:t>vn -0.6135 -0.5642 -0.5525</w:t>
        <w:br/>
        <w:t>vn -0.4564 -0.6211 -0.6371</w:t>
        <w:br/>
        <w:t>vn -0.8220 0.5350 0.1951</w:t>
        <w:br/>
        <w:t>vn -0.9623 0.0946 -0.2550</w:t>
        <w:br/>
        <w:t>vn -0.5035 0.6738 0.5408</w:t>
        <w:br/>
        <w:t>vn -0.4058 0.8997 0.1608</w:t>
        <w:br/>
        <w:t>vn -0.5914 0.8059 0.0275</w:t>
        <w:br/>
        <w:t>vn -0.4878 0.8271 0.2792</w:t>
        <w:br/>
        <w:t>vn -0.5434 0.7368 0.4023</w:t>
        <w:br/>
        <w:t>vn -0.7534 0.5976 0.2742</w:t>
        <w:br/>
        <w:t>vn -0.3979 0.7533 0.5237</w:t>
        <w:br/>
        <w:t>vn -0.9702 0.1048 -0.2187</w:t>
        <w:br/>
        <w:t>vn -0.7515 0.3634 -0.5506</w:t>
        <w:br/>
        <w:t>vn -0.6113 -0.0789 -0.7875</w:t>
        <w:br/>
        <w:t>vn -0.8140 -0.2480 -0.5252</w:t>
        <w:br/>
        <w:t>vn -0.4938 -0.2265 -0.8395</w:t>
        <w:br/>
        <w:t>vn -0.6853 -0.3601 -0.6330</w:t>
        <w:br/>
        <w:t>vn -0.4861 0.8695 -0.0871</w:t>
        <w:br/>
        <w:t>vn -0.7731 0.3265 -0.5438</w:t>
        <w:br/>
        <w:t>vn -0.5620 -0.0848 -0.8228</w:t>
        <w:br/>
        <w:t>vn -0.4076 0.0859 -0.9091</w:t>
        <w:br/>
        <w:t>vn -0.5048 -0.2748 -0.8183</w:t>
        <w:br/>
        <w:t>vn -0.1985 -0.3524 -0.9146</w:t>
        <w:br/>
        <w:t>vn -0.3469 0.1211 -0.9301</w:t>
        <w:br/>
        <w:t>vn -0.0020 -0.7778 -0.6285</w:t>
        <w:br/>
        <w:t>vn -0.9255 -0.2665 0.2691</w:t>
        <w:br/>
        <w:t>vn -0.4621 -0.8293 -0.3143</w:t>
        <w:br/>
        <w:t>vn -0.7357 -0.5033 -0.4532</w:t>
        <w:br/>
        <w:t>vn -0.8785 -0.3363 -0.3393</w:t>
        <w:br/>
        <w:t>vn -0.8659 -0.4475 -0.2236</w:t>
        <w:br/>
        <w:t>vn -0.5608 -0.7357 -0.3798</w:t>
        <w:br/>
        <w:t>vn -0.1473 -0.7844 -0.6025</w:t>
        <w:br/>
        <w:t>vn -0.9912 0.1295 -0.0262</w:t>
        <w:br/>
        <w:t>vn -0.9830 0.0599 0.1737</w:t>
        <w:br/>
        <w:t>vn -0.2300 0.7578 0.6106</w:t>
        <w:br/>
        <w:t>vn -0.0004 0.7343 0.6788</w:t>
        <w:br/>
        <w:t>vn -0.3618 0.6332 0.6842</w:t>
        <w:br/>
        <w:t>vn -0.3721 0.7258 0.5786</w:t>
        <w:br/>
        <w:t>vn 0.2307 0.6677 0.7078</w:t>
        <w:br/>
        <w:t>vn -0.0720 0.6044 0.7934</w:t>
        <w:br/>
        <w:t>vn -0.1964 -0.7588 -0.6210</w:t>
        <w:br/>
        <w:t>vn -0.2070 -0.6912 -0.6924</w:t>
        <w:br/>
        <w:t>vn -0.4192 -0.4896 -0.7646</w:t>
        <w:br/>
        <w:t>vn -0.4251 -0.6192 -0.6602</w:t>
        <w:br/>
        <w:t>vn -0.5941 -0.2421 -0.7671</w:t>
        <w:br/>
        <w:t>vn -0.6236 -0.4331 -0.6508</w:t>
        <w:br/>
        <w:t>vn -0.7281 0.6850 0.0260</w:t>
        <w:br/>
        <w:t>vn -0.6329 0.7088 0.3115</w:t>
        <w:br/>
        <w:t>vn -0.7971 0.6038 0.0030</w:t>
        <w:br/>
        <w:t>vn -0.7971 0.6039 0.0030</w:t>
        <w:br/>
        <w:t>vn 0.0657 0.7071 0.7040</w:t>
        <w:br/>
        <w:t>vn 0.1059 0.4423 0.8906</w:t>
        <w:br/>
        <w:t>vn 0.2994 0.6066 0.7365</w:t>
        <w:br/>
        <w:t>vn 0.0732 0.7523 0.6547</w:t>
        <w:br/>
        <w:t>vn 0.3024 0.1978 0.9324</w:t>
        <w:br/>
        <w:t>vn 0.7016 0.1707 0.6918</w:t>
        <w:br/>
        <w:t>vn 0.5380 -0.7565 0.3718</w:t>
        <w:br/>
        <w:t>vn 0.7859 -0.5151 0.3420</w:t>
        <w:br/>
        <w:t>vn 0.6777 -0.6528 0.3386</w:t>
        <w:br/>
        <w:t>vn 0.5380 -0.7566 0.3718</w:t>
        <w:br/>
        <w:t>vn 0.2142 -0.7798 -0.5882</w:t>
        <w:br/>
        <w:t>vn -0.0774 -0.7987 -0.5967</w:t>
        <w:br/>
        <w:t>vn -0.3178 -0.7184 -0.6188</w:t>
        <w:br/>
        <w:t>vn 0.9111 -0.2413 0.3342</w:t>
        <w:br/>
        <w:t>vn 0.9714 -0.0323 0.2352</w:t>
        <w:br/>
        <w:t>vn 0.7869 0.1851 0.5886</w:t>
        <w:br/>
        <w:t>vn 0.2372 0.6973 0.6764</w:t>
        <w:br/>
        <w:t>vn -0.0014 0.7863 0.6179</w:t>
        <w:br/>
        <w:t>vn -0.9129 0.4080 -0.0105</w:t>
        <w:br/>
        <w:t>vn -0.5376 -0.5915 -0.6009</w:t>
        <w:br/>
        <w:t>vn -0.1523 0.6070 0.7800</w:t>
        <w:br/>
        <w:t>vn -0.5874 0.5106 0.6279</w:t>
        <w:br/>
        <w:t>vn -0.9830 0.0598 0.1737</w:t>
        <w:br/>
        <w:t>vn -0.9574 0.1321 0.2568</w:t>
        <w:br/>
        <w:t>vn -0.9076 -0.3716 -0.1952</w:t>
        <w:br/>
        <w:t>vn 0.5123 -0.6132 -0.6013</w:t>
        <w:br/>
        <w:t>vn 0.6419 -0.3305 -0.6919</w:t>
        <w:br/>
        <w:t>vn 0.9695 0.0738 -0.2336</w:t>
        <w:br/>
        <w:t>vn 0.9602 -0.2280 -0.1614</w:t>
        <w:br/>
        <w:t>vn -0.1285 -0.7065 -0.6959</w:t>
        <w:br/>
        <w:t>vn 0.0290 -0.6105 -0.7914</w:t>
        <w:br/>
        <w:t>vn 0.2024 0.7213 0.6624</w:t>
        <w:br/>
        <w:t>vn -0.2203 0.7212 0.6568</w:t>
        <w:br/>
        <w:t>vn 0.2453 0.6043 0.7580</w:t>
        <w:br/>
        <w:t>vn 0.3112 0.6025 0.7350</w:t>
        <w:br/>
        <w:t>vn 0.6680 0.4673 0.5791</w:t>
        <w:br/>
        <w:t>vn 0.6239 0.5473 0.5578</w:t>
        <w:br/>
        <w:t>vn 0.9419 0.1774 0.2853</w:t>
        <w:br/>
        <w:t>vn 0.9007 0.3715 0.2252</w:t>
        <w:br/>
        <w:t>vn 0.9602 -0.2279 -0.1614</w:t>
        <w:br/>
        <w:t>vn -0.5721 -0.6286 -0.5269</w:t>
        <w:br/>
        <w:t>vn -0.4359 -0.7016 -0.5638</w:t>
        <w:br/>
        <w:t>vn -0.8083 -0.5005 -0.3102</w:t>
        <w:br/>
        <w:t>vn 0.2589 -0.8445 -0.4688</w:t>
        <w:br/>
        <w:t>vn 0.3744 -0.7790 -0.5030</w:t>
        <w:br/>
        <w:t>vn 0.8708 -0.4838 -0.0877</w:t>
        <w:br/>
        <w:t>vn 0.7551 -0.6529 -0.0593</w:t>
        <w:br/>
        <w:t>vn -0.2901 -0.7131 -0.6382</w:t>
        <w:br/>
        <w:t>vn -0.2228 -0.7339 -0.6417</w:t>
        <w:br/>
        <w:t>vn -0.1634 0.7662 0.6215</w:t>
        <w:br/>
        <w:t>vn 0.3446 0.5981 0.7236</w:t>
        <w:br/>
        <w:t>vn 0.3031 0.6204 0.7233</w:t>
        <w:br/>
        <w:t>vn -0.2975 0.6901 0.6598</w:t>
        <w:br/>
        <w:t>vn 0.7327 0.2469 0.6342</w:t>
        <w:br/>
        <w:t>vn 0.7042 0.3700 0.6060</w:t>
        <w:br/>
        <w:t>vn 0.9059 -0.2182 0.3629</w:t>
        <w:br/>
        <w:t>vn 0.9417 -0.0275 0.3353</w:t>
        <w:br/>
        <w:t>vn 0.7550 -0.6530 -0.0592</w:t>
        <w:br/>
        <w:t>vn -0.6732 -0.4512 -0.5859</w:t>
        <w:br/>
        <w:t>vn -0.6219 -0.5493 -0.5581</w:t>
        <w:br/>
        <w:t>vn -0.9527 -0.1540 -0.2619</w:t>
        <w:br/>
        <w:t>vn -0.9492 0.0125 -0.3144</w:t>
        <w:br/>
        <w:t>vn -0.8777 0.3997 0.2644</w:t>
        <w:br/>
        <w:t>vn -0.7633 0.6007 0.2377</w:t>
        <w:br/>
        <w:t>vn -0.7633 0.6008 0.2376</w:t>
        <w:br/>
        <w:t>vn 0.0070 -0.9046 -0.4261</w:t>
        <w:br/>
        <w:t>vn 0.1282 -0.8866 -0.4445</w:t>
        <w:br/>
        <w:t>vn 0.5739 -0.8185 -0.0272</w:t>
        <w:br/>
        <w:t>vn 0.3465 -0.9380 0.0059</w:t>
        <w:br/>
        <w:t>vn -0.3307 -0.6194 -0.7121</w:t>
        <w:br/>
        <w:t>vn -0.3320 -0.6658 -0.6682</w:t>
        <w:br/>
        <w:t>vn -0.0221 0.7952 0.6059</w:t>
        <w:br/>
        <w:t>vn 0.3292 0.4507 0.8298</w:t>
        <w:br/>
        <w:t>vn 0.3851 0.5297 0.7557</w:t>
        <w:br/>
        <w:t>vn -0.0574 0.7925 0.6071</w:t>
        <w:br/>
        <w:t>vn 0.5802 -0.1182 0.8058</w:t>
        <w:br/>
        <w:t>vn 0.7121 0.0736 0.6982</w:t>
        <w:br/>
        <w:t>vn 0.5754 -0.6691 0.4703</w:t>
        <w:br/>
        <w:t>vn 0.7935 -0.4505 0.4091</w:t>
        <w:br/>
        <w:t>vn 0.3465 -0.9380 0.0060</w:t>
        <w:br/>
        <w:t>vn -0.6034 -0.1550 -0.7822</w:t>
        <w:br/>
        <w:t>vn -0.6749 -0.3071 -0.6710</w:t>
        <w:br/>
        <w:t>vn -0.8811 0.2320 -0.4120</w:t>
        <w:br/>
        <w:t>vn -0.7236 0.4655 -0.5096</w:t>
        <w:br/>
        <w:t>vn -0.6262 0.7597 0.1753</w:t>
        <w:br/>
        <w:t>vn -0.4608 0.8789 0.1232</w:t>
        <w:br/>
        <w:t>vn -0.1368 -0.9694 0.2040</w:t>
        <w:br/>
        <w:t>vn -0.3596 -0.7566 -0.5461</w:t>
        <w:br/>
        <w:t>vn -0.1364 -0.9069 -0.3987</w:t>
        <w:br/>
        <w:t>vn 0.0762 -0.9961 0.0455</w:t>
        <w:br/>
        <w:t>vn -0.3518 -0.5949 -0.7227</w:t>
        <w:br/>
        <w:t>vn -0.0711 -0.0168 0.9973</w:t>
        <w:br/>
        <w:t>vn 0.1263 0.3677 0.9213</w:t>
        <w:br/>
        <w:t>vn -0.0965 0.7743 0.6254</w:t>
        <w:br/>
        <w:t>vn -0.2691 0.8104 0.5203</w:t>
        <w:br/>
        <w:t>vn 0.2745 -0.2827 0.9191</w:t>
        <w:br/>
        <w:t>vn 0.0540 -0.6365 0.7694</w:t>
        <w:br/>
        <w:t>vn 0.2360 -0.8108 0.5357</w:t>
        <w:br/>
        <w:t>vn -0.1369 -0.9693 0.2041</w:t>
        <w:br/>
        <w:t>vn 0.0762 -0.9961 0.0454</w:t>
        <w:br/>
        <w:t>vn -0.5332 -0.1534 -0.8319</w:t>
        <w:br/>
        <w:t>vn -0.5404 -0.0610 -0.8392</w:t>
        <w:br/>
        <w:t>vn -0.5908 0.6015 -0.5377</w:t>
        <w:br/>
        <w:t>vn -0.3770 0.9176 0.1256</w:t>
        <w:br/>
        <w:t>vn -0.4750 0.8655 -0.1591</w:t>
        <w:br/>
        <w:t>vn -0.4900 0.8535 -0.1774</w:t>
        <w:br/>
        <w:t>vn -0.3771 0.9176 0.1258</w:t>
        <w:br/>
        <w:t>vn -0.5662 0.3211 -0.7591</w:t>
        <w:br/>
        <w:t>vn -0.7456 0.5006 -0.4398</w:t>
        <w:br/>
        <w:t>vn -0.5110 0.7443 -0.4300</w:t>
        <w:br/>
        <w:t>vn -0.3991 0.6576 -0.6390</w:t>
        <w:br/>
        <w:t>vn -0.7200 0.6906 -0.0679</w:t>
        <w:br/>
        <w:t>vn -0.5145 0.8363 -0.1894</w:t>
        <w:br/>
        <w:t>vn -0.5145 0.8363 -0.1897</w:t>
        <w:br/>
        <w:t>vn -0.7200 0.6906 -0.0680</w:t>
        <w:br/>
        <w:t>vn -0.5379 0.8168 0.2087</w:t>
        <w:br/>
        <w:t>vn -0.4180 0.9084 0.0098</w:t>
        <w:br/>
        <w:t>vn -0.2549 0.8914 0.3748</w:t>
        <w:br/>
        <w:t>vn -0.2300 0.9620 0.1471</w:t>
        <w:br/>
        <w:t>vn 0.0810 0.9113 0.4037</w:t>
        <w:br/>
        <w:t>vn 0.0129 0.9832 0.1823</w:t>
        <w:br/>
        <w:t>vn 0.3861 0.8811 0.2731</w:t>
        <w:br/>
        <w:t>vn 0.2399 0.9671 0.0849</w:t>
        <w:br/>
        <w:t>vn 0.3905 0.9125 -0.1215</w:t>
        <w:br/>
        <w:t>vn 0.6006 0.7996 0.0025</w:t>
        <w:br/>
        <w:t>vn 0.4155 0.8258 -0.3814</w:t>
        <w:br/>
        <w:t>vn 0.6604 0.6615 -0.3555</w:t>
        <w:br/>
        <w:t>vn 0.2806 0.7116 -0.6441</w:t>
        <w:br/>
        <w:t>vn 0.4156 0.8259 -0.3811</w:t>
        <w:br/>
        <w:t>vn 0.6604 0.6615 -0.3554</w:t>
        <w:br/>
        <w:t>vn 0.4891 0.4630 -0.7392</w:t>
        <w:br/>
        <w:t>vn 0.1330 0.2772 -0.9516</w:t>
        <w:br/>
        <w:t>vn 0.0414 0.6130 -0.7890</w:t>
        <w:br/>
        <w:t>vn -0.2009 0.6067 -0.7691</w:t>
        <w:br/>
        <w:t>vn -0.2466 0.2412 -0.9386</w:t>
        <w:br/>
        <w:t>vn -0.2807 -0.4246 -0.8607</w:t>
        <w:br/>
        <w:t>vn -0.6598 -0.3251 -0.6775</w:t>
        <w:br/>
        <w:t>vn 0.1713 -0.3274 -0.9292</w:t>
        <w:br/>
        <w:t>vn 0.6741 -0.0194 -0.7384</w:t>
        <w:br/>
        <w:t>vn 0.9081 0.3156 -0.2752</w:t>
        <w:br/>
        <w:t>vn 0.8259 0.5380 0.1686</w:t>
        <w:br/>
        <w:t>vn 0.5569 0.6616 0.5022</w:t>
        <w:br/>
        <w:t>vn -0.6334 0.6002 0.4885</w:t>
        <w:br/>
        <w:t>vn -0.9328 0.3299 0.1448</w:t>
        <w:br/>
        <w:t>vn -0.9447 -0.0492 -0.3243</w:t>
        <w:br/>
        <w:t>vn 0.3812 -0.8366 0.3934</w:t>
        <w:br/>
        <w:t>vn -0.3732 -0.4322 -0.8209</w:t>
        <w:br/>
        <w:t>vn -0.5454 0.6984 0.4634</w:t>
        <w:br/>
        <w:t>vn -0.6328 0.7088 0.3116</w:t>
        <w:br/>
        <w:t>vn -0.5454 0.6982 0.4638</w:t>
        <w:br/>
        <w:t>vn 0.1061 0.4423 0.8906</w:t>
        <w:br/>
        <w:t>vn 0.0992 0.0863 0.9913</w:t>
        <w:br/>
        <w:t>vn -0.4152 -0.7373 -0.5329</w:t>
        <w:br/>
        <w:t>vn -0.1827 0.5998 0.7791</w:t>
        <w:br/>
        <w:t>vn -0.1186 -0.6241 0.7723</w:t>
        <w:br/>
        <w:t>vn -0.1368 -0.9694 0.2041</w:t>
        <w:br/>
        <w:t>vn -0.2691 0.8104 0.5205</w:t>
        <w:br/>
        <w:t>vn -0.4750 0.8655 -0.1590</w:t>
        <w:br/>
        <w:t>vn -0.4597 0.8769 -0.1406</w:t>
        <w:br/>
        <w:t>vn -0.6179 -0.6506 -0.4415</w:t>
        <w:br/>
        <w:t>vn 0.2719 -0.9557 -0.1128</w:t>
        <w:br/>
        <w:t>vn 0.2717 -0.9557 -0.1130</w:t>
        <w:br/>
        <w:t>vn -0.1195 0.6087 0.7843</w:t>
        <w:br/>
        <w:t>vn 0.0330 -0.7994 0.5998</w:t>
        <w:br/>
        <w:t>vn 0.0531 -0.9351 0.3503</w:t>
        <w:br/>
        <w:t>vn 0.0330 -0.7994 0.6000</w:t>
        <w:br/>
        <w:t>vn 0.0104 -0.5986 0.8010</w:t>
        <w:br/>
        <w:t>vn 0.0102 -0.5987 0.8009</w:t>
        <w:br/>
        <w:t>vn 0.9890 0.0529 0.1385</w:t>
        <w:br/>
        <w:t>vn 0.9889 0.0529 0.1385</w:t>
        <w:br/>
        <w:t>vn -0.9228 0.2864 0.2576</w:t>
        <w:br/>
        <w:t>vn 0.1632 0.8209 0.5472</w:t>
        <w:br/>
        <w:t>vn -0.1472 0.8931 0.4251</w:t>
        <w:br/>
        <w:t>vn -0.3198 0.8346 0.4485</w:t>
        <w:br/>
        <w:t>vn -0.0734 0.7581 0.6480</w:t>
        <w:br/>
        <w:t>vn 0.3887 0.4838 0.7841</w:t>
        <w:br/>
        <w:t>vn 0.6901 0.4663 0.5534</w:t>
        <w:br/>
        <w:t>vn 0.4765 0.2194 0.8514</w:t>
        <w:br/>
        <w:t>vn 0.5211 0.3582 0.7747</w:t>
        <w:br/>
        <w:t>vn 0.3557 -0.2004 0.9129</w:t>
        <w:br/>
        <w:t>vn 0.5717 -0.0555 0.8186</w:t>
        <w:br/>
        <w:t>vn -0.9215 -0.3878 -0.0211</w:t>
        <w:br/>
        <w:t>vn -0.7070 -0.1583 0.6893</w:t>
        <w:br/>
        <w:t>vn -0.8974 0.0977 0.4302</w:t>
        <w:br/>
        <w:t>vn -0.9778 0.1834 0.1014</w:t>
        <w:br/>
        <w:t>vn 0.6463 0.5061 0.5711</w:t>
        <w:br/>
        <w:t>vn 0.6462 0.5062 0.5711</w:t>
        <w:br/>
        <w:t>vn 0.6714 0.4778 0.5665</w:t>
        <w:br/>
        <w:t>vn 0.3007 0.2168 0.9287</w:t>
        <w:br/>
        <w:t>vn 0.7500 0.3735 0.5459</w:t>
        <w:br/>
        <w:t>vn 0.4428 0.3532 0.8241</w:t>
        <w:br/>
        <w:t>vn 0.0558 0.5415 0.8388</w:t>
        <w:br/>
        <w:t>vn 0.9043 0.1024 0.4144</w:t>
        <w:br/>
        <w:t>vn 0.9351 -0.3544 0.0061</w:t>
        <w:br/>
        <w:t>vn 0.9944 0.0222 0.1034</w:t>
        <w:br/>
        <w:t>vn 0.5842 0.6157 0.5289</w:t>
        <w:br/>
        <w:t>vn 0.7921 0.4784 0.3792</w:t>
        <w:br/>
        <w:t>vn 0.5865 0.5561 0.5888</w:t>
        <w:br/>
        <w:t>vn 0.8988 0.0045 0.4384</w:t>
        <w:br/>
        <w:t>vn 0.8306 0.0918 0.5493</w:t>
        <w:br/>
        <w:t>vn 0.5646 0.6890 0.4544</w:t>
        <w:br/>
        <w:t>vn 0.9553 0.1730 0.2397</w:t>
        <w:br/>
        <w:t>vn 0.9987 -0.0261 -0.0444</w:t>
        <w:br/>
        <w:t>vn 0.7913 0.2466 0.5594</w:t>
        <w:br/>
        <w:t>vn 0.2602 0.4614 0.8482</w:t>
        <w:br/>
        <w:t>vn 0.5899 0.1581 0.7919</w:t>
        <w:br/>
        <w:t>vn -0.4226 -0.1692 0.8904</w:t>
        <w:br/>
        <w:t>vn -0.5798 0.0254 0.8144</w:t>
        <w:br/>
        <w:t>vn -0.5015 0.2263 0.8350</w:t>
        <w:br/>
        <w:t>vn 0.4428 0.3533 0.8241</w:t>
        <w:br/>
        <w:t>vn 0.3153 0.6293 0.7103</w:t>
        <w:br/>
        <w:t>vn -0.1301 0.5761 0.8070</w:t>
        <w:br/>
        <w:t>vn 0.2206 0.6983 0.6810</w:t>
        <w:br/>
        <w:t>vn 0.9507 0.3036 0.0638</w:t>
        <w:br/>
        <w:t>vn 0.9634 0.2585 -0.0715</w:t>
        <w:br/>
        <w:t>vn -0.9942 -0.1012 0.0367</w:t>
        <w:br/>
        <w:t>vn -0.6955 0.3847 0.6068</w:t>
        <w:br/>
        <w:t>vn -0.9382 0.3415 -0.0566</w:t>
        <w:br/>
        <w:t>vn -0.8691 -0.4784 0.1255</w:t>
        <w:br/>
        <w:t>vn -0.7638 -0.3117 0.5652</w:t>
        <w:br/>
        <w:t>vn -0.5661 -0.5766 0.5891</w:t>
        <w:br/>
        <w:t>vn -0.7140 -0.6833 0.1525</w:t>
        <w:br/>
        <w:t>vn -0.3679 -0.6212 0.6919</w:t>
        <w:br/>
        <w:t>vn -0.7532 -0.6459 0.1248</w:t>
        <w:br/>
        <w:t>vn 0.1296 0.3260 0.9365</w:t>
        <w:br/>
        <w:t>vn 0.2962 0.0518 0.9537</w:t>
        <w:br/>
        <w:t>vn 0.2454 -0.0531 0.9680</w:t>
        <w:br/>
        <w:t>vn 0.8096 0.1400 0.5700</w:t>
        <w:br/>
        <w:t>vn 0.3582 0.1368 0.9236</w:t>
        <w:br/>
        <w:t>vn -0.1632 -0.2629 0.9509</w:t>
        <w:br/>
        <w:t>vn -0.3894 -0.2532 0.8856</w:t>
        <w:br/>
        <w:t>vn -0.7942 -0.1617 0.5858</w:t>
        <w:br/>
        <w:t>vn 0.8381 0.5367 0.0982</w:t>
        <w:br/>
        <w:t>vn 0.9972 0.0555 0.0492</w:t>
        <w:br/>
        <w:t>vn 0.6608 0.4629 0.5909</w:t>
        <w:br/>
        <w:t>vn 0.7482 0.4822 0.4557</w:t>
        <w:br/>
        <w:t>vn 0.6520 0.2507 0.7155</w:t>
        <w:br/>
        <w:t>vn 0.4478 0.2860 0.8472</w:t>
        <w:br/>
        <w:t>vn 0.3878 0.1281 0.9128</w:t>
        <w:br/>
        <w:t>vn 0.5030 0.1665 0.8481</w:t>
        <w:br/>
        <w:t>vn 0.9173 0.1061 0.3838</w:t>
        <w:br/>
        <w:t>vn 0.9769 0.2000 -0.0758</w:t>
        <w:br/>
        <w:t>vn 0.3153 0.6294 0.7103</w:t>
        <w:br/>
        <w:t>vn 0.9972 0.0483 -0.0578</w:t>
        <w:br/>
        <w:t>vn 0.9667 0.2454 -0.0727</w:t>
        <w:br/>
        <w:t>vn 0.8128 -0.0783 -0.5773</w:t>
        <w:br/>
        <w:t>vn -0.8312 0.2165 0.5120</w:t>
        <w:br/>
        <w:t>vn -0.6735 -0.0718 0.7357</w:t>
        <w:br/>
        <w:t>vn -0.5459 -0.0953 0.8324</w:t>
        <w:br/>
        <w:t>vn -0.6196 0.1132 0.7767</w:t>
        <w:br/>
        <w:t>vn -0.9918 -0.0038 0.1274</w:t>
        <w:br/>
        <w:t>vn 0.5952 0.5844 0.5515</w:t>
        <w:br/>
        <w:t>vn 0.6226 0.3631 0.6932</w:t>
        <w:br/>
        <w:t>vn 0.6846 0.2860 0.6705</w:t>
        <w:br/>
        <w:t>vn 0.6993 0.3568 0.6194</w:t>
        <w:br/>
        <w:t>vn 0.1995 0.4086 0.8906</w:t>
        <w:br/>
        <w:t>vn 0.6874 0.2464 0.6832</w:t>
        <w:br/>
        <w:t>vn 0.6941 0.3944 0.6023</w:t>
        <w:br/>
        <w:t>vn 0.3380 -0.0428 0.9402</w:t>
        <w:br/>
        <w:t>vn -0.3553 -0.1936 0.9145</w:t>
        <w:br/>
        <w:t>vn -0.4933 -0.1638 0.8543</w:t>
        <w:br/>
        <w:t>vn 0.9630 -0.1259 0.2382</w:t>
        <w:br/>
        <w:t>vn 0.9774 -0.2063 -0.0465</w:t>
        <w:br/>
        <w:t>vn 0.9527 -0.2016 0.2275</w:t>
        <w:br/>
        <w:t>vn 0.9984 0.0200 -0.0525</w:t>
        <w:br/>
        <w:t>vn 0.9741 0.0229 0.2249</w:t>
        <w:br/>
        <w:t>vn -0.0898 -0.1928 0.9771</w:t>
        <w:br/>
        <w:t>vn -0.0105 -0.0153 0.9998</w:t>
        <w:br/>
        <w:t>vn -0.5899 -0.1349 0.7961</w:t>
        <w:br/>
        <w:t>vn -0.0717 -0.3525 0.9331</w:t>
        <w:br/>
        <w:t>vn -0.0653 0.1555 0.9857</w:t>
        <w:br/>
        <w:t>vn 0.1654 -0.2842 0.9444</w:t>
        <w:br/>
        <w:t>vn 0.2218 0.0919 0.9708</w:t>
        <w:br/>
        <w:t>vn -0.1119 -0.3881 0.9148</w:t>
        <w:br/>
        <w:t>vn -0.2104 -0.3750 0.9028</w:t>
        <w:br/>
        <w:t>vn -0.0276 0.4647 0.8850</w:t>
        <w:br/>
        <w:t>vn 0.1874 0.0409 0.9814</w:t>
        <w:br/>
        <w:t>vn 0.8838 0.3817 0.2707</w:t>
        <w:br/>
        <w:t>vn 0.9196 0.3890 -0.0551</w:t>
        <w:br/>
        <w:t>vn -0.6196 0.1133 0.7767</w:t>
        <w:br/>
        <w:t>vn 0.1994 0.4086 0.8906</w:t>
        <w:br/>
        <w:t>vn -0.1623 0.6654 0.7286</w:t>
        <w:br/>
        <w:t>vn -0.8868 0.3678 0.2799</w:t>
        <w:br/>
        <w:t>vn -0.6712 0.3865 0.6326</w:t>
        <w:br/>
        <w:t>vn -0.9965 -0.0718 0.0429</w:t>
        <w:br/>
        <w:t>vn -0.9201 -0.0717 0.3851</w:t>
        <w:br/>
        <w:t>vn -0.8868 0.3678 0.2798</w:t>
        <w:br/>
        <w:t>vn 0.4333 -0.1381 0.8906</w:t>
        <w:br/>
        <w:t>vn 0.1994 0.4086 0.8907</w:t>
        <w:br/>
        <w:t>vn -0.8529 -0.1106 0.5102</w:t>
        <w:br/>
        <w:t>vn -0.8641 -0.1814 0.4695</w:t>
        <w:br/>
        <w:t>vn -0.9812 -0.1921 0.0174</w:t>
        <w:br/>
        <w:t>vn -0.9816 -0.1262 -0.1430</w:t>
        <w:br/>
        <w:t>vn 0.5426 0.0222 0.8397</w:t>
        <w:br/>
        <w:t>vn -0.9924 0.1223 0.0104</w:t>
        <w:br/>
        <w:t>vn -0.9139 0.0980 0.3939</w:t>
        <w:br/>
        <w:t>vn 0.2480 -0.1459 0.9577</w:t>
        <w:br/>
        <w:t>vn 0.5681 0.1560 0.8080</w:t>
        <w:br/>
        <w:t>vn 0.4087 0.6957 0.5907</w:t>
        <w:br/>
        <w:t>vn 0.4086 0.6958 0.5907</w:t>
        <w:br/>
        <w:t>vn 0.9806 0.1894 -0.0514</w:t>
        <w:br/>
        <w:t>vn -0.9561 0.0939 0.2775</w:t>
        <w:br/>
        <w:t>vn -0.9998 -0.0188 -0.0086</w:t>
        <w:br/>
        <w:t>vn 0.2251 -0.2365 0.9452</w:t>
        <w:br/>
        <w:t>vn 0.1778 -0.4172 0.8912</w:t>
        <w:br/>
        <w:t>vn 0.7791 -0.3963 0.4856</w:t>
        <w:br/>
        <w:t>vn 0.7505 -0.3843 0.5376</w:t>
        <w:br/>
        <w:t>vn -0.4974 -0.0230 0.8672</w:t>
        <w:br/>
        <w:t>vn -0.1533 0.4365 0.8865</w:t>
        <w:br/>
        <w:t>vn -0.0198 0.0933 0.9954</w:t>
        <w:br/>
        <w:t>vn 0.0399 0.8352 0.5484</w:t>
        <w:br/>
        <w:t>vn 0.2734 0.7858 0.5548</w:t>
        <w:br/>
        <w:t>vn 0.9490 -0.3121 -0.0439</w:t>
        <w:br/>
        <w:t>vn 0.3671 -0.2820 0.8864</w:t>
        <w:br/>
        <w:t>vn 0.6926 0.0603 0.7188</w:t>
        <w:br/>
        <w:t>vn 0.8011 0.4773 0.3613</w:t>
        <w:br/>
        <w:t>vn 0.9785 -0.2035 -0.0349</w:t>
        <w:br/>
        <w:t>vn 0.9113 -0.3775 0.1646</w:t>
        <w:br/>
        <w:t>vn 0.9785 -0.2034 -0.0350</w:t>
        <w:br/>
        <w:t>vn 0.9814 0.1919 -0.0060</w:t>
        <w:br/>
        <w:t>vn 0.7512 0.6601 0.0033</w:t>
        <w:br/>
        <w:t>vn 0.4552 0.8903 -0.0149</w:t>
        <w:br/>
        <w:t>vn 0.3950 0.9183 -0.0250</w:t>
        <w:br/>
        <w:t>vn 0.2780 -0.2206 0.9349</w:t>
        <w:br/>
        <w:t>vn 0.1393 -0.0590 0.9885</w:t>
        <w:br/>
        <w:t>vn 0.3463 -0.0968 0.9331</w:t>
        <w:br/>
        <w:t>vn 0.6782 -0.2386 0.6951</w:t>
        <w:br/>
        <w:t>vn 0.1189 0.1501 0.9815</w:t>
        <w:br/>
        <w:t>vn 0.9475 -0.2783 0.1576</w:t>
        <w:br/>
        <w:t>vn 0.9624 -0.2665 -0.0527</w:t>
        <w:br/>
        <w:t>vn 0.1725 -0.0922 0.9807</w:t>
        <w:br/>
        <w:t>vn 0.0719 0.0628 0.9954</w:t>
        <w:br/>
        <w:t>vn -0.0805 0.2530 0.9641</w:t>
        <w:br/>
        <w:t>vn -0.0633 0.3557 0.9325</w:t>
        <w:br/>
        <w:t>vn -0.9703 -0.2404 -0.0286</w:t>
        <w:br/>
        <w:t>vn -0.9475 -0.2461 0.2039</w:t>
        <w:br/>
        <w:t>vn -0.9550 -0.2458 0.1657</w:t>
        <w:br/>
        <w:t>vn -0.1551 0.1996 0.9675</w:t>
        <w:br/>
        <w:t>vn -0.7652 0.4958 0.4108</w:t>
        <w:br/>
        <w:t>vn -0.9710 -0.1995 0.1320</w:t>
        <w:br/>
        <w:t>vn -0.9994 -0.0249 -0.0220</w:t>
        <w:br/>
        <w:t>vn 0.1996 0.0334 0.9793</w:t>
        <w:br/>
        <w:t>vn 0.9516 -0.2791 0.1285</w:t>
        <w:br/>
        <w:t>vn 0.9674 -0.2409 -0.0775</w:t>
        <w:br/>
        <w:t>vn 0.1014 -0.0841 0.9913</w:t>
        <w:br/>
        <w:t>vn -0.9051 0.4252 -0.0019</w:t>
        <w:br/>
        <w:t>vn -0.7651 0.4958 0.4108</w:t>
        <w:br/>
        <w:t>vn -0.7784 0.5991 0.1873</w:t>
        <w:br/>
        <w:t>vn -0.8877 0.4602 -0.0147</w:t>
        <w:br/>
        <w:t>vn -0.8825 0.3943 0.2563</w:t>
        <w:br/>
        <w:t>vn -0.3552 -0.1935 0.9145</w:t>
        <w:br/>
        <w:t>vn -0.4226 -0.1693 0.8904</w:t>
        <w:br/>
        <w:t>vn -0.6308 -0.1766 0.7556</w:t>
        <w:br/>
        <w:t>vn -0.7767 -0.0455 -0.6283</w:t>
        <w:br/>
        <w:t>vn -0.6123 -0.3615 -0.7032</w:t>
        <w:br/>
        <w:t>vn -0.5413 0.0192 -0.8406</w:t>
        <w:br/>
        <w:t>vn -0.6679 0.3038 -0.6794</w:t>
        <w:br/>
        <w:t>vn -0.1943 -0.4543 -0.8694</w:t>
        <w:br/>
        <w:t>vn -0.1432 -0.3321 -0.9323</w:t>
        <w:br/>
        <w:t>vn 0.0109 -0.4356 -0.9001</w:t>
        <w:br/>
        <w:t>vn -0.0495 -0.3375 -0.9400</w:t>
        <w:br/>
        <w:t>vn -0.1310 -0.3752 -0.9176</w:t>
        <w:br/>
        <w:t>vn -0.1155 -0.4780 -0.8707</w:t>
        <w:br/>
        <w:t>vn -0.1461 -0.4757 -0.8674</w:t>
        <w:br/>
        <w:t>vn -0.7403 -0.4644 -0.4861</w:t>
        <w:br/>
        <w:t>vn -0.8541 -0.3780 -0.3571</w:t>
        <w:br/>
        <w:t>vn -0.9160 -0.1197 -0.3828</w:t>
        <w:br/>
        <w:t>vn 0.0818 -0.0932 -0.9923</w:t>
        <w:br/>
        <w:t>vn 0.0735 0.0512 -0.9960</w:t>
        <w:br/>
        <w:t>vn -0.2711 -0.1891 -0.9438</w:t>
        <w:br/>
        <w:t>vn -0.1978 -0.2580 -0.9457</w:t>
        <w:br/>
        <w:t>vn -0.1031 -0.3664 -0.9247</w:t>
        <w:br/>
        <w:t>vn -0.2163 -0.2350 -0.9476</w:t>
        <w:br/>
        <w:t>vn 0.7855 -0.4275 -0.4474</w:t>
        <w:br/>
        <w:t>vn 0.8197 -0.2654 -0.5075</w:t>
        <w:br/>
        <w:t>vn 0.7984 -0.3837 -0.4640</w:t>
        <w:br/>
        <w:t>vn 0.7761 0.0151 -0.6304</w:t>
        <w:br/>
        <w:t>vn 0.8198 -0.2654 -0.5075</w:t>
        <w:br/>
        <w:t>vn 0.6074 0.0688 -0.7914</w:t>
        <w:br/>
        <w:t>vn -0.1142 -0.2511 -0.9612</w:t>
        <w:br/>
        <w:t>vn 0.4391 -0.2403 -0.8657</w:t>
        <w:br/>
        <w:t>vn 0.5813 -0.4642 -0.6683</w:t>
        <w:br/>
        <w:t>vn 0.5828 -0.0159 -0.8125</w:t>
        <w:br/>
        <w:t>vn 0.4548 0.1754 -0.8732</w:t>
        <w:br/>
        <w:t>vn 0.9487 -0.1274 -0.2893</w:t>
        <w:br/>
        <w:t>vn 0.9987 -0.0262 -0.0444</w:t>
        <w:br/>
        <w:t>vn -0.2334 -0.5727 -0.7858</w:t>
        <w:br/>
        <w:t>vn -0.2052 -0.3214 -0.9244</w:t>
        <w:br/>
        <w:t>vn 0.0617 -0.3335 -0.9407</w:t>
        <w:br/>
        <w:t>vn 0.1307 -0.0010 -0.9914</w:t>
        <w:br/>
        <w:t>vn 0.0565 0.0874 -0.9946</w:t>
        <w:br/>
        <w:t>vn 0.9561 0.2077 -0.2066</w:t>
        <w:br/>
        <w:t>vn 0.3275 -0.2646 -0.9070</w:t>
        <w:br/>
        <w:t>vn -0.9382 0.3415 -0.0567</w:t>
        <w:br/>
        <w:t>vn -0.8191 -0.1578 -0.5516</w:t>
        <w:br/>
        <w:t>vn -0.6099 -0.5099 -0.6067</w:t>
        <w:br/>
        <w:t>vn -0.5207 -0.5721 -0.6337</w:t>
        <w:br/>
        <w:t>vn -0.5206 -0.6030 -0.6044</w:t>
        <w:br/>
        <w:t>vn 0.0096 -0.3825 -0.9239</w:t>
        <w:br/>
        <w:t>vn 0.4147 0.6122 -0.6732</w:t>
        <w:br/>
        <w:t>vn 0.6554 0.3082 -0.6895</w:t>
        <w:br/>
        <w:t>vn 0.1084 0.0982 -0.9892</w:t>
        <w:br/>
        <w:t>vn 0.4147 0.6122 -0.6733</w:t>
        <w:br/>
        <w:t>vn -0.1238 -0.0782 -0.9892</w:t>
        <w:br/>
        <w:t>vn 0.0217 -0.1138 -0.9933</w:t>
        <w:br/>
        <w:t>vn -0.0476 -0.2285 -0.9724</w:t>
        <w:br/>
        <w:t>vn -0.1176 -0.2401 -0.9636</w:t>
        <w:br/>
        <w:t>vn 0.0814 0.3464 -0.9345</w:t>
        <w:br/>
        <w:t>vn 0.8219 0.0652 -0.5659</w:t>
        <w:br/>
        <w:t>vn 0.8685 0.0546 -0.4927</w:t>
        <w:br/>
        <w:t>vn 0.8380 0.5367 0.0982</w:t>
        <w:br/>
        <w:t>vn -0.8810 -0.0745 -0.4672</w:t>
        <w:br/>
        <w:t>vn -0.9160 -0.1197 -0.3829</w:t>
        <w:br/>
        <w:t>vn -0.6892 -0.0291 -0.7240</w:t>
        <w:br/>
        <w:t>vn -0.4574 -0.3023 -0.8363</w:t>
        <w:br/>
        <w:t>vn -0.7489 -0.2676 -0.6062</w:t>
        <w:br/>
        <w:t>vn -0.8187 -0.1401 -0.5569</w:t>
        <w:br/>
        <w:t>vn 0.0939 0.0897 -0.9915</w:t>
        <w:br/>
        <w:t>vn -0.1379 -0.0294 -0.9900</w:t>
        <w:br/>
        <w:t>vn 0.1599 0.1891 -0.9688</w:t>
        <w:br/>
        <w:t>vn 0.0191 0.2536 -0.9671</w:t>
        <w:br/>
        <w:t>vn -0.4321 0.2103 -0.8769</w:t>
        <w:br/>
        <w:t>vn 0.0087 -0.1129 -0.9936</w:t>
        <w:br/>
        <w:t>vn 0.1730 -0.1209 -0.9775</w:t>
        <w:br/>
        <w:t>vn -0.2548 -0.3684 -0.8941</w:t>
        <w:br/>
        <w:t>vn -0.2315 -0.2506 -0.9400</w:t>
        <w:br/>
        <w:t>vn 0.9972 0.0555 0.0493</w:t>
        <w:br/>
        <w:t>vn 0.9317 -0.1334 -0.3378</w:t>
        <w:br/>
        <w:t>vn 0.9281 -0.1955 -0.3169</w:t>
        <w:br/>
        <w:t>vn 0.9454 0.0155 -0.3254</w:t>
        <w:br/>
        <w:t>vn -0.3383 -0.0705 -0.9384</w:t>
        <w:br/>
        <w:t>vn -0.3682 -0.0198 -0.9296</w:t>
        <w:br/>
        <w:t>vn -0.2785 0.0686 -0.9580</w:t>
        <w:br/>
        <w:t>vn -0.1376 -0.1355 -0.9812</w:t>
        <w:br/>
        <w:t>vn -0.0989 0.0411 -0.9943</w:t>
        <w:br/>
        <w:t>vn -0.2175 0.2046 -0.9544</w:t>
        <w:br/>
        <w:t>vn -0.1781 0.0064 -0.9840</w:t>
        <w:br/>
        <w:t>vn 0.8569 0.3546 -0.3741</w:t>
        <w:br/>
        <w:t>vn -0.6892 -0.0290 -0.7240</w:t>
        <w:br/>
        <w:t>vn -0.6250 0.4413 -0.6439</w:t>
        <w:br/>
        <w:t>vn -0.5339 0.6989 -0.4758</w:t>
        <w:br/>
        <w:t>vn -0.8906 -0.2423 -0.3849</w:t>
        <w:br/>
        <w:t>vn -0.6250 0.4414 -0.6438</w:t>
        <w:br/>
        <w:t>vn -0.6053 -0.1125 -0.7880</w:t>
        <w:br/>
        <w:t>vn -0.5552 -0.1112 -0.8243</w:t>
        <w:br/>
        <w:t>vn -0.9198 0.1279 -0.3711</w:t>
        <w:br/>
        <w:t>vn -0.0605 0.2181 -0.9740</w:t>
        <w:br/>
        <w:t>vn -0.2889 0.0681 -0.9549</w:t>
        <w:br/>
        <w:t>vn -0.0320 0.0411 -0.9986</w:t>
        <w:br/>
        <w:t>vn 0.9169 0.1779 -0.3572</w:t>
        <w:br/>
        <w:t>vn 0.9805 0.1894 -0.0515</w:t>
        <w:br/>
        <w:t>vn -0.6358 0.0667 -0.7690</w:t>
        <w:br/>
        <w:t>vn -0.3073 0.0715 -0.9489</w:t>
        <w:br/>
        <w:t>vn -0.1919 0.1676 -0.9670</w:t>
        <w:br/>
        <w:t>vn -0.2086 -0.0688 -0.9756</w:t>
        <w:br/>
        <w:t>vn -0.1325 -0.0142 -0.9911</w:t>
        <w:br/>
        <w:t>vn 0.0257 0.5308 -0.8471</w:t>
        <w:br/>
        <w:t>vn 0.9197 -0.2891 -0.2655</w:t>
        <w:br/>
        <w:t>vn 0.9490 -0.3121 -0.0440</w:t>
        <w:br/>
        <w:t>vn 0.0722 -0.1285 -0.9891</w:t>
        <w:br/>
        <w:t>vn 0.0793 0.0952 -0.9923</w:t>
        <w:br/>
        <w:t>vn 0.1329 0.2164 -0.9672</w:t>
        <w:br/>
        <w:t>vn 0.9512 -0.1951 -0.2391</w:t>
        <w:br/>
        <w:t>vn 0.8771 0.4409 -0.1907</w:t>
        <w:br/>
        <w:t>vn 0.5031 0.8348 -0.2235</w:t>
        <w:br/>
        <w:t>vn 0.4552 0.8903 -0.0150</w:t>
        <w:br/>
        <w:t>vn 0.0258 0.5309 -0.8470</w:t>
        <w:br/>
        <w:t>vn 0.3335 0.8484 -0.4110</w:t>
        <w:br/>
        <w:t>vn -0.2448 -0.1277 -0.9611</w:t>
        <w:br/>
        <w:t>vn -0.7611 -0.1344 -0.6346</w:t>
        <w:br/>
        <w:t>vn -0.1084 -0.0958 -0.9895</w:t>
        <w:br/>
        <w:t>vn -0.2584 -0.0600 -0.9642</w:t>
        <w:br/>
        <w:t>vn -0.3140 0.1127 -0.9427</w:t>
        <w:br/>
        <w:t>vn 0.9343 -0.2428 -0.2610</w:t>
        <w:br/>
        <w:t>vn 0.9253 -0.2927 -0.2410</w:t>
        <w:br/>
        <w:t>vn -0.1668 -0.0327 -0.9855</w:t>
        <w:br/>
        <w:t>vn -0.3324 0.1548 -0.9303</w:t>
        <w:br/>
        <w:t>vn -0.4606 0.2375 -0.8553</w:t>
        <w:br/>
        <w:t>vn -0.8106 0.0210 -0.5852</w:t>
        <w:br/>
        <w:t>vn -0.7199 0.4420 -0.5352</w:t>
        <w:br/>
        <w:t>vn -0.9163 0.2646 -0.3008</w:t>
        <w:br/>
        <w:t>vn -0.6976 0.2094 -0.6852</w:t>
        <w:br/>
        <w:t>vn -0.8877 0.4602 -0.0146</w:t>
        <w:br/>
        <w:t>vn -0.9051 0.4251 -0.0019</w:t>
        <w:br/>
        <w:t>vn -0.2782 0.1409 -0.9501</w:t>
        <w:br/>
        <w:t>vn 0.9405 -0.1921 -0.2801</w:t>
        <w:br/>
        <w:t>vn -0.9918 -0.0038 0.1275</w:t>
        <w:br/>
        <w:t>vn -0.9885 0.1413 -0.0543</w:t>
        <w:br/>
        <w:t>vn -0.9885 0.1414 -0.0544</w:t>
        <w:br/>
        <w:t>vn -0.3470 -0.2989 0.8890</w:t>
        <w:br/>
        <w:t>vn -0.6713 0.3865 0.6325</w:t>
        <w:br/>
        <w:t>vn -0.5900 -0.1349 0.7961</w:t>
        <w:br/>
        <w:t>vn 0.9436 0.0204 -0.3305</w:t>
        <w:br/>
        <w:t>vn 0.1567 0.8180 0.5534</w:t>
        <w:br/>
        <w:t>vn -0.8113 -0.5741 0.1101</w:t>
        <w:br/>
        <w:t>vn -0.7259 -0.5235 0.4461</w:t>
        <w:br/>
        <w:t>vn -0.3679 -0.6211 0.6920</w:t>
        <w:br/>
        <w:t>vn 0.2825 -0.4756 0.8331</w:t>
        <w:br/>
        <w:t>vn 0.3104 -0.4679 0.8275</w:t>
        <w:br/>
        <w:t>vn 0.6101 -0.3996 0.6842</w:t>
        <w:br/>
        <w:t>vn 0.8997 -0.4354 0.0292</w:t>
        <w:br/>
        <w:t>vn -0.4982 -0.6683 -0.5524</w:t>
        <w:br/>
        <w:t>vn -0.8113 -0.5741 0.1102</w:t>
        <w:br/>
        <w:t>vn -0.0602 -0.6420 -0.7644</w:t>
        <w:br/>
        <w:t>vn 0.8998 -0.4354 0.0291</w:t>
        <w:br/>
        <w:t>vn 0.4174 -0.6148 -0.6691</w:t>
        <w:br/>
        <w:t>vn 0.4175 -0.6148 -0.6691</w:t>
        <w:br/>
        <w:t>vn 0.8785 -0.3363 -0.3393</w:t>
        <w:br/>
        <w:t>vn 0.1473 -0.7844 -0.6025</w:t>
        <w:br/>
        <w:t>vn 0.5608 -0.7357 -0.3798</w:t>
        <w:br/>
        <w:t>vn 0.8659 -0.4476 -0.2236</w:t>
        <w:br/>
        <w:t>vn 0.9830 0.0599 0.1737</w:t>
        <w:br/>
        <w:t>vn 0.9912 0.1294 -0.0262</w:t>
        <w:br/>
        <w:t>vn 0.2300 0.7578 0.6106</w:t>
        <w:br/>
        <w:t>vn 0.3721 0.7258 0.5786</w:t>
        <w:br/>
        <w:t>vn 0.3618 0.6332 0.6842</w:t>
        <w:br/>
        <w:t>vn 0.0004 0.7343 0.6788</w:t>
        <w:br/>
        <w:t>vn -0.2307 0.6677 0.7078</w:t>
        <w:br/>
        <w:t>vn 0.0720 0.6044 0.7934</w:t>
        <w:br/>
        <w:t>vn 0.1965 -0.7589 -0.6208</w:t>
        <w:br/>
        <w:t>vn 0.4252 -0.6193 -0.6601</w:t>
        <w:br/>
        <w:t>vn 0.4191 -0.4894 -0.7647</w:t>
        <w:br/>
        <w:t>vn 0.2070 -0.6910 -0.6926</w:t>
        <w:br/>
        <w:t>vn 0.5939 -0.2421 -0.7672</w:t>
        <w:br/>
        <w:t>vn 0.6237 -0.4331 -0.6507</w:t>
        <w:br/>
        <w:t>vn 0.7280 0.6851 0.0259</w:t>
        <w:br/>
        <w:t>vn 0.7971 0.6039 0.0030</w:t>
        <w:br/>
        <w:t>vn 0.6329 0.7088 0.3116</w:t>
        <w:br/>
        <w:t>vn -0.0656 0.7073 0.7039</w:t>
        <w:br/>
        <w:t>vn -0.0731 0.7522 0.6549</w:t>
        <w:br/>
        <w:t>vn -0.2993 0.6065 0.7366</w:t>
        <w:br/>
        <w:t>vn -0.1060 0.4424 0.8905</w:t>
        <w:br/>
        <w:t>vn -0.7015 0.1706 0.6919</w:t>
        <w:br/>
        <w:t>vn -0.3026 0.1979 0.9324</w:t>
        <w:br/>
        <w:t>vn -0.5378 -0.7566 0.3719</w:t>
        <w:br/>
        <w:t>vn -0.5378 -0.7566 0.3718</w:t>
        <w:br/>
        <w:t>vn -0.6777 -0.6528 0.3386</w:t>
        <w:br/>
        <w:t>vn -0.7860 -0.5151 0.3419</w:t>
        <w:br/>
        <w:t>vn -0.2142 -0.7798 -0.5882</w:t>
        <w:br/>
        <w:t>vn 0.3177 -0.7184 -0.6188</w:t>
        <w:br/>
        <w:t>vn 0.0774 -0.7987 -0.5967</w:t>
        <w:br/>
        <w:t>vn -0.9111 -0.2413 0.3341</w:t>
        <w:br/>
        <w:t>vn -0.7870 0.1851 0.5886</w:t>
        <w:br/>
        <w:t>vn -0.9714 -0.0324 0.2352</w:t>
        <w:br/>
        <w:t>vn -0.2372 0.6973 0.6764</w:t>
        <w:br/>
        <w:t>vn 0.0013 0.7862 0.6179</w:t>
        <w:br/>
        <w:t>vn 0.9129 0.4080 -0.0105</w:t>
        <w:br/>
        <w:t>vn 0.5375 -0.5915 -0.6010</w:t>
        <w:br/>
        <w:t>vn 0.5874 0.5105 0.6279</w:t>
        <w:br/>
        <w:t>vn 0.1523 0.6070 0.7800</w:t>
        <w:br/>
        <w:t>vn 0.9830 0.0598 0.1737</w:t>
        <w:br/>
        <w:t>vn 0.9574 0.1321 0.2568</w:t>
        <w:br/>
        <w:t>vn 0.9076 -0.3716 -0.1952</w:t>
        <w:br/>
        <w:t>vn -0.5123 -0.6132 -0.6013</w:t>
        <w:br/>
        <w:t>vn -0.9602 -0.2279 -0.1614</w:t>
        <w:br/>
        <w:t>vn -0.9695 0.0738 -0.2336</w:t>
        <w:br/>
        <w:t>vn -0.6418 -0.3305 -0.6920</w:t>
        <w:br/>
        <w:t>vn 0.1285 -0.7065 -0.6959</w:t>
        <w:br/>
        <w:t>vn -0.0290 -0.6105 -0.7915</w:t>
        <w:br/>
        <w:t>vn -0.2024 0.7213 0.6624</w:t>
        <w:br/>
        <w:t>vn -0.2453 0.6044 0.7580</w:t>
        <w:br/>
        <w:t>vn 0.2203 0.7212 0.6568</w:t>
        <w:br/>
        <w:t>vn -0.3112 0.6025 0.7350</w:t>
        <w:br/>
        <w:t>vn -0.6239 0.5473 0.5578</w:t>
        <w:br/>
        <w:t>vn -0.6680 0.4673 0.5791</w:t>
        <w:br/>
        <w:t>vn -0.9007 0.3715 0.2252</w:t>
        <w:br/>
        <w:t>vn -0.9419 0.1774 0.2853</w:t>
        <w:br/>
        <w:t>vn 0.5721 -0.6286 -0.5269</w:t>
        <w:br/>
        <w:t>vn 0.4358 -0.7016 -0.5638</w:t>
        <w:br/>
        <w:t>vn 0.8083 -0.5005 -0.3102</w:t>
        <w:br/>
        <w:t>vn -0.2589 -0.8445 -0.4688</w:t>
        <w:br/>
        <w:t>vn -0.7551 -0.6529 -0.0592</w:t>
        <w:br/>
        <w:t>vn -0.8708 -0.4838 -0.0878</w:t>
        <w:br/>
        <w:t>vn -0.3744 -0.7790 -0.5030</w:t>
        <w:br/>
        <w:t>vn 0.2901 -0.7131 -0.6382</w:t>
        <w:br/>
        <w:t>vn 0.2228 -0.7339 -0.6417</w:t>
        <w:br/>
        <w:t>vn 0.1634 0.7662 0.6215</w:t>
        <w:br/>
        <w:t>vn 0.2975 0.6901 0.6598</w:t>
        <w:br/>
        <w:t>vn -0.3031 0.6204 0.7234</w:t>
        <w:br/>
        <w:t>vn -0.3446 0.5981 0.7236</w:t>
        <w:br/>
        <w:t>vn -0.7043 0.3699 0.6060</w:t>
        <w:br/>
        <w:t>vn -0.7326 0.2469 0.6343</w:t>
        <w:br/>
        <w:t>vn -0.9059 -0.2182 0.3628</w:t>
        <w:br/>
        <w:t>vn -0.9417 -0.0275 0.3353</w:t>
        <w:br/>
        <w:t>vn -0.7550 -0.6530 -0.0593</w:t>
        <w:br/>
        <w:t>vn -0.8708 -0.4837 -0.0878</w:t>
        <w:br/>
        <w:t>vn 0.6732 -0.4512 -0.5858</w:t>
        <w:br/>
        <w:t>vn 0.6219 -0.5493 -0.5581</w:t>
        <w:br/>
        <w:t>vn 0.9527 -0.1540 -0.2619</w:t>
        <w:br/>
        <w:t>vn 0.9492 0.0125 -0.3144</w:t>
        <w:br/>
        <w:t>vn 0.8777 0.3997 0.2644</w:t>
        <w:br/>
        <w:t>vn 0.7633 0.6007 0.2376</w:t>
        <w:br/>
        <w:t>vn 0.7633 0.6008 0.2375</w:t>
        <w:br/>
        <w:t>vn 0.8777 0.3997 0.2645</w:t>
        <w:br/>
        <w:t>vn -0.0070 -0.9047 -0.4261</w:t>
        <w:br/>
        <w:t>vn -0.3465 -0.9380 0.0060</w:t>
        <w:br/>
        <w:t>vn -0.5739 -0.8185 -0.0272</w:t>
        <w:br/>
        <w:t>vn -0.1283 -0.8865 -0.4445</w:t>
        <w:br/>
        <w:t>vn 0.3320 -0.6658 -0.6682</w:t>
        <w:br/>
        <w:t>vn 0.3307 -0.6194 -0.7121</w:t>
        <w:br/>
        <w:t>vn 0.0221 0.7952 0.6059</w:t>
        <w:br/>
        <w:t>vn 0.0574 0.7925 0.6071</w:t>
        <w:br/>
        <w:t>vn -0.3851 0.5297 0.7557</w:t>
        <w:br/>
        <w:t>vn -0.3292 0.4507 0.8298</w:t>
        <w:br/>
        <w:t>vn -0.5802 -0.1182 0.8058</w:t>
        <w:br/>
        <w:t>vn -0.7121 0.0736 0.6982</w:t>
        <w:br/>
        <w:t>vn -0.5754 -0.6691 0.4703</w:t>
        <w:br/>
        <w:t>vn -0.7936 -0.4505 0.4090</w:t>
        <w:br/>
        <w:t>vn -0.5739 -0.8185 -0.0273</w:t>
        <w:br/>
        <w:t>vn 0.6749 -0.3071 -0.6710</w:t>
        <w:br/>
        <w:t>vn 0.6034 -0.1550 -0.7822</w:t>
        <w:br/>
        <w:t>vn 0.8811 0.2320 -0.4120</w:t>
        <w:br/>
        <w:t>vn 0.7236 0.4655 -0.5096</w:t>
        <w:br/>
        <w:t>vn 0.6262 0.7597 0.1754</w:t>
        <w:br/>
        <w:t>vn 0.4608 0.8789 0.1231</w:t>
        <w:br/>
        <w:t>vn 0.1368 -0.9694 0.2041</w:t>
        <w:br/>
        <w:t>vn -0.0762 -0.9961 0.0454</w:t>
        <w:br/>
        <w:t>vn 0.1365 -0.9069 -0.3986</w:t>
        <w:br/>
        <w:t>vn 0.3596 -0.7567 -0.5460</w:t>
        <w:br/>
        <w:t>vn 0.3519 -0.5950 -0.7226</w:t>
        <w:br/>
        <w:t>vn 0.0711 -0.0168 0.9973</w:t>
        <w:br/>
        <w:t>vn 0.2691 0.8104 0.5203</w:t>
        <w:br/>
        <w:t>vn 0.0965 0.7743 0.6254</w:t>
        <w:br/>
        <w:t>vn -0.1264 0.3677 0.9213</w:t>
        <w:br/>
        <w:t>vn -0.2744 -0.2828 0.9191</w:t>
        <w:br/>
        <w:t>vn -0.0540 -0.6364 0.7695</w:t>
        <w:br/>
        <w:t>vn -0.2359 -0.8108 0.5357</w:t>
        <w:br/>
        <w:t>vn 0.1368 -0.9693 0.2041</w:t>
        <w:br/>
        <w:t>vn 0.5403 -0.0610 -0.8392</w:t>
        <w:br/>
        <w:t>vn 0.5333 -0.1535 -0.8319</w:t>
        <w:br/>
        <w:t>vn 0.5908 0.6015 -0.5377</w:t>
        <w:br/>
        <w:t>vn 0.3770 0.9176 0.1257</w:t>
        <w:br/>
        <w:t>vn 0.4900 0.8535 -0.1774</w:t>
        <w:br/>
        <w:t>vn 0.4750 0.8655 -0.1591</w:t>
        <w:br/>
        <w:t>vn 0.3771 0.9176 0.1256</w:t>
        <w:br/>
        <w:t>vn 0.5110 0.7443 -0.4300</w:t>
        <w:br/>
        <w:t>vn 0.7456 0.5006 -0.4398</w:t>
        <w:br/>
        <w:t>vn 0.5662 0.3212 -0.7591</w:t>
        <w:br/>
        <w:t>vn 0.3989 0.6576 -0.6391</w:t>
        <w:br/>
        <w:t>vn 0.5145 0.8363 -0.1894</w:t>
        <w:br/>
        <w:t>vn 0.7200 0.6906 -0.0680</w:t>
        <w:br/>
        <w:t>vn 0.5145 0.8363 -0.1897</w:t>
        <w:br/>
        <w:t>vn 0.4181 0.9084 0.0097</w:t>
        <w:br/>
        <w:t>vn 0.5379 0.8168 0.2087</w:t>
        <w:br/>
        <w:t>vn 0.2299 0.9620 0.1470</w:t>
        <w:br/>
        <w:t>vn 0.2549 0.8914 0.3748</w:t>
        <w:br/>
        <w:t>vn -0.0131 0.9832 0.1822</w:t>
        <w:br/>
        <w:t>vn -0.0809 0.9113 0.4037</w:t>
        <w:br/>
        <w:t>vn -0.2400 0.9671 0.0849</w:t>
        <w:br/>
        <w:t>vn -0.3860 0.8811 0.2731</w:t>
        <w:br/>
        <w:t>vn -0.3905 0.9125 -0.1214</w:t>
        <w:br/>
        <w:t>vn -0.6006 0.7996 0.0025</w:t>
        <w:br/>
        <w:t>vn -0.4154 0.8258 -0.3815</w:t>
        <w:br/>
        <w:t>vn -0.6604 0.6614 -0.3556</w:t>
        <w:br/>
        <w:t>vn -0.2807 0.7117 -0.6440</w:t>
        <w:br/>
        <w:t>vn -0.4891 0.4630 -0.7392</w:t>
        <w:br/>
        <w:t>vn -0.6604 0.6614 -0.3555</w:t>
        <w:br/>
        <w:t>vn -0.4156 0.8259 -0.3810</w:t>
        <w:br/>
        <w:t>vn -0.1330 0.2772 -0.9516</w:t>
        <w:br/>
        <w:t>vn -0.0414 0.6129 -0.7890</w:t>
        <w:br/>
        <w:t>vn 0.2008 0.6066 -0.7692</w:t>
        <w:br/>
        <w:t>vn 0.2466 0.2412 -0.9386</w:t>
        <w:br/>
        <w:t>vn 0.6598 -0.3251 -0.6775</w:t>
        <w:br/>
        <w:t>vn 0.2807 -0.4246 -0.8607</w:t>
        <w:br/>
        <w:t>vn -0.1713 -0.3274 -0.9292</w:t>
        <w:br/>
        <w:t>vn -0.6741 -0.0194 -0.7384</w:t>
        <w:br/>
        <w:t>vn -0.9081 0.3156 -0.2752</w:t>
        <w:br/>
        <w:t>vn -0.8259 0.5380 0.1686</w:t>
        <w:br/>
        <w:t>vn -0.5569 0.6616 0.5022</w:t>
        <w:br/>
        <w:t>vn 0.6333 0.6002 0.4886</w:t>
        <w:br/>
        <w:t>vn 0.9328 0.3299 0.1448</w:t>
        <w:br/>
        <w:t>vn 0.9447 -0.0492 -0.3244</w:t>
        <w:br/>
        <w:t>vn -0.3813 -0.8367 0.3931</w:t>
        <w:br/>
        <w:t>vn 0.3731 -0.4321 -0.8210</w:t>
        <w:br/>
        <w:t>vn 0.5452 0.6982 0.4639</w:t>
        <w:br/>
        <w:t>vn 0.6329 0.7088 0.3115</w:t>
        <w:br/>
        <w:t>vn 0.5454 0.6982 0.4636</w:t>
        <w:br/>
        <w:t>vn -0.0991 0.0863 0.9913</w:t>
        <w:br/>
        <w:t>vn 0.4152 -0.7373 -0.5329</w:t>
        <w:br/>
        <w:t>vn 0.1826 0.5997 0.7791</w:t>
        <w:br/>
        <w:t>vn 0.1186 -0.6241 0.7723</w:t>
        <w:br/>
        <w:t>vn 0.1369 -0.9693 0.2041</w:t>
        <w:br/>
        <w:t>vn 0.2691 0.8104 0.5205</w:t>
        <w:br/>
        <w:t>vn 0.4597 0.8769 -0.1406</w:t>
        <w:br/>
        <w:t>vn 0.4750 0.8655 -0.1590</w:t>
        <w:br/>
        <w:t>vn -0.7859 -0.5152 0.3420</w:t>
        <w:br/>
        <w:t>vn 0.6178 -0.6506 -0.4415</w:t>
        <w:br/>
        <w:t>vn -0.2716 -0.9558 -0.1129</w:t>
        <w:br/>
        <w:t>vn -0.2718 -0.9557 -0.1129</w:t>
        <w:br/>
        <w:t>vn 0.1194 0.6087 0.7844</w:t>
        <w:br/>
        <w:t>vn -0.0329 -0.7994 0.6000</w:t>
        <w:br/>
        <w:t>vn -0.0531 -0.9352 0.3502</w:t>
        <w:br/>
        <w:t>vn -0.0328 -0.7994 0.5999</w:t>
        <w:br/>
        <w:t>vn -0.0100 -0.5986 0.8010</w:t>
        <w:br/>
        <w:t>vn -0.0104 -0.5986 0.8010</w:t>
        <w:br/>
        <w:t>vn -0.9889 0.0529 0.1385</w:t>
        <w:br/>
        <w:t>vn 0.9229 0.2863 0.2576</w:t>
        <w:br/>
        <w:t>vn 0.9228 0.2864 0.2576</w:t>
        <w:br/>
        <w:t>vn 0.3197 0.8346 0.4485</w:t>
        <w:br/>
        <w:t>vn 0.1470 0.8931 0.4251</w:t>
        <w:br/>
        <w:t>vn -0.1632 0.8209 0.5472</w:t>
        <w:br/>
        <w:t>vn 0.0734 0.7581 0.6480</w:t>
        <w:br/>
        <w:t>vn -0.3887 0.4838 0.7841</w:t>
        <w:br/>
        <w:t>vn -0.6901 0.4663 0.5534</w:t>
        <w:br/>
        <w:t>vn -0.5211 0.3582 0.7747</w:t>
        <w:br/>
        <w:t>vn -0.4765 0.2194 0.8514</w:t>
        <w:br/>
        <w:t>vn -0.5717 -0.0555 0.8186</w:t>
        <w:br/>
        <w:t>vn -0.3557 -0.2004 0.9129</w:t>
        <w:br/>
        <w:t>vn 0.9215 -0.3878 -0.0211</w:t>
        <w:br/>
        <w:t>vn 0.9778 0.1834 0.1014</w:t>
        <w:br/>
        <w:t>vn 0.8974 0.0977 0.4302</w:t>
        <w:br/>
        <w:t>vn 0.7070 -0.1583 0.6893</w:t>
        <w:br/>
        <w:t>vn -0.6462 0.5062 0.5711</w:t>
        <w:br/>
        <w:t>vn -0.3007 0.2168 0.9287</w:t>
        <w:br/>
        <w:t>vn -0.6714 0.4778 0.5665</w:t>
        <w:br/>
        <w:t>vn -0.4427 0.3532 0.8241</w:t>
        <w:br/>
        <w:t>vn -0.7500 0.3734 0.5459</w:t>
        <w:br/>
        <w:t>vn -0.0558 0.5415 0.8388</w:t>
        <w:br/>
        <w:t>vn -0.9351 -0.3544 0.0061</w:t>
        <w:br/>
        <w:t>vn -0.9043 0.1024 0.4144</w:t>
        <w:br/>
        <w:t>vn -0.9944 0.0222 0.1034</w:t>
        <w:br/>
        <w:t>vn -0.5842 0.6156 0.5289</w:t>
        <w:br/>
        <w:t>vn -0.7921 0.4783 0.3792</w:t>
        <w:br/>
        <w:t>vn -0.5865 0.5562 0.5888</w:t>
        <w:br/>
        <w:t>vn -0.8988 0.0045 0.4384</w:t>
        <w:br/>
        <w:t>vn -0.8306 0.0918 0.5493</w:t>
        <w:br/>
        <w:t>vn -0.9553 0.1730 0.2397</w:t>
        <w:br/>
        <w:t>vn -0.5646 0.6890 0.4545</w:t>
        <w:br/>
        <w:t>vn -0.7913 0.2466 0.5594</w:t>
        <w:br/>
        <w:t>vn -0.9987 -0.0261 -0.0444</w:t>
        <w:br/>
        <w:t>vn -0.5899 0.1581 0.7918</w:t>
        <w:br/>
        <w:t>vn -0.2602 0.4614 0.8482</w:t>
        <w:br/>
        <w:t>vn 0.4226 -0.1692 0.8904</w:t>
        <w:br/>
        <w:t>vn 0.5015 0.2263 0.8350</w:t>
        <w:br/>
        <w:t>vn 0.5798 0.0254 0.8144</w:t>
        <w:br/>
        <w:t>vn -0.4428 0.3533 0.8241</w:t>
        <w:br/>
        <w:t>vn 0.1301 0.5761 0.8069</w:t>
        <w:br/>
        <w:t>vn -0.3153 0.6294 0.7103</w:t>
        <w:br/>
        <w:t>vn -0.2206 0.6983 0.6809</w:t>
        <w:br/>
        <w:t>vn -0.9507 0.3036 0.0638</w:t>
        <w:br/>
        <w:t>vn -0.9634 0.2585 -0.0715</w:t>
        <w:br/>
        <w:t>vn 0.9942 -0.1012 0.0367</w:t>
        <w:br/>
        <w:t>vn 0.9382 0.3414 -0.0567</w:t>
        <w:br/>
        <w:t>vn 0.6955 0.3847 0.6068</w:t>
        <w:br/>
        <w:t>vn 0.8691 -0.4784 0.1255</w:t>
        <w:br/>
        <w:t>vn 0.7638 -0.3117 0.5652</w:t>
        <w:br/>
        <w:t>vn 0.5661 -0.5766 0.5891</w:t>
        <w:br/>
        <w:t>vn 0.7140 -0.6833 0.1525</w:t>
        <w:br/>
        <w:t>vn 0.3679 -0.6212 0.6920</w:t>
        <w:br/>
        <w:t>vn 0.7532 -0.6458 0.1248</w:t>
        <w:br/>
        <w:t>vn -0.1296 0.3260 0.9365</w:t>
        <w:br/>
        <w:t>vn -0.2962 0.0518 0.9537</w:t>
        <w:br/>
        <w:t>vn -0.2454 -0.0531 0.9680</w:t>
        <w:br/>
        <w:t>vn -0.3582 0.1368 0.9236</w:t>
        <w:br/>
        <w:t>vn -0.8096 0.1400 0.5700</w:t>
        <w:br/>
        <w:t>vn 0.1632 -0.2629 0.9509</w:t>
        <w:br/>
        <w:t>vn 0.3894 -0.2532 0.8856</w:t>
        <w:br/>
        <w:t>vn 0.7942 -0.1617 0.5858</w:t>
        <w:br/>
        <w:t>vn -0.8381 0.5367 0.0982</w:t>
        <w:br/>
        <w:t>vn -0.7482 0.4822 0.4556</w:t>
        <w:br/>
        <w:t>vn -0.6608 0.4628 0.5909</w:t>
        <w:br/>
        <w:t>vn -0.9972 0.0555 0.0492</w:t>
        <w:br/>
        <w:t>vn -0.6520 0.2507 0.7156</w:t>
        <w:br/>
        <w:t>vn -0.4478 0.2860 0.8472</w:t>
        <w:br/>
        <w:t>vn -0.3878 0.1281 0.9128</w:t>
        <w:br/>
        <w:t>vn -0.5030 0.1665 0.8481</w:t>
        <w:br/>
        <w:t>vn -0.9173 0.1060 0.3839</w:t>
        <w:br/>
        <w:t>vn -0.9769 0.2000 -0.0758</w:t>
        <w:br/>
        <w:t>vn -0.9769 0.2000 -0.0757</w:t>
        <w:br/>
        <w:t>vn -0.3152 0.6294 0.7103</w:t>
        <w:br/>
        <w:t>vn -0.9972 0.0483 -0.0577</w:t>
        <w:br/>
        <w:t>vn -0.9667 0.2454 -0.0727</w:t>
        <w:br/>
        <w:t>vn -0.8128 -0.0783 -0.5773</w:t>
        <w:br/>
        <w:t>vn 0.8312 0.2165 0.5120</w:t>
        <w:br/>
        <w:t>vn 0.6735 -0.0718 0.7357</w:t>
        <w:br/>
        <w:t>vn 0.9918 -0.0038 0.1274</w:t>
        <w:br/>
        <w:t>vn 0.6196 0.1133 0.7767</w:t>
        <w:br/>
        <w:t>vn 0.5459 -0.0952 0.8324</w:t>
        <w:br/>
        <w:t>vn -0.5952 0.5845 0.5515</w:t>
        <w:br/>
        <w:t>vn -0.6226 0.3631 0.6932</w:t>
        <w:br/>
        <w:t>vn -0.1994 0.4086 0.8906</w:t>
        <w:br/>
        <w:t>vn -0.6993 0.3568 0.6194</w:t>
        <w:br/>
        <w:t>vn -0.6846 0.2860 0.6705</w:t>
        <w:br/>
        <w:t>vn -0.6874 0.2464 0.6832</w:t>
        <w:br/>
        <w:t>vn -0.6940 0.3944 0.6023</w:t>
        <w:br/>
        <w:t>vn -0.3380 -0.0428 0.9402</w:t>
        <w:br/>
        <w:t>vn 0.4933 -0.1638 0.8543</w:t>
        <w:br/>
        <w:t>vn 0.3553 -0.1935 0.9145</w:t>
        <w:br/>
        <w:t>vn -0.9630 -0.1259 0.2382</w:t>
        <w:br/>
        <w:t>vn -0.9527 -0.2016 0.2275</w:t>
        <w:br/>
        <w:t>vn -0.9774 -0.2063 -0.0465</w:t>
        <w:br/>
        <w:t>vn -0.9741 0.0229 0.2249</w:t>
        <w:br/>
        <w:t>vn -0.9984 0.0200 -0.0525</w:t>
        <w:br/>
        <w:t>vn 0.0898 -0.1928 0.9771</w:t>
        <w:br/>
        <w:t>vn 0.0717 -0.3525 0.9331</w:t>
        <w:br/>
        <w:t>vn 0.5900 -0.1349 0.7961</w:t>
        <w:br/>
        <w:t>vn 0.0105 -0.0153 0.9998</w:t>
        <w:br/>
        <w:t>vn 0.0653 0.1555 0.9857</w:t>
        <w:br/>
        <w:t>vn -0.2218 0.0919 0.9708</w:t>
        <w:br/>
        <w:t>vn -0.1654 -0.2842 0.9444</w:t>
        <w:br/>
        <w:t>vn 0.1119 -0.3881 0.9148</w:t>
        <w:br/>
        <w:t>vn 0.2104 -0.3750 0.9028</w:t>
        <w:br/>
        <w:t>vn 0.0276 0.4647 0.8850</w:t>
        <w:br/>
        <w:t>vn -0.1874 0.0409 0.9814</w:t>
        <w:br/>
        <w:t>vn -0.8838 0.3816 0.2707</w:t>
        <w:br/>
        <w:t>vn -0.9196 0.3890 -0.0551</w:t>
        <w:br/>
        <w:t>vn 0.1623 0.6654 0.7286</w:t>
        <w:br/>
        <w:t>vn -0.1994 0.4086 0.8907</w:t>
        <w:br/>
        <w:t>vn 0.8868 0.3678 0.2799</w:t>
        <w:br/>
        <w:t>vn 0.6712 0.3865 0.6326</w:t>
        <w:br/>
        <w:t>vn 0.9965 -0.0718 0.0429</w:t>
        <w:br/>
        <w:t>vn 0.9201 -0.0717 0.3851</w:t>
        <w:br/>
        <w:t>vn 0.8868 0.3678 0.2798</w:t>
        <w:br/>
        <w:t>vn -0.4333 -0.1381 0.8906</w:t>
        <w:br/>
        <w:t>vn 0.8529 -0.1106 0.5102</w:t>
        <w:br/>
        <w:t>vn 0.9816 -0.1262 -0.1430</w:t>
        <w:br/>
        <w:t>vn 0.9812 -0.1921 0.0174</w:t>
        <w:br/>
        <w:t>vn 0.8641 -0.1814 0.4695</w:t>
        <w:br/>
        <w:t>vn -0.5426 0.0222 0.8397</w:t>
        <w:br/>
        <w:t>vn 0.9924 0.1223 0.0104</w:t>
        <w:br/>
        <w:t>vn 0.9139 0.0980 0.3939</w:t>
        <w:br/>
        <w:t>vn -0.5682 0.1559 0.8080</w:t>
        <w:br/>
        <w:t>vn -0.2480 -0.1459 0.9577</w:t>
        <w:br/>
        <w:t>vn -0.4086 0.6958 0.5907</w:t>
        <w:br/>
        <w:t>vn -0.4087 0.6957 0.5907</w:t>
        <w:br/>
        <w:t>vn -0.9806 0.1894 -0.0514</w:t>
        <w:br/>
        <w:t>vn 0.9998 -0.0188 -0.0086</w:t>
        <w:br/>
        <w:t>vn 0.9561 0.0939 0.2775</w:t>
        <w:br/>
        <w:t>vn -0.2251 -0.2365 0.9452</w:t>
        <w:br/>
        <w:t>vn -0.1778 -0.4172 0.8912</w:t>
        <w:br/>
        <w:t>vn -0.7505 -0.3843 0.5376</w:t>
        <w:br/>
        <w:t>vn -0.7791 -0.3963 0.4856</w:t>
        <w:br/>
        <w:t>vn 0.4974 -0.0230 0.8672</w:t>
        <w:br/>
        <w:t>vn 0.0198 0.0933 0.9954</w:t>
        <w:br/>
        <w:t>vn 0.1533 0.4365 0.8865</w:t>
        <w:br/>
        <w:t>vn -0.0399 0.8353 0.5484</w:t>
        <w:br/>
        <w:t>vn -0.2734 0.7858 0.5548</w:t>
        <w:br/>
        <w:t>vn -0.9490 -0.3121 -0.0440</w:t>
        <w:br/>
        <w:t>vn -0.9805 0.1894 -0.0514</w:t>
        <w:br/>
        <w:t>vn -0.3671 -0.2820 0.8864</w:t>
        <w:br/>
        <w:t>vn -0.6926 0.0603 0.7188</w:t>
        <w:br/>
        <w:t>vn -0.8011 0.4773 0.3612</w:t>
        <w:br/>
        <w:t>vn -0.9113 -0.3775 0.1646</w:t>
        <w:br/>
        <w:t>vn -0.9785 -0.2034 -0.0350</w:t>
        <w:br/>
        <w:t>vn -0.9785 -0.2034 -0.0349</w:t>
        <w:br/>
        <w:t>vn -0.9814 0.1919 -0.0059</w:t>
        <w:br/>
        <w:t>vn -0.4552 0.8903 -0.0149</w:t>
        <w:br/>
        <w:t>vn -0.7512 0.6601 0.0033</w:t>
        <w:br/>
        <w:t>vn -0.3950 0.9183 -0.0250</w:t>
        <w:br/>
        <w:t>vn -0.2780 -0.2206 0.9349</w:t>
        <w:br/>
        <w:t>vn -0.1393 -0.0590 0.9885</w:t>
        <w:br/>
        <w:t>vn -0.3463 -0.0968 0.9331</w:t>
        <w:br/>
        <w:t>vn -0.6782 -0.2386 0.6951</w:t>
        <w:br/>
        <w:t>vn -0.1189 0.1501 0.9815</w:t>
        <w:br/>
        <w:t>vn -0.9475 -0.2783 0.1576</w:t>
        <w:br/>
        <w:t>vn -0.9624 -0.2665 -0.0527</w:t>
        <w:br/>
        <w:t>vn -0.6781 -0.2386 0.6951</w:t>
        <w:br/>
        <w:t>vn -0.0719 0.0628 0.9954</w:t>
        <w:br/>
        <w:t>vn -0.1725 -0.0922 0.9807</w:t>
        <w:br/>
        <w:t>vn 0.0805 0.2530 0.9641</w:t>
        <w:br/>
        <w:t>vn 0.0633 0.3557 0.9325</w:t>
        <w:br/>
        <w:t>vn 0.9703 -0.2404 -0.0286</w:t>
        <w:br/>
        <w:t>vn 0.9550 -0.2459 0.1657</w:t>
        <w:br/>
        <w:t>vn 0.9475 -0.2461 0.2039</w:t>
        <w:br/>
        <w:t>vn 0.7651 0.4958 0.4108</w:t>
        <w:br/>
        <w:t>vn 0.1551 0.1996 0.9675</w:t>
        <w:br/>
        <w:t>vn 0.9994 -0.0249 -0.0220</w:t>
        <w:br/>
        <w:t>vn 0.9710 -0.1995 0.1320</w:t>
        <w:br/>
        <w:t>vn -0.1996 0.0334 0.9793</w:t>
        <w:br/>
        <w:t>vn -0.9516 -0.2791 0.1285</w:t>
        <w:br/>
        <w:t>vn -0.9674 -0.2409 -0.0775</w:t>
        <w:br/>
        <w:t>vn -0.1014 -0.0841 0.9913</w:t>
        <w:br/>
        <w:t>vn 0.9051 0.4251 -0.0019</w:t>
        <w:br/>
        <w:t>vn 0.8877 0.4602 -0.0147</w:t>
        <w:br/>
        <w:t>vn 0.7785 0.5991 0.1873</w:t>
        <w:br/>
        <w:t>vn 0.7652 0.4958 0.4108</w:t>
        <w:br/>
        <w:t>vn 0.8825 0.3943 0.2563</w:t>
        <w:br/>
        <w:t>vn 0.3552 -0.1936 0.9145</w:t>
        <w:br/>
        <w:t>vn 0.4226 -0.1693 0.8904</w:t>
        <w:br/>
        <w:t>vn 0.6308 -0.1766 0.7556</w:t>
        <w:br/>
        <w:t>vn 0.7767 -0.0455 -0.6282</w:t>
        <w:br/>
        <w:t>vn 0.6679 0.3038 -0.6794</w:t>
        <w:br/>
        <w:t>vn 0.5413 0.0192 -0.8406</w:t>
        <w:br/>
        <w:t>vn 0.6123 -0.3615 -0.7031</w:t>
        <w:br/>
        <w:t>vn 0.1943 -0.4543 -0.8694</w:t>
        <w:br/>
        <w:t>vn 0.1432 -0.3321 -0.9323</w:t>
        <w:br/>
        <w:t>vn 0.0495 -0.3375 -0.9400</w:t>
        <w:br/>
        <w:t>vn -0.0109 -0.4356 -0.9001</w:t>
        <w:br/>
        <w:t>vn 0.1155 -0.4781 -0.8707</w:t>
        <w:br/>
        <w:t>vn 0.1310 -0.3752 -0.9176</w:t>
        <w:br/>
        <w:t>vn 0.1462 -0.4757 -0.8674</w:t>
        <w:br/>
        <w:t>vn 0.7403 -0.4644 -0.4861</w:t>
        <w:br/>
        <w:t>vn 0.9160 -0.1197 -0.3828</w:t>
        <w:br/>
        <w:t>vn 0.8541 -0.3780 -0.3571</w:t>
        <w:br/>
        <w:t>vn -0.0818 -0.0932 -0.9923</w:t>
        <w:br/>
        <w:t>vn 0.1978 -0.2580 -0.9457</w:t>
        <w:br/>
        <w:t>vn 0.2711 -0.1891 -0.9438</w:t>
        <w:br/>
        <w:t>vn -0.0735 0.0512 -0.9960</w:t>
        <w:br/>
        <w:t>vn 0.1031 -0.3664 -0.9247</w:t>
        <w:br/>
        <w:t>vn 0.2163 -0.2350 -0.9476</w:t>
        <w:br/>
        <w:t>vn -0.7984 -0.3837 -0.4640</w:t>
        <w:br/>
        <w:t>vn -0.8197 -0.2654 -0.5075</w:t>
        <w:br/>
        <w:t>vn -0.7855 -0.4275 -0.4474</w:t>
        <w:br/>
        <w:t>vn -0.8198 -0.2654 -0.5075</w:t>
        <w:br/>
        <w:t>vn -0.7761 0.0151 -0.6304</w:t>
        <w:br/>
        <w:t>vn -0.6074 0.0688 -0.7914</w:t>
        <w:br/>
        <w:t>vn 0.1142 -0.2511 -0.9612</w:t>
        <w:br/>
        <w:t>vn -0.4390 -0.2403 -0.8657</w:t>
        <w:br/>
        <w:t>vn -0.5813 -0.4642 -0.6683</w:t>
        <w:br/>
        <w:t>vn -0.4548 0.1754 -0.8732</w:t>
        <w:br/>
        <w:t>vn -0.5828 -0.0159 -0.8125</w:t>
        <w:br/>
        <w:t>vn -0.9487 -0.1274 -0.2893</w:t>
        <w:br/>
        <w:t>vn -0.5814 -0.4642 -0.6682</w:t>
        <w:br/>
        <w:t>vn -0.9553 0.1730 0.2398</w:t>
        <w:br/>
        <w:t>vn -0.9987 -0.0262 -0.0444</w:t>
        <w:br/>
        <w:t>vn -0.0617 -0.3335 -0.9407</w:t>
        <w:br/>
        <w:t>vn 0.2052 -0.3214 -0.9244</w:t>
        <w:br/>
        <w:t>vn 0.2334 -0.5727 -0.7858</w:t>
        <w:br/>
        <w:t>vn -0.0565 0.0874 -0.9946</w:t>
        <w:br/>
        <w:t>vn -0.1307 -0.0009 -0.9914</w:t>
        <w:br/>
        <w:t>vn -0.9561 0.2077 -0.2066</w:t>
        <w:br/>
        <w:t>vn -0.3275 -0.2646 -0.9070</w:t>
        <w:br/>
        <w:t>vn 0.8190 -0.1578 -0.5516</w:t>
        <w:br/>
        <w:t>vn 0.9382 0.3415 -0.0566</w:t>
        <w:br/>
        <w:t>vn 0.6099 -0.5099 -0.6067</w:t>
        <w:br/>
        <w:t>vn 0.5207 -0.5721 -0.6337</w:t>
        <w:br/>
        <w:t>vn 0.7532 -0.6459 0.1248</w:t>
        <w:br/>
        <w:t>vn 0.5206 -0.6030 -0.6044</w:t>
        <w:br/>
        <w:t>vn -0.0096 -0.3825 -0.9239</w:t>
        <w:br/>
        <w:t>vn -0.4147 0.6122 -0.6733</w:t>
        <w:br/>
        <w:t>vn -0.4146 0.6122 -0.6733</w:t>
        <w:br/>
        <w:t>vn -0.1084 0.0982 -0.9892</w:t>
        <w:br/>
        <w:t>vn -0.6554 0.3081 -0.6895</w:t>
        <w:br/>
        <w:t>vn -0.0217 -0.1137 -0.9933</w:t>
        <w:br/>
        <w:t>vn 0.1238 -0.0782 -0.9892</w:t>
        <w:br/>
        <w:t>vn 0.1176 -0.2401 -0.9636</w:t>
        <w:br/>
        <w:t>vn 0.0476 -0.2285 -0.9724</w:t>
        <w:br/>
        <w:t>vn -0.0814 0.3464 -0.9345</w:t>
        <w:br/>
        <w:t>vn -0.8219 0.0652 -0.5659</w:t>
        <w:br/>
        <w:t>vn -0.8685 0.0546 -0.4927</w:t>
        <w:br/>
        <w:t>vn -0.6555 0.3082 -0.6895</w:t>
        <w:br/>
        <w:t>vn -0.8380 0.5367 0.0983</w:t>
        <w:br/>
        <w:t>vn 0.8810 -0.0745 -0.4672</w:t>
        <w:br/>
        <w:t>vn 0.9160 -0.1197 -0.3829</w:t>
        <w:br/>
        <w:t>vn 0.6892 -0.0291 -0.7240</w:t>
        <w:br/>
        <w:t>vn 0.8186 -0.1397 -0.5571</w:t>
        <w:br/>
        <w:t>vn 0.7489 -0.2676 -0.6062</w:t>
        <w:br/>
        <w:t>vn 0.4574 -0.3023 -0.8363</w:t>
        <w:br/>
        <w:t>vn -0.0939 0.0897 -0.9915</w:t>
        <w:br/>
        <w:t>vn 0.1379 -0.0294 -0.9900</w:t>
        <w:br/>
        <w:t>vn 0.4321 0.2103 -0.8769</w:t>
        <w:br/>
        <w:t>vn -0.0191 0.2536 -0.9671</w:t>
        <w:br/>
        <w:t>vn -0.1599 0.1891 -0.9688</w:t>
        <w:br/>
        <w:t>vn -0.1730 -0.1209 -0.9775</w:t>
        <w:br/>
        <w:t>vn -0.0087 -0.1129 -0.9936</w:t>
        <w:br/>
        <w:t>vn 0.2548 -0.3684 -0.8941</w:t>
        <w:br/>
        <w:t>vn 0.2314 -0.2505 -0.9400</w:t>
        <w:br/>
        <w:t>vn -0.9317 -0.1334 -0.3378</w:t>
        <w:br/>
        <w:t>vn -0.9281 -0.1955 -0.3169</w:t>
        <w:br/>
        <w:t>vn -0.9454 0.0155 -0.3254</w:t>
        <w:br/>
        <w:t>vn 0.3383 -0.0705 -0.9384</w:t>
        <w:br/>
        <w:t>vn 0.3682 -0.0198 -0.9296</w:t>
        <w:br/>
        <w:t>vn 0.2785 0.0686 -0.9580</w:t>
        <w:br/>
        <w:t>vn 0.1376 -0.1355 -0.9812</w:t>
        <w:br/>
        <w:t>vn 0.0988 0.0411 -0.9943</w:t>
        <w:br/>
        <w:t>vn 0.2175 0.2046 -0.9544</w:t>
        <w:br/>
        <w:t>vn 0.1781 0.0064 -0.9840</w:t>
        <w:br/>
        <w:t>vn -0.8569 0.3547 -0.3741</w:t>
        <w:br/>
        <w:t>vn 0.6892 -0.0290 -0.7240</w:t>
        <w:br/>
        <w:t>vn 0.4321 0.2103 -0.8770</w:t>
        <w:br/>
        <w:t>vn 0.6250 0.4413 -0.6439</w:t>
        <w:br/>
        <w:t>vn 0.5340 0.6989 -0.4758</w:t>
        <w:br/>
        <w:t>vn 0.8906 -0.2423 -0.3850</w:t>
        <w:br/>
        <w:t>vn 0.9918 -0.0038 0.1275</w:t>
        <w:br/>
        <w:t>vn 0.6250 0.4414 -0.6438</w:t>
        <w:br/>
        <w:t>vn 0.6053 -0.1125 -0.7880</w:t>
        <w:br/>
        <w:t>vn 0.5552 -0.1112 -0.8243</w:t>
        <w:br/>
        <w:t>vn 0.9198 0.1279 -0.3710</w:t>
        <w:br/>
        <w:t>vn 0.2889 0.0682 -0.9549</w:t>
        <w:br/>
        <w:t>vn 0.0605 0.2182 -0.9740</w:t>
        <w:br/>
        <w:t>vn 0.0320 0.0411 -0.9986</w:t>
        <w:br/>
        <w:t>vn -0.9805 0.1894 -0.0515</w:t>
        <w:br/>
        <w:t>vn -0.9169 0.1779 -0.3572</w:t>
        <w:br/>
        <w:t>vn 0.6358 0.0667 -0.7689</w:t>
        <w:br/>
        <w:t>vn 0.3073 0.0715 -0.9489</w:t>
        <w:br/>
        <w:t>vn 0.2086 -0.0688 -0.9756</w:t>
        <w:br/>
        <w:t>vn 0.1919 0.1676 -0.9670</w:t>
        <w:br/>
        <w:t>vn 0.1325 -0.0142 -0.9911</w:t>
        <w:br/>
        <w:t>vn -0.0256 0.5308 -0.8471</w:t>
        <w:br/>
        <w:t>vn -0.9197 -0.2891 -0.2655</w:t>
        <w:br/>
        <w:t>vn -0.0722 -0.1285 -0.9891</w:t>
        <w:br/>
        <w:t>vn -0.0793 0.0952 -0.9923</w:t>
        <w:br/>
        <w:t>vn -0.1330 0.2162 -0.9673</w:t>
        <w:br/>
        <w:t>vn -0.9512 -0.1951 -0.2391</w:t>
        <w:br/>
        <w:t>vn -0.9814 0.1919 -0.0060</w:t>
        <w:br/>
        <w:t>vn -0.8771 0.4409 -0.1907</w:t>
        <w:br/>
        <w:t>vn -0.4553 0.8902 -0.0149</w:t>
        <w:br/>
        <w:t>vn -0.5030 0.8349 -0.2235</w:t>
        <w:br/>
        <w:t>vn -0.3335 0.8484 -0.4111</w:t>
        <w:br/>
        <w:t>vn -0.0258 0.5309 -0.8471</w:t>
        <w:br/>
        <w:t>vn 0.2448 -0.1276 -0.9611</w:t>
        <w:br/>
        <w:t>vn 0.7611 -0.1344 -0.6346</w:t>
        <w:br/>
        <w:t>vn 0.1084 -0.0958 -0.9895</w:t>
        <w:br/>
        <w:t>vn 0.2584 -0.0600 -0.9642</w:t>
        <w:br/>
        <w:t>vn 0.3140 0.1127 -0.9427</w:t>
        <w:br/>
        <w:t>vn -0.9343 -0.2428 -0.2610</w:t>
        <w:br/>
        <w:t>vn -0.9253 -0.2927 -0.2410</w:t>
        <w:br/>
        <w:t>vn 0.1668 -0.0326 -0.9855</w:t>
        <w:br/>
        <w:t>vn 0.3325 0.1548 -0.9303</w:t>
        <w:br/>
        <w:t>vn 0.4606 0.2375 -0.8553</w:t>
        <w:br/>
        <w:t>vn 0.8107 0.0210 -0.5851</w:t>
        <w:br/>
        <w:t>vn 0.7199 0.4420 -0.5352</w:t>
        <w:br/>
        <w:t>vn 0.9163 0.2646 -0.3008</w:t>
        <w:br/>
        <w:t>vn 0.9994 -0.0250 -0.0220</w:t>
        <w:br/>
        <w:t>vn 0.6976 0.2094 -0.6852</w:t>
        <w:br/>
        <w:t>vn 0.2783 0.1410 -0.9501</w:t>
        <w:br/>
        <w:t>vn -0.9405 -0.1921 -0.2801</w:t>
        <w:br/>
        <w:t>vn 0.9885 0.1413 -0.0543</w:t>
        <w:br/>
        <w:t>vn 0.9885 0.1414 -0.0544</w:t>
        <w:br/>
        <w:t>vn 0.3470 -0.2989 0.8889</w:t>
        <w:br/>
        <w:t>vn 0.6713 0.3865 0.6325</w:t>
        <w:br/>
        <w:t>vn 0.5899 -0.1349 0.7961</w:t>
        <w:br/>
        <w:t>vn -0.9436 0.0204 -0.3305</w:t>
        <w:br/>
        <w:t>vn -0.1567 0.8180 0.5534</w:t>
        <w:br/>
        <w:t>vn 0.7259 -0.5235 0.4461</w:t>
        <w:br/>
        <w:t>vn 0.8113 -0.5741 0.1100</w:t>
        <w:br/>
        <w:t>vn -0.3104 -0.4679 0.8275</w:t>
        <w:br/>
        <w:t>vn -0.2824 -0.4757 0.8331</w:t>
        <w:br/>
        <w:t>vn -0.8998 -0.4354 0.0291</w:t>
        <w:br/>
        <w:t>vn -0.6101 -0.3996 0.6842</w:t>
        <w:br/>
        <w:t>vn 0.8113 -0.5741 0.1102</w:t>
        <w:br/>
        <w:t>vn 0.4982 -0.6683 -0.5524</w:t>
        <w:br/>
        <w:t>vn 0.0602 -0.6420 -0.7643</w:t>
        <w:br/>
        <w:t>vn -0.4175 -0.6149 -0.6691</w:t>
        <w:br/>
        <w:t>vn -0.8998 -0.4354 0.0292</w:t>
        <w:br/>
        <w:t>vn -0.6881 -0.1346 0.7130</w:t>
        <w:br/>
        <w:t>vn -0.6882 -0.1346 0.7130</w:t>
        <w:br/>
        <w:t>vn -0.4045 -0.2025 0.8918</w:t>
        <w:br/>
        <w:t>vn -0.4045 -0.2027 0.8918</w:t>
        <w:br/>
        <w:t>vn -0.2435 -0.2350 0.9410</w:t>
        <w:br/>
        <w:t>vn -0.2435 -0.2351 0.9410</w:t>
        <w:br/>
        <w:t>vn -0.8759 -0.0510 0.4797</w:t>
        <w:br/>
        <w:t>vn -0.8760 -0.0509 0.4797</w:t>
        <w:br/>
        <w:t>vn -0.1124 -0.2571 0.9598</w:t>
        <w:br/>
        <w:t>vn -0.9439 0.0054 0.3303</w:t>
        <w:br/>
        <w:t>vn 0.0000 -0.2652 0.9642</w:t>
        <w:br/>
        <w:t>vn -0.0000 -0.2651 0.9642</w:t>
        <w:br/>
        <w:t>vn -0.9753 0.0369 0.2177</w:t>
        <w:br/>
        <w:t>vn -0.9753 0.0369 0.2178</w:t>
        <w:br/>
        <w:t>vn -0.0003 0.9735 0.2289</w:t>
        <w:br/>
        <w:t>vn 0.0015 0.9691 0.2465</w:t>
        <w:br/>
        <w:t>vn 0.0015 0.9692 0.2465</w:t>
        <w:br/>
        <w:t>vn -0.0124 0.9811 0.1932</w:t>
        <w:br/>
        <w:t>vn -0.0123 0.9811 0.1932</w:t>
        <w:br/>
        <w:t>vn -0.0236 0.9848 0.1722</w:t>
        <w:br/>
        <w:t>vn -0.0024 0.9667 0.2558</w:t>
        <w:br/>
        <w:t>vn -0.0004 0.9661 0.2582</w:t>
        <w:br/>
        <w:t>vn -0.0006 0.9662 0.2579</w:t>
        <w:br/>
        <w:t>vn -0.0025 0.9667 0.2557</w:t>
        <w:br/>
        <w:t>vn -0.0015 0.9679 0.2511</w:t>
        <w:br/>
        <w:t>vn -0.0014 0.9679 0.2512</w:t>
        <w:br/>
        <w:t>vn 0.7552 0.1139 -0.6455</w:t>
        <w:br/>
        <w:t>vn 0.9236 0.0307 -0.3821</w:t>
        <w:br/>
        <w:t>vn 0.9655 -0.0016 -0.2606</w:t>
        <w:br/>
        <w:t>vn 0.9655 -0.0016 -0.2605</w:t>
        <w:br/>
        <w:t>vn 0.4630 0.1901 -0.8657</w:t>
        <w:br/>
        <w:t>vn 0.9773 -0.0093 -0.2117</w:t>
        <w:br/>
        <w:t>vn 0.2587 0.2228 -0.9399</w:t>
        <w:br/>
        <w:t>vn 0.2588 0.2228 -0.9399</w:t>
        <w:br/>
        <w:t>vn 0.1317 0.2356 -0.9629</w:t>
        <w:br/>
        <w:t>vn 0.1317 0.2357 -0.9629</w:t>
        <w:br/>
        <w:t>vn 0.0000 0.9662 0.2578</w:t>
        <w:br/>
        <w:t>vn -0.0000 0.2386 -0.9711</w:t>
        <w:br/>
        <w:t>vn 0.0000 0.2382 -0.9712</w:t>
        <w:br/>
        <w:t>vn -0.9819 0.1591 0.1030</w:t>
        <w:br/>
        <w:t>vn -0.9837 0.1742 -0.0454</w:t>
        <w:br/>
        <w:t>vn -0.7504 0.6133 -0.2465</w:t>
        <w:br/>
        <w:t>vn -0.9635 0.1618 -0.2131</w:t>
        <w:br/>
        <w:t>vn -0.3211 0.9453 -0.0568</w:t>
        <w:br/>
        <w:t>vn -0.2172 0.9750 -0.0479</w:t>
        <w:br/>
        <w:t>vn -0.2289 0.9476 -0.2230</w:t>
        <w:br/>
        <w:t>vn 0.0574 0.9978 -0.0325</w:t>
        <w:br/>
        <w:t>vn 0.0197 0.9765 -0.2144</w:t>
        <w:br/>
        <w:t>vn 0.0000 0.9997 -0.0261</w:t>
        <w:br/>
        <w:t>vn 0.0000 0.9791 -0.2034</w:t>
        <w:br/>
        <w:t>vn 0.0919 0.9866 0.1346</w:t>
        <w:br/>
        <w:t>vn -0.1986 0.9747 0.1030</w:t>
        <w:br/>
        <w:t>vn -0.2914 0.9524 0.0896</w:t>
        <w:br/>
        <w:t>vn -0.2727 0.9460 0.1753</w:t>
        <w:br/>
        <w:t>vn -0.1807 0.9652 0.1889</w:t>
        <w:br/>
        <w:t>vn -0.9743 0.1092 0.1970</w:t>
        <w:br/>
        <w:t>vn -0.7395 0.5911 -0.3220</w:t>
        <w:br/>
        <w:t>vn -0.9447 0.1515 -0.2909</w:t>
        <w:br/>
        <w:t>vn -0.2303 0.9274 -0.2947</w:t>
        <w:br/>
        <w:t>vn -0.0036 0.9601 -0.2798</w:t>
        <w:br/>
        <w:t>vn 0.0000 0.9879 0.1550</w:t>
        <w:br/>
        <w:t>vn 0.1255 0.9689 0.2131</w:t>
        <w:br/>
        <w:t>vn 0.0000 0.9735 0.2287</w:t>
        <w:br/>
        <w:t>vn -0.1551 0.9528 0.2608</w:t>
        <w:br/>
        <w:t>vn 0.1465 0.9498 0.2765</w:t>
        <w:br/>
        <w:t>vn -0.0000 0.9584 0.2854</w:t>
        <w:br/>
        <w:t>vn -0.2458 0.9376 0.2461</w:t>
        <w:br/>
        <w:t>vn -0.9722 0.0577 0.2270</w:t>
        <w:br/>
        <w:t>vn -0.9660 0.0187 0.2577</w:t>
        <w:br/>
        <w:t>vn -0.2165 0.9134 0.3447</w:t>
        <w:br/>
        <w:t>vn -0.1213 0.9251 0.3598</w:t>
        <w:br/>
        <w:t>vn 0.1538 0.9182 0.3652</w:t>
        <w:br/>
        <w:t>vn -0.0000 0.9301 0.3672</w:t>
        <w:br/>
        <w:t>vn -0.2060 0.8533 0.4789</w:t>
        <w:br/>
        <w:t>vn -0.0987 0.8730 0.4776</w:t>
        <w:br/>
        <w:t>vn -0.9209 -0.0790 0.3817</w:t>
        <w:br/>
        <w:t>vn -0.9404 -0.0200 0.3394</w:t>
        <w:br/>
        <w:t>vn 0.1407 0.8798 0.4539</w:t>
        <w:br/>
        <w:t>vn 0.0000 0.8952 0.4457</w:t>
        <w:br/>
        <w:t>vn 0.1038 0.8280 0.5511</w:t>
        <w:br/>
        <w:t>vn 0.0000 0.8462 0.5329</w:t>
        <w:br/>
        <w:t>vn -0.8852 -0.1437 0.4426</w:t>
        <w:br/>
        <w:t>vn -0.1888 0.7861 0.5885</w:t>
        <w:br/>
        <w:t>vn -0.0876 0.8066 0.5846</w:t>
        <w:br/>
        <w:t>vn -0.1574 0.6185 0.7699</w:t>
        <w:br/>
        <w:t>vn 0.0200 0.7003 0.7136</w:t>
        <w:br/>
        <w:t>vn 0.0000 0.8095 0.5871</w:t>
        <w:br/>
        <w:t>vn -0.3234 0.3993 0.8579</w:t>
        <w:br/>
        <w:t>vn -0.8209 -0.2885 0.4929</w:t>
        <w:br/>
        <w:t>vn -0.7942 -0.3343 0.5075</w:t>
        <w:br/>
        <w:t>vn -0.2016 0.3382 0.9192</w:t>
        <w:br/>
        <w:t>vn -0.5566 -0.3631 0.7472</w:t>
        <w:br/>
        <w:t>vn -0.4678 -0.5358 0.7029</w:t>
        <w:br/>
        <w:t>vn -0.5564 -0.3632 0.7473</w:t>
        <w:br/>
        <w:t>vn -0.2989 -0.2806 0.9121</w:t>
        <w:br/>
        <w:t>vn -0.2991 -0.2807 0.9120</w:t>
        <w:br/>
        <w:t>vn -0.0823 0.2299 0.9697</w:t>
        <w:br/>
        <w:t>vn -0.0000 0.8090 0.5878</w:t>
        <w:br/>
        <w:t>vn -0.2990 -0.2807 0.9121</w:t>
        <w:br/>
        <w:t>vn -0.1889 -0.4309 0.8824</w:t>
        <w:br/>
        <w:t>vn -0.2281 -0.4410 0.8680</w:t>
        <w:br/>
        <w:t>vn -0.4171 -0.9035 0.0989</w:t>
        <w:br/>
        <w:t>vn 0.0000 -0.9893 0.1461</w:t>
        <w:br/>
        <w:t>vn -0.0000 -0.9851 0.1718</w:t>
        <w:br/>
        <w:t>vn -0.3950 -0.9133 0.0994</w:t>
        <w:br/>
        <w:t>vn -0.1474 -0.9610 -0.2339</w:t>
        <w:br/>
        <w:t>vn -0.1190 -0.9399 -0.3199</w:t>
        <w:br/>
        <w:t>vn -0.1530 -0.9276 -0.3408</w:t>
        <w:br/>
        <w:t>vn -0.1758 -0.9485 -0.2637</w:t>
        <w:br/>
        <w:t>vn -0.2279 -0.9725 -0.0482</w:t>
        <w:br/>
        <w:t>vn -0.1841 -0.9719 -0.1470</w:t>
        <w:br/>
        <w:t>vn -0.2184 -0.9597 -0.1771</w:t>
        <w:br/>
        <w:t>vn -0.2769 -0.9576 -0.0794</w:t>
        <w:br/>
        <w:t>vn -0.3444 -0.9388 -0.0007</w:t>
        <w:br/>
        <w:t>vn -0.2772 -0.9600 0.0389</w:t>
        <w:br/>
        <w:t>vn -0.4139 -0.9090 0.0496</w:t>
        <w:br/>
        <w:t>vn -0.3243 -0.9411 0.0954</w:t>
        <w:br/>
        <w:t>vn -0.4685 -0.8814 0.0601</w:t>
        <w:br/>
        <w:t>vn -0.5034 -0.8629 0.0444</w:t>
        <w:br/>
        <w:t>vn -0.5478 -0.8348 0.0551</w:t>
        <w:br/>
        <w:t>vn -0.4393 -0.8937 0.0915</w:t>
        <w:br/>
        <w:t>vn -0.1020 -0.9254 -0.3651</w:t>
        <w:br/>
        <w:t>vn -0.0000 -0.9388 -0.3444</w:t>
        <w:br/>
        <w:t>vn -0.0314 -0.9395 -0.3412</w:t>
        <w:br/>
        <w:t>vn -0.0963 -0.9258 -0.3656</w:t>
        <w:br/>
        <w:t>vn 0.0000 -0.9541 -0.2994</w:t>
        <w:br/>
        <w:t>vn -0.0000 -0.9896 0.1440</w:t>
        <w:br/>
        <w:t>vn -0.0000 -0.9968 0.0801</w:t>
        <w:br/>
        <w:t>vn -0.0000 -0.9999 -0.0172</w:t>
        <w:br/>
        <w:t>vn -0.1457 -0.9175 -0.3700</w:t>
        <w:br/>
        <w:t>vn -0.5565 -0.3632 0.7473</w:t>
        <w:br/>
        <w:t>vn -0.0000 0.9680 -0.2508</w:t>
        <w:br/>
        <w:t>vn 0.0000 -0.4244 0.9055</w:t>
        <w:br/>
        <w:t>vn -0.1889 -0.4308 0.8824</w:t>
        <w:br/>
        <w:t>vn 0.0000 -0.4247 0.9053</w:t>
        <w:br/>
        <w:t>vn -0.0000 -0.9933 0.1155</w:t>
        <w:br/>
        <w:t>vn -0.0000 -0.9930 -0.1180</w:t>
        <w:br/>
        <w:t>vn -0.0000 -0.9787 -0.2051</w:t>
        <w:br/>
        <w:t>vn -0.0000 -0.9498 -0.3130</w:t>
        <w:br/>
        <w:t>vn -0.2606 -0.2657 0.9282</w:t>
        <w:br/>
        <w:t>vn -0.4932 -0.2462 0.8344</w:t>
        <w:br/>
        <w:t>vn -0.4931 -0.2462 0.8344</w:t>
        <w:br/>
        <w:t>vn -0.2605 -0.2658 0.9282</w:t>
        <w:br/>
        <w:t>vn -0.1326 -0.2808 0.9506</w:t>
        <w:br/>
        <w:t>vn -0.0000 -0.2893 0.9573</w:t>
        <w:br/>
        <w:t>vn -0.0020 -0.9682 -0.2501</w:t>
        <w:br/>
        <w:t>vn -0.0019 -0.9683 -0.2499</w:t>
        <w:br/>
        <w:t>vn 0.0017 -0.9669 -0.2552</w:t>
        <w:br/>
        <w:t>vn 0.0016 -0.9668 -0.2555</w:t>
        <w:br/>
        <w:t>vn 0.0023 -0.9658 -0.2593</w:t>
        <w:br/>
        <w:t>vn 0.0024 -0.9658 -0.2592</w:t>
        <w:br/>
        <w:t>vn -0.0028 -0.9702 -0.2422</w:t>
        <w:br/>
        <w:t>vn -0.0028 -0.9702 -0.2421</w:t>
        <w:br/>
        <w:t>vn -0.7175 -0.2169 0.6620</w:t>
        <w:br/>
        <w:t>vn -0.7175 -0.2168 0.6620</w:t>
        <w:br/>
        <w:t>vn 0.0014 -0.9744 -0.2247</w:t>
        <w:br/>
        <w:t>vn 0.0014 -0.9745 -0.2246</w:t>
        <w:br/>
        <w:t>vn -0.8556 -0.1879 0.4824</w:t>
        <w:br/>
        <w:t>vn -0.9454 -0.1499 0.2896</w:t>
        <w:br/>
        <w:t>vn -0.9453 -0.1499 0.2896</w:t>
        <w:br/>
        <w:t>vn -0.9752 -0.1242 0.1832</w:t>
        <w:br/>
        <w:t>vn -0.0046 -0.9815 -0.1915</w:t>
        <w:br/>
        <w:t>vn -0.0047 -0.9815 -0.1915</w:t>
        <w:br/>
        <w:t>vn -0.0140 -0.9851 -0.1712</w:t>
        <w:br/>
        <w:t>vn 0.7602 0.1576 -0.6303</w:t>
        <w:br/>
        <w:t>vn 0.9142 0.1278 -0.3845</w:t>
        <w:br/>
        <w:t>vn 0.9634 0.1105 -0.2443</w:t>
        <w:br/>
        <w:t>vn 0.4850 0.1997 -0.8514</w:t>
        <w:br/>
        <w:t>vn 0.9767 0.0969 -0.1915</w:t>
        <w:br/>
        <w:t>vn 0.2570 0.2157 -0.9420</w:t>
        <w:br/>
        <w:t>vn 0.1640 0.2191 -0.9618</w:t>
        <w:br/>
        <w:t>vn 0.0000 -0.9653 -0.2612</w:t>
        <w:br/>
        <w:t>vn -0.0001 -0.9653 -0.2612</w:t>
        <w:br/>
        <w:t>vn 0.0000 0.2273 -0.9738</w:t>
        <w:br/>
        <w:t>vn 0.4045 -0.2026 0.8918</w:t>
        <w:br/>
        <w:t>vn 0.6882 -0.1346 0.7130</w:t>
        <w:br/>
        <w:t>vn 0.2435 -0.2350 0.9410</w:t>
        <w:br/>
        <w:t>vn 0.8760 -0.0509 0.4797</w:t>
        <w:br/>
        <w:t>vn 0.8759 -0.0510 0.4797</w:t>
        <w:br/>
        <w:t>vn 0.1123 -0.2571 0.9598</w:t>
        <w:br/>
        <w:t>vn 0.1124 -0.2571 0.9598</w:t>
        <w:br/>
        <w:t>vn 0.9439 0.0054 0.3302</w:t>
        <w:br/>
        <w:t>vn 0.9439 0.0054 0.3303</w:t>
        <w:br/>
        <w:t>vn 0.9753 0.0369 0.2177</w:t>
        <w:br/>
        <w:t>vn 0.9753 0.0369 0.2178</w:t>
        <w:br/>
        <w:t>vn 0.0003 0.9735 0.2289</w:t>
        <w:br/>
        <w:t>vn -0.0015 0.9692 0.2464</w:t>
        <w:br/>
        <w:t>vn -0.0015 0.9691 0.2465</w:t>
        <w:br/>
        <w:t>vn 0.0123 0.9811 0.1931</w:t>
        <w:br/>
        <w:t>vn 0.0123 0.9811 0.1932</w:t>
        <w:br/>
        <w:t>vn 0.0237 0.9848 0.1723</w:t>
        <w:br/>
        <w:t>vn 0.0236 0.9848 0.1723</w:t>
        <w:br/>
        <w:t>vn 0.0024 0.9667 0.2558</w:t>
        <w:br/>
        <w:t>vn 0.0025 0.9668 0.2557</w:t>
        <w:br/>
        <w:t>vn 0.0006 0.9662 0.2579</w:t>
        <w:br/>
        <w:t>vn 0.0014 0.9679 0.2511</w:t>
        <w:br/>
        <w:t>vn 0.0014 0.9680 0.2511</w:t>
        <w:br/>
        <w:t>vn -0.7552 0.1139 -0.6455</w:t>
        <w:br/>
        <w:t>vn -0.9236 0.0307 -0.3821</w:t>
        <w:br/>
        <w:t>vn -0.9236 0.0307 -0.3822</w:t>
        <w:br/>
        <w:t>vn -0.9655 -0.0016 -0.2605</w:t>
        <w:br/>
        <w:t>vn -0.9655 -0.0016 -0.2606</w:t>
        <w:br/>
        <w:t>vn -0.4630 0.1901 -0.8657</w:t>
        <w:br/>
        <w:t>vn -0.9773 -0.0093 -0.2117</w:t>
        <w:br/>
        <w:t>vn -0.2589 0.2228 -0.9399</w:t>
        <w:br/>
        <w:t>vn -0.2587 0.2228 -0.9399</w:t>
        <w:br/>
        <w:t>vn -0.1317 0.2357 -0.9629</w:t>
        <w:br/>
        <w:t>vn -0.1316 0.2356 -0.9629</w:t>
        <w:br/>
        <w:t>vn -0.0000 0.2387 -0.9711</w:t>
        <w:br/>
        <w:t>vn 0.9819 0.1591 0.1030</w:t>
        <w:br/>
        <w:t>vn 0.9837 0.1742 -0.0454</w:t>
        <w:br/>
        <w:t>vn 0.9635 0.1617 -0.2131</w:t>
        <w:br/>
        <w:t>vn 0.7504 0.6133 -0.2465</w:t>
        <w:br/>
        <w:t>vn 0.2289 0.9476 -0.2230</w:t>
        <w:br/>
        <w:t>vn 0.2172 0.9750 -0.0480</w:t>
        <w:br/>
        <w:t>vn 0.3211 0.9453 -0.0568</w:t>
        <w:br/>
        <w:t>vn -0.0197 0.9765 -0.2144</w:t>
        <w:br/>
        <w:t>vn -0.0574 0.9978 -0.0325</w:t>
        <w:br/>
        <w:t>vn -0.0919 0.9866 0.1346</w:t>
        <w:br/>
        <w:t>vn 0.1986 0.9747 0.1030</w:t>
        <w:br/>
        <w:t>vn 0.2914 0.9524 0.0896</w:t>
        <w:br/>
        <w:t>vn 0.2727 0.9460 0.1752</w:t>
        <w:br/>
        <w:t>vn 0.1808 0.9652 0.1889</w:t>
        <w:br/>
        <w:t>vn 0.9743 0.1092 0.1970</w:t>
        <w:br/>
        <w:t>vn 0.7396 0.5911 -0.3220</w:t>
        <w:br/>
        <w:t>vn 0.9447 0.1515 -0.2910</w:t>
        <w:br/>
        <w:t>vn 0.2305 0.9274 -0.2947</w:t>
        <w:br/>
        <w:t>vn 0.0037 0.9601 -0.2798</w:t>
        <w:br/>
        <w:t>vn -0.1255 0.9689 0.2131</w:t>
        <w:br/>
        <w:t>vn -0.1465 0.9498 0.2765</w:t>
        <w:br/>
        <w:t>vn 0.1551 0.9529 0.2608</w:t>
        <w:br/>
        <w:t>vn 0.2458 0.9376 0.2461</w:t>
        <w:br/>
        <w:t>vn 0.9722 0.0576 0.2270</w:t>
        <w:br/>
        <w:t>vn 0.9660 0.0187 0.2577</w:t>
        <w:br/>
        <w:t>vn 0.1213 0.9251 0.3599</w:t>
        <w:br/>
        <w:t>vn 0.2165 0.9134 0.3447</w:t>
        <w:br/>
        <w:t>vn -0.1538 0.9182 0.3652</w:t>
        <w:br/>
        <w:t>vn 0.0987 0.8730 0.4776</w:t>
        <w:br/>
        <w:t>vn 0.2060 0.8533 0.4789</w:t>
        <w:br/>
        <w:t>vn 0.9404 -0.0200 0.3395</w:t>
        <w:br/>
        <w:t>vn 0.9209 -0.0790 0.3817</w:t>
        <w:br/>
        <w:t>vn -0.1407 0.8799 0.4539</w:t>
        <w:br/>
        <w:t>vn -0.1038 0.8280 0.5511</w:t>
        <w:br/>
        <w:t>vn 0.8852 -0.1437 0.4425</w:t>
        <w:br/>
        <w:t>vn 0.1888 0.7861 0.5886</w:t>
        <w:br/>
        <w:t>vn 0.0876 0.8066 0.5846</w:t>
        <w:br/>
        <w:t>vn -0.0200 0.7003 0.7136</w:t>
        <w:br/>
        <w:t>vn 0.1573 0.6185 0.7699</w:t>
        <w:br/>
        <w:t>vn 0.3234 0.3993 0.8579</w:t>
        <w:br/>
        <w:t>vn 0.7942 -0.3343 0.5075</w:t>
        <w:br/>
        <w:t>vn 0.8209 -0.2885 0.4929</w:t>
        <w:br/>
        <w:t>vn 0.2016 0.3382 0.9192</w:t>
        <w:br/>
        <w:t>vn 0.5566 -0.3631 0.7472</w:t>
        <w:br/>
        <w:t>vn 0.4678 -0.5359 0.7028</w:t>
        <w:br/>
        <w:t>vn 0.2990 -0.2807 0.9120</w:t>
        <w:br/>
        <w:t>vn 0.5565 -0.3632 0.7472</w:t>
        <w:br/>
        <w:t>vn 0.0823 0.2298 0.9698</w:t>
        <w:br/>
        <w:t>vn 0.2991 -0.2807 0.9120</w:t>
        <w:br/>
        <w:t>vn 0.2282 -0.4411 0.8680</w:t>
        <w:br/>
        <w:t>vn 0.1889 -0.4309 0.8824</w:t>
        <w:br/>
        <w:t>vn 0.4170 -0.9035 0.0989</w:t>
        <w:br/>
        <w:t>vn 0.3950 -0.9133 0.0994</w:t>
        <w:br/>
        <w:t>vn 0.1474 -0.9610 -0.2339</w:t>
        <w:br/>
        <w:t>vn 0.1758 -0.9485 -0.2637</w:t>
        <w:br/>
        <w:t>vn 0.1530 -0.9276 -0.3408</w:t>
        <w:br/>
        <w:t>vn 0.1190 -0.9400 -0.3199</w:t>
        <w:br/>
        <w:t>vn 0.2279 -0.9725 -0.0482</w:t>
        <w:br/>
        <w:t>vn 0.2769 -0.9576 -0.0794</w:t>
        <w:br/>
        <w:t>vn 0.2184 -0.9596 -0.1771</w:t>
        <w:br/>
        <w:t>vn 0.1841 -0.9719 -0.1470</w:t>
        <w:br/>
        <w:t>vn 0.2772 -0.9600 0.0389</w:t>
        <w:br/>
        <w:t>vn 0.3444 -0.9388 -0.0008</w:t>
        <w:br/>
        <w:t>vn 0.3243 -0.9411 0.0954</w:t>
        <w:br/>
        <w:t>vn 0.4139 -0.9090 0.0496</w:t>
        <w:br/>
        <w:t>vn 0.4685 -0.8814 0.0601</w:t>
        <w:br/>
        <w:t>vn 0.5034 -0.8629 0.0444</w:t>
        <w:br/>
        <w:t>vn 0.5478 -0.8348 0.0551</w:t>
        <w:br/>
        <w:t>vn 0.4393 -0.8937 0.0915</w:t>
        <w:br/>
        <w:t>vn 0.1020 -0.9254 -0.3650</w:t>
        <w:br/>
        <w:t>vn 0.0963 -0.9258 -0.3656</w:t>
        <w:br/>
        <w:t>vn 0.0314 -0.9394 -0.3413</w:t>
        <w:br/>
        <w:t>vn 0.1457 -0.9175 -0.3701</w:t>
        <w:br/>
        <w:t>vn 0.5565 -0.3631 0.7473</w:t>
        <w:br/>
        <w:t>vn 0.2606 -0.2658 0.9282</w:t>
        <w:br/>
        <w:t>vn 0.2605 -0.2658 0.9282</w:t>
        <w:br/>
        <w:t>vn 0.4931 -0.2462 0.8344</w:t>
        <w:br/>
        <w:t>vn 0.4932 -0.2462 0.8344</w:t>
        <w:br/>
        <w:t>vn 0.1326 -0.2808 0.9506</w:t>
        <w:br/>
        <w:t>vn 0.0000 -0.2893 0.9572</w:t>
        <w:br/>
        <w:t>vn 0.0020 -0.9682 -0.2501</w:t>
        <w:br/>
        <w:t>vn -0.0018 -0.9669 -0.2553</w:t>
        <w:br/>
        <w:t>vn -0.0017 -0.9669 -0.2553</w:t>
        <w:br/>
        <w:t>vn -0.0025 -0.9658 -0.2593</w:t>
        <w:br/>
        <w:t>vn -0.0023 -0.9658 -0.2593</w:t>
        <w:br/>
        <w:t>vn 0.0029 -0.9702 -0.2422</w:t>
        <w:br/>
        <w:t>vn 0.0029 -0.9702 -0.2421</w:t>
        <w:br/>
        <w:t>vn 0.7175 -0.2168 0.6620</w:t>
        <w:br/>
        <w:t>vn -0.0014 -0.9744 -0.2246</w:t>
        <w:br/>
        <w:t>vn 0.8556 -0.1879 0.4824</w:t>
        <w:br/>
        <w:t>vn 0.9453 -0.1499 0.2896</w:t>
        <w:br/>
        <w:t>vn 0.9752 -0.1242 0.1832</w:t>
        <w:br/>
        <w:t>vn 0.0047 -0.9815 -0.1915</w:t>
        <w:br/>
        <w:t>vn 0.0140 -0.9851 -0.1712</w:t>
        <w:br/>
        <w:t>vn -0.7602 0.1576 -0.6303</w:t>
        <w:br/>
        <w:t>vn -0.9142 0.1278 -0.3845</w:t>
        <w:br/>
        <w:t>vn -0.9634 0.1105 -0.2443</w:t>
        <w:br/>
        <w:t>vn -0.4850 0.1997 -0.8514</w:t>
        <w:br/>
        <w:t>vn -0.9767 0.0969 -0.1915</w:t>
        <w:br/>
        <w:t>vn -0.2569 0.2156 -0.9421</w:t>
        <w:br/>
        <w:t>vn -0.2570 0.2157 -0.9420</w:t>
        <w:br/>
        <w:t>vn -0.1640 0.2191 -0.9618</w:t>
        <w:br/>
        <w:t>vn -0.0000 0.2272 -0.9738</w:t>
        <w:br/>
        <w:t>vn -0.9720 0.1728 0.1591</w:t>
        <w:br/>
        <w:t>vn -0.9169 0.3049 0.2575</w:t>
        <w:br/>
        <w:t>vn -0.9147 0.3241 0.2415</w:t>
        <w:br/>
        <w:t>vn -0.9736 0.1836 0.1354</w:t>
        <w:br/>
        <w:t>vn -0.8302 0.4492 0.3302</w:t>
        <w:br/>
        <w:t>vn -0.8300 0.4111 0.3769</w:t>
        <w:br/>
        <w:t>vn -0.6228 0.5618 0.5445</w:t>
        <w:br/>
        <w:t>vn -0.7362 0.5214 0.4315</w:t>
        <w:br/>
        <w:t>vn -0.7309 0.4720 0.4930</w:t>
        <w:br/>
        <w:t>vn -0.6283 0.5007 0.5955</w:t>
        <w:br/>
        <w:t>vn -0.2935 0.5307 0.7951</w:t>
        <w:br/>
        <w:t>vn -0.1308 0.5418 0.8302</w:t>
        <w:br/>
        <w:t>vn -0.1447 0.6064 0.7819</w:t>
        <w:br/>
        <w:t>vn -0.3038 0.6134 0.7290</w:t>
        <w:br/>
        <w:t>vn -0.4742 0.5176 0.7122</w:t>
        <w:br/>
        <w:t>vn -0.4746 0.5978 0.6461</w:t>
        <w:br/>
        <w:t>vn 0.5403 0.4761 -0.6938</w:t>
        <w:br/>
        <w:t>vn -0.5450 0.5001 -0.6729</w:t>
        <w:br/>
        <w:t>vn -0.3885 0.0610 -0.9194</w:t>
        <w:br/>
        <w:t>vn -0.8036 -0.1689 0.5708</w:t>
        <w:br/>
        <w:t>vn -0.8561 -0.1597 0.4915</w:t>
        <w:br/>
        <w:t>vn -0.7843 -0.2227 0.5791</w:t>
        <w:br/>
        <w:t>vn -0.7243 -0.2646 0.6367</w:t>
        <w:br/>
        <w:t>vn -0.7300 -0.1914 0.6561</w:t>
        <w:br/>
        <w:t>vn -0.6394 -0.2785 0.7167</w:t>
        <w:br/>
        <w:t>vn -0.8079 -0.3128 0.4994</w:t>
        <w:br/>
        <w:t>vn -0.6648 -0.3261 0.6721</w:t>
        <w:br/>
        <w:t>vn -0.7526 -0.2899 0.5912</w:t>
        <w:br/>
        <w:t>vn -0.8339 -0.2385 0.4977</w:t>
        <w:br/>
        <w:t>vn -0.6339 -0.1596 0.7568</w:t>
        <w:br/>
        <w:t>vn -0.6289 -0.2878 0.7222</w:t>
        <w:br/>
        <w:t>vn -0.7772 -0.3034 0.5513</w:t>
        <w:br/>
        <w:t>vn -0.7615 -0.2187 0.6101</w:t>
        <w:br/>
        <w:t>vn -0.9690 0.1352 0.2067</w:t>
        <w:br/>
        <w:t>vn -0.9943 -0.0621 0.0872</w:t>
        <w:br/>
        <w:t>vn -0.9872 -0.0659 0.1452</w:t>
        <w:br/>
        <w:t>vn -0.9616 0.0881 0.2600</w:t>
        <w:br/>
        <w:t>vn -0.3109 -0.3407 0.8873</w:t>
        <w:br/>
        <w:t>vn -0.3921 -0.2735 0.8783</w:t>
        <w:br/>
        <w:t>vn -0.3144 -0.4731 0.8230</w:t>
        <w:br/>
        <w:t>vn -0.2581 -0.5363 0.8036</w:t>
        <w:br/>
        <w:t>vn -0.6726 0.2185 0.7071</w:t>
        <w:br/>
        <w:t>vn -0.5564 0.2089 0.8043</w:t>
        <w:br/>
        <w:t>vn -0.5975 0.2844 0.7498</w:t>
        <w:br/>
        <w:t>vn -0.6959 0.2847 0.6593</w:t>
        <w:br/>
        <w:t>vn -0.3819 0.4060 0.8303</w:t>
        <w:br/>
        <w:t>vn -0.2381 0.3960 0.8868</w:t>
        <w:br/>
        <w:t>vn -0.2477 -0.3919 0.8860</w:t>
        <w:br/>
        <w:t>vn -0.1521 -0.4036 0.9022</w:t>
        <w:br/>
        <w:t>vn -0.1683 -0.2023 0.9647</w:t>
        <w:br/>
        <w:t>vn -0.2872 -0.1599 0.9444</w:t>
        <w:br/>
        <w:t>vn -0.1221 0.4034 0.9068</w:t>
        <w:br/>
        <w:t>vn -0.0974 -0.0535 0.9938</w:t>
        <w:br/>
        <w:t>vn -0.2007 -0.0235 0.9794</w:t>
        <w:br/>
        <w:t>vn -0.0674 -0.2237 0.9723</w:t>
        <w:br/>
        <w:t>vn -0.2234 -0.5874 0.7779</w:t>
        <w:br/>
        <w:t>vn -0.2489 -0.6662 0.7030</w:t>
        <w:br/>
        <w:t>vn -0.2877 -0.6661 0.6882</w:t>
        <w:br/>
        <w:t>vn -0.2151 -0.6272 0.7486</w:t>
        <w:br/>
        <w:t>vn -0.1367 -0.5487 0.8248</w:t>
        <w:br/>
        <w:t>vn -0.1666 -0.5685 0.8056</w:t>
        <w:br/>
        <w:t>vn -0.2671 -0.3759 0.8873</w:t>
        <w:br/>
        <w:t>vn -0.1425 -0.4971 0.8559</w:t>
        <w:br/>
        <w:t>vn -0.2982 -0.4661 0.8330</w:t>
        <w:br/>
        <w:t>vn -0.5683 0.0918 0.8177</w:t>
        <w:br/>
        <w:t>vn -0.4129 0.1756 0.8937</w:t>
        <w:br/>
        <w:t>vn -0.4327 0.1830 0.8827</w:t>
        <w:br/>
        <w:t>vn -0.5604 0.1212 0.8193</w:t>
        <w:br/>
        <w:t>vn -0.2375 0.2176 0.9467</w:t>
        <w:br/>
        <w:t>vn -0.2342 0.2558 0.9379</w:t>
        <w:br/>
        <w:t>vn -0.2195 0.2823 0.9339</w:t>
        <w:br/>
        <w:t>vn -0.2360 0.2438 0.9407</w:t>
        <w:br/>
        <w:t>vn -0.2770 0.1976 0.9403</w:t>
        <w:br/>
        <w:t>vn -0.3027 0.2122 0.9291</w:t>
        <w:br/>
        <w:t>vn -0.3077 0.2370 0.9215</w:t>
        <w:br/>
        <w:t>vn -0.3170 0.2257 0.9212</w:t>
        <w:br/>
        <w:t>vn -0.4177 0.1392 0.8978</w:t>
        <w:br/>
        <w:t>vn -0.3748 0.0681 0.9246</w:t>
        <w:br/>
        <w:t>vn -0.4870 -0.0078 0.8733</w:t>
        <w:br/>
        <w:t>vn -0.5245 0.0439 0.8503</w:t>
        <w:br/>
        <w:t>vn -0.3330 0.1768 0.9262</w:t>
        <w:br/>
        <w:t>vn -0.4867 0.1679 0.8573</w:t>
        <w:br/>
        <w:t>vn -0.4454 0.1733 0.8784</w:t>
        <w:br/>
        <w:t>vn -0.3212 0.2193 0.9213</w:t>
        <w:br/>
        <w:t>vn -0.4026 0.1135 0.9083</w:t>
        <w:br/>
        <w:t>vn -0.5738 0.0686 0.8161</w:t>
        <w:br/>
        <w:t>vn -0.7491 0.1397 0.6476</w:t>
        <w:br/>
        <w:t>vn -0.6009 0.1485 0.7854</w:t>
        <w:br/>
        <w:t>vn -0.2687 -0.4404 0.8566</w:t>
        <w:br/>
        <w:t>vn -0.0000 -0.4423 0.8969</w:t>
        <w:br/>
        <w:t>vn 0.0000 -0.7086 0.7056</w:t>
        <w:br/>
        <w:t>vn -0.2940 -0.6625 0.6890</w:t>
        <w:br/>
        <w:t>vn -0.8488 0.1886 0.4940</w:t>
        <w:br/>
        <w:t>vn -0.7560 0.1956 0.6247</w:t>
        <w:br/>
        <w:t>vn -0.6482 0.1738 0.7414</w:t>
        <w:br/>
        <w:t>vn -0.5803 0.1424 0.8018</w:t>
        <w:br/>
        <w:t>vn -0.6706 0.1543 0.7256</w:t>
        <w:br/>
        <w:t>vn -0.7443 0.2110 0.6336</w:t>
        <w:br/>
        <w:t>vn -0.6404 0.3181 0.6991</w:t>
        <w:br/>
        <w:t>vn -0.5912 0.2187 0.7763</w:t>
        <w:br/>
        <w:t>vn -0.4845 -0.0617 0.8726</w:t>
        <w:br/>
        <w:t>vn -0.4445 -0.1648 0.8805</w:t>
        <w:br/>
        <w:t>vn -0.5932 -0.1457 0.7917</w:t>
        <w:br/>
        <w:t>vn -0.6181 -0.0082 0.7860</w:t>
        <w:br/>
        <w:t>vn -0.0000 -0.2251 0.9743</w:t>
        <w:br/>
        <w:t>vn -0.0000 -0.3309 0.9437</w:t>
        <w:br/>
        <w:t>vn -0.3781 -0.2534 0.8904</w:t>
        <w:br/>
        <w:t>vn 0.0000 -0.7835 0.6214</w:t>
        <w:br/>
        <w:t>vn -0.3507 -0.7104 0.6102</w:t>
        <w:br/>
        <w:t>vn -0.8815 -0.1635 0.4430</w:t>
        <w:br/>
        <w:t>vn -0.8958 -0.2407 0.3737</w:t>
        <w:br/>
        <w:t>vn -0.8209 -0.1964 0.5362</w:t>
        <w:br/>
        <w:t>vn -0.9265 -0.3761 0.0109</w:t>
        <w:br/>
        <w:t>vn -0.9218 -0.3875 -0.0098</w:t>
        <w:br/>
        <w:t>vn -0.9201 -0.3915 -0.0109</w:t>
        <w:br/>
        <w:t>vn -0.9207 -0.3902 0.0058</w:t>
        <w:br/>
        <w:t>vn -0.5037 -0.0584 0.8619</w:t>
        <w:br/>
        <w:t>vn -0.3824 0.0478 0.9228</w:t>
        <w:br/>
        <w:t>vn -0.3984 0.1392 0.9066</w:t>
        <w:br/>
        <w:t>vn -0.5257 0.0314 0.8501</w:t>
        <w:br/>
        <w:t>vn -0.5350 0.0738 0.8416</w:t>
        <w:br/>
        <w:t>vn -0.4169 0.1661 0.8937</w:t>
        <w:br/>
        <w:t>vn -0.2644 0.1429 0.9538</w:t>
        <w:br/>
        <w:t>vn -0.1838 0.2019 0.9620</w:t>
        <w:br/>
        <w:t>vn -0.2095 0.2782 0.9374</w:t>
        <w:br/>
        <w:t>vn -0.2902 0.2215 0.9310</w:t>
        <w:br/>
        <w:t>vn -0.2523 -0.1320 0.9586</w:t>
        <w:br/>
        <w:t>vn -0.2121 -0.0062 0.9772</w:t>
        <w:br/>
        <w:t>vn -0.1717 0.0849 0.9815</w:t>
        <w:br/>
        <w:t>vn -0.2368 -0.0022 0.9716</w:t>
        <w:br/>
        <w:t>vn -0.3079 -0.2649 0.9138</w:t>
        <w:br/>
        <w:t>vn -0.3193 -0.3753 0.8702</w:t>
        <w:br/>
        <w:t>vn -0.3112 -0.2274 0.9228</w:t>
        <w:br/>
        <w:t>vn -0.2361 0.2625 0.9356</w:t>
        <w:br/>
        <w:t>vn -0.2210 0.1969 0.9552</w:t>
        <w:br/>
        <w:t>vn -0.2318 0.1112 0.9664</w:t>
        <w:br/>
        <w:t>vn -0.3332 0.0395 0.9420</w:t>
        <w:br/>
        <w:t>vn -0.2260 -0.4296 0.8743</w:t>
        <w:br/>
        <w:t>vn -0.1512 -0.4268 0.8916</w:t>
        <w:br/>
        <w:t>vn -0.1555 -0.5536 0.8181</w:t>
        <w:br/>
        <w:t>vn -0.2397 -0.5297 0.8136</w:t>
        <w:br/>
        <w:t>vn -0.3309 -0.4350 0.8374</w:t>
        <w:br/>
        <w:t>vn -0.3435 -0.4280 0.8359</w:t>
        <w:br/>
        <w:t>vn -0.3019 -0.4395 0.8460</w:t>
        <w:br/>
        <w:t>vn -0.3214 -0.4540 0.8311</w:t>
        <w:br/>
        <w:t>vn -0.3036 -0.4377 0.8463</w:t>
        <w:br/>
        <w:t>vn -0.3895 -0.4820 0.7848</w:t>
        <w:br/>
        <w:t>vn -0.5315 -0.6433 0.5511</w:t>
        <w:br/>
        <w:t>vn -0.4793 -0.6252 0.6160</w:t>
        <w:br/>
        <w:t>vn -0.4093 -0.5409 0.7348</w:t>
        <w:br/>
        <w:t>vn -0.5273 -0.6694 0.5233</w:t>
        <w:br/>
        <w:t>vn -0.5135 -0.6746 0.5302</w:t>
        <w:br/>
        <w:t>vn -0.4038 -0.5270 0.7478</w:t>
        <w:br/>
        <w:t>vn -0.5816 -0.7566 0.2990</w:t>
        <w:br/>
        <w:t>vn -0.5553 -0.8246 0.1082</w:t>
        <w:br/>
        <w:t>vn -0.5208 -0.8533 0.0266</w:t>
        <w:br/>
        <w:t>vn -0.5633 -0.7798 0.2733</w:t>
        <w:br/>
        <w:t>vn -0.3912 -0.9084 -0.1478</w:t>
        <w:br/>
        <w:t>vn -0.3474 -0.9225 -0.1680</w:t>
        <w:br/>
        <w:t>vn -0.2445 -0.9515 -0.1867</w:t>
        <w:br/>
        <w:t>vn -0.2457 -0.9497 -0.1943</w:t>
        <w:br/>
        <w:t>vn -0.4759 -0.8648 -0.1603</w:t>
        <w:br/>
        <w:t>vn -0.4743 -0.8706 -0.1311</w:t>
        <w:br/>
        <w:t>vn -0.5328 -0.8373 -0.1232</w:t>
        <w:br/>
        <w:t>vn -0.4344 -0.5453 0.7170</w:t>
        <w:br/>
        <w:t>vn -0.5826 -0.6373 0.5044</w:t>
        <w:br/>
        <w:t>vn -0.3129 -0.5167 0.7969</w:t>
        <w:br/>
        <w:t>vn -0.3509 -0.4997 0.7919</w:t>
        <w:br/>
        <w:t>vn -0.3310 -0.4719 0.8172</w:t>
        <w:br/>
        <w:t>vn -0.2967 -0.4664 0.8333</w:t>
        <w:br/>
        <w:t>vn -0.5031 -0.4444 0.7412</w:t>
        <w:br/>
        <w:t>vn -0.7153 -0.4950 0.4932</w:t>
        <w:br/>
        <w:t>vn -0.6465 -0.5883 0.4858</w:t>
        <w:br/>
        <w:t>vn -0.4662 -0.5187 0.7166</w:t>
        <w:br/>
        <w:t>vn -0.6739 -0.6852 0.2762</w:t>
        <w:br/>
        <w:t>vn -0.6993 -0.6998 0.1457</w:t>
        <w:br/>
        <w:t>vn -0.6213 -0.7680 0.1555</w:t>
        <w:br/>
        <w:t>vn -0.5996 -0.7458 0.2903</w:t>
        <w:br/>
        <w:t>vn -0.7393 -0.6169 0.2700</w:t>
        <w:br/>
        <w:t>vn -0.7734 -0.6200 0.1321</w:t>
        <w:br/>
        <w:t>vn -0.6059 -0.7847 -0.1307</w:t>
        <w:br/>
        <w:t>vn -0.5729 -0.7987 -0.1837</w:t>
        <w:br/>
        <w:t>vn -0.7055 -0.6488 -0.2850</w:t>
        <w:br/>
        <w:t>vn -0.5965 -0.7707 -0.2241</w:t>
        <w:br/>
        <w:t>vn -0.6692 -0.7121 -0.2126</w:t>
        <w:br/>
        <w:t>vn -0.7304 -0.6335 -0.2551</w:t>
        <w:br/>
        <w:t>vn -0.7496 -0.6374 -0.1783</w:t>
        <w:br/>
        <w:t>vn -0.8038 -0.5828 0.1192</w:t>
        <w:br/>
        <w:t>vn -0.4248 -0.9007 -0.0912</w:t>
        <w:br/>
        <w:t>vn -0.7911 0.2654 0.5512</w:t>
        <w:br/>
        <w:t>vn -0.7645 0.2048 0.6112</w:t>
        <w:br/>
        <w:t>vn -0.8921 -0.3146 0.3244</w:t>
        <w:br/>
        <w:t>vn -0.8870 -0.3283 0.3248</w:t>
        <w:br/>
        <w:t>vn -0.6232 0.0435 0.7808</w:t>
        <w:br/>
        <w:t>vn -0.7142 -0.1457 0.6846</w:t>
        <w:br/>
        <w:t>vn -0.6332 -0.0262 0.7735</w:t>
        <w:br/>
        <w:t>vn -0.9688 0.0912 -0.2302</w:t>
        <w:br/>
        <w:t>vn -0.9543 -0.1769 -0.2409</w:t>
        <w:br/>
        <w:t>vn -0.9708 0.0219 0.2389</w:t>
        <w:br/>
        <w:t>vn -0.9556 0.2944 -0.0074</w:t>
        <w:br/>
        <w:t>vn -0.9380 0.2059 0.2790</w:t>
        <w:br/>
        <w:t>vn -0.7974 0.5529 0.2417</w:t>
        <w:br/>
        <w:t>vn -0.8291 0.0544 0.5565</w:t>
        <w:br/>
        <w:t>vn -0.4019 0.8333 0.3796</w:t>
        <w:br/>
        <w:t>vn 0.1339 0.9910 -0.0003</w:t>
        <w:br/>
        <w:t>vn -0.7231 -0.3504 0.5953</w:t>
        <w:br/>
        <w:t>vn -0.7343 -0.3060 0.6059</w:t>
        <w:br/>
        <w:t>vn -0.8876 -0.2301 0.3991</w:t>
        <w:br/>
        <w:t>vn -0.7817 -0.2136 0.5859</w:t>
        <w:br/>
        <w:t>vn -0.9234 -0.2935 0.2475</w:t>
        <w:br/>
        <w:t>vn -0.7038 -0.3095 0.6395</w:t>
        <w:br/>
        <w:t>vn 0.0389 0.9366 0.3482</w:t>
        <w:br/>
        <w:t>vn -0.2521 0.8368 0.4861</w:t>
        <w:br/>
        <w:t>vn 0.0855 0.8987 0.4301</w:t>
        <w:br/>
        <w:t>vn 0.1339 0.9910 -0.0002</w:t>
        <w:br/>
        <w:t>vn 0.0389 0.9366 0.3483</w:t>
        <w:br/>
        <w:t>vn 0.4093 0.9124 0.0034</w:t>
        <w:br/>
        <w:t>vn -0.6714 0.0603 0.7387</w:t>
        <w:br/>
        <w:t>vn -0.6834 0.2369 0.6906</w:t>
        <w:br/>
        <w:t>vn -0.5083 0.3623 0.7813</w:t>
        <w:br/>
        <w:t>vn -0.8679 -0.4277 -0.2527</w:t>
        <w:br/>
        <w:t>vn -0.7345 -0.6317 -0.2479</w:t>
        <w:br/>
        <w:t>vn -0.6024 -0.7823 -0.1586</w:t>
        <w:br/>
        <w:t>vn -0.2224 -0.9240 -0.3110</w:t>
        <w:br/>
        <w:t>vn -0.4913 -0.8709 -0.0103</w:t>
        <w:br/>
        <w:t>vn -0.1063 -0.9940 -0.0267</w:t>
        <w:br/>
        <w:t>vn -0.3220 -0.9114 0.2564</w:t>
        <w:br/>
        <w:t>vn -0.5277 0.5636 0.6355</w:t>
        <w:br/>
        <w:t>vn -0.4885 0.5538 0.6743</w:t>
        <w:br/>
        <w:t>vn 0.4097 0.1895 -0.8923</w:t>
        <w:br/>
        <w:t>vn 0.5261 -0.1661 -0.8340</w:t>
        <w:br/>
        <w:t>vn 0.3755 -0.1307 -0.9176</w:t>
        <w:br/>
        <w:t>vn 0.2857 -0.0059 -0.9583</w:t>
        <w:br/>
        <w:t>vn 0.1611 0.2862 -0.9445</w:t>
        <w:br/>
        <w:t>vn 0.1264 0.6371 -0.7604</w:t>
        <w:br/>
        <w:t>vn 0.3528 0.5722 -0.7404</w:t>
        <w:br/>
        <w:t>vn 0.1045 0.8888 -0.4462</w:t>
        <w:br/>
        <w:t>vn 0.3393 0.8162 -0.4676</w:t>
        <w:br/>
        <w:t>vn 0.5404 0.4761 -0.6938</w:t>
        <w:br/>
        <w:t>vn 0.3658 -0.5019 -0.7838</w:t>
        <w:br/>
        <w:t>vn 0.4082 -0.3162 -0.8564</w:t>
        <w:br/>
        <w:t>vn 0.5923 -0.0247 -0.8053</w:t>
        <w:br/>
        <w:t>vn 0.3500 -0.3596 -0.8650</w:t>
        <w:br/>
        <w:t>vn 0.3935 -0.3944 -0.8304</w:t>
        <w:br/>
        <w:t>vn -0.1708 -0.6294 -0.7581</w:t>
        <w:br/>
        <w:t>vn 0.2263 -0.7364 -0.6376</w:t>
        <w:br/>
        <w:t>vn -0.2416 -0.9693 0.0457</w:t>
        <w:br/>
        <w:t>vn -0.4248 -0.9007 -0.0911</w:t>
        <w:br/>
        <w:t>vn -0.8236 0.2444 0.5118</w:t>
        <w:br/>
        <w:t>vn -0.8825 0.2374 0.4060</w:t>
        <w:br/>
        <w:t>vn -0.7610 0.4306 0.4852</w:t>
        <w:br/>
        <w:t>vn -0.6888 0.4024 0.6030</w:t>
        <w:br/>
        <w:t>vn -0.7354 0.2306 -0.6372</w:t>
        <w:br/>
        <w:t>vn -0.3884 0.0609 -0.9195</w:t>
        <w:br/>
        <w:t>vn -0.5454 -0.0559 -0.8363</w:t>
        <w:br/>
        <w:t>vn 0.3290 -0.5893 -0.7379</w:t>
        <w:br/>
        <w:t>vn -0.2225 -0.9240 -0.3110</w:t>
        <w:br/>
        <w:t>vn 0.0855 0.8988 0.4300</w:t>
        <w:br/>
        <w:t>vn -0.9290 -0.2843 0.2370</w:t>
        <w:br/>
        <w:t>vn -0.5881 0.1713 0.7904</w:t>
        <w:br/>
        <w:t>vn -0.9294 -0.2712 0.2504</w:t>
        <w:br/>
        <w:t>vn 0.0000 -0.3811 0.9245</w:t>
        <w:br/>
        <w:t>vn -0.0527 -0.3902 0.9192</w:t>
        <w:br/>
        <w:t>vn -0.0667 -0.4979 0.8647</w:t>
        <w:br/>
        <w:t>vn -0.0000 -0.4614 0.8872</w:t>
        <w:br/>
        <w:t>vn 0.0000 -0.0683 0.9977</w:t>
        <w:br/>
        <w:t>vn -0.0000 -0.2317 0.9728</w:t>
        <w:br/>
        <w:t>vn -0.5107 -0.2189 0.8314</w:t>
        <w:br/>
        <w:t>vn -0.4556 -0.0377 0.8894</w:t>
        <w:br/>
        <w:t>vn -0.5928 -0.0049 0.8053</w:t>
        <w:br/>
        <w:t>vn -0.9396 -0.1230 0.3195</w:t>
        <w:br/>
        <w:t>vn -0.9382 -0.2381 0.2511</w:t>
        <w:br/>
        <w:t>vn -0.3068 -0.5340 0.7879</w:t>
        <w:br/>
        <w:t>vn -0.4074 -0.4114 0.8154</w:t>
        <w:br/>
        <w:t>vn -0.3115 -0.4945 0.8115</w:t>
        <w:br/>
        <w:t>vn -0.2388 -0.5713 0.7852</w:t>
        <w:br/>
        <w:t>vn -0.5918 -0.0687 0.8032</w:t>
        <w:br/>
        <w:t>vn -0.7314 -0.1321 0.6690</w:t>
        <w:br/>
        <w:t>vn -0.4412 -0.3601 0.8220</w:t>
        <w:br/>
        <w:t>vn -0.3606 -0.5434 0.7580</w:t>
        <w:br/>
        <w:t>vn -0.3696 -0.2465 0.8959</w:t>
        <w:br/>
        <w:t>vn -0.4106 -0.4184 0.8102</w:t>
        <w:br/>
        <w:t>vn -0.5261 -0.3517 0.7743</w:t>
        <w:br/>
        <w:t>vn -0.0000 -0.4472 0.8944</w:t>
        <w:br/>
        <w:t>vn -0.4746 -0.3200 0.8200</w:t>
        <w:br/>
        <w:t>vn -0.3638 0.0364 0.9308</w:t>
        <w:br/>
        <w:t>vn -0.5050 -0.0994 0.8574</w:t>
        <w:br/>
        <w:t>vn -0.2898 0.1683 0.9422</w:t>
        <w:br/>
        <w:t>vn -0.2351 0.2265 0.9452</w:t>
        <w:br/>
        <w:t>vn -0.2420 0.2087 0.9476</w:t>
        <w:br/>
        <w:t>vn -0.5312 -0.3515 0.7709</w:t>
        <w:br/>
        <w:t>vn -0.6399 -0.2974 0.7086</w:t>
        <w:br/>
        <w:t>vn -0.6238 0.0789 0.7776</w:t>
        <w:br/>
        <w:t>vn -0.5078 0.6084 0.6099</w:t>
        <w:br/>
        <w:t>vn -0.7115 0.4499 0.5398</w:t>
        <w:br/>
        <w:t>vn 0.0000 0.7583 0.6519</w:t>
        <w:br/>
        <w:t>vn -0.7843 -0.2172 0.5812</w:t>
        <w:br/>
        <w:t>vn -0.9144 0.2525 0.3163</w:t>
        <w:br/>
        <w:t>vn -0.8173 0.3284 0.4734</w:t>
        <w:br/>
        <w:t>vn -0.9978 -0.0461 0.0484</w:t>
        <w:br/>
        <w:t>vn -0.9991 -0.0294 0.0293</w:t>
        <w:br/>
        <w:t>vn -0.8953 0.2002 0.3979</w:t>
        <w:br/>
        <w:t>vn -0.8639 0.1382 0.4844</w:t>
        <w:br/>
        <w:t>vn -0.9666 -0.2544 -0.0296</w:t>
        <w:br/>
        <w:t>vn -0.9841 -0.1717 0.0463</w:t>
        <w:br/>
        <w:t>vn -0.9808 -0.1948 -0.0107</w:t>
        <w:br/>
        <w:t>vn -0.9696 -0.2393 -0.0504</w:t>
        <w:br/>
        <w:t>vn -0.8150 -0.5791 -0.0221</w:t>
        <w:br/>
        <w:t>vn -0.7577 -0.6360 -0.1463</w:t>
        <w:br/>
        <w:t>vn -0.6834 -0.7150 -0.1471</w:t>
        <w:br/>
        <w:t>vn -0.7564 -0.6538 -0.0196</w:t>
        <w:br/>
        <w:t>vn -0.5862 -0.8097 -0.0270</w:t>
        <w:br/>
        <w:t>vn -0.6144 -0.7870 0.0561</w:t>
        <w:br/>
        <w:t>vn -0.6964 -0.7140 0.0720</w:t>
        <w:br/>
        <w:t>vn -0.6653 -0.7464 -0.0178</w:t>
        <w:br/>
        <w:t>vn -0.8655 -0.0761 0.4951</w:t>
        <w:br/>
        <w:t>vn -0.9161 -0.0891 0.3908</w:t>
        <w:br/>
        <w:t>vn -0.8510 -0.5249 -0.0168</w:t>
        <w:br/>
        <w:t>vn -0.7906 -0.5910 -0.1600</w:t>
        <w:br/>
        <w:t>vn -0.9363 -0.3503 0.0267</w:t>
        <w:br/>
        <w:t>vn -0.9384 -0.3454 -0.0129</w:t>
        <w:br/>
        <w:t>vn -0.4840 -0.8652 -0.1313</w:t>
        <w:br/>
        <w:t>vn -0.0000 -0.9917 -0.1284</w:t>
        <w:br/>
        <w:t>vn 0.0000 -0.9864 -0.1646</w:t>
        <w:br/>
        <w:t>vn -0.3006 -0.9406 -0.1580</w:t>
        <w:br/>
        <w:t>vn -0.3643 -0.9255 -0.1034</w:t>
        <w:br/>
        <w:t>vn -0.9654 -0.2580 -0.0378</w:t>
        <w:br/>
        <w:t>vn -0.9780 -0.2082 -0.0104</w:t>
        <w:br/>
        <w:t>vn -0.9795 -0.2010 -0.0125</w:t>
        <w:br/>
        <w:t>vn -0.9628 -0.2635 -0.0597</w:t>
        <w:br/>
        <w:t>vn -0.9899 -0.0182 -0.1405</w:t>
        <w:br/>
        <w:t>vn -0.9505 -0.2914 -0.1076</w:t>
        <w:br/>
        <w:t>vn -0.2995 0.1541 0.9416</w:t>
        <w:br/>
        <w:t>vn -0.3173 -0.4872 0.8136</w:t>
        <w:br/>
        <w:t>vn -0.3072 -0.4043 0.8615</w:t>
        <w:br/>
        <w:t>vn -0.5152 -0.8555 -0.0513</w:t>
        <w:br/>
        <w:t>vn -0.5493 -0.8353 0.0224</w:t>
        <w:br/>
        <w:t>vn -0.5044 -0.8628 -0.0337</w:t>
        <w:br/>
        <w:t>vn -0.4609 -0.8825 -0.0936</w:t>
        <w:br/>
        <w:t>vn -0.4496 -0.8871 -0.1047</w:t>
        <w:br/>
        <w:t>vn -0.6672 -0.6701 -0.3252</w:t>
        <w:br/>
        <w:t>vn -0.5122 -0.3123 0.8001</w:t>
        <w:br/>
        <w:t>vn -0.3815 -0.7286 0.5688</w:t>
        <w:br/>
        <w:t>vn -0.3198 -0.7367 0.5958</w:t>
        <w:br/>
        <w:t>vn -0.4464 -0.2311 0.8645</w:t>
        <w:br/>
        <w:t>vn -0.0000 -0.5578 0.8300</w:t>
        <w:br/>
        <w:t>vn 0.0000 -0.4337 0.9011</w:t>
        <w:br/>
        <w:t>vn -0.3041 -0.4286 0.8508</w:t>
        <w:br/>
        <w:t>vn -0.3214 -0.4659 0.8244</w:t>
        <w:br/>
        <w:t>vn -0.5656 -0.7636 0.3116</w:t>
        <w:br/>
        <w:t>vn -0.5729 -0.8047 0.1557</w:t>
        <w:br/>
        <w:t>vn -0.2718 -0.9477 -0.1674</w:t>
        <w:br/>
        <w:t>vn -0.2859 -0.6444 0.7093</w:t>
        <w:br/>
        <w:t>vn -0.3626 -0.8846 0.2931</w:t>
        <w:br/>
        <w:t>vn -0.1734 -0.4113 0.8949</w:t>
        <w:br/>
        <w:t>vn -0.3459 -0.0990 0.9330</w:t>
        <w:br/>
        <w:t>vn -0.2890 -0.0801 0.9540</w:t>
        <w:br/>
        <w:t>vn -0.4748 -0.0935 0.8751</w:t>
        <w:br/>
        <w:t>vn -0.9649 -0.2542 0.0659</w:t>
        <w:br/>
        <w:t>vn -0.9612 -0.2660 -0.0731</w:t>
        <w:br/>
        <w:t>vn -0.9412 -0.3304 -0.0710</w:t>
        <w:br/>
        <w:t>vn -0.7187 -0.1022 0.6878</w:t>
        <w:br/>
        <w:t>vn -0.7001 -0.1346 0.7012</w:t>
        <w:br/>
        <w:t>vn -0.0000 0.1109 0.9938</w:t>
        <w:br/>
        <w:t>vn 0.0000 -0.0702 0.9975</w:t>
        <w:br/>
        <w:t>vn -0.5350 0.0842 0.8406</w:t>
        <w:br/>
        <w:t>vn -0.5371 0.5579 0.6327</w:t>
        <w:br/>
        <w:t>vn -0.7290 -0.1612 0.6652</w:t>
        <w:br/>
        <w:t>vn -0.6382 -0.1807 0.7484</w:t>
        <w:br/>
        <w:t>vn -0.7826 -0.0230 0.6221</w:t>
        <w:br/>
        <w:t>vn -0.7064 0.0017 0.7078</w:t>
        <w:br/>
        <w:t>vn -0.9703 -0.0781 0.2288</w:t>
        <w:br/>
        <w:t>vn -0.9405 0.0279 0.3387</w:t>
        <w:br/>
        <w:t>vn -0.9795 -0.1519 0.1324</w:t>
        <w:br/>
        <w:t>vn -0.0000 0.4048 0.9144</w:t>
        <w:br/>
        <w:t>vn -0.1289 0.2542 0.9585</w:t>
        <w:br/>
        <w:t>vn 0.0000 0.2530 0.9675</w:t>
        <w:br/>
        <w:t>vn -0.2449 0.2567 0.9350</w:t>
        <w:br/>
        <w:t>vn -0.3831 0.2593 0.8866</w:t>
        <w:br/>
        <w:t>vn -0.6241 0.3757 0.6851</w:t>
        <w:br/>
        <w:t>vn -0.7156 0.3647 0.5957</w:t>
        <w:br/>
        <w:t>vn -0.5085 0.3823 0.7716</w:t>
        <w:br/>
        <w:t>vn -0.4962 0.2702 0.8251</w:t>
        <w:br/>
        <w:t>vn -0.4167 -0.8971 -0.1469</w:t>
        <w:br/>
        <w:t>vn -0.4060 -0.9030 -0.1405</w:t>
        <w:br/>
        <w:t>vn -0.2692 -0.2251 0.9364</w:t>
        <w:br/>
        <w:t>vn 0.0000 -0.2105 0.9776</w:t>
        <w:br/>
        <w:t>vn -0.7355 0.2305 -0.6371</w:t>
        <w:br/>
        <w:t>vn -0.9899 -0.0183 -0.1405</w:t>
        <w:br/>
        <w:t>vn -0.3801 -0.3446 0.8584</w:t>
        <w:br/>
        <w:t>vn -0.4592 -0.1799 0.8699</w:t>
        <w:br/>
        <w:t>vn -0.6241 -0.2935 0.7241</w:t>
        <w:br/>
        <w:t>vn -0.8386 -0.5399 0.0722</w:t>
        <w:br/>
        <w:t>vn -0.8748 -0.4792 0.0706</w:t>
        <w:br/>
        <w:t>vn -0.8449 -0.4768 0.2427</w:t>
        <w:br/>
        <w:t>vn -0.8688 -0.4867 0.0913</w:t>
        <w:br/>
        <w:t>vn -0.8278 -0.5499 0.1111</w:t>
        <w:br/>
        <w:t>vn -0.7957 -0.5473 0.2594</w:t>
        <w:br/>
        <w:t>vn -0.3586 -0.4888 0.7953</w:t>
        <w:br/>
        <w:t>vn -0.7826 -0.6177 0.0766</w:t>
        <w:br/>
        <w:t>vn -0.5140 0.5071 0.6918</w:t>
        <w:br/>
        <w:t>vn -0.1877 0.4107 0.8922</w:t>
        <w:br/>
        <w:t>vn -0.5739 -0.0344 -0.8182</w:t>
        <w:br/>
        <w:t>vn -0.8437 -0.5268 -0.1031</w:t>
        <w:br/>
        <w:t>vn -0.8167 -0.5551 -0.1577</w:t>
        <w:br/>
        <w:t>vn -0.3640 0.1316 0.9221</w:t>
        <w:br/>
        <w:t>vn -0.2314 0.1092 0.9667</w:t>
        <w:br/>
        <w:t>vn -0.1223 0.0922 0.9882</w:t>
        <w:br/>
        <w:t>vn -0.3712 -0.0961 0.9236</w:t>
        <w:br/>
        <w:t>vn -0.4683 0.1674 0.8676</w:t>
        <w:br/>
        <w:t>vn -0.1707 -0.6294 -0.7581</w:t>
        <w:br/>
        <w:t>vn -0.8992 -0.4353 -0.0446</w:t>
        <w:br/>
        <w:t>vn -0.9114 -0.4114 -0.0100</w:t>
        <w:br/>
        <w:t>vn -0.9216 -0.3857 -0.0436</w:t>
        <w:br/>
        <w:t>vn -0.9185 -0.3899 -0.0654</w:t>
        <w:br/>
        <w:t>vn -0.4680 0.0256 0.8834</w:t>
        <w:br/>
        <w:t>vn -0.4047 0.1461 0.9027</w:t>
        <w:br/>
        <w:t>vn -0.3283 0.0246 0.9443</w:t>
        <w:br/>
        <w:t>vn -0.2285 -0.9024 0.3653</w:t>
        <w:br/>
        <w:t>vn -0.2223 -0.8869 0.4051</w:t>
        <w:br/>
        <w:t>vn -0.1629 -0.9149 0.3692</w:t>
        <w:br/>
        <w:t>vn -0.1723 -0.9245 0.3399</w:t>
        <w:br/>
        <w:t>vn -0.3824 -0.5765 0.7221</w:t>
        <w:br/>
        <w:t>vn -0.2097 -0.6388 0.7402</w:t>
        <w:br/>
        <w:t>vn -0.2134 -0.2495 0.9446</w:t>
        <w:br/>
        <w:t>vn -0.3914 -0.2509 0.8854</w:t>
        <w:br/>
        <w:t>vn -0.4392 0.0833 0.8945</w:t>
        <w:br/>
        <w:t>vn -0.3220 0.1929 0.9269</w:t>
        <w:br/>
        <w:t>vn -0.2279 0.5598 0.7966</w:t>
        <w:br/>
        <w:t>vn -0.3148 0.4880 0.8141</w:t>
        <w:br/>
        <w:t>vn -0.3865 -0.7539 0.5312</w:t>
        <w:br/>
        <w:t>vn -0.2690 -0.8836 0.3832</w:t>
        <w:br/>
        <w:t>vn -0.4626 -0.0414 0.8856</w:t>
        <w:br/>
        <w:t>vn -0.3999 0.2344 0.8861</w:t>
        <w:br/>
        <w:t>vn -0.0060 -0.9792 -0.2026</w:t>
        <w:br/>
        <w:t>vn -0.0709 -0.9307 0.3588</w:t>
        <w:br/>
        <w:t>vn -0.1628 -0.9148 0.3695</w:t>
        <w:br/>
        <w:t>vn 0.0213 -0.9820 -0.1875</w:t>
        <w:br/>
        <w:t>vn -0.1343 0.8741 0.4668</w:t>
        <w:br/>
        <w:t>vn -0.1272 0.8744 0.4682</w:t>
        <w:br/>
        <w:t>vn -0.3694 0.3523 0.8599</w:t>
        <w:br/>
        <w:t>vn -0.3149 0.4882 0.8140</w:t>
        <w:br/>
        <w:t>vn -0.4685 -0.0295 0.8830</w:t>
        <w:br/>
        <w:t>vn -0.3695 0.3523 0.8598</w:t>
        <w:br/>
        <w:t>vn -0.3785 -0.8340 0.4014</w:t>
        <w:br/>
        <w:t>vn -0.3905 -0.8472 0.3602</w:t>
        <w:br/>
        <w:t>vn -0.3249 -0.8657 0.3807</w:t>
        <w:br/>
        <w:t>vn -0.3934 -0.7921 0.4667</w:t>
        <w:br/>
        <w:t>vn -0.2216 -0.1852 0.9574</w:t>
        <w:br/>
        <w:t>vn -0.3410 -0.2879 0.8949</w:t>
        <w:br/>
        <w:t>vn -0.4263 -0.1485 0.8923</w:t>
        <w:br/>
        <w:t>vn -0.4475 -0.4027 0.7985</w:t>
        <w:br/>
        <w:t>vn -0.4767 -0.2824 0.8325</w:t>
        <w:br/>
        <w:t>vn -0.5311 -0.4259 0.7325</w:t>
        <w:br/>
        <w:t>vn -0.5230 -0.2991 0.7981</w:t>
        <w:br/>
        <w:t>vn -0.3434 -0.8258 0.4474</w:t>
        <w:br/>
        <w:t>vn -0.3665 -0.7757 0.5137</w:t>
        <w:br/>
        <w:t>vn -0.2850 -0.8193 0.4974</w:t>
        <w:br/>
        <w:t>vn -0.2706 -0.8565 0.4395</w:t>
        <w:br/>
        <w:t>vn -0.5240 -0.6108 0.5937</w:t>
        <w:br/>
        <w:t>vn -0.4173 -0.7718 0.4798</w:t>
        <w:br/>
        <w:t>vn -0.3695 -0.8257 0.4262</w:t>
        <w:br/>
        <w:t>vn -0.3212 -0.5114 0.7971</w:t>
        <w:br/>
        <w:t>vn -0.2187 -0.5475 0.8077</w:t>
        <w:br/>
        <w:t>vn -0.1273 0.8744 0.4682</w:t>
        <w:br/>
        <w:t>vn 0.0440 0.9983 -0.0375</w:t>
        <w:br/>
        <w:t>vn 0.1138 0.9895 -0.0889</w:t>
        <w:br/>
        <w:t>vn -0.1342 0.8742 0.4667</w:t>
        <w:br/>
        <w:t>vn -0.1051 0.8855 0.4525</w:t>
        <w:br/>
        <w:t>vn -0.0598 0.8939 0.4443</w:t>
        <w:br/>
        <w:t>vn 0.0289 0.9896 -0.1410</w:t>
        <w:br/>
        <w:t>vn 0.0327 -0.8244 -0.5650</w:t>
        <w:br/>
        <w:t>vn -0.0059 -0.8139 -0.5810</w:t>
        <w:br/>
        <w:t>vn 0.3711 -0.4367 -0.8195</w:t>
        <w:br/>
        <w:t>vn 0.1882 -0.6587 -0.7285</w:t>
        <w:br/>
        <w:t>vn 0.1443 -0.8456 -0.5139</w:t>
        <w:br/>
        <w:t>vn 0.2048 -0.6204 -0.7571</w:t>
        <w:br/>
        <w:t>vn 0.0346 -0.9683 -0.2472</w:t>
        <w:br/>
        <w:t>vn 0.1149 -0.5290 -0.8408</w:t>
        <w:br/>
        <w:t>vn 0.0212 -0.9820 -0.1877</w:t>
        <w:br/>
        <w:t>vn -0.0061 -0.9792 -0.2027</w:t>
        <w:br/>
        <w:t>vn 0.2595 0.7987 -0.5429</w:t>
        <w:br/>
        <w:t>vn 0.2704 0.7018 -0.6591</w:t>
        <w:br/>
        <w:t>vn 0.2346 0.9320 -0.2762</w:t>
        <w:br/>
        <w:t>vn 0.1657 0.7522 -0.6378</w:t>
        <w:br/>
        <w:t>vn 0.4418 0.0332 -0.8965</w:t>
        <w:br/>
        <w:t>vn 0.5523 0.7921 -0.2598</w:t>
        <w:br/>
        <w:t>vn 0.4294 -0.1957 -0.8817</w:t>
        <w:br/>
        <w:t>vn 0.2992 -0.2081 -0.9312</w:t>
        <w:br/>
        <w:t>vn 0.3930 0.0395 -0.9187</w:t>
        <w:br/>
        <w:t>vn 0.1648 -0.2909 -0.9425</w:t>
        <w:br/>
        <w:t>vn -0.0000 -0.2525 -0.9676</w:t>
        <w:br/>
        <w:t>vn -0.0000 0.7045 -0.7097</w:t>
        <w:br/>
        <w:t>vn 0.3404 0.6646 -0.6651</w:t>
        <w:br/>
        <w:t>vn 0.3741 0.7430 -0.5550</w:t>
        <w:br/>
        <w:t>vn 0.5821 0.5093 -0.6339</w:t>
        <w:br/>
        <w:t>vn 0.6261 -0.0606 -0.7774</w:t>
        <w:br/>
        <w:t>vn -0.0000 -0.7272 -0.6864</w:t>
        <w:br/>
        <w:t>vn 0.1228 -0.6772 -0.7255</w:t>
        <w:br/>
        <w:t>vn 0.2448 -0.6872 -0.6839</w:t>
        <w:br/>
        <w:t>vn 0.5616 -0.4440 -0.6982</w:t>
        <w:br/>
        <w:t>vn 0.4122 0.8223 -0.3923</w:t>
        <w:br/>
        <w:t>vn 0.0000 0.9392 -0.3433</w:t>
        <w:br/>
        <w:t>vn 0.0000 1.0000 0.0081</w:t>
        <w:br/>
        <w:t>vn 0.3877 0.9214 -0.0279</w:t>
        <w:br/>
        <w:t>vn 0.5425 0.7840 -0.3017</w:t>
        <w:br/>
        <w:t>vn 0.5419 0.8240 -0.1652</w:t>
        <w:br/>
        <w:t>vn 0.6955 0.6623 -0.2787</w:t>
        <w:br/>
        <w:t>vn 0.7515 0.6255 -0.2100</w:t>
        <w:br/>
        <w:t>vn 0.9162 0.3486 -0.1975</w:t>
        <w:br/>
        <w:t>vn 0.9025 0.0912 -0.4208</w:t>
        <w:br/>
        <w:t>vn 0.9359 -0.3454 -0.0691</w:t>
        <w:br/>
        <w:t>vn 0.9026 0.0911 -0.4208</w:t>
        <w:br/>
        <w:t>vn 0.9162 0.3486 -0.1976</w:t>
        <w:br/>
        <w:t>vn 0.6789 -0.6542 -0.3333</w:t>
        <w:br/>
        <w:t>vn 0.3206 -0.9468 -0.0266</w:t>
        <w:br/>
        <w:t>vn 0.1801 -0.9083 -0.3777</w:t>
        <w:br/>
        <w:t>vn -0.0590 -0.9957 -0.0714</w:t>
        <w:br/>
        <w:t>vn -0.0364 -0.9455 -0.3236</w:t>
        <w:br/>
        <w:t>vn 0.9709 0.1853 0.1519</w:t>
        <w:br/>
        <w:t>vn 0.8226 -0.5296 0.2070</w:t>
        <w:br/>
        <w:t>vn 0.8767 -0.3016 0.3748</w:t>
        <w:br/>
        <w:t>vn 0.4781 -0.8388 0.2604</w:t>
        <w:br/>
        <w:t>vn 0.5164 -0.6465 0.5615</w:t>
        <w:br/>
        <w:t>vn 0.0569 -0.9814 0.1835</w:t>
        <w:br/>
        <w:t>vn 0.1148 -0.8085 0.5772</w:t>
        <w:br/>
        <w:t>vn -0.0000 -0.9886 0.1505</w:t>
        <w:br/>
        <w:t>vn 0.9234 0.0724 0.3769</w:t>
        <w:br/>
        <w:t>vn 0.8390 0.4093 0.3584</w:t>
        <w:br/>
        <w:t>vn 0.7660 0.6401 0.0594</w:t>
        <w:br/>
        <w:t>vn 0.5888 0.7925 0.1591</w:t>
        <w:br/>
        <w:t>vn 0.6045 0.5383 0.5872</w:t>
        <w:br/>
        <w:t>vn 0.3304 0.9174 0.2220</w:t>
        <w:br/>
        <w:t>vn 0.2355 0.5859 0.7754</w:t>
        <w:br/>
        <w:t>vn 0.0000 0.9518 0.3068</w:t>
        <w:br/>
        <w:t>vn -0.0000 0.5876 0.8092</w:t>
        <w:br/>
        <w:t>vn 0.2649 -0.1517 0.9523</w:t>
        <w:br/>
        <w:t>vn 0.0000 -0.0412 0.9992</w:t>
        <w:br/>
        <w:t>vn 0.7803 -0.0181 0.6251</w:t>
        <w:br/>
        <w:t>vn 0.7803 -0.0182 0.6252</w:t>
        <w:br/>
        <w:t>vn 0.0753 0.9915 0.1058</w:t>
        <w:br/>
        <w:t>vn 0.1067 -0.8504 -0.5151</w:t>
        <w:br/>
        <w:t>vn -0.4247 -0.9007 -0.0912</w:t>
        <w:br/>
        <w:t>vn -0.0000 -0.6005 0.7996</w:t>
        <w:br/>
        <w:t>vn -0.4687 -0.4932 0.7329</w:t>
        <w:br/>
        <w:t>vn -0.4127 -0.6277 0.6601</w:t>
        <w:br/>
        <w:t>vn -0.0000 -0.7172 0.6969</w:t>
        <w:br/>
        <w:t>vn -0.1610 0.2540 0.9537</w:t>
        <w:br/>
        <w:t>vn 0.0000 0.2743 0.9617</w:t>
        <w:br/>
        <w:t>vn 0.0000 0.6094 0.7929</w:t>
        <w:br/>
        <w:t>vn -0.1075 0.5934 0.7977</w:t>
        <w:br/>
        <w:t>vn -0.0000 0.9900 -0.1412</w:t>
        <w:br/>
        <w:t>vn 0.0000 0.8617 0.5075</w:t>
        <w:br/>
        <w:t>vn -0.5098 -0.2574 0.8209</w:t>
        <w:br/>
        <w:t>vn -0.5122 -0.4820 0.7109</w:t>
        <w:br/>
        <w:t>vn -0.2288 -0.8377 0.4959</w:t>
        <w:br/>
        <w:t>vn -0.2224 -0.8868 0.4052</w:t>
        <w:br/>
        <w:t>vn -0.0822 -0.9430 0.3225</w:t>
        <w:br/>
        <w:t>vn -0.1723 -0.7667 0.6184</w:t>
        <w:br/>
        <w:t>vn -0.3433 -0.8259 0.4473</w:t>
        <w:br/>
        <w:t>vn -0.5233 -0.4830 0.7021</w:t>
        <w:br/>
        <w:t>vn -0.5279 -0.2507 0.8114</w:t>
        <w:br/>
        <w:t>vn -0.0000 -0.6602 0.7511</w:t>
        <w:br/>
        <w:t>vn 0.0000 -0.2475 0.9689</w:t>
        <w:br/>
        <w:t>vn -0.9105 -0.4131 0.0147</w:t>
        <w:br/>
        <w:t>vn -0.7681 -0.4043 0.4965</w:t>
        <w:br/>
        <w:t>vn -0.6675 -0.2049 0.7159</w:t>
        <w:br/>
        <w:t>vn -0.8087 -0.3407 0.4794</w:t>
        <w:br/>
        <w:t>vn -0.6715 0.1241 0.7306</w:t>
        <w:br/>
        <w:t>vn -0.3151 0.1476 0.9375</w:t>
        <w:br/>
        <w:t>vn 0.0000 -0.1664 0.9861</w:t>
        <w:br/>
        <w:t>vn 0.0000 0.2963 0.9551</w:t>
        <w:br/>
        <w:t>vn -0.0000 -0.6633 0.7483</w:t>
        <w:br/>
        <w:t>vn -0.0000 -0.4110 0.9117</w:t>
        <w:br/>
        <w:t>vn -0.0000 -0.9499 0.3126</w:t>
        <w:br/>
        <w:t>vn 0.0000 -0.9803 -0.1976</w:t>
        <w:br/>
        <w:t>vn -0.0000 -0.9774 -0.2115</w:t>
        <w:br/>
        <w:t>vn -0.0000 0.5381 0.8429</w:t>
        <w:br/>
        <w:t>vn 0.0000 -0.9817 -0.1906</w:t>
        <w:br/>
        <w:t>vn -0.0000 0.5982 0.8014</w:t>
        <w:br/>
        <w:t>vn -0.0000 0.0847 0.9964</w:t>
        <w:br/>
        <w:t>vn -0.0710 -0.9307 0.3587</w:t>
        <w:br/>
        <w:t>vn -0.0000 -0.9368 0.3500</w:t>
        <w:br/>
        <w:t>vn 0.0000 -0.9496 0.3134</w:t>
        <w:br/>
        <w:t>vn 0.0000 0.7300 -0.6835</w:t>
        <w:br/>
        <w:t>vn 0.0000 -0.6368 0.7710</w:t>
        <w:br/>
        <w:t>vn 0.0000 -0.6455 -0.7638</w:t>
        <w:br/>
        <w:t>vn 0.0000 -0.9973 -0.0736</w:t>
        <w:br/>
        <w:t>vn 0.0000 -0.9944 -0.1061</w:t>
        <w:br/>
        <w:t>vn -0.0000 -0.9608 -0.2774</w:t>
        <w:br/>
        <w:t>vn -0.0000 -0.7819 0.6234</w:t>
        <w:br/>
        <w:t>vn -0.8716 -0.2930 0.3931</w:t>
        <w:br/>
        <w:t>vn -0.8615 -0.2670 0.4319</w:t>
        <w:br/>
        <w:t>vn 0.8771 -0.0410 -0.4785</w:t>
        <w:br/>
        <w:t>vn 0.9840 -0.0114 -0.1781</w:t>
        <w:br/>
        <w:t>vn 0.6501 0.7570 -0.0665</w:t>
        <w:br/>
        <w:t>vn 0.1785 0.9838 -0.0183</w:t>
        <w:br/>
        <w:t>vn 0.3713 -0.4370 -0.8193</w:t>
        <w:br/>
        <w:t>vn 0.3355 -0.6150 -0.7136</w:t>
        <w:br/>
        <w:t>vn 0.4421 0.0328 -0.8964</w:t>
        <w:br/>
        <w:t>vn -0.6641 0.3074 0.6816</w:t>
        <w:br/>
        <w:t>vn 0.0000 0.7640 0.6452</w:t>
        <w:br/>
        <w:t>vn -0.3309 -0.4214 0.8443</w:t>
        <w:br/>
        <w:t>vn -0.5241 -0.3461 0.7781</w:t>
        <w:br/>
        <w:t>vn -0.4738 -0.2232 0.8518</w:t>
        <w:br/>
        <w:t>vn -0.6923 -0.0939 0.7155</w:t>
        <w:br/>
        <w:t>vn -0.3249 -0.9451 -0.0343</w:t>
        <w:br/>
        <w:t>vn 0.0000 -0.9985 -0.0546</w:t>
        <w:br/>
        <w:t>vn -0.4972 -0.4501 0.7418</w:t>
        <w:br/>
        <w:t>vn -0.4747 -0.6105 0.6341</w:t>
        <w:br/>
        <w:t>vn -0.4044 -0.7460 0.5291</w:t>
        <w:br/>
        <w:t>vn -0.2669 -0.2309 0.9356</w:t>
        <w:br/>
        <w:t>vn -0.0000 -0.2493 0.9684</w:t>
        <w:br/>
        <w:t>vn -0.2980 -0.8076 0.5089</w:t>
        <w:br/>
        <w:t>vn -0.9179 -0.3266 0.2253</w:t>
        <w:br/>
        <w:t>vn -0.9137 -0.3489 0.2085</w:t>
        <w:br/>
        <w:t>vn -0.9081 -0.3767 0.1830</w:t>
        <w:br/>
        <w:t>vn -0.9153 -0.3567 0.1872</w:t>
        <w:br/>
        <w:t>vn -0.9218 -0.3801 0.0767</w:t>
        <w:br/>
        <w:t>vn -0.9275 -0.3668 0.0720</w:t>
        <w:br/>
        <w:t>vn -0.9389 -0.3341 0.0833</w:t>
        <w:br/>
        <w:t>vn -0.9644 -0.2329 0.1250</w:t>
        <w:br/>
        <w:t>vn -0.9696 -0.1244 0.2106</w:t>
        <w:br/>
        <w:t>vn -0.9477 -0.0786 0.3093</w:t>
        <w:br/>
        <w:t>vn -0.9079 -0.0212 0.4186</w:t>
        <w:br/>
        <w:t>vn -0.8237 0.0719 0.5624</w:t>
        <w:br/>
        <w:t>vn -0.7393 0.1233 0.6620</w:t>
        <w:br/>
        <w:t>vn -0.6419 0.1314 0.7555</w:t>
        <w:br/>
        <w:t>vn -0.5068 0.1144 0.8544</w:t>
        <w:br/>
        <w:t>vn -0.4235 0.0623 0.9037</w:t>
        <w:br/>
        <w:t>vn -0.3290 0.0119 0.9443</w:t>
        <w:br/>
        <w:t>vn -0.9090 -0.4081 0.0844</w:t>
        <w:br/>
        <w:t>vn -0.2294 0.2298 0.9458</w:t>
        <w:br/>
        <w:t>vn -0.2382 0.1717 0.9559</w:t>
        <w:br/>
        <w:t>vn -0.2806 0.0961 0.9550</w:t>
        <w:br/>
        <w:t>vn -0.3424 0.0332 0.9390</w:t>
        <w:br/>
        <w:t>vn -0.4637 -0.0116 0.8859</w:t>
        <w:br/>
        <w:t>vn -0.5574 -0.0671 0.8275</w:t>
        <w:br/>
        <w:t>vn -0.6117 -0.1789 0.7706</w:t>
        <w:br/>
        <w:t>vn -0.6238 -0.3114 0.7169</w:t>
        <w:br/>
        <w:t>vn -0.6378 -0.3458 0.6883</w:t>
        <w:br/>
        <w:t>vn -0.7193 -0.3392 0.6062</w:t>
        <w:br/>
        <w:t>vn -0.7670 -0.2359 0.5968</w:t>
        <w:br/>
        <w:t>vn -0.7027 -0.1487 0.6957</w:t>
        <w:br/>
        <w:t>vn -0.6006 -0.2435 0.7616</w:t>
        <w:br/>
        <w:t>vn -0.4834 -0.3360 0.8084</w:t>
        <w:br/>
        <w:t>vn -0.3605 -0.4144 0.8356</w:t>
        <w:br/>
        <w:t>vn -0.2670 -0.5057 0.8204</w:t>
        <w:br/>
        <w:t>vn -0.2293 -0.5547 0.7999</w:t>
        <w:br/>
        <w:t>vn -0.2033 -0.9689 0.1414</w:t>
        <w:br/>
        <w:t>vn -0.3213 -0.8947 0.3101</w:t>
        <w:br/>
        <w:t>vn -0.2163 -0.6303 0.7456</w:t>
        <w:br/>
        <w:t>vn -0.4077 -0.8668 0.2872</w:t>
        <w:br/>
        <w:t>vn -0.5357 -0.7991 0.2730</w:t>
        <w:br/>
        <w:t>vn -0.3010 -0.3873 0.8715</w:t>
        <w:br/>
        <w:t>vn -0.2623 -0.4148 0.8713</w:t>
        <w:br/>
        <w:t>vn -0.3216 -0.4121 0.8525</w:t>
        <w:br/>
        <w:t>vn -0.3804 -0.4140 0.8270</w:t>
        <w:br/>
        <w:t>vn -0.4042 -0.4495 0.7966</w:t>
        <w:br/>
        <w:t>vn -0.4818 -0.4560 0.7483</w:t>
        <w:br/>
        <w:t>vn -0.2285 -0.4177 0.8794</w:t>
        <w:br/>
        <w:t>vn -0.2477 -0.4975 0.8314</w:t>
        <w:br/>
        <w:t>vn -0.4392 -0.1177 0.8907</w:t>
        <w:br/>
        <w:t>vn -0.3785 -0.1821 0.9075</w:t>
        <w:br/>
        <w:t>vn -0.4662 -0.2665 0.8436</w:t>
        <w:br/>
        <w:t>vn -0.4811 -0.1253 0.8676</w:t>
        <w:br/>
        <w:t>vn -0.4526 -0.4560 0.7663</w:t>
        <w:br/>
        <w:t>vn -0.3787 -0.3421 0.8600</w:t>
        <w:br/>
        <w:t>vn -0.4313 -0.1108 0.8954</w:t>
        <w:br/>
        <w:t>vn -0.4326 -0.0279 0.9012</w:t>
        <w:br/>
        <w:t>vn -0.4020 -0.6236 0.6704</w:t>
        <w:br/>
        <w:t>vn -0.3546 -0.4939 0.7939</w:t>
        <w:br/>
        <w:t>vn -0.2825 -0.6547 0.7011</w:t>
        <w:br/>
        <w:t>vn -0.2834 -0.5536 0.7831</w:t>
        <w:br/>
        <w:t>vn -0.0000 -0.7242 0.6896</w:t>
        <w:br/>
        <w:t>vn -0.0000 -0.7940 0.6079</w:t>
        <w:br/>
        <w:t>vn -0.1847 -0.7693 0.6116</w:t>
        <w:br/>
        <w:t>vn -0.1626 -0.7087 0.6865</w:t>
        <w:br/>
        <w:t>vn -0.2908 -0.6508 0.7014</w:t>
        <w:br/>
        <w:t>vn -0.3452 -0.6982 0.6272</w:t>
        <w:br/>
        <w:t>vn -0.3953 -0.5398 0.7432</w:t>
        <w:br/>
        <w:t>vn -0.4732 -0.5752 0.6673</w:t>
        <w:br/>
        <w:t>vn -0.0000 -0.0938 0.9956</w:t>
        <w:br/>
        <w:t>vn -0.2809 -0.0990 0.9546</w:t>
        <w:br/>
        <w:t>vn -0.2828 0.0019 0.9592</w:t>
        <w:br/>
        <w:t>vn 0.0000 0.0027 1.0000</w:t>
        <w:br/>
        <w:t>vn -0.8459 -0.2981 0.4422</w:t>
        <w:br/>
        <w:t>vn -0.8820 -0.4710 -0.0143</w:t>
        <w:br/>
        <w:t>vn -0.8911 -0.4535 -0.0131</w:t>
        <w:br/>
        <w:t>vn -0.8939 -0.4467 0.0377</w:t>
        <w:br/>
        <w:t>vn -0.8912 -0.4493 0.0624</w:t>
        <w:br/>
        <w:t>vn -0.8903 -0.4477 0.0827</w:t>
        <w:br/>
        <w:t>vn -0.8834 -0.4616 0.0803</w:t>
        <w:br/>
        <w:t>vn -0.8949 -0.3999 0.1980</w:t>
        <w:br/>
        <w:t>vn -0.8759 -0.4293 0.2200</w:t>
        <w:br/>
        <w:t>vn -0.3710 -0.4905 0.7885</w:t>
        <w:br/>
        <w:t>vn -0.0001 -0.5282 0.8491</w:t>
        <w:br/>
        <w:t>vn -0.5834 -0.4301 0.6890</w:t>
        <w:br/>
        <w:t>vn -0.6561 -0.4372 0.6151</w:t>
        <w:br/>
        <w:t>vn -0.8555 -0.0120 0.5177</w:t>
        <w:br/>
        <w:t>vn -0.7947 -0.0286 0.6064</w:t>
        <w:br/>
        <w:t>vn -0.8867 0.0302 0.4614</w:t>
        <w:br/>
        <w:t>vn -0.7184 -0.3590 0.5958</w:t>
        <w:br/>
        <w:t>vn -0.7500 -0.2213 0.6233</w:t>
        <w:br/>
        <w:t>vn -0.8868 0.1292 0.4438</w:t>
        <w:br/>
        <w:t>vn -0.6446 0.0282 -0.7640</w:t>
        <w:br/>
        <w:t>vn -0.4049 0.1462 0.9026</w:t>
        <w:br/>
        <w:t>vn -0.4787 -0.0342 0.8773</w:t>
        <w:br/>
        <w:t>vn -0.6018 -0.3857 0.6993</w:t>
        <w:br/>
        <w:t>vn -0.5290 -0.2517 0.8104</w:t>
        <w:br/>
        <w:t>vn -0.2224 -0.8871 0.4045</w:t>
        <w:br/>
        <w:t>vn 0.0346 -0.9681 -0.2481</w:t>
        <w:br/>
        <w:t>vn -0.1049 0.8853 0.4530</w:t>
        <w:br/>
        <w:t>vn -0.2277 0.5596 0.7969</w:t>
        <w:br/>
        <w:t>vn -0.4005 0.2346 0.8857</w:t>
        <w:br/>
        <w:t>vn -0.3798 0.3252 0.8660</w:t>
        <w:br/>
        <w:t>vn -0.2702 -0.8564 0.4400</w:t>
        <w:br/>
        <w:t>vn -0.5311 -0.5280 0.6627</w:t>
        <w:br/>
        <w:t>vn -0.4380 -0.6810 0.5869</w:t>
        <w:br/>
        <w:t>vn -0.5247 -0.6107 0.5930</w:t>
        <w:br/>
        <w:t>vn -0.0000 0.8618 0.5073</w:t>
        <w:br/>
        <w:t>vn -0.0598 0.8937 0.4447</w:t>
        <w:br/>
        <w:t>vn -0.1076 0.5931 0.7979</w:t>
        <w:br/>
        <w:t>vn 0.0000 0.6098 0.7926</w:t>
        <w:br/>
        <w:t>vn -0.5981 -0.4919 0.6327</w:t>
        <w:br/>
        <w:t>vn -0.5246 -0.4837 0.7006</w:t>
        <w:br/>
        <w:t>vn -0.0000 -0.9974 -0.0717</w:t>
        <w:br/>
        <w:t>vn -0.0000 -0.9361 0.3516</w:t>
        <w:br/>
        <w:t>vn 0.8664 -0.4134 -0.2802</w:t>
        <w:br/>
        <w:t>vn 0.8771 -0.0409 -0.4785</w:t>
        <w:br/>
        <w:t>vn 0.4463 -0.0779 -0.8915</w:t>
        <w:br/>
        <w:t>vn 0.4418 0.0333 -0.8965</w:t>
        <w:br/>
        <w:t>vn 0.9147 0.3241 0.2415</w:t>
        <w:br/>
        <w:t>vn 0.9169 0.3049 0.2575</w:t>
        <w:br/>
        <w:t>vn 0.9720 0.1728 0.1592</w:t>
        <w:br/>
        <w:t>vn 0.9736 0.1836 0.1354</w:t>
        <w:br/>
        <w:t>vn 0.8302 0.4492 0.3302</w:t>
        <w:br/>
        <w:t>vn 0.8300 0.4111 0.3769</w:t>
        <w:br/>
        <w:t>vn 0.7309 0.4720 0.4930</w:t>
        <w:br/>
        <w:t>vn 0.7362 0.5214 0.4315</w:t>
        <w:br/>
        <w:t>vn 0.6228 0.5618 0.5445</w:t>
        <w:br/>
        <w:t>vn 0.6283 0.5007 0.5955</w:t>
        <w:br/>
        <w:t>vn 0.1447 0.6064 0.7819</w:t>
        <w:br/>
        <w:t>vn 0.1308 0.5418 0.8302</w:t>
        <w:br/>
        <w:t>vn 0.2935 0.5307 0.7951</w:t>
        <w:br/>
        <w:t>vn 0.3038 0.6134 0.7290</w:t>
        <w:br/>
        <w:t>vn 0.4742 0.5176 0.7122</w:t>
        <w:br/>
        <w:t>vn 0.4746 0.5978 0.6461</w:t>
        <w:br/>
        <w:t>vn 0.3885 0.0610 -0.9194</w:t>
        <w:br/>
        <w:t>vn 0.5450 0.5001 -0.6729</w:t>
        <w:br/>
        <w:t>vn -0.5403 0.4761 -0.6938</w:t>
        <w:br/>
        <w:t>vn 0.7843 -0.2227 0.5791</w:t>
        <w:br/>
        <w:t>vn 0.8561 -0.1597 0.4915</w:t>
        <w:br/>
        <w:t>vn 0.8036 -0.1689 0.5708</w:t>
        <w:br/>
        <w:t>vn 0.7243 -0.2646 0.6367</w:t>
        <w:br/>
        <w:t>vn 0.6394 -0.2785 0.7167</w:t>
        <w:br/>
        <w:t>vn 0.7300 -0.1914 0.6561</w:t>
        <w:br/>
        <w:t>vn 0.7526 -0.2899 0.5912</w:t>
        <w:br/>
        <w:t>vn 0.6648 -0.3261 0.6721</w:t>
        <w:br/>
        <w:t>vn 0.8079 -0.3128 0.4994</w:t>
        <w:br/>
        <w:t>vn 0.8339 -0.2384 0.4978</w:t>
        <w:br/>
        <w:t>vn 0.7772 -0.3034 0.5513</w:t>
        <w:br/>
        <w:t>vn 0.6289 -0.2878 0.7222</w:t>
        <w:br/>
        <w:t>vn 0.6339 -0.1596 0.7568</w:t>
        <w:br/>
        <w:t>vn 0.7615 -0.2187 0.6101</w:t>
        <w:br/>
        <w:t>vn 0.9872 -0.0659 0.1452</w:t>
        <w:br/>
        <w:t>vn 0.9943 -0.0621 0.0872</w:t>
        <w:br/>
        <w:t>vn 0.9690 0.1352 0.2067</w:t>
        <w:br/>
        <w:t>vn 0.9616 0.0881 0.2600</w:t>
        <w:br/>
        <w:t>vn 0.3144 -0.4731 0.8230</w:t>
        <w:br/>
        <w:t>vn 0.3921 -0.2735 0.8783</w:t>
        <w:br/>
        <w:t>vn 0.3109 -0.3407 0.8873</w:t>
        <w:br/>
        <w:t>vn 0.2581 -0.5363 0.8036</w:t>
        <w:br/>
        <w:t>vn 0.5975 0.2844 0.7498</w:t>
        <w:br/>
        <w:t>vn 0.5563 0.2088 0.8043</w:t>
        <w:br/>
        <w:t>vn 0.6726 0.2185 0.7071</w:t>
        <w:br/>
        <w:t>vn 0.6959 0.2847 0.6593</w:t>
        <w:br/>
        <w:t>vn 0.2381 0.3960 0.8868</w:t>
        <w:br/>
        <w:t>vn 0.3819 0.4060 0.8303</w:t>
        <w:br/>
        <w:t>vn 0.1683 -0.2023 0.9647</w:t>
        <w:br/>
        <w:t>vn 0.1521 -0.4036 0.9022</w:t>
        <w:br/>
        <w:t>vn 0.2477 -0.3919 0.8860</w:t>
        <w:br/>
        <w:t>vn 0.2872 -0.1599 0.9444</w:t>
        <w:br/>
        <w:t>vn 0.1221 0.4034 0.9068</w:t>
        <w:br/>
        <w:t>vn 0.2007 -0.0234 0.9794</w:t>
        <w:br/>
        <w:t>vn 0.0973 -0.0534 0.9938</w:t>
        <w:br/>
        <w:t>vn 0.0674 -0.2237 0.9723</w:t>
        <w:br/>
        <w:t>vn 0.2234 -0.5874 0.7779</w:t>
        <w:br/>
        <w:t>vn 0.2151 -0.6272 0.7486</w:t>
        <w:br/>
        <w:t>vn 0.2877 -0.6661 0.6881</w:t>
        <w:br/>
        <w:t>vn 0.2489 -0.6662 0.7030</w:t>
        <w:br/>
        <w:t>vn 0.1367 -0.5487 0.8248</w:t>
        <w:br/>
        <w:t>vn 0.1666 -0.5685 0.8056</w:t>
        <w:br/>
        <w:t>vn 0.1425 -0.4971 0.8559</w:t>
        <w:br/>
        <w:t>vn 0.2671 -0.3759 0.8873</w:t>
        <w:br/>
        <w:t>vn 0.2982 -0.4661 0.8330</w:t>
        <w:br/>
        <w:t>vn 0.4327 0.1830 0.8827</w:t>
        <w:br/>
        <w:t>vn 0.4129 0.1756 0.8937</w:t>
        <w:br/>
        <w:t>vn 0.5683 0.0918 0.8177</w:t>
        <w:br/>
        <w:t>vn 0.5604 0.1212 0.8193</w:t>
        <w:br/>
        <w:t>vn 0.2195 0.2823 0.9339</w:t>
        <w:br/>
        <w:t>vn 0.2342 0.2558 0.9379</w:t>
        <w:br/>
        <w:t>vn 0.2375 0.2176 0.9467</w:t>
        <w:br/>
        <w:t>vn 0.2360 0.2438 0.9407</w:t>
        <w:br/>
        <w:t>vn 0.3027 0.2122 0.9291</w:t>
        <w:br/>
        <w:t>vn 0.2769 0.1975 0.9404</w:t>
        <w:br/>
        <w:t>vn 0.3077 0.2370 0.9215</w:t>
        <w:br/>
        <w:t>vn 0.3170 0.2257 0.9212</w:t>
        <w:br/>
        <w:t>vn 0.4870 -0.0078 0.8734</w:t>
        <w:br/>
        <w:t>vn 0.3748 0.0681 0.9246</w:t>
        <w:br/>
        <w:t>vn 0.4177 0.1392 0.8978</w:t>
        <w:br/>
        <w:t>vn 0.5245 0.0439 0.8503</w:t>
        <w:br/>
        <w:t>vn 0.4454 0.1732 0.8784</w:t>
        <w:br/>
        <w:t>vn 0.4867 0.1679 0.8573</w:t>
        <w:br/>
        <w:t>vn 0.3330 0.1768 0.9262</w:t>
        <w:br/>
        <w:t>vn 0.3212 0.2193 0.9213</w:t>
        <w:br/>
        <w:t>vn 0.7491 0.1397 0.6476</w:t>
        <w:br/>
        <w:t>vn 0.5738 0.0686 0.8161</w:t>
        <w:br/>
        <w:t>vn 0.4026 0.1135 0.9083</w:t>
        <w:br/>
        <w:t>vn 0.6009 0.1485 0.7854</w:t>
        <w:br/>
        <w:t>vn 0.2687 -0.4404 0.8566</w:t>
        <w:br/>
        <w:t>vn 0.2940 -0.6624 0.6890</w:t>
        <w:br/>
        <w:t>vn 0.7560 0.1956 0.6247</w:t>
        <w:br/>
        <w:t>vn 0.8488 0.1886 0.4940</w:t>
        <w:br/>
        <w:t>vn 0.5803 0.1424 0.8018</w:t>
        <w:br/>
        <w:t>vn 0.6482 0.1739 0.7414</w:t>
        <w:br/>
        <w:t>vn 0.6404 0.3180 0.6991</w:t>
        <w:br/>
        <w:t>vn 0.7443 0.2111 0.6336</w:t>
        <w:br/>
        <w:t>vn 0.6706 0.1542 0.7256</w:t>
        <w:br/>
        <w:t>vn 0.5912 0.2187 0.7763</w:t>
        <w:br/>
        <w:t>vn 0.5932 -0.1457 0.7918</w:t>
        <w:br/>
        <w:t>vn 0.4445 -0.1648 0.8805</w:t>
        <w:br/>
        <w:t>vn 0.4845 -0.0617 0.8726</w:t>
        <w:br/>
        <w:t>vn 0.6181 -0.0082 0.7860</w:t>
        <w:br/>
        <w:t>vn 0.3781 -0.2534 0.8904</w:t>
        <w:br/>
        <w:t>vn 0.3507 -0.7104 0.6102</w:t>
        <w:br/>
        <w:t>vn 0.8958 -0.2407 0.3737</w:t>
        <w:br/>
        <w:t>vn 0.8815 -0.1635 0.4430</w:t>
        <w:br/>
        <w:t>vn 0.8209 -0.1964 0.5362</w:t>
        <w:br/>
        <w:t>vn 0.9201 -0.3915 -0.0109</w:t>
        <w:br/>
        <w:t>vn 0.9218 -0.3875 -0.0098</w:t>
        <w:br/>
        <w:t>vn 0.9265 -0.3762 0.0109</w:t>
        <w:br/>
        <w:t>vn 0.9207 -0.3902 0.0058</w:t>
        <w:br/>
        <w:t>vn 0.3984 0.1392 0.9066</w:t>
        <w:br/>
        <w:t>vn 0.3825 0.0478 0.9227</w:t>
        <w:br/>
        <w:t>vn 0.5037 -0.0584 0.8619</w:t>
        <w:br/>
        <w:t>vn 0.5257 0.0314 0.8501</w:t>
        <w:br/>
        <w:t>vn 0.5350 0.0738 0.8416</w:t>
        <w:br/>
        <w:t>vn 0.4169 0.1660 0.8937</w:t>
        <w:br/>
        <w:t>vn 0.2095 0.2781 0.9374</w:t>
        <w:br/>
        <w:t>vn 0.1838 0.2019 0.9620</w:t>
        <w:br/>
        <w:t>vn 0.2645 0.1429 0.9537</w:t>
        <w:br/>
        <w:t>vn 0.2902 0.2215 0.9310</w:t>
        <w:br/>
        <w:t>vn 0.1717 0.0849 0.9815</w:t>
        <w:br/>
        <w:t>vn 0.2121 -0.0062 0.9772</w:t>
        <w:br/>
        <w:t>vn 0.2523 -0.1320 0.9586</w:t>
        <w:br/>
        <w:t>vn 0.2368 -0.0022 0.9716</w:t>
        <w:br/>
        <w:t>vn 0.3193 -0.3753 0.8702</w:t>
        <w:br/>
        <w:t>vn 0.3079 -0.2649 0.9138</w:t>
        <w:br/>
        <w:t>vn 0.3112 -0.2274 0.9228</w:t>
        <w:br/>
        <w:t>vn 0.2361 0.2625 0.9356</w:t>
        <w:br/>
        <w:t>vn 0.2210 0.1969 0.9552</w:t>
        <w:br/>
        <w:t>vn 0.2318 0.1112 0.9664</w:t>
        <w:br/>
        <w:t>vn 0.3332 0.0395 0.9420</w:t>
        <w:br/>
        <w:t>vn 0.1555 -0.5536 0.8181</w:t>
        <w:br/>
        <w:t>vn 0.1512 -0.4268 0.8916</w:t>
        <w:br/>
        <w:t>vn 0.2260 -0.4296 0.8743</w:t>
        <w:br/>
        <w:t>vn 0.2397 -0.5297 0.8136</w:t>
        <w:br/>
        <w:t>vn 0.3019 -0.4395 0.8460</w:t>
        <w:br/>
        <w:t>vn 0.3435 -0.4280 0.8359</w:t>
        <w:br/>
        <w:t>vn 0.3309 -0.4350 0.8375</w:t>
        <w:br/>
        <w:t>vn 0.3214 -0.4540 0.8310</w:t>
        <w:br/>
        <w:t>vn 0.5315 -0.6433 0.5511</w:t>
        <w:br/>
        <w:t>vn 0.3895 -0.4820 0.7848</w:t>
        <w:br/>
        <w:t>vn 0.3036 -0.4377 0.8463</w:t>
        <w:br/>
        <w:t>vn 0.4793 -0.6252 0.6160</w:t>
        <w:br/>
        <w:t>vn 0.5135 -0.6746 0.5303</w:t>
        <w:br/>
        <w:t>vn 0.5273 -0.6694 0.5233</w:t>
        <w:br/>
        <w:t>vn 0.4093 -0.5409 0.7348</w:t>
        <w:br/>
        <w:t>vn 0.4037 -0.5270 0.7478</w:t>
        <w:br/>
        <w:t>vn 0.5208 -0.8533 0.0266</w:t>
        <w:br/>
        <w:t>vn 0.5553 -0.8246 0.1082</w:t>
        <w:br/>
        <w:t>vn 0.5816 -0.7565 0.2990</w:t>
        <w:br/>
        <w:t>vn 0.5633 -0.7798 0.2733</w:t>
        <w:br/>
        <w:t>vn 0.2445 -0.9515 -0.1867</w:t>
        <w:br/>
        <w:t>vn 0.3474 -0.9225 -0.1680</w:t>
        <w:br/>
        <w:t>vn 0.3912 -0.9084 -0.1478</w:t>
        <w:br/>
        <w:t>vn 0.2457 -0.9497 -0.1943</w:t>
        <w:br/>
        <w:t>vn 0.5327 -0.8373 -0.1232</w:t>
        <w:br/>
        <w:t>vn 0.4743 -0.8706 -0.1311</w:t>
        <w:br/>
        <w:t>vn 0.4759 -0.8648 -0.1603</w:t>
        <w:br/>
        <w:t>vn 0.5826 -0.6373 0.5044</w:t>
        <w:br/>
        <w:t>vn 0.4344 -0.5453 0.7170</w:t>
        <w:br/>
        <w:t>vn 0.3310 -0.4719 0.8172</w:t>
        <w:br/>
        <w:t>vn 0.3509 -0.4997 0.7920</w:t>
        <w:br/>
        <w:t>vn 0.3129 -0.5167 0.7969</w:t>
        <w:br/>
        <w:t>vn 0.2967 -0.4664 0.8333</w:t>
        <w:br/>
        <w:t>vn 0.6465 -0.5883 0.4858</w:t>
        <w:br/>
        <w:t>vn 0.7153 -0.4951 0.4932</w:t>
        <w:br/>
        <w:t>vn 0.5031 -0.4444 0.7412</w:t>
        <w:br/>
        <w:t>vn 0.4662 -0.5187 0.7167</w:t>
        <w:br/>
        <w:t>vn 0.6213 -0.7680 0.1555</w:t>
        <w:br/>
        <w:t>vn 0.6993 -0.6998 0.1457</w:t>
        <w:br/>
        <w:t>vn 0.6739 -0.6853 0.2762</w:t>
        <w:br/>
        <w:t>vn 0.5996 -0.7458 0.2903</w:t>
        <w:br/>
        <w:t>vn 0.7393 -0.6168 0.2700</w:t>
        <w:br/>
        <w:t>vn 0.7735 -0.6199 0.1320</w:t>
        <w:br/>
        <w:t>vn 0.5729 -0.7987 -0.1837</w:t>
        <w:br/>
        <w:t>vn 0.6059 -0.7847 -0.1307</w:t>
        <w:br/>
        <w:t>vn 0.6692 -0.7121 -0.2126</w:t>
        <w:br/>
        <w:t>vn 0.5965 -0.7707 -0.2241</w:t>
        <w:br/>
        <w:t>vn 0.7055 -0.6488 -0.2850</w:t>
        <w:br/>
        <w:t>vn 0.7304 -0.6335 -0.2551</w:t>
        <w:br/>
        <w:t>vn 0.4248 -0.9007 -0.0912</w:t>
        <w:br/>
        <w:t>vn 0.8038 -0.5828 0.1192</w:t>
        <w:br/>
        <w:t>vn 0.7496 -0.6374 -0.1783</w:t>
        <w:br/>
        <w:t>vn 0.7645 0.2048 0.6112</w:t>
        <w:br/>
        <w:t>vn 0.7911 0.2654 0.5512</w:t>
        <w:br/>
        <w:t>vn 0.8921 -0.3146 0.3244</w:t>
        <w:br/>
        <w:t>vn 0.8870 -0.3283 0.3248</w:t>
        <w:br/>
        <w:t>vn 0.6332 -0.0262 0.7735</w:t>
        <w:br/>
        <w:t>vn 0.7143 -0.1454 0.6846</w:t>
        <w:br/>
        <w:t>vn 0.6232 0.0435 0.7808</w:t>
        <w:br/>
        <w:t>vn 0.9543 -0.1769 -0.2409</w:t>
        <w:br/>
        <w:t>vn 0.9689 0.0912 -0.2302</w:t>
        <w:br/>
        <w:t>vn 0.9708 0.0218 0.2390</w:t>
        <w:br/>
        <w:t>vn 0.9556 0.2944 -0.0074</w:t>
        <w:br/>
        <w:t>vn 0.7974 0.5529 0.2417</w:t>
        <w:br/>
        <w:t>vn 0.9380 0.2058 0.2790</w:t>
        <w:br/>
        <w:t>vn 0.8291 0.0545 0.5565</w:t>
        <w:br/>
        <w:t>vn -0.1339 0.9910 -0.0003</w:t>
        <w:br/>
        <w:t>vn 0.4019 0.8333 0.3796</w:t>
        <w:br/>
        <w:t>vn 0.7343 -0.3060 0.6059</w:t>
        <w:br/>
        <w:t>vn 0.7231 -0.3504 0.5953</w:t>
        <w:br/>
        <w:t>vn 0.7817 -0.2136 0.5859</w:t>
        <w:br/>
        <w:t>vn 0.8876 -0.2301 0.3991</w:t>
        <w:br/>
        <w:t>vn 0.9234 -0.2935 0.2475</w:t>
        <w:br/>
        <w:t>vn 0.7038 -0.3095 0.6395</w:t>
        <w:br/>
        <w:t>vn -0.0855 0.8987 0.4300</w:t>
        <w:br/>
        <w:t>vn 0.2521 0.8368 0.4861</w:t>
        <w:br/>
        <w:t>vn -0.0389 0.9366 0.3482</w:t>
        <w:br/>
        <w:t>vn -0.4093 0.9124 0.0034</w:t>
        <w:br/>
        <w:t>vn -0.0390 0.9366 0.3482</w:t>
        <w:br/>
        <w:t>vn -0.1339 0.9910 -0.0002</w:t>
        <w:br/>
        <w:t>vn 0.6834 0.2369 0.6906</w:t>
        <w:br/>
        <w:t>vn 0.6714 0.0603 0.7387</w:t>
        <w:br/>
        <w:t>vn 0.5083 0.3623 0.7813</w:t>
        <w:br/>
        <w:t>vn 0.7345 -0.6317 -0.2479</w:t>
        <w:br/>
        <w:t>vn 0.8679 -0.4277 -0.2527</w:t>
        <w:br/>
        <w:t>vn 0.6024 -0.7823 -0.1586</w:t>
        <w:br/>
        <w:t>vn 0.4913 -0.8709 -0.0103</w:t>
        <w:br/>
        <w:t>vn 0.2224 -0.9240 -0.3110</w:t>
        <w:br/>
        <w:t>vn 0.3220 -0.9114 0.2564</w:t>
        <w:br/>
        <w:t>vn 0.1063 -0.9940 -0.0267</w:t>
        <w:br/>
        <w:t>vn 0.4885 0.5538 0.6743</w:t>
        <w:br/>
        <w:t>vn 0.5277 0.5636 0.6355</w:t>
        <w:br/>
        <w:t>vn -0.3755 -0.1307 -0.9176</w:t>
        <w:br/>
        <w:t>vn -0.5261 -0.1661 -0.8340</w:t>
        <w:br/>
        <w:t>vn -0.4097 0.1895 -0.8923</w:t>
        <w:br/>
        <w:t>vn -0.2857 -0.0059 -0.9583</w:t>
        <w:br/>
        <w:t>vn -0.1264 0.6371 -0.7604</w:t>
        <w:br/>
        <w:t>vn -0.1611 0.2862 -0.9445</w:t>
        <w:br/>
        <w:t>vn -0.3528 0.5722 -0.7404</w:t>
        <w:br/>
        <w:t>vn -0.1045 0.8888 -0.4462</w:t>
        <w:br/>
        <w:t>vn -0.3393 0.8162 -0.4676</w:t>
        <w:br/>
        <w:t>vn -0.5404 0.4760 -0.6938</w:t>
        <w:br/>
        <w:t>vn -0.4082 -0.3162 -0.8564</w:t>
        <w:br/>
        <w:t>vn -0.3658 -0.5019 -0.7838</w:t>
        <w:br/>
        <w:t>vn -0.3935 -0.3944 -0.8304</w:t>
        <w:br/>
        <w:t>vn -0.3500 -0.3596 -0.8650</w:t>
        <w:br/>
        <w:t>vn -0.5923 -0.0247 -0.8053</w:t>
        <w:br/>
        <w:t>vn -0.2263 -0.7364 -0.6376</w:t>
        <w:br/>
        <w:t>vn 0.1708 -0.6294 -0.7581</w:t>
        <w:br/>
        <w:t>vn 0.2416 -0.9693 0.0457</w:t>
        <w:br/>
        <w:t>vn 0.4248 -0.9007 -0.0911</w:t>
        <w:br/>
        <w:t>vn 0.7610 0.4306 0.4852</w:t>
        <w:br/>
        <w:t>vn 0.8825 0.2374 0.4060</w:t>
        <w:br/>
        <w:t>vn 0.8236 0.2444 0.5119</w:t>
        <w:br/>
        <w:t>vn 0.6888 0.4024 0.6030</w:t>
        <w:br/>
        <w:t>vn 0.5454 -0.0559 -0.8363</w:t>
        <w:br/>
        <w:t>vn 0.3884 0.0609 -0.9195</w:t>
        <w:br/>
        <w:t>vn 0.7354 0.2306 -0.6372</w:t>
        <w:br/>
        <w:t>vn -0.3290 -0.5893 -0.7379</w:t>
        <w:br/>
        <w:t>vn -0.0855 0.8988 0.4300</w:t>
        <w:br/>
        <w:t>vn 0.9290 -0.2843 0.2370</w:t>
        <w:br/>
        <w:t>vn 0.5881 0.1713 0.7904</w:t>
        <w:br/>
        <w:t>vn 0.9294 -0.2712 0.2504</w:t>
        <w:br/>
        <w:t>vn 0.0667 -0.4979 0.8647</w:t>
        <w:br/>
        <w:t>vn 0.0526 -0.3902 0.9192</w:t>
        <w:br/>
        <w:t>vn 0.4556 -0.0377 0.8894</w:t>
        <w:br/>
        <w:t>vn 0.5108 -0.2189 0.8314</w:t>
        <w:br/>
        <w:t>vn 0.5928 -0.0049 0.8053</w:t>
        <w:br/>
        <w:t>vn 0.9382 -0.2382 0.2511</w:t>
        <w:br/>
        <w:t>vn 0.9396 -0.1230 0.3195</w:t>
        <w:br/>
        <w:t>vn 0.3068 -0.5340 0.7879</w:t>
        <w:br/>
        <w:t>vn 0.4074 -0.4114 0.8154</w:t>
        <w:br/>
        <w:t>vn 0.2388 -0.5713 0.7852</w:t>
        <w:br/>
        <w:t>vn 0.3115 -0.4945 0.8115</w:t>
        <w:br/>
        <w:t>vn 0.5917 -0.0687 0.8032</w:t>
        <w:br/>
        <w:t>vn 0.7315 -0.1322 0.6689</w:t>
        <w:br/>
        <w:t>vn 0.3607 -0.5434 0.7580</w:t>
        <w:br/>
        <w:t>vn 0.4411 -0.3601 0.8220</w:t>
        <w:br/>
        <w:t>vn 0.3696 -0.2465 0.8959</w:t>
        <w:br/>
        <w:t>vn 0.4106 -0.4184 0.8102</w:t>
        <w:br/>
        <w:t>vn 0.5261 -0.3517 0.7743</w:t>
        <w:br/>
        <w:t>vn 0.4746 -0.3200 0.8200</w:t>
        <w:br/>
        <w:t>vn 0.5050 -0.0994 0.8574</w:t>
        <w:br/>
        <w:t>vn 0.3638 0.0365 0.9308</w:t>
        <w:br/>
        <w:t>vn 0.2898 0.1684 0.9422</w:t>
        <w:br/>
        <w:t>vn 0.2420 0.2087 0.9476</w:t>
        <w:br/>
        <w:t>vn 0.2351 0.2265 0.9452</w:t>
        <w:br/>
        <w:t>vn 0.5312 -0.3515 0.7709</w:t>
        <w:br/>
        <w:t>vn 0.6399 -0.2974 0.7086</w:t>
        <w:br/>
        <w:t>vn 0.6237 0.0789 0.7776</w:t>
        <w:br/>
        <w:t>vn 0.7115 0.4499 0.5398</w:t>
        <w:br/>
        <w:t>vn 0.5078 0.6084 0.6099</w:t>
        <w:br/>
        <w:t>vn 0.7843 -0.2172 0.5812</w:t>
        <w:br/>
        <w:t>vn 0.8173 0.3284 0.4734</w:t>
        <w:br/>
        <w:t>vn 0.9144 0.2525 0.3163</w:t>
        <w:br/>
        <w:t>vn 0.9978 -0.0461 0.0484</w:t>
        <w:br/>
        <w:t>vn 0.9991 -0.0294 0.0293</w:t>
        <w:br/>
        <w:t>vn 0.8953 0.2002 0.3979</w:t>
        <w:br/>
        <w:t>vn 0.8639 0.1382 0.4843</w:t>
        <w:br/>
        <w:t>vn 0.9808 -0.1948 -0.0107</w:t>
        <w:br/>
        <w:t>vn 0.9841 -0.1717 0.0463</w:t>
        <w:br/>
        <w:t>vn 0.9666 -0.2544 -0.0296</w:t>
        <w:br/>
        <w:t>vn 0.9696 -0.2393 -0.0504</w:t>
        <w:br/>
        <w:t>vn 0.6834 -0.7150 -0.1471</w:t>
        <w:br/>
        <w:t>vn 0.7577 -0.6360 -0.1463</w:t>
        <w:br/>
        <w:t>vn 0.8150 -0.5791 -0.0221</w:t>
        <w:br/>
        <w:t>vn 0.7564 -0.6538 -0.0196</w:t>
        <w:br/>
        <w:t>vn 0.6964 -0.7141 0.0720</w:t>
        <w:br/>
        <w:t>vn 0.6144 -0.7870 0.0561</w:t>
        <w:br/>
        <w:t>vn 0.5862 -0.8097 -0.0270</w:t>
        <w:br/>
        <w:t>vn 0.6653 -0.7464 -0.0178</w:t>
        <w:br/>
        <w:t>vn 0.8655 -0.0761 0.4951</w:t>
        <w:br/>
        <w:t>vn 0.9161 -0.0891 0.3908</w:t>
        <w:br/>
        <w:t>vn 0.7906 -0.5910 -0.1600</w:t>
        <w:br/>
        <w:t>vn 0.8510 -0.5249 -0.0168</w:t>
        <w:br/>
        <w:t>vn 0.9384 -0.3454 -0.0129</w:t>
        <w:br/>
        <w:t>vn 0.9363 -0.3503 0.0267</w:t>
        <w:br/>
        <w:t>vn 0.4840 -0.8652 -0.1313</w:t>
        <w:br/>
        <w:t>vn 0.3006 -0.9406 -0.1580</w:t>
        <w:br/>
        <w:t>vn 0.3643 -0.9255 -0.1034</w:t>
        <w:br/>
        <w:t>vn 0.9795 -0.2010 -0.0125</w:t>
        <w:br/>
        <w:t>vn 0.9780 -0.2082 -0.0104</w:t>
        <w:br/>
        <w:t>vn 0.9654 -0.2580 -0.0378</w:t>
        <w:br/>
        <w:t>vn 0.9628 -0.2635 -0.0597</w:t>
        <w:br/>
        <w:t>vn 0.9899 -0.0182 -0.1405</w:t>
        <w:br/>
        <w:t>vn 0.9505 -0.2914 -0.1076</w:t>
        <w:br/>
        <w:t>vn 0.2995 0.1541 0.9416</w:t>
        <w:br/>
        <w:t>vn 0.3072 -0.4042 0.8615</w:t>
        <w:br/>
        <w:t>vn 0.3173 -0.4872 0.8136</w:t>
        <w:br/>
        <w:t>vn 0.5493 -0.8353 0.0223</w:t>
        <w:br/>
        <w:t>vn 0.5152 -0.8555 -0.0513</w:t>
        <w:br/>
        <w:t>vn 0.4609 -0.8825 -0.0936</w:t>
        <w:br/>
        <w:t>vn 0.5044 -0.8628 -0.0337</w:t>
        <w:br/>
        <w:t>vn 0.4496 -0.8871 -0.1047</w:t>
        <w:br/>
        <w:t>vn 0.6672 -0.6701 -0.3252</w:t>
        <w:br/>
        <w:t>vn 0.3198 -0.7368 0.5957</w:t>
        <w:br/>
        <w:t>vn 0.3815 -0.7286 0.5688</w:t>
        <w:br/>
        <w:t>vn 0.5122 -0.3123 0.8001</w:t>
        <w:br/>
        <w:t>vn 0.4464 -0.2311 0.8644</w:t>
        <w:br/>
        <w:t>vn 0.3214 -0.4659 0.8244</w:t>
        <w:br/>
        <w:t>vn 0.3041 -0.4286 0.8508</w:t>
        <w:br/>
        <w:t>vn 0.5729 -0.8047 0.1557</w:t>
        <w:br/>
        <w:t>vn 0.5656 -0.7636 0.3116</w:t>
        <w:br/>
        <w:t>vn 0.2718 -0.9477 -0.1674</w:t>
        <w:br/>
        <w:t>vn 0.2859 -0.6444 0.7093</w:t>
        <w:br/>
        <w:t>vn 0.3626 -0.8846 0.2931</w:t>
        <w:br/>
        <w:t>vn 0.1734 -0.4113 0.8949</w:t>
        <w:br/>
        <w:t>vn 0.3459 -0.0990 0.9330</w:t>
        <w:br/>
        <w:t>vn 0.2890 -0.0801 0.9540</w:t>
        <w:br/>
        <w:t>vn 0.4748 -0.0935 0.8751</w:t>
        <w:br/>
        <w:t>vn 0.9649 -0.2542 0.0659</w:t>
        <w:br/>
        <w:t>vn 0.9612 -0.2659 -0.0731</w:t>
        <w:br/>
        <w:t>vn 0.9412 -0.3304 -0.0710</w:t>
        <w:br/>
        <w:t>vn 0.7001 -0.1346 0.7012</w:t>
        <w:br/>
        <w:t>vn 0.7187 -0.1022 0.6878</w:t>
        <w:br/>
        <w:t>vn 0.5350 0.0842 0.8406</w:t>
        <w:br/>
        <w:t>vn 0.5371 0.5579 0.6327</w:t>
        <w:br/>
        <w:t>vn 0.7290 -0.1612 0.6652</w:t>
        <w:br/>
        <w:t>vn 0.6382 -0.1806 0.7484</w:t>
        <w:br/>
        <w:t>vn 0.7826 -0.0230 0.6221</w:t>
        <w:br/>
        <w:t>vn 0.7064 0.0017 0.7078</w:t>
        <w:br/>
        <w:t>vn 0.9703 -0.0781 0.2288</w:t>
        <w:br/>
        <w:t>vn 0.9405 0.0279 0.3387</w:t>
        <w:br/>
        <w:t>vn 0.9795 -0.1519 0.1324</w:t>
        <w:br/>
        <w:t>vn 0.1289 0.2542 0.9585</w:t>
        <w:br/>
        <w:t>vn 0.2449 0.2566 0.9350</w:t>
        <w:br/>
        <w:t>vn 0.3831 0.2594 0.8865</w:t>
        <w:br/>
        <w:t>vn 0.7156 0.3648 0.5957</w:t>
        <w:br/>
        <w:t>vn 0.6241 0.3757 0.6851</w:t>
        <w:br/>
        <w:t>vn 0.5085 0.3823 0.7716</w:t>
        <w:br/>
        <w:t>vn 0.4962 0.2702 0.8251</w:t>
        <w:br/>
        <w:t>vn 0.4167 -0.8971 -0.1469</w:t>
        <w:br/>
        <w:t>vn 0.4060 -0.9030 -0.1404</w:t>
        <w:br/>
        <w:t>vn 0.2692 -0.2251 0.9364</w:t>
        <w:br/>
        <w:t>vn 0.9899 -0.0183 -0.1404</w:t>
        <w:br/>
        <w:t>vn 0.7355 0.2305 -0.6371</w:t>
        <w:br/>
        <w:t>vn 0.4590 -0.1801 0.8700</w:t>
        <w:br/>
        <w:t>vn 0.3801 -0.3446 0.8584</w:t>
        <w:br/>
        <w:t>vn 0.6241 -0.2935 0.7241</w:t>
        <w:br/>
        <w:t>vn 0.8749 -0.4792 0.0705</w:t>
        <w:br/>
        <w:t>vn 0.8386 -0.5399 0.0722</w:t>
        <w:br/>
        <w:t>vn 0.8278 -0.5499 0.1111</w:t>
        <w:br/>
        <w:t>vn 0.8688 -0.4867 0.0913</w:t>
        <w:br/>
        <w:t>vn 0.8449 -0.4768 0.2427</w:t>
        <w:br/>
        <w:t>vn 0.7957 -0.5473 0.2594</w:t>
        <w:br/>
        <w:t>vn 0.3586 -0.4888 0.7953</w:t>
        <w:br/>
        <w:t>vn 0.7826 -0.6178 0.0766</w:t>
        <w:br/>
        <w:t>vn 0.4985 0.4469 0.7428</w:t>
        <w:br/>
        <w:t>vn 0.5140 0.5071 0.6918</w:t>
        <w:br/>
        <w:t>vn 0.5739 -0.0344 -0.8182</w:t>
        <w:br/>
        <w:t>vn 0.8437 -0.5268 -0.1031</w:t>
        <w:br/>
        <w:t>vn 0.8167 -0.5551 -0.1577</w:t>
        <w:br/>
        <w:t>vn 0.2313 0.1092 0.9667</w:t>
        <w:br/>
        <w:t>vn 0.3640 0.1316 0.9221</w:t>
        <w:br/>
        <w:t>vn 0.1223 0.0922 0.9882</w:t>
        <w:br/>
        <w:t>vn 0.3712 -0.0961 0.9236</w:t>
        <w:br/>
        <w:t>vn 0.4682 0.1674 0.8676</w:t>
        <w:br/>
        <w:t>vn 0.1707 -0.6294 -0.7581</w:t>
        <w:br/>
        <w:t>vn 0.9114 -0.4114 -0.0100</w:t>
        <w:br/>
        <w:t>vn 0.8992 -0.4353 -0.0446</w:t>
        <w:br/>
        <w:t>vn 0.9216 -0.3857 -0.0436</w:t>
        <w:br/>
        <w:t>vn 0.9185 -0.3899 -0.0654</w:t>
        <w:br/>
        <w:t>vn 0.3282 0.0246 0.9443</w:t>
        <w:br/>
        <w:t>vn 0.4047 0.1462 0.9027</w:t>
        <w:br/>
        <w:t>vn 0.4681 0.0257 0.8833</w:t>
        <w:br/>
        <w:t>vn 0.1629 -0.9149 0.3692</w:t>
        <w:br/>
        <w:t>vn 0.2223 -0.8868 0.4051</w:t>
        <w:br/>
        <w:t>vn 0.2285 -0.9024 0.3653</w:t>
        <w:br/>
        <w:t>vn 0.1723 -0.9246 0.3399</w:t>
        <w:br/>
        <w:t>vn 0.2134 -0.2495 0.9446</w:t>
        <w:br/>
        <w:t>vn 0.2097 -0.6388 0.7402</w:t>
        <w:br/>
        <w:t>vn 0.3824 -0.5766 0.7221</w:t>
        <w:br/>
        <w:t>vn 0.3913 -0.2508 0.8854</w:t>
        <w:br/>
        <w:t>vn 0.2280 0.5598 0.7966</w:t>
        <w:br/>
        <w:t>vn 0.3220 0.1929 0.9269</w:t>
        <w:br/>
        <w:t>vn 0.4392 0.0833 0.8945</w:t>
        <w:br/>
        <w:t>vn 0.3148 0.4879 0.8141</w:t>
        <w:br/>
        <w:t>vn 0.3865 -0.7539 0.5312</w:t>
        <w:br/>
        <w:t>vn 0.2690 -0.8837 0.3831</w:t>
        <w:br/>
        <w:t>vn 0.3999 0.2344 0.8861</w:t>
        <w:br/>
        <w:t>vn 0.4626 -0.0414 0.8856</w:t>
        <w:br/>
        <w:t>vn 0.1628 -0.9148 0.3696</w:t>
        <w:br/>
        <w:t>vn 0.0710 -0.9307 0.3588</w:t>
        <w:br/>
        <w:t>vn 0.0061 -0.9792 -0.2026</w:t>
        <w:br/>
        <w:t>vn -0.0213 -0.9820 -0.1875</w:t>
        <w:br/>
        <w:t>vn 0.3695 0.3523 0.8599</w:t>
        <w:br/>
        <w:t>vn 0.1273 0.8744 0.4681</w:t>
        <w:br/>
        <w:t>vn 0.1343 0.8741 0.4669</w:t>
        <w:br/>
        <w:t>vn 0.3149 0.4880 0.8140</w:t>
        <w:br/>
        <w:t>vn 0.3696 0.3523 0.8598</w:t>
        <w:br/>
        <w:t>vn 0.4685 -0.0295 0.8830</w:t>
        <w:br/>
        <w:t>vn 0.3249 -0.8657 0.3807</w:t>
        <w:br/>
        <w:t>vn 0.3906 -0.8472 0.3601</w:t>
        <w:br/>
        <w:t>vn 0.3786 -0.8340 0.4014</w:t>
        <w:br/>
        <w:t>vn 0.3934 -0.7921 0.4667</w:t>
        <w:br/>
        <w:t>vn 0.3410 -0.2879 0.8949</w:t>
        <w:br/>
        <w:t>vn 0.2216 -0.1852 0.9574</w:t>
        <w:br/>
        <w:t>vn 0.4262 -0.1485 0.8923</w:t>
        <w:br/>
        <w:t>vn 0.4766 -0.2824 0.8325</w:t>
        <w:br/>
        <w:t>vn 0.4475 -0.4027 0.7985</w:t>
        <w:br/>
        <w:t>vn 0.5310 -0.4259 0.7326</w:t>
        <w:br/>
        <w:t>vn 0.5230 -0.2990 0.7982</w:t>
        <w:br/>
        <w:t>vn 0.2850 -0.8193 0.4974</w:t>
        <w:br/>
        <w:t>vn 0.3666 -0.7760 0.5133</w:t>
        <w:br/>
        <w:t>vn 0.3435 -0.8260 0.4470</w:t>
        <w:br/>
        <w:t>vn 0.2706 -0.8565 0.4395</w:t>
        <w:br/>
        <w:t>vn 0.4173 -0.7718 0.4799</w:t>
        <w:br/>
        <w:t>vn 0.5240 -0.6108 0.5936</w:t>
        <w:br/>
        <w:t>vn 0.3695 -0.8257 0.4262</w:t>
        <w:br/>
        <w:t>vn 0.2187 -0.5475 0.8077</w:t>
        <w:br/>
        <w:t>vn 0.3210 -0.5115 0.7971</w:t>
        <w:br/>
        <w:t>vn -0.1138 0.9895 -0.0888</w:t>
        <w:br/>
        <w:t>vn -0.0439 0.9983 -0.0375</w:t>
        <w:br/>
        <w:t>vn 0.1273 0.8744 0.4682</w:t>
        <w:br/>
        <w:t>vn 0.1051 0.8855 0.4525</w:t>
        <w:br/>
        <w:t>vn 0.1342 0.8742 0.4666</w:t>
        <w:br/>
        <w:t>vn 0.0598 0.8939 0.4443</w:t>
        <w:br/>
        <w:t>vn -0.0289 0.9896 -0.1411</w:t>
        <w:br/>
        <w:t>vn -0.3711 -0.4367 -0.8195</w:t>
        <w:br/>
        <w:t>vn 0.0059 -0.8138 -0.5811</w:t>
        <w:br/>
        <w:t>vn -0.0327 -0.8244 -0.5650</w:t>
        <w:br/>
        <w:t>vn -0.2048 -0.6204 -0.7571</w:t>
        <w:br/>
        <w:t>vn -0.1442 -0.8456 -0.5139</w:t>
        <w:br/>
        <w:t>vn -0.1881 -0.6587 -0.7285</w:t>
        <w:br/>
        <w:t>vn -0.0345 -0.9683 -0.2472</w:t>
        <w:br/>
        <w:t>vn -0.0212 -0.9820 -0.1878</w:t>
        <w:br/>
        <w:t>vn -0.1149 -0.5290 -0.8408</w:t>
        <w:br/>
        <w:t>vn 0.0061 -0.9792 -0.2027</w:t>
        <w:br/>
        <w:t>vn -0.2346 0.9320 -0.2762</w:t>
        <w:br/>
        <w:t>vn -0.2704 0.7018 -0.6591</w:t>
        <w:br/>
        <w:t>vn -0.2594 0.7988 -0.5428</w:t>
        <w:br/>
        <w:t>vn -0.1657 0.7522 -0.6378</w:t>
        <w:br/>
        <w:t>vn -0.5523 0.7921 -0.2598</w:t>
        <w:br/>
        <w:t>vn -0.4418 0.0332 -0.8965</w:t>
        <w:br/>
        <w:t>vn -0.4294 -0.1957 -0.8817</w:t>
        <w:br/>
        <w:t>vn -0.2992 -0.2081 -0.9312</w:t>
        <w:br/>
        <w:t>vn -0.3930 0.0395 -0.9187</w:t>
        <w:br/>
        <w:t>vn -0.1648 -0.2908 -0.9425</w:t>
        <w:br/>
        <w:t>vn -0.3404 0.6646 -0.6652</w:t>
        <w:br/>
        <w:t>vn -0.3741 0.7430 -0.5550</w:t>
        <w:br/>
        <w:t>vn -0.5821 0.5093 -0.6339</w:t>
        <w:br/>
        <w:t>vn -0.6261 -0.0606 -0.7774</w:t>
        <w:br/>
        <w:t>vn -0.1228 -0.6772 -0.7255</w:t>
        <w:br/>
        <w:t>vn -0.2448 -0.6872 -0.6839</w:t>
        <w:br/>
        <w:t>vn -0.5616 -0.4440 -0.6982</w:t>
        <w:br/>
        <w:t>vn -0.4122 0.8223 -0.3923</w:t>
        <w:br/>
        <w:t>vn -0.3877 0.9214 -0.0278</w:t>
        <w:br/>
        <w:t>vn -0.5425 0.7840 -0.3017</w:t>
        <w:br/>
        <w:t>vn -0.5419 0.8240 -0.1652</w:t>
        <w:br/>
        <w:t>vn -0.6955 0.6623 -0.2787</w:t>
        <w:br/>
        <w:t>vn -0.7515 0.6254 -0.2100</w:t>
        <w:br/>
        <w:t>vn -0.9162 0.3486 -0.1975</w:t>
        <w:br/>
        <w:t>vn -0.9026 0.0912 -0.4208</w:t>
        <w:br/>
        <w:t>vn -0.9162 0.3486 -0.1976</w:t>
        <w:br/>
        <w:t>vn -0.9026 0.0911 -0.4208</w:t>
        <w:br/>
        <w:t>vn -0.9359 -0.3454 -0.0691</w:t>
        <w:br/>
        <w:t>vn -0.6789 -0.6542 -0.3333</w:t>
        <w:br/>
        <w:t>vn -0.3206 -0.9468 -0.0266</w:t>
        <w:br/>
        <w:t>vn -0.1801 -0.9083 -0.3776</w:t>
        <w:br/>
        <w:t>vn 0.0590 -0.9957 -0.0713</w:t>
        <w:br/>
        <w:t>vn 0.0364 -0.9455 -0.3236</w:t>
        <w:br/>
        <w:t>vn -0.9709 0.1853 0.1519</w:t>
        <w:br/>
        <w:t>vn -0.8226 -0.5296 0.2070</w:t>
        <w:br/>
        <w:t>vn -0.8767 -0.3016 0.3748</w:t>
        <w:br/>
        <w:t>vn -0.4781 -0.8388 0.2604</w:t>
        <w:br/>
        <w:t>vn -0.5164 -0.6465 0.5615</w:t>
        <w:br/>
        <w:t>vn -0.0569 -0.9814 0.1835</w:t>
        <w:br/>
        <w:t>vn -0.1147 -0.8085 0.5772</w:t>
        <w:br/>
        <w:t>vn -0.9234 0.0724 0.3769</w:t>
        <w:br/>
        <w:t>vn -0.8390 0.4093 0.3584</w:t>
        <w:br/>
        <w:t>vn -0.7660 0.6401 0.0594</w:t>
        <w:br/>
        <w:t>vn -0.5888 0.7925 0.1591</w:t>
        <w:br/>
        <w:t>vn -0.6045 0.5383 0.5872</w:t>
        <w:br/>
        <w:t>vn -0.3304 0.9174 0.2220</w:t>
        <w:br/>
        <w:t>vn -0.2355 0.5859 0.7754</w:t>
        <w:br/>
        <w:t>vn -0.2649 -0.1517 0.9523</w:t>
        <w:br/>
        <w:t>vn -0.7803 -0.0181 0.6251</w:t>
        <w:br/>
        <w:t>vn -0.7803 -0.0182 0.6252</w:t>
        <w:br/>
        <w:t>vn -0.0753 0.9915 0.1059</w:t>
        <w:br/>
        <w:t>vn -0.1067 -0.8504 -0.5151</w:t>
        <w:br/>
        <w:t>vn 0.4247 -0.9007 -0.0912</w:t>
        <w:br/>
        <w:t>vn 0.4127 -0.6277 0.6601</w:t>
        <w:br/>
        <w:t>vn 0.4687 -0.4932 0.7329</w:t>
        <w:br/>
        <w:t>vn 0.1610 0.2540 0.9537</w:t>
        <w:br/>
        <w:t>vn 0.1075 0.5934 0.7977</w:t>
        <w:br/>
        <w:t>vn 0.5122 -0.4820 0.7109</w:t>
        <w:br/>
        <w:t>vn 0.5098 -0.2574 0.8209</w:t>
        <w:br/>
        <w:t>vn 0.2223 -0.8869 0.4050</w:t>
        <w:br/>
        <w:t>vn 0.2288 -0.8378 0.4957</w:t>
        <w:br/>
        <w:t>vn 0.1723 -0.7667 0.6184</w:t>
        <w:br/>
        <w:t>vn 0.0822 -0.9430 0.3225</w:t>
        <w:br/>
        <w:t>vn 0.3433 -0.8258 0.4474</w:t>
        <w:br/>
        <w:t>vn 0.5231 -0.4831 0.7021</w:t>
        <w:br/>
        <w:t>vn 0.5279 -0.2507 0.8114</w:t>
        <w:br/>
        <w:t>vn 0.9106 -0.4131 0.0147</w:t>
        <w:br/>
        <w:t>vn 0.7681 -0.4043 0.4965</w:t>
        <w:br/>
        <w:t>vn 0.6675 -0.2049 0.7159</w:t>
        <w:br/>
        <w:t>vn 0.8087 -0.3407 0.4794</w:t>
        <w:br/>
        <w:t>vn 0.6715 0.1241 0.7306</w:t>
        <w:br/>
        <w:t>vn 0.3151 0.1476 0.9375</w:t>
        <w:br/>
        <w:t>vn 0.8615 -0.2670 0.4319</w:t>
        <w:br/>
        <w:t>vn 0.8716 -0.2929 0.3931</w:t>
        <w:br/>
        <w:t>vn -0.9840 -0.0114 -0.1781</w:t>
        <w:br/>
        <w:t>vn -0.8771 -0.0410 -0.4785</w:t>
        <w:br/>
        <w:t>vn -0.6501 0.7570 -0.0665</w:t>
        <w:br/>
        <w:t>vn -0.1785 0.9838 -0.0184</w:t>
        <w:br/>
        <w:t>vn -0.4422 0.0327 -0.8963</w:t>
        <w:br/>
        <w:t>vn -0.3355 -0.6150 -0.7136</w:t>
        <w:br/>
        <w:t>vn -0.3713 -0.4370 -0.8192</w:t>
        <w:br/>
        <w:t>vn 0.6641 0.3074 0.6815</w:t>
        <w:br/>
        <w:t>vn 0.3309 -0.4214 0.8443</w:t>
        <w:br/>
        <w:t>vn 0.4738 -0.2232 0.8518</w:t>
        <w:br/>
        <w:t>vn 0.5241 -0.3461 0.7781</w:t>
        <w:br/>
        <w:t>vn 0.6923 -0.0939 0.7155</w:t>
        <w:br/>
        <w:t>vn 0.3249 -0.9451 -0.0343</w:t>
        <w:br/>
        <w:t>vn 0.4972 -0.4501 0.7418</w:t>
        <w:br/>
        <w:t>vn 0.4044 -0.7460 0.5291</w:t>
        <w:br/>
        <w:t>vn 0.4747 -0.6105 0.6341</w:t>
        <w:br/>
        <w:t>vn 0.2669 -0.2309 0.9356</w:t>
        <w:br/>
        <w:t>vn 0.2980 -0.8076 0.5089</w:t>
        <w:br/>
        <w:t>vn 0.9179 -0.3266 0.2253</w:t>
        <w:br/>
        <w:t>vn 0.9137 -0.3489 0.2085</w:t>
        <w:br/>
        <w:t>vn 0.9081 -0.3767 0.1830</w:t>
        <w:br/>
        <w:t>vn 0.9153 -0.3567 0.1872</w:t>
        <w:br/>
        <w:t>vn 0.9218 -0.3801 0.0767</w:t>
        <w:br/>
        <w:t>vn 0.9275 -0.3668 0.0720</w:t>
        <w:br/>
        <w:t>vn 0.9389 -0.3341 0.0833</w:t>
        <w:br/>
        <w:t>vn 0.9644 -0.2329 0.1250</w:t>
        <w:br/>
        <w:t>vn 0.9696 -0.1244 0.2106</w:t>
        <w:br/>
        <w:t>vn 0.9477 -0.0786 0.3093</w:t>
        <w:br/>
        <w:t>vn 0.9079 -0.0212 0.4186</w:t>
        <w:br/>
        <w:t>vn 0.8237 0.0719 0.5624</w:t>
        <w:br/>
        <w:t>vn 0.7393 0.1233 0.6620</w:t>
        <w:br/>
        <w:t>vn 0.6419 0.1313 0.7555</w:t>
        <w:br/>
        <w:t>vn 0.5069 0.1144 0.8544</w:t>
        <w:br/>
        <w:t>vn 0.4235 0.0623 0.9038</w:t>
        <w:br/>
        <w:t>vn 0.3290 0.0119 0.9443</w:t>
        <w:br/>
        <w:t>vn 0.9090 -0.4081 0.0844</w:t>
        <w:br/>
        <w:t>vn 0.2295 0.2298 0.9458</w:t>
        <w:br/>
        <w:t>vn 0.2382 0.1717 0.9559</w:t>
        <w:br/>
        <w:t>vn 0.2806 0.0961 0.9550</w:t>
        <w:br/>
        <w:t>vn 0.3424 0.0332 0.9390</w:t>
        <w:br/>
        <w:t>vn 0.4637 -0.0116 0.8859</w:t>
        <w:br/>
        <w:t>vn 0.5574 -0.0671 0.8275</w:t>
        <w:br/>
        <w:t>vn 0.6117 -0.1789 0.7706</w:t>
        <w:br/>
        <w:t>vn 0.6238 -0.3114 0.7169</w:t>
        <w:br/>
        <w:t>vn 0.6378 -0.3458 0.6883</w:t>
        <w:br/>
        <w:t>vn 0.7193 -0.3392 0.6062</w:t>
        <w:br/>
        <w:t>vn 0.7670 -0.2359 0.5968</w:t>
        <w:br/>
        <w:t>vn 0.7027 -0.1488 0.6958</w:t>
        <w:br/>
        <w:t>vn 0.6006 -0.2435 0.7616</w:t>
        <w:br/>
        <w:t>vn 0.4834 -0.3360 0.8084</w:t>
        <w:br/>
        <w:t>vn 0.3605 -0.4144 0.8356</w:t>
        <w:br/>
        <w:t>vn 0.2670 -0.5057 0.8204</w:t>
        <w:br/>
        <w:t>vn 0.2293 -0.5547 0.7999</w:t>
        <w:br/>
        <w:t>vn 0.2163 -0.6303 0.7456</w:t>
        <w:br/>
        <w:t>vn 0.3213 -0.8948 0.3101</w:t>
        <w:br/>
        <w:t>vn 0.2033 -0.9689 0.1414</w:t>
        <w:br/>
        <w:t>vn 0.4077 -0.8668 0.2872</w:t>
        <w:br/>
        <w:t>vn 0.5357 -0.7991 0.2730</w:t>
        <w:br/>
        <w:t>vn 0.3216 -0.4121 0.8525</w:t>
        <w:br/>
        <w:t>vn 0.2623 -0.4148 0.8713</w:t>
        <w:br/>
        <w:t>vn 0.3010 -0.3873 0.8715</w:t>
        <w:br/>
        <w:t>vn 0.3804 -0.4140 0.8269</w:t>
        <w:br/>
        <w:t>vn 0.4818 -0.4559 0.7484</w:t>
        <w:br/>
        <w:t>vn 0.4042 -0.4495 0.7966</w:t>
        <w:br/>
        <w:t>vn 0.2477 -0.4975 0.8314</w:t>
        <w:br/>
        <w:t>vn 0.2285 -0.4177 0.8794</w:t>
        <w:br/>
        <w:t>vn 0.4662 -0.2665 0.8436</w:t>
        <w:br/>
        <w:t>vn 0.3785 -0.1821 0.9075</w:t>
        <w:br/>
        <w:t>vn 0.4392 -0.1177 0.8907</w:t>
        <w:br/>
        <w:t>vn 0.4812 -0.1253 0.8676</w:t>
        <w:br/>
        <w:t>vn 0.4526 -0.4560 0.7663</w:t>
        <w:br/>
        <w:t>vn 0.3787 -0.3421 0.8600</w:t>
        <w:br/>
        <w:t>vn 0.4313 -0.1108 0.8954</w:t>
        <w:br/>
        <w:t>vn 0.4326 -0.0279 0.9012</w:t>
        <w:br/>
        <w:t>vn 0.4020 -0.6236 0.6704</w:t>
        <w:br/>
        <w:t>vn 0.3545 -0.4939 0.7939</w:t>
        <w:br/>
        <w:t>vn 0.2825 -0.6547 0.7011</w:t>
        <w:br/>
        <w:t>vn 0.2834 -0.5536 0.7831</w:t>
        <w:br/>
        <w:t>vn 0.1847 -0.7693 0.6116</w:t>
        <w:br/>
        <w:t>vn 0.1626 -0.7087 0.6865</w:t>
        <w:br/>
        <w:t>vn 0.2907 -0.6508 0.7014</w:t>
        <w:br/>
        <w:t>vn 0.3452 -0.6982 0.6272</w:t>
        <w:br/>
        <w:t>vn 0.3952 -0.5398 0.7432</w:t>
        <w:br/>
        <w:t>vn 0.4732 -0.5752 0.6672</w:t>
        <w:br/>
        <w:t>vn 0.2828 0.0019 0.9592</w:t>
        <w:br/>
        <w:t>vn 0.2809 -0.0990 0.9546</w:t>
        <w:br/>
        <w:t>vn 0.8459 -0.2981 0.4422</w:t>
        <w:br/>
        <w:t>vn 0.8911 -0.4535 -0.0131</w:t>
        <w:br/>
        <w:t>vn 0.8820 -0.4710 -0.0143</w:t>
        <w:br/>
        <w:t>vn 0.8939 -0.4467 0.0377</w:t>
        <w:br/>
        <w:t>vn 0.8912 -0.4493 0.0624</w:t>
        <w:br/>
        <w:t>vn 0.8903 -0.4477 0.0827</w:t>
        <w:br/>
        <w:t>vn 0.8834 -0.4616 0.0803</w:t>
        <w:br/>
        <w:t>vn 0.8760 -0.4293 0.2200</w:t>
        <w:br/>
        <w:t>vn 0.8949 -0.3999 0.1980</w:t>
        <w:br/>
        <w:t>vn 0.3710 -0.4904 0.7886</w:t>
        <w:br/>
        <w:t>vn 0.8554 -0.0117 0.5178</w:t>
        <w:br/>
        <w:t>vn 0.6561 -0.4372 0.6151</w:t>
        <w:br/>
        <w:t>vn 0.5834 -0.4301 0.6890</w:t>
        <w:br/>
        <w:t>vn 0.7947 -0.0286 0.6064</w:t>
        <w:br/>
        <w:t>vn 0.8867 0.0302 0.4613</w:t>
        <w:br/>
        <w:t>vn 0.7184 -0.3590 0.5958</w:t>
        <w:br/>
        <w:t>vn 0.8868 0.1292 0.4438</w:t>
        <w:br/>
        <w:t>vn 0.7500 -0.2213 0.6233</w:t>
        <w:br/>
        <w:t>vn 0.6446 0.0282 -0.7640</w:t>
        <w:br/>
        <w:t>vn 0.6017 -0.3866 0.6989</w:t>
        <w:br/>
        <w:t>vn 0.4785 -0.0342 0.8774</w:t>
        <w:br/>
        <w:t>vn 0.5288 -0.2520 0.8105</w:t>
        <w:br/>
        <w:t>vn -0.0347 -0.9682 -0.2477</w:t>
        <w:br/>
        <w:t>vn 0.2223 -0.8870 0.4047</w:t>
        <w:br/>
        <w:t>vn 0.1048 0.8853 0.4530</w:t>
        <w:br/>
        <w:t>vn 0.2277 0.5597 0.7968</w:t>
        <w:br/>
        <w:t>vn 0.3796 0.3251 0.8662</w:t>
        <w:br/>
        <w:t>vn 0.4004 0.2345 0.8858</w:t>
        <w:br/>
        <w:t>vn 0.2702 -0.8564 0.4400</w:t>
        <w:br/>
        <w:t>vn 0.4175 -0.7718 0.4796</w:t>
        <w:br/>
        <w:t>vn 0.4382 -0.6811 0.5866</w:t>
        <w:br/>
        <w:t>vn 0.5305 -0.5282 0.6630</w:t>
        <w:br/>
        <w:t>vn 0.5245 -0.6107 0.5933</w:t>
        <w:br/>
        <w:t>vn 0.1076 0.5929 0.7980</w:t>
        <w:br/>
        <w:t>vn 0.0598 0.8936 0.4448</w:t>
        <w:br/>
        <w:t>vn 0.5243 -0.4837 0.7009</w:t>
        <w:br/>
        <w:t>vn 0.5974 -0.4928 0.6326</w:t>
        <w:br/>
        <w:t>vn -0.8664 -0.4134 -0.2802</w:t>
        <w:br/>
        <w:t>vn -0.3710 -0.4367 -0.8195</w:t>
        <w:br/>
        <w:t>vn -0.4419 0.0332 -0.8965</w:t>
        <w:br/>
        <w:t>vn -0.4464 -0.0780 -0.8914</w:t>
        <w:br/>
        <w:t>vn -0.8772 -0.0409 -0.4784</w:t>
        <w:br/>
        <w:t>vn -0.8745 0.4486 -0.1845</w:t>
        <w:br/>
        <w:t>vn -0.5343 0.8391 -0.1021</w:t>
        <w:br/>
        <w:t>vn -0.6139 0.7705 0.1714</w:t>
        <w:br/>
        <w:t>vn -0.6716 0.1241 0.7304</w:t>
        <w:br/>
        <w:t>vn -0.1249 0.9895 -0.0724</w:t>
        <w:br/>
        <w:t>vn -0.0272 0.9992 -0.0306</w:t>
        <w:br/>
        <w:t>vn -0.0832 0.9753 0.2048</w:t>
        <w:br/>
        <w:t>vn -0.1735 0.9761 0.1307</w:t>
        <w:br/>
        <w:t>vn -0.0883 0.9688 0.2316</w:t>
        <w:br/>
        <w:t>vn -0.0092 0.9999 -0.0135</w:t>
        <w:br/>
        <w:t>vn 0.0549 0.9982 -0.0257</w:t>
        <w:br/>
        <w:t>vn 0.2552 0.9650 -0.0598</w:t>
        <w:br/>
        <w:t>vn 0.0885 0.9682 0.2341</w:t>
        <w:br/>
        <w:t>vn -0.0259 0.9788 0.2030</w:t>
        <w:br/>
        <w:t>vn 0.5729 0.8191 0.0309</w:t>
        <w:br/>
        <w:t>vn 0.2795 0.8719 0.4021</w:t>
        <w:br/>
        <w:t>vn 0.4068 0.6186 0.6722</w:t>
        <w:br/>
        <w:t>vn 0.5913 0.6390 0.4919</w:t>
        <w:br/>
        <w:t>vn 0.8109 0.3473 0.4710</w:t>
        <w:br/>
        <w:t>vn 0.4511 0.2862 0.8453</w:t>
        <w:br/>
        <w:t>vn 0.7856 0.1711 0.5946</w:t>
        <w:br/>
        <w:t>vn 0.5421 0.0465 0.8390</w:t>
        <w:br/>
        <w:t>vn 0.5141 0.0819 0.8538</w:t>
        <w:br/>
        <w:t>vn 0.7677 0.2058 0.6068</w:t>
        <w:br/>
        <w:t>vn 0.1668 -0.9793 -0.1144</w:t>
        <w:br/>
        <w:t>vn 0.2261 -0.9726 -0.0546</w:t>
        <w:br/>
        <w:t>vn 0.2261 -0.9726 -0.0545</w:t>
        <w:br/>
        <w:t>vn 0.0315 -0.9857 -0.1656</w:t>
        <w:br/>
        <w:t>vn -0.1827 -0.9648 -0.1894</w:t>
        <w:br/>
        <w:t>vn -0.2032 -0.9689 0.1414</w:t>
        <w:br/>
        <w:t>vn -0.3704 -0.9103 -0.1850</w:t>
        <w:br/>
        <w:t>vn -0.3213 -0.8948 0.3101</w:t>
        <w:br/>
        <w:t>vn -0.4077 -0.8667 0.2874</w:t>
        <w:br/>
        <w:t>vn -0.4860 -0.8546 -0.1827</w:t>
        <w:br/>
        <w:t>vn -0.7043 -0.4463 -0.5520</w:t>
        <w:br/>
        <w:t>vn -0.9174 -0.0440 -0.3956</w:t>
        <w:br/>
        <w:t>vn -0.9640 -0.2171 -0.1537</w:t>
        <w:br/>
        <w:t>vn 0.1958 -0.9585 0.2071</w:t>
        <w:br/>
        <w:t>vn 0.2230 -0.9476 0.2288</w:t>
        <w:br/>
        <w:t>vn 0.2591 -0.9646 0.0487</w:t>
        <w:br/>
        <w:t>vn 0.2673 -0.9451 0.1883</w:t>
        <w:br/>
        <w:t>vn -0.9059 0.4234 0.0043</w:t>
        <w:br/>
        <w:t>vn -0.4134 0.8368 -0.3590</w:t>
        <w:br/>
        <w:t>vn -0.0002 0.9642 -0.2652</w:t>
        <w:br/>
        <w:t>vn 0.1326 0.9584 -0.2529</w:t>
        <w:br/>
        <w:t>vn 0.5791 0.7442 -0.3330</w:t>
        <w:br/>
        <w:t>vn 0.9457 0.2369 0.2226</w:t>
        <w:br/>
        <w:t>vn 0.9238 0.3815 -0.0315</w:t>
        <w:br/>
        <w:t>vn 0.9593 -0.1130 -0.2587</w:t>
        <w:br/>
        <w:t>vn 0.6232 -0.1997 -0.7561</w:t>
        <w:br/>
        <w:t>vn 0.4071 -0.2538 -0.8774</w:t>
        <w:br/>
        <w:t>vn 0.4938 -0.2344 -0.8374</w:t>
        <w:br/>
        <w:t>vn 0.2743 -0.2487 -0.9289</w:t>
        <w:br/>
        <w:t>vn 0.0715 -0.2376 -0.9687</w:t>
        <w:br/>
        <w:t>vn -0.1107 -0.1463 -0.9830</w:t>
        <w:br/>
        <w:t>vn -0.1107 -0.1462 -0.9830</w:t>
        <w:br/>
        <w:t>vn -0.3609 -0.0598 -0.9307</w:t>
        <w:br/>
        <w:t>vn -0.8528 -0.2427 -0.4625</w:t>
        <w:br/>
        <w:t>vn -0.9769 0.0348 -0.2108</w:t>
        <w:br/>
        <w:t>vn 0.6357 -0.1644 -0.7543</w:t>
        <w:br/>
        <w:t>vn 0.8182 -0.2141 -0.5336</w:t>
        <w:br/>
        <w:t>vn -0.7063 -0.7059 -0.0532</w:t>
        <w:br/>
        <w:t>vn -0.7249 -0.6703 -0.1591</w:t>
        <w:br/>
        <w:t>vn 0.9238 0.3815 -0.0316</w:t>
        <w:br/>
        <w:t>vn 0.8576 0.4518 -0.2459</w:t>
        <w:br/>
        <w:t>vn -0.9795 -0.0535 0.1944</w:t>
        <w:br/>
        <w:t>vn -0.6968 0.3657 0.6171</w:t>
        <w:br/>
        <w:t>vn -0.3649 -0.9293 -0.0574</w:t>
        <w:br/>
        <w:t>vn 0.1263 0.3061 0.9436</w:t>
        <w:br/>
        <w:t>vn 0.1022 -0.0420 0.9939</w:t>
        <w:br/>
        <w:t>vn 0.1678 -0.0255 0.9855</w:t>
        <w:br/>
        <w:t>vn 0.1995 0.3344 0.9211</w:t>
        <w:br/>
        <w:t>vn 0.0968 -0.1764 0.9796</w:t>
        <w:br/>
        <w:t>vn 0.1518 -0.2108 0.9657</w:t>
        <w:br/>
        <w:t>vn 0.1594 -0.9870 0.0225</w:t>
        <w:br/>
        <w:t>vn 0.2241 -0.9745 0.0101</w:t>
        <w:br/>
        <w:t>vn 0.2241 -0.9745 0.0102</w:t>
        <w:br/>
        <w:t>vn 0.0025 -0.9992 0.0394</w:t>
        <w:br/>
        <w:t>vn 0.0025 -0.9992 0.0391</w:t>
        <w:br/>
        <w:t>vn -0.0607 -0.2317 0.9709</w:t>
        <w:br/>
        <w:t>vn -0.0097 -0.1868 0.9823</w:t>
        <w:br/>
        <w:t>vn -0.0246 -0.0398 0.9989</w:t>
        <w:br/>
        <w:t>vn -0.0873 -0.0209 0.9960</w:t>
        <w:br/>
        <w:t>vn -0.0674 0.3189 0.9454</w:t>
        <w:br/>
        <w:t>vn -0.1098 0.1907 0.9755</w:t>
        <w:br/>
        <w:t>vn -0.4976 0.4813 0.7217</w:t>
        <w:br/>
        <w:t>vn -0.0928 0.5153 0.8520</w:t>
        <w:br/>
        <w:t>vn 0.2145 0.4969 0.8409</w:t>
        <w:br/>
        <w:t>vn 0.1409 0.5035 0.8524</w:t>
        <w:br/>
        <w:t>vn 0.8586 -0.2845 -0.4265</w:t>
        <w:br/>
        <w:t>vn 0.9119 -0.2007 -0.3581</w:t>
        <w:br/>
        <w:t>vn 0.9593 -0.1131 -0.2587</w:t>
        <w:br/>
        <w:t>vn 0.6139 0.7706 0.1713</w:t>
        <w:br/>
        <w:t>vn 0.5343 0.8391 -0.1022</w:t>
        <w:br/>
        <w:t>vn 0.8745 0.4486 -0.1845</w:t>
        <w:br/>
        <w:t>vn 0.6716 0.1241 0.7304</w:t>
        <w:br/>
        <w:t>vn 0.0833 0.9753 0.2048</w:t>
        <w:br/>
        <w:t>vn 0.0272 0.9992 -0.0305</w:t>
        <w:br/>
        <w:t>vn 0.1249 0.9895 -0.0724</w:t>
        <w:br/>
        <w:t>vn 0.1735 0.9761 0.1307</w:t>
        <w:br/>
        <w:t>vn 0.0883 0.9688 0.2316</w:t>
        <w:br/>
        <w:t>vn 0.0092 0.9999 -0.0135</w:t>
        <w:br/>
        <w:t>vn -0.0885 0.9682 0.2342</w:t>
        <w:br/>
        <w:t>vn -0.2552 0.9650 -0.0598</w:t>
        <w:br/>
        <w:t>vn -0.0549 0.9982 -0.0257</w:t>
        <w:br/>
        <w:t>vn 0.0259 0.9788 0.2030</w:t>
        <w:br/>
        <w:t>vn -0.2795 0.8719 0.4021</w:t>
        <w:br/>
        <w:t>vn -0.5729 0.8191 0.0309</w:t>
        <w:br/>
        <w:t>vn -0.8109 0.3473 0.4710</w:t>
        <w:br/>
        <w:t>vn -0.5913 0.6390 0.4919</w:t>
        <w:br/>
        <w:t>vn -0.4069 0.6186 0.6721</w:t>
        <w:br/>
        <w:t>vn -0.4511 0.2862 0.8453</w:t>
        <w:br/>
        <w:t>vn -0.5141 0.0819 0.8538</w:t>
        <w:br/>
        <w:t>vn -0.5421 0.0465 0.8390</w:t>
        <w:br/>
        <w:t>vn -0.7856 0.1711 0.5946</w:t>
        <w:br/>
        <w:t>vn -0.7677 0.2058 0.6068</w:t>
        <w:br/>
        <w:t>vn -0.2261 -0.9726 -0.0546</w:t>
        <w:br/>
        <w:t>vn -0.1668 -0.9793 -0.1144</w:t>
        <w:br/>
        <w:t>vn -0.2261 -0.9726 -0.0545</w:t>
        <w:br/>
        <w:t>vn -0.0315 -0.9857 -0.1656</w:t>
        <w:br/>
        <w:t>vn 0.2032 -0.9689 0.1414</w:t>
        <w:br/>
        <w:t>vn 0.1827 -0.9648 -0.1893</w:t>
        <w:br/>
        <w:t>vn 0.3213 -0.8947 0.3102</w:t>
        <w:br/>
        <w:t>vn 0.3704 -0.9103 -0.1849</w:t>
        <w:br/>
        <w:t>vn 0.4077 -0.8667 0.2874</w:t>
        <w:br/>
        <w:t>vn 0.4860 -0.8546 -0.1827</w:t>
        <w:br/>
        <w:t>vn 0.7043 -0.4463 -0.5520</w:t>
        <w:br/>
        <w:t>vn 0.9640 -0.2171 -0.1536</w:t>
        <w:br/>
        <w:t>vn 0.9174 -0.0440 -0.3956</w:t>
        <w:br/>
        <w:t>vn -0.2230 -0.9476 0.2289</w:t>
        <w:br/>
        <w:t>vn -0.1957 -0.9585 0.2071</w:t>
        <w:br/>
        <w:t>vn -0.2230 -0.9476 0.2288</w:t>
        <w:br/>
        <w:t>vn -0.2673 -0.9451 0.1883</w:t>
        <w:br/>
        <w:t>vn -0.2591 -0.9646 0.0487</w:t>
        <w:br/>
        <w:t>vn -0.2673 -0.9451 0.1882</w:t>
        <w:br/>
        <w:t>vn 0.4134 0.8368 -0.3590</w:t>
        <w:br/>
        <w:t>vn 0.9059 0.4234 0.0043</w:t>
        <w:br/>
        <w:t>vn 0.0002 0.9642 -0.2652</w:t>
        <w:br/>
        <w:t>vn -0.5791 0.7441 -0.3330</w:t>
        <w:br/>
        <w:t>vn -0.1326 0.9584 -0.2529</w:t>
        <w:br/>
        <w:t>vn -0.9238 0.3815 -0.0315</w:t>
        <w:br/>
        <w:t>vn -0.9457 0.2369 0.2226</w:t>
        <w:br/>
        <w:t>vn -0.9593 -0.1130 -0.2587</w:t>
        <w:br/>
        <w:t>vn -0.4938 -0.2344 -0.8374</w:t>
        <w:br/>
        <w:t>vn -0.4071 -0.2538 -0.8774</w:t>
        <w:br/>
        <w:t>vn -0.6232 -0.1997 -0.7561</w:t>
        <w:br/>
        <w:t>vn -0.2743 -0.2487 -0.9289</w:t>
        <w:br/>
        <w:t>vn -0.0715 -0.2376 -0.9687</w:t>
        <w:br/>
        <w:t>vn 0.1107 -0.1463 -0.9830</w:t>
        <w:br/>
        <w:t>vn 0.1107 -0.1462 -0.9830</w:t>
        <w:br/>
        <w:t>vn 0.3609 -0.0598 -0.9307</w:t>
        <w:br/>
        <w:t>vn 0.8528 -0.2427 -0.4625</w:t>
        <w:br/>
        <w:t>vn 0.9769 0.0348 -0.2108</w:t>
        <w:br/>
        <w:t>vn -0.8182 -0.2141 -0.5336</w:t>
        <w:br/>
        <w:t>vn -0.6357 -0.1644 -0.7543</w:t>
        <w:br/>
        <w:t>vn 0.7249 -0.6702 -0.1591</w:t>
        <w:br/>
        <w:t>vn 0.7063 -0.7059 -0.0532</w:t>
        <w:br/>
        <w:t>vn -0.8576 0.4517 -0.2459</w:t>
        <w:br/>
        <w:t>vn -0.9238 0.3815 -0.0316</w:t>
        <w:br/>
        <w:t>vn 0.6968 0.3657 0.6171</w:t>
        <w:br/>
        <w:t>vn 0.9795 -0.0535 0.1944</w:t>
        <w:br/>
        <w:t>vn 0.3649 -0.9293 -0.0573</w:t>
        <w:br/>
        <w:t>vn -0.1678 -0.0255 0.9855</w:t>
        <w:br/>
        <w:t>vn -0.1022 -0.0420 0.9939</w:t>
        <w:br/>
        <w:t>vn -0.1263 0.3061 0.9436</w:t>
        <w:br/>
        <w:t>vn -0.1995 0.3344 0.9211</w:t>
        <w:br/>
        <w:t>vn -0.0968 -0.1764 0.9796</w:t>
        <w:br/>
        <w:t>vn -0.1518 -0.2108 0.9657</w:t>
        <w:br/>
        <w:t>vn -0.2241 -0.9745 0.0101</w:t>
        <w:br/>
        <w:t>vn -0.1594 -0.9870 0.0225</w:t>
        <w:br/>
        <w:t>vn -0.0025 -0.9992 0.0391</w:t>
        <w:br/>
        <w:t>vn 0.0246 -0.0397 0.9989</w:t>
        <w:br/>
        <w:t>vn 0.0097 -0.1868 0.9823</w:t>
        <w:br/>
        <w:t>vn 0.0607 -0.2317 0.9709</w:t>
        <w:br/>
        <w:t>vn 0.0873 -0.0209 0.9960</w:t>
        <w:br/>
        <w:t>vn 0.1098 0.1907 0.9755</w:t>
        <w:br/>
        <w:t>vn 0.0674 0.3189 0.9454</w:t>
        <w:br/>
        <w:t>vn 0.4976 0.4813 0.7217</w:t>
        <w:br/>
        <w:t>vn 0.0928 0.5153 0.8520</w:t>
        <w:br/>
        <w:t>vn -0.1409 0.5035 0.8524</w:t>
        <w:br/>
        <w:t>vn -0.2145 0.4969 0.8409</w:t>
        <w:br/>
        <w:t>vn -0.9593 -0.1131 -0.2587</w:t>
        <w:br/>
        <w:t>vn -0.9119 -0.2007 -0.3581</w:t>
        <w:br/>
        <w:t>vn -0.8586 -0.2845 -0.4265</w:t>
        <w:br/>
        <w:t>vn 0.7458 0.5057 0.4336</w:t>
        <w:br/>
        <w:t>vn 0.8666 0.3333 0.3714</w:t>
        <w:br/>
        <w:t>vn 0.8666 0.3333 0.3713</w:t>
        <w:br/>
        <w:t>vn 0.1221 -0.7750 0.6200</w:t>
        <w:br/>
        <w:t>vn 0.1264 -0.8247 0.5513</w:t>
        <w:br/>
        <w:t>vn 0.1263 -0.8248 0.5512</w:t>
        <w:br/>
        <w:t>vn 0.4607 0.7549 0.4669</w:t>
        <w:br/>
        <w:t>vn 0.4607 0.7548 0.4669</w:t>
        <w:br/>
        <w:t>vn 0.0302 -0.7432 0.6684</w:t>
        <w:br/>
        <w:t>vn 0.0302 -0.7432 0.6683</w:t>
        <w:br/>
        <w:t>vn 0.0900 -0.8460 0.5256</w:t>
        <w:br/>
        <w:t>vn 0.8977 0.2846 0.3365</w:t>
        <w:br/>
        <w:t>vn 0.2555 0.8518 0.4573</w:t>
        <w:br/>
        <w:t>vn 0.2557 0.8518 0.4573</w:t>
        <w:br/>
        <w:t>vn -0.1724 -0.3328 0.9271</w:t>
        <w:br/>
        <w:t>vn 0.6544 0.6852 0.3198</w:t>
        <w:br/>
        <w:t>vn 0.7247 0.6744 0.1409</w:t>
        <w:br/>
        <w:t>vn 0.6545 0.6851 0.3198</w:t>
        <w:br/>
        <w:t>vn 0.4798 0.6959 0.5343</w:t>
        <w:br/>
        <w:t>vn 0.2118 -0.3129 0.9259</w:t>
        <w:br/>
        <w:t>vn 0.2117 -0.3129 0.9259</w:t>
        <w:br/>
        <w:t>vn 0.3820 -0.4804 0.7895</w:t>
        <w:br/>
        <w:t>vn 0.2076 0.7704 0.6028</w:t>
        <w:br/>
        <w:t>vn 0.2075 0.7704 0.6028</w:t>
        <w:br/>
        <w:t>vn -0.0343 -0.2164 0.9757</w:t>
        <w:br/>
        <w:t>vn -0.0345 -0.2165 0.9757</w:t>
        <w:br/>
        <w:t>vn 0.0118 0.7959 0.6053</w:t>
        <w:br/>
        <w:t>vn -0.1975 -0.1650 0.9663</w:t>
        <w:br/>
        <w:t>vn -0.1976 -0.1650 0.9663</w:t>
        <w:br/>
        <w:t>vn 0.4598 -0.5846 0.6684</w:t>
        <w:br/>
        <w:t>vn -0.7458 0.5057 0.4336</w:t>
        <w:br/>
        <w:t>vn -0.8666 0.3333 0.3713</w:t>
        <w:br/>
        <w:t>vn -0.7458 0.5057 0.4337</w:t>
        <w:br/>
        <w:t>vn -0.1221 -0.7750 0.6200</w:t>
        <w:br/>
        <w:t>vn -0.1262 -0.8248 0.5511</w:t>
        <w:br/>
        <w:t>vn -0.1263 -0.8248 0.5512</w:t>
        <w:br/>
        <w:t>vn -0.4607 0.7548 0.4670</w:t>
        <w:br/>
        <w:t>vn -0.0300 -0.7432 0.6684</w:t>
        <w:br/>
        <w:t>vn -0.0299 -0.7433 0.6683</w:t>
        <w:br/>
        <w:t>vn -0.0900 -0.8460 0.5255</w:t>
        <w:br/>
        <w:t>vn -0.8977 0.2846 0.3365</w:t>
        <w:br/>
        <w:t>vn -0.2556 0.8518 0.4573</w:t>
        <w:br/>
        <w:t>vn -0.2557 0.8517 0.4573</w:t>
        <w:br/>
        <w:t>vn 0.1719 -0.3309 0.9279</w:t>
        <w:br/>
        <w:t>vn -0.6545 0.6851 0.3198</w:t>
        <w:br/>
        <w:t>vn -0.7248 0.6744 0.1409</w:t>
        <w:br/>
        <w:t>vn -0.4798 0.6959 0.5343</w:t>
        <w:br/>
        <w:t>vn -0.3820 -0.4805 0.7895</w:t>
        <w:br/>
        <w:t>vn -0.2118 -0.3130 0.9258</w:t>
        <w:br/>
        <w:t>vn -0.2076 0.7705 0.6027</w:t>
        <w:br/>
        <w:t>vn -0.2074 0.7705 0.6028</w:t>
        <w:br/>
        <w:t>vn 0.0343 -0.2164 0.9757</w:t>
        <w:br/>
        <w:t>vn 0.0344 -0.2164 0.9757</w:t>
        <w:br/>
        <w:t>vn -0.0121 0.7960 0.6052</w:t>
        <w:br/>
        <w:t>vn -0.0117 0.7960 0.6052</w:t>
        <w:br/>
        <w:t>vn 0.1975 -0.1650 0.9663</w:t>
        <w:br/>
        <w:t>vn 0.1976 -0.1650 0.9663</w:t>
        <w:br/>
        <w:t>vn -0.4598 -0.5846 0.6684</w:t>
        <w:br/>
        <w:t>vn 0.1126 -0.8801 0.4612</w:t>
        <w:br/>
        <w:t>vn 0.1056 -0.8854 0.4526</w:t>
        <w:br/>
        <w:t>vn 0.0185 -0.9617 0.2734</w:t>
        <w:br/>
        <w:t>vn 0.0150 -0.9525 0.3041</w:t>
        <w:br/>
        <w:t>vn 0.1484 -0.8925 0.4260</w:t>
        <w:br/>
        <w:t>vn 0.0881 -0.9673 0.2379</w:t>
        <w:br/>
        <w:t>vn 0.1954 -0.8893 0.4135</w:t>
        <w:br/>
        <w:t>vn 0.1873 -0.9532 0.2373</w:t>
        <w:br/>
        <w:t>vn 0.2366 -0.8768 0.4186</w:t>
        <w:br/>
        <w:t>vn 0.2479 -0.9270 0.2815</w:t>
        <w:br/>
        <w:t>vn 0.2821 -0.8685 0.4076</w:t>
        <w:br/>
        <w:t>vn 0.2921 -0.9019 0.3183</w:t>
        <w:br/>
        <w:t>vn 0.3964 -0.8054 0.4408</w:t>
        <w:br/>
        <w:t>vn 0.4245 -0.8220 0.3796</w:t>
        <w:br/>
        <w:t>vn 0.3789 -0.8470 0.3728</w:t>
        <w:br/>
        <w:t>vn 0.3430 -0.8366 0.4271</w:t>
        <w:br/>
        <w:t>vn 0.5341 -0.7311 0.4245</w:t>
        <w:br/>
        <w:t>vn 0.5573 -0.7570 0.3412</w:t>
        <w:br/>
        <w:t>vn 0.0127 -0.9432 0.3319</w:t>
        <w:br/>
        <w:t>vn -0.0639 -0.9524 0.2980</w:t>
        <w:br/>
        <w:t>vn 0.0795 -0.9024 0.4236</w:t>
        <w:br/>
        <w:t>vn 0.1103 -0.8894 0.4436</w:t>
        <w:br/>
        <w:t>vn 0.7318 0.4260 0.5319</w:t>
        <w:br/>
        <w:t>vn 0.7755 0.4143 0.4765</w:t>
        <w:br/>
        <w:t>vn 0.6233 0.7401 0.2524</w:t>
        <w:br/>
        <w:t>vn 0.4438 -0.8587 0.2563</w:t>
        <w:br/>
        <w:t>vn 0.4035 -0.8016 0.4412</w:t>
        <w:br/>
        <w:t>vn 0.5054 -0.8276 0.2445</w:t>
        <w:br/>
        <w:t>vn 0.6397 0.4383 0.6315</w:t>
        <w:br/>
        <w:t>vn 0.7000 0.6306 0.3351</w:t>
        <w:br/>
        <w:t>vn 0.7643 0.4087 0.4988</w:t>
        <w:br/>
        <w:t>vn 0.6397 0.4382 0.6314</w:t>
        <w:br/>
        <w:t>vn 0.2859 0.6470 0.7069</w:t>
        <w:br/>
        <w:t>vn 0.2859 0.6471 0.7068</w:t>
        <w:br/>
        <w:t>vn 0.4848 0.5286 0.6968</w:t>
        <w:br/>
        <w:t>vn 0.4849 0.5286 0.6967</w:t>
        <w:br/>
        <w:t>vn 0.4100 -0.8731 0.2639</w:t>
        <w:br/>
        <w:t>vn 0.4261 -0.8688 0.2523</w:t>
        <w:br/>
        <w:t>vn 0.4261 -0.8688 0.2522</w:t>
        <w:br/>
        <w:t>vn 0.6183 -0.6709 0.4095</w:t>
        <w:br/>
        <w:t>vn -0.8226 -0.1910 0.5357</w:t>
        <w:br/>
        <w:t>vn -0.8096 -0.1171 0.5752</w:t>
        <w:br/>
        <w:t>vn 0.3749 -0.5460 0.7492</w:t>
        <w:br/>
        <w:t>vn 0.5819 -0.6213 0.5247</w:t>
        <w:br/>
        <w:t>vn 0.4977 -0.7182 0.4863</w:t>
        <w:br/>
        <w:t>vn 0.2890 -0.6507 0.7022</w:t>
        <w:br/>
        <w:t>vn 0.6595 -0.7175 0.2241</w:t>
        <w:br/>
        <w:t>vn 0.7309 -0.6352 0.2495</w:t>
        <w:br/>
        <w:t>vn -0.5035 0.5797 0.6407</w:t>
        <w:br/>
        <w:t>vn -0.4537 0.5845 0.6726</w:t>
        <w:br/>
        <w:t>vn -0.4537 0.5844 0.6728</w:t>
        <w:br/>
        <w:t>vn -0.5035 0.5796 0.6407</w:t>
        <w:br/>
        <w:t>vn 0.7634 -0.5061 -0.4012</w:t>
        <w:br/>
        <w:t>vn 0.7635 -0.5061 -0.4012</w:t>
        <w:br/>
        <w:t>vn 0.7853 -0.4827 -0.3876</w:t>
        <w:br/>
        <w:t>vn 0.1441 -0.8517 0.5039</w:t>
        <w:br/>
        <w:t>vn 0.1082 -0.8645 0.4908</w:t>
        <w:br/>
        <w:t>vn 0.1504 -0.8385 0.5238</w:t>
        <w:br/>
        <w:t>vn -0.5514 0.6038 0.5757</w:t>
        <w:br/>
        <w:t>vn -0.5514 0.6038 0.5756</w:t>
        <w:br/>
        <w:t>vn 0.8287 -0.4547 -0.3264</w:t>
        <w:br/>
        <w:t>vn 0.3372 -0.7379 0.5847</w:t>
        <w:br/>
        <w:t>vn 0.3371 -0.7379 0.5847</w:t>
        <w:br/>
        <w:t>vn -0.5830 0.6472 0.4912</w:t>
        <w:br/>
        <w:t>vn -0.6544 0.7539 -0.0585</w:t>
        <w:br/>
        <w:t>vn -0.5619 0.8272 -0.0053</w:t>
        <w:br/>
        <w:t>vn 0.8463 -0.4720 -0.2471</w:t>
        <w:br/>
        <w:t>vn 0.8501 -0.4998 0.1656</w:t>
        <w:br/>
        <w:t>vn 0.8065 -0.5652 0.1734</w:t>
        <w:br/>
        <w:t>vn 0.6117 -0.5516 0.5671</w:t>
        <w:br/>
        <w:t>vn 0.3104 0.3655 0.8775</w:t>
        <w:br/>
        <w:t>vn 0.2981 -0.3223 0.8985</w:t>
        <w:br/>
        <w:t>vn 0.4248 0.3077 0.8514</w:t>
        <w:br/>
        <w:t>vn 0.4212 0.5876 0.6909</w:t>
        <w:br/>
        <w:t>vn 0.6355 -0.5043 0.5847</w:t>
        <w:br/>
        <w:t>vn 0.7601 -0.5820 0.2890</w:t>
        <w:br/>
        <w:t>vn 0.4406 -0.3710 0.8175</w:t>
        <w:br/>
        <w:t>vn 0.6888 -0.5657 0.4533</w:t>
        <w:br/>
        <w:t>vn 0.7383 -0.5699 0.3609</w:t>
        <w:br/>
        <w:t>vn 0.6214 -0.4442 0.6454</w:t>
        <w:br/>
        <w:t>vn 0.5925 -0.4340 0.6786</w:t>
        <w:br/>
        <w:t>vn 0.4362 -0.2698 0.8584</w:t>
        <w:br/>
        <w:t>vn 0.4506 -0.2688 0.8513</w:t>
        <w:br/>
        <w:t>vn 0.5835 -0.4347 0.6860</w:t>
        <w:br/>
        <w:t>vn 0.1794 -0.7820 0.5969</w:t>
        <w:br/>
        <w:t>vn 0.1536 -0.6233 0.7667</w:t>
        <w:br/>
        <w:t>vn 0.1767 -0.7319 0.6581</w:t>
        <w:br/>
        <w:t>vn 0.1979 -0.8560 0.4776</w:t>
        <w:br/>
        <w:t>vn 0.2136 -0.0730 0.9742</w:t>
        <w:br/>
        <w:t>vn 0.1752 0.4163 0.8922</w:t>
        <w:br/>
        <w:t>vn 0.2011 -0.6786 0.7065</w:t>
        <w:br/>
        <w:t>vn -0.0352 0.4711 0.8814</w:t>
        <w:br/>
        <w:t>vn -0.2482 0.4295 0.8683</w:t>
        <w:br/>
        <w:t>vn -0.2483 0.4295 0.8683</w:t>
        <w:br/>
        <w:t>vn 0.2802 -0.8646 0.4172</w:t>
        <w:br/>
        <w:t>vn 0.2348 -0.7934 0.5616</w:t>
        <w:br/>
        <w:t>vn 0.2506 -0.8200 0.5146</w:t>
        <w:br/>
        <w:t>vn 0.3046 -0.8649 0.3990</w:t>
        <w:br/>
        <w:t>vn -0.4082 0.3495 0.8434</w:t>
        <w:br/>
        <w:t>vn 0.2095 -0.9386 0.2741</w:t>
        <w:br/>
        <w:t>vn 0.3178 -0.9115 0.2612</w:t>
        <w:br/>
        <w:t>vn 0.3531 -0.8939 0.2761</w:t>
        <w:br/>
        <w:t>vn -0.4628 0.0871 0.8822</w:t>
        <w:br/>
        <w:t>vn 0.0867 -0.7461 0.6602</w:t>
        <w:br/>
        <w:t>vn 0.1015 -0.7555 0.6472</w:t>
        <w:br/>
        <w:t>vn 0.3757 -0.8765 0.3011</w:t>
        <w:br/>
        <w:t>vn -0.3213 -0.3236 0.8900</w:t>
        <w:br/>
        <w:t>vn 0.1710 0.6928 0.7005</w:t>
        <w:br/>
        <w:t>vn 0.4036 -0.8723 0.2760</w:t>
        <w:br/>
        <w:t>vn 0.3664 -0.7848 0.4998</w:t>
        <w:br/>
        <w:t>vn 0.5066 -0.6993 0.5043</w:t>
        <w:br/>
        <w:t>vn 0.3055 -0.8226 0.4796</w:t>
        <w:br/>
        <w:t>vn 0.2693 -0.8272 0.4932</w:t>
        <w:br/>
        <w:t>vn 0.1880 -0.7689 0.6112</w:t>
        <w:br/>
        <w:t>vn 0.2058 -0.7730 0.6001</w:t>
        <w:br/>
        <w:t>vn 0.3249 -0.9094 0.2597</w:t>
        <w:br/>
        <w:t>vn 0.1440 -0.8517 0.5039</w:t>
        <w:br/>
        <w:t>vn -0.7327 0.4022 0.5490</w:t>
        <w:br/>
        <w:t>vn -0.6769 0.4809 0.5572</w:t>
        <w:br/>
        <w:t>vn -0.6769 0.4809 0.5573</w:t>
        <w:br/>
        <w:t>vn -0.7371 0.2389 0.6321</w:t>
        <w:br/>
        <w:t>vn -0.7612 0.0455 0.6470</w:t>
        <w:br/>
        <w:t>vn 0.1221 -0.8453 0.5202</w:t>
        <w:br/>
        <w:t>vn -0.6298 0.4991 0.5953</w:t>
        <w:br/>
        <w:t>vn 0.3500 -0.8727 0.3405</w:t>
        <w:br/>
        <w:t>vn 0.3225 -0.8568 0.4023</w:t>
        <w:br/>
        <w:t>vn -0.1326 -0.9521 0.2754</w:t>
        <w:br/>
        <w:t>vn 0.5442 0.2762 0.7922</w:t>
        <w:br/>
        <w:t>vn 0.4688 0.7027 0.5352</w:t>
        <w:br/>
        <w:t>vn 0.5166 0.2638 0.8146</w:t>
        <w:br/>
        <w:t>vn 0.8312 -0.3950 -0.3912</w:t>
        <w:br/>
        <w:t>vn 0.8289 -0.3990 -0.3921</w:t>
        <w:br/>
        <w:t>vn 0.8530 -0.4037 -0.3309</w:t>
        <w:br/>
        <w:t>vn 0.0389 0.9943 -0.0996</w:t>
        <w:br/>
        <w:t>vn 0.2122 0.9756 0.0565</w:t>
        <w:br/>
        <w:t>vn 0.2122 0.9756 0.0566</w:t>
        <w:br/>
        <w:t>vn 0.3342 0.9246 -0.1828</w:t>
        <w:br/>
        <w:t>vn 0.7001 0.6306 0.3351</w:t>
        <w:br/>
        <w:t>vn 0.6233 0.7401 0.2523</w:t>
        <w:br/>
        <w:t>vn -0.4303 0.4770 0.7663</w:t>
        <w:br/>
        <w:t>vn -0.4050 0.4688 0.7850</w:t>
        <w:br/>
        <w:t>vn 0.3248 -0.9094 0.2596</w:t>
        <w:br/>
        <w:t>vn 0.4389 -0.8218 -0.3634</w:t>
        <w:br/>
        <w:t>vn 0.4795 -0.8274 -0.2923</w:t>
        <w:br/>
        <w:t>vn 0.4793 -0.8275 -0.2925</w:t>
        <w:br/>
        <w:t>vn 0.1142 0.9051 -0.4097</w:t>
        <w:br/>
        <w:t>vn -0.0420 0.8557 -0.5158</w:t>
        <w:br/>
        <w:t>vn 0.5991 -0.7832 -0.1667</w:t>
        <w:br/>
        <w:t>vn 0.5991 -0.7831 -0.1667</w:t>
        <w:br/>
        <w:t>vn -0.4380 0.4955 0.7501</w:t>
        <w:br/>
        <w:t>vn -0.4379 0.4954 0.7502</w:t>
        <w:br/>
        <w:t>vn -0.4206 0.5059 0.7531</w:t>
        <w:br/>
        <w:t>vn 0.6745 -0.7298 -0.1121</w:t>
        <w:br/>
        <w:t>vn 0.1218 -0.8802 0.4587</w:t>
        <w:br/>
        <w:t>vn 0.0258 -0.9431 0.3314</w:t>
        <w:br/>
        <w:t>vn 0.8523 -0.4186 -0.3135</w:t>
        <w:br/>
        <w:t>vn -0.0701 0.9833 -0.1677</w:t>
        <w:br/>
        <w:t>vn 0.4212 0.5877 0.6908</w:t>
        <w:br/>
        <w:t>vn 0.4689 0.7027 0.5351</w:t>
        <w:br/>
        <w:t>vn 0.8159 -0.4038 -0.4139</w:t>
        <w:br/>
        <w:t>vn 0.8242 -0.4068 -0.3940</w:t>
        <w:br/>
        <w:t>vn 0.2935 -0.8368 0.4621</w:t>
        <w:br/>
        <w:t>vn -0.1126 -0.8801 0.4612</w:t>
        <w:br/>
        <w:t>vn -0.0150 -0.9525 0.3041</w:t>
        <w:br/>
        <w:t>vn -0.0185 -0.9617 0.2734</w:t>
        <w:br/>
        <w:t>vn -0.1056 -0.8854 0.4526</w:t>
        <w:br/>
        <w:t>vn -0.0881 -0.9673 0.2378</w:t>
        <w:br/>
        <w:t>vn -0.1484 -0.8925 0.4260</w:t>
        <w:br/>
        <w:t>vn -0.1873 -0.9532 0.2373</w:t>
        <w:br/>
        <w:t>vn -0.1954 -0.8893 0.4135</w:t>
        <w:br/>
        <w:t>vn -0.2366 -0.8769 0.4185</w:t>
        <w:br/>
        <w:t>vn -0.2479 -0.9270 0.2815</w:t>
        <w:br/>
        <w:t>vn 0.4893 0.2759 0.8273</w:t>
        <w:br/>
        <w:t>vn 0.4252 0.2332 0.8745</w:t>
        <w:br/>
        <w:t>vn -0.2921 -0.9019 0.3182</w:t>
        <w:br/>
        <w:t>vn -0.2820 -0.8685 0.4075</w:t>
        <w:br/>
        <w:t>vn -0.3964 -0.8053 0.4408</w:t>
        <w:br/>
        <w:t>vn -0.3429 -0.8366 0.4271</w:t>
        <w:br/>
        <w:t>vn -0.3789 -0.8471 0.3727</w:t>
        <w:br/>
        <w:t>vn -0.4245 -0.8220 0.3797</w:t>
        <w:br/>
        <w:t>vn 0.6879 0.3764 0.6206</w:t>
        <w:br/>
        <w:t>vn 0.6186 0.3812 0.6870</w:t>
        <w:br/>
        <w:t>vn -0.5571 -0.7568 0.3419</w:t>
        <w:br/>
        <w:t>vn -0.5340 -0.7309 0.4249</w:t>
        <w:br/>
        <w:t>vn 0.7507 0.4292 0.5023</w:t>
        <w:br/>
        <w:t>vn -0.0127 -0.9432 0.3319</w:t>
        <w:br/>
        <w:t>vn -0.1104 -0.8894 0.4436</w:t>
        <w:br/>
        <w:t>vn -0.0795 -0.9024 0.4236</w:t>
        <w:br/>
        <w:t>vn 0.0639 -0.9524 0.2980</w:t>
        <w:br/>
        <w:t>vn -0.7318 0.4260 0.5319</w:t>
        <w:br/>
        <w:t>vn -0.6233 0.7401 0.2524</w:t>
        <w:br/>
        <w:t>vn -0.7755 0.4142 0.4765</w:t>
        <w:br/>
        <w:t>vn -0.7319 0.4260 0.5319</w:t>
        <w:br/>
        <w:t>vn -0.4438 -0.8586 0.2564</w:t>
        <w:br/>
        <w:t>vn -0.5054 -0.8276 0.2445</w:t>
        <w:br/>
        <w:t>vn -0.4035 -0.8016 0.4412</w:t>
        <w:br/>
        <w:t>vn -0.6397 0.4383 0.6315</w:t>
        <w:br/>
        <w:t>vn -0.6397 0.4383 0.6314</w:t>
        <w:br/>
        <w:t>vn -0.7643 0.4087 0.4989</w:t>
        <w:br/>
        <w:t>vn -0.7000 0.6306 0.3351</w:t>
        <w:br/>
        <w:t>vn -0.2859 0.6470 0.7068</w:t>
        <w:br/>
        <w:t>vn -0.4849 0.5286 0.6967</w:t>
        <w:br/>
        <w:t>vn -0.4848 0.5286 0.6968</w:t>
        <w:br/>
        <w:t>vn -0.4100 -0.8731 0.2639</w:t>
        <w:br/>
        <w:t>vn -0.4100 -0.8731 0.2640</w:t>
        <w:br/>
        <w:t>vn -0.4261 -0.8688 0.2523</w:t>
        <w:br/>
        <w:t>vn 0.7619 0.4675 0.4483</w:t>
        <w:br/>
        <w:t>vn -0.6182 -0.6707 0.4099</w:t>
        <w:br/>
        <w:t>vn 0.8226 -0.1909 0.5357</w:t>
        <w:br/>
        <w:t>vn 0.8096 -0.1171 0.5752</w:t>
        <w:br/>
        <w:t>vn 0.8096 -0.1170 0.5752</w:t>
        <w:br/>
        <w:t>vn -0.4978 -0.7181 0.4863</w:t>
        <w:br/>
        <w:t>vn -0.5819 -0.6213 0.5248</w:t>
        <w:br/>
        <w:t>vn -0.3749 -0.5460 0.7492</w:t>
        <w:br/>
        <w:t>vn -0.2891 -0.6507 0.7021</w:t>
        <w:br/>
        <w:t>vn -0.6595 -0.7175 0.2241</w:t>
        <w:br/>
        <w:t>vn -0.7309 -0.6352 0.2495</w:t>
        <w:br/>
        <w:t>vn 0.5035 0.5796 0.6407</w:t>
        <w:br/>
        <w:t>vn 0.4536 0.5844 0.6728</w:t>
        <w:br/>
        <w:t>vn 0.4537 0.5845 0.6727</w:t>
        <w:br/>
        <w:t>vn -0.7635 -0.5061 -0.4012</w:t>
        <w:br/>
        <w:t>vn -0.7853 -0.4827 -0.3876</w:t>
        <w:br/>
        <w:t>vn -0.1440 -0.8517 0.5039</w:t>
        <w:br/>
        <w:t>vn -0.1503 -0.8385 0.5238</w:t>
        <w:br/>
        <w:t>vn -0.1082 -0.8645 0.4908</w:t>
        <w:br/>
        <w:t>vn 0.5514 0.6038 0.5756</w:t>
        <w:br/>
        <w:t>vn -0.8287 -0.4547 -0.3264</w:t>
        <w:br/>
        <w:t>vn -0.3371 -0.7379 0.5847</w:t>
        <w:br/>
        <w:t>vn 0.5830 0.6472 0.4912</w:t>
        <w:br/>
        <w:t>vn 0.5618 0.8272 -0.0054</w:t>
        <w:br/>
        <w:t>vn 0.6544 0.7539 -0.0587</w:t>
        <w:br/>
        <w:t>vn -0.8463 -0.4720 -0.2471</w:t>
        <w:br/>
        <w:t>vn -0.8065 -0.5652 0.1734</w:t>
        <w:br/>
        <w:t>vn -0.8501 -0.4998 0.1656</w:t>
        <w:br/>
        <w:t>vn -0.6117 -0.5516 0.5671</w:t>
        <w:br/>
        <w:t>vn -0.3104 0.3655 0.8775</w:t>
        <w:br/>
        <w:t>vn -0.4212 0.5876 0.6909</w:t>
        <w:br/>
        <w:t>vn -0.4248 0.3077 0.8514</w:t>
        <w:br/>
        <w:t>vn -0.2981 -0.3223 0.8985</w:t>
        <w:br/>
        <w:t>vn -0.7601 -0.5820 0.2892</w:t>
        <w:br/>
        <w:t>vn -0.6355 -0.5043 0.5847</w:t>
        <w:br/>
        <w:t>vn -0.4406 -0.3710 0.8174</w:t>
        <w:br/>
        <w:t>vn -0.6889 -0.5657 0.4531</w:t>
        <w:br/>
        <w:t>vn -0.5926 -0.4340 0.6786</w:t>
        <w:br/>
        <w:t>vn -0.6214 -0.4442 0.6454</w:t>
        <w:br/>
        <w:t>vn -0.7383 -0.5699 0.3608</w:t>
        <w:br/>
        <w:t>vn -0.4504 -0.2688 0.8514</w:t>
        <w:br/>
        <w:t>vn -0.4362 -0.2698 0.8585</w:t>
        <w:br/>
        <w:t>vn -0.5835 -0.4347 0.6859</w:t>
        <w:br/>
        <w:t>vn -0.1794 -0.7820 0.5969</w:t>
        <w:br/>
        <w:t>vn -0.1979 -0.8560 0.4776</w:t>
        <w:br/>
        <w:t>vn -0.1767 -0.7319 0.6581</w:t>
        <w:br/>
        <w:t>vn -0.1536 -0.6234 0.7667</w:t>
        <w:br/>
        <w:t>vn -0.2136 -0.0730 0.9742</w:t>
        <w:br/>
        <w:t>vn -0.1752 0.4163 0.8922</w:t>
        <w:br/>
        <w:t>vn -0.2011 -0.6786 0.7065</w:t>
        <w:br/>
        <w:t>vn 0.0352 0.4712 0.8813</w:t>
        <w:br/>
        <w:t>vn 0.2482 0.4294 0.8683</w:t>
        <w:br/>
        <w:t>vn 0.2482 0.4295 0.8683</w:t>
        <w:br/>
        <w:t>vn -0.2802 -0.8646 0.4171</w:t>
        <w:br/>
        <w:t>vn -0.3046 -0.8648 0.3991</w:t>
        <w:br/>
        <w:t>vn -0.2506 -0.8199 0.5147</w:t>
        <w:br/>
        <w:t>vn -0.2349 -0.7935 0.5615</w:t>
        <w:br/>
        <w:t>vn 0.4083 0.3495 0.8433</w:t>
        <w:br/>
        <w:t>vn -0.2095 -0.9386 0.2740</w:t>
        <w:br/>
        <w:t>vn -0.3177 -0.9115 0.2612</w:t>
        <w:br/>
        <w:t>vn -0.3530 -0.8940 0.2761</w:t>
        <w:br/>
        <w:t>vn 0.4628 0.0872 0.8822</w:t>
        <w:br/>
        <w:t>vn 0.4627 0.0871 0.8822</w:t>
        <w:br/>
        <w:t>vn -0.0864 -0.7461 0.6602</w:t>
        <w:br/>
        <w:t>vn -0.3759 -0.8764 0.3011</w:t>
        <w:br/>
        <w:t>vn -0.1013 -0.7553 0.6475</w:t>
        <w:br/>
        <w:t>vn 0.3219 -0.3235 0.8898</w:t>
        <w:br/>
        <w:t>vn -0.1710 0.6927 0.7006</w:t>
        <w:br/>
        <w:t>vn -0.4036 -0.8723 0.2760</w:t>
        <w:br/>
        <w:t>vn -0.5066 -0.6993 0.5043</w:t>
        <w:br/>
        <w:t>vn -0.3663 -0.7848 0.4999</w:t>
        <w:br/>
        <w:t>vn -0.3055 -0.8225 0.4797</w:t>
        <w:br/>
        <w:t>vn -0.2693 -0.8272 0.4932</w:t>
        <w:br/>
        <w:t>vn -0.1880 -0.7688 0.6112</w:t>
        <w:br/>
        <w:t>vn -0.2058 -0.7730 0.6001</w:t>
        <w:br/>
        <w:t>vn -0.1441 -0.8517 0.5038</w:t>
        <w:br/>
        <w:t>vn -0.3249 -0.9094 0.2596</w:t>
        <w:br/>
        <w:t>vn 0.7326 0.4022 0.5491</w:t>
        <w:br/>
        <w:t>vn 0.6770 0.4809 0.5571</w:t>
        <w:br/>
        <w:t>vn 0.7371 0.2389 0.6321</w:t>
        <w:br/>
        <w:t>vn 0.7612 0.0455 0.6470</w:t>
        <w:br/>
        <w:t>vn 0.7612 0.0455 0.6469</w:t>
        <w:br/>
        <w:t>vn -0.1222 -0.8453 0.5202</w:t>
        <w:br/>
        <w:t>vn 0.6297 0.4988 0.5955</w:t>
        <w:br/>
        <w:t>vn -0.3225 -0.8568 0.4023</w:t>
        <w:br/>
        <w:t>vn -0.3500 -0.8727 0.3405</w:t>
        <w:br/>
        <w:t>vn 0.5770 0.3594 0.7334</w:t>
        <w:br/>
        <w:t>vn 0.5769 0.3594 0.7335</w:t>
        <w:br/>
        <w:t>vn 0.1327 -0.9521 0.2754</w:t>
        <w:br/>
        <w:t>vn -0.5443 0.2762 0.7921</w:t>
        <w:br/>
        <w:t>vn -0.5166 0.2638 0.8146</w:t>
        <w:br/>
        <w:t>vn -0.4688 0.7027 0.5352</w:t>
        <w:br/>
        <w:t>vn -0.5442 0.2762 0.7922</w:t>
        <w:br/>
        <w:t>vn -0.5167 0.2638 0.8145</w:t>
        <w:br/>
        <w:t>vn 0.6924 0.0968 0.7150</w:t>
        <w:br/>
        <w:t>vn 0.6923 0.0968 0.7151</w:t>
        <w:br/>
        <w:t>vn 0.7528 -0.0037 0.6582</w:t>
        <w:br/>
        <w:t>vn -0.7755 0.4143 0.4765</w:t>
        <w:br/>
        <w:t>vn 0.4303 0.4771 0.7663</w:t>
        <w:br/>
        <w:t>vn 0.4303 0.4770 0.7664</w:t>
        <w:br/>
        <w:t>vn 0.4050 0.4688 0.7850</w:t>
        <w:br/>
        <w:t>vn 0.4380 0.4955 0.7501</w:t>
        <w:br/>
        <w:t>vn 0.4379 0.4954 0.7502</w:t>
        <w:br/>
        <w:t>vn 0.4207 0.5060 0.7530</w:t>
        <w:br/>
        <w:t>vn -0.1504 -0.8385 0.5238</w:t>
        <w:br/>
        <w:t>vn -0.1218 -0.8802 0.4587</w:t>
        <w:br/>
        <w:t>vn -0.0258 -0.9431 0.3314</w:t>
        <w:br/>
        <w:t>vn 0.6318 0.1973 0.7496</w:t>
        <w:br/>
        <w:t>vn 0.7629 -0.0022 0.6465</w:t>
        <w:br/>
        <w:t>vn -0.2935 -0.8368 0.4622</w:t>
        <w:br/>
        <w:t>vn 0.1368 0.8805 0.4539</w:t>
        <w:br/>
        <w:t>vn 0.1234 0.8555 0.5029</w:t>
        <w:br/>
        <w:t>vn 0.1367 0.8805 0.4539</w:t>
        <w:br/>
        <w:t>vn 0.1881 0.7205 0.6674</w:t>
        <w:br/>
        <w:t>vn 0.1881 0.7206 0.6673</w:t>
        <w:br/>
        <w:t>vn 0.2018 0.6970 0.6881</w:t>
        <w:br/>
        <w:t>vn -0.0019 -0.5782 0.8159</w:t>
        <w:br/>
        <w:t>vn 0.0069 -0.6048 0.7964</w:t>
        <w:br/>
        <w:t>vn 0.0578 -0.6321 0.7727</w:t>
        <w:br/>
        <w:t>vn 0.0577 -0.6320 0.7728</w:t>
        <w:br/>
        <w:t>vn 0.1502 0.8820 0.4466</w:t>
        <w:br/>
        <w:t>vn 0.1489 0.7889 0.5962</w:t>
        <w:br/>
        <w:t>vn 0.1490 0.7889 0.5962</w:t>
        <w:br/>
        <w:t>vn 0.3057 -0.5331 0.7889</w:t>
        <w:br/>
        <w:t>vn 0.2613 -0.5481 0.7945</w:t>
        <w:br/>
        <w:t>vn 0.2613 -0.5481 0.7946</w:t>
        <w:br/>
        <w:t>vn 0.1585 -0.5983 0.7854</w:t>
        <w:br/>
        <w:t>vn 0.1584 -0.5982 0.7855</w:t>
        <w:br/>
        <w:t>vn -0.1368 0.8805 0.4539</w:t>
        <w:br/>
        <w:t>vn -0.1234 0.8554 0.5031</w:t>
        <w:br/>
        <w:t>vn -0.1881 0.7206 0.6674</w:t>
        <w:br/>
        <w:t>vn -0.2017 0.6965 0.6886</w:t>
        <w:br/>
        <w:t>vn -0.1880 0.7205 0.6675</w:t>
        <w:br/>
        <w:t>vn 0.0019 -0.5783 0.8158</w:t>
        <w:br/>
        <w:t>vn -0.0070 -0.6050 0.7962</w:t>
        <w:br/>
        <w:t>vn -0.0578 -0.6320 0.7728</w:t>
        <w:br/>
        <w:t>vn -0.0578 -0.6319 0.7729</w:t>
        <w:br/>
        <w:t>vn -0.1502 0.8820 0.4466</w:t>
        <w:br/>
        <w:t>vn -0.1490 0.7888 0.5963</w:t>
        <w:br/>
        <w:t>vn -0.1490 0.7889 0.5962</w:t>
        <w:br/>
        <w:t>vn -0.3057 -0.5330 0.7890</w:t>
        <w:br/>
        <w:t>vn -0.2613 -0.5480 0.7946</w:t>
        <w:br/>
        <w:t>vn -0.2613 -0.5481 0.7946</w:t>
        <w:br/>
        <w:t>vn -0.1586 -0.5986 0.7852</w:t>
        <w:br/>
        <w:t>vn -0.1585 -0.5984 0.7853</w:t>
        <w:br/>
        <w:t>vn -0.2485 -0.6171 0.7467</w:t>
        <w:br/>
        <w:t>vn -0.2663 -0.6351 0.7251</w:t>
        <w:br/>
        <w:t>vn -0.2407 -0.5822 0.7766</w:t>
        <w:br/>
        <w:t>vn -0.2555 -0.6251 0.7375</w:t>
        <w:br/>
        <w:t>vn -0.2330 -0.5816 0.7794</w:t>
        <w:br/>
        <w:t>vn -0.2330 -0.5815 0.7794</w:t>
        <w:br/>
        <w:t>vn -0.3007 -0.7374 0.6049</w:t>
        <w:br/>
        <w:t>vn -0.2983 -0.6955 0.6536</w:t>
        <w:br/>
        <w:t>vn -0.2802 0.1573 0.9470</w:t>
        <w:br/>
        <w:t>vn -0.1726 -0.3330 0.9270</w:t>
        <w:br/>
        <w:t>vn 0.1721 -0.3309 0.9278</w:t>
        <w:br/>
        <w:t>vn 0.2788 0.1614 0.9467</w:t>
        <w:br/>
        <w:t>vn 0.5765 -0.0258 -0.8167</w:t>
        <w:br/>
        <w:t>vn 0.6795 0.1126 -0.7250</w:t>
        <w:br/>
        <w:t>vn 0.3993 -0.1980 -0.8952</w:t>
        <w:br/>
        <w:t>vn 0.6838 0.1326 -0.7175</w:t>
        <w:br/>
        <w:t>vn 0.3356 -0.2514 -0.9078</w:t>
        <w:br/>
        <w:t>vn 0.3359 -0.2514 -0.9077</w:t>
        <w:br/>
        <w:t>vn 0.5735 -0.0667 -0.8165</w:t>
        <w:br/>
        <w:t>vn 0.3536 -0.1693 -0.9199</w:t>
        <w:br/>
        <w:t>vn 0.1254 -0.2652 -0.9560</w:t>
        <w:br/>
        <w:t>vn 0.1254 -0.2653 -0.9560</w:t>
        <w:br/>
        <w:t>vn 0.0045 -0.3035 -0.9528</w:t>
        <w:br/>
        <w:t>vn 0.0044 -0.3036 -0.9528</w:t>
        <w:br/>
        <w:t>vn 0.6781 -0.0186 -0.7347</w:t>
        <w:br/>
        <w:t>vn -0.2892 0.5931 -0.7514</w:t>
        <w:br/>
        <w:t>vn -0.2892 0.5930 -0.7515</w:t>
        <w:br/>
        <w:t>vn -0.3396 0.5669 -0.7505</w:t>
        <w:br/>
        <w:t>vn -0.2356 0.7377 -0.6326</w:t>
        <w:br/>
        <w:t>vn -0.2403 0.6284 -0.7398</w:t>
        <w:br/>
        <w:t>vn -0.2220 0.6428 -0.7332</w:t>
        <w:br/>
        <w:t>vn -0.2493 0.7804 -0.5735</w:t>
        <w:br/>
        <w:t>vn -0.3107 0.6576 -0.6863</w:t>
        <w:br/>
        <w:t>vn -0.2888 0.7234 -0.6271</w:t>
        <w:br/>
        <w:t>vn -0.3142 0.7200 -0.6188</w:t>
        <w:br/>
        <w:t>vn -0.3567 0.7254 -0.5887</w:t>
        <w:br/>
        <w:t>vn -0.2441 0.6844 -0.6870</w:t>
        <w:br/>
        <w:t>vn -0.2305 0.5874 -0.7758</w:t>
        <w:br/>
        <w:t>vn -0.2304 0.5874 -0.7758</w:t>
        <w:br/>
        <w:t>vn -0.2441 0.6844 -0.6871</w:t>
        <w:br/>
        <w:t>vn -0.3023 0.3447 -0.8887</w:t>
        <w:br/>
        <w:t>vn -0.5337 0.4878 -0.6908</w:t>
        <w:br/>
        <w:t>vn -0.3679 0.7194 -0.5892</w:t>
        <w:br/>
        <w:t>vn -0.5934 0.4784 -0.6473</w:t>
        <w:br/>
        <w:t>vn -0.5934 0.4784 -0.6474</w:t>
        <w:br/>
        <w:t>vn -0.4330 0.5253 -0.7325</w:t>
        <w:br/>
        <w:t>vn -0.2896 0.7366 -0.6112</w:t>
        <w:br/>
        <w:t>vn -0.5221 0.4594 -0.7186</w:t>
        <w:br/>
        <w:t>vn -0.5656 0.4283 -0.7048</w:t>
        <w:br/>
        <w:t>vn -0.5184 0.3153 -0.7949</w:t>
        <w:br/>
        <w:t>vn -0.4920 0.3848 -0.7809</w:t>
        <w:br/>
        <w:t>vn -0.4703 0.2383 -0.8497</w:t>
        <w:br/>
        <w:t>vn -0.3567 0.2262 -0.9064</w:t>
        <w:br/>
        <w:t>vn -0.3764 0.1732 -0.9101</w:t>
        <w:br/>
        <w:t>vn 0.0109 0.9592 -0.2827</w:t>
        <w:br/>
        <w:t>vn 0.0109 0.9591 -0.2827</w:t>
        <w:br/>
        <w:t>vn -0.1331 0.9043 -0.4057</w:t>
        <w:br/>
        <w:t>vn -0.5618 0.8272 -0.0052</w:t>
        <w:br/>
        <w:t>vn -0.3792 0.7731 -0.5085</w:t>
        <w:br/>
        <w:t>vn -0.4570 0.4947 -0.7392</w:t>
        <w:br/>
        <w:t>vn -0.5219 0.3856 -0.7609</w:t>
        <w:br/>
        <w:t>vn -0.4929 0.4308 -0.7560</w:t>
        <w:br/>
        <w:t>vn -0.4973 0.1538 -0.8538</w:t>
        <w:br/>
        <w:t>vn -0.4959 0.1084 -0.8616</w:t>
        <w:br/>
        <w:t>vn -0.4959 0.1081 -0.8616</w:t>
        <w:br/>
        <w:t>vn -0.5300 0.2471 -0.8112</w:t>
        <w:br/>
        <w:t>vn -0.5299 0.2471 -0.8112</w:t>
        <w:br/>
        <w:t>vn -0.4997 0.1064 -0.8596</w:t>
        <w:br/>
        <w:t>vn -0.3394 0.7161 -0.6099</w:t>
        <w:br/>
        <w:t>vn -0.3972 0.7817 -0.4808</w:t>
        <w:br/>
        <w:t>vn -0.2318 0.7505 -0.6189</w:t>
        <w:br/>
        <w:t>vn -0.2653 0.8829 -0.3875</w:t>
        <w:br/>
        <w:t>vn -0.2850 0.7759 -0.5628</w:t>
        <w:br/>
        <w:t>vn -0.2850 0.7760 -0.5627</w:t>
        <w:br/>
        <w:t>vn -0.3192 0.7854 -0.5304</w:t>
        <w:br/>
        <w:t>vn -0.3193 0.7854 -0.5303</w:t>
        <w:br/>
        <w:t>vn -0.3266 0.7912 -0.5170</w:t>
        <w:br/>
        <w:t>vn -0.2884 0.2294 -0.9296</w:t>
        <w:br/>
        <w:t>vn -0.2222 0.7352 -0.6404</w:t>
        <w:br/>
        <w:t>vn 0.2892 0.5930 -0.7514</w:t>
        <w:br/>
        <w:t>vn 0.3396 0.5669 -0.7505</w:t>
        <w:br/>
        <w:t>vn 0.3397 0.5669 -0.7505</w:t>
        <w:br/>
        <w:t>vn 0.2892 0.5931 -0.7514</w:t>
        <w:br/>
        <w:t>vn 0.2356 0.7378 -0.6326</w:t>
        <w:br/>
        <w:t>vn 0.2403 0.6284 -0.7398</w:t>
        <w:br/>
        <w:t>vn 0.2493 0.7804 -0.5734</w:t>
        <w:br/>
        <w:t>vn 0.2220 0.6428 -0.7332</w:t>
        <w:br/>
        <w:t>vn 0.3107 0.6576 -0.6863</w:t>
        <w:br/>
        <w:t>vn 0.3568 0.7254 -0.5886</w:t>
        <w:br/>
        <w:t>vn 0.3142 0.7200 -0.6187</w:t>
        <w:br/>
        <w:t>vn 0.2888 0.7234 -0.6271</w:t>
        <w:br/>
        <w:t>vn 0.2441 0.6844 -0.6870</w:t>
        <w:br/>
        <w:t>vn 0.2305 0.5874 -0.7758</w:t>
        <w:br/>
        <w:t>vn 0.2305 0.5873 -0.7758</w:t>
        <w:br/>
        <w:t>vn 0.3023 0.3446 -0.8887</w:t>
        <w:br/>
        <w:t>vn 0.3023 0.3446 -0.8888</w:t>
        <w:br/>
        <w:t>vn 0.5337 0.4878 -0.6908</w:t>
        <w:br/>
        <w:t>vn 0.5934 0.4784 -0.6474</w:t>
        <w:br/>
        <w:t>vn 0.5934 0.4784 -0.6473</w:t>
        <w:br/>
        <w:t>vn 0.3679 0.7194 -0.5892</w:t>
        <w:br/>
        <w:t>vn 0.2896 0.7366 -0.6112</w:t>
        <w:br/>
        <w:t>vn 0.4330 0.5253 -0.7325</w:t>
        <w:br/>
        <w:t>vn 0.5221 0.4594 -0.7186</w:t>
        <w:br/>
        <w:t>vn 0.4920 0.3848 -0.7809</w:t>
        <w:br/>
        <w:t>vn 0.5184 0.3153 -0.7949</w:t>
        <w:br/>
        <w:t>vn 0.5656 0.4283 -0.7048</w:t>
        <w:br/>
        <w:t>vn 0.4703 0.2383 -0.8497</w:t>
        <w:br/>
        <w:t>vn 0.3567 0.2262 -0.9064</w:t>
        <w:br/>
        <w:t>vn 0.3764 0.1732 -0.9101</w:t>
        <w:br/>
        <w:t>vn -0.0109 0.9591 -0.2827</w:t>
        <w:br/>
        <w:t>vn -0.0108 0.9591 -0.2827</w:t>
        <w:br/>
        <w:t>vn 0.1331 0.9043 -0.4057</w:t>
        <w:br/>
        <w:t>vn 0.5618 0.8272 -0.0052</w:t>
        <w:br/>
        <w:t>vn 0.3791 0.7731 -0.5086</w:t>
        <w:br/>
        <w:t>vn 0.6544 0.7539 -0.0585</w:t>
        <w:br/>
        <w:t>vn 0.4571 0.4947 -0.7392</w:t>
        <w:br/>
        <w:t>vn 0.4929 0.4308 -0.7560</w:t>
        <w:br/>
        <w:t>vn 0.5220 0.3856 -0.7608</w:t>
        <w:br/>
        <w:t>vn 0.4973 0.1537 -0.8538</w:t>
        <w:br/>
        <w:t>vn 0.4959 0.1081 -0.8616</w:t>
        <w:br/>
        <w:t>vn 0.4959 0.1079 -0.8616</w:t>
        <w:br/>
        <w:t>vn 0.4974 0.1538 -0.8538</w:t>
        <w:br/>
        <w:t>vn 0.5299 0.2471 -0.8112</w:t>
        <w:br/>
        <w:t>vn 0.5300 0.2471 -0.8112</w:t>
        <w:br/>
        <w:t>vn 0.4998 0.1065 -0.8596</w:t>
        <w:br/>
        <w:t>vn 0.3395 0.7161 -0.6099</w:t>
        <w:br/>
        <w:t>vn 0.3972 0.7817 -0.4808</w:t>
        <w:br/>
        <w:t>vn 0.2318 0.7505 -0.6189</w:t>
        <w:br/>
        <w:t>vn 0.2653 0.8829 -0.3874</w:t>
        <w:br/>
        <w:t>vn 0.2850 0.7759 -0.5628</w:t>
        <w:br/>
        <w:t>vn 0.2850 0.7759 -0.5627</w:t>
        <w:br/>
        <w:t>vn 0.3192 0.7854 -0.5304</w:t>
        <w:br/>
        <w:t>vn 0.3266 0.7911 -0.5172</w:t>
        <w:br/>
        <w:t>vn 0.3193 0.7854 -0.5303</w:t>
        <w:br/>
        <w:t>vn 0.2884 0.2294 -0.9296</w:t>
        <w:br/>
        <w:t>vn -0.8312 -0.3950 -0.3912</w:t>
        <w:br/>
        <w:t>vn -0.8530 -0.4037 -0.3309</w:t>
        <w:br/>
        <w:t>vn -0.8289 -0.3989 -0.3921</w:t>
        <w:br/>
        <w:t>vn -0.2122 0.9756 0.0566</w:t>
        <w:br/>
        <w:t>vn -0.2122 0.9756 0.0564</w:t>
        <w:br/>
        <w:t>vn -0.0389 0.9943 -0.0994</w:t>
        <w:br/>
        <w:t>vn -0.0389 0.9943 -0.0993</w:t>
        <w:br/>
        <w:t>vn -0.3342 0.9246 -0.1827</w:t>
        <w:br/>
        <w:t>vn -0.3248 -0.9095 0.2596</w:t>
        <w:br/>
        <w:t>vn -0.4793 -0.8275 -0.2925</w:t>
        <w:br/>
        <w:t>vn -0.4794 -0.8275 -0.2923</w:t>
        <w:br/>
        <w:t>vn -0.4388 -0.8218 -0.3634</w:t>
        <w:br/>
        <w:t>vn -0.1142 0.9051 -0.4096</w:t>
        <w:br/>
        <w:t>vn 0.0420 0.8557 -0.5158</w:t>
        <w:br/>
        <w:t>vn -0.5991 -0.7832 -0.1667</w:t>
        <w:br/>
        <w:t>vn -0.5991 -0.7831 -0.1667</w:t>
        <w:br/>
        <w:t>vn -0.6744 -0.7298 -0.1121</w:t>
        <w:br/>
        <w:t>vn -0.8523 -0.4186 -0.3136</w:t>
        <w:br/>
        <w:t>vn 0.0701 0.9834 -0.1675</w:t>
        <w:br/>
        <w:t>vn -0.4213 0.5877 0.6907</w:t>
        <w:br/>
        <w:t>vn -0.4689 0.7027 0.5350</w:t>
        <w:br/>
        <w:t>vn -0.8159 -0.4038 -0.4139</w:t>
        <w:br/>
        <w:t>vn -0.8242 -0.4068 -0.3940</w:t>
        <w:br/>
        <w:t>vn 0.2222 0.7352 -0.6404</w:t>
        <w:br/>
        <w:t>vn 0.1969 -0.2606 -0.9452</w:t>
        <w:br/>
        <w:t>vn 0.1742 -0.2559 -0.9509</w:t>
        <w:br/>
        <w:t>vn 0.1516 -0.2188 -0.9639</w:t>
        <w:br/>
        <w:t>vn 0.1937 -0.1494 -0.9696</w:t>
        <w:br/>
        <w:t>vn 0.2581 -0.1064 -0.9602</w:t>
        <w:br/>
        <w:t>vn 0.2581 -0.1064 -0.9603</w:t>
        <w:br/>
        <w:t>vn 0.2807 -0.1006 -0.9545</w:t>
        <w:br/>
        <w:t>vn -0.6796 0.1126 -0.7249</w:t>
        <w:br/>
        <w:t>vn -0.5764 -0.0258 -0.8167</w:t>
        <w:br/>
        <w:t>vn -0.5765 -0.0258 -0.8167</w:t>
        <w:br/>
        <w:t>vn -0.3997 -0.1980 -0.8950</w:t>
        <w:br/>
        <w:t>vn -0.3996 -0.1980 -0.8951</w:t>
        <w:br/>
        <w:t>vn -0.6837 0.1326 -0.7176</w:t>
        <w:br/>
        <w:t>vn -0.3364 -0.2515 -0.9075</w:t>
        <w:br/>
        <w:t>vn -0.3360 -0.2514 -0.9077</w:t>
        <w:br/>
        <w:t>vn -0.5735 -0.0667 -0.8165</w:t>
        <w:br/>
        <w:t>vn -0.3535 -0.1694 -0.9200</w:t>
        <w:br/>
        <w:t>vn -0.3536 -0.1694 -0.9199</w:t>
        <w:br/>
        <w:t>vn -0.5736 -0.0667 -0.8164</w:t>
        <w:br/>
        <w:t>vn -0.1253 -0.2647 -0.9562</w:t>
        <w:br/>
        <w:t>vn -0.1255 -0.2652 -0.9560</w:t>
        <w:br/>
        <w:t>vn -0.0045 -0.3036 -0.9528</w:t>
        <w:br/>
        <w:t>vn -0.0045 -0.3035 -0.9528</w:t>
        <w:br/>
        <w:t>vn -0.6781 -0.0186 -0.7347</w:t>
        <w:br/>
        <w:t>vn -0.4894 0.2759 0.8273</w:t>
        <w:br/>
        <w:t>vn -0.4252 0.2332 0.8745</w:t>
        <w:br/>
        <w:t>vn -0.6880 0.3764 0.6205</w:t>
        <w:br/>
        <w:t>vn -0.6185 0.3812 0.6871</w:t>
        <w:br/>
        <w:t>vn -0.7507 0.4292 0.5022</w:t>
        <w:br/>
        <w:t>vn -0.7619 0.4675 0.4483</w:t>
        <w:br/>
        <w:t>vn -0.5769 0.3594 0.7335</w:t>
        <w:br/>
        <w:t>vn -0.6923 0.0968 0.7151</w:t>
        <w:br/>
        <w:t>vn -0.7528 -0.0037 0.6582</w:t>
        <w:br/>
        <w:t>vn -0.6922 0.0968 0.7151</w:t>
        <w:br/>
        <w:t>vn -0.6317 0.1973 0.7497</w:t>
        <w:br/>
        <w:t>vn -0.7629 -0.0022 0.6465</w:t>
        <w:br/>
        <w:t>vn -0.1969 -0.2605 -0.9452</w:t>
        <w:br/>
        <w:t>vn -0.1742 -0.2559 -0.9509</w:t>
        <w:br/>
        <w:t>vn -0.1517 -0.2189 -0.9639</w:t>
        <w:br/>
        <w:t>vn -0.1516 -0.2189 -0.9639</w:t>
        <w:br/>
        <w:t>vn -0.1937 -0.1494 -0.9696</w:t>
        <w:br/>
        <w:t>vn -0.2582 -0.1064 -0.9602</w:t>
        <w:br/>
        <w:t>vn -0.2809 -0.1007 -0.9545</w:t>
        <w:br/>
        <w:t>vn 0.2485 -0.6172 0.7466</w:t>
        <w:br/>
        <w:t>vn 0.2663 -0.6351 0.7251</w:t>
        <w:br/>
        <w:t>vn 0.2407 -0.5821 0.7766</w:t>
        <w:br/>
        <w:t>vn 0.2407 -0.5821 0.7767</w:t>
        <w:br/>
        <w:t>vn 0.2555 -0.6251 0.7375</w:t>
        <w:br/>
        <w:t>vn 0.2330 -0.5815 0.7794</w:t>
        <w:br/>
        <w:t>vn 0.2331 -0.5816 0.7794</w:t>
        <w:br/>
        <w:t>vn 0.3007 -0.7374 0.6049</w:t>
        <w:br/>
        <w:t>vn 0.2983 -0.6956 0.6536</w:t>
        <w:br/>
        <w:t>vn 0.3209 -0.8267 0.4621</w:t>
        <w:br/>
        <w:t>vn 0.3207 -0.7999 0.5073</w:t>
        <w:br/>
        <w:t>vn 0.3350 -0.8007 0.4967</w:t>
        <w:br/>
        <w:t>vn 0.3351 -0.8007 0.4967</w:t>
        <w:br/>
        <w:t>vn 0.3157 -0.8660 0.3878</w:t>
        <w:br/>
        <w:t>vn 0.3173 -0.8741 0.3678</w:t>
        <w:br/>
        <w:t>vn 0.3094 -0.8869 0.3430</w:t>
        <w:br/>
        <w:t>vn 0.3444 -0.8320 0.4350</w:t>
        <w:br/>
        <w:t>vn 0.3445 -0.8320 0.4349</w:t>
        <w:br/>
        <w:t>vn 0.4977 -0.8045 0.3242</w:t>
        <w:br/>
        <w:t>vn 0.4611 -0.8116 0.3586</w:t>
        <w:br/>
        <w:t>vn 0.3192 -0.8894 0.3273</w:t>
        <w:br/>
        <w:t>vn 0.3184 -0.8897 0.3271</w:t>
        <w:br/>
        <w:t>vn 0.4065 0.8877 0.2162</w:t>
        <w:br/>
        <w:t>vn 0.4145 0.8914 0.1830</w:t>
        <w:br/>
        <w:t>vn 0.4064 0.8877 0.2162</w:t>
        <w:br/>
        <w:t>vn 0.3614 0.8821 0.3022</w:t>
        <w:br/>
        <w:t>vn 0.2856 0.8856 0.3663</w:t>
        <w:br/>
        <w:t>vn 0.2043 0.8804 0.4279</w:t>
        <w:br/>
        <w:t>vn 0.0972 0.8385 0.5362</w:t>
        <w:br/>
        <w:t>vn -0.0619 0.8120 0.5804</w:t>
        <w:br/>
        <w:t>vn -0.2787 0.7703 0.5736</w:t>
        <w:br/>
        <w:t>vn -0.2787 0.7702 0.5736</w:t>
        <w:br/>
        <w:t>vn -0.4431 0.6629 0.6035</w:t>
        <w:br/>
        <w:t>vn -0.4869 0.6058 0.6292</w:t>
        <w:br/>
        <w:t>vn 0.3740 -0.8301 0.4137</w:t>
        <w:br/>
        <w:t>vn -0.3209 -0.8267 0.4621</w:t>
        <w:br/>
        <w:t>vn -0.3207 -0.7999 0.5073</w:t>
        <w:br/>
        <w:t>vn -0.3210 -0.8268 0.4620</w:t>
        <w:br/>
        <w:t>vn -0.3350 -0.8006 0.4967</w:t>
        <w:br/>
        <w:t>vn -0.3157 -0.8660 0.3878</w:t>
        <w:br/>
        <w:t>vn -0.3094 -0.8869 0.3430</w:t>
        <w:br/>
        <w:t>vn -0.3173 -0.8741 0.3679</w:t>
        <w:br/>
        <w:t>vn -0.3445 -0.8320 0.4349</w:t>
        <w:br/>
        <w:t>vn -0.3444 -0.8320 0.4349</w:t>
        <w:br/>
        <w:t>vn -0.4931 -0.8001 0.3415</w:t>
        <w:br/>
        <w:t>vn -0.4587 -0.8092 0.3672</w:t>
        <w:br/>
        <w:t>vn -0.4587 -0.8092 0.3671</w:t>
        <w:br/>
        <w:t>vn -0.3192 -0.8894 0.3273</w:t>
        <w:br/>
        <w:t>vn -0.3184 -0.8897 0.3271</w:t>
        <w:br/>
        <w:t>vn -0.4101 0.8882 0.2071</w:t>
        <w:br/>
        <w:t>vn -0.4217 0.8917 0.1646</w:t>
        <w:br/>
        <w:t>vn -0.3614 0.8821 0.3021</w:t>
        <w:br/>
        <w:t>vn -0.2856 0.8856 0.3663</w:t>
        <w:br/>
        <w:t>vn -0.2043 0.8804 0.4280</w:t>
        <w:br/>
        <w:t>vn -0.0972 0.8385 0.5362</w:t>
        <w:br/>
        <w:t>vn 0.0619 0.8120 0.5804</w:t>
        <w:br/>
        <w:t>vn 0.2787 0.7703 0.5736</w:t>
        <w:br/>
        <w:t>vn 0.4431 0.6631 0.6033</w:t>
        <w:br/>
        <w:t>vn 0.4870 0.6060 0.6290</w:t>
        <w:br/>
        <w:t>vn -0.3739 -0.8301 0.4137</w:t>
        <w:br/>
        <w:t>vn -0.3740 -0.8301 0.4137</w:t>
        <w:br/>
        <w:t>vn -0.5812 -0.3170 0.7494</w:t>
        <w:br/>
        <w:t>vn -0.3038 -0.4264 0.8520</w:t>
        <w:br/>
        <w:t>vn -0.2803 -0.4194 0.8635</w:t>
        <w:br/>
        <w:t>vn -0.2491 -0.2428 0.9375</w:t>
        <w:br/>
        <w:t>vn -0.2697 -0.3678 0.8899</w:t>
        <w:br/>
        <w:t>vn -0.2328 -0.2577 0.9378</w:t>
        <w:br/>
        <w:t>vn -0.3079 -0.0791 0.9481</w:t>
        <w:br/>
        <w:t>vn -0.2662 -0.0942 0.9593</w:t>
        <w:br/>
        <w:t>vn -0.1052 -0.4052 0.9082</w:t>
        <w:br/>
        <w:t>vn -0.1586 -0.4009 0.9023</w:t>
        <w:br/>
        <w:t>vn -0.2409 -0.2972 0.9239</w:t>
        <w:br/>
        <w:t>vn -0.1493 -0.3758 0.9146</w:t>
        <w:br/>
        <w:t>vn -0.2693 -0.0958 0.9583</w:t>
        <w:br/>
        <w:t>vn -0.2616 -0.0930 0.9607</w:t>
        <w:br/>
        <w:t>vn -0.2248 -0.4037 0.8868</w:t>
        <w:br/>
        <w:t>vn -0.2665 -0.0997 0.9587</w:t>
        <w:br/>
        <w:t>vn -0.7277 0.5661 0.3874</w:t>
        <w:br/>
        <w:t>vn -0.9229 0.1987 0.3297</w:t>
        <w:br/>
        <w:t>vn -0.8572 0.3871 0.3395</w:t>
        <w:br/>
        <w:t>vn 0.1342 0.8445 0.5185</w:t>
        <w:br/>
        <w:t>vn -0.3210 0.8274 0.4609</w:t>
        <w:br/>
        <w:t>vn 0.1343 0.8445 0.5185</w:t>
        <w:br/>
        <w:t>vn 0.4941 0.6312 0.5979</w:t>
        <w:br/>
        <w:t>vn 0.7025 0.3374 0.6267</w:t>
        <w:br/>
        <w:t>vn 0.7025 0.3373 0.6267</w:t>
        <w:br/>
        <w:t>vn 0.7750 0.1094 0.6224</w:t>
        <w:br/>
        <w:t>vn 0.7750 0.1095 0.6224</w:t>
        <w:br/>
        <w:t>vn 0.7125 -0.4464 0.5413</w:t>
        <w:br/>
        <w:t>vn 0.5257 -0.7022 0.4801</w:t>
        <w:br/>
        <w:t>vn 0.1714 -0.9180 0.3577</w:t>
        <w:br/>
        <w:t>vn -0.1877 -0.9413 0.2807</w:t>
        <w:br/>
        <w:t>vn -0.1878 -0.9412 0.2807</w:t>
        <w:br/>
        <w:t>vn -0.5181 -0.8144 0.2612</w:t>
        <w:br/>
        <w:t>vn -0.5182 -0.8144 0.2612</w:t>
        <w:br/>
        <w:t>vn -0.5863 -0.4201 0.6927</w:t>
        <w:br/>
        <w:t>vn -0.7334 -0.6309 0.2531</w:t>
        <w:br/>
        <w:t>vn -0.9498 -0.0401 0.3103</w:t>
        <w:br/>
        <w:t>vn -0.9422 -0.1371 0.3058</w:t>
        <w:br/>
        <w:t>vn -0.6683 -0.2243 0.7093</w:t>
        <w:br/>
        <w:t>vn -0.6932 -0.2313 0.6826</w:t>
        <w:br/>
        <w:t>vn -0.9229 0.1988 0.3297</w:t>
        <w:br/>
        <w:t>vn -0.6538 -0.2643 0.7090</w:t>
        <w:br/>
        <w:t>vn -0.6209 -0.3517 0.7005</w:t>
        <w:br/>
        <w:t>vn -0.2454 -0.1353 0.9599</w:t>
        <w:br/>
        <w:t>vn -0.2353 -0.1688 0.9572</w:t>
        <w:br/>
        <w:t>vn -0.2824 -0.2096 0.9361</w:t>
        <w:br/>
        <w:t>vn -0.2777 -0.1324 0.9515</w:t>
        <w:br/>
        <w:t>vn 0.7854 -0.0808 0.6137</w:t>
        <w:br/>
        <w:t>vn 0.7696 -0.2632 0.5818</w:t>
        <w:br/>
        <w:t>vn 0.7854 -0.0808 0.6138</w:t>
        <w:br/>
        <w:t>vn -0.9135 -0.2938 0.2814</w:t>
        <w:br/>
        <w:t>vn -0.8396 -0.4779 0.2581</w:t>
        <w:br/>
        <w:t>vn -0.2909 -0.1007 0.9514</w:t>
        <w:br/>
        <w:t>vn 0.2803 -0.4193 0.8635</w:t>
        <w:br/>
        <w:t>vn 0.3038 -0.4264 0.8520</w:t>
        <w:br/>
        <w:t>vn 0.5812 -0.3170 0.7495</w:t>
        <w:br/>
        <w:t>vn 0.2493 -0.2428 0.9375</w:t>
        <w:br/>
        <w:t>vn 0.2328 -0.2577 0.9378</w:t>
        <w:br/>
        <w:t>vn 0.2698 -0.3677 0.8899</w:t>
        <w:br/>
        <w:t>vn 0.2661 -0.0947 0.9593</w:t>
        <w:br/>
        <w:t>vn 0.3080 -0.0794 0.9481</w:t>
        <w:br/>
        <w:t>vn 0.1596 -0.4011 0.9020</w:t>
        <w:br/>
        <w:t>vn 0.1052 -0.4052 0.9082</w:t>
        <w:br/>
        <w:t>vn 0.1493 -0.3758 0.9146</w:t>
        <w:br/>
        <w:t>vn 0.2409 -0.2972 0.9239</w:t>
        <w:br/>
        <w:t>vn 0.2616 -0.0930 0.9607</w:t>
        <w:br/>
        <w:t>vn 0.2693 -0.0958 0.9583</w:t>
        <w:br/>
        <w:t>vn 0.2260 -0.4037 0.8865</w:t>
        <w:br/>
        <w:t>vn 0.2665 -0.0997 0.9587</w:t>
        <w:br/>
        <w:t>vn 0.7277 0.5660 0.3874</w:t>
        <w:br/>
        <w:t>vn 0.8572 0.3871 0.3395</w:t>
        <w:br/>
        <w:t>vn 0.9229 0.1987 0.3297</w:t>
        <w:br/>
        <w:t>vn -0.1343 0.8445 0.5184</w:t>
        <w:br/>
        <w:t>vn 0.3210 0.8275 0.4607</w:t>
        <w:br/>
        <w:t>vn -0.4941 0.6311 0.5980</w:t>
        <w:br/>
        <w:t>vn -0.7025 0.3374 0.6267</w:t>
        <w:br/>
        <w:t>vn -0.7025 0.3373 0.6267</w:t>
        <w:br/>
        <w:t>vn -0.7750 0.1095 0.6224</w:t>
        <w:br/>
        <w:t>vn -0.7125 -0.4464 0.5413</w:t>
        <w:br/>
        <w:t>vn -0.5257 -0.7022 0.4801</w:t>
        <w:br/>
        <w:t>vn -0.5257 -0.7023 0.4801</w:t>
        <w:br/>
        <w:t>vn -0.1714 -0.9179 0.3580</w:t>
        <w:br/>
        <w:t>vn 0.1878 -0.9412 0.2808</w:t>
        <w:br/>
        <w:t>vn 0.5182 -0.8144 0.2612</w:t>
        <w:br/>
        <w:t>vn 0.5181 -0.8145 0.2612</w:t>
        <w:br/>
        <w:t>vn 0.6746 -0.4986 0.5444</w:t>
        <w:br/>
        <w:t>vn 0.7334 -0.6309 0.2532</w:t>
        <w:br/>
        <w:t>vn 0.9498 -0.0401 0.3103</w:t>
        <w:br/>
        <w:t>vn 0.6932 -0.2313 0.6826</w:t>
        <w:br/>
        <w:t>vn 0.6683 -0.2242 0.7093</w:t>
        <w:br/>
        <w:t>vn 0.9422 -0.1371 0.3058</w:t>
        <w:br/>
        <w:t>vn 0.9229 0.1988 0.3297</w:t>
        <w:br/>
        <w:t>vn 0.6538 -0.2643 0.7090</w:t>
        <w:br/>
        <w:t>vn 0.2353 -0.1688 0.9572</w:t>
        <w:br/>
        <w:t>vn 0.2450 -0.1353 0.9600</w:t>
        <w:br/>
        <w:t>vn 0.6209 -0.3517 0.7005</w:t>
        <w:br/>
        <w:t>vn 0.2777 -0.1324 0.9515</w:t>
        <w:br/>
        <w:t>vn 0.2824 -0.2096 0.9361</w:t>
        <w:br/>
        <w:t>vn -0.7854 -0.0808 0.6137</w:t>
        <w:br/>
        <w:t>vn -0.7696 -0.2632 0.5818</w:t>
        <w:br/>
        <w:t>vn 0.8397 -0.4779 0.2580</w:t>
        <w:br/>
        <w:t>vn 0.9136 -0.2937 0.2813</w:t>
        <w:br/>
        <w:t>vn 0.2909 -0.1007 0.9514</w:t>
        <w:br/>
        <w:t>vn 0.2616 -0.0929 0.9607</w:t>
        <w:br/>
        <w:t>vn -0.3065 -0.0802 0.9485</w:t>
        <w:br/>
        <w:t>vn -0.2671 -0.0943 0.9590</w:t>
        <w:br/>
        <w:t>vn -0.1052 -0.4052 0.9081</w:t>
        <w:br/>
        <w:t>vn -0.1589 -0.4011 0.9021</w:t>
        <w:br/>
        <w:t>vn -0.2694 -0.0958 0.9583</w:t>
        <w:br/>
        <w:t>vn -0.2253 -0.4038 0.8866</w:t>
        <w:br/>
        <w:t>vn -0.2666 -0.0997 0.9586</w:t>
        <w:br/>
        <w:t>vn 0.3066 -0.0807 0.9484</w:t>
        <w:br/>
        <w:t>vn 0.2671 -0.0947 0.9590</w:t>
        <w:br/>
        <w:t>vn 0.1052 -0.4052 0.9081</w:t>
        <w:br/>
        <w:t>vn 0.1596 -0.4010 0.9020</w:t>
        <w:br/>
        <w:t>vn 0.2260 -0.4037 0.8866</w:t>
        <w:br/>
        <w:t>vn 0.2666 -0.0997 0.9586</w:t>
        <w:br/>
        <w:t>vn 0.2447 -0.1347 0.9602</w:t>
        <w:br/>
        <w:t>vn 0.6746 -0.4986 0.5443</w:t>
        <w:br/>
        <w:t>vn -0.2891 -0.4037 0.8680</w:t>
        <w:br/>
        <w:t>vn -0.2896 -0.4053 0.8671</w:t>
        <w:br/>
        <w:t>vn -0.2896 -0.4045 0.8675</w:t>
        <w:br/>
        <w:t>vn -0.2889 -0.4044 0.8677</w:t>
        <w:br/>
        <w:t>vn -0.2889 -0.4046 0.8676</w:t>
        <w:br/>
        <w:t>vn -0.2891 -0.4044 0.8677</w:t>
        <w:br/>
        <w:t>vn -0.2889 -0.4045 0.8677</w:t>
        <w:br/>
        <w:t>vn -0.2885 -0.4049 0.8677</w:t>
        <w:br/>
        <w:t>vn -0.2885 -0.4050 0.8676</w:t>
        <w:br/>
        <w:t>vn -0.2887 -0.4049 0.8676</w:t>
        <w:br/>
        <w:t>vn -0.2889 -0.4053 0.8673</w:t>
        <w:br/>
        <w:t>vn -0.2895 -0.4067 0.8665</w:t>
        <w:br/>
        <w:t>vn -0.2895 -0.4077 0.8660</w:t>
        <w:br/>
        <w:t>vn -0.2897 -0.4072 0.8662</w:t>
        <w:br/>
        <w:t>vn -0.2902 -0.4066 0.8663</w:t>
        <w:br/>
        <w:t>vn -0.2909 -0.4062 0.8662</w:t>
        <w:br/>
        <w:t>vn -0.2918 -0.4057 0.8662</w:t>
        <w:br/>
        <w:t>vn -0.2924 -0.4053 0.8661</w:t>
        <w:br/>
        <w:t>vn -0.2910 -0.4051 0.8668</w:t>
        <w:br/>
        <w:t>vn 0.1902 -0.3750 0.9073</w:t>
        <w:br/>
        <w:t>vn 0.1920 -0.3737 0.9075</w:t>
        <w:br/>
        <w:t>vn 0.1940 -0.3734 0.9072</w:t>
        <w:br/>
        <w:t>vn 0.1909 -0.3750 0.9071</w:t>
        <w:br/>
        <w:t>vn 0.1919 -0.3752 0.9069</w:t>
        <w:br/>
        <w:t>vn 0.1920 -0.3751 0.9069</w:t>
        <w:br/>
        <w:t>vn 0.1918 -0.3751 0.9069</w:t>
        <w:br/>
        <w:t>vn 0.1920 -0.3754 0.9068</w:t>
        <w:br/>
        <w:t>vn 0.1920 -0.3757 0.9066</w:t>
        <w:br/>
        <w:t>vn 0.1920 -0.3760 0.9065</w:t>
        <w:br/>
        <w:t>vn 0.1934 -0.3749 0.9067</w:t>
        <w:br/>
        <w:t>vn 0.1962 -0.3734 0.9067</w:t>
        <w:br/>
        <w:t>vn 0.1983 -0.3729 0.9064</w:t>
        <w:br/>
        <w:t>vn 0.1989 -0.3728 0.9063</w:t>
        <w:br/>
        <w:t>vn 0.1975 -0.3721 0.9069</w:t>
        <w:br/>
        <w:t>vn 0.1960 -0.3702 0.9080</w:t>
        <w:br/>
        <w:t>vn 0.1949 -0.3692 0.9087</w:t>
        <w:br/>
        <w:t>vn 0.1947 -0.3691 0.9088</w:t>
        <w:br/>
        <w:t>vn 0.1941 -0.3709 0.9082</w:t>
        <w:br/>
        <w:t>usemtl MI_Aodaili_Metal2</w:t>
        <w:br/>
        <w:t>s 1</w:t>
        <w:br/>
        <w:t>f 3/1/1 2/2/2 1/3/3</w:t>
        <w:br/>
        <w:t>f 7/4/4 6/5/4 5/6/5</w:t>
        <w:br/>
        <w:t>f 4/7/5 7/4/4 5/6/5</w:t>
        <w:br/>
        <w:t>f 9/8/6 8/9/7 6/5/4</w:t>
        <w:br/>
        <w:t>f 7/4/4 9/8/6 6/5/4</w:t>
        <w:br/>
        <w:t>f 1/3/3 10/10/8 3/1/1</w:t>
        <w:br/>
        <w:t>f 1/3/3 11/11/9 10/10/8</w:t>
        <w:br/>
        <w:t>f 1/3/3 12/12/10 11/11/9</w:t>
        <w:br/>
        <w:t>f 12/12/10 1/3/3 13/13/11</w:t>
        <w:br/>
        <w:t>f 1/3/3 14/14/12 13/13/11</w:t>
        <w:br/>
        <w:t>f 18/15/13 17/16/14 16/17/14</w:t>
        <w:br/>
        <w:t>f 15/18/13 18/15/13 16/17/14</w:t>
        <w:br/>
        <w:t>f 20/19/15 16/17/14 17/16/14</w:t>
        <w:br/>
        <w:t>f 19/20/16 20/19/15 17/16/14</w:t>
        <w:br/>
        <w:t>f 22/21/17 18/15/13 15/18/13</w:t>
        <w:br/>
        <w:t>f 21/22/18 22/21/17 15/18/13</w:t>
        <w:br/>
        <w:t>f 24/23/19 23/24/20 22/21/17</w:t>
        <w:br/>
        <w:t>f 21/22/18 24/23/19 22/21/17</w:t>
        <w:br/>
        <w:t>f 23/24/20 24/23/19 8/9/7</w:t>
        <w:br/>
        <w:t>f 9/8/6 23/24/20 8/9/7</w:t>
        <w:br/>
        <w:t>f 4/7/5 5/6/5 26/25/21</w:t>
        <w:br/>
        <w:t>f 25/26/21 4/7/5 26/25/21</w:t>
        <w:br/>
        <w:t>f 1/3/3 2/2/2 27/27/22</w:t>
        <w:br/>
        <w:t>f 25/26/21 26/25/21 29/28/23</w:t>
        <w:br/>
        <w:t>f 28/29/24 25/26/21 29/28/23</w:t>
        <w:br/>
        <w:t>f 29/28/23 31/30/25 30/31/26</w:t>
        <w:br/>
        <w:t>f 28/29/24 29/28/23 30/31/26</w:t>
        <w:br/>
        <w:t>f 31/30/25 33/32/27 32/33/28</w:t>
        <w:br/>
        <w:t>f 30/31/26 31/30/25 32/33/28</w:t>
        <w:br/>
        <w:t>f 35/34/29 34/35/30 1/3/3</w:t>
        <w:br/>
        <w:t>f 36/36/31 35/34/29 1/3/3</w:t>
        <w:br/>
        <w:t>f 1/3/3 27/27/22 36/36/31</w:t>
        <w:br/>
        <w:t>f 37/37/32 1/3/3 34/35/30</w:t>
        <w:br/>
        <w:t>f 37/37/32 14/14/12 1/3/3</w:t>
        <w:br/>
        <w:t>f 19/20/16 32/33/28 33/32/27</w:t>
        <w:br/>
        <w:t>f 20/19/15 19/20/16 33/32/27</w:t>
        <w:br/>
        <w:t>f 40/38/33 39/39/34 38/40/35</w:t>
        <w:br/>
        <w:t>f 44/41/36 43/42/37 42/43/38</w:t>
        <w:br/>
        <w:t>f 41/44/39 44/41/36 42/43/38</w:t>
        <w:br/>
        <w:t>f 46/45/40 45/46/41 43/42/37</w:t>
        <w:br/>
        <w:t>f 44/41/36 46/45/40 43/42/37</w:t>
        <w:br/>
        <w:t>f 38/40/35 47/47/42 40/38/33</w:t>
        <w:br/>
        <w:t>f 38/40/35 48/48/43 47/47/42</w:t>
        <w:br/>
        <w:t>f 38/40/35 49/49/44 48/48/43</w:t>
        <w:br/>
        <w:t>f 49/49/44 38/40/35 50/50/45</w:t>
        <w:br/>
        <w:t>f 38/40/35 51/51/46 50/50/45</w:t>
        <w:br/>
        <w:t>f 55/52/47 54/53/48 53/54/48</w:t>
        <w:br/>
        <w:t>f 52/55/47 55/52/47 53/54/48</w:t>
        <w:br/>
        <w:t>f 57/56/49 53/54/48 54/53/48</w:t>
        <w:br/>
        <w:t>f 56/57/50 57/56/49 54/53/48</w:t>
        <w:br/>
        <w:t>f 59/58/51 55/52/47 52/55/47</w:t>
        <w:br/>
        <w:t>f 58/59/52 59/58/51 52/55/47</w:t>
        <w:br/>
        <w:t>f 61/60/53 60/61/54 59/58/51</w:t>
        <w:br/>
        <w:t>f 58/59/52 61/60/53 59/58/51</w:t>
        <w:br/>
        <w:t>f 60/61/54 61/60/53 45/46/41</w:t>
        <w:br/>
        <w:t>f 46/45/40 60/61/54 45/46/41</w:t>
        <w:br/>
        <w:t>f 41/44/39 42/43/38 63/62/55</w:t>
        <w:br/>
        <w:t>f 62/63/56 41/44/39 63/62/55</w:t>
        <w:br/>
        <w:t>f 38/40/35 39/39/34 64/64/57</w:t>
        <w:br/>
        <w:t>f 62/63/56 63/62/55 66/65/58</w:t>
        <w:br/>
        <w:t>f 65/66/59 62/63/56 66/65/58</w:t>
        <w:br/>
        <w:t>f 66/65/58 68/67/60 67/68/60</w:t>
        <w:br/>
        <w:t>f 65/66/59 66/65/58 67/68/60</w:t>
        <w:br/>
        <w:t>f 68/67/60 70/69/61 69/70/61</w:t>
        <w:br/>
        <w:t>f 67/68/60 68/67/60 69/70/61</w:t>
        <w:br/>
        <w:t>f 72/71/62 71/72/63 38/40/35</w:t>
        <w:br/>
        <w:t>f 73/73/64 72/71/62 38/40/35</w:t>
        <w:br/>
        <w:t>f 38/40/35 64/64/57 73/73/64</w:t>
        <w:br/>
        <w:t>f 74/74/65 38/40/35 71/72/63</w:t>
        <w:br/>
        <w:t>f 74/74/65 51/51/46 38/40/35</w:t>
        <w:br/>
        <w:t>f 56/57/50 69/70/61 70/69/61</w:t>
        <w:br/>
        <w:t>f 57/56/49 56/57/50 70/69/61</w:t>
        <w:br/>
        <w:t>f 77/75/66 76/76/67 75/77/68</w:t>
        <w:br/>
        <w:t>f 81/78/69 80/79/70 79/80/70</w:t>
        <w:br/>
        <w:t>f 78/81/69 81/78/69 79/80/70</w:t>
        <w:br/>
        <w:t>f 83/82/71 81/78/69 78/81/69</w:t>
        <w:br/>
        <w:t>f 82/83/71 83/82/71 78/81/69</w:t>
        <w:br/>
        <w:t>f 76/76/67 77/75/66 84/84/72</w:t>
        <w:br/>
        <w:t>f 76/76/67 84/84/72 85/85/73</w:t>
        <w:br/>
        <w:t>f 76/76/67 85/85/73 86/86/74</w:t>
        <w:br/>
        <w:t>f 86/86/74 87/87/75 76/76/67</w:t>
        <w:br/>
        <w:t>f 76/76/67 87/87/75 88/88/76</w:t>
        <w:br/>
        <w:t>f 92/89/77 91/90/77 90/91/78</w:t>
        <w:br/>
        <w:t>f 89/92/78 92/89/77 90/91/78</w:t>
        <w:br/>
        <w:t>f 94/93/79 93/94/80 89/92/78</w:t>
        <w:br/>
        <w:t>f 90/91/78 94/93/79 89/92/78</w:t>
        <w:br/>
        <w:t>f 96/95/81 95/96/82 91/90/77</w:t>
        <w:br/>
        <w:t>f 92/89/77 96/95/81 91/90/77</w:t>
        <w:br/>
        <w:t>f 98/97/83 95/96/82 96/95/81</w:t>
        <w:br/>
        <w:t>f 97/98/84 98/97/83 96/95/81</w:t>
        <w:br/>
        <w:t>f 97/98/84 83/82/71 82/83/71</w:t>
        <w:br/>
        <w:t>f 98/97/83 97/98/84 82/83/71</w:t>
        <w:br/>
        <w:t>f 80/79/70 100/99/85 99/100/86</w:t>
        <w:br/>
        <w:t>f 79/80/70 80/79/70 99/100/86</w:t>
        <w:br/>
        <w:t>f 76/76/67 101/101/87 75/77/68</w:t>
        <w:br/>
        <w:t>f 100/99/85 103/102/88 102/103/89</w:t>
        <w:br/>
        <w:t>f 99/100/86 100/99/85 102/103/89</w:t>
        <w:br/>
        <w:t>f 102/103/89 103/102/88 105/104/90</w:t>
        <w:br/>
        <w:t>f 104/105/91 102/103/89 105/104/90</w:t>
        <w:br/>
        <w:t>f 104/105/91 105/104/90 107/106/92</w:t>
        <w:br/>
        <w:t>f 106/107/92 104/105/91 107/106/92</w:t>
        <w:br/>
        <w:t>f 109/108/93 76/76/67 108/109/94</w:t>
        <w:br/>
        <w:t>f 110/110/95 76/76/67 109/108/93</w:t>
        <w:br/>
        <w:t>f 76/76/67 110/110/95 101/101/87</w:t>
        <w:br/>
        <w:t>f 111/111/96 108/109/94 76/76/67</w:t>
        <w:br/>
        <w:t>f 111/111/96 76/76/67 88/88/76</w:t>
        <w:br/>
        <w:t>f 93/94/80 94/93/79 106/107/92</w:t>
        <w:br/>
        <w:t>f 107/106/92 93/94/80 106/107/92</w:t>
        <w:br/>
        <w:t>f 114/112/97 113/113/98 112/114/99</w:t>
        <w:br/>
        <w:t>f 118/115/100 117/116/101 116/117/102</w:t>
        <w:br/>
        <w:t>f 115/118/100 118/115/100 116/117/102</w:t>
        <w:br/>
        <w:t>f 120/119/103 118/115/100 115/118/100</w:t>
        <w:br/>
        <w:t>f 119/120/103 120/119/103 115/118/100</w:t>
        <w:br/>
        <w:t>f 113/113/98 114/112/97 121/121/104</w:t>
        <w:br/>
        <w:t>f 113/113/98 121/121/104 122/122/105</w:t>
        <w:br/>
        <w:t>f 113/113/98 122/122/105 123/123/106</w:t>
        <w:br/>
        <w:t>f 123/123/106 124/124/107 113/113/98</w:t>
        <w:br/>
        <w:t>f 113/113/98 124/124/107 125/125/108</w:t>
        <w:br/>
        <w:t>f 129/126/109 128/127/110 127/128/111</w:t>
        <w:br/>
        <w:t>f 126/129/111 129/126/109 127/128/111</w:t>
        <w:br/>
        <w:t>f 131/130/112 130/131/113 126/129/111</w:t>
        <w:br/>
        <w:t>f 127/128/111 131/130/112 126/129/111</w:t>
        <w:br/>
        <w:t>f 133/132/114 132/133/115 128/127/110</w:t>
        <w:br/>
        <w:t>f 129/126/109 133/132/114 128/127/110</w:t>
        <w:br/>
        <w:t>f 135/134/116 132/133/115 133/132/114</w:t>
        <w:br/>
        <w:t>f 134/135/117 135/134/116 133/132/114</w:t>
        <w:br/>
        <w:t>f 134/135/117 120/119/103 119/120/103</w:t>
        <w:br/>
        <w:t>f 135/134/116 134/135/117 119/120/103</w:t>
        <w:br/>
        <w:t>f 117/116/101 137/136/118 136/137/118</w:t>
        <w:br/>
        <w:t>f 116/117/102 117/116/101 136/137/118</w:t>
        <w:br/>
        <w:t>f 113/113/98 138/138/119 112/114/99</w:t>
        <w:br/>
        <w:t>f 137/136/118 140/139/120 139/140/121</w:t>
        <w:br/>
        <w:t>f 136/137/118 137/136/118 139/140/121</w:t>
        <w:br/>
        <w:t>f 139/140/121 140/139/120 142/141/122</w:t>
        <w:br/>
        <w:t>f 141/142/123 139/140/121 142/141/122</w:t>
        <w:br/>
        <w:t>f 141/142/123 142/141/122 144/143/124</w:t>
        <w:br/>
        <w:t>f 143/144/125 141/142/123 144/143/124</w:t>
        <w:br/>
        <w:t>f 146/145/126 113/113/98 145/146/127</w:t>
        <w:br/>
        <w:t>f 147/147/128 113/113/98 146/145/126</w:t>
        <w:br/>
        <w:t>f 113/113/98 147/147/128 138/138/119</w:t>
        <w:br/>
        <w:t>f 148/148/129 145/146/127 113/113/98</w:t>
        <w:br/>
        <w:t>f 148/148/129 113/113/98 125/125/108</w:t>
        <w:br/>
        <w:t>f 130/131/113 131/130/112 143/144/125</w:t>
        <w:br/>
        <w:t>f 144/143/124 130/131/113 143/144/125</w:t>
        <w:br/>
        <w:t>f 152/149/130 151/150/131 150/151/132</w:t>
        <w:br/>
        <w:t>f 149/152/133 152/149/130 150/151/132</w:t>
        <w:br/>
        <w:t>f 155/153/134 154/154/134 153/155/135</w:t>
        <w:br/>
        <w:t>f 156/156/135 155/153/134 153/155/135</w:t>
        <w:br/>
        <w:t>f 153/155/135 158/157/136 157/158/137</w:t>
        <w:br/>
        <w:t>f 156/156/135 153/155/135 157/158/137</w:t>
        <w:br/>
        <w:t>f 157/158/137 158/157/136 160/159/138</w:t>
        <w:br/>
        <w:t>f 159/160/138 157/158/137 160/159/138</w:t>
        <w:br/>
        <w:t>f 162/161/139 159/160/138 160/159/138</w:t>
        <w:br/>
        <w:t>f 161/162/139 162/161/139 160/159/138</w:t>
        <w:br/>
        <w:t>f 166/163/140 165/164/141 164/165/142</w:t>
        <w:br/>
        <w:t>f 163/166/143 166/163/140 164/165/142</w:t>
        <w:br/>
        <w:t>f 155/153/134 150/151/132 151/150/131</w:t>
        <w:br/>
        <w:t>f 154/154/134 155/153/134 151/150/131</w:t>
        <w:br/>
        <w:t>f 168/167/144 166/163/140 163/166/143</w:t>
        <w:br/>
        <w:t>f 167/168/145 168/167/144 163/166/143</w:t>
        <w:br/>
        <w:t>f 164/165/142 165/164/141 169/169/146</w:t>
        <w:br/>
        <w:t>f 171/170/147 170/171/147 162/161/139</w:t>
        <w:br/>
        <w:t>f 161/162/139 171/170/147 162/161/139</w:t>
        <w:br/>
        <w:t>f 173/172/148 172/173/149 170/171/147</w:t>
        <w:br/>
        <w:t>f 171/170/147 173/172/148 170/171/147</w:t>
        <w:br/>
        <w:t>f 168/167/144 167/168/145 174/174/150</w:t>
        <w:br/>
        <w:t>f 178/175/151 177/176/152 176/177/153</w:t>
        <w:br/>
        <w:t>f 175/178/154 178/175/151 176/177/153</w:t>
        <w:br/>
        <w:t>f 178/175/151 180/179/155 179/180/156</w:t>
        <w:br/>
        <w:t>f 177/176/152 178/175/151 179/180/156</w:t>
        <w:br/>
        <w:t>f 184/181/157 183/182/158 182/183/158</w:t>
        <w:br/>
        <w:t>f 181/184/157 184/181/157 182/183/158</w:t>
        <w:br/>
        <w:t>f 184/181/157 181/184/157 186/185/159</w:t>
        <w:br/>
        <w:t>f 185/186/160 184/181/157 186/185/159</w:t>
        <w:br/>
        <w:t>f 190/187/161 189/188/161 188/189/161</w:t>
        <w:br/>
        <w:t>f 194/190/162 193/191/154 192/192/153</w:t>
        <w:br/>
        <w:t>f 191/193/163 194/190/162 192/192/153</w:t>
        <w:br/>
        <w:t>f 194/190/162 191/193/163 196/194/156</w:t>
        <w:br/>
        <w:t>f 195/195/155 194/190/162 196/194/156</w:t>
        <w:br/>
        <w:t>f 200/196/164 199/197/164 198/198/165</w:t>
        <w:br/>
        <w:t>f 197/199/165 200/196/164 198/198/165</w:t>
        <w:br/>
        <w:t>f 198/198/165 202/200/166 201/201/166</w:t>
        <w:br/>
        <w:t>f 197/199/165 198/198/165 201/201/166</w:t>
        <w:br/>
        <w:t>f 190/187/161 204/202/161 189/188/161</w:t>
        <w:br/>
        <w:t>f 208/203/167 207/204/167 206/205/168</w:t>
        <w:br/>
        <w:t>f 205/206/168 208/203/167 206/205/168</w:t>
        <w:br/>
        <w:t>f 211/207/169 210/208/170 209/209/170</w:t>
        <w:br/>
        <w:t>f 212/210/169 211/207/169 209/209/170</w:t>
        <w:br/>
        <w:t>f 209/209/170 210/208/170 214/211/171</w:t>
        <w:br/>
        <w:t>f 213/212/172 209/209/170 214/211/171</w:t>
        <w:br/>
        <w:t>f 216/213/173 213/212/172 214/211/171</w:t>
        <w:br/>
        <w:t>f 215/214/174 216/213/173 214/211/171</w:t>
        <w:br/>
        <w:t>f 218/215/175 217/216/175 216/213/173</w:t>
        <w:br/>
        <w:t>f 215/214/174 218/215/175 216/213/173</w:t>
        <w:br/>
        <w:t>f 222/217/176 221/218/177 220/219/178</w:t>
        <w:br/>
        <w:t>f 219/220/179 222/217/176 220/219/178</w:t>
        <w:br/>
        <w:t>f 207/204/167 208/203/167 211/207/169</w:t>
        <w:br/>
        <w:t>f 212/210/169 207/204/167 211/207/169</w:t>
        <w:br/>
        <w:t>f 219/220/179 220/219/178 224/221/180</w:t>
        <w:br/>
        <w:t>f 223/222/181 219/220/179 224/221/180</w:t>
        <w:br/>
        <w:t>f 222/217/176 225/223/182 221/218/177</w:t>
        <w:br/>
        <w:t>f 218/215/175 227/224/183 226/225/183</w:t>
        <w:br/>
        <w:t>f 217/216/175 218/215/175 226/225/183</w:t>
        <w:br/>
        <w:t>f 229/226/184 226/225/183 227/224/183</w:t>
        <w:br/>
        <w:t>f 228/227/184 229/226/184 227/224/183</w:t>
        <w:br/>
        <w:t>f 224/221/180 230/228/185 223/222/181</w:t>
        <w:br/>
        <w:t>f 271/229/186 270/230/187 269/231/188</w:t>
        <w:br/>
        <w:t>f 272/232/189 271/229/186 269/231/188</w:t>
        <w:br/>
        <w:t>f 274/233/190 272/232/189 269/231/188</w:t>
        <w:br/>
        <w:t>f 273/234/190 274/233/190 269/231/188</w:t>
        <w:br/>
        <w:t>f 276/235/191 274/233/190 273/234/190</w:t>
        <w:br/>
        <w:t>f 275/236/191 276/235/191 273/234/190</w:t>
        <w:br/>
        <w:t>f 276/235/191 275/236/191 277/237/192</w:t>
        <w:br/>
        <w:t>f 278/238/192 276/235/191 277/237/192</w:t>
        <w:br/>
        <w:t>f 280/239/193 278/238/192 277/237/192</w:t>
        <w:br/>
        <w:t>f 279/240/193 280/239/193 277/237/192</w:t>
        <w:br/>
        <w:t>f 280/239/193 279/240/193 281/241/194</w:t>
        <w:br/>
        <w:t>f 282/242/194 280/239/193 281/241/194</w:t>
        <w:br/>
        <w:t>f 282/242/194 281/241/194 283/243/195</w:t>
        <w:br/>
        <w:t>f 284/244/196 282/242/194 283/243/195</w:t>
        <w:br/>
        <w:t>f 288/245/197 287/246/197 286/247/198</w:t>
        <w:br/>
        <w:t>f 285/248/198 288/245/197 286/247/198</w:t>
        <w:br/>
        <w:t>f 286/247/198 290/249/199 289/250/199</w:t>
        <w:br/>
        <w:t>f 285/248/198 286/247/198 289/250/199</w:t>
        <w:br/>
        <w:t>f 293/251/200 292/252/201 291/253/202</w:t>
        <w:br/>
        <w:t>f 294/254/202 293/251/200 291/253/202</w:t>
        <w:br/>
        <w:t>f 294/254/202 291/253/202 295/255/203</w:t>
        <w:br/>
        <w:t>f 296/256/204 294/254/202 295/255/203</w:t>
        <w:br/>
        <w:t>f 271/229/186 296/256/204 295/255/203</w:t>
        <w:br/>
        <w:t>f 270/230/187 271/229/186 295/255/203</w:t>
        <w:br/>
        <w:t>f 299/257/205 298/258/205 297/259/206</w:t>
        <w:br/>
        <w:t>f 300/260/206 299/257/205 297/259/206</w:t>
        <w:br/>
        <w:t>f 302/261/207 300/260/206 297/259/206</w:t>
        <w:br/>
        <w:t>f 301/262/207 302/261/207 297/259/206</w:t>
        <w:br/>
        <w:t>f 302/261/207 301/262/207 303/263/208</w:t>
        <w:br/>
        <w:t>f 304/264/209 302/261/207 303/263/208</w:t>
        <w:br/>
        <w:t>f 304/264/209 303/263/208 305/265/210</w:t>
        <w:br/>
        <w:t>f 306/266/210 304/264/209 305/265/210</w:t>
        <w:br/>
        <w:t>f 308/267/211 306/266/210 305/265/210</w:t>
        <w:br/>
        <w:t>f 307/268/212 308/267/211 305/265/210</w:t>
        <w:br/>
        <w:t>f 310/269/213 308/267/211 307/268/212</w:t>
        <w:br/>
        <w:t>f 309/270/213 310/269/213 307/268/212</w:t>
        <w:br/>
        <w:t>f 310/269/213 309/270/213 311/271/214</w:t>
        <w:br/>
        <w:t>f 312/272/214 310/269/213 311/271/214</w:t>
        <w:br/>
        <w:t>f 312/272/214 311/271/214 313/273/215</w:t>
        <w:br/>
        <w:t>f 314/274/215 312/272/214 313/273/215</w:t>
        <w:br/>
        <w:t>f 316/275/216 314/274/215 313/273/215</w:t>
        <w:br/>
        <w:t>f 315/276/216 316/275/216 313/273/215</w:t>
        <w:br/>
        <w:t>f 318/277/217 316/275/216 315/276/216</w:t>
        <w:br/>
        <w:t>f 317/278/217 318/277/217 315/276/216</w:t>
        <w:br/>
        <w:t>f 318/277/217 317/278/217 319/279/218</w:t>
        <w:br/>
        <w:t>f 320/280/218 318/277/217 319/279/218</w:t>
        <w:br/>
        <w:t>f 320/280/218 319/279/218 321/281/219</w:t>
        <w:br/>
        <w:t>f 322/282/219 320/280/218 321/281/219</w:t>
        <w:br/>
        <w:t>f 322/282/219 321/281/219 323/283/220</w:t>
        <w:br/>
        <w:t>f 324/284/221 322/282/219 323/283/220</w:t>
        <w:br/>
        <w:t>f 299/257/205 324/284/221 323/283/220</w:t>
        <w:br/>
        <w:t>f 298/258/205 299/257/205 323/283/220</w:t>
        <w:br/>
        <w:t>f 328/285/222 327/286/223 326/287/222</w:t>
        <w:br/>
        <w:t>f 325/288/222 328/285/222 326/287/222</w:t>
        <w:br/>
        <w:t>f 330/289/222 329/290/222 326/287/222</w:t>
        <w:br/>
        <w:t>f 327/286/223 330/289/222 326/287/222</w:t>
        <w:br/>
        <w:t>f 330/289/222 332/291/222 331/292/222</w:t>
        <w:br/>
        <w:t>f 329/290/222 330/289/222 331/292/222</w:t>
        <w:br/>
        <w:t>f 336/293/222 335/294/222 334/295/222</w:t>
        <w:br/>
        <w:t>f 333/296/222 336/293/222 334/295/222</w:t>
        <w:br/>
        <w:t>f 338/297/222 337/298/222 334/295/222</w:t>
        <w:br/>
        <w:t>f 335/294/222 338/297/222 334/295/222</w:t>
        <w:br/>
        <w:t>f 338/297/222 340/299/223 339/300/222</w:t>
        <w:br/>
        <w:t>f 337/298/222 338/297/222 339/300/222</w:t>
        <w:br/>
        <w:t>f 342/301/222 341/302/222 339/300/222</w:t>
        <w:br/>
        <w:t>f 340/299/223 342/301/222 339/300/222</w:t>
        <w:br/>
        <w:t>f 342/301/222 344/303/222 343/304/222</w:t>
        <w:br/>
        <w:t>f 341/302/222 342/301/222 343/304/222</w:t>
        <w:br/>
        <w:t>f 344/303/222 346/305/223 345/306/223</w:t>
        <w:br/>
        <w:t>f 343/304/222 344/303/222 345/306/223</w:t>
        <w:br/>
        <w:t>f 328/285/222 325/288/222 345/306/223</w:t>
        <w:br/>
        <w:t>f 346/305/223 328/285/222 345/306/223</w:t>
        <w:br/>
        <w:t>f 283/243/195 348/307/224 347/308/225</w:t>
        <w:br/>
        <w:t>f 284/244/196 283/243/195 347/308/225</w:t>
        <w:br/>
        <w:t>f 351/309/222 350/310/222 349/311/222</w:t>
        <w:br/>
        <w:t>f 350/310/222 352/312/222 349/311/222</w:t>
        <w:br/>
        <w:t>f 336/293/222 333/296/222 352/312/222</w:t>
        <w:br/>
        <w:t>f 349/311/222 352/312/222 333/296/222</w:t>
        <w:br/>
        <w:t>f 351/309/222 353/313/222 350/310/222</w:t>
        <w:br/>
        <w:t>f 350/310/222 353/313/222 354/314/222</w:t>
        <w:br/>
        <w:t>f 354/314/222 353/313/222 332/291/222</w:t>
        <w:br/>
        <w:t>f 331/292/222 332/291/222 353/313/222</w:t>
        <w:br/>
        <w:t>f 356/315/226 355/316/226 292/252/201</w:t>
        <w:br/>
        <w:t>f 293/251/200 356/315/226 292/252/201</w:t>
        <w:br/>
        <w:t>f 405/317/227 404/318/228 403/319/229</w:t>
        <w:br/>
        <w:t>f 402/320/229 405/317/227 403/319/229</w:t>
        <w:br/>
        <w:t>f 399/321/230 407/322/231 406/323/232</w:t>
        <w:br/>
        <w:t>f 395/324/233 399/321/230 406/323/232</w:t>
        <w:br/>
        <w:t>f 399/321/230 409/325/234 408/326/235</w:t>
        <w:br/>
        <w:t>f 407/322/231 399/321/230 408/326/235</w:t>
        <w:br/>
        <w:t>f 409/325/234 399/321/230 401/327/236</w:t>
        <w:br/>
        <w:t>f 410/328/237 409/325/234 401/327/236</w:t>
        <w:br/>
        <w:t>f 414/329/238 413/330/239 412/331/240</w:t>
        <w:br/>
        <w:t>f 411/332/241 414/329/238 412/331/240</w:t>
        <w:br/>
        <w:t>f 412/331/240 413/330/239 415/333/242</w:t>
        <w:br/>
        <w:t>f 416/334/242 412/331/240 415/333/242</w:t>
        <w:br/>
        <w:t>f 420/335/243 419/336/244 418/337/245</w:t>
        <w:br/>
        <w:t>f 417/338/245 420/335/243 418/337/245</w:t>
        <w:br/>
        <w:t>f 395/324/233 406/323/232 421/339/246</w:t>
        <w:br/>
        <w:t>f 398/340/247 395/324/233 421/339/246</w:t>
        <w:br/>
        <w:t>f 408/326/235 409/325/234 423/341/248</w:t>
        <w:br/>
        <w:t>f 422/342/248 408/326/235 423/341/248</w:t>
        <w:br/>
        <w:t>f 422/342/248 423/341/248 425/343/249</w:t>
        <w:br/>
        <w:t>f 424/344/249 422/342/248 425/343/249</w:t>
        <w:br/>
        <w:t>f 429/345/250 428/346/250 427/347/251</w:t>
        <w:br/>
        <w:t>f 426/348/252 429/345/250 427/347/251</w:t>
        <w:br/>
        <w:t>f 432/349/253 431/350/254 430/351/254</w:t>
        <w:br/>
        <w:t>f 434/352/255 428/346/250 429/345/250</w:t>
        <w:br/>
        <w:t>f 433/353/255 434/352/255 429/345/250</w:t>
        <w:br/>
        <w:t>f 433/353/255 436/354/256 435/355/256</w:t>
        <w:br/>
        <w:t>f 434/352/255 433/353/255 435/355/256</w:t>
        <w:br/>
        <w:t>f 438/356/257 437/357/257 435/355/256</w:t>
        <w:br/>
        <w:t>f 436/354/256 438/356/257 435/355/256</w:t>
        <w:br/>
        <w:t>f 437/357/257 438/356/257 417/338/245</w:t>
        <w:br/>
        <w:t>f 418/337/245 437/357/257 417/338/245</w:t>
        <w:br/>
        <w:t>f 440/358/258 439/359/259 398/340/247</w:t>
        <w:br/>
        <w:t>f 421/339/246 440/358/258 398/340/247</w:t>
        <w:br/>
        <w:t>f 439/359/259 441/360/260 397/361/156</w:t>
        <w:br/>
        <w:t>f 398/340/247 439/359/259 397/361/156</w:t>
        <w:br/>
        <w:t>f 439/359/259 443/362/261 442/363/262</w:t>
        <w:br/>
        <w:t>f 441/360/260 439/359/259 442/363/262</w:t>
        <w:br/>
        <w:t>f 445/364/263 442/363/262 443/362/261</w:t>
        <w:br/>
        <w:t>f 444/365/264 445/364/263 443/362/261</w:t>
        <w:br/>
        <w:t>f 449/366/265 448/367/266 447/368/267</w:t>
        <w:br/>
        <w:t>f 446/369/268 449/366/265 447/368/267</w:t>
        <w:br/>
        <w:t>f 446/369/268 451/370/269 450/371/270</w:t>
        <w:br/>
        <w:t>f 449/366/265 446/369/268 450/371/270</w:t>
        <w:br/>
        <w:t>f 443/362/261 439/359/259 440/358/258</w:t>
        <w:br/>
        <w:t>f 452/372/271 443/362/261 440/358/258</w:t>
        <w:br/>
        <w:t>f 453/373/272 444/365/264 443/362/261</w:t>
        <w:br/>
        <w:t>f 452/372/271 453/373/272 443/362/261</w:t>
        <w:br/>
        <w:t>f 453/373/272 455/374/273 454/375/274</w:t>
        <w:br/>
        <w:t>f 444/365/264 453/373/272 454/375/274</w:t>
        <w:br/>
        <w:t>f 440/358/258 421/339/246 456/376/275</w:t>
        <w:br/>
        <w:t>f 457/377/276 440/358/258 456/376/275</w:t>
        <w:br/>
        <w:t>f 461/378/277 460/379/278 459/380/279</w:t>
        <w:br/>
        <w:t>f 458/381/277 461/378/277 459/380/279</w:t>
        <w:br/>
        <w:t>f 465/382/280 464/383/281 463/384/282</w:t>
        <w:br/>
        <w:t>f 462/385/283 465/382/280 463/384/282</w:t>
        <w:br/>
        <w:t>f 466/386/284 452/372/271 440/358/258</w:t>
        <w:br/>
        <w:t>f 457/377/276 466/386/284 440/358/258</w:t>
        <w:br/>
        <w:t>f 458/381/277 463/384/282 464/383/281</w:t>
        <w:br/>
        <w:t>f 461/378/277 458/381/277 464/383/281</w:t>
        <w:br/>
        <w:t>f 466/386/284 467/387/285 453/373/272</w:t>
        <w:br/>
        <w:t>f 452/372/271 466/386/284 453/373/272</w:t>
        <w:br/>
        <w:t>f 462/385/283 469/388/286 468/389/286</w:t>
        <w:br/>
        <w:t>f 465/382/280 462/385/283 468/389/286</w:t>
        <w:br/>
        <w:t>f 472/390/287 471/391/288 470/392/289</w:t>
        <w:br/>
        <w:t>f 475/393/290 474/394/291 473/395/291</w:t>
        <w:br/>
        <w:t>f 472/390/287 475/393/290 473/395/291</w:t>
        <w:br/>
        <w:t>f 470/392/289 455/374/273 476/396/292</w:t>
        <w:br/>
        <w:t>f 475/393/290 470/392/289 476/396/292</w:t>
        <w:br/>
        <w:t>f 475/393/290 472/390/287 470/392/289</w:t>
        <w:br/>
        <w:t>f 470/392/289 471/391/288 455/374/273</w:t>
        <w:br/>
        <w:t>f 469/388/286 478/397/293 477/398/293</w:t>
        <w:br/>
        <w:t>f 468/389/286 469/388/286 477/398/293</w:t>
        <w:br/>
        <w:t>f 480/399/294 477/398/293 478/397/293</w:t>
        <w:br/>
        <w:t>f 479/400/295 480/399/294 478/397/293</w:t>
        <w:br/>
        <w:t>f 479/400/295 482/401/296 481/402/297</w:t>
        <w:br/>
        <w:t>f 480/399/294 479/400/295 481/402/297</w:t>
        <w:br/>
        <w:t>f 484/403/298 481/402/297 482/401/296</w:t>
        <w:br/>
        <w:t>f 483/404/298 484/403/298 482/401/296</w:t>
        <w:br/>
        <w:t>f 488/405/299 487/406/300 486/407/301</w:t>
        <w:br/>
        <w:t>f 485/408/301 488/405/299 486/407/301</w:t>
        <w:br/>
        <w:t>f 487/406/300 488/405/299 490/409/302</w:t>
        <w:br/>
        <w:t>f 489/410/303 487/406/300 490/409/302</w:t>
        <w:br/>
        <w:t>f 476/396/292 455/374/273 453/373/272</w:t>
        <w:br/>
        <w:t>f 467/387/285 476/396/292 453/373/272</w:t>
        <w:br/>
        <w:t>f 455/374/273 471/391/288 491/411/304</w:t>
        <w:br/>
        <w:t>f 454/375/274 455/374/273 491/411/304</w:t>
        <w:br/>
        <w:t>f 495/412/305 494/413/305 493/414/306</w:t>
        <w:br/>
        <w:t>f 492/415/307 495/412/305 493/414/306</w:t>
        <w:br/>
        <w:t>f 450/371/270 451/370/269 494/413/305</w:t>
        <w:br/>
        <w:t>f 495/412/305 450/371/270 494/413/305</w:t>
        <w:br/>
        <w:t>f 499/416/308 498/417/309 497/418/310</w:t>
        <w:br/>
        <w:t>f 496/419/308 499/416/308 497/418/310</w:t>
        <w:br/>
        <w:t>f 491/411/304 471/391/288 501/420/311</w:t>
        <w:br/>
        <w:t>f 500/421/312 491/411/304 501/420/311</w:t>
        <w:br/>
        <w:t>f 490/409/302 497/418/310 498/417/309</w:t>
        <w:br/>
        <w:t>f 489/410/303 490/409/302 498/417/309</w:t>
        <w:br/>
        <w:t>f 505/422/313 504/423/314 503/424/315</w:t>
        <w:br/>
        <w:t>f 502/425/315 505/422/313 503/424/315</w:t>
        <w:br/>
        <w:t>f 507/426/316 416/334/242 415/333/242</w:t>
        <w:br/>
        <w:t>f 506/427/316 507/426/316 415/333/242</w:t>
        <w:br/>
        <w:t>f 502/425/315 503/424/315 426/348/252</w:t>
        <w:br/>
        <w:t>f 427/347/251 502/425/315 426/348/252</w:t>
        <w:br/>
        <w:t>f 518/428/317 517/429/229 516/430/229</w:t>
        <w:br/>
        <w:t>f 515/431/318 518/428/317 516/430/229</w:t>
        <w:br/>
        <w:t>f 520/432/319 519/433/320 511/434/321</w:t>
        <w:br/>
        <w:t>f 509/435/322 520/432/319 511/434/321</w:t>
        <w:br/>
        <w:t>f 511/434/321 519/433/320 522/436/323</w:t>
        <w:br/>
        <w:t>f 521/437/324 511/434/321 522/436/323</w:t>
        <w:br/>
        <w:t>f 521/437/324 523/438/237 513/439/236</w:t>
        <w:br/>
        <w:t>f 511/434/321 521/437/324 513/439/236</w:t>
        <w:br/>
        <w:t>f 527/440/325 526/441/326 525/442/327</w:t>
        <w:br/>
        <w:t>f 524/443/328 527/440/325 525/442/327</w:t>
        <w:br/>
        <w:t>f 527/440/325 529/444/329 528/445/329</w:t>
        <w:br/>
        <w:t>f 526/441/326 527/440/325 528/445/329</w:t>
        <w:br/>
        <w:t>f 533/446/330 532/447/331 531/448/332</w:t>
        <w:br/>
        <w:t>f 530/449/333 533/446/330 531/448/332</w:t>
        <w:br/>
        <w:t>f 509/435/322 510/450/334 534/451/335</w:t>
        <w:br/>
        <w:t>f 520/432/319 509/435/322 534/451/335</w:t>
        <w:br/>
        <w:t>f 536/452/336 521/437/324 522/436/323</w:t>
        <w:br/>
        <w:t>f 535/453/336 536/452/336 522/436/323</w:t>
        <w:br/>
        <w:t>f 538/454/337 536/452/336 535/453/336</w:t>
        <w:br/>
        <w:t>f 537/455/337 538/454/337 535/453/336</w:t>
        <w:br/>
        <w:t>f 542/456/338 541/457/339 540/458/340</w:t>
        <w:br/>
        <w:t>f 539/459/338 542/456/338 540/458/340</w:t>
        <w:br/>
        <w:t>f 544/460/341 543/461/341 538/454/337</w:t>
        <w:br/>
        <w:t>f 537/455/337 544/460/341 538/454/337</w:t>
        <w:br/>
        <w:t>f 542/456/338 539/459/338 546/462/342</w:t>
        <w:br/>
        <w:t>f 545/463/343 542/456/338 546/462/342</w:t>
        <w:br/>
        <w:t>f 545/463/343 546/462/342 548/464/344</w:t>
        <w:br/>
        <w:t>f 547/465/344 545/463/343 548/464/344</w:t>
        <w:br/>
        <w:t>f 548/464/344 550/466/345 549/467/345</w:t>
        <w:br/>
        <w:t>f 547/465/344 548/464/344 549/467/345</w:t>
        <w:br/>
        <w:t>f 550/466/345 531/448/332 532/447/331</w:t>
        <w:br/>
        <w:t>f 549/467/345 550/466/345 532/447/331</w:t>
        <w:br/>
        <w:t>f 552/468/346 534/451/335 510/450/334</w:t>
        <w:br/>
        <w:t>f 551/469/347 552/468/346 510/450/334</w:t>
        <w:br/>
        <w:t>f 551/469/347 510/450/334 397/361/156</w:t>
        <w:br/>
        <w:t>f 441/360/260 551/469/347 397/361/156</w:t>
        <w:br/>
        <w:t>f 551/469/347 441/360/260 442/363/262</w:t>
        <w:br/>
        <w:t>f 553/470/348 551/469/347 442/363/262</w:t>
        <w:br/>
        <w:t>f 557/471/349 556/472/350 447/368/351</w:t>
        <w:br/>
        <w:t>f 555/473/352 557/471/349 447/368/351</w:t>
        <w:br/>
        <w:t>f 559/474/353 558/475/353 556/472/350</w:t>
        <w:br/>
        <w:t>f 557/471/349 559/474/353 556/472/350</w:t>
        <w:br/>
        <w:t>f 552/468/346 551/469/347 553/470/348</w:t>
        <w:br/>
        <w:t>f 560/476/354 552/468/346 553/470/348</w:t>
        <w:br/>
        <w:t>f 561/477/355 560/476/354 553/470/348</w:t>
        <w:br/>
        <w:t>f 554/478/356 561/477/355 553/470/348</w:t>
        <w:br/>
        <w:t>f 563/479/357 562/480/358 561/477/355</w:t>
        <w:br/>
        <w:t>f 554/478/356 563/479/357 561/477/355</w:t>
        <w:br/>
        <w:t>f 552/468/346 565/481/359 564/482/360</w:t>
        <w:br/>
        <w:t>f 534/451/335 552/468/346 564/482/360</w:t>
        <w:br/>
        <w:t>f 569/483/361 568/484/362 567/485/363</w:t>
        <w:br/>
        <w:t>f 566/486/363 569/483/361 567/485/363</w:t>
        <w:br/>
        <w:t>f 573/487/364 572/488/365 571/489/366</w:t>
        <w:br/>
        <w:t>f 570/490/367 573/487/364 571/489/366</w:t>
        <w:br/>
        <w:t>f 574/491/368 565/481/359 552/468/346</w:t>
        <w:br/>
        <w:t>f 560/476/354 574/491/368 552/468/346</w:t>
        <w:br/>
        <w:t>f 566/486/363 567/485/363 572/488/365</w:t>
        <w:br/>
        <w:t>f 573/487/364 566/486/363 572/488/365</w:t>
        <w:br/>
        <w:t>f 561/477/355 575/492/369 574/491/368</w:t>
        <w:br/>
        <w:t>f 560/476/354 561/477/355 574/491/368</w:t>
        <w:br/>
        <w:t>f 570/490/367 571/489/366 577/493/370</w:t>
        <w:br/>
        <w:t>f 576/494/370 570/490/367 577/493/370</w:t>
        <w:br/>
        <w:t>f 580/495/371 579/496/372 578/497/373</w:t>
        <w:br/>
        <w:t>f 583/498/374 580/495/371 582/499/375</w:t>
        <w:br/>
        <w:t>f 581/500/375 583/498/374 582/499/375</w:t>
        <w:br/>
        <w:t>f 584/501/376 562/480/358 579/496/372</w:t>
        <w:br/>
        <w:t>f 583/498/374 584/501/376 579/496/372</w:t>
        <w:br/>
        <w:t>f 583/498/374 579/496/372 580/495/371</w:t>
        <w:br/>
        <w:t>f 579/496/372 562/480/358 578/497/373</w:t>
        <w:br/>
        <w:t>f 586/502/377 585/503/377 576/494/370</w:t>
        <w:br/>
        <w:t>f 577/493/370 586/502/377 576/494/370</w:t>
        <w:br/>
        <w:t>f 585/503/377 586/502/377 588/504/378</w:t>
        <w:br/>
        <w:t>f 587/505/379 585/503/377 588/504/378</w:t>
        <w:br/>
        <w:t>f 590/506/380 589/507/381 587/505/379</w:t>
        <w:br/>
        <w:t>f 588/504/378 590/506/380 587/505/379</w:t>
        <w:br/>
        <w:t>f 589/507/381 590/506/380 592/508/382</w:t>
        <w:br/>
        <w:t>f 591/509/383 589/507/381 592/508/382</w:t>
        <w:br/>
        <w:t>f 596/510/384 595/511/385 594/512/386</w:t>
        <w:br/>
        <w:t>f 593/513/384 596/510/384 594/512/386</w:t>
        <w:br/>
        <w:t>f 598/514/387 596/510/384 593/513/384</w:t>
        <w:br/>
        <w:t>f 597/515/388 598/514/387 593/513/384</w:t>
        <w:br/>
        <w:t>f 584/501/376 575/492/369 561/477/355</w:t>
        <w:br/>
        <w:t>f 562/480/358 584/501/376 561/477/355</w:t>
        <w:br/>
        <w:t>f 599/516/389 578/497/373 562/480/358</w:t>
        <w:br/>
        <w:t>f 563/479/357 599/516/389 562/480/358</w:t>
        <w:br/>
        <w:t>f 603/517/390 602/518/391 601/519/392</w:t>
        <w:br/>
        <w:t>f 600/520/390 603/517/390 601/519/392</w:t>
        <w:br/>
        <w:t>f 600/520/390 558/475/353 559/474/353</w:t>
        <w:br/>
        <w:t>f 603/517/390 600/520/390 559/474/353</w:t>
        <w:br/>
        <w:t>f 607/521/393 606/522/394 605/523/395</w:t>
        <w:br/>
        <w:t>f 604/524/396 607/521/393 605/523/395</w:t>
        <w:br/>
        <w:t>f 609/525/397 578/497/373 599/516/389</w:t>
        <w:br/>
        <w:t>f 608/526/397 609/525/397 599/516/389</w:t>
        <w:br/>
        <w:t>f 598/514/387 597/515/388 606/522/394</w:t>
        <w:br/>
        <w:t>f 607/521/393 598/514/387 606/522/394</w:t>
        <w:br/>
        <w:t>f 613/527/398 612/528/399 611/529/400</w:t>
        <w:br/>
        <w:t>f 610/530/398 613/527/398 611/529/400</w:t>
        <w:br/>
        <w:t>f 615/531/401 614/532/401 528/445/329</w:t>
        <w:br/>
        <w:t>f 529/444/329 615/531/401 528/445/329</w:t>
        <w:br/>
        <w:t>f 541/457/339 613/527/398 610/530/398</w:t>
        <w:br/>
        <w:t>f 540/458/340 541/457/339 610/530/398</w:t>
        <w:br/>
        <w:t>f 431/350/254 424/344/249 425/343/249</w:t>
        <w:br/>
        <w:t>f 430/351/254 431/350/254 425/343/249</w:t>
        <w:br/>
        <w:t>f 616/533/402 543/461/341 544/460/341</w:t>
        <w:br/>
        <w:t>f 619/534/403 618/535/404 617/536/404</w:t>
        <w:br/>
        <w:t>f 620/537/405 619/534/403 617/536/404</w:t>
        <w:br/>
        <w:t>f 617/536/404 618/535/404 622/538/406</w:t>
        <w:br/>
        <w:t>f 621/539/407 617/536/404 622/538/406</w:t>
        <w:br/>
        <w:t>f 621/539/407 622/538/406 624/540/408</w:t>
        <w:br/>
        <w:t>f 623/541/409 621/539/407 624/540/408</w:t>
        <w:br/>
        <w:t>f 624/540/408 626/542/410 625/543/410</w:t>
        <w:br/>
        <w:t>f 623/541/409 624/540/408 625/543/410</w:t>
        <w:br/>
        <w:t>f 625/543/410 626/542/410 628/544/411</w:t>
        <w:br/>
        <w:t>f 627/545/412 625/543/410 628/544/411</w:t>
        <w:br/>
        <w:t>f 627/545/412 628/544/411 630/546/413</w:t>
        <w:br/>
        <w:t>f 629/547/414 627/545/412 630/546/413</w:t>
        <w:br/>
        <w:t>f 630/546/413 632/548/415 631/549/416</w:t>
        <w:br/>
        <w:t>f 629/547/414 630/546/413 631/549/416</w:t>
        <w:br/>
        <w:t>f 636/550/417 635/551/418 634/552/418</w:t>
        <w:br/>
        <w:t>f 633/553/419 636/550/417 634/552/418</w:t>
        <w:br/>
        <w:t>f 638/554/420 637/555/421 634/552/418</w:t>
        <w:br/>
        <w:t>f 635/551/418 638/554/420 634/552/418</w:t>
        <w:br/>
        <w:t>f 641/556/422 640/557/423 639/558/423</w:t>
        <w:br/>
        <w:t>f 642/559/424 641/556/422 639/558/423</w:t>
        <w:br/>
        <w:t>f 640/557/423 644/560/425 643/561/426</w:t>
        <w:br/>
        <w:t>f 639/558/423 640/557/423 643/561/426</w:t>
        <w:br/>
        <w:t>f 643/561/426 644/560/425 619/534/403</w:t>
        <w:br/>
        <w:t>f 620/537/405 643/561/426 619/534/403</w:t>
        <w:br/>
        <w:t>f 647/562/427 646/563/428 645/564/428</w:t>
        <w:br/>
        <w:t>f 648/565/427 647/562/427 645/564/428</w:t>
        <w:br/>
        <w:t>f 645/564/428 646/563/428 650/566/429</w:t>
        <w:br/>
        <w:t>f 649/567/430 645/564/428 650/566/429</w:t>
        <w:br/>
        <w:t>f 650/566/429 652/568/431 651/569/432</w:t>
        <w:br/>
        <w:t>f 649/567/430 650/566/429 651/569/432</w:t>
        <w:br/>
        <w:t>f 652/568/431 654/570/433 653/571/433</w:t>
        <w:br/>
        <w:t>f 651/569/432 652/568/431 653/571/433</w:t>
        <w:br/>
        <w:t>f 653/571/433 654/570/433 656/572/434</w:t>
        <w:br/>
        <w:t>f 655/573/434 653/571/433 656/572/434</w:t>
        <w:br/>
        <w:t>f 656/572/434 658/574/435 657/575/436</w:t>
        <w:br/>
        <w:t>f 655/573/434 656/572/434 657/575/436</w:t>
        <w:br/>
        <w:t>f 658/574/435 660/576/437 659/577/437</w:t>
        <w:br/>
        <w:t>f 657/575/436 658/574/435 659/577/437</w:t>
        <w:br/>
        <w:t>f 660/576/437 662/578/438 661/579/439</w:t>
        <w:br/>
        <w:t>f 659/577/437 660/576/437 661/579/439</w:t>
        <w:br/>
        <w:t>f 661/579/439 662/578/438 664/580/440</w:t>
        <w:br/>
        <w:t>f 663/581/440 661/579/439 664/580/440</w:t>
        <w:br/>
        <w:t>f 663/581/440 664/580/440 666/582/441</w:t>
        <w:br/>
        <w:t>f 665/583/441 663/581/440 666/582/441</w:t>
        <w:br/>
        <w:t>f 666/582/441 668/584/442 667/585/442</w:t>
        <w:br/>
        <w:t>f 665/583/441 666/582/441 667/585/442</w:t>
        <w:br/>
        <w:t>f 668/584/442 670/586/443 669/587/443</w:t>
        <w:br/>
        <w:t>f 667/585/442 668/584/442 669/587/443</w:t>
        <w:br/>
        <w:t>f 669/587/443 670/586/443 672/588/444</w:t>
        <w:br/>
        <w:t>f 671/589/445 669/587/443 672/588/444</w:t>
        <w:br/>
        <w:t>f 671/589/445 672/588/444 647/562/427</w:t>
        <w:br/>
        <w:t>f 648/565/427 671/589/445 647/562/427</w:t>
        <w:br/>
        <w:t>f 676/590/446 675/591/446 674/592/446</w:t>
        <w:br/>
        <w:t>f 673/593/446 676/590/446 674/592/446</w:t>
        <w:br/>
        <w:t>f 677/594/446 675/591/446 676/590/446</w:t>
        <w:br/>
        <w:t>f 678/595/446 677/594/446 676/590/446</w:t>
        <w:br/>
        <w:t>f 680/596/446 679/597/446 677/594/446</w:t>
        <w:br/>
        <w:t>f 678/595/446 680/596/446 677/594/446</w:t>
        <w:br/>
        <w:t>f 684/598/446 683/599/446 682/600/446</w:t>
        <w:br/>
        <w:t>f 681/601/446 684/598/446 682/600/446</w:t>
        <w:br/>
        <w:t>f 686/602/446 685/603/446 683/599/446</w:t>
        <w:br/>
        <w:t>f 684/598/446 686/602/446 683/599/446</w:t>
        <w:br/>
        <w:t>f 688/604/446 687/605/446 685/603/446</w:t>
        <w:br/>
        <w:t>f 686/602/446 688/604/446 685/603/446</w:t>
        <w:br/>
        <w:t>f 689/606/446 687/605/446 688/604/446</w:t>
        <w:br/>
        <w:t>f 690/607/446 689/606/446 688/604/446</w:t>
        <w:br/>
        <w:t>f 692/608/446 691/609/446 689/606/446</w:t>
        <w:br/>
        <w:t>f 690/607/446 692/608/446 689/606/446</w:t>
        <w:br/>
        <w:t>f 694/610/446 693/611/447 691/609/446</w:t>
        <w:br/>
        <w:t>f 692/608/446 694/610/446 691/609/446</w:t>
        <w:br/>
        <w:t>f 674/592/446 693/611/447 694/610/446</w:t>
        <w:br/>
        <w:t>f 673/593/446 674/592/446 694/610/446</w:t>
        <w:br/>
        <w:t>f 631/549/416 632/548/415 696/612/448</w:t>
        <w:br/>
        <w:t>f 695/613/449 631/549/416 696/612/448</w:t>
        <w:br/>
        <w:t>f 699/614/446 698/615/446 697/616/446</w:t>
        <w:br/>
        <w:t>f 697/616/446 698/615/446 700/617/446</w:t>
        <w:br/>
        <w:t>f 682/600/446 700/617/446 681/601/446</w:t>
        <w:br/>
        <w:t>f 698/615/446 681/601/446 700/617/446</w:t>
        <w:br/>
        <w:t>f 699/614/446 697/616/446 701/618/446</w:t>
        <w:br/>
        <w:t>f 697/616/446 702/619/446 701/618/446</w:t>
        <w:br/>
        <w:t>f 702/619/446 679/597/446 701/618/446</w:t>
        <w:br/>
        <w:t>f 680/596/446 701/618/446 679/597/446</w:t>
        <w:br/>
        <w:t>f 642/559/424 704/620/450 703/621/450</w:t>
        <w:br/>
        <w:t>f 641/556/422 642/559/424 703/621/450</w:t>
        <w:br/>
        <w:t>f 708/622/451 707/623/452 706/624/452</w:t>
        <w:br/>
        <w:t>f 705/625/453 708/622/451 706/624/452</w:t>
        <w:br/>
        <w:t>f 705/625/453 710/626/454 709/627/455</w:t>
        <w:br/>
        <w:t>f 708/622/451 705/625/453 709/627/455</w:t>
        <w:br/>
        <w:t>f 710/626/454 712/628/456 711/629/457</w:t>
        <w:br/>
        <w:t>f 709/627/455 710/626/454 711/629/457</w:t>
        <w:br/>
        <w:t>f 714/630/458 711/629/457 712/628/456</w:t>
        <w:br/>
        <w:t>f 713/631/459 714/630/458 712/628/456</w:t>
        <w:br/>
        <w:t>f 713/631/459 716/632/460 715/633/461</w:t>
        <w:br/>
        <w:t>f 714/630/458 713/631/459 715/633/461</w:t>
        <w:br/>
        <w:t>f 716/632/460 718/634/462 717/635/463</w:t>
        <w:br/>
        <w:t>f 715/633/461 716/632/460 717/635/463</w:t>
        <w:br/>
        <w:t>f 717/635/463 718/634/462 719/636/464</w:t>
        <w:br/>
        <w:t>f 720/637/465 717/635/463 719/636/464</w:t>
        <w:br/>
        <w:t>f 720/637/465 719/636/464 722/638/466</w:t>
        <w:br/>
        <w:t>f 721/639/467 720/637/465 722/638/466</w:t>
        <w:br/>
        <w:t>f 721/639/467 722/638/466 724/640/468</w:t>
        <w:br/>
        <w:t>f 723/641/469 721/639/467 724/640/468</w:t>
        <w:br/>
        <w:t>f 723/641/469 724/640/468 725/642/470</w:t>
        <w:br/>
        <w:t>f 726/643/471 723/641/469 725/642/470</w:t>
        <w:br/>
        <w:t>f 726/643/471 725/642/470 728/644/472</w:t>
        <w:br/>
        <w:t>f 727/645/473 726/643/471 728/644/472</w:t>
        <w:br/>
        <w:t>f 727/645/473 728/644/472 706/624/452</w:t>
        <w:br/>
        <w:t>f 707/623/452 727/645/473 706/624/452</w:t>
        <w:br/>
        <w:t>f 731/646/474 730/647/474 729/648/475</w:t>
        <w:br/>
        <w:t>f 732/649/476 731/646/474 729/648/475</w:t>
        <w:br/>
        <w:t>f 732/649/476 729/648/475 734/650/477</w:t>
        <w:br/>
        <w:t>f 733/651/477 732/649/476 734/650/477</w:t>
        <w:br/>
        <w:t>f 733/651/477 734/650/477 736/652/478</w:t>
        <w:br/>
        <w:t>f 735/653/479 733/651/477 736/652/478</w:t>
        <w:br/>
        <w:t>f 735/653/479 736/652/478 737/654/480</w:t>
        <w:br/>
        <w:t>f 738/655/481 735/653/479 737/654/480</w:t>
        <w:br/>
        <w:t>f 738/655/481 737/654/480 740/656/482</w:t>
        <w:br/>
        <w:t>f 739/657/483 738/655/481 740/656/482</w:t>
        <w:br/>
        <w:t>f 739/657/483 740/656/482 742/658/484</w:t>
        <w:br/>
        <w:t>f 741/659/484 739/657/483 742/658/484</w:t>
        <w:br/>
        <w:t>f 744/660/485 741/659/484 742/658/484</w:t>
        <w:br/>
        <w:t>f 743/661/486 744/660/485 742/658/484</w:t>
        <w:br/>
        <w:t>f 743/661/486 746/662/487 745/663/488</w:t>
        <w:br/>
        <w:t>f 744/660/485 743/661/486 745/663/488</w:t>
        <w:br/>
        <w:t>f 746/662/487 748/664/489 747/665/490</w:t>
        <w:br/>
        <w:t>f 745/663/488 746/662/487 747/665/490</w:t>
        <w:br/>
        <w:t>f 750/666/491 747/665/490 748/664/489</w:t>
        <w:br/>
        <w:t>f 749/667/492 750/666/491 748/664/489</w:t>
        <w:br/>
        <w:t>f 749/667/492 752/668/493 751/669/494</w:t>
        <w:br/>
        <w:t>f 750/666/491 749/667/492 751/669/494</w:t>
        <w:br/>
        <w:t>f 752/668/493 730/647/474 731/646/474</w:t>
        <w:br/>
        <w:t>f 751/669/494 752/668/493 731/646/474</w:t>
        <w:br/>
        <w:t>f 755/670/495 754/671/496 753/672/496</w:t>
        <w:br/>
        <w:t>f 756/673/496 755/670/495 753/672/496</w:t>
        <w:br/>
        <w:t>f 757/674/497 755/670/495 756/673/496</w:t>
        <w:br/>
        <w:t>f 758/675/498 757/674/497 756/673/496</w:t>
        <w:br/>
        <w:t>f 758/675/498 760/676/495 759/677/497</w:t>
        <w:br/>
        <w:t>f 757/674/497 758/675/498 759/677/497</w:t>
        <w:br/>
        <w:t>f 761/678/497 759/677/497 760/676/495</w:t>
        <w:br/>
        <w:t>f 762/679/498 761/678/497 760/676/495</w:t>
        <w:br/>
        <w:t>f 763/680/497 761/678/497 762/679/498</w:t>
        <w:br/>
        <w:t>f 764/681/498 763/680/497 762/679/498</w:t>
        <w:br/>
        <w:t>f 764/681/498 766/682/498 765/683/497</w:t>
        <w:br/>
        <w:t>f 763/680/497 764/681/498 765/683/497</w:t>
        <w:br/>
        <w:t>f 768/684/498 767/685/498 765/683/497</w:t>
        <w:br/>
        <w:t>f 766/682/498 768/684/498 765/683/497</w:t>
        <w:br/>
        <w:t>f 770/686/497 769/687/498 767/685/498</w:t>
        <w:br/>
        <w:t>f 768/684/498 770/686/497 767/685/498</w:t>
        <w:br/>
        <w:t>f 769/687/498 770/686/497 772/688/498</w:t>
        <w:br/>
        <w:t>f 771/689/498 769/687/498 772/688/498</w:t>
        <w:br/>
        <w:t>f 774/690/498 773/691/498 771/689/498</w:t>
        <w:br/>
        <w:t>f 772/688/498 774/690/498 771/689/498</w:t>
        <w:br/>
        <w:t>f 776/692/498 775/693/496 773/691/498</w:t>
        <w:br/>
        <w:t>f 774/690/498 776/692/498 773/691/498</w:t>
        <w:br/>
        <w:t>f 775/693/496 776/692/498 753/672/496</w:t>
        <w:br/>
        <w:t>f 754/671/496 775/693/496 753/672/496</w:t>
        <w:br/>
        <w:t>f 818/694/499 817/695/500 816/696/501</w:t>
        <w:br/>
        <w:t>f 815/697/502 818/694/499 816/696/501</w:t>
        <w:br/>
        <w:t>f 820/698/503 819/699/504 817/695/500</w:t>
        <w:br/>
        <w:t>f 818/694/499 820/698/503 817/695/500</w:t>
        <w:br/>
        <w:t>f 817/695/500 822/700/505 821/701/506</w:t>
        <w:br/>
        <w:t>f 826/702/507 825/703/508 824/704/509</w:t>
        <w:br/>
        <w:t>f 823/705/510 826/702/507 824/704/509</w:t>
        <w:br/>
        <w:t>f 824/704/509 828/706/511 827/707/512</w:t>
        <w:br/>
        <w:t>f 823/705/510 824/704/509 827/707/512</w:t>
        <w:br/>
        <w:t>f 828/706/511 830/708/513 829/709/514</w:t>
        <w:br/>
        <w:t>f 827/707/512 828/706/511 829/709/514</w:t>
        <w:br/>
        <w:t>f 832/710/515 829/709/514 830/708/513</w:t>
        <w:br/>
        <w:t>f 831/711/515 832/710/515 830/708/513</w:t>
        <w:br/>
        <w:t>f 831/711/515 834/712/516 833/713/516</w:t>
        <w:br/>
        <w:t>f 832/710/515 831/711/515 833/713/516</w:t>
        <w:br/>
        <w:t>f 834/712/516 836/714/517 835/715/518</w:t>
        <w:br/>
        <w:t>f 833/713/516 834/712/516 835/715/518</w:t>
        <w:br/>
        <w:t>f 828/706/511 824/704/509 838/716/519</w:t>
        <w:br/>
        <w:t>f 837/717/520 828/706/511 838/716/519</w:t>
        <w:br/>
        <w:t>f 828/706/511 837/717/520 839/718/521</w:t>
        <w:br/>
        <w:t>f 837/717/520 840/719/522 839/718/521</w:t>
        <w:br/>
        <w:t>f 840/719/522 841/720/523 839/718/521</w:t>
        <w:br/>
        <w:t>f 842/721/524 838/716/519 824/704/509</w:t>
        <w:br/>
        <w:t>f 825/703/508 842/721/524 824/704/509</w:t>
        <w:br/>
        <w:t>f 835/715/518 836/714/517 844/722/525</w:t>
        <w:br/>
        <w:t>f 843/723/526 835/715/518 844/722/525</w:t>
        <w:br/>
        <w:t>f 843/723/526 844/722/525 846/724/527</w:t>
        <w:br/>
        <w:t>f 845/725/528 843/723/526 846/724/527</w:t>
        <w:br/>
        <w:t>f 848/726/529 847/727/530 842/721/524</w:t>
        <w:br/>
        <w:t>f 825/703/508 848/726/529 842/721/524</w:t>
        <w:br/>
        <w:t>f 850/728/531 845/725/528 846/724/527</w:t>
        <w:br/>
        <w:t>f 849/729/532 850/728/531 846/724/527</w:t>
        <w:br/>
        <w:t>f 848/726/529 825/703/508 826/702/507</w:t>
        <w:br/>
        <w:t>f 851/730/533 848/726/529 826/702/507</w:t>
        <w:br/>
        <w:t>f 854/731/534 853/732/535 852/733/536</w:t>
        <w:br/>
        <w:t>f 855/734/537 854/731/534 852/733/536</w:t>
        <w:br/>
        <w:t>f 857/735/538 856/736/539 853/732/535</w:t>
        <w:br/>
        <w:t>f 854/731/534 857/735/538 853/732/535</w:t>
        <w:br/>
        <w:t>f 859/737/540 856/736/539 857/735/538</w:t>
        <w:br/>
        <w:t>f 858/738/540 859/737/540 857/735/538</w:t>
        <w:br/>
        <w:t>f 848/726/529 860/739/541 847/727/530</w:t>
        <w:br/>
        <w:t>f 847/727/530 860/739/541 861/740/542</w:t>
        <w:br/>
        <w:t>f 861/740/542 860/739/541 862/741/543</w:t>
        <w:br/>
        <w:t>f 862/741/543 860/739/541 863/742/544</w:t>
        <w:br/>
        <w:t>f 863/742/544 860/739/541 864/743/545</w:t>
        <w:br/>
        <w:t>f 860/739/541 816/696/501 864/743/545</w:t>
        <w:br/>
        <w:t>f 864/743/545 816/696/501 865/744/546</w:t>
        <w:br/>
        <w:t>f 849/729/532 859/737/540 858/738/540</w:t>
        <w:br/>
        <w:t>f 850/728/531 849/729/532 858/738/540</w:t>
        <w:br/>
        <w:t>f 869/745/547 868/746/548 867/747/549</w:t>
        <w:br/>
        <w:t>f 866/748/550 869/745/547 867/747/549</w:t>
        <w:br/>
        <w:t>f 868/746/548 869/745/547 871/749/551</w:t>
        <w:br/>
        <w:t>f 870/750/551 868/746/548 871/749/551</w:t>
        <w:br/>
        <w:t>f 875/751/552 874/752/553 873/753/554</w:t>
        <w:br/>
        <w:t>f 872/754/552 875/751/552 873/753/554</w:t>
        <w:br/>
        <w:t>f 874/752/553 877/755/555 876/756/556</w:t>
        <w:br/>
        <w:t>f 873/753/554 874/752/553 876/756/556</w:t>
        <w:br/>
        <w:t>f 870/750/551 871/749/551 879/757/557</w:t>
        <w:br/>
        <w:t>f 878/758/557 870/750/551 879/757/557</w:t>
        <w:br/>
        <w:t>f 880/759/558 822/700/505 817/695/500</w:t>
        <w:br/>
        <w:t>f 881/760/559 880/759/558 817/695/500</w:t>
        <w:br/>
        <w:t>f 880/759/558 881/760/559 882/761/560</w:t>
        <w:br/>
        <w:t>f 884/762/561 883/763/562 797/764/563</w:t>
        <w:br/>
        <w:t>f 798/765/564 884/762/561 797/764/563</w:t>
        <w:br/>
        <w:t>f 885/766/565 884/762/561 798/765/564</w:t>
        <w:br/>
        <w:t>f 805/767/566 885/766/565 798/765/564</w:t>
        <w:br/>
        <w:t>f 820/698/503 887/768/567 886/769/567</w:t>
        <w:br/>
        <w:t>f 819/699/504 820/698/503 886/769/567</w:t>
        <w:br/>
        <w:t>f 889/770/568 886/769/567 887/768/567</w:t>
        <w:br/>
        <w:t>f 888/771/569 889/770/568 887/768/567</w:t>
        <w:br/>
        <w:t>f 891/772/570 890/773/571 889/770/568</w:t>
        <w:br/>
        <w:t>f 888/771/569 891/772/570 889/770/568</w:t>
        <w:br/>
        <w:t>f 895/774/572 894/775/572 893/776/573</w:t>
        <w:br/>
        <w:t>f 892/777/574 895/774/572 893/776/573</w:t>
        <w:br/>
        <w:t>f 890/773/571 891/772/570 897/778/575</w:t>
        <w:br/>
        <w:t>f 896/779/576 890/773/571 897/778/575</w:t>
        <w:br/>
        <w:t>f 899/780/577 898/781/578 892/777/574</w:t>
        <w:br/>
        <w:t>f 893/776/573 899/780/577 892/777/574</w:t>
        <w:br/>
        <w:t>f 901/782/579 900/783/580 896/779/576</w:t>
        <w:br/>
        <w:t>f 897/778/575 901/782/579 896/779/576</w:t>
        <w:br/>
        <w:t>f 901/782/579 876/756/556 877/755/555</w:t>
        <w:br/>
        <w:t>f 900/783/580 901/782/579 877/755/555</w:t>
        <w:br/>
        <w:t>f 882/761/560 881/760/559 898/781/578</w:t>
        <w:br/>
        <w:t>f 899/780/577 882/761/560 898/781/578</w:t>
        <w:br/>
        <w:t>f 916/784/581 915/785/582 914/786/583</w:t>
        <w:br/>
        <w:t>f 913/787/584 916/784/581 914/786/583</w:t>
        <w:br/>
        <w:t>f 918/788/585 914/786/583 915/785/582</w:t>
        <w:br/>
        <w:t>f 917/789/586 918/788/585 915/785/582</w:t>
        <w:br/>
        <w:t>f 915/785/582 916/784/581 920/790/587</w:t>
        <w:br/>
        <w:t>f 919/791/588 915/785/582 920/790/587</w:t>
        <w:br/>
        <w:t>f 924/792/589 923/793/590 922/794/591</w:t>
        <w:br/>
        <w:t>f 921/795/592 924/792/589 922/794/591</w:t>
        <w:br/>
        <w:t>f 926/796/593 925/797/594 922/794/591</w:t>
        <w:br/>
        <w:t>f 923/793/590 926/796/593 922/794/591</w:t>
        <w:br/>
        <w:t>f 928/798/595 927/799/596 925/797/594</w:t>
        <w:br/>
        <w:t>f 926/796/593 928/798/595 925/797/594</w:t>
        <w:br/>
        <w:t>f 930/800/597 929/801/598 927/799/596</w:t>
        <w:br/>
        <w:t>f 928/798/595 930/800/597 927/799/596</w:t>
        <w:br/>
        <w:t>f 932/802/599 931/803/600 929/801/598</w:t>
        <w:br/>
        <w:t>f 930/800/597 932/802/599 929/801/598</w:t>
        <w:br/>
        <w:t>f 934/804/601 933/805/602 931/803/600</w:t>
        <w:br/>
        <w:t>f 932/802/599 934/804/601 931/803/600</w:t>
        <w:br/>
        <w:t>f 936/806/603 922/794/591 925/797/594</w:t>
        <w:br/>
        <w:t>f 935/807/604 936/806/603 925/797/594</w:t>
        <w:br/>
        <w:t>f 925/797/594 937/808/605 935/807/604</w:t>
        <w:br/>
        <w:t>f 935/807/604 937/808/605 938/809/606</w:t>
        <w:br/>
        <w:t>f 937/808/605 939/810/607 938/809/606</w:t>
        <w:br/>
        <w:t>f 922/794/591 936/806/603 940/811/608</w:t>
        <w:br/>
        <w:t>f 921/795/592 922/794/591 940/811/608</w:t>
        <w:br/>
        <w:t>f 942/812/609 933/805/602 934/804/601</w:t>
        <w:br/>
        <w:t>f 941/813/610 942/812/609 934/804/601</w:t>
        <w:br/>
        <w:t>f 941/813/610 944/814/611 943/815/611</w:t>
        <w:br/>
        <w:t>f 942/812/609 941/813/610 943/815/611</w:t>
        <w:br/>
        <w:t>f 940/811/608 946/816/612 945/817/613</w:t>
        <w:br/>
        <w:t>f 921/795/592 940/811/608 945/817/613</w:t>
        <w:br/>
        <w:t>f 948/818/614 947/819/614 943/815/611</w:t>
        <w:br/>
        <w:t>f 944/814/611 948/818/614 943/815/611</w:t>
        <w:br/>
        <w:t>f 924/792/589 921/795/592 945/817/613</w:t>
        <w:br/>
        <w:t>f 949/820/615 924/792/589 945/817/613</w:t>
        <w:br/>
        <w:t>f 952/821/616 951/822/617 950/823/618</w:t>
        <w:br/>
        <w:t>f 953/824/619 952/821/616 950/823/618</w:t>
        <w:br/>
        <w:t>f 953/824/619 955/825/620 954/826/621</w:t>
        <w:br/>
        <w:t>f 952/821/616 953/824/619 954/826/621</w:t>
        <w:br/>
        <w:t>f 957/827/622 956/828/622 954/826/621</w:t>
        <w:br/>
        <w:t>f 955/825/620 957/827/622 954/826/621</w:t>
        <w:br/>
        <w:t>f 945/817/613 946/816/612 958/829/623</w:t>
        <w:br/>
        <w:t>f 946/816/612 959/830/624 958/829/623</w:t>
        <w:br/>
        <w:t>f 959/830/624 960/831/625 958/829/623</w:t>
        <w:br/>
        <w:t>f 960/831/625 961/832/626 958/829/623</w:t>
        <w:br/>
        <w:t>f 961/832/626 962/833/627 958/829/623</w:t>
        <w:br/>
        <w:t>f 958/829/623 962/833/627 916/784/581</w:t>
        <w:br/>
        <w:t>f 962/833/627 920/790/587 916/784/581</w:t>
        <w:br/>
        <w:t>f 947/819/614 948/818/614 956/828/622</w:t>
        <w:br/>
        <w:t>f 957/827/622 947/819/614 956/828/622</w:t>
        <w:br/>
        <w:t>f 966/834/628 965/835/629 964/836/630</w:t>
        <w:br/>
        <w:t>f 963/837/631 966/834/628 964/836/630</w:t>
        <w:br/>
        <w:t>f 968/838/632 966/834/628 963/837/631</w:t>
        <w:br/>
        <w:t>f 967/839/633 968/838/632 963/837/631</w:t>
        <w:br/>
        <w:t>f 972/840/634 971/841/635 970/842/636</w:t>
        <w:br/>
        <w:t>f 969/843/636 972/840/634 970/842/636</w:t>
        <w:br/>
        <w:t>f 974/844/637 973/845/638 971/841/635</w:t>
        <w:br/>
        <w:t>f 972/840/634 974/844/637 971/841/635</w:t>
        <w:br/>
        <w:t>f 969/843/636 970/842/636 976/846/639</w:t>
        <w:br/>
        <w:t>f 975/847/639 969/843/636 976/846/639</w:t>
        <w:br/>
        <w:t>f 915/785/582 978/848/640 977/849/641</w:t>
        <w:br/>
        <w:t>f 979/850/642 915/785/582 977/849/641</w:t>
        <w:br/>
        <w:t>f 977/849/641 980/851/643 979/850/642</w:t>
        <w:br/>
        <w:t>f 982/852/644 903/853/645 797/764/563</w:t>
        <w:br/>
        <w:t>f 981/854/562 982/852/644 797/764/563</w:t>
        <w:br/>
        <w:t>f 983/855/646 907/856/647 903/853/645</w:t>
        <w:br/>
        <w:t>f 982/852/644 983/855/646 903/853/645</w:t>
        <w:br/>
        <w:t>f 918/788/585 917/789/586 985/857/648</w:t>
        <w:br/>
        <w:t>f 984/858/648 918/788/585 985/857/648</w:t>
        <w:br/>
        <w:t>f 984/858/648 985/857/648 987/859/649</w:t>
        <w:br/>
        <w:t>f 986/860/649 984/858/648 987/859/649</w:t>
        <w:br/>
        <w:t>f 987/859/649 989/861/650 988/862/650</w:t>
        <w:br/>
        <w:t>f 986/860/649 987/859/649 988/862/650</w:t>
        <w:br/>
        <w:t>f 993/863/651 992/864/652 991/865/653</w:t>
        <w:br/>
        <w:t>f 990/866/654 993/863/651 991/865/653</w:t>
        <w:br/>
        <w:t>f 995/867/655 988/862/650 989/861/650</w:t>
        <w:br/>
        <w:t>f 994/868/656 995/867/655 989/861/650</w:t>
        <w:br/>
        <w:t>f 992/864/652 997/869/657 996/870/658</w:t>
        <w:br/>
        <w:t>f 991/865/653 992/864/652 996/870/658</w:t>
        <w:br/>
        <w:t>f 994/868/656 999/871/659 998/872/660</w:t>
        <w:br/>
        <w:t>f 995/867/655 994/868/656 998/872/660</w:t>
        <w:br/>
        <w:t>f 973/845/638 974/844/637 998/872/660</w:t>
        <w:br/>
        <w:t>f 999/871/659 973/845/638 998/872/660</w:t>
        <w:br/>
        <w:t>f 980/851/643 996/870/658 997/869/657</w:t>
        <w:br/>
        <w:t>f 979/850/642 980/851/643 997/869/657</w:t>
        <w:br/>
        <w:t>f 879/757/557 875/751/552 872/754/552</w:t>
        <w:br/>
        <w:t>f 878/758/557 879/757/557 872/754/552</w:t>
        <w:br/>
        <w:t>f 976/846/639 968/838/632 967/839/633</w:t>
        <w:br/>
        <w:t>f 975/847/639 976/846/639 967/839/633</w:t>
        <w:br/>
        <w:t>f 817/695/500 821/701/506 865/744/546</w:t>
        <w:br/>
        <w:t>f 816/696/501 817/695/500 865/744/546</w:t>
        <w:br/>
        <w:t>f 915/785/582 919/791/588 978/848/640</w:t>
        <w:br/>
        <w:t>f 1111/873/661 1110/874/662 1109/875/663</w:t>
        <w:br/>
        <w:t>f 1108/876/664 1111/873/661 1109/875/663</w:t>
        <w:br/>
        <w:t>f 1114/877/665 1113/878/666 1112/879/665</w:t>
        <w:br/>
        <w:t>f 1112/879/665 1115/880/667 1114/877/665</w:t>
        <w:br/>
        <w:t>f 1118/881/668 1117/882/669 1116/883/670</w:t>
        <w:br/>
        <w:t>f 1117/882/669 1120/884/671 1119/885/671</w:t>
        <w:br/>
        <w:t>f 1116/883/670 1117/882/669 1119/885/671</w:t>
        <w:br/>
        <w:t>f 1123/886/672 1115/880/673 1122/887/674</w:t>
        <w:br/>
        <w:t>f 1121/888/672 1123/886/672 1122/887/674</w:t>
        <w:br/>
        <w:t>f 1118/881/675 1108/876/664 1109/875/663</w:t>
        <w:br/>
        <w:t>f 1126/889/676 1113/878/666 1125/890/677</w:t>
        <w:br/>
        <w:t>f 1124/891/677 1126/889/676 1125/890/677</w:t>
        <w:br/>
        <w:t>f 1129/892/678 1128/893/679 1127/894/680</w:t>
        <w:br/>
        <w:t>f 1128/893/679 1132/895/681 1131/896/681</w:t>
        <w:br/>
        <w:t>f 1130/897/682 1128/893/679 1131/896/681</w:t>
        <w:br/>
        <w:t>f 1135/898/683 1134/899/684 1133/900/685</w:t>
        <w:br/>
        <w:t>f 1135/898/683 1133/900/685 1136/901/686</w:t>
        <w:br/>
        <w:t>f 1138/902/687 1135/898/683 1136/901/686</w:t>
        <w:br/>
        <w:t>f 1137/903/688 1138/902/687 1136/901/686</w:t>
        <w:br/>
        <w:t>f 1140/904/689 1139/905/689 1137/903/688</w:t>
        <w:br/>
        <w:t>f 1136/901/686 1140/904/689 1137/903/688</w:t>
        <w:br/>
        <w:t>f 1139/905/689 1140/904/689 1142/906/690</w:t>
        <w:br/>
        <w:t>f 1141/907/691 1139/905/689 1142/906/690</w:t>
        <w:br/>
        <w:t>f 1144/908/692 1143/909/693 1141/907/691</w:t>
        <w:br/>
        <w:t>f 1142/906/690 1144/908/692 1141/907/691</w:t>
        <w:br/>
        <w:t>f 1144/908/692 1142/906/690 1146/910/694</w:t>
        <w:br/>
        <w:t>f 1145/911/695 1144/908/692 1146/910/694</w:t>
        <w:br/>
        <w:t>f 1149/912/696 1148/913/697 1147/914/698</w:t>
        <w:br/>
        <w:t>f 1138/902/687 1149/912/696 1147/914/698</w:t>
        <w:br/>
        <w:t>f 1137/903/688 1150/915/699 1149/912/696</w:t>
        <w:br/>
        <w:t>f 1138/902/687 1137/903/688 1149/912/696</w:t>
        <w:br/>
        <w:t>f 1151/916/700 1150/915/699 1137/903/688</w:t>
        <w:br/>
        <w:t>f 1152/917/701 1151/916/700 1137/903/688</w:t>
        <w:br/>
        <w:t>f 1152/917/701 1153/918/702 1151/916/700</w:t>
        <w:br/>
        <w:t>f 1153/918/702 1154/919/703 1151/916/700</w:t>
        <w:br/>
        <w:t>f 1157/920/704 1156/921/704 1155/922/705</w:t>
        <w:br/>
        <w:t>f 1153/918/702 1157/920/704 1155/922/705</w:t>
        <w:br/>
        <w:t>f 1148/913/697 1160/923/706 1159/924/706</w:t>
        <w:br/>
        <w:t>f 1158/925/707 1148/913/697 1159/924/706</w:t>
        <w:br/>
        <w:t>f 1148/913/697 1158/925/707 1147/914/698</w:t>
        <w:br/>
        <w:t>f 1160/923/706 1162/926/708 1161/927/708</w:t>
        <w:br/>
        <w:t>f 1159/924/706 1160/923/706 1161/927/708</w:t>
        <w:br/>
        <w:t>f 1162/926/708 1164/928/709 1163/929/710</w:t>
        <w:br/>
        <w:t>f 1161/927/708 1162/926/708 1163/929/710</w:t>
        <w:br/>
        <w:t>f 1168/930/711 1167/931/712 1166/932/713</w:t>
        <w:br/>
        <w:t>f 1165/933/714 1168/930/711 1166/932/713</w:t>
        <w:br/>
        <w:t>f 1170/934/715 1169/935/716 1168/930/711</w:t>
        <w:br/>
        <w:t>f 1165/933/714 1170/934/715 1168/930/711</w:t>
        <w:br/>
        <w:t>f 1153/918/702 1165/933/714 1154/919/703</w:t>
        <w:br/>
        <w:t>f 1166/932/713 1171/936/717 1165/933/714</w:t>
        <w:br/>
        <w:t>f 1154/919/703 1165/933/714 1171/936/717</w:t>
        <w:br/>
        <w:t>f 1165/933/714 1153/918/702 1155/922/705</w:t>
        <w:br/>
        <w:t>f 1170/934/715 1165/933/714 1155/922/705</w:t>
        <w:br/>
        <w:t>f 1175/937/718 1174/938/719 1173/939/720</w:t>
        <w:br/>
        <w:t>f 1172/940/721 1175/937/718 1173/939/720</w:t>
        <w:br/>
        <w:t>f 1179/941/722 1178/942/723 1177/943/724</w:t>
        <w:br/>
        <w:t>f 1176/944/725 1179/941/722 1177/943/724</w:t>
        <w:br/>
        <w:t>f 1183/945/726 1182/946/727 1181/947/728</w:t>
        <w:br/>
        <w:t>f 1180/948/729 1183/945/726 1181/947/728</w:t>
        <w:br/>
        <w:t>f 1185/949/730 1183/945/726 1180/948/729</w:t>
        <w:br/>
        <w:t>f 1184/950/731 1185/949/730 1180/948/729</w:t>
        <w:br/>
        <w:t>f 1189/951/732 1188/952/733 1187/953/734</w:t>
        <w:br/>
        <w:t>f 1186/954/735 1189/951/732 1187/953/734</w:t>
        <w:br/>
        <w:t>f 1193/955/736 1192/956/737 1191/957/738</w:t>
        <w:br/>
        <w:t>f 1190/958/736 1193/955/736 1191/957/738</w:t>
        <w:br/>
        <w:t>f 1197/959/739 1196/960/740 1195/961/741</w:t>
        <w:br/>
        <w:t>f 1194/962/742 1197/959/739 1195/961/741</w:t>
        <w:br/>
        <w:t>f 1199/963/743 1186/954/735 1187/953/734</w:t>
        <w:br/>
        <w:t>f 1198/964/744 1199/963/743 1187/953/734</w:t>
        <w:br/>
        <w:t>f 1194/962/742 1195/961/741 1201/965/745</w:t>
        <w:br/>
        <w:t>f 1200/966/746 1194/962/742 1201/965/745</w:t>
        <w:br/>
        <w:t>f 1193/955/736 1190/958/736 1203/967/747</w:t>
        <w:br/>
        <w:t>f 1202/968/747 1193/955/736 1203/967/747</w:t>
        <w:br/>
        <w:t>f 1207/969/748 1206/970/748 1205/971/749</w:t>
        <w:br/>
        <w:t>f 1204/972/750 1207/969/748 1205/971/749</w:t>
        <w:br/>
        <w:t>f 1209/973/751 1199/963/743 1198/964/744</w:t>
        <w:br/>
        <w:t>f 1208/974/752 1209/973/751 1198/964/744</w:t>
        <w:br/>
        <w:t>f 1204/972/750 1205/971/749 1211/975/753</w:t>
        <w:br/>
        <w:t>f 1210/976/754 1204/972/750 1211/975/753</w:t>
        <w:br/>
        <w:t>f 1215/977/755 1214/978/756 1213/979/757</w:t>
        <w:br/>
        <w:t>f 1212/980/757 1215/977/755 1213/979/757</w:t>
        <w:br/>
        <w:t>f 1219/981/758 1218/982/759 1217/983/760</w:t>
        <w:br/>
        <w:t>f 1216/984/761 1219/981/758 1217/983/760</w:t>
        <w:br/>
        <w:t>f 1221/985/762 1214/978/756 1215/977/755</w:t>
        <w:br/>
        <w:t>f 1220/986/763 1221/985/762 1215/977/755</w:t>
        <w:br/>
        <w:t>f 1225/987/764 1224/988/764 1223/989/765</w:t>
        <w:br/>
        <w:t>f 1222/990/766 1225/987/764 1223/989/765</w:t>
        <w:br/>
        <w:t>f 1229/991/767 1228/992/768 1227/993/769</w:t>
        <w:br/>
        <w:t>f 1226/994/767 1229/991/767 1227/993/769</w:t>
        <w:br/>
        <w:t>f 1228/992/768 1231/995/770 1230/996/770</w:t>
        <w:br/>
        <w:t>f 1227/993/769 1228/992/768 1230/996/770</w:t>
        <w:br/>
        <w:t>f 1231/995/770 1233/997/771 1232/998/771</w:t>
        <w:br/>
        <w:t>f 1230/996/770 1231/995/770 1232/998/771</w:t>
        <w:br/>
        <w:t>f 1233/997/771 1235/999/772 1234/1000/773</w:t>
        <w:br/>
        <w:t>f 1232/998/771 1233/997/771 1234/1000/773</w:t>
        <w:br/>
        <w:t>f 1218/982/759 1237/1001/774 1236/1002/775</w:t>
        <w:br/>
        <w:t>f 1217/983/760 1218/982/759 1236/1002/775</w:t>
        <w:br/>
        <w:t>f 1241/1003/776 1240/1004/777 1239/1005/777</w:t>
        <w:br/>
        <w:t>f 1238/1006/776 1241/1003/776 1239/1005/777</w:t>
        <w:br/>
        <w:t>f 1243/1007/778 1242/1008/778 1241/1003/776</w:t>
        <w:br/>
        <w:t>f 1238/1006/776 1243/1007/778 1241/1003/776</w:t>
        <w:br/>
        <w:t>f 1240/1004/777 1245/1009/779 1244/1010/780</w:t>
        <w:br/>
        <w:t>f 1239/1005/777 1240/1004/777 1244/1010/780</w:t>
        <w:br/>
        <w:t>f 1247/1011/781 1224/988/764 1225/987/764</w:t>
        <w:br/>
        <w:t>f 1246/1012/781 1247/1011/781 1225/987/764</w:t>
        <w:br/>
        <w:t>f 1251/1013/782 1250/1014/783 1249/1015/784</w:t>
        <w:br/>
        <w:t>f 1248/1016/785 1251/1013/782 1249/1015/784</w:t>
        <w:br/>
        <w:t>f 1255/1017/786 1254/1018/787 1253/1019/788</w:t>
        <w:br/>
        <w:t>f 1252/1020/789 1255/1017/786 1253/1019/788</w:t>
        <w:br/>
        <w:t>f 1259/1021/790 1258/1022/791 1257/1023/792</w:t>
        <w:br/>
        <w:t>f 1256/1024/793 1259/1021/790 1257/1023/792</w:t>
        <w:br/>
        <w:t>f 1257/1023/792 1258/1022/791 1250/1014/783</w:t>
        <w:br/>
        <w:t>f 1251/1013/782 1257/1023/792 1250/1014/783</w:t>
        <w:br/>
        <w:t>f 1263/1025/794 1262/1026/795 1261/1027/795</w:t>
        <w:br/>
        <w:t>f 1260/1028/794 1263/1025/794 1261/1027/795</w:t>
        <w:br/>
        <w:t>f 1236/1002/775 1237/1001/774 1263/1025/794</w:t>
        <w:br/>
        <w:t>f 1260/1028/794 1236/1002/775 1263/1025/794</w:t>
        <w:br/>
        <w:t>f 1267/1029/796 1266/1030/797 1265/1031/798</w:t>
        <w:br/>
        <w:t>f 1264/1032/799 1267/1029/796 1265/1031/798</w:t>
        <w:br/>
        <w:t>f 1264/1032/799 1265/1031/798 1242/1008/778</w:t>
        <w:br/>
        <w:t>f 1243/1007/778 1264/1032/799 1242/1008/778</w:t>
        <w:br/>
        <w:t>f 1262/1026/795 1269/1033/800 1268/1034/801</w:t>
        <w:br/>
        <w:t>f 1261/1027/795 1262/1026/795 1268/1034/801</w:t>
        <w:br/>
        <w:t>f 1267/1029/796 1272/1035/802 1271/1036/803</w:t>
        <w:br/>
        <w:t>f 1270/1037/804 1267/1029/796 1271/1036/803</w:t>
        <w:br/>
        <w:t>f 1274/1038/805 1273/1039/806 1270/1037/804</w:t>
        <w:br/>
        <w:t>f 1271/1036/803 1274/1038/805 1270/1037/804</w:t>
        <w:br/>
        <w:t>f 1253/1019/788 1254/1018/787 1175/937/718</w:t>
        <w:br/>
        <w:t>f 1172/940/721 1253/1019/788 1175/937/718</w:t>
        <w:br/>
        <w:t>f 1275/1040/807 1208/974/752 1198/964/744</w:t>
        <w:br/>
        <w:t>f 1276/1041/808 1208/974/752 1210/976/754</w:t>
        <w:br/>
        <w:t>f 1215/977/755 1208/974/752 1276/1041/808</w:t>
        <w:br/>
        <w:t>f 1277/1042/809 1215/977/755 1276/1041/808</w:t>
        <w:br/>
        <w:t>f 1277/1042/809 1278/1043/810 1220/986/763</w:t>
        <w:br/>
        <w:t>f 1215/977/755 1277/1042/809 1220/986/763</w:t>
        <w:br/>
        <w:t>f 1281/1044/811 1280/1045/812 1279/1046/813</w:t>
        <w:br/>
        <w:t>f 1283/1047/814 1210/976/754 1217/983/760</w:t>
        <w:br/>
        <w:t>f 1282/1048/815 1283/1047/814 1217/983/760</w:t>
        <w:br/>
        <w:t>f 1284/1049/816 1276/1041/808 1210/976/754</w:t>
        <w:br/>
        <w:t>f 1283/1047/814 1284/1049/816 1210/976/754</w:t>
        <w:br/>
        <w:t>f 1285/1050/817 1257/1023/792 1251/1013/782</w:t>
        <w:br/>
        <w:t>f 1248/1016/785 1285/1050/817 1251/1013/782</w:t>
        <w:br/>
        <w:t>f 1288/1051/818 1287/1052/819 1282/1048/815</w:t>
        <w:br/>
        <w:t>f 1286/1053/819 1288/1051/818 1282/1048/815</w:t>
        <w:br/>
        <w:t>f 1236/1002/775 1282/1048/815 1217/983/760</w:t>
        <w:br/>
        <w:t>f 1264/1032/799 1288/1051/820 1272/1035/802</w:t>
        <w:br/>
        <w:t>f 1267/1029/796 1264/1032/799 1272/1035/802</w:t>
        <w:br/>
        <w:t>f 1290/1054/821 1176/944/725 1177/943/724</w:t>
        <w:br/>
        <w:t>f 1289/1055/822 1290/1054/821 1177/943/724</w:t>
        <w:br/>
        <w:t>f 1270/1037/804 1291/1056/823 1266/1030/797</w:t>
        <w:br/>
        <w:t>f 1267/1029/796 1270/1037/804 1266/1030/797</w:t>
        <w:br/>
        <w:t>f 1295/1057/824 1294/1058/825 1293/1059/826</w:t>
        <w:br/>
        <w:t>f 1292/1060/827 1295/1057/824 1293/1059/826</w:t>
        <w:br/>
        <w:t>f 1298/1061/828 1297/1062/829 1296/1063/830</w:t>
        <w:br/>
        <w:t>f 1300/1064/831 1295/1057/824 1292/1060/827</w:t>
        <w:br/>
        <w:t>f 1299/1065/832 1300/1064/831 1292/1060/827</w:t>
        <w:br/>
        <w:t>f 1304/1066/833 1303/1067/833 1302/1068/834</w:t>
        <w:br/>
        <w:t>f 1301/1069/834 1304/1066/833 1302/1068/834</w:t>
        <w:br/>
        <w:t>f 1301/1069/834 1302/1068/834 1305/1070/835</w:t>
        <w:br/>
        <w:t>f 1145/911/695 1301/1069/834 1305/1070/835</w:t>
        <w:br/>
        <w:t>f 1303/1067/833 1304/1066/833 1307/1071/836</w:t>
        <w:br/>
        <w:t>f 1306/1072/836 1303/1067/833 1307/1071/836</w:t>
        <w:br/>
        <w:t>f 1311/1073/837 1310/1074/838 1309/1075/838</w:t>
        <w:br/>
        <w:t>f 1308/1076/839 1311/1073/837 1309/1075/838</w:t>
        <w:br/>
        <w:t>f 1295/1057/824 1313/1077/840 1312/1078/841</w:t>
        <w:br/>
        <w:t>f 1294/1058/825 1295/1057/824 1312/1078/841</w:t>
        <w:br/>
        <w:t>f 1310/1074/838 1315/1079/842 1314/1080/843</w:t>
        <w:br/>
        <w:t>f 1309/1075/838 1310/1074/838 1314/1080/843</w:t>
        <w:br/>
        <w:t>f 1316/1081/844 1298/1061/828 1294/1058/825</w:t>
        <w:br/>
        <w:t>f 1312/1078/841 1316/1081/844 1294/1058/825</w:t>
        <w:br/>
        <w:t>f 1299/1065/832 1292/1060/827 1308/1076/845</w:t>
        <w:br/>
        <w:t>f 1317/1082/846 1299/1065/832 1308/1076/845</w:t>
        <w:br/>
        <w:t>f 1313/1077/840 1295/1057/824 1300/1064/831</w:t>
        <w:br/>
        <w:t>f 1318/1083/847 1313/1077/840 1300/1064/831</w:t>
        <w:br/>
        <w:t>f 1322/1084/848 1321/1085/849 1320/1086/850</w:t>
        <w:br/>
        <w:t>f 1319/1087/851 1322/1084/848 1320/1086/850</w:t>
        <w:br/>
        <w:t>f 1294/1058/825 1296/1063/830 1315/1079/852</w:t>
        <w:br/>
        <w:t>f 1293/1059/826 1294/1058/825 1315/1079/852</w:t>
        <w:br/>
        <w:t>f 1145/911/695 1305/1070/835 1144/908/692</w:t>
        <w:br/>
        <w:t>f 1305/1070/835 1323/1088/853 1144/908/692</w:t>
        <w:br/>
        <w:t>f 1143/909/693 1144/908/692 1323/1088/853</w:t>
        <w:br/>
        <w:t>f 1235/999/772 1315/1079/842 1234/1000/773</w:t>
        <w:br/>
        <w:t>f 1324/1089/854 1315/1079/852 1296/1063/830</w:t>
        <w:br/>
        <w:t>f 1279/1046/813 1324/1089/854 1296/1063/830</w:t>
        <w:br/>
        <w:t>f 1279/1046/813 1296/1063/830 1297/1062/829</w:t>
        <w:br/>
        <w:t>f 1281/1044/811 1279/1046/813 1297/1062/829</w:t>
        <w:br/>
        <w:t>f 1324/1089/854 1279/1046/813 1280/1045/812</w:t>
        <w:br/>
        <w:t>f 1172/940/721 1173/939/720 1326/1090/855</w:t>
        <w:br/>
        <w:t>f 1325/1091/856 1172/940/721 1326/1090/855</w:t>
        <w:br/>
        <w:t>f 1297/1062/829 1298/1061/828 1327/1092/857</w:t>
        <w:br/>
        <w:t>f 1281/1044/811 1297/1062/829 1327/1092/857</w:t>
        <w:br/>
        <w:t>f 1328/1093/858 1220/986/763 1281/1044/811</w:t>
        <w:br/>
        <w:t>f 1327/1092/857 1328/1093/858 1281/1044/811</w:t>
        <w:br/>
        <w:t>f 1294/1058/825 1298/1061/828 1296/1063/830</w:t>
        <w:br/>
        <w:t>f 1208/974/752 1204/972/750 1210/976/754</w:t>
        <w:br/>
        <w:t>f 1329/1094/859 1204/972/860 1198/964/744</w:t>
        <w:br/>
        <w:t>f 1244/1010/780 1245/1009/779 1331/1095/861</w:t>
        <w:br/>
        <w:t>f 1330/1096/862 1244/1010/780 1331/1095/861</w:t>
        <w:br/>
        <w:t>f 1248/1016/785 1289/1055/822 1177/943/724</w:t>
        <w:br/>
        <w:t>f 1285/1050/817 1248/1016/785 1177/943/724</w:t>
        <w:br/>
        <w:t>f 1178/942/723 1259/1021/790 1256/1024/793</w:t>
        <w:br/>
        <w:t>f 1177/943/724 1178/942/723 1256/1024/793</w:t>
        <w:br/>
        <w:t>f 1253/1019/788 1325/1091/856 1289/1055/822</w:t>
        <w:br/>
        <w:t>f 1253/1019/788 1289/1055/822 1252/1020/789</w:t>
        <w:br/>
        <w:t>f 1252/1020/789 1289/1055/822 1248/1016/785</w:t>
        <w:br/>
        <w:t>f 1276/1041/808 1284/1049/816 1332/1097/863</w:t>
        <w:br/>
        <w:t>f 1333/1098/863 1276/1041/808 1332/1097/863</w:t>
        <w:br/>
        <w:t>f 1248/1016/785 1333/1098/863 1332/1097/863</w:t>
        <w:br/>
        <w:t>f 1252/1020/789 1248/1016/785 1332/1097/863</w:t>
        <w:br/>
        <w:t>f 1306/1072/836 1307/1071/836 1335/1099/864</w:t>
        <w:br/>
        <w:t>f 1334/1100/864 1306/1072/836 1335/1099/864</w:t>
        <w:br/>
        <w:t>f 1321/1085/849 1322/1084/848 1318/1083/847</w:t>
        <w:br/>
        <w:t>f 1300/1064/831 1321/1085/849 1318/1083/847</w:t>
        <w:br/>
        <w:t>f 1321/1085/849 1300/1064/831 1299/1065/832</w:t>
        <w:br/>
        <w:t>f 1320/1086/850 1321/1085/849 1299/1065/832</w:t>
        <w:br/>
        <w:t>f 1320/1086/850 1299/1065/832 1317/1082/846</w:t>
        <w:br/>
        <w:t>f 1319/1087/851 1320/1086/850 1317/1082/846</w:t>
        <w:br/>
        <w:t>f 1180/948/729 1181/947/728 1337/1101/865</w:t>
        <w:br/>
        <w:t>f 1336/1102/866 1180/948/729 1337/1101/865</w:t>
        <w:br/>
        <w:t>f 1184/950/731 1180/948/729 1336/1102/866</w:t>
        <w:br/>
        <w:t>f 1339/1103/867 1338/1104/868 1329/1094/859</w:t>
        <w:br/>
        <w:t>f 1198/964/744 1339/1103/867 1329/1094/859</w:t>
        <w:br/>
        <w:t>f 1206/970/748 1207/969/748 1200/966/746</w:t>
        <w:br/>
        <w:t>f 1201/965/745 1206/970/748 1200/966/746</w:t>
        <w:br/>
        <w:t>f 1132/895/681 1133/900/685 1134/899/684</w:t>
        <w:br/>
        <w:t>f 1131/896/681 1132/895/681 1134/899/684</w:t>
        <w:br/>
        <w:t>f 1336/1102/866 1328/1093/858 1327/1092/857</w:t>
        <w:br/>
        <w:t>f 1184/950/731 1336/1102/866 1327/1092/857</w:t>
        <w:br/>
        <w:t>f 1340/1105/869 1185/949/730 1184/950/731</w:t>
        <w:br/>
        <w:t>f 1128/893/679 1129/892/678 1145/911/695</w:t>
        <w:br/>
        <w:t>f 1146/910/694 1128/893/679 1145/911/695</w:t>
        <w:br/>
        <w:t>f 1281/1044/811 1220/986/763 1278/1043/810</w:t>
        <w:br/>
        <w:t>f 1127/894/680 1128/893/679 1130/897/682</w:t>
        <w:br/>
        <w:t>f 1341/1106/870 1127/894/680 1130/897/682</w:t>
        <w:br/>
        <w:t>f 1336/1102/871 1194/962/742 1200/966/746</w:t>
        <w:br/>
        <w:t>f 1339/1103/872 1336/1102/871 1200/966/746</w:t>
        <w:br/>
        <w:t>f 1281/1044/811 1278/1043/810 1280/1045/812</w:t>
        <w:br/>
        <w:t>f 1325/1091/856 1326/1090/855 1290/1054/821</w:t>
        <w:br/>
        <w:t>f 1289/1055/822 1325/1091/856 1290/1054/821</w:t>
        <w:br/>
        <w:t>f 1172/940/721 1325/1091/856 1253/1019/788</w:t>
        <w:br/>
        <w:t>f 1235/999/772 1314/1080/843 1315/1079/842</w:t>
        <w:br/>
        <w:t>f 1344/1107/873 1343/1108/874 1342/1109/875</w:t>
        <w:br/>
        <w:t>f 1347/1110/876 1346/1111/876 1342/1109/875</w:t>
        <w:br/>
        <w:t>f 1345/1112/877 1347/1110/876 1342/1109/875</w:t>
        <w:br/>
        <w:t>f 1350/1113/878 1349/1114/879 1348/1115/880</w:t>
        <w:br/>
        <w:t>f 1349/1114/879 1351/1116/881 1348/1115/880</w:t>
        <w:br/>
        <w:t>f 1351/1116/881 1349/1114/879 1353/1117/882</w:t>
        <w:br/>
        <w:t>f 1352/1118/883 1351/1116/881 1353/1117/882</w:t>
        <w:br/>
        <w:t>f 1355/1119/884 1351/1116/881 1352/1118/883</w:t>
        <w:br/>
        <w:t>f 1354/1120/884 1355/1119/884 1352/1118/883</w:t>
        <w:br/>
        <w:t>f 1354/1120/884 1357/1121/885 1356/1122/886</w:t>
        <w:br/>
        <w:t>f 1355/1119/884 1354/1120/884 1356/1122/886</w:t>
        <w:br/>
        <w:t>f 1359/1123/887 1356/1122/886 1357/1121/885</w:t>
        <w:br/>
        <w:t>f 1358/1124/888 1359/1123/887 1357/1121/885</w:t>
        <w:br/>
        <w:t>f 1361/1125/889 1356/1122/886 1359/1123/887</w:t>
        <w:br/>
        <w:t>f 1360/1126/890 1361/1125/889 1359/1123/887</w:t>
        <w:br/>
        <w:t>f 1364/1127/891 1353/1117/882 1363/1128/892</w:t>
        <w:br/>
        <w:t>f 1362/1129/893 1364/1127/891 1363/1128/892</w:t>
        <w:br/>
        <w:t>f 1352/1118/883 1353/1117/882 1364/1127/891</w:t>
        <w:br/>
        <w:t>f 1365/1130/894 1352/1118/883 1364/1127/891</w:t>
        <w:br/>
        <w:t>f 1352/1118/883 1365/1130/894 1366/1131/895</w:t>
        <w:br/>
        <w:t>f 1367/1132/896 1352/1118/883 1366/1131/895</w:t>
        <w:br/>
        <w:t>f 1367/1132/896 1366/1131/895 1368/1133/897</w:t>
        <w:br/>
        <w:t>f 1368/1133/897 1366/1131/895 1369/1134/898</w:t>
        <w:br/>
        <w:t>f 1372/1135/899 1371/1136/900 1370/1137/900</w:t>
        <w:br/>
        <w:t>f 1368/1133/897 1372/1135/899 1370/1137/900</w:t>
        <w:br/>
        <w:t>f 1375/1138/901 1374/1139/901 1362/1129/893</w:t>
        <w:br/>
        <w:t>f 1373/1140/902 1375/1138/901 1362/1129/893</w:t>
        <w:br/>
        <w:t>f 1373/1140/902 1362/1129/893 1363/1128/892</w:t>
        <w:br/>
        <w:t>f 1374/1139/901 1375/1138/901 1377/1141/903</w:t>
        <w:br/>
        <w:t>f 1376/1142/903 1374/1139/901 1377/1141/903</w:t>
        <w:br/>
        <w:t>f 1379/1143/904 1378/1144/904 1376/1142/903</w:t>
        <w:br/>
        <w:t>f 1377/1141/903 1379/1143/904 1376/1142/903</w:t>
        <w:br/>
        <w:t>f 1383/1145/711 1382/1146/905 1381/1147/906</w:t>
        <w:br/>
        <w:t>f 1380/1148/907 1383/1145/711 1381/1147/906</w:t>
        <w:br/>
        <w:t>f 1385/1149/908 1382/1146/905 1383/1145/711</w:t>
        <w:br/>
        <w:t>f 1384/1150/716 1385/1149/908 1383/1145/711</w:t>
        <w:br/>
        <w:t>f 1368/1133/897 1369/1134/898 1382/1146/905</w:t>
        <w:br/>
        <w:t>f 1381/1147/906 1382/1146/905 1386/1151/909</w:t>
        <w:br/>
        <w:t>f 1369/1134/898 1386/1151/909 1382/1146/905</w:t>
        <w:br/>
        <w:t>f 1372/1135/899 1368/1133/897 1382/1146/905</w:t>
        <w:br/>
        <w:t>f 1385/1149/908 1372/1135/899 1382/1146/905</w:t>
        <w:br/>
        <w:t>f 1390/1152/910 1389/1153/911 1388/1154/912</w:t>
        <w:br/>
        <w:t>f 1387/1155/913 1390/1152/910 1388/1154/912</w:t>
        <w:br/>
        <w:t>f 1394/1156/914 1393/1157/915 1392/1158/916</w:t>
        <w:br/>
        <w:t>f 1391/1159/917 1394/1156/914 1392/1158/916</w:t>
        <w:br/>
        <w:t>f 1398/1160/918 1397/1161/919 1396/1162/920</w:t>
        <w:br/>
        <w:t>f 1395/1163/921 1398/1160/918 1396/1162/920</w:t>
        <w:br/>
        <w:t>f 1395/1163/921 1396/1162/920 1400/1164/922</w:t>
        <w:br/>
        <w:t>f 1399/1165/923 1395/1163/921 1400/1164/922</w:t>
        <w:br/>
        <w:t>f 1404/1166/924 1403/1167/925 1402/1168/925</w:t>
        <w:br/>
        <w:t>f 1401/1169/926 1404/1166/924 1402/1168/925</w:t>
        <w:br/>
        <w:t>f 1408/1170/927 1407/1171/927 1406/1172/928</w:t>
        <w:br/>
        <w:t>f 1405/1173/929 1408/1170/927 1406/1172/928</w:t>
        <w:br/>
        <w:t>f 1412/1174/930 1411/1175/931 1410/1176/932</w:t>
        <w:br/>
        <w:t>f 1409/1177/933 1412/1174/930 1410/1176/932</w:t>
        <w:br/>
        <w:t>f 1402/1168/925 1403/1167/925 1414/1178/934</w:t>
        <w:br/>
        <w:t>f 1413/1179/935 1402/1168/925 1414/1178/934</w:t>
        <w:br/>
        <w:t>f 1411/1175/931 1416/1180/936 1415/1181/937</w:t>
        <w:br/>
        <w:t>f 1410/1176/932 1411/1175/931 1415/1181/937</w:t>
        <w:br/>
        <w:t>f 1408/1170/927 1418/1182/938 1417/1183/939</w:t>
        <w:br/>
        <w:t>f 1407/1171/927 1408/1170/927 1417/1183/939</w:t>
        <w:br/>
        <w:t>f 1422/1184/940 1421/1185/941 1420/1186/942</w:t>
        <w:br/>
        <w:t>f 1419/1187/940 1422/1184/940 1420/1186/942</w:t>
        <w:br/>
        <w:t>f 1413/1179/935 1414/1178/934 1424/1188/943</w:t>
        <w:br/>
        <w:t>f 1423/1189/944 1413/1179/935 1424/1188/943</w:t>
        <w:br/>
        <w:t>f 1421/1185/941 1426/1190/945 1425/1191/946</w:t>
        <w:br/>
        <w:t>f 1420/1186/942 1421/1185/941 1425/1191/946</w:t>
        <w:br/>
        <w:t>f 1430/1192/947 1429/1193/948 1428/1194/948</w:t>
        <w:br/>
        <w:t>f 1427/1195/949 1430/1192/947 1428/1194/948</w:t>
        <w:br/>
        <w:t>f 1434/1196/950 1433/1197/951 1432/1198/952</w:t>
        <w:br/>
        <w:t>f 1431/1199/953 1434/1196/950 1432/1198/952</w:t>
        <w:br/>
        <w:t>f 1430/1192/947 1427/1195/949 1436/1200/954</w:t>
        <w:br/>
        <w:t>f 1435/1201/955 1430/1192/947 1436/1200/954</w:t>
        <w:br/>
        <w:t>f 1440/1202/956 1439/1203/957 1438/1204/957</w:t>
        <w:br/>
        <w:t>f 1437/1205/958 1440/1202/956 1438/1204/957</w:t>
        <w:br/>
        <w:t>f 1444/1206/959 1443/1207/959 1442/1208/960</w:t>
        <w:br/>
        <w:t>f 1441/1209/960 1444/1206/959 1442/1208/960</w:t>
        <w:br/>
        <w:t>f 1446/1210/961 1445/1211/962 1443/1207/959</w:t>
        <w:br/>
        <w:t>f 1444/1206/959 1446/1210/961 1443/1207/959</w:t>
        <w:br/>
        <w:t>f 1448/1212/963 1447/1213/963 1445/1211/962</w:t>
        <w:br/>
        <w:t>f 1446/1210/961 1448/1212/963 1445/1211/962</w:t>
        <w:br/>
        <w:t>f 1450/1214/964 1449/1215/965 1447/1213/963</w:t>
        <w:br/>
        <w:t>f 1448/1212/963 1450/1214/964 1447/1213/963</w:t>
        <w:br/>
        <w:t>f 1452/1216/966 1451/1217/967 1433/1197/951</w:t>
        <w:br/>
        <w:t>f 1434/1196/950 1452/1216/966 1433/1197/951</w:t>
        <w:br/>
        <w:t>f 1456/1218/968 1455/1219/968 1454/1220/969</w:t>
        <w:br/>
        <w:t>f 1453/1221/970 1456/1218/968 1454/1220/969</w:t>
        <w:br/>
        <w:t>f 1458/1222/971 1453/1221/970 1454/1220/969</w:t>
        <w:br/>
        <w:t>f 1457/1223/971 1458/1222/971 1454/1220/969</w:t>
        <w:br/>
        <w:t>f 1460/1224/972 1459/1225/972 1455/1219/968</w:t>
        <w:br/>
        <w:t>f 1456/1218/968 1460/1224/972 1455/1219/968</w:t>
        <w:br/>
        <w:t>f 1440/1202/956 1437/1205/958 1462/1226/973</w:t>
        <w:br/>
        <w:t>f 1461/1227/974 1440/1202/956 1462/1226/973</w:t>
        <w:br/>
        <w:t>f 1466/1228/975 1465/1229/976 1464/1230/977</w:t>
        <w:br/>
        <w:t>f 1463/1231/978 1466/1228/975 1464/1230/977</w:t>
        <w:br/>
        <w:t>f 1470/1232/979 1469/1233/980 1468/1234/981</w:t>
        <w:br/>
        <w:t>f 1467/1235/982 1470/1232/979 1468/1234/981</w:t>
        <w:br/>
        <w:t>f 1474/1236/983 1473/1237/984 1472/1238/985</w:t>
        <w:br/>
        <w:t>f 1471/1239/986 1474/1236/983 1472/1238/985</w:t>
        <w:br/>
        <w:t>f 1474/1236/983 1466/1228/975 1463/1231/978</w:t>
        <w:br/>
        <w:t>f 1473/1237/984 1474/1236/983 1463/1231/978</w:t>
        <w:br/>
        <w:t>f 1478/1240/987 1477/1241/987 1476/1242/988</w:t>
        <w:br/>
        <w:t>f 1475/1243/989 1478/1240/987 1476/1242/988</w:t>
        <w:br/>
        <w:t>f 1452/1216/966 1475/1243/989 1476/1242/988</w:t>
        <w:br/>
        <w:t>f 1451/1217/967 1452/1216/966 1476/1242/988</w:t>
        <w:br/>
        <w:t>f 1482/1244/990 1481/1245/991 1480/1246/992</w:t>
        <w:br/>
        <w:t>f 1479/1247/993 1482/1244/990 1480/1246/992</w:t>
        <w:br/>
        <w:t>f 1481/1245/991 1458/1222/971 1457/1223/971</w:t>
        <w:br/>
        <w:t>f 1480/1246/992 1481/1245/991 1457/1223/971</w:t>
        <w:br/>
        <w:t>f 1484/1248/994 1483/1249/995 1477/1241/987</w:t>
        <w:br/>
        <w:t>f 1478/1240/987 1484/1248/994 1477/1241/987</w:t>
        <w:br/>
        <w:t>f 1482/1244/990 1487/1250/996 1486/1251/997</w:t>
        <w:br/>
        <w:t>f 1485/1252/998 1482/1244/990 1486/1251/997</w:t>
        <w:br/>
        <w:t>f 1487/1250/996 1489/1253/999 1488/1254/1000</w:t>
        <w:br/>
        <w:t>f 1486/1251/997 1487/1250/996 1488/1254/1000</w:t>
        <w:br/>
        <w:t>f 1470/1232/979 1387/1155/913 1388/1154/912</w:t>
        <w:br/>
        <w:t>f 1469/1233/980 1470/1232/979 1388/1154/912</w:t>
        <w:br/>
        <w:t>f 1490/1255/1001 1413/1179/935 1423/1189/944</w:t>
        <w:br/>
        <w:t>f 1491/1256/1002 1426/1190/945 1423/1189/1003</w:t>
        <w:br/>
        <w:t>f 1430/1192/947 1492/1257/1004 1491/1256/1002</w:t>
        <w:br/>
        <w:t>f 1423/1189/1003 1430/1192/947 1491/1256/1002</w:t>
        <w:br/>
        <w:t>f 1492/1257/1004 1430/1192/947 1435/1201/955</w:t>
        <w:br/>
        <w:t>f 1493/1258/1005 1492/1257/1004 1435/1201/955</w:t>
        <w:br/>
        <w:t>f 1496/1259/1006 1495/1260/1007 1494/1261/1008</w:t>
        <w:br/>
        <w:t>f 1498/1262/1009 1497/1263/1010 1434/1196/950</w:t>
        <w:br/>
        <w:t>f 1426/1190/945 1498/1262/1009 1434/1196/950</w:t>
        <w:br/>
        <w:t>f 1426/1190/945 1491/1256/1002 1499/1264/1011</w:t>
        <w:br/>
        <w:t>f 1498/1262/1009 1426/1190/945 1499/1264/1011</w:t>
        <w:br/>
        <w:t>f 1466/1228/975 1474/1236/983 1500/1265/1012</w:t>
        <w:br/>
        <w:t>f 1465/1229/976 1466/1228/975 1500/1265/1012</w:t>
        <w:br/>
        <w:t>f 1497/1263/1010 1503/1266/1013 1502/1267/1014</w:t>
        <w:br/>
        <w:t>f 1501/1268/1013 1497/1263/1010 1502/1267/1014</w:t>
        <w:br/>
        <w:t>f 1497/1263/1010 1452/1216/966 1434/1196/950</w:t>
        <w:br/>
        <w:t>f 1481/1245/991 1482/1244/990 1485/1252/998</w:t>
        <w:br/>
        <w:t>f 1502/1267/1014 1481/1245/991 1485/1252/998</w:t>
        <w:br/>
        <w:t>f 1394/1156/914 1391/1159/917 1505/1269/821</w:t>
        <w:br/>
        <w:t>f 1504/1270/1015 1394/1156/914 1505/1269/821</w:t>
        <w:br/>
        <w:t>f 1487/1250/996 1482/1244/990 1479/1247/993</w:t>
        <w:br/>
        <w:t>f 1506/1271/1016 1487/1250/996 1479/1247/993</w:t>
        <w:br/>
        <w:t>f 1510/1272/1017 1509/1273/1018 1508/1274/1019</w:t>
        <w:br/>
        <w:t>f 1507/1275/1020 1510/1272/1017 1508/1274/1019</w:t>
        <w:br/>
        <w:t>f 1513/1276/1021 1512/1277/1022 1511/1278/1023</w:t>
        <w:br/>
        <w:t>f 1515/1279/1024 1514/1280/1025 1509/1273/1018</w:t>
        <w:br/>
        <w:t>f 1510/1272/1017 1515/1279/1024 1509/1273/1018</w:t>
        <w:br/>
        <w:t>f 1519/1281/1026 1518/1282/1027 1517/1283/1028</w:t>
        <w:br/>
        <w:t>f 1516/1284/1026 1519/1281/1026 1517/1283/1028</w:t>
        <w:br/>
        <w:t>f 1518/1282/1027 1360/1126/890 1520/1285/1029</w:t>
        <w:br/>
        <w:t>f 1517/1283/1028 1518/1282/1027 1520/1285/1029</w:t>
        <w:br/>
        <w:t>f 1522/1286/1030 1519/1281/1026 1516/1284/1026</w:t>
        <w:br/>
        <w:t>f 1521/1287/1030 1522/1286/1030 1516/1284/1026</w:t>
        <w:br/>
        <w:t>f 1526/1288/1031 1525/1289/1031 1524/1290/1032</w:t>
        <w:br/>
        <w:t>f 1523/1291/1033 1526/1288/1031 1524/1290/1032</w:t>
        <w:br/>
        <w:t>f 1510/1272/1017 1507/1275/1020 1527/1292/1034</w:t>
        <w:br/>
        <w:t>f 1528/1293/1035 1510/1272/1017 1527/1292/1034</w:t>
        <w:br/>
        <w:t>f 1530/1294/1036 1529/1295/1037 1525/1289/1031</w:t>
        <w:br/>
        <w:t>f 1526/1288/1031 1530/1294/1036 1525/1289/1031</w:t>
        <w:br/>
        <w:t>f 1531/1296/1038 1527/1292/1034 1507/1275/1020</w:t>
        <w:br/>
        <w:t>f 1513/1276/1021 1531/1296/1038 1507/1275/1020</w:t>
        <w:br/>
        <w:t>f 1514/1280/1025 1532/1297/1039 1523/1291/1040</w:t>
        <w:br/>
        <w:t>f 1509/1273/1018 1514/1280/1025 1523/1291/1040</w:t>
        <w:br/>
        <w:t>f 1528/1293/1035 1533/1298/1041 1515/1279/1024</w:t>
        <w:br/>
        <w:t>f 1510/1272/1017 1528/1293/1035 1515/1279/1024</w:t>
        <w:br/>
        <w:t>f 1537/1299/1042 1536/1300/1043 1535/1301/1044</w:t>
        <w:br/>
        <w:t>f 1534/1302/1045 1537/1299/1042 1535/1301/1044</w:t>
        <w:br/>
        <w:t>f 1529/1295/1046 1512/1277/1022 1507/1275/1020</w:t>
        <w:br/>
        <w:t>f 1508/1274/1019 1529/1295/1046 1507/1275/1020</w:t>
        <w:br/>
        <w:t>f 1360/1126/890 1359/1123/887 1520/1285/1029</w:t>
        <w:br/>
        <w:t>f 1520/1285/1029 1359/1123/887 1538/1303/1047</w:t>
        <w:br/>
        <w:t>f 1358/1124/888 1538/1303/1047 1359/1123/887</w:t>
        <w:br/>
        <w:t>f 1449/1215/965 1450/1214/964 1529/1295/1037</w:t>
        <w:br/>
        <w:t>f 1539/1304/1048 1495/1260/1007 1512/1277/1022</w:t>
        <w:br/>
        <w:t>f 1529/1295/1046 1539/1304/1048 1512/1277/1022</w:t>
        <w:br/>
        <w:t>f 1495/1260/1007 1496/1259/1006 1511/1278/1023</w:t>
        <w:br/>
        <w:t>f 1512/1277/1022 1495/1260/1007 1511/1278/1023</w:t>
        <w:br/>
        <w:t>f 1539/1304/1048 1494/1261/1008 1495/1260/1007</w:t>
        <w:br/>
        <w:t>f 1387/1155/913 1541/1305/1049 1540/1306/1050</w:t>
        <w:br/>
        <w:t>f 1390/1152/910 1387/1155/913 1540/1306/1050</w:t>
        <w:br/>
        <w:t>f 1511/1278/1023 1496/1259/1006 1542/1307/1051</w:t>
        <w:br/>
        <w:t>f 1513/1276/1021 1511/1278/1023 1542/1307/1051</w:t>
        <w:br/>
        <w:t>f 1496/1259/1006 1435/1201/955 1543/1308/1052</w:t>
        <w:br/>
        <w:t>f 1542/1307/1051 1496/1259/1006 1543/1308/1052</w:t>
        <w:br/>
        <w:t>f 1507/1275/1020 1512/1277/1022 1513/1276/1021</w:t>
        <w:br/>
        <w:t>f 1423/1189/1003 1426/1190/945 1421/1185/941</w:t>
        <w:br/>
        <w:t>f 1421/1185/1053 1544/1309/1054 1413/1179/935</w:t>
        <w:br/>
        <w:t>f 1460/1224/972 1546/1310/1055 1545/1311/1056</w:t>
        <w:br/>
        <w:t>f 1459/1225/972 1460/1224/972 1545/1311/1056</w:t>
        <w:br/>
        <w:t>f 1394/1156/914 1504/1270/1015 1465/1229/976</w:t>
        <w:br/>
        <w:t>f 1500/1265/1012 1394/1156/914 1465/1229/976</w:t>
        <w:br/>
        <w:t>f 1393/1157/915 1394/1156/914 1471/1239/986</w:t>
        <w:br/>
        <w:t>f 1472/1238/985 1393/1157/915 1471/1239/986</w:t>
        <w:br/>
        <w:t>f 1470/1232/979 1504/1270/1015 1541/1305/1049</w:t>
        <w:br/>
        <w:t>f 1470/1232/979 1467/1235/982 1504/1270/1015</w:t>
        <w:br/>
        <w:t>f 1467/1235/982 1465/1229/976 1504/1270/1015</w:t>
        <w:br/>
        <w:t>f 1491/1256/1002 1548/1312/1057 1547/1313/1057</w:t>
        <w:br/>
        <w:t>f 1499/1264/1011 1491/1256/1002 1547/1313/1057</w:t>
        <w:br/>
        <w:t>f 1465/1229/976 1467/1235/982 1547/1313/1057</w:t>
        <w:br/>
        <w:t>f 1548/1312/1057 1465/1229/976 1547/1313/1057</w:t>
        <w:br/>
        <w:t>f 1550/1314/1058 1522/1286/1030 1521/1287/1030</w:t>
        <w:br/>
        <w:t>f 1549/1315/1058 1550/1314/1058 1521/1287/1030</w:t>
        <w:br/>
        <w:t>f 1533/1298/1041 1537/1299/1042 1534/1302/1045</w:t>
        <w:br/>
        <w:t>f 1515/1279/1024 1533/1298/1041 1534/1302/1045</w:t>
        <w:br/>
        <w:t>f 1514/1280/1025 1515/1279/1024 1534/1302/1045</w:t>
        <w:br/>
        <w:t>f 1535/1301/1044 1514/1280/1025 1534/1302/1045</w:t>
        <w:br/>
        <w:t>f 1532/1297/1039 1514/1280/1025 1535/1301/1044</w:t>
        <w:br/>
        <w:t>f 1536/1300/1043 1532/1297/1039 1535/1301/1044</w:t>
        <w:br/>
        <w:t>f 1552/1316/1059 1398/1160/918 1395/1163/921</w:t>
        <w:br/>
        <w:t>f 1551/1317/1060 1552/1316/1059 1395/1163/921</w:t>
        <w:br/>
        <w:t>f 1399/1165/923 1551/1317/1060 1395/1163/921</w:t>
        <w:br/>
        <w:t>f 1554/1318/1061 1413/1179/935 1544/1309/1054</w:t>
        <w:br/>
        <w:t>f 1553/1319/1062 1554/1318/1061 1544/1309/1054</w:t>
        <w:br/>
        <w:t>f 1416/1180/936 1422/1184/940 1419/1187/940</w:t>
        <w:br/>
        <w:t>f 1415/1181/937 1416/1180/936 1419/1187/940</w:t>
        <w:br/>
        <w:t>f 1346/1111/876 1347/1110/876 1350/1113/878</w:t>
        <w:br/>
        <w:t>f 1348/1115/880 1346/1111/876 1350/1113/878</w:t>
        <w:br/>
        <w:t>f 1542/1307/1051 1543/1308/1052 1551/1317/1060</w:t>
        <w:br/>
        <w:t>f 1399/1165/923 1542/1307/1051 1551/1317/1060</w:t>
        <w:br/>
        <w:t>f 1555/1320/1063 1542/1307/1051 1399/1165/923</w:t>
        <w:br/>
        <w:t>f 1342/1109/875 1361/1125/889 1360/1126/890</w:t>
        <w:br/>
        <w:t>f 1344/1107/873 1342/1109/875 1360/1126/890</w:t>
        <w:br/>
        <w:t>f 1496/1259/1006 1493/1258/1005 1435/1201/955</w:t>
        <w:br/>
        <w:t>f 1345/1112/877 1342/1109/875 1343/1108/874</w:t>
        <w:br/>
        <w:t>f 1556/1321/1064 1345/1112/877 1343/1108/874</w:t>
        <w:br/>
        <w:t>f 1551/1317/1065 1554/1318/1066 1416/1180/936</w:t>
        <w:br/>
        <w:t>f 1411/1175/931 1551/1317/1065 1416/1180/936</w:t>
        <w:br/>
        <w:t>f 1496/1259/1006 1494/1261/1008 1493/1258/1005</w:t>
        <w:br/>
        <w:t>f 1541/1305/1049 1504/1270/1015 1505/1269/821</w:t>
        <w:br/>
        <w:t>f 1557/1322/855 1541/1305/1049 1505/1269/821</w:t>
        <w:br/>
        <w:t>f 1387/1155/913 1470/1232/979 1541/1305/1049</w:t>
        <w:br/>
        <w:t>f 1449/1215/965 1529/1295/1037 1530/1294/1036</w:t>
        <w:br/>
        <w:t>f 1340/1105/869 1327/1092/857 1298/1061/828</w:t>
        <w:br/>
        <w:t>f 1555/1320/1063 1399/1165/923 1400/1164/922</w:t>
        <w:br/>
        <w:t>f 1555/1320/1063 1513/1276/1021 1542/1307/1051</w:t>
        <w:br/>
        <w:t>f 1340/1105/869 1184/950/731 1327/1092/857</w:t>
        <w:br/>
        <w:t>f 1561/1323/1067 1560/1324/1068 1559/1325/1068</w:t>
        <w:br/>
        <w:t>f 1558/1326/1067 1561/1323/1067 1559/1325/1068</w:t>
        <w:br/>
        <w:t>f 1563/1327/1069 1562/1328/1070 1559/1325/1068</w:t>
        <w:br/>
        <w:t>f 1560/1324/1068 1563/1327/1069 1559/1325/1068</w:t>
        <w:br/>
        <w:t>f 1566/1329/1071 1565/1330/1072 1564/1331/1073</w:t>
        <w:br/>
        <w:t>f 1567/1332/1074 1566/1329/1071 1564/1331/1073</w:t>
        <w:br/>
        <w:t>f 1567/1332/1074 1569/1333/1075 1568/1334/1076</w:t>
        <w:br/>
        <w:t>f 1566/1329/1071 1567/1332/1074 1568/1334/1076</w:t>
        <w:br/>
        <w:t>f 1573/1335/1077 1572/1336/1077 1571/1337/1078</w:t>
        <w:br/>
        <w:t>f 1570/1338/1079 1573/1335/1077 1571/1337/1078</w:t>
        <w:br/>
        <w:t>f 1575/1339/1080 1574/1340/1080 1572/1336/1077</w:t>
        <w:br/>
        <w:t>f 1573/1335/1077 1575/1339/1080 1572/1336/1077</w:t>
        <w:br/>
        <w:t>f 1562/1328/1070 1563/1327/1069 1577/1341/1081</w:t>
        <w:br/>
        <w:t>f 1576/1342/1081 1562/1328/1070 1577/1341/1081</w:t>
        <w:br/>
        <w:t>f 1570/1338/1079 1571/1337/1078 1576/1342/1081</w:t>
        <w:br/>
        <w:t>f 1577/1341/1081 1570/1338/1079 1576/1342/1081</w:t>
        <w:br/>
        <w:t>f 1580/1343/1082 1579/1344/1083 1578/1345/1083</w:t>
        <w:br/>
        <w:t>f 1581/1346/1082 1580/1343/1082 1578/1345/1083</w:t>
        <w:br/>
        <w:t>f 1583/1347/1084 1582/1348/1085 1580/1343/1082</w:t>
        <w:br/>
        <w:t>f 1581/1346/1082 1583/1347/1084 1580/1343/1082</w:t>
        <w:br/>
        <w:t>f 1569/1333/1075 1585/1349/1086 1584/1350/1087</w:t>
        <w:br/>
        <w:t>f 1568/1334/1076 1569/1333/1075 1584/1350/1087</w:t>
        <w:br/>
        <w:t>f 1585/1349/1086 1578/1345/1083 1579/1344/1083</w:t>
        <w:br/>
        <w:t>f 1584/1350/1087 1585/1349/1086 1579/1344/1083</w:t>
        <w:br/>
        <w:t>f 1582/1348/1085 1583/1347/1084 1587/1351/1088</w:t>
        <w:br/>
        <w:t>f 1586/1352/1088 1582/1348/1085 1587/1351/1088</w:t>
        <w:br/>
        <w:t>f 1589/1353/1089 1588/1354/1089 1586/1352/1088</w:t>
        <w:br/>
        <w:t>f 1587/1351/1088 1589/1353/1089 1586/1352/1088</w:t>
        <w:br/>
        <w:t>f 1593/1355/1090 1592/1356/1091 1591/1357/1091</w:t>
        <w:br/>
        <w:t>f 1590/1358/1090 1593/1355/1090 1591/1357/1091</w:t>
        <w:br/>
        <w:t>f 1592/1356/1091 1561/1323/1067 1558/1326/1067</w:t>
        <w:br/>
        <w:t>f 1591/1357/1091 1592/1356/1091 1558/1326/1067</w:t>
        <w:br/>
        <w:t>f 1597/1359/1092 1596/1360/1093 1595/1361/1094</w:t>
        <w:br/>
        <w:t>f 1594/1362/1092 1597/1359/1092 1595/1361/1094</w:t>
        <w:br/>
        <w:t>f 1596/1360/1093 1593/1355/1090 1590/1358/1090</w:t>
        <w:br/>
        <w:t>f 1595/1361/1094 1596/1360/1093 1590/1358/1090</w:t>
        <w:br/>
        <w:t>f 1601/1363/1095 1600/1364/1096 1599/1365/1097</w:t>
        <w:br/>
        <w:t>f 1598/1366/1098 1601/1363/1095 1599/1365/1097</w:t>
        <w:br/>
        <w:t>f 1600/1364/1096 1597/1359/1092 1594/1362/1092</w:t>
        <w:br/>
        <w:t>f 1599/1365/1097 1600/1364/1096 1594/1362/1092</w:t>
        <w:br/>
        <w:t>f 1605/1367/1099 1604/1368/1099 1603/1369/1100</w:t>
        <w:br/>
        <w:t>f 1602/1370/1100 1605/1367/1099 1603/1369/1100</w:t>
        <w:br/>
        <w:t>f 1601/1363/1095 1598/1366/1098 1604/1368/1099</w:t>
        <w:br/>
        <w:t>f 1605/1367/1099 1601/1363/1095 1604/1368/1099</w:t>
        <w:br/>
        <w:t>f 1588/1354/1089 1589/1353/1089 1607/1371/1101</w:t>
        <w:br/>
        <w:t>f 1606/1372/1101 1588/1354/1089 1607/1371/1101</w:t>
        <w:br/>
        <w:t>f 1602/1370/1100 1603/1369/1100 1606/1372/1101</w:t>
        <w:br/>
        <w:t>f 1607/1371/1101 1602/1370/1100 1606/1372/1101</w:t>
        <w:br/>
        <w:t>f 1611/1373/1102 1610/1374/1102 1609/1375/1103</w:t>
        <w:br/>
        <w:t>f 1608/1376/1103 1611/1373/1102 1609/1375/1103</w:t>
        <w:br/>
        <w:t>f 1613/1377/1104 1612/1378/1104 1610/1374/1102</w:t>
        <w:br/>
        <w:t>f 1611/1373/1102 1613/1377/1104 1610/1374/1102</w:t>
        <w:br/>
        <w:t>f 1612/1378/1104 1613/1377/1104 1615/1379/1105</w:t>
        <w:br/>
        <w:t>f 1614/1380/1106 1612/1378/1104 1615/1379/1105</w:t>
        <w:br/>
        <w:t>f 1615/1379/1105 1617/1381/1107 1616/1382/1107</w:t>
        <w:br/>
        <w:t>f 1614/1380/1106 1615/1379/1105 1616/1382/1107</w:t>
        <w:br/>
        <w:t>f 1617/1381/1107 1619/1383/1108 1618/1384/1108</w:t>
        <w:br/>
        <w:t>f 1616/1382/1107 1617/1381/1107 1618/1384/1108</w:t>
        <w:br/>
        <w:t>f 1619/1383/1108 1621/1385/1109 1620/1386/1110</w:t>
        <w:br/>
        <w:t>f 1618/1384/1108 1619/1383/1108 1620/1386/1110</w:t>
        <w:br/>
        <w:t>f 1625/1387/1111 1624/1388/1112 1623/1389/1112</w:t>
        <w:br/>
        <w:t>f 1622/1390/1113 1625/1387/1111 1623/1389/1112</w:t>
        <w:br/>
        <w:t>f 1624/1388/1112 1627/1391/1114 1626/1392/1114</w:t>
        <w:br/>
        <w:t>f 1623/1389/1112 1624/1388/1112 1626/1392/1114</w:t>
        <w:br/>
        <w:t>f 1629/1393/1115 1628/1394/1115 1626/1392/1114</w:t>
        <w:br/>
        <w:t>f 1627/1391/1114 1629/1393/1115 1626/1392/1114</w:t>
        <w:br/>
        <w:t>f 1631/1395/1116 1630/1396/1117 1628/1394/1115</w:t>
        <w:br/>
        <w:t>f 1629/1393/1115 1631/1395/1116 1628/1394/1115</w:t>
        <w:br/>
        <w:t>f 1630/1396/1117 1631/1395/1116 1633/1397/1118</w:t>
        <w:br/>
        <w:t>f 1632/1398/1118 1630/1396/1117 1633/1397/1118</w:t>
        <w:br/>
        <w:t>f 1635/1399/1119 1634/1400/1119 1632/1398/1118</w:t>
        <w:br/>
        <w:t>f 1633/1397/1118 1635/1399/1119 1632/1398/1118</w:t>
        <w:br/>
        <w:t>f 1621/1385/1109 1637/1401/1120 1636/1402/1120</w:t>
        <w:br/>
        <w:t>f 1620/1386/1110 1621/1385/1109 1636/1402/1120</w:t>
        <w:br/>
        <w:t>f 1637/1401/1120 1639/1403/1121 1638/1404/1122</w:t>
        <w:br/>
        <w:t>f 1636/1402/1120 1637/1401/1120 1638/1404/1122</w:t>
        <w:br/>
        <w:t>f 1643/1405/1123 1642/1406/1123 1641/1407/1124</w:t>
        <w:br/>
        <w:t>f 1640/1408/1124 1643/1405/1123 1641/1407/1124</w:t>
        <w:br/>
        <w:t>f 1645/1409/1125 1644/1410/1126 1640/1408/1124</w:t>
        <w:br/>
        <w:t>f 1641/1407/1124 1645/1409/1125 1640/1408/1124</w:t>
        <w:br/>
        <w:t>f 1644/1410/1126 1645/1409/1125 1647/1411/1127</w:t>
        <w:br/>
        <w:t>f 1646/1412/1127 1644/1410/1126 1647/1411/1127</w:t>
        <w:br/>
        <w:t>f 1649/1413/1128 1648/1414/1129 1646/1412/1127</w:t>
        <w:br/>
        <w:t>f 1647/1411/1127 1649/1413/1128 1646/1412/1127</w:t>
        <w:br/>
        <w:t>f 1652/1415/1130 1651/1416/1131 1650/1417/1131</w:t>
        <w:br/>
        <w:t>f 1653/1418/1132 1652/1415/1130 1650/1417/1131</w:t>
        <w:br/>
        <w:t>f 1654/1419/1133 1652/1415/1130 1653/1418/1132</w:t>
        <w:br/>
        <w:t>f 1655/1420/1134 1654/1419/1133 1653/1418/1132</w:t>
        <w:br/>
        <w:t>f 1654/1419/1133 1655/1420/1134 1657/1421/1135</w:t>
        <w:br/>
        <w:t>f 1656/1422/1135 1654/1419/1133 1657/1421/1135</w:t>
        <w:br/>
        <w:t>f 1657/1421/1135 1659/1423/1136 1658/1424/1136</w:t>
        <w:br/>
        <w:t>f 1656/1422/1135 1657/1421/1135 1658/1424/1136</w:t>
        <w:br/>
        <w:t>f 1663/1425/1137 1662/1426/1138 1661/1427/1138</w:t>
        <w:br/>
        <w:t>f 1660/1428/1137 1663/1425/1137 1661/1427/1138</w:t>
        <w:br/>
        <w:t>f 1662/1426/1138 1625/1387/1111 1622/1390/1113</w:t>
        <w:br/>
        <w:t>f 1661/1427/1138 1662/1426/1138 1622/1390/1113</w:t>
        <w:br/>
        <w:t>f 1649/1413/1128 1665/1429/1139 1664/1430/1140</w:t>
        <w:br/>
        <w:t>f 1648/1414/1129 1649/1413/1128 1664/1430/1140</w:t>
        <w:br/>
        <w:t>f 1665/1429/1139 1667/1431/1141 1666/1432/1141</w:t>
        <w:br/>
        <w:t>f 1664/1430/1140 1665/1429/1139 1666/1432/1141</w:t>
        <w:br/>
        <w:t>f 1667/1431/1141 1669/1433/1142 1668/1434/1142</w:t>
        <w:br/>
        <w:t>f 1666/1432/1141 1667/1431/1141 1668/1434/1142</w:t>
        <w:br/>
        <w:t>f 1669/1433/1142 1671/1435/1143 1670/1436/1144</w:t>
        <w:br/>
        <w:t>f 1668/1434/1142 1669/1433/1142 1670/1436/1144</w:t>
        <w:br/>
        <w:t>f 1675/1437/1145 1674/1438/1146 1673/1439/1147</w:t>
        <w:br/>
        <w:t>f 1672/1440/1145 1675/1437/1145 1673/1439/1147</w:t>
        <w:br/>
        <w:t>f 1674/1438/1146 1677/1441/1148 1676/1442/1149</w:t>
        <w:br/>
        <w:t>f 1673/1439/1147 1674/1438/1146 1676/1442/1149</w:t>
        <w:br/>
        <w:t>f 1677/1441/1148 1679/1443/1150 1678/1444/1151</w:t>
        <w:br/>
        <w:t>f 1676/1442/1149 1677/1441/1148 1678/1444/1151</w:t>
        <w:br/>
        <w:t>f 1650/1417/1131 1651/1416/1131 1678/1444/1151</w:t>
        <w:br/>
        <w:t>f 1679/1443/1150 1650/1417/1131 1678/1444/1151</w:t>
        <w:br/>
        <w:t>f 1671/1435/1143 1681/1445/1152 1680/1446/1153</w:t>
        <w:br/>
        <w:t>f 1670/1436/1144 1671/1435/1143 1680/1446/1153</w:t>
        <w:br/>
        <w:t>f 1681/1445/1152 1683/1447/1154 1682/1448/1154</w:t>
        <w:br/>
        <w:t>f 1680/1446/1153 1681/1445/1152 1682/1448/1154</w:t>
        <w:br/>
        <w:t>f 1687/1449/1155 1686/1450/1156 1685/1451/1157</w:t>
        <w:br/>
        <w:t>f 1684/1452/1155 1687/1449/1155 1685/1451/1157</w:t>
        <w:br/>
        <w:t>f 1686/1450/1156 1675/1437/1145 1672/1440/1145</w:t>
        <w:br/>
        <w:t>f 1685/1451/1157 1686/1450/1156 1672/1440/1145</w:t>
        <w:br/>
        <w:t>f 1691/1453/1158 1690/1454/1159 1689/1455/1160</w:t>
        <w:br/>
        <w:t>f 1688/1456/1160 1691/1453/1158 1689/1455/1160</w:t>
        <w:br/>
        <w:t>f 1608/1376/1103 1609/1375/1103 1690/1454/1159</w:t>
        <w:br/>
        <w:t>f 1691/1453/1158 1608/1376/1103 1690/1454/1159</w:t>
        <w:br/>
        <w:t>f 1634/1400/1119 1635/1399/1119 1693/1457/1161</w:t>
        <w:br/>
        <w:t>f 1692/1458/1162 1634/1400/1119 1693/1457/1161</w:t>
        <w:br/>
        <w:t>f 1695/1459/1163 1694/1460/1164 1692/1458/1162</w:t>
        <w:br/>
        <w:t>f 1693/1457/1161 1695/1459/1163 1692/1458/1162</w:t>
        <w:br/>
        <w:t>f 1699/1461/1165 1698/1462/1165 1697/1463/1166</w:t>
        <w:br/>
        <w:t>f 1696/1464/1166 1699/1461/1165 1697/1463/1166</w:t>
        <w:br/>
        <w:t>f 1688/1456/1160 1689/1455/1160 1698/1462/1165</w:t>
        <w:br/>
        <w:t>f 1699/1461/1165 1688/1456/1160 1698/1462/1165</w:t>
        <w:br/>
        <w:t>f 1694/1460/1164 1695/1459/1163 1701/1465/1167</w:t>
        <w:br/>
        <w:t>f 1700/1466/1168 1694/1460/1164 1701/1465/1167</w:t>
        <w:br/>
        <w:t>f 1701/1465/1167 1703/1467/1169 1702/1468/1170</w:t>
        <w:br/>
        <w:t>f 1700/1466/1168 1701/1465/1167 1702/1468/1170</w:t>
        <w:br/>
        <w:t>f 1683/1447/1154 1705/1469/1171 1704/1470/1171</w:t>
        <w:br/>
        <w:t>f 1682/1448/1154 1683/1447/1154 1704/1470/1171</w:t>
        <w:br/>
        <w:t>f 1705/1469/1171 1696/1464/1166 1697/1463/1166</w:t>
        <w:br/>
        <w:t>f 1704/1470/1171 1705/1469/1171 1697/1463/1166</w:t>
        <w:br/>
        <w:t>f 1702/1468/1170 1703/1467/1169 1707/1471/1172</w:t>
        <w:br/>
        <w:t>f 1706/1472/1173 1702/1468/1170 1707/1471/1172</w:t>
        <w:br/>
        <w:t>f 1707/1471/1172 1687/1449/1155 1684/1452/1155</w:t>
        <w:br/>
        <w:t>f 1706/1472/1173 1707/1471/1172 1684/1452/1155</w:t>
        <w:br/>
        <w:t>f 1711/1473/1174 1710/1474/1175 1709/1475/1176</w:t>
        <w:br/>
        <w:t>f 1708/1476/1177 1711/1473/1174 1709/1475/1176</w:t>
        <w:br/>
        <w:t>f 1709/1475/1176 1713/1477/1178 1712/1478/1178</w:t>
        <w:br/>
        <w:t>f 1708/1476/1177 1709/1475/1176 1712/1478/1178</w:t>
        <w:br/>
        <w:t>f 1717/1479/1179 1716/1480/1179 1715/1481/1180</w:t>
        <w:br/>
        <w:t>f 1714/1482/1181 1717/1479/1179 1715/1481/1180</w:t>
        <w:br/>
        <w:t>f 1714/1482/1181 1715/1481/1180 1719/1483/1182</w:t>
        <w:br/>
        <w:t>f 1718/1484/1183 1714/1482/1181 1719/1483/1182</w:t>
        <w:br/>
        <w:t>f 1723/1485/1184 1722/1486/1185 1721/1487/1186</w:t>
        <w:br/>
        <w:t>f 1720/1488/1184 1723/1485/1184 1721/1487/1186</w:t>
        <w:br/>
        <w:t>f 1720/1488/1184 1725/1489/1179 1724/1490/1179</w:t>
        <w:br/>
        <w:t>f 1723/1485/1184 1720/1488/1184 1724/1490/1179</w:t>
        <w:br/>
        <w:t>f 1727/1491/1187 1712/1478/1178 1713/1477/1178</w:t>
        <w:br/>
        <w:t>f 1726/1492/1187 1727/1491/1187 1713/1477/1178</w:t>
        <w:br/>
        <w:t>f 1726/1492/1187 1721/1487/1186 1722/1486/1185</w:t>
        <w:br/>
        <w:t>f 1727/1491/1187 1726/1492/1187 1722/1486/1185</w:t>
        <w:br/>
        <w:t>f 1731/1493/1188 1730/1494/1189 1729/1495/1190</w:t>
        <w:br/>
        <w:t>f 1728/1496/1191 1731/1493/1188 1729/1495/1190</w:t>
        <w:br/>
        <w:t>f 1729/1495/1190 1733/1497/1192 1732/1498/1192</w:t>
        <w:br/>
        <w:t>f 1728/1496/1191 1729/1495/1190 1732/1498/1192</w:t>
        <w:br/>
        <w:t>f 1718/1484/1183 1719/1483/1182 1735/1499/1193</w:t>
        <w:br/>
        <w:t>f 1734/1500/1193 1718/1484/1183 1735/1499/1193</w:t>
        <w:br/>
        <w:t>f 1734/1500/1193 1735/1499/1193 1730/1494/1189</w:t>
        <w:br/>
        <w:t>f 1731/1493/1188 1734/1500/1193 1730/1494/1189</w:t>
        <w:br/>
        <w:t>f 1737/1501/1194 1732/1498/1192 1733/1497/1192</w:t>
        <w:br/>
        <w:t>f 1736/1502/1195 1737/1501/1194 1733/1497/1192</w:t>
        <w:br/>
        <w:t>f 1736/1502/1195 1739/1503/1196 1738/1504/1196</w:t>
        <w:br/>
        <w:t>f 1737/1501/1194 1736/1502/1195 1738/1504/1196</w:t>
        <w:br/>
        <w:t>f 1743/1505/1197 1742/1506/1197 1741/1507/1198</w:t>
        <w:br/>
        <w:t>f 1740/1508/1199 1743/1505/1197 1741/1507/1198</w:t>
        <w:br/>
        <w:t>f 1740/1508/1199 1741/1507/1198 1710/1474/1175</w:t>
        <w:br/>
        <w:t>f 1711/1473/1174 1740/1508/1199 1710/1474/1175</w:t>
        <w:br/>
        <w:t>f 1747/1509/1200 1746/1510/1201 1745/1511/1202</w:t>
        <w:br/>
        <w:t>f 1744/1512/1203 1747/1509/1200 1745/1511/1202</w:t>
        <w:br/>
        <w:t>f 1744/1512/1203 1745/1511/1202 1742/1506/1197</w:t>
        <w:br/>
        <w:t>f 1743/1505/1197 1744/1512/1203 1742/1506/1197</w:t>
        <w:br/>
        <w:t>f 1751/1513/1204 1750/1514/1205 1749/1515/1206</w:t>
        <w:br/>
        <w:t>f 1748/1516/1206 1751/1513/1204 1749/1515/1206</w:t>
        <w:br/>
        <w:t>f 1748/1516/1206 1749/1515/1206 1746/1510/1201</w:t>
        <w:br/>
        <w:t>f 1747/1509/1200 1748/1516/1206 1746/1510/1201</w:t>
        <w:br/>
        <w:t>f 1755/1517/1207 1754/1518/1208 1753/1519/1208</w:t>
        <w:br/>
        <w:t>f 1752/1520/1209 1755/1517/1207 1753/1519/1208</w:t>
        <w:br/>
        <w:t>f 1752/1520/1209 1750/1514/1205 1751/1513/1204</w:t>
        <w:br/>
        <w:t>f 1755/1517/1207 1752/1520/1209 1751/1513/1204</w:t>
        <w:br/>
        <w:t>f 1757/1521/1210 1738/1504/1196 1739/1503/1196</w:t>
        <w:br/>
        <w:t>f 1756/1522/1210 1757/1521/1210 1739/1503/1196</w:t>
        <w:br/>
        <w:t>f 1756/1522/1210 1753/1519/1208 1754/1518/1208</w:t>
        <w:br/>
        <w:t>f 1757/1521/1210 1756/1522/1210 1754/1518/1208</w:t>
        <w:br/>
        <w:t>f 1760/1523/1211 1759/1524/1212 1758/1525/1213</w:t>
        <w:br/>
        <w:t>f 1761/1526/1214 1760/1523/1211 1758/1525/1213</w:t>
        <w:br/>
        <w:t>f 1764/1527/1215 1763/1528/1216 1762/1529/1212</w:t>
        <w:br/>
        <w:t>f 1765/1530/1217 1764/1527/1215 1762/1529/1212</w:t>
        <w:br/>
        <w:t>f 1764/1527/1215 1767/1531/1218 1766/1532/1219</w:t>
        <w:br/>
        <w:t>f 1763/1528/1216 1764/1527/1215 1766/1532/1219</w:t>
        <w:br/>
        <w:t>f 1767/1531/1218 1769/1533/1220 1768/1534/1221</w:t>
        <w:br/>
        <w:t>f 1766/1532/1219 1767/1531/1218 1768/1534/1221</w:t>
        <w:br/>
        <w:t>f 1771/1535/1222 1770/1536/1223 1768/1534/1221</w:t>
        <w:br/>
        <w:t>f 1769/1533/1220 1771/1535/1222 1768/1534/1221</w:t>
        <w:br/>
        <w:t>f 1773/1537/1224 1772/1538/1225 1770/1536/1223</w:t>
        <w:br/>
        <w:t>f 1771/1535/1222 1773/1537/1224 1770/1536/1223</w:t>
        <w:br/>
        <w:t>f 1773/1537/1224 1775/1539/1226 1774/1540/1227</w:t>
        <w:br/>
        <w:t>f 1772/1538/1225 1773/1537/1224 1774/1540/1227</w:t>
        <w:br/>
        <w:t>f 1761/1526/1214 1758/1525/1213 1774/1540/1227</w:t>
        <w:br/>
        <w:t>f 1775/1539/1226 1761/1526/1214 1774/1540/1227</w:t>
        <w:br/>
        <w:t>f 1776/1541/1228 1760/1523/1211 1761/1526/1214</w:t>
        <w:br/>
        <w:t>f 1777/1542/1229 1776/1541/1228 1761/1526/1214</w:t>
        <w:br/>
        <w:t>f 1778/1543/1230 1764/1527/1215 1765/1530/1217</w:t>
        <w:br/>
        <w:t>f 1779/1544/1231 1778/1543/1230 1765/1530/1217</w:t>
        <w:br/>
        <w:t>f 1778/1543/1230 1780/1545/1232 1767/1531/1218</w:t>
        <w:br/>
        <w:t>f 1764/1527/1215 1778/1543/1230 1767/1531/1218</w:t>
        <w:br/>
        <w:t>f 1780/1545/1232 1781/1546/1233 1769/1533/1220</w:t>
        <w:br/>
        <w:t>f 1767/1531/1218 1780/1545/1232 1769/1533/1220</w:t>
        <w:br/>
        <w:t>f 1781/1546/1233 1782/1547/1234 1771/1535/1222</w:t>
        <w:br/>
        <w:t>f 1769/1533/1220 1781/1546/1233 1771/1535/1222</w:t>
        <w:br/>
        <w:t>f 1783/1548/1235 1773/1537/1224 1771/1535/1222</w:t>
        <w:br/>
        <w:t>f 1782/1547/1234 1783/1548/1235 1771/1535/1222</w:t>
        <w:br/>
        <w:t>f 1784/1549/1236 1775/1539/1226 1773/1537/1224</w:t>
        <w:br/>
        <w:t>f 1783/1548/1235 1784/1549/1236 1773/1537/1224</w:t>
        <w:br/>
        <w:t>f 1784/1549/1236 1777/1542/1229 1761/1526/1214</w:t>
        <w:br/>
        <w:t>f 1775/1539/1226 1784/1549/1236 1761/1526/1214</w:t>
        <w:br/>
        <w:t>f 1785/1550/1237 1776/1541/1228 1777/1542/1229</w:t>
        <w:br/>
        <w:t>f 1786/1551/1238 1785/1550/1237 1777/1542/1229</w:t>
        <w:br/>
        <w:t>f 1787/1552/1239 1778/1543/1230 1779/1544/1231</w:t>
        <w:br/>
        <w:t>f 1788/1553/1240 1787/1552/1239 1779/1544/1231</w:t>
        <w:br/>
        <w:t>f 1787/1552/1239 1789/1554/1241 1780/1545/1232</w:t>
        <w:br/>
        <w:t>f 1778/1543/1230 1787/1552/1239 1780/1545/1232</w:t>
        <w:br/>
        <w:t>f 1789/1554/1241 1790/1555/1242 1781/1546/1233</w:t>
        <w:br/>
        <w:t>f 1780/1545/1232 1789/1554/1241 1781/1546/1233</w:t>
        <w:br/>
        <w:t>f 1790/1555/1242 1791/1556/1243 1782/1547/1234</w:t>
        <w:br/>
        <w:t>f 1781/1546/1233 1790/1555/1242 1782/1547/1234</w:t>
        <w:br/>
        <w:t>f 1792/1557/1244 1783/1548/1235 1782/1547/1234</w:t>
        <w:br/>
        <w:t>f 1791/1556/1243 1792/1557/1244 1782/1547/1234</w:t>
        <w:br/>
        <w:t>f 1792/1557/1244 1793/1558/1245 1784/1549/1236</w:t>
        <w:br/>
        <w:t>f 1783/1548/1235 1792/1557/1244 1784/1549/1236</w:t>
        <w:br/>
        <w:t>f 1793/1558/1245 1786/1551/1238 1777/1542/1229</w:t>
        <w:br/>
        <w:t>f 1784/1549/1236 1793/1558/1245 1777/1542/1229</w:t>
        <w:br/>
        <w:t>f 1759/1524/1212 1794/1559/1246 1758/1525/1213</w:t>
        <w:br/>
        <w:t>f 1763/1528/1216 1794/1559/1246 1762/1529/1212</w:t>
        <w:br/>
        <w:t>f 1766/1532/1219 1794/1559/1246 1763/1528/1216</w:t>
        <w:br/>
        <w:t>f 1768/1534/1221 1794/1559/1246 1766/1532/1219</w:t>
        <w:br/>
        <w:t>f 1770/1536/1223 1794/1559/1246 1768/1534/1221</w:t>
        <w:br/>
        <w:t>f 1772/1538/1225 1794/1559/1246 1770/1536/1223</w:t>
        <w:br/>
        <w:t>f 1774/1540/1227 1794/1559/1246 1772/1538/1225</w:t>
        <w:br/>
        <w:t>f 1758/1525/1213 1794/1559/1246 1774/1540/1227</w:t>
        <w:br/>
        <w:t>f 1786/1551/1238 1795/1560/1247 1785/1550/1237</w:t>
        <w:br/>
        <w:t>f 1788/1553/1240 1795/1560/1247 1787/1552/1239</w:t>
        <w:br/>
        <w:t>f 1787/1552/1239 1795/1560/1247 1789/1554/1241</w:t>
        <w:br/>
        <w:t>f 1789/1554/1241 1795/1560/1247 1790/1555/1242</w:t>
        <w:br/>
        <w:t>f 1790/1555/1242 1795/1560/1247 1791/1556/1243</w:t>
        <w:br/>
        <w:t>f 1791/1556/1243 1795/1560/1247 1792/1557/1244</w:t>
        <w:br/>
        <w:t>f 1792/1557/1244 1795/1560/1247 1793/1558/1245</w:t>
        <w:br/>
        <w:t>f 1793/1558/1245 1795/1560/1247 1786/1551/1238</w:t>
        <w:br/>
        <w:t>f 1799/1561/1248 1798/1562/1249 1797/1563/1250</w:t>
        <w:br/>
        <w:t>f 1796/1564/1248 1799/1561/1248 1797/1563/1250</w:t>
        <w:br/>
        <w:t>f 1801/1565/1251 1800/1566/1251 1799/1561/1248</w:t>
        <w:br/>
        <w:t>f 1796/1564/1248 1801/1565/1251 1799/1561/1248</w:t>
        <w:br/>
        <w:t>f 1805/1567/1252 1804/1568/1253 1803/1569/1254</w:t>
        <w:br/>
        <w:t>f 1802/1570/1255 1805/1567/1252 1803/1569/1254</w:t>
        <w:br/>
        <w:t>f 1807/1571/1256 1806/1572/1256 1800/1566/1251</w:t>
        <w:br/>
        <w:t>f 1801/1565/1251 1807/1571/1256 1800/1566/1251</w:t>
        <w:br/>
        <w:t>f 1811/1573/1257 1810/1574/1258 1809/1575/1258</w:t>
        <w:br/>
        <w:t>f 1808/1576/1257 1811/1573/1257 1809/1575/1258</w:t>
        <w:br/>
        <w:t>f 1814/1577/1259 1813/1578/1260 1812/1579/1260</w:t>
        <w:br/>
        <w:t>f 1815/1580/1261 1814/1577/1259 1812/1579/1260</w:t>
        <w:br/>
        <w:t>f 1813/1578/1260 1811/1573/1257 1808/1576/1257</w:t>
        <w:br/>
        <w:t>f 1812/1579/1260 1813/1578/1260 1808/1576/1257</w:t>
        <w:br/>
        <w:t>f 1817/1581/1262 1816/1582/1262 1804/1568/1253</w:t>
        <w:br/>
        <w:t>f 1805/1567/1252 1817/1581/1262 1804/1568/1253</w:t>
        <w:br/>
        <w:t>f 1819/1583/1263 1818/1584/1263 1816/1582/1262</w:t>
        <w:br/>
        <w:t>f 1817/1581/1262 1819/1583/1263 1816/1582/1262</w:t>
        <w:br/>
        <w:t>f 1821/1585/1264 1820/1586/1264 1814/1577/1259</w:t>
        <w:br/>
        <w:t>f 1815/1580/1261 1821/1585/1264 1814/1577/1259</w:t>
        <w:br/>
        <w:t>f 1820/1586/1264 1821/1585/1264 1823/1587/1265</w:t>
        <w:br/>
        <w:t>f 1822/1588/1265 1820/1586/1264 1823/1587/1265</w:t>
        <w:br/>
        <w:t>f 1826/1589/1266 1825/1590/1267 1824/1591/1268</w:t>
        <w:br/>
        <w:t>f 1818/1584/1263 1819/1583/1263 1824/1591/1268</w:t>
        <w:br/>
        <w:t>f 1825/1590/1267 1818/1584/1263 1824/1591/1268</w:t>
        <w:br/>
        <w:t>f 1798/1562/1249 1828/1592/1269 1827/1593/1270</w:t>
        <w:br/>
        <w:t>f 1797/1563/1250 1798/1562/1249 1827/1593/1270</w:t>
        <w:br/>
        <w:t>f 1828/1592/1269 1830/1594/1271 1829/1595/1271</w:t>
        <w:br/>
        <w:t>f 1827/1593/1270 1828/1592/1269 1829/1595/1271</w:t>
        <w:br/>
        <w:t>f 1832/1596/1272 1809/1575/1258 1810/1574/1258</w:t>
        <w:br/>
        <w:t>f 1831/1597/1273 1832/1596/1272 1810/1574/1258</w:t>
        <w:br/>
        <w:t>f 1834/1598/1274 1833/1599/1274 1806/1572/1256</w:t>
        <w:br/>
        <w:t>f 1807/1571/1256 1834/1598/1274 1806/1572/1256</w:t>
        <w:br/>
        <w:t>f 1802/1570/1255 1803/1569/1254 1835/1600/1275</w:t>
        <w:br/>
        <w:t>f 1876/1601/1276 1875/1602/1277 1874/1603/1277</w:t>
        <w:br/>
        <w:t>f 1877/1604/1276 1876/1601/1276 1874/1603/1277</w:t>
        <w:br/>
        <w:t>f 1878/1605/1278 1876/1601/1276 1877/1604/1276</w:t>
        <w:br/>
        <w:t>f 1879/1606/1278 1878/1605/1278 1877/1604/1276</w:t>
        <w:br/>
        <w:t>f 1881/1607/1279 1880/1608/1279 1878/1605/1278</w:t>
        <w:br/>
        <w:t>f 1879/1606/1278 1881/1607/1279 1878/1605/1278</w:t>
        <w:br/>
        <w:t>f 1882/1609/1280 1880/1608/1279 1881/1607/1279</w:t>
        <w:br/>
        <w:t>f 1883/1610/1280 1882/1609/1280 1881/1607/1279</w:t>
        <w:br/>
        <w:t>f 1884/1611/1281 1882/1609/1280 1883/1610/1280</w:t>
        <w:br/>
        <w:t>f 1885/1612/1281 1884/1611/1281 1883/1610/1280</w:t>
        <w:br/>
        <w:t>f 1886/1613/1282 1884/1611/1281 1885/1612/1281</w:t>
        <w:br/>
        <w:t>f 1887/1614/1282 1886/1613/1282 1885/1612/1281</w:t>
        <w:br/>
        <w:t>f 1888/1615/1283 1886/1613/1282 1887/1614/1282</w:t>
        <w:br/>
        <w:t>f 1889/1616/1283 1888/1615/1283 1887/1614/1282</w:t>
        <w:br/>
        <w:t>f 1890/1617/1284 1888/1615/1283 1889/1616/1283</w:t>
        <w:br/>
        <w:t>f 1891/1618/1284 1890/1617/1284 1889/1616/1283</w:t>
        <w:br/>
        <w:t>f 1893/1619/1285 1892/1620/1286 1890/1617/1284</w:t>
        <w:br/>
        <w:t>f 1891/1618/1284 1893/1619/1285 1890/1617/1284</w:t>
        <w:br/>
        <w:t>f 1894/1621/1287 1892/1620/1286 1893/1619/1285</w:t>
        <w:br/>
        <w:t>f 1895/1622/1287 1894/1621/1287 1893/1619/1285</w:t>
        <w:br/>
        <w:t>f 1897/1623/1288 1896/1624/1288 1894/1621/1287</w:t>
        <w:br/>
        <w:t>f 1895/1622/1287 1897/1623/1288 1894/1621/1287</w:t>
        <w:br/>
        <w:t>f 1899/1625/1289 1898/1626/1289 1896/1624/1288</w:t>
        <w:br/>
        <w:t>f 1897/1623/1288 1899/1625/1289 1896/1624/1288</w:t>
        <w:br/>
        <w:t>f 1901/1627/1290 1900/1628/1290 1898/1626/1289</w:t>
        <w:br/>
        <w:t>f 1899/1625/1289 1901/1627/1290 1898/1626/1289</w:t>
        <w:br/>
        <w:t>f 1905/1629/1291 1904/1630/1291 1903/1631/1290</w:t>
        <w:br/>
        <w:t>f 1902/1632/1290 1905/1629/1291 1903/1631/1290</w:t>
        <w:br/>
        <w:t>f 1907/1633/1292 1906/1634/1292 1904/1630/1291</w:t>
        <w:br/>
        <w:t>f 1905/1629/1291 1907/1633/1292 1904/1630/1291</w:t>
        <w:br/>
        <w:t>f 1909/1635/1293 1908/1636/1293 1906/1634/1292</w:t>
        <w:br/>
        <w:t>f 1907/1633/1292 1909/1635/1293 1906/1634/1292</w:t>
        <w:br/>
        <w:t>f 1913/1637/1294 1912/1638/1294 1911/1639/1295</w:t>
        <w:br/>
        <w:t>f 1910/1640/1296 1913/1637/1294 1911/1639/1295</w:t>
        <w:br/>
        <w:t>f 1915/1641/1297 1914/1642/1297 1912/1638/1294</w:t>
        <w:br/>
        <w:t>f 1913/1637/1294 1915/1641/1297 1912/1638/1294</w:t>
        <w:br/>
        <w:t>f 1917/1643/1298 1916/1644/1298 1914/1642/1297</w:t>
        <w:br/>
        <w:t>f 1915/1641/1297 1917/1643/1298 1914/1642/1297</w:t>
        <w:br/>
        <w:t>f 1874/1603/1277 1875/1602/1277 1916/1644/1298</w:t>
        <w:br/>
        <w:t>f 1917/1643/1298 1874/1603/1277 1916/1644/1298</w:t>
        <w:br/>
        <w:t>f 1921/1645/1299 1920/1646/1299 1919/1647/1300</w:t>
        <w:br/>
        <w:t>f 1918/1648/1300 1921/1645/1299 1919/1647/1300</w:t>
        <w:br/>
        <w:t>f 1918/1648/1300 1919/1647/1300 1923/1649/1301</w:t>
        <w:br/>
        <w:t>f 1922/1650/1301 1918/1648/1300 1923/1649/1301</w:t>
        <w:br/>
        <w:t>f 1922/1650/1301 1923/1649/1301 1925/1651/1302</w:t>
        <w:br/>
        <w:t>f 1924/1652/1303 1922/1650/1301 1925/1651/1302</w:t>
        <w:br/>
        <w:t>f 1925/1651/1302 1927/1653/1304 1926/1654/1304</w:t>
        <w:br/>
        <w:t>f 1924/1652/1303 1925/1651/1302 1926/1654/1304</w:t>
        <w:br/>
        <w:t>f 1926/1654/1304 1927/1653/1304 1929/1655/1305</w:t>
        <w:br/>
        <w:t>f 1928/1656/1305 1926/1654/1304 1929/1655/1305</w:t>
        <w:br/>
        <w:t>f 1928/1656/1305 1929/1655/1305 1931/1657/1306</w:t>
        <w:br/>
        <w:t>f 1930/1658/1307 1928/1656/1305 1931/1657/1306</w:t>
        <w:br/>
        <w:t>f 1930/1658/1307 1931/1657/1306 1933/1659/1308</w:t>
        <w:br/>
        <w:t>f 1932/1660/1308 1930/1658/1307 1933/1659/1308</w:t>
        <w:br/>
        <w:t>f 1933/1659/1308 1935/1661/1309 1934/1662/1309</w:t>
        <w:br/>
        <w:t>f 1932/1660/1308 1933/1659/1308 1934/1662/1309</w:t>
        <w:br/>
        <w:t>f 1934/1662/1309 1935/1661/1309 1937/1663/1310</w:t>
        <w:br/>
        <w:t>f 1936/1664/1311 1934/1662/1309 1937/1663/1310</w:t>
        <w:br/>
        <w:t>f 1937/1663/1310 1939/1665/1312 1938/1666/1312</w:t>
        <w:br/>
        <w:t>f 1936/1664/1311 1937/1663/1310 1938/1666/1312</w:t>
        <w:br/>
        <w:t>f 1939/1665/1312 1941/1667/1313 1940/1668/1313</w:t>
        <w:br/>
        <w:t>f 1938/1666/1312 1939/1665/1312 1940/1668/1313</w:t>
        <w:br/>
        <w:t>f 1941/1667/1313 1943/1669/1314 1942/1670/1314</w:t>
        <w:br/>
        <w:t>f 1940/1668/1313 1941/1667/1313 1942/1670/1314</w:t>
        <w:br/>
        <w:t>f 1943/1669/1314 1945/1671/1315 1944/1672/1315</w:t>
        <w:br/>
        <w:t>f 1942/1670/1314 1943/1669/1314 1944/1672/1315</w:t>
        <w:br/>
        <w:t>f 1948/1673/1315 1947/1674/1316 1946/1675/1316</w:t>
        <w:br/>
        <w:t>f 1949/1676/1315 1948/1673/1315 1946/1675/1316</w:t>
        <w:br/>
        <w:t>f 1947/1674/1316 1951/1677/1317 1950/1678/1318</w:t>
        <w:br/>
        <w:t>f 1946/1675/1316 1947/1674/1316 1950/1678/1318</w:t>
        <w:br/>
        <w:t>f 1951/1677/1317 1953/1679/1319 1952/1680/1320</w:t>
        <w:br/>
        <w:t>f 1950/1678/1318 1951/1677/1317 1952/1680/1320</w:t>
        <w:br/>
        <w:t>f 1957/1681/1321 1956/1682/1322 1955/1683/1323</w:t>
        <w:br/>
        <w:t>f 1954/1684/1324 1957/1681/1321 1955/1683/1323</w:t>
        <w:br/>
        <w:t>f 1957/1681/1321 1954/1684/1324 1959/1685/1325</w:t>
        <w:br/>
        <w:t>f 1958/1686/1326 1957/1681/1321 1959/1685/1325</w:t>
        <w:br/>
        <w:t>f 1958/1686/1326 1959/1685/1325 1961/1687/1327</w:t>
        <w:br/>
        <w:t>f 1960/1688/1327 1958/1686/1326 1961/1687/1327</w:t>
        <w:br/>
        <w:t>f 1961/1687/1327 1920/1646/1299 1921/1645/1299</w:t>
        <w:br/>
        <w:t>f 1960/1688/1327 1961/1687/1327 1921/1645/1299</w:t>
        <w:br/>
        <w:t>f 1965/1689/1328 1964/1690/1328 1963/1691/1329</w:t>
        <w:br/>
        <w:t>f 1962/1692/1329 1965/1689/1328 1963/1691/1329</w:t>
        <w:br/>
        <w:t>f 1963/1691/1329 1967/1693/1330 1966/1694/1330</w:t>
        <w:br/>
        <w:t>f 1962/1692/1329 1963/1691/1329 1966/1694/1330</w:t>
        <w:br/>
        <w:t>f 1967/1693/1330 1969/1695/1331 1968/1696/1331</w:t>
        <w:br/>
        <w:t>f 1966/1694/1330 1967/1693/1330 1968/1696/1331</w:t>
        <w:br/>
        <w:t>f 1969/1695/1331 1971/1697/1332 1970/1698/1332</w:t>
        <w:br/>
        <w:t>f 1968/1696/1331 1969/1695/1331 1970/1698/1332</w:t>
        <w:br/>
        <w:t>f 1971/1697/1332 1973/1699/1333 1972/1700/1333</w:t>
        <w:br/>
        <w:t>f 1970/1698/1332 1971/1697/1332 1972/1700/1333</w:t>
        <w:br/>
        <w:t>f 1973/1699/1333 1975/1701/1334 1974/1702/1334</w:t>
        <w:br/>
        <w:t>f 1972/1700/1333 1973/1699/1333 1974/1702/1334</w:t>
        <w:br/>
        <w:t>f 1975/1701/1334 1977/1703/1335 1976/1704/1335</w:t>
        <w:br/>
        <w:t>f 1974/1702/1334 1975/1701/1334 1976/1704/1335</w:t>
        <w:br/>
        <w:t>f 1976/1704/1335 1977/1703/1335 1979/1705/1336</w:t>
        <w:br/>
        <w:t>f 1978/1706/1336 1976/1704/1335 1979/1705/1336</w:t>
        <w:br/>
        <w:t>f 1979/1705/1336 1981/1707/1337 1980/1708/1338</w:t>
        <w:br/>
        <w:t>f 1978/1706/1336 1979/1705/1336 1980/1708/1338</w:t>
        <w:br/>
        <w:t>f 1981/1707/1337 1983/1709/1339 1982/1710/1340</w:t>
        <w:br/>
        <w:t>f 1980/1708/1338 1981/1707/1337 1982/1710/1340</w:t>
        <w:br/>
        <w:t>f 1982/1710/1340 1983/1709/1339 1985/1711/1341</w:t>
        <w:br/>
        <w:t>f 1984/1712/1342 1982/1710/1340 1985/1711/1341</w:t>
        <w:br/>
        <w:t>f 1984/1712/1342 1985/1711/1341 1987/1713/1343</w:t>
        <w:br/>
        <w:t>f 1986/1714/1343 1984/1712/1342 1987/1713/1343</w:t>
        <w:br/>
        <w:t>f 1986/1714/1343 1987/1713/1343 1989/1715/1344</w:t>
        <w:br/>
        <w:t>f 1988/1716/1344 1986/1714/1343 1989/1715/1344</w:t>
        <w:br/>
        <w:t>f 1993/1717/1344 1992/1718/1344 1991/1719/1345</w:t>
        <w:br/>
        <w:t>f 1990/1720/1346 1993/1717/1344 1991/1719/1345</w:t>
        <w:br/>
        <w:t>f 1990/1720/1346 1991/1719/1345 1995/1721/1347</w:t>
        <w:br/>
        <w:t>f 1994/1722/1348 1990/1720/1346 1995/1721/1347</w:t>
        <w:br/>
        <w:t>f 1995/1721/1347 1997/1723/1349 1996/1724/1350</w:t>
        <w:br/>
        <w:t>f 1994/1722/1348 1995/1721/1347 1996/1724/1350</w:t>
        <w:br/>
        <w:t>f 2001/1725/1351 2000/1726/1352 1999/1727/1353</w:t>
        <w:br/>
        <w:t>f 1998/1728/1351 2001/1725/1351 1999/1727/1353</w:t>
        <w:br/>
        <w:t>f 2001/1725/1351 1998/1728/1351 2003/1729/1354</w:t>
        <w:br/>
        <w:t>f 2002/1730/1355 2001/1725/1351 2003/1729/1354</w:t>
        <w:br/>
        <w:t>f 2002/1730/1355 2003/1729/1354 2005/1731/1356</w:t>
        <w:br/>
        <w:t>f 2004/1732/1356 2002/1730/1355 2005/1731/1356</w:t>
        <w:br/>
        <w:t>f 2004/1732/1356 2005/1731/1356 1964/1690/1328</w:t>
        <w:br/>
        <w:t>f 1965/1689/1328 2004/1732/1356 1964/1690/1328</w:t>
        <w:br/>
        <w:t>f 2009/1733/1357 2008/1734/1357 2007/1735/1358</w:t>
        <w:br/>
        <w:t>f 2006/1736/1358 2009/1733/1357 2007/1735/1358</w:t>
        <w:br/>
        <w:t>f 2006/1736/1358 2007/1735/1358 2011/1737/1359</w:t>
        <w:br/>
        <w:t>f 2010/1738/1359 2006/1736/1358 2011/1737/1359</w:t>
        <w:br/>
        <w:t>f 2011/1737/1359 2013/1739/1360 2012/1740/1360</w:t>
        <w:br/>
        <w:t>f 2010/1738/1359 2011/1737/1359 2012/1740/1360</w:t>
        <w:br/>
        <w:t>f 2013/1739/1360 2015/1741/1361 2014/1742/1361</w:t>
        <w:br/>
        <w:t>f 2012/1740/1360 2013/1739/1360 2014/1742/1361</w:t>
        <w:br/>
        <w:t>f 2015/1741/1361 2017/1743/1362 2016/1744/1362</w:t>
        <w:br/>
        <w:t>f 2014/1742/1361 2015/1741/1361 2016/1744/1362</w:t>
        <w:br/>
        <w:t>f 2017/1743/1362 2019/1745/1363 2018/1746/1363</w:t>
        <w:br/>
        <w:t>f 2016/1744/1362 2017/1743/1362 2018/1746/1363</w:t>
        <w:br/>
        <w:t>f 2019/1745/1363 2021/1747/1364 2020/1748/1364</w:t>
        <w:br/>
        <w:t>f 2018/1746/1363 2019/1745/1363 2020/1748/1364</w:t>
        <w:br/>
        <w:t>f 2020/1748/1364 2021/1747/1364 2023/1749/1365</w:t>
        <w:br/>
        <w:t>f 2022/1750/1365 2020/1748/1364 2023/1749/1365</w:t>
        <w:br/>
        <w:t>f 2022/1750/1365 2023/1749/1365 2025/1751/1366</w:t>
        <w:br/>
        <w:t>f 2024/1752/1366 2022/1750/1365 2025/1751/1366</w:t>
        <w:br/>
        <w:t>f 2025/1751/1366 2027/1753/1367 2026/1754/1367</w:t>
        <w:br/>
        <w:t>f 2024/1752/1366 2025/1751/1366 2026/1754/1367</w:t>
        <w:br/>
        <w:t>f 2027/1753/1367 2029/1755/1368 2028/1756/1368</w:t>
        <w:br/>
        <w:t>f 2026/1754/1367 2027/1753/1367 2028/1756/1368</w:t>
        <w:br/>
        <w:t>f 2028/1756/1368 2029/1755/1368 2031/1757/1369</w:t>
        <w:br/>
        <w:t>f 2030/1758/1369 2028/1756/1368 2031/1757/1369</w:t>
        <w:br/>
        <w:t>f 2030/1758/1369 2031/1757/1369 2033/1759/1370</w:t>
        <w:br/>
        <w:t>f 2032/1760/1370 2030/1758/1369 2033/1759/1370</w:t>
        <w:br/>
        <w:t>f 2037/1761/1370 2036/1762/1370 2035/1763/1371</w:t>
        <w:br/>
        <w:t>f 2034/1764/1371 2037/1761/1370 2035/1763/1371</w:t>
        <w:br/>
        <w:t>f 2034/1764/1371 2035/1763/1371 2039/1765/1372</w:t>
        <w:br/>
        <w:t>f 2038/1766/1373 2034/1764/1371 2039/1765/1372</w:t>
        <w:br/>
        <w:t>f 2038/1766/1373 2039/1765/1372 2041/1767/1374</w:t>
        <w:br/>
        <w:t>f 2040/1768/1375 2038/1766/1373 2041/1767/1374</w:t>
        <w:br/>
        <w:t>f 2045/1769/1376 2044/1770/1377 2043/1771/1378</w:t>
        <w:br/>
        <w:t>f 2042/1772/1379 2045/1769/1376 2043/1771/1378</w:t>
        <w:br/>
        <w:t>f 2047/1773/1380 2042/1772/1379 2043/1771/1378</w:t>
        <w:br/>
        <w:t>f 2046/1774/1381 2047/1773/1380 2043/1771/1378</w:t>
        <w:br/>
        <w:t>f 2047/1773/1380 2046/1774/1381 2049/1775/1382</w:t>
        <w:br/>
        <w:t>f 2048/1776/1383 2047/1773/1380 2049/1775/1382</w:t>
        <w:br/>
        <w:t>f 2049/1775/1382 2008/1734/1357 2009/1733/1357</w:t>
        <w:br/>
        <w:t>f 2048/1776/1383 2049/1775/1382 2009/1733/1357</w:t>
        <w:br/>
        <w:t>f 2052/1777/1384 2051/1778/1385 2050/1779/1385</w:t>
        <w:br/>
        <w:t>f 2053/1780/1384 2052/1777/1384 2050/1779/1385</w:t>
        <w:br/>
        <w:t>f 2050/1779/1385 2051/1778/1385 2055/1781/1386</w:t>
        <w:br/>
        <w:t>f 2054/1782/1386 2050/1779/1385 2055/1781/1386</w:t>
        <w:br/>
        <w:t>f 2054/1782/1386 2055/1781/1386 2057/1783/1387</w:t>
        <w:br/>
        <w:t>f 2056/1784/1387 2054/1782/1386 2057/1783/1387</w:t>
        <w:br/>
        <w:t>f 2056/1784/1387 2057/1783/1387 2059/1785/1388</w:t>
        <w:br/>
        <w:t>f 2058/1786/1388 2056/1784/1387 2059/1785/1388</w:t>
        <w:br/>
        <w:t>f 2058/1786/1388 2059/1785/1388 2061/1787/1389</w:t>
        <w:br/>
        <w:t>f 2060/1788/1389 2058/1786/1388 2061/1787/1389</w:t>
        <w:br/>
        <w:t>f 2060/1788/1389 2061/1787/1389 2063/1789/1390</w:t>
        <w:br/>
        <w:t>f 2062/1790/1390 2060/1788/1389 2063/1789/1390</w:t>
        <w:br/>
        <w:t>f 2062/1790/1390 2063/1789/1390 2065/1791/1391</w:t>
        <w:br/>
        <w:t>f 2064/1792/1391 2062/1790/1390 2065/1791/1391</w:t>
        <w:br/>
        <w:t>f 2064/1792/1391 2065/1791/1391 2067/1793/1392</w:t>
        <w:br/>
        <w:t>f 2066/1794/1392 2064/1792/1391 2067/1793/1392</w:t>
        <w:br/>
        <w:t>f 2067/1793/1392 2069/1795/1393 2068/1796/1394</w:t>
        <w:br/>
        <w:t>f 2066/1794/1392 2067/1793/1392 2068/1796/1394</w:t>
        <w:br/>
        <w:t>f 2068/1796/1394 2069/1795/1393 2071/1797/1395</w:t>
        <w:br/>
        <w:t>f 2070/1798/1395 2068/1796/1394 2071/1797/1395</w:t>
        <w:br/>
        <w:t>f 2071/1797/1395 2073/1799/1396 2072/1800/1396</w:t>
        <w:br/>
        <w:t>f 2070/1798/1395 2071/1797/1395 2072/1800/1396</w:t>
        <w:br/>
        <w:t>f 2073/1799/1396 2075/1801/1397 2074/1802/1397</w:t>
        <w:br/>
        <w:t>f 2072/1800/1396 2073/1799/1396 2074/1802/1397</w:t>
        <w:br/>
        <w:t>f 2075/1801/1397 2077/1803/1398 2076/1804/1398</w:t>
        <w:br/>
        <w:t>f 2074/1802/1397 2075/1801/1397 2076/1804/1398</w:t>
        <w:br/>
        <w:t>f 2080/1805/1398 2079/1806/1399 2078/1807/1400</w:t>
        <w:br/>
        <w:t>f 2081/1808/1398 2080/1805/1398 2078/1807/1400</w:t>
        <w:br/>
        <w:t>f 2079/1806/1399 2083/1809/1401 2082/1810/1402</w:t>
        <w:br/>
        <w:t>f 2078/1807/1400 2079/1806/1399 2082/1810/1402</w:t>
        <w:br/>
        <w:t>f 2082/1810/1402 2083/1809/1401 2085/1811/1403</w:t>
        <w:br/>
        <w:t>f 2084/1812/1404 2082/1810/1402 2085/1811/1403</w:t>
        <w:br/>
        <w:t>f 2089/1813/1405 2088/1814/1405 2087/1815/1406</w:t>
        <w:br/>
        <w:t>f 2086/1816/1406 2089/1813/1405 2087/1815/1406</w:t>
        <w:br/>
        <w:t>f 2091/1817/1407 2086/1816/1406 2087/1815/1406</w:t>
        <w:br/>
        <w:t>f 2090/1818/1407 2091/1817/1407 2087/1815/1406</w:t>
        <w:br/>
        <w:t>f 2090/1818/1407 2093/1819/1408 2092/1820/1408</w:t>
        <w:br/>
        <w:t>f 2091/1817/1407 2090/1818/1407 2092/1820/1408</w:t>
        <w:br/>
        <w:t>f 2092/1820/1408 2093/1819/1408 2052/1777/1384</w:t>
        <w:br/>
        <w:t>f 2053/1780/1384 2092/1820/1408 2052/1777/1384</w:t>
        <w:br/>
        <w:t>f 1910/1640/1296 1911/1639/1295 1908/1636/1293</w:t>
        <w:br/>
        <w:t>f 1909/1635/1293 1910/1640/1296 1908/1636/1293</w:t>
        <w:br/>
        <w:t>f 1956/1682/1322 1952/1680/1320 1953/1679/1319</w:t>
        <w:br/>
        <w:t>f 1955/1683/1323 1956/1682/1322 1953/1679/1319</w:t>
        <w:br/>
        <w:t>f 2000/1726/1352 1996/1724/1350 1997/1723/1349</w:t>
        <w:br/>
        <w:t>f 1999/1727/1353 2000/1726/1352 1997/1723/1349</w:t>
        <w:br/>
        <w:t>f 2044/1770/1377 2045/1769/1376 2040/1768/1375</w:t>
        <w:br/>
        <w:t>f 2041/1767/1374 2044/1770/1377 2040/1768/1375</w:t>
        <w:br/>
        <w:t>f 2088/1814/1405 2089/1813/1405 2084/1812/1404</w:t>
        <w:br/>
        <w:t>f 2085/1811/1403 2088/1814/1405 2084/1812/1404</w:t>
        <w:br/>
        <w:t>f 2236/1821/1409 2235/1822/1217 2234/1823/1410</w:t>
        <w:br/>
        <w:t>f 2233/1824/1411 2236/1821/1409 2234/1823/1410</w:t>
        <w:br/>
        <w:t>f 2240/1825/1217 2239/1826/1215 2238/1827/1412</w:t>
        <w:br/>
        <w:t>f 2237/1828/1212 2240/1825/1217 2238/1827/1412</w:t>
        <w:br/>
        <w:t>f 2239/1826/1215 2242/1829/1413 2241/1830/1414</w:t>
        <w:br/>
        <w:t>f 2238/1827/1412 2239/1826/1215 2241/1830/1414</w:t>
        <w:br/>
        <w:t>f 2244/1831/1220 2243/1832/1415 2241/1830/1414</w:t>
        <w:br/>
        <w:t>f 2242/1829/1413 2244/1831/1220 2241/1830/1414</w:t>
        <w:br/>
        <w:t>f 2246/1833/1416 2245/1834/1223 2243/1832/1415</w:t>
        <w:br/>
        <w:t>f 2244/1831/1220 2246/1833/1416 2243/1832/1415</w:t>
        <w:br/>
        <w:t>f 2248/1835/1417 2247/1836/1418 2245/1834/1223</w:t>
        <w:br/>
        <w:t>f 2246/1833/1416 2248/1835/1417 2245/1834/1223</w:t>
        <w:br/>
        <w:t>f 2248/1835/1417 2250/1837/1419 2249/1838/1420</w:t>
        <w:br/>
        <w:t>f 2247/1836/1418 2248/1835/1417 2249/1838/1420</w:t>
        <w:br/>
        <w:t>f 2236/1821/1409 2233/1824/1411 2249/1838/1420</w:t>
        <w:br/>
        <w:t>f 2250/1837/1419 2236/1821/1409 2249/1838/1420</w:t>
        <w:br/>
        <w:t>f 2251/1839/1421 2235/1822/1217 2236/1821/1409</w:t>
        <w:br/>
        <w:t>f 2252/1840/1422 2251/1839/1421 2236/1821/1409</w:t>
        <w:br/>
        <w:t>f 2254/1841/1231 2253/1842/1423 2239/1826/1215</w:t>
        <w:br/>
        <w:t>f 2240/1825/1217 2254/1841/1231 2239/1826/1215</w:t>
        <w:br/>
        <w:t>f 2253/1842/1423 2255/1843/1424 2242/1829/1413</w:t>
        <w:br/>
        <w:t>f 2239/1826/1215 2253/1842/1423 2242/1829/1413</w:t>
        <w:br/>
        <w:t>f 2255/1843/1424 2256/1844/1425 2244/1831/1220</w:t>
        <w:br/>
        <w:t>f 2242/1829/1413 2255/1843/1424 2244/1831/1220</w:t>
        <w:br/>
        <w:t>f 2257/1845/1234 2246/1833/1416 2244/1831/1220</w:t>
        <w:br/>
        <w:t>f 2256/1844/1425 2257/1845/1234 2244/1831/1220</w:t>
        <w:br/>
        <w:t>f 2257/1845/1234 2258/1846/1426 2248/1835/1417</w:t>
        <w:br/>
        <w:t>f 2246/1833/1416 2257/1845/1234 2248/1835/1417</w:t>
        <w:br/>
        <w:t>f 2258/1846/1426 2259/1847/1427 2250/1837/1419</w:t>
        <w:br/>
        <w:t>f 2248/1835/1417 2258/1846/1426 2250/1837/1419</w:t>
        <w:br/>
        <w:t>f 2252/1840/1422 2236/1821/1409 2250/1837/1419</w:t>
        <w:br/>
        <w:t>f 2259/1847/1427 2252/1840/1422 2250/1837/1419</w:t>
        <w:br/>
        <w:t>f 2260/1848/1428 2251/1839/1421 2252/1840/1422</w:t>
        <w:br/>
        <w:t>f 2261/1849/1429 2260/1848/1428 2252/1840/1422</w:t>
        <w:br/>
        <w:t>f 2263/1850/1430 2262/1851/1431 2253/1842/1423</w:t>
        <w:br/>
        <w:t>f 2254/1841/1231 2263/1850/1430 2253/1842/1423</w:t>
        <w:br/>
        <w:t>f 2264/1852/1432 2255/1843/1424 2253/1842/1423</w:t>
        <w:br/>
        <w:t>f 2262/1851/1431 2264/1852/1432 2253/1842/1423</w:t>
        <w:br/>
        <w:t>f 2265/1853/1433 2256/1844/1425 2255/1843/1424</w:t>
        <w:br/>
        <w:t>f 2264/1852/1432 2265/1853/1433 2255/1843/1424</w:t>
        <w:br/>
        <w:t>f 2266/1854/1434 2257/1845/1234 2256/1844/1425</w:t>
        <w:br/>
        <w:t>f 2265/1853/1433 2266/1854/1434 2256/1844/1425</w:t>
        <w:br/>
        <w:t>f 2266/1854/1434 2267/1855/1435 2258/1846/1426</w:t>
        <w:br/>
        <w:t>f 2257/1845/1234 2266/1854/1434 2258/1846/1426</w:t>
        <w:br/>
        <w:t>f 2267/1855/1435 2268/1856/1436 2259/1847/1427</w:t>
        <w:br/>
        <w:t>f 2258/1846/1426 2267/1855/1435 2259/1847/1427</w:t>
        <w:br/>
        <w:t>f 2261/1849/1429 2252/1840/1422 2259/1847/1427</w:t>
        <w:br/>
        <w:t>f 2268/1856/1436 2261/1849/1429 2259/1847/1427</w:t>
        <w:br/>
        <w:t>f 2234/1823/1410 2269/1857/1246 2233/1824/1411</w:t>
        <w:br/>
        <w:t>f 2238/1827/1412 2269/1857/1246 2237/1828/1212</w:t>
        <w:br/>
        <w:t>f 2241/1830/1414 2269/1857/1246 2238/1827/1412</w:t>
        <w:br/>
        <w:t>f 2243/1832/1415 2269/1857/1246 2241/1830/1414</w:t>
        <w:br/>
        <w:t>f 2245/1834/1223 2269/1857/1246 2243/1832/1415</w:t>
        <w:br/>
        <w:t>f 2247/1836/1418 2269/1857/1246 2245/1834/1223</w:t>
        <w:br/>
        <w:t>f 2249/1838/1420 2269/1857/1246 2247/1836/1418</w:t>
        <w:br/>
        <w:t>f 2233/1824/1411 2269/1857/1246 2249/1838/1420</w:t>
        <w:br/>
        <w:t>f 2261/1849/1429 2270/1858/1437 2260/1848/1428</w:t>
        <w:br/>
        <w:t>f 2263/1850/1430 2270/1858/1437 2262/1851/1431</w:t>
        <w:br/>
        <w:t>f 2262/1851/1431 2270/1858/1437 2264/1852/1432</w:t>
        <w:br/>
        <w:t>f 2264/1852/1432 2270/1858/1437 2265/1853/1433</w:t>
        <w:br/>
        <w:t>f 2265/1853/1433 2270/1858/1437 2266/1854/1434</w:t>
        <w:br/>
        <w:t>f 2266/1854/1434 2270/1858/1437 2267/1855/1435</w:t>
        <w:br/>
        <w:t>f 2267/1855/1435 2270/1858/1437 2268/1856/1436</w:t>
        <w:br/>
        <w:t>f 2268/1856/1436 2270/1858/1437 2261/1849/1429</w:t>
        <w:br/>
        <w:t>f 2274/1859/1438 2273/1860/1439 2272/1861/1439</w:t>
        <w:br/>
        <w:t>f 2271/1862/1438 2274/1859/1438 2272/1861/1439</w:t>
        <w:br/>
        <w:t>f 2278/1863/1440 2277/1864/1441 2276/1865/1442</w:t>
        <w:br/>
        <w:t>f 2275/1866/1440 2278/1863/1440 2276/1865/1442</w:t>
        <w:br/>
        <w:t>f 2277/1864/1441 2280/1867/1443 2279/1868/1443</w:t>
        <w:br/>
        <w:t>f 2276/1865/1442 2277/1864/1441 2279/1868/1443</w:t>
        <w:br/>
        <w:t>f 2280/1867/1443 2282/1869/1444 2281/1870/1444</w:t>
        <w:br/>
        <w:t>f 2279/1868/1443 2280/1867/1443 2281/1870/1444</w:t>
        <w:br/>
        <w:t>f 2282/1869/1444 2284/1871/1445 2283/1872/1446</w:t>
        <w:br/>
        <w:t>f 2281/1870/1444 2282/1869/1444 2283/1872/1446</w:t>
        <w:br/>
        <w:t>f 2273/1860/1439 2286/1873/1447 2285/1874/1447</w:t>
        <w:br/>
        <w:t>f 2272/1861/1439 2273/1860/1439 2285/1874/1447</w:t>
        <w:br/>
        <w:t>f 2289/1875/1448 2288/1876/1449 2287/1877/1450</w:t>
        <w:br/>
        <w:t>f 2290/1878/1450 2289/1875/1448 2287/1877/1450</w:t>
        <w:br/>
        <w:t>f 2294/1879/1451 2293/1880/1452 2292/1881/1453</w:t>
        <w:br/>
        <w:t>f 2291/1882/1453 2294/1879/1451 2292/1881/1453</w:t>
        <w:br/>
        <w:t>f 2298/1883/1454 2297/1884/1455 2296/1885/1455</w:t>
        <w:br/>
        <w:t>f 2295/1886/1456 2298/1883/1454 2296/1885/1455</w:t>
        <w:br/>
        <w:t>f 2302/1887/1457 2301/1888/1458 2300/1889/1459</w:t>
        <w:br/>
        <w:t>f 2299/1890/1460 2302/1887/1457 2300/1889/1459</w:t>
        <w:br/>
        <w:t>f 2297/1884/1455 2304/1891/1461 2303/1892/1461</w:t>
        <w:br/>
        <w:t>f 2296/1885/1455 2297/1884/1455 2303/1892/1461</w:t>
        <w:br/>
        <w:t>f 2306/1893/1462 2305/1894/1462 2301/1888/1458</w:t>
        <w:br/>
        <w:t>f 2302/1887/1457 2306/1893/1462 2301/1888/1458</w:t>
        <w:br/>
        <w:t>f 2304/1891/1461 2308/1895/1463 2307/1896/1463</w:t>
        <w:br/>
        <w:t>f 2303/1892/1461 2304/1891/1461 2307/1896/1463</w:t>
        <w:br/>
        <w:t>f 2310/1897/1464 2309/1898/1464 2305/1894/1462</w:t>
        <w:br/>
        <w:t>f 2306/1893/1462 2310/1897/1464 2305/1894/1462</w:t>
        <w:br/>
        <w:t>f 2308/1895/1463 2312/1899/1465 2311/1900/1465</w:t>
        <w:br/>
        <w:t>f 2307/1896/1463 2308/1895/1463 2311/1900/1465</w:t>
        <w:br/>
        <w:t>f 2314/1901/1466 2313/1902/1466 2309/1898/1464</w:t>
        <w:br/>
        <w:t>f 2310/1897/1464 2314/1901/1466 2309/1898/1464</w:t>
        <w:br/>
        <w:t>f 2288/1876/1449 2289/1875/1448 2316/1903/1467</w:t>
        <w:br/>
        <w:t>f 2315/1904/1468 2288/1876/1449 2316/1903/1467</w:t>
        <w:br/>
        <w:t>f 2318/1905/1469 2317/1906/1470 2293/1880/1452</w:t>
        <w:br/>
        <w:t>f 2294/1879/1451 2318/1905/1469 2293/1880/1452</w:t>
        <w:br/>
        <w:t>f 2299/1890/1460 2300/1889/1459 2317/1906/1470</w:t>
        <w:br/>
        <w:t>f 2318/1905/1469 2299/1890/1460 2317/1906/1470</w:t>
        <w:br/>
        <w:t>f 2316/1903/1467 2298/1883/1454 2295/1886/1456</w:t>
        <w:br/>
        <w:t>f 2315/1904/1468 2316/1903/1467 2295/1886/1456</w:t>
        <w:br/>
        <w:t>f 2278/1863/1440 2275/1866/1440 2285/1874/1447</w:t>
        <w:br/>
        <w:t>f 2286/1873/1447 2278/1863/1440 2285/1874/1447</w:t>
        <w:br/>
        <w:t>f 2357/1907/1471 2356/1908/1472 2355/1909/1473</w:t>
        <w:br/>
        <w:t>f 2358/1910/1474 2357/1907/1471 2355/1909/1473</w:t>
        <w:br/>
        <w:t>f 2362/1911/1475 2361/1912/1476 2360/1913/1477</w:t>
        <w:br/>
        <w:t>f 2359/1914/1478 2362/1911/1475 2360/1913/1477</w:t>
        <w:br/>
        <w:t>f 2360/1913/1477 2364/1915/1479 2363/1916/1480</w:t>
        <w:br/>
        <w:t>f 2359/1914/1478 2360/1913/1477 2363/1916/1480</w:t>
        <w:br/>
        <w:t>f 2364/1915/1479 2366/1917/1481 2365/1918/1482</w:t>
        <w:br/>
        <w:t>f 2363/1916/1480 2364/1915/1479 2365/1918/1482</w:t>
        <w:br/>
        <w:t>f 2370/1919/1483 2369/1920/1483 2368/1921/1484</w:t>
        <w:br/>
        <w:t>f 2367/1922/1485 2370/1919/1483 2368/1921/1484</w:t>
        <w:br/>
        <w:t>f 2367/1922/1485 2368/1921/1484 2372/1923/1486</w:t>
        <w:br/>
        <w:t>f 2371/1924/1486 2367/1922/1485 2372/1923/1486</w:t>
        <w:br/>
        <w:t>f 2375/1925/1487 2374/1926/1488 2373/1927/1487</w:t>
        <w:br/>
        <w:t>f 2376/1928/1489 2375/1925/1487 2373/1927/1487</w:t>
        <w:br/>
        <w:t>f 2379/1929/1490 2378/1930/1490 2377/1931/1490</w:t>
        <w:br/>
        <w:t>f 2380/1932/1490 2379/1929/1490 2377/1931/1490</w:t>
        <w:br/>
        <w:t>f 2382/1933/1490 2381/1934/1490 2377/1931/1490</w:t>
        <w:br/>
        <w:t>f 2378/1930/1490 2382/1933/1490 2377/1931/1490</w:t>
        <w:br/>
        <w:t>f 2384/1935/1490 2383/1936/1490 2381/1934/1490</w:t>
        <w:br/>
        <w:t>f 2382/1933/1490 2384/1935/1490 2381/1934/1490</w:t>
        <w:br/>
        <w:t>f 2357/1907/1471 2369/1920/1483 2370/1919/1483</w:t>
        <w:br/>
        <w:t>f 2356/1908/1472 2357/1907/1471 2370/1919/1483</w:t>
        <w:br/>
        <w:t>f 2361/1912/1476 2362/1911/1475 2358/1910/1474</w:t>
        <w:br/>
        <w:t>f 2355/1909/1473 2361/1912/1476 2358/1910/1474</w:t>
        <w:br/>
        <w:t>f 2383/1936/1490 2384/1935/1490 2385/1937/1490</w:t>
        <w:br/>
        <w:t>f 2865/1938/1491 2864/1939/1492 2863/1940/1493</w:t>
        <w:br/>
        <w:t>f 2862/1941/1494 2865/1938/1491 2863/1940/1493</w:t>
        <w:br/>
        <w:t>f 2869/1942/1495 2868/1943/1496 2867/1944/1497</w:t>
        <w:br/>
        <w:t>f 2866/1945/1498 2869/1942/1495 2867/1944/1497</w:t>
        <w:br/>
        <w:t>f 2871/1946/1499 2870/1947/1500 2868/1943/1496</w:t>
        <w:br/>
        <w:t>f 2869/1942/1495 2871/1946/1499 2868/1943/1496</w:t>
        <w:br/>
        <w:t>f 2865/1938/1491 2862/1941/1494 2870/1947/1500</w:t>
        <w:br/>
        <w:t>f 2871/1946/1499 2865/1938/1491 2870/1947/1500</w:t>
        <w:br/>
        <w:t>f 2875/1948/1501 2874/1949/1502 2873/1950/1503</w:t>
        <w:br/>
        <w:t>f 2872/1951/1504 2875/1948/1501 2873/1950/1503</w:t>
        <w:br/>
        <w:t>f 2877/1952/1505 2873/1950/1503 2874/1949/1502</w:t>
        <w:br/>
        <w:t>f 2876/1953/1506 2877/1952/1505 2874/1949/1502</w:t>
        <w:br/>
        <w:t>f 2881/1954/1507 2880/1955/1508 2879/1956/1509</w:t>
        <w:br/>
        <w:t>f 2878/1957/1510 2881/1954/1507 2879/1956/1509</w:t>
        <w:br/>
        <w:t>f 2885/1958/1511 2884/1959/1512 2883/1960/1513</w:t>
        <w:br/>
        <w:t>f 2882/1961/1514 2885/1958/1511 2883/1960/1513</w:t>
        <w:br/>
        <w:t>f 2889/1962/1515 2888/1963/1516 2887/1964/1517</w:t>
        <w:br/>
        <w:t>f 2886/1965/1518 2889/1962/1515 2887/1964/1517</w:t>
        <w:br/>
        <w:t>f 2884/1959/1512 2886/1965/1518 2887/1964/1517</w:t>
        <w:br/>
        <w:t>f 2883/1960/1513 2884/1959/1512 2887/1964/1517</w:t>
        <w:br/>
        <w:t>f 2889/1962/1515 2891/1966/1519 2890/1967/1520</w:t>
        <w:br/>
        <w:t>f 2888/1963/1516 2889/1962/1515 2890/1967/1520</w:t>
        <w:br/>
        <w:t>f 2882/1961/1514 2893/1968/1521 2892/1969/1522</w:t>
        <w:br/>
        <w:t>f 2885/1958/1511 2882/1961/1514 2892/1969/1522</w:t>
        <w:br/>
        <w:t>f 2867/1944/1497 2892/1969/1522 2893/1968/1521</w:t>
        <w:br/>
        <w:t>f 2866/1945/1498 2867/1944/1497 2893/1968/1521</w:t>
        <w:br/>
        <w:t>f 2895/1970/1523 2878/1957/1510 2879/1956/1509</w:t>
        <w:br/>
        <w:t>f 2894/1971/1524 2895/1970/1523 2879/1956/1509</w:t>
        <w:br/>
        <w:t>f 2894/1971/1524 2897/1972/1525 2896/1973/1526</w:t>
        <w:br/>
        <w:t>f 2895/1970/1523 2894/1971/1524 2896/1973/1526</w:t>
        <w:br/>
        <w:t>f 2901/1974/1527 2900/1975/1528 2899/1976/1529</w:t>
        <w:br/>
        <w:t>f 2898/1977/1530 2901/1974/1527 2899/1976/1529</w:t>
        <w:br/>
        <w:t>f 2905/1978/1531 2904/1979/1532 2903/1980/1533</w:t>
        <w:br/>
        <w:t>f 2902/1981/1534 2905/1978/1531 2903/1980/1533</w:t>
        <w:br/>
        <w:t>f 2898/1977/1530 2899/1976/1529 2903/1980/1533</w:t>
        <w:br/>
        <w:t>f 2904/1979/1532 2898/1977/1530 2903/1980/1533</w:t>
        <w:br/>
        <w:t>f 2909/1982/1535 2908/1983/1536 2907/1984/1537</w:t>
        <w:br/>
        <w:t>f 2906/1985/1538 2909/1982/1535 2907/1984/1537</w:t>
        <w:br/>
        <w:t>f 2911/1986/1539 2909/1982/1535 2906/1985/1538</w:t>
        <w:br/>
        <w:t>f 2910/1987/1540 2911/1986/1539 2906/1985/1538</w:t>
        <w:br/>
        <w:t>f 2891/1966/1519 2913/1988/1541 2912/1989/1542</w:t>
        <w:br/>
        <w:t>f 2890/1967/1520 2891/1966/1519 2912/1989/1542</w:t>
        <w:br/>
        <w:t>f 2913/1988/1541 2911/1986/1539 2910/1987/1540</w:t>
        <w:br/>
        <w:t>f 2912/1989/1542 2913/1988/1541 2910/1987/1540</w:t>
        <w:br/>
        <w:t>f 2980/1990/1543 2979/1991/1544 2978/1992/1544</w:t>
        <w:br/>
        <w:t>f 2977/1993/1543 2980/1990/1543 2978/1992/1544</w:t>
        <w:br/>
        <w:t>f 2984/1994/1545 2983/1995/1546 2982/1996/1545</w:t>
        <w:br/>
        <w:t>f 2981/1997/1547 2984/1994/1545 2982/1996/1545</w:t>
        <w:br/>
        <w:t>f 2988/1998/1548 2987/1999/1549 2986/2000/1549</w:t>
        <w:br/>
        <w:t>f 2985/2001/1548 2988/1998/1548 2986/2000/1549</w:t>
        <w:br/>
        <w:t>f 2987/1999/1549 2990/2002/1550 2989/2003/1550</w:t>
        <w:br/>
        <w:t>f 2986/2000/1549 2987/1999/1549 2989/2003/1550</w:t>
        <w:br/>
        <w:t>f 2989/2003/1550 2990/2002/1550 2980/1990/1543</w:t>
        <w:br/>
        <w:t>f 2977/1993/1543 2989/2003/1550 2980/1990/1543</w:t>
        <w:br/>
        <w:t>f 2994/2004/1551 2993/2005/1552 2992/2006/1553</w:t>
        <w:br/>
        <w:t>f 2991/2007/1551 2994/2004/1551 2992/2006/1553</w:t>
        <w:br/>
        <w:t>f 2993/2005/1552 2996/2008/1554 2995/2009/1554</w:t>
        <w:br/>
        <w:t>f 2992/2006/1553 2993/2005/1552 2995/2009/1554</w:t>
        <w:br/>
        <w:t>f 3000/2010/1555 2999/2011/1556 2998/2012/1557</w:t>
        <w:br/>
        <w:t>f 2997/2013/1557 3000/2010/1555 2998/2012/1557</w:t>
        <w:br/>
        <w:t>f 3004/2014/1558 3003/2015/1559 3002/2016/1559</w:t>
        <w:br/>
        <w:t>f 3001/2017/1558 3004/2014/1558 3002/2016/1559</w:t>
        <w:br/>
        <w:t>f 3007/2018/1560 3006/2019/1560 3005/2020/1561</w:t>
        <w:br/>
        <w:t>f 3008/2021/1561 3007/2018/1560 3005/2020/1561</w:t>
        <w:br/>
        <w:t>f 3004/2014/1558 3001/2017/1558 3006/2019/1560</w:t>
        <w:br/>
        <w:t>f 3007/2018/1560 3004/2014/1558 3006/2019/1560</w:t>
        <w:br/>
        <w:t>f 3012/2022/1562 3011/2023/1563 3010/2024/1563</w:t>
        <w:br/>
        <w:t>f 3009/2025/1562 3012/2022/1562 3010/2024/1563</w:t>
        <w:br/>
        <w:t>f 3003/2015/1559 3014/2026/1564 3013/2027/1564</w:t>
        <w:br/>
        <w:t>f 3002/2016/1559 3003/2015/1559 3013/2027/1564</w:t>
        <w:br/>
        <w:t>f 3014/2026/1564 2988/1998/1548 2985/2001/1548</w:t>
        <w:br/>
        <w:t>f 3013/2027/1564 3014/2026/1564 2985/2001/1548</w:t>
        <w:br/>
        <w:t>f 2998/2012/1557 3016/2028/1565 3015/2029/1565</w:t>
        <w:br/>
        <w:t>f 2997/2013/1557 2998/2012/1557 3015/2029/1565</w:t>
        <w:br/>
        <w:t>f 3018/2030/1566 3017/2031/1566 3015/2029/1565</w:t>
        <w:br/>
        <w:t>f 3016/2028/1565 3018/2030/1566 3015/2029/1565</w:t>
        <w:br/>
        <w:t>f 3022/2032/1567 3021/2033/1567 3020/2034/1568</w:t>
        <w:br/>
        <w:t>f 3019/2035/1568 3022/2032/1567 3020/2034/1568</w:t>
        <w:br/>
        <w:t>f 3026/2036/1569 3025/2037/1570 3024/2038/1571</w:t>
        <w:br/>
        <w:t>f 3023/2039/1569 3026/2036/1569 3024/2038/1571</w:t>
        <w:br/>
        <w:t>f 3019/2035/1568 3020/2034/1568 3026/2036/1569</w:t>
        <w:br/>
        <w:t>f 3023/2039/1569 3019/2035/1568 3026/2036/1569</w:t>
        <w:br/>
        <w:t>f 3030/2040/1572 3029/2041/1573 3028/2042/1574</w:t>
        <w:br/>
        <w:t>f 3027/2043/1574 3030/2040/1572 3028/2042/1574</w:t>
        <w:br/>
        <w:t>f 3032/2044/1575 3031/2045/1575 3027/2043/1574</w:t>
        <w:br/>
        <w:t>f 3028/2042/1574 3032/2044/1575 3027/2043/1574</w:t>
        <w:br/>
        <w:t>f 3034/2046/1576 3012/2022/1562 3009/2025/1562</w:t>
        <w:br/>
        <w:t>f 3033/2047/1577 3034/2046/1576 3009/2025/1562</w:t>
        <w:br/>
        <w:t>f 3032/2044/1575 3034/2046/1576 3033/2047/1577</w:t>
        <w:br/>
        <w:t>f 3031/2045/1575 3032/2044/1575 3033/2047/1577</w:t>
        <w:br/>
        <w:t>f 3039/2048/1578 3040/2049/1578 3043/2050/1579</w:t>
        <w:br/>
        <w:t>f 3042/2051/1579 3039/2048/1578 3043/2050/1579</w:t>
        <w:br/>
        <w:t>f 3042/2051/1579 3043/2050/1579 3045/2052/1580</w:t>
        <w:br/>
        <w:t>f 3044/2053/1581 3042/2051/1579 3045/2052/1580</w:t>
        <w:br/>
        <w:t>f 3049/2054/1582 3048/2055/1583 3047/2056/1584</w:t>
        <w:br/>
        <w:t>f 3046/2057/1585 3049/2054/1582 3047/2056/1584</w:t>
        <w:br/>
        <w:t>f 3051/2058/1586 3049/2054/1582 3046/2057/1585</w:t>
        <w:br/>
        <w:t>f 3050/2059/1586 3051/2058/1586 3046/2057/1585</w:t>
        <w:br/>
        <w:t>f 3044/2053/1581 3045/2052/1580 3053/2060/1587</w:t>
        <w:br/>
        <w:t>f 3052/2061/1587 3044/2053/1581 3053/2060/1587</w:t>
        <w:br/>
        <w:t>f 3052/2061/1587 3053/2060/1587 3055/2062/1588</w:t>
        <w:br/>
        <w:t>f 3054/2063/1588 3052/2061/1587 3055/2062/1588</w:t>
        <w:br/>
        <w:t>f 3059/2064/1589 3058/2065/1589 3057/2066/1590</w:t>
        <w:br/>
        <w:t>f 3056/2067/1590 3059/2064/1589 3057/2066/1590</w:t>
        <w:br/>
        <w:t>f 3063/2068/1591 3062/2069/1592 3061/2070/1592</w:t>
        <w:br/>
        <w:t>f 3060/2071/1591 3063/2068/1591 3061/2070/1592</w:t>
        <w:br/>
        <w:t>f 3067/2072/1593 3066/2073/1593 3065/2074/1594</w:t>
        <w:br/>
        <w:t>f 3064/2075/1594 3067/2072/1593 3065/2074/1594</w:t>
        <w:br/>
        <w:t>f 3071/2076/1595 3070/2077/1595 3069/2078/1596</w:t>
        <w:br/>
        <w:t>f 3068/2079/1596 3071/2076/1595 3069/2078/1596</w:t>
        <w:br/>
        <w:t>f 3073/2080/1597 3072/2081/1597 3066/2073/1593</w:t>
        <w:br/>
        <w:t>f 3067/2072/1593 3073/2080/1597 3066/2073/1593</w:t>
        <w:br/>
        <w:t>f 3064/2075/1594 3065/2074/1594 3063/2068/1591</w:t>
        <w:br/>
        <w:t>f 3060/2071/1591 3064/2075/1594 3063/2068/1591</w:t>
        <w:br/>
        <w:t>f 3054/2063/1588 3055/2062/1588 3070/2077/1595</w:t>
        <w:br/>
        <w:t>f 3071/2076/1595 3054/2063/1588 3070/2077/1595</w:t>
        <w:br/>
        <w:t>f 3069/2078/1596 3075/2082/1598 3074/2083/1599</w:t>
        <w:br/>
        <w:t>f 3068/2079/1596 3069/2078/1596 3074/2083/1599</w:t>
        <w:br/>
        <w:t>f 3078/2084/1600 3077/2085/1600 3076/2086/1601</w:t>
        <w:br/>
        <w:t>f 3079/2087/1602 3078/2084/1600 3076/2086/1601</w:t>
        <w:br/>
        <w:t>f 3083/2088/1603 3082/2089/1604 3081/2090/1604</w:t>
        <w:br/>
        <w:t>f 3080/2091/1603 3083/2088/1603 3081/2090/1604</w:t>
        <w:br/>
        <w:t>f 3085/2092/1605 3084/2093/1605 3083/2088/1603</w:t>
        <w:br/>
        <w:t>f 3080/2091/1603 3085/2092/1605 3083/2088/1603</w:t>
        <w:br/>
        <w:t>f 3081/2090/1604 3082/2089/1604 3072/2081/1597</w:t>
        <w:br/>
        <w:t>f 3073/2080/1597 3081/2090/1604 3072/2081/1597</w:t>
        <w:br/>
        <w:t>f 3086/2094/1606 3074/2083/1599 3075/2082/1598</w:t>
        <w:br/>
        <w:t>f 3087/2095/1607 3086/2094/1606 3075/2082/1598</w:t>
        <w:br/>
        <w:t>f 3061/2070/1592 3062/2069/1592 3058/2065/1589</w:t>
        <w:br/>
        <w:t>f 3059/2064/1589 3061/2070/1592 3058/2065/1589</w:t>
        <w:br/>
        <w:t>f 3056/2067/1590 3057/2066/1590 3051/2058/1586</w:t>
        <w:br/>
        <w:t>f 3050/2059/1586 3056/2067/1590 3051/2058/1586</w:t>
        <w:br/>
        <w:t>f 2877/1952/1505 2876/1953/1506 2880/1955/1508</w:t>
        <w:br/>
        <w:t>f 2881/1954/1507 2877/1952/1505 2880/1955/1508</w:t>
        <w:br/>
        <w:t>f 2995/2009/1554 2996/2008/1554 2999/2011/1556</w:t>
        <w:br/>
        <w:t>f 3000/2010/1555 2995/2009/1554 2999/2011/1556</w:t>
        <w:br/>
        <w:t>f 2958/2096/1608 2875/1948/1501 2872/1951/1504</w:t>
        <w:br/>
        <w:t>f 2947/2097/1609 2958/2096/1608 2872/1951/1504</w:t>
        <w:br/>
        <w:t>f 3092/2098/1610 3091/2099/1610 2994/2004/1551</w:t>
        <w:br/>
        <w:t>f 2991/2007/1551 3092/2098/1610 2994/2004/1551</w:t>
        <w:br/>
        <w:t>f 3017/2031/1566 3018/2030/1566 3021/2033/1567</w:t>
        <w:br/>
        <w:t>f 3022/2032/1567 3017/2031/1566 3021/2033/1567</w:t>
        <w:br/>
        <w:t>f 2897/1972/1525 2900/1975/1528 2901/1974/1527</w:t>
        <w:br/>
        <w:t>f 2896/1973/1526 2897/1972/1525 2901/1974/1527</w:t>
        <w:br/>
        <w:t>f 4036/2100/1611 4035/2101/1612 4034/2102/1613</w:t>
        <w:br/>
        <w:t>f 4033/2103/1614 4036/2100/1611 4034/2102/1613</w:t>
        <w:br/>
        <w:t>f 4040/2104/1615 4039/2105/1616 4038/2106/1617</w:t>
        <w:br/>
        <w:t>f 4037/2107/1618 4040/2104/1615 4038/2106/1617</w:t>
        <w:br/>
        <w:t>f 4044/2108/1619 4043/2109/1620 4042/2110/1621</w:t>
        <w:br/>
        <w:t>f 4041/2111/1622 4044/2108/1619 4042/2110/1621</w:t>
        <w:br/>
        <w:t>f 4045/2112/1623 4043/2109/1620 4044/2108/1619</w:t>
        <w:br/>
        <w:t>f 4048/2113/1624 4042/2110/1625 4047/2114/1626</w:t>
        <w:br/>
        <w:t>f 4046/2115/1624 4048/2113/1624 4047/2114/1626</w:t>
        <w:br/>
        <w:t>f 4050/2116/1627 4049/2117/1628 4048/2113/1624</w:t>
        <w:br/>
        <w:t>f 4046/2115/1624 4050/2116/1627 4048/2113/1624</w:t>
        <w:br/>
        <w:t>f 4050/2116/1627 4052/2118/1629 4051/2119/1629</w:t>
        <w:br/>
        <w:t>f 4049/2117/1628 4050/2116/1627 4051/2119/1629</w:t>
        <w:br/>
        <w:t>f 4056/2120/1630 4055/2121/1631 4054/2122/1632</w:t>
        <w:br/>
        <w:t>f 4053/2123/1633 4056/2120/1630 4054/2122/1632</w:t>
        <w:br/>
        <w:t>f 4060/2124/1634 4059/2125/1635 4058/2126/1635</w:t>
        <w:br/>
        <w:t>f 4057/2127/1636 4060/2124/1634 4058/2126/1635</w:t>
        <w:br/>
        <w:t>f 4063/2128/1637 4062/2129/1638 4038/2106/1617</w:t>
        <w:br/>
        <w:t>f 4061/2130/1639 4063/2128/1637 4038/2106/1617</w:t>
        <w:br/>
        <w:t>f 4065/2131/1640 4063/2128/1637 4061/2130/1639</w:t>
        <w:br/>
        <w:t>f 4064/2132/1641 4065/2131/1640 4061/2130/1639</w:t>
        <w:br/>
        <w:t>f 4059/2125/1635 4038/2106/1617 4039/2105/1616</w:t>
        <w:br/>
        <w:t>f 4058/2126/1635 4059/2125/1635 4039/2105/1616</w:t>
        <w:br/>
        <w:t>f 4073/2133/1642 4072/2134/1643 4071/2135/1644</w:t>
        <w:br/>
        <w:t>f 4070/2136/1645 4073/2133/1642 4071/2135/1644</w:t>
        <w:br/>
        <w:t>f 4077/2137/1646 4076/2138/1647 4054/2122/1632</w:t>
        <w:br/>
        <w:t>f 4055/2121/1631 4077/2137/1646 4054/2122/1632</w:t>
        <w:br/>
        <w:t>f 4081/2139/1648 4080/2140/1649 4079/2141/1650</w:t>
        <w:br/>
        <w:t>f 4078/2142/1650 4081/2139/1648 4079/2141/1650</w:t>
        <w:br/>
        <w:t>f 4085/2143/1651 4084/2144/1652 4083/2145/1653</w:t>
        <w:br/>
        <w:t>f 4082/2146/1654 4085/2143/1651 4083/2145/1653</w:t>
        <w:br/>
        <w:t>f 4089/2147/1655 4088/2148/1655 4087/2149/1656</w:t>
        <w:br/>
        <w:t>f 4086/2150/1657 4089/2147/1655 4087/2149/1656</w:t>
        <w:br/>
        <w:t>f 4079/2141/1650 4091/2151/1658 4090/2152/1658</w:t>
        <w:br/>
        <w:t>f 4078/2142/1650 4079/2141/1650 4090/2152/1658</w:t>
        <w:br/>
        <w:t>f 4095/2153/1659 4094/2154/1660 4093/2155/1661</w:t>
        <w:br/>
        <w:t>f 4092/2156/1659 4095/2153/1659 4093/2155/1661</w:t>
        <w:br/>
        <w:t>f 4099/2157/1662 4098/2158/1663 4097/2159/1664</w:t>
        <w:br/>
        <w:t>f 4096/2160/1662 4099/2157/1662 4097/2159/1664</w:t>
        <w:br/>
        <w:t>f 4103/2161/1665 4102/2162/1666 4101/2163/1667</w:t>
        <w:br/>
        <w:t>f 4100/2164/1668 4103/2161/1665 4101/2163/1667</w:t>
        <w:br/>
        <w:t>f 4107/2165/1669 4106/2166/1670 4105/2167/1671</w:t>
        <w:br/>
        <w:t>f 4104/2168/1672 4107/2165/1669 4105/2167/1671</w:t>
        <w:br/>
        <w:t>f 4111/2169/1673 4110/2170/1674 4109/2171/1675</w:t>
        <w:br/>
        <w:t>f 4108/2172/1673 4111/2169/1673 4109/2171/1675</w:t>
        <w:br/>
        <w:t>f 4115/2173/1676 4114/2174/1677 4113/2175/1677</w:t>
        <w:br/>
        <w:t>f 4112/2176/1676 4115/2173/1676 4113/2175/1677</w:t>
        <w:br/>
        <w:t>f 4119/2177/1678 4118/2178/1679 4117/2179/1680</w:t>
        <w:br/>
        <w:t>f 4116/2180/1681 4119/2177/1678 4117/2179/1680</w:t>
        <w:br/>
        <w:t>f 4123/2181/1682 4122/2182/1683 4121/2183/1684</w:t>
        <w:br/>
        <w:t>f 4120/2184/1685 4123/2181/1682 4121/2183/1684</w:t>
        <w:br/>
        <w:t>f 4127/2185/1686 4126/2186/1686 4125/2187/1687</w:t>
        <w:br/>
        <w:t>f 4124/2188/1687 4127/2185/1686 4125/2187/1687</w:t>
        <w:br/>
        <w:t>f 4131/2189/1688 4130/2190/1689 4129/2191/1689</w:t>
        <w:br/>
        <w:t>f 4128/2192/1690 4131/2189/1688 4129/2191/1689</w:t>
        <w:br/>
        <w:t>f 4135/2193/1691 4134/2194/1691 4133/2195/1692</w:t>
        <w:br/>
        <w:t>f 4132/2196/1692 4135/2193/1691 4133/2195/1692</w:t>
        <w:br/>
        <w:t>f 4138/2197/1693 4137/2198/1694 4136/2199/1695</w:t>
        <w:br/>
        <w:t>f 4141/2200/1696 4110/2170/1674 4140/2201/1697</w:t>
        <w:br/>
        <w:t>f 4139/2202/1698 4141/2200/1696 4140/2201/1697</w:t>
        <w:br/>
        <w:t>f 4143/2203/1699 4045/2112/1623 4142/2204/1700</w:t>
        <w:br/>
        <w:t>f 4144/2205/1701 4143/2203/1699 4142/2204/1700</w:t>
        <w:br/>
        <w:t>f 4144/2205/1702 4145/2206/1703 4105/2167/1671</w:t>
        <w:br/>
        <w:t>f 4106/2166/1670 4144/2205/1702 4105/2167/1671</w:t>
        <w:br/>
        <w:t>f 4101/2163/1667 4147/2207/1704 4146/2208/1705</w:t>
        <w:br/>
        <w:t>f 4100/2164/1668 4101/2163/1667 4146/2208/1705</w:t>
        <w:br/>
        <w:t>f 4151/2209/1706 4150/2210/1707 4149/2211/1708</w:t>
        <w:br/>
        <w:t>f 4148/2212/1709 4151/2209/1706 4149/2211/1708</w:t>
        <w:br/>
        <w:t>f 4155/2213/1710 4154/2214/1711 4153/2215/1712</w:t>
        <w:br/>
        <w:t>f 4152/2216/1713 4155/2213/1710 4153/2215/1712</w:t>
        <w:br/>
        <w:t>f 4159/2217/1714 4158/2218/1715 4157/2219/1715</w:t>
        <w:br/>
        <w:t>f 4156/2220/1716 4159/2217/1714 4157/2219/1715</w:t>
        <w:br/>
        <w:t>f 4163/2221/1717 4162/2222/1718 4161/2223/1719</w:t>
        <w:br/>
        <w:t>f 4160/2224/1720 4163/2221/1717 4161/2223/1719</w:t>
        <w:br/>
        <w:t>f 4164/2225/1721 4162/2222/1718 4152/2216/1713</w:t>
        <w:br/>
        <w:t>f 4153/2215/1712 4164/2225/1721 4152/2216/1713</w:t>
        <w:br/>
        <w:t>f 4168/2226/1722 4167/2227/1723 4166/2228/1724</w:t>
        <w:br/>
        <w:t>f 4165/2229/1725 4168/2226/1722 4166/2228/1724</w:t>
        <w:br/>
        <w:t>f 4167/2227/1723 4169/2230/1726 4166/2228/1724</w:t>
        <w:br/>
        <w:t>f 4171/2231/1727 4170/2232/1728 4165/2229/1725</w:t>
        <w:br/>
        <w:t>f 4166/2228/1724 4171/2231/1727 4165/2229/1725</w:t>
        <w:br/>
        <w:t>f 4166/2228/1724 4169/2230/1726 4172/2233/1729</w:t>
        <w:br/>
        <w:t>f 4171/2231/1727 4166/2228/1724 4172/2233/1729</w:t>
        <w:br/>
        <w:t>f 4175/2234/1730 4174/2235/1731 4173/2236/1731</w:t>
        <w:br/>
        <w:t>f 4148/2212/1709 4175/2234/1730 4173/2236/1731</w:t>
        <w:br/>
        <w:t>f 4178/2237/1732 4177/2238/1733 4176/2239/1734</w:t>
        <w:br/>
        <w:t>f 4180/2240/1735 4179/2241/1736 4146/2208/1705</w:t>
        <w:br/>
        <w:t>f 4147/2207/1704 4180/2240/1735 4146/2208/1705</w:t>
        <w:br/>
        <w:t>f 4182/2242/1737 4181/2243/1738 4033/2103/1614</w:t>
        <w:br/>
        <w:t>f 4034/2102/1613 4182/2242/1737 4033/2103/1614</w:t>
        <w:br/>
        <w:t>f 4185/2244/1739 4184/2245/1740 4183/2246/1741</w:t>
        <w:br/>
        <w:t>f 4180/2240/1735 4187/2247/1742 4186/2248/1743</w:t>
        <w:br/>
        <w:t>f 4179/2241/1736 4180/2240/1735 4186/2248/1743</w:t>
        <w:br/>
        <w:t>f 4191/2249/1744 4190/2250/1745 4189/2251/1746</w:t>
        <w:br/>
        <w:t>f 4188/2252/1747 4191/2249/1744 4189/2251/1746</w:t>
        <w:br/>
        <w:t>f 4034/2102/1613 4035/2101/1612 4192/2253/1748</w:t>
        <w:br/>
        <w:t>f 4185/2244/1749 4034/2102/1613 4192/2253/1748</w:t>
        <w:br/>
        <w:t>f 4194/2254/1750 4193/2255/1751 4037/2107/1618</w:t>
        <w:br/>
        <w:t>f 4038/2106/1617 4194/2254/1750 4037/2107/1618</w:t>
        <w:br/>
        <w:t>f 4198/2256/1752 4197/2257/1753 4196/2258/1754</w:t>
        <w:br/>
        <w:t>f 4195/2259/1755 4198/2256/1752 4196/2258/1754</w:t>
        <w:br/>
        <w:t>f 4202/2260/1756 4201/2261/1757 4200/2262/1758</w:t>
        <w:br/>
        <w:t>f 4199/2263/1759 4202/2260/1756 4200/2262/1758</w:t>
        <w:br/>
        <w:t>f 4204/2264/1760 4202/2260/1756 4199/2263/1759</w:t>
        <w:br/>
        <w:t>f 4203/2265/1761 4204/2264/1760 4199/2263/1759</w:t>
        <w:br/>
        <w:t>f 4207/2266/1762 4206/2267/1762 4205/2268/1763</w:t>
        <w:br/>
        <w:t>f 4211/2269/1764 4210/2270/1765 4209/2271/1766</w:t>
        <w:br/>
        <w:t>f 4208/2272/1767 4211/2269/1764 4209/2271/1766</w:t>
        <w:br/>
        <w:t>f 4215/2273/1768 4214/2274/1769 4213/2275/1770</w:t>
        <w:br/>
        <w:t>f 4212/2276/1771 4215/2273/1768 4213/2275/1770</w:t>
        <w:br/>
        <w:t>f 4217/2277/1772 4212/2276/1771 4213/2275/1770</w:t>
        <w:br/>
        <w:t>f 4216/2278/1773 4217/2277/1772 4213/2275/1770</w:t>
        <w:br/>
        <w:t>f 4221/2279/1774 4220/2280/1775 4219/2281/1776</w:t>
        <w:br/>
        <w:t>f 4218/2282/1774 4221/2279/1774 4219/2281/1776</w:t>
        <w:br/>
        <w:t>f 4225/2283/1777 4224/2284/1778 4223/2285/1779</w:t>
        <w:br/>
        <w:t>f 4222/2286/1780 4225/2283/1777 4223/2285/1779</w:t>
        <w:br/>
        <w:t>f 4226/2287/1781 4222/2286/1780 4223/2285/1779</w:t>
        <w:br/>
        <w:t>f 4204/2264/1760 4228/2288/1782 4227/2289/1783</w:t>
        <w:br/>
        <w:t>f 4197/2257/1753 4204/2264/1760 4227/2289/1783</w:t>
        <w:br/>
        <w:t>f 4230/2290/1784 4229/2291/1785 4196/2258/1754</w:t>
        <w:br/>
        <w:t>f 4197/2257/1753 4230/2290/1784 4196/2258/1754</w:t>
        <w:br/>
        <w:t>f 4234/2292/1786 4233/2293/1787 4232/2294/1788</w:t>
        <w:br/>
        <w:t>f 4231/2295/1789 4234/2292/1786 4232/2294/1788</w:t>
        <w:br/>
        <w:t>f 4238/2296/1790 4237/2297/1790 4236/2298/1791</w:t>
        <w:br/>
        <w:t>f 4235/2299/1792 4238/2296/1790 4236/2298/1791</w:t>
        <w:br/>
        <w:t>f 4237/2297/1790 4238/2296/1790 4240/2300/1793</w:t>
        <w:br/>
        <w:t>f 4239/2301/1794 4237/2297/1790 4240/2300/1793</w:t>
        <w:br/>
        <w:t>f 4203/2265/1761 4199/2263/1759 4242/2302/1795</w:t>
        <w:br/>
        <w:t>f 4241/2303/1795 4203/2265/1761 4242/2302/1795</w:t>
        <w:br/>
        <w:t>f 4244/2304/1796 4239/2301/1794 4240/2300/1793</w:t>
        <w:br/>
        <w:t>f 4243/2305/1797 4244/2304/1796 4240/2300/1793</w:t>
        <w:br/>
        <w:t>f 4241/2303/1795 4242/2302/1795 4246/2306/1798</w:t>
        <w:br/>
        <w:t>f 4245/2307/1799 4241/2303/1795 4246/2306/1798</w:t>
        <w:br/>
        <w:t>f 4247/2308/1800 4219/2281/1801 4208/2272/1767</w:t>
        <w:br/>
        <w:t>f 4236/2298/1802 4247/2308/1800 4208/2272/1767</w:t>
        <w:br/>
        <w:t>f 4199/2263/1759 4200/2262/1758 4249/2309/1803</w:t>
        <w:br/>
        <w:t>f 4248/2310/1804 4199/2263/1759 4249/2309/1803</w:t>
        <w:br/>
        <w:t>f 4199/2263/1759 4248/2310/1804 4251/2311/1805</w:t>
        <w:br/>
        <w:t>f 4250/2312/1805 4199/2263/1759 4251/2311/1805</w:t>
        <w:br/>
        <w:t>f 4250/2312/1805 4251/2311/1805 4253/2313/1806</w:t>
        <w:br/>
        <w:t>f 4252/2314/1807 4250/2312/1805 4253/2313/1806</w:t>
        <w:br/>
        <w:t>f 4257/2315/1808 4256/2316/1809 4255/2317/1810</w:t>
        <w:br/>
        <w:t>f 4254/2318/1811 4257/2315/1808 4255/2317/1810</w:t>
        <w:br/>
        <w:t>f 4264/2319/1812 4263/2320/1813 4262/2321/1814</w:t>
        <w:br/>
        <w:t>f 4261/2322/1815 4264/2319/1812 4262/2321/1814</w:t>
        <w:br/>
        <w:t>f 4261/2322/1815 4267/2323/1816 4264/2319/1812</w:t>
        <w:br/>
        <w:t>f 4263/2320/1813 4268/2324/1817 4262/2321/1814</w:t>
        <w:br/>
        <w:t>f 4272/2325/1818 4271/2326/1819 4270/2327/1820</w:t>
        <w:br/>
        <w:t>f 4269/2328/1821 4272/2325/1818 4270/2327/1820</w:t>
        <w:br/>
        <w:t>f 4274/2329/1822 4272/2325/1818 4269/2328/1821</w:t>
        <w:br/>
        <w:t>f 4273/2330/1822 4274/2329/1822 4269/2328/1821</w:t>
        <w:br/>
        <w:t>f 4278/2331/1823 4277/2332/1824 4276/2333/1825</w:t>
        <w:br/>
        <w:t>f 4275/2334/1826 4278/2331/1823 4276/2333/1825</w:t>
        <w:br/>
        <w:t>f 4277/2332/1824 4280/2335/1827 4279/2336/1827</w:t>
        <w:br/>
        <w:t>f 4276/2333/1825 4277/2332/1824 4279/2336/1827</w:t>
        <w:br/>
        <w:t>f 4282/2337/1828 4281/2338/1828 4088/2148/1655</w:t>
        <w:br/>
        <w:t>f 4089/2147/1655 4282/2337/1828 4088/2148/1655</w:t>
        <w:br/>
        <w:t>f 4283/2339/1829 4072/2134/1643 4073/2133/1642</w:t>
        <w:br/>
        <w:t>f 4287/2340/1830 4286/2341/1831 4285/2342/1831</w:t>
        <w:br/>
        <w:t>f 4284/2343/1830 4287/2340/1830 4285/2342/1831</w:t>
        <w:br/>
        <w:t>f 4291/2344/1832 4290/2345/1833 4289/2346/1833</w:t>
        <w:br/>
        <w:t>f 4288/2347/1832 4291/2344/1832 4289/2346/1833</w:t>
        <w:br/>
        <w:t>f 4295/2348/1834 4294/2349/1835 4293/2350/1836</w:t>
        <w:br/>
        <w:t>f 4292/2351/1837 4295/2348/1834 4293/2350/1836</w:t>
        <w:br/>
        <w:t>f 4286/2341/1831 4297/2352/1838 4296/2353/1839</w:t>
        <w:br/>
        <w:t>f 4285/2342/1831 4286/2341/1831 4296/2353/1839</w:t>
        <w:br/>
        <w:t>f 4074/2354/1840 4194/2254/1750 4038/2106/1617</w:t>
        <w:br/>
        <w:t>f 4062/2129/1638 4074/2354/1840 4038/2106/1617</w:t>
        <w:br/>
        <w:t>f 4290/2345/1833 4299/2355/1841 4298/2356/1841</w:t>
        <w:br/>
        <w:t>f 4289/2346/1833 4290/2345/1833 4298/2356/1841</w:t>
        <w:br/>
        <w:t>f 4303/2357/1842 4302/2358/1843 4301/2359/1844</w:t>
        <w:br/>
        <w:t>f 4300/2360/1842 4303/2357/1842 4301/2359/1844</w:t>
        <w:br/>
        <w:t>f 4137/2198/1694 4138/2197/1693 4304/2361/1845</w:t>
        <w:br/>
        <w:t>f 4308/2362/1846 4307/2363/1846 4306/2364/1847</w:t>
        <w:br/>
        <w:t>f 4305/2365/1847 4308/2362/1846 4306/2364/1847</w:t>
        <w:br/>
        <w:t>f 4244/2304/1796 4243/2305/1797 4305/2365/1847</w:t>
        <w:br/>
        <w:t>f 4306/2364/1847 4244/2304/1796 4305/2365/1847</w:t>
        <w:br/>
        <w:t>f 4310/2366/1848 4309/2367/1848 4082/2146/1654</w:t>
        <w:br/>
        <w:t>f 4083/2145/1653 4310/2366/1848 4082/2146/1654</w:t>
        <w:br/>
        <w:t>f 4275/2334/1826 4312/2368/1849 4311/2369/1849</w:t>
        <w:br/>
        <w:t>f 4278/2331/1823 4275/2334/1826 4311/2369/1849</w:t>
        <w:br/>
        <w:t>f 4314/2370/1850 4274/2329/1822 4273/2330/1822</w:t>
        <w:br/>
        <w:t>f 4313/2371/1850 4314/2370/1850 4273/2330/1822</w:t>
        <w:br/>
        <w:t>f 4316/2372/1851 4234/2292/1786 4315/2373/1852</w:t>
        <w:br/>
        <w:t>f 4318/2374/1853 4178/2237/1732 4176/2239/1734</w:t>
        <w:br/>
        <w:t>f 4317/2375/1854 4318/2374/1853 4176/2239/1734</w:t>
        <w:br/>
        <w:t>f 4243/2305/1797 4319/2376/1855 4292/2351/1837</w:t>
        <w:br/>
        <w:t>f 4293/2350/1836 4243/2305/1797 4292/2351/1837</w:t>
        <w:br/>
        <w:t>f 4321/2377/1856 4320/2378/1857 4134/2194/1691</w:t>
        <w:br/>
        <w:t>f 4135/2193/1691 4321/2377/1856 4134/2194/1691</w:t>
        <w:br/>
        <w:t>f 4390/2379/1858 4389/2380/1859 4388/2381/1860</w:t>
        <w:br/>
        <w:t>f 4436/2382/1861 4287/2340/1830 4284/2343/1830</w:t>
        <w:br/>
        <w:t>f 4435/2383/1862 4436/2382/1861 4284/2343/1830</w:t>
        <w:br/>
        <w:t>f 4438/2384/1863 4437/2385/1864 4294/2349/1835</w:t>
        <w:br/>
        <w:t>f 4295/2348/1834 4438/2384/1863 4294/2349/1835</w:t>
        <w:br/>
        <w:t>f 4307/2363/1846 4308/2362/1846 4440/2386/1865</w:t>
        <w:br/>
        <w:t>f 4439/2387/1866 4307/2363/1846 4440/2386/1865</w:t>
        <w:br/>
        <w:t>f 4212/2276/1771 4217/2277/1772 4442/2388/1867</w:t>
        <w:br/>
        <w:t>f 4441/2389/1868 4212/2276/1771 4442/2388/1867</w:t>
        <w:br/>
        <w:t>f 4443/2390/1869 4215/2273/1768 4212/2276/1771</w:t>
        <w:br/>
        <w:t>f 4441/2389/1868 4443/2390/1869 4212/2276/1771</w:t>
        <w:br/>
        <w:t>f 4231/2295/1789 4232/2294/1788 4445/2391/1870</w:t>
        <w:br/>
        <w:t>f 4444/2392/1871 4231/2295/1789 4445/2391/1870</w:t>
        <w:br/>
        <w:t>f 4231/2295/1789 4444/2392/1871 4446/2393/1872</w:t>
        <w:br/>
        <w:t>f 4315/2373/1852 4231/2295/1789 4446/2393/1872</w:t>
        <w:br/>
        <w:t>f 4171/2231/1727 4172/2233/1729 4446/2393/1872</w:t>
        <w:br/>
        <w:t>f 4444/2392/1871 4171/2231/1727 4446/2393/1872</w:t>
        <w:br/>
        <w:t>f 4170/2232/1728 4171/2231/1727 4444/2392/1871</w:t>
        <w:br/>
        <w:t>f 4443/2390/1873 4170/2232/1728 4444/2392/1871</w:t>
        <w:br/>
        <w:t>f 4441/2389/1868 4318/2374/1853 4317/2375/1854</w:t>
        <w:br/>
        <w:t>f 4443/2390/1869 4441/2389/1868 4317/2375/1854</w:t>
        <w:br/>
        <w:t>f 4441/2389/1868 4442/2388/1867 4448/2394/1874</w:t>
        <w:br/>
        <w:t>f 4447/2395/1875 4441/2389/1868 4448/2394/1874</w:t>
        <w:br/>
        <w:t>f 4449/2396/1876 4304/2361/1845 4439/2387/1866</w:t>
        <w:br/>
        <w:t>f 4440/2386/1865 4449/2396/1876 4439/2387/1866</w:t>
        <w:br/>
        <w:t>f 4320/2378/1857 4321/2377/1856 4437/2385/1864</w:t>
        <w:br/>
        <w:t>f 4438/2384/1863 4320/2378/1857 4437/2385/1864</w:t>
        <w:br/>
        <w:t>f 4435/2383/1862 4291/2344/1832 4288/2347/1832</w:t>
        <w:br/>
        <w:t>f 4436/2382/1861 4435/2383/1862 4288/2347/1832</w:t>
        <w:br/>
        <w:t>f 4299/2355/1841 4451/2397/1684 4450/2398/1684</w:t>
        <w:br/>
        <w:t>f 4298/2356/1841 4299/2355/1841 4450/2398/1684</w:t>
        <w:br/>
        <w:t>f 4132/2196/1692 4133/2195/1692 4453/2399/1689</w:t>
        <w:br/>
        <w:t>f 4452/2400/1689 4132/2196/1692 4453/2399/1689</w:t>
        <w:br/>
        <w:t>f 4138/2197/1693 4136/2199/1695 4454/2401/1697</w:t>
        <w:br/>
        <w:t>f 4456/2402/1731 4455/2403/1731 4177/2238/1733</w:t>
        <w:br/>
        <w:t>f 4178/2237/1732 4456/2402/1731 4177/2238/1733</w:t>
        <w:br/>
        <w:t>f 4167/2227/1723 4168/2226/1722 4458/2404/1715</w:t>
        <w:br/>
        <w:t>f 4457/2405/1715 4167/2227/1723 4458/2404/1715</w:t>
        <w:br/>
        <w:t>f 4460/2406/1877 4169/2230/1726 4167/2227/1723</w:t>
        <w:br/>
        <w:t>f 4459/2407/1720 4460/2406/1877 4167/2227/1723</w:t>
        <w:br/>
        <w:t>f 4122/2182/1683 4123/2181/1682 4116/2180/1681</w:t>
        <w:br/>
        <w:t>f 4117/2179/1680 4122/2182/1683 4116/2180/1681</w:t>
        <w:br/>
        <w:t>f 4112/2176/1676 4131/2189/1688 4128/2192/1690</w:t>
        <w:br/>
        <w:t>f 4115/2173/1676 4112/2176/1676 4128/2192/1690</w:t>
        <w:br/>
        <w:t>f 4109/2171/1675 4110/2170/1674 4141/2200/1696</w:t>
        <w:br/>
        <w:t>f 4148/2212/1709 4149/2211/1708 4175/2234/1730</w:t>
        <w:br/>
        <w:t>f 4152/2216/1713 4159/2217/1714 4156/2220/1716</w:t>
        <w:br/>
        <w:t>f 4155/2213/1710 4152/2216/1713 4156/2220/1716</w:t>
        <w:br/>
        <w:t>f 4152/2216/1713 4162/2222/1718 4159/2217/1714</w:t>
        <w:br/>
        <w:t>f 4118/2178/1679 4119/2177/1678 4126/2186/1686</w:t>
        <w:br/>
        <w:t>f 4127/2185/1686 4118/2178/1679 4126/2186/1686</w:t>
        <w:br/>
        <w:t>f 4114/2174/1677 4095/2153/1659 4092/2156/1659</w:t>
        <w:br/>
        <w:t>f 4113/2175/1677 4114/2174/1677 4092/2156/1659</w:t>
        <w:br/>
        <w:t>f 4098/2158/1663 4111/2169/1673 4108/2172/1673</w:t>
        <w:br/>
        <w:t>f 4097/2159/1664 4098/2158/1663 4108/2172/1673</w:t>
        <w:br/>
        <w:t>f 4462/2408/1878 4103/2161/1665 4100/2164/1668</w:t>
        <w:br/>
        <w:t>f 4461/2409/1879 4462/2408/1878 4100/2164/1668</w:t>
        <w:br/>
        <w:t>f 4100/2164/1668 4146/2208/1705 4150/2210/1707</w:t>
        <w:br/>
        <w:t>f 4151/2209/1706 4100/2164/1668 4150/2210/1707</w:t>
        <w:br/>
        <w:t>f 4154/2214/1711 4146/2208/1705 4179/2241/1736</w:t>
        <w:br/>
        <w:t>f 4153/2215/1712 4154/2214/1711 4179/2241/1736</w:t>
        <w:br/>
        <w:t>f 4186/2248/1743 4164/2225/1721 4153/2215/1712</w:t>
        <w:br/>
        <w:t>f 4179/2241/1736 4186/2248/1743 4153/2215/1712</w:t>
        <w:br/>
        <w:t>f 4124/2188/1687 4125/2187/1687 4464/2410/1880</w:t>
        <w:br/>
        <w:t>f 4463/2411/1880 4124/2188/1687 4464/2410/1880</w:t>
        <w:br/>
        <w:t>f 4094/2154/1660 4466/2412/1881 4465/2413/1882</w:t>
        <w:br/>
        <w:t>f 4093/2155/1661 4094/2154/1660 4465/2413/1882</w:t>
        <w:br/>
        <w:t>f 4052/2118/1629 4099/2157/1662 4096/2160/1662</w:t>
        <w:br/>
        <w:t>f 4051/2119/1629 4052/2118/1629 4096/2160/1662</w:t>
        <w:br/>
        <w:t>f 4468/2414/1883 4467/2415/1884 4101/2163/1667</w:t>
        <w:br/>
        <w:t>f 4102/2162/1666 4468/2414/1883 4101/2163/1667</w:t>
        <w:br/>
        <w:t>f 4469/2416/1885 4147/2207/1704 4101/2163/1667</w:t>
        <w:br/>
        <w:t>f 4467/2415/1884 4469/2416/1885 4101/2163/1667</w:t>
        <w:br/>
        <w:t>f 4471/2417/1886 4180/2240/1735 4147/2207/1704</w:t>
        <w:br/>
        <w:t>f 4470/2418/1887 4471/2417/1886 4147/2207/1704</w:t>
        <w:br/>
        <w:t>f 4471/2417/1886 4187/2247/1742 4180/2240/1735</w:t>
        <w:br/>
        <w:t>f 4049/2117/1888 4465/2413/1882 4466/2412/1881</w:t>
        <w:br/>
        <w:t>f 4472/2419/1889 4049/2117/1888 4466/2412/1881</w:t>
        <w:br/>
        <w:t>f 4090/2152/1658 4091/2151/1658 4463/2411/1880</w:t>
        <w:br/>
        <w:t>f 4464/2410/1880 4090/2152/1658 4463/2411/1880</w:t>
        <w:br/>
        <w:t>f 4182/2242/1737 4184/2245/1740 4471/2417/1886</w:t>
        <w:br/>
        <w:t>f 4470/2418/1887 4181/2243/1738 4182/2242/1737</w:t>
        <w:br/>
        <w:t>f 4471/2417/1886 4470/2418/1887 4182/2242/1737</w:t>
        <w:br/>
        <w:t>f 4145/2206/1703 4469/2416/1885 4467/2415/1884</w:t>
        <w:br/>
        <w:t>f 4105/2167/1671 4145/2206/1703 4467/2415/1884</w:t>
        <w:br/>
        <w:t>f 4467/2415/1884 4468/2414/1883 4050/2116/1627</w:t>
        <w:br/>
        <w:t>f 4105/2167/1671 4467/2415/1884 4050/2116/1627</w:t>
        <w:br/>
        <w:t>f 4080/2140/1649 4081/2139/1648 4084/2144/1652</w:t>
        <w:br/>
        <w:t>f 4085/2143/1651 4080/2140/1649 4084/2144/1652</w:t>
        <w:br/>
        <w:t>f 4054/2122/1632 4076/2138/1647 4086/2150/1657</w:t>
        <w:br/>
        <w:t>f 4070/2136/1645 4054/2122/1632 4086/2150/1657</w:t>
        <w:br/>
        <w:t>f 4142/2204/1700 4045/2112/1623 4044/2108/1619</w:t>
        <w:br/>
        <w:t>f 4473/2420/1890 4142/2204/1700 4044/2108/1619</w:t>
        <w:br/>
        <w:t>f 4040/2104/1615 4037/2107/1618 4035/2101/1612</w:t>
        <w:br/>
        <w:t>f 4036/2100/1611 4040/2104/1615 4035/2101/1612</w:t>
        <w:br/>
        <w:t>f 4035/2101/1612 4190/2250/1745 4191/2249/1744</w:t>
        <w:br/>
        <w:t>f 4192/2253/1748 4035/2101/1612 4191/2249/1744</w:t>
        <w:br/>
        <w:t>f 4309/2367/1848 4310/2366/1848 4475/2421/1891</w:t>
        <w:br/>
        <w:t>f 4474/2422/1892 4309/2367/1848 4475/2421/1891</w:t>
        <w:br/>
        <w:t>f 4477/2423/1893 4476/2424/1893 4281/2338/1828</w:t>
        <w:br/>
        <w:t>f 4282/2337/1828 4477/2423/1893 4281/2338/1828</w:t>
        <w:br/>
        <w:t>f 4479/2425/1894 4072/2134/1643 4283/2339/1829</w:t>
        <w:br/>
        <w:t>f 4478/2426/1894 4479/2425/1894 4283/2339/1829</w:t>
        <w:br/>
        <w:t>f 4480/2427/1895 4482/2428/1896 4194/2254/1750</w:t>
        <w:br/>
        <w:t>f 4074/2354/1840 4480/2427/1895 4194/2254/1750</w:t>
        <w:br/>
        <w:t>f 4193/2255/1751 4194/2254/1750 4482/2428/1896</w:t>
        <w:br/>
        <w:t>f 4483/2429/1897 4193/2255/1751 4482/2428/1896</w:t>
        <w:br/>
        <w:t>f 4189/2251/1746 4485/2430/1898 4484/2431/1899</w:t>
        <w:br/>
        <w:t>f 4188/2252/1747 4189/2251/1746 4484/2431/1899</w:t>
        <w:br/>
        <w:t>f 4198/2256/1752 4195/2259/1755 4484/2431/1899</w:t>
        <w:br/>
        <w:t>f 4485/2430/1898 4198/2256/1752 4484/2431/1899</w:t>
        <w:br/>
        <w:t>f 4482/2428/1896 4200/2262/1758 4201/2261/1757</w:t>
        <w:br/>
        <w:t>f 4483/2429/1897 4482/2428/1896 4201/2261/1757</w:t>
        <w:br/>
        <w:t>f 4200/2262/1758 4482/2428/1896 4480/2427/1895</w:t>
        <w:br/>
        <w:t>f 4249/2309/1803 4200/2262/1758 4480/2427/1895</w:t>
        <w:br/>
        <w:t>f 4479/2425/1894 4478/2426/1894 4268/2324/1817</w:t>
        <w:br/>
        <w:t>f 4263/2320/1813 4479/2425/1894 4268/2324/1817</w:t>
        <w:br/>
        <w:t>f 4271/2326/1819 4476/2424/1893 4477/2423/1893</w:t>
        <w:br/>
        <w:t>f 4270/2327/1820 4271/2326/1819 4477/2423/1893</w:t>
        <w:br/>
        <w:t>f 4280/2335/1827 4474/2422/1892 4475/2421/1891</w:t>
        <w:br/>
        <w:t>f 4279/2336/1827 4280/2335/1827 4475/2421/1891</w:t>
        <w:br/>
        <w:t>f 4312/2368/1849 4487/2432/1900 4486/2433/1900</w:t>
        <w:br/>
        <w:t>f 4311/2369/1849 4312/2368/1849 4486/2433/1900</w:t>
        <w:br/>
        <w:t>f 4489/2434/1901 4314/2370/1850 4313/2371/1850</w:t>
        <w:br/>
        <w:t>f 4488/2435/1901 4489/2434/1901 4313/2371/1850</w:t>
        <w:br/>
        <w:t>f 4267/2323/1816 4257/2315/1808 4254/2318/1811</w:t>
        <w:br/>
        <w:t>f 4264/2319/1812 4267/2323/1816 4254/2318/1811</w:t>
        <w:br/>
        <w:t>f 4228/2288/1782 4225/2283/1777 4222/2286/1780</w:t>
        <w:br/>
        <w:t>f 4227/2289/1783 4228/2288/1782 4222/2286/1780</w:t>
        <w:br/>
        <w:t>f 4229/2291/1902 4227/2289/1783 4222/2286/1780</w:t>
        <w:br/>
        <w:t>f 4226/2287/1781 4229/2291/1902 4222/2286/1780</w:t>
        <w:br/>
        <w:t>f 4213/2275/1770 4221/2279/1774 4218/2282/1774</w:t>
        <w:br/>
        <w:t>f 4216/2278/1773 4213/2275/1770 4218/2282/1774</w:t>
        <w:br/>
        <w:t>f 4210/2270/1765 4211/2269/1764 4213/2275/1770</w:t>
        <w:br/>
        <w:t>f 4214/2274/1769 4210/2270/1765 4213/2275/1770</w:t>
        <w:br/>
        <w:t>f 4223/2285/1779 4224/2284/1778 4233/2293/1787</w:t>
        <w:br/>
        <w:t>f 4234/2292/1786 4223/2285/1779 4233/2293/1787</w:t>
        <w:br/>
        <w:t>f 4316/2372/1851 4223/2285/1779 4234/2292/1786</w:t>
        <w:br/>
        <w:t>f 4319/2376/1855 4243/2305/1797 4246/2306/1798</w:t>
        <w:br/>
        <w:t>f 4297/2352/1838 4486/2433/1900 4487/2432/1900</w:t>
        <w:br/>
        <w:t>f 4296/2353/1839 4297/2352/1838 4487/2432/1900</w:t>
        <w:br/>
        <w:t>f 4071/2135/1644 4053/2123/1633 4054/2122/1632</w:t>
        <w:br/>
        <w:t>f 4070/2136/1645 4071/2135/1644 4054/2122/1632</w:t>
        <w:br/>
        <w:t>f 4045/2112/1623 4106/2166/1670 4107/2165/1669</w:t>
        <w:br/>
        <w:t>f 4491/2436/1903 4164/2225/1721 4186/2248/1743</w:t>
        <w:br/>
        <w:t>f 4490/2437/1904 4491/2436/1903 4186/2248/1743</w:t>
        <w:br/>
        <w:t>f 4187/2247/1742 4492/2438/1905 4490/2437/1904</w:t>
        <w:br/>
        <w:t>f 4186/2248/1743 4187/2247/1742 4490/2437/1904</w:t>
        <w:br/>
        <w:t>f 4494/2439/1906 4493/2440/1906 4492/2438/1907</w:t>
        <w:br/>
        <w:t>f 4172/2233/1729 4169/2230/1726 4517/2441/1908</w:t>
        <w:br/>
        <w:t>f 4460/2406/1877 4518/2442/1909 4517/2441/1908</w:t>
        <w:br/>
        <w:t>f 4169/2230/1726 4460/2406/1877 4517/2441/1908</w:t>
        <w:br/>
        <w:t>f 4164/2225/1721 4491/2436/1903 4519/2443/1910</w:t>
        <w:br/>
        <w:t>f 4162/2222/1718 4164/2225/1721 4519/2443/1910</w:t>
        <w:br/>
        <w:t>f 4162/2222/1718 4519/2443/1910 4520/2444/1909</w:t>
        <w:br/>
        <w:t>f 4161/2223/1719 4162/2222/1718 4520/2444/1909</w:t>
        <w:br/>
        <w:t>f 4544/2445/1911 4543/2446/1912 4542/2447/1913</w:t>
        <w:br/>
        <w:t>f 4546/2448/1914 4388/2381/1860 4545/2449/1915</w:t>
        <w:br/>
        <w:t>f 4550/2450/1916 4549/2451/1917 4548/2452/1918</w:t>
        <w:br/>
        <w:t>f 4547/2453/1918 4550/2450/1916 4548/2452/1918</w:t>
        <w:br/>
        <w:t>f 4550/2450/1916 4551/2454/1919 4549/2451/1917</w:t>
        <w:br/>
        <w:t>f 4542/2447/1913 4543/2446/1912 4553/2455/1920</w:t>
        <w:br/>
        <w:t>f 4552/2456/1921 4542/2447/1913 4553/2455/1920</w:t>
        <w:br/>
        <w:t>f 4692/2457/1922 4691/2458/1923 4690/2459/1924</w:t>
        <w:br/>
        <w:t>f 4868/2460/1925 4867/2461/1926 4866/2462/1927</w:t>
        <w:br/>
        <w:t>f 4865/2463/1928 4868/2460/1925 4866/2462/1927</w:t>
        <w:br/>
        <w:t>f 4875/2464/1929 4874/2465/1930 4873/2466/1931</w:t>
        <w:br/>
        <w:t>f 4872/2467/1932 4875/2464/1929 4873/2466/1931</w:t>
        <w:br/>
        <w:t>f 4930/2468/1933 4929/2469/1934 4928/2470/1934</w:t>
        <w:br/>
        <w:t>f 4927/2471/1935 4930/2468/1933 4928/2470/1934</w:t>
        <w:br/>
        <w:t>f 4549/2451/1936 4544/2445/1911 4542/2447/1913</w:t>
        <w:br/>
        <w:t>f 4932/2472/1937 4544/2445/1911 4549/2451/1936</w:t>
        <w:br/>
        <w:t>f 4546/2448/1938 4543/2446/1912 4544/2445/1911</w:t>
        <w:br/>
        <w:t>f 4934/2473/1939 4551/2454/1919 4933/2474/1940</w:t>
        <w:br/>
        <w:t>f 4543/2446/1912 4388/2381/1860 4553/2455/1920</w:t>
        <w:br/>
        <w:t>f 4932/2472/1937 4939/2475/1941 4934/2473/1939</w:t>
        <w:br/>
        <w:t>f 4932/2472/1937 4549/2451/1936 4939/2475/1941</w:t>
        <w:br/>
        <w:t>f 4546/2448/1914 4390/2379/1858 4388/2381/1860</w:t>
        <w:br/>
        <w:t>f 4951/2476/1942 4950/2477/1943 4949/2478/1944</w:t>
        <w:br/>
        <w:t>f 4954/2479/1945 4953/2480/1946 4952/2481/1947</w:t>
        <w:br/>
        <w:t>f 4956/2482/1948 4955/2483/1949 4949/2478/1944</w:t>
        <w:br/>
        <w:t>f 4950/2477/1943 4956/2482/1948 4949/2478/1944</w:t>
        <w:br/>
        <w:t>f 4959/2484/1950 4958/2485/1951 4957/2486/1952</w:t>
        <w:br/>
        <w:t>f 4962/2487/1953 4961/2488/1954 4960/2489/1955</w:t>
        <w:br/>
        <w:t>f 4965/2490/1956 4964/2491/1957 4963/2492/1958</w:t>
        <w:br/>
        <w:t>f 4969/2493/1959 4968/2494/1960 4967/2495/1961</w:t>
        <w:br/>
        <w:t>f 4966/2496/1962 4969/2493/1959 4967/2495/1961</w:t>
        <w:br/>
        <w:t>f 4972/2497/1963 4971/2498/1964 4970/2499/1965</w:t>
        <w:br/>
        <w:t>f 4975/2500/1966 4974/2501/1967 4973/2502/1968</w:t>
        <w:br/>
        <w:t>f 4978/2503/1969 4973/2502/1968 4977/2504/1970</w:t>
        <w:br/>
        <w:t>f 4976/2505/1971 4978/2503/1969 4977/2504/1970</w:t>
        <w:br/>
        <w:t>f 4980/2506/1972 4976/2505/1971 4977/2504/1970</w:t>
        <w:br/>
        <w:t>f 4979/2507/1973 4980/2506/1972 4977/2504/1970</w:t>
        <w:br/>
        <w:t>f 4968/2494/1960 4981/2508/1974 4967/2495/1961</w:t>
        <w:br/>
        <w:t>f 4984/2509/1975 4983/2510/1976 4979/2507/1973</w:t>
        <w:br/>
        <w:t>f 4982/2511/1953 4984/2509/1975 4979/2507/1973</w:t>
        <w:br/>
        <w:t>f 4978/2503/1969 4975/2500/1966 4973/2502/1968</w:t>
        <w:br/>
        <w:t>f 4983/2510/1976 4980/2506/1972 4979/2507/1973</w:t>
        <w:br/>
        <w:t>f 4982/2511/1953 4985/2512/1955 4984/2509/1975</w:t>
        <w:br/>
        <w:t>f 4961/2488/1954 4962/2487/1953 4957/2486/1952</w:t>
        <w:br/>
        <w:t>f 4958/2485/1951 4961/2488/1954 4957/2486/1952</w:t>
        <w:br/>
        <w:t>f 4959/2484/1950 4957/2486/1952 4963/2492/1958</w:t>
        <w:br/>
        <w:t>f 4964/2491/1957 4959/2484/1950 4963/2492/1958</w:t>
        <w:br/>
        <w:t>f 4965/2490/1956 4963/2492/1958 4955/2483/1949</w:t>
        <w:br/>
        <w:t>f 4986/2513/1977 4965/2490/1956 4955/2483/1949</w:t>
        <w:br/>
        <w:t>f 4956/2482/1948 4986/2513/1977 4955/2483/1949</w:t>
        <w:br/>
        <w:t>f 4951/2476/1942 4949/2478/1944 4952/2481/1947</w:t>
        <w:br/>
        <w:t>f 4953/2480/1946 4951/2476/1942 4952/2481/1947</w:t>
        <w:br/>
        <w:t>f 4952/2481/1947 4967/2495/1961 4981/2508/1974</w:t>
        <w:br/>
        <w:t>f 4954/2479/1945 4952/2481/1947 4981/2508/1974</w:t>
        <w:br/>
        <w:t>f 4987/2514/1978 4969/2493/1959 4966/2496/1962</w:t>
        <w:br/>
        <w:t>f 4988/2515/1979 4987/2514/1978 4966/2496/1962</w:t>
        <w:br/>
        <w:t>f 4970/2499/1965 4988/2515/1979 4966/2496/1962</w:t>
        <w:br/>
        <w:t>f 4971/2498/1964 4988/2515/1979 4970/2499/1965</w:t>
        <w:br/>
        <w:t>f 4974/2501/1967 4972/2497/1963 4970/2499/1965</w:t>
        <w:br/>
        <w:t>f 4973/2502/1968 4974/2501/1967 4970/2499/1965</w:t>
        <w:br/>
        <w:t>f 5136/2516/1980 5135/2517/1981 5134/2518/1982</w:t>
        <w:br/>
        <w:t>f 5133/2519/1983 5136/2516/1980 5134/2518/1982</w:t>
        <w:br/>
        <w:t>f 5142/2520/1984 5141/2521/1985 5140/2522/1985</w:t>
        <w:br/>
        <w:t>f 5139/2523/1984 5142/2520/1984 5140/2522/1985</w:t>
        <w:br/>
        <w:t>f 5145/2524/1986 5140/2522/1985 5141/2521/1985</w:t>
        <w:br/>
        <w:t>f 5144/2525/1987 5145/2524/1986 5141/2521/1985</w:t>
        <w:br/>
        <w:t>f 5144/2525/1987 5148/2526/1988 5147/2527/1989</w:t>
        <w:br/>
        <w:t>f 5145/2524/1986 5144/2525/1987 5147/2527/1989</w:t>
        <w:br/>
        <w:t>f 5153/2528/1990 5152/2529/1991 5151/2530/1992</w:t>
        <w:br/>
        <w:t>f 5147/2527/1989 5153/2528/1990 5151/2530/1992</w:t>
        <w:br/>
        <w:t>f 5157/2531/1993 5156/2532/1994 5155/2533/1995</w:t>
        <w:br/>
        <w:t>f 5154/2534/1993 5157/2531/1993 5155/2533/1995</w:t>
        <w:br/>
        <w:t>f 5159/2535/1996 5157/2531/1993 5154/2534/1993</w:t>
        <w:br/>
        <w:t>f 5158/2536/1996 5159/2535/1996 5154/2534/1993</w:t>
        <w:br/>
        <w:t>f 5160/2537/1997 5159/2535/1996 5158/2536/1996</w:t>
        <w:br/>
        <w:t>f 5147/2527/1989 5160/2537/1997 5158/2536/1996</w:t>
        <w:br/>
        <w:t>f 5147/2527/1989 5151/2530/1992 5161/2538/1998</w:t>
        <w:br/>
        <w:t>f 5160/2537/1997 5147/2527/1989 5161/2538/1998</w:t>
        <w:br/>
        <w:t>f 5165/2539/1999 5164/2540/2000 5163/2541/2001</w:t>
        <w:br/>
        <w:t>f 5162/2542/2002 5165/2539/1999 5163/2541/2001</w:t>
        <w:br/>
        <w:t>f 5164/2540/2000 5168/2543/2003 5167/2544/2004</w:t>
        <w:br/>
        <w:t>f 5166/2545/2005 5164/2540/2000 5167/2544/2004</w:t>
        <w:br/>
        <w:t>f 5135/2517/1981 5142/2520/1984 5139/2523/1984</w:t>
        <w:br/>
        <w:t>f 5134/2518/1982 5135/2517/1981 5139/2523/1984</w:t>
        <w:br/>
        <w:t>f 5168/2543/2003 5169/2546/2006 5155/2533/1995</w:t>
        <w:br/>
        <w:t>f 5156/2532/1994 5168/2543/2003 5155/2533/1995</w:t>
        <w:br/>
        <w:t>f 5173/2547/2007 5172/2548/2008 5171/2549/2009</w:t>
        <w:br/>
        <w:t>f 5170/2550/2007 5173/2547/2007 5171/2549/2009</w:t>
        <w:br/>
        <w:t>f 5170/2550/2007 5175/2551/2010 5174/2552/2011</w:t>
        <w:br/>
        <w:t>f 5173/2547/2007 5170/2550/2007 5174/2552/2011</w:t>
        <w:br/>
        <w:t>f 5179/2553/2012 5178/2554/2012 5177/2555/2013</w:t>
        <w:br/>
        <w:t>f 5176/2556/2014 5179/2553/2012 5177/2555/2013</w:t>
        <w:br/>
        <w:t>f 5178/2554/2012 5179/2553/2012 5181/2557/2015</w:t>
        <w:br/>
        <w:t>f 5180/2558/2015 5178/2554/2012 5181/2557/2015</w:t>
        <w:br/>
        <w:t>f 5180/2558/2015 5181/2557/2015 5183/2559/2016</w:t>
        <w:br/>
        <w:t>f 5182/2560/2017 5180/2558/2015 5183/2559/2016</w:t>
        <w:br/>
        <w:t>f 5182/2560/2017 5183/2559/2016 5185/2561/2018</w:t>
        <w:br/>
        <w:t>f 5184/2562/2019 5182/2560/2017 5185/2561/2018</w:t>
        <w:br/>
        <w:t>f 5185/2561/2018 5187/2563/2020 5186/2564/2020</w:t>
        <w:br/>
        <w:t>f 5184/2562/2019 5185/2561/2018 5186/2564/2020</w:t>
        <w:br/>
        <w:t>f 5175/2551/2010 5189/2565/2021 5188/2566/2022</w:t>
        <w:br/>
        <w:t>f 5174/2552/2011 5175/2551/2010 5188/2566/2022</w:t>
        <w:br/>
        <w:t>f 5193/2567/2023 5192/2568/2024 5191/2569/2025</w:t>
        <w:br/>
        <w:t>f 5190/2570/2026 5193/2567/2023 5191/2569/2025</w:t>
        <w:br/>
        <w:t>f 5213/2571/2027 5212/2572/2027 5211/2573/2028</w:t>
        <w:br/>
        <w:t>f 5210/2574/2029 5213/2571/2027 5211/2573/2028</w:t>
        <w:br/>
        <w:t>f 5210/2574/2029 5211/2573/2028 5215/2575/2030</w:t>
        <w:br/>
        <w:t>f 5214/2576/2030 5210/2574/2029 5215/2575/2030</w:t>
        <w:br/>
        <w:t>f 5219/2577/2031 5218/2578/2031 5217/2579/2032</w:t>
        <w:br/>
        <w:t>f 5216/2580/2031 5219/2577/2031 5217/2579/2032</w:t>
        <w:br/>
        <w:t>f 5217/2579/2033 5226/2581/2034 5225/2582/2035</w:t>
        <w:br/>
        <w:t>f 5224/2583/2036 5217/2579/2033 5225/2582/2035</w:t>
        <w:br/>
        <w:t>f 5228/2584/2037 5227/2585/2038 5224/2583/2036</w:t>
        <w:br/>
        <w:t>f 5225/2582/2035 5228/2584/2037 5224/2583/2036</w:t>
        <w:br/>
        <w:t>f 5228/2584/2037 5230/2586/2039 5229/2587/2040</w:t>
        <w:br/>
        <w:t>f 5227/2585/2038 5228/2584/2037 5229/2587/2040</w:t>
        <w:br/>
        <w:t>f 5244/2588/2041 5243/2589/2042 5242/2590/2043</w:t>
        <w:br/>
        <w:t>f 5241/2591/2044 5244/2588/2041 5242/2590/2043</w:t>
        <w:br/>
        <w:t>f 5246/2592/2045 5241/2591/2044 5242/2590/2043</w:t>
        <w:br/>
        <w:t>f 5245/2593/2046 5246/2592/2045 5242/2590/2043</w:t>
        <w:br/>
        <w:t>f 5248/2594/2047 5246/2592/2045 5245/2593/2046</w:t>
        <w:br/>
        <w:t>f 5247/2595/2048 5248/2594/2047 5245/2593/2046</w:t>
        <w:br/>
        <w:t>f 5246/2592/2045 5248/2594/2047 5250/2596/2049</w:t>
        <w:br/>
        <w:t>f 5249/2597/2050 5246/2592/2045 5250/2596/2049</w:t>
        <w:br/>
        <w:t>f 5251/2598/2051 5241/2591/2044 5246/2592/2045</w:t>
        <w:br/>
        <w:t>f 5249/2597/2050 5251/2598/2051 5246/2592/2045</w:t>
        <w:br/>
        <w:t>f 5252/2599/2052 5241/2591/2044 5251/2598/2051</w:t>
        <w:br/>
        <w:t>f 5217/2579/2033 5244/2588/2041 5252/2599/2052</w:t>
        <w:br/>
        <w:t>f 5224/2583/2036 5253/2600/2053 5244/2588/2041</w:t>
        <w:br/>
        <w:t>f 5217/2579/2033 5224/2583/2036 5244/2588/2041</w:t>
        <w:br/>
        <w:t>f 5252/2599/2052 5244/2588/2041 5241/2591/2044</w:t>
        <w:br/>
        <w:t>f 5256/2601/2054 5255/2602/2055 5254/2603/2056</w:t>
        <w:br/>
        <w:t>f 5227/2585/2038 5257/2604/2057 5253/2600/2053</w:t>
        <w:br/>
        <w:t>f 5224/2583/2036 5227/2585/2038 5253/2600/2053</w:t>
        <w:br/>
        <w:t>f 5258/2605/2058 5257/2604/2057 5229/2587/2040</w:t>
        <w:br/>
        <w:t>f 5258/2605/2058 5259/2606/2059 5254/2603/2056</w:t>
        <w:br/>
        <w:t>f 5255/2602/2055 5258/2605/2058 5254/2603/2056</w:t>
        <w:br/>
        <w:t>f 5261/2607/2060 5260/2608/2061 5258/2605/2058</w:t>
        <w:br/>
        <w:t>f 5229/2587/2040 5261/2607/2060 5258/2605/2058</w:t>
        <w:br/>
        <w:t>f 5259/2606/2059 5258/2605/2058 5260/2608/2061</w:t>
        <w:br/>
        <w:t>f 5262/2609/2062 5259/2606/2059 5260/2608/2061</w:t>
        <w:br/>
        <w:t>f 5229/2587/2040 5230/2586/2039 5263/2610/2063</w:t>
        <w:br/>
        <w:t>f 5261/2607/2060 5229/2587/2040 5263/2610/2063</w:t>
        <w:br/>
        <w:t>f 5261/2607/2060 5263/2610/2063 5265/2611/2064</w:t>
        <w:br/>
        <w:t>f 5264/2612/2065 5261/2607/2060 5265/2611/2064</w:t>
        <w:br/>
        <w:t>f 5260/2608/2061 5261/2607/2060 5264/2612/2065</w:t>
        <w:br/>
        <w:t>f 5266/2613/2066 5260/2608/2061 5264/2612/2065</w:t>
        <w:br/>
        <w:t>f 5262/2609/2062 5260/2608/2061 5266/2613/2066</w:t>
        <w:br/>
        <w:t>f 5267/2614/2067 5262/2609/2062 5266/2613/2066</w:t>
        <w:br/>
        <w:t>f 5264/2612/2065 5265/2611/2064 5307/2615/2068</w:t>
        <w:br/>
        <w:t>f 5306/2616/2069 5264/2612/2065 5307/2615/2068</w:t>
        <w:br/>
        <w:t>f 5266/2613/2066 5306/2616/2069 5308/2617/2070</w:t>
        <w:br/>
        <w:t>f 5267/2614/2067 5266/2613/2066 5308/2617/2070</w:t>
        <w:br/>
        <w:t>f 5312/2618/2071 5308/2617/2070 5306/2616/2069</w:t>
        <w:br/>
        <w:t>f 5311/2619/2072 5312/2618/2071 5306/2616/2069</w:t>
        <w:br/>
        <w:t>f 5313/2620/2073 5311/2619/2072 5306/2616/2069</w:t>
        <w:br/>
        <w:t>f 5307/2615/2068 5313/2620/2073 5306/2616/2069</w:t>
        <w:br/>
        <w:t>f 5315/2621/2074 5314/2622/2075 5312/2618/2071</w:t>
        <w:br/>
        <w:t>f 5311/2619/2072 5315/2621/2074 5312/2618/2071</w:t>
        <w:br/>
        <w:t>f 5316/2623/2076 5315/2621/2074 5311/2619/2072</w:t>
        <w:br/>
        <w:t>f 5313/2620/2073 5316/2623/2076 5311/2619/2072</w:t>
        <w:br/>
        <w:t>f 5319/2624/2077 5318/2625/2078 5317/2626/2079</w:t>
        <w:br/>
        <w:t>f 5316/2623/2076 5321/2627/2080 5320/2628/2081</w:t>
        <w:br/>
        <w:t>f 5315/2621/2074 5316/2623/2076 5320/2628/2081</w:t>
        <w:br/>
        <w:t>f 5248/2594/2047 5509/2629/2082 5508/2630/2083</w:t>
        <w:br/>
        <w:t>f 5250/2596/2049 5248/2594/2047 5508/2630/2083</w:t>
        <w:br/>
        <w:t>f 5509/2629/2082 5248/2594/2047 5247/2595/2048</w:t>
        <w:br/>
        <w:t>f 5510/2631/2084 5509/2629/2082 5247/2595/2048</w:t>
        <w:br/>
        <w:t>f 5509/2629/2082 5510/2631/2084 5512/2632/2085</w:t>
        <w:br/>
        <w:t>f 5511/2633/2086 5509/2629/2082 5512/2632/2085</w:t>
        <w:br/>
        <w:t>f 5508/2630/2083 5509/2629/2082 5511/2633/2086</w:t>
        <w:br/>
        <w:t>f 5513/2634/2087 5508/2630/2083 5511/2633/2086</w:t>
        <w:br/>
        <w:t>f 5515/2635/2088 5514/2636/2089 5513/2634/2087</w:t>
        <w:br/>
        <w:t>f 5511/2633/2086 5515/2635/2088 5513/2634/2087</w:t>
        <w:br/>
        <w:t>f 5523/2637/2090 5522/2638/2091 5247/2595/2048</w:t>
        <w:br/>
        <w:t>f 5245/2593/2046 5523/2637/2090 5247/2595/2048</w:t>
        <w:br/>
        <w:t>f 5247/2595/2048 5522/2638/2091 5510/2631/2084</w:t>
        <w:br/>
        <w:t>f 5539/2639/2092 5538/2640/2093 5537/2641/2094</w:t>
        <w:br/>
        <w:t>f 5536/2642/2095 5539/2639/2092 5537/2641/2094</w:t>
        <w:br/>
        <w:t>f 5253/2600/2053 5256/2601/2054 5243/2589/2042</w:t>
        <w:br/>
        <w:t>f 5244/2588/2041 5253/2600/2053 5243/2589/2042</w:t>
        <w:br/>
        <w:t>f 5256/2601/2054 5253/2600/2053 5257/2604/2057</w:t>
        <w:br/>
        <w:t>f 5255/2602/2055 5256/2601/2054 5257/2604/2057</w:t>
        <w:br/>
        <w:t>f 5258/2605/2058 5255/2602/2055 5257/2604/2057</w:t>
        <w:br/>
        <w:t>f 5548/2643/2096 5514/2636/2089 5515/2635/2088</w:t>
        <w:br/>
        <w:t>f 5555/2644/2097 5554/2645/2098 5553/2646/2099</w:t>
        <w:br/>
        <w:t>f 5552/2647/2100 5555/2644/2097 5553/2646/2099</w:t>
        <w:br/>
        <w:t>f 5558/2648/2101 5557/2649/2102 5556/2650/2103</w:t>
        <w:br/>
        <w:t>f 5554/2645/2098 5558/2648/2101 5556/2650/2103</w:t>
        <w:br/>
        <w:t>f 5557/2649/2102 5560/2651/2104 5559/2652/2104</w:t>
        <w:br/>
        <w:t>f 5556/2650/2103 5557/2649/2102 5559/2652/2104</w:t>
        <w:br/>
        <w:t>f 5566/2653/2105 5565/2654/2106 5212/2572/2027</w:t>
        <w:br/>
        <w:t>f 5213/2571/2027 5566/2653/2105 5212/2572/2027</w:t>
        <w:br/>
        <w:t>f 5566/2653/2105 5568/2655/2107 5567/2656/2108</w:t>
        <w:br/>
        <w:t>f 5565/2654/2106 5566/2653/2105 5567/2656/2108</w:t>
        <w:br/>
        <w:t>f 5548/2643/2096 5570/2657/2109 5569/2658/2110</w:t>
        <w:br/>
        <w:t>f 5514/2636/2089 5548/2643/2096 5569/2658/2110</w:t>
        <w:br/>
        <w:t>f 5567/2656/2108 5568/2655/2107 5514/2636/2089</w:t>
        <w:br/>
        <w:t>f 5569/2658/2110 5567/2656/2108 5514/2636/2089</w:t>
        <w:br/>
        <w:t>f 5574/2659/2111 5573/2660/2112 5555/2644/2097</w:t>
        <w:br/>
        <w:t>f 5552/2647/2100 5574/2659/2111 5555/2644/2097</w:t>
        <w:br/>
        <w:t>f 5573/2660/2112 5574/2659/2111 5576/2661/2113</w:t>
        <w:br/>
        <w:t>f 5575/2662/2113 5573/2660/2112 5576/2661/2113</w:t>
        <w:br/>
        <w:t>f 5578/2663/2114 5577/2664/2115 5575/2662/2113</w:t>
        <w:br/>
        <w:t>f 5576/2661/2113 5578/2663/2114 5575/2662/2113</w:t>
        <w:br/>
        <w:t>f 5578/2663/2114 5580/2665/2116 5579/2666/2117</w:t>
        <w:br/>
        <w:t>f 5577/2664/2115 5578/2663/2114 5579/2666/2117</w:t>
        <w:br/>
        <w:t>f 5582/2667/2118 5581/2668/2119 5579/2666/2117</w:t>
        <w:br/>
        <w:t>f 5580/2665/2116 5582/2667/2118 5579/2666/2117</w:t>
        <w:br/>
        <w:t>f 5601/2669/2120 5600/2670/2120 5599/2671/2120</w:t>
        <w:br/>
        <w:t>f 5607/2672/2121 5606/2673/2122 5605/2674/2123</w:t>
        <w:br/>
        <w:t>f 5604/2675/2124 5607/2672/2121 5605/2674/2123</w:t>
        <w:br/>
        <w:t>f 5609/2676/2125 5604/2675/2124 5605/2674/2123</w:t>
        <w:br/>
        <w:t>f 5608/2677/2126 5609/2676/2125 5605/2674/2123</w:t>
        <w:br/>
        <w:t>f 5613/2678/2127 5612/2679/2128 5611/2680/2129</w:t>
        <w:br/>
        <w:t>f 5610/2681/2130 5613/2678/2127 5611/2680/2129</w:t>
        <w:br/>
        <w:t>f 5610/2681/2130 5611/2680/2129 5615/2682/2131</w:t>
        <w:br/>
        <w:t>f 5614/2683/2131 5610/2681/2130 5615/2682/2131</w:t>
        <w:br/>
        <w:t>f 5623/2684/2132 5614/2683/2131 5615/2682/2131</w:t>
        <w:br/>
        <w:t>f 5622/2685/2133 5623/2684/2132 5615/2682/2131</w:t>
        <w:br/>
        <w:t>f 5634/2686/2134 5633/2687/2135 5632/2688/2136</w:t>
        <w:br/>
        <w:t>f 5631/2689/2137 5634/2686/2134 5632/2688/2136</w:t>
        <w:br/>
        <w:t>f 5632/2688/2136 5638/2690/2138 5631/2689/2137</w:t>
        <w:br/>
        <w:t>f 5677/2691/2139 5676/2692/2140 5675/2693/2141</w:t>
        <w:br/>
        <w:t>f 5674/2694/2142 5677/2691/2139 5675/2693/2141</w:t>
        <w:br/>
        <w:t>f 5683/2695/2143 5682/2696/2144 5681/2697/2145</w:t>
        <w:br/>
        <w:t>f 5687/2698/2146 5686/2699/2147 5685/2700/2148</w:t>
        <w:br/>
        <w:t>f 5684/2701/2149 5687/2698/2146 5685/2700/2148</w:t>
        <w:br/>
        <w:t>f 5687/2698/2146 5684/2701/2149 5689/2702/2150</w:t>
        <w:br/>
        <w:t>f 5688/2703/2151 5687/2698/2146 5689/2702/2150</w:t>
        <w:br/>
        <w:t>f 5691/2704/2152 5690/2705/2153 5687/2698/2146</w:t>
        <w:br/>
        <w:t>f 5688/2703/2151 5691/2704/2152 5687/2698/2146</w:t>
        <w:br/>
        <w:t>f 5684/2701/2149 5681/2697/2145 5682/2696/2144</w:t>
        <w:br/>
        <w:t>f 5689/2702/2150 5684/2701/2149 5682/2696/2144</w:t>
        <w:br/>
        <w:t>f 5705/2706/2154 5704/2707/2155 5686/2699/2147</w:t>
        <w:br/>
        <w:t>f 5703/2708/2156 5705/2706/2154 5686/2699/2147</w:t>
        <w:br/>
        <w:t>f 5704/2707/2155 5706/2709/2157 5685/2700/2148</w:t>
        <w:br/>
        <w:t>f 5686/2699/2147 5704/2707/2155 5685/2700/2148</w:t>
        <w:br/>
        <w:t>f 5712/2710/2158 5711/2711/2159 5710/2712/2160</w:t>
        <w:br/>
        <w:t>f 5709/2713/2161 5712/2710/2158 5710/2712/2160</w:t>
        <w:br/>
        <w:t>f 5716/2714/2162 5715/2715/2163 5714/2716/2164</w:t>
        <w:br/>
        <w:t>f 5713/2717/2165 5716/2714/2162 5714/2716/2164</w:t>
        <w:br/>
        <w:t>f 5714/2716/2164 5715/2715/2163 5718/2718/2166</w:t>
        <w:br/>
        <w:t>f 5717/2719/2167 5714/2716/2164 5718/2718/2166</w:t>
        <w:br/>
        <w:t>f 5712/2710/2158 5719/2720/2168 5711/2711/2159</w:t>
        <w:br/>
        <w:t>f 5721/2721/2169 5720/2722/2170 5713/2717/2165</w:t>
        <w:br/>
        <w:t>f 5714/2716/2164 5721/2721/2169 5713/2717/2165</w:t>
        <w:br/>
        <w:t>f 5722/2723/2171 5721/2721/2169 5714/2716/2164</w:t>
        <w:br/>
        <w:t>f 5717/2719/2167 5722/2723/2171 5714/2716/2164</w:t>
        <w:br/>
        <w:t>f 5725/2724/2172 5724/2725/2173 5723/2726/2174</w:t>
        <w:br/>
        <w:t>f 5726/2727/2175 5725/2724/2172 5723/2726/2174</w:t>
        <w:br/>
        <w:t>f 5728/2728/2176 5724/2725/2173 5725/2724/2172</w:t>
        <w:br/>
        <w:t>f 5727/2729/2177 5728/2728/2176 5725/2724/2172</w:t>
        <w:br/>
        <w:t>f 5729/2730/2178 5581/2668/2119 5724/2725/2173</w:t>
        <w:br/>
        <w:t>f 5728/2728/2176 5729/2730/2178 5724/2725/2173</w:t>
        <w:br/>
        <w:t>f 5581/2668/2119 5723/2726/2174 5724/2725/2173</w:t>
        <w:br/>
        <w:t>f 5731/2731/2179 5728/2728/2176 5727/2729/2177</w:t>
        <w:br/>
        <w:t>f 5730/2732/2180 5731/2731/2179 5727/2729/2177</w:t>
        <w:br/>
        <w:t>f 5729/2730/2178 5728/2728/2176 5577/2664/2115</w:t>
        <w:br/>
        <w:t>f 5722/2723/2171 5717/2719/2167 5733/2733/2181</w:t>
        <w:br/>
        <w:t>f 5732/2734/2182 5722/2723/2171 5733/2733/2181</w:t>
        <w:br/>
        <w:t>f 5737/2735/2183 5736/2736/2184 5735/2737/2184</w:t>
        <w:br/>
        <w:t>f 5734/2738/2185 5737/2735/2183 5735/2737/2184</w:t>
        <w:br/>
        <w:t>f 5554/2645/2098 5739/2739/2186 5738/2740/2187</w:t>
        <w:br/>
        <w:t>f 5558/2648/2101 5554/2645/2098 5738/2740/2187</w:t>
        <w:br/>
        <w:t>f 5555/2644/2097 5739/2739/2186 5554/2645/2098</w:t>
        <w:br/>
        <w:t>f 5741/2741/2188 5740/2742/2189 5609/2676/2125</w:t>
        <w:br/>
        <w:t>f 5739/2739/2186 5741/2741/2188 5609/2676/2125</w:t>
        <w:br/>
        <w:t>f 5742/2743/2190 5733/2733/2181 5717/2719/2167</w:t>
        <w:br/>
        <w:t>f 5739/2739/2186 5732/2734/2182 5741/2741/2188</w:t>
        <w:br/>
        <w:t>f 5744/2744/2191 5717/2719/2167 5718/2718/2166</w:t>
        <w:br/>
        <w:t>f 5743/2745/2192 5744/2744/2191 5718/2718/2166</w:t>
        <w:br/>
        <w:t>f 5745/2746/2193 5743/2745/2192 5718/2718/2166</w:t>
        <w:br/>
        <w:t>f 5719/2720/2168 5745/2746/2193 5718/2718/2166</w:t>
        <w:br/>
        <w:t>f 5747/2747/2194 5712/2710/2158 5709/2713/2161</w:t>
        <w:br/>
        <w:t>f 5746/2748/2195 5747/2747/2194 5709/2713/2161</w:t>
        <w:br/>
        <w:t>f 5751/2749/2196 5750/2750/2197 5749/2751/2198</w:t>
        <w:br/>
        <w:t>f 5748/2752/2199 5751/2749/2196 5749/2751/2198</w:t>
        <w:br/>
        <w:t>f 5710/2712/2160 5752/2753/2200 5749/2751/2198</w:t>
        <w:br/>
        <w:t>f 5750/2750/2197 5710/2712/2160 5749/2751/2198</w:t>
        <w:br/>
        <w:t>f 5754/2754/2201 5753/2755/2202 5748/2752/2199</w:t>
        <w:br/>
        <w:t>f 5749/2751/2198 5754/2754/2201 5748/2752/2199</w:t>
        <w:br/>
        <w:t>f 5754/2754/2201 5749/2751/2198 5752/2753/2200</w:t>
        <w:br/>
        <w:t>f 5758/2756/2203 5757/2757/2204 5756/2758/2205</w:t>
        <w:br/>
        <w:t>f 5755/2759/2206 5758/2756/2203 5756/2758/2205</w:t>
        <w:br/>
        <w:t>f 5756/2758/2205 5760/2760/2207 5759/2761/2208</w:t>
        <w:br/>
        <w:t>f 5755/2759/2206 5756/2758/2205 5759/2761/2208</w:t>
        <w:br/>
        <w:t>f 5762/2762/2209 5761/2763/2210 5759/2761/2208</w:t>
        <w:br/>
        <w:t>f 5760/2760/2207 5762/2762/2209 5759/2761/2208</w:t>
        <w:br/>
        <w:t>f 5764/2764/2211 5756/2758/2205 5757/2757/2204</w:t>
        <w:br/>
        <w:t>f 5763/2765/2212 5764/2764/2211 5757/2757/2204</w:t>
        <w:br/>
        <w:t>f 5765/2766/2213 5760/2760/2207 5756/2758/2205</w:t>
        <w:br/>
        <w:t>f 5764/2764/2211 5765/2766/2213 5756/2758/2205</w:t>
        <w:br/>
        <w:t>f 5769/2767/2214 5768/2768/2215 5767/2769/2216</w:t>
        <w:br/>
        <w:t>f 5766/2770/2217 5769/2767/2214 5767/2769/2216</w:t>
        <w:br/>
        <w:t>f 5769/2767/2214 5766/2770/2217 5771/2771/2218</w:t>
        <w:br/>
        <w:t>f 5770/2772/2219 5769/2767/2214 5771/2771/2218</w:t>
        <w:br/>
        <w:t>f 5766/2770/2217 5773/2773/2220 5772/2774/2221</w:t>
        <w:br/>
        <w:t>f 5771/2771/2218 5766/2770/2217 5772/2774/2221</w:t>
        <w:br/>
        <w:t>f 5613/2678/2127 5766/2770/2217 5767/2769/2216</w:t>
        <w:br/>
        <w:t>f 5771/2771/2218 5610/2681/2222 5774/2775/2223</w:t>
        <w:br/>
        <w:t>f 5736/2736/2184 5607/2672/2121 5604/2675/2124</w:t>
        <w:br/>
        <w:t>f 5735/2737/2184 5736/2736/2184 5604/2675/2124</w:t>
        <w:br/>
        <w:t>f 5778/2776/2224 5777/2777/2225 5776/2778/2226</w:t>
        <w:br/>
        <w:t>f 5775/2779/2227 5778/2776/2224 5776/2778/2226</w:t>
        <w:br/>
        <w:t>f 5776/2778/2226 5781/2780/2228 5780/2781/2229</w:t>
        <w:br/>
        <w:t>f 5779/2782/2230 5776/2778/2226 5780/2781/2229</w:t>
        <w:br/>
        <w:t>f 5783/2783/2231 5638/2690/2138 5782/2784/2232</w:t>
        <w:br/>
        <w:t>f 5785/2785/2233 5780/2781/2229 5781/2780/2228</w:t>
        <w:br/>
        <w:t>f 5784/2786/2234 5785/2785/2233 5781/2780/2228</w:t>
        <w:br/>
        <w:t>f 5788/2787/2235 5787/2788/2236 5786/2789/2237</w:t>
        <w:br/>
        <w:t>f 5792/2790/2238 5791/2791/2239 5790/2792/2240</w:t>
        <w:br/>
        <w:t>f 5789/2793/2241 5792/2790/2238 5790/2792/2240</w:t>
        <w:br/>
        <w:t>f 5794/2794/2242 5793/2795/2243 5774/2775/2223</w:t>
        <w:br/>
        <w:t>f 5796/2796/2244 5634/2686/2134 5631/2689/2137</w:t>
        <w:br/>
        <w:t>f 5795/2797/2245 5796/2796/2244 5631/2689/2137</w:t>
        <w:br/>
        <w:t>f 5631/2689/2137 5783/2783/2231 5797/2798/2246</w:t>
        <w:br/>
        <w:t>f 5795/2797/2245 5631/2689/2137 5797/2798/2246</w:t>
        <w:br/>
        <w:t>f 5790/2792/2240 5795/2797/2245 5797/2798/2246</w:t>
        <w:br/>
        <w:t>f 5789/2793/2241 5790/2792/2240 5797/2798/2246</w:t>
        <w:br/>
        <w:t>f 5796/2796/2244 5795/2797/2245 5790/2792/2240</w:t>
        <w:br/>
        <w:t>f 5798/2799/2247 5796/2796/2244 5790/2792/2240</w:t>
        <w:br/>
        <w:t>f 5791/2791/2239 5792/2790/2238 5776/2778/2226</w:t>
        <w:br/>
        <w:t>f 5786/2789/2237 5791/2791/2239 5776/2778/2226</w:t>
        <w:br/>
        <w:t>f 5786/2789/2237 5798/2799/2247 5791/2791/2239</w:t>
        <w:br/>
        <w:t>f 5791/2791/2239 5798/2799/2247 5790/2792/2240</w:t>
        <w:br/>
        <w:t>f 5786/2789/2237 5793/2795/2243 5798/2799/2247</w:t>
        <w:br/>
        <w:t>f 5798/2799/2247 5793/2795/2243 5794/2794/2242</w:t>
        <w:br/>
        <w:t>f 5796/2796/2244 5798/2799/2247 5794/2794/2242</w:t>
        <w:br/>
        <w:t>f 5634/2686/2134 5796/2796/2244 5623/2684/2132</w:t>
        <w:br/>
        <w:t>f 5634/2686/2134 5623/2684/2132 5622/2685/2133</w:t>
        <w:br/>
        <w:t>f 5633/2687/2135 5634/2686/2134 5622/2685/2133</w:t>
        <w:br/>
        <w:t>f 5784/2786/2234 5781/2780/2228 5800/2800/2248</w:t>
        <w:br/>
        <w:t>f 5799/2801/2249 5784/2786/2234 5800/2800/2248</w:t>
        <w:br/>
        <w:t>f 5803/2802/2250 5802/2803/2251 5801/2804/2252</w:t>
        <w:br/>
        <w:t>f 5805/2805/2253 5803/2802/2250 5801/2804/2252</w:t>
        <w:br/>
        <w:t>f 5804/2806/2254 5805/2805/2253 5801/2804/2252</w:t>
        <w:br/>
        <w:t>f 5805/2805/2253 5806/2807/2255 5803/2802/2250</w:t>
        <w:br/>
        <w:t>f 5810/2808/2256 5809/2809/2257 5808/2810/2258</w:t>
        <w:br/>
        <w:t>f 5807/2811/2259 5810/2808/2256 5808/2810/2258</w:t>
        <w:br/>
        <w:t>f 5809/2809/2257 5805/2805/2253 5804/2806/2254</w:t>
        <w:br/>
        <w:t>f 5808/2810/2258 5809/2809/2257 5804/2806/2254</w:t>
        <w:br/>
        <w:t>f 5805/2805/2253 5809/2809/2257 5811/2812/2260</w:t>
        <w:br/>
        <w:t>f 5806/2807/2255 5805/2805/2253 5811/2812/2260</w:t>
        <w:br/>
        <w:t>f 5812/2813/2261 5811/2812/2260 5809/2809/2257</w:t>
        <w:br/>
        <w:t>f 5810/2808/2256 5812/2813/2261 5809/2809/2257</w:t>
        <w:br/>
        <w:t>f 5816/2814/2262 5815/2815/2263 5814/2816/2263</w:t>
        <w:br/>
        <w:t>f 5813/2817/2264 5816/2814/2262 5814/2816/2263</w:t>
        <w:br/>
        <w:t>f 5818/2818/2265 5816/2814/2262 5813/2817/2264</w:t>
        <w:br/>
        <w:t>f 5817/2819/2265 5818/2818/2265 5813/2817/2264</w:t>
        <w:br/>
        <w:t>f 5817/2819/2265 5820/2820/2266 5819/2821/2266</w:t>
        <w:br/>
        <w:t>f 5818/2818/2265 5817/2819/2265 5819/2821/2266</w:t>
        <w:br/>
        <w:t>f 5824/2822/2267 5823/2823/2268 5822/2824/2269</w:t>
        <w:br/>
        <w:t>f 5821/2825/2270 5824/2822/2267 5822/2824/2269</w:t>
        <w:br/>
        <w:t>f 5826/2826/2271 5824/2822/2267 5821/2825/2270</w:t>
        <w:br/>
        <w:t>f 5825/2827/2272 5826/2826/2271 5821/2825/2270</w:t>
        <w:br/>
        <w:t>f 5825/2827/2272 5828/2828/2273 5827/2829/2274</w:t>
        <w:br/>
        <w:t>f 5826/2826/2271 5825/2827/2272 5827/2829/2274</w:t>
        <w:br/>
        <w:t>f 5828/2828/2273 5829/2830/2275 5827/2829/2274</w:t>
        <w:br/>
        <w:t>f 5831/2831/2276 5830/2832/2277 5703/2708/2156</w:t>
        <w:br/>
        <w:t>f 5690/2705/2153 5831/2831/2276 5703/2708/2156</w:t>
        <w:br/>
        <w:t>f 5690/2705/2153 5691/2704/2152 5832/2833/2278</w:t>
        <w:br/>
        <w:t>f 5831/2831/2276 5690/2705/2153 5832/2833/2278</w:t>
        <w:br/>
        <w:t>f 5703/2708/2156 5830/2832/2277 5833/2834/2279</w:t>
        <w:br/>
        <w:t>f 5705/2706/2154 5703/2708/2156 5833/2834/2279</w:t>
        <w:br/>
        <w:t>f 5837/2835/2280 5836/2836/2281 5830/2832/2277</w:t>
        <w:br/>
        <w:t>f 5831/2831/2276 5837/2835/2280 5830/2832/2277</w:t>
        <w:br/>
        <w:t>f 5831/2831/2276 5832/2833/2278 5838/2837/2282</w:t>
        <w:br/>
        <w:t>f 5837/2835/2280 5831/2831/2276 5838/2837/2282</w:t>
        <w:br/>
        <w:t>f 5830/2832/2277 5836/2836/2281 5839/2838/2283</w:t>
        <w:br/>
        <w:t>f 5833/2834/2279 5830/2832/2277 5839/2838/2283</w:t>
        <w:br/>
        <w:t>f 5843/2839/2284 5842/2840/2285 5836/2836/2281</w:t>
        <w:br/>
        <w:t>f 5837/2835/2280 5843/2839/2284 5836/2836/2281</w:t>
        <w:br/>
        <w:t>f 5837/2835/2280 5838/2837/2282 5844/2841/2286</w:t>
        <w:br/>
        <w:t>f 5843/2839/2284 5837/2835/2280 5844/2841/2286</w:t>
        <w:br/>
        <w:t>f 5836/2836/2281 5842/2840/2285 5845/2842/2287</w:t>
        <w:br/>
        <w:t>f 5839/2838/2283 5836/2836/2281 5845/2842/2287</w:t>
        <w:br/>
        <w:t>f 5851/2843/2288 5850/2844/2289 5849/2845/2290</w:t>
        <w:br/>
        <w:t>f 5848/2846/2291 5851/2843/2288 5849/2845/2290</w:t>
        <w:br/>
        <w:t>f 5848/2846/2291 5853/2847/2292 5852/2848/2293</w:t>
        <w:br/>
        <w:t>f 5851/2843/2288 5848/2846/2291 5852/2848/2293</w:t>
        <w:br/>
        <w:t>f 5855/2849/2294 5854/2850/2295 5850/2844/2289</w:t>
        <w:br/>
        <w:t>f 5850/2844/2289 5854/2850/2295 5849/2845/2290</w:t>
        <w:br/>
        <w:t>f 5854/2850/2295 5856/2851/2296 5849/2845/2290</w:t>
        <w:br/>
        <w:t>f 5857/2852/2297 5849/2845/2290 5856/2851/2296</w:t>
        <w:br/>
        <w:t>f 5706/2709/2157 5868/2853/2298 5867/2854/2299</w:t>
        <w:br/>
        <w:t>f 5685/2700/2148 5706/2709/2157 5867/2854/2299</w:t>
        <w:br/>
        <w:t>f 5719/2720/2168 5718/2718/2166 5715/2715/2163</w:t>
        <w:br/>
        <w:t>f 5711/2711/2159 5719/2720/2168 5715/2715/2163</w:t>
        <w:br/>
        <w:t>f 5711/2711/2159 5715/2715/2163 5716/2714/2162</w:t>
        <w:br/>
        <w:t>f 5710/2712/2160 5711/2711/2159 5716/2714/2162</w:t>
        <w:br/>
        <w:t>f 5752/2753/2200 5710/2712/2160 5758/2756/2203</w:t>
        <w:br/>
        <w:t>f 5755/2759/2206 5752/2753/2200 5758/2756/2203</w:t>
        <w:br/>
        <w:t>f 5754/2754/2201 5752/2753/2200 5755/2759/2206</w:t>
        <w:br/>
        <w:t>f 5759/2761/2208 5754/2754/2201 5755/2759/2206</w:t>
        <w:br/>
        <w:t>f 5741/2741/2188 5733/2733/2181 5742/2743/2190</w:t>
        <w:br/>
        <w:t>f 5604/2675/2300 5741/2741/2188 5742/2743/2190</w:t>
        <w:br/>
        <w:t>f 5555/2644/2097 5732/2734/2182 5739/2739/2186</w:t>
        <w:br/>
        <w:t>f 5555/2644/2097 5876/2855/2301 5732/2734/2182</w:t>
        <w:br/>
        <w:t>f 5793/2795/2243 5771/2771/2218 5774/2775/2223</w:t>
        <w:br/>
        <w:t>f 5730/2732/2180 5732/2734/2182 5573/2660/2302</w:t>
        <w:br/>
        <w:t>f 5727/2729/2177 5722/2723/2171 5732/2734/2182</w:t>
        <w:br/>
        <w:t>f 5730/2732/2180 5727/2729/2177 5732/2734/2182</w:t>
        <w:br/>
        <w:t>f 5721/2721/2169 5722/2723/2171 5727/2729/2177</w:t>
        <w:br/>
        <w:t>f 5725/2724/2172 5721/2721/2169 5727/2729/2177</w:t>
        <w:br/>
        <w:t>f 5720/2722/2170 5721/2721/2169 5725/2724/2172</w:t>
        <w:br/>
        <w:t>f 5726/2727/2175 5720/2722/2170 5725/2724/2172</w:t>
        <w:br/>
        <w:t>f 5769/2767/2214 5764/2764/2211 5763/2765/2212</w:t>
        <w:br/>
        <w:t>f 5768/2768/2215 5769/2767/2214 5763/2765/2212</w:t>
        <w:br/>
        <w:t>f 5770/2772/2219 5765/2766/2213 5764/2764/2211</w:t>
        <w:br/>
        <w:t>f 5769/2767/2214 5770/2772/2219 5764/2764/2211</w:t>
        <w:br/>
        <w:t>f 5765/2766/2213 5770/2772/2219 5793/2795/2243</w:t>
        <w:br/>
        <w:t>f 5786/2789/2237 5765/2766/2213 5793/2795/2243</w:t>
        <w:br/>
        <w:t>f 5732/2734/2182 5733/2733/2181 5741/2741/2188</w:t>
        <w:br/>
        <w:t>f 5902/2856/2303 5901/2857/2303 5900/2858/2304</w:t>
        <w:br/>
        <w:t>f 5899/2859/2304 5902/2856/2303 5900/2858/2304</w:t>
        <w:br/>
        <w:t>f 5904/2860/2305 5903/2861/2305 5901/2857/2303</w:t>
        <w:br/>
        <w:t>f 5902/2856/2303 5904/2860/2305 5901/2857/2303</w:t>
        <w:br/>
        <w:t>f 5319/2624/2077 5905/2862/2306 5903/2861/2305</w:t>
        <w:br/>
        <w:t>f 5904/2860/2305 5319/2624/2077 5903/2861/2305</w:t>
        <w:br/>
        <w:t>f 5317/2626/2079 5907/2863/2307 5906/2864/2308</w:t>
        <w:br/>
        <w:t>f 5319/2624/2077 5317/2626/2079 5906/2864/2308</w:t>
        <w:br/>
        <w:t>f 5638/2690/2138 6036/2865/2309 5782/2784/2232</w:t>
        <w:br/>
        <w:t>f 5812/2813/2261 5829/2830/2275 5811/2812/2260</w:t>
        <w:br/>
        <w:t>f 6329/2866/2310 6328/2867/2311 6327/2868/2311</w:t>
        <w:br/>
        <w:t>f 6326/2869/2310 6329/2866/2310 6327/2868/2311</w:t>
        <w:br/>
        <w:t>f 6331/2870/2312 6329/2866/2310 6326/2869/2310</w:t>
        <w:br/>
        <w:t>f 6330/2871/2312 6331/2870/2312 6326/2869/2310</w:t>
        <w:br/>
        <w:t>f 6333/2872/2313 6331/2870/2312 6330/2871/2312</w:t>
        <w:br/>
        <w:t>f 6332/2873/2313 6333/2872/2313 6330/2871/2312</w:t>
        <w:br/>
        <w:t>f 6335/2874/2314 6333/2872/2313 6332/2873/2313</w:t>
        <w:br/>
        <w:t>f 6334/2875/2314 6335/2874/2314 6332/2873/2313</w:t>
        <w:br/>
        <w:t>f 6349/2876/2315 6348/2877/2316 6347/2878/2317</w:t>
        <w:br/>
        <w:t>f 6346/2879/2318 6349/2876/2315 6347/2878/2317</w:t>
        <w:br/>
        <w:t>f 6351/2880/2319 6350/2881/2320 6346/2879/2318</w:t>
        <w:br/>
        <w:t>f 6347/2878/2317 6351/2880/2319 6346/2879/2318</w:t>
        <w:br/>
        <w:t>f 6346/2879/2318 6355/2882/2321 6354/2883/2322</w:t>
        <w:br/>
        <w:t>f 6349/2876/2315 6346/2879/2318 6354/2883/2322</w:t>
        <w:br/>
        <w:t>f 6350/2881/2320 6356/2884/2323 6355/2882/2321</w:t>
        <w:br/>
        <w:t>f 6346/2879/2318 6350/2881/2320 6355/2882/2321</w:t>
        <w:br/>
        <w:t>f 6359/2885/2324 6358/2886/2325 6354/2883/2322</w:t>
        <w:br/>
        <w:t>f 6355/2882/2321 6359/2885/2324 6354/2883/2322</w:t>
        <w:br/>
        <w:t>f 6361/2887/2326 6360/2888/2327 6355/2882/2321</w:t>
        <w:br/>
        <w:t>f 6356/2884/2323 6361/2887/2326 6355/2882/2321</w:t>
        <w:br/>
        <w:t>f 6367/2889/2328 6366/2890/2329 6365/2891/2330</w:t>
        <w:br/>
        <w:t>f 6364/2892/2331 6367/2889/2328 6365/2891/2330</w:t>
        <w:br/>
        <w:t>f 6366/2890/2329 6369/2893/2332 6368/2894/2333</w:t>
        <w:br/>
        <w:t>f 6372/2895/2334 6369/2893/2332 6371/2896/2335</w:t>
        <w:br/>
        <w:t>f 6370/2897/2336 6372/2895/2334 6371/2896/2335</w:t>
        <w:br/>
        <w:t>f 6376/2898/2337 6375/2899/2338 6374/2900/2339</w:t>
        <w:br/>
        <w:t>f 6373/2901/2337 6376/2898/2337 6374/2900/2339</w:t>
        <w:br/>
        <w:t>f 6378/2902/2340 6377/2903/2340 6368/2894/2333</w:t>
        <w:br/>
        <w:t>f 6369/2893/2332 6378/2902/2340 6368/2894/2333</w:t>
        <w:br/>
        <w:t>f 6380/2904/2341 6379/2905/2342 6369/2893/2332</w:t>
        <w:br/>
        <w:t>f 6372/2895/2334 6380/2904/2341 6369/2893/2332</w:t>
        <w:br/>
        <w:t>f 6382/2906/2343 6381/2907/2343 6377/2903/2340</w:t>
        <w:br/>
        <w:t>f 6378/2902/2340 6382/2906/2343 6377/2903/2340</w:t>
        <w:br/>
        <w:t>f 6384/2908/2344 6383/2909/2345 6379/2905/2342</w:t>
        <w:br/>
        <w:t>f 6380/2904/2341 6384/2908/2344 6379/2905/2342</w:t>
        <w:br/>
        <w:t>f 6381/2907/2343 6382/2906/2343 6386/2910/2346</w:t>
        <w:br/>
        <w:t>f 6385/2911/2347 6381/2907/2343 6386/2910/2346</w:t>
        <w:br/>
        <w:t>f 6386/2910/2346 6383/2909/2345 6384/2908/2344</w:t>
        <w:br/>
        <w:t>f 6387/2912/2348 6386/2910/2346 6384/2908/2344</w:t>
        <w:br/>
        <w:t>f 6389/2913/2349 6388/2914/2350 6385/2911/2347</w:t>
        <w:br/>
        <w:t>f 6386/2910/2346 6389/2913/2349 6385/2911/2347</w:t>
        <w:br/>
        <w:t>f 6390/2915/2351 6389/2913/2349 6386/2910/2346</w:t>
        <w:br/>
        <w:t>f 6387/2912/2348 6390/2915/2351 6386/2910/2346</w:t>
        <w:br/>
        <w:t>f 6403/2916/2352 6402/2917/2353 6401/2918/2354</w:t>
        <w:br/>
        <w:t>f 6400/2919/2355 6403/2916/2352 6401/2918/2354</w:t>
        <w:br/>
        <w:t>f 6402/2917/2353 6405/2920/2356 6404/2921/2357</w:t>
        <w:br/>
        <w:t>f 6401/2918/2354 6402/2917/2353 6404/2921/2357</w:t>
        <w:br/>
        <w:t>f 6348/2877/2316 6404/2921/2357 6405/2920/2356</w:t>
        <w:br/>
        <w:t>f 6347/2878/2317 6348/2877/2316 6405/2920/2356</w:t>
        <w:br/>
        <w:t>f 6406/2922/2358 6351/2880/2319 6347/2878/2317</w:t>
        <w:br/>
        <w:t>f 6405/2920/2356 6406/2922/2358 6347/2878/2317</w:t>
        <w:br/>
        <w:t>f 6407/2923/2359 6406/2922/2358 6405/2920/2356</w:t>
        <w:br/>
        <w:t>f 6402/2917/2353 6407/2923/2359 6405/2920/2356</w:t>
        <w:br/>
        <w:t>f 6408/2924/2360 6407/2923/2359 6402/2917/2353</w:t>
        <w:br/>
        <w:t>f 6403/2916/2352 6408/2924/2360 6402/2917/2353</w:t>
        <w:br/>
        <w:t>f 6414/2925/2361 6413/2926/2362 6412/2927/2363</w:t>
        <w:br/>
        <w:t>f 6411/2928/2364 6414/2925/2361 6412/2927/2363</w:t>
        <w:br/>
        <w:t>f 6411/2928/2364 6415/2929/2365 6414/2925/2361</w:t>
        <w:br/>
        <w:t>f 6416/2930/2366 6414/2925/2361 6415/2929/2365</w:t>
        <w:br/>
        <w:t>f 6398/2931/2367 6416/2930/2366 6415/2929/2365</w:t>
        <w:br/>
        <w:t>f 6417/2932/2368 6416/2930/2366 6398/2931/2367</w:t>
        <w:br/>
        <w:t>f 6399/2933/2369 6417/2932/2368 6398/2931/2367</w:t>
        <w:br/>
        <w:t>f 6399/2933/2369 6397/2934/2370 6418/2935/2371</w:t>
        <w:br/>
        <w:t>f 6417/2932/2368 6399/2933/2369 6418/2935/2371</w:t>
        <w:br/>
        <w:t>f 6422/2936/2372 6421/2937/2373 6420/2938/2374</w:t>
        <w:br/>
        <w:t>f 6419/2939/2375 6422/2936/2372 6420/2938/2374</w:t>
        <w:br/>
        <w:t>f 6424/2940/2376 6423/2941/2377 6421/2937/2373</w:t>
        <w:br/>
        <w:t>f 6422/2936/2372 6424/2940/2376 6421/2937/2373</w:t>
        <w:br/>
        <w:t>f 6334/2875/2314 6358/2886/2325 6425/2942/2378</w:t>
        <w:br/>
        <w:t>f 6335/2874/2314 6334/2875/2314 6425/2942/2378</w:t>
        <w:br/>
        <w:t>f 6429/2943/2379 6428/2944/2380 6427/2945/2380</w:t>
        <w:br/>
        <w:t>f 6426/2946/2379 6429/2943/2379 6427/2945/2380</w:t>
        <w:br/>
        <w:t>f 6431/2947/2381 6429/2943/2379 6426/2946/2379</w:t>
        <w:br/>
        <w:t>f 6430/2948/2381 6431/2947/2381 6426/2946/2379</w:t>
        <w:br/>
        <w:t>f 6433/2949/2382 6431/2947/2381 6430/2948/2381</w:t>
        <w:br/>
        <w:t>f 6432/2950/2382 6433/2949/2382 6430/2948/2381</w:t>
        <w:br/>
        <w:t>f 6428/2944/2380 6435/2951/2383 6434/2952/2383</w:t>
        <w:br/>
        <w:t>f 6427/2945/2380 6428/2944/2380 6434/2952/2383</w:t>
        <w:br/>
        <w:t>f 6439/2953/2384 6433/2949/2382 6432/2950/2382</w:t>
        <w:br/>
        <w:t>f 6438/2954/2384 6439/2953/2384 6432/2950/2382</w:t>
        <w:br/>
        <w:t>f 6442/2955/2385 6425/2942/2378 6443/2956/2386</w:t>
        <w:br/>
        <w:t>f 6440/2957/2387 6442/2955/2385 6443/2956/2386</w:t>
        <w:br/>
        <w:t>f 6344/2958/2388 6440/2957/2387 6443/2956/2386</w:t>
        <w:br/>
        <w:t>f 6444/2959/2389 6344/2958/2388 6443/2956/2386</w:t>
        <w:br/>
        <w:t>f 6344/2958/2388 6444/2959/2389 6445/2960/2390</w:t>
        <w:br/>
        <w:t>f 6362/2961/2391 6344/2958/2388 6445/2960/2390</w:t>
        <w:br/>
        <w:t>f 6446/2962/2392 6363/2963/2393 6362/2961/2391</w:t>
        <w:br/>
        <w:t>f 6445/2960/2390 6446/2962/2392 6362/2961/2391</w:t>
        <w:br/>
        <w:t>f 6449/2964/2394 6448/2965/2395 6443/2956/2386</w:t>
        <w:br/>
        <w:t>f 6447/2966/2396 6449/2964/2394 6443/2956/2386</w:t>
        <w:br/>
        <w:t>f 6451/2967/2397 6450/2968/2398 6444/2959/2399</w:t>
        <w:br/>
        <w:t>f 6449/2964/2394 6451/2967/2397 6444/2959/2399</w:t>
        <w:br/>
        <w:t>f 6453/2969/2400 6450/2968/2398 6451/2967/2397</w:t>
        <w:br/>
        <w:t>f 6452/2970/2400 6453/2969/2400 6451/2967/2397</w:t>
        <w:br/>
        <w:t>f 6457/2971/2401 6456/2972/2402 6455/2973/2403</w:t>
        <w:br/>
        <w:t>f 6454/2974/2404 6457/2971/2401 6455/2973/2403</w:t>
        <w:br/>
        <w:t>f 6459/2975/2405 6458/2976/2406 6455/2973/2403</w:t>
        <w:br/>
        <w:t>f 6456/2972/2402 6459/2975/2405 6455/2973/2403</w:t>
        <w:br/>
        <w:t>f 6467/2977/2407 6420/2938/2374 6421/2937/2373</w:t>
        <w:br/>
        <w:t>f 6466/2978/2408 6467/2977/2407 6421/2937/2373</w:t>
        <w:br/>
        <w:t>f 6476/2979/2409 6475/2980/2410 6474/2981/2411</w:t>
        <w:br/>
        <w:t>f 6473/2982/2409 6476/2979/2409 6474/2981/2411</w:t>
        <w:br/>
        <w:t>f 6476/2979/2409 6473/2982/2409 6478/2983/2412</w:t>
        <w:br/>
        <w:t>f 6477/2984/2412 6476/2979/2409 6478/2983/2412</w:t>
        <w:br/>
        <w:t>f 6478/2983/2412 6480/2985/2413 6479/2986/2414</w:t>
        <w:br/>
        <w:t>f 6477/2984/2412 6478/2983/2412 6479/2986/2414</w:t>
        <w:br/>
        <w:t>f 6479/2986/2414 6480/2985/2413 6482/2987/2415</w:t>
        <w:br/>
        <w:t>f 6481/2988/2416 6479/2986/2414 6482/2987/2415</w:t>
        <w:br/>
        <w:t>f 6482/2987/2415 6484/2989/2417 6483/2990/2418</w:t>
        <w:br/>
        <w:t>f 6481/2988/2416 6482/2987/2415 6483/2990/2418</w:t>
        <w:br/>
        <w:t>f 6484/2989/2417 6486/2991/2419 6485/2992/2419</w:t>
        <w:br/>
        <w:t>f 6483/2990/2418 6484/2989/2417 6485/2992/2419</w:t>
        <w:br/>
        <w:t>f 6488/2993/2420 6485/2992/2419 6486/2991/2419</w:t>
        <w:br/>
        <w:t>f 6487/2994/2420 6488/2993/2420 6486/2991/2419</w:t>
        <w:br/>
        <w:t>f 6492/2995/2421 6491/2996/2422 6490/2997/2422</w:t>
        <w:br/>
        <w:t>f 6489/2998/2423 6492/2995/2421 6490/2997/2422</w:t>
        <w:br/>
        <w:t>f 6494/2999/2424 6493/3000/2424 6490/2997/2422</w:t>
        <w:br/>
        <w:t>f 6491/2996/2422 6494/2999/2424 6490/2997/2422</w:t>
        <w:br/>
        <w:t>f 6498/3001/2425 6493/3000/2424 6494/2999/2424</w:t>
        <w:br/>
        <w:t>f 6497/3002/2426 6498/3001/2425 6494/2999/2424</w:t>
        <w:br/>
        <w:t>f 6498/3001/2425 6497/3002/2426 6500/3003/2427</w:t>
        <w:br/>
        <w:t>f 6499/3004/2427 6498/3001/2425 6500/3003/2427</w:t>
        <w:br/>
        <w:t>f 6504/3005/2428 6499/3004/2427 6500/3003/2427</w:t>
        <w:br/>
        <w:t>f 6503/3006/2428 6504/3005/2428 6500/3003/2427</w:t>
        <w:br/>
        <w:t>f 6508/3007/2429 6455/2973/2403 6458/2976/2406</w:t>
        <w:br/>
        <w:t>f 6507/3008/2430 6508/3007/2429 6458/2976/2406</w:t>
        <w:br/>
        <w:t>f 6455/2973/2403 6509/3009/2431 6506/3010/2432</w:t>
        <w:br/>
        <w:t>f 6454/2974/2404 6455/2973/2403 6506/3010/2432</w:t>
        <w:br/>
        <w:t>f 6504/3005/2428 6503/3006/2428 6511/3011/2433</w:t>
        <w:br/>
        <w:t>f 6510/3012/2433 6504/3005/2428 6511/3011/2433</w:t>
        <w:br/>
        <w:t>f 6514/3013/2434 6513/3014/2434 6510/3012/2433</w:t>
        <w:br/>
        <w:t>f 6511/3011/2433 6514/3013/2434 6510/3012/2433</w:t>
        <w:br/>
        <w:t>f 6509/3009/2431 6475/2980/2435 6515/3015/2436</w:t>
        <w:br/>
        <w:t>f 6506/3010/2432 6509/3009/2431 6515/3015/2436</w:t>
        <w:br/>
        <w:t>f 6517/3016/2437 6475/2980/2410 6508/3007/2429</w:t>
        <w:br/>
        <w:t>f 6507/3008/2430 6517/3016/2437 6508/3007/2429</w:t>
        <w:br/>
        <w:t>f 6475/2980/2410 6517/3016/2437 6518/3017/2438</w:t>
        <w:br/>
        <w:t>f 6474/2981/2411 6475/2980/2410 6518/3017/2438</w:t>
        <w:br/>
        <w:t>f 6361/2887/2326 6520/3018/2439 6519/3019/2440</w:t>
        <w:br/>
        <w:t>f 6360/2888/2327 6361/2887/2326 6519/3019/2440</w:t>
        <w:br/>
        <w:t>f 6425/2942/2378 6359/2885/2324 6447/2966/2396</w:t>
        <w:br/>
        <w:t>f 6443/2956/2386 6425/2942/2378 6447/2966/2396</w:t>
        <w:br/>
        <w:t>f 6528/3020/2441 6447/2966/2396 6520/3018/2439</w:t>
        <w:br/>
        <w:t>f 6522/3021/2442 6528/3020/2441 6520/3018/2439</w:t>
        <w:br/>
        <w:t>f 6529/3022/2443 6449/2964/2394 6522/3021/2442</w:t>
        <w:br/>
        <w:t>f 6524/3023/2444 6529/3022/2443 6522/3021/2442</w:t>
        <w:br/>
        <w:t>f 6530/3024/2445 6451/2967/2446 6524/3023/2444</w:t>
        <w:br/>
        <w:t>f 6526/3025/2447 6530/3024/2445 6524/3023/2444</w:t>
        <w:br/>
        <w:t>f 6534/3026/2448 6533/3027/2448 6532/3028/2449</w:t>
        <w:br/>
        <w:t>f 6531/3029/2450 6534/3026/2448 6532/3028/2449</w:t>
        <w:br/>
        <w:t>f 6536/3030/2451 6535/3031/2452 6533/3027/2448</w:t>
        <w:br/>
        <w:t>f 6534/3026/2448 6536/3030/2451 6533/3027/2448</w:t>
        <w:br/>
        <w:t>f 6538/3032/2453 6537/3033/2454 6535/3031/2452</w:t>
        <w:br/>
        <w:t>f 6536/3030/2451 6538/3032/2453 6535/3031/2452</w:t>
        <w:br/>
        <w:t>f 6540/3034/2455 6539/3035/2456 6537/3033/2454</w:t>
        <w:br/>
        <w:t>f 6538/3032/2453 6540/3034/2455 6537/3033/2454</w:t>
        <w:br/>
        <w:t>f 6544/3036/2457 6543/3037/2457 6542/3038/2458</w:t>
        <w:br/>
        <w:t>f 6541/3039/2458 6544/3036/2457 6542/3038/2458</w:t>
        <w:br/>
        <w:t>f 6412/2927/2363 6545/3040/2459 6541/3039/2458</w:t>
        <w:br/>
        <w:t>f 6542/3038/2458 6412/2927/2363 6541/3039/2458</w:t>
        <w:br/>
        <w:t>f 6546/3041/2460 6545/3040/2459 6413/2926/2362</w:t>
        <w:br/>
        <w:t>f 6547/3042/2461 6545/3040/2459 6546/3041/2460</w:t>
        <w:br/>
        <w:t>f 6413/2926/2362 6545/3040/2459 6412/2927/2363</w:t>
        <w:br/>
        <w:t>f 6551/3043/2462 6550/3044/2463 6549/3045/2464</w:t>
        <w:br/>
        <w:t>f 6548/3046/2464 6551/3043/2462 6549/3045/2464</w:t>
        <w:br/>
        <w:t>f 6553/3047/2465 6548/3046/2464 6549/3045/2464</w:t>
        <w:br/>
        <w:t>f 6552/3048/2465 6553/3047/2465 6549/3045/2464</w:t>
        <w:br/>
        <w:t>f 6552/3048/2465 6555/3049/2466 6554/3050/2466</w:t>
        <w:br/>
        <w:t>f 6553/3047/2465 6552/3048/2465 6554/3050/2466</w:t>
        <w:br/>
        <w:t>f 6554/3050/2466 6555/3049/2466 6557/3051/2467</w:t>
        <w:br/>
        <w:t>f 6556/3052/2468 6554/3050/2466 6557/3051/2467</w:t>
        <w:br/>
        <w:t>f 6559/3053/2469 6558/3054/2470 6556/3052/2468</w:t>
        <w:br/>
        <w:t>f 6557/3051/2467 6559/3053/2469 6556/3052/2468</w:t>
        <w:br/>
        <w:t>f 6560/3055/2471 6558/3054/2470 6559/3053/2469</w:t>
        <w:br/>
        <w:t>f 6358/2886/2472 6560/3055/2471 6559/3053/2469</w:t>
        <w:br/>
        <w:t>f 6562/3056/2473 6560/3055/2471 6358/2886/2472</w:t>
        <w:br/>
        <w:t>f 6561/3057/2474 6562/3056/2473 6358/2886/2472</w:t>
        <w:br/>
        <w:t>f 6564/3058/2475 6562/3056/2473 6561/3057/2474</w:t>
        <w:br/>
        <w:t>f 6563/3059/2475 6564/3058/2475 6561/3057/2474</w:t>
        <w:br/>
        <w:t>f 6566/3060/2476 6564/3058/2475 6563/3059/2475</w:t>
        <w:br/>
        <w:t>f 6565/3061/2476 6566/3060/2476 6563/3059/2475</w:t>
        <w:br/>
        <w:t>f 6566/3060/2476 6565/3061/2476 6568/3062/2477</w:t>
        <w:br/>
        <w:t>f 6567/3063/2477 6566/3060/2476 6568/3062/2477</w:t>
        <w:br/>
        <w:t>f 6567/3063/2477 6568/3062/2477 6569/3064/2478</w:t>
        <w:br/>
        <w:t>f 6466/2978/2408 6421/2937/2373 6423/2941/2377</w:t>
        <w:br/>
        <w:t>f 6590/3065/2479 6589/3066/2480 6423/2941/2377</w:t>
        <w:br/>
        <w:t>f 6424/2940/2376 6590/3065/2479 6423/2941/2377</w:t>
        <w:br/>
        <w:t>f 6580/3067/2481 6466/2978/2408 6423/2941/2377</w:t>
        <w:br/>
        <w:t>f 6589/3066/2480 6580/3067/2481 6423/2941/2377</w:t>
        <w:br/>
        <w:t>f 6589/3066/2480 6590/3065/2479 6592/3068/2482</w:t>
        <w:br/>
        <w:t>f 6591/3069/2483 6589/3066/2480 6592/3068/2482</w:t>
        <w:br/>
        <w:t>f 6580/3067/2481 6589/3066/2480 6591/3069/2483</w:t>
        <w:br/>
        <w:t>f 6593/3070/2484 6580/3067/2481 6591/3069/2483</w:t>
        <w:br/>
        <w:t>f 6591/3069/2483 6592/3068/2482 6598/3071/2485</w:t>
        <w:br/>
        <w:t>f 6597/3072/2486 6591/3069/2483 6598/3071/2485</w:t>
        <w:br/>
        <w:t>f 6593/3070/2484 6591/3069/2483 6597/3072/2486</w:t>
        <w:br/>
        <w:t>f 6599/3073/2487 6593/3070/2484 6597/3072/2486</w:t>
        <w:br/>
        <w:t>f 6614/3074/2488 6613/3075/2489 6612/3076/2490</w:t>
        <w:br/>
        <w:t>f 6611/3077/2491 6614/3074/2488 6612/3076/2490</w:t>
        <w:br/>
        <w:t>f 6612/3076/2490 6613/3075/2489 6616/3078/2492</w:t>
        <w:br/>
        <w:t>f 6615/3079/2492 6612/3076/2490 6616/3078/2492</w:t>
        <w:br/>
        <w:t>f 6618/3080/2493 6615/3079/2492 6616/3078/2492</w:t>
        <w:br/>
        <w:t>f 6617/3081/2494 6618/3080/2493 6616/3078/2492</w:t>
        <w:br/>
        <w:t>f 6620/3082/2495 6619/3083/2496 6482/2987/2415</w:t>
        <w:br/>
        <w:t>f 6480/2985/2413 6620/3082/2495 6482/2987/2415</w:t>
        <w:br/>
        <w:t>f 6484/2989/2417 6482/2987/2415 6619/3083/2496</w:t>
        <w:br/>
        <w:t>f 6621/3084/2497 6484/2989/2417 6619/3083/2496</w:t>
        <w:br/>
        <w:t>f 6623/3085/2498 6622/3086/2498 6484/2989/2417</w:t>
        <w:br/>
        <w:t>f 6621/3084/2497 6623/3085/2498 6484/2989/2417</w:t>
        <w:br/>
        <w:t>f 6623/3085/2498 6625/3087/2499 6624/3088/2499</w:t>
        <w:br/>
        <w:t>f 6622/3086/2498 6623/3085/2498 6624/3088/2499</w:t>
        <w:br/>
        <w:t>f 6474/2981/2411 6518/3017/2438 6627/3089/2500</w:t>
        <w:br/>
        <w:t>f 6626/3090/2501 6474/2981/2411 6627/3089/2500</w:t>
        <w:br/>
        <w:t>f 6631/3091/2502 6630/3092/2502 6629/3093/2503</w:t>
        <w:br/>
        <w:t>f 6628/3094/2504 6631/3091/2502 6629/3093/2503</w:t>
        <w:br/>
        <w:t>f 6627/3089/2500 6633/3095/2505 6632/3096/2506</w:t>
        <w:br/>
        <w:t>f 6626/3090/2501 6627/3089/2500 6632/3096/2506</w:t>
        <w:br/>
        <w:t>f 6637/3097/2507 6636/3098/2508 6635/3099/2508</w:t>
        <w:br/>
        <w:t>f 6634/3100/2507 6637/3097/2507 6635/3099/2508</w:t>
        <w:br/>
        <w:t>f 6539/3035/2456 6540/3034/2455 6639/3101/2509</w:t>
        <w:br/>
        <w:t>f 6638/3102/2510 6539/3035/2456 6639/3101/2509</w:t>
        <w:br/>
        <w:t>f 6641/3103/2511 6640/3104/2512 6633/3095/2505</w:t>
        <w:br/>
        <w:t>f 6627/3089/2500 6641/3103/2511 6633/3095/2505</w:t>
        <w:br/>
        <w:t>f 6644/3105/2513 6637/3097/2507 6634/3100/2507</w:t>
        <w:br/>
        <w:t>f 6643/3106/2514 6644/3105/2513 6634/3100/2507</w:t>
        <w:br/>
        <w:t>f 6647/3107/2515 6646/3108/2516 6645/3109/2517</w:t>
        <w:br/>
        <w:t>f 6643/3106/2514 6647/3107/2515 6645/3109/2517</w:t>
        <w:br/>
        <w:t>f 6648/3110/2518 6644/3105/2513 6643/3106/2514</w:t>
        <w:br/>
        <w:t>f 6645/3109/2517 6648/3110/2518 6643/3106/2514</w:t>
        <w:br/>
        <w:t>f 6649/3111/2519 6645/3109/2517 6646/3108/2516</w:t>
        <w:br/>
        <w:t>f 6650/3112/2520 6649/3111/2519 6646/3108/2516</w:t>
        <w:br/>
        <w:t>f 6651/3113/2521 6648/3110/2518 6645/3109/2517</w:t>
        <w:br/>
        <w:t>f 6649/3111/2519 6651/3113/2521 6645/3109/2517</w:t>
        <w:br/>
        <w:t>f 6653/3114/2522 6649/3111/2519 6650/3112/2520</w:t>
        <w:br/>
        <w:t>f 6652/3115/2523 6653/3114/2522 6650/3112/2520</w:t>
        <w:br/>
        <w:t>f 6654/3116/2524 6651/3113/2521 6649/3111/2519</w:t>
        <w:br/>
        <w:t>f 6653/3114/2522 6654/3116/2524 6649/3111/2519</w:t>
        <w:br/>
        <w:t>f 6656/3117/2525 6653/3114/2522 6652/3115/2523</w:t>
        <w:br/>
        <w:t>f 6655/3118/2526 6656/3117/2525 6652/3115/2523</w:t>
        <w:br/>
        <w:t>f 6658/3119/2527 6654/3116/2524 6653/3114/2522</w:t>
        <w:br/>
        <w:t>f 6657/3120/2528 6658/3119/2527 6653/3114/2522</w:t>
        <w:br/>
        <w:t>f 6643/3106/2514 6632/3096/2506 6633/3095/2505</w:t>
        <w:br/>
        <w:t>f 6647/3107/2515 6643/3106/2514 6633/3095/2505</w:t>
        <w:br/>
        <w:t>f 6642/3121/2529 6647/3107/2515 6633/3095/2505</w:t>
        <w:br/>
        <w:t>f 6640/3104/2512 6642/3121/2529 6633/3095/2505</w:t>
        <w:br/>
        <w:t>f 6647/3107/2515 6642/3121/2529 6660/3122/2530</w:t>
        <w:br/>
        <w:t>f 6659/3123/2531 6647/3107/2515 6660/3122/2530</w:t>
        <w:br/>
        <w:t>f 6662/3124/2532 6661/3125/2533 6659/3123/2531</w:t>
        <w:br/>
        <w:t>f 6660/3122/2530 6662/3124/2532 6659/3123/2531</w:t>
        <w:br/>
        <w:t>f 6662/3124/2532 6664/3126/2534 6665/3127/2535</w:t>
        <w:br/>
        <w:t>f 6661/3125/2533 6662/3124/2532 6665/3127/2535</w:t>
        <w:br/>
        <w:t>f 6664/3126/2534 6663/3128/2536 6666/3129/2537</w:t>
        <w:br/>
        <w:t>f 6665/3127/2535 6664/3126/2534 6666/3129/2537</w:t>
        <w:br/>
        <w:t>f 6669/3130/2538 6668/3131/2539 6599/3073/2487</w:t>
        <w:br/>
        <w:t>f 6597/3072/2486 6669/3130/2538 6599/3073/2487</w:t>
        <w:br/>
        <w:t>f 6670/3132/2540 6669/3130/2538 6597/3072/2486</w:t>
        <w:br/>
        <w:t>f 6598/3071/2485 6670/3132/2540 6597/3072/2486</w:t>
        <w:br/>
        <w:t>f 6397/2934/2370 6672/3133/2541 6671/3134/2542</w:t>
        <w:br/>
        <w:t>f 6418/2935/2371 6397/2934/2370 6671/3134/2542</w:t>
        <w:br/>
        <w:t>f 6669/3130/2538 6670/3132/2540 6677/3135/2543</w:t>
        <w:br/>
        <w:t>f 6676/3136/2544 6669/3130/2538 6677/3135/2543</w:t>
        <w:br/>
        <w:t>f 6668/3131/2539 6669/3130/2538 6676/3136/2544</w:t>
        <w:br/>
        <w:t>f 6678/3137/2545 6668/3131/2539 6676/3136/2544</w:t>
        <w:br/>
        <w:t>f 6672/3133/2541 6680/3138/2546 6679/3139/2547</w:t>
        <w:br/>
        <w:t>f 6671/3134/2542 6672/3133/2541 6679/3139/2547</w:t>
        <w:br/>
        <w:t>f 6684/3140/2548 6683/3141/2549 6676/3136/2544</w:t>
        <w:br/>
        <w:t>f 6677/3135/2543 6684/3140/2548 6676/3136/2544</w:t>
        <w:br/>
        <w:t>f 6685/3142/2550 6684/3140/2548 6677/3135/2543</w:t>
        <w:br/>
        <w:t>f 6680/3138/2546 6685/3142/2550 6677/3135/2543</w:t>
        <w:br/>
        <w:t>f 6678/3137/2545 6676/3136/2544 6683/3141/2549</w:t>
        <w:br/>
        <w:t>f 6695/3143/2551 6678/3137/2545 6683/3141/2549</w:t>
        <w:br/>
        <w:t>f 6700/3144/2552 6701/3145/2553 6705/3146/2554</w:t>
        <w:br/>
        <w:t>f 6704/3147/2555 6700/3144/2552 6705/3146/2554</w:t>
        <w:br/>
        <w:t>f 6703/3148/2556 6700/3144/2552 6704/3147/2555</w:t>
        <w:br/>
        <w:t>f 6706/3149/2557 6703/3148/2556 6704/3147/2555</w:t>
        <w:br/>
        <w:t>f 6710/3150/2558 6709/3151/2558 6708/3152/2559</w:t>
        <w:br/>
        <w:t>f 6707/3153/2559 6710/3150/2558 6708/3152/2559</w:t>
        <w:br/>
        <w:t>f 6708/3152/2559 6712/3154/2560 6711/3155/2561</w:t>
        <w:br/>
        <w:t>f 6707/3153/2559 6708/3152/2559 6711/3155/2561</w:t>
        <w:br/>
        <w:t>f 6663/3128/2536 6699/3156/2562 6712/3154/2563</w:t>
        <w:br/>
        <w:t>f 6666/3129/2537 6663/3128/2536 6712/3154/2563</w:t>
        <w:br/>
        <w:t>f 6714/3157/2564 6713/3158/2565 6706/3149/2557</w:t>
        <w:br/>
        <w:t>f 6704/3147/2555 6714/3157/2564 6706/3149/2557</w:t>
        <w:br/>
        <w:t>f 6715/3159/2566 6714/3157/2564 6704/3147/2555</w:t>
        <w:br/>
        <w:t>f 6705/3146/2554 6715/3159/2566 6704/3147/2555</w:t>
        <w:br/>
        <w:t>f 6714/3157/2564 6715/3159/2566 6719/3160/2567</w:t>
        <w:br/>
        <w:t>f 6722/3161/2568 6721/3162/2569 6720/3163/2569</w:t>
        <w:br/>
        <w:t>f 6714/3157/2564 6722/3161/2568 6720/3163/2569</w:t>
        <w:br/>
        <w:t>f 6706/3149/2557 6725/3164/2570 6724/3165/2571</w:t>
        <w:br/>
        <w:t>f 6723/3166/2572 6706/3149/2557 6724/3165/2571</w:t>
        <w:br/>
        <w:t>f 6727/3167/2573 6726/3168/2573 6723/3166/2572</w:t>
        <w:br/>
        <w:t>f 6724/3165/2571 6727/3167/2573 6723/3166/2572</w:t>
        <w:br/>
        <w:t>f 6655/3118/2526 6726/3168/2573 6727/3167/2573</w:t>
        <w:br/>
        <w:t>f 6656/3117/2525 6655/3118/2526 6727/3167/2573</w:t>
        <w:br/>
        <w:t>f 6729/3169/2574 6658/3119/2527 6656/3117/2575</w:t>
        <w:br/>
        <w:t>f 6728/3170/2574 6729/3169/2574 6656/3117/2575</w:t>
        <w:br/>
        <w:t>f 6731/3171/2576 6729/3169/2574 6728/3170/2574</w:t>
        <w:br/>
        <w:t>f 6730/3172/2576 6731/3171/2576 6728/3170/2574</w:t>
        <w:br/>
        <w:t>f 6733/3173/2577 6731/3171/2576 6730/3172/2576</w:t>
        <w:br/>
        <w:t>f 6732/3174/2577 6733/3173/2577 6730/3172/2576</w:t>
        <w:br/>
        <w:t>f 6738/3175/2578 6737/3176/2579 6736/3177/2580</w:t>
        <w:br/>
        <w:t>f 6735/3178/2580 6738/3175/2578 6736/3177/2580</w:t>
        <w:br/>
        <w:t>f 6695/3143/2551 6683/3141/2549 6705/3146/2554</w:t>
        <w:br/>
        <w:t>f 6701/3145/2553 6695/3143/2551 6705/3146/2554</w:t>
        <w:br/>
        <w:t>f 6715/3159/2566 6705/3146/2554 6683/3141/2549</w:t>
        <w:br/>
        <w:t>f 6684/3140/2548 6715/3159/2566 6683/3141/2549</w:t>
        <w:br/>
        <w:t>f 6742/3179/2581 6741/3180/2582 6740/3181/2583</w:t>
        <w:br/>
        <w:t>f 6739/3182/2584 6742/3179/2581 6740/3181/2583</w:t>
        <w:br/>
        <w:t>f 6739/3182/2584 6744/3183/2585 6743/3184/2586</w:t>
        <w:br/>
        <w:t>f 6742/3179/2581 6739/3182/2584 6743/3184/2586</w:t>
        <w:br/>
        <w:t>f 6746/3185/2587 6737/3176/2579 6738/3175/2578</w:t>
        <w:br/>
        <w:t>f 6745/3186/2587 6746/3185/2587 6738/3175/2578</w:t>
        <w:br/>
        <w:t>f 6746/3185/2587 6745/3186/2587 6748/3187/2588</w:t>
        <w:br/>
        <w:t>f 6747/3188/2588 6746/3185/2587 6748/3187/2588</w:t>
        <w:br/>
        <w:t>f 6750/3189/2589 6743/3184/2586 6744/3183/2585</w:t>
        <w:br/>
        <w:t>f 6749/3190/2590 6750/3189/2589 6744/3183/2585</w:t>
        <w:br/>
        <w:t>f 6752/3191/2591 6747/3188/2588 6748/3187/2588</w:t>
        <w:br/>
        <w:t>f 6751/3192/2591 6752/3191/2591 6748/3187/2588</w:t>
        <w:br/>
        <w:t>f 6749/3190/2590 6754/3193/2592 6753/3194/2593</w:t>
        <w:br/>
        <w:t>f 6750/3189/2589 6749/3190/2590 6753/3194/2593</w:t>
        <w:br/>
        <w:t>f 6756/3195/2594 6752/3191/2591 6751/3192/2591</w:t>
        <w:br/>
        <w:t>f 6755/3196/2594 6756/3195/2594 6751/3192/2591</w:t>
        <w:br/>
        <w:t>f 6758/3197/2595 6753/3194/2593 6754/3193/2592</w:t>
        <w:br/>
        <w:t>f 6757/3198/2595 6758/3197/2595 6754/3193/2592</w:t>
        <w:br/>
        <w:t>f 6760/3199/2596 6756/3195/2594 6755/3196/2594</w:t>
        <w:br/>
        <w:t>f 6759/3200/2596 6760/3199/2596 6755/3196/2594</w:t>
        <w:br/>
        <w:t>f 6760/3199/2596 6759/3200/2596 6762/3201/2597</w:t>
        <w:br/>
        <w:t>f 6761/3202/2597 6760/3199/2596 6762/3201/2597</w:t>
        <w:br/>
        <w:t>f 6764/3203/2598 6758/3197/2595 6757/3198/2595</w:t>
        <w:br/>
        <w:t>f 6763/3204/2599 6764/3203/2598 6757/3198/2595</w:t>
        <w:br/>
        <w:t>f 6766/3205/2600 6765/3206/2600 6764/3203/2598</w:t>
        <w:br/>
        <w:t>f 6763/3204/2599 6766/3205/2600 6764/3203/2598</w:t>
        <w:br/>
        <w:t>f 6770/3207/2601 6769/3208/2602 6768/3209/2603</w:t>
        <w:br/>
        <w:t>f 6767/3210/2601 6770/3207/2601 6768/3209/2603</w:t>
        <w:br/>
        <w:t>f 6772/3211/2604 6771/3212/2604 6768/3209/2603</w:t>
        <w:br/>
        <w:t>f 6769/3208/2602 6772/3211/2604 6768/3209/2603</w:t>
        <w:br/>
        <w:t>f 6767/3210/2601 6774/3213/2605 6773/3214/2605</w:t>
        <w:br/>
        <w:t>f 6770/3207/2601 6767/3210/2601 6773/3214/2605</w:t>
        <w:br/>
        <w:t>f 6744/3183/2585 6776/3215/2606 6775/3216/2607</w:t>
        <w:br/>
        <w:t>f 6749/3190/2590 6744/3183/2585 6775/3216/2607</w:t>
        <w:br/>
        <w:t>f 6784/3217/2608 6776/3215/2606 6744/3183/2585</w:t>
        <w:br/>
        <w:t>f 6739/3182/2584 6784/3217/2608 6744/3183/2585</w:t>
        <w:br/>
        <w:t>f 6713/3158/2565 6725/3164/2570 6706/3149/2557</w:t>
        <w:br/>
        <w:t>f 7090/3218/2609 7089/3219/2609 7088/3220/2610</w:t>
        <w:br/>
        <w:t>f 7087/3221/2610 7090/3218/2609 7088/3220/2610</w:t>
        <w:br/>
        <w:t>f 7092/3222/2611 7091/3223/2611 7089/3219/2609</w:t>
        <w:br/>
        <w:t>f 7090/3218/2609 7092/3222/2611 7089/3219/2609</w:t>
        <w:br/>
        <w:t>f 7094/3224/2612 7093/3225/2613 7091/3223/2611</w:t>
        <w:br/>
        <w:t>f 7092/3222/2611 7094/3224/2612 7091/3223/2611</w:t>
        <w:br/>
        <w:t>f 6543/3037/2457 6544/3036/2457 7093/3225/2613</w:t>
        <w:br/>
        <w:t>f 7094/3224/2612 6543/3037/2457 7093/3225/2613</w:t>
        <w:br/>
        <w:t>f 6714/3157/2564 6719/3160/2567 6722/3161/2568</w:t>
        <w:br/>
        <w:t>f 6739/3182/2584 6740/3181/2583 7097/3226/2614</w:t>
        <w:br/>
        <w:t>f 6784/3217/2608 6739/3182/2584 7097/3226/2614</w:t>
        <w:br/>
        <w:t>f 6717/3227/2615 6715/3159/2566 6684/3140/2548</w:t>
        <w:br/>
        <w:t>f 6685/3142/2550 6717/3227/2615 6684/3140/2548</w:t>
        <w:br/>
        <w:t>f 7101/3228/2616 7100/3229/2617 7099/3230/2617</w:t>
        <w:br/>
        <w:t>f 7098/3231/2616 7101/3228/2616 7099/3230/2617</w:t>
        <w:br/>
        <w:t>f 6749/3190/2590 7102/3232/2618 6754/3193/2592</w:t>
        <w:br/>
        <w:t>f 7104/3233/2619 7103/3234/2620 6773/3214/2605</w:t>
        <w:br/>
        <w:t>f 6774/3213/2605 7104/3233/2619 6773/3214/2605</w:t>
        <w:br/>
        <w:t>f 7102/3232/2618 6749/3190/2590 7107/3235/2621</w:t>
        <w:br/>
        <w:t>f 7106/3236/2622 7102/3232/2618 7107/3235/2621</w:t>
        <w:br/>
        <w:t>f 7109/3237/2623 7103/3234/2620 7104/3233/2619</w:t>
        <w:br/>
        <w:t>f 7108/3238/2624 7109/3237/2623 7104/3233/2619</w:t>
        <w:br/>
        <w:t>f 7113/3239/2625 7112/3240/2625 7111/3241/2626</w:t>
        <w:br/>
        <w:t>f 7110/3242/2626 7113/3239/2625 7111/3241/2626</w:t>
        <w:br/>
        <w:t>f 7114/3243/2627 7112/3240/2625 7113/3239/2625</w:t>
        <w:br/>
        <w:t>f 7110/3242/2626 7111/3241/2626 7101/3228/2616</w:t>
        <w:br/>
        <w:t>f 7098/3231/2616 7110/3242/2626 7101/3228/2616</w:t>
        <w:br/>
        <w:t>f 7116/3244/2628 7106/3236/2622 7107/3235/2621</w:t>
        <w:br/>
        <w:t>f 6687/3245/2629 7118/3246/2630 7117/3247/2631</w:t>
        <w:br/>
        <w:t>f 7108/3238/2624 7118/3246/2630 6689/3248/2632</w:t>
        <w:br/>
        <w:t>f 6692/3249/2633 7108/3238/2624 6689/3248/2632</w:t>
        <w:br/>
        <w:t>f 6687/3245/2629 6689/3248/2632 7118/3246/2630</w:t>
        <w:br/>
        <w:t>f 7116/3244/2628 7117/3247/2631 7118/3246/2630</w:t>
        <w:br/>
        <w:t>f 7116/3244/2628 7118/3246/2630 7106/3236/2622</w:t>
        <w:br/>
        <w:t>f 6715/3159/2566 6717/3227/2615 6719/3160/2567</w:t>
        <w:br/>
        <w:t>f 5512/2632/2085 5515/2635/2088 5511/2633/2086</w:t>
        <w:br/>
        <w:t>f 5745/2746/2193 5719/2720/2168 5712/2710/2158</w:t>
        <w:br/>
        <w:t>f 5747/2747/2194 5745/2746/2193 5712/2710/2158</w:t>
        <w:br/>
        <w:t>f 5753/2755/2202 5754/2754/2201 5759/2761/2208</w:t>
        <w:br/>
        <w:t>f 5761/2763/2210 5753/2755/2202 5759/2761/2208</w:t>
        <w:br/>
        <w:t>f 5777/2777/2225 5778/2776/2224 7166/3250/2634</w:t>
        <w:br/>
        <w:t>f 7165/3251/2634 5777/2777/2225 7166/3250/2634</w:t>
        <w:br/>
        <w:t>f 5786/2789/2237 5787/2788/2236 5760/2760/2207</w:t>
        <w:br/>
        <w:t>f 5765/2766/2213 5786/2789/2237 5760/2760/2207</w:t>
        <w:br/>
        <w:t>f 7170/3252/2635 7169/3253/2635 7168/3254/2636</w:t>
        <w:br/>
        <w:t>f 7167/3255/2636 7170/3252/2635 7168/3254/2636</w:t>
        <w:br/>
        <w:t>f 7169/3253/2635 7170/3252/2635 7172/3256/2637</w:t>
        <w:br/>
        <w:t>f 7171/3257/2638 7169/3253/2635 7172/3256/2637</w:t>
        <w:br/>
        <w:t>f 5254/2603/2056 7171/3257/2638 7172/3256/2637</w:t>
        <w:br/>
        <w:t>f 5242/2590/2043 7173/3258/2639 5523/2637/2090</w:t>
        <w:br/>
        <w:t>f 5245/2593/2046 5242/2590/2043 5523/2637/2090</w:t>
        <w:br/>
        <w:t>f 7176/3259/2640 5254/2603/2056 5538/2640/2093</w:t>
        <w:br/>
        <w:t>f 5539/2639/2092 7176/3259/2640 5538/2640/2093</w:t>
        <w:br/>
        <w:t>f 7177/3260/2641 5243/2589/2042 5256/2601/2054</w:t>
        <w:br/>
        <w:t>f 5254/2603/2056 7177/3260/2641 5256/2601/2054</w:t>
        <w:br/>
        <w:t>f 7176/3259/2640 7171/3257/2638 5254/2603/2056</w:t>
        <w:br/>
        <w:t>f 5536/2642/2095 5537/2641/2094 5899/2859/2304</w:t>
        <w:br/>
        <w:t>f 5900/2858/2304 5536/2642/2095 5899/2859/2304</w:t>
        <w:br/>
        <w:t>f 5783/2783/2231 5631/2689/2137 5638/2690/2138</w:t>
        <w:br/>
        <w:t>f 5770/2772/2219 5771/2771/2218 5793/2795/2243</w:t>
        <w:br/>
        <w:t>f 7194/3261/2642 7193/3262/2642 7192/3263/2643</w:t>
        <w:br/>
        <w:t>f 7191/3264/2643 7194/3261/2642 7192/3263/2643</w:t>
        <w:br/>
        <w:t>f 7193/3262/2642 7194/3261/2642 7196/3265/2644</w:t>
        <w:br/>
        <w:t>f 7195/3266/2644 7193/3262/2642 7196/3265/2644</w:t>
        <w:br/>
        <w:t>f 7200/3267/2645 7199/3268/2646 7198/3269/2647</w:t>
        <w:br/>
        <w:t>f 7197/3270/2645 7200/3267/2645 7198/3269/2647</w:t>
        <w:br/>
        <w:t>f 7202/3271/2648 7198/3269/2647 7199/3268/2646</w:t>
        <w:br/>
        <w:t>f 7201/3272/2648 7202/3271/2648 7199/3268/2646</w:t>
        <w:br/>
        <w:t>f 7206/3273/2649 7205/3274/2650 7204/3275/2651</w:t>
        <w:br/>
        <w:t>f 7203/3276/2652 7206/3273/2649 7204/3275/2651</w:t>
        <w:br/>
        <w:t>f 7205/3274/2650 7206/3273/2649 7207/3277/2653</w:t>
        <w:br/>
        <w:t>f 7211/3278/2654 7210/3279/2655 7209/3280/2656</w:t>
        <w:br/>
        <w:t>f 7208/3281/2657 7211/3278/2654 7209/3280/2656</w:t>
        <w:br/>
        <w:t>f 7215/3282/2658 7214/3283/2659 7213/3284/2659</w:t>
        <w:br/>
        <w:t>f 7212/3285/2660 7215/3282/2658 7213/3284/2659</w:t>
        <w:br/>
        <w:t>f 7214/3283/2659 7217/3286/2661 7216/3287/2661</w:t>
        <w:br/>
        <w:t>f 7213/3284/2659 7214/3283/2659 7216/3287/2661</w:t>
        <w:br/>
        <w:t>f 7208/3281/2657 7209/3280/2656 7219/3288/2662</w:t>
        <w:br/>
        <w:t>f 7218/3289/2663 7208/3281/2657 7219/3288/2662</w:t>
        <w:br/>
        <w:t>f 7221/3290/2664 7220/3291/2665 7218/3289/2663</w:t>
        <w:br/>
        <w:t>f 7219/3288/2662 7221/3290/2664 7218/3289/2663</w:t>
        <w:br/>
        <w:t>f 7217/3286/2661 7223/3292/2666 7222/3293/2666</w:t>
        <w:br/>
        <w:t>f 7216/3287/2661 7217/3286/2661 7222/3293/2666</w:t>
        <w:br/>
        <w:t>f 7220/3291/2665 7221/3290/2664 7225/3294/2667</w:t>
        <w:br/>
        <w:t>f 7224/3295/2668 7220/3291/2665 7225/3294/2667</w:t>
        <w:br/>
        <w:t>f 7223/3292/2666 7227/3296/2669 7226/3297/2669</w:t>
        <w:br/>
        <w:t>f 7222/3293/2666 7223/3292/2666 7226/3297/2669</w:t>
        <w:br/>
        <w:t>f 7228/3298/2670 7226/3297/2669 7227/3296/2669</w:t>
        <w:br/>
        <w:t>f 7229/3299/2671 7228/3298/2670 7227/3296/2669</w:t>
        <w:br/>
        <w:t>f 7230/3300/2672 7224/3295/2668 7225/3294/2667</w:t>
        <w:br/>
        <w:t>f 7228/3298/2670 7230/3300/2672 7225/3294/2667</w:t>
        <w:br/>
        <w:t>f 7232/3301/2673 7231/3302/2674 7230/3300/2672</w:t>
        <w:br/>
        <w:t>f 7228/3298/2670 7232/3301/2673 7230/3300/2672</w:t>
        <w:br/>
        <w:t>f 7233/3303/2675 7231/3302/2674 7232/3301/2673</w:t>
        <w:br/>
        <w:t>f 7234/3304/2676 7233/3303/2675 7232/3301/2673</w:t>
        <w:br/>
        <w:t>f 7235/3305/2677 7233/3303/2675 7234/3304/2676</w:t>
        <w:br/>
        <w:t>f 7236/3306/2678 7235/3305/2677 7234/3304/2676</w:t>
        <w:br/>
        <w:t>f 7240/3307/2679 7239/3308/2680 7238/3309/2681</w:t>
        <w:br/>
        <w:t>f 7237/3310/2681 7240/3307/2679 7238/3309/2681</w:t>
        <w:br/>
        <w:t>f 7242/3311/2682 7241/3312/2682 7237/3310/2681</w:t>
        <w:br/>
        <w:t>f 7238/3309/2681 7242/3311/2682 7237/3310/2681</w:t>
        <w:br/>
        <w:t>f 7244/3313/2683 7243/3314/2683 7241/3312/2682</w:t>
        <w:br/>
        <w:t>f 7242/3311/2682 7244/3313/2683 7241/3312/2682</w:t>
        <w:br/>
        <w:t>f 7244/3313/2683 7246/3315/2684 7245/3316/2685</w:t>
        <w:br/>
        <w:t>f 7243/3314/2683 7244/3313/2683 7245/3316/2685</w:t>
        <w:br/>
        <w:t>f 7250/3317/2686 7249/3318/2687 7248/3319/2688</w:t>
        <w:br/>
        <w:t>f 7247/3320/2689 7250/3317/2686 7248/3319/2688</w:t>
        <w:br/>
        <w:t>f 7246/3315/2684 7248/3319/2688 7249/3318/2687</w:t>
        <w:br/>
        <w:t>f 7245/3316/2685 7246/3315/2684 7249/3318/2687</w:t>
        <w:br/>
        <w:t>f 7253/3321/2690 7252/3322/2691 7246/3315/2684</w:t>
        <w:br/>
        <w:t>f 7251/3323/2692 7253/3321/2690 7246/3315/2684</w:t>
        <w:br/>
        <w:t>f 7255/3324/2693 7253/3321/2690 7251/3323/2692</w:t>
        <w:br/>
        <w:t>f 7254/3325/2694 7255/3324/2693 7251/3323/2692</w:t>
        <w:br/>
        <w:t>f 7257/3326/2695 7256/3327/2696 7255/3324/2693</w:t>
        <w:br/>
        <w:t>f 7254/3325/2694 7257/3326/2695 7255/3324/2693</w:t>
        <w:br/>
        <w:t>f 7259/3328/2697 7258/3329/2698 7256/3327/2696</w:t>
        <w:br/>
        <w:t>f 7257/3326/2695 7259/3328/2697 7256/3327/2696</w:t>
        <w:br/>
        <w:t>f 7261/3330/2699 7260/3331/2700 7258/3329/2698</w:t>
        <w:br/>
        <w:t>f 7259/3328/2697 7261/3330/2699 7258/3329/2698</w:t>
        <w:br/>
        <w:t>f 7259/3328/2697 7262/3332/2701 7232/3301/2673</w:t>
        <w:br/>
        <w:t>f 7261/3330/2699 7259/3328/2697 7232/3301/2673</w:t>
        <w:br/>
        <w:t>f 7228/3298/2670 7229/3299/2671 7260/3331/2700</w:t>
        <w:br/>
        <w:t>f 7261/3330/2699 7232/3301/2673 7228/3298/2670</w:t>
        <w:br/>
        <w:t>f 7228/3298/2670 7260/3331/2700 7261/3330/2699</w:t>
        <w:br/>
        <w:t>f 7263/3333/2702 7262/3332/2701 7257/3326/2695</w:t>
        <w:br/>
        <w:t>f 7234/3304/2676 7265/3334/2703 7264/3335/2704</w:t>
        <w:br/>
        <w:t>f 7234/3304/2676 7232/3301/2673 7262/3332/2701</w:t>
        <w:br/>
        <w:t>f 7265/3334/2703 7234/3304/2676 7262/3332/2701</w:t>
        <w:br/>
        <w:t>f 7263/3333/2702 7265/3334/2703 7262/3332/2701</w:t>
        <w:br/>
        <w:t>f 7266/3336/2705 7254/3325/2694 7251/3323/2692</w:t>
        <w:br/>
        <w:t>f 7246/3315/2684 7266/3336/2705 7251/3323/2692</w:t>
        <w:br/>
        <w:t>f 7257/3326/2695 7262/3332/2701 7259/3328/2697</w:t>
        <w:br/>
        <w:t>f 7263/3333/2702 7257/3326/2695 7254/3325/2694</w:t>
        <w:br/>
        <w:t>f 7266/3336/2705 7263/3333/2702 7254/3325/2694</w:t>
        <w:br/>
        <w:t>f 7268/3337/2706 7267/3338/2707 7247/3320/2689</w:t>
        <w:br/>
        <w:t>f 7252/3322/2691 7268/3337/2706 7247/3320/2689</w:t>
        <w:br/>
        <w:t>f 7253/3321/2690 7269/3339/2708 7268/3337/2706</w:t>
        <w:br/>
        <w:t>f 7252/3322/2691 7253/3321/2690 7268/3337/2706</w:t>
        <w:br/>
        <w:t>f 7255/3324/2693 7270/3340/2709 7269/3339/2708</w:t>
        <w:br/>
        <w:t>f 7253/3321/2690 7255/3324/2693 7269/3339/2708</w:t>
        <w:br/>
        <w:t>f 7270/3340/2709 7255/3324/2693 7256/3327/2696</w:t>
        <w:br/>
        <w:t>f 7271/3341/2710 7270/3340/2709 7256/3327/2696</w:t>
        <w:br/>
        <w:t>f 7271/3341/2710 7256/3327/2696 7258/3329/2698</w:t>
        <w:br/>
        <w:t>f 7272/3342/2711 7271/3341/2710 7258/3329/2698</w:t>
        <w:br/>
        <w:t>f 7260/3331/2700 7229/3299/2671 7272/3342/2711</w:t>
        <w:br/>
        <w:t>f 7258/3329/2698 7260/3331/2700 7272/3342/2711</w:t>
        <w:br/>
        <w:t>f 7275/3343/2712 7274/3344/2713 7273/3345/2714</w:t>
        <w:br/>
        <w:t>f 7276/3346/2715 7275/3343/2712 7273/3345/2714</w:t>
        <w:br/>
        <w:t>f 7280/3347/2716 7279/3348/2716 7278/3349/2716</w:t>
        <w:br/>
        <w:t>f 7277/3350/2717 7280/3347/2716 7278/3349/2716</w:t>
        <w:br/>
        <w:t>f 7274/3344/2713 7277/3350/2717 7273/3345/2714</w:t>
        <w:br/>
        <w:t>f 7276/3346/2715 7273/3345/2714 7282/3351/2718</w:t>
        <w:br/>
        <w:t>f 7281/3352/2719 7276/3346/2715 7282/3351/2718</w:t>
        <w:br/>
        <w:t>f 7284/3353/2720 7283/3354/2721 7276/3346/2715</w:t>
        <w:br/>
        <w:t>f 7281/3352/2719 7284/3353/2720 7276/3346/2715</w:t>
        <w:br/>
        <w:t>f 7285/3355/2722 7275/3343/2712 7276/3346/2715</w:t>
        <w:br/>
        <w:t>f 7283/3354/2721 7285/3355/2722 7276/3346/2715</w:t>
        <w:br/>
        <w:t>f 7283/3354/2721 7287/3356/2723 7286/3357/2724</w:t>
        <w:br/>
        <w:t>f 7285/3355/2722 7283/3354/2721 7286/3357/2724</w:t>
        <w:br/>
        <w:t>f 7283/3354/2721 7284/3353/2720 7288/3358/2725</w:t>
        <w:br/>
        <w:t>f 7287/3356/2723 7283/3354/2721 7288/3358/2725</w:t>
        <w:br/>
        <w:t>f 7287/3356/2723 7290/3359/2726 7289/3360/2727</w:t>
        <w:br/>
        <w:t>f 7286/3357/2724 7287/3356/2723 7289/3360/2727</w:t>
        <w:br/>
        <w:t>f 7287/3356/2723 7288/3358/2725 7291/3361/2728</w:t>
        <w:br/>
        <w:t>f 7290/3359/2726 7287/3356/2723 7291/3361/2728</w:t>
        <w:br/>
        <w:t>f 7289/3360/2727 7293/3362/2729 7292/3363/2729</w:t>
        <w:br/>
        <w:t>f 7286/3357/2724 7289/3360/2727 7292/3363/2729</w:t>
        <w:br/>
        <w:t>f 7292/3363/2729 7294/3364/2729 7285/3355/2722</w:t>
        <w:br/>
        <w:t>f 7286/3357/2724 7292/3363/2729 7285/3355/2722</w:t>
        <w:br/>
        <w:t>f 7296/3365/2729 7275/3343/2712 7285/3355/2722</w:t>
        <w:br/>
        <w:t>f 7295/3366/2729 7296/3365/2729 7285/3355/2722</w:t>
        <w:br/>
        <w:t>f 7275/3343/2712 7296/3365/2729 7274/3344/2713</w:t>
        <w:br/>
        <w:t>f 7285/3355/2722 7294/3364/2729 7297/3367/2729</w:t>
        <w:br/>
        <w:t>f 7295/3366/2729 7285/3355/2722 7297/3367/2729</w:t>
        <w:br/>
        <w:t>f 7300/3368/2730 7299/3369/2731 7298/3370/2732</w:t>
        <w:br/>
        <w:t>f 7300/3368/2730 7302/3371/2733 7301/3372/2734</w:t>
        <w:br/>
        <w:t>f 7299/3369/2731 7300/3368/2730 7301/3372/2734</w:t>
        <w:br/>
        <w:t>f 7298/3370/2732 7299/3369/2731 7304/3373/2735</w:t>
        <w:br/>
        <w:t>f 7303/3374/2736 7298/3370/2732 7304/3373/2735</w:t>
        <w:br/>
        <w:t>f 7233/3303/2675 7304/3373/2735 7305/3375/2737</w:t>
        <w:br/>
        <w:t>f 7231/3302/2674 7233/3303/2675 7305/3375/2737</w:t>
        <w:br/>
        <w:t>f 7306/3376/2738 7224/3295/2668 7230/3300/2672</w:t>
        <w:br/>
        <w:t>f 7305/3375/2737 7306/3376/2738 7230/3300/2672</w:t>
        <w:br/>
        <w:t>f 7231/3302/2674 7305/3375/2737 7230/3300/2672</w:t>
        <w:br/>
        <w:t>f 7308/3377/2739 7307/3378/2740 7220/3291/2665</w:t>
        <w:br/>
        <w:t>f 7224/3295/2668 7308/3377/2739 7220/3291/2665</w:t>
        <w:br/>
        <w:t>f 7310/3379/2741 7309/3380/2742 7203/3276/2652</w:t>
        <w:br/>
        <w:t>f 7204/3275/2651 7310/3379/2741 7203/3276/2652</w:t>
        <w:br/>
        <w:t>f 7312/3381/2743 7305/3375/2737 7304/3373/2735</w:t>
        <w:br/>
        <w:t>f 7311/3382/2744 7312/3381/2743 7304/3373/2735</w:t>
        <w:br/>
        <w:t>f 7313/3383/2745 7312/3381/2743 7311/3382/2744</w:t>
        <w:br/>
        <w:t>f 7317/3384/2746 7316/3385/2746 7315/3386/2747</w:t>
        <w:br/>
        <w:t>f 7314/3387/2748 7317/3384/2746 7315/3386/2747</w:t>
        <w:br/>
        <w:t>f 7319/3388/2749 7318/3389/2750 7314/3387/2748</w:t>
        <w:br/>
        <w:t>f 7315/3386/2747 7319/3388/2749 7314/3387/2748</w:t>
        <w:br/>
        <w:t>f 7321/3390/2751 7318/3389/2750 7319/3388/2749</w:t>
        <w:br/>
        <w:t>f 7320/3391/2752 7321/3390/2751 7319/3388/2749</w:t>
        <w:br/>
        <w:t>f 7320/3391/2752 7323/3392/2753 7322/3393/2754</w:t>
        <w:br/>
        <w:t>f 7321/3390/2751 7320/3391/2752 7322/3393/2754</w:t>
        <w:br/>
        <w:t>f 7327/3394/2755 7326/3395/2756 7325/3396/2757</w:t>
        <w:br/>
        <w:t>f 7324/3397/2758 7327/3394/2755 7325/3396/2757</w:t>
        <w:br/>
        <w:t>f 7331/3398/2759 7330/3399/2760 7329/3400/2761</w:t>
        <w:br/>
        <w:t>f 7328/3401/2759 7331/3398/2759 7329/3400/2761</w:t>
        <w:br/>
        <w:t>f 7330/3399/2760 7332/3402/2762 7325/3396/2757</w:t>
        <w:br/>
        <w:t>f 7326/3395/2756 7330/3399/2760 7325/3396/2757</w:t>
        <w:br/>
        <w:t>f 7334/3403/2763 7331/3398/2759 7328/3401/2759</w:t>
        <w:br/>
        <w:t>f 7333/3404/2764 7334/3403/2763 7328/3401/2759</w:t>
        <w:br/>
        <w:t>f 7340/3405/2765 7329/3400/2761 7330/3399/2760</w:t>
        <w:br/>
        <w:t>f 7339/3406/2766 7340/3405/2765 7330/3399/2760</w:t>
        <w:br/>
        <w:t>f 7339/3406/2766 7330/3399/2760 7326/3395/2756</w:t>
        <w:br/>
        <w:t>f 7341/3407/2767 7339/3406/2766 7326/3395/2756</w:t>
        <w:br/>
        <w:t>f 7342/3408/2768 7341/3407/2767 7326/3395/2756</w:t>
        <w:br/>
        <w:t>f 7327/3394/2755 7342/3408/2768 7326/3395/2756</w:t>
        <w:br/>
        <w:t>f 7344/3409/2769 7343/3410/2770 7323/3392/2753</w:t>
        <w:br/>
        <w:t>f 7320/3391/2752 7344/3409/2769 7323/3392/2753</w:t>
        <w:br/>
        <w:t>f 7346/3411/2771 7345/3412/2772 7341/3407/2767</w:t>
        <w:br/>
        <w:t>f 7342/3408/2768 7346/3411/2771 7341/3407/2767</w:t>
        <w:br/>
        <w:t>f 7345/3412/2772 7347/3413/2773 7339/3406/2766</w:t>
        <w:br/>
        <w:t>f 7341/3407/2767 7345/3412/2772 7339/3406/2766</w:t>
        <w:br/>
        <w:t>f 7340/3405/2765 7339/3406/2766 7347/3413/2773</w:t>
        <w:br/>
        <w:t>f 7348/3414/2774 7340/3405/2765 7347/3413/2773</w:t>
        <w:br/>
        <w:t>f 7352/3415/2775 7351/3416/2776 7350/3417/2775</w:t>
        <w:br/>
        <w:t>f 7349/3418/2777 7352/3415/2775 7350/3417/2775</w:t>
        <w:br/>
        <w:t>f 7353/3419/2778 7340/3405/2765 7348/3414/2774</w:t>
        <w:br/>
        <w:t>f 7351/3416/2779 7353/3419/2778 7348/3414/2774</w:t>
        <w:br/>
        <w:t>f 7349/3418/2777 7348/3414/2780 7355/3420/2781</w:t>
        <w:br/>
        <w:t>f 7354/3421/2782 7349/3418/2777 7355/3420/2781</w:t>
        <w:br/>
        <w:t>f 7347/3413/2773 7357/3422/2783 7356/3423/2784</w:t>
        <w:br/>
        <w:t>f 7348/3414/2774 7347/3413/2773 7356/3423/2784</w:t>
        <w:br/>
        <w:t>f 7345/3412/2772 7357/3422/2783 7347/3413/2773</w:t>
        <w:br/>
        <w:t>f 7345/3412/2772 7346/3411/2771 7358/3424/2785</w:t>
        <w:br/>
        <w:t>f 7357/3422/2783 7345/3412/2772 7358/3424/2785</w:t>
        <w:br/>
        <w:t>f 7355/3420/2781 7357/3422/2783 7359/3425/2786</w:t>
        <w:br/>
        <w:t>f 7354/3421/2782 7355/3420/2781 7359/3425/2786</w:t>
        <w:br/>
        <w:t>f 7360/3426/2787 7359/3425/2786 7357/3422/2783</w:t>
        <w:br/>
        <w:t>f 7358/3424/2785 7360/3426/2787 7357/3422/2783</w:t>
        <w:br/>
        <w:t>f 7362/3427/2788 7343/3410/2770 7344/3409/2769</w:t>
        <w:br/>
        <w:t>f 7361/3428/2789 7362/3427/2788 7344/3409/2769</w:t>
        <w:br/>
        <w:t>f 7364/3429/2790 7362/3427/2788 7361/3428/2789</w:t>
        <w:br/>
        <w:t>f 7363/3430/2791 7364/3429/2790 7361/3428/2789</w:t>
        <w:br/>
        <w:t>f 7361/3428/2789 7344/3409/2769 7366/3431/2792</w:t>
        <w:br/>
        <w:t>f 7365/3432/2793 7361/3428/2789 7366/3431/2792</w:t>
        <w:br/>
        <w:t>f 7369/3433/2794 7363/3430/2791 7368/3434/2795</w:t>
        <w:br/>
        <w:t>f 7367/3435/2796 7369/3433/2794 7368/3434/2795</w:t>
        <w:br/>
        <w:t>f 7361/3428/2789 7365/3432/2793 7368/3434/2795</w:t>
        <w:br/>
        <w:t>f 7363/3430/2791 7361/3428/2789 7368/3434/2795</w:t>
        <w:br/>
        <w:t>f 7320/3391/2752 7319/3388/2749 7366/3431/2792</w:t>
        <w:br/>
        <w:t>f 7344/3409/2769 7320/3391/2752 7366/3431/2792</w:t>
        <w:br/>
        <w:t>f 7371/3436/2797 7370/3437/2798 7365/3432/2793</w:t>
        <w:br/>
        <w:t>f 7366/3431/2792 7371/3436/2797 7365/3432/2793</w:t>
        <w:br/>
        <w:t>f 7367/3435/2796 7368/3434/2795 7373/3438/2799</w:t>
        <w:br/>
        <w:t>f 7372/3439/2800 7367/3435/2796 7373/3438/2799</w:t>
        <w:br/>
        <w:t>f 7365/3432/2793 7370/3437/2798 7374/3440/2801</w:t>
        <w:br/>
        <w:t>f 7368/3434/2795 7365/3432/2793 7374/3440/2801</w:t>
        <w:br/>
        <w:t>f 7319/3388/2749 7315/3386/2747 7371/3436/2797</w:t>
        <w:br/>
        <w:t>f 7366/3431/2792 7319/3388/2749 7371/3436/2797</w:t>
        <w:br/>
        <w:t>f 7377/3441/2802 7376/3442/2803 7375/3443/2804</w:t>
        <w:br/>
        <w:t>f 7374/3440/2801 7377/3441/2802 7375/3443/2804</w:t>
        <w:br/>
        <w:t>f 7376/3442/2803 7371/3436/2797 7315/3386/2747</w:t>
        <w:br/>
        <w:t>f 7203/3276/2652 7376/3442/2803 7315/3386/2747</w:t>
        <w:br/>
        <w:t>f 7373/3438/2799 7379/3444/2805 7378/3445/2806</w:t>
        <w:br/>
        <w:t>f 7378/3445/2806 7372/3439/2800 7373/3438/2799</w:t>
        <w:br/>
        <w:t>f 7203/3276/2652 7380/3446/2807 7376/3442/2803</w:t>
        <w:br/>
        <w:t>f 7370/3437/2798 7371/3436/2797 7376/3442/2803</w:t>
        <w:br/>
        <w:t>f 7378/3445/2806 7379/3444/2805 7382/3447/2808</w:t>
        <w:br/>
        <w:t>f 7381/3448/2809 7378/3445/2806 7382/3447/2808</w:t>
        <w:br/>
        <w:t>f 7384/3449/2810 7381/3448/2809 7382/3447/2808</w:t>
        <w:br/>
        <w:t>f 7383/3450/2811 7384/3449/2810 7382/3447/2808</w:t>
        <w:br/>
        <w:t>f 7383/3450/2811 7386/3451/2812 7385/3452/2813</w:t>
        <w:br/>
        <w:t>f 7384/3449/2810 7383/3450/2811 7385/3452/2813</w:t>
        <w:br/>
        <w:t>f 7388/3453/2814 7385/3452/2813 7386/3451/2812</w:t>
        <w:br/>
        <w:t>f 7387/3454/2815 7388/3453/2814 7386/3451/2812</w:t>
        <w:br/>
        <w:t>f 7389/3455/2807 7375/3443/2804 7380/3446/2807</w:t>
        <w:br/>
        <w:t>f 7380/3446/2807 7375/3443/2804 7376/3442/2803</w:t>
        <w:br/>
        <w:t>f 7391/3456/2807 7380/3446/2807 7390/3457/2807</w:t>
        <w:br/>
        <w:t>f 7380/3446/2807 7309/3380/2742 7390/3457/2807</w:t>
        <w:br/>
        <w:t>f 7390/3457/2807 7309/3380/2742 7313/3383/2745</w:t>
        <w:br/>
        <w:t>f 7395/3458/2816 7394/3459/2816 7393/3460/2817</w:t>
        <w:br/>
        <w:t>f 7392/3461/2818 7395/3458/2816 7393/3460/2817</w:t>
        <w:br/>
        <w:t>f 7399/3462/2819 7398/3463/2820 7397/3464/2821</w:t>
        <w:br/>
        <w:t>f 7396/3465/2822 7399/3462/2819 7397/3464/2821</w:t>
        <w:br/>
        <w:t>f 7398/3463/2820 7401/3466/2823 7400/3467/2824</w:t>
        <w:br/>
        <w:t>f 7397/3464/2821 7398/3463/2820 7400/3467/2824</w:t>
        <w:br/>
        <w:t>f 7401/3466/2823 7403/3468/2825 7402/3469/2826</w:t>
        <w:br/>
        <w:t>f 7400/3467/2824 7401/3466/2823 7402/3469/2826</w:t>
        <w:br/>
        <w:t>f 7403/3468/2825 7405/3470/2827 7404/3471/2828</w:t>
        <w:br/>
        <w:t>f 7402/3469/2826 7403/3468/2825 7404/3471/2828</w:t>
        <w:br/>
        <w:t>f 7407/3472/2829 7404/3471/2828 7405/3470/2827</w:t>
        <w:br/>
        <w:t>f 7406/3473/2830 7407/3472/2829 7405/3470/2827</w:t>
        <w:br/>
        <w:t>f 7411/3474/2831 7410/3475/2832 7409/3476/2833</w:t>
        <w:br/>
        <w:t>f 7408/3477/2834 7411/3474/2831 7409/3476/2833</w:t>
        <w:br/>
        <w:t>f 7413/3478/2835 7412/3479/2836 7410/3475/2832</w:t>
        <w:br/>
        <w:t>f 7411/3474/2831 7413/3478/2835 7410/3475/2832</w:t>
        <w:br/>
        <w:t>f 7413/3478/2835 7415/3480/2837 7414/3481/2838</w:t>
        <w:br/>
        <w:t>f 7412/3479/2836 7413/3478/2835 7414/3481/2838</w:t>
        <w:br/>
        <w:t>f 7419/3482/2839 7418/3483/2840 7417/3484/2841</w:t>
        <w:br/>
        <w:t>f 7416/3485/2842 7419/3482/2839 7417/3484/2841</w:t>
        <w:br/>
        <w:t>f 7416/3485/2842 7417/3484/2841 7421/3486/2843</w:t>
        <w:br/>
        <w:t>f 7420/3487/2844 7416/3485/2842 7421/3486/2843</w:t>
        <w:br/>
        <w:t>f 7425/3488/2845 7424/3489/2846 7423/3490/2847</w:t>
        <w:br/>
        <w:t>f 7422/3491/2848 7425/3488/2845 7423/3490/2847</w:t>
        <w:br/>
        <w:t>f 7424/3489/2846 7425/3488/2845 7420/3487/2844</w:t>
        <w:br/>
        <w:t>f 7421/3486/2843 7424/3489/2846 7420/3487/2844</w:t>
        <w:br/>
        <w:t>f 7429/3492/2849 7428/3493/2850 7427/3494/2849</w:t>
        <w:br/>
        <w:t>f 7426/3495/2850 7429/3492/2849 7427/3494/2849</w:t>
        <w:br/>
        <w:t>f 7433/3496/2851 7432/3497/2852 7431/3498/2853</w:t>
        <w:br/>
        <w:t>f 7430/3499/2854 7433/3496/2851 7431/3498/2853</w:t>
        <w:br/>
        <w:t>f 7433/3496/2851 7430/3499/2854 7435/3500/2855</w:t>
        <w:br/>
        <w:t>f 7434/3501/2856 7433/3496/2851 7435/3500/2855</w:t>
        <w:br/>
        <w:t>f 7302/3371/2733 7437/3502/2857 7436/3503/2858</w:t>
        <w:br/>
        <w:t>f 7301/3372/2734 7302/3371/2733 7436/3503/2858</w:t>
        <w:br/>
        <w:t>f 7438/3504/2859 7301/3372/2734 7423/3490/2847</w:t>
        <w:br/>
        <w:t>f 7424/3489/2846 7438/3504/2859 7423/3490/2847</w:t>
        <w:br/>
        <w:t>f 7421/3486/2843 7439/3505/2860 7438/3504/2859</w:t>
        <w:br/>
        <w:t>f 7424/3489/2846 7421/3486/2843 7438/3504/2859</w:t>
        <w:br/>
        <w:t>f 7417/3484/2841 7440/3506/2861 7439/3505/2860</w:t>
        <w:br/>
        <w:t>f 7421/3486/2843 7417/3484/2841 7439/3505/2860</w:t>
        <w:br/>
        <w:t>f 7441/3507/2862 7440/3506/2861 7417/3484/2841</w:t>
        <w:br/>
        <w:t>f 7418/3483/2840 7441/3507/2862 7417/3484/2841</w:t>
        <w:br/>
        <w:t>f 7441/3507/2862 7444/3508/2863 7443/3509/2863</w:t>
        <w:br/>
        <w:t>f 7442/3510/2864 7441/3507/2862 7443/3509/2863</w:t>
        <w:br/>
        <w:t>f 7445/3511/2865 7442/3510/2864 7410/3475/2832</w:t>
        <w:br/>
        <w:t>f 7412/3479/2836 7445/3511/2865 7410/3475/2832</w:t>
        <w:br/>
        <w:t>f 7375/3443/2866 7446/3512/2867 7379/3444/2805</w:t>
        <w:br/>
        <w:t>f 7373/3438/2799 7375/3443/2866 7379/3444/2805</w:t>
        <w:br/>
        <w:t>f 7382/3447/2808 7379/3444/2805 7446/3512/2867</w:t>
        <w:br/>
        <w:t>f 7447/3513/2868 7382/3447/2808 7446/3512/2867</w:t>
        <w:br/>
        <w:t>f 7383/3450/2811 7382/3447/2808 7447/3513/2868</w:t>
        <w:br/>
        <w:t>f 7448/3514/2869 7383/3450/2811 7447/3513/2868</w:t>
        <w:br/>
        <w:t>f 7449/3515/2870 7386/3451/2812 7383/3450/2811</w:t>
        <w:br/>
        <w:t>f 7448/3514/2869 7449/3515/2870 7383/3450/2811</w:t>
        <w:br/>
        <w:t>f 7386/3451/2812 7449/3515/2870 7450/3516/2871</w:t>
        <w:br/>
        <w:t>f 7387/3454/2815 7386/3451/2812 7450/3516/2871</w:t>
        <w:br/>
        <w:t>f 7450/3516/2871 7452/3517/2872 7451/3518/2873</w:t>
        <w:br/>
        <w:t>f 7387/3454/2815 7450/3516/2871 7451/3518/2873</w:t>
        <w:br/>
        <w:t>f 7455/3519/2874 7454/3520/2874 7453/3521/2874</w:t>
        <w:br/>
        <w:t>f 7456/3522/2875 7455/3519/2874 7453/3521/2874</w:t>
        <w:br/>
        <w:t>f 7398/3463/2820 7459/3523/2876 7458/3524/2877</w:t>
        <w:br/>
        <w:t>f 7457/3525/2878 7398/3463/2820 7458/3524/2877</w:t>
        <w:br/>
        <w:t>f 7458/3524/2877 7459/3523/2876 7460/3526/2879</w:t>
        <w:br/>
        <w:t>f 7311/3382/2744 7458/3524/2877 7460/3526/2879</w:t>
        <w:br/>
        <w:t>f 7401/3466/2823 7398/3463/2820 7457/3525/2878</w:t>
        <w:br/>
        <w:t>f 7461/3527/2880 7401/3466/2823 7457/3525/2878</w:t>
        <w:br/>
        <w:t>f 7461/3527/2880 7462/3528/2881 7403/3468/2825</w:t>
        <w:br/>
        <w:t>f 7401/3466/2823 7461/3527/2880 7403/3468/2825</w:t>
        <w:br/>
        <w:t>f 7463/3529/2882 7405/3470/2827 7403/3468/2825</w:t>
        <w:br/>
        <w:t>f 7462/3528/2881 7463/3529/2882 7403/3468/2825</w:t>
        <w:br/>
        <w:t>f 7406/3473/2830 7405/3470/2827 7463/3529/2882</w:t>
        <w:br/>
        <w:t>f 7464/3530/2883 7406/3473/2830 7463/3529/2882</w:t>
        <w:br/>
        <w:t>f 7414/3481/2838 7465/3531/2884 7445/3511/2865</w:t>
        <w:br/>
        <w:t>f 7412/3479/2836 7414/3481/2838 7445/3511/2865</w:t>
        <w:br/>
        <w:t>f 7451/3518/2873 7456/3522/2885 7394/3459/2816</w:t>
        <w:br/>
        <w:t>f 7395/3458/2816 7451/3518/2873 7394/3459/2816</w:t>
        <w:br/>
        <w:t>f 7311/3382/2744 7465/3531/2884 7466/3532/2886</w:t>
        <w:br/>
        <w:t>f 7458/3524/2877 7311/3382/2744 7466/3532/2886</w:t>
        <w:br/>
        <w:t>f 7458/3524/2877 7466/3532/2886 7467/3533/2886</w:t>
        <w:br/>
        <w:t>f 7457/3525/2878 7458/3524/2877 7467/3533/2886</w:t>
        <w:br/>
        <w:t>f 7461/3527/2880 7457/3525/2878 7467/3533/2886</w:t>
        <w:br/>
        <w:t>f 7440/3506/2861 7441/3507/2862 7442/3510/2864</w:t>
        <w:br/>
        <w:t>f 7439/3505/2860 7440/3506/2861 7442/3510/2864</w:t>
        <w:br/>
        <w:t>f 7301/3372/2734 7465/3531/2884 7299/3369/2731</w:t>
        <w:br/>
        <w:t>f 7471/3534/2887 7470/3535/2887 7469/3536/2888</w:t>
        <w:br/>
        <w:t>f 7468/3537/2889 7471/3534/2887 7469/3536/2888</w:t>
        <w:br/>
        <w:t>f 7468/3537/2889 7469/3536/2888 7473/3538/2890</w:t>
        <w:br/>
        <w:t>f 7472/3539/2890 7468/3537/2889 7473/3538/2890</w:t>
        <w:br/>
        <w:t>f 7211/3278/2654 7475/3540/2891 7474/3541/2892</w:t>
        <w:br/>
        <w:t>f 7210/3279/2655 7211/3278/2654 7474/3541/2892</w:t>
        <w:br/>
        <w:t>f 7476/3542/2893 7474/3541/2892 7475/3540/2891</w:t>
        <w:br/>
        <w:t>f 7307/3378/2740 7476/3542/2893 7475/3540/2891</w:t>
        <w:br/>
        <w:t>f 5852/2848/2293 7478/3543/2894 7477/3544/2895</w:t>
        <w:br/>
        <w:t>f 5851/2843/2288 5852/2848/2293 7477/3544/2895</w:t>
        <w:br/>
        <w:t>f 7218/3289/2663 7475/3540/2891 7208/3281/2657</w:t>
        <w:br/>
        <w:t>f 7208/3281/2657 7475/3540/2891 7211/3278/2654</w:t>
        <w:br/>
        <w:t>f 7307/3378/2740 7218/3289/2663 7220/3291/2665</w:t>
        <w:br/>
        <w:t>f 7192/3263/2643 7479/3545/2896 7310/3379/2741</w:t>
        <w:br/>
        <w:t>f 7191/3264/2643 7192/3263/2643 7310/3379/2741</w:t>
        <w:br/>
        <w:t>f 7310/3379/2741 7479/3545/2896 7480/3546/2897</w:t>
        <w:br/>
        <w:t>f 7312/3381/2743 7310/3379/2741 7480/3546/2897</w:t>
        <w:br/>
        <w:t>f 7481/3547/2898 7305/3375/2737 7312/3381/2743</w:t>
        <w:br/>
        <w:t>f 7480/3546/2897 7481/3547/2898 7312/3381/2743</w:t>
        <w:br/>
        <w:t>f 7483/3548/2899 7482/3549/2900 7306/3376/2738</w:t>
        <w:br/>
        <w:t>f 7305/3375/2737 7483/3548/2899 7306/3376/2738</w:t>
        <w:br/>
        <w:t>f 7398/3463/2820 7399/3462/2819 7459/3523/2876</w:t>
        <w:br/>
        <w:t>f 7460/3526/2879 7459/3523/2876 7399/3462/2819</w:t>
        <w:br/>
        <w:t>f 7389/3455/2807 7380/3446/2807 7491/3550/2807</w:t>
        <w:br/>
        <w:t>f 7491/3550/2807 7380/3446/2807 7492/3551/2807</w:t>
        <w:br/>
        <w:t>f 7492/3551/2807 7380/3446/2807 7391/3456/2807</w:t>
        <w:br/>
        <w:t>f 7309/3380/2742 7380/3446/2807 7203/3276/2652</w:t>
        <w:br/>
        <w:t>f 7218/3289/2663 7307/3378/2740 7475/3540/2891</w:t>
        <w:br/>
        <w:t>f 5565/2654/2901 5814/2816/2263 5815/2815/2263</w:t>
        <w:br/>
        <w:t>f 7504/3552/2902 5565/2654/2901 5815/2815/2263</w:t>
        <w:br/>
        <w:t>f 7507/3553/2903 7506/3554/2903 7505/3555/2904</w:t>
        <w:br/>
        <w:t>f 7508/3556/2905 5565/2654/2901 7504/3552/2902</w:t>
        <w:br/>
        <w:t>f 7552/3557/2906 7364/3429/2790 7363/3430/2791</w:t>
        <w:br/>
        <w:t>f 7369/3433/2794 7552/3557/2906 7363/3430/2791</w:t>
        <w:br/>
        <w:t>f 7575/3558/2907 7574/3559/2908 7573/3560/2909</w:t>
        <w:br/>
        <w:t>f 7572/3561/2910 7575/3558/2907 7573/3560/2909</w:t>
        <w:br/>
        <w:t>f 7572/3561/2910 7577/3562/2911 7576/3563/2912</w:t>
        <w:br/>
        <w:t>f 7575/3558/2907 7572/3561/2910 7576/3563/2912</w:t>
        <w:br/>
        <w:t>f 7580/3564/2913 7579/3565/2914 7578/3566/2915</w:t>
        <w:br/>
        <w:t>f 7576/3563/2912 7580/3564/2913 7578/3566/2915</w:t>
        <w:br/>
        <w:t>f 7584/3567/2916 7583/3568/2917 7582/3569/2918</w:t>
        <w:br/>
        <w:t>f 7581/3570/2919 7584/3567/2916 7582/3569/2918</w:t>
        <w:br/>
        <w:t>f 7582/3569/2918 7585/3571/2920 7581/3570/2919</w:t>
        <w:br/>
        <w:t>f 7587/3572/2921 7581/3570/2919 7585/3571/2920</w:t>
        <w:br/>
        <w:t>f 7586/3573/2922 7587/3572/2921 7585/3571/2920</w:t>
        <w:br/>
        <w:t>f 7589/3574/2923 7584/3567/2916 7581/3570/2919</w:t>
        <w:br/>
        <w:t>f 7588/3575/2924 7589/3574/2923 7581/3570/2919</w:t>
        <w:br/>
        <w:t>f 7590/3576/2925 7588/3575/2924 7581/3570/2919</w:t>
        <w:br/>
        <w:t>f 7587/3572/2921 7590/3576/2925 7581/3570/2919</w:t>
        <w:br/>
        <w:t>f 7592/3577/2926 7574/3559/2908 7575/3558/2907</w:t>
        <w:br/>
        <w:t>f 7591/3578/2927 7592/3577/2926 7575/3558/2907</w:t>
        <w:br/>
        <w:t>f 7593/3579/2928 7591/3578/2927 7575/3558/2907</w:t>
        <w:br/>
        <w:t>f 7576/3563/2912 7593/3579/2928 7575/3558/2907</w:t>
        <w:br/>
        <w:t>f 7594/3580/2929 7593/3579/2928 7576/3563/2912</w:t>
        <w:br/>
        <w:t>f 7578/3566/2915 7594/3580/2929 7576/3563/2912</w:t>
        <w:br/>
        <w:t>f 7598/3581/2930 7597/3582/2931 7596/3583/2932</w:t>
        <w:br/>
        <w:t>f 7595/3584/2930 7598/3581/2930 7596/3583/2932</w:t>
        <w:br/>
        <w:t>f 7600/3585/2933 7599/3586/2933 7598/3581/2930</w:t>
        <w:br/>
        <w:t>f 7595/3584/2930 7600/3585/2933 7598/3581/2930</w:t>
        <w:br/>
        <w:t>f 7604/3587/2934 7603/3588/2935 7602/3589/2935</w:t>
        <w:br/>
        <w:t>f 7601/3590/2936 7604/3587/2934 7602/3589/2935</w:t>
        <w:br/>
        <w:t>f 7606/3591/2937 7605/3592/2937 7599/3586/2933</w:t>
        <w:br/>
        <w:t>f 7600/3585/2933 7606/3591/2937 7599/3586/2933</w:t>
        <w:br/>
        <w:t>f 7610/3593/2938 7609/3594/2939 7608/3595/2940</w:t>
        <w:br/>
        <w:t>f 7607/3596/2941 7610/3593/2938 7608/3595/2940</w:t>
        <w:br/>
        <w:t>f 7612/3597/2942 7610/3593/2938 7607/3596/2941</w:t>
        <w:br/>
        <w:t>f 7611/3598/2943 7612/3597/2942 7607/3596/2941</w:t>
        <w:br/>
        <w:t>f 7616/3599/2944 7615/3600/2945 7614/3601/2946</w:t>
        <w:br/>
        <w:t>f 7613/3602/2947 7616/3599/2944 7614/3601/2946</w:t>
        <w:br/>
        <w:t>f 7614/3601/2946 7615/3600/2945 7608/3595/2940</w:t>
        <w:br/>
        <w:t>f 7609/3594/2939 7614/3601/2946 7608/3595/2940</w:t>
        <w:br/>
        <w:t>f 7613/3602/2947 7618/3603/2948 7617/3604/2949</w:t>
        <w:br/>
        <w:t>f 7616/3599/2944 7613/3602/2947 7617/3604/2949</w:t>
        <w:br/>
        <w:t>f 7620/3605/2950 7619/3606/2951 7617/3604/2949</w:t>
        <w:br/>
        <w:t>f 7618/3603/2948 7620/3605/2950 7617/3604/2949</w:t>
        <w:br/>
        <w:t>f 7624/3607/2952 7623/3608/2953 7622/3609/2954</w:t>
        <w:br/>
        <w:t>f 7621/3610/2955 7624/3607/2952 7622/3609/2954</w:t>
        <w:br/>
        <w:t>f 7628/3611/2956 7627/3612/2957 7626/3613/2958</w:t>
        <w:br/>
        <w:t>f 7625/3614/2959 7628/3611/2956 7626/3613/2958</w:t>
        <w:br/>
        <w:t>f 7625/3614/2959 7626/3613/2958 7622/3609/2954</w:t>
        <w:br/>
        <w:t>f 7623/3608/2953 7625/3614/2959 7622/3609/2954</w:t>
        <w:br/>
        <w:t>f 7632/3615/2960 7631/3616/2961 7630/3617/2962</w:t>
        <w:br/>
        <w:t>f 7629/3618/2963 7632/3615/2960 7630/3617/2962</w:t>
        <w:br/>
        <w:t>f 7629/3618/2963 7630/3617/2962 7633/3619/2964</w:t>
        <w:br/>
        <w:t>f 7611/3598/2943 7635/3620/2965 7634/3621/2966</w:t>
        <w:br/>
        <w:t>f 7612/3597/2942 7611/3598/2943 7634/3621/2966</w:t>
        <w:br/>
        <w:t>f 7637/3622/2967 7601/3590/2968 7636/3623/2969</w:t>
        <w:br/>
        <w:t>f 7639/3624/2960 7636/3623/2969 7638/3625/2917</w:t>
        <w:br/>
        <w:t>f 7601/3590/2968 7638/3625/2917 7636/3623/2969</w:t>
        <w:br/>
        <w:t>f 7642/3626/2970 7641/3627/2971 7636/3623/2969</w:t>
        <w:br/>
        <w:t>f 7640/3628/2972 7642/3626/2970 7636/3623/2969</w:t>
        <w:br/>
        <w:t>f 7641/3627/2971 7642/3626/2970 7644/3629/2973</w:t>
        <w:br/>
        <w:t>f 7643/3630/2974 7641/3627/2971 7644/3629/2973</w:t>
        <w:br/>
        <w:t>f 7646/3631/2975 7645/3632/2976 7643/3630/2974</w:t>
        <w:br/>
        <w:t>f 7644/3629/2973 7646/3631/2975 7643/3630/2974</w:t>
        <w:br/>
        <w:t>f 7648/3633/2977 7643/3630/2974 7647/3634/2978</w:t>
        <w:br/>
        <w:t>f 7650/3635/2979 7649/3636/2941 7643/3630/2974</w:t>
        <w:br/>
        <w:t>f 7643/3630/2974 7649/3636/2941 7647/3634/2978</w:t>
        <w:br/>
        <w:t>f 7652/3637/2980 7642/3626/2970 7640/3628/2972</w:t>
        <w:br/>
        <w:t>f 7651/3638/2981 7652/3637/2980 7640/3628/2972</w:t>
        <w:br/>
        <w:t>f 7644/3629/2973 7642/3626/2970 7652/3637/2980</w:t>
        <w:br/>
        <w:t>f 7646/3631/2975 7644/3629/2973 7652/3637/2980</w:t>
        <w:br/>
        <w:t>f 7654/3639/2963 7653/3640/2982 7651/3638/2981</w:t>
        <w:br/>
        <w:t>f 7639/3624/2960 7654/3639/2963 7651/3638/2981</w:t>
        <w:br/>
        <w:t>f 7646/3631/2975 7656/3641/2983 7655/3642/2984</w:t>
        <w:br/>
        <w:t>f 7650/3635/2979 7646/3631/2975 7655/3642/2984</w:t>
        <w:br/>
        <w:t>f 7652/3637/2980 7651/3638/2981 7653/3640/2982</w:t>
        <w:br/>
        <w:t>f 7657/3643/2985 7652/3637/2980 7653/3640/2982</w:t>
        <w:br/>
        <w:t>f 7656/3641/2983 7646/3631/2975 7652/3637/2980</w:t>
        <w:br/>
        <w:t>f 7657/3643/2985 7656/3641/2983 7652/3637/2980</w:t>
        <w:br/>
        <w:t>f 7660/3644/2983 7659/3645/2986 7658/3646/2987</w:t>
        <w:br/>
        <w:t>f 7659/3645/2986 7661/3647/2988 7658/3646/2987</w:t>
        <w:br/>
        <w:t>f 7629/3618/2963 7633/3619/2964 7661/3647/2988</w:t>
        <w:br/>
        <w:t>f 7662/3648/2989 7635/3620/2990 7660/3644/2983</w:t>
        <w:br/>
        <w:t>f 7631/3616/2961 7664/3649/2991 7663/3650/2992</w:t>
        <w:br/>
        <w:t>f 7630/3617/2962 7631/3616/2961 7663/3650/2992</w:t>
        <w:br/>
        <w:t>f 7630/3617/2962 7663/3650/2992 7665/3651/2993</w:t>
        <w:br/>
        <w:t>f 7666/3652/2994 7630/3617/2962 7665/3651/2993</w:t>
        <w:br/>
        <w:t>f 7669/3653/2995 7668/3654/2996 7667/3655/2997</w:t>
        <w:br/>
        <w:t>f 7610/3593/2938 7612/3597/2942 7670/3656/2998</w:t>
        <w:br/>
        <w:t>f 7671/3657/2999 7610/3593/2938 7670/3656/2998</w:t>
        <w:br/>
        <w:t>f 7672/3658/3000 7609/3594/2939 7610/3593/2938</w:t>
        <w:br/>
        <w:t>f 7671/3657/2999 7672/3658/3000 7610/3593/2938</w:t>
        <w:br/>
        <w:t>f 7673/3659/3001 7614/3601/2946 7609/3594/2939</w:t>
        <w:br/>
        <w:t>f 7672/3658/3000 7673/3659/3001 7609/3594/2939</w:t>
        <w:br/>
        <w:t>f 7674/3660/3002 7613/3602/2947 7614/3601/2946</w:t>
        <w:br/>
        <w:t>f 7673/3659/3001 7674/3660/3002 7614/3601/2946</w:t>
        <w:br/>
        <w:t>f 7675/3661/3003 7618/3603/2948 7613/3602/2947</w:t>
        <w:br/>
        <w:t>f 7674/3660/3002 7675/3661/3003 7613/3602/2947</w:t>
        <w:br/>
        <w:t>f 7676/3662/3004 7620/3605/2950 7618/3603/2948</w:t>
        <w:br/>
        <w:t>f 7675/3661/3003 7676/3662/3004 7618/3603/2948</w:t>
        <w:br/>
        <w:t>f 7679/3663/3005 7678/3664/3006 7623/3608/2953</w:t>
        <w:br/>
        <w:t>f 7677/3665/2950 7679/3663/3005 7623/3608/2953</w:t>
        <w:br/>
        <w:t>f 7678/3664/3006 7680/3666/3007 7625/3614/2959</w:t>
        <w:br/>
        <w:t>f 7623/3608/2953 7678/3664/3006 7625/3614/2959</w:t>
        <w:br/>
        <w:t>f 7680/3666/3007 7681/3667/3008 7628/3611/2956</w:t>
        <w:br/>
        <w:t>f 7625/3614/2959 7680/3666/3007 7628/3611/2956</w:t>
        <w:br/>
        <w:t>f 7683/3668/3009 7682/3669/3010 7670/3656/2998</w:t>
        <w:br/>
        <w:t>f 7682/3669/3010 7684/3670/3011 7671/3657/2999</w:t>
        <w:br/>
        <w:t>f 7670/3656/2998 7682/3669/3010 7671/3657/2999</w:t>
        <w:br/>
        <w:t>f 7684/3670/3011 7672/3658/3000 7671/3657/2999</w:t>
        <w:br/>
        <w:t>f 7665/3651/2993 7663/3650/2992 7685/3671/3012</w:t>
        <w:br/>
        <w:t>f 7685/3671/3012 7663/3650/2992 7664/3649/2991</w:t>
        <w:br/>
        <w:t>f 7687/3672/3013 7589/3574/2923 7588/3575/2924</w:t>
        <w:br/>
        <w:t>f 7686/3673/3014 7687/3672/3013 7588/3575/2924</w:t>
        <w:br/>
        <w:t>f 7687/3672/3013 7686/3673/3014 7688/3674/3015</w:t>
        <w:br/>
        <w:t>f 7668/3654/2996 7690/3675/3016 7689/3676/3017</w:t>
        <w:br/>
        <w:t>f 7667/3655/2997 7668/3654/2996 7689/3676/3017</w:t>
        <w:br/>
        <w:t>f 7666/3652/2994 7691/3677/3018 7689/3676/3017</w:t>
        <w:br/>
        <w:t>f 7690/3675/3016 7666/3652/2994 7689/3676/3017</w:t>
        <w:br/>
        <w:t>f 7666/3652/2994 7665/3651/2993 7691/3677/3018</w:t>
        <w:br/>
        <w:t>f 7693/3678/3019 7665/3651/2993 7685/3671/3012</w:t>
        <w:br/>
        <w:t>f 7692/3679/3020 7693/3678/3019 7685/3671/3012</w:t>
        <w:br/>
        <w:t>f 7665/3651/2993 7694/3680/3021 7691/3677/3018</w:t>
        <w:br/>
        <w:t>f 7698/3681/3022 7697/3682/3023 7696/3683/3024</w:t>
        <w:br/>
        <w:t>f 7695/3684/3025 7698/3681/3022 7696/3683/3024</w:t>
        <w:br/>
        <w:t>f 7695/3684/3025 7696/3683/3024 7700/3685/3026</w:t>
        <w:br/>
        <w:t>f 7699/3686/3027 7695/3684/3025 7700/3685/3026</w:t>
        <w:br/>
        <w:t>f 7704/3687/3028 7703/3688/3028 7702/3689/3029</w:t>
        <w:br/>
        <w:t>f 7701/3690/3030 7704/3687/3028 7702/3689/3029</w:t>
        <w:br/>
        <w:t>f 7704/3687/3028 7706/3691/3031 7705/3692/3032</w:t>
        <w:br/>
        <w:t>f 7703/3688/3028 7704/3687/3028 7705/3692/3032</w:t>
        <w:br/>
        <w:t>f 7710/3693/3033 7709/3694/3034 7708/3695/3035</w:t>
        <w:br/>
        <w:t>f 7707/3696/3035 7710/3693/3033 7708/3695/3035</w:t>
        <w:br/>
        <w:t>f 7714/3697/3036 7713/3698/3037 7712/3699/3038</w:t>
        <w:br/>
        <w:t>f 7711/3700/3039 7714/3697/3036 7712/3699/3038</w:t>
        <w:br/>
        <w:t>f 7716/3701/3040 7715/3702/3041 7627/3612/2957</w:t>
        <w:br/>
        <w:t>f 7628/3611/2956 7716/3701/3040 7627/3612/2957</w:t>
        <w:br/>
        <w:t>f 7718/3703/3042 7717/3704/3043 7715/3702/3041</w:t>
        <w:br/>
        <w:t>f 7716/3701/3040 7718/3703/3042 7715/3702/3041</w:t>
        <w:br/>
        <w:t>f 7720/3705/3044 7696/3683/3024 7697/3682/3023</w:t>
        <w:br/>
        <w:t>f 7719/3706/3045 7720/3705/3044 7697/3682/3023</w:t>
        <w:br/>
        <w:t>f 7723/3707/3046 7722/3708/3047 7721/3709/3048</w:t>
        <w:br/>
        <w:t>f 7717/3704/3043 7718/3703/3042 7725/3710/3049</w:t>
        <w:br/>
        <w:t>f 7724/3711/3050 7717/3704/3043 7725/3710/3049</w:t>
        <w:br/>
        <w:t>f 7729/3712/3051 7728/3713/3052 7727/3714/3053</w:t>
        <w:br/>
        <w:t>f 7726/3715/3054 7729/3712/3051 7727/3714/3053</w:t>
        <w:br/>
        <w:t>f 7732/3716/3055 7729/3712/3051 7731/3717/3056</w:t>
        <w:br/>
        <w:t>f 7730/3718/3057 7732/3716/3055 7731/3717/3056</w:t>
        <w:br/>
        <w:t>f 7733/3719/3058 7731/3717/3056 7729/3712/3051</w:t>
        <w:br/>
        <w:t>f 7726/3715/3054 7733/3719/3058 7729/3712/3051</w:t>
        <w:br/>
        <w:t>f 7702/3689/3029 7732/3716/3055 7709/3694/3034</w:t>
        <w:br/>
        <w:t>f 7709/3694/3034 7732/3716/3055 7734/3720/3059</w:t>
        <w:br/>
        <w:t>f 7732/3716/3055 7735/3721/3060 7734/3720/3059</w:t>
        <w:br/>
        <w:t>f 7726/3715/3054 7737/3722/3061 7736/3723/3062</w:t>
        <w:br/>
        <w:t>f 7733/3719/3058 7726/3715/3054 7736/3723/3062</w:t>
        <w:br/>
        <w:t>f 7732/3716/3055 7730/3718/3057 7738/3724/3063</w:t>
        <w:br/>
        <w:t>f 7735/3721/3060 7732/3716/3055 7738/3724/3063</w:t>
        <w:br/>
        <w:t>f 7730/3718/3057 7731/3717/3056 7739/3725/3064</w:t>
        <w:br/>
        <w:t>f 7738/3724/3063 7730/3718/3057 7739/3725/3064</w:t>
        <w:br/>
        <w:t>f 7739/3725/3064 7731/3717/3056 7733/3719/3058</w:t>
        <w:br/>
        <w:t>f 7736/3723/3062 7739/3725/3064 7733/3719/3058</w:t>
        <w:br/>
        <w:t>f 7741/3726/3065 7735/3721/3060 7738/3724/3063</w:t>
        <w:br/>
        <w:t>f 7740/3727/3066 7741/3726/3065 7738/3724/3063</w:t>
        <w:br/>
        <w:t>f 7736/3723/3062 7737/3722/3061 7743/3728/3067</w:t>
        <w:br/>
        <w:t>f 7742/3729/3068 7736/3723/3062 7743/3728/3067</w:t>
        <w:br/>
        <w:t>f 7740/3727/3066 7738/3724/3063 7739/3725/3064</w:t>
        <w:br/>
        <w:t>f 7744/3730/3069 7740/3727/3066 7739/3725/3064</w:t>
        <w:br/>
        <w:t>f 7742/3729/3068 7744/3730/3069 7739/3725/3064</w:t>
        <w:br/>
        <w:t>f 7736/3723/3062 7742/3729/3068 7739/3725/3064</w:t>
        <w:br/>
        <w:t>f 7747/3731/3068 7746/3732/3070 7745/3733/3069</w:t>
        <w:br/>
        <w:t>f 7745/3733/3069 7746/3732/3070 7748/3734/3066</w:t>
        <w:br/>
        <w:t>f 7751/3735/3071 7750/3736/3071 7749/3737/3072</w:t>
        <w:br/>
        <w:t>f 7754/3738/3073 7753/3739/3074 7752/3740/3074</w:t>
        <w:br/>
        <w:t>f 7696/3683/3024 7720/3705/3044 7755/3741/3075</w:t>
        <w:br/>
        <w:t>f 7700/3685/3026 7696/3683/3024 7755/3741/3075</w:t>
        <w:br/>
        <w:t>f 7757/3742/3076 7755/3741/3075 7720/3705/3044</w:t>
        <w:br/>
        <w:t>f 7756/3743/3077 7757/3742/3076 7720/3705/3044</w:t>
        <w:br/>
        <w:t>f 7759/3744/3078 7725/3710/3049 7718/3703/3042</w:t>
        <w:br/>
        <w:t>f 7758/3745/3079 7759/3744/3078 7718/3703/3042</w:t>
        <w:br/>
        <w:t>f 7758/3745/3079 7718/3703/3042 7716/3701/3040</w:t>
        <w:br/>
        <w:t>f 7760/3746/3080 7758/3745/3079 7716/3701/3040</w:t>
        <w:br/>
        <w:t>f 7716/3701/3040 7628/3611/2956 7681/3667/3008</w:t>
        <w:br/>
        <w:t>f 7760/3746/3080 7716/3701/3040 7681/3667/3008</w:t>
        <w:br/>
        <w:t>f 7759/3744/3078 7758/3745/3079 7762/3747/3081</w:t>
        <w:br/>
        <w:t>f 7761/3748/3082 7759/3744/3078 7762/3747/3081</w:t>
        <w:br/>
        <w:t>f 7762/3747/3081 7758/3745/3079 7760/3746/3080</w:t>
        <w:br/>
        <w:t>f 7763/3749/3083 7762/3747/3081 7760/3746/3080</w:t>
        <w:br/>
        <w:t>f 7760/3746/3080 7681/3667/3008 7764/3750/3084</w:t>
        <w:br/>
        <w:t>f 7763/3749/3083 7760/3746/3080 7764/3750/3084</w:t>
        <w:br/>
        <w:t>f 7766/3751/3085 7755/3741/3075 7757/3742/3076</w:t>
        <w:br/>
        <w:t>f 7765/3752/3086 7766/3751/3085 7757/3742/3076</w:t>
        <w:br/>
        <w:t>f 7700/3685/3026 7755/3741/3075 7766/3751/3085</w:t>
        <w:br/>
        <w:t>f 7767/3753/3087 7700/3685/3026 7766/3751/3085</w:t>
        <w:br/>
        <w:t>f 7699/3686/3027 7700/3685/3026 7767/3753/3087</w:t>
        <w:br/>
        <w:t>f 7768/3754/3088 7699/3686/3027 7767/3753/3087</w:t>
        <w:br/>
        <w:t>f 7767/3753/3087 7766/3751/3085 7770/3755/3089</w:t>
        <w:br/>
        <w:t>f 7769/3756/3090 7767/3753/3087 7770/3755/3089</w:t>
        <w:br/>
        <w:t>f 7771/3757/3091 7770/3755/3089 7766/3751/3085</w:t>
        <w:br/>
        <w:t>f 7765/3752/3086 7771/3757/3091 7766/3751/3085</w:t>
        <w:br/>
        <w:t>f 7774/3758/3092 7773/3759/3093 7772/3760/3094</w:t>
        <w:br/>
        <w:t>f 7774/3758/3092 7776/3761/3095 7775/3762/3096</w:t>
        <w:br/>
        <w:t>f 7775/3762/3096 7776/3761/3095 7765/3752/3086</w:t>
        <w:br/>
        <w:t>f 7759/3744/3078 7761/3748/3082 7777/3763/3097</w:t>
        <w:br/>
        <w:t>f 7725/3710/3049 7759/3744/3078 7777/3763/3097</w:t>
        <w:br/>
        <w:t>f 7761/3748/3082 7778/3764/3098 7773/3759/3093</w:t>
        <w:br/>
        <w:t>f 7579/3565/2914 7698/3681/3022 7695/3684/3025</w:t>
        <w:br/>
        <w:t>f 7578/3566/2915 7579/3565/2914 7695/3684/3025</w:t>
        <w:br/>
        <w:t>f 7699/3686/3027 7594/3580/2929 7578/3566/2915</w:t>
        <w:br/>
        <w:t>f 7695/3684/3025 7699/3686/3027 7578/3566/2915</w:t>
        <w:br/>
        <w:t>f 7779/3765/3099 7594/3580/2929 7699/3686/3027</w:t>
        <w:br/>
        <w:t>f 7768/3754/3088 7779/3765/3099 7699/3686/3027</w:t>
        <w:br/>
        <w:t>f 7780/3766/3100 7593/3579/2928 7594/3580/2929</w:t>
        <w:br/>
        <w:t>f 7779/3765/3099 7780/3766/3100 7594/3580/2929</w:t>
        <w:br/>
        <w:t>f 7781/3767/3101 7591/3578/2927 7593/3579/2928</w:t>
        <w:br/>
        <w:t>f 7780/3766/3100 7781/3767/3101 7593/3579/2928</w:t>
        <w:br/>
        <w:t>f 7782/3768/3102 7592/3577/2926 7591/3578/2927</w:t>
        <w:br/>
        <w:t>f 7781/3767/3101 7782/3768/3102 7591/3578/2927</w:t>
        <w:br/>
        <w:t>f 7686/3673/3014 7588/3575/2924 7590/3576/2925</w:t>
        <w:br/>
        <w:t>f 7783/3769/3103 7686/3673/3014 7590/3576/2925</w:t>
        <w:br/>
        <w:t>f 7781/3767/3101 7786/3770/3104 7785/3771/3105</w:t>
        <w:br/>
        <w:t>f 7784/3772/3106 7781/3767/3101 7785/3771/3105</w:t>
        <w:br/>
        <w:t>f 7787/3773/3107 7779/3765/3099 7768/3754/3088</w:t>
        <w:br/>
        <w:t>f 7769/3756/3090 7787/3773/3107 7768/3754/3088</w:t>
        <w:br/>
        <w:t>f 7788/3774/3108 7787/3773/3107 7769/3756/3090</w:t>
        <w:br/>
        <w:t>f 7770/3755/3089 7788/3774/3108 7769/3756/3090</w:t>
        <w:br/>
        <w:t>f 7789/3775/3109 7788/3774/3108 7770/3755/3089</w:t>
        <w:br/>
        <w:t>f 7771/3757/3091 7789/3775/3109 7770/3755/3089</w:t>
        <w:br/>
        <w:t>f 7793/3776/3110 7792/3777/3111 7791/3778/3112</w:t>
        <w:br/>
        <w:t>f 7790/3779/3113 7793/3776/3110 7791/3778/3112</w:t>
        <w:br/>
        <w:t>f 7796/3780/3114 7795/3781/3115 7794/3782/3116</w:t>
        <w:br/>
        <w:t>f 7798/3783/3117 7794/3782/3116 7797/3784/3118</w:t>
        <w:br/>
        <w:t>f 7800/3785/3119 7792/3777/3111 7793/3776/3110</w:t>
        <w:br/>
        <w:t>f 7799/3786/3120 7800/3785/3119 7793/3776/3110</w:t>
        <w:br/>
        <w:t>f 7797/3784/3118 7802/3787/3121 7801/3788/3122</w:t>
        <w:br/>
        <w:t>f 7798/3783/3117 7797/3784/3118 7801/3788/3122</w:t>
        <w:br/>
        <w:t>f 7799/3786/3120 7804/3789/3123 7803/3790/3124</w:t>
        <w:br/>
        <w:t>f 7800/3785/3119 7799/3786/3120 7803/3790/3124</w:t>
        <w:br/>
        <w:t>f 7783/3769/3103 7805/3791/3125 7686/3673/3014</w:t>
        <w:br/>
        <w:t>f 7686/3673/3014 7805/3791/3125 7806/3792/3126</w:t>
        <w:br/>
        <w:t>f 7688/3674/3015 7686/3673/3014 7806/3792/3126</w:t>
        <w:br/>
        <w:t>f 7808/3793/3127 7807/3794/3128 7802/3787/3121</w:t>
        <w:br/>
        <w:t>f 7795/3781/3115 7789/3775/3109 7810/3795/3129</w:t>
        <w:br/>
        <w:t>f 7809/3796/3130 7795/3781/3115 7810/3795/3129</w:t>
        <w:br/>
        <w:t>f 7789/3775/3109 7771/3757/3091 7811/3797/3131</w:t>
        <w:br/>
        <w:t>f 7810/3795/3129 7789/3775/3109 7811/3797/3131</w:t>
        <w:br/>
        <w:t>f 7809/3796/3130 7812/3798/3132 7797/3784/3118</w:t>
        <w:br/>
        <w:t>f 7795/3781/3115 7809/3796/3130 7797/3784/3118</w:t>
        <w:br/>
        <w:t>f 7813/3799/3133 7802/3787/3121 7797/3784/3118</w:t>
        <w:br/>
        <w:t>f 7812/3798/3132 7813/3799/3133 7797/3784/3118</w:t>
        <w:br/>
        <w:t>f 7802/3787/3121 7813/3799/3133 7814/3800/3134</w:t>
        <w:br/>
        <w:t>f 7808/3793/3127 7802/3787/3121 7814/3800/3134</w:t>
        <w:br/>
        <w:t>f 7815/3801/3135 7673/3659/3001 7672/3658/3000</w:t>
        <w:br/>
        <w:t>f 7684/3670/3011 7815/3801/3135 7672/3658/3000</w:t>
        <w:br/>
        <w:t>f 7816/3802/3136 7674/3660/3002 7673/3659/3001</w:t>
        <w:br/>
        <w:t>f 7815/3801/3135 7816/3802/3136 7673/3659/3001</w:t>
        <w:br/>
        <w:t>f 7817/3803/3137 7675/3661/3003 7674/3660/3002</w:t>
        <w:br/>
        <w:t>f 7816/3802/3136 7817/3803/3137 7674/3660/3002</w:t>
        <w:br/>
        <w:t>f 7818/3804/3138 7676/3662/3004 7675/3661/3003</w:t>
        <w:br/>
        <w:t>f 7817/3803/3137 7818/3804/3138 7675/3661/3003</w:t>
        <w:br/>
        <w:t>f 7820/3805/3138 7819/3806/3139 7678/3664/3006</w:t>
        <w:br/>
        <w:t>f 7679/3663/3005 7820/3805/3138 7678/3664/3006</w:t>
        <w:br/>
        <w:t>f 7678/3664/3006 7819/3806/3139 7821/3807/3140</w:t>
        <w:br/>
        <w:t>f 7680/3666/3007 7678/3664/3006 7821/3807/3140</w:t>
        <w:br/>
        <w:t>f 7681/3667/3008 7680/3666/3007 7821/3807/3140</w:t>
        <w:br/>
        <w:t>f 7764/3750/3084 7681/3667/3008 7821/3807/3140</w:t>
        <w:br/>
        <w:t>f 7823/3808/3141 7822/3809/3142 7819/3806/3139</w:t>
        <w:br/>
        <w:t>f 7820/3805/3138 7823/3808/3141 7819/3806/3139</w:t>
        <w:br/>
        <w:t>f 7822/3809/3142 7823/3808/3141 7825/3810/3143</w:t>
        <w:br/>
        <w:t>f 7824/3811/3144 7822/3809/3142 7825/3810/3143</w:t>
        <w:br/>
        <w:t>f 7824/3811/3144 7825/3810/3143 7827/3812/3145</w:t>
        <w:br/>
        <w:t>f 7826/3813/3146 7824/3811/3144 7827/3812/3145</w:t>
        <w:br/>
        <w:t>f 7826/3813/3146 7827/3812/3145 7829/3814/3147</w:t>
        <w:br/>
        <w:t>f 7828/3815/3148 7826/3813/3146 7829/3814/3147</w:t>
        <w:br/>
        <w:t>f 7832/3816/3149 7816/3802/3136 7831/3817/3150</w:t>
        <w:br/>
        <w:t>f 7830/3818/3151 7832/3816/3149 7831/3817/3150</w:t>
        <w:br/>
        <w:t>f 7831/3817/3150 7834/3819/3152 7833/3820/3153</w:t>
        <w:br/>
        <w:t>f 7830/3818/3151 7831/3817/3150 7833/3820/3153</w:t>
        <w:br/>
        <w:t>f 7836/3821/3154 7833/3820/3153 7834/3819/3152</w:t>
        <w:br/>
        <w:t>f 7835/3822/3155 7836/3821/3154 7834/3819/3152</w:t>
        <w:br/>
        <w:t>f 7821/3807/3140 7822/3809/3142 7824/3811/3144</w:t>
        <w:br/>
        <w:t>f 7837/3823/3156 7821/3807/3140 7824/3811/3144</w:t>
        <w:br/>
        <w:t>f 7837/3823/3156 7824/3811/3144 7826/3813/3146</w:t>
        <w:br/>
        <w:t>f 7838/3824/3157 7837/3823/3156 7826/3813/3146</w:t>
        <w:br/>
        <w:t>f 7838/3824/3157 7826/3813/3146 7828/3815/3148</w:t>
        <w:br/>
        <w:t>f 7839/3825/3158 7838/3824/3157 7828/3815/3148</w:t>
        <w:br/>
        <w:t>f 7816/3802/3136 7832/3816/3149 7817/3803/3137</w:t>
        <w:br/>
        <w:t>f 7822/3809/3142 7821/3807/3140 7819/3806/3139</w:t>
        <w:br/>
        <w:t>f 7684/3670/3011 7682/3669/3010 7841/3826/3159</w:t>
        <w:br/>
        <w:t>f 7840/3827/3160 7684/3670/3011 7841/3826/3159</w:t>
        <w:br/>
        <w:t>f 7815/3801/3135 7684/3670/3011 7840/3827/3160</w:t>
        <w:br/>
        <w:t>f 7841/3826/3159 7842/3828/3161 7835/3822/3155</w:t>
        <w:br/>
        <w:t>f 7834/3819/3152 7841/3826/3159 7835/3822/3155</w:t>
        <w:br/>
        <w:t>f 7842/3828/3161 7841/3826/3159 7682/3669/3010</w:t>
        <w:br/>
        <w:t>f 7669/3653/2995 7842/3828/3161 7682/3669/3010</w:t>
        <w:br/>
        <w:t>f 7634/3621/2966 7683/3668/3009 7670/3656/2998</w:t>
        <w:br/>
        <w:t>f 7612/3597/2942 7634/3621/2966 7670/3656/2998</w:t>
        <w:br/>
        <w:t>f 7843/3829/3162 7762/3747/3081 7763/3749/3083</w:t>
        <w:br/>
        <w:t>f 7764/3750/3084 7843/3829/3162 7763/3749/3083</w:t>
        <w:br/>
        <w:t>f 7762/3747/3081 7843/3829/3162 7844/3830/3163</w:t>
        <w:br/>
        <w:t>f 7761/3748/3082 7762/3747/3081 7844/3830/3163</w:t>
        <w:br/>
        <w:t>f 7845/3831/3164 7778/3764/3098 7844/3830/3163</w:t>
        <w:br/>
        <w:t>f 7839/3825/3158 7845/3831/3164 7844/3830/3163</w:t>
        <w:br/>
        <w:t>f 7837/3823/3156 7838/3824/3157 7843/3829/3162</w:t>
        <w:br/>
        <w:t>f 7764/3750/3084 7837/3823/3156 7843/3829/3162</w:t>
        <w:br/>
        <w:t>f 7843/3829/3162 7838/3824/3157 7839/3825/3158</w:t>
        <w:br/>
        <w:t>f 7844/3830/3163 7843/3829/3162 7839/3825/3158</w:t>
        <w:br/>
        <w:t>f 7837/3823/3156 7764/3750/3084 7821/3807/3140</w:t>
        <w:br/>
        <w:t>f 7846/3832/3165 7845/3831/3164 7839/3825/3158</w:t>
        <w:br/>
        <w:t>f 7828/3815/3148 7846/3832/3165 7839/3825/3158</w:t>
        <w:br/>
        <w:t>f 7847/3833/3166 7846/3832/3165 7828/3815/3148</w:t>
        <w:br/>
        <w:t>f 7829/3814/3147 7847/3833/3166 7828/3815/3148</w:t>
        <w:br/>
        <w:t>f 7849/3834/3167 7848/3835/3168 7836/3821/3154</w:t>
        <w:br/>
        <w:t>f 7835/3822/3155 7849/3834/3167 7836/3821/3154</w:t>
        <w:br/>
        <w:t>f 7835/3822/3155 7842/3828/3161 7850/3836/3169</w:t>
        <w:br/>
        <w:t>f 7849/3834/3167 7835/3822/3155 7850/3836/3169</w:t>
        <w:br/>
        <w:t>f 7781/3767/3101 7784/3772/3106 7782/3768/3102</w:t>
        <w:br/>
        <w:t>f 7852/3837/3170 7851/3838/3171 7790/3779/3113</w:t>
        <w:br/>
        <w:t>f 7791/3778/3112 7852/3837/3170 7790/3779/3113</w:t>
        <w:br/>
        <w:t>f 7794/3782/3116 7790/3779/3113 7851/3838/3171</w:t>
        <w:br/>
        <w:t>f 7796/3780/3114 7794/3782/3116 7851/3838/3171</w:t>
        <w:br/>
        <w:t>f 7794/3782/3116 7798/3783/3117 7793/3776/3110</w:t>
        <w:br/>
        <w:t>f 7790/3779/3113 7794/3782/3116 7793/3776/3110</w:t>
        <w:br/>
        <w:t>f 7799/3786/3120 7793/3776/3110 7798/3783/3117</w:t>
        <w:br/>
        <w:t>f 7801/3788/3122 7799/3786/3120 7798/3783/3117</w:t>
        <w:br/>
        <w:t>f 7804/3789/3123 7799/3786/3120 7801/3788/3122</w:t>
        <w:br/>
        <w:t>f 7807/3794/3128 7804/3789/3123 7801/3788/3122</w:t>
        <w:br/>
        <w:t>f 7780/3766/3100 7786/3770/3104 7781/3767/3101</w:t>
        <w:br/>
        <w:t>f 7853/3839/3172 7782/3768/3102 7784/3772/3106</w:t>
        <w:br/>
        <w:t>f 7693/3678/3019 7692/3679/3020 7854/3840/3173</w:t>
        <w:br/>
        <w:t>f 7694/3680/3021 7693/3678/3019 7808/3793/3127</w:t>
        <w:br/>
        <w:t>f 7814/3800/3134 7694/3680/3021 7808/3793/3127</w:t>
        <w:br/>
        <w:t>f 7688/3674/3015 7806/3792/3126 7854/3840/3173</w:t>
        <w:br/>
        <w:t>f 7692/3679/3020 7688/3674/3015 7854/3840/3173</w:t>
        <w:br/>
        <w:t>f 7687/3672/3013 7688/3674/3015 7692/3679/3020</w:t>
        <w:br/>
        <w:t>f 7685/3671/3012 7687/3672/3013 7692/3679/3020</w:t>
        <w:br/>
        <w:t>f 7765/3752/3086 7811/3797/3131 7771/3757/3091</w:t>
        <w:br/>
        <w:t>f 7842/3828/3161 7669/3653/2995 7850/3836/3169</w:t>
        <w:br/>
        <w:t>f 7855/3841/3141 7818/3804/3138 7817/3803/3137</w:t>
        <w:br/>
        <w:t>f 7832/3816/3149 7855/3841/3141 7817/3803/3137</w:t>
        <w:br/>
        <w:t>f 7855/3841/3141 7832/3816/3149 7830/3818/3151</w:t>
        <w:br/>
        <w:t>f 7856/3842/3143 7855/3841/3141 7830/3818/3151</w:t>
        <w:br/>
        <w:t>f 7857/3843/3174 7856/3842/3143 7830/3818/3151</w:t>
        <w:br/>
        <w:t>f 7833/3820/3153 7857/3843/3174 7830/3818/3151</w:t>
        <w:br/>
        <w:t>f 7858/3844/3147 7857/3843/3174 7833/3820/3153</w:t>
        <w:br/>
        <w:t>f 7836/3821/3154 7858/3844/3147 7833/3820/3153</w:t>
        <w:br/>
        <w:t>f 7848/3835/3168 7859/3845/3166 7858/3844/3147</w:t>
        <w:br/>
        <w:t>f 7836/3821/3154 7848/3835/3168 7858/3844/3147</w:t>
        <w:br/>
        <w:t>f 7791/3778/3112 7786/3770/3104 7780/3766/3100</w:t>
        <w:br/>
        <w:t>f 7852/3837/3170 7791/3778/3112 7780/3766/3100</w:t>
        <w:br/>
        <w:t>f 7786/3770/3104 7791/3778/3112 7792/3777/3111</w:t>
        <w:br/>
        <w:t>f 7785/3771/3105 7786/3770/3104 7792/3777/3111</w:t>
        <w:br/>
        <w:t>f 7860/3846/3175 7785/3771/3105 7792/3777/3111</w:t>
        <w:br/>
        <w:t>f 7800/3785/3119 7860/3846/3175 7792/3777/3111</w:t>
        <w:br/>
        <w:t>f 7796/3780/3114 7789/3775/3109 7795/3781/3115</w:t>
        <w:br/>
        <w:t>f 7787/3773/3107 7788/3774/3108 7796/3780/3114</w:t>
        <w:br/>
        <w:t>f 7851/3838/3171 7787/3773/3107 7796/3780/3114</w:t>
        <w:br/>
        <w:t>f 7779/3765/3099 7787/3773/3107 7851/3838/3171</w:t>
        <w:br/>
        <w:t>f 7852/3837/3170 7779/3765/3099 7851/3838/3171</w:t>
        <w:br/>
        <w:t>f 7779/3765/3099 7852/3837/3170 7780/3766/3100</w:t>
        <w:br/>
        <w:t>f 7796/3780/3114 7788/3774/3108 7789/3775/3109</w:t>
        <w:br/>
        <w:t>f 7783/3769/3103 7861/3847/3176 7803/3790/3124</w:t>
        <w:br/>
        <w:t>f 7805/3791/3125 7783/3769/3103 7803/3790/3124</w:t>
        <w:br/>
        <w:t>f 7805/3791/3125 7803/3790/3124 7804/3789/3123</w:t>
        <w:br/>
        <w:t>f 7806/3792/3126 7805/3791/3125 7804/3789/3123</w:t>
        <w:br/>
        <w:t>f 7806/3792/3126 7804/3789/3123 7807/3794/3128</w:t>
        <w:br/>
        <w:t>f 7854/3840/3173 7806/3792/3126 7807/3794/3128</w:t>
        <w:br/>
        <w:t>f 7693/3678/3019 7854/3840/3173 7808/3793/3127</w:t>
        <w:br/>
        <w:t>f 7808/3793/3127 7854/3840/3173 7807/3794/3128</w:t>
        <w:br/>
        <w:t>f 7797/3784/3118 7794/3782/3116 7795/3781/3115</w:t>
        <w:br/>
        <w:t>f 7802/3787/3121 7807/3794/3128 7801/3788/3122</w:t>
        <w:br/>
        <w:t>f 7775/3762/3096 7765/3752/3086 7757/3742/3076</w:t>
        <w:br/>
        <w:t>f 7756/3743/3077 7775/3762/3096 7757/3742/3076</w:t>
        <w:br/>
        <w:t>f 7721/3709/3048 7720/3705/3177 7862/3848/3178</w:t>
        <w:br/>
        <w:t>f 7723/3707/3046 7721/3709/3048 7862/3848/3178</w:t>
        <w:br/>
        <w:t>f 7767/3753/3087 7769/3756/3090 7768/3754/3088</w:t>
        <w:br/>
        <w:t>f 7639/3624/2960 7651/3638/2981 7640/3628/2972</w:t>
        <w:br/>
        <w:t>f 7636/3623/2969 7639/3624/2960 7640/3628/2972</w:t>
        <w:br/>
        <w:t>f 7631/3616/2961 7632/3615/2960 7583/3568/2917</w:t>
        <w:br/>
        <w:t>f 7584/3567/2916 7631/3616/2961 7583/3568/2917</w:t>
        <w:br/>
        <w:t>f 7664/3649/2991 7631/3616/2961 7584/3567/2916</w:t>
        <w:br/>
        <w:t>f 7589/3574/2923 7664/3649/2991 7584/3567/2916</w:t>
        <w:br/>
        <w:t>f 7664/3649/2991 7589/3574/2923 7687/3672/3013</w:t>
        <w:br/>
        <w:t>f 7685/3671/3012 7664/3649/2991 7687/3672/3013</w:t>
        <w:br/>
        <w:t>f 7724/3711/3050 7725/3710/3049 7863/3849/3179</w:t>
        <w:br/>
        <w:t>f 7777/3763/3097 7761/3748/3082 7773/3759/3093</w:t>
        <w:br/>
        <w:t>f 7634/3621/2966 7635/3620/2965 7864/3850/3180</w:t>
        <w:br/>
        <w:t>f 7668/3654/2996 7669/3653/2995 7683/3668/3009</w:t>
        <w:br/>
        <w:t>f 7634/3621/2966 7668/3654/2996 7683/3668/3009</w:t>
        <w:br/>
        <w:t>f 7669/3653/2995 7682/3669/3010 7683/3668/3009</w:t>
        <w:br/>
        <w:t>f 7689/3676/3017 7866/3851/3181 7865/3852/3182</w:t>
        <w:br/>
        <w:t>f 7667/3655/2997 7689/3676/3017 7865/3852/3182</w:t>
        <w:br/>
        <w:t>f 7691/3677/3018 7867/3853/3183 7866/3851/3181</w:t>
        <w:br/>
        <w:t>f 7689/3676/3017 7691/3677/3018 7866/3851/3181</w:t>
        <w:br/>
        <w:t>f 7869/3854/3184 7868/3855/3185 7694/3680/3021</w:t>
        <w:br/>
        <w:t>f 7814/3800/3134 7869/3854/3184 7694/3680/3021</w:t>
        <w:br/>
        <w:t>f 7667/3655/2997 7865/3852/3182 7870/3856/3186</w:t>
        <w:br/>
        <w:t>f 7850/3836/3169 7667/3655/2997 7870/3856/3186</w:t>
        <w:br/>
        <w:t>f 7772/3760/3094 7773/3759/3093 7872/3857/3187</w:t>
        <w:br/>
        <w:t>f 7871/3858/3188 7772/3760/3094 7872/3857/3187</w:t>
        <w:br/>
        <w:t>f 7776/3761/3095 7772/3760/3094 7871/3858/3188</w:t>
        <w:br/>
        <w:t>f 7873/3859/3189 7776/3761/3095 7871/3858/3188</w:t>
        <w:br/>
        <w:t>f 7810/3795/3129 7811/3797/3131 7875/3860/3190</w:t>
        <w:br/>
        <w:t>f 7874/3861/3191 7810/3795/3129 7875/3860/3190</w:t>
        <w:br/>
        <w:t>f 7773/3759/3093 7778/3764/3098 7876/3862/3192</w:t>
        <w:br/>
        <w:t>f 7872/3857/3187 7773/3759/3093 7876/3862/3192</w:t>
        <w:br/>
        <w:t>f 7809/3796/3130 7810/3795/3129 7874/3861/3191</w:t>
        <w:br/>
        <w:t>f 7877/3863/3193 7809/3796/3130 7874/3861/3191</w:t>
        <w:br/>
        <w:t>f 7812/3798/3132 7809/3796/3130 7877/3863/3193</w:t>
        <w:br/>
        <w:t>f 7878/3864/3194 7812/3798/3132 7877/3863/3193</w:t>
        <w:br/>
        <w:t>f 7813/3799/3133 7812/3798/3132 7878/3864/3194</w:t>
        <w:br/>
        <w:t>f 7879/3865/3195 7813/3799/3133 7878/3864/3194</w:t>
        <w:br/>
        <w:t>f 7814/3800/3134 7813/3799/3133 7879/3865/3195</w:t>
        <w:br/>
        <w:t>f 7869/3854/3184 7814/3800/3134 7879/3865/3195</w:t>
        <w:br/>
        <w:t>f 7778/3764/3098 7845/3831/3164 7880/3866/3196</w:t>
        <w:br/>
        <w:t>f 7876/3862/3192 7778/3764/3098 7880/3866/3196</w:t>
        <w:br/>
        <w:t>f 7846/3832/3165 7881/3867/3197 7880/3866/3196</w:t>
        <w:br/>
        <w:t>f 7845/3831/3164 7846/3832/3165 7880/3866/3196</w:t>
        <w:br/>
        <w:t>f 7847/3833/3166 7882/3868/3198 7881/3867/3197</w:t>
        <w:br/>
        <w:t>f 7846/3832/3165 7847/3833/3166 7881/3867/3197</w:t>
        <w:br/>
        <w:t>f 7848/3835/3168 7884/3869/3199 7883/3870/3198</w:t>
        <w:br/>
        <w:t>f 7859/3845/3166 7848/3835/3168 7883/3870/3198</w:t>
        <w:br/>
        <w:t>f 7849/3834/3167 7885/3871/3200 7884/3869/3199</w:t>
        <w:br/>
        <w:t>f 7848/3835/3168 7849/3834/3167 7884/3869/3199</w:t>
        <w:br/>
        <w:t>f 7850/3836/3169 7870/3856/3186 7885/3871/3200</w:t>
        <w:br/>
        <w:t>f 7849/3834/3167 7850/3836/3169 7885/3871/3200</w:t>
        <w:br/>
        <w:t>f 7694/3680/3021 7868/3855/3185 7867/3853/3183</w:t>
        <w:br/>
        <w:t>f 7691/3677/3018 7694/3680/3021 7867/3853/3183</w:t>
        <w:br/>
        <w:t>f 7811/3797/3131 7776/3761/3095 7873/3859/3189</w:t>
        <w:br/>
        <w:t>f 7875/3860/3190 7811/3797/3131 7873/3859/3189</w:t>
        <w:br/>
        <w:t>f 7887/3872/3201 7886/3873/3202 7865/3852/3182</w:t>
        <w:br/>
        <w:t>f 7866/3851/3181 7887/3872/3201 7865/3852/3182</w:t>
        <w:br/>
        <w:t>f 7866/3851/3181 7867/3853/3183 7888/3874/3203</w:t>
        <w:br/>
        <w:t>f 7887/3872/3201 7866/3851/3181 7888/3874/3203</w:t>
        <w:br/>
        <w:t>f 7868/3855/3185 7869/3854/3184 7890/3875/3204</w:t>
        <w:br/>
        <w:t>f 7889/3876/3205 7868/3855/3185 7890/3875/3204</w:t>
        <w:br/>
        <w:t>f 7865/3852/3182 7886/3873/3202 7891/3877/3206</w:t>
        <w:br/>
        <w:t>f 7870/3856/3186 7865/3852/3182 7891/3877/3206</w:t>
        <w:br/>
        <w:t>f 7893/3878/3207 7892/3879/3208 7871/3858/3188</w:t>
        <w:br/>
        <w:t>f 7872/3857/3187 7893/3878/3207 7871/3858/3188</w:t>
        <w:br/>
        <w:t>f 7871/3858/3188 7892/3879/3208 7894/3880/3209</w:t>
        <w:br/>
        <w:t>f 7873/3859/3189 7871/3858/3188 7894/3880/3209</w:t>
        <w:br/>
        <w:t>f 7875/3860/3190 7896/3881/3210 7895/3882/3211</w:t>
        <w:br/>
        <w:t>f 7874/3861/3191 7875/3860/3190 7895/3882/3211</w:t>
        <w:br/>
        <w:t>f 7872/3857/3187 7876/3862/3192 7897/3883/3212</w:t>
        <w:br/>
        <w:t>f 7893/3878/3207 7872/3857/3187 7897/3883/3212</w:t>
        <w:br/>
        <w:t>f 7874/3861/3191 7895/3882/3211 7898/3884/3213</w:t>
        <w:br/>
        <w:t>f 7877/3863/3193 7874/3861/3191 7898/3884/3213</w:t>
        <w:br/>
        <w:t>f 7877/3863/3193 7898/3884/3213 7899/3885/3214</w:t>
        <w:br/>
        <w:t>f 7878/3864/3194 7877/3863/3193 7899/3885/3214</w:t>
        <w:br/>
        <w:t>f 7879/3865/3195 7878/3864/3194 7899/3885/3214</w:t>
        <w:br/>
        <w:t>f 7900/3886/3215 7879/3865/3195 7899/3885/3214</w:t>
        <w:br/>
        <w:t>f 7869/3854/3184 7879/3865/3195 7900/3886/3215</w:t>
        <w:br/>
        <w:t>f 7890/3875/3204 7869/3854/3184 7900/3886/3215</w:t>
        <w:br/>
        <w:t>f 7876/3862/3192 7880/3866/3196 7901/3887/3216</w:t>
        <w:br/>
        <w:t>f 7897/3883/3212 7876/3862/3192 7901/3887/3216</w:t>
        <w:br/>
        <w:t>f 7880/3866/3196 7881/3867/3197 7902/3888/3217</w:t>
        <w:br/>
        <w:t>f 7901/3887/3216 7880/3866/3196 7902/3888/3217</w:t>
        <w:br/>
        <w:t>f 7881/3867/3197 7882/3868/3198 7903/3889/3218</w:t>
        <w:br/>
        <w:t>f 7902/3888/3217 7881/3867/3197 7903/3889/3218</w:t>
        <w:br/>
        <w:t>f 7884/3869/3199 7905/3890/3219 7904/3891/3220</w:t>
        <w:br/>
        <w:t>f 7883/3870/3198 7884/3869/3199 7904/3891/3220</w:t>
        <w:br/>
        <w:t>f 7885/3871/3200 7906/3892/3221 7905/3890/3219</w:t>
        <w:br/>
        <w:t>f 7884/3869/3199 7885/3871/3200 7905/3890/3219</w:t>
        <w:br/>
        <w:t>f 7870/3856/3186 7891/3877/3206 7906/3892/3221</w:t>
        <w:br/>
        <w:t>f 7885/3871/3200 7870/3856/3186 7906/3892/3221</w:t>
        <w:br/>
        <w:t>f 7867/3853/3183 7868/3855/3185 7889/3876/3205</w:t>
        <w:br/>
        <w:t>f 7888/3874/3203 7867/3853/3183 7889/3876/3205</w:t>
        <w:br/>
        <w:t>f 7873/3859/3189 7894/3880/3209 7896/3881/3210</w:t>
        <w:br/>
        <w:t>f 7875/3860/3190 7873/3859/3189 7896/3881/3210</w:t>
        <w:br/>
        <w:t>f 7908/3893/3222 7907/3894/3223 7886/3873/3202</w:t>
        <w:br/>
        <w:t>f 7887/3872/3201 7908/3893/3222 7886/3873/3202</w:t>
        <w:br/>
        <w:t>f 7909/3895/3224 7908/3893/3222 7887/3872/3201</w:t>
        <w:br/>
        <w:t>f 7888/3874/3203 7909/3895/3224 7887/3872/3201</w:t>
        <w:br/>
        <w:t>f 7890/3875/3204 7911/3896/3225 7910/3897/3226</w:t>
        <w:br/>
        <w:t>f 7889/3876/3205 7890/3875/3204 7910/3897/3226</w:t>
        <w:br/>
        <w:t>f 7907/3894/3223 7912/3898/3227 7891/3877/3206</w:t>
        <w:br/>
        <w:t>f 7886/3873/3202 7907/3894/3223 7891/3877/3206</w:t>
        <w:br/>
        <w:t>f 7893/3878/3207 7914/3899/3228 7913/3900/3229</w:t>
        <w:br/>
        <w:t>f 7892/3879/3208 7893/3878/3207 7913/3900/3229</w:t>
        <w:br/>
        <w:t>f 7892/3879/3208 7913/3900/3229 7915/3901/3230</w:t>
        <w:br/>
        <w:t>f 7894/3880/3209 7892/3879/3208 7915/3901/3230</w:t>
        <w:br/>
        <w:t>f 7896/3881/3210 7917/3902/3231 7916/3903/3232</w:t>
        <w:br/>
        <w:t>f 7895/3882/3211 7896/3881/3210 7916/3903/3232</w:t>
        <w:br/>
        <w:t>f 7918/3904/3233 7914/3899/3228 7893/3878/3207</w:t>
        <w:br/>
        <w:t>f 7897/3883/3212 7918/3904/3233 7893/3878/3207</w:t>
        <w:br/>
        <w:t>f 7895/3882/3211 7916/3903/3232 7919/3905/3234</w:t>
        <w:br/>
        <w:t>f 7898/3884/3213 7895/3882/3211 7919/3905/3234</w:t>
        <w:br/>
        <w:t>f 7898/3884/3213 7919/3905/3234 7920/3906/3235</w:t>
        <w:br/>
        <w:t>f 7899/3885/3214 7898/3884/3213 7920/3906/3235</w:t>
        <w:br/>
        <w:t>f 7899/3885/3214 7920/3906/3235 7921/3907/3236</w:t>
        <w:br/>
        <w:t>f 7900/3886/3215 7899/3885/3214 7921/3907/3236</w:t>
        <w:br/>
        <w:t>f 7921/3907/3236 7911/3896/3225 7890/3875/3204</w:t>
        <w:br/>
        <w:t>f 7900/3886/3215 7921/3907/3236 7890/3875/3204</w:t>
        <w:br/>
        <w:t>f 7922/3908/3237 7918/3904/3233 7897/3883/3212</w:t>
        <w:br/>
        <w:t>f 7901/3887/3216 7922/3908/3237 7897/3883/3212</w:t>
        <w:br/>
        <w:t>f 7902/3888/3217 7923/3909/3238 7922/3908/3237</w:t>
        <w:br/>
        <w:t>f 7901/3887/3216 7902/3888/3217 7922/3908/3237</w:t>
        <w:br/>
        <w:t>f 7903/3889/3218 7924/3910/3239 7923/3909/3238</w:t>
        <w:br/>
        <w:t>f 7902/3888/3217 7903/3889/3218 7923/3909/3238</w:t>
        <w:br/>
        <w:t>f 7904/3891/3220 7905/3890/3219 7926/3911/3240</w:t>
        <w:br/>
        <w:t>f 7925/3912/3239 7904/3891/3220 7926/3911/3240</w:t>
        <w:br/>
        <w:t>f 7906/3892/3221 7927/3913/3241 7926/3911/3240</w:t>
        <w:br/>
        <w:t>f 7905/3890/3219 7906/3892/3221 7926/3911/3240</w:t>
        <w:br/>
        <w:t>f 7891/3877/3206 7912/3898/3227 7927/3913/3241</w:t>
        <w:br/>
        <w:t>f 7906/3892/3221 7891/3877/3206 7927/3913/3241</w:t>
        <w:br/>
        <w:t>f 7910/3897/3226 7909/3895/3224 7888/3874/3203</w:t>
        <w:br/>
        <w:t>f 7889/3876/3205 7910/3897/3226 7888/3874/3203</w:t>
        <w:br/>
        <w:t>f 7894/3880/3209 7915/3901/3230 7917/3902/3231</w:t>
        <w:br/>
        <w:t>f 7896/3881/3210 7894/3880/3209 7917/3902/3231</w:t>
        <w:br/>
        <w:t>f 7930/3914/3242 7929/3915/3243 7928/3916/3244</w:t>
        <w:br/>
        <w:t>f 7931/3917/3242 7930/3914/3242 7928/3916/3244</w:t>
        <w:br/>
        <w:t>f 7933/3918/3245 7932/3919/3246 7930/3914/3242</w:t>
        <w:br/>
        <w:t>f 7931/3917/3242 7933/3918/3245 7930/3914/3242</w:t>
        <w:br/>
        <w:t>f 7937/3920/3247 7936/3921/3248 7935/3922/3249</w:t>
        <w:br/>
        <w:t>f 7934/3923/3249 7937/3920/3247 7935/3922/3249</w:t>
        <w:br/>
        <w:t>f 7939/3924/3250 7928/3916/3244 7929/3915/3243</w:t>
        <w:br/>
        <w:t>f 7938/3925/3250 7939/3924/3250 7929/3915/3243</w:t>
        <w:br/>
        <w:t>f 7943/3926/3251 7942/3927/3251 7941/3928/3252</w:t>
        <w:br/>
        <w:t>f 7940/3929/3253 7943/3926/3251 7941/3928/3252</w:t>
        <w:br/>
        <w:t>f 7945/3930/3254 7940/3929/3253 7941/3928/3252</w:t>
        <w:br/>
        <w:t>f 7944/3931/3255 7945/3930/3254 7941/3928/3252</w:t>
        <w:br/>
        <w:t>f 7949/3932/3256 7948/3933/3257 7947/3934/3258</w:t>
        <w:br/>
        <w:t>f 7946/3935/3256 7949/3932/3256 7947/3934/3258</w:t>
        <w:br/>
        <w:t>f 7951/3936/3259 7950/3937/3259 7942/3927/3251</w:t>
        <w:br/>
        <w:t>f 7943/3926/3251 7951/3936/3259 7942/3927/3251</w:t>
        <w:br/>
        <w:t>f 7953/3938/3260 7949/3932/3256 7946/3935/3256</w:t>
        <w:br/>
        <w:t>f 7952/3939/3261 7953/3938/3260 7946/3935/3256</w:t>
        <w:br/>
        <w:t>f 7955/3940/3262 7953/3938/3260 7952/3939/3261</w:t>
        <w:br/>
        <w:t>f 7954/3941/3262 7955/3940/3262 7952/3939/3261</w:t>
        <w:br/>
        <w:t>f 7955/3940/3262 7954/3941/3262 7957/3942/3263</w:t>
        <w:br/>
        <w:t>f 7956/3943/3263 7955/3940/3262 7957/3942/3263</w:t>
        <w:br/>
        <w:t>f 7956/3943/3263 7957/3942/3263 7936/3921/3248</w:t>
        <w:br/>
        <w:t>f 7937/3920/3247 7956/3943/3263 7936/3921/3248</w:t>
        <w:br/>
        <w:t>f 7959/3944/3264 7958/3945/3264 7950/3937/3259</w:t>
        <w:br/>
        <w:t>f 7951/3936/3259 7959/3944/3264 7950/3937/3259</w:t>
        <w:br/>
        <w:t>f 7961/3946/3265 7960/3947/3266 7958/3945/3264</w:t>
        <w:br/>
        <w:t>f 7959/3944/3264 7961/3946/3265 7958/3945/3264</w:t>
        <w:br/>
        <w:t>f 7963/3948/3267 7962/3949/3267 7960/3947/3266</w:t>
        <w:br/>
        <w:t>f 7961/3946/3265 7963/3948/3267 7960/3947/3266</w:t>
        <w:br/>
        <w:t>f 7967/3950/3268 7966/3951/3269 7965/3952/3270</w:t>
        <w:br/>
        <w:t>f 7964/3953/3267 7967/3950/3268 7965/3952/3270</w:t>
        <w:br/>
        <w:t>f 7966/3951/3269 7969/3954/3271 7968/3955/3272</w:t>
        <w:br/>
        <w:t>f 7965/3952/3270 7966/3951/3269 7968/3955/3272</w:t>
        <w:br/>
        <w:t>f 7969/3954/3271 7939/3924/3250 7938/3925/3250</w:t>
        <w:br/>
        <w:t>f 7968/3955/3272 7969/3954/3271 7938/3925/3250</w:t>
        <w:br/>
        <w:t>f 7934/3923/3249 7935/3922/3249 7932/3919/3246</w:t>
        <w:br/>
        <w:t>f 7933/3918/3245 7934/3923/3249 7932/3919/3246</w:t>
        <w:br/>
        <w:t>f 7948/3933/3257 7945/3930/3254 7944/3931/3255</w:t>
        <w:br/>
        <w:t>f 7947/3934/3258 7948/3933/3257 7944/3931/3255</w:t>
        <w:br/>
        <w:t>f 7972/3956/3273 7971/3957/3274 7970/3958/3275</w:t>
        <w:br/>
        <w:t>f 7971/3957/3274 7973/3959/3276 7970/3958/3275</w:t>
        <w:br/>
        <w:t>f 7975/3960/3277 7974/3961/3278 7970/3958/3275</w:t>
        <w:br/>
        <w:t>f 7976/3962/3279 7972/3956/3273 7970/3958/3275</w:t>
        <w:br/>
        <w:t>f 7979/3963/3280 7978/3964/3281 7977/3965/3282</w:t>
        <w:br/>
        <w:t>f 7980/3966/3283 7979/3963/3280 7977/3965/3282</w:t>
        <w:br/>
        <w:t>f 7982/3967/3284 7981/3968/3285 7977/3965/3282</w:t>
        <w:br/>
        <w:t>f 7978/3964/3281 7983/3969/3286 7977/3965/3282</w:t>
        <w:br/>
        <w:t>f 7984/3970/3287 7982/3967/3284 7977/3965/3282</w:t>
        <w:br/>
        <w:t>f 7985/3971/3288 7984/3970/3287 7970/3958/3275</w:t>
        <w:br/>
        <w:t>f 7986/3972/3289 7985/3971/3288 7970/3958/3275</w:t>
        <w:br/>
        <w:t>f 7974/3961/3278 7986/3972/3289 7970/3958/3275</w:t>
        <w:br/>
        <w:t>f 7983/3969/3286 7987/3973/3290 7977/3965/3282</w:t>
        <w:br/>
        <w:t>f 7987/3973/3290 7988/3974/3291 7977/3965/3282</w:t>
        <w:br/>
        <w:t>f 7988/3974/3291 7989/3975/3292 7977/3965/3282</w:t>
        <w:br/>
        <w:t>f 7989/3975/3292 7990/3976/3293 7977/3965/3282</w:t>
        <w:br/>
        <w:t>f 7990/3976/3293 7991/3977/3294 7977/3965/3282</w:t>
        <w:br/>
        <w:t>f 7991/3977/3294 7976/3962/3279 7970/3958/3275</w:t>
        <w:br/>
        <w:t>f 7973/3959/3276 7975/3960/3277 7970/3958/3275</w:t>
        <w:br/>
        <w:t>f 7981/3968/3285 7980/3966/3283 7977/3965/3282</w:t>
        <w:br/>
        <w:t>f 4206/2267/1762 4207/2266/1762 4208/2272/1767</w:t>
        <w:br/>
        <w:t>f 4209/2271/1766 4206/2267/1762 4208/2272/1767</w:t>
        <w:br/>
        <w:t>f 4246/2306/1798 4489/2434/1901 4488/2435/1901</w:t>
        <w:br/>
        <w:t>f 4319/2376/1855 4246/2306/1798 4488/2435/1901</w:t>
        <w:br/>
        <w:t>f 4055/2121/1631 4049/2117/1888 4472/2419/1889</w:t>
        <w:br/>
        <w:t>f 4077/2137/1646 4055/2121/1631 4472/2419/1889</w:t>
        <w:br/>
        <w:t>f 7706/3691/3031 7714/3697/3036 7711/3700/3039</w:t>
        <w:br/>
        <w:t>f 7705/3692/3032 7706/3691/3031 7711/3700/3039</w:t>
        <w:br/>
        <w:t>f 7701/3690/3030 7702/3689/3029 7709/3694/3034</w:t>
        <w:br/>
        <w:t>f 7710/3693/3033 7701/3690/3030 7709/3694/3034</w:t>
        <w:br/>
        <w:t>f 7597/3582/2931 7604/3587/2934 7601/3590/2936</w:t>
        <w:br/>
        <w:t>f 7596/3583/2932 7597/3582/2931 7601/3590/2936</w:t>
        <w:br/>
        <w:t>f 7605/3592/2937 7606/3591/2937 8023/3978/3295</w:t>
        <w:br/>
        <w:t>f 8022/3979/3296 7605/3592/2937 8023/3978/3295</w:t>
        <w:br/>
        <w:t>f 5843/2839/2284 5844/2841/2286 5853/2847/2292</w:t>
        <w:br/>
        <w:t>f 5848/2846/2291 5843/2839/2284 5853/2847/2292</w:t>
        <w:br/>
        <w:t>f 7358/3424/2785 7364/3429/2790 7552/3557/2906</w:t>
        <w:br/>
        <w:t>f 7360/3426/2787 7358/3424/2785 7552/3557/2906</w:t>
        <w:br/>
        <w:t>f 7362/3427/2788 7364/3429/2790 7358/3424/2785</w:t>
        <w:br/>
        <w:t>f 7346/3411/2771 7362/3427/2788 7358/3424/2785</w:t>
        <w:br/>
        <w:t>f 7346/3411/2771 7342/3408/2768 7343/3410/2770</w:t>
        <w:br/>
        <w:t>f 7362/3427/2788 7346/3411/2771 7343/3410/2770</w:t>
        <w:br/>
        <w:t>f 7323/3392/2753 7343/3410/2770 7342/3408/2768</w:t>
        <w:br/>
        <w:t>f 7327/3394/2755 7323/3392/2753 7342/3408/2768</w:t>
        <w:br/>
        <w:t>f 7327/3394/2755 7324/3397/2758 7322/3393/2754</w:t>
        <w:br/>
        <w:t>f 7323/3392/2753 7327/3394/2755 7322/3393/2754</w:t>
        <w:br/>
        <w:t>f 8026/3980/3297 5842/2840/2285 5849/2845/2290</w:t>
        <w:br/>
        <w:t>f 5845/2842/2287 5842/2840/2285 8026/3980/3297</w:t>
        <w:br/>
        <w:t>f 5848/2846/2291 5849/2845/2290 5842/2840/2285</w:t>
        <w:br/>
        <w:t>f 5843/2839/2284 5848/2846/2291 5842/2840/2285</w:t>
        <w:br/>
        <w:t>f 5162/2542/2002 8030/3981/3298 5165/2539/1999</w:t>
        <w:br/>
        <w:t>f 5136/2516/1980 5133/2519/1983 8030/3981/3298</w:t>
        <w:br/>
        <w:t>f 8031/3982/3299 5136/2516/1980 8030/3981/3298</w:t>
        <w:br/>
        <w:t>f 8037/3983/3300 8036/3984/3301 8035/3985/3302</w:t>
        <w:br/>
        <w:t>f 8041/3986/3303 8040/3987/3304 8039/3988/3305</w:t>
        <w:br/>
        <w:t>f 8038/3989/3306 8041/3986/3303 8039/3988/3305</w:t>
        <w:br/>
        <w:t>f 7853/3839/3172 7861/3847/3176 8040/3987/3304</w:t>
        <w:br/>
        <w:t>f 8041/3986/3303 7853/3839/3172 8040/3987/3304</w:t>
        <w:br/>
        <w:t>f 8037/3983/3300 8043/3990/3307 8042/3991/3308</w:t>
        <w:br/>
        <w:t>f 8038/3989/3306 8037/3983/3300 8042/3991/3308</w:t>
        <w:br/>
        <w:t>f 8045/3992/3309 7586/3573/2922 8044/3993/3310</w:t>
        <w:br/>
        <w:t>f 7587/3572/2921 8039/3988/3305 8040/3987/3304</w:t>
        <w:br/>
        <w:t>f 7590/3576/2925 7587/3572/2921 8040/3987/3304</w:t>
        <w:br/>
        <w:t>f 7592/3577/2926 8041/3986/3303 8038/3989/3306</w:t>
        <w:br/>
        <w:t>f 8042/3991/3308 7592/3577/2926 8038/3989/3306</w:t>
        <w:br/>
        <w:t>f 7782/3768/3102 7853/3839/3172 8041/3986/3303</w:t>
        <w:br/>
        <w:t>f 7592/3577/2926 7782/3768/3102 8041/3986/3303</w:t>
        <w:br/>
        <w:t>f 7861/3847/3176 7783/3769/3103 7590/3576/2925</w:t>
        <w:br/>
        <w:t>f 8040/3987/3304 7861/3847/3176 7590/3576/2925</w:t>
        <w:br/>
        <w:t>f 7860/3846/3175 7861/3847/3176 7853/3839/3172</w:t>
        <w:br/>
        <w:t>f 7853/3839/3172 7784/3772/3106 7785/3771/3105</w:t>
        <w:br/>
        <w:t>f 7860/3846/3175 7853/3839/3172 7785/3771/3105</w:t>
        <w:br/>
        <w:t>f 7800/3785/3119 7803/3790/3124 7861/3847/3176</w:t>
        <w:br/>
        <w:t>f 7860/3846/3175 7800/3785/3119 7861/3847/3176</w:t>
        <w:br/>
        <w:t>f 7729/3712/3051 7732/3716/3055 7702/3689/3029</w:t>
        <w:br/>
        <w:t>f 7728/3713/3052 7729/3712/3051 7702/3689/3029</w:t>
        <w:br/>
        <w:t>f 7705/3692/3032 7711/3700/3039 7726/3715/3054</w:t>
        <w:br/>
        <w:t>f 8049/3994/3043 7726/3715/3054 7712/3699/3038</w:t>
        <w:br/>
        <w:t>f 7726/3715/3054 7711/3700/3039 7712/3699/3038</w:t>
        <w:br/>
        <w:t>f 7641/3627/2971 7643/3630/2974 7648/3633/2977</w:t>
        <w:br/>
        <w:t>f 8050/3995/3311 7641/3627/2971 7648/3633/2977</w:t>
        <w:br/>
        <w:t>f 7641/3627/2971 8050/3995/3311 7637/3622/2967</w:t>
        <w:br/>
        <w:t>f 7636/3623/2969 7641/3627/2971 7637/3622/2967</w:t>
        <w:br/>
        <w:t>f 7831/3817/3150 7816/3802/3136 7815/3801/3135</w:t>
        <w:br/>
        <w:t>f 7840/3827/3160 7831/3817/3150 7815/3801/3135</w:t>
        <w:br/>
        <w:t>f 7834/3819/3152 7831/3817/3150 7840/3827/3160</w:t>
        <w:br/>
        <w:t>f 7841/3826/3159 7834/3819/3152 7840/3827/3160</w:t>
        <w:br/>
        <w:t>f 7246/3315/2684 7252/3322/2691 7248/3319/2688</w:t>
        <w:br/>
        <w:t>f 7247/3320/2689 7248/3319/2688 7252/3322/2691</w:t>
        <w:br/>
        <w:t>f 7289/3360/2727 7290/3359/2726 7434/3501/3312</w:t>
        <w:br/>
        <w:t>f 7240/3307/3313 7289/3360/2727 7300/3368/2730</w:t>
        <w:br/>
        <w:t>f 7235/3305/2677 7240/3307/3313 7300/3368/2730</w:t>
        <w:br/>
        <w:t>f 7236/3306/2678 7240/3307/3313 7235/3305/2677</w:t>
        <w:br/>
        <w:t>f 4302/2358/1843 8053/3996/3314 8052/3997/3314</w:t>
        <w:br/>
        <w:t>f 8051/3998/3315 4302/2358/1843 8052/3997/3314</w:t>
        <w:br/>
        <w:t>f 8057/3999/1842 8056/4000/1842 8055/4001/3316</w:t>
        <w:br/>
        <w:t>f 8054/4002/3317 8057/3999/1842 8055/4001/3316</w:t>
        <w:br/>
        <w:t>f 8060/4003/3314 8059/4004/3318 8054/4002/3317</w:t>
        <w:br/>
        <w:t>f 8058/4005/3319 8060/4003/3314 8054/4002/3317</w:t>
        <w:br/>
        <w:t>f 8063/4006/3320 8062/4007/3321 8061/4008/3321</w:t>
        <w:br/>
        <w:t>f 8066/4009/3322 8065/4010/3323 8064/4011/3322</w:t>
        <w:br/>
        <w:t>f 8069/4012/3324 8068/4013/3325 8067/4014/3325</w:t>
        <w:br/>
        <w:t>f 8072/4015/3326 8071/4016/3327 8070/4017/3326</w:t>
        <w:br/>
        <w:t>f 4301/2359/1844 4302/2358/1843 4151/2209/1706</w:t>
        <w:br/>
        <w:t>f 4302/2358/1843 8051/3998/3315 4462/2408/1878</w:t>
        <w:br/>
        <w:t>f 4151/2209/1706 4302/2358/1843 4462/2408/1878</w:t>
        <w:br/>
        <w:t>f 4448/2394/1874 8058/4005/3319 8054/4002/3317</w:t>
        <w:br/>
        <w:t>f 4318/2374/3328 4448/2394/1874 8054/4002/3317</w:t>
        <w:br/>
        <w:t>f 4318/2374/3328 8054/4002/3317 8055/4001/3316</w:t>
        <w:br/>
        <w:t>f 4471/2417/1886 4184/2245/1740 4187/2247/1742</w:t>
        <w:br/>
        <w:t>f 4185/2244/1749 4182/2242/1737 4034/2102/1613</w:t>
        <w:br/>
        <w:t>f 4045/2112/1623 4107/2165/1669 4043/2109/1620</w:t>
        <w:br/>
        <w:t>f 4315/2373/1852 4234/2292/1786 4231/2295/1789</w:t>
        <w:br/>
        <w:t>f 4226/2287/1781 4223/2285/1779 4316/2372/1851</w:t>
        <w:br/>
        <w:t>f 4137/2198/1694 4304/2361/1845 4449/2396/1876</w:t>
        <w:br/>
        <w:t>f 4454/2401/1697 4136/2199/1695 8073/4018/1698</w:t>
        <w:br/>
        <w:t>f 6366/2890/2329 6367/2889/2328 6369/2893/2332</w:t>
        <w:br/>
        <w:t>f 6551/3043/2462 6547/3042/2461 6546/3041/2460</w:t>
        <w:br/>
        <w:t>f 6550/3044/2463 6551/3043/2462 6546/3041/2460</w:t>
        <w:br/>
        <w:t>f 6403/2916/2352 6400/2919/2355 6419/2939/2375</w:t>
        <w:br/>
        <w:t>f 6420/2938/2374 6403/2916/2352 6419/2939/2375</w:t>
        <w:br/>
        <w:t>f 6408/2924/2360 6403/2916/2352 6420/2938/2374</w:t>
        <w:br/>
        <w:t>f 6467/2977/2407 6408/2924/2360 6420/2938/2374</w:t>
        <w:br/>
        <w:t>f 6456/2972/2402 6457/2971/2401 6363/2963/2393</w:t>
        <w:br/>
        <w:t>f 6446/2962/2392 6456/2972/2402 6363/2963/2393</w:t>
        <w:br/>
        <w:t>f 6452/2970/2400 6459/2975/2405 6456/2972/2402</w:t>
        <w:br/>
        <w:t>f 6453/2969/2400 6452/2970/2400 6456/2972/2402</w:t>
        <w:br/>
        <w:t>f 6526/3025/2447 6531/3029/2450 6532/3028/2449</w:t>
        <w:br/>
        <w:t>f 6530/3024/2445 6526/3025/2447 6532/3028/2449</w:t>
        <w:br/>
        <w:t>f 7439/3505/2860 7442/3510/2864 7445/3511/2865</w:t>
        <w:br/>
        <w:t>f 7438/3504/2859 7439/3505/2860 7445/3511/2865</w:t>
        <w:br/>
        <w:t>f 7304/3373/2735 7299/3369/2731 7465/3531/2884</w:t>
        <w:br/>
        <w:t>f 7311/3382/2744 7304/3373/2735 7465/3531/2884</w:t>
        <w:br/>
        <w:t>f 8115/4019/2740 8114/4020/3329 5855/2849/2294</w:t>
        <w:br/>
        <w:t>f 5850/2844/2289 8115/4019/2740 5855/2849/2294</w:t>
        <w:br/>
        <w:t>f 5850/2844/2289 5851/2843/2288 7477/3544/2895</w:t>
        <w:br/>
        <w:t>f 8115/4019/2740 5850/2844/2289 7477/3544/2895</w:t>
        <w:br/>
        <w:t>f 7777/3763/3097 7773/3759/3093 7774/3758/3092</w:t>
        <w:br/>
        <w:t>f 7774/3758/3092 7772/3760/3094 7776/3761/3095</w:t>
        <w:br/>
        <w:t>f 7844/3830/3163 7778/3764/3098 7761/3748/3082</w:t>
        <w:br/>
        <w:t>f 7765/3752/3086 7776/3761/3095 7811/3797/3131</w:t>
        <w:br/>
        <w:t>f 7850/3836/3169 7669/3653/2995 7667/3655/2997</w:t>
        <w:br/>
        <w:t>f 7665/3651/2993 7693/3678/3019 7694/3680/3021</w:t>
        <w:br/>
        <w:t>f 7747/3731/3068 7754/3738/3073 7746/3732/3070</w:t>
        <w:br/>
        <w:t>f 7748/3734/3066 7746/3732/3070 7749/3737/3330</w:t>
        <w:br/>
        <w:t>f 7658/3646/2987 7661/3647/2988 7633/3619/2964</w:t>
        <w:br/>
        <w:t>f 7660/3644/2983 7658/3646/2987 7662/3648/2989</w:t>
        <w:br/>
        <w:t>f 5163/2541/2001 5164/2540/2000 5166/2545/2005</w:t>
        <w:br/>
        <w:t>f 8193/4021/3331 5163/2541/2001 5166/2545/2005</w:t>
        <w:br/>
        <w:t>f 5192/2568/2024 5193/2567/2023 8193/4021/3331</w:t>
        <w:br/>
        <w:t>f 8194/4022/3332 5192/2568/2024 8193/4021/3331</w:t>
        <w:br/>
        <w:t>f 3025/2037/1570 3029/2041/1573 3030/2040/1572</w:t>
        <w:br/>
        <w:t>f 3024/2038/1571 3025/2037/1570 3030/2040/1572</w:t>
        <w:br/>
        <w:t>f 2908/1983/1536 2905/1978/1531 2902/1981/1534</w:t>
        <w:br/>
        <w:t>f 2907/1984/1537 2908/1983/1536 2902/1981/1534</w:t>
        <w:br/>
        <w:t>f 5266/2613/2066 5264/2612/2065 5306/2616/2069</w:t>
        <w:br/>
        <w:t>f 5229/2587/2040 5257/2604/2057 5227/2585/2038</w:t>
        <w:br/>
        <w:t>f 7309/3380/2742 7310/3379/2741 7312/3381/2743</w:t>
        <w:br/>
        <w:t>f 7313/3383/2745 7309/3380/2742 7312/3381/2743</w:t>
        <w:br/>
        <w:t>f 7438/3504/2859 7445/3511/2865 7465/3531/2884</w:t>
        <w:br/>
        <w:t>f 7301/3372/2734 7438/3504/2859 7465/3531/2884</w:t>
        <w:br/>
        <w:t>f 6359/2885/2324 6425/2942/2378 6358/2886/2325</w:t>
        <w:br/>
        <w:t>f 8247/4023/3333 8246/4024/3334 8245/4025/3335</w:t>
        <w:br/>
        <w:t>f 8244/4026/3333 8247/4023/3333 8245/4025/3335</w:t>
        <w:br/>
        <w:t>f 8252/4027/3336 8251/4028/3337 8250/4029/3338</w:t>
        <w:br/>
        <w:t>f 8249/4030/3336 8252/4027/3336 8250/4029/3338</w:t>
        <w:br/>
        <w:t>f 8253/4031/3339 8250/4029/3338 8251/4028/3337</w:t>
        <w:br/>
        <w:t>f 4874/2465/1930 4875/2464/1929 8253/4031/3339</w:t>
        <w:br/>
        <w:t>f 4865/2463/1928 4866/2462/1927 4872/2467/1932</w:t>
        <w:br/>
        <w:t>f 4873/2466/1931 4865/2463/1928 4872/2467/1932</w:t>
        <w:br/>
        <w:t>f 4867/2461/1926 4868/2460/1925 4930/2468/1933</w:t>
        <w:br/>
        <w:t>f 4927/2471/1935 4867/2461/1926 4930/2468/1933</w:t>
        <w:br/>
        <w:t>f 8257/4032/3340 8256/4033/1934 8255/4034/1934</w:t>
        <w:br/>
        <w:t>f 8254/4035/3341 8257/4032/3340 8255/4034/1934</w:t>
        <w:br/>
        <w:t>f 8259/4036/3342 8257/4032/3340 8254/4035/3341</w:t>
        <w:br/>
        <w:t>f 8258/4037/3343 8259/4036/3342 8254/4035/3341</w:t>
        <w:br/>
        <w:t>f 8261/4038/3344 8259/4036/3342 8258/4037/3343</w:t>
        <w:br/>
        <w:t>f 8260/4039/3345 8261/4038/3344 8258/4037/3343</w:t>
        <w:br/>
        <w:t>f 8262/4040/3346 8261/4038/3344 8260/4039/3345</w:t>
        <w:br/>
        <w:t>f 4690/2459/1924 8262/4040/3346 8260/4039/3345</w:t>
        <w:br/>
        <w:t>f 4691/2458/1923 4692/2457/1922 8263/4041/3347</w:t>
        <w:br/>
        <w:t>f 8263/4041/3347 4692/2457/1922 8265/4042/3348</w:t>
        <w:br/>
        <w:t>f 8264/4043/3348 8263/4041/3347 8265/4042/3348</w:t>
        <w:br/>
        <w:t>f 8246/4024/3334 8264/4043/3348 8265/4042/3348</w:t>
        <w:br/>
        <w:t>f 8245/4025/3335 8246/4024/3334 8265/4042/3348</w:t>
        <w:br/>
        <w:t>f 4690/2459/1924 4691/2458/1923 8262/4040/3346</w:t>
        <w:br/>
        <w:t>f 8271/4044/3349 8270/4045/3350 8269/4046/3350</w:t>
        <w:br/>
        <w:t>f 8268/4047/3351 8271/4044/3349 8269/4046/3350</w:t>
        <w:br/>
        <w:t>f 8273/4048/3352 4868/2460/1925 4865/2463/1928</w:t>
        <w:br/>
        <w:t>f 8272/4049/3353 8273/4048/3352 4865/2463/1928</w:t>
        <w:br/>
        <w:t>f 8277/4050/3354 8276/4051/3355 8275/4052/3355</w:t>
        <w:br/>
        <w:t>f 8274/4053/3356 8277/4050/3354 8275/4052/3355</w:t>
        <w:br/>
        <w:t>f 8280/4054/3357 4873/2466/1931 8279/4055/3358</w:t>
        <w:br/>
        <w:t>f 8278/4056/3359 8280/4054/3357 8279/4055/3358</w:t>
        <w:br/>
        <w:t>f 8284/4057/3360 8283/4058/3361 8282/4059/3361</w:t>
        <w:br/>
        <w:t>f 8281/4060/3360 8284/4057/3360 8282/4059/3361</w:t>
        <w:br/>
        <w:t>f 8288/4061/3362 8287/4062/3362 8286/4063/3363</w:t>
        <w:br/>
        <w:t>f 8285/4064/3364 8288/4061/3362 8286/4063/3363</w:t>
        <w:br/>
        <w:t>f 8292/4065/3365 8291/4066/3365 8290/4067/3366</w:t>
        <w:br/>
        <w:t>f 8289/4068/3366 8292/4065/3365 8290/4067/3366</w:t>
        <w:br/>
        <w:t>f 8296/4069/3367 8295/4070/3368 8294/4071/3368</w:t>
        <w:br/>
        <w:t>f 8293/4072/3367 8296/4069/3367 8294/4071/3368</w:t>
        <w:br/>
        <w:t>f 8300/4073/3369 8299/4074/3369 8298/4075/3370</w:t>
        <w:br/>
        <w:t>f 8297/4076/3370 8300/4073/3369 8298/4075/3370</w:t>
        <w:br/>
        <w:t>f 8304/4077/3371 8303/4078/3371 8302/4079/3372</w:t>
        <w:br/>
        <w:t>f 8301/4080/3373 8304/4077/3371 8302/4079/3372</w:t>
        <w:br/>
        <w:t>f 8308/4081/3374 8307/4082/3375 8306/4083/3376</w:t>
        <w:br/>
        <w:t>f 8305/4084/3376 8308/4081/3374 8306/4083/3376</w:t>
        <w:br/>
        <w:t>f 8310/4085/3377 8305/4084/3376 8306/4083/3376</w:t>
        <w:br/>
        <w:t>f 8309/4086/3378 8310/4085/3377 8306/4083/3376</w:t>
        <w:br/>
        <w:t>f 8278/4056/3359 4874/2465/3379 8303/4078/3371</w:t>
        <w:br/>
        <w:t>f 8304/4077/3371 8278/4056/3359 8303/4078/3371</w:t>
        <w:br/>
        <w:t>f 8283/4058/3361 8310/4085/3377 8309/4086/3378</w:t>
        <w:br/>
        <w:t>f 8282/4059/3361 8283/4058/3361 8309/4086/3378</w:t>
        <w:br/>
        <w:t>f 8276/4051/3355 8284/4057/3360 8281/4060/3360</w:t>
        <w:br/>
        <w:t>f 8275/4052/3355 8276/4051/3355 8281/4060/3360</w:t>
        <w:br/>
        <w:t>f 8280/4054/3357 8311/4087/3380 4865/2463/1928</w:t>
        <w:br/>
        <w:t>f 4873/2466/1931 8280/4054/3357 4865/2463/1928</w:t>
        <w:br/>
        <w:t>f 8292/4065/3365 8277/4050/3354 8274/4053/3356</w:t>
        <w:br/>
        <w:t>f 8291/4066/3365 8292/4065/3365 8274/4053/3356</w:t>
        <w:br/>
        <w:t>f 8285/4064/3381 4930/2468/1933 4868/2460/1925</w:t>
        <w:br/>
        <w:t>f 8312/4088/3382 8285/4064/3381 4868/2460/1925</w:t>
        <w:br/>
        <w:t>f 8316/4089/3383 8315/4090/3383 8314/4091/3384</w:t>
        <w:br/>
        <w:t>f 8313/4092/3385 8316/4089/3383 8314/4091/3384</w:t>
        <w:br/>
        <w:t>f 8320/4093/3362 8319/4094/3386 8318/4095/3387</w:t>
        <w:br/>
        <w:t>f 8317/4096/3362 8320/4093/3362 8318/4095/3387</w:t>
        <w:br/>
        <w:t>f 8322/4097/3388 8313/4092/3385 8314/4091/3384</w:t>
        <w:br/>
        <w:t>f 8321/4098/3388 8322/4097/3388 8314/4091/3384</w:t>
        <w:br/>
        <w:t>f 8324/4099/3389 8323/4100/3389 8318/4095/3387</w:t>
        <w:br/>
        <w:t>f 8319/4094/3386 8324/4099/3389 8318/4095/3387</w:t>
        <w:br/>
        <w:t>f 8322/4097/3388 8321/4098/3388 8326/4101/3390</w:t>
        <w:br/>
        <w:t>f 8325/4102/3391 8322/4097/3388 8326/4101/3390</w:t>
        <w:br/>
        <w:t>f 8324/4099/3389 8328/4103/3392 8327/4104/3393</w:t>
        <w:br/>
        <w:t>f 8323/4100/3389 8324/4099/3389 8327/4104/3393</w:t>
        <w:br/>
        <w:t>f 8325/4102/3391 8326/4101/3390 8330/4105/3394</w:t>
        <w:br/>
        <w:t>f 8329/4106/3394 8325/4102/3391 8330/4105/3394</w:t>
        <w:br/>
        <w:t>f 8331/4107/3395 8271/4044/3349 8268/4047/3351</w:t>
        <w:br/>
        <w:t>f 8260/4039/3396 8331/4107/3395 8268/4047/3351</w:t>
        <w:br/>
        <w:t>f 8335/4108/3397 8334/4109/3398 8333/4110/3398</w:t>
        <w:br/>
        <w:t>f 8332/4111/3397 8335/4108/3397 8333/4110/3398</w:t>
        <w:br/>
        <w:t>f 8332/4111/3397 8337/4112/3399 8336/4113/3399</w:t>
        <w:br/>
        <w:t>f 8335/4108/3397 8332/4111/3397 8336/4113/3399</w:t>
        <w:br/>
        <w:t>f 8339/4114/3400 8338/4115/3400 8269/4046/3350</w:t>
        <w:br/>
        <w:t>f 8270/4045/3350 8339/4114/3400 8269/4046/3350</w:t>
        <w:br/>
        <w:t>f 8295/4070/3368 8336/4113/3399 8337/4112/3399</w:t>
        <w:br/>
        <w:t>f 8294/4071/3368 8295/4070/3368 8337/4112/3399</w:t>
        <w:br/>
        <w:t>f 8297/4076/3370 8298/4075/3370 8338/4115/3400</w:t>
        <w:br/>
        <w:t>f 8339/4114/3400 8297/4076/3370 8338/4115/3400</w:t>
        <w:br/>
        <w:t>f 8302/4079/3372 8341/4116/3401 8340/4117/3401</w:t>
        <w:br/>
        <w:t>f 8301/4080/3373 8302/4079/3372 8340/4117/3401</w:t>
        <w:br/>
        <w:t>f 8329/4106/3394 8330/4105/3394 8333/4110/3398</w:t>
        <w:br/>
        <w:t>f 8334/4109/3398 8329/4106/3394 8333/4110/3398</w:t>
        <w:br/>
        <w:t>f 8253/4031/3339 8251/4028/3337 4874/2465/1930</w:t>
        <w:br/>
        <w:t>f 7577/3562/2911 7580/3564/2913 7576/3563/2912</w:t>
        <w:br/>
        <w:t>f 7698/3681/3022 7579/3565/2914 8347/4118/3402</w:t>
        <w:br/>
        <w:t>f 8036/3984/3301 8038/3989/3306 8039/3988/3305</w:t>
        <w:br/>
        <w:t>f 8045/3992/3309 8036/3984/3301 8039/3988/3305</w:t>
        <w:br/>
        <w:t>f 8039/3988/3305 7587/3572/2921 7586/3573/2922</w:t>
        <w:br/>
        <w:t>f 8045/3992/3309 8039/3988/3305 7586/3573/2922</w:t>
        <w:br/>
        <w:t>f 8905/4119/3403 8904/4120/3403 8903/4121/3404</w:t>
        <w:br/>
        <w:t>f 8902/4122/3405 8905/4119/3403 8903/4121/3404</w:t>
        <w:br/>
        <w:t>f 8907/4123/3406 8902/4122/3405 8903/4121/3404</w:t>
        <w:br/>
        <w:t>f 8906/4124/3407 8907/4123/3406 8903/4121/3404</w:t>
        <w:br/>
        <w:t>f 8906/4124/3407 8909/4125/3408 8908/4126/3409</w:t>
        <w:br/>
        <w:t>f 8907/4123/3406 8906/4124/3407 8908/4126/3409</w:t>
        <w:br/>
        <w:t>f 8912/4127/3410 8911/4128/3411 8910/4129/3412</w:t>
        <w:br/>
        <w:t>f 8913/4130/3413 8912/4127/3410 8910/4129/3412</w:t>
        <w:br/>
        <w:t>f 8911/4128/3411 8915/4131/3414 8914/4132/3415</w:t>
        <w:br/>
        <w:t>f 8910/4129/3412 8911/4128/3411 8914/4132/3415</w:t>
        <w:br/>
        <w:t>f 8914/4132/3415 8915/4131/3414 8917/4133/3416</w:t>
        <w:br/>
        <w:t>f 8916/4134/3417 8914/4132/3415 8917/4133/3416</w:t>
        <w:br/>
        <w:t>f 8909/4125/3408 8919/4135/3418 8918/4136/3419</w:t>
        <w:br/>
        <w:t>f 8908/4126/3409 8909/4125/3408 8918/4136/3419</w:t>
        <w:br/>
        <w:t>f 8921/4137/3420 8920/4138/3421 8913/4130/3413</w:t>
        <w:br/>
        <w:t>f 8922/4139/3422 8921/4137/3420 8913/4130/3413</w:t>
        <w:br/>
        <w:t>f 8926/4140/3423 8925/4141/3423 8924/4142/3424</w:t>
        <w:br/>
        <w:t>f 8923/4143/3425 8926/4140/3423 8924/4142/3424</w:t>
        <w:br/>
        <w:t>f 8924/4142/3424 8927/4144/3426 8922/4139/3422</w:t>
        <w:br/>
        <w:t>f 8923/4143/3425 8924/4142/3424 8922/4139/3422</w:t>
        <w:br/>
        <w:t>f 8929/4145/3427 8918/4136/3419 8919/4135/3418</w:t>
        <w:br/>
        <w:t>f 8928/4146/3427 8929/4145/3427 8919/4135/3418</w:t>
        <w:br/>
        <w:t>f 8931/4147/3428 8929/4145/3427 8928/4146/3427</w:t>
        <w:br/>
        <w:t>f 8930/4148/3429 8931/4147/3428 8928/4146/3427</w:t>
        <w:br/>
        <w:t>f 8934/4149/3430 8933/4150/3431 8932/4151/3431</w:t>
        <w:br/>
        <w:t>f 8935/4152/3432 8934/4149/3430 8932/4151/3431</w:t>
        <w:br/>
        <w:t>f 8933/4150/3431 8904/4120/3403 8905/4119/3403</w:t>
        <w:br/>
        <w:t>f 8932/4151/3431 8933/4150/3431 8905/4119/3403</w:t>
        <w:br/>
        <w:t>f 8916/4134/3417 8917/4133/3416 8937/4153/3433</w:t>
        <w:br/>
        <w:t>f 8936/4154/3434 8916/4134/3417 8937/4153/3433</w:t>
        <w:br/>
        <w:t>f 8937/4153/3433 8939/4155/3435 8938/4156/3436</w:t>
        <w:br/>
        <w:t>f 8936/4154/3434 8937/4153/3433 8938/4156/3436</w:t>
        <w:br/>
        <w:t>f 8943/4157/3437 8942/4158/3437 8941/4159/3438</w:t>
        <w:br/>
        <w:t>f 8940/4160/3438 8943/4157/3437 8941/4159/3438</w:t>
        <w:br/>
        <w:t>f 8941/4159/3438 8945/4161/3439 8944/4162/3439</w:t>
        <w:br/>
        <w:t>f 8940/4160/3438 8941/4159/3438 8944/4162/3439</w:t>
        <w:br/>
        <w:t>f 8944/4162/3439 8945/4161/3439 8934/4149/3430</w:t>
        <w:br/>
        <w:t>f 8935/4152/3432 8944/4162/3439 8934/4149/3430</w:t>
        <w:br/>
        <w:t>f 8938/4156/3436 8939/4155/3435 8947/4163/3440</w:t>
        <w:br/>
        <w:t>f 8946/4164/3441 8938/4156/3436 8947/4163/3440</w:t>
        <w:br/>
        <w:t>f 8946/4164/3441 8947/4163/3440 8949/4165/3442</w:t>
        <w:br/>
        <w:t>f 8948/4166/3443 8946/4164/3441 8949/4165/3442</w:t>
        <w:br/>
        <w:t>f 8948/4166/3443 8949/4165/3442 8951/4167/3444</w:t>
        <w:br/>
        <w:t>f 8950/4168/3445 8948/4166/3443 8951/4167/3444</w:t>
        <w:br/>
        <w:t>f 8953/4169/3446 8952/4170/3446 8925/4141/3423</w:t>
        <w:br/>
        <w:t>f 8926/4140/3423 8953/4169/3446 8925/4141/3423</w:t>
        <w:br/>
        <w:t>f 8955/4171/3447 8931/4147/3428 8930/4148/3429</w:t>
        <w:br/>
        <w:t>f 8954/4172/3447 8955/4171/3447 8930/4148/3429</w:t>
        <w:br/>
        <w:t>f 8959/4173/3448 8958/4174/3449 8957/4175/3450</w:t>
        <w:br/>
        <w:t>f 8956/4176/3451 8959/4173/3448 8957/4175/3450</w:t>
        <w:br/>
        <w:t>f 8956/4176/3451 8957/4175/3450 8961/4177/3452</w:t>
        <w:br/>
        <w:t>f 8960/4178/3452 8956/4176/3451 8961/4177/3452</w:t>
        <w:br/>
        <w:t>f 8943/4157/3437 8960/4178/3452 8961/4177/3452</w:t>
        <w:br/>
        <w:t>f 8942/4158/3437 8943/4157/3437 8961/4177/3452</w:t>
        <w:br/>
        <w:t>f 8950/4168/3445 8951/4167/3444 8963/4179/3453</w:t>
        <w:br/>
        <w:t>f 8962/4180/3453 8950/4168/3445 8963/4179/3453</w:t>
        <w:br/>
        <w:t>f 8962/4180/3453 8963/4179/3453 8965/4181/3454</w:t>
        <w:br/>
        <w:t>f 8964/4182/3454 8962/4180/3453 8965/4181/3454</w:t>
        <w:br/>
        <w:t>f 8967/4183/3455 8964/4182/3454 8965/4181/3454</w:t>
        <w:br/>
        <w:t>f 8966/4184/3456 8967/4183/3455 8965/4181/3454</w:t>
        <w:br/>
        <w:t>f 8959/4173/3448 8970/4185/3457 8969/4186/3458</w:t>
        <w:br/>
        <w:t>f 8968/4187/3459 8959/4173/3448 8969/4186/3458</w:t>
        <w:br/>
        <w:t>f 8972/4188/3460 8967/4183/3455 8966/4184/3456</w:t>
        <w:br/>
        <w:t>f 8971/4189/3460 8972/4188/3460 8966/4184/3456</w:t>
        <w:br/>
        <w:t>f 8972/4188/3460 8971/4189/3460 8974/4190/3461</w:t>
        <w:br/>
        <w:t>f 8973/4191/3462 8972/4188/3460 8974/4190/3461</w:t>
        <w:br/>
        <w:t>f 8977/4192/3463 8976/4193/3464 8975/4194/3465</w:t>
        <w:br/>
        <w:t>f 8978/4195/3466 8977/4192/3463 8975/4194/3465</w:t>
        <w:br/>
        <w:t>f 8976/4193/3464 8980/4196/3467 8979/4197/3468</w:t>
        <w:br/>
        <w:t>f 8975/4194/3465 8976/4193/3464 8979/4197/3468</w:t>
        <w:br/>
        <w:t>f 8980/4196/3467 8982/4198/3469 8981/4199/3470</w:t>
        <w:br/>
        <w:t>f 8979/4197/3468 8980/4196/3467 8981/4199/3470</w:t>
        <w:br/>
        <w:t>f 8985/4200/3471 8984/4201/3472 8983/4202/3472</w:t>
        <w:br/>
        <w:t>f 8986/4203/3471 8985/4200/3471 8983/4202/3472</w:t>
        <w:br/>
        <w:t>f 8983/4202/3472 8984/4201/3472 8988/4204/3473</w:t>
        <w:br/>
        <w:t>f 8987/4205/3473 8983/4202/3472 8988/4204/3473</w:t>
        <w:br/>
        <w:t>f 8987/4205/3473 8988/4204/3473 8990/4206/3474</w:t>
        <w:br/>
        <w:t>f 8989/4207/3475 8987/4205/3473 8990/4206/3474</w:t>
        <w:br/>
        <w:t>f 8990/4206/3474 8992/4208/3476 8991/4209/3477</w:t>
        <w:br/>
        <w:t>f 8989/4207/3475 8990/4206/3474 8991/4209/3477</w:t>
        <w:br/>
        <w:t>f 8991/4209/3477 8992/4208/3476 8994/4210/3478</w:t>
        <w:br/>
        <w:t>f 8993/4211/3479 8991/4209/3477 8994/4210/3478</w:t>
        <w:br/>
        <w:t>f 8996/4212/3480 8995/4213/3480 8977/4192/3463</w:t>
        <w:br/>
        <w:t>f 8978/4195/3466 8996/4212/3480 8977/4192/3463</w:t>
        <w:br/>
        <w:t>f 8998/4214/3481 8997/4215/3482 8995/4213/3480</w:t>
        <w:br/>
        <w:t>f 8996/4212/3480 8998/4214/3481 8995/4213/3480</w:t>
        <w:br/>
        <w:t>f 8986/4203/3471 9000/4216/3483 8999/4217/3483</w:t>
        <w:br/>
        <w:t>f 8985/4200/3471 8986/4203/3471 8999/4217/3483</w:t>
        <w:br/>
        <w:t>f 8982/4198/3469 9002/4218/3484 9001/4219/3485</w:t>
        <w:br/>
        <w:t>f 8981/4199/3470 8982/4198/3469 9001/4219/3485</w:t>
        <w:br/>
        <w:t>f 8993/4211/3479 8994/4210/3478 9004/4220/3486</w:t>
        <w:br/>
        <w:t>f 9003/4221/3487 8993/4211/3479 9004/4220/3486</w:t>
        <w:br/>
        <w:t>f 9006/4222/3488 9005/4223/3488 8997/4215/3482</w:t>
        <w:br/>
        <w:t>f 8998/4214/3481 9006/4222/3488 8997/4215/3482</w:t>
        <w:br/>
        <w:t>f 9010/4224/3489 9009/4225/3489 9008/4226/3490</w:t>
        <w:br/>
        <w:t>f 9007/4227/3491 9010/4224/3489 9008/4226/3490</w:t>
        <w:br/>
        <w:t>f 9012/4228/3492 9007/4227/3491 9008/4226/3490</w:t>
        <w:br/>
        <w:t>f 9011/4229/3492 9012/4228/3492 9008/4226/3490</w:t>
        <w:br/>
        <w:t>f 9016/4230/3493 9015/4231/3494 9014/4232/3495</w:t>
        <w:br/>
        <w:t>f 9013/4233/3496 9016/4230/3493 9014/4232/3495</w:t>
        <w:br/>
        <w:t>f 9018/4234/3497 9015/4231/3494 9016/4230/3493</w:t>
        <w:br/>
        <w:t>f 9017/4235/3498 9018/4234/3497 9016/4230/3493</w:t>
        <w:br/>
        <w:t>f 9020/4236/3499 9019/4237/3499 9009/4225/3489</w:t>
        <w:br/>
        <w:t>f 9010/4224/3489 9020/4236/3499 9009/4225/3489</w:t>
        <w:br/>
        <w:t>f 9018/4234/3497 9017/4235/3498 9022/4238/3500</w:t>
        <w:br/>
        <w:t>f 9021/4239/3501 9018/4234/3497 9022/4238/3500</w:t>
        <w:br/>
        <w:t>f 9021/4239/3501 9022/4238/3500 9024/4240/3502</w:t>
        <w:br/>
        <w:t>f 9023/4241/3503 9021/4239/3501 9024/4240/3502</w:t>
        <w:br/>
        <w:t>f 9023/4241/3503 9024/4240/3502 9026/4242/3504</w:t>
        <w:br/>
        <w:t>f 9025/4243/3504 9023/4241/3503 9026/4242/3504</w:t>
        <w:br/>
        <w:t>f 9030/4244/3505 9029/4245/3506 9028/4246/3507</w:t>
        <w:br/>
        <w:t>f 9027/4247/3508 9030/4244/3505 9028/4246/3507</w:t>
        <w:br/>
        <w:t>f 9027/4247/3508 9028/4246/3507 9019/4237/3499</w:t>
        <w:br/>
        <w:t>f 9020/4236/3499 9027/4247/3508 9019/4237/3499</w:t>
        <w:br/>
        <w:t>f 9025/4243/3504 9026/4242/3504 9005/4223/3488</w:t>
        <w:br/>
        <w:t>f 9006/4222/3488 9025/4243/3504 9005/4223/3488</w:t>
        <w:br/>
        <w:t>f 9003/4221/3487 9004/4220/3486 9029/4245/3506</w:t>
        <w:br/>
        <w:t>f 9030/4244/3505 9003/4221/3487 9029/4245/3506</w:t>
        <w:br/>
        <w:t>f 9033/4248/3509 9032/4249/3510 9031/4250/3509</w:t>
        <w:br/>
        <w:t>f 9035/4251/3511 9033/4248/3509 9031/4250/3509</w:t>
        <w:br/>
        <w:t>f 9034/4252/3512 9035/4251/3511 9031/4250/3509</w:t>
        <w:br/>
        <w:t>f 9035/4251/3511 9034/4252/3512 9037/4253/3513</w:t>
        <w:br/>
        <w:t>f 9036/4254/3514 9035/4251/3511 9037/4253/3513</w:t>
        <w:br/>
        <w:t>f 9041/4255/3515 9040/4256/3516 9039/4257/3516</w:t>
        <w:br/>
        <w:t>f 9038/4258/3515 9041/4255/3515 9039/4257/3516</w:t>
        <w:br/>
        <w:t>f 9041/4255/3515 9038/4258/3515 9043/4259/3517</w:t>
        <w:br/>
        <w:t>f 9042/4260/3517 9041/4255/3515 9043/4259/3517</w:t>
        <w:br/>
        <w:t>f 9044/4261/3518 9042/4260/3517 9043/4259/3517</w:t>
        <w:br/>
        <w:t>f 9040/4256/3516 9046/4262/3519 9045/4263/3520</w:t>
        <w:br/>
        <w:t>f 9039/4257/3516 9040/4256/3516 9045/4263/3520</w:t>
        <w:br/>
        <w:t>f 9036/4254/3514 9037/4253/3513 9048/4264/3521</w:t>
        <w:br/>
        <w:t>f 9047/4265/3522 9036/4254/3514 9048/4264/3521</w:t>
        <w:br/>
        <w:t>f 9052/4266/3523 9051/4267/3523 9050/4268/3524</w:t>
        <w:br/>
        <w:t>f 9049/4269/3524 9052/4266/3523 9050/4268/3524</w:t>
        <w:br/>
        <w:t>f 9049/4269/3524 9050/4268/3524 9045/4263/3520</w:t>
        <w:br/>
        <w:t>f 9046/4262/3519 9049/4269/3524 9045/4263/3520</w:t>
        <w:br/>
        <w:t>f 9054/4270/3525 9047/4265/3522 9048/4264/3521</w:t>
        <w:br/>
        <w:t>f 9053/4271/3526 9054/4270/3525 9048/4264/3521</w:t>
        <w:br/>
        <w:t>f 9056/4272/3527 9054/4270/3525 9053/4271/3526</w:t>
        <w:br/>
        <w:t>f 9055/4273/3528 9056/4272/3527 9053/4271/3526</w:t>
        <w:br/>
        <w:t>f 9057/4274/3529 8999/4217/3483 9000/4216/3483</w:t>
        <w:br/>
        <w:t>f 9058/4275/3529 9057/4274/3529 9000/4216/3483</w:t>
        <w:br/>
        <w:t>f 9060/4276/3530 9001/4219/3485 9002/4218/3484</w:t>
        <w:br/>
        <w:t>f 9059/4277/3531 9060/4276/3530 9002/4218/3484</w:t>
        <w:br/>
        <w:t>f 9055/4273/3528 9062/4278/3532 9061/4279/3533</w:t>
        <w:br/>
        <w:t>f 9056/4272/3527 9055/4273/3528 9061/4279/3533</w:t>
        <w:br/>
        <w:t>f 9063/4280/3534 9051/4267/3523 9052/4266/3523</w:t>
        <w:br/>
        <w:t>f 9064/4281/3535 9063/4280/3534 9052/4266/3523</w:t>
        <w:br/>
        <w:t>f 9058/4275/3529 9061/4279/3533 9062/4278/3532</w:t>
        <w:br/>
        <w:t>f 9057/4274/3529 9058/4275/3529 9062/4278/3532</w:t>
        <w:br/>
        <w:t>f 9059/4277/3531 9063/4280/3534 9064/4281/3535</w:t>
        <w:br/>
        <w:t>f 9060/4276/3530 9059/4277/3531 9064/4281/3535</w:t>
        <w:br/>
        <w:t>f 9068/4282/3536 9067/4283/3537 9066/4284/3538</w:t>
        <w:br/>
        <w:t>f 9065/4285/3539 9068/4282/3536 9066/4284/3538</w:t>
        <w:br/>
        <w:t>f 9070/4286/3540 9068/4282/3536 9065/4285/3539</w:t>
        <w:br/>
        <w:t>f 9069/4287/3540 9070/4286/3540 9065/4285/3539</w:t>
        <w:br/>
        <w:t>f 9074/4288/3541 9073/4289/3542 9072/4290/3543</w:t>
        <w:br/>
        <w:t>f 9071/4291/3544 9074/4288/3541 9072/4290/3543</w:t>
        <w:br/>
        <w:t>f 9071/4291/3544 9072/4290/3543 9076/4292/3545</w:t>
        <w:br/>
        <w:t>f 9075/4293/3545 9071/4291/3544 9076/4292/3545</w:t>
        <w:br/>
        <w:t>f 9080/4294/3546 9079/4295/3547 9078/4296/3547</w:t>
        <w:br/>
        <w:t>f 9077/4297/3546 9080/4294/3546 9078/4296/3547</w:t>
        <w:br/>
        <w:t>f 9082/4298/3548 9081/4299/3548 9078/4296/3547</w:t>
        <w:br/>
        <w:t>f 9079/4295/3547 9082/4298/3548 9078/4296/3547</w:t>
        <w:br/>
        <w:t>f 9086/4300/3549 9085/4301/3550 9084/4302/3551</w:t>
        <w:br/>
        <w:t>f 9083/4303/3552 9086/4300/3549 9084/4302/3551</w:t>
        <w:br/>
        <w:t>f 9083/4303/3552 9084/4302/3551 9088/4304/3553</w:t>
        <w:br/>
        <w:t>f 9087/4305/3553 9083/4303/3552 9088/4304/3553</w:t>
        <w:br/>
        <w:t>f 9076/4292/3545 9090/4306/3554 9089/4307/3555</w:t>
        <w:br/>
        <w:t>f 9075/4293/3545 9076/4292/3545 9089/4307/3555</w:t>
        <w:br/>
        <w:t>f 9089/4307/3556 9093/4308/3557 9092/4309/3558</w:t>
        <w:br/>
        <w:t>f 9091/4310/3559 9089/4307/3556 9092/4309/3558</w:t>
        <w:br/>
        <w:t>f 9091/4310/3559 9096/4311/3560 9095/4312/3561</w:t>
        <w:br/>
        <w:t>f 9094/4313/3562 9091/4310/3559 9095/4312/3561</w:t>
        <w:br/>
        <w:t>f 9097/4314/3563 9066/4284/3538 9067/4283/3537</w:t>
        <w:br/>
        <w:t>f 9098/4315/3564 9097/4314/3563 9067/4283/3537</w:t>
        <w:br/>
        <w:t>f 9100/4316/3565 9099/4317/3566 9097/4314/3563</w:t>
        <w:br/>
        <w:t>f 9098/4315/3564 9100/4316/3565 9097/4314/3563</w:t>
        <w:br/>
        <w:t>f 9102/4318/3567 9101/4319/3567 9099/4317/3566</w:t>
        <w:br/>
        <w:t>f 9100/4316/3565 9102/4318/3567 9099/4317/3566</w:t>
        <w:br/>
        <w:t>f 9104/4320/3568 9103/4321/3569 9101/4319/3567</w:t>
        <w:br/>
        <w:t>f 9102/4318/3567 9104/4320/3568 9101/4319/3567</w:t>
        <w:br/>
        <w:t>f 9094/4313/3562 9095/4312/3561 9106/4322/3570</w:t>
        <w:br/>
        <w:t>f 9105/4323/3571 9094/4313/3562 9106/4322/3570</w:t>
        <w:br/>
        <w:t>f 9108/4324/3572 9107/4325/3572 9103/4321/3569</w:t>
        <w:br/>
        <w:t>f 9104/4320/3568 9108/4324/3572 9103/4321/3569</w:t>
        <w:br/>
        <w:t>f 9105/4323/3571 9106/4322/3570 9110/4326/3573</w:t>
        <w:br/>
        <w:t>f 9109/4327/3574 9105/4323/3571 9110/4326/3573</w:t>
        <w:br/>
        <w:t>f 9112/4328/3575 9111/4329/3575 9107/4325/3572</w:t>
        <w:br/>
        <w:t>f 9108/4324/3572 9112/4328/3575 9107/4325/3572</w:t>
        <w:br/>
        <w:t>f 9109/4327/3574 9110/4326/3573 9114/4330/3576</w:t>
        <w:br/>
        <w:t>f 9113/4331/3577 9109/4327/3574 9114/4330/3576</w:t>
        <w:br/>
        <w:t>f 9116/4332/3578 9115/4333/3579 9111/4329/3575</w:t>
        <w:br/>
        <w:t>f 9112/4328/3575 9116/4332/3578 9111/4329/3575</w:t>
        <w:br/>
        <w:t>f 9113/4331/3577 9114/4330/3576 9118/4334/3580</w:t>
        <w:br/>
        <w:t>f 9117/4335/3581 9113/4331/3577 9118/4334/3580</w:t>
        <w:br/>
        <w:t>f 9120/4336/3582 9119/4337/3583 9115/4333/3579</w:t>
        <w:br/>
        <w:t>f 9116/4332/3578 9120/4336/3582 9115/4333/3579</w:t>
        <w:br/>
        <w:t>f 9117/4335/3581 9118/4334/3580 9122/4338/3584</w:t>
        <w:br/>
        <w:t>f 9121/4339/3585 9117/4335/3581 9122/4338/3584</w:t>
        <w:br/>
        <w:t>f 9124/4340/3586 9123/4341/3587 9119/4337/3583</w:t>
        <w:br/>
        <w:t>f 9120/4336/3582 9124/4340/3586 9119/4337/3583</w:t>
        <w:br/>
        <w:t>f 9121/4339/3585 9122/4338/3584 9126/4342/3588</w:t>
        <w:br/>
        <w:t>f 9125/4343/3589 9121/4339/3585 9126/4342/3588</w:t>
        <w:br/>
        <w:t>f 9128/4344/3590 9127/4345/3591 9123/4341/3587</w:t>
        <w:br/>
        <w:t>f 9124/4340/3586 9128/4344/3590 9123/4341/3587</w:t>
        <w:br/>
        <w:t>f 9125/4343/3589 9126/4342/3588 9130/4346/3592</w:t>
        <w:br/>
        <w:t>f 9129/4347/3593 9125/4343/3589 9130/4346/3592</w:t>
        <w:br/>
        <w:t>f 9132/4348/3594 9131/4349/3594 9127/4345/3591</w:t>
        <w:br/>
        <w:t>f 9128/4344/3590 9132/4348/3594 9127/4345/3591</w:t>
        <w:br/>
        <w:t>f 9129/4347/3593 9130/4346/3592 9134/4350/3595</w:t>
        <w:br/>
        <w:t>f 9133/4351/3595 9129/4347/3593 9134/4350/3595</w:t>
        <w:br/>
        <w:t>f 9087/4305/3553 9088/4304/3553 9131/4349/3594</w:t>
        <w:br/>
        <w:t>f 9132/4348/3594 9087/4305/3553 9131/4349/3594</w:t>
        <w:br/>
        <w:t>f 9133/4351/3595 9134/4350/3595 9081/4299/3548</w:t>
        <w:br/>
        <w:t>f 9082/4298/3548 9133/4351/3595 9081/4299/3548</w:t>
        <w:br/>
        <w:t>f 9137/4352/3596 9136/4353/3597 9135/4354/3597</w:t>
        <w:br/>
        <w:t>f 9138/4355/3598 9137/4352/3596 9135/4354/3597</w:t>
        <w:br/>
        <w:t>f 9138/4355/3599 9141/4356/3600 9140/4357/3601</w:t>
        <w:br/>
        <w:t>f 9139/4358/3602 9138/4355/3599 9140/4357/3601</w:t>
        <w:br/>
        <w:t>f 9141/4356/3600 9143/4359/3603 9142/4360/3604</w:t>
        <w:br/>
        <w:t>f 9140/4357/3601 9141/4356/3600 9142/4360/3604</w:t>
        <w:br/>
        <w:t>f 9146/4361/3605 9145/4362/3606 9144/4363/3607</w:t>
        <w:br/>
        <w:t>f 9147/4364/3608 9146/4361/3605 9144/4363/3607</w:t>
        <w:br/>
        <w:t>f 9145/4362/3606 9149/4365/3609 9148/4366/3610</w:t>
        <w:br/>
        <w:t>f 9144/4363/3607 9145/4362/3606 9148/4366/3610</w:t>
        <w:br/>
        <w:t>f 9148/4366/3610 9149/4365/3609 9151/4367/3611</w:t>
        <w:br/>
        <w:t>f 9150/4368/3611 9148/4366/3610 9151/4367/3611</w:t>
        <w:br/>
        <w:t>f 9136/4353/3597 9153/4369/3612 9152/4370/3613</w:t>
        <w:br/>
        <w:t>f 9135/4354/3597 9136/4353/3597 9152/4370/3613</w:t>
        <w:br/>
        <w:t>f 9155/4371/3614 9154/4372/3615 9146/4361/3605</w:t>
        <w:br/>
        <w:t>f 9147/4364/3608 9155/4371/3614 9146/4361/3605</w:t>
        <w:br/>
        <w:t>f 9157/4373/3616 9156/4374/3616 9154/4372/3615</w:t>
        <w:br/>
        <w:t>f 9155/4371/3614 9157/4373/3616 9154/4372/3615</w:t>
        <w:br/>
        <w:t>f 9153/4369/3612 9159/4375/3617 9158/4376/3617</w:t>
        <w:br/>
        <w:t>f 9152/4370/3613 9153/4369/3612 9158/4376/3617</w:t>
        <w:br/>
        <w:t>f 9158/4376/3617 9159/4375/3617 9161/4377/3618</w:t>
        <w:br/>
        <w:t>f 9160/4378/3619 9158/4376/3617 9161/4377/3618</w:t>
        <w:br/>
        <w:t>f 9163/4379/3620 9162/4380/3620 9156/4374/3616</w:t>
        <w:br/>
        <w:t>f 9157/4373/3616 9163/4379/3620 9156/4374/3616</w:t>
        <w:br/>
        <w:t>f 9164/4381/3621 9162/4380/3620 9163/4379/3620</w:t>
        <w:br/>
        <w:t>f 9165/4382/3622 9164/4381/3621 9163/4379/3620</w:t>
        <w:br/>
        <w:t>f 9160/4378/3619 9161/4377/3618 9167/4383/3623</w:t>
        <w:br/>
        <w:t>f 9166/4384/3624 9160/4378/3619 9167/4383/3623</w:t>
        <w:br/>
        <w:t>f 9166/4384/3624 9167/4383/3623 9169/4385/3625</w:t>
        <w:br/>
        <w:t>f 9168/4386/3626 9166/4384/3624 9169/4385/3625</w:t>
        <w:br/>
        <w:t>f 9170/4387/3627 9164/4381/3621 9165/4382/3622</w:t>
        <w:br/>
        <w:t>f 9171/4388/3628 9170/4387/3627 9165/4382/3622</w:t>
        <w:br/>
        <w:t>f 9169/4385/3625 9173/4389/3629 9172/4390/3630</w:t>
        <w:br/>
        <w:t>f 9168/4386/3626 9169/4385/3625 9172/4390/3630</w:t>
        <w:br/>
        <w:t>f 9175/4391/3631 9174/4392/3631 9170/4387/3627</w:t>
        <w:br/>
        <w:t>f 9171/4388/3628 9175/4391/3631 9170/4387/3627</w:t>
        <w:br/>
        <w:t>f 9176/4393/3632 9174/4392/3631 9175/4391/3631</w:t>
        <w:br/>
        <w:t>f 9177/4394/3632 9176/4393/3632 9175/4391/3631</w:t>
        <w:br/>
        <w:t>f 9172/4390/3630 9173/4389/3629 9179/4395/3633</w:t>
        <w:br/>
        <w:t>f 9178/4396/3634 9172/4390/3630 9179/4395/3633</w:t>
        <w:br/>
        <w:t>f 9179/4395/3633 9181/4397/3635 9180/4398/3636</w:t>
        <w:br/>
        <w:t>f 9178/4396/3634 9179/4395/3633 9180/4398/3636</w:t>
        <w:br/>
        <w:t>f 9182/4399/3637 9176/4393/3632 9177/4394/3632</w:t>
        <w:br/>
        <w:t>f 9183/4400/3637 9182/4399/3637 9177/4394/3632</w:t>
        <w:br/>
        <w:t>f 9180/4398/3636 9181/4397/3635 9185/4401/3638</w:t>
        <w:br/>
        <w:t>f 9184/4402/3639 9180/4398/3636 9185/4401/3638</w:t>
        <w:br/>
        <w:t>f 9186/4403/3640 9182/4399/3637 9183/4400/3637</w:t>
        <w:br/>
        <w:t>f 9187/4404/3640 9186/4403/3640 9183/4400/3637</w:t>
        <w:br/>
        <w:t>f 9189/4405/3641 9188/4406/3641 9186/4403/3640</w:t>
        <w:br/>
        <w:t>f 9187/4404/3640 9189/4405/3641 9186/4403/3640</w:t>
        <w:br/>
        <w:t>f 9185/4401/3638 9191/4407/3642 9190/4408/3643</w:t>
        <w:br/>
        <w:t>f 9184/4402/3639 9185/4401/3638 9190/4408/3643</w:t>
        <w:br/>
        <w:t>f 9189/4405/3641 9193/4409/3644 9192/4410/3644</w:t>
        <w:br/>
        <w:t>f 9188/4406/3641 9189/4405/3641 9192/4410/3644</w:t>
        <w:br/>
        <w:t>f 9190/4408/3643 9191/4407/3642 9195/4411/3645</w:t>
        <w:br/>
        <w:t>f 9194/4412/3646 9190/4408/3643 9195/4411/3645</w:t>
        <w:br/>
        <w:t>f 9193/4409/3644 9197/4413/3647 9196/4414/3647</w:t>
        <w:br/>
        <w:t>f 9192/4410/3644 9193/4409/3644 9196/4414/3647</w:t>
        <w:br/>
        <w:t>f 9194/4412/3646 9195/4411/3645 9199/4415/3648</w:t>
        <w:br/>
        <w:t>f 9198/4416/3649 9194/4412/3646 9199/4415/3648</w:t>
        <w:br/>
        <w:t>f 9197/4413/3647 9200/4417/3650 9196/4414/3647</w:t>
        <w:br/>
        <w:t>f 9201/4418/3651 9198/4416/3649 9199/4415/3648</w:t>
        <w:br/>
        <w:t>f 9205/4419/3652 9204/4420/3653 9203/4421/3654</w:t>
        <w:br/>
        <w:t>f 9202/4422/3652 9205/4419/3652 9203/4421/3654</w:t>
        <w:br/>
        <w:t>f 9204/4420/3653 9207/4423/3655 9206/4424/3655</w:t>
        <w:br/>
        <w:t>f 9203/4421/3654 9204/4420/3653 9206/4424/3655</w:t>
        <w:br/>
        <w:t>f 9211/4425/3656 9210/4426/3657 9209/4427/3657</w:t>
        <w:br/>
        <w:t>f 9208/4428/3656 9211/4425/3656 9209/4427/3657</w:t>
        <w:br/>
        <w:t>f 9215/4429/3658 9214/4430/3659 9213/4431/3660</w:t>
        <w:br/>
        <w:t>f 9212/4432/3658 9215/4429/3658 9213/4431/3660</w:t>
        <w:br/>
        <w:t>f 9219/4433/3661 9218/4434/3661 9217/4435/3662</w:t>
        <w:br/>
        <w:t>f 9216/4436/3663 9219/4433/3661 9217/4435/3662</w:t>
        <w:br/>
        <w:t>f 9222/4437/3664 9221/4438/3665 9220/4439/3665</w:t>
        <w:br/>
        <w:t>f 9223/4440/3666 9222/4437/3664 9220/4439/3665</w:t>
        <w:br/>
        <w:t>f 9226/4441/3667 9225/4442/3667 9224/4443/3668</w:t>
        <w:br/>
        <w:t>f 9227/4444/3668 9226/4441/3667 9224/4443/3668</w:t>
        <w:br/>
        <w:t>f 9229/4445/3669 9211/4425/3656 9208/4428/3656</w:t>
        <w:br/>
        <w:t>f 9228/4446/3669 9229/4445/3669 9208/4428/3656</w:t>
        <w:br/>
        <w:t>f 9207/4423/3655 9209/4427/3657 9210/4426/3657</w:t>
        <w:br/>
        <w:t>f 9206/4424/3655 9207/4423/3655 9210/4426/3657</w:t>
        <w:br/>
        <w:t>f 9227/4444/3668 9224/4443/3668 9220/4439/3665</w:t>
        <w:br/>
        <w:t>f 9221/4438/3665 9227/4444/3668 9220/4439/3665</w:t>
        <w:br/>
        <w:t>f 9231/4447/3670 9222/4437/3664 9223/4440/3666</w:t>
        <w:br/>
        <w:t>f 9230/4448/3670 9231/4447/3670 9223/4440/3666</w:t>
        <w:br/>
        <w:t>f 9233/4449/3671 9232/4450/3672 9225/4442/3667</w:t>
        <w:br/>
        <w:t>f 9226/4441/3667 9233/4449/3671 9225/4442/3667</w:t>
        <w:br/>
        <w:t>f 9237/4451/3673 9236/4452/3673 9235/4453/3674</w:t>
        <w:br/>
        <w:t>f 9234/4454/3674 9237/4451/3673 9235/4453/3674</w:t>
        <w:br/>
        <w:t>f 9241/4455/3675 9240/4456/3676 9239/4457/3677</w:t>
        <w:br/>
        <w:t>f 9238/4458/3678 9241/4455/3675 9239/4457/3677</w:t>
        <w:br/>
        <w:t>f 9240/4456/3676 9241/4455/3675 9243/4459/3679</w:t>
        <w:br/>
        <w:t>f 9242/4460/3679 9240/4456/3676 9243/4459/3679</w:t>
        <w:br/>
        <w:t>f 9228/4446/3669 9245/4461/3680 9244/4462/3681</w:t>
        <w:br/>
        <w:t>f 9229/4445/3669 9228/4446/3669 9244/4462/3681</w:t>
        <w:br/>
        <w:t>f 9249/4463/3682 9248/4464/3682 9247/4465/3683</w:t>
        <w:br/>
        <w:t>f 9246/4466/3684 9249/4463/3682 9247/4465/3683</w:t>
        <w:br/>
        <w:t>f 9251/4467/3685 9250/4468/3685 9248/4464/3682</w:t>
        <w:br/>
        <w:t>f 9249/4463/3682 9251/4467/3685 9248/4464/3682</w:t>
        <w:br/>
        <w:t>f 9250/4468/3685 9251/4467/3685 9253/4469/3686</w:t>
        <w:br/>
        <w:t>f 9252/4470/3686 9250/4468/3685 9253/4469/3686</w:t>
        <w:br/>
        <w:t>f 9252/4470/3686 9253/4469/3686 9232/4450/3672</w:t>
        <w:br/>
        <w:t>f 9233/4449/3671 9252/4470/3686 9232/4450/3672</w:t>
        <w:br/>
        <w:t>f 9242/4460/3679 9243/4459/3679 9246/4466/3684</w:t>
        <w:br/>
        <w:t>f 9247/4465/3683 9242/4460/3679 9246/4466/3684</w:t>
        <w:br/>
        <w:t>f 9257/4471/3687 9256/4472/3688 9255/4473/3688</w:t>
        <w:br/>
        <w:t>f 9254/4474/3689 9257/4471/3687 9255/4473/3688</w:t>
        <w:br/>
        <w:t>f 9255/4473/3688 9256/4472/3688 9259/4475/3690</w:t>
        <w:br/>
        <w:t>f 9258/4476/3690 9255/4473/3688 9259/4475/3690</w:t>
        <w:br/>
        <w:t>f 9263/4477/3691 9262/4478/3692 9261/4479/3693</w:t>
        <w:br/>
        <w:t>f 9260/4480/3693 9263/4477/3691 9261/4479/3693</w:t>
        <w:br/>
        <w:t>f 9265/4481/3694 9231/4447/3670 9230/4448/3670</w:t>
        <w:br/>
        <w:t>f 9264/4482/3695 9265/4481/3694 9230/4448/3670</w:t>
        <w:br/>
        <w:t>f 9267/4483/3696 9266/4484/3696 9260/4480/3693</w:t>
        <w:br/>
        <w:t>f 9261/4479/3693 9267/4483/3696 9260/4480/3693</w:t>
        <w:br/>
        <w:t>f 9271/4485/3697 9270/4486/3697 9269/4487/3698</w:t>
        <w:br/>
        <w:t>f 9268/4488/3699 9271/4485/3697 9269/4487/3698</w:t>
        <w:br/>
        <w:t>f 9273/4489/3700 9268/4488/3699 9269/4487/3698</w:t>
        <w:br/>
        <w:t>f 9272/4490/3700 9273/4489/3700 9269/4487/3698</w:t>
        <w:br/>
        <w:t>f 9273/4489/3700 9272/4490/3700 9275/4491/3701</w:t>
        <w:br/>
        <w:t>f 9274/4492/3701 9273/4489/3700 9275/4491/3701</w:t>
        <w:br/>
        <w:t>f 9276/4493/3702 9274/4492/3701 9275/4491/3701</w:t>
        <w:br/>
        <w:t>f 9254/4474/3689 9278/4494/3703 9277/4495/3703</w:t>
        <w:br/>
        <w:t>f 9257/4471/3687 9254/4474/3689 9277/4495/3703</w:t>
        <w:br/>
        <w:t>f 9258/4476/3690 9259/4475/3690 9262/4478/3692</w:t>
        <w:br/>
        <w:t>f 9263/4477/3691 9258/4476/3690 9262/4478/3692</w:t>
        <w:br/>
        <w:t>f 9280/4496/3704 9279/4497/3704 9216/4436/3663</w:t>
        <w:br/>
        <w:t>f 9217/4435/3662 9280/4496/3704 9216/4436/3663</w:t>
        <w:br/>
        <w:t>f 9270/4486/3697 9271/4485/3697 9279/4497/3704</w:t>
        <w:br/>
        <w:t>f 9280/4496/3704 9270/4486/3697 9279/4497/3704</w:t>
        <w:br/>
        <w:t>f 9267/4483/3696 9282/4498/3705 9281/4499/3706</w:t>
        <w:br/>
        <w:t>f 9266/4484/3696 9267/4483/3696 9281/4499/3706</w:t>
        <w:br/>
        <w:t>f 9284/4500/3707 9283/4501/3707 9218/4434/3661</w:t>
        <w:br/>
        <w:t>f 9219/4433/3661 9284/4500/3707 9218/4434/3661</w:t>
        <w:br/>
        <w:t>f 9282/4498/3705 9286/4502/3708 9285/4503/3708</w:t>
        <w:br/>
        <w:t>f 9281/4499/3706 9282/4498/3705 9285/4503/3708</w:t>
        <w:br/>
        <w:t>f 9215/4429/3658 9212/4432/3658 9283/4501/3707</w:t>
        <w:br/>
        <w:t>f 9284/4500/3707 9215/4429/3658 9283/4501/3707</w:t>
        <w:br/>
        <w:t>f 9202/4422/3652 9213/4431/3660 9214/4430/3659</w:t>
        <w:br/>
        <w:t>f 9205/4419/3652 9202/4422/3652 9214/4430/3659</w:t>
        <w:br/>
        <w:t>f 9290/4504/3709 9289/4505/3710 9288/4506/3710</w:t>
        <w:br/>
        <w:t>f 9287/4507/3709 9290/4504/3709 9288/4506/3710</w:t>
        <w:br/>
        <w:t>f 9292/4508/3711 9291/4509/3712 9290/4504/3709</w:t>
        <w:br/>
        <w:t>f 9287/4507/3709 9292/4508/3711 9290/4504/3709</w:t>
        <w:br/>
        <w:t>f 9289/4505/3710 9294/4510/3713 9293/4511/3713</w:t>
        <w:br/>
        <w:t>f 9288/4506/3710 9289/4505/3710 9293/4511/3713</w:t>
        <w:br/>
        <w:t>f 9294/4510/3713 9296/4512/3714 9295/4513/3715</w:t>
        <w:br/>
        <w:t>f 9293/4511/3713 9294/4510/3713 9295/4513/3715</w:t>
        <w:br/>
        <w:t>f 9298/4514/3716 9297/4515/3716 9295/4513/3715</w:t>
        <w:br/>
        <w:t>f 9296/4512/3714 9298/4514/3716 9295/4513/3715</w:t>
        <w:br/>
        <w:t>f 9297/4515/3716 9298/4514/3716 9300/4516/3717</w:t>
        <w:br/>
        <w:t>f 9299/4517/3717 9297/4515/3716 9300/4516/3717</w:t>
        <w:br/>
        <w:t>f 9301/4518/3718 9299/4517/3717 9300/4516/3717</w:t>
        <w:br/>
        <w:t>f 9302/4519/3718 9301/4518/3718 9300/4516/3717</w:t>
        <w:br/>
        <w:t>f 9303/4520/3719 9301/4518/3718 9302/4519/3718</w:t>
        <w:br/>
        <w:t>f 9304/4521/3720 9303/4520/3719 9302/4519/3718</w:t>
        <w:br/>
        <w:t>f 9303/4520/3719 9304/4521/3720 9306/4522/3721</w:t>
        <w:br/>
        <w:t>f 9305/4523/3722 9303/4520/3719 9306/4522/3721</w:t>
        <w:br/>
        <w:t>f 9307/4524/3723 9305/4523/3722 9306/4522/3721</w:t>
        <w:br/>
        <w:t>f 9308/4525/3723 9307/4524/3723 9306/4522/3721</w:t>
        <w:br/>
        <w:t>f 9309/4526/3724 9307/4524/3723 9308/4525/3723</w:t>
        <w:br/>
        <w:t>f 9310/4527/3724 9309/4526/3724 9308/4525/3723</w:t>
        <w:br/>
        <w:t>f 9310/4527/3724 9312/4528/3725 9311/4529/3726</w:t>
        <w:br/>
        <w:t>f 9309/4526/3724 9310/4527/3724 9311/4529/3726</w:t>
        <w:br/>
        <w:t>f 9312/4528/3725 9314/4530/3727 9313/4531/3728</w:t>
        <w:br/>
        <w:t>f 9311/4529/3726 9312/4528/3725 9313/4531/3728</w:t>
        <w:br/>
        <w:t>f 9314/4530/3727 9316/4532/3729 9315/4533/3729</w:t>
        <w:br/>
        <w:t>f 9313/4531/3728 9314/4530/3727 9315/4533/3729</w:t>
        <w:br/>
        <w:t>f 9315/4533/3729 9316/4532/3729 9318/4534/3730</w:t>
        <w:br/>
        <w:t>f 9317/4535/3730 9315/4533/3729 9318/4534/3730</w:t>
        <w:br/>
        <w:t>f 9322/4536/3731 9321/4537/3731 9320/4538/3732</w:t>
        <w:br/>
        <w:t>f 9319/4539/3731 9322/4536/3731 9320/4538/3732</w:t>
        <w:br/>
        <w:t>f 9326/4540/3733 9325/4541/3733 9324/4542/3734</w:t>
        <w:br/>
        <w:t>f 9323/4543/3734 9326/4540/3733 9324/4542/3734</w:t>
        <w:br/>
        <w:t>f 9330/4544/3735 9329/4545/3736 9328/4546/3737</w:t>
        <w:br/>
        <w:t>f 9327/4547/3737 9330/4544/3735 9328/4546/3737</w:t>
        <w:br/>
        <w:t>f 9234/4454/3674 9235/4453/3674 9332/4548/3738</w:t>
        <w:br/>
        <w:t>f 9331/4549/3739 9234/4454/3674 9332/4548/3738</w:t>
        <w:br/>
        <w:t>f 9330/4544/3735 9331/4549/3739 9332/4548/3738</w:t>
        <w:br/>
        <w:t>f 9329/4545/3736 9330/4544/3735 9332/4548/3738</w:t>
        <w:br/>
        <w:t>f 9327/4547/3737 9328/4546/3737 9334/4550/3740</w:t>
        <w:br/>
        <w:t>f 9333/4551/3740 9327/4547/3737 9334/4550/3740</w:t>
        <w:br/>
        <w:t>f 9336/4552/3741 9335/4553/3741 9333/4551/3740</w:t>
        <w:br/>
        <w:t>f 9334/4550/3740 9336/4552/3741 9333/4551/3740</w:t>
        <w:br/>
        <w:t>f 9338/4554/3742 9337/4555/3742 9335/4553/3741</w:t>
        <w:br/>
        <w:t>f 9336/4552/3741 9338/4554/3742 9335/4553/3741</w:t>
        <w:br/>
        <w:t>f 9340/4556/3743 9339/4557/3743 9337/4555/3742</w:t>
        <w:br/>
        <w:t>f 9338/4554/3742 9340/4556/3743 9337/4555/3742</w:t>
        <w:br/>
        <w:t>f 9342/4558/3744 9341/4559/3744 9339/4557/3743</w:t>
        <w:br/>
        <w:t>f 9340/4556/3743 9342/4558/3744 9339/4557/3743</w:t>
        <w:br/>
        <w:t>f 9344/4560/3745 9343/4561/3745 9341/4559/3744</w:t>
        <w:br/>
        <w:t>f 9342/4558/3744 9344/4560/3745 9341/4559/3744</w:t>
        <w:br/>
        <w:t>f 9343/4561/3745 9344/4560/3745 9346/4562/3746</w:t>
        <w:br/>
        <w:t>f 9345/4563/3747 9343/4561/3745 9346/4562/3746</w:t>
        <w:br/>
        <w:t>f 9345/4563/3747 9346/4562/3746 9348/4564/3748</w:t>
        <w:br/>
        <w:t>f 9347/4565/3748 9345/4563/3747 9348/4564/3748</w:t>
        <w:br/>
        <w:t>f 9347/4565/3748 9348/4564/3748 9350/4566/3749</w:t>
        <w:br/>
        <w:t>f 9349/4567/3749 9347/4565/3748 9350/4566/3749</w:t>
        <w:br/>
        <w:t>f 9349/4567/3749 9350/4566/3749 9352/4568/3750</w:t>
        <w:br/>
        <w:t>f 9351/4569/3750 9349/4567/3749 9352/4568/3750</w:t>
        <w:br/>
        <w:t>f 9351/4569/3750 9352/4568/3750 9323/4543/3734</w:t>
        <w:br/>
        <w:t>f 9324/4542/3734 9351/4569/3750 9323/4543/3734</w:t>
        <w:br/>
        <w:t>f 9286/4502/3708 9265/4481/3694 9264/4482/3695</w:t>
        <w:br/>
        <w:t>f 9285/4503/3708 9286/4502/3708 9264/4482/3695</w:t>
        <w:br/>
        <w:t>f 8037/3983/3300 8038/3989/3306 8036/3984/3301</w:t>
        <w:br/>
        <w:t>f 8247/4023/3333 8244/4026/3333 8252/4027/3336</w:t>
        <w:br/>
        <w:t>f 8249/4030/3336 8247/4023/3333 8252/4027/3336</w:t>
        <w:br/>
        <w:t>f 9364/4570/3751 9363/4571/3751 8307/4082/3375</w:t>
        <w:br/>
        <w:t>f 8308/4081/3374 9364/4570/3751 8307/4082/3375</w:t>
        <w:br/>
        <w:t>f 5169/2546/2006 5168/2543/2003 5164/2540/2000</w:t>
        <w:br/>
        <w:t>f 5165/2539/1999 5169/2546/2006 5164/2540/2000</w:t>
        <w:br/>
        <w:t>f 5677/2691/2139 5674/2694/2142 9385/4572/3752</w:t>
        <w:br/>
        <w:t>f 9384/4573/3752 5677/2691/2139 9385/4572/3752</w:t>
        <w:br/>
        <w:t>f 9391/4574/3753 9390/4575/3753 9389/4576/3754</w:t>
        <w:br/>
        <w:t>f 9388/4577/3755 9391/4574/3753 9389/4576/3754</w:t>
        <w:br/>
        <w:t>f 9395/4578/3756 9394/4579/3756 9393/4580/3757</w:t>
        <w:br/>
        <w:t>f 9392/4581/3758 9395/4578/3756 9393/4580/3757</w:t>
        <w:br/>
        <w:t>f 5690/2705/2153 5703/2708/2156 5686/2699/2147</w:t>
        <w:br/>
        <w:t>f 5687/2698/2146 5690/2705/2153 5686/2699/2147</w:t>
        <w:br/>
        <w:t>f 5704/2707/2155 5705/2706/2154 9397/4582/3759</w:t>
        <w:br/>
        <w:t>f 9396/4583/3760 5704/2707/2155 9397/4582/3759</w:t>
        <w:br/>
        <w:t>f 5706/2709/2157 5704/2707/2155 9396/4583/3760</w:t>
        <w:br/>
        <w:t>f 9398/4584/3761 5706/2709/2157 9396/4583/3760</w:t>
        <w:br/>
        <w:t>f 5705/2706/2154 5833/2834/2279 9399/4585/3762</w:t>
        <w:br/>
        <w:t>f 9397/4582/3759 5705/2706/2154 9399/4585/3762</w:t>
        <w:br/>
        <w:t>f 5833/2834/2279 5839/2838/2283 9400/4586/3763</w:t>
        <w:br/>
        <w:t>f 9399/4585/3762 5833/2834/2279 9400/4586/3763</w:t>
        <w:br/>
        <w:t>f 5839/2838/2283 9402/4587/3764 9401/4588/3764</w:t>
        <w:br/>
        <w:t>f 9400/4586/3763 5839/2838/2283 9401/4588/3764</w:t>
        <w:br/>
        <w:t>f 5857/2852/2297 5856/2851/2296 9404/4589/3765</w:t>
        <w:br/>
        <w:t>f 9403/4590/3766 5857/2852/2297 9404/4589/3765</w:t>
        <w:br/>
        <w:t>f 5856/2851/2296 5854/2850/2295 9405/4591/3767</w:t>
        <w:br/>
        <w:t>f 9404/4589/3765 5856/2851/2296 9405/4591/3767</w:t>
        <w:br/>
        <w:t>f 5854/2850/2295 5855/2849/2294 9406/4592/3768</w:t>
        <w:br/>
        <w:t>f 9405/4591/3767 5854/2850/2295 9406/4592/3768</w:t>
        <w:br/>
        <w:t>f 5681/2697/2145 5684/2701/2149 5685/2700/2148</w:t>
        <w:br/>
        <w:t>f 5867/2854/2299 5681/2697/2145 5685/2700/2148</w:t>
        <w:br/>
        <w:t>f 5868/2853/2298 5706/2709/2157 9398/4584/3761</w:t>
        <w:br/>
        <w:t>f 9407/4593/3769 5868/2853/2298 9398/4584/3761</w:t>
        <w:br/>
        <w:t>f 9401/4588/3764 9402/4587/3764 9409/4594/3770</w:t>
        <w:br/>
        <w:t>f 9408/4595/3770 9401/4588/3764 9409/4594/3770</w:t>
        <w:br/>
        <w:t>f 9412/4596/3771 8026/3980/3297 9411/4597/3772</w:t>
        <w:br/>
        <w:t>f 9410/4598/3773 9412/4596/3771 9411/4597/3772</w:t>
        <w:br/>
        <w:t>f 9414/4599/3774 9406/4592/3768 5855/2849/2294</w:t>
        <w:br/>
        <w:t>f 9413/4600/3775 9414/4599/3774 5855/2849/2294</w:t>
        <w:br/>
        <w:t>f 9416/4601/3776 5868/2853/2298 9407/4593/3769</w:t>
        <w:br/>
        <w:t>f 9415/4602/3776 9416/4601/3776 9407/4593/3769</w:t>
        <w:br/>
        <w:t>f 9390/4575/3753 9391/4574/3753 5683/2695/2143</w:t>
        <w:br/>
        <w:t>f 9417/4603/3777 9390/4575/3753 5683/2695/2143</w:t>
        <w:br/>
        <w:t>f 9393/4580/3757 9416/4601/3776 9415/4602/3776</w:t>
        <w:br/>
        <w:t>f 9392/4581/3758 9393/4580/3757 9415/4602/3776</w:t>
        <w:br/>
        <w:t>f 7224/3295/2668 7306/3376/2738 7308/3377/2739</w:t>
        <w:br/>
        <w:t>f 7482/3549/2900 9418/4604/3774 7308/3377/2739</w:t>
        <w:br/>
        <w:t>f 7306/3376/2738 7482/3549/2900 7308/3377/2739</w:t>
        <w:br/>
        <w:t>f 5867/2854/2299 5868/2853/2298 9384/4573/3752</w:t>
        <w:br/>
        <w:t>f 9385/4572/3752 5867/2854/2299 9384/4573/3752</w:t>
        <w:br/>
        <w:t>f 5681/2697/2145 5867/2854/2299 9417/4603/3778</w:t>
        <w:br/>
        <w:t>f 9419/4605/3779 5681/2697/2145 9417/4603/3778</w:t>
        <w:br/>
        <w:t>f 5849/2845/2290 9411/4597/3772 8026/3980/3297</w:t>
        <w:br/>
        <w:t>f 9662/4606/3780 9661/4607/3781 9660/4608/3782</w:t>
        <w:br/>
        <w:t>f 9659/4609/3783 9662/4606/3780 9660/4608/3782</w:t>
        <w:br/>
        <w:t>f 9666/4610/3784 9665/4611/3785 9664/4612/3786</w:t>
        <w:br/>
        <w:t>f 9663/4613/3787 9666/4610/3784 9664/4612/3786</w:t>
        <w:br/>
        <w:t>f 9663/4613/3787 9668/4614/3788 9667/4615/3789</w:t>
        <w:br/>
        <w:t>f 9666/4610/3784 9663/4613/3787 9667/4615/3789</w:t>
        <w:br/>
        <w:t>f 9662/4606/3780 9667/4615/3789 9668/4614/3788</w:t>
        <w:br/>
        <w:t>f 9661/4607/3781 9662/4606/3780 9668/4614/3788</w:t>
        <w:br/>
        <w:t>f 9672/4616/3790 9671/4617/3791 9670/4618/3792</w:t>
        <w:br/>
        <w:t>f 9669/4619/3793 9672/4616/3790 9670/4618/3792</w:t>
        <w:br/>
        <w:t>f 9671/4617/3791 9672/4616/3790 9674/4620/3794</w:t>
        <w:br/>
        <w:t>f 9673/4621/3795 9671/4617/3791 9674/4620/3794</w:t>
        <w:br/>
        <w:t>f 9678/4622/3796 9677/4623/3797 9676/4624/3798</w:t>
        <w:br/>
        <w:t>f 9675/4625/3799 9678/4622/3796 9676/4624/3798</w:t>
        <w:br/>
        <w:t>f 9682/4626/3800 9681/4627/3801 9680/4628/3802</w:t>
        <w:br/>
        <w:t>f 9679/4629/3803 9682/4626/3800 9680/4628/3802</w:t>
        <w:br/>
        <w:t>f 9686/4630/3804 9685/4631/3805 9684/4632/3806</w:t>
        <w:br/>
        <w:t>f 9683/4633/3807 9686/4630/3804 9684/4632/3806</w:t>
        <w:br/>
        <w:t>f 9686/4630/3804 9683/4633/3807 9681/4627/3801</w:t>
        <w:br/>
        <w:t>f 9682/4626/3800 9686/4630/3804 9681/4627/3801</w:t>
        <w:br/>
        <w:t>f 9684/4632/3806 9685/4631/3805 9688/4634/3808</w:t>
        <w:br/>
        <w:t>f 9687/4635/3809 9684/4632/3806 9688/4634/3808</w:t>
        <w:br/>
        <w:t>f 9690/4636/3810 9689/4637/3811 9679/4629/3803</w:t>
        <w:br/>
        <w:t>f 9680/4628/3802 9690/4636/3810 9679/4629/3803</w:t>
        <w:br/>
        <w:t>f 9689/4637/3811 9690/4636/3810 9664/4612/3786</w:t>
        <w:br/>
        <w:t>f 9665/4611/3785 9689/4637/3811 9664/4612/3786</w:t>
        <w:br/>
        <w:t>f 9692/4638/3812 9691/4639/3813 9676/4624/3798</w:t>
        <w:br/>
        <w:t>f 9677/4623/3797 9692/4638/3812 9676/4624/3798</w:t>
        <w:br/>
        <w:t>f 9694/4640/3814 9693/4641/3815 9691/4639/3813</w:t>
        <w:br/>
        <w:t>f 9692/4638/3812 9694/4640/3814 9691/4639/3813</w:t>
        <w:br/>
        <w:t>f 9698/4642/3816 9697/4643/3817 9696/4644/3818</w:t>
        <w:br/>
        <w:t>f 9695/4645/3819 9698/4642/3816 9696/4644/3818</w:t>
        <w:br/>
        <w:t>f 9702/4646/3820 9701/4647/3821 9700/4648/3822</w:t>
        <w:br/>
        <w:t>f 9699/4649/3823 9702/4646/3820 9700/4648/3822</w:t>
        <w:br/>
        <w:t>f 9702/4646/3820 9696/4644/3818 9697/4643/3817</w:t>
        <w:br/>
        <w:t>f 9701/4647/3821 9702/4646/3820 9697/4643/3817</w:t>
        <w:br/>
        <w:t>f 9706/4650/3824 9705/4651/3825 9704/4652/3826</w:t>
        <w:br/>
        <w:t>f 9703/4653/3827 9706/4650/3824 9704/4652/3826</w:t>
        <w:br/>
        <w:t>f 9705/4651/3825 9706/4650/3824 9708/4654/3828</w:t>
        <w:br/>
        <w:t>f 9707/4655/3829 9705/4651/3825 9708/4654/3828</w:t>
        <w:br/>
        <w:t>f 9687/4635/3809 9688/4634/3808 9710/4656/3830</w:t>
        <w:br/>
        <w:t>f 9709/4657/3831 9687/4635/3809 9710/4656/3830</w:t>
        <w:br/>
        <w:t>f 9707/4655/3829 9708/4654/3828 9709/4657/3831</w:t>
        <w:br/>
        <w:t>f 9710/4656/3830 9707/4655/3829 9709/4657/3831</w:t>
        <w:br/>
        <w:t>f 9776/4658/3832 9775/4659/3832 9774/4660/3833</w:t>
        <w:br/>
        <w:t>f 9773/4661/3833 9776/4658/3832 9774/4660/3833</w:t>
        <w:br/>
        <w:t>f 9780/4662/3834 9779/4663/3835 9778/4664/3834</w:t>
        <w:br/>
        <w:t>f 9777/4665/3836 9780/4662/3834 9778/4664/3834</w:t>
        <w:br/>
        <w:t>f 9784/4666/3837 9783/4667/3837 9782/4668/3838</w:t>
        <w:br/>
        <w:t>f 9781/4669/3839 9784/4666/3837 9782/4668/3838</w:t>
        <w:br/>
        <w:t>f 9786/4670/3840 9785/4671/3841 9783/4667/3837</w:t>
        <w:br/>
        <w:t>f 9784/4666/3837 9786/4670/3840 9783/4667/3837</w:t>
        <w:br/>
        <w:t>f 9786/4670/3840 9773/4661/3833 9774/4660/3833</w:t>
        <w:br/>
        <w:t>f 9785/4671/3841 9786/4670/3840 9774/4660/3833</w:t>
        <w:br/>
        <w:t>f 9790/4672/3842 9789/4673/3843 9788/4674/3844</w:t>
        <w:br/>
        <w:t>f 9787/4675/3844 9790/4672/3842 9788/4674/3844</w:t>
        <w:br/>
        <w:t>f 9792/4676/3845 9791/4677/3845 9789/4673/3843</w:t>
        <w:br/>
        <w:t>f 9790/4672/3842 9792/4676/3845 9789/4673/3843</w:t>
        <w:br/>
        <w:t>f 9796/4678/3846 9795/4679/3847 9794/4680/3848</w:t>
        <w:br/>
        <w:t>f 9793/4681/3849 9796/4678/3846 9794/4680/3848</w:t>
        <w:br/>
        <w:t>f 9800/4682/3850 9799/4683/3850 9798/4684/3851</w:t>
        <w:br/>
        <w:t>f 9797/4685/3851 9800/4682/3850 9798/4684/3851</w:t>
        <w:br/>
        <w:t>f 9803/4686/3852 9802/4687/3853 9801/4688/3853</w:t>
        <w:br/>
        <w:t>f 9804/4689/3852 9803/4686/3852 9801/4688/3853</w:t>
        <w:br/>
        <w:t>f 9798/4684/3851 9803/4686/3852 9804/4689/3852</w:t>
        <w:br/>
        <w:t>f 9797/4685/3851 9798/4684/3851 9804/4689/3852</w:t>
        <w:br/>
        <w:t>f 9808/4690/3854 9807/4691/3855 9806/4692/3856</w:t>
        <w:br/>
        <w:t>f 9805/4693/3856 9808/4690/3854 9806/4692/3856</w:t>
        <w:br/>
        <w:t>f 9810/4694/3857 9809/4695/3858 9799/4683/3850</w:t>
        <w:br/>
        <w:t>f 9800/4682/3850 9810/4694/3857 9799/4683/3850</w:t>
        <w:br/>
        <w:t>f 9781/4669/3839 9782/4668/3838 9809/4695/3858</w:t>
        <w:br/>
        <w:t>f 9810/4694/3857 9781/4669/3839 9809/4695/3858</w:t>
        <w:br/>
        <w:t>f 9812/4696/3859 9811/4697/3860 9794/4680/3848</w:t>
        <w:br/>
        <w:t>f 9795/4679/3847 9812/4696/3859 9794/4680/3848</w:t>
        <w:br/>
        <w:t>f 9813/4698/3861 9811/4697/3860 9812/4696/3859</w:t>
        <w:br/>
        <w:t>f 9814/4699/3862 9813/4698/3861 9812/4696/3859</w:t>
        <w:br/>
        <w:t>f 9818/4700/3863 9817/4701/3864 9816/4702/3864</w:t>
        <w:br/>
        <w:t>f 9815/4703/3863 9818/4700/3863 9816/4702/3864</w:t>
        <w:br/>
        <w:t>f 9822/4704/3865 9821/4705/3865 9820/4706/3866</w:t>
        <w:br/>
        <w:t>f 9819/4707/3866 9822/4704/3865 9820/4706/3866</w:t>
        <w:br/>
        <w:t>f 9817/4701/3864 9819/4707/3866 9820/4706/3866</w:t>
        <w:br/>
        <w:t>f 9816/4702/3864 9817/4701/3864 9820/4706/3866</w:t>
        <w:br/>
        <w:t>f 9826/4708/3867 9825/4709/3868 9824/4710/3869</w:t>
        <w:br/>
        <w:t>f 9823/4711/3867 9826/4708/3867 9824/4710/3869</w:t>
        <w:br/>
        <w:t>f 9827/4712/3870 9824/4710/3869 9825/4709/3868</w:t>
        <w:br/>
        <w:t>f 9828/4713/3870 9827/4712/3870 9825/4709/3868</w:t>
        <w:br/>
        <w:t>f 9805/4693/3856 9806/4692/3856 9830/4714/3871</w:t>
        <w:br/>
        <w:t>f 9829/4715/3872 9805/4693/3856 9830/4714/3871</w:t>
        <w:br/>
        <w:t>f 9829/4715/3872 9830/4714/3871 9827/4712/3870</w:t>
        <w:br/>
        <w:t>f 9828/4713/3870 9829/4715/3872 9827/4712/3870</w:t>
        <w:br/>
        <w:t>f 9836/4716/3873 9839/4717/3874 9838/4718/3874</w:t>
        <w:br/>
        <w:t>f 9835/4719/3873 9836/4716/3873 9838/4718/3874</w:t>
        <w:br/>
        <w:t>f 9839/4717/3874 9841/4720/3875 9840/4721/3876</w:t>
        <w:br/>
        <w:t>f 9838/4718/3874 9839/4717/3874 9840/4721/3876</w:t>
        <w:br/>
        <w:t>f 9845/4722/3877 9844/4723/3877 9843/4724/3878</w:t>
        <w:br/>
        <w:t>f 9842/4725/3878 9845/4722/3877 9843/4724/3878</w:t>
        <w:br/>
        <w:t>f 9842/4725/3878 9843/4724/3878 9847/4726/3879</w:t>
        <w:br/>
        <w:t>f 9846/4727/3879 9842/4725/3878 9847/4726/3879</w:t>
        <w:br/>
        <w:t>f 9841/4720/3875 9849/4728/3880 9848/4729/3881</w:t>
        <w:br/>
        <w:t>f 9840/4721/3876 9841/4720/3875 9848/4729/3881</w:t>
        <w:br/>
        <w:t>f 9849/4728/3880 9851/4730/3882 9850/4731/3882</w:t>
        <w:br/>
        <w:t>f 9848/4729/3881 9849/4728/3880 9850/4731/3882</w:t>
        <w:br/>
        <w:t>f 9855/4732/3883 9854/4733/3884 9853/4734/3884</w:t>
        <w:br/>
        <w:t>f 9852/4735/3883 9855/4732/3883 9853/4734/3884</w:t>
        <w:br/>
        <w:t>f 9859/4736/3885 9858/4737/3885 9857/4738/3886</w:t>
        <w:br/>
        <w:t>f 9856/4739/3886 9859/4736/3885 9857/4738/3886</w:t>
        <w:br/>
        <w:t>f 9863/4740/3887 9862/4741/3888 9861/4742/3888</w:t>
        <w:br/>
        <w:t>f 9860/4743/3887 9863/4740/3887 9861/4742/3888</w:t>
        <w:br/>
        <w:t>f 9867/4744/3889 9866/4745/3890 9865/4746/3890</w:t>
        <w:br/>
        <w:t>f 9864/4747/3889 9867/4744/3889 9865/4746/3890</w:t>
        <w:br/>
        <w:t>f 9869/4748/3891 9863/4740/3887 9860/4743/3887</w:t>
        <w:br/>
        <w:t>f 9868/4749/3891 9869/4748/3891 9860/4743/3887</w:t>
        <w:br/>
        <w:t>f 9862/4741/3888 9856/4739/3886 9857/4738/3886</w:t>
        <w:br/>
        <w:t>f 9861/4742/3888 9862/4741/3888 9857/4738/3886</w:t>
        <w:br/>
        <w:t>f 9851/4730/3882 9867/4744/3889 9864/4747/3889</w:t>
        <w:br/>
        <w:t>f 9850/4731/3882 9851/4730/3882 9864/4747/3889</w:t>
        <w:br/>
        <w:t>f 9871/4750/3892 9870/4751/3893 9865/4746/3890</w:t>
        <w:br/>
        <w:t>f 9866/4745/3890 9871/4750/3892 9865/4746/3890</w:t>
        <w:br/>
        <w:t>f 9874/4752/3894 9873/4753/3895 9872/4754/3896</w:t>
        <w:br/>
        <w:t>f 9875/4755/3897 9874/4752/3894 9872/4754/3896</w:t>
        <w:br/>
        <w:t>f 9879/4756/3898 9878/4757/3898 9877/4758/3899</w:t>
        <w:br/>
        <w:t>f 9876/4759/3899 9879/4756/3898 9877/4758/3899</w:t>
        <w:br/>
        <w:t>f 9875/4755/3897 9876/4759/3899 9877/4758/3899</w:t>
        <w:br/>
        <w:t>f 9874/4752/3894 9875/4755/3897 9877/4758/3899</w:t>
        <w:br/>
        <w:t>f 9879/4756/3898 9869/4748/3891 9868/4749/3891</w:t>
        <w:br/>
        <w:t>f 9878/4757/3898 9879/4756/3898 9868/4749/3891</w:t>
        <w:br/>
        <w:t>f 9882/4760/3900 9881/4761/3900 9880/4762/3901</w:t>
        <w:br/>
        <w:t>f 9883/4763/3902 9882/4760/3900 9880/4762/3901</w:t>
        <w:br/>
        <w:t>f 9859/4736/3885 9855/4732/3883 9852/4735/3883</w:t>
        <w:br/>
        <w:t>f 9858/4737/3885 9859/4736/3885 9852/4735/3883</w:t>
        <w:br/>
        <w:t>f 9854/4733/3884 9846/4727/3879 9847/4726/3879</w:t>
        <w:br/>
        <w:t>f 9853/4734/3884 9854/4733/3884 9847/4726/3879</w:t>
        <w:br/>
        <w:t>f 9674/4620/3794 9678/4622/3796 9675/4625/3799</w:t>
        <w:br/>
        <w:t>f 9673/4621/3795 9674/4620/3794 9675/4625/3799</w:t>
        <w:br/>
        <w:t>f 9792/4676/3845 9796/4678/3846 9793/4681/3849</w:t>
        <w:br/>
        <w:t>f 9791/4677/3845 9792/4676/3845 9793/4681/3849</w:t>
        <w:br/>
        <w:t>f 9754/4764/3903 9745/4765/3904 9669/4619/3793</w:t>
        <w:br/>
        <w:t>f 9670/4618/3792 9754/4764/3903 9669/4619/3793</w:t>
        <w:br/>
        <w:t>f 9889/4766/3905 9787/4675/3844 9788/4674/3844</w:t>
        <w:br/>
        <w:t>f 9888/4767/3905 9889/4766/3905 9788/4674/3844</w:t>
        <w:br/>
        <w:t>f 9814/4699/3862 9818/4700/3863 9815/4703/3863</w:t>
        <w:br/>
        <w:t>f 9813/4698/3861 9814/4699/3862 9815/4703/3863</w:t>
        <w:br/>
        <w:t>f 9698/4642/3816 9695/4645/3819 9693/4641/3815</w:t>
        <w:br/>
        <w:t>f 9694/4640/3814 9698/4642/3816 9693/4641/3815</w:t>
        <w:br/>
        <w:t>f 10829/4768/3906 10828/4769/3907 10827/4770/3908</w:t>
        <w:br/>
        <w:t>f 10826/4771/3909 10829/4768/3906 10827/4770/3908</w:t>
        <w:br/>
        <w:t>f 10833/4772/3910 10832/4773/3911 10831/4774/3912</w:t>
        <w:br/>
        <w:t>f 10830/4775/3913 10833/4772/3910 10831/4774/3912</w:t>
        <w:br/>
        <w:t>f 10837/4776/3914 10836/4777/3915 10835/4778/3916</w:t>
        <w:br/>
        <w:t>f 10834/4779/3917 10837/4776/3914 10835/4778/3916</w:t>
        <w:br/>
        <w:t>f 10838/4780/3918 10835/4778/3916 10836/4777/3915</w:t>
        <w:br/>
        <w:t>f 10841/4781/3919 10837/4776/3920 10840/4782/3921</w:t>
        <w:br/>
        <w:t>f 10839/4783/3921 10841/4781/3919 10840/4782/3921</w:t>
        <w:br/>
        <w:t>f 10840/4782/3921 10843/4784/3922 10842/4785/3923</w:t>
        <w:br/>
        <w:t>f 10839/4783/3921 10840/4782/3921 10842/4785/3923</w:t>
        <w:br/>
        <w:t>f 10845/4786/3924 10844/4787/3924 10842/4785/3923</w:t>
        <w:br/>
        <w:t>f 10843/4784/3922 10845/4786/3924 10842/4785/3923</w:t>
        <w:br/>
        <w:t>f 10849/4788/3925 10848/4789/3926 10847/4790/3927</w:t>
        <w:br/>
        <w:t>f 10846/4791/3928 10849/4788/3925 10847/4790/3927</w:t>
        <w:br/>
        <w:t>f 10853/4792/3929 10852/4793/3930 10851/4794/3931</w:t>
        <w:br/>
        <w:t>f 10850/4795/3932 10853/4792/3929 10851/4794/3931</w:t>
        <w:br/>
        <w:t>f 10833/4772/3910 10856/4796/3933 10855/4797/3934</w:t>
        <w:br/>
        <w:t>f 10854/4798/3935 10833/4772/3910 10855/4797/3934</w:t>
        <w:br/>
        <w:t>f 10854/4798/3935 10855/4797/3934 10858/4799/3936</w:t>
        <w:br/>
        <w:t>f 10857/4800/3936 10854/4798/3935 10858/4799/3936</w:t>
        <w:br/>
        <w:t>f 10832/4773/3911 10833/4772/3910 10850/4795/3932</w:t>
        <w:br/>
        <w:t>f 10851/4794/3931 10832/4773/3911 10850/4795/3932</w:t>
        <w:br/>
        <w:t>f 10866/4801/3937 10865/4802/3938 10864/4803/3939</w:t>
        <w:br/>
        <w:t>f 10863/4804/3940 10866/4801/3937 10864/4803/3939</w:t>
        <w:br/>
        <w:t>f 10870/4805/3941 10848/4789/3926 10849/4788/3925</w:t>
        <w:br/>
        <w:t>f 10869/4806/3942 10870/4805/3941 10849/4788/3925</w:t>
        <w:br/>
        <w:t>f 10874/4807/3943 10873/4808/3944 10872/4809/3945</w:t>
        <w:br/>
        <w:t>f 10871/4810/3943 10874/4807/3943 10872/4809/3945</w:t>
        <w:br/>
        <w:t>f 10878/4811/3946 10877/4812/3947 10876/4813/3948</w:t>
        <w:br/>
        <w:t>f 10875/4814/3946 10878/4811/3946 10876/4813/3948</w:t>
        <w:br/>
        <w:t>f 10882/4815/3949 10881/4816/3950 10880/4817/3950</w:t>
        <w:br/>
        <w:t>f 10879/4818/3951 10882/4815/3949 10880/4817/3950</w:t>
        <w:br/>
        <w:t>f 10884/4819/3952 10883/4820/3952 10872/4809/3945</w:t>
        <w:br/>
        <w:t>f 10873/4808/3944 10884/4819/3952 10872/4809/3945</w:t>
        <w:br/>
        <w:t>f 10888/4821/3953 10887/4822/3954 10886/4823/3955</w:t>
        <w:br/>
        <w:t>f 10885/4824/3955 10888/4821/3953 10886/4823/3955</w:t>
        <w:br/>
        <w:t>f 10892/4825/3956 10891/4826/3956 10890/4827/3957</w:t>
        <w:br/>
        <w:t>f 10889/4828/3957 10892/4825/3956 10890/4827/3957</w:t>
        <w:br/>
        <w:t>f 10896/4829/3958 10895/4830/3959 10894/4831/3960</w:t>
        <w:br/>
        <w:t>f 10893/4832/3961 10896/4829/3958 10894/4831/3960</w:t>
        <w:br/>
        <w:t>f 10900/4833/3962 10899/4834/3963 10898/4835/3964</w:t>
        <w:br/>
        <w:t>f 10897/4836/3965 10900/4833/3962 10898/4835/3964</w:t>
        <w:br/>
        <w:t>f 10904/4837/3966 10903/4838/3967 10902/4839/3968</w:t>
        <w:br/>
        <w:t>f 10901/4840/3968 10904/4837/3966 10902/4839/3968</w:t>
        <w:br/>
        <w:t>f 10908/4841/3969 10907/4842/3969 10906/4843/3970</w:t>
        <w:br/>
        <w:t>f 10905/4844/3971 10908/4841/3969 10906/4843/3970</w:t>
        <w:br/>
        <w:t>f 10912/4845/3972 10911/4846/3973 10910/4847/3973</w:t>
        <w:br/>
        <w:t>f 10909/4848/3974 10912/4845/3972 10910/4847/3973</w:t>
        <w:br/>
        <w:t>f 10916/4849/3975 10915/4850/3976 10914/4851/3977</w:t>
        <w:br/>
        <w:t>f 10913/4852/3975 10916/4849/3975 10914/4851/3977</w:t>
        <w:br/>
        <w:t>f 10920/4853/3978 10919/4854/3979 10918/4855/3980</w:t>
        <w:br/>
        <w:t>f 10917/4856/3981 10920/4853/3978 10918/4855/3980</w:t>
        <w:br/>
        <w:t>f 10924/4857/3982 10923/4858/3983 10922/4859/3984</w:t>
        <w:br/>
        <w:t>f 10921/4860/3984 10924/4857/3982 10922/4859/3984</w:t>
        <w:br/>
        <w:t>f 10928/4861/3985 10927/4862/3986 10926/4863/3986</w:t>
        <w:br/>
        <w:t>f 10925/4864/3985 10928/4861/3985 10926/4863/3986</w:t>
        <w:br/>
        <w:t>f 10931/4865/3987 10930/4866/3988 10929/4867/3989</w:t>
        <w:br/>
        <w:t>f 10934/4868/3990 10933/4869/3991 10932/4870/3992</w:t>
        <w:br/>
        <w:t>f 10903/4838/3967 10934/4868/3990 10932/4870/3992</w:t>
        <w:br/>
        <w:t>f 10936/4871/3993 10838/4780/3918 10935/4872/3994</w:t>
        <w:br/>
        <w:t>f 10937/4873/3995 10936/4871/3993 10935/4872/3994</w:t>
        <w:br/>
        <w:t>f 10937/4873/3996 10897/4836/3965 10898/4835/3964</w:t>
        <w:br/>
        <w:t>f 10938/4874/3997 10937/4873/3996 10898/4835/3964</w:t>
        <w:br/>
        <w:t>f 10896/4829/3958 10893/4832/3961 10940/4875/3998</w:t>
        <w:br/>
        <w:t>f 10939/4876/3999 10896/4829/3958 10940/4875/3998</w:t>
        <w:br/>
        <w:t>f 10944/4877/4000 10943/4878/4001 10942/4879/4002</w:t>
        <w:br/>
        <w:t>f 10941/4880/4003 10944/4877/4000 10942/4879/4002</w:t>
        <w:br/>
        <w:t>f 10948/4881/4004 10947/4882/4005 10946/4883/4006</w:t>
        <w:br/>
        <w:t>f 10945/4884/4007 10948/4881/4004 10946/4883/4006</w:t>
        <w:br/>
        <w:t>f 10952/4885/4008 10951/4886/4008 10950/4887/4009</w:t>
        <w:br/>
        <w:t>f 10949/4888/4010 10952/4885/4008 10950/4887/4009</w:t>
        <w:br/>
        <w:t>f 10956/4889/4011 10955/4890/4012 10954/4891/4013</w:t>
        <w:br/>
        <w:t>f 10953/4892/4014 10956/4889/4011 10954/4891/4013</w:t>
        <w:br/>
        <w:t>f 10945/4884/4007 10953/4892/4014 10957/4893/4015</w:t>
        <w:br/>
        <w:t>f 10948/4881/4004 10945/4884/4007 10957/4893/4015</w:t>
        <w:br/>
        <w:t>f 10961/4894/4016 10960/4895/4017 10959/4896/4018</w:t>
        <w:br/>
        <w:t>f 10958/4897/4019 10961/4894/4016 10959/4896/4018</w:t>
        <w:br/>
        <w:t>f 10958/4897/4019 10959/4896/4018 10962/4898/4020</w:t>
        <w:br/>
        <w:t>f 10964/4899/4021 10959/4896/4018 10960/4895/4017</w:t>
        <w:br/>
        <w:t>f 10963/4900/4022 10964/4899/4021 10960/4895/4017</w:t>
        <w:br/>
        <w:t>f 10959/4896/4018 10964/4899/4021 10965/4901/4023</w:t>
        <w:br/>
        <w:t>f 10962/4898/4020 10959/4896/4018 10965/4901/4023</w:t>
        <w:br/>
        <w:t>f 10968/4902/4024 10967/4903/4024 10966/4904/4025</w:t>
        <w:br/>
        <w:t>f 10943/4878/4001 10968/4902/4024 10966/4904/4025</w:t>
        <w:br/>
        <w:t>f 10971/4905/4026 10970/4906/4027 10969/4907/4028</w:t>
        <w:br/>
        <w:t>f 10940/4875/3998 10973/4908/4029 10972/4909/4030</w:t>
        <w:br/>
        <w:t>f 10939/4876/3999 10940/4875/3998 10972/4909/4030</w:t>
        <w:br/>
        <w:t>f 10975/4910/4031 10827/4770/3908 10828/4769/3907</w:t>
        <w:br/>
        <w:t>f 10974/4911/4032 10975/4910/4031 10828/4769/3907</w:t>
        <w:br/>
        <w:t>f 10978/4912/4033 10977/4913/4034 10976/4914/4035</w:t>
        <w:br/>
        <w:t>f 10972/4909/4030 10973/4908/4029 10980/4915/4036</w:t>
        <w:br/>
        <w:t>f 10979/4916/4037 10972/4909/4030 10980/4915/4036</w:t>
        <w:br/>
        <w:t>f 10984/4917/4038 10983/4918/4039 10982/4919/4039</w:t>
        <w:br/>
        <w:t>f 10981/4920/4040 10984/4917/4038 10982/4919/4039</w:t>
        <w:br/>
        <w:t>f 10827/4770/3908 10978/4912/4033 10985/4921/4041</w:t>
        <w:br/>
        <w:t>f 10826/4771/3909 10827/4770/3908 10985/4921/4041</w:t>
        <w:br/>
        <w:t>f 10987/4922/4042 10833/4772/3910 10830/4775/3913</w:t>
        <w:br/>
        <w:t>f 10986/4923/4043 10987/4922/4042 10830/4775/3913</w:t>
        <w:br/>
        <w:t>f 10991/4924/4044 10990/4925/4045 10989/4926/4046</w:t>
        <w:br/>
        <w:t>f 10988/4927/4046 10991/4924/4044 10989/4926/4046</w:t>
        <w:br/>
        <w:t>f 10995/4928/4047 10994/4929/4048 10993/4930/4049</w:t>
        <w:br/>
        <w:t>f 10992/4931/4050 10995/4928/4047 10993/4930/4049</w:t>
        <w:br/>
        <w:t>f 10997/4932/4051 10996/4933/4052 10994/4929/4048</w:t>
        <w:br/>
        <w:t>f 10995/4928/4047 10997/4932/4051 10994/4929/4048</w:t>
        <w:br/>
        <w:t>f 11000/4934/4053 10999/4935/4054 10998/4936/4053</w:t>
        <w:br/>
        <w:t>f 11004/4937/4055 11003/4938/4056 11002/4939/4057</w:t>
        <w:br/>
        <w:t>f 11001/4940/4055 11004/4937/4055 11002/4939/4057</w:t>
        <w:br/>
        <w:t>f 11008/4941/4058 11007/4942/4059 11006/4943/4060</w:t>
        <w:br/>
        <w:t>f 11005/4944/4061 11008/4941/4058 11006/4943/4060</w:t>
        <w:br/>
        <w:t>f 11010/4945/4062 11009/4946/4063 11008/4941/4058</w:t>
        <w:br/>
        <w:t>f 11005/4944/4061 11010/4945/4062 11008/4941/4058</w:t>
        <w:br/>
        <w:t>f 11014/4947/4064 11013/4948/4064 11012/4949/4065</w:t>
        <w:br/>
        <w:t>f 11011/4950/4066 11014/4947/4064 11012/4949/4065</w:t>
        <w:br/>
        <w:t>f 11018/4951/4067 11017/4952/4068 11016/4953/4069</w:t>
        <w:br/>
        <w:t>f 11015/4954/4070 11018/4951/4067 11016/4953/4069</w:t>
        <w:br/>
        <w:t>f 11019/4955/4071 11018/4951/4067 11015/4954/4070</w:t>
        <w:br/>
        <w:t>f 11021/4956/4072 11020/4957/4073 10997/4932/4074</w:t>
        <w:br/>
        <w:t>f 10990/4925/4045 11021/4956/4072 10997/4932/4074</w:t>
        <w:br/>
        <w:t>f 10991/4924/4044 11023/4958/4075 11022/4959/4076</w:t>
        <w:br/>
        <w:t>f 10990/4925/4045 10991/4924/4044 11022/4959/4076</w:t>
        <w:br/>
        <w:t>f 11027/4960/4077 11026/4961/4078 11025/4962/4079</w:t>
        <w:br/>
        <w:t>f 11024/4963/4080 11027/4960/4077 11025/4962/4079</w:t>
        <w:br/>
        <w:t>f 11031/4964/4081 11030/4965/4082 11029/4966/4083</w:t>
        <w:br/>
        <w:t>f 11028/4967/4084 11031/4964/4081 11029/4966/4083</w:t>
        <w:br/>
        <w:t>f 11030/4965/4082 11033/4968/4085 11032/4969/4085</w:t>
        <w:br/>
        <w:t>f 11029/4966/4083 11030/4965/4082 11032/4969/4085</w:t>
        <w:br/>
        <w:t>f 10996/4933/4052 11035/4970/4086 11034/4971/4086</w:t>
        <w:br/>
        <w:t>f 10994/4929/4048 10996/4933/4052 11034/4971/4086</w:t>
        <w:br/>
        <w:t>f 11032/4969/4085 11033/4968/4085 11037/4972/4087</w:t>
        <w:br/>
        <w:t>f 11036/4973/4088 11032/4969/4085 11037/4972/4087</w:t>
        <w:br/>
        <w:t>f 11039/4974/4089 11034/4971/4086 11035/4970/4086</w:t>
        <w:br/>
        <w:t>f 11038/4975/4090 11039/4974/4089 11035/4970/4086</w:t>
        <w:br/>
        <w:t>f 11003/4938/4056 11012/4949/4091 11040/4976/4092</w:t>
        <w:br/>
        <w:t>f 11031/4964/4093 11003/4938/4056 11040/4976/4092</w:t>
        <w:br/>
        <w:t>f 10994/4929/4048 11042/4977/4094 11041/4978/4095</w:t>
        <w:br/>
        <w:t>f 10993/4930/4049 10994/4929/4048 11041/4978/4095</w:t>
        <w:br/>
        <w:t>f 10994/4929/4048 11044/4979/4096 11043/4980/4096</w:t>
        <w:br/>
        <w:t>f 11042/4977/4094 10994/4929/4048 11043/4980/4096</w:t>
        <w:br/>
        <w:t>f 11044/4979/4096 11046/4981/4097 11045/4982/4097</w:t>
        <w:br/>
        <w:t>f 11043/4980/4096 11044/4979/4096 11045/4982/4097</w:t>
        <w:br/>
        <w:t>f 11050/4983/4098 11049/4984/4099 11048/4985/4100</w:t>
        <w:br/>
        <w:t>f 11047/4986/4101 11050/4983/4098 11048/4985/4100</w:t>
        <w:br/>
        <w:t>f 11057/4987/4102 11056/4988/4103 11055/4989/4104</w:t>
        <w:br/>
        <w:t>f 11054/4990/4105 11057/4987/4102 11055/4989/4104</w:t>
        <w:br/>
        <w:t>f 11054/4990/4105 11055/4989/4104 11060/4991/4106</w:t>
        <w:br/>
        <w:t>f 11056/4988/4103 11057/4987/4102 11061/4992/4107</w:t>
        <w:br/>
        <w:t>f 11065/4993/4108 11064/4994/4109 11063/4995/4110</w:t>
        <w:br/>
        <w:t>f 11062/4996/4110 11065/4993/4108 11063/4995/4110</w:t>
        <w:br/>
        <w:t>f 11062/4996/4110 11063/4995/4110 11067/4997/4111</w:t>
        <w:br/>
        <w:t>f 11066/4998/4111 11062/4996/4110 11067/4997/4111</w:t>
        <w:br/>
        <w:t>f 11071/4999/4112 11070/5000/4113 11069/5001/4114</w:t>
        <w:br/>
        <w:t>f 11068/5002/4114 11071/4999/4112 11069/5001/4114</w:t>
        <w:br/>
        <w:t>f 11073/5003/4115 11072/5004/4115 11070/5000/4113</w:t>
        <w:br/>
        <w:t>f 11071/4999/4112 11073/5003/4115 11070/5000/4113</w:t>
        <w:br/>
        <w:t>f 11075/5005/4116 10880/4817/3950 10881/4816/3950</w:t>
        <w:br/>
        <w:t>f 11074/5006/4117 11075/5005/4116 10881/4816/3950</w:t>
        <w:br/>
        <w:t>f 11076/5007/4118 10866/4801/3937 10863/4804/3940</w:t>
        <w:br/>
        <w:t>f 11080/5008/4119 11079/5009/4119 11078/5010/4120</w:t>
        <w:br/>
        <w:t>f 11077/5011/4120 11080/5008/4119 11078/5010/4120</w:t>
        <w:br/>
        <w:t>f 11084/5012/4121 11083/5013/4121 11082/5014/4122</w:t>
        <w:br/>
        <w:t>f 11081/5015/4122 11084/5012/4121 11082/5014/4122</w:t>
        <w:br/>
        <w:t>f 11088/5016/4123 11087/5017/4124 11086/5018/4124</w:t>
        <w:br/>
        <w:t>f 11085/5019/4123 11088/5016/4123 11086/5018/4124</w:t>
        <w:br/>
        <w:t>f 11079/5009/4119 11080/5008/4119 11090/5020/4125</w:t>
        <w:br/>
        <w:t>f 11089/5021/4125 11079/5009/4119 11090/5020/4125</w:t>
        <w:br/>
        <w:t>f 10833/4772/3910 10987/4922/4042 10867/5022/4126</w:t>
        <w:br/>
        <w:t>f 10856/4796/3933 10833/4772/3910 10867/5022/4126</w:t>
        <w:br/>
        <w:t>f 11083/5013/4121 11084/5012/4121 11092/5023/4127</w:t>
        <w:br/>
        <w:t>f 11091/5024/4127 11083/5013/4121 11092/5023/4127</w:t>
        <w:br/>
        <w:t>f 11096/5025/4128 11095/5026/4129 11094/5027/4130</w:t>
        <w:br/>
        <w:t>f 11093/5028/4130 11096/5025/4128 11094/5027/4130</w:t>
        <w:br/>
        <w:t>f 10929/4867/3989 11097/5029/4131 10931/4865/3987</w:t>
        <w:br/>
        <w:t>f 11101/5030/4132 11100/5031/4133 11099/5032/4133</w:t>
        <w:br/>
        <w:t>f 11098/5033/4134 11101/5030/4132 11099/5032/4133</w:t>
        <w:br/>
        <w:t>f 11037/4972/4087 11101/5030/4132 11098/5033/4134</w:t>
        <w:br/>
        <w:t>f 11036/4973/4088 11037/4972/4087 11098/5033/4134</w:t>
        <w:br/>
        <w:t>f 11103/5034/4135 10876/4813/3948 10877/4812/3947</w:t>
        <w:br/>
        <w:t>f 11102/5035/4136 11103/5034/4135 10877/4812/3947</w:t>
        <w:br/>
        <w:t>f 11068/5002/4114 11069/5001/4114 11105/5036/4137</w:t>
        <w:br/>
        <w:t>f 11104/5037/4137 11068/5002/4114 11105/5036/4137</w:t>
        <w:br/>
        <w:t>f 11066/4998/4111 11067/4997/4111 11107/5038/4138</w:t>
        <w:br/>
        <w:t>f 11106/5039/4138 11066/4998/4111 11107/5038/4138</w:t>
        <w:br/>
        <w:t>f 11109/5040/4139 11108/5041/4140 11027/4960/4077</w:t>
        <w:br/>
        <w:t>f 10970/4906/4027 10971/4905/4026 11111/5042/4141</w:t>
        <w:br/>
        <w:t>f 11110/5043/4142 10970/4906/4027 11111/5042/4141</w:t>
        <w:br/>
        <w:t>f 11036/4973/4143 11086/5018/4124 11087/5017/4124</w:t>
        <w:br/>
        <w:t>f 11112/5044/4144 11036/4973/4143 11087/5017/4124</w:t>
        <w:br/>
        <w:t>f 11114/5045/4145 10928/4861/3985 10925/4864/3985</w:t>
        <w:br/>
        <w:t>f 11113/5046/4146 11114/5045/4145 10925/4864/3985</w:t>
        <w:br/>
        <w:t>f 11183/5047/4147 11182/5048/4148 11181/5049/4149</w:t>
        <w:br/>
        <w:t>f 11077/5011/4120 11078/5010/4120 11229/5050/4150</w:t>
        <w:br/>
        <w:t>f 11228/5051/4151 11077/5011/4120 11229/5050/4150</w:t>
        <w:br/>
        <w:t>f 11231/5052/4152 11088/5016/4123 11085/5019/4123</w:t>
        <w:br/>
        <w:t>f 11230/5053/4152 11231/5052/4152 11085/5019/4123</w:t>
        <w:br/>
        <w:t>f 11100/5031/4133 11233/5054/4153 11232/5055/4153</w:t>
        <w:br/>
        <w:t>f 11099/5032/4133 11100/5031/4133 11232/5055/4153</w:t>
        <w:br/>
        <w:t>f 11235/5056/4154 11010/4945/4062 11005/4944/4061</w:t>
        <w:br/>
        <w:t>f 11234/5057/4155 11235/5056/4154 11005/4944/4061</w:t>
        <w:br/>
        <w:t>f 11236/5058/4156 11234/5057/4155 11005/4944/4061</w:t>
        <w:br/>
        <w:t>f 11006/4943/4060 11236/5058/4156 11005/4944/4061</w:t>
        <w:br/>
        <w:t>f 11026/4961/4078 11238/5059/4157 11237/5060/4158</w:t>
        <w:br/>
        <w:t>f 11025/4962/4079 11026/4961/4078 11237/5060/4158</w:t>
        <w:br/>
        <w:t>f 11239/5061/4159 11238/5059/4157 11026/4961/4078</w:t>
        <w:br/>
        <w:t>f 11108/5041/4140 11239/5061/4159 11026/4961/4078</w:t>
        <w:br/>
        <w:t>f 10964/4899/4021 11238/5059/4157 11239/5061/4159</w:t>
        <w:br/>
        <w:t>f 10965/4901/4023 10964/4899/4021 11239/5061/4159</w:t>
        <w:br/>
        <w:t>f 11238/5059/4157 10964/4899/4021 10963/4900/4022</w:t>
        <w:br/>
        <w:t>f 11236/5058/4160 11238/5059/4157 10963/4900/4022</w:t>
        <w:br/>
        <w:t>f 11110/5043/4142 11111/5042/4141 11234/5057/4155</w:t>
        <w:br/>
        <w:t>f 11236/5058/4156 11110/5043/4142 11234/5057/4155</w:t>
        <w:br/>
        <w:t>f 11234/5057/4155 11241/5062/4161 11240/5063/4162</w:t>
        <w:br/>
        <w:t>f 11235/5056/4154 11234/5057/4155 11240/5063/4162</w:t>
        <w:br/>
        <w:t>f 11242/5064/4163 11232/5055/4153 11233/5054/4153</w:t>
        <w:br/>
        <w:t>f 11097/5029/4131 11242/5064/4163 11233/5054/4153</w:t>
        <w:br/>
        <w:t>f 11230/5053/4152 11114/5045/4145 11113/5046/4146</w:t>
        <w:br/>
        <w:t>f 11231/5052/4152 11230/5053/4152 11113/5046/4146</w:t>
        <w:br/>
        <w:t>f 11228/5051/4151 11229/5050/4150 11081/5015/4122</w:t>
        <w:br/>
        <w:t>f 11082/5014/4122 11228/5051/4151 11081/5015/4122</w:t>
        <w:br/>
        <w:t>f 11244/5065/4164 11243/5066/4164 11091/5024/4127</w:t>
        <w:br/>
        <w:t>f 11092/5023/4127 11244/5065/4164 11091/5024/4127</w:t>
        <w:br/>
        <w:t>f 10927/4862/3986 11246/5067/3982 11245/5068/3982</w:t>
        <w:br/>
        <w:t>f 10926/4863/3986 10927/4862/3986 11245/5068/3982</w:t>
        <w:br/>
        <w:t>f 10931/4865/3987 11247/5069/3992 10930/4866/3988</w:t>
        <w:br/>
        <w:t>f 11249/5070/4024 10971/4905/4026 10969/4907/4028</w:t>
        <w:br/>
        <w:t>f 11248/5071/4024 11249/5070/4024 10969/4907/4028</w:t>
        <w:br/>
        <w:t>f 11251/5072/4165 10961/4894/4016 10958/4897/4019</w:t>
        <w:br/>
        <w:t>f 11250/5073/4165 11251/5072/4165 10958/4897/4019</w:t>
        <w:br/>
        <w:t>f 11253/5074/4166 11252/5075/4012 10958/4897/4019</w:t>
        <w:br/>
        <w:t>f 10962/4898/4020 11253/5074/4166 10958/4897/4019</w:t>
        <w:br/>
        <w:t>f 10915/4850/3976 10912/4845/3972 10909/4848/3974</w:t>
        <w:br/>
        <w:t>f 10914/4851/3977 10915/4850/3976 10909/4848/3974</w:t>
        <w:br/>
        <w:t>f 10905/4844/3971 10906/4843/3970 10921/4860/3984</w:t>
        <w:br/>
        <w:t>f 10922/4859/3984 10905/4844/3971 10921/4860/3984</w:t>
        <w:br/>
        <w:t>f 10904/4837/3966 10934/4868/3990 10903/4838/3967</w:t>
        <w:br/>
        <w:t>f 10943/4878/4001 10966/4904/4025 10942/4879/4002</w:t>
        <w:br/>
        <w:t>f 10945/4884/4007 10946/4883/4006 10949/4888/4010</w:t>
        <w:br/>
        <w:t>f 10950/4887/4009 10945/4884/4007 10949/4888/4010</w:t>
        <w:br/>
        <w:t>f 10945/4884/4007 10950/4887/4009 10953/4892/4014</w:t>
        <w:br/>
        <w:t>f 10911/4846/3973 10920/4853/3978 10917/4856/3981</w:t>
        <w:br/>
        <w:t>f 10910/4847/3973 10911/4846/3973 10917/4856/3981</w:t>
        <w:br/>
        <w:t>f 10885/4824/3955 10886/4823/3955 10907/4842/3969</w:t>
        <w:br/>
        <w:t>f 10908/4841/3969 10885/4824/3955 10907/4842/3969</w:t>
        <w:br/>
        <w:t>f 10891/4826/3956 10892/4825/3956 10901/4840/3968</w:t>
        <w:br/>
        <w:t>f 10902/4839/3968 10891/4826/3956 10901/4840/3968</w:t>
        <w:br/>
        <w:t>f 11255/5076/4167 11254/5077/4168 10893/4832/3961</w:t>
        <w:br/>
        <w:t>f 10894/4831/3960 11255/5076/4167 10893/4832/3961</w:t>
        <w:br/>
        <w:t>f 10893/4832/3961 10944/4877/4000 10941/4880/4003</w:t>
        <w:br/>
        <w:t>f 10940/4875/3998 10893/4832/3961 10941/4880/4003</w:t>
        <w:br/>
        <w:t>f 10973/4908/4029 10940/4875/3998 10947/4882/4005</w:t>
        <w:br/>
        <w:t>f 10948/4881/4004 10973/4908/4029 10947/4882/4005</w:t>
        <w:br/>
        <w:t>f 10948/4881/4004 10957/4893/4015 10980/4915/4036</w:t>
        <w:br/>
        <w:t>f 10973/4908/4029 10948/4881/4004 10980/4915/4036</w:t>
        <w:br/>
        <w:t>f 10919/4854/3979 11257/5078/4169 11256/5079/4169</w:t>
        <w:br/>
        <w:t>f 10918/4855/3980 10919/4854/3979 11256/5079/4169</w:t>
        <w:br/>
        <w:t>f 11259/5080/4170 11258/5081/4170 10887/4822/3954</w:t>
        <w:br/>
        <w:t>f 10888/4821/3953 11259/5080/4170 10887/4822/3954</w:t>
        <w:br/>
        <w:t>f 10844/4787/3924 10845/4786/3924 10889/4828/3957</w:t>
        <w:br/>
        <w:t>f 10890/4827/3957 10844/4787/3924 10889/4828/3957</w:t>
        <w:br/>
        <w:t>f 10896/4829/3958 11261/5082/4171 11260/5083/4172</w:t>
        <w:br/>
        <w:t>f 10895/4830/3959 10896/4829/3958 11260/5083/4172</w:t>
        <w:br/>
        <w:t>f 11262/5084/4173 11261/5082/4171 10896/4829/3958</w:t>
        <w:br/>
        <w:t>f 10939/4876/3999 11262/5084/4173 10896/4829/3958</w:t>
        <w:br/>
        <w:t>f 10939/4876/3999 10972/4909/4030 11264/5085/4174</w:t>
        <w:br/>
        <w:t>f 11263/5086/4175 10939/4876/3999 11264/5085/4174</w:t>
        <w:br/>
        <w:t>f 11264/5085/4174 10972/4909/4030 10979/4916/4037</w:t>
        <w:br/>
        <w:t>f 11258/5081/4170 11259/5080/4170 10843/4784/4176</w:t>
        <w:br/>
        <w:t>f 11265/5087/4177 11258/5081/4170 10843/4784/4176</w:t>
        <w:br/>
        <w:t>f 11257/5078/4169 10883/4820/3952 10884/4819/3952</w:t>
        <w:br/>
        <w:t>f 11256/5079/4169 11257/5078/4169 10884/4819/3952</w:t>
        <w:br/>
        <w:t>f 10975/4910/4031 11264/5085/4174 10976/4914/4035</w:t>
        <w:br/>
        <w:t>f 10975/4910/4031 10974/4911/4032 11263/5086/4175</w:t>
        <w:br/>
        <w:t>f 11264/5085/4174 10975/4910/4031 11263/5086/4175</w:t>
        <w:br/>
        <w:t>f 11261/5082/4171 11262/5084/4173 10938/4874/3997</w:t>
        <w:br/>
        <w:t>f 10898/4835/3964 11261/5082/4171 10938/4874/3997</w:t>
        <w:br/>
        <w:t>f 10842/4785/3923 11260/5083/4172 11261/5082/4171</w:t>
        <w:br/>
        <w:t>f 10898/4835/3964 10842/4785/3923 11261/5082/4171</w:t>
        <w:br/>
        <w:t>f 10875/4814/3946 10874/4807/3943 10871/4810/3943</w:t>
        <w:br/>
        <w:t>f 10878/4811/3946 10875/4814/3946 10871/4810/3943</w:t>
        <w:br/>
        <w:t>f 10849/4788/3925 10865/4802/3938 10879/4818/4178</w:t>
        <w:br/>
        <w:t>f 10869/4806/3942 10849/4788/3925 10879/4818/4178</w:t>
        <w:br/>
        <w:t>f 10936/4871/3993 11266/5088/4179 10835/4778/3916</w:t>
        <w:br/>
        <w:t>f 10838/4780/3918 10936/4871/3993 10835/4778/3916</w:t>
        <w:br/>
        <w:t>f 10831/4774/3912 10829/4768/3906 10826/4771/3909</w:t>
        <w:br/>
        <w:t>f 10830/4775/3913 10831/4774/3912 10826/4771/3909</w:t>
        <w:br/>
        <w:t>f 10984/4917/4038 10981/4920/4040 10826/4771/3909</w:t>
        <w:br/>
        <w:t>f 10985/4921/4041 10984/4917/4038 10826/4771/3909</w:t>
        <w:br/>
        <w:t>f 11268/5089/4180 11103/5034/4135 11102/5035/4136</w:t>
        <w:br/>
        <w:t>f 11267/5090/4181 11268/5089/4180 11102/5035/4136</w:t>
        <w:br/>
        <w:t>f 11270/5091/4182 11075/5005/4116 11074/5006/4117</w:t>
        <w:br/>
        <w:t>f 11269/5092/4183 11270/5091/4182 11074/5006/4117</w:t>
        <w:br/>
        <w:t>f 11272/5093/4184 11271/5094/4184 11076/5007/4118</w:t>
        <w:br/>
        <w:t>f 10863/4804/3940 11272/5093/4184 11076/5007/4118</w:t>
        <w:br/>
        <w:t>f 11273/5095/4185 10867/5022/4126 10987/4922/4042</w:t>
        <w:br/>
        <w:t>f 11275/5096/4186 11273/5095/4185 10987/4922/4042</w:t>
        <w:br/>
        <w:t>f 11275/5096/4186 10987/4922/4042 10986/4923/4043</w:t>
        <w:br/>
        <w:t>f 11276/5097/4187 11275/5096/4186 10986/4923/4043</w:t>
        <w:br/>
        <w:t>f 11278/5098/4188 11277/5099/4188 10982/4919/4039</w:t>
        <w:br/>
        <w:t>f 10983/4918/4039 11278/5098/4188 10982/4919/4039</w:t>
        <w:br/>
        <w:t>f 10989/4926/4046 11277/5099/4188 11278/5098/4188</w:t>
        <w:br/>
        <w:t>f 10988/4927/4046 10989/4926/4046 11278/5098/4188</w:t>
        <w:br/>
        <w:t>f 11275/5096/4186 11276/5097/4187 10992/4931/4050</w:t>
        <w:br/>
        <w:t>f 10993/4930/4049 11275/5096/4186 10992/4931/4050</w:t>
        <w:br/>
        <w:t>f 11273/5095/4185 11275/5096/4186 10993/4930/4049</w:t>
        <w:br/>
        <w:t>f 11041/4978/4095 11273/5095/4185 10993/4930/4049</w:t>
        <w:br/>
        <w:t>f 11272/5093/4184 11056/4988/4103 11061/4992/4107</w:t>
        <w:br/>
        <w:t>f 11271/5094/4184 11272/5093/4184 11061/4992/4107</w:t>
        <w:br/>
        <w:t>f 11270/5091/4182 11269/5092/4183 11064/4994/4109</w:t>
        <w:br/>
        <w:t>f 11065/4993/4108 11270/5091/4182 11064/4994/4109</w:t>
        <w:br/>
        <w:t>f 11268/5089/4180 11267/5090/4181 11072/5004/4115</w:t>
        <w:br/>
        <w:t>f 11073/5003/4115 11268/5089/4180 11072/5004/4115</w:t>
        <w:br/>
        <w:t>f 11280/5100/4189 11279/5101/4190 11104/5037/4137</w:t>
        <w:br/>
        <w:t>f 11105/5036/4137 11280/5100/4189 11104/5037/4137</w:t>
        <w:br/>
        <w:t>f 11106/5039/4138 11107/5038/4138 11282/5102/4191</w:t>
        <w:br/>
        <w:t>f 11281/5103/4191 11106/5039/4138 11282/5102/4191</w:t>
        <w:br/>
        <w:t>f 11049/4984/4099 11050/4983/4098 11060/4991/4106</w:t>
        <w:br/>
        <w:t>f 11055/4989/4104 11049/4984/4099 11060/4991/4106</w:t>
        <w:br/>
        <w:t>f 11015/4954/4070 11016/4953/4069 11020/4957/4073</w:t>
        <w:br/>
        <w:t>f 11021/4956/4072 11015/4954/4070 11020/4957/4073</w:t>
        <w:br/>
        <w:t>f 11023/4958/4075 11019/4955/4071 11015/4954/4070</w:t>
        <w:br/>
        <w:t>f 11021/4956/4072 11023/4958/4075 11015/4954/4070</w:t>
        <w:br/>
        <w:t>f 11013/4948/4064 11014/4947/4064 11008/4941/4058</w:t>
        <w:br/>
        <w:t>f 11009/4946/4063 11013/4948/4064 11008/4941/4058</w:t>
        <w:br/>
        <w:t>f 11008/4941/4058 11004/4937/4055 11001/4940/4055</w:t>
        <w:br/>
        <w:t>f 11007/4942/4059 11008/4941/4058 11001/4940/4055</w:t>
        <w:br/>
        <w:t>f 11018/4951/4067 11027/4960/4077 11024/4963/4080</w:t>
        <w:br/>
        <w:t>f 11017/4952/4068 11018/4951/4067 11024/4963/4080</w:t>
        <w:br/>
        <w:t>f 11109/5040/4139 11027/4960/4077 11018/4951/4067</w:t>
        <w:br/>
        <w:t>f 11112/5044/4144 11039/4974/4089 11036/4973/4143</w:t>
        <w:br/>
        <w:t>f 11279/5101/4190 11280/5100/4189 11089/5021/4125</w:t>
        <w:br/>
        <w:t>f 11090/5020/4125 11279/5101/4190 11089/5021/4125</w:t>
        <w:br/>
        <w:t>f 10864/4803/3939 10865/4802/3938 10849/4788/3925</w:t>
        <w:br/>
        <w:t>f 10846/4791/3928 10864/4803/3939 10849/4788/3925</w:t>
        <w:br/>
        <w:t>f 10838/4780/3918 10900/4833/3962 10897/4836/3965</w:t>
        <w:br/>
        <w:t>f 10980/4915/4036 10957/4893/4015 11284/5104/4192</w:t>
        <w:br/>
        <w:t>f 11283/5105/4193 10980/4915/4036 11284/5104/4192</w:t>
        <w:br/>
        <w:t>f 11283/5105/4193 11285/5106/4194 10979/4916/4037</w:t>
        <w:br/>
        <w:t>f 10980/4915/4036 11283/5105/4193 10979/4916/4037</w:t>
        <w:br/>
        <w:t>f 11287/5107/4195 11285/5106/4194 11286/5108/4195</w:t>
        <w:br/>
        <w:t>f 10965/4901/4023 11310/5109/4196 10962/4898/4020</w:t>
        <w:br/>
        <w:t>f 11310/5109/4196 11311/5110/4197 11253/5074/4166</w:t>
        <w:br/>
        <w:t>f 10962/4898/4020 11310/5109/4196 11253/5074/4166</w:t>
        <w:br/>
        <w:t>f 10957/4893/4015 10953/4892/4014 11312/5111/4198</w:t>
        <w:br/>
        <w:t>f 11284/5104/4192 10957/4893/4015 11312/5111/4198</w:t>
        <w:br/>
        <w:t>f 10953/4892/4014 10954/4891/4013 11313/5112/4199</w:t>
        <w:br/>
        <w:t>f 11312/5111/4198 10953/4892/4014 11313/5112/4199</w:t>
        <w:br/>
        <w:t>f 11337/5113/4200 11336/5114/4201 11335/5115/4202</w:t>
        <w:br/>
        <w:t>f 11339/5116/4203 11338/5117/4204 11182/5048/4148</w:t>
        <w:br/>
        <w:t>f 11343/5118/4205 11342/5119/4206 11341/5120/4207</w:t>
        <w:br/>
        <w:t>f 11340/5121/4205 11343/5118/4205 11341/5120/4207</w:t>
        <w:br/>
        <w:t>f 11341/5120/4207 11342/5119/4206 11344/5122/4208</w:t>
        <w:br/>
        <w:t>f 11336/5114/4201 11346/5123/4209 11345/5124/4210</w:t>
        <w:br/>
        <w:t>f 11335/5115/4202 11336/5114/4201 11345/5124/4210</w:t>
        <w:br/>
        <w:t>f 11485/5125/4211 11484/5126/4212 11483/5127/4213</w:t>
        <w:br/>
        <w:t>f 11661/5128/4214 11660/5129/4215 11659/5130/4216</w:t>
        <w:br/>
        <w:t>f 11658/5131/4217 11661/5128/4214 11659/5130/4216</w:t>
        <w:br/>
        <w:t>f 11668/5132/4218 11667/5133/4219 11666/5134/4220</w:t>
        <w:br/>
        <w:t>f 11665/5135/4221 11668/5132/4218 11666/5134/4220</w:t>
        <w:br/>
        <w:t>f 11723/5136/4222 11722/5137/4222 11721/5138/4223</w:t>
        <w:br/>
        <w:t>f 11720/5139/4224 11723/5136/4222 11721/5138/4223</w:t>
        <w:br/>
        <w:t>f 11342/5119/4225 11336/5114/4201 11337/5113/4200</w:t>
        <w:br/>
        <w:t>f 11725/5140/4226 11342/5119/4225 11337/5113/4200</w:t>
        <w:br/>
        <w:t>f 11339/5116/4203 11337/5113/4200 11335/5115/4202</w:t>
        <w:br/>
        <w:t>f 11727/5141/4227 11726/5142/4228 11344/5122/4229</w:t>
        <w:br/>
        <w:t>f 11335/5115/4202 11345/5124/4210 11182/5048/4230</w:t>
        <w:br/>
        <w:t>f 11725/5140/4226 11727/5141/4231 11732/5143/4232</w:t>
        <w:br/>
        <w:t>f 11725/5140/4226 11732/5143/4232 11342/5119/4225</w:t>
        <w:br/>
        <w:t>f 11339/5116/4203 11182/5048/4148 11183/5047/4147</w:t>
        <w:br/>
        <w:t>f 11744/5144/4233 11743/5145/4234 11742/5146/4235</w:t>
        <w:br/>
        <w:t>f 11747/5147/4236 11746/5148/4237 11745/5149/4238</w:t>
        <w:br/>
        <w:t>f 11743/5145/4234 11749/5150/4239 11748/5151/4240</w:t>
        <w:br/>
        <w:t>f 11742/5146/4235 11743/5145/4234 11748/5151/4240</w:t>
        <w:br/>
        <w:t>f 11752/5152/4241 11751/5153/4242 11750/5154/4243</w:t>
        <w:br/>
        <w:t>f 11755/5155/4244 11754/5156/4245 11753/5157/4246</w:t>
        <w:br/>
        <w:t>f 11758/5158/4247 11757/5159/4248 11756/5160/4249</w:t>
        <w:br/>
        <w:t>f 11762/5161/4250 11761/5162/4251 11760/5163/4252</w:t>
        <w:br/>
        <w:t>f 11759/5164/4253 11762/5161/4250 11760/5163/4252</w:t>
        <w:br/>
        <w:t>f 11765/5165/4254 11764/5166/4255 11763/5167/4256</w:t>
        <w:br/>
        <w:t>f 11768/5168/4257 11767/5169/4258 11766/5170/4259</w:t>
        <w:br/>
        <w:t>f 11771/5171/4260 11767/5169/4258 11770/5172/4261</w:t>
        <w:br/>
        <w:t>f 11769/5173/4262 11771/5171/4260 11770/5172/4261</w:t>
        <w:br/>
        <w:t>f 11773/5174/4263 11772/5175/4264 11771/5171/4260</w:t>
        <w:br/>
        <w:t>f 11769/5173/4262 11773/5174/4263 11771/5171/4260</w:t>
        <w:br/>
        <w:t>f 11759/5164/4253 11760/5163/4252 11774/5176/4265</w:t>
        <w:br/>
        <w:t>f 11777/5177/4266 11776/5178/4244 11772/5175/4264</w:t>
        <w:br/>
        <w:t>f 11775/5179/4267 11777/5177/4266 11772/5175/4264</w:t>
        <w:br/>
        <w:t>f 11770/5172/4261 11767/5169/4258 11768/5168/4257</w:t>
        <w:br/>
        <w:t>f 11775/5179/4267 11772/5175/4264 11773/5174/4263</w:t>
        <w:br/>
        <w:t>f 11776/5178/4244 11777/5177/4266 11778/5180/4245</w:t>
        <w:br/>
        <w:t>f 11751/5153/4242 11755/5155/4244 11753/5157/4246</w:t>
        <w:br/>
        <w:t>f 11750/5154/4243 11751/5153/4242 11753/5157/4246</w:t>
        <w:br/>
        <w:t>f 11757/5159/4248 11751/5153/4242 11752/5152/4241</w:t>
        <w:br/>
        <w:t>f 11756/5160/4249 11757/5159/4248 11752/5152/4241</w:t>
        <w:br/>
        <w:t>f 11749/5150/4239 11757/5159/4248 11758/5158/4247</w:t>
        <w:br/>
        <w:t>f 11779/5181/4268 11749/5150/4239 11758/5158/4247</w:t>
        <w:br/>
        <w:t>f 11748/5151/4240 11749/5150/4239 11779/5181/4268</w:t>
        <w:br/>
        <w:t>f 11746/5148/4237 11743/5145/4234 11744/5144/4233</w:t>
        <w:br/>
        <w:t>f 11745/5149/4238 11746/5148/4237 11744/5144/4233</w:t>
        <w:br/>
        <w:t>f 11746/5148/4237 11747/5147/4236 11774/5176/4265</w:t>
        <w:br/>
        <w:t>f 11760/5163/4252 11746/5148/4237 11774/5176/4265</w:t>
        <w:br/>
        <w:t>f 11780/5182/4269 11761/5162/4251 11762/5161/4250</w:t>
        <w:br/>
        <w:t>f 11781/5183/4270 11764/5166/4255 11761/5162/4251</w:t>
        <w:br/>
        <w:t>f 11780/5182/4269 11781/5183/4270 11761/5162/4251</w:t>
        <w:br/>
        <w:t>f 11763/5167/4256 11764/5166/4255 11781/5183/4270</w:t>
        <w:br/>
        <w:t>f 11766/5170/4259 11767/5169/4258 11764/5166/4255</w:t>
        <w:br/>
        <w:t>f 11765/5165/4254 11766/5170/4259 11764/5166/4255</w:t>
        <w:br/>
        <w:t>f 11929/5184/4271 11928/5185/4272 11927/5186/4273</w:t>
        <w:br/>
        <w:t>f 11926/5187/4274 11929/5184/4271 11927/5186/4273</w:t>
        <w:br/>
        <w:t>f 11935/5188/4275 11934/5189/4275 11933/5190/4276</w:t>
        <w:br/>
        <w:t>f 11932/5191/4276 11935/5188/4275 11933/5190/4276</w:t>
        <w:br/>
        <w:t>f 11938/5192/4277 11937/5193/4278 11932/5191/4276</w:t>
        <w:br/>
        <w:t>f 11933/5190/4276 11938/5192/4277 11932/5191/4276</w:t>
        <w:br/>
        <w:t>f 11937/5193/4278 11938/5192/4277 11941/5194/4279</w:t>
        <w:br/>
        <w:t>f 11940/5195/4280 11937/5193/4278 11941/5194/4279</w:t>
        <w:br/>
        <w:t>f 11946/5196/4281 11941/5194/4282 11945/5197/4283</w:t>
        <w:br/>
        <w:t>f 11944/5198/4284 11946/5196/4281 11945/5197/4283</w:t>
        <w:br/>
        <w:t>f 11950/5199/4285 11949/5200/4285 11948/5201/4286</w:t>
        <w:br/>
        <w:t>f 11947/5202/4286 11950/5199/4285 11948/5201/4286</w:t>
        <w:br/>
        <w:t>f 11952/5203/4287 11951/5204/4287 11949/5200/4285</w:t>
        <w:br/>
        <w:t>f 11950/5199/4285 11952/5203/4287 11949/5200/4285</w:t>
        <w:br/>
        <w:t>f 11953/5205/4288 11941/5194/4282 11951/5204/4287</w:t>
        <w:br/>
        <w:t>f 11952/5203/4287 11953/5205/4288 11951/5204/4287</w:t>
        <w:br/>
        <w:t>f 11941/5194/4282 11953/5205/4288 11954/5206/4289</w:t>
        <w:br/>
        <w:t>f 11945/5197/4283 11941/5194/4282 11954/5206/4289</w:t>
        <w:br/>
        <w:t>f 11957/5207/4290 11956/5208/4291 11955/5209/4292</w:t>
        <w:br/>
        <w:t>f 5162/2542/2002 11957/5207/4290 11955/5209/4292</w:t>
        <w:br/>
        <w:t>f 11956/5208/4291 11960/5210/4293 11959/5211/4294</w:t>
        <w:br/>
        <w:t>f 11958/5212/4295 11956/5208/4291 11959/5211/4294</w:t>
        <w:br/>
        <w:t>f 11934/5189/4275 11935/5188/4275 11926/5187/4274</w:t>
        <w:br/>
        <w:t>f 11927/5186/4273 11934/5189/4275 11926/5187/4274</w:t>
        <w:br/>
        <w:t>f 11948/5201/4286 11961/5213/4296 11958/5212/4295</w:t>
        <w:br/>
        <w:t>f 11947/5202/4286 11948/5201/4286 11958/5212/4295</w:t>
        <w:br/>
        <w:t>f 11965/5214/4297 11964/5215/4297 11963/5216/4298</w:t>
        <w:br/>
        <w:t>f 11962/5217/4298 11965/5214/4297 11963/5216/4298</w:t>
        <w:br/>
        <w:t>f 11964/5215/4297 11965/5214/4297 11967/5218/4299</w:t>
        <w:br/>
        <w:t>f 11966/5219/4299 11964/5215/4297 11967/5218/4299</w:t>
        <w:br/>
        <w:t>f 11971/5220/4300 11970/5221/4301 11969/5222/4301</w:t>
        <w:br/>
        <w:t>f 11968/5223/4302 11971/5220/4300 11969/5222/4301</w:t>
        <w:br/>
        <w:t>f 11973/5224/4303 11969/5222/4301 11970/5221/4301</w:t>
        <w:br/>
        <w:t>f 11972/5225/4303 11973/5224/4303 11970/5221/4301</w:t>
        <w:br/>
        <w:t>f 11975/5226/4304 11973/5224/4303 11972/5225/4303</w:t>
        <w:br/>
        <w:t>f 11974/5227/4304 11975/5226/4304 11972/5225/4303</w:t>
        <w:br/>
        <w:t>f 11977/5228/4305 11975/5226/4304 11974/5227/4304</w:t>
        <w:br/>
        <w:t>f 11976/5229/4305 11977/5228/4305 11974/5227/4304</w:t>
        <w:br/>
        <w:t>f 11977/5228/4305 11976/5229/4305 11978/5230/4306</w:t>
        <w:br/>
        <w:t>f 11979/5231/4306 11977/5228/4305 11978/5230/4306</w:t>
        <w:br/>
        <w:t>f 11966/5219/4299 11967/5218/4299 11981/5232/4307</w:t>
        <w:br/>
        <w:t>f 11980/5233/4308 11966/5219/4299 11981/5232/4307</w:t>
        <w:br/>
        <w:t>f 11984/5234/4309 11983/5235/4310 11982/5236/4311</w:t>
        <w:br/>
        <w:t>f 5190/2570/4309 11984/5234/4309 11982/5236/4311</w:t>
        <w:br/>
        <w:t>f 12004/5237/4312 12003/5238/4313 12002/5239/4314</w:t>
        <w:br/>
        <w:t>f 12001/5240/4315 12004/5237/4312 12002/5239/4314</w:t>
        <w:br/>
        <w:t>f 12001/5240/4315 12006/5241/4316 12005/5242/4316</w:t>
        <w:br/>
        <w:t>f 12004/5237/4312 12001/5240/4315 12005/5242/4316</w:t>
        <w:br/>
        <w:t>f 12010/5243/4317 12009/5244/4317 12008/5245/4318</w:t>
        <w:br/>
        <w:t>f 12007/5246/4317 12010/5243/4317 12008/5245/4318</w:t>
        <w:br/>
        <w:t>f 12016/5247/4319 12015/5248/4320 12008/5245/4321</w:t>
        <w:br/>
        <w:t>f 12014/5249/4322 12016/5247/4319 12008/5245/4321</w:t>
        <w:br/>
        <w:t>f 12014/5249/4322 12018/5250/4323 12017/5251/4324</w:t>
        <w:br/>
        <w:t>f 12016/5247/4319 12014/5249/4322 12017/5251/4324</w:t>
        <w:br/>
        <w:t>f 12017/5251/4324 12018/5250/4323 12020/5252/4325</w:t>
        <w:br/>
        <w:t>f 12019/5253/4326 12017/5251/4324 12020/5252/4325</w:t>
        <w:br/>
        <w:t>f 12034/5254/4327 12033/5255/4328 12032/5256/4329</w:t>
        <w:br/>
        <w:t>f 12031/5257/4330 12034/5254/4327 12032/5256/4329</w:t>
        <w:br/>
        <w:t>f 12036/5258/4331 12035/5259/4332 12034/5254/4327</w:t>
        <w:br/>
        <w:t>f 12031/5257/4330 12036/5258/4331 12034/5254/4327</w:t>
        <w:br/>
        <w:t>f 12035/5259/4332 12036/5258/4331 12038/5260/4333</w:t>
        <w:br/>
        <w:t>f 12037/5261/4334 12035/5259/4332 12038/5260/4333</w:t>
        <w:br/>
        <w:t>f 12036/5258/4331 12040/5262/4335 12039/5263/4336</w:t>
        <w:br/>
        <w:t>f 12038/5260/4333 12036/5258/4331 12039/5263/4336</w:t>
        <w:br/>
        <w:t>f 12036/5258/4331 12031/5257/4330 12041/5264/4289</w:t>
        <w:br/>
        <w:t>f 12040/5262/4335 12036/5258/4331 12041/5264/4289</w:t>
        <w:br/>
        <w:t>f 12042/5265/4283 12041/5264/4289 12031/5257/4330</w:t>
        <w:br/>
        <w:t>f 12008/5245/4321 12042/5265/4283 12032/5256/4329</w:t>
        <w:br/>
        <w:t>f 12014/5249/4322 12008/5245/4321 12032/5256/4329</w:t>
        <w:br/>
        <w:t>f 12043/5266/4337 12014/5249/4322 12032/5256/4329</w:t>
        <w:br/>
        <w:t>f 12042/5265/4283 12031/5257/4330 12032/5256/4329</w:t>
        <w:br/>
        <w:t>f 12046/5267/4338 12045/5268/4339 12044/5269/4340</w:t>
        <w:br/>
        <w:t>f 12043/5266/4337 12047/5270/4341 12018/5250/4323</w:t>
        <w:br/>
        <w:t>f 12014/5249/4322 12043/5266/4337 12018/5250/4323</w:t>
        <w:br/>
        <w:t>f 12048/5271/4342 12020/5252/4325 12047/5270/4341</w:t>
        <w:br/>
        <w:t>f 12048/5271/4342 12044/5269/4340 12045/5268/4339</w:t>
        <w:br/>
        <w:t>f 12049/5272/4343 12048/5271/4342 12045/5268/4339</w:t>
        <w:br/>
        <w:t>f 12051/5273/4344 12020/5252/4325 12048/5271/4342</w:t>
        <w:br/>
        <w:t>f 12050/5274/4345 12051/5273/4344 12048/5271/4342</w:t>
        <w:br/>
        <w:t>f 12049/5272/4343 12052/5275/4346 12050/5274/4345</w:t>
        <w:br/>
        <w:t>f 12048/5271/4342 12049/5272/4343 12050/5274/4345</w:t>
        <w:br/>
        <w:t>f 12053/5276/4347 12019/5253/4326 12020/5252/4325</w:t>
        <w:br/>
        <w:t>f 12051/5273/4344 12053/5276/4347 12020/5252/4325</w:t>
        <w:br/>
        <w:t>f 12055/5277/4348 12053/5276/4347 12051/5273/4344</w:t>
        <w:br/>
        <w:t>f 12054/5278/4349 12055/5277/4348 12051/5273/4344</w:t>
        <w:br/>
        <w:t>f 12054/5278/4349 12051/5273/4344 12050/5274/4345</w:t>
        <w:br/>
        <w:t>f 12056/5279/4350 12054/5278/4349 12050/5274/4345</w:t>
        <w:br/>
        <w:t>f 12052/5275/4346 12057/5280/4351 12056/5279/4350</w:t>
        <w:br/>
        <w:t>f 12050/5274/4345 12052/5275/4346 12056/5279/4350</w:t>
        <w:br/>
        <w:t>f 12054/5278/4349 12094/5281/4352 12093/5282/4353</w:t>
        <w:br/>
        <w:t>f 12055/5277/4348 12054/5278/4349 12093/5282/4353</w:t>
        <w:br/>
        <w:t>f 12056/5279/4350 12095/5283/4354 12094/5281/4352</w:t>
        <w:br/>
        <w:t>f 12057/5280/4351 12095/5283/4354 12056/5279/4350</w:t>
        <w:br/>
        <w:t>f 12094/5281/4352 12095/5283/4354 12099/5284/4355</w:t>
        <w:br/>
        <w:t>f 12098/5285/4356 12094/5281/4352 12099/5284/4355</w:t>
        <w:br/>
        <w:t>f 12094/5281/4352 12098/5285/4356 12100/5286/4357</w:t>
        <w:br/>
        <w:t>f 12093/5282/4353 12094/5281/4352 12100/5286/4357</w:t>
        <w:br/>
        <w:t>f 12099/5284/4355 12102/5287/4358 12101/5288/4359</w:t>
        <w:br/>
        <w:t>f 12098/5285/4356 12099/5284/4355 12101/5288/4359</w:t>
        <w:br/>
        <w:t>f 12098/5285/4356 12101/5288/4359 12103/5289/4360</w:t>
        <w:br/>
        <w:t>f 12100/5286/4357 12098/5285/4356 12103/5289/4360</w:t>
        <w:br/>
        <w:t>f 12101/5288/4359 12102/5287/4358 12104/5290/4361</w:t>
        <w:br/>
        <w:t>f 12103/5289/4360 12101/5288/4359 12106/5291/4362</w:t>
        <w:br/>
        <w:t>f 12105/5292/4363 12103/5289/4360 12106/5291/4362</w:t>
        <w:br/>
        <w:t>f 12038/5260/4333 12039/5263/4336 12289/5293/4364</w:t>
        <w:br/>
        <w:t>f 12288/5294/4365 12038/5260/4333 12289/5293/4364</w:t>
        <w:br/>
        <w:t>f 12037/5261/4334 12038/5260/4333 12288/5294/4365</w:t>
        <w:br/>
        <w:t>f 12290/5295/4366 12037/5261/4334 12288/5294/4365</w:t>
        <w:br/>
        <w:t>f 12292/5296/4367 12290/5295/4366 12288/5294/4365</w:t>
        <w:br/>
        <w:t>f 12291/5297/4368 12292/5296/4367 12288/5294/4365</w:t>
        <w:br/>
        <w:t>f 12291/5297/4368 12288/5294/4365 12289/5293/4364</w:t>
        <w:br/>
        <w:t>f 12293/5298/4369 12291/5297/4368 12289/5293/4364</w:t>
        <w:br/>
        <w:t>f 12293/5298/4369 12295/5299/4370 12294/5300/4371</w:t>
        <w:br/>
        <w:t>f 12291/5297/4368 12293/5298/4369 12294/5300/4371</w:t>
        <w:br/>
        <w:t>f 12303/5301/4372 12035/5259/4332 12037/5261/4334</w:t>
        <w:br/>
        <w:t>f 12302/5302/4373 12303/5301/4372 12037/5261/4334</w:t>
        <w:br/>
        <w:t>f 12037/5261/4334 12290/5295/4366 12302/5302/4373</w:t>
        <w:br/>
        <w:t>f 12319/5303/4374 12318/5304/4375 12317/5305/4376</w:t>
        <w:br/>
        <w:t>f 12316/5306/4377 12319/5303/4374 12317/5305/4376</w:t>
        <w:br/>
        <w:t>f 12043/5266/4337 12032/5256/4329 12033/5255/4328</w:t>
        <w:br/>
        <w:t>f 12046/5267/4338 12043/5266/4337 12033/5255/4328</w:t>
        <w:br/>
        <w:t>f 12047/5270/4341 12043/5266/4337 12046/5267/4338</w:t>
        <w:br/>
        <w:t>f 12044/5269/4340 12047/5270/4341 12046/5267/4338</w:t>
        <w:br/>
        <w:t>f 12048/5271/4342 12047/5270/4341 12044/5269/4340</w:t>
        <w:br/>
        <w:t>f 12328/5307/4378 12294/5300/4371 12295/5299/4370</w:t>
        <w:br/>
        <w:t>f 12335/5308/4379 12334/5309/4380 12333/5310/4381</w:t>
        <w:br/>
        <w:t>f 12332/5311/4382 12335/5308/4379 12333/5310/4381</w:t>
        <w:br/>
        <w:t>f 12338/5312/4383 12337/5313/4384 12336/5314/4385</w:t>
        <w:br/>
        <w:t>f 12332/5311/4382 12338/5312/4383 12336/5314/4385</w:t>
        <w:br/>
        <w:t>f 12340/5315/4386 12339/5316/4386 12337/5313/4384</w:t>
        <w:br/>
        <w:t>f 12338/5312/4383 12340/5315/4386 12337/5313/4384</w:t>
        <w:br/>
        <w:t>f 12003/5238/4313 12346/5317/4387 12345/5318/4388</w:t>
        <w:br/>
        <w:t>f 12002/5239/4314 12003/5238/4313 12345/5318/4388</w:t>
        <w:br/>
        <w:t>f 12345/5318/4388 12346/5317/4387 12348/5319/4389</w:t>
        <w:br/>
        <w:t>f 12347/5320/4390 12345/5318/4388 12348/5319/4389</w:t>
        <w:br/>
        <w:t>f 12350/5321/4391 12349/5322/4392 12328/5307/4378</w:t>
        <w:br/>
        <w:t>f 12295/5299/4370 12350/5321/4391 12328/5307/4378</w:t>
        <w:br/>
        <w:t>f 12295/5299/4370 12347/5320/4390 12348/5319/4389</w:t>
        <w:br/>
        <w:t>f 12350/5321/4391 12295/5299/4370 12348/5319/4389</w:t>
        <w:br/>
        <w:t>f 12335/5308/4379 12354/5323/4393 12353/5324/4394</w:t>
        <w:br/>
        <w:t>f 12334/5309/4380 12335/5308/4379 12353/5324/4394</w:t>
        <w:br/>
        <w:t>f 12356/5325/4395 12353/5324/4394 12354/5323/4393</w:t>
        <w:br/>
        <w:t>f 12355/5326/4396 12356/5325/4395 12354/5323/4393</w:t>
        <w:br/>
        <w:t>f 12355/5326/4396 12358/5327/4397 12357/5328/4398</w:t>
        <w:br/>
        <w:t>f 12356/5325/4395 12355/5326/4396 12357/5328/4398</w:t>
        <w:br/>
        <w:t>f 12357/5328/4398 12358/5327/4397 12360/5329/4399</w:t>
        <w:br/>
        <w:t>f 12359/5330/4400 12357/5328/4398 12360/5329/4399</w:t>
        <w:br/>
        <w:t>f 12360/5329/4399 12362/5331/4401 12361/5332/4402</w:t>
        <w:br/>
        <w:t>f 12359/5330/4400 12360/5329/4399 12361/5332/4402</w:t>
        <w:br/>
        <w:t>f 12381/5333/4403 12380/5334/4403 12379/5335/4403</w:t>
        <w:br/>
        <w:t>f 12387/5336/4404 12386/5337/4405 12385/5338/4406</w:t>
        <w:br/>
        <w:t>f 12384/5339/4407 12387/5336/4404 12385/5338/4406</w:t>
        <w:br/>
        <w:t>f 12385/5338/4406 12386/5337/4405 12389/5340/4408</w:t>
        <w:br/>
        <w:t>f 12388/5341/4409 12385/5338/4406 12389/5340/4408</w:t>
        <w:br/>
        <w:t>f 12393/5342/4410 12392/5343/4411 12391/5344/4412</w:t>
        <w:br/>
        <w:t>f 12390/5345/4413 12393/5342/4410 12391/5344/4412</w:t>
        <w:br/>
        <w:t>f 12395/5346/4414 12391/5344/4412 12392/5343/4411</w:t>
        <w:br/>
        <w:t>f 12394/5347/4414 12395/5346/4414 12392/5343/4411</w:t>
        <w:br/>
        <w:t>f 12403/5348/4415 12402/5349/4416 12395/5346/4414</w:t>
        <w:br/>
        <w:t>f 12394/5347/4414 12403/5348/4415 12395/5346/4414</w:t>
        <w:br/>
        <w:t>f 12414/5350/4417 12413/5351/4418 12412/5352/4419</w:t>
        <w:br/>
        <w:t>f 12411/5353/4420 12414/5350/4417 12412/5352/4419</w:t>
        <w:br/>
        <w:t>f 12414/5350/4417 12411/5353/4420 12418/5354/4421</w:t>
        <w:br/>
        <w:t>f 12456/5355/4422 12455/5356/4423 12454/5357/4424</w:t>
        <w:br/>
        <w:t>f 12453/5358/4425 12456/5355/4422 12454/5357/4424</w:t>
        <w:br/>
        <w:t>f 12462/5359/4426 12461/5360/4427 12460/5361/4428</w:t>
        <w:br/>
        <w:t>f 12466/5362/4429 12465/5363/4430 12464/5364/4431</w:t>
        <w:br/>
        <w:t>f 12463/5365/4432 12466/5362/4429 12464/5364/4431</w:t>
        <w:br/>
        <w:t>f 12466/5362/4429 12468/5366/4433 12467/5367/4434</w:t>
        <w:br/>
        <w:t>f 12465/5363/4430 12466/5362/4429 12467/5367/4434</w:t>
        <w:br/>
        <w:t>f 12466/5362/4429 12470/5368/4435 12469/5369/4436</w:t>
        <w:br/>
        <w:t>f 12468/5366/4433 12466/5362/4429 12469/5369/4436</w:t>
        <w:br/>
        <w:t>f 12465/5363/4430 12467/5367/4434 12460/5361/4428</w:t>
        <w:br/>
        <w:t>f 12461/5360/4427 12465/5363/4430 12460/5361/4428</w:t>
        <w:br/>
        <w:t>f 12463/5365/4432 12483/5370/4437 12482/5371/4438</w:t>
        <w:br/>
        <w:t>f 12481/5372/4439 12463/5365/4432 12482/5371/4438</w:t>
        <w:br/>
        <w:t>f 12464/5364/4431 12484/5373/4440 12483/5370/4437</w:t>
        <w:br/>
        <w:t>f 12463/5365/4432 12464/5364/4431 12483/5370/4437</w:t>
        <w:br/>
        <w:t>f 12490/5374/4441 12489/5375/4442 12488/5376/4443</w:t>
        <w:br/>
        <w:t>f 12487/5377/4444 12490/5374/4441 12488/5376/4443</w:t>
        <w:br/>
        <w:t>f 12494/5378/4445 12493/5379/4446 12492/5380/4447</w:t>
        <w:br/>
        <w:t>f 12491/5381/4448 12494/5378/4445 12492/5380/4447</w:t>
        <w:br/>
        <w:t>f 12496/5382/4449 12491/5381/4448 12492/5380/4447</w:t>
        <w:br/>
        <w:t>f 12495/5383/4450 12496/5382/4449 12492/5380/4447</w:t>
        <w:br/>
        <w:t>f 12488/5376/4443 12489/5375/4442 12497/5384/4451</w:t>
        <w:br/>
        <w:t>f 12493/5379/4446 12499/5385/4452 12498/5386/4453</w:t>
        <w:br/>
        <w:t>f 12492/5380/4447 12493/5379/4446 12498/5386/4453</w:t>
        <w:br/>
        <w:t>f 12492/5380/4447 12498/5386/4453 12500/5387/4454</w:t>
        <w:br/>
        <w:t>f 12495/5383/4450 12492/5380/4447 12500/5387/4454</w:t>
        <w:br/>
        <w:t>f 12503/5388/4455 12502/5389/4456 12501/5390/4457</w:t>
        <w:br/>
        <w:t>f 12504/5391/4458 12503/5388/4455 12501/5390/4457</w:t>
        <w:br/>
        <w:t>f 12503/5388/4455 12504/5391/4458 12506/5392/4459</w:t>
        <w:br/>
        <w:t>f 12505/5393/4460 12503/5388/4455 12506/5392/4459</w:t>
        <w:br/>
        <w:t>f 12504/5391/4458 12362/5331/4401 12507/5394/4461</w:t>
        <w:br/>
        <w:t>f 12506/5392/4459 12504/5391/4458 12507/5394/4461</w:t>
        <w:br/>
        <w:t>f 12362/5331/4401 12504/5391/4458 12501/5390/4457</w:t>
        <w:br/>
        <w:t>f 12509/5395/4462 12508/5396/4463 12505/5393/4460</w:t>
        <w:br/>
        <w:t>f 12506/5392/4459 12509/5395/4462 12505/5393/4460</w:t>
        <w:br/>
        <w:t>f 12507/5394/4461 12358/5327/4464 12506/5392/4459</w:t>
        <w:br/>
        <w:t>f 12511/5397/4465 12495/5383/4450 12500/5387/4454</w:t>
        <w:br/>
        <w:t>f 12510/5398/4466 12511/5397/4465 12500/5387/4454</w:t>
        <w:br/>
        <w:t>f 12515/5399/4467 12514/5400/4468 12513/5401/4469</w:t>
        <w:br/>
        <w:t>f 12512/5402/4469 12515/5399/4467 12513/5401/4469</w:t>
        <w:br/>
        <w:t>f 12332/5311/4382 12336/5314/4385 12517/5403/4470</w:t>
        <w:br/>
        <w:t>f 12516/5404/4471 12332/5311/4382 12517/5403/4470</w:t>
        <w:br/>
        <w:t>f 12335/5308/4379 12332/5311/4382 12516/5404/4471</w:t>
        <w:br/>
        <w:t>f 12519/5405/4472 12516/5404/4471 12389/5340/4408</w:t>
        <w:br/>
        <w:t>f 12518/5406/4473 12519/5405/4472 12389/5340/4408</w:t>
        <w:br/>
        <w:t>f 12520/5407/4474 12495/5383/4450 12511/5397/4465</w:t>
        <w:br/>
        <w:t>f 12516/5404/4471 12519/5405/4472 12510/5398/4466</w:t>
        <w:br/>
        <w:t>f 12496/5382/4449 12495/5383/4450 12522/5408/4475</w:t>
        <w:br/>
        <w:t>f 12521/5409/4476 12496/5382/4449 12522/5408/4475</w:t>
        <w:br/>
        <w:t>f 12496/5382/4449 12521/5409/4476 12523/5410/4477</w:t>
        <w:br/>
        <w:t>f 12497/5384/4451 12496/5382/4449 12523/5410/4477</w:t>
        <w:br/>
        <w:t>f 12487/5377/4444 12488/5376/4443 12525/5411/4478</w:t>
        <w:br/>
        <w:t>f 12524/5412/4479 12487/5377/4444 12525/5411/4478</w:t>
        <w:br/>
        <w:t>f 12529/5413/4480 12528/5414/4481 12527/5415/4482</w:t>
        <w:br/>
        <w:t>f 12526/5416/4483 12529/5413/4480 12527/5415/4482</w:t>
        <w:br/>
        <w:t>f 12490/5374/4441 12528/5414/4481 12529/5413/4480</w:t>
        <w:br/>
        <w:t>f 12530/5417/4484 12490/5374/4441 12529/5413/4480</w:t>
        <w:br/>
        <w:t>f 12526/5416/4483 12532/5418/4485 12531/5419/4486</w:t>
        <w:br/>
        <w:t>f 12529/5413/4480 12526/5416/4483 12531/5419/4486</w:t>
        <w:br/>
        <w:t>f 12531/5419/4486 12530/5417/4484 12529/5413/4480</w:t>
        <w:br/>
        <w:t>f 12536/5420/4487 12535/5421/4488 12534/5422/4489</w:t>
        <w:br/>
        <w:t>f 12533/5423/4490 12536/5420/4487 12534/5422/4489</w:t>
        <w:br/>
        <w:t>f 12538/5424/4491 12537/5425/4492 12534/5422/4489</w:t>
        <w:br/>
        <w:t>f 12535/5421/4488 12538/5424/4491 12534/5422/4489</w:t>
        <w:br/>
        <w:t>f 12540/5426/4493 12537/5425/4492 12538/5424/4491</w:t>
        <w:br/>
        <w:t>f 12539/5427/4494 12540/5426/4493 12538/5424/4491</w:t>
        <w:br/>
        <w:t>f 12533/5423/4490 12534/5422/4489 12542/5428/4495</w:t>
        <w:br/>
        <w:t>f 12541/5429/4496 12533/5423/4490 12542/5428/4495</w:t>
        <w:br/>
        <w:t>f 12534/5422/4489 12537/5425/4492 12543/5430/4497</w:t>
        <w:br/>
        <w:t>f 12542/5428/4495 12534/5422/4489 12543/5430/4497</w:t>
        <w:br/>
        <w:t>f 12547/5431/4498 12546/5432/4499 12545/5433/4500</w:t>
        <w:br/>
        <w:t>f 12544/5434/4501 12547/5431/4498 12545/5433/4500</w:t>
        <w:br/>
        <w:t>f 12549/5435/4502 12544/5434/4501 12545/5433/4500</w:t>
        <w:br/>
        <w:t>f 12548/5436/4503 12549/5435/4502 12545/5433/4500</w:t>
        <w:br/>
        <w:t>f 12544/5434/4501 12549/5435/4502 12551/5437/4504</w:t>
        <w:br/>
        <w:t>f 12550/5438/4505 12544/5434/4501 12551/5437/4504</w:t>
        <w:br/>
        <w:t>f 12393/5342/4410 12547/5431/4498 12544/5434/4501</w:t>
        <w:br/>
        <w:t>f 12549/5435/4502 12552/5439/4506 12392/5343/4507</w:t>
        <w:br/>
        <w:t>f 12386/5337/4405 12387/5336/4404 12512/5402/4469</w:t>
        <w:br/>
        <w:t>f 12513/5401/4469 12386/5337/4405 12512/5402/4469</w:t>
        <w:br/>
        <w:t>f 12556/5440/4508 12555/5441/4509 12554/5442/4510</w:t>
        <w:br/>
        <w:t>f 12553/5443/4511 12556/5440/4508 12554/5442/4510</w:t>
        <w:br/>
        <w:t>f 12554/5442/4510 12559/5444/4512 12558/5445/4513</w:t>
        <w:br/>
        <w:t>f 12557/5446/4514 12554/5442/4510 12558/5445/4513</w:t>
        <w:br/>
        <w:t>f 12561/5447/4515 12560/5448/4516 12418/5354/4421</w:t>
        <w:br/>
        <w:t>f 12563/5449/4517 12562/5450/4518 12557/5446/4514</w:t>
        <w:br/>
        <w:t>f 12558/5445/4513 12563/5449/4517 12557/5446/4514</w:t>
        <w:br/>
        <w:t>f 12566/5451/4519 12565/5452/4520 12564/5453/4521</w:t>
        <w:br/>
        <w:t>f 12570/5454/4522 12569/5455/4523 12568/5456/4524</w:t>
        <w:br/>
        <w:t>f 12567/5457/4525 12570/5454/4522 12568/5456/4524</w:t>
        <w:br/>
        <w:t>f 12572/5458/4526 12552/5439/4506 12571/5459/4527</w:t>
        <w:br/>
        <w:t>f 12411/5353/4420 12412/5352/4419 12574/5460/4528</w:t>
        <w:br/>
        <w:t>f 12573/5461/4529 12411/5353/4420 12574/5460/4528</w:t>
        <w:br/>
        <w:t>f 12411/5353/4420 12573/5461/4529 12575/5462/4530</w:t>
        <w:br/>
        <w:t>f 12561/5447/4515 12411/5353/4420 12575/5462/4530</w:t>
        <w:br/>
        <w:t>f 12568/5456/4524 12569/5455/4523 12575/5462/4530</w:t>
        <w:br/>
        <w:t>f 12573/5461/4529 12568/5456/4524 12575/5462/4530</w:t>
        <w:br/>
        <w:t>f 12568/5456/4524 12573/5461/4529 12574/5460/4528</w:t>
        <w:br/>
        <w:t>f 12576/5463/4531 12568/5456/4524 12574/5460/4528</w:t>
        <w:br/>
        <w:t>f 12567/5457/4525 12565/5452/4520 12554/5442/4510</w:t>
        <w:br/>
        <w:t>f 12570/5454/4522 12567/5457/4525 12554/5442/4510</w:t>
        <w:br/>
        <w:t>f 12565/5452/4520 12567/5457/4525 12576/5463/4531</w:t>
        <w:br/>
        <w:t>f 12567/5457/4525 12568/5456/4524 12576/5463/4531</w:t>
        <w:br/>
        <w:t>f 12565/5452/4520 12576/5463/4531 12571/5459/4527</w:t>
        <w:br/>
        <w:t>f 12572/5458/4526 12571/5459/4527 12576/5463/4531</w:t>
        <w:br/>
        <w:t>f 12574/5460/4528 12572/5458/4526 12576/5463/4531</w:t>
        <w:br/>
        <w:t>f 12412/5352/4419 12403/5348/4415 12574/5460/4528</w:t>
        <w:br/>
        <w:t>f 12402/5349/4416 12403/5348/4415 12412/5352/4419</w:t>
        <w:br/>
        <w:t>f 12413/5351/4418 12402/5349/4416 12412/5352/4419</w:t>
        <w:br/>
        <w:t>f 12562/5450/4518 12578/5464/4532 12577/5465/4533</w:t>
        <w:br/>
        <w:t>f 12557/5446/4514 12562/5450/4518 12577/5465/4533</w:t>
        <w:br/>
        <w:t>f 12581/5466/4534 12580/5467/4535 12579/5468/4536</w:t>
        <w:br/>
        <w:t>f 12583/5469/4537 12582/5470/4538 12580/5467/4535</w:t>
        <w:br/>
        <w:t>f 12581/5466/4534 12583/5469/4537 12580/5467/4535</w:t>
        <w:br/>
        <w:t>f 12583/5469/4537 12581/5466/4534 12584/5471/4539</w:t>
        <w:br/>
        <w:t>f 12588/5472/4540 12587/5473/4541 12586/5474/4542</w:t>
        <w:br/>
        <w:t>f 12585/5475/4543 12588/5472/4540 12586/5474/4542</w:t>
        <w:br/>
        <w:t>f 12585/5475/4543 12586/5474/4542 12582/5470/4538</w:t>
        <w:br/>
        <w:t>f 12583/5469/4537 12585/5475/4543 12582/5470/4538</w:t>
        <w:br/>
        <w:t>f 12589/5476/4544 12585/5475/4543 12583/5469/4537</w:t>
        <w:br/>
        <w:t>f 12584/5471/4539 12589/5476/4544 12583/5469/4537</w:t>
        <w:br/>
        <w:t>f 12585/5475/4543 12589/5476/4544 12590/5477/4545</w:t>
        <w:br/>
        <w:t>f 12588/5472/4540 12585/5475/4543 12590/5477/4545</w:t>
        <w:br/>
        <w:t>f 12594/5478/4546 12593/5479/4547 12592/5480/4548</w:t>
        <w:br/>
        <w:t>f 12591/5481/4548 12594/5478/4546 12592/5480/4548</w:t>
        <w:br/>
        <w:t>f 12596/5482/4549 12595/5483/4549 12593/5479/4547</w:t>
        <w:br/>
        <w:t>f 12594/5478/4546 12596/5482/4549 12593/5479/4547</w:t>
        <w:br/>
        <w:t>f 12595/5483/4549 12596/5482/4549 12598/5484/4550</w:t>
        <w:br/>
        <w:t>f 12597/5485/4550 12595/5483/4549 12598/5484/4550</w:t>
        <w:br/>
        <w:t>f 12602/5486/4551 12601/5487/4552 12600/5488/4553</w:t>
        <w:br/>
        <w:t>f 12599/5489/4553 12602/5486/4551 12600/5488/4553</w:t>
        <w:br/>
        <w:t>f 12604/5490/4554 12603/5491/4555 12601/5487/4552</w:t>
        <w:br/>
        <w:t>f 12602/5486/4551 12604/5490/4554 12601/5487/4552</w:t>
        <w:br/>
        <w:t>f 12603/5491/4555 12604/5490/4554 12605/5492/4556</w:t>
        <w:br/>
        <w:t>f 12606/5493/4557 12603/5491/4555 12605/5492/4556</w:t>
        <w:br/>
        <w:t>f 12606/5493/4557 12605/5492/4556 12607/5494/4558</w:t>
        <w:br/>
        <w:t>f 12609/5495/4559 12470/5368/4435 12481/5372/4439</w:t>
        <w:br/>
        <w:t>f 12608/5496/4560 12609/5495/4559 12481/5372/4439</w:t>
        <w:br/>
        <w:t>f 12610/5497/4561 12469/5369/4436 12470/5368/4435</w:t>
        <w:br/>
        <w:t>f 12609/5495/4559 12610/5497/4561 12470/5368/4435</w:t>
        <w:br/>
        <w:t>f 12611/5498/4562 12608/5496/4560 12481/5372/4439</w:t>
        <w:br/>
        <w:t>f 12482/5371/4438 12611/5498/4562 12481/5372/4439</w:t>
        <w:br/>
        <w:t>f 12615/5499/4563 12609/5495/4559 12608/5496/4560</w:t>
        <w:br/>
        <w:t>f 12614/5500/4564 12615/5499/4563 12608/5496/4560</w:t>
        <w:br/>
        <w:t>f 12609/5495/4559 12615/5499/4563 12616/5501/4565</w:t>
        <w:br/>
        <w:t>f 12610/5497/4561 12609/5495/4559 12616/5501/4565</w:t>
        <w:br/>
        <w:t>f 12617/5502/4566 12614/5500/4564 12608/5496/4560</w:t>
        <w:br/>
        <w:t>f 12611/5498/4562 12617/5502/4566 12608/5496/4560</w:t>
        <w:br/>
        <w:t>f 12621/5503/4567 12615/5499/4563 12614/5500/4564</w:t>
        <w:br/>
        <w:t>f 12620/5504/4568 12621/5503/4567 12614/5500/4564</w:t>
        <w:br/>
        <w:t>f 12615/5499/4563 12621/5503/4567 12622/5505/4569</w:t>
        <w:br/>
        <w:t>f 12616/5501/4565 12615/5499/4563 12622/5505/4569</w:t>
        <w:br/>
        <w:t>f 12623/5506/4570 12620/5504/4568 12614/5500/4564</w:t>
        <w:br/>
        <w:t>f 12617/5502/4566 12623/5506/4570 12614/5500/4564</w:t>
        <w:br/>
        <w:t>f 12629/5507/4571 12628/5508/4572 12627/5509/4573</w:t>
        <w:br/>
        <w:t>f 12626/5510/4574 12629/5507/4571 12627/5509/4573</w:t>
        <w:br/>
        <w:t>f 12628/5508/4572 12629/5507/4571 12631/5511/4575</w:t>
        <w:br/>
        <w:t>f 12630/5512/4576 12628/5508/4572 12631/5511/4575</w:t>
        <w:br/>
        <w:t>f 12633/5513/4577 12626/5510/4574 12632/5514/4578</w:t>
        <w:br/>
        <w:t>f 12626/5510/4574 12627/5509/4573 12632/5514/4578</w:t>
        <w:br/>
        <w:t>f 12632/5514/4578 12627/5509/4573 12634/5515/4579</w:t>
        <w:br/>
        <w:t>f 12635/5516/4580 12634/5515/4579 12627/5509/4573</w:t>
        <w:br/>
        <w:t>f 12646/5517/4581 12645/5518/4582 12484/5373/4440</w:t>
        <w:br/>
        <w:t>f 12464/5364/4431 12646/5517/4581 12484/5373/4440</w:t>
        <w:br/>
        <w:t>f 12491/5381/4448 12496/5382/4449 12497/5384/4451</w:t>
        <w:br/>
        <w:t>f 12489/5375/4442 12491/5381/4448 12497/5384/4451</w:t>
        <w:br/>
        <w:t>f 12494/5378/4445 12491/5381/4448 12489/5375/4442</w:t>
        <w:br/>
        <w:t>f 12490/5374/4441 12494/5378/4445 12489/5375/4442</w:t>
        <w:br/>
        <w:t>f 12536/5420/4487 12490/5374/4441 12530/5417/4484</w:t>
        <w:br/>
        <w:t>f 12535/5421/4488 12536/5420/4487 12530/5417/4484</w:t>
        <w:br/>
        <w:t>f 12531/5419/4486 12538/5424/4491 12535/5421/4488</w:t>
        <w:br/>
        <w:t>f 12530/5417/4484 12531/5419/4486 12535/5421/4488</w:t>
        <w:br/>
        <w:t>f 12520/5407/4474 12511/5397/4465 12519/5405/4472</w:t>
        <w:br/>
        <w:t>f 12386/5337/4405 12520/5407/4474 12519/5405/4472</w:t>
        <w:br/>
        <w:t>f 12335/5308/4379 12516/5404/4471 12510/5398/4466</w:t>
        <w:br/>
        <w:t>f 12335/5308/4379 12510/5398/4466 12654/5519/4583</w:t>
        <w:br/>
        <w:t>f 12571/5459/4527 12552/5439/4506 12549/5435/4502</w:t>
        <w:br/>
        <w:t>f 12508/5396/4463 12354/5323/4584 12510/5398/4466</w:t>
        <w:br/>
        <w:t>f 12505/5393/4460 12508/5396/4463 12510/5398/4466</w:t>
        <w:br/>
        <w:t>f 12500/5387/4454 12505/5393/4460 12510/5398/4466</w:t>
        <w:br/>
        <w:t>f 12498/5386/4453 12503/5388/4455 12505/5393/4460</w:t>
        <w:br/>
        <w:t>f 12500/5387/4454 12498/5386/4453 12505/5393/4460</w:t>
        <w:br/>
        <w:t>f 12499/5385/4452 12502/5389/4456 12503/5388/4455</w:t>
        <w:br/>
        <w:t>f 12498/5386/4453 12499/5385/4452 12503/5388/4455</w:t>
        <w:br/>
        <w:t>f 12545/5433/4500 12546/5432/4499 12541/5429/4496</w:t>
        <w:br/>
        <w:t>f 12542/5428/4495 12545/5433/4500 12541/5429/4496</w:t>
        <w:br/>
        <w:t>f 12542/5428/4495 12543/5430/4497 12548/5436/4503</w:t>
        <w:br/>
        <w:t>f 12545/5433/4500 12542/5428/4495 12548/5436/4503</w:t>
        <w:br/>
        <w:t>f 12571/5459/4527 12548/5436/4503 12543/5430/4497</w:t>
        <w:br/>
        <w:t>f 12565/5452/4520 12571/5459/4527 12543/5430/4497</w:t>
        <w:br/>
        <w:t>f 12510/5398/4466 12519/5405/4472 12511/5397/4465</w:t>
        <w:br/>
        <w:t>f 12679/5520/4585 12678/5521/4586 12677/5522/4586</w:t>
        <w:br/>
        <w:t>f 12676/5523/4585 12679/5520/4585 12677/5522/4586</w:t>
        <w:br/>
        <w:t>f 12681/5524/4587 12679/5520/4585 12676/5523/4585</w:t>
        <w:br/>
        <w:t>f 12680/5525/4587 12681/5524/4587 12676/5523/4585</w:t>
        <w:br/>
        <w:t>f 12683/5526/4588 12681/5524/4587 12680/5525/4587</w:t>
        <w:br/>
        <w:t>f 12682/5527/4589 12683/5526/4588 12680/5525/4587</w:t>
        <w:br/>
        <w:t>f 12686/5528/4590 12683/5526/4588 12685/5529/4591</w:t>
        <w:br/>
        <w:t>f 12684/5530/4592 12686/5528/4590 12685/5529/4591</w:t>
        <w:br/>
        <w:t>f 12418/5354/4421 12560/5448/4516 12815/5531/4593</w:t>
        <w:br/>
        <w:t>f 12590/5477/4545 12589/5476/4544 12607/5494/4558</w:t>
        <w:br/>
        <w:t>f 13107/5532/4594 13106/5533/2311 13105/5534/4595</w:t>
        <w:br/>
        <w:t>f 13104/5535/4595 13107/5532/4594 13105/5534/4595</w:t>
        <w:br/>
        <w:t>f 13104/5535/4595 13105/5534/4595 13109/5536/4596</w:t>
        <w:br/>
        <w:t>f 13108/5537/4596 13104/5535/4595 13109/5536/4596</w:t>
        <w:br/>
        <w:t>f 13108/5537/4596 13109/5536/4596 13111/5538/4597</w:t>
        <w:br/>
        <w:t>f 13110/5539/4597 13108/5537/4596 13111/5538/4597</w:t>
        <w:br/>
        <w:t>f 13110/5539/4597 13111/5538/4597 13113/5540/4598</w:t>
        <w:br/>
        <w:t>f 13112/5541/4598 13110/5539/4597 13113/5540/4598</w:t>
        <w:br/>
        <w:t>f 13126/5542/4599 13125/5543/4600 13124/5544/4601</w:t>
        <w:br/>
        <w:t>f 13123/5545/4602 13126/5542/4599 13124/5544/4601</w:t>
        <w:br/>
        <w:t>f 13128/5546/4603 13124/5544/4601 13125/5543/4600</w:t>
        <w:br/>
        <w:t>f 13127/5547/4604 13128/5546/4603 13125/5543/4600</w:t>
        <w:br/>
        <w:t>f 13125/5543/4600 13126/5542/4599 13132/5548/4605</w:t>
        <w:br/>
        <w:t>f 13131/5549/4606 13125/5543/4600 13132/5548/4605</w:t>
        <w:br/>
        <w:t>f 13127/5547/4604 13125/5543/4600 13131/5549/4606</w:t>
        <w:br/>
        <w:t>f 13133/5550/4607 13127/5547/4604 13131/5549/4606</w:t>
        <w:br/>
        <w:t>f 13136/5551/4608 13131/5549/4606 13132/5548/4605</w:t>
        <w:br/>
        <w:t>f 13135/5552/4609 13136/5551/4608 13132/5548/4605</w:t>
        <w:br/>
        <w:t>f 13131/5549/4606 13138/5553/4610 13137/5554/4611</w:t>
        <w:br/>
        <w:t>f 13133/5550/4607 13131/5549/4606 13137/5554/4611</w:t>
        <w:br/>
        <w:t>f 13142/5555/4612 6364/2892/2331 6365/2891/2330</w:t>
        <w:br/>
        <w:t>f 13141/5556/4613 13142/5555/4612 6365/2891/2330</w:t>
        <w:br/>
        <w:t>f 13141/5556/4613 13144/5557/4614 13143/5558/4615</w:t>
        <w:br/>
        <w:t>f 13147/5559/4616 13143/5558/4615 13146/5560/4617</w:t>
        <w:br/>
        <w:t>f 13145/5561/4618 13147/5559/4616 13146/5560/4617</w:t>
        <w:br/>
        <w:t>f 13150/5562/2337 6373/2901/2337 13149/5563/4619</w:t>
        <w:br/>
        <w:t>f 13148/5564/4619 13150/5562/2337 13149/5563/4619</w:t>
        <w:br/>
        <w:t>f 13144/5557/4614 13152/5565/4620 13151/5566/4620</w:t>
        <w:br/>
        <w:t>f 13143/5558/4615 13144/5557/4614 13151/5566/4620</w:t>
        <w:br/>
        <w:t>f 13143/5558/4615 13154/5567/4621 13153/5568/4622</w:t>
        <w:br/>
        <w:t>f 13146/5560/4617 13143/5558/4615 13153/5568/4622</w:t>
        <w:br/>
        <w:t>f 13152/5565/4620 13156/5569/4623 13155/5570/4623</w:t>
        <w:br/>
        <w:t>f 13151/5566/4620 13152/5565/4620 13155/5570/4623</w:t>
        <w:br/>
        <w:t>f 13154/5567/4621 13158/5571/4624 13157/5572/4625</w:t>
        <w:br/>
        <w:t>f 13153/5568/4622 13154/5567/4621 13157/5572/4625</w:t>
        <w:br/>
        <w:t>f 13160/5573/4626 13155/5570/4623 13156/5569/4623</w:t>
        <w:br/>
        <w:t>f 13159/5574/4627 13160/5573/4626 13156/5569/4623</w:t>
        <w:br/>
        <w:t>f 13160/5573/4626 13161/5575/4628 13157/5572/4625</w:t>
        <w:br/>
        <w:t>f 13158/5571/4624 13160/5573/4626 13157/5572/4625</w:t>
        <w:br/>
        <w:t>f 13159/5574/4627 13163/5576/4629 13162/5577/4630</w:t>
        <w:br/>
        <w:t>f 13160/5573/4626 13159/5574/4627 13162/5577/4630</w:t>
        <w:br/>
        <w:t>f 13160/5573/4626 13162/5577/4630 13164/5578/4631</w:t>
        <w:br/>
        <w:t>f 13161/5575/4628 13160/5573/4626 13164/5578/4631</w:t>
        <w:br/>
        <w:t>f 13176/5579/4632 13175/5580/4633 13174/5581/4634</w:t>
        <w:br/>
        <w:t>f 13173/5582/4635 13176/5579/4632 13174/5581/4634</w:t>
        <w:br/>
        <w:t>f 13173/5582/4635 13174/5581/4634 13178/5583/4636</w:t>
        <w:br/>
        <w:t>f 13177/5584/4637 13173/5582/4635 13178/5583/4636</w:t>
        <w:br/>
        <w:t>f 13123/5545/4602 13124/5544/4601 13177/5584/4637</w:t>
        <w:br/>
        <w:t>f 13178/5583/4636 13123/5545/4602 13177/5584/4637</w:t>
        <w:br/>
        <w:t>f 13179/5585/4638 13177/5584/4637 13124/5544/4601</w:t>
        <w:br/>
        <w:t>f 13128/5546/4603 13179/5585/4638 13124/5544/4601</w:t>
        <w:br/>
        <w:t>f 13180/5586/4639 13173/5582/4635 13177/5584/4637</w:t>
        <w:br/>
        <w:t>f 13179/5585/4638 13180/5586/4639 13177/5584/4637</w:t>
        <w:br/>
        <w:t>f 13181/5587/4640 13176/5579/4632 13173/5582/4635</w:t>
        <w:br/>
        <w:t>f 13180/5586/4639 13181/5587/4640 13173/5582/4635</w:t>
        <w:br/>
        <w:t>f 13187/5588/4641 13186/5589/4642 13185/5590/4643</w:t>
        <w:br/>
        <w:t>f 13184/5591/4644 13187/5588/4641 13185/5590/4643</w:t>
        <w:br/>
        <w:t>f 13184/5591/4644 13185/5590/4643 13188/5592/4645</w:t>
        <w:br/>
        <w:t>f 13189/5593/4646 13172/5594/4647 13188/5592/4645</w:t>
        <w:br/>
        <w:t>f 13185/5590/4643 13189/5593/4646 13188/5592/4645</w:t>
        <w:br/>
        <w:t>f 13190/5595/4648 13171/5596/4649 13172/5594/4647</w:t>
        <w:br/>
        <w:t>f 13189/5593/4646 13190/5595/4648 13172/5594/4647</w:t>
        <w:br/>
        <w:t>f 13171/5596/4649 13190/5595/4648 13191/5597/4650</w:t>
        <w:br/>
        <w:t>f 13170/5598/4651 13171/5596/4649 13191/5597/4650</w:t>
        <w:br/>
        <w:t>f 13195/5599/4652 13194/5600/4653 13193/5601/4654</w:t>
        <w:br/>
        <w:t>f 13192/5602/4655 13195/5599/4652 13193/5601/4654</w:t>
        <w:br/>
        <w:t>f 13197/5603/4656 13193/5601/4654 13194/5600/4653</w:t>
        <w:br/>
        <w:t>f 13196/5604/4657 13197/5603/4656 13194/5600/4653</w:t>
        <w:br/>
        <w:t>f 13112/5541/4598 13113/5540/4598 13198/5605/4658</w:t>
        <w:br/>
        <w:t>f 13135/5552/4609 13112/5541/4598 13198/5605/4658</w:t>
        <w:br/>
        <w:t>f 13202/5606/4659 13201/5607/4659 13200/5608/4660</w:t>
        <w:br/>
        <w:t>f 13199/5609/4660 13202/5606/4659 13200/5608/4660</w:t>
        <w:br/>
        <w:t>f 13199/5609/4660 13200/5608/4660 13204/5610/4661</w:t>
        <w:br/>
        <w:t>f 13203/5611/4662 13199/5609/4660 13204/5610/4661</w:t>
        <w:br/>
        <w:t>f 13203/5611/4662 13204/5610/4661 13206/5612/4663</w:t>
        <w:br/>
        <w:t>f 13205/5613/4663 13203/5611/4662 13206/5612/4663</w:t>
        <w:br/>
        <w:t>f 13201/5607/4659 13202/5606/4659 13208/5614/4664</w:t>
        <w:br/>
        <w:t>f 13207/5615/4664 13201/5607/4659 13208/5614/4664</w:t>
        <w:br/>
        <w:t>f 13211/5616/4665 13210/5617/4666 13205/5613/4663</w:t>
        <w:br/>
        <w:t>f 13206/5612/4663 13211/5616/4665 13205/5613/4663</w:t>
        <w:br/>
        <w:t>f 13215/5618/4667 13198/5605/4658 13214/5619/4668</w:t>
        <w:br/>
        <w:t>f 13212/5620/4669 13215/5618/4667 13214/5619/4668</w:t>
        <w:br/>
        <w:t>f 13122/5621/4670 13216/5622/4671 13215/5618/4667</w:t>
        <w:br/>
        <w:t>f 13212/5620/4669 13122/5621/4670 13215/5618/4667</w:t>
        <w:br/>
        <w:t>f 13217/5623/4672 13216/5622/4671 13122/5621/4670</w:t>
        <w:br/>
        <w:t>f 13139/5624/4673 13217/5623/4672 13122/5621/4670</w:t>
        <w:br/>
        <w:t>f 13139/5624/4673 13140/5625/4674 13218/5626/4675</w:t>
        <w:br/>
        <w:t>f 13217/5623/4672 13139/5624/4673 13218/5626/4675</w:t>
        <w:br/>
        <w:t>f 13215/5618/4667 13221/5627/4676 13220/5628/4677</w:t>
        <w:br/>
        <w:t>f 13219/5629/4678 13215/5618/4667 13220/5628/4677</w:t>
        <w:br/>
        <w:t>f 13216/5622/4679 13223/5630/4680 13222/5631/4681</w:t>
        <w:br/>
        <w:t>f 13220/5628/4677 13216/5622/4679 13222/5631/4681</w:t>
        <w:br/>
        <w:t>f 13225/5632/4682 13224/5633/4682 13222/5631/4681</w:t>
        <w:br/>
        <w:t>f 13223/5630/4680 13225/5632/4682 13222/5631/4681</w:t>
        <w:br/>
        <w:t>f 13229/5634/4683 13228/5635/4684 13227/5636/4685</w:t>
        <w:br/>
        <w:t>f 13226/5637/4686 13229/5634/4683 13227/5636/4685</w:t>
        <w:br/>
        <w:t>f 13231/5638/4687 13228/5635/4684 13229/5634/4683</w:t>
        <w:br/>
        <w:t>f 13230/5639/4688 13231/5638/4687 13229/5634/4683</w:t>
        <w:br/>
        <w:t>f 13194/5600/4653 13195/5599/4652 13238/5640/4689</w:t>
        <w:br/>
        <w:t>f 13237/5641/4690 13194/5600/4653 13238/5640/4689</w:t>
        <w:br/>
        <w:t>f 13246/5642/4691 13245/5643/4691 13244/5644/4692</w:t>
        <w:br/>
        <w:t>f 13243/5645/4693 13246/5642/4691 13244/5644/4692</w:t>
        <w:br/>
        <w:t>f 13246/5642/4691 13248/5646/4694 13247/5647/4694</w:t>
        <w:br/>
        <w:t>f 13245/5643/4691 13246/5642/4691 13247/5647/4694</w:t>
        <w:br/>
        <w:t>f 13250/5648/4695 13249/5649/4696 13247/5647/4694</w:t>
        <w:br/>
        <w:t>f 13248/5646/4694 13250/5648/4695 13247/5647/4694</w:t>
        <w:br/>
        <w:t>f 13252/5650/4697 13249/5649/4696 13250/5648/4695</w:t>
        <w:br/>
        <w:t>f 13251/5651/4698 13252/5650/4697 13250/5648/4695</w:t>
        <w:br/>
        <w:t>f 13254/5652/4699 13253/5653/4700 13252/5650/4697</w:t>
        <w:br/>
        <w:t>f 13251/5651/4698 13254/5652/4699 13252/5650/4697</w:t>
        <w:br/>
        <w:t>f 13253/5653/4700 13254/5652/4699 13256/5654/4701</w:t>
        <w:br/>
        <w:t>f 13255/5655/4701 13253/5653/4700 13256/5654/4701</w:t>
        <w:br/>
        <w:t>f 13257/5656/2420 6487/2994/2420 13255/5655/4701</w:t>
        <w:br/>
        <w:t>f 13256/5654/4701 13257/5656/2420 13255/5655/4701</w:t>
        <w:br/>
        <w:t>f 6492/2995/4702 13260/5657/4702 13259/5658/4703</w:t>
        <w:br/>
        <w:t>f 13258/5659/4703 6492/2995/4702 13259/5658/4703</w:t>
        <w:br/>
        <w:t>f 13259/5658/4703 13262/5660/4704 13261/5661/4704</w:t>
        <w:br/>
        <w:t>f 13258/5659/4703 13259/5658/4703 13261/5661/4704</w:t>
        <w:br/>
        <w:t>f 13265/5662/4705 13264/5663/4705 13261/5661/4704</w:t>
        <w:br/>
        <w:t>f 13262/5660/4704 13265/5662/4705 13261/5661/4704</w:t>
        <w:br/>
        <w:t>f 13267/5664/4706 13264/5663/4705 13265/5662/4705</w:t>
        <w:br/>
        <w:t>f 13266/5665/4706 13267/5664/4706 13265/5662/4705</w:t>
        <w:br/>
        <w:t>f 13271/5666/4707 13270/5667/4708 13267/5664/4706</w:t>
        <w:br/>
        <w:t>f 13266/5665/4706 13271/5666/4707 13267/5664/4706</w:t>
        <w:br/>
        <w:t>f 13275/5668/4709 13274/5669/4710 13230/5639/4688</w:t>
        <w:br/>
        <w:t>f 13229/5634/4683 13275/5668/4709 13230/5639/4688</w:t>
        <w:br/>
        <w:t>f 13229/5634/4683 13226/5637/4686 13273/5670/4711</w:t>
        <w:br/>
        <w:t>f 13276/5671/4712 13229/5634/4683 13273/5670/4711</w:t>
        <w:br/>
        <w:t>f 13271/5666/4707 13278/5672/4713 13277/5673/4713</w:t>
        <w:br/>
        <w:t>f 13270/5667/4708 13271/5666/4707 13277/5673/4713</w:t>
        <w:br/>
        <w:t>f 13278/5672/4713 13281/5674/4714 13280/5675/4714</w:t>
        <w:br/>
        <w:t>f 13277/5673/4713 13278/5672/4713 13280/5675/4714</w:t>
        <w:br/>
        <w:t>f 13282/5676/4715 13243/5645/4693 13276/5671/4712</w:t>
        <w:br/>
        <w:t>f 13273/5670/4711 13282/5676/4715 13276/5671/4712</w:t>
        <w:br/>
        <w:t>f 13275/5668/4709 13243/5645/4693 13284/5677/4716</w:t>
        <w:br/>
        <w:t>f 13274/5669/4710 13275/5668/4709 13284/5677/4716</w:t>
        <w:br/>
        <w:t>f 13285/5678/4717 13284/5677/4716 13243/5645/4693</w:t>
        <w:br/>
        <w:t>f 13244/5644/4692 13285/5678/4717 13243/5645/4693</w:t>
        <w:br/>
        <w:t>f 13287/5679/4718 13286/5680/4719 13137/5554/4611</w:t>
        <w:br/>
        <w:t>f 13138/5553/4610 13287/5679/4718 13137/5554/4611</w:t>
        <w:br/>
        <w:t>f 13219/5629/4678 13136/5551/4608 13198/5605/4658</w:t>
        <w:br/>
        <w:t>f 13215/5618/4667 13219/5629/4678 13198/5605/4658</w:t>
        <w:br/>
        <w:t>f 13295/5681/4720 13290/5682/4721 13286/5680/4719</w:t>
        <w:br/>
        <w:t>f 13219/5629/4722 13295/5681/4720 13286/5680/4719</w:t>
        <w:br/>
        <w:t>f 13296/5683/4723 13292/5684/4724 13290/5682/4721</w:t>
        <w:br/>
        <w:t>f 13220/5628/4677 13296/5683/4723 13290/5682/4721</w:t>
        <w:br/>
        <w:t>f 13297/5685/4725 13294/5686/4726 13292/5684/4724</w:t>
        <w:br/>
        <w:t>f 13222/5631/4681 13297/5685/4725 13292/5684/4724</w:t>
        <w:br/>
        <w:t>f 13301/5687/4727 13300/5688/4728 13299/5689/4728</w:t>
        <w:br/>
        <w:t>f 13298/5690/4729 13301/5687/4727 13299/5689/4728</w:t>
        <w:br/>
        <w:t>f 13300/5688/4728 13303/5691/4730 13302/5692/4731</w:t>
        <w:br/>
        <w:t>f 13299/5689/4728 13300/5688/4728 13302/5692/4731</w:t>
        <w:br/>
        <w:t>f 13303/5691/4730 13305/5693/4732 13304/5694/4733</w:t>
        <w:br/>
        <w:t>f 13302/5692/4731 13303/5691/4730 13304/5694/4733</w:t>
        <w:br/>
        <w:t>f 13305/5693/4732 13307/5695/4734 13306/5696/4735</w:t>
        <w:br/>
        <w:t>f 13304/5694/4733 13305/5693/4732 13306/5696/4735</w:t>
        <w:br/>
        <w:t>f 13311/5697/4736 13310/5698/4737 13309/5699/4737</w:t>
        <w:br/>
        <w:t>f 13308/5700/4738 13311/5697/4736 13309/5699/4737</w:t>
        <w:br/>
        <w:t>f 13308/5700/4738 13312/5701/4739 13187/5588/4641</w:t>
        <w:br/>
        <w:t>f 13311/5697/4736 13308/5700/4738 13187/5588/4641</w:t>
        <w:br/>
        <w:t>f 13313/5702/4740 13186/5589/4642 13312/5701/4739</w:t>
        <w:br/>
        <w:t>f 13314/5703/4741 13313/5702/4740 13312/5701/4739</w:t>
        <w:br/>
        <w:t>f 13186/5589/4642 13187/5588/4641 13312/5701/4739</w:t>
        <w:br/>
        <w:t>f 13318/5704/4742 13317/5705/4743 13316/5706/4743</w:t>
        <w:br/>
        <w:t>f 13315/5707/4744 13318/5704/4742 13316/5706/4743</w:t>
        <w:br/>
        <w:t>f 13320/5708/4745 13319/5709/4745 13318/5704/4742</w:t>
        <w:br/>
        <w:t>f 13315/5707/4744 13320/5708/4745 13318/5704/4742</w:t>
        <w:br/>
        <w:t>f 13319/5709/4745 13320/5708/4745 13322/5710/4746</w:t>
        <w:br/>
        <w:t>f 13321/5711/4746 13319/5709/4745 13322/5710/4746</w:t>
        <w:br/>
        <w:t>f 13324/5712/4747 13321/5711/4746 13322/5710/4746</w:t>
        <w:br/>
        <w:t>f 13323/5713/4748 13324/5712/4747 13322/5710/4746</w:t>
        <w:br/>
        <w:t>f 13323/5713/4748 13326/5714/4749 13325/5715/4750</w:t>
        <w:br/>
        <w:t>f 13324/5712/4747 13323/5713/4748 13325/5715/4750</w:t>
        <w:br/>
        <w:t>f 13327/5716/4751 13135/5552/4752 13325/5715/4750</w:t>
        <w:br/>
        <w:t>f 13326/5714/4749 13327/5716/4751 13325/5715/4750</w:t>
        <w:br/>
        <w:t>f 13329/5717/4753 13328/5718/4753 13135/5552/4752</w:t>
        <w:br/>
        <w:t>f 13327/5716/4751 13329/5717/4753 13135/5552/4752</w:t>
        <w:br/>
        <w:t>f 13331/5719/4754 13330/5720/4754 13328/5718/4753</w:t>
        <w:br/>
        <w:t>f 13329/5717/4753 13331/5719/4754 13328/5718/4753</w:t>
        <w:br/>
        <w:t>f 13333/5721/4755 13332/5722/4755 13330/5720/4754</w:t>
        <w:br/>
        <w:t>f 13331/5719/4754 13333/5721/4755 13330/5720/4754</w:t>
        <w:br/>
        <w:t>f 13335/5723/4756 13332/5722/4755 13333/5721/4755</w:t>
        <w:br/>
        <w:t>f 13334/5724/4756 13335/5723/4756 13333/5721/4755</w:t>
        <w:br/>
        <w:t>f 13334/5724/4756 13336/5725/4757 13335/5723/4756</w:t>
        <w:br/>
        <w:t>f 13237/5641/4690 13196/5604/4657 13194/5600/4653</w:t>
        <w:br/>
        <w:t>f 13196/5604/4657 13357/5726/4758 13356/5727/4759</w:t>
        <w:br/>
        <w:t>f 13197/5603/4656 13196/5604/4657 13356/5727/4759</w:t>
        <w:br/>
        <w:t>f 13347/5728/4760 13357/5726/4758 13196/5604/4657</w:t>
        <w:br/>
        <w:t>f 13237/5641/4690 13347/5728/4760 13196/5604/4657</w:t>
        <w:br/>
        <w:t>f 13359/5729/4761 13356/5727/4759 13357/5726/4758</w:t>
        <w:br/>
        <w:t>f 13358/5730/4762 13359/5729/4761 13357/5726/4758</w:t>
        <w:br/>
        <w:t>f 13358/5730/4762 13357/5726/4758 13347/5728/4760</w:t>
        <w:br/>
        <w:t>f 13360/5731/4763 13358/5730/4762 13347/5728/4760</w:t>
        <w:br/>
        <w:t>f 13358/5730/4762 13365/5732/4764 13364/5733/4765</w:t>
        <w:br/>
        <w:t>f 13359/5729/4761 13358/5730/4762 13364/5733/4765</w:t>
        <w:br/>
        <w:t>f 13360/5731/4763 13366/5734/4766 13365/5732/4764</w:t>
        <w:br/>
        <w:t>f 13358/5730/4762 13360/5731/4763 13365/5732/4764</w:t>
        <w:br/>
        <w:t>f 13381/5735/4767 13380/5736/4768 13379/5737/4769</w:t>
        <w:br/>
        <w:t>f 13378/5738/4770 13381/5735/4767 13379/5737/4769</w:t>
        <w:br/>
        <w:t>f 13383/5739/4771 13378/5738/4770 13379/5737/4769</w:t>
        <w:br/>
        <w:t>f 13382/5740/4771 13383/5739/4771 13379/5737/4769</w:t>
        <w:br/>
        <w:t>f 13385/5741/4772 13384/5742/4772 13383/5739/4771</w:t>
        <w:br/>
        <w:t>f 13382/5740/4771 13385/5741/4772 13383/5739/4771</w:t>
        <w:br/>
        <w:t>f 13387/5743/4773 13249/5649/4696 13252/5650/4697</w:t>
        <w:br/>
        <w:t>f 13386/5744/4774 13387/5743/4773 13252/5650/4697</w:t>
        <w:br/>
        <w:t>f 13253/5653/4700 13388/5745/4775 13386/5744/4774</w:t>
        <w:br/>
        <w:t>f 13252/5650/4697 13253/5653/4700 13386/5744/4774</w:t>
        <w:br/>
        <w:t>f 13253/5653/4700 13390/5746/4776 13389/5747/4776</w:t>
        <w:br/>
        <w:t>f 13388/5745/4775 13253/5653/4700 13389/5747/4776</w:t>
        <w:br/>
        <w:t>f 13389/5747/4776 13390/5746/4776 6624/3088/4777</w:t>
        <w:br/>
        <w:t>f 13391/5748/4777 13389/5747/4776 6624/3088/4777</w:t>
        <w:br/>
        <w:t>f 13244/5644/4692 13393/5749/4778 13392/5750/4779</w:t>
        <w:br/>
        <w:t>f 13285/5678/4717 13244/5644/4692 13392/5750/4779</w:t>
        <w:br/>
        <w:t>f 13397/5751/4780 13396/5752/4780 13395/5753/4780</w:t>
        <w:br/>
        <w:t>f 13394/5754/4780 13397/5751/4780 13395/5753/4780</w:t>
        <w:br/>
        <w:t>f 13392/5750/4779 13393/5749/4778 13399/5755/4781</w:t>
        <w:br/>
        <w:t>f 13398/5756/4782 13392/5750/4779 13399/5755/4781</w:t>
        <w:br/>
        <w:t>f 13403/5757/4783 13402/5758/4783 13401/5759/4784</w:t>
        <w:br/>
        <w:t>f 13400/5760/4784 13403/5757/4783 13401/5759/4784</w:t>
        <w:br/>
        <w:t>f 13405/5761/4785 13306/5696/4735 13307/5695/4734</w:t>
        <w:br/>
        <w:t>f 13404/5762/4786 13405/5761/4785 13307/5695/4734</w:t>
        <w:br/>
        <w:t>f 13407/5763/4787 13392/5750/4779 13398/5756/4782</w:t>
        <w:br/>
        <w:t>f 13406/5764/4788 13407/5763/4787 13398/5756/4782</w:t>
        <w:br/>
        <w:t>f 13410/5765/4789 13409/5766/4790 13402/5758/4783</w:t>
        <w:br/>
        <w:t>f 13403/5757/4783 13410/5765/4789 13402/5758/4783</w:t>
        <w:br/>
        <w:t>f 13413/5767/4791 13412/5768/4792 13411/5769/4793</w:t>
        <w:br/>
        <w:t>f 13409/5766/4790 13413/5767/4791 13411/5769/4793</w:t>
        <w:br/>
        <w:t>f 13414/5770/4794 13413/5767/4791 13409/5766/4790</w:t>
        <w:br/>
        <w:t>f 13410/5765/4789 13414/5770/4794 13409/5766/4790</w:t>
        <w:br/>
        <w:t>f 13416/5771/4795 13415/5772/4796 13412/5768/4792</w:t>
        <w:br/>
        <w:t>f 13413/5767/4791 13416/5771/4795 13412/5768/4792</w:t>
        <w:br/>
        <w:t>f 13413/5767/4791 13414/5770/4794 13417/5773/4797</w:t>
        <w:br/>
        <w:t>f 13416/5771/4795 13413/5767/4791 13417/5773/4797</w:t>
        <w:br/>
        <w:t>f 13415/5772/4796 13416/5771/4795 13419/5774/4798</w:t>
        <w:br/>
        <w:t>f 13418/5775/4799 13415/5772/4796 13419/5774/4798</w:t>
        <w:br/>
        <w:t>f 13416/5771/4795 13417/5773/4797 13420/5776/4800</w:t>
        <w:br/>
        <w:t>f 13419/5774/4798 13416/5771/4795 13420/5776/4800</w:t>
        <w:br/>
        <w:t>f 13422/5777/4801 13421/5778/4802 13418/5775/4799</w:t>
        <w:br/>
        <w:t>f 13419/5774/4798 13422/5777/4801 13418/5775/4799</w:t>
        <w:br/>
        <w:t>f 13424/5779/4803 13423/5780/4804 13419/5774/4798</w:t>
        <w:br/>
        <w:t>f 13420/5776/4800 13424/5779/4803 13419/5774/4798</w:t>
        <w:br/>
        <w:t>f 13409/5766/4790 13411/5769/4793 13398/5756/4782</w:t>
        <w:br/>
        <w:t>f 13399/5755/4781 13409/5766/4790 13398/5756/4782</w:t>
        <w:br/>
        <w:t>f 13398/5756/4782 13411/5769/4793 13408/5781/4805</w:t>
        <w:br/>
        <w:t>f 13406/5764/4788 13398/5756/4782 13408/5781/4805</w:t>
        <w:br/>
        <w:t>f 13411/5769/4793 13426/5782/4806 13425/5783/4807</w:t>
        <w:br/>
        <w:t>f 13408/5781/4805 13411/5769/4793 13425/5783/4807</w:t>
        <w:br/>
        <w:t>f 13426/5782/4806 13428/5784/4808 13427/5785/4809</w:t>
        <w:br/>
        <w:t>f 13425/5783/4807 13426/5782/4806 13427/5785/4809</w:t>
        <w:br/>
        <w:t>f 13427/5785/4809 13428/5784/4808 13431/5786/4810</w:t>
        <w:br/>
        <w:t>f 13430/5787/4811 13427/5785/4809 13431/5786/4810</w:t>
        <w:br/>
        <w:t>f 13430/5787/4811 13431/5786/4810 13432/5788/4812</w:t>
        <w:br/>
        <w:t>f 13429/5789/4813 13430/5787/4811 13432/5788/4812</w:t>
        <w:br/>
        <w:t>f 13366/5734/4766 13434/5790/4814 13435/5791/4815</w:t>
        <w:br/>
        <w:t>f 13365/5732/4764 13366/5734/4766 13435/5791/4815</w:t>
        <w:br/>
        <w:t>f 13365/5732/4764 13435/5791/4815 13436/5792/4816</w:t>
        <w:br/>
        <w:t>f 13364/5733/4765 13365/5732/4764 13436/5792/4816</w:t>
        <w:br/>
        <w:t>f 13170/5598/4651 13191/5597/4650 13438/5793/4817</w:t>
        <w:br/>
        <w:t>f 13437/5794/4818 13170/5598/4651 13438/5793/4817</w:t>
        <w:br/>
        <w:t>f 13442/5795/4819 13436/5792/4816 13435/5791/4815</w:t>
        <w:br/>
        <w:t>f 13441/5796/4820 13442/5795/4819 13435/5791/4815</w:t>
        <w:br/>
        <w:t>f 13441/5796/4820 13435/5791/4815 13434/5790/4814</w:t>
        <w:br/>
        <w:t>f 13443/5797/4821 13441/5796/4820 13434/5790/4814</w:t>
        <w:br/>
        <w:t>f 13437/5794/4818 13438/5793/4817 13445/5798/4822</w:t>
        <w:br/>
        <w:t>f 13444/5799/4823 13437/5794/4818 13445/5798/4822</w:t>
        <w:br/>
        <w:t>f 13441/5796/4820 13449/5800/4824 13448/5801/4825</w:t>
        <w:br/>
        <w:t>f 13442/5795/4819 13441/5796/4820 13448/5801/4825</w:t>
        <w:br/>
        <w:t>f 13442/5795/4819 13448/5801/4825 13450/5802/4826</w:t>
        <w:br/>
        <w:t>f 13444/5799/4823 13442/5795/4819 13450/5802/4826</w:t>
        <w:br/>
        <w:t>f 13449/5800/4824 13441/5796/4820 13443/5797/4821</w:t>
        <w:br/>
        <w:t>f 13459/5803/4827 13449/5800/4824 13443/5797/4821</w:t>
        <w:br/>
        <w:t>f 13465/5804/4828 13469/5805/4829 13468/5806/4830</w:t>
        <w:br/>
        <w:t>f 13464/5807/4831 13465/5804/4828 13468/5806/4830</w:t>
        <w:br/>
        <w:t>f 13467/5808/4832 13470/5809/4833 13469/5805/4829</w:t>
        <w:br/>
        <w:t>f 13465/5804/4828 13467/5808/4832 13469/5805/4829</w:t>
        <w:br/>
        <w:t>f 13474/5810/4834 13473/5811/4835 13472/5812/4835</w:t>
        <w:br/>
        <w:t>f 13471/5813/4834 13474/5810/4834 13472/5812/4835</w:t>
        <w:br/>
        <w:t>f 13474/5810/4834 13471/5813/4834 13476/5814/4836</w:t>
        <w:br/>
        <w:t>f 13475/5815/4837 13474/5810/4834 13476/5814/4836</w:t>
        <w:br/>
        <w:t>f 13429/5789/4813 13432/5788/4812 13475/5815/4838</w:t>
        <w:br/>
        <w:t>f 13463/5816/4839 13429/5789/4813 13475/5815/4838</w:t>
        <w:br/>
        <w:t>f 13478/5817/4840 13469/5805/4829 13470/5809/4833</w:t>
        <w:br/>
        <w:t>f 13477/5818/4841 13478/5817/4840 13470/5809/4833</w:t>
        <w:br/>
        <w:t>f 13479/5819/4842 13468/5806/4830 13469/5805/4829</w:t>
        <w:br/>
        <w:t>f 13478/5817/4840 13479/5819/4842 13469/5805/4829</w:t>
        <w:br/>
        <w:t>f 13482/5820/4843 13481/5821/4843 13480/5822/4844</w:t>
        <w:br/>
        <w:t>f 13478/5817/4840 13483/5823/4845 13479/5819/4842</w:t>
        <w:br/>
        <w:t>f 13485/5824/4846 13478/5817/4840 13484/5825/4847</w:t>
        <w:br/>
        <w:t>f 13486/5826/4848 13485/5824/4846 13484/5825/4847</w:t>
        <w:br/>
        <w:t>f 13470/5809/4833 13489/5827/4849 13488/5828/4850</w:t>
        <w:br/>
        <w:t>f 13487/5829/4851 13470/5809/4833 13488/5828/4850</w:t>
        <w:br/>
        <w:t>f 13489/5827/4849 13491/5830/4852 13490/5831/4852</w:t>
        <w:br/>
        <w:t>f 13488/5828/4850 13489/5827/4849 13490/5831/4852</w:t>
        <w:br/>
        <w:t>f 13421/5778/4802 13422/5777/4801 13490/5831/4852</w:t>
        <w:br/>
        <w:t>f 13491/5830/4852 13421/5778/4802 13490/5831/4852</w:t>
        <w:br/>
        <w:t>f 13493/5832/4853 13492/5833/4853 13422/5777/4854</w:t>
        <w:br/>
        <w:t>f 13424/5779/4803 13493/5832/4853 13422/5777/4854</w:t>
        <w:br/>
        <w:t>f 13495/5834/4855 13494/5835/4855 13492/5833/4853</w:t>
        <w:br/>
        <w:t>f 13493/5832/4853 13495/5834/4855 13492/5833/4853</w:t>
        <w:br/>
        <w:t>f 13494/5835/4855 13495/5834/4855 13497/5836/4856</w:t>
        <w:br/>
        <w:t>f 13496/5837/4856 13494/5835/4855 13497/5836/4856</w:t>
        <w:br/>
        <w:t>f 13498/5838/4857 13483/5823/4845 13485/5824/4846</w:t>
        <w:br/>
        <w:t>f 13502/5839/4858 13501/5840/4859 13500/5841/4859</w:t>
        <w:br/>
        <w:t>f 13499/5842/4858 13502/5839/4858 13500/5841/4859</w:t>
        <w:br/>
        <w:t>f 13459/5803/4827 13464/5807/4831 13468/5806/4830</w:t>
        <w:br/>
        <w:t>f 13449/5800/4824 13459/5803/4827 13468/5806/4830</w:t>
        <w:br/>
        <w:t>f 13479/5819/4842 13448/5801/4825 13449/5800/4824</w:t>
        <w:br/>
        <w:t>f 13468/5806/4830 13479/5819/4842 13449/5800/4824</w:t>
        <w:br/>
        <w:t>f 13506/5843/4860 13505/5844/4861 13504/5845/4862</w:t>
        <w:br/>
        <w:t>f 13503/5846/4863 13506/5843/4860 13504/5845/4862</w:t>
        <w:br/>
        <w:t>f 13505/5844/4861 13506/5843/4860 13508/5847/4864</w:t>
        <w:br/>
        <w:t>f 13507/5848/4865 13505/5844/4861 13508/5847/4864</w:t>
        <w:br/>
        <w:t>f 13510/5849/4866 13509/5850/4867 13500/5841/4859</w:t>
        <w:br/>
        <w:t>f 13501/5840/4859 13510/5849/4866 13500/5841/4859</w:t>
        <w:br/>
        <w:t>f 13512/5851/4868 13509/5850/4867 13510/5849/4866</w:t>
        <w:br/>
        <w:t>f 13511/5852/4868 13512/5851/4868 13510/5849/4866</w:t>
        <w:br/>
        <w:t>f 13514/5853/4869 13513/5854/4870 13507/5848/4865</w:t>
        <w:br/>
        <w:t>f 13508/5847/4864 13514/5853/4869 13507/5848/4865</w:t>
        <w:br/>
        <w:t>f 13516/5855/4871 13515/5856/4872 13512/5851/4868</w:t>
        <w:br/>
        <w:t>f 13511/5852/4868 13516/5855/4871 13512/5851/4868</w:t>
        <w:br/>
        <w:t>f 13513/5854/4870 13514/5853/4869 13518/5857/4873</w:t>
        <w:br/>
        <w:t>f 13517/5858/4874 13513/5854/4870 13518/5857/4873</w:t>
        <w:br/>
        <w:t>f 13520/5859/4875 13519/5860/4876 13515/5856/4872</w:t>
        <w:br/>
        <w:t>f 13516/5855/4871 13520/5859/4875 13515/5856/4872</w:t>
        <w:br/>
        <w:t>f 13522/5861/4877 13521/5862/4878 13517/5858/4874</w:t>
        <w:br/>
        <w:t>f 13518/5857/4873 13522/5861/4877 13517/5858/4874</w:t>
        <w:br/>
        <w:t>f 13524/5863/4879 13523/5864/4879 13519/5860/4876</w:t>
        <w:br/>
        <w:t>f 13520/5859/4875 13524/5863/4879 13519/5860/4876</w:t>
        <w:br/>
        <w:t>f 13526/5865/4880 13523/5864/4879 13524/5863/4879</w:t>
        <w:br/>
        <w:t>f 13525/5866/4880 13526/5865/4880 13524/5863/4879</w:t>
        <w:br/>
        <w:t>f 13528/5867/4881 13527/5868/4881 13521/5862/4878</w:t>
        <w:br/>
        <w:t>f 13522/5861/4877 13528/5867/4881 13521/5862/4878</w:t>
        <w:br/>
        <w:t>f 13529/5869/2600 13527/5868/4881 13528/5867/4881</w:t>
        <w:br/>
        <w:t>f 6765/3206/2600 13529/5869/2600 13528/5867/4881</w:t>
        <w:br/>
        <w:t>f 13533/5870/4882 13532/5871/4883 13531/5872/4884</w:t>
        <w:br/>
        <w:t>f 13530/5873/4884 13533/5870/4882 13531/5872/4884</w:t>
        <w:br/>
        <w:t>f 13531/5872/4884 13535/5874/4885 13534/5875/4886</w:t>
        <w:br/>
        <w:t>f 13530/5873/4884 13531/5872/4884 13534/5875/4886</w:t>
        <w:br/>
        <w:t>f 13537/5876/4887 13536/5877/4887 13532/5871/4883</w:t>
        <w:br/>
        <w:t>f 13533/5870/4882 13537/5876/4887 13532/5871/4883</w:t>
        <w:br/>
        <w:t>f 13539/5878/4888 13538/5879/4889 13507/5848/4865</w:t>
        <w:br/>
        <w:t>f 13513/5854/4870 13539/5878/4888 13507/5848/4865</w:t>
        <w:br/>
        <w:t>f 13507/5848/4865 13538/5879/4889 13546/5880/4890</w:t>
        <w:br/>
        <w:t>f 13505/5844/4861 13507/5848/4865 13546/5880/4890</w:t>
        <w:br/>
        <w:t>f 13477/5818/4841 13470/5809/4833 13487/5829/4851</w:t>
        <w:br/>
        <w:t>f 13844/5881/4891 13843/5882/4892 13842/5883/4893</w:t>
        <w:br/>
        <w:t>f 13841/5884/4894 13844/5881/4891 13842/5883/4893</w:t>
        <w:br/>
        <w:t>f 13843/5882/4892 13846/5885/4895 13845/5886/4896</w:t>
        <w:br/>
        <w:t>f 13842/5883/4893 13843/5882/4892 13845/5886/4896</w:t>
        <w:br/>
        <w:t>f 13846/5885/4895 13848/5887/4897 13847/5888/4898</w:t>
        <w:br/>
        <w:t>f 13845/5886/4896 13846/5885/4895 13847/5888/4898</w:t>
        <w:br/>
        <w:t>f 13848/5887/4897 13309/5699/4737 13310/5698/4737</w:t>
        <w:br/>
        <w:t>f 13847/5888/4898 13848/5887/4897 13310/5698/4737</w:t>
        <w:br/>
        <w:t>f 13478/5817/4840 13485/5824/4846 13483/5823/4845</w:t>
        <w:br/>
        <w:t>f 13505/5844/4861 13546/5880/4890 13851/5889/4899</w:t>
        <w:br/>
        <w:t>f 13504/5845/4862 13505/5844/4861 13851/5889/4899</w:t>
        <w:br/>
        <w:t>f 13448/5801/4825 13479/5819/4842 13480/5822/4900</w:t>
        <w:br/>
        <w:t>f 13450/5802/4826 13448/5801/4825 13480/5822/4900</w:t>
        <w:br/>
        <w:t>f 13855/5890/4901 13854/5891/4902 13853/5892/4903</w:t>
        <w:br/>
        <w:t>f 13852/5893/4903 13855/5890/4901 13853/5892/4903</w:t>
        <w:br/>
        <w:t>f 13513/5854/4870 13517/5858/4874 13856/5894/4904</w:t>
        <w:br/>
        <w:t>f 13858/5895/4905 13536/5877/4887 13537/5876/4887</w:t>
        <w:br/>
        <w:t>f 13857/5896/4906 13858/5895/4905 13537/5876/4887</w:t>
        <w:br/>
        <w:t>f 13861/5897/4907 13513/5854/4870 13856/5894/4904</w:t>
        <w:br/>
        <w:t>f 13860/5898/4908 13861/5897/4907 13856/5894/4904</w:t>
        <w:br/>
        <w:t>f 13858/5895/4905 13857/5896/4906 13863/5899/4909</w:t>
        <w:br/>
        <w:t>f 13862/5900/4910 13858/5895/4905 13863/5899/4909</w:t>
        <w:br/>
        <w:t>f 13867/5901/4911 13866/5902/4912 13865/5903/4912</w:t>
        <w:br/>
        <w:t>f 13864/5904/4913 13867/5901/4911 13865/5903/4912</w:t>
        <w:br/>
        <w:t>f 13868/5905/4914 13867/5901/4911 13864/5904/4913</w:t>
        <w:br/>
        <w:t>f 13866/5902/4912 13854/5891/4902 13855/5890/4901</w:t>
        <w:br/>
        <w:t>f 13865/5903/4912 13866/5902/4912 13855/5890/4901</w:t>
        <w:br/>
        <w:t>f 13870/5906/4915 13861/5897/4907 13860/5898/4908</w:t>
        <w:br/>
        <w:t>f 13870/5906/4915 13871/5907/4916 13872/5908/4917</w:t>
        <w:br/>
        <w:t>f 13870/5906/4915 13860/5898/4908 13871/5907/4916</w:t>
        <w:br/>
        <w:t>f 13479/5819/4842 13483/5823/4845 13480/5822/4900</w:t>
        <w:br/>
        <w:t>f 12292/5296/4367 12291/5297/4368 12294/5300/4371</w:t>
        <w:br/>
        <w:t>f 12488/5376/4443 12497/5384/4451 12523/5410/4477</w:t>
        <w:br/>
        <w:t>f 12525/5411/4478 12488/5376/4443 12523/5410/4477</w:t>
        <w:br/>
        <w:t>f 12538/5424/4491 12531/5419/4486 12532/5418/4485</w:t>
        <w:br/>
        <w:t>f 12539/5427/4494 12538/5424/4491 12532/5418/4485</w:t>
        <w:br/>
        <w:t>f 13919/5909/4918 12556/5440/4508 12553/5443/4511</w:t>
        <w:br/>
        <w:t>f 13918/5910/4918 13919/5909/4918 12553/5443/4511</w:t>
        <w:br/>
        <w:t>f 12565/5452/4520 12543/5430/4497 12537/5425/4492</w:t>
        <w:br/>
        <w:t>f 12564/5453/4521 12565/5452/4520 12537/5425/4492</w:t>
        <w:br/>
        <w:t>f 13923/5911/4919 13922/5912/4920 13921/5913/4920</w:t>
        <w:br/>
        <w:t>f 13920/5914/4919 13923/5911/4919 13921/5913/4920</w:t>
        <w:br/>
        <w:t>f 13925/5915/4921 13923/5911/4919 13920/5914/4919</w:t>
        <w:br/>
        <w:t>f 13924/5916/4922 13925/5915/4921 13920/5914/4919</w:t>
        <w:br/>
        <w:t>f 12045/5268/4339 13925/5915/4921 13924/5916/4922</w:t>
        <w:br/>
        <w:t>f 12303/5301/4372 13926/5917/4923 12034/5254/4327</w:t>
        <w:br/>
        <w:t>f 12035/5259/4332 12303/5301/4372 12034/5254/4327</w:t>
        <w:br/>
        <w:t>f 12318/5304/4375 12045/5268/4339 13929/5918/4924</w:t>
        <w:br/>
        <w:t>f 12317/5305/4376 12318/5304/4375 13929/5918/4924</w:t>
        <w:br/>
        <w:t>f 13930/5919/4925 12046/5267/4338 12033/5255/4328</w:t>
        <w:br/>
        <w:t>f 12045/5268/4339 12046/5267/4338 13930/5919/4925</w:t>
        <w:br/>
        <w:t>f 13929/5918/4924 12045/5268/4339 13924/5916/4922</w:t>
        <w:br/>
        <w:t>f 12678/5521/4586 12319/5303/4374 12316/5306/4377</w:t>
        <w:br/>
        <w:t>f 12677/5522/4586 12678/5521/4586 12316/5306/4377</w:t>
        <w:br/>
        <w:t>f 12561/5447/4515 12418/5354/4421 12411/5353/4420</w:t>
        <w:br/>
        <w:t>f 12548/5436/4503 12571/5459/4527 12549/5435/4502</w:t>
        <w:br/>
        <w:t>f 13947/5920/4926 13946/5921/4927 13945/5922/4927</w:t>
        <w:br/>
        <w:t>f 13944/5923/4926 13947/5920/4926 13945/5922/4927</w:t>
        <w:br/>
        <w:t>f 13946/5921/4927 13949/5924/4928 13948/5925/4928</w:t>
        <w:br/>
        <w:t>f 13945/5922/4927 13946/5921/4927 13948/5925/4928</w:t>
        <w:br/>
        <w:t>f 13953/5926/4929 13952/5927/4930 13951/5928/4931</w:t>
        <w:br/>
        <w:t>f 13950/5929/4932 13953/5926/4929 13951/5928/4931</w:t>
        <w:br/>
        <w:t>f 13955/5930/4933 13954/5931/4934 13950/5929/4932</w:t>
        <w:br/>
        <w:t>f 13951/5928/4931 13955/5930/4933 13950/5929/4932</w:t>
        <w:br/>
        <w:t>f 13959/5932/4935 13958/5933/4936 13957/5934/4937</w:t>
        <w:br/>
        <w:t>f 13956/5935/4938 13959/5932/4935 13957/5934/4937</w:t>
        <w:br/>
        <w:t>f 13956/5935/4938 13960/5936/4939 13959/5932/4935</w:t>
        <w:br/>
        <w:t>f 13964/5937/4940 13963/5938/4941 13962/5939/4942</w:t>
        <w:br/>
        <w:t>f 13961/5940/4943 13964/5937/4940 13962/5939/4942</w:t>
        <w:br/>
        <w:t>f 13968/5941/4944 13967/5942/4945 13966/5943/4946</w:t>
        <w:br/>
        <w:t>f 13965/5944/4946 13968/5941/4944 13966/5943/4946</w:t>
        <w:br/>
        <w:t>f 13965/5944/4946 13966/5943/4946 13970/5945/4947</w:t>
        <w:br/>
        <w:t>f 13969/5946/4947 13965/5944/4946 13970/5945/4947</w:t>
        <w:br/>
        <w:t>f 13972/5947/4948 13962/5939/4942 13963/5938/4941</w:t>
        <w:br/>
        <w:t>f 13971/5948/4949 13972/5947/4948 13963/5938/4941</w:t>
        <w:br/>
        <w:t>f 13971/5948/4949 13974/5949/4950 13973/5950/4951</w:t>
        <w:br/>
        <w:t>f 13972/5947/4948 13971/5948/4949 13973/5950/4951</w:t>
        <w:br/>
        <w:t>f 13969/5946/4947 13970/5945/4947 13976/5951/4952</w:t>
        <w:br/>
        <w:t>f 13975/5952/4953 13969/5946/4947 13976/5951/4952</w:t>
        <w:br/>
        <w:t>f 13974/5949/4950 13978/5953/4954 13977/5954/4955</w:t>
        <w:br/>
        <w:t>f 13973/5950/4951 13974/5949/4950 13977/5954/4955</w:t>
        <w:br/>
        <w:t>f 13975/5952/4953 13976/5951/4952 13980/5955/4956</w:t>
        <w:br/>
        <w:t>f 13979/5956/4956 13975/5952/4953 13980/5955/4956</w:t>
        <w:br/>
        <w:t>f 13982/5957/4957 13981/5958/4958 13979/5956/4956</w:t>
        <w:br/>
        <w:t>f 13980/5955/4956 13982/5957/4957 13979/5956/4956</w:t>
        <w:br/>
        <w:t>f 13983/5959/4959 13982/5957/4957 13977/5954/4955</w:t>
        <w:br/>
        <w:t>f 13978/5953/4954 13983/5959/4959 13977/5954/4955</w:t>
        <w:br/>
        <w:t>f 13983/5959/4959 13985/5960/4960 13984/5961/4961</w:t>
        <w:br/>
        <w:t>f 13982/5957/4957 13983/5959/4959 13984/5961/4961</w:t>
        <w:br/>
        <w:t>f 13987/5962/4962 13986/5963/4963 13984/5961/4961</w:t>
        <w:br/>
        <w:t>f 13985/5960/4960 13987/5962/4962 13984/5961/4961</w:t>
        <w:br/>
        <w:t>f 13989/5964/4964 13988/5965/4965 13986/5963/4963</w:t>
        <w:br/>
        <w:t>f 13987/5962/4962 13989/5964/4964 13986/5963/4963</w:t>
        <w:br/>
        <w:t>f 13993/5966/4966 13992/5967/4967 13991/5968/4968</w:t>
        <w:br/>
        <w:t>f 13990/5969/4966 13993/5966/4966 13991/5968/4968</w:t>
        <w:br/>
        <w:t>f 13990/5969/4966 13995/5970/4969 13994/5971/4970</w:t>
        <w:br/>
        <w:t>f 13993/5966/4966 13990/5969/4966 13994/5971/4970</w:t>
        <w:br/>
        <w:t>f 13995/5970/4969 13997/5972/4971 13996/5973/4971</w:t>
        <w:br/>
        <w:t>f 13994/5971/4970 13995/5970/4969 13996/5973/4971</w:t>
        <w:br/>
        <w:t>f 13996/5973/4971 13997/5972/4971 13999/5974/4972</w:t>
        <w:br/>
        <w:t>f 13998/5975/4973 13996/5973/4971 13999/5974/4972</w:t>
        <w:br/>
        <w:t>f 14003/5976/4974 14002/5977/4975 14001/5978/4976</w:t>
        <w:br/>
        <w:t>f 14000/5979/4977 14003/5976/4974 14001/5978/4976</w:t>
        <w:br/>
        <w:t>f 13998/5975/4973 13999/5974/4972 14000/5979/4977</w:t>
        <w:br/>
        <w:t>f 14001/5978/4976 13998/5975/4973 14000/5979/4977</w:t>
        <w:br/>
        <w:t>f 14006/5980/4978 14005/5981/4979 13998/5975/4973</w:t>
        <w:br/>
        <w:t>f 14004/5982/4980 14006/5980/4978 13998/5975/4973</w:t>
        <w:br/>
        <w:t>f 14008/5983/4981 14007/5984/4982 14005/5981/4979</w:t>
        <w:br/>
        <w:t>f 14006/5980/4978 14008/5983/4981 14005/5981/4979</w:t>
        <w:br/>
        <w:t>f 14008/5983/4981 14010/5985/4983 14009/5986/4984</w:t>
        <w:br/>
        <w:t>f 14007/5984/4982 14008/5983/4981 14009/5986/4984</w:t>
        <w:br/>
        <w:t>f 14010/5985/4983 14012/5987/4985 14011/5988/4986</w:t>
        <w:br/>
        <w:t>f 14009/5986/4984 14010/5985/4983 14011/5988/4986</w:t>
        <w:br/>
        <w:t>f 14012/5987/4985 14014/5989/4987 14013/5990/4988</w:t>
        <w:br/>
        <w:t>f 14011/5988/4986 14012/5987/4985 14013/5990/4988</w:t>
        <w:br/>
        <w:t>f 14011/5988/4986 14013/5990/4988 13984/5961/4961</w:t>
        <w:br/>
        <w:t>f 14015/5991/4989 14011/5988/4986 13984/5961/4961</w:t>
        <w:br/>
        <w:t>f 13982/5957/4957 14014/5989/4987 13981/5958/4958</w:t>
        <w:br/>
        <w:t>f 14013/5990/4988 13982/5957/4957 13984/5961/4961</w:t>
        <w:br/>
        <w:t>f 13982/5957/4957 14013/5990/4988 14014/5989/4987</w:t>
        <w:br/>
        <w:t>f 14016/5992/4990 14009/5986/4984 14015/5991/4989</w:t>
        <w:br/>
        <w:t>f 13986/5963/4963 14018/5993/4991 14017/5994/4992</w:t>
        <w:br/>
        <w:t>f 13986/5963/4963 14015/5991/4989 13984/5961/4961</w:t>
        <w:br/>
        <w:t>f 14017/5994/4992 14016/5992/4990 14015/5991/4989</w:t>
        <w:br/>
        <w:t>f 13986/5963/4963 14017/5994/4992 14015/5991/4989</w:t>
        <w:br/>
        <w:t>f 14005/5981/4979 14007/5984/4982 14019/5995/4993</w:t>
        <w:br/>
        <w:t>f 13998/5975/4973 14005/5981/4979 14019/5995/4993</w:t>
        <w:br/>
        <w:t>f 14009/5986/4984 14011/5988/4986 14015/5991/4989</w:t>
        <w:br/>
        <w:t>f 14016/5992/4990 14019/5995/4993 14007/5984/4982</w:t>
        <w:br/>
        <w:t>f 14009/5986/4984 14016/5992/4990 14007/5984/4982</w:t>
        <w:br/>
        <w:t>f 14021/5996/4994 14004/5982/4980 14002/5977/4975</w:t>
        <w:br/>
        <w:t>f 14020/5997/4995 14021/5996/4994 14002/5977/4975</w:t>
        <w:br/>
        <w:t>f 14021/5996/4994 14022/5998/4996 14006/5980/4978</w:t>
        <w:br/>
        <w:t>f 14004/5982/4980 14021/5996/4994 14006/5980/4978</w:t>
        <w:br/>
        <w:t>f 14022/5998/4996 14023/5999/4997 14008/5983/4981</w:t>
        <w:br/>
        <w:t>f 14006/5980/4978 14022/5998/4996 14008/5983/4981</w:t>
        <w:br/>
        <w:t>f 14010/5985/4983 14008/5983/4981 14023/5999/4997</w:t>
        <w:br/>
        <w:t>f 14024/6000/4998 14010/5985/4983 14023/5999/4997</w:t>
        <w:br/>
        <w:t>f 14012/5987/4985 14010/5985/4983 14024/6000/4998</w:t>
        <w:br/>
        <w:t>f 14025/6001/4999 14012/5987/4985 14024/6000/4998</w:t>
        <w:br/>
        <w:t>f 14025/6001/4999 13981/5958/4958 14014/5989/4987</w:t>
        <w:br/>
        <w:t>f 14012/5987/4985 14025/6001/4999 14014/5989/4987</w:t>
        <w:br/>
        <w:t>f 14028/6002/5000 14027/6003/5001 14026/6004/5002</w:t>
        <w:br/>
        <w:t>f 14029/6005/5003 14028/6002/5000 14026/6004/5002</w:t>
        <w:br/>
        <w:t>f 14033/6006/5004 14032/6007/5005 14031/6008/5004</w:t>
        <w:br/>
        <w:t>f 14030/6009/5004 14033/6006/5004 14031/6008/5004</w:t>
        <w:br/>
        <w:t>f 14029/6005/5003 14026/6004/5002 14032/6007/5005</w:t>
        <w:br/>
        <w:t>f 14027/6003/5001 14035/6010/5006 14034/6011/5007</w:t>
        <w:br/>
        <w:t>f 14026/6004/5002 14027/6003/5001 14034/6011/5007</w:t>
        <w:br/>
        <w:t>f 14027/6003/5001 14037/6012/5008 14036/6013/5009</w:t>
        <w:br/>
        <w:t>f 14035/6010/5006 14027/6003/5001 14036/6013/5009</w:t>
        <w:br/>
        <w:t>f 14038/6014/5010 14037/6012/5008 14027/6003/5001</w:t>
        <w:br/>
        <w:t>f 14028/6002/5000 14038/6014/5010 14027/6003/5001</w:t>
        <w:br/>
        <w:t>f 14037/6012/5008 14038/6014/5010 14040/6015/5011</w:t>
        <w:br/>
        <w:t>f 14039/6016/5012 14037/6012/5008 14040/6015/5011</w:t>
        <w:br/>
        <w:t>f 14041/6017/5013 14036/6013/5009 14037/6012/5008</w:t>
        <w:br/>
        <w:t>f 14039/6016/5012 14041/6017/5013 14037/6012/5008</w:t>
        <w:br/>
        <w:t>f 14039/6016/5012 14040/6015/5011 14043/6018/5014</w:t>
        <w:br/>
        <w:t>f 14042/6019/5015 14039/6016/5012 14043/6018/5014</w:t>
        <w:br/>
        <w:t>f 14044/6020/5016 14041/6017/5013 14039/6016/5012</w:t>
        <w:br/>
        <w:t>f 14042/6019/5015 14044/6020/5016 14039/6016/5012</w:t>
        <w:br/>
        <w:t>f 14043/6018/5014 14040/6015/5011 14046/6021/5017</w:t>
        <w:br/>
        <w:t>f 14045/6022/5017 14043/6018/5014 14046/6021/5017</w:t>
        <w:br/>
        <w:t>f 14046/6021/5017 14040/6015/5011 14038/6014/5010</w:t>
        <w:br/>
        <w:t>f 14047/6023/5017 14046/6021/5017 14038/6014/5010</w:t>
        <w:br/>
        <w:t>f 14049/6024/5017 14048/6025/5017 14038/6014/5010</w:t>
        <w:br/>
        <w:t>f 14028/6002/5000 14049/6024/5017 14038/6014/5010</w:t>
        <w:br/>
        <w:t>f 14028/6002/5000 14029/6005/5003 14049/6024/5017</w:t>
        <w:br/>
        <w:t>f 14038/6014/5010 14048/6025/5017 14050/6026/5017</w:t>
        <w:br/>
        <w:t>f 14047/6023/5017 14038/6014/5010 14050/6026/5017</w:t>
        <w:br/>
        <w:t>f 14053/6027/5018 14052/6028/5019 14051/6029/5020</w:t>
        <w:br/>
        <w:t>f 14055/6030/5021 14054/6031/5022 14053/6027/5018</w:t>
        <w:br/>
        <w:t>f 14051/6029/5020 14055/6030/5021 14053/6027/5018</w:t>
        <w:br/>
        <w:t>f 14052/6028/5019 14057/6032/5023 14056/6033/5024</w:t>
        <w:br/>
        <w:t>f 14051/6029/5020 14052/6028/5019 14056/6033/5024</w:t>
        <w:br/>
        <w:t>f 13987/5962/4962 13985/5960/4960 14058/6034/5025</w:t>
        <w:br/>
        <w:t>f 14056/6033/5024 13987/5962/4962 14058/6034/5025</w:t>
        <w:br/>
        <w:t>f 14059/6035/5026 14058/6034/5025 13983/5959/4959</w:t>
        <w:br/>
        <w:t>f 13978/5953/4954 14059/6035/5026 13983/5959/4959</w:t>
        <w:br/>
        <w:t>f 13985/5960/4960 13983/5959/4959 14058/6034/5025</w:t>
        <w:br/>
        <w:t>f 13974/5949/4950 14061/6036/5027 14060/6037/5028</w:t>
        <w:br/>
        <w:t>f 13978/5953/4954 13974/5949/4950 14060/6037/5028</w:t>
        <w:br/>
        <w:t>f 14063/6038/5029 13957/5934/4937 13958/5933/4936</w:t>
        <w:br/>
        <w:t>f 14062/6039/5030 14063/6038/5029 13958/5933/4936</w:t>
        <w:br/>
        <w:t>f 14065/6040/5031 14064/6041/5032 14056/6033/5024</w:t>
        <w:br/>
        <w:t>f 14058/6034/5025 14065/6040/5031 14056/6033/5024</w:t>
        <w:br/>
        <w:t>f 14066/6042/5033 14064/6041/5032 14065/6040/5031</w:t>
        <w:br/>
        <w:t>f 14070/6043/5034 14069/6044/5035 14068/6045/5036</w:t>
        <w:br/>
        <w:t>f 14067/6046/5037 14070/6043/5034 14068/6045/5036</w:t>
        <w:br/>
        <w:t>f 14067/6046/5037 14072/6047/5038 14071/6048/5039</w:t>
        <w:br/>
        <w:t>f 14070/6043/5034 14067/6046/5037 14071/6048/5039</w:t>
        <w:br/>
        <w:t>f 14074/6049/5040 14073/6050/5041 14071/6048/5039</w:t>
        <w:br/>
        <w:t>f 14072/6047/5038 14074/6049/5040 14071/6048/5039</w:t>
        <w:br/>
        <w:t>f 14073/6050/5041 14074/6049/5040 14076/6051/5042</w:t>
        <w:br/>
        <w:t>f 14075/6052/5043 14073/6050/5041 14076/6051/5042</w:t>
        <w:br/>
        <w:t>f 14080/6053/5044 14079/6054/5045 14078/6055/5046</w:t>
        <w:br/>
        <w:t>f 14077/6056/5047 14080/6053/5044 14078/6055/5046</w:t>
        <w:br/>
        <w:t>f 14084/6057/5048 14083/6058/5049 14082/6059/5050</w:t>
        <w:br/>
        <w:t>f 14081/6060/5051 14084/6057/5048 14082/6059/5050</w:t>
        <w:br/>
        <w:t>f 14083/6058/5049 14077/6056/5047 14078/6055/5046</w:t>
        <w:br/>
        <w:t>f 14082/6059/5050 14083/6058/5049 14078/6055/5046</w:t>
        <w:br/>
        <w:t>f 14086/6061/5052 14085/6062/5052 14081/6060/5051</w:t>
        <w:br/>
        <w:t>f 14082/6059/5050 14086/6061/5052 14081/6060/5051</w:t>
        <w:br/>
        <w:t>f 14092/6063/5053 14091/6064/5054 14083/6058/5049</w:t>
        <w:br/>
        <w:t>f 14084/6057/5048 14092/6063/5053 14083/6058/5049</w:t>
        <w:br/>
        <w:t>f 14077/6056/5047 14083/6058/5049 14091/6064/5054</w:t>
        <w:br/>
        <w:t>f 14093/6065/5055 14077/6056/5047 14091/6064/5054</w:t>
        <w:br/>
        <w:t>f 14094/6066/5056 14080/6053/5044 14077/6056/5047</w:t>
        <w:br/>
        <w:t>f 14093/6065/5055 14094/6066/5056 14077/6056/5047</w:t>
        <w:br/>
        <w:t>f 14096/6067/5057 14073/6050/5041 14075/6052/5043</w:t>
        <w:br/>
        <w:t>f 14095/6068/5058 14096/6067/5057 14075/6052/5043</w:t>
        <w:br/>
        <w:t>f 14098/6069/5059 14094/6066/5056 14093/6065/5055</w:t>
        <w:br/>
        <w:t>f 14097/6070/5060 14098/6069/5059 14093/6065/5055</w:t>
        <w:br/>
        <w:t>f 14097/6070/5060 14093/6065/5055 14091/6064/5054</w:t>
        <w:br/>
        <w:t>f 14099/6071/5061 14097/6070/5060 14091/6064/5054</w:t>
        <w:br/>
        <w:t>f 14092/6063/5053 14100/6072/5062 14099/6071/5061</w:t>
        <w:br/>
        <w:t>f 14091/6064/5054 14092/6063/5053 14099/6071/5061</w:t>
        <w:br/>
        <w:t>f 14104/6073/5063 14103/6074/5064 14102/6075/5063</w:t>
        <w:br/>
        <w:t>f 14101/6076/5065 14104/6073/5063 14102/6075/5063</w:t>
        <w:br/>
        <w:t>f 14105/6077/5066 14101/6076/5067 14100/6072/5062</w:t>
        <w:br/>
        <w:t>f 14092/6063/5053 14105/6077/5066 14100/6072/5062</w:t>
        <w:br/>
        <w:t>f 14103/6074/5064 14107/6078/5068 14106/6079/5069</w:t>
        <w:br/>
        <w:t>f 14100/6072/5062 14103/6074/5064 14106/6079/5069</w:t>
        <w:br/>
        <w:t>f 14099/6071/5061 14100/6072/5062 14109/6080/5070</w:t>
        <w:br/>
        <w:t>f 14108/6081/5071 14099/6071/5061 14109/6080/5070</w:t>
        <w:br/>
        <w:t>f 14097/6070/5060 14099/6071/5061 14108/6081/5071</w:t>
        <w:br/>
        <w:t>f 14110/6082/5072 14098/6069/5059 14097/6070/5060</w:t>
        <w:br/>
        <w:t>f 14108/6081/5071 14110/6082/5072 14097/6070/5060</w:t>
        <w:br/>
        <w:t>f 14111/6083/5073 14108/6081/5071 14106/6079/5069</w:t>
        <w:br/>
        <w:t>f 14107/6078/5068 14111/6083/5073 14106/6079/5069</w:t>
        <w:br/>
        <w:t>f 14112/6084/5074 14110/6082/5072 14108/6081/5071</w:t>
        <w:br/>
        <w:t>f 14111/6083/5073 14112/6084/5074 14108/6081/5071</w:t>
        <w:br/>
        <w:t>f 14114/6085/5075 14113/6086/5076 14096/6067/5057</w:t>
        <w:br/>
        <w:t>f 14095/6068/5058 14114/6085/5075 14096/6067/5057</w:t>
        <w:br/>
        <w:t>f 14113/6086/5076 14114/6085/5075 14116/6087/5077</w:t>
        <w:br/>
        <w:t>f 14115/6088/5078 14113/6086/5076 14116/6087/5077</w:t>
        <w:br/>
        <w:t>f 14113/6086/5076 14118/6089/5079 14117/6090/5080</w:t>
        <w:br/>
        <w:t>f 14096/6067/5057 14113/6086/5076 14117/6090/5080</w:t>
        <w:br/>
        <w:t>f 14121/6091/5081 14120/6092/5082 14119/6093/5083</w:t>
        <w:br/>
        <w:t>f 14115/6088/5078 14121/6091/5081 14119/6093/5083</w:t>
        <w:br/>
        <w:t>f 14113/6086/5076 14115/6088/5078 14119/6093/5083</w:t>
        <w:br/>
        <w:t>f 14118/6089/5079 14113/6086/5076 14119/6093/5083</w:t>
        <w:br/>
        <w:t>f 14073/6050/5041 14096/6067/5057 14117/6090/5080</w:t>
        <w:br/>
        <w:t>f 14071/6048/5039 14073/6050/5041 14117/6090/5080</w:t>
        <w:br/>
        <w:t>f 14122/6094/5084 14117/6090/5080 14118/6089/5079</w:t>
        <w:br/>
        <w:t>f 14123/6095/5085 14122/6094/5084 14118/6089/5079</w:t>
        <w:br/>
        <w:t>f 14120/6092/5082 14125/6096/5086 14124/6097/5087</w:t>
        <w:br/>
        <w:t>f 14119/6093/5083 14120/6092/5082 14124/6097/5087</w:t>
        <w:br/>
        <w:t>f 14126/6098/5088 14123/6095/5085 14118/6089/5079</w:t>
        <w:br/>
        <w:t>f 14119/6093/5083 14126/6098/5088 14118/6089/5079</w:t>
        <w:br/>
        <w:t>f 14122/6094/5084 14070/6043/5034 14071/6048/5039</w:t>
        <w:br/>
        <w:t>f 14117/6090/5080 14122/6094/5084 14071/6048/5039</w:t>
        <w:br/>
        <w:t>f 14129/6099/5089 14128/6100/5090 14127/6101/5091</w:t>
        <w:br/>
        <w:t>f 14126/6098/5088 14129/6099/5089 14127/6101/5091</w:t>
        <w:br/>
        <w:t>f 14128/6100/5090 13958/5933/4936 14070/6043/5034</w:t>
        <w:br/>
        <w:t>f 14122/6094/5084 14128/6100/5090 14070/6043/5034</w:t>
        <w:br/>
        <w:t>f 14124/6097/5087 14131/6102/5092 14130/6103/5093</w:t>
        <w:br/>
        <w:t>f 14131/6102/5092 14124/6097/5087 14125/6096/5086</w:t>
        <w:br/>
        <w:t>f 13958/5933/4936 14128/6100/5090 14132/6104/5094</w:t>
        <w:br/>
        <w:t>f 14123/6095/5085 14128/6100/5090 14122/6094/5084</w:t>
        <w:br/>
        <w:t>f 14134/6105/5095 14130/6103/5093 14131/6102/5092</w:t>
        <w:br/>
        <w:t>f 14133/6106/5096 14134/6105/5095 14131/6102/5092</w:t>
        <w:br/>
        <w:t>f 14136/6107/5097 14135/6108/5098 14134/6105/5095</w:t>
        <w:br/>
        <w:t>f 14133/6106/5096 14136/6107/5097 14134/6105/5095</w:t>
        <w:br/>
        <w:t>f 14135/6108/5098 14136/6107/5097 14138/6109/5099</w:t>
        <w:br/>
        <w:t>f 14137/6110/5100 14135/6108/5098 14138/6109/5099</w:t>
        <w:br/>
        <w:t>f 14140/6111/5101 14139/6112/5102 14137/6110/5100</w:t>
        <w:br/>
        <w:t>f 14138/6109/5099 14140/6111/5101 14137/6110/5100</w:t>
        <w:br/>
        <w:t>f 14141/6113/5094 14132/6104/5094 14129/6099/5089</w:t>
        <w:br/>
        <w:t>f 14132/6104/5094 14128/6100/5090 14129/6099/5089</w:t>
        <w:br/>
        <w:t>f 14143/6114/5094 14142/6115/5094 14132/6104/5094</w:t>
        <w:br/>
        <w:t>f 14132/6104/5094 14142/6115/5094 14062/6039/5030</w:t>
        <w:br/>
        <w:t>f 14142/6115/5094 14066/6042/5033 14062/6039/5030</w:t>
        <w:br/>
        <w:t>f 14147/6116/5103 14146/6117/5104 14145/6118/5105</w:t>
        <w:br/>
        <w:t>f 14144/6119/5106 14147/6116/5103 14145/6118/5105</w:t>
        <w:br/>
        <w:t>f 14151/6120/5107 14150/6121/5108 14149/6122/5109</w:t>
        <w:br/>
        <w:t>f 14148/6123/5110 14151/6120/5107 14149/6122/5109</w:t>
        <w:br/>
        <w:t>f 14153/6124/5111 14152/6125/5112 14150/6121/5108</w:t>
        <w:br/>
        <w:t>f 14151/6120/5107 14153/6124/5111 14150/6121/5108</w:t>
        <w:br/>
        <w:t>f 14155/6126/5113 14154/6127/5114 14152/6125/5112</w:t>
        <w:br/>
        <w:t>f 14153/6124/5111 14155/6126/5113 14152/6125/5112</w:t>
        <w:br/>
        <w:t>f 14157/6128/5115 14156/6129/5116 14154/6127/5114</w:t>
        <w:br/>
        <w:t>f 14155/6126/5113 14157/6128/5115 14154/6127/5114</w:t>
        <w:br/>
        <w:t>f 14156/6129/5116 14157/6128/5115 14159/6130/5117</w:t>
        <w:br/>
        <w:t>f 14158/6131/5118 14156/6129/5116 14159/6130/5117</w:t>
        <w:br/>
        <w:t>f 14163/6132/5119 14162/6133/5120 14161/6134/5121</w:t>
        <w:br/>
        <w:t>f 14160/6135/5119 14163/6132/5119 14161/6134/5121</w:t>
        <w:br/>
        <w:t>f 14162/6133/5120 14165/6136/5122 14164/6137/5123</w:t>
        <w:br/>
        <w:t>f 14161/6134/5121 14162/6133/5120 14164/6137/5123</w:t>
        <w:br/>
        <w:t>f 14164/6137/5123 14165/6136/5122 14166/6138/5124</w:t>
        <w:br/>
        <w:t>f 14167/6139/5125 14164/6137/5123 14166/6138/5124</w:t>
        <w:br/>
        <w:t>f 14171/6140/5126 14170/6141/5127 14169/6142/5128</w:t>
        <w:br/>
        <w:t>f 14168/6143/5129 14171/6140/5126 14169/6142/5128</w:t>
        <w:br/>
        <w:t>f 14173/6144/5130 14171/6140/5126 14168/6143/5129</w:t>
        <w:br/>
        <w:t>f 14172/6145/5131 14173/6144/5130 14168/6143/5129</w:t>
        <w:br/>
        <w:t>f 14177/6146/5132 14176/6147/5133 14175/6148/5134</w:t>
        <w:br/>
        <w:t>f 14174/6149/5135 14177/6146/5132 14175/6148/5134</w:t>
        <w:br/>
        <w:t>f 14176/6147/5133 14173/6144/5130 14172/6145/5131</w:t>
        <w:br/>
        <w:t>f 14175/6148/5134 14176/6147/5133 14172/6145/5131</w:t>
        <w:br/>
        <w:t>f 14181/6150/5136 14180/6151/5137 14179/6152/5137</w:t>
        <w:br/>
        <w:t>f 14178/6153/5136 14181/6150/5136 14179/6152/5137</w:t>
        <w:br/>
        <w:t>f 14185/6154/5138 14184/6155/5139 14183/6156/5140</w:t>
        <w:br/>
        <w:t>f 14182/6157/5141 14185/6154/5138 14183/6156/5140</w:t>
        <w:br/>
        <w:t>f 14185/6154/5138 14187/6158/5142 14186/6159/5143</w:t>
        <w:br/>
        <w:t>f 14184/6155/5139 14185/6154/5138 14186/6159/5143</w:t>
        <w:br/>
        <w:t>f 14189/6160/5144 14188/6161/5144 14054/6031/5022</w:t>
        <w:br/>
        <w:t>f 14055/6030/5021 14189/6160/5144 14054/6031/5022</w:t>
        <w:br/>
        <w:t>f 14190/6162/5145 14176/6147/5133 14177/6146/5132</w:t>
        <w:br/>
        <w:t>f 14055/6030/5021 14190/6162/5145 14177/6146/5132</w:t>
        <w:br/>
        <w:t>f 14190/6162/5145 14191/6163/5146 14173/6144/5130</w:t>
        <w:br/>
        <w:t>f 14176/6147/5133 14190/6162/5145 14173/6144/5130</w:t>
        <w:br/>
        <w:t>f 14191/6163/5146 14192/6164/5147 14171/6140/5126</w:t>
        <w:br/>
        <w:t>f 14173/6144/5130 14191/6163/5146 14171/6140/5126</w:t>
        <w:br/>
        <w:t>f 14193/6165/5148 14170/6141/5127 14171/6140/5126</w:t>
        <w:br/>
        <w:t>f 14192/6164/5147 14193/6165/5148 14171/6140/5126</w:t>
        <w:br/>
        <w:t>f 14196/6166/5149 14195/6167/5150 14193/6165/5148</w:t>
        <w:br/>
        <w:t>f 14194/6168/5151 14196/6166/5149 14193/6165/5148</w:t>
        <w:br/>
        <w:t>f 14197/6169/5152 14165/6136/5122 14162/6133/5120</w:t>
        <w:br/>
        <w:t>f 14194/6168/5151 14197/6169/5152 14162/6133/5120</w:t>
        <w:br/>
        <w:t>f 14129/6099/5153 14124/6097/5087 14130/6103/5093</w:t>
        <w:br/>
        <w:t>f 14198/6170/5154 14129/6099/5153 14130/6103/5093</w:t>
        <w:br/>
        <w:t>f 14134/6105/5095 14199/6171/5155 14198/6170/5154</w:t>
        <w:br/>
        <w:t>f 14130/6103/5093 14134/6105/5095 14198/6170/5154</w:t>
        <w:br/>
        <w:t>f 14135/6108/5098 14200/6172/5156 14199/6171/5155</w:t>
        <w:br/>
        <w:t>f 14134/6105/5095 14135/6108/5098 14199/6171/5155</w:t>
        <w:br/>
        <w:t>f 14201/6173/5157 14200/6172/5156 14135/6108/5098</w:t>
        <w:br/>
        <w:t>f 14137/6110/5100 14201/6173/5157 14135/6108/5098</w:t>
        <w:br/>
        <w:t>f 14202/6174/5158 14201/6173/5157 14137/6110/5100</w:t>
        <w:br/>
        <w:t>f 14139/6112/5102 14202/6174/5158 14137/6110/5100</w:t>
        <w:br/>
        <w:t>f 14202/6174/5158 14139/6112/5102 14203/6175/5159</w:t>
        <w:br/>
        <w:t>f 14204/6176/5160 14202/6174/5158 14203/6175/5159</w:t>
        <w:br/>
        <w:t>f 14207/6177/5161 14206/6178/5162 14205/6179/5162</w:t>
        <w:br/>
        <w:t>f 14208/6180/5163 14207/6177/5161 14205/6179/5162</w:t>
        <w:br/>
        <w:t>f 14150/6121/5108 14211/6181/5164 14210/6182/5165</w:t>
        <w:br/>
        <w:t>f 14209/6183/5166 14150/6121/5108 14210/6182/5165</w:t>
        <w:br/>
        <w:t>f 14212/6184/5167 14209/6183/5166 14210/6182/5165</w:t>
        <w:br/>
        <w:t>f 14064/6041/5032 14212/6184/5167 14210/6182/5165</w:t>
        <w:br/>
        <w:t>f 14152/6125/5112 14213/6185/5168 14211/6181/5164</w:t>
        <w:br/>
        <w:t>f 14150/6121/5108 14152/6125/5112 14211/6181/5164</w:t>
        <w:br/>
        <w:t>f 14213/6185/5168 14152/6125/5112 14154/6127/5114</w:t>
        <w:br/>
        <w:t>f 14214/6186/5169 14213/6185/5168 14154/6127/5114</w:t>
        <w:br/>
        <w:t>f 14154/6127/5114 14156/6129/5116 14215/6187/5170</w:t>
        <w:br/>
        <w:t>f 14214/6186/5169 14154/6127/5114 14215/6187/5170</w:t>
        <w:br/>
        <w:t>f 14158/6131/5118 14216/6188/5171 14215/6187/5170</w:t>
        <w:br/>
        <w:t>f 14156/6129/5116 14158/6131/5118 14215/6187/5170</w:t>
        <w:br/>
        <w:t>f 14197/6169/5152 14217/6189/5172 14166/6138/5124</w:t>
        <w:br/>
        <w:t>f 14165/6136/5122 14197/6169/5152 14166/6138/5124</w:t>
        <w:br/>
        <w:t>f 14203/6175/5159 14145/6118/5105 14146/6117/5104</w:t>
        <w:br/>
        <w:t>f 14208/6180/5173 14203/6175/5159 14146/6117/5104</w:t>
        <w:br/>
        <w:t>f 14218/6190/5174 14217/6189/5172 14064/6041/5032</w:t>
        <w:br/>
        <w:t>f 14210/6182/5165 14218/6190/5174 14064/6041/5032</w:t>
        <w:br/>
        <w:t>f 14219/6191/5174 14218/6190/5174 14210/6182/5165</w:t>
        <w:br/>
        <w:t>f 14211/6181/5164 14219/6191/5174 14210/6182/5165</w:t>
        <w:br/>
        <w:t>f 14213/6185/5168 14219/6191/5174 14211/6181/5164</w:t>
        <w:br/>
        <w:t>f 14194/6168/5151 14193/6165/5148 14192/6164/5147</w:t>
        <w:br/>
        <w:t>f 14191/6163/5146 14194/6168/5151 14192/6164/5147</w:t>
        <w:br/>
        <w:t>f 14055/6030/5021 14051/6029/5020 14217/6189/5172</w:t>
        <w:br/>
        <w:t>f 14223/6192/5175 14222/6193/5176 14221/6194/5176</w:t>
        <w:br/>
        <w:t>f 14220/6195/5175 14223/6192/5175 14221/6194/5176</w:t>
        <w:br/>
        <w:t>f 14222/6193/5176 14225/6196/5177 14224/6197/5177</w:t>
        <w:br/>
        <w:t>f 14221/6194/5176 14222/6193/5176 14224/6197/5177</w:t>
        <w:br/>
        <w:t>f 13964/5937/4940 13961/5940/4943 14227/6198/5178</w:t>
        <w:br/>
        <w:t>f 14226/6199/5179 13964/5937/4940 14227/6198/5178</w:t>
        <w:br/>
        <w:t>f 14228/6200/5180 14061/6036/5027 14226/6199/5179</w:t>
        <w:br/>
        <w:t>f 14227/6198/5178 14228/6200/5180 14226/6199/5179</w:t>
        <w:br/>
        <w:t>f 14230/6201/5181 14229/6202/5182 12631/5511/4575</w:t>
        <w:br/>
        <w:t>f 12629/5507/4571 14230/6201/5181 12631/5511/4575</w:t>
        <w:br/>
        <w:t>f 13971/5948/4949 13963/5938/4941 14226/6199/5179</w:t>
        <w:br/>
        <w:t>f 13963/5938/4941 13964/5937/4940 14226/6199/5179</w:t>
        <w:br/>
        <w:t>f 14061/6036/5027 13974/5949/4950 13971/5948/4949</w:t>
        <w:br/>
        <w:t>f 13947/5920/4926 13944/5923/4926 14063/6038/5029</w:t>
        <w:br/>
        <w:t>f 14231/6203/5183 13947/5920/4926 14063/6038/5029</w:t>
        <w:br/>
        <w:t>f 14232/6204/5184 14231/6203/5183 14063/6038/5029</w:t>
        <w:br/>
        <w:t>f 14065/6040/5031 14232/6204/5184 14063/6038/5029</w:t>
        <w:br/>
        <w:t>f 14065/6040/5031 14058/6034/5025 14233/6205/5185</w:t>
        <w:br/>
        <w:t>f 14232/6204/5184 14065/6040/5031 14233/6205/5185</w:t>
        <w:br/>
        <w:t>f 14235/6206/5186 14058/6034/5025 14059/6035/5026</w:t>
        <w:br/>
        <w:t>f 14234/6207/5187 14235/6206/5186 14059/6035/5026</w:t>
        <w:br/>
        <w:t>f 14150/6121/5108 14209/6183/5166 14149/6122/5109</w:t>
        <w:br/>
        <w:t>f 14212/6184/5167 14149/6122/5109 14209/6183/5166</w:t>
        <w:br/>
        <w:t>f 14141/6113/5094 14243/6208/5094 14132/6104/5094</w:t>
        <w:br/>
        <w:t>f 14243/6208/5094 14244/6209/5094 14132/6104/5094</w:t>
        <w:br/>
        <w:t>f 14244/6209/5094 14143/6114/5094 14132/6104/5094</w:t>
        <w:br/>
        <w:t>f 14062/6039/5030 13958/5933/4936 14132/6104/5094</w:t>
        <w:br/>
        <w:t>f 13971/5948/4949 14226/6199/5179 14061/6036/5027</w:t>
        <w:br/>
        <w:t>f 12591/5481/4548 12592/5480/4548 12346/5317/5188</w:t>
        <w:br/>
        <w:t>f 14255/6210/5189 12591/5481/4548 12346/5317/5188</w:t>
        <w:br/>
        <w:t>f 14258/6211/5190 14257/6212/5191 14256/6213/5190</w:t>
        <w:br/>
        <w:t>f 14259/6214/5192 14255/6210/5189 12346/5317/5188</w:t>
        <w:br/>
        <w:t>f 14303/6215/5193 14121/6091/5081 14115/6088/5078</w:t>
        <w:br/>
        <w:t>f 14116/6087/5077 14303/6215/5193 14115/6088/5078</w:t>
        <w:br/>
        <w:t>f 10998/4936/4053 11002/4939/4057 11003/4938/4056</w:t>
        <w:br/>
        <w:t>f 11000/4934/4053 10998/4936/4053 11003/4938/4056</w:t>
        <w:br/>
        <w:t>f 11281/5103/4191 11282/5102/4191 11039/4974/4089</w:t>
        <w:br/>
        <w:t>f 11112/5044/4144 11281/5103/4191 11039/4974/4089</w:t>
        <w:br/>
        <w:t>f 11265/5087/4177 10843/4784/4176 10848/4789/3926</w:t>
        <w:br/>
        <w:t>f 10870/4805/3941 11265/5087/4177 10848/4789/3926</w:t>
        <w:br/>
        <w:t>f 12621/5503/4567 12628/5508/4572 12630/5512/4576</w:t>
        <w:br/>
        <w:t>f 12622/5505/4569 12621/5503/4567 12630/5512/4576</w:t>
        <w:br/>
        <w:t>f 14303/6215/5193 14116/6087/5077 14110/6082/5072</w:t>
        <w:br/>
        <w:t>f 14112/6084/5074 14303/6215/5193 14110/6082/5072</w:t>
        <w:br/>
        <w:t>f 14114/6085/5075 14098/6069/5059 14110/6082/5072</w:t>
        <w:br/>
        <w:t>f 14116/6087/5077 14114/6085/5075 14110/6082/5072</w:t>
        <w:br/>
        <w:t>f 14098/6069/5059 14114/6085/5075 14095/6068/5058</w:t>
        <w:br/>
        <w:t>f 14094/6066/5056 14098/6069/5059 14095/6068/5058</w:t>
        <w:br/>
        <w:t>f 14075/6052/5043 14080/6053/5044 14094/6066/5056</w:t>
        <w:br/>
        <w:t>f 14095/6068/5058 14075/6052/5043 14094/6066/5056</w:t>
        <w:br/>
        <w:t>f 14080/6053/5044 14075/6052/5043 14076/6051/5042</w:t>
        <w:br/>
        <w:t>f 14079/6054/5045 14080/6053/5044 14076/6051/5042</w:t>
        <w:br/>
        <w:t>f 14776/6216/5194 12627/5509/4573 12620/5504/4568</w:t>
        <w:br/>
        <w:t>f 12623/5506/4570 14776/6216/5194 12620/5504/4568</w:t>
        <w:br/>
        <w:t>f 12628/5508/4572 12621/5503/4567 12620/5504/4568</w:t>
        <w:br/>
        <w:t>f 12627/5509/4573 12628/5508/4572 12620/5504/4568</w:t>
        <w:br/>
        <w:t>f 5162/2542/2002 11955/5209/4292 8030/3981/3298</w:t>
        <w:br/>
        <w:t>f 8030/3981/3298 11928/5185/4272 11929/5184/4271</w:t>
        <w:br/>
        <w:t>f 8031/3982/3299 8030/3981/3298 11929/5184/4271</w:t>
        <w:br/>
        <w:t>f 13998/5975/4973 14001/5978/4976 14004/5982/4980</w:t>
        <w:br/>
        <w:t>f 14002/5977/4975 14004/5982/4980 14001/5978/4976</w:t>
        <w:br/>
        <w:t>f 14043/6018/5014 14187/6158/5142 14042/6019/5015</w:t>
        <w:br/>
        <w:t>f 14053/6027/5195 14043/6018/5014 13991/5968/5196</w:t>
        <w:br/>
        <w:t>f 13989/5964/4964 14053/6027/5195 13991/5968/5196</w:t>
        <w:br/>
        <w:t>f 13988/5965/4965 13989/5964/4964 13991/5968/5196</w:t>
        <w:br/>
        <w:t>f 11095/5026/4129 14801/6217/5197 14800/6218/5198</w:t>
        <w:br/>
        <w:t>f 14799/6219/5199 11095/5026/4129 14800/6218/5198</w:t>
        <w:br/>
        <w:t>f 14805/6220/5200 14804/6221/4130 14803/6222/4130</w:t>
        <w:br/>
        <w:t>f 14802/6223/5201 14805/6220/5200 14803/6222/4130</w:t>
        <w:br/>
        <w:t>f 14802/6223/5201 14808/6224/5199 14807/6225/5199</w:t>
        <w:br/>
        <w:t>f 14806/6226/5202 14802/6223/5201 14807/6225/5199</w:t>
        <w:br/>
        <w:t>f 14811/6227/5203 14810/6228/5204 14809/6229/5204</w:t>
        <w:br/>
        <w:t>f 14814/6230/5205 14813/6231/5205 14812/6232/5206</w:t>
        <w:br/>
        <w:t>f 14817/6233/5207 14816/6234/5208 14815/6235/5208</w:t>
        <w:br/>
        <w:t>f 14820/6236/5209 14819/6237/5209 14818/6238/5210</w:t>
        <w:br/>
        <w:t>f 11096/5025/4128 10944/4877/4000 11095/5026/4129</w:t>
        <w:br/>
        <w:t>f 11255/5076/4167 14801/6217/5197 11095/5026/4129</w:t>
        <w:br/>
        <w:t>f 10944/4877/4000 11255/5076/4167 11095/5026/4129</w:t>
        <w:br/>
        <w:t>f 14802/6223/5201 14806/6226/5202 11240/5063/4162</w:t>
        <w:br/>
        <w:t>f 11111/5042/5211 14802/6223/5201 11240/5063/4162</w:t>
        <w:br/>
        <w:t>f 11111/5042/5211 14805/6220/5200 14802/6223/5201</w:t>
        <w:br/>
        <w:t>f 11264/5085/4174 10979/4916/4037 10976/4914/4035</w:t>
        <w:br/>
        <w:t>f 10978/4912/4033 10827/4770/3908 10975/4910/4031</w:t>
        <w:br/>
        <w:t>f 10838/4780/3918 10836/4777/3915 10900/4833/3962</w:t>
        <w:br/>
        <w:t>f 11108/5041/4140 11026/4961/4078 11027/4960/4077</w:t>
        <w:br/>
        <w:t>f 11019/4955/4071 11109/5040/4139 11018/4951/4067</w:t>
        <w:br/>
        <w:t>f 10929/4867/3989 11242/5064/4163 11097/5029/4131</w:t>
        <w:br/>
        <w:t>f 11247/5069/3992 14821/6239/3991 10930/4866/3988</w:t>
        <w:br/>
        <w:t>f 13141/5556/4613 13143/5558/4615 13142/5555/4612</w:t>
        <w:br/>
        <w:t>f 13316/5706/4743 13317/5705/4743 13313/5702/4740</w:t>
        <w:br/>
        <w:t>f 13314/5703/4741 13316/5706/4743 13313/5702/4740</w:t>
        <w:br/>
        <w:t>f 13192/5602/4655 13175/5580/4633 13176/5579/4632</w:t>
        <w:br/>
        <w:t>f 13195/5599/4652 13192/5602/4655 13176/5579/4632</w:t>
        <w:br/>
        <w:t>f 13195/5599/4652 13176/5579/4632 13181/5587/4640</w:t>
        <w:br/>
        <w:t>f 13238/5640/4689 13195/5599/4652 13181/5587/4640</w:t>
        <w:br/>
        <w:t>f 13228/5635/4684 13218/5626/4675 13140/5625/4674</w:t>
        <w:br/>
        <w:t>f 13227/5636/4685 13228/5635/4684 13140/5625/4674</w:t>
        <w:br/>
        <w:t>f 13224/5633/4682 13225/5632/4682 13228/5635/4684</w:t>
        <w:br/>
        <w:t>f 13231/5638/4687 13224/5633/4682 13228/5635/4684</w:t>
        <w:br/>
        <w:t>f 13294/5686/4726 13297/5685/4725 13301/5687/4727</w:t>
        <w:br/>
        <w:t>f 13298/5690/4729 13294/5686/4726 13301/5687/4727</w:t>
        <w:br/>
        <w:t>f 14191/6163/5146 14190/6162/5145 14197/6169/5152</w:t>
        <w:br/>
        <w:t>f 14194/6168/5151 14191/6163/5146 14197/6169/5152</w:t>
        <w:br/>
        <w:t>f 14217/6189/5172 14051/6029/5020 14056/6033/5024</w:t>
        <w:br/>
        <w:t>f 14064/6041/5032 14217/6189/5172 14056/6033/5024</w:t>
        <w:br/>
        <w:t>f 14864/6240/5212 12626/5510/4574 12633/5513/4577</w:t>
        <w:br/>
        <w:t>f 14863/6241/5213 14864/6240/5212 12633/5513/4577</w:t>
        <w:br/>
        <w:t>f 14230/6201/5181 12629/5507/4571 12626/5510/4574</w:t>
        <w:br/>
        <w:t>f 14864/6240/5212 14230/6201/5181 12626/5510/4574</w:t>
        <w:br/>
        <w:t>f 11957/5207/4290 14937/6242/5214 11960/5210/4293</w:t>
        <w:br/>
        <w:t>f 11956/5208/4291 11957/5207/4290 11960/5210/4293</w:t>
        <w:br/>
        <w:t>f 11983/5235/4310 14938/6243/5215 14937/6242/5214</w:t>
        <w:br/>
        <w:t>f 11982/5236/4311 11983/5235/4310 14937/6242/5214</w:t>
        <w:br/>
        <w:t>f 9826/4708/3867 9823/4711/3867 9821/4705/3865</w:t>
        <w:br/>
        <w:t>f 9822/4704/3865 9826/4708/3867 9821/4705/3865</w:t>
        <w:br/>
        <w:t>f 9703/4653/3827 9704/4652/3826 9699/4649/3823</w:t>
        <w:br/>
        <w:t>f 9700/4648/3822 9703/4653/3827 9699/4649/3823</w:t>
        <w:br/>
        <w:t>f 12056/5279/4350 12094/5281/4352 12054/5278/4349</w:t>
        <w:br/>
        <w:t>f 12020/5252/4325 12018/5250/4323 12047/5270/4341</w:t>
        <w:br/>
        <w:t>f 14062/6039/5030 14066/6042/5033 14065/6040/5031</w:t>
        <w:br/>
        <w:t>f 14063/6038/5029 14062/6039/5030 14065/6040/5031</w:t>
        <w:br/>
        <w:t>f 14190/6162/5145 14055/6030/5021 14217/6189/5172</w:t>
        <w:br/>
        <w:t>f 14197/6169/5152 14190/6162/5145 14217/6189/5172</w:t>
        <w:br/>
        <w:t>f 13136/5551/4608 13135/5552/4609 13198/5605/4658</w:t>
        <w:br/>
        <w:t>f 14991/6244/5216 14990/6245/5216 14989/6246/5217</w:t>
        <w:br/>
        <w:t>f 14988/6247/5218 14991/6244/5216 14989/6246/5217</w:t>
        <w:br/>
        <w:t>f 14996/6248/5219 14995/6249/5220 14994/6250/5221</w:t>
        <w:br/>
        <w:t>f 14993/6251/5221 14996/6248/5219 14994/6250/5221</w:t>
        <w:br/>
        <w:t>f 14997/6252/5222 14995/6249/5220 14996/6248/5219</w:t>
        <w:br/>
        <w:t>f 11665/5135/4221 14997/6252/5222 11668/5132/4218</w:t>
        <w:br/>
        <w:t>f 11658/5131/4217 11666/5134/4220 11667/5133/4219</w:t>
        <w:br/>
        <w:t>f 11661/5128/4214 11658/5131/4217 11667/5133/4219</w:t>
        <w:br/>
        <w:t>f 11721/5138/4223 11659/5130/4216 11660/5129/4215</w:t>
        <w:br/>
        <w:t>f 11720/5139/4224 11721/5138/4223 11660/5129/4215</w:t>
        <w:br/>
        <w:t>f 15001/6253/4222 15000/6254/4222 14999/6255/5223</w:t>
        <w:br/>
        <w:t>f 14998/6256/5223 15001/6253/4222 14999/6255/5223</w:t>
        <w:br/>
        <w:t>f 15003/6257/5224 15002/6258/5224 14998/6256/5223</w:t>
        <w:br/>
        <w:t>f 14999/6255/5223 15003/6257/5224 14998/6256/5223</w:t>
        <w:br/>
        <w:t>f 15005/6259/5225 15004/6260/5226 15002/6258/5224</w:t>
        <w:br/>
        <w:t>f 15003/6257/5224 15005/6259/5225 15002/6258/5224</w:t>
        <w:br/>
        <w:t>f 15004/6260/5226 15005/6259/5225 15006/6261/5227</w:t>
        <w:br/>
        <w:t>f 11484/5126/4212 15004/6260/5226 15006/6261/5227</w:t>
        <w:br/>
        <w:t>f 11483/5127/4213 15007/6262/5228 11485/5125/4211</w:t>
        <w:br/>
        <w:t>f 15009/6263/5229 11485/5125/4211 15007/6262/5228</w:t>
        <w:br/>
        <w:t>f 15008/6264/5229 15009/6263/5229 15007/6262/5228</w:t>
        <w:br/>
        <w:t>f 15009/6263/5229 15008/6264/5229 14990/6245/5216</w:t>
        <w:br/>
        <w:t>f 14991/6244/5216 15009/6263/5229 14990/6245/5216</w:t>
        <w:br/>
        <w:t>f 11484/5126/4212 15006/6261/5227 11483/5127/4213</w:t>
        <w:br/>
        <w:t>f 15015/6265/5230 15014/6266/5231 15013/6267/5232</w:t>
        <w:br/>
        <w:t>f 15012/6268/5232 15015/6265/5230 15013/6267/5232</w:t>
        <w:br/>
        <w:t>f 11658/5131/4217 11659/5130/4216 15017/6269/5233</w:t>
        <w:br/>
        <w:t>f 15016/6270/5234 11658/5131/4217 15017/6269/5233</w:t>
        <w:br/>
        <w:t>f 15021/6271/5235 15020/6272/5236 15019/6273/5237</w:t>
        <w:br/>
        <w:t>f 15018/6274/5237 15021/6271/5235 15019/6273/5237</w:t>
        <w:br/>
        <w:t>f 15024/6275/5238 11666/5134/4220 15023/6276/5239</w:t>
        <w:br/>
        <w:t>f 15022/6277/5240 15024/6275/5238 15023/6276/5239</w:t>
        <w:br/>
        <w:t>f 15028/6278/5241 15027/6279/5241 15026/6280/5242</w:t>
        <w:br/>
        <w:t>f 15025/6281/5243 15028/6278/5241 15026/6280/5242</w:t>
        <w:br/>
        <w:t>f 15032/6282/5244 15031/6283/5245 15030/6284/5245</w:t>
        <w:br/>
        <w:t>f 15029/6285/5246 15032/6282/5244 15030/6284/5245</w:t>
        <w:br/>
        <w:t>f 15036/6286/5247 15035/6287/5248 15034/6288/5248</w:t>
        <w:br/>
        <w:t>f 15033/6289/5249 15036/6286/5247 15034/6288/5248</w:t>
        <w:br/>
        <w:t>f 15040/6290/5250 15039/6291/5250 15038/6292/5251</w:t>
        <w:br/>
        <w:t>f 15037/6293/5252 15040/6290/5250 15038/6292/5251</w:t>
        <w:br/>
        <w:t>f 15044/6294/5253 15043/6295/5254 15042/6296/5254</w:t>
        <w:br/>
        <w:t>f 15041/6297/5253 15044/6294/5253 15042/6296/5254</w:t>
        <w:br/>
        <w:t>f 15048/6298/5255 15047/6299/5256 15046/6300/5257</w:t>
        <w:br/>
        <w:t>f 15045/6301/5255 15048/6298/5255 15046/6300/5257</w:t>
        <w:br/>
        <w:t>f 15052/6302/5258 15051/6303/5259 15050/6304/5260</w:t>
        <w:br/>
        <w:t>f 15049/6305/5258 15052/6302/5258 15050/6304/5260</w:t>
        <w:br/>
        <w:t>f 15054/6306/5261 15053/6307/5262 15052/6302/5258</w:t>
        <w:br/>
        <w:t>f 15049/6305/5258 15054/6306/5261 15052/6302/5258</w:t>
        <w:br/>
        <w:t>f 15047/6299/5256 11665/5135/5263 15022/6277/5264</w:t>
        <w:br/>
        <w:t>f 15046/6300/5257 15047/6299/5256 15022/6277/5264</w:t>
        <w:br/>
        <w:t>f 15025/6281/5243 15026/6280/5242 15053/6307/5262</w:t>
        <w:br/>
        <w:t>f 15054/6306/5261 15025/6281/5243 15053/6307/5262</w:t>
        <w:br/>
        <w:t>f 15018/6274/5237 15019/6273/5237 15027/6279/5241</w:t>
        <w:br/>
        <w:t>f 15028/6278/5241 15018/6274/5237 15027/6279/5241</w:t>
        <w:br/>
        <w:t>f 15023/6276/5239 11666/5134/4220 11658/5131/4217</w:t>
        <w:br/>
        <w:t>f 15055/6308/5265 15023/6276/5239 11658/5131/4217</w:t>
        <w:br/>
        <w:t>f 15034/6288/5248 15035/6287/5248 15020/6272/5236</w:t>
        <w:br/>
        <w:t>f 15021/6271/5235 15034/6288/5248 15020/6272/5236</w:t>
        <w:br/>
        <w:t>f 11659/5130/4216 11721/5138/4223 15029/6285/5266</w:t>
        <w:br/>
        <w:t>f 15056/6309/5267 11659/5130/4216 15029/6285/5266</w:t>
        <w:br/>
        <w:t>f 15060/6310/5268 15059/6311/5269 15058/6312/5269</w:t>
        <w:br/>
        <w:t>f 15057/6313/5268 15060/6310/5268 15058/6312/5269</w:t>
        <w:br/>
        <w:t>f 15064/6314/5245 15063/6315/5245 15062/6316/5270</w:t>
        <w:br/>
        <w:t>f 15061/6317/5271 15064/6314/5245 15062/6316/5270</w:t>
        <w:br/>
        <w:t>f 15066/6318/5272 15065/6319/5273 15060/6310/5268</w:t>
        <w:br/>
        <w:t>f 15057/6313/5268 15066/6318/5272 15060/6310/5268</w:t>
        <w:br/>
        <w:t>f 15062/6316/5270 15068/6320/5274 15067/6321/5274</w:t>
        <w:br/>
        <w:t>f 15061/6317/5271 15062/6316/5270 15067/6321/5274</w:t>
        <w:br/>
        <w:t>f 15070/6322/5275 15065/6319/5273 15066/6318/5272</w:t>
        <w:br/>
        <w:t>f 15069/6323/5275 15070/6322/5275 15066/6318/5272</w:t>
        <w:br/>
        <w:t>f 15067/6321/5274 15068/6320/5274 15072/6324/5276</w:t>
        <w:br/>
        <w:t>f 15071/6325/5277 15067/6321/5274 15072/6324/5276</w:t>
        <w:br/>
        <w:t>f 15074/6326/5278 15070/6322/5275 15069/6323/5275</w:t>
        <w:br/>
        <w:t>f 15073/6327/5278 15074/6326/5278 15069/6323/5275</w:t>
        <w:br/>
        <w:t>f 15075/6328/5279 15004/6260/5280 15014/6266/5231</w:t>
        <w:br/>
        <w:t>f 15015/6265/5230 15075/6328/5279 15014/6266/5231</w:t>
        <w:br/>
        <w:t>f 15079/6329/5281 15078/6330/5282 15077/6331/5283</w:t>
        <w:br/>
        <w:t>f 15076/6332/5283 15079/6329/5281 15077/6331/5283</w:t>
        <w:br/>
        <w:t>f 15078/6330/5282 15079/6329/5281 15080/6333/5284</w:t>
        <w:br/>
        <w:t>f 15081/6334/5284 15078/6330/5282 15080/6333/5284</w:t>
        <w:br/>
        <w:t>f 15013/6267/5232 15083/6335/5285 15082/6336/5285</w:t>
        <w:br/>
        <w:t>f 15012/6268/5232 15013/6267/5232 15082/6336/5285</w:t>
        <w:br/>
        <w:t>f 15039/6291/5250 15040/6290/5250 15081/6334/5284</w:t>
        <w:br/>
        <w:t>f 15080/6333/5284 15039/6291/5250 15081/6334/5284</w:t>
        <w:br/>
        <w:t>f 15083/6335/5285 15044/6294/5253 15041/6297/5253</w:t>
        <w:br/>
        <w:t>f 15082/6336/5285 15083/6335/5285 15041/6297/5253</w:t>
        <w:br/>
        <w:t>f 15048/6298/5255 15045/6301/5255 15084/6337/5286</w:t>
        <w:br/>
        <w:t>f 15085/6338/5286 15048/6298/5255 15084/6337/5286</w:t>
        <w:br/>
        <w:t>f 15077/6331/5283 15074/6326/5278 15073/6327/5278</w:t>
        <w:br/>
        <w:t>f 15076/6332/5283 15077/6331/5283 15073/6327/5278</w:t>
        <w:br/>
        <w:t>f 14997/6252/5222 11665/5135/4221 14995/6249/5220</w:t>
        <w:br/>
        <w:t>f 14994/6250/5221 14988/6247/5218 14989/6246/5217</w:t>
        <w:br/>
        <w:t>f 14993/6251/5221 14994/6250/5221 14989/6246/5217</w:t>
        <w:br/>
        <w:t>f 15051/6303/5259 16107/6339/5287 16106/6340/5287</w:t>
        <w:br/>
        <w:t>f 15050/6304/5260 15051/6303/5259 16106/6340/5287</w:t>
        <w:br/>
        <w:t>f 11956/5208/4291 11958/5212/4295 11961/5213/4296</w:t>
        <w:br/>
        <w:t>f 11955/5209/4292 11956/5208/4291 11961/5213/4296</w:t>
        <w:br/>
        <w:t>f 16127/6341/5288 12455/5356/4423 12456/5355/4422</w:t>
        <w:br/>
        <w:t>f 16126/6342/5288 16127/6341/5288 12456/5355/4422</w:t>
        <w:br/>
        <w:t>f 16133/6343/5289 16132/6344/5290 16131/6345/5290</w:t>
        <w:br/>
        <w:t>f 16130/6346/5289 16133/6343/5289 16131/6345/5290</w:t>
        <w:br/>
        <w:t>f 16137/6347/5291 16136/6348/5292 16135/6349/5292</w:t>
        <w:br/>
        <w:t>f 16134/6350/5291 16137/6347/5291 16135/6349/5292</w:t>
        <w:br/>
        <w:t>f 12463/5365/4432 12481/5372/4439 12470/5368/4435</w:t>
        <w:br/>
        <w:t>f 12466/5362/4429 12463/5365/4432 12470/5368/4435</w:t>
        <w:br/>
        <w:t>f 16139/6351/5293 12482/5371/4438 12483/5370/4437</w:t>
        <w:br/>
        <w:t>f 16138/6352/5294 16139/6351/5293 12483/5370/4437</w:t>
        <w:br/>
        <w:t>f 16138/6352/5294 12483/5370/4437 12484/5373/4440</w:t>
        <w:br/>
        <w:t>f 16140/6353/5295 16138/6352/5294 12484/5373/4440</w:t>
        <w:br/>
        <w:t>f 16141/6354/5296 12611/5498/4562 12482/5371/4438</w:t>
        <w:br/>
        <w:t>f 16139/6351/5293 16141/6354/5296 12482/5371/4438</w:t>
        <w:br/>
        <w:t>f 16142/6355/5297 12617/5502/4566 12611/5498/4562</w:t>
        <w:br/>
        <w:t>f 16141/6354/5296 16142/6355/5297 12611/5498/4562</w:t>
        <w:br/>
        <w:t>f 16144/6356/5298 16143/6357/5298 12617/5502/4566</w:t>
        <w:br/>
        <w:t>f 16142/6355/5297 16144/6356/5298 12617/5502/4566</w:t>
        <w:br/>
        <w:t>f 16146/6358/5299 12634/5515/4579 12635/5516/4580</w:t>
        <w:br/>
        <w:t>f 16145/6359/5300 16146/6358/5299 12635/5516/4580</w:t>
        <w:br/>
        <w:t>f 16147/6360/5301 12632/5514/4578 12634/5515/4579</w:t>
        <w:br/>
        <w:t>f 16146/6358/5299 16147/6360/5301 12634/5515/4579</w:t>
        <w:br/>
        <w:t>f 16148/6361/5302 12633/5513/4577 12632/5514/4578</w:t>
        <w:br/>
        <w:t>f 16147/6360/5301 16148/6361/5302 12632/5514/4578</w:t>
        <w:br/>
        <w:t>f 12461/5360/4427 12646/5517/4581 12464/5364/4431</w:t>
        <w:br/>
        <w:t>f 12465/5363/4430 12461/5360/4427 12464/5364/4431</w:t>
        <w:br/>
        <w:t>f 16140/6353/5295 12484/5373/4440 12645/5518/4582</w:t>
        <w:br/>
        <w:t>f 16149/6362/5303 16140/6353/5295 12645/5518/4582</w:t>
        <w:br/>
        <w:t>f 16144/6356/5298 16151/6363/5304 16150/6364/5304</w:t>
        <w:br/>
        <w:t>f 16143/6357/5298 16144/6356/5298 16150/6364/5304</w:t>
        <w:br/>
        <w:t>f 16153/6365/5305 16152/6366/5306 16145/6359/5300</w:t>
        <w:br/>
        <w:t>f 12635/5516/4580 16153/6365/5305 16145/6359/5300</w:t>
        <w:br/>
        <w:t>f 12633/5513/4577 16148/6361/5302 16155/6367/5307</w:t>
        <w:br/>
        <w:t>f 16154/6368/5308 12633/5513/4577 16155/6367/5307</w:t>
        <w:br/>
        <w:t>f 16149/6362/5303 12645/5518/4582 16157/6369/5309</w:t>
        <w:br/>
        <w:t>f 16156/6370/5309 16149/6362/5303 16157/6369/5309</w:t>
        <w:br/>
        <w:t>f 16132/6344/5290 16158/6371/5310 12462/5359/4426</w:t>
        <w:br/>
        <w:t>f 16131/6345/5290 16132/6344/5290 12462/5359/4426</w:t>
        <w:br/>
        <w:t>f 16156/6370/5309 16157/6369/5309 16135/6349/5292</w:t>
        <w:br/>
        <w:t>f 16136/6348/5292 16156/6370/5309 16135/6349/5292</w:t>
        <w:br/>
        <w:t>f 13978/5953/4954 14060/6037/5028 14059/6035/5026</w:t>
        <w:br/>
        <w:t>f 14234/6207/5187 14059/6035/5026 14060/6037/5028</w:t>
        <w:br/>
        <w:t>f 16159/6372/5311 14234/6207/5187 14060/6037/5028</w:t>
        <w:br/>
        <w:t>f 16126/6342/5288 12645/5518/4582 12646/5517/4581</w:t>
        <w:br/>
        <w:t>f 16127/6341/5288 16126/6342/5288 12646/5517/4581</w:t>
        <w:br/>
        <w:t>f 16158/6371/5312 12646/5517/4581 12461/5360/4427</w:t>
        <w:br/>
        <w:t>f 16160/6373/5313 16158/6371/5312 12461/5360/4427</w:t>
        <w:br/>
        <w:t>f 12635/5516/4580 12627/5509/4573 16153/6365/5305</w:t>
        <w:br/>
        <w:t>f 16153/6365/5305 12627/5509/4573 14776/6216/5194</w:t>
        <w:br/>
        <w:t>f 16161/6374/5314 16152/6366/5306 16153/6365/5305</w:t>
        <w:br/>
        <w:t>f 14776/6216/5194 16161/6374/5314 16153/6365/5305</w:t>
        <w:br/>
        <w:t>f 5857/2852/2297 9411/4597/3772 5849/2845/2290</w:t>
        <w:br/>
        <w:t>f 9411/4597/3772 5857/2852/2297 9403/4590/3766</w:t>
        <w:br/>
        <w:t>f 9410/4598/3773 9411/4597/3772 9403/4590/3766</w:t>
        <w:br/>
        <w:t>f 16508/6375/5315 16507/6376/5315 16506/6377/5316</w:t>
        <w:br/>
        <w:t>f 16505/6378/5317 16508/6375/5315 16506/6377/5316</w:t>
        <w:br/>
        <w:t>f 16505/6378/5317 16506/6377/5316 16509/6379/5318</w:t>
        <w:br/>
        <w:t>f 16510/6380/5318 16505/6378/5317 16509/6379/5318</w:t>
        <w:br/>
        <w:t>f 16510/6380/5318 16509/6379/5318 16511/6381/5319</w:t>
        <w:br/>
        <w:t>f 16512/6382/5320 16510/6380/5318 16511/6381/5319</w:t>
        <w:br/>
        <w:t>f 16512/6382/5320 16511/6381/5319 16514/6383/5321</w:t>
        <w:br/>
        <w:t>f 16513/6384/5322 16512/6382/5320 16514/6383/5321</w:t>
        <w:br/>
        <w:t>f 16513/6384/5322 16514/6383/5321 16515/6385/5323</w:t>
        <w:br/>
        <w:t>f 16516/6386/5324 16513/6384/5322 16515/6385/5323</w:t>
        <w:br/>
        <w:t>f 16516/6386/5324 16515/6385/5323 16517/6387/5325</w:t>
        <w:br/>
        <w:t>f 16518/6388/5325 16516/6386/5324 16517/6387/5325</w:t>
        <w:br/>
        <w:t>f 16517/6387/5325 16520/6389/5326 16519/6390/5327</w:t>
        <w:br/>
        <w:t>f 16518/6388/5325 16517/6387/5325 16519/6390/5327</w:t>
        <w:br/>
        <w:t>f 16522/6391/5328 16519/6390/5327 16520/6389/5326</w:t>
        <w:br/>
        <w:t>f 16521/6392/5328 16522/6391/5328 16520/6389/5326</w:t>
        <w:br/>
        <w:t>f 16524/6393/5329 16522/6391/5328 16521/6392/5328</w:t>
        <w:br/>
        <w:t>f 16523/6394/5329 16524/6393/5329 16521/6392/5328</w:t>
        <w:br/>
        <w:t>f 16523/6394/5329 16526/6395/5330 16525/6396/5331</w:t>
        <w:br/>
        <w:t>f 16524/6393/5329 16523/6394/5329 16525/6396/5331</w:t>
        <w:br/>
        <w:t>f 16528/6397/5332 16525/6396/5331 16526/6395/5330</w:t>
        <w:br/>
        <w:t>f 16527/6398/5333 16528/6397/5332 16526/6395/5330</w:t>
        <w:br/>
        <w:t>f 16508/6375/5315 16528/6397/5332 16527/6398/5333</w:t>
        <w:br/>
        <w:t>f 16507/6376/5315 16508/6375/5315 16527/6398/5333</w:t>
        <w:br/>
        <w:t>f 16531/6399/5334 16530/6400/5335 16529/6401/5336</w:t>
        <w:br/>
        <w:t>f 16532/6402/5334 16531/6399/5334 16529/6401/5336</w:t>
        <w:br/>
        <w:t>f 16534/6403/5337 16529/6401/5336 16530/6400/5335</w:t>
        <w:br/>
        <w:t>f 16533/6404/5338 16534/6403/5337 16530/6400/5335</w:t>
        <w:br/>
        <w:t>f 16536/6405/5339 16534/6403/5337 16533/6404/5338</w:t>
        <w:br/>
        <w:t>f 16535/6406/5340 16536/6405/5339 16533/6404/5338</w:t>
        <w:br/>
        <w:t>f 16535/6406/5340 16538/6407/5341 16537/6408/5342</w:t>
        <w:br/>
        <w:t>f 16536/6405/5339 16535/6406/5340 16537/6408/5342</w:t>
        <w:br/>
        <w:t>f 16540/6409/5343 16537/6408/5342 16538/6407/5341</w:t>
        <w:br/>
        <w:t>f 16539/6410/5344 16540/6409/5343 16538/6407/5341</w:t>
        <w:br/>
        <w:t>f 16542/6411/5345 16540/6409/5343 16539/6410/5344</w:t>
        <w:br/>
        <w:t>f 16541/6412/5345 16542/6411/5345 16539/6410/5344</w:t>
        <w:br/>
        <w:t>f 16542/6411/5345 16541/6412/5345 16544/6413/5346</w:t>
        <w:br/>
        <w:t>f 16543/6414/5347 16542/6411/5345 16544/6413/5346</w:t>
        <w:br/>
        <w:t>f 16543/6414/5347 16544/6413/5346 16545/6415/5348</w:t>
        <w:br/>
        <w:t>f 16546/6416/5349 16543/6414/5347 16545/6415/5348</w:t>
        <w:br/>
        <w:t>f 16546/6416/5349 16545/6415/5348 16547/6417/5350</w:t>
        <w:br/>
        <w:t>f 16548/6418/5351 16546/6416/5349 16547/6417/5350</w:t>
        <w:br/>
        <w:t>f 16548/6418/5351 16547/6417/5350 16550/6419/5352</w:t>
        <w:br/>
        <w:t>f 16549/6420/5353 16548/6418/5351 16550/6419/5352</w:t>
        <w:br/>
        <w:t>f 16549/6420/5353 16550/6419/5352 16551/6421/5354</w:t>
        <w:br/>
        <w:t>f 16552/6422/5355 16549/6420/5353 16551/6421/5354</w:t>
        <w:br/>
        <w:t>f 16552/6422/5355 16551/6421/5354 16531/6399/5334</w:t>
        <w:br/>
        <w:t>f 16532/6402/5334 16552/6422/5355 16531/6399/5334</w:t>
        <w:br/>
        <w:t>f 16555/6423/5356 16554/6424/5356 16553/6425/5357</w:t>
        <w:br/>
        <w:t>f 16556/6426/5357 16555/6423/5356 16553/6425/5357</w:t>
        <w:br/>
        <w:t>f 16558/6427/5357 16557/6428/5358 16554/6424/5356</w:t>
        <w:br/>
        <w:t>f 16555/6423/5356 16558/6427/5357 16554/6424/5356</w:t>
        <w:br/>
        <w:t>f 16557/6428/5358 16558/6427/5357 16559/6429/5359</w:t>
        <w:br/>
        <w:t>f 16560/6430/5359 16557/6428/5358 16559/6429/5359</w:t>
        <w:br/>
        <w:t>f 16562/6431/5358 16561/6432/5358 16560/6430/5359</w:t>
        <w:br/>
        <w:t>f 16559/6429/5359 16562/6431/5358 16560/6430/5359</w:t>
        <w:br/>
        <w:t>f 16564/6433/5358 16563/6434/5359 16561/6432/5358</w:t>
        <w:br/>
        <w:t>f 16562/6431/5358 16564/6433/5358 16561/6432/5358</w:t>
        <w:br/>
        <w:t>f 16563/6434/5359 16564/6433/5358 16565/6435/5358</w:t>
        <w:br/>
        <w:t>f 16566/6436/5359 16563/6434/5359 16565/6435/5358</w:t>
        <w:br/>
        <w:t>f 16565/6435/5358 16568/6437/5360 16567/6438/5359</w:t>
        <w:br/>
        <w:t>f 16566/6436/5359 16565/6435/5358 16567/6438/5359</w:t>
        <w:br/>
        <w:t>f 16568/6437/5360 16570/6439/5359 16569/6440/5359</w:t>
        <w:br/>
        <w:t>f 16567/6438/5359 16568/6437/5360 16569/6440/5359</w:t>
        <w:br/>
        <w:t>f 16572/6441/5359 16569/6440/5359 16570/6439/5359</w:t>
        <w:br/>
        <w:t>f 16571/6442/5359 16572/6441/5359 16570/6439/5359</w:t>
        <w:br/>
        <w:t>f 16571/6442/5359 16574/6443/5359 16573/6444/5359</w:t>
        <w:br/>
        <w:t>f 16572/6441/5359 16571/6442/5359 16573/6444/5359</w:t>
        <w:br/>
        <w:t>f 16574/6443/5359 16576/6445/5357 16575/6446/5357</w:t>
        <w:br/>
        <w:t>f 16573/6444/5359 16574/6443/5359 16575/6446/5357</w:t>
        <w:br/>
        <w:t>f 16553/6425/5357 16575/6446/5357 16576/6445/5357</w:t>
        <w:br/>
        <w:t>f 16556/6426/5357 16553/6425/5357 16576/6445/5357</w:t>
        <w:br/>
        <w:t>f 16618/6447/5361 16617/6448/5362 16616/6449/5363</w:t>
        <w:br/>
        <w:t>f 16615/6450/5363 16618/6447/5361 16616/6449/5363</w:t>
        <w:br/>
        <w:t>f 16622/6451/5364 16621/6452/5365 16620/6453/5366</w:t>
        <w:br/>
        <w:t>f 16619/6454/5367 16622/6451/5364 16620/6453/5366</w:t>
        <w:br/>
        <w:t>f 16626/6455/5368 16625/6456/5369 16624/6457/5369</w:t>
        <w:br/>
        <w:t>f 16623/6458/5368 16626/6455/5368 16624/6457/5369</w:t>
        <w:br/>
        <w:t>f 16630/6459/5370 16629/6460/5370 16628/6461/5371</w:t>
        <w:br/>
        <w:t>f 16627/6462/5372 16630/6459/5370 16628/6461/5371</w:t>
        <w:br/>
        <w:t>f 16634/6463/5373 16633/6464/5373 16632/6465/5374</w:t>
        <w:br/>
        <w:t>f 16631/6466/5375 16634/6463/5373 16632/6465/5374</w:t>
        <w:br/>
        <w:t>f 16634/6463/5373 16636/6467/5376 16635/6468/5376</w:t>
        <w:br/>
        <w:t>f 16633/6464/5373 16634/6463/5373 16635/6468/5376</w:t>
        <w:br/>
        <w:t>f 16640/6469/5377 16639/6470/5377 16638/6471/5378</w:t>
        <w:br/>
        <w:t>f 16637/6472/5378 16640/6469/5377 16638/6471/5378</w:t>
        <w:br/>
        <w:t>f 16644/6473/5379 16643/6474/5380 16642/6475/5381</w:t>
        <w:br/>
        <w:t>f 16641/6476/5379 16644/6473/5379 16642/6475/5381</w:t>
        <w:br/>
        <w:t>f 16640/6469/5377 16622/6451/5364 16619/6454/5367</w:t>
        <w:br/>
        <w:t>f 16639/6470/5377 16640/6469/5377 16619/6454/5367</w:t>
        <w:br/>
        <w:t>f 16631/6466/5375 16632/6465/5374 16617/6448/5362</w:t>
        <w:br/>
        <w:t>f 16618/6447/5361 16631/6466/5375 16617/6448/5362</w:t>
        <w:br/>
        <w:t>f 16630/6459/5370 16644/6473/5379 16641/6476/5379</w:t>
        <w:br/>
        <w:t>f 16629/6460/5370 16630/6459/5370 16641/6476/5379</w:t>
        <w:br/>
        <w:t>f 16648/6477/5382 16647/6478/5383 16646/6479/5384</w:t>
        <w:br/>
        <w:t>f 16645/6480/5384 16648/6477/5382 16646/6479/5384</w:t>
        <w:br/>
        <w:t>f 16648/6477/5382 16650/6481/5385 16649/6482/5385</w:t>
        <w:br/>
        <w:t>f 16647/6478/5383 16648/6477/5382 16649/6482/5385</w:t>
        <w:br/>
        <w:t>f 16650/6481/5385 16624/6457/5369 16625/6456/5369</w:t>
        <w:br/>
        <w:t>f 16649/6482/5385 16650/6481/5385 16625/6456/5369</w:t>
        <w:br/>
        <w:t>f 16636/6467/5376 16652/6483/5386 16651/6484/5386</w:t>
        <w:br/>
        <w:t>f 16635/6468/5376 16636/6467/5376 16651/6484/5386</w:t>
        <w:br/>
        <w:t>f 16656/6485/5387 16655/6486/5387 16654/6487/5388</w:t>
        <w:br/>
        <w:t>f 16653/6488/5388 16656/6485/5387 16654/6487/5388</w:t>
        <w:br/>
        <w:t>f 16660/6489/5389 16659/6490/5390 16658/6491/5390</w:t>
        <w:br/>
        <w:t>f 16657/6492/5389 16660/6489/5389 16658/6491/5390</w:t>
        <w:br/>
        <w:t>f 16660/6489/5389 16657/6492/5389 16662/6493/5391</w:t>
        <w:br/>
        <w:t>f 16661/6494/5391 16660/6489/5389 16662/6493/5391</w:t>
        <w:br/>
        <w:t>f 16663/6495/5392 16651/6484/5386 16652/6483/5386</w:t>
        <w:br/>
        <w:t>f 16664/6496/5392 16663/6495/5392 16652/6483/5386</w:t>
        <w:br/>
        <w:t>f 16666/6497/5393 16665/6498/5393 16653/6488/5388</w:t>
        <w:br/>
        <w:t>f 16654/6487/5388 16666/6497/5393 16653/6488/5388</w:t>
        <w:br/>
        <w:t>f 16645/6480/5384 16646/6479/5384 16668/6499/5394</w:t>
        <w:br/>
        <w:t>f 16667/6500/5394 16645/6480/5384 16668/6499/5394</w:t>
        <w:br/>
        <w:t>f 16667/6500/5394 16668/6499/5394 16670/6501/5395</w:t>
        <w:br/>
        <w:t>f 16669/6502/5395 16667/6500/5394 16670/6501/5395</w:t>
        <w:br/>
        <w:t>f 16666/6497/5393 16672/6503/5396 16671/6504/5397</w:t>
        <w:br/>
        <w:t>f 16665/6498/5393 16666/6497/5393 16671/6504/5397</w:t>
        <w:br/>
        <w:t>f 16672/6503/5396 16674/6505/5398 16673/6506/5398</w:t>
        <w:br/>
        <w:t>f 16671/6504/5397 16672/6503/5396 16673/6506/5398</w:t>
        <w:br/>
        <w:t>f 16669/6502/5395 16670/6501/5395 16676/6507/5399</w:t>
        <w:br/>
        <w:t>f 16675/6508/5399 16669/6502/5395 16676/6507/5399</w:t>
        <w:br/>
        <w:t>f 16678/6509/5400 16675/6508/5399 16676/6507/5399</w:t>
        <w:br/>
        <w:t>f 16677/6510/5401 16678/6509/5400 16676/6507/5399</w:t>
        <w:br/>
        <w:t>f 16680/6511/5402 16679/6512/5402 16673/6506/5398</w:t>
        <w:br/>
        <w:t>f 16674/6505/5398 16680/6511/5402 16673/6506/5398</w:t>
        <w:br/>
        <w:t>f 16682/6513/5403 16681/6514/5403 16663/6495/5392</w:t>
        <w:br/>
        <w:t>f 16664/6496/5392 16682/6513/5403 16663/6495/5392</w:t>
        <w:br/>
        <w:t>f 16661/6494/5391 16662/6493/5391 16684/6515/5404</w:t>
        <w:br/>
        <w:t>f 16683/6516/5405 16661/6494/5391 16684/6515/5404</w:t>
        <w:br/>
        <w:t>f 16680/6511/5402 16686/6517/5406 16685/6518/5406</w:t>
        <w:br/>
        <w:t>f 16679/6512/5402 16680/6511/5402 16685/6518/5406</w:t>
        <w:br/>
        <w:t>f 16688/6519/5407 16687/6520/5408 16681/6514/5403</w:t>
        <w:br/>
        <w:t>f 16682/6513/5403 16688/6519/5407 16681/6514/5403</w:t>
        <w:br/>
        <w:t>f 16692/6521/5409 16691/6522/5410 16690/6523/5411</w:t>
        <w:br/>
        <w:t>f 16689/6524/5411 16692/6521/5409 16690/6523/5411</w:t>
        <w:br/>
        <w:t>f 16696/6525/5412 16695/6526/5413 16694/6527/5414</w:t>
        <w:br/>
        <w:t>f 16693/6528/5415 16696/6525/5412 16694/6527/5414</w:t>
        <w:br/>
        <w:t>f 16699/6529/5416 16698/6530/5417 16697/6531/5418</w:t>
        <w:br/>
        <w:t>f 16700/6532/5419 16699/6529/5416 16697/6531/5418</w:t>
        <w:br/>
        <w:t>f 16704/6533/5420 16703/6534/5420 16702/6535/5421</w:t>
        <w:br/>
        <w:t>f 16701/6536/5421 16704/6533/5420 16702/6535/5421</w:t>
        <w:br/>
        <w:t>f 16706/6537/5422 16701/6536/5421 16702/6535/5421</w:t>
        <w:br/>
        <w:t>f 16705/6538/5422 16706/6537/5422 16702/6535/5421</w:t>
        <w:br/>
        <w:t>f 16706/6537/5422 16705/6538/5422 16708/6539/5423</w:t>
        <w:br/>
        <w:t>f 16707/6540/5423 16706/6537/5422 16708/6539/5423</w:t>
        <w:br/>
        <w:t>f 16678/6509/5400 16677/6510/5401 16703/6534/5420</w:t>
        <w:br/>
        <w:t>f 16704/6533/5420 16678/6509/5400 16703/6534/5420</w:t>
        <w:br/>
        <w:t>f 16712/6541/5424 16711/6542/5424 16710/6543/5425</w:t>
        <w:br/>
        <w:t>f 16709/6544/5425 16712/6541/5424 16710/6543/5425</w:t>
        <w:br/>
        <w:t>f 16709/6544/5425 16710/6543/5425 16714/6545/5426</w:t>
        <w:br/>
        <w:t>f 16713/6546/5426 16709/6544/5425 16714/6545/5426</w:t>
        <w:br/>
        <w:t>f 16713/6546/5426 16714/6545/5426 16716/6547/5427</w:t>
        <w:br/>
        <w:t>f 16715/6548/5427 16713/6546/5426 16716/6547/5427</w:t>
        <w:br/>
        <w:t>f 16717/6549/5428 16687/6520/5408 16688/6519/5407</w:t>
        <w:br/>
        <w:t>f 16718/6550/5428 16717/6549/5428 16688/6519/5407</w:t>
        <w:br/>
        <w:t>f 16719/6551/5429 16717/6549/5428 16718/6550/5428</w:t>
        <w:br/>
        <w:t>f 16720/6552/5429 16719/6551/5429 16718/6550/5428</w:t>
        <w:br/>
        <w:t>f 16721/6553/5430 16719/6551/5429 16720/6552/5429</w:t>
        <w:br/>
        <w:t>f 16722/6554/5430 16721/6553/5430 16720/6552/5429</w:t>
        <w:br/>
        <w:t>f 16716/6547/5427 16724/6555/5431 16723/6556/5431</w:t>
        <w:br/>
        <w:t>f 16715/6548/5427 16716/6547/5427 16723/6556/5431</w:t>
        <w:br/>
        <w:t>f 16726/6557/5432 16725/6558/5432 16721/6553/5430</w:t>
        <w:br/>
        <w:t>f 16722/6554/5430 16726/6557/5432 16721/6553/5430</w:t>
        <w:br/>
        <w:t>f 16724/6555/5431 16728/6559/5433 16727/6560/5433</w:t>
        <w:br/>
        <w:t>f 16723/6556/5431 16724/6555/5431 16727/6560/5433</w:t>
        <w:br/>
        <w:t>f 16730/6561/5434 16729/6562/5434 16725/6558/5432</w:t>
        <w:br/>
        <w:t>f 16726/6557/5432 16730/6561/5434 16725/6558/5432</w:t>
        <w:br/>
        <w:t>f 16732/6563/5435 16731/6564/5436 16729/6562/5434</w:t>
        <w:br/>
        <w:t>f 16730/6561/5434 16732/6563/5435 16729/6562/5434</w:t>
        <w:br/>
        <w:t>f 16727/6560/5433 16728/6559/5433 16734/6565/5437</w:t>
        <w:br/>
        <w:t>f 16733/6566/5437 16727/6560/5433 16734/6565/5437</w:t>
        <w:br/>
        <w:t>f 16738/6567/5438 16737/6568/5439 16736/6569/5439</w:t>
        <w:br/>
        <w:t>f 16735/6570/5440 16738/6567/5438 16736/6569/5439</w:t>
        <w:br/>
        <w:t>f 16741/6571/5441 16740/6572/5442 16739/6573/5442</w:t>
        <w:br/>
        <w:t>f 16742/6574/5441 16741/6571/5441 16739/6573/5442</w:t>
        <w:br/>
        <w:t>f 16735/6570/5440 16744/6575/5443 16743/6576/5443</w:t>
        <w:br/>
        <w:t>f 16738/6567/5438 16735/6570/5440 16743/6576/5443</w:t>
        <w:br/>
        <w:t>f 16746/6577/5444 16739/6573/5442 16740/6572/5442</w:t>
        <w:br/>
        <w:t>f 16745/6578/5445 16746/6577/5444 16740/6572/5442</w:t>
        <w:br/>
        <w:t>f 16748/6579/5446 16747/6580/5447 16731/6564/5436</w:t>
        <w:br/>
        <w:t>f 16732/6563/5435 16748/6579/5446 16731/6564/5436</w:t>
        <w:br/>
        <w:t>f 16750/6581/5448 16749/6582/5448 16747/6580/5447</w:t>
        <w:br/>
        <w:t>f 16748/6579/5446 16750/6581/5448 16747/6580/5447</w:t>
        <w:br/>
        <w:t>f 16753/6583/5449 16752/6584/5450 16751/6585/5451</w:t>
        <w:br/>
        <w:t>f 16754/6586/5452 16753/6583/5449 16751/6585/5451</w:t>
        <w:br/>
        <w:t>f 16733/6566/5437 16734/6565/5437 16752/6584/5450</w:t>
        <w:br/>
        <w:t>f 16753/6583/5449 16733/6566/5437 16752/6584/5450</w:t>
        <w:br/>
        <w:t>f 16744/6575/5443 16756/6587/5453 16755/6588/5454</w:t>
        <w:br/>
        <w:t>f 16743/6576/5443 16744/6575/5443 16755/6588/5454</w:t>
        <w:br/>
        <w:t>f 16758/6589/5455 16757/6590/5456 16755/6588/5454</w:t>
        <w:br/>
        <w:t>f 16756/6587/5453 16758/6589/5455 16755/6588/5454</w:t>
        <w:br/>
        <w:t>f 16762/6591/5457 16761/6592/5458 16760/6593/5459</w:t>
        <w:br/>
        <w:t>f 16759/6594/5460 16762/6591/5457 16760/6593/5459</w:t>
        <w:br/>
        <w:t>f 16761/6592/5458 16746/6577/5444 16745/6578/5445</w:t>
        <w:br/>
        <w:t>f 16760/6593/5459 16761/6592/5458 16745/6578/5445</w:t>
        <w:br/>
        <w:t>f 16766/6595/5461 16765/6596/5462 16764/6597/5463</w:t>
        <w:br/>
        <w:t>f 16763/6598/5464 16766/6595/5461 16764/6597/5463</w:t>
        <w:br/>
        <w:t>f 16707/6540/5423 16708/6539/5423 16765/6596/5462</w:t>
        <w:br/>
        <w:t>f 16766/6595/5461 16707/6540/5423 16765/6596/5462</w:t>
        <w:br/>
        <w:t>f 16769/6599/5465 16768/6600/5466 16767/6601/5467</w:t>
        <w:br/>
        <w:t>f 16770/6602/5465 16769/6599/5465 16767/6601/5467</w:t>
        <w:br/>
        <w:t>f 16700/6532/5419 16767/6601/5467 16768/6600/5466</w:t>
        <w:br/>
        <w:t>f 16699/6529/5416 16700/6532/5419 16768/6600/5466</w:t>
        <w:br/>
        <w:t>f 16772/6603/5468 16771/6604/5468 16769/6599/5465</w:t>
        <w:br/>
        <w:t>f 16770/6602/5465 16772/6603/5468 16769/6599/5465</w:t>
        <w:br/>
        <w:t>f 16736/6569/5439 16737/6568/5439 16771/6604/5468</w:t>
        <w:br/>
        <w:t>f 16772/6603/5468 16736/6569/5439 16771/6604/5468</w:t>
        <w:br/>
        <w:t>f 16776/6605/5469 16775/6606/5470 16774/6607/5471</w:t>
        <w:br/>
        <w:t>f 16773/6608/5472 16776/6605/5469 16774/6607/5471</w:t>
        <w:br/>
        <w:t>f 16776/6605/5469 16773/6608/5472 16778/6609/5473</w:t>
        <w:br/>
        <w:t>f 16777/6610/5474 16776/6605/5469 16778/6609/5473</w:t>
        <w:br/>
        <w:t>f 16778/6609/5473 16741/6571/5441 16742/6574/5441</w:t>
        <w:br/>
        <w:t>f 16777/6610/5474 16778/6609/5473 16742/6574/5441</w:t>
        <w:br/>
        <w:t>f 16763/6598/5464 16764/6597/5463 16780/6611/5475</w:t>
        <w:br/>
        <w:t>f 16779/6612/5475 16763/6598/5464 16780/6611/5475</w:t>
        <w:br/>
        <w:t>f 16784/6613/5476 16783/6614/5476 16782/6615/5477</w:t>
        <w:br/>
        <w:t>f 16781/6616/5477 16784/6613/5476 16782/6615/5477</w:t>
        <w:br/>
        <w:t>f 16781/6616/5477 16782/6615/5477 16786/6617/5478</w:t>
        <w:br/>
        <w:t>f 16785/6618/5478 16781/6616/5477 16786/6617/5478</w:t>
        <w:br/>
        <w:t>f 16779/6612/5475 16780/6611/5475 16788/6619/5479</w:t>
        <w:br/>
        <w:t>f 16787/6620/5479 16779/6612/5475 16788/6619/5479</w:t>
        <w:br/>
        <w:t>f 16790/6621/5480 16789/6622/5480 16783/6614/5476</w:t>
        <w:br/>
        <w:t>f 16784/6613/5476 16790/6621/5480 16783/6614/5476</w:t>
        <w:br/>
        <w:t>f 16792/6623/5481 16791/6624/5481 16789/6622/5480</w:t>
        <w:br/>
        <w:t>f 16790/6621/5480 16792/6623/5481 16789/6622/5480</w:t>
        <w:br/>
        <w:t>f 16787/6620/5479 16788/6619/5479 16794/6625/5482</w:t>
        <w:br/>
        <w:t>f 16793/6626/5483 16787/6620/5479 16794/6625/5482</w:t>
        <w:br/>
        <w:t>f 16796/6627/5484 16795/6628/5485 16791/6624/5481</w:t>
        <w:br/>
        <w:t>f 16792/6623/5481 16796/6627/5484 16791/6624/5481</w:t>
        <w:br/>
        <w:t>f 16793/6626/5483 16794/6625/5482 16798/6629/5486</w:t>
        <w:br/>
        <w:t>f 16797/6630/5487 16793/6626/5483 16798/6629/5486</w:t>
        <w:br/>
        <w:t>f 16797/6630/5487 16798/6629/5486 16800/6631/5488</w:t>
        <w:br/>
        <w:t>f 16799/6632/5489 16797/6630/5487 16800/6631/5488</w:t>
        <w:br/>
        <w:t>f 16799/6632/5489 16800/6631/5488 16802/6633/5490</w:t>
        <w:br/>
        <w:t>f 16801/6634/5490 16799/6632/5489 16802/6633/5490</w:t>
        <w:br/>
        <w:t>f 16804/6635/5491 16803/6636/5492 16795/6628/5485</w:t>
        <w:br/>
        <w:t>f 16796/6627/5484 16804/6635/5491 16795/6628/5485</w:t>
        <w:br/>
        <w:t>f 16804/6635/5491 16806/6637/5493 16805/6638/5494</w:t>
        <w:br/>
        <w:t>f 16803/6636/5492 16804/6635/5491 16805/6638/5494</w:t>
        <w:br/>
        <w:t>f 16808/6639/5495 16807/6640/5495 16805/6638/5494</w:t>
        <w:br/>
        <w:t>f 16806/6637/5493 16808/6639/5495 16805/6638/5494</w:t>
        <w:br/>
        <w:t>f 16810/6641/5496 16801/6634/5490 16802/6633/5490</w:t>
        <w:br/>
        <w:t>f 16809/6642/5496 16810/6641/5496 16802/6633/5490</w:t>
        <w:br/>
        <w:t>f 16814/6643/5497 16813/6644/5497 16812/6645/5498</w:t>
        <w:br/>
        <w:t>f 16811/6646/5499 16814/6643/5497 16812/6645/5498</w:t>
        <w:br/>
        <w:t>f 16818/6647/5500 16817/6648/5500 16816/6649/5501</w:t>
        <w:br/>
        <w:t>f 16815/6650/5502 16818/6647/5500 16816/6649/5501</w:t>
        <w:br/>
        <w:t>f 16696/6525/5412 16693/6528/5415 16711/6542/5424</w:t>
        <w:br/>
        <w:t>f 16712/6541/5424 16696/6525/5412 16711/6542/5424</w:t>
        <w:br/>
        <w:t>f 16820/6651/5503 16754/6586/5452 16751/6585/5451</w:t>
        <w:br/>
        <w:t>f 16819/6652/5503 16820/6651/5503 16751/6585/5451</w:t>
        <w:br/>
        <w:t>f 16824/6653/5504 16823/6654/5505 16822/6655/5506</w:t>
        <w:br/>
        <w:t>f 16821/6656/5507 16824/6653/5504 16822/6655/5506</w:t>
        <w:br/>
        <w:t>f 16821/6656/5508 16631/6466/5509 16826/6657/5510</w:t>
        <w:br/>
        <w:t>f 16825/6658/5510 16821/6656/5508 16826/6657/5510</w:t>
        <w:br/>
        <w:t>f 16825/6658/5510 16826/6657/5510 16828/6659/5511</w:t>
        <w:br/>
        <w:t>f 16827/6660/5512 16825/6658/5510 16828/6659/5511</w:t>
        <w:br/>
        <w:t>f 16830/6661/5513 16823/6654/5505 16824/6653/5504</w:t>
        <w:br/>
        <w:t>f 16829/6662/5514 16830/6661/5513 16824/6653/5504</w:t>
        <w:br/>
        <w:t>f 16831/6663/5515 16830/6661/5513 16829/6662/5514</w:t>
        <w:br/>
        <w:t>f 16833/6664/5516 16831/6663/5515 16829/6662/5514</w:t>
        <w:br/>
        <w:t>f 16832/6665/5516 16833/6664/5516 16829/6662/5514</w:t>
        <w:br/>
        <w:t>f 16832/6665/5516 16835/6666/5517 16834/6667/5517</w:t>
        <w:br/>
        <w:t>f 16833/6664/5516 16832/6665/5516 16834/6667/5517</w:t>
        <w:br/>
        <w:t>f 16839/6668/5518 16838/6669/5519 16837/6670/5520</w:t>
        <w:br/>
        <w:t>f 16836/6671/5520 16839/6668/5518 16837/6670/5520</w:t>
        <w:br/>
        <w:t>f 16841/6672/5521 16840/6673/5521 16838/6669/5519</w:t>
        <w:br/>
        <w:t>f 16830/6661/5513 16841/6672/5521 16838/6669/5519</w:t>
        <w:br/>
        <w:t>f 16840/6673/5521 16841/6672/5521 16843/6674/5522</w:t>
        <w:br/>
        <w:t>f 16842/6675/5523 16840/6673/5521 16843/6674/5522</w:t>
        <w:br/>
        <w:t>f 16845/6676/5524 16844/6677/5525 16842/6675/5523</w:t>
        <w:br/>
        <w:t>f 16843/6674/5522 16845/6676/5524 16842/6675/5523</w:t>
        <w:br/>
        <w:t>f 16847/6678/5526 16844/6677/5525 16845/6676/5524</w:t>
        <w:br/>
        <w:t>f 16846/6679/5527 16847/6678/5526 16845/6676/5524</w:t>
        <w:br/>
        <w:t>f 16849/6680/5528 16848/6681/5528 16836/6671/5520</w:t>
        <w:br/>
        <w:t>f 16837/6670/5520 16849/6680/5528 16836/6671/5520</w:t>
        <w:br/>
        <w:t>f 16851/6682/5529 16848/6681/5528 16849/6680/5528</w:t>
        <w:br/>
        <w:t>f 16850/6683/5530 16851/6682/5529 16849/6680/5528</w:t>
        <w:br/>
        <w:t>f 16855/6684/5531 16854/6685/5531 16853/6686/5532</w:t>
        <w:br/>
        <w:t>f 16852/6687/5533 16855/6684/5531 16853/6686/5532</w:t>
        <w:br/>
        <w:t>f 16859/6688/5534 16858/6689/5534 16857/6690/5535</w:t>
        <w:br/>
        <w:t>f 16856/6691/5535 16859/6688/5534 16857/6690/5535</w:t>
        <w:br/>
        <w:t>f 16859/6688/5534 16861/6692/5536 16860/6693/5537</w:t>
        <w:br/>
        <w:t>f 16858/6689/5534 16859/6688/5534 16860/6693/5537</w:t>
        <w:br/>
        <w:t>f 16863/6694/5538 16860/6693/5537 16861/6692/5536</w:t>
        <w:br/>
        <w:t>f 16862/6695/5538 16863/6694/5538 16861/6692/5536</w:t>
        <w:br/>
        <w:t>f 16865/6696/5539 16864/6697/5539 16863/6694/5538</w:t>
        <w:br/>
        <w:t>f 16862/6695/5538 16865/6696/5539 16863/6694/5538</w:t>
        <w:br/>
        <w:t>f 16866/6698/5540 16732/6563/5541 16864/6697/5539</w:t>
        <w:br/>
        <w:t>f 16865/6696/5539 16866/6698/5540 16864/6697/5539</w:t>
        <w:br/>
        <w:t>f 16870/6699/5542 16869/6700/5543 16868/6701/5544</w:t>
        <w:br/>
        <w:t>f 16867/6702/5542 16870/6699/5542 16868/6701/5544</w:t>
        <w:br/>
        <w:t>f 16869/6700/5543 16746/6577/5545 16871/6703/5546</w:t>
        <w:br/>
        <w:t>f 16868/6701/5544 16869/6700/5543 16871/6703/5546</w:t>
        <w:br/>
        <w:t>f 16873/6704/5547 16866/6698/5540 16872/6705/5548</w:t>
        <w:br/>
        <w:t>f 16748/6579/5549 16873/6704/5547 16872/6705/5548</w:t>
        <w:br/>
        <w:t>f 16746/6577/5545 16875/6706/5550 16874/6707/5550</w:t>
        <w:br/>
        <w:t>f 16871/6703/5546 16746/6577/5545 16874/6707/5550</w:t>
        <w:br/>
        <w:t>f 16877/6708/5551 16847/6678/5526 16876/6709/5552</w:t>
        <w:br/>
        <w:t>f 16881/6710/5553 16880/6711/5554 16879/6712/5555</w:t>
        <w:br/>
        <w:t>f 16878/6713/5556 16881/6710/5553 16879/6712/5555</w:t>
        <w:br/>
        <w:t>f 16885/6714/5557 16884/6715/5558 16883/6716/5559</w:t>
        <w:br/>
        <w:t>f 16882/6717/5560 16885/6714/5557 16883/6716/5559</w:t>
        <w:br/>
        <w:t>f 16870/6699/5542 16867/6702/5542 16884/6715/5558</w:t>
        <w:br/>
        <w:t>f 16885/6714/5557 16870/6699/5542 16884/6715/5558</w:t>
        <w:br/>
        <w:t>f 16889/6718/5561 16888/6719/5561 16887/6720/5562</w:t>
        <w:br/>
        <w:t>f 16886/6721/5563 16889/6718/5561 16887/6720/5562</w:t>
        <w:br/>
        <w:t>f 16891/6722/5564 16890/6723/5564 16886/6721/5563</w:t>
        <w:br/>
        <w:t>f 16887/6720/5562 16891/6722/5564 16886/6721/5563</w:t>
        <w:br/>
        <w:t>f 16893/6724/5565 16892/6725/5565 16890/6723/5564</w:t>
        <w:br/>
        <w:t>f 16891/6722/5564 16893/6724/5565 16890/6723/5564</w:t>
        <w:br/>
        <w:t>f 16897/6726/5566 16896/6727/5566 16895/6728/5567</w:t>
        <w:br/>
        <w:t>f 16894/6729/5568 16897/6726/5566 16895/6728/5567</w:t>
        <w:br/>
        <w:t>f 16878/6713/5556 16898/6730/5569 16881/6710/5553</w:t>
        <w:br/>
        <w:t>f 16881/6710/5553 16898/6730/5569 16883/6716/5559</w:t>
        <w:br/>
        <w:t>f 16883/6716/5559 16898/6730/5569 16882/6717/5560</w:t>
        <w:br/>
        <w:t>f 16898/6730/5569 16878/6713/5556 16888/6719/5561</w:t>
        <w:br/>
        <w:t>f 16889/6718/5561 16898/6730/5569 16888/6719/5561</w:t>
        <w:br/>
        <w:t>f 16897/6726/5566 16900/6731/5570 16899/6732/5571</w:t>
        <w:br/>
        <w:t>f 16896/6727/5566 16897/6726/5566 16899/6732/5571</w:t>
        <w:br/>
        <w:t>f 16900/6731/5570 16902/6733/5572 16901/6734/5573</w:t>
        <w:br/>
        <w:t>f 16899/6732/5571 16900/6731/5570 16901/6734/5573</w:t>
        <w:br/>
        <w:t>f 16875/6706/5550 16904/6735/5574 16903/6736/5574</w:t>
        <w:br/>
        <w:t>f 16874/6707/5550 16875/6706/5550 16903/6736/5574</w:t>
        <w:br/>
        <w:t>f 16857/6690/5535 16906/6737/5575 16905/6738/5576</w:t>
        <w:br/>
        <w:t>f 16856/6691/5535 16857/6690/5535 16905/6738/5576</w:t>
        <w:br/>
        <w:t>f 16879/6712/5555 16880/6711/5554 16908/6739/5577</w:t>
        <w:br/>
        <w:t>f 16907/6740/5577 16879/6712/5555 16908/6739/5577</w:t>
        <w:br/>
        <w:t>f 16892/6725/5565 16893/6724/5565 16894/6729/5568</w:t>
        <w:br/>
        <w:t>f 16895/6728/5567 16892/6725/5565 16894/6729/5568</w:t>
        <w:br/>
        <w:t>f 16911/6741/5578 16753/6583/5579 16910/6742/5580</w:t>
        <w:br/>
        <w:t>f 16909/6743/5581 16911/6741/5578 16910/6742/5580</w:t>
        <w:br/>
        <w:t>f 16851/6682/5529 16850/6683/5530 16906/6737/5575</w:t>
        <w:br/>
        <w:t>f 16850/6683/5530 16696/6525/5412 16905/6738/5576</w:t>
        <w:br/>
        <w:t>f 16906/6737/5575 16850/6683/5530 16905/6738/5576</w:t>
        <w:br/>
        <w:t>f 16823/6654/5505 16838/6669/5519 16839/6668/5518</w:t>
        <w:br/>
        <w:t>f 16830/6661/5513 16838/6669/5519 16823/6654/5505</w:t>
        <w:br/>
        <w:t>f 16846/6679/5527 16912/6744/5582 16876/6709/5552</w:t>
        <w:br/>
        <w:t>f 16847/6678/5526 16846/6679/5527 16876/6709/5552</w:t>
        <w:br/>
        <w:t>f 16907/6740/5577 16908/6739/5577 16854/6685/5531</w:t>
        <w:br/>
        <w:t>f 16855/6684/5531 16907/6740/5577 16854/6685/5531</w:t>
        <w:br/>
        <w:t>f 16691/6522/5410 16692/6521/5409 16697/6531/5418</w:t>
        <w:br/>
        <w:t>f 16698/6530/5417 16691/6522/5410 16697/6531/5418</w:t>
        <w:br/>
        <w:t>f 16912/6744/5582 16852/6687/5533 16853/6686/5532</w:t>
        <w:br/>
        <w:t>f 16876/6709/5552 16912/6744/5582 16853/6686/5532</w:t>
        <w:br/>
        <w:t>f 16695/6526/5413 16696/6525/5412 16850/6683/5530</w:t>
        <w:br/>
        <w:t>f 16877/6708/5551 16695/6526/5413 16850/6683/5530</w:t>
        <w:br/>
        <w:t>f 16877/6708/5551 16876/6709/5552 16695/6526/5413</w:t>
        <w:br/>
        <w:t>f 16915/6745/5363 16914/6746/5583 16913/6747/5583</w:t>
        <w:br/>
        <w:t>f 16615/6450/5363 16915/6745/5363 16913/6747/5583</w:t>
        <w:br/>
        <w:t>f 16917/6748/5584 16916/6749/5584 16620/6453/5366</w:t>
        <w:br/>
        <w:t>f 16621/6452/5365 16917/6748/5584 16620/6453/5366</w:t>
        <w:br/>
        <w:t>f 16920/6750/5585 16919/6751/5585 16626/6455/5586</w:t>
        <w:br/>
        <w:t>f 16918/6752/5586 16920/6750/5585 16626/6455/5586</w:t>
        <w:br/>
        <w:t>f 16628/6461/5371 16922/6753/5587 16921/6754/5587</w:t>
        <w:br/>
        <w:t>f 16627/6462/5372 16628/6461/5371 16921/6754/5587</w:t>
        <w:br/>
        <w:t>f 16926/6755/5588 16925/6756/5589 16924/6757/5589</w:t>
        <w:br/>
        <w:t>f 16923/6758/5590 16926/6755/5588 16924/6757/5589</w:t>
        <w:br/>
        <w:t>f 16924/6757/5589 16925/6756/5589 16928/6759/5591</w:t>
        <w:br/>
        <w:t>f 16927/6760/5591 16924/6757/5589 16928/6759/5591</w:t>
        <w:br/>
        <w:t>f 16932/6761/5592 16931/6762/5593 16930/6763/5594</w:t>
        <w:br/>
        <w:t>f 16929/6764/5595 16932/6761/5592 16930/6763/5594</w:t>
        <w:br/>
        <w:t>f 16936/6765/5596 16935/6766/5596 16934/6767/5597</w:t>
        <w:br/>
        <w:t>f 16933/6768/5598 16936/6765/5596 16934/6767/5597</w:t>
        <w:br/>
        <w:t>f 16930/6763/5594 16931/6762/5593 16916/6749/5584</w:t>
        <w:br/>
        <w:t>f 16917/6748/5584 16930/6763/5594 16916/6749/5584</w:t>
        <w:br/>
        <w:t>f 16914/6746/5583 16926/6755/5588 16923/6758/5590</w:t>
        <w:br/>
        <w:t>f 16913/6747/5583 16914/6746/5583 16923/6758/5590</w:t>
        <w:br/>
        <w:t>f 16921/6754/5587 16922/6753/5587 16935/6766/5596</w:t>
        <w:br/>
        <w:t>f 16936/6765/5596 16921/6754/5587 16935/6766/5596</w:t>
        <w:br/>
        <w:t>f 16940/6769/5599 16939/6770/5600 16938/6771/5601</w:t>
        <w:br/>
        <w:t>f 16937/6772/5599 16940/6769/5599 16938/6771/5601</w:t>
        <w:br/>
        <w:t>f 16942/6773/5602 16941/6774/5603 16938/6771/5601</w:t>
        <w:br/>
        <w:t>f 16939/6770/5600 16942/6773/5602 16938/6771/5601</w:t>
        <w:br/>
        <w:t>f 16941/6774/5603 16942/6773/5602 16919/6751/5585</w:t>
        <w:br/>
        <w:t>f 16920/6750/5585 16941/6774/5603 16919/6751/5585</w:t>
        <w:br/>
        <w:t>f 16927/6760/5591 16928/6759/5591 16944/6775/5604</w:t>
        <w:br/>
        <w:t>f 16943/6776/5604 16927/6760/5591 16944/6775/5604</w:t>
        <w:br/>
        <w:t>f 16948/6777/5605 16947/6778/5606 16946/6779/5607</w:t>
        <w:br/>
        <w:t>f 16945/6780/5608 16948/6777/5605 16946/6779/5607</w:t>
        <w:br/>
        <w:t>f 16952/6781/5609 16951/6782/5610 16950/6783/5611</w:t>
        <w:br/>
        <w:t>f 16949/6784/5611 16952/6781/5609 16950/6783/5611</w:t>
        <w:br/>
        <w:t>f 16954/6785/5612 16951/6782/5610 16952/6781/5609</w:t>
        <w:br/>
        <w:t>f 16953/6786/5613 16954/6785/5612 16952/6781/5609</w:t>
        <w:br/>
        <w:t>f 16956/6787/5614 16955/6788/5614 16943/6776/5604</w:t>
        <w:br/>
        <w:t>f 16944/6775/5604 16956/6787/5614 16943/6776/5604</w:t>
        <w:br/>
        <w:t>f 16947/6778/5606 16958/6789/5615 16957/6790/5615</w:t>
        <w:br/>
        <w:t>f 16946/6779/5607 16947/6778/5606 16957/6790/5615</w:t>
        <w:br/>
        <w:t>f 16960/6791/5616 16940/6769/5599 16937/6772/5599</w:t>
        <w:br/>
        <w:t>f 16959/6792/5616 16960/6791/5616 16937/6772/5599</w:t>
        <w:br/>
        <w:t>f 16962/6793/5617 16960/6791/5616 16959/6792/5616</w:t>
        <w:br/>
        <w:t>f 16961/6794/5617 16962/6793/5617 16959/6792/5616</w:t>
        <w:br/>
        <w:t>f 16957/6790/5615 16958/6789/5615 16964/6795/5618</w:t>
        <w:br/>
        <w:t>f 16963/6796/5619 16957/6790/5615 16964/6795/5618</w:t>
        <w:br/>
        <w:t>f 16963/6796/5619 16964/6795/5618 16966/6797/5620</w:t>
        <w:br/>
        <w:t>f 16965/6798/5621 16963/6796/5619 16966/6797/5620</w:t>
        <w:br/>
        <w:t>f 16968/6799/5622 16962/6793/5617 16961/6794/5617</w:t>
        <w:br/>
        <w:t>f 16967/6800/5622 16968/6799/5622 16961/6794/5617</w:t>
        <w:br/>
        <w:t>f 16970/6801/5623 16969/6802/5623 16968/6799/5622</w:t>
        <w:br/>
        <w:t>f 16967/6800/5622 16970/6801/5623 16968/6799/5622</w:t>
        <w:br/>
        <w:t>f 16966/6797/5620 16972/6803/5624 16971/6804/5625</w:t>
        <w:br/>
        <w:t>f 16965/6798/5621 16966/6797/5620 16971/6804/5625</w:t>
        <w:br/>
        <w:t>f 16956/6787/5614 16974/6805/5626 16973/6806/5627</w:t>
        <w:br/>
        <w:t>f 16955/6788/5614 16956/6787/5614 16973/6806/5627</w:t>
        <w:br/>
        <w:t>f 16976/6807/5628 16954/6785/5612 16953/6786/5613</w:t>
        <w:br/>
        <w:t>f 16975/6808/5628 16976/6807/5628 16953/6786/5613</w:t>
        <w:br/>
        <w:t>f 16971/6804/5625 16972/6803/5624 16978/6809/5629</w:t>
        <w:br/>
        <w:t>f 16977/6810/5629 16971/6804/5625 16978/6809/5629</w:t>
        <w:br/>
        <w:t>f 16974/6805/5626 16980/6811/5630 16979/6812/5631</w:t>
        <w:br/>
        <w:t>f 16973/6806/5627 16974/6805/5626 16979/6812/5631</w:t>
        <w:br/>
        <w:t>f 16984/6813/5632 16983/6814/5633 16982/6815/5634</w:t>
        <w:br/>
        <w:t>f 16981/6816/5635 16984/6813/5632 16982/6815/5634</w:t>
        <w:br/>
        <w:t>f 16988/6817/5636 16987/6818/5637 16986/6819/5638</w:t>
        <w:br/>
        <w:t>f 16985/6820/5639 16988/6817/5636 16986/6819/5638</w:t>
        <w:br/>
        <w:t>f 16991/6821/5640 16990/6822/5641 16989/6823/5642</w:t>
        <w:br/>
        <w:t>f 16992/6824/5642 16991/6821/5640 16989/6823/5642</w:t>
        <w:br/>
        <w:t>f 16996/6825/5643 16995/6826/5644 16994/6827/5644</w:t>
        <w:br/>
        <w:t>f 16993/6828/5643 16996/6825/5643 16994/6827/5644</w:t>
        <w:br/>
        <w:t>f 16998/6829/5645 16997/6830/5646 16996/6825/5643</w:t>
        <w:br/>
        <w:t>f 16993/6828/5643 16998/6829/5645 16996/6825/5643</w:t>
        <w:br/>
        <w:t>f 17000/6831/5647 16997/6830/5646 16998/6829/5645</w:t>
        <w:br/>
        <w:t>f 16999/6832/5647 17000/6831/5647 16998/6829/5645</w:t>
        <w:br/>
        <w:t>f 16995/6826/5644 16969/6802/5623 16970/6801/5623</w:t>
        <w:br/>
        <w:t>f 16994/6827/5644 16995/6826/5644 16970/6801/5623</w:t>
        <w:br/>
        <w:t>f 17004/6833/5648 17003/6834/5649 17002/6835/5649</w:t>
        <w:br/>
        <w:t>f 17001/6836/5648 17004/6833/5648 17002/6835/5649</w:t>
        <w:br/>
        <w:t>f 17006/6837/5650 17004/6833/5648 17001/6836/5648</w:t>
        <w:br/>
        <w:t>f 17005/6838/5650 17006/6837/5650 17001/6836/5648</w:t>
        <w:br/>
        <w:t>f 17008/6839/5651 17006/6837/5650 17005/6838/5650</w:t>
        <w:br/>
        <w:t>f 17007/6840/5651 17008/6839/5651 17005/6838/5650</w:t>
        <w:br/>
        <w:t>f 17010/6841/5652 17009/6842/5652 16979/6812/5631</w:t>
        <w:br/>
        <w:t>f 16980/6811/5630 17010/6841/5652 16979/6812/5631</w:t>
        <w:br/>
        <w:t>f 17012/6843/5653 17011/6844/5653 17009/6842/5652</w:t>
        <w:br/>
        <w:t>f 17010/6841/5652 17012/6843/5653 17009/6842/5652</w:t>
        <w:br/>
        <w:t>f 17014/6845/5654 17013/6846/5654 17011/6844/5653</w:t>
        <w:br/>
        <w:t>f 17012/6843/5653 17014/6845/5654 17011/6844/5653</w:t>
        <w:br/>
        <w:t>f 17008/6839/5651 17007/6840/5651 17015/6847/5655</w:t>
        <w:br/>
        <w:t>f 17016/6848/5656 17008/6839/5651 17015/6847/5655</w:t>
        <w:br/>
        <w:t>f 17014/6845/5654 17018/6849/5657 17017/6850/5657</w:t>
        <w:br/>
        <w:t>f 17013/6846/5654 17014/6845/5654 17017/6850/5657</w:t>
        <w:br/>
        <w:t>f 17016/6848/5656 17015/6847/5655 17019/6851/5658</w:t>
        <w:br/>
        <w:t>f 17020/6852/5659 17016/6848/5656 17019/6851/5658</w:t>
        <w:br/>
        <w:t>f 17018/6849/5657 17022/6853/5660 17021/6854/5660</w:t>
        <w:br/>
        <w:t>f 17017/6850/5657 17018/6849/5657 17021/6854/5660</w:t>
        <w:br/>
        <w:t>f 17022/6853/5660 17024/6855/5661 17023/6856/5662</w:t>
        <w:br/>
        <w:t>f 17021/6854/5660 17022/6853/5660 17023/6856/5662</w:t>
        <w:br/>
        <w:t>f 17026/6857/5663 17020/6852/5659 17019/6851/5658</w:t>
        <w:br/>
        <w:t>f 17025/6858/5663 17026/6857/5663 17019/6851/5658</w:t>
        <w:br/>
        <w:t>f 17030/6859/5664 17029/6860/5665 17028/6861/5666</w:t>
        <w:br/>
        <w:t>f 17027/6862/5666 17030/6859/5664 17028/6861/5666</w:t>
        <w:br/>
        <w:t>f 17033/6863/5667 17032/6864/5667 17031/6865/5668</w:t>
        <w:br/>
        <w:t>f 17034/6866/5669 17033/6863/5667 17031/6865/5668</w:t>
        <w:br/>
        <w:t>f 17029/6860/5665 17030/6859/5664 17036/6867/5670</w:t>
        <w:br/>
        <w:t>f 17035/6868/5670 17029/6860/5665 17036/6867/5670</w:t>
        <w:br/>
        <w:t>f 17038/6869/5671 17037/6870/5672 17034/6866/5669</w:t>
        <w:br/>
        <w:t>f 17031/6865/5668 17038/6869/5671 17034/6866/5669</w:t>
        <w:br/>
        <w:t>f 17024/6855/5661 17040/6871/5673 17039/6872/5674</w:t>
        <w:br/>
        <w:t>f 17023/6856/5662 17024/6855/5661 17039/6872/5674</w:t>
        <w:br/>
        <w:t>f 17040/6871/5673 17042/6873/5675 17041/6874/5675</w:t>
        <w:br/>
        <w:t>f 17039/6872/5674 17040/6871/5673 17041/6874/5675</w:t>
        <w:br/>
        <w:t>f 17045/6875/5676 17044/6876/5677 17043/6877/5678</w:t>
        <w:br/>
        <w:t>f 17046/6878/5676 17045/6875/5676 17043/6877/5678</w:t>
        <w:br/>
        <w:t>f 17044/6876/5677 17026/6857/5663 17025/6858/5663</w:t>
        <w:br/>
        <w:t>f 17043/6877/5678 17044/6876/5677 17025/6858/5663</w:t>
        <w:br/>
        <w:t>f 17035/6868/5670 17036/6867/5670 17048/6879/5679</w:t>
        <w:br/>
        <w:t>f 17047/6880/5680 17035/6868/5670 17048/6879/5679</w:t>
        <w:br/>
        <w:t>f 17048/6879/5679 17050/6881/5681 17049/6882/5681</w:t>
        <w:br/>
        <w:t>f 17047/6880/5680 17048/6879/5679 17049/6882/5681</w:t>
        <w:br/>
        <w:t>f 17054/6883/5682 17053/6884/5682 17052/6885/5683</w:t>
        <w:br/>
        <w:t>f 17051/6886/5684 17054/6883/5682 17052/6885/5683</w:t>
        <w:br/>
        <w:t>f 17051/6886/5684 17052/6885/5683 17037/6870/5672</w:t>
        <w:br/>
        <w:t>f 17038/6869/5671 17051/6886/5684 17037/6870/5672</w:t>
        <w:br/>
        <w:t>f 17058/6887/5685 17057/6888/5686 17056/6889/5687</w:t>
        <w:br/>
        <w:t>f 17055/6890/5685 17058/6887/5685 17056/6889/5687</w:t>
        <w:br/>
        <w:t>f 17057/6888/5686 17000/6831/5647 16999/6832/5647</w:t>
        <w:br/>
        <w:t>f 17056/6889/5687 17057/6888/5686 16999/6832/5647</w:t>
        <w:br/>
        <w:t>f 17061/6891/5688 17060/6892/5688 17059/6893/5689</w:t>
        <w:br/>
        <w:t>f 17062/6894/5689 17061/6891/5688 17059/6893/5689</w:t>
        <w:br/>
        <w:t>f 16990/6822/5641 16991/6821/5640 17062/6894/5689</w:t>
        <w:br/>
        <w:t>f 17059/6893/5689 16990/6822/5641 17062/6894/5689</w:t>
        <w:br/>
        <w:t>f 17061/6891/5688 17064/6895/5690 17063/6896/5690</w:t>
        <w:br/>
        <w:t>f 17060/6892/5688 17061/6891/5688 17063/6896/5690</w:t>
        <w:br/>
        <w:t>f 17064/6895/5690 17027/6862/5666 17028/6861/5666</w:t>
        <w:br/>
        <w:t>f 17063/6896/5690 17064/6895/5690 17028/6861/5666</w:t>
        <w:br/>
        <w:t>f 17068/6897/5691 17067/6898/5692 17066/6899/5693</w:t>
        <w:br/>
        <w:t>f 17065/6900/5694 17068/6897/5691 17066/6899/5693</w:t>
        <w:br/>
        <w:t>f 17070/6901/5695 17067/6898/5692 17068/6897/5691</w:t>
        <w:br/>
        <w:t>f 17069/6902/5696 17070/6901/5695 17068/6897/5691</w:t>
        <w:br/>
        <w:t>f 17070/6901/5695 17069/6902/5696 17032/6864/5667</w:t>
        <w:br/>
        <w:t>f 17033/6863/5667 17070/6901/5695 17032/6864/5667</w:t>
        <w:br/>
        <w:t>f 17072/6903/5697 17058/6887/5685 17055/6890/5685</w:t>
        <w:br/>
        <w:t>f 17071/6904/5698 17072/6903/5697 17055/6890/5685</w:t>
        <w:br/>
        <w:t>f 17076/6905/5699 17075/6906/5700 17074/6907/5700</w:t>
        <w:br/>
        <w:t>f 17073/6908/5699 17076/6905/5699 17074/6907/5700</w:t>
        <w:br/>
        <w:t>f 17078/6909/5701 17076/6905/5699 17073/6908/5699</w:t>
        <w:br/>
        <w:t>f 17077/6910/5701 17078/6909/5701 17073/6908/5699</w:t>
        <w:br/>
        <w:t>f 17080/6911/5702 17072/6903/5697 17071/6904/5698</w:t>
        <w:br/>
        <w:t>f 17079/6912/5702 17080/6911/5702 17071/6904/5698</w:t>
        <w:br/>
        <w:t>f 17075/6906/5700 17082/6913/5703 17081/6914/5703</w:t>
        <w:br/>
        <w:t>f 17074/6907/5700 17075/6906/5700 17081/6914/5703</w:t>
        <w:br/>
        <w:t>f 17082/6913/5703 17084/6915/5704 17083/6916/5704</w:t>
        <w:br/>
        <w:t>f 17081/6914/5703 17082/6913/5703 17083/6916/5704</w:t>
        <w:br/>
        <w:t>f 17086/6917/5705 17080/6911/5702 17079/6912/5702</w:t>
        <w:br/>
        <w:t>f 17085/6918/5706 17086/6917/5705 17079/6912/5702</w:t>
        <w:br/>
        <w:t>f 17084/6915/5704 17088/6919/5707 17087/6920/5707</w:t>
        <w:br/>
        <w:t>f 17083/6916/5704 17084/6915/5704 17087/6920/5707</w:t>
        <w:br/>
        <w:t>f 17090/6921/5708 17086/6917/5705 17085/6918/5706</w:t>
        <w:br/>
        <w:t>f 17089/6922/5708 17090/6921/5708 17085/6918/5706</w:t>
        <w:br/>
        <w:t>f 17092/6923/5709 17090/6921/5708 17089/6922/5708</w:t>
        <w:br/>
        <w:t>f 17091/6924/5710 17092/6923/5709 17089/6922/5708</w:t>
        <w:br/>
        <w:t>f 17094/6925/5711 17092/6923/5709 17091/6924/5710</w:t>
        <w:br/>
        <w:t>f 17093/6926/5711 17094/6925/5711 17091/6924/5710</w:t>
        <w:br/>
        <w:t>f 17088/6919/5707 17096/6927/5712 17095/6928/5713</w:t>
        <w:br/>
        <w:t>f 17087/6920/5707 17088/6919/5707 17095/6928/5713</w:t>
        <w:br/>
        <w:t>f 17095/6928/5713 17096/6927/5712 17098/6929/5714</w:t>
        <w:br/>
        <w:t>f 17097/6930/5715 17095/6928/5713 17098/6929/5714</w:t>
        <w:br/>
        <w:t>f 17098/6929/5714 17100/6931/5716 17099/6932/5716</w:t>
        <w:br/>
        <w:t>f 17097/6930/5715 17098/6929/5714 17099/6932/5716</w:t>
        <w:br/>
        <w:t>f 17102/6933/5717 17101/6934/5717 17094/6925/5711</w:t>
        <w:br/>
        <w:t>f 17093/6926/5711 17102/6933/5717 17094/6925/5711</w:t>
        <w:br/>
        <w:t>f 17106/6935/5718 17105/6936/5718 17104/6937/5718</w:t>
        <w:br/>
        <w:t>f 17103/6938/5718 17106/6935/5718 17104/6937/5718</w:t>
        <w:br/>
        <w:t>f 17110/6939/5719 17109/6940/5720 17108/6941/5721</w:t>
        <w:br/>
        <w:t>f 17107/6942/5722 17110/6939/5719 17108/6941/5721</w:t>
        <w:br/>
        <w:t>f 16988/6817/5636 17002/6835/5649 17003/6834/5649</w:t>
        <w:br/>
        <w:t>f 16987/6818/5637 16988/6817/5636 17003/6834/5649</w:t>
        <w:br/>
        <w:t>f 17112/6943/5723 17111/6944/5724 17045/6875/5676</w:t>
        <w:br/>
        <w:t>f 17046/6878/5676 17112/6943/5723 17045/6875/5676</w:t>
        <w:br/>
        <w:t>f 17116/6945/5725 17115/6946/5726 17114/6947/5727</w:t>
        <w:br/>
        <w:t>f 17113/6948/5728 17116/6945/5725 17114/6947/5727</w:t>
        <w:br/>
        <w:t>f 17113/6948/5728 17118/6949/5729 17117/6950/5730</w:t>
        <w:br/>
        <w:t>f 16923/6758/5590 17113/6948/5728 17117/6950/5730</w:t>
        <w:br/>
        <w:t>f 17118/6949/5729 16827/6660/5512 16828/6659/5511</w:t>
        <w:br/>
        <w:t>f 17117/6950/5730 17118/6949/5729 16828/6659/5511</w:t>
        <w:br/>
        <w:t>f 17114/6947/5727 17115/6946/5726 17120/6951/5731</w:t>
        <w:br/>
        <w:t>f 17119/6952/5732 17114/6947/5727 17120/6951/5731</w:t>
        <w:br/>
        <w:t>f 17121/6953/5733 17119/6952/5732 17120/6951/5731</w:t>
        <w:br/>
        <w:t>f 17123/6954/5734 17122/6955/5735 17119/6952/5732</w:t>
        <w:br/>
        <w:t>f 17121/6953/5733 17123/6954/5734 17119/6952/5732</w:t>
        <w:br/>
        <w:t>f 17124/6956/5517 16835/6666/5517 17122/6955/5735</w:t>
        <w:br/>
        <w:t>f 17123/6954/5734 17124/6956/5517 17122/6955/5735</w:t>
        <w:br/>
        <w:t>f 17128/6957/5736 17127/6958/5737 17126/6959/5738</w:t>
        <w:br/>
        <w:t>f 17125/6960/5736 17128/6957/5736 17126/6959/5738</w:t>
        <w:br/>
        <w:t>f 17130/6961/5739 17120/6951/5731 17127/6958/5737</w:t>
        <w:br/>
        <w:t>f 17129/6962/5739 17130/6961/5739 17127/6958/5737</w:t>
        <w:br/>
        <w:t>f 17132/6963/5740 17130/6961/5739 17129/6962/5739</w:t>
        <w:br/>
        <w:t>f 17131/6964/5740 17132/6963/5740 17129/6962/5739</w:t>
        <w:br/>
        <w:t>f 17131/6964/5740 17134/6965/5741 17133/6966/5741</w:t>
        <w:br/>
        <w:t>f 17132/6963/5740 17131/6964/5740 17133/6966/5741</w:t>
        <w:br/>
        <w:t>f 17136/6967/5742 17135/6968/5743 17133/6966/5741</w:t>
        <w:br/>
        <w:t>f 17134/6965/5741 17136/6967/5742 17133/6966/5741</w:t>
        <w:br/>
        <w:t>f 17125/6960/5736 17138/6969/5744 17137/6970/5744</w:t>
        <w:br/>
        <w:t>f 17128/6957/5736 17125/6960/5736 17137/6970/5744</w:t>
        <w:br/>
        <w:t>f 17140/6971/5745 17139/6972/5746 17137/6970/5744</w:t>
        <w:br/>
        <w:t>f 17138/6969/5744 17140/6971/5745 17137/6970/5744</w:t>
        <w:br/>
        <w:t>f 17144/6973/5747 17143/6974/5748 17142/6975/5749</w:t>
        <w:br/>
        <w:t>f 17141/6976/5750 17144/6973/5747 17142/6975/5749</w:t>
        <w:br/>
        <w:t>f 17148/6977/5751 17147/6978/5752 17146/6979/5752</w:t>
        <w:br/>
        <w:t>f 17145/6980/5751 17148/6977/5751 17146/6979/5752</w:t>
        <w:br/>
        <w:t>f 17148/6977/5751 17145/6980/5751 17149/6981/5753</w:t>
        <w:br/>
        <w:t>f 17150/6982/5754 17148/6977/5751 17149/6981/5753</w:t>
        <w:br/>
        <w:t>f 17150/6982/5754 17149/6981/5753 17152/6983/5755</w:t>
        <w:br/>
        <w:t>f 17151/6984/5755 17150/6982/5754 17152/6983/5755</w:t>
        <w:br/>
        <w:t>f 17152/6983/5755 17154/6985/5756 17153/6986/5756</w:t>
        <w:br/>
        <w:t>f 17151/6984/5755 17152/6983/5755 17153/6986/5756</w:t>
        <w:br/>
        <w:t>f 17154/6985/5756 17023/6856/5757 17155/6987/5758</w:t>
        <w:br/>
        <w:t>f 17153/6986/5756 17154/6985/5756 17155/6987/5758</w:t>
        <w:br/>
        <w:t>f 17159/6988/5759 17158/6989/5759 17157/6990/5760</w:t>
        <w:br/>
        <w:t>f 17156/6991/5761 17159/6988/5759 17157/6990/5760</w:t>
        <w:br/>
        <w:t>f 17160/6992/5762 17038/6869/5671 17158/6989/5759</w:t>
        <w:br/>
        <w:t>f 17159/6988/5759 17160/6992/5762 17158/6989/5759</w:t>
        <w:br/>
        <w:t>f 17162/6993/5763 17039/6872/5764 17161/6994/5765</w:t>
        <w:br/>
        <w:t>f 17155/6987/5758 17162/6993/5763 17161/6994/5765</w:t>
        <w:br/>
        <w:t>f 17164/6995/5766 17163/6996/5766 17038/6869/5671</w:t>
        <w:br/>
        <w:t>f 17160/6992/5762 17164/6995/5766 17038/6869/5671</w:t>
        <w:br/>
        <w:t>f 17166/6997/5767 17165/6998/5768 17136/6967/5742</w:t>
        <w:br/>
        <w:t>f 17170/6999/5769 17169/7000/5770 17168/7001/5771</w:t>
        <w:br/>
        <w:t>f 17167/7002/5771 17170/6999/5769 17168/7001/5771</w:t>
        <w:br/>
        <w:t>f 17174/7003/5772 17173/7004/5773 17172/7005/5774</w:t>
        <w:br/>
        <w:t>f 17171/7006/5775 17174/7003/5772 17172/7005/5774</w:t>
        <w:br/>
        <w:t>f 17173/7004/5773 17156/6991/5761 17157/6990/5760</w:t>
        <w:br/>
        <w:t>f 17172/7005/5774 17173/7004/5773 17157/6990/5760</w:t>
        <w:br/>
        <w:t>f 17178/7007/5776 17177/7008/5777 17176/7009/5778</w:t>
        <w:br/>
        <w:t>f 17175/7010/5776 17178/7007/5776 17176/7009/5778</w:t>
        <w:br/>
        <w:t>f 17175/7010/5776 17180/7011/5779 17179/7012/5780</w:t>
        <w:br/>
        <w:t>f 17178/7007/5776 17175/7010/5776 17179/7012/5780</w:t>
        <w:br/>
        <w:t>f 17180/7011/5779 17182/7013/5781 17181/7014/5781</w:t>
        <w:br/>
        <w:t>f 17179/7012/5780 17180/7011/5779 17181/7014/5781</w:t>
        <w:br/>
        <w:t>f 17186/7015/5782 17185/7016/5783 17184/7017/5784</w:t>
        <w:br/>
        <w:t>f 17183/7018/5782 17186/7015/5782 17184/7017/5784</w:t>
        <w:br/>
        <w:t>f 17169/7000/5770 17170/6999/5769 17187/7019/5785</w:t>
        <w:br/>
        <w:t>f 17170/6999/5769 17174/7003/5772 17187/7019/5785</w:t>
        <w:br/>
        <w:t>f 17174/7003/5772 17171/7006/5775 17187/7019/5785</w:t>
        <w:br/>
        <w:t>f 17177/7008/5777 17169/7000/5770 17187/7019/5785</w:t>
        <w:br/>
        <w:t>f 17176/7009/5778 17177/7008/5777 17187/7019/5785</w:t>
        <w:br/>
        <w:t>f 17189/7020/5786 17188/7021/5787 17186/7015/5782</w:t>
        <w:br/>
        <w:t>f 17183/7018/5782 17189/7020/5786 17186/7015/5782</w:t>
        <w:br/>
        <w:t>f 17191/7022/5788 17190/7023/5789 17188/7021/5787</w:t>
        <w:br/>
        <w:t>f 17189/7020/5786 17191/7022/5788 17188/7021/5787</w:t>
        <w:br/>
        <w:t>f 17193/7024/5790 17192/7025/5791 17163/6996/5766</w:t>
        <w:br/>
        <w:t>f 17164/6995/5766 17193/7024/5790 17163/6996/5766</w:t>
        <w:br/>
        <w:t>f 17146/6979/5752 17147/6978/5752 17195/7026/5792</w:t>
        <w:br/>
        <w:t>f 17194/7027/5793 17146/6979/5752 17195/7026/5792</w:t>
        <w:br/>
        <w:t>f 17168/7001/5771 17197/7028/5794 17196/7029/5794</w:t>
        <w:br/>
        <w:t>f 17167/7002/5771 17168/7001/5771 17196/7029/5794</w:t>
        <w:br/>
        <w:t>f 17182/7013/5781 17184/7017/5784 17185/7016/5783</w:t>
        <w:br/>
        <w:t>f 17181/7014/5781 17182/7013/5781 17185/7016/5783</w:t>
        <w:br/>
        <w:t>f 17200/7030/5795 17199/7031/5796 17198/7032/5797</w:t>
        <w:br/>
        <w:t>f 17043/6877/5678 17200/7030/5795 17198/7032/5797</w:t>
        <w:br/>
        <w:t>f 17140/6971/5745 17194/7027/5793 17139/6972/5746</w:t>
        <w:br/>
        <w:t>f 17195/7026/5792 16988/6817/5636 17139/6972/5746</w:t>
        <w:br/>
        <w:t>f 17194/7027/5793 17195/7026/5792 17139/6972/5746</w:t>
        <w:br/>
        <w:t>f 17115/6946/5726 17126/6959/5738 17127/6958/5737</w:t>
        <w:br/>
        <w:t>f 17120/6951/5731 17115/6946/5726 17127/6958/5737</w:t>
        <w:br/>
        <w:t>f 17135/6968/5743 17136/6967/5742 17165/6998/5768</w:t>
        <w:br/>
        <w:t>f 17201/7033/5798 17135/6968/5743 17165/6998/5768</w:t>
        <w:br/>
        <w:t>f 17141/6976/5750 17196/7029/5794 17197/7028/5794</w:t>
        <w:br/>
        <w:t>f 17144/6973/5747 17141/6976/5750 17197/7028/5794</w:t>
        <w:br/>
        <w:t>f 16983/6814/5633 16992/6824/5642 16989/6823/5642</w:t>
        <w:br/>
        <w:t>f 16982/6815/5634 16983/6814/5633 16989/6823/5642</w:t>
        <w:br/>
        <w:t>f 17142/6975/5749 17143/6974/5748 17201/7033/5798</w:t>
        <w:br/>
        <w:t>f 17165/6998/5768 17142/6975/5749 17201/7033/5798</w:t>
        <w:br/>
        <w:t>f 17139/6972/5746 16988/6817/5636 16985/6820/5639</w:t>
        <w:br/>
        <w:t>f 17166/6997/5767 17139/6972/5746 16985/6820/5639</w:t>
        <w:br/>
        <w:t>f 17166/6997/5767 16985/6820/5639 17165/6998/5768</w:t>
        <w:br/>
        <w:t>f 17205/7034/5799 17204/7035/5800 17203/7036/5801</w:t>
        <w:br/>
        <w:t>f 17202/7037/5801 17205/7034/5799 17203/7036/5801</w:t>
        <w:br/>
        <w:t>f 17209/7038/5802 17208/7039/5803 17207/7040/5804</w:t>
        <w:br/>
        <w:t>f 17206/7041/5802 17209/7038/5802 17207/7040/5804</w:t>
        <w:br/>
        <w:t>f 17213/7042/5805 17212/7043/5805 17211/7044/5806</w:t>
        <w:br/>
        <w:t>f 17210/7045/5806 17213/7042/5805 17211/7044/5806</w:t>
        <w:br/>
        <w:t>f 17216/7046/5807 17215/7047/5807 17214/7048/5808</w:t>
        <w:br/>
        <w:t>f 17219/7049/5809 17218/7050/5810 17217/7051/5810</w:t>
        <w:br/>
        <w:t>f 17219/7049/5809 17210/7045/5806 17211/7044/5806</w:t>
        <w:br/>
        <w:t>f 17208/7039/5803 17214/7048/5811 17207/7040/5804</w:t>
        <w:br/>
        <w:t>f 17217/7051/5810 17218/7050/5810 17221/7052/5812</w:t>
        <w:br/>
        <w:t>f 17220/7053/5813 17217/7051/5810 17221/7052/5812</w:t>
        <w:br/>
        <w:t>f 17537/7054/5814 17536/7055/5815 17535/7056/5816</w:t>
        <w:br/>
        <w:t>f 17541/7057/5817 17540/7058/5818 17539/7059/5819</w:t>
        <w:br/>
        <w:t>f 17538/7060/5820 17541/7057/5817 17539/7059/5819</w:t>
        <w:br/>
        <w:t>f 17543/7061/5821 17542/7062/5821 17538/7060/5820</w:t>
        <w:br/>
        <w:t>f 17539/7059/5819 17543/7061/5821 17538/7060/5820</w:t>
        <w:br/>
        <w:t>f 17535/7056/5816 17544/7063/5822 17537/7054/5814</w:t>
        <w:br/>
        <w:t>f 17535/7056/5816 17545/7064/5823 17544/7063/5822</w:t>
        <w:br/>
        <w:t>f 17535/7056/5816 17546/7065/5824 17545/7064/5823</w:t>
        <w:br/>
        <w:t>f 17546/7065/5824 17535/7056/5816 17547/7066/5825</w:t>
        <w:br/>
        <w:t>f 17535/7056/5816 17548/7067/5826 17547/7066/5825</w:t>
        <w:br/>
        <w:t>f 17552/7068/5827 17551/7069/5828 17550/7070/5828</w:t>
        <w:br/>
        <w:t>f 17549/7071/5827 17552/7068/5827 17550/7070/5828</w:t>
        <w:br/>
        <w:t>f 17551/7069/5828 17554/7072/5829 17553/7073/5829</w:t>
        <w:br/>
        <w:t>f 17550/7070/5828 17551/7069/5828 17553/7073/5829</w:t>
        <w:br/>
        <w:t>f 17556/7074/5830 17552/7068/5827 17549/7071/5827</w:t>
        <w:br/>
        <w:t>f 17555/7075/5831 17556/7074/5830 17549/7071/5827</w:t>
        <w:br/>
        <w:t>f 17556/7074/5830 17555/7075/5831 17558/7076/5832</w:t>
        <w:br/>
        <w:t>f 17557/7077/5833 17556/7074/5830 17558/7076/5832</w:t>
        <w:br/>
        <w:t>f 17542/7062/5821 17543/7061/5821 17557/7077/5833</w:t>
        <w:br/>
        <w:t>f 17558/7076/5832 17542/7062/5821 17557/7077/5833</w:t>
        <w:br/>
        <w:t>f 17560/7078/5834 17559/7079/5834 17540/7058/5818</w:t>
        <w:br/>
        <w:t>f 17541/7057/5817 17560/7078/5834 17540/7058/5818</w:t>
        <w:br/>
        <w:t>f 17535/7056/5816 17536/7055/5815 17561/7080/5835</w:t>
        <w:br/>
        <w:t>f 17559/7079/5834 17560/7078/5834 17563/7081/5836</w:t>
        <w:br/>
        <w:t>f 17562/7082/5837 17559/7079/5834 17563/7081/5836</w:t>
        <w:br/>
        <w:t>f 17563/7081/5836 17565/7083/5838 17564/7084/5839</w:t>
        <w:br/>
        <w:t>f 17562/7082/5837 17563/7081/5836 17564/7084/5839</w:t>
        <w:br/>
        <w:t>f 17565/7083/5838 17567/7085/5840 17566/7086/5840</w:t>
        <w:br/>
        <w:t>f 17564/7084/5839 17565/7083/5838 17566/7086/5840</w:t>
        <w:br/>
        <w:t>f 17569/7087/5841 17568/7088/5842 17535/7056/5816</w:t>
        <w:br/>
        <w:t>f 17570/7089/5843 17569/7087/5841 17535/7056/5816</w:t>
        <w:br/>
        <w:t>f 17535/7056/5816 17561/7080/5835 17570/7089/5843</w:t>
        <w:br/>
        <w:t>f 17571/7090/5844 17535/7056/5816 17568/7088/5842</w:t>
        <w:br/>
        <w:t>f 17571/7090/5844 17548/7067/5826 17535/7056/5816</w:t>
        <w:br/>
        <w:t>f 17567/7085/5840 17553/7073/5829 17554/7072/5829</w:t>
        <w:br/>
        <w:t>f 17566/7086/5840 17567/7085/5840 17554/7072/5829</w:t>
        <w:br/>
        <w:t>f 17575/7091/1214 17574/7092/5845 17573/7093/5846</w:t>
        <w:br/>
        <w:t>f 17572/7094/5847 17575/7091/1214 17573/7093/5846</w:t>
        <w:br/>
        <w:t>f 17578/7095/1215 17577/7096/1412 17576/7097/5848</w:t>
        <w:br/>
        <w:t>f 17579/7098/1211 17578/7095/1215 17576/7097/5848</w:t>
        <w:br/>
        <w:t>f 17578/7095/1215 17581/7099/1218 17580/7100/5849</w:t>
        <w:br/>
        <w:t>f 17577/7096/1412 17578/7095/1215 17580/7100/5849</w:t>
        <w:br/>
        <w:t>f 17581/7099/1218 17583/7101/5850 17582/7102/5851</w:t>
        <w:br/>
        <w:t>f 17580/7100/5849 17581/7099/1218 17582/7102/5851</w:t>
        <w:br/>
        <w:t>f 17583/7101/5850 17585/7103/1222 17584/7104/5852</w:t>
        <w:br/>
        <w:t>f 17582/7102/5851 17583/7101/5850 17584/7104/5852</w:t>
        <w:br/>
        <w:t>f 17587/7105/1224 17586/7106/1225 17584/7104/5852</w:t>
        <w:br/>
        <w:t>f 17585/7103/1222 17587/7105/1224 17584/7104/5852</w:t>
        <w:br/>
        <w:t>f 17587/7105/1224 17589/7107/1226 17588/7108/1227</w:t>
        <w:br/>
        <w:t>f 17586/7106/1225 17587/7105/1224 17588/7108/1227</w:t>
        <w:br/>
        <w:t>f 17575/7091/1214 17572/7094/5847 17588/7108/1227</w:t>
        <w:br/>
        <w:t>f 17589/7107/1226 17575/7091/1214 17588/7108/1227</w:t>
        <w:br/>
        <w:t>f 17590/7109/1231 17574/7092/5845 17575/7091/1214</w:t>
        <w:br/>
        <w:t>f 17591/7110/1229 17590/7109/1231 17575/7091/1214</w:t>
        <w:br/>
        <w:t>f 17593/7111/1231 17592/7112/1230 17578/7095/1215</w:t>
        <w:br/>
        <w:t>f 17579/7098/1211 17593/7111/1231 17578/7095/1215</w:t>
        <w:br/>
        <w:t>f 17594/7113/1232 17581/7099/1218 17578/7095/1215</w:t>
        <w:br/>
        <w:t>f 17592/7112/1230 17594/7113/1232 17578/7095/1215</w:t>
        <w:br/>
        <w:t>f 17594/7113/1232 17595/7114/1233 17583/7101/5850</w:t>
        <w:br/>
        <w:t>f 17581/7099/1218 17594/7113/1232 17583/7101/5850</w:t>
        <w:br/>
        <w:t>f 17595/7114/1233 17596/7115/5853 17585/7103/1222</w:t>
        <w:br/>
        <w:t>f 17583/7101/5850 17595/7114/1233 17585/7103/1222</w:t>
        <w:br/>
        <w:t>f 17597/7116/5854 17587/7105/1224 17585/7103/1222</w:t>
        <w:br/>
        <w:t>f 17596/7115/5853 17597/7116/5854 17585/7103/1222</w:t>
        <w:br/>
        <w:t>f 17597/7116/5854 17598/7117/1236 17589/7107/1226</w:t>
        <w:br/>
        <w:t>f 17587/7105/1224 17597/7116/5854 17589/7107/1226</w:t>
        <w:br/>
        <w:t>f 17598/7117/1236 17591/7110/1229 17575/7091/1214</w:t>
        <w:br/>
        <w:t>f 17589/7107/1226 17598/7117/1236 17575/7091/1214</w:t>
        <w:br/>
        <w:t>f 17599/7118/5855 17590/7109/1231 17591/7110/1229</w:t>
        <w:br/>
        <w:t>f 17600/7119/5856 17599/7118/5855 17591/7110/1229</w:t>
        <w:br/>
        <w:t>f 17601/7120/1239 17592/7112/1230 17593/7111/1231</w:t>
        <w:br/>
        <w:t>f 17602/7121/1430 17601/7120/1239 17593/7111/1231</w:t>
        <w:br/>
        <w:t>f 17603/7122/5857 17594/7113/1232 17592/7112/1230</w:t>
        <w:br/>
        <w:t>f 17601/7120/1239 17603/7122/5857 17592/7112/1230</w:t>
        <w:br/>
        <w:t>f 17603/7122/5857 17604/7123/5858 17595/7114/1233</w:t>
        <w:br/>
        <w:t>f 17594/7113/1232 17603/7122/5857 17595/7114/1233</w:t>
        <w:br/>
        <w:t>f 17605/7124/5859 17596/7115/5853 17595/7114/1233</w:t>
        <w:br/>
        <w:t>f 17604/7123/5858 17605/7124/5859 17595/7114/1233</w:t>
        <w:br/>
        <w:t>f 17606/7125/5860 17597/7116/5854 17596/7115/5853</w:t>
        <w:br/>
        <w:t>f 17605/7124/5859 17606/7125/5860 17596/7115/5853</w:t>
        <w:br/>
        <w:t>f 17607/7126/5861 17598/7117/1236 17597/7116/5854</w:t>
        <w:br/>
        <w:t>f 17606/7125/5860 17607/7126/5861 17597/7116/5854</w:t>
        <w:br/>
        <w:t>f 17600/7119/5856 17591/7110/1229 17598/7117/1236</w:t>
        <w:br/>
        <w:t>f 17607/7126/5861 17600/7119/5856 17598/7117/1236</w:t>
        <w:br/>
        <w:t>f 17573/7093/5846 17608/7127/5862 17572/7094/5847</w:t>
        <w:br/>
        <w:t>f 17577/7096/1412 17608/7127/5862 17576/7097/5848</w:t>
        <w:br/>
        <w:t>f 17580/7100/5849 17608/7127/5862 17577/7096/1412</w:t>
        <w:br/>
        <w:t>f 17582/7102/5851 17608/7127/5862 17580/7100/5849</w:t>
        <w:br/>
        <w:t>f 17584/7104/5852 17608/7127/5862 17582/7102/5851</w:t>
        <w:br/>
        <w:t>f 17586/7106/1225 17608/7127/5862 17584/7104/5852</w:t>
        <w:br/>
        <w:t>f 17588/7108/1227 17608/7127/5862 17586/7106/1225</w:t>
        <w:br/>
        <w:t>f 17572/7094/5847 17608/7127/5862 17588/7108/1227</w:t>
        <w:br/>
        <w:t>f 17600/7119/5856 17609/7128/1247 17599/7118/5855</w:t>
        <w:br/>
        <w:t>f 17602/7121/1430 17609/7128/1247 17601/7120/1239</w:t>
        <w:br/>
        <w:t>f 17601/7120/1239 17609/7128/1247 17603/7122/5857</w:t>
        <w:br/>
        <w:t>f 17603/7122/5857 17609/7128/1247 17604/7123/5858</w:t>
        <w:br/>
        <w:t>f 17604/7123/5858 17609/7128/1247 17605/7124/5859</w:t>
        <w:br/>
        <w:t>f 17605/7124/5859 17609/7128/1247 17606/7125/5860</w:t>
        <w:br/>
        <w:t>f 17606/7125/5860 17609/7128/1247 17607/7126/5861</w:t>
        <w:br/>
        <w:t>f 17607/7126/5861 17609/7128/1247 17600/7119/5856</w:t>
        <w:br/>
        <w:t>f 17612/7129/1217 17611/7130/1215 17610/7131/5863</w:t>
        <w:br/>
        <w:t>f 17613/7132/5864 17612/7129/1217 17610/7131/5863</w:t>
        <w:br/>
        <w:t>f 17617/7133/5847 17616/7134/5865 17615/7135/1217</w:t>
        <w:br/>
        <w:t>f 17614/7136/1410 17617/7133/5847 17615/7135/1217</w:t>
        <w:br/>
        <w:t>f 17618/7137/1419 17616/7134/5865 17617/7133/5847</w:t>
        <w:br/>
        <w:t>f 17619/7138/5866 17618/7137/1419 17617/7133/5847</w:t>
        <w:br/>
        <w:t>f 17621/7139/1225 17620/7140/5867 17618/7137/1419</w:t>
        <w:br/>
        <w:t>f 17619/7138/5866 17621/7139/1225 17618/7137/1419</w:t>
        <w:br/>
        <w:t>f 17622/7141/1416 17620/7140/5867 17621/7139/1225</w:t>
        <w:br/>
        <w:t>f 17623/7142/1223 17622/7141/1416 17621/7139/1225</w:t>
        <w:br/>
        <w:t>f 17624/7143/5868 17622/7141/1416 17623/7142/1223</w:t>
        <w:br/>
        <w:t>f 17625/7144/1221 17624/7143/5868 17623/7142/1223</w:t>
        <w:br/>
        <w:t>f 17627/7145/1219 17626/7146/1413 17624/7143/5868</w:t>
        <w:br/>
        <w:t>f 17625/7144/1221 17627/7145/1219 17624/7143/5868</w:t>
        <w:br/>
        <w:t>f 17610/7131/5863 17611/7130/1215 17626/7146/1413</w:t>
        <w:br/>
        <w:t>f 17627/7145/1219 17610/7131/5863 17626/7146/1413</w:t>
        <w:br/>
        <w:t>f 17629/7147/5869 17628/7148/5870 17611/7130/1215</w:t>
        <w:br/>
        <w:t>f 17612/7129/1217 17629/7147/5869 17611/7130/1215</w:t>
        <w:br/>
        <w:t>f 17616/7134/5865 17631/7149/5871 17630/7150/1231</w:t>
        <w:br/>
        <w:t>f 17615/7135/1217 17616/7134/5865 17630/7150/1231</w:t>
        <w:br/>
        <w:t>f 17632/7151/5872 17631/7149/5871 17616/7134/5865</w:t>
        <w:br/>
        <w:t>f 17618/7137/1419 17632/7151/5872 17616/7134/5865</w:t>
        <w:br/>
        <w:t>f 17620/7140/5867 17633/7152/5873 17632/7151/5872</w:t>
        <w:br/>
        <w:t>f 17618/7137/1419 17620/7140/5867 17632/7151/5872</w:t>
        <w:br/>
        <w:t>f 17634/7153/1234 17633/7152/5873 17620/7140/5867</w:t>
        <w:br/>
        <w:t>f 17622/7141/1416 17634/7153/1234 17620/7140/5867</w:t>
        <w:br/>
        <w:t>f 17635/7154/1233 17634/7153/1234 17622/7141/1416</w:t>
        <w:br/>
        <w:t>f 17624/7143/5868 17635/7154/1233 17622/7141/1416</w:t>
        <w:br/>
        <w:t>f 17626/7146/1413 17636/7155/1232 17635/7154/1233</w:t>
        <w:br/>
        <w:t>f 17624/7143/5868 17626/7146/1413 17635/7154/1233</w:t>
        <w:br/>
        <w:t>f 17611/7130/1215 17628/7148/5870 17636/7155/1232</w:t>
        <w:br/>
        <w:t>f 17626/7146/1413 17611/7130/1215 17636/7155/1232</w:t>
        <w:br/>
        <w:t>f 17629/7147/5869 17638/7156/1430 17637/7157/1239</w:t>
        <w:br/>
        <w:t>f 17628/7148/5870 17629/7147/5869 17637/7157/1239</w:t>
        <w:br/>
        <w:t>f 17640/7158/1238 17639/7159/1240 17630/7150/1231</w:t>
        <w:br/>
        <w:t>f 17631/7149/5871 17640/7158/1238 17630/7150/1231</w:t>
        <w:br/>
        <w:t>f 17632/7151/5872 17641/7160/5874 17640/7158/1238</w:t>
        <w:br/>
        <w:t>f 17631/7149/5871 17632/7151/5872 17640/7158/1238</w:t>
        <w:br/>
        <w:t>f 17642/7161/5875 17641/7160/5874 17632/7151/5872</w:t>
        <w:br/>
        <w:t>f 17633/7152/5873 17642/7161/5875 17632/7151/5872</w:t>
        <w:br/>
        <w:t>f 17643/7162/5859 17642/7161/5875 17633/7152/5873</w:t>
        <w:br/>
        <w:t>f 17634/7153/1234 17643/7162/5859 17633/7152/5873</w:t>
        <w:br/>
        <w:t>f 17635/7154/1233 17644/7163/5876 17643/7162/5859</w:t>
        <w:br/>
        <w:t>f 17634/7153/1234 17635/7154/1233 17643/7162/5859</w:t>
        <w:br/>
        <w:t>f 17636/7155/1232 17645/7164/5877 17644/7163/5876</w:t>
        <w:br/>
        <w:t>f 17635/7154/1233 17636/7155/1232 17644/7163/5876</w:t>
        <w:br/>
        <w:t>f 17637/7157/1239 17645/7164/5877 17636/7155/1232</w:t>
        <w:br/>
        <w:t>f 17628/7148/5870 17637/7157/1239 17636/7155/1232</w:t>
        <w:br/>
        <w:t>f 17613/7132/5864 17610/7131/5863 17646/7165/1246</w:t>
        <w:br/>
        <w:t>f 17617/7133/5847 17614/7136/1410 17646/7165/1246</w:t>
        <w:br/>
        <w:t>f 17619/7138/5866 17617/7133/5847 17646/7165/1246</w:t>
        <w:br/>
        <w:t>f 17621/7139/1225 17619/7138/5866 17646/7165/1246</w:t>
        <w:br/>
        <w:t>f 17623/7142/1223 17621/7139/1225 17646/7165/1246</w:t>
        <w:br/>
        <w:t>f 17625/7144/1221 17623/7142/1223 17646/7165/1246</w:t>
        <w:br/>
        <w:t>f 17627/7145/1219 17625/7144/1221 17646/7165/1246</w:t>
        <w:br/>
        <w:t>f 17610/7131/5863 17627/7145/1219 17646/7165/1246</w:t>
        <w:br/>
        <w:t>f 17637/7157/1239 17638/7156/1430 17647/7166/5878</w:t>
        <w:br/>
        <w:t>f 17639/7159/1240 17640/7158/1238 17647/7166/5878</w:t>
        <w:br/>
        <w:t>f 17640/7158/1238 17641/7160/5874 17647/7166/5878</w:t>
        <w:br/>
        <w:t>f 17641/7160/5874 17642/7161/5875 17647/7166/5878</w:t>
        <w:br/>
        <w:t>f 17642/7161/5875 17643/7162/5859 17647/7166/5878</w:t>
        <w:br/>
        <w:t>f 17643/7162/5859 17644/7163/5876 17647/7166/5878</w:t>
        <w:br/>
        <w:t>f 17644/7163/5876 17645/7164/5877 17647/7166/5878</w:t>
        <w:br/>
        <w:t>f 17645/7164/5877 17637/7157/1239 17647/7166/5878</w:t>
        <w:br/>
        <w:t>f 17749/7167/5879 17748/7168/5879 17747/7169/5880</w:t>
        <w:br/>
        <w:t>f 17746/7170/5880 17749/7167/5879 17747/7169/5880</w:t>
        <w:br/>
        <w:t>f 17747/7169/5880 17751/7171/5881 17750/7172/5881</w:t>
        <w:br/>
        <w:t>f 17746/7170/5880 17747/7169/5880 17750/7172/5881</w:t>
        <w:br/>
        <w:t>f 17754/7173/5882 17753/7174/5882 17752/7175/5883</w:t>
        <w:br/>
        <w:t>f 17755/7176/5883 17754/7173/5882 17752/7175/5883</w:t>
        <w:br/>
        <w:t>f 17753/7174/5882 17754/7173/5882 17757/7177/5884</w:t>
        <w:br/>
        <w:t>f 17756/7178/5884 17753/7174/5882 17757/7177/5884</w:t>
        <w:br/>
        <w:t>f 17761/7179/5885 17760/7180/5886 17759/7181/5886</w:t>
        <w:br/>
        <w:t>f 17758/7182/5887 17761/7179/5885 17759/7181/5886</w:t>
        <w:br/>
        <w:t>f 17760/7180/5886 17763/7183/5888 17762/7184/5883</w:t>
        <w:br/>
        <w:t>f 17759/7181/5886 17760/7180/5886 17762/7184/5883</w:t>
        <w:br/>
        <w:t>f 17751/7171/5881 17765/7185/5889 17764/7186/5889</w:t>
        <w:br/>
        <w:t>f 17750/7172/5881 17751/7171/5881 17764/7186/5889</w:t>
        <w:br/>
        <w:t>f 17765/7185/5889 17761/7179/5885 17758/7182/5887</w:t>
        <w:br/>
        <w:t>f 17764/7186/5889 17765/7185/5889 17758/7182/5887</w:t>
        <w:br/>
        <w:t>f 17768/7187/5890 17767/7188/5890 17766/7189/5891</w:t>
        <w:br/>
        <w:t>f 17769/7190/5891 17768/7187/5890 17766/7189/5891</w:t>
        <w:br/>
        <w:t>f 17768/7187/5890 17771/7191/5892 17770/7192/5892</w:t>
        <w:br/>
        <w:t>f 17767/7188/5890 17768/7187/5890 17770/7192/5892</w:t>
        <w:br/>
        <w:t>f 17773/7193/5893 17772/7194/5894 17756/7178/5884</w:t>
        <w:br/>
        <w:t>f 17757/7177/5884 17773/7193/5893 17756/7178/5884</w:t>
        <w:br/>
        <w:t>f 17772/7194/5894 17773/7193/5893 17769/7190/5891</w:t>
        <w:br/>
        <w:t>f 17766/7189/5891 17772/7194/5894 17769/7190/5891</w:t>
        <w:br/>
        <w:t>f 17771/7191/5892 17775/7195/5895 17774/7196/5896</w:t>
        <w:br/>
        <w:t>f 17770/7192/5892 17771/7191/5892 17774/7196/5896</w:t>
        <w:br/>
        <w:t>f 17775/7195/5895 17777/7197/5897 17776/7198/5898</w:t>
        <w:br/>
        <w:t>f 17774/7196/5896 17775/7195/5895 17776/7198/5898</w:t>
        <w:br/>
        <w:t>f 17781/7199/5899 17780/7200/5899 17779/7201/5900</w:t>
        <w:br/>
        <w:t>f 17778/7202/5901 17781/7199/5899 17779/7201/5900</w:t>
        <w:br/>
        <w:t>f 17778/7202/5901 17779/7201/5900 17748/7168/5879</w:t>
        <w:br/>
        <w:t>f 17749/7167/5879 17778/7202/5901 17748/7168/5879</w:t>
        <w:br/>
        <w:t>f 17785/7203/5902 17784/7204/5902 17783/7205/5903</w:t>
        <w:br/>
        <w:t>f 17782/7206/5904 17785/7203/5902 17783/7205/5903</w:t>
        <w:br/>
        <w:t>f 17782/7206/5904 17783/7205/5903 17780/7200/5899</w:t>
        <w:br/>
        <w:t>f 17781/7199/5899 17782/7206/5904 17780/7200/5899</w:t>
        <w:br/>
        <w:t>f 17789/7207/5905 17788/7208/5905 17787/7209/5906</w:t>
        <w:br/>
        <w:t>f 17786/7210/5906 17789/7207/5905 17787/7209/5906</w:t>
        <w:br/>
        <w:t>f 17786/7210/5906 17787/7209/5906 17784/7204/5902</w:t>
        <w:br/>
        <w:t>f 17785/7203/5902 17786/7210/5906 17784/7204/5902</w:t>
        <w:br/>
        <w:t>f 17793/7211/5907 17792/7212/5908 17791/7213/5908</w:t>
        <w:br/>
        <w:t>f 17790/7214/5907 17793/7211/5907 17791/7213/5908</w:t>
        <w:br/>
        <w:t>f 17792/7212/5908 17788/7208/5905 17789/7207/5905</w:t>
        <w:br/>
        <w:t>f 17791/7213/5908 17792/7212/5908 17789/7207/5905</w:t>
        <w:br/>
        <w:t>f 17777/7197/5897 17795/7215/5909 17794/7216/5909</w:t>
        <w:br/>
        <w:t>f 17776/7198/5898 17777/7197/5897 17794/7216/5909</w:t>
        <w:br/>
        <w:t>f 17795/7215/5909 17793/7211/5907 17790/7214/5907</w:t>
        <w:br/>
        <w:t>f 17794/7216/5909 17795/7215/5909 17790/7214/5907</w:t>
        <w:br/>
        <w:t>f 17799/7217/5910 17798/7218/5911 17797/7219/5911</w:t>
        <w:br/>
        <w:t>f 17796/7220/5910 17799/7217/5910 17797/7219/5911</w:t>
        <w:br/>
        <w:t>f 17798/7218/5911 17801/7221/5912 17800/7222/5912</w:t>
        <w:br/>
        <w:t>f 17797/7219/5911 17798/7218/5911 17800/7222/5912</w:t>
        <w:br/>
        <w:t>f 17801/7221/5912 17803/7223/5913 17802/7224/5913</w:t>
        <w:br/>
        <w:t>f 17800/7222/5912 17801/7221/5912 17802/7224/5913</w:t>
        <w:br/>
        <w:t>f 17802/7224/5913 17803/7223/5913 17805/7225/5914</w:t>
        <w:br/>
        <w:t>f 17804/7226/5914 17802/7224/5913 17805/7225/5914</w:t>
        <w:br/>
        <w:t>f 17807/7227/5915 17806/7228/5915 17804/7226/5914</w:t>
        <w:br/>
        <w:t>f 17805/7225/5914 17807/7227/5915 17804/7226/5914</w:t>
        <w:br/>
        <w:t>f 17806/7228/5915 17807/7227/5915 17809/7229/5916</w:t>
        <w:br/>
        <w:t>f 17808/7230/5916 17806/7228/5915 17809/7229/5916</w:t>
        <w:br/>
        <w:t>f 17813/7231/5917 17812/7232/5917 17811/7233/5918</w:t>
        <w:br/>
        <w:t>f 17810/7234/5919 17813/7231/5917 17811/7233/5918</w:t>
        <w:br/>
        <w:t>f 17810/7234/5919 17811/7233/5918 17815/7235/5920</w:t>
        <w:br/>
        <w:t>f 17814/7236/5920 17810/7234/5919 17815/7235/5920</w:t>
        <w:br/>
        <w:t>f 17816/7237/5921 17814/7236/5920 17815/7235/5920</w:t>
        <w:br/>
        <w:t>f 17817/7238/5922 17816/7237/5921 17815/7235/5920</w:t>
        <w:br/>
        <w:t>f 17817/7238/5922 17819/7239/5923 17818/7240/5924</w:t>
        <w:br/>
        <w:t>f 17816/7237/5921 17817/7238/5922 17818/7240/5924</w:t>
        <w:br/>
        <w:t>f 17819/7239/5923 17821/7241/5925 17820/7242/5925</w:t>
        <w:br/>
        <w:t>f 17818/7240/5924 17819/7239/5923 17820/7242/5925</w:t>
        <w:br/>
        <w:t>f 17821/7241/5925 17823/7243/5926 17822/7244/5926</w:t>
        <w:br/>
        <w:t>f 17820/7242/5925 17821/7241/5925 17822/7244/5926</w:t>
        <w:br/>
        <w:t>f 17825/7245/5927 17824/7246/5928 17808/7230/5916</w:t>
        <w:br/>
        <w:t>f 17809/7229/5916 17825/7245/5927 17808/7230/5916</w:t>
        <w:br/>
        <w:t>f 17824/7246/5928 17825/7245/5927 17827/7247/5929</w:t>
        <w:br/>
        <w:t>f 17826/7248/5930 17824/7246/5928 17827/7247/5929</w:t>
        <w:br/>
        <w:t>f 17831/7249/5931 17830/7250/5932 17829/7251/5933</w:t>
        <w:br/>
        <w:t>f 17828/7252/5929 17831/7249/5931 17829/7251/5933</w:t>
        <w:br/>
        <w:t>f 17830/7250/5932 17833/7253/5934 17832/7254/5935</w:t>
        <w:br/>
        <w:t>f 17829/7251/5933 17830/7250/5932 17832/7254/5935</w:t>
        <w:br/>
        <w:t>f 17833/7253/5934 17835/7255/5936 17834/7256/5937</w:t>
        <w:br/>
        <w:t>f 17832/7254/5935 17833/7253/5934 17834/7256/5937</w:t>
        <w:br/>
        <w:t>f 17835/7255/5936 17837/7257/5938 17836/7258/5939</w:t>
        <w:br/>
        <w:t>f 17834/7256/5937 17835/7255/5936 17836/7258/5939</w:t>
        <w:br/>
        <w:t>f 17840/7259/5940 17839/7260/5941 17838/7261/5942</w:t>
        <w:br/>
        <w:t>f 17841/7262/5942 17840/7259/5940 17838/7261/5942</w:t>
        <w:br/>
        <w:t>f 17843/7263/5943 17842/7264/5943 17839/7260/5941</w:t>
        <w:br/>
        <w:t>f 17840/7259/5940 17843/7263/5943 17839/7260/5941</w:t>
        <w:br/>
        <w:t>f 17843/7263/5943 17845/7265/5944 17844/7266/5945</w:t>
        <w:br/>
        <w:t>f 17842/7264/5943 17843/7263/5943 17844/7266/5945</w:t>
        <w:br/>
        <w:t>f 17844/7266/5945 17845/7265/5944 17847/7267/5946</w:t>
        <w:br/>
        <w:t>f 17846/7268/5947 17844/7266/5945 17847/7267/5946</w:t>
        <w:br/>
        <w:t>f 17851/7269/5948 17850/7270/5949 17849/7271/5947</w:t>
        <w:br/>
        <w:t>f 17848/7272/5947 17851/7269/5948 17849/7271/5947</w:t>
        <w:br/>
        <w:t>f 17850/7270/5949 17851/7269/5948 17812/7232/5917</w:t>
        <w:br/>
        <w:t>f 17813/7231/5917 17850/7270/5949 17812/7232/5917</w:t>
        <w:br/>
        <w:t>f 17853/7273/5950 17852/7274/5951 17836/7258/5939</w:t>
        <w:br/>
        <w:t>f 17837/7257/5938 17853/7273/5950 17836/7258/5939</w:t>
        <w:br/>
        <w:t>f 17852/7274/5951 17853/7273/5950 17855/7275/5952</w:t>
        <w:br/>
        <w:t>f 17854/7276/5953 17852/7274/5951 17855/7275/5952</w:t>
        <w:br/>
        <w:t>f 17857/7277/5954 17856/7278/5955 17854/7276/5953</w:t>
        <w:br/>
        <w:t>f 17855/7275/5952 17857/7277/5954 17854/7276/5953</w:t>
        <w:br/>
        <w:t>f 17856/7278/5955 17857/7277/5954 17859/7279/5956</w:t>
        <w:br/>
        <w:t>f 17858/7280/5956 17856/7278/5955 17859/7279/5956</w:t>
        <w:br/>
        <w:t>f 17863/7281/5957 17862/7282/5958 17861/7283/5959</w:t>
        <w:br/>
        <w:t>f 17860/7284/5960 17863/7281/5957 17861/7283/5959</w:t>
        <w:br/>
        <w:t>f 17860/7284/5960 17861/7283/5959 17865/7285/5961</w:t>
        <w:br/>
        <w:t>f 17864/7286/5962 17860/7284/5960 17865/7285/5961</w:t>
        <w:br/>
        <w:t>f 17867/7287/5963 17866/7288/5963 17864/7286/5962</w:t>
        <w:br/>
        <w:t>f 17865/7285/5961 17867/7287/5963 17864/7286/5962</w:t>
        <w:br/>
        <w:t>f 17867/7287/5963 17841/7262/5942 17838/7261/5942</w:t>
        <w:br/>
        <w:t>f 17866/7288/5963 17867/7287/5963 17838/7261/5942</w:t>
        <w:br/>
        <w:t>f 17869/7289/5964 17868/7290/5965 17858/7280/5956</w:t>
        <w:br/>
        <w:t>f 17859/7279/5956 17869/7289/5964 17858/7280/5956</w:t>
        <w:br/>
        <w:t>f 17868/7290/5965 17869/7289/5964 17871/7291/5966</w:t>
        <w:br/>
        <w:t>f 17870/7292/5966 17868/7290/5965 17871/7291/5966</w:t>
        <w:br/>
        <w:t>f 17875/7293/5967 17874/7294/5968 17873/7295/5969</w:t>
        <w:br/>
        <w:t>f 17872/7296/5970 17875/7293/5967 17873/7295/5969</w:t>
        <w:br/>
        <w:t>f 17872/7296/5970 17873/7295/5969 17862/7282/5958</w:t>
        <w:br/>
        <w:t>f 17863/7281/5957 17872/7296/5970 17862/7282/5958</w:t>
        <w:br/>
        <w:t>f 17879/7297/5971 17878/7298/5972 17877/7299/5972</w:t>
        <w:br/>
        <w:t>f 17876/7300/5971 17879/7297/5971 17877/7299/5972</w:t>
        <w:br/>
        <w:t>f 17878/7298/5972 17799/7217/5910 17796/7220/5910</w:t>
        <w:br/>
        <w:t>f 17877/7299/5972 17878/7298/5972 17796/7220/5910</w:t>
        <w:br/>
        <w:t>f 17823/7243/5926 17881/7301/5973 17880/7302/5974</w:t>
        <w:br/>
        <w:t>f 17822/7244/5926 17823/7243/5926 17880/7302/5974</w:t>
        <w:br/>
        <w:t>f 17881/7301/5973 17883/7303/5975 17882/7304/5976</w:t>
        <w:br/>
        <w:t>f 17880/7302/5974 17881/7301/5973 17882/7304/5976</w:t>
        <w:br/>
        <w:t>f 17887/7305/5977 17886/7306/5978 17885/7307/5978</w:t>
        <w:br/>
        <w:t>f 17884/7308/5979 17887/7305/5977 17885/7307/5978</w:t>
        <w:br/>
        <w:t>f 17886/7306/5978 17879/7297/5971 17876/7300/5971</w:t>
        <w:br/>
        <w:t>f 17885/7307/5978 17886/7306/5978 17876/7300/5971</w:t>
        <w:br/>
        <w:t>f 17883/7303/5975 17889/7309/5980 17888/7310/5981</w:t>
        <w:br/>
        <w:t>f 17882/7304/5976 17883/7303/5975 17888/7310/5981</w:t>
        <w:br/>
        <w:t>f 17888/7310/5981 17889/7309/5980 17891/7311/5982</w:t>
        <w:br/>
        <w:t>f 17890/7312/5983 17888/7310/5981 17891/7311/5982</w:t>
        <w:br/>
        <w:t>f 17893/7313/5984 17892/7314/5984 17870/7292/5966</w:t>
        <w:br/>
        <w:t>f 17871/7291/5966 17893/7313/5984 17870/7292/5966</w:t>
        <w:br/>
        <w:t>f 17892/7314/5984 17893/7313/5984 17887/7305/5977</w:t>
        <w:br/>
        <w:t>f 17884/7308/5979 17892/7314/5984 17887/7305/5977</w:t>
        <w:br/>
        <w:t>f 17891/7311/5982 17895/7315/5985 17894/7316/5986</w:t>
        <w:br/>
        <w:t>f 17890/7312/5983 17891/7311/5982 17894/7316/5986</w:t>
        <w:br/>
        <w:t>f 17894/7316/5986 17895/7315/5985 17874/7294/5968</w:t>
        <w:br/>
        <w:t>f 17875/7293/5967 17894/7316/5986 17874/7294/5968</w:t>
        <w:br/>
        <w:t>f 17899/7317/5987 17898/7318/5988 17897/7319/5989</w:t>
        <w:br/>
        <w:t>f 17896/7320/5990 17899/7317/5987 17897/7319/5989</w:t>
        <w:br/>
        <w:t>f 17901/7321/5991 17900/7322/5991 17899/7317/5987</w:t>
        <w:br/>
        <w:t>f 17896/7320/5990 17901/7321/5991 17899/7317/5987</w:t>
        <w:br/>
        <w:t>f 17905/7323/5992 17904/7324/5993 17903/7325/5993</w:t>
        <w:br/>
        <w:t>f 17902/7326/5992 17905/7323/5992 17903/7325/5993</w:t>
        <w:br/>
        <w:t>f 17902/7326/5992 17907/7327/5994 17906/7328/5994</w:t>
        <w:br/>
        <w:t>f 17905/7323/5992 17902/7326/5992 17906/7328/5994</w:t>
        <w:br/>
        <w:t>f 17911/7329/5995 17910/7330/5995 17909/7331/5996</w:t>
        <w:br/>
        <w:t>f 17908/7332/5996 17911/7329/5995 17909/7331/5996</w:t>
        <w:br/>
        <w:t>f 17913/7333/5993 17912/7334/5993 17910/7330/5995</w:t>
        <w:br/>
        <w:t>f 17911/7329/5995 17913/7333/5993 17910/7330/5995</w:t>
        <w:br/>
        <w:t>f 17915/7335/5997 17914/7336/5997 17900/7322/5991</w:t>
        <w:br/>
        <w:t>f 17901/7321/5991 17915/7335/5997 17900/7322/5991</w:t>
        <w:br/>
        <w:t>f 17908/7332/5996 17909/7331/5996 17914/7336/5997</w:t>
        <w:br/>
        <w:t>f 17915/7335/5997 17908/7332/5996 17914/7336/5997</w:t>
        <w:br/>
        <w:t>f 17919/7337/5998 17918/7338/5999 17917/7339/5999</w:t>
        <w:br/>
        <w:t>f 17916/7340/5998 17919/7337/5998 17917/7339/5999</w:t>
        <w:br/>
        <w:t>f 17921/7341/6000 17920/7342/6000 17919/7337/5998</w:t>
        <w:br/>
        <w:t>f 17916/7340/5998 17921/7341/6000 17919/7337/5998</w:t>
        <w:br/>
        <w:t>f 17923/7343/6001 17906/7328/5994 17907/7327/5994</w:t>
        <w:br/>
        <w:t>f 17922/7344/6001 17923/7343/6001 17907/7327/5994</w:t>
        <w:br/>
        <w:t>f 17922/7344/6001 17917/7339/5999 17918/7338/5999</w:t>
        <w:br/>
        <w:t>f 17923/7343/6001 17922/7344/6001 17918/7338/5999</w:t>
        <w:br/>
        <w:t>f 17925/7345/6002 17924/7346/6002 17920/7342/6000</w:t>
        <w:br/>
        <w:t>f 17921/7341/6000 17925/7345/6002 17920/7342/6000</w:t>
        <w:br/>
        <w:t>f 17927/7347/6003 17926/7348/6004 17924/7346/6002</w:t>
        <w:br/>
        <w:t>f 17925/7345/6002 17927/7347/6003 17924/7346/6002</w:t>
        <w:br/>
        <w:t>f 17931/7349/6005 17930/7350/6006 17929/7351/6006</w:t>
        <w:br/>
        <w:t>f 17928/7352/6007 17931/7349/6005 17929/7351/6006</w:t>
        <w:br/>
        <w:t>f 17928/7352/6007 17897/7319/5989 17898/7318/5988</w:t>
        <w:br/>
        <w:t>f 17931/7349/6005 17928/7352/6007 17898/7318/5988</w:t>
        <w:br/>
        <w:t>f 17935/7353/6008 17934/7354/6009 17933/7355/6010</w:t>
        <w:br/>
        <w:t>f 17932/7356/6008 17935/7353/6008 17933/7355/6010</w:t>
        <w:br/>
        <w:t>f 17932/7356/6008 17929/7351/6006 17930/7350/6006</w:t>
        <w:br/>
        <w:t>f 17935/7353/6008 17932/7356/6008 17930/7350/6006</w:t>
        <w:br/>
        <w:t>f 17939/7357/6011 17938/7358/6012 17937/7359/6012</w:t>
        <w:br/>
        <w:t>f 17936/7360/6011 17939/7357/6011 17937/7359/6012</w:t>
        <w:br/>
        <w:t>f 17936/7360/6011 17933/7355/6010 17934/7354/6009</w:t>
        <w:br/>
        <w:t>f 17939/7357/6011 17936/7360/6011 17934/7354/6009</w:t>
        <w:br/>
        <w:t>f 17943/7361/6013 17942/7362/6014 17941/7363/6015</w:t>
        <w:br/>
        <w:t>f 17940/7364/6015 17943/7361/6013 17941/7363/6015</w:t>
        <w:br/>
        <w:t>f 17937/7359/6012 17938/7358/6012 17942/7362/6014</w:t>
        <w:br/>
        <w:t>f 17943/7361/6013 17937/7359/6012 17942/7362/6014</w:t>
        <w:br/>
        <w:t>f 17945/7365/6016 17944/7366/6016 17926/7348/6004</w:t>
        <w:br/>
        <w:t>f 17927/7347/6003 17945/7365/6016 17926/7348/6004</w:t>
        <w:br/>
        <w:t>f 17940/7364/6015 17941/7363/6015 17944/7366/6016</w:t>
        <w:br/>
        <w:t>f 17945/7365/6016 17940/7364/6015 17944/7366/6016</w:t>
        <w:br/>
        <w:t>f 18264/7367/6017 18263/7368/6018 18262/7369/1213</w:t>
        <w:br/>
        <w:t>f 18265/7370/1409 18264/7367/6017 18262/7369/1213</w:t>
        <w:br/>
        <w:t>f 18269/7371/6017 18268/7372/6019 18267/7373/6020</w:t>
        <w:br/>
        <w:t>f 18266/7374/6021 18269/7371/6017 18267/7373/6020</w:t>
        <w:br/>
        <w:t>f 18268/7372/6019 18271/7375/1413 18270/7376/6022</w:t>
        <w:br/>
        <w:t>f 18267/7373/6020 18268/7372/6019 18270/7376/6022</w:t>
        <w:br/>
        <w:t>f 18273/7377/1220 18272/7378/1415 18270/7376/6022</w:t>
        <w:br/>
        <w:t>f 18271/7375/1413 18273/7377/1220 18270/7376/6022</w:t>
        <w:br/>
        <w:t>f 18275/7379/1222 18274/7380/1223 18272/7378/1415</w:t>
        <w:br/>
        <w:t>f 18273/7377/1220 18275/7379/1222 18272/7378/1415</w:t>
        <w:br/>
        <w:t>f 18275/7379/1222 18277/7381/1224 18276/7382/1225</w:t>
        <w:br/>
        <w:t>f 18274/7380/1223 18275/7379/1222 18276/7382/1225</w:t>
        <w:br/>
        <w:t>f 18277/7381/1224 18279/7383/1226 18278/7384/1227</w:t>
        <w:br/>
        <w:t>f 18276/7382/1225 18277/7381/1224 18278/7384/1227</w:t>
        <w:br/>
        <w:t>f 18265/7370/1409 18262/7369/1213 18278/7384/1227</w:t>
        <w:br/>
        <w:t>f 18279/7383/1226 18265/7370/1409 18278/7384/1227</w:t>
        <w:br/>
        <w:t>f 18281/7385/1229 18280/7386/1228 18264/7367/6017</w:t>
        <w:br/>
        <w:t>f 18265/7370/1409 18281/7385/1229 18264/7367/6017</w:t>
        <w:br/>
        <w:t>f 18282/7387/1230 18268/7372/6019 18269/7371/6017</w:t>
        <w:br/>
        <w:t>f 18283/7388/1231 18282/7387/1230 18269/7371/6017</w:t>
        <w:br/>
        <w:t>f 18282/7387/1230 18284/7389/1232 18271/7375/1413</w:t>
        <w:br/>
        <w:t>f 18268/7372/6019 18282/7387/1230 18271/7375/1413</w:t>
        <w:br/>
        <w:t>f 18285/7390/1233 18273/7377/1220 18271/7375/1413</w:t>
        <w:br/>
        <w:t>f 18284/7389/1232 18285/7390/1233 18271/7375/1413</w:t>
        <w:br/>
        <w:t>f 18285/7390/1233 18286/7391/1234 18275/7379/1222</w:t>
        <w:br/>
        <w:t>f 18273/7377/1220 18285/7390/1233 18275/7379/1222</w:t>
        <w:br/>
        <w:t>f 18287/7392/5854 18277/7381/1224 18275/7379/1222</w:t>
        <w:br/>
        <w:t>f 18286/7391/1234 18287/7392/5854 18275/7379/1222</w:t>
        <w:br/>
        <w:t>f 18288/7393/5872 18279/7383/1226 18277/7381/1224</w:t>
        <w:br/>
        <w:t>f 18287/7392/5854 18288/7393/5872 18277/7381/1224</w:t>
        <w:br/>
        <w:t>f 18281/7385/1229 18265/7370/1409 18279/7383/1226</w:t>
        <w:br/>
        <w:t>f 18288/7393/5872 18281/7385/1229 18279/7383/1226</w:t>
        <w:br/>
        <w:t>f 18289/7394/6023 18280/7386/1228 18281/7385/1229</w:t>
        <w:br/>
        <w:t>f 18290/7395/6024 18289/7394/6023 18281/7385/1229</w:t>
        <w:br/>
        <w:t>f 18292/7396/6025 18291/7397/1239 18282/7387/1230</w:t>
        <w:br/>
        <w:t>f 18283/7388/1231 18292/7396/6025 18282/7387/1230</w:t>
        <w:br/>
        <w:t>f 18291/7397/1239 18293/7398/6026 18284/7389/1232</w:t>
        <w:br/>
        <w:t>f 18282/7387/1230 18291/7397/1239 18284/7389/1232</w:t>
        <w:br/>
        <w:t>f 18294/7399/5876 18285/7390/1233 18284/7389/1232</w:t>
        <w:br/>
        <w:t>f 18293/7398/6026 18294/7399/5876 18284/7389/1232</w:t>
        <w:br/>
        <w:t>f 18295/7400/6027 18286/7391/1234 18285/7390/1233</w:t>
        <w:br/>
        <w:t>f 18294/7399/5876 18295/7400/6027 18285/7390/1233</w:t>
        <w:br/>
        <w:t>f 18295/7400/6027 18296/7401/6028 18287/7392/5854</w:t>
        <w:br/>
        <w:t>f 18286/7391/1234 18295/7400/6027 18287/7392/5854</w:t>
        <w:br/>
        <w:t>f 18297/7402/5874 18288/7393/5872 18287/7392/5854</w:t>
        <w:br/>
        <w:t>f 18296/7401/6028 18297/7402/5874 18287/7392/5854</w:t>
        <w:br/>
        <w:t>f 18290/7395/6024 18281/7385/1229 18288/7393/5872</w:t>
        <w:br/>
        <w:t>f 18297/7402/5874 18290/7395/6024 18288/7393/5872</w:t>
        <w:br/>
        <w:t>f 18263/7368/6018 18298/7403/1246 18262/7369/1213</w:t>
        <w:br/>
        <w:t>f 18267/7373/6020 18298/7403/1246 18266/7374/6021</w:t>
        <w:br/>
        <w:t>f 18270/7376/6022 18298/7403/1246 18267/7373/6020</w:t>
        <w:br/>
        <w:t>f 18272/7378/1415 18298/7403/1246 18270/7376/6022</w:t>
        <w:br/>
        <w:t>f 18274/7380/1223 18298/7403/1246 18272/7378/1415</w:t>
        <w:br/>
        <w:t>f 18276/7382/1225 18298/7403/1246 18274/7380/1223</w:t>
        <w:br/>
        <w:t>f 18278/7384/1227 18298/7403/1246 18276/7382/1225</w:t>
        <w:br/>
        <w:t>f 18262/7369/1213 18298/7403/1246 18278/7384/1227</w:t>
        <w:br/>
        <w:t>f 18290/7395/6024 18299/7404/1247 18289/7394/6023</w:t>
        <w:br/>
        <w:t>f 18292/7396/6025 18299/7404/1247 18291/7397/1239</w:t>
        <w:br/>
        <w:t>f 18291/7397/1239 18299/7404/1247 18293/7398/6026</w:t>
        <w:br/>
        <w:t>f 18293/7398/6026 18299/7404/1247 18294/7399/5876</w:t>
        <w:br/>
        <w:t>f 18294/7399/5876 18299/7404/1247 18295/7400/6027</w:t>
        <w:br/>
        <w:t>f 18295/7400/6027 18299/7404/1247 18296/7401/6028</w:t>
        <w:br/>
        <w:t>f 18296/7401/6028 18299/7404/1247 18297/7402/5874</w:t>
        <w:br/>
        <w:t>f 18297/7402/5874 18299/7404/1247 18290/7395/6024</w:t>
        <w:br/>
        <w:t>f 18340/7405/6029 18339/7406/6030 18338/7407/6031</w:t>
        <w:br/>
        <w:t>f 18337/7408/6029 18340/7405/6029 18338/7407/6031</w:t>
        <w:br/>
        <w:t>f 18344/7409/6032 18343/7410/6032 18342/7411/6033</w:t>
        <w:br/>
        <w:t>f 18341/7412/6033 18344/7409/6032 18342/7411/6033</w:t>
        <w:br/>
        <w:t>f 18348/7413/6034 18347/7414/6035 18346/7415/6036</w:t>
        <w:br/>
        <w:t>f 18345/7416/6037 18348/7413/6034 18346/7415/6036</w:t>
        <w:br/>
        <w:t>f 18352/7417/6038 18351/7418/6039 18350/7419/6040</w:t>
        <w:br/>
        <w:t>f 18349/7420/6041 18352/7417/6038 18350/7419/6040</w:t>
        <w:br/>
        <w:t>f 18341/7412/6033 18342/7411/6033 18354/7421/6042</w:t>
        <w:br/>
        <w:t>f 18353/7422/6042 18341/7412/6033 18354/7421/6042</w:t>
        <w:br/>
        <w:t>f 18353/7422/6042 18354/7421/6042 18356/7423/6043</w:t>
        <w:br/>
        <w:t>f 18355/7424/6043 18353/7422/6042 18356/7423/6043</w:t>
        <w:br/>
        <w:t>f 18337/7408/6029 18358/7425/6044 18357/7426/6044</w:t>
        <w:br/>
        <w:t>f 18340/7405/6029 18337/7408/6029 18357/7426/6044</w:t>
        <w:br/>
        <w:t>f 18358/7425/6044 18360/7427/6045 18359/7428/6046</w:t>
        <w:br/>
        <w:t>f 18357/7426/6044 18358/7425/6044 18359/7428/6046</w:t>
        <w:br/>
        <w:t>f 18362/7429/6047 18359/7428/6046 18360/7427/6045</w:t>
        <w:br/>
        <w:t>f 18361/7430/6048 18362/7429/6047 18360/7427/6045</w:t>
        <w:br/>
        <w:t>f 18364/7431/6049 18363/7432/6050 18362/7429/6047</w:t>
        <w:br/>
        <w:t>f 18361/7430/6048 18364/7431/6049 18362/7429/6047</w:t>
        <w:br/>
        <w:t>f 18366/7433/6051 18365/7434/6052 18363/7432/6050</w:t>
        <w:br/>
        <w:t>f 18364/7431/6049 18366/7433/6051 18363/7432/6050</w:t>
        <w:br/>
        <w:t>f 18370/7435/6053 18369/7436/6054 18368/7437/6055</w:t>
        <w:br/>
        <w:t>f 18367/7438/6056 18370/7435/6053 18368/7437/6055</w:t>
        <w:br/>
        <w:t>f 18369/7436/6054 18372/7439/6057 18371/7440/6058</w:t>
        <w:br/>
        <w:t>f 18368/7437/6055 18369/7436/6054 18371/7440/6058</w:t>
        <w:br/>
        <w:t>f 18376/7441/6059 18375/7442/6060 18374/7443/6061</w:t>
        <w:br/>
        <w:t>f 18373/7444/6062 18376/7441/6059 18374/7443/6061</w:t>
        <w:br/>
        <w:t>f 18355/7424/6043 18356/7423/6043 18371/7440/6058</w:t>
        <w:br/>
        <w:t>f 18372/7439/6057 18355/7424/6043 18371/7440/6058</w:t>
        <w:br/>
        <w:t>f 18346/7415/6036 18391/7445/6063 18392/7446/6064</w:t>
        <w:br/>
        <w:t>f 18345/7416/6037 18346/7415/6036 18392/7446/6064</w:t>
        <w:br/>
        <w:t>f 18393/7447/6065 18347/7414/6035 18348/7413/6034</w:t>
        <w:br/>
        <w:t>f 18349/7420/6041 18350/7419/6040 18386/7448/6066</w:t>
        <w:br/>
        <w:t>f 18393/7447/6065 18349/7420/6041 18386/7448/6066</w:t>
        <w:br/>
        <w:t>f 18378/7449/6067 18351/7418/6039 18352/7417/6038</w:t>
        <w:br/>
        <w:t>f 18394/7450/6068 18378/7449/6067 18352/7417/6038</w:t>
        <w:br/>
        <w:t>f 18377/7451/6069 18378/7449/6067 18369/7436/6054</w:t>
        <w:br/>
        <w:t>f 18370/7435/6053 18377/7451/6069 18369/7436/6054</w:t>
        <w:br/>
        <w:t>f 18364/7431/6049 18384/7452/6070 18377/7451/6071</w:t>
        <w:br/>
        <w:t>f 18366/7433/6051 18364/7431/6049 18377/7451/6071</w:t>
        <w:br/>
        <w:t>f 18384/7452/6070 18364/7431/6049 18395/7453/6072</w:t>
        <w:br/>
        <w:t>f 18383/7454/6073 18384/7452/6070 18395/7453/6072</w:t>
        <w:br/>
        <w:t>f 18373/7444/6062 18383/7454/6073 18395/7453/6072</w:t>
        <w:br/>
        <w:t>f 18376/7441/6059 18373/7444/6062 18395/7453/6072</w:t>
        <w:br/>
        <w:t>f 18375/7442/6060 18391/7445/6063 18374/7443/6061</w:t>
        <w:br/>
        <w:t>f 18392/7446/6064 18391/7445/6063 18375/7442/6060</w:t>
        <w:br/>
        <w:t>f 18393/7447/6065 18386/7448/6066 18347/7414/6035</w:t>
        <w:br/>
        <w:t>f 18613/7455/6074 18612/7456/6074 18611/7457/6075</w:t>
        <w:br/>
        <w:t>f 18610/7458/6076 18613/7455/6074 18611/7457/6075</w:t>
        <w:br/>
        <w:t>f 18611/7457/6075 18615/7459/6077 18614/7460/6077</w:t>
        <w:br/>
        <w:t>f 18610/7458/6076 18611/7457/6075 18614/7460/6077</w:t>
        <w:br/>
        <w:t>f 18619/7461/6078 18618/7462/6079 18617/7463/6080</w:t>
        <w:br/>
        <w:t>f 18616/7464/6078 18619/7461/6078 18617/7463/6080</w:t>
        <w:br/>
        <w:t>f 18621/7465/6081 18614/7460/6077 18615/7459/6077</w:t>
        <w:br/>
        <w:t>f 18620/7466/6081 18621/7465/6081 18615/7459/6077</w:t>
        <w:br/>
        <w:t>f 18625/7467/6082 18624/7468/6083 18623/7469/6084</w:t>
        <w:br/>
        <w:t>f 18622/7470/6084 18625/7467/6082 18623/7469/6084</w:t>
        <w:br/>
        <w:t>f 18628/7471/6085 18627/7472/6086 18626/7473/6087</w:t>
        <w:br/>
        <w:t>f 18629/7474/6087 18628/7471/6085 18626/7473/6087</w:t>
        <w:br/>
        <w:t>f 18624/7468/6083 18625/7467/6082 18629/7474/6087</w:t>
        <w:br/>
        <w:t>f 18626/7473/6087 18624/7468/6083 18629/7474/6087</w:t>
        <w:br/>
        <w:t>f 18618/7462/6079 18631/7475/6088 18630/7476/6088</w:t>
        <w:br/>
        <w:t>f 18617/7463/6080 18618/7462/6079 18630/7476/6088</w:t>
        <w:br/>
        <w:t>f 18633/7477/6089 18630/7476/6088 18631/7475/6088</w:t>
        <w:br/>
        <w:t>f 18632/7478/6090 18633/7477/6089 18631/7475/6088</w:t>
        <w:br/>
        <w:t>f 18628/7471/6085 18635/7479/6091 18634/7480/6091</w:t>
        <w:br/>
        <w:t>f 18627/7472/6086 18628/7471/6085 18634/7480/6091</w:t>
        <w:br/>
        <w:t>f 18635/7479/6091 18637/7481/6092 18636/7482/6092</w:t>
        <w:br/>
        <w:t>f 18634/7480/6091 18635/7479/6091 18636/7482/6092</w:t>
        <w:br/>
        <w:t>f 18640/7483/6093 18639/7484/6094 18638/7485/6095</w:t>
        <w:br/>
        <w:t>f 18639/7484/6094 18633/7477/6089 18632/7478/6090</w:t>
        <w:br/>
        <w:t>f 18638/7485/6095 18639/7484/6094 18632/7478/6090</w:t>
        <w:br/>
        <w:t>f 18612/7456/6074 18613/7455/6074 18642/7486/6096</w:t>
        <w:br/>
        <w:t>f 18641/7487/6096 18612/7456/6074 18642/7486/6096</w:t>
        <w:br/>
        <w:t>f 18641/7487/6096 18642/7486/6096 18644/7488/6097</w:t>
        <w:br/>
        <w:t>f 18643/7489/6098 18641/7487/6096 18644/7488/6097</w:t>
        <w:br/>
        <w:t>f 18622/7470/6084 18623/7469/6084 18646/7490/6099</w:t>
        <w:br/>
        <w:t>f 18645/7491/6099 18622/7470/6084 18646/7490/6099</w:t>
        <w:br/>
        <w:t>f 18620/7466/6081 18648/7492/6100 18647/7493/6100</w:t>
        <w:br/>
        <w:t>f 18621/7465/6081 18620/7466/6081 18647/7493/6100</w:t>
        <w:br/>
        <w:t>f 18616/7464/6078 18649/7494/6101 18619/7461/6078</w:t>
        <w:br/>
        <w:t>f 18653/7495/6102 18652/7496/6102 18651/7497/6103</w:t>
        <w:br/>
        <w:t>f 18650/7498/6103 18653/7495/6102 18651/7497/6103</w:t>
        <w:br/>
        <w:t>f 18652/7496/6102 18653/7495/6102 18655/7499/6104</w:t>
        <w:br/>
        <w:t>f 18654/7500/6104 18652/7496/6102 18655/7499/6104</w:t>
        <w:br/>
        <w:t>f 18654/7500/6104 18655/7499/6104 18657/7501/6105</w:t>
        <w:br/>
        <w:t>f 18656/7502/6106 18654/7500/6104 18657/7501/6105</w:t>
        <w:br/>
        <w:t>f 18659/7503/6107 18656/7502/6106 18657/7501/6105</w:t>
        <w:br/>
        <w:t>f 18658/7504/6107 18659/7503/6107 18657/7501/6105</w:t>
        <w:br/>
        <w:t>f 18661/7505/6108 18659/7503/6107 18658/7504/6107</w:t>
        <w:br/>
        <w:t>f 18660/7506/6108 18661/7505/6108 18658/7504/6107</w:t>
        <w:br/>
        <w:t>f 18663/7507/6109 18661/7505/6108 18660/7506/6108</w:t>
        <w:br/>
        <w:t>f 18662/7508/6110 18663/7507/6109 18660/7506/6108</w:t>
        <w:br/>
        <w:t>f 18667/7509/6111 18666/7510/6110 18665/7511/6110</w:t>
        <w:br/>
        <w:t>f 18664/7512/6112 18667/7509/6111 18665/7511/6110</w:t>
        <w:br/>
        <w:t>f 18669/7513/6113 18668/7514/6113 18650/7498/6103</w:t>
        <w:br/>
        <w:t>f 18651/7497/6103 18669/7513/6113 18650/7498/6103</w:t>
        <w:br/>
        <w:t>f 18671/7515/6114 18670/7516/6114 18668/7514/6113</w:t>
        <w:br/>
        <w:t>f 18669/7513/6113 18671/7515/6114 18668/7514/6113</w:t>
        <w:br/>
        <w:t>f 18664/7512/6112 18670/7516/6114 18671/7515/6114</w:t>
        <w:br/>
        <w:t>f 18667/7509/6111 18664/7512/6112 18671/7515/6114</w:t>
        <w:br/>
        <w:t>f 18674/7517/6115 18673/7518/6116 18672/7519/6117</w:t>
        <w:br/>
        <w:t>f 18673/7518/6116 18675/7520/6118 18672/7519/6117</w:t>
        <w:br/>
        <w:t>f 18675/7520/6118 18676/7521/6119 18672/7519/6117</w:t>
        <w:br/>
        <w:t>f 18676/7521/6119 18677/7522/6120 18672/7519/6117</w:t>
        <w:br/>
        <w:t>f 18677/7522/6120 18678/7523/6121 18672/7519/6117</w:t>
        <w:br/>
        <w:t>f 18678/7523/6121 18679/7524/6122 18672/7519/6117</w:t>
        <w:br/>
        <w:t>f 18679/7524/6122 18680/7525/6123 18672/7519/6117</w:t>
        <w:br/>
        <w:t>f 18680/7525/6123 18681/7526/6124 18672/7519/6117</w:t>
        <w:br/>
        <w:t>f 18684/7527/6125 18683/7528/6126 18682/7529/6127</w:t>
        <w:br/>
        <w:t>f 18683/7528/6126 18685/7530/6128 18682/7529/6127</w:t>
        <w:br/>
        <w:t>f 18685/7530/6128 18686/7531/6129 18682/7529/6127</w:t>
        <w:br/>
        <w:t>f 18686/7531/6129 18687/7532/6130 18682/7529/6127</w:t>
        <w:br/>
        <w:t>f 18687/7532/6130 18688/7533/6131 18682/7529/6127</w:t>
        <w:br/>
        <w:t>f 18688/7533/6131 18689/7534/6132 18682/7529/6127</w:t>
        <w:br/>
        <w:t>f 18689/7534/6132 18690/7535/6133 18682/7529/6127</w:t>
        <w:br/>
        <w:t>f 18690/7535/6133 18691/7536/6134 18682/7529/6127</w:t>
        <w:br/>
        <w:t>f 18733/7537/6135 18732/7538/6135 18731/7539/6136</w:t>
        <w:br/>
        <w:t>f 18730/7540/6136 18733/7537/6135 18731/7539/6136</w:t>
        <w:br/>
        <w:t>f 18737/7541/6137 18736/7542/6137 18735/7543/6138</w:t>
        <w:br/>
        <w:t>f 18734/7544/6139 18737/7541/6137 18735/7543/6138</w:t>
        <w:br/>
        <w:t>f 18734/7544/6139 18735/7543/6138 18739/7545/6140</w:t>
        <w:br/>
        <w:t>f 18738/7546/6140 18734/7544/6139 18739/7545/6140</w:t>
        <w:br/>
        <w:t>f 18738/7546/6140 18739/7545/6140 18741/7547/6141</w:t>
        <w:br/>
        <w:t>f 18740/7548/6141 18738/7546/6140 18741/7547/6141</w:t>
        <w:br/>
        <w:t>f 18740/7548/6141 18741/7547/6141 18743/7549/6142</w:t>
        <w:br/>
        <w:t>f 18742/7550/6143 18740/7548/6141 18743/7549/6142</w:t>
        <w:br/>
        <w:t>f 18745/7551/6144 18744/7552/6144 18730/7540/6136</w:t>
        <w:br/>
        <w:t>f 18731/7539/6136 18745/7551/6144 18730/7540/6136</w:t>
        <w:br/>
        <w:t>f 18748/7553/6145 18747/7554/6146 18746/7555/6147</w:t>
        <w:br/>
        <w:t>f 18749/7556/6148 18748/7553/6145 18746/7555/6147</w:t>
        <w:br/>
        <w:t>f 18753/7557/6149 18752/7558/6150 18751/7559/6150</w:t>
        <w:br/>
        <w:t>f 18750/7560/6149 18753/7557/6149 18751/7559/6150</w:t>
        <w:br/>
        <w:t>f 18757/7561/6151 18756/7562/6151 18755/7563/6152</w:t>
        <w:br/>
        <w:t>f 18754/7564/6153 18757/7561/6151 18755/7563/6152</w:t>
        <w:br/>
        <w:t>f 18761/7565/6154 18760/7566/6155 18759/7567/6156</w:t>
        <w:br/>
        <w:t>f 18758/7568/6154 18761/7565/6154 18759/7567/6156</w:t>
        <w:br/>
        <w:t>f 18763/7569/6157 18762/7570/6157 18756/7562/6151</w:t>
        <w:br/>
        <w:t>f 18757/7561/6151 18763/7569/6157 18756/7562/6151</w:t>
        <w:br/>
        <w:t>f 18765/7571/6158 18761/7565/6154 18758/7568/6154</w:t>
        <w:br/>
        <w:t>f 18764/7572/6158 18765/7571/6158 18758/7568/6154</w:t>
        <w:br/>
        <w:t>f 18767/7573/6159 18766/7574/6160 18762/7570/6157</w:t>
        <w:br/>
        <w:t>f 18763/7569/6157 18767/7573/6159 18762/7570/6157</w:t>
        <w:br/>
        <w:t>f 18769/7575/6161 18765/7571/6158 18764/7572/6158</w:t>
        <w:br/>
        <w:t>f 18768/7576/6162 18769/7575/6161 18764/7572/6158</w:t>
        <w:br/>
        <w:t>f 18771/7577/6163 18770/7578/6164 18766/7574/6160</w:t>
        <w:br/>
        <w:t>f 18767/7573/6159 18771/7577/6163 18766/7574/6160</w:t>
        <w:br/>
        <w:t>f 18773/7579/6165 18769/7575/6161 18768/7576/6162</w:t>
        <w:br/>
        <w:t>f 18772/7580/6166 18773/7579/6165 18768/7576/6162</w:t>
        <w:br/>
        <w:t>f 18749/7556/6148 18775/7581/6167 18774/7582/6168</w:t>
        <w:br/>
        <w:t>f 18748/7553/6145 18749/7556/6148 18774/7582/6168</w:t>
        <w:br/>
        <w:t>f 18777/7583/6169 18753/7557/6149 18750/7560/6149</w:t>
        <w:br/>
        <w:t>f 18776/7584/6169 18777/7583/6169 18750/7560/6149</w:t>
        <w:br/>
        <w:t>f 18760/7566/6155 18777/7583/6169 18776/7584/6169</w:t>
        <w:br/>
        <w:t>f 18759/7567/6156 18760/7566/6155 18776/7584/6169</w:t>
        <w:br/>
        <w:t>f 18754/7564/6153 18755/7563/6152 18774/7582/6168</w:t>
        <w:br/>
        <w:t>f 18775/7581/6167 18754/7564/6153 18774/7582/6168</w:t>
        <w:br/>
        <w:t>f 18737/7541/6137 18744/7552/6144 18745/7551/6144</w:t>
        <w:br/>
        <w:t>f 18736/7542/6137 18737/7541/6137 18745/7551/6144</w:t>
        <w:br/>
        <w:t>f 18929/7585/6170 18928/7586/6170 18927/7587/6171</w:t>
        <w:br/>
        <w:t>f 18926/7588/6171 18929/7585/6170 18927/7587/6171</w:t>
        <w:br/>
        <w:t>f 18933/7589/6172 18932/7590/6173 18931/7591/6173</w:t>
        <w:br/>
        <w:t>f 18930/7592/6174 18933/7589/6172 18931/7591/6173</w:t>
        <w:br/>
        <w:t>f 18937/7593/6175 18936/7594/6175 18935/7595/6176</w:t>
        <w:br/>
        <w:t>f 18934/7596/6176 18937/7593/6175 18935/7595/6176</w:t>
        <w:br/>
        <w:t>f 18940/7597/6177 18939/7598/6177 18938/7599/6178</w:t>
        <w:br/>
        <w:t>f 18943/7600/6179 18942/7601/6180 18941/7602/6180</w:t>
        <w:br/>
        <w:t>f 18943/7600/6179 18934/7596/6176 18935/7595/6176</w:t>
        <w:br/>
        <w:t>f 18932/7590/6173 18938/7599/6181 18931/7591/6173</w:t>
        <w:br/>
        <w:t>f 18941/7602/6180 18942/7601/6180 18945/7603/6182</w:t>
        <w:br/>
        <w:t>f 18944/7604/6183 18941/7602/6180 18945/7603/6182</w:t>
        <w:br/>
        <w:t>f 19044/7605/6184 19043/7606/6185 19042/7607/6186</w:t>
        <w:br/>
        <w:t>f 19041/7608/6187 19044/7605/6184 19042/7607/6186</w:t>
        <w:br/>
        <w:t>f 19042/7607/6186 19043/7606/6185 19046/7609/6188</w:t>
        <w:br/>
        <w:t>f 19045/7610/6189 19042/7607/6186 19046/7609/6188</w:t>
        <w:br/>
        <w:t>f 19050/7611/6190 19049/7612/6191 19048/7613/6192</w:t>
        <w:br/>
        <w:t>f 19047/7614/6193 19050/7611/6190 19048/7613/6192</w:t>
        <w:br/>
        <w:t>f 19047/7614/6193 19052/7615/6194 19051/7616/6194</w:t>
        <w:br/>
        <w:t>f 19050/7611/6190 19047/7614/6193 19051/7616/6194</w:t>
        <w:br/>
        <w:t>f 19052/7615/6194 19054/7617/6195 19053/7618/6196</w:t>
        <w:br/>
        <w:t>f 19051/7616/6194 19052/7615/6194 19053/7618/6196</w:t>
        <w:br/>
        <w:t>f 19045/7610/6189 19056/7619/6197 19055/7620/6198</w:t>
        <w:br/>
        <w:t>f 19042/7607/6186 19045/7610/6189 19055/7620/6198</w:t>
        <w:br/>
        <w:t>f 19055/7620/6198 19057/7621/6199 19041/7608/6187</w:t>
        <w:br/>
        <w:t>f 19042/7607/6186 19055/7620/6198 19041/7608/6187</w:t>
        <w:br/>
        <w:t>f 19061/7622/6200 19060/7623/6201 19059/7624/6201</w:t>
        <w:br/>
        <w:t>f 19058/7625/6202 19061/7622/6200 19059/7624/6201</w:t>
        <w:br/>
        <w:t>f 19063/7626/6203 19055/7620/6198 19056/7619/6197</w:t>
        <w:br/>
        <w:t>f 19062/7627/6204 19063/7626/6203 19056/7619/6197</w:t>
        <w:br/>
        <w:t>f 19053/7618/6196 19054/7617/6195 19065/7628/6205</w:t>
        <w:br/>
        <w:t>f 19064/7629/6205 19053/7618/6196 19065/7628/6205</w:t>
        <w:br/>
        <w:t>f 19063/7626/6203 19062/7627/6204 19067/7630/6206</w:t>
        <w:br/>
        <w:t>f 19066/7631/6207 19063/7626/6203 19067/7630/6206</w:t>
        <w:br/>
        <w:t>f 19061/7622/6200 19058/7625/6202 19057/7621/6199</w:t>
        <w:br/>
        <w:t>f 19055/7620/6198 19061/7622/6200 19057/7621/6199</w:t>
        <w:br/>
        <w:t>f 19071/7632/6208 19070/7633/6208 19069/7634/6209</w:t>
        <w:br/>
        <w:t>f 19068/7635/6209 19071/7632/6208 19069/7634/6209</w:t>
        <w:br/>
        <w:t>f 19068/7635/6209 19069/7634/6209 19073/7636/6210</w:t>
        <w:br/>
        <w:t>f 19072/7637/6210 19068/7635/6209 19073/7636/6210</w:t>
        <w:br/>
        <w:t>f 19077/7638/6211 19076/7639/6212 19075/7640/6213</w:t>
        <w:br/>
        <w:t>f 19074/7641/6214 19077/7638/6211 19075/7640/6213</w:t>
        <w:br/>
        <w:t>f 19080/7642/6215 19079/7643/6215 19078/7644/6216</w:t>
        <w:br/>
        <w:t>f 19082/7645/6217 19081/7646/6217 19079/7643/6215</w:t>
        <w:br/>
        <w:t>f 19080/7642/6215 19082/7645/6217 19079/7643/6215</w:t>
        <w:br/>
        <w:t>f 19074/7641/6214 19083/7647/6218 19077/7638/6211</w:t>
        <w:br/>
        <w:t>f 19085/7648/6219 19081/7646/6217 19082/7645/6217</w:t>
        <w:br/>
        <w:t>f 19084/7649/6220 19085/7648/6219 19082/7645/6217</w:t>
        <w:br/>
        <w:t>f 19075/7640/6213 19048/7613/6221 19046/7609/6188</w:t>
        <w:br/>
        <w:t>f 19074/7641/6214 19075/7640/6213 19046/7609/6188</w:t>
        <w:br/>
        <w:t>f 19043/7606/6185 19074/7641/6214 19046/7609/6188</w:t>
        <w:br/>
        <w:t>f 19089/7650/6222 19088/7651/6223 19087/7652/6223</w:t>
        <w:br/>
        <w:t>f 19086/7653/6224 19089/7650/6222 19087/7652/6223</w:t>
        <w:br/>
        <w:t>f 19086/7653/6224 19091/7654/6225 19090/7655/6226</w:t>
        <w:br/>
        <w:t>f 19089/7650/6222 19086/7653/6224 19090/7655/6226</w:t>
        <w:br/>
        <w:t>f 19093/7656/6227 19089/7650/6222 19090/7655/6226</w:t>
        <w:br/>
        <w:t>f 19092/7657/6228 19093/7656/6227 19090/7655/6226</w:t>
        <w:br/>
        <w:t>f 19089/7650/6222 19093/7656/6227 19094/7658/6229</w:t>
        <w:br/>
        <w:t>f 19043/7606/6185 19089/7650/6222 19094/7658/6229</w:t>
        <w:br/>
        <w:t>f 19083/7647/6218 19074/7641/6214 19043/7606/6185</w:t>
        <w:br/>
        <w:t>f 19094/7658/6229 19083/7647/6218 19043/7606/6185</w:t>
        <w:br/>
        <w:t>f 19097/7659/6230 19096/7660/6231 19092/7657/6228</w:t>
        <w:br/>
        <w:t>f 19095/7661/6232 19097/7659/6230 19092/7657/6228</w:t>
        <w:br/>
        <w:t>f 19101/7662/6233 19100/7663/6234 19099/7664/6235</w:t>
        <w:br/>
        <w:t>f 19098/7665/6235 19101/7662/6233 19099/7664/6235</w:t>
        <w:br/>
        <w:t>f 19092/7657/6228 19090/7655/6226 19095/7661/6232</w:t>
        <w:br/>
        <w:t>f 19095/7661/6232 19090/7655/6226 19091/7654/6225</w:t>
        <w:br/>
        <w:t>f 19100/7663/6234 19095/7661/6232 19091/7654/6225</w:t>
        <w:br/>
        <w:t>f 19099/7664/6235 19072/7637/6210 19073/7636/6210</w:t>
        <w:br/>
        <w:t>f 19098/7665/6235 19099/7664/6235 19073/7636/6210</w:t>
        <w:br/>
        <w:t>f 19103/7666/6236 19102/7667/6237 19096/7660/6231</w:t>
        <w:br/>
        <w:t>f 19097/7659/6230 19103/7666/6236 19096/7660/6231</w:t>
        <w:br/>
        <w:t>f 19107/7668/6238 19106/7669/6239 19105/7670/6240</w:t>
        <w:br/>
        <w:t>f 19104/7671/6238 19107/7668/6238 19105/7670/6240</w:t>
        <w:br/>
        <w:t>f 19102/7667/6237 19103/7666/6236 19109/7672/6241</w:t>
        <w:br/>
        <w:t>f 19108/7673/6241 19102/7667/6237 19109/7672/6241</w:t>
        <w:br/>
        <w:t>f 19108/7673/6241 19109/7672/6241 19066/7631/6207</w:t>
        <w:br/>
        <w:t>f 19067/7630/6206 19108/7673/6241 19066/7631/6207</w:t>
        <w:br/>
        <w:t>f 19111/7674/6242 19110/7675/6242 19064/7629/6205</w:t>
        <w:br/>
        <w:t>f 19065/7628/6205 19111/7674/6242 19064/7629/6205</w:t>
        <w:br/>
        <w:t>f 19107/7668/6238 19104/7671/6238 19110/7675/6242</w:t>
        <w:br/>
        <w:t>f 19111/7674/6242 19107/7668/6238 19110/7675/6242</w:t>
        <w:br/>
        <w:t>f 19113/7676/6243 19085/7648/6219 19084/7649/6220</w:t>
        <w:br/>
        <w:t>f 19112/7677/6243 19113/7676/6243 19084/7649/6220</w:t>
        <w:br/>
        <w:t>f 19123/7678/6244 19122/7679/6244 19121/7680/6244</w:t>
        <w:br/>
        <w:t>f 19120/7681/6244 19123/7678/6244 19121/7680/6244</w:t>
        <w:br/>
        <w:t>f 19127/7682/6245 19126/7683/6246 19125/7684/6247</w:t>
        <w:br/>
        <w:t>f 19124/7685/6248 19127/7682/6245 19125/7684/6247</w:t>
        <w:br/>
        <w:t>f 19125/7684/6247 19129/7686/6249 19128/7687/6250</w:t>
        <w:br/>
        <w:t>f 19124/7685/6248 19125/7684/6247 19128/7687/6250</w:t>
        <w:br/>
        <w:t>f 19133/7688/6251 19132/7689/6252 19131/7690/6253</w:t>
        <w:br/>
        <w:t>f 19130/7691/6254 19133/7688/6251 19131/7690/6253</w:t>
        <w:br/>
        <w:t>f 19135/7692/6255 19134/7693/6255 19132/7689/6252</w:t>
        <w:br/>
        <w:t>f 19133/7688/6251 19135/7692/6255 19132/7689/6252</w:t>
        <w:br/>
        <w:t>f 19134/7693/6255 19135/7692/6255 19137/7694/6256</w:t>
        <w:br/>
        <w:t>f 19136/7695/6256 19134/7693/6255 19137/7694/6256</w:t>
        <w:br/>
        <w:t>f 19129/7686/6249 19125/7684/6247 19139/7696/6257</w:t>
        <w:br/>
        <w:t>f 19138/7697/6258 19129/7686/6249 19139/7696/6257</w:t>
        <w:br/>
        <w:t>f 19139/7696/6257 19125/7684/6247 19126/7683/6246</w:t>
        <w:br/>
        <w:t>f 19140/7698/6259 19139/7696/6257 19126/7683/6246</w:t>
        <w:br/>
        <w:t>f 19144/7699/6260 19143/7700/6261 19142/7701/6262</w:t>
        <w:br/>
        <w:t>f 19141/7702/6263 19144/7699/6260 19142/7701/6262</w:t>
        <w:br/>
        <w:t>f 19146/7703/6264 19145/7704/6264 19138/7697/6258</w:t>
        <w:br/>
        <w:t>f 19139/7696/6257 19146/7703/6264 19138/7697/6258</w:t>
        <w:br/>
        <w:t>f 19137/7694/6256 19148/7705/6265 19147/7706/6265</w:t>
        <w:br/>
        <w:t>f 19136/7695/6256 19137/7694/6256 19147/7706/6265</w:t>
        <w:br/>
        <w:t>f 19146/7703/6264 19150/7707/6266 19149/7708/6267</w:t>
        <w:br/>
        <w:t>f 19145/7704/6264 19146/7703/6264 19149/7708/6267</w:t>
        <w:br/>
        <w:t>f 19140/7698/6259 19143/7700/6261 19144/7699/6260</w:t>
        <w:br/>
        <w:t>f 19139/7696/6257 19140/7698/6259 19144/7699/6260</w:t>
        <w:br/>
        <w:t>f 19154/7709/6268 19153/7710/6269 19152/7711/6269</w:t>
        <w:br/>
        <w:t>f 19151/7712/6270 19154/7709/6268 19152/7711/6269</w:t>
        <w:br/>
        <w:t>f 19156/7713/6271 19152/7711/6269 19153/7710/6269</w:t>
        <w:br/>
        <w:t>f 19155/7714/6272 19156/7713/6271 19153/7710/6269</w:t>
        <w:br/>
        <w:t>f 19160/7715/6273 19159/7716/6274 19158/7717/6275</w:t>
        <w:br/>
        <w:t>f 19157/7718/6276 19160/7715/6273 19158/7717/6275</w:t>
        <w:br/>
        <w:t>f 19163/7719/6277 19162/7720/6277 19161/7721/6278</w:t>
        <w:br/>
        <w:t>f 19163/7719/6277 19165/7722/6279 19164/7723/6280</w:t>
        <w:br/>
        <w:t>f 19162/7720/6277 19163/7719/6277 19164/7723/6280</w:t>
        <w:br/>
        <w:t>f 19157/7718/6276 19158/7717/6275 19166/7724/6281</w:t>
        <w:br/>
        <w:t>f 19164/7723/6280 19165/7722/6279 19168/7725/6282</w:t>
        <w:br/>
        <w:t>f 19167/7726/6282 19164/7723/6280 19168/7725/6282</w:t>
        <w:br/>
        <w:t>f 19128/7687/6250 19131/7690/6283 19160/7715/6273</w:t>
        <w:br/>
        <w:t>f 19157/7718/6276 19128/7687/6250 19160/7715/6273</w:t>
        <w:br/>
        <w:t>f 19124/7685/6248 19128/7687/6250 19157/7718/6276</w:t>
        <w:br/>
        <w:t>f 19172/7727/6284 19171/7728/6285 19170/7729/6286</w:t>
        <w:br/>
        <w:t>f 19169/7730/6286 19172/7727/6284 19170/7729/6286</w:t>
        <w:br/>
        <w:t>f 19171/7728/6285 19172/7727/6284 19174/7731/6287</w:t>
        <w:br/>
        <w:t>f 19173/7732/6288 19171/7728/6285 19174/7731/6287</w:t>
        <w:br/>
        <w:t>f 19176/7733/6289 19175/7734/6290 19174/7731/6287</w:t>
        <w:br/>
        <w:t>f 19172/7727/6284 19176/7733/6289 19174/7731/6287</w:t>
        <w:br/>
        <w:t>f 19177/7735/6291 19176/7733/6289 19172/7727/6284</w:t>
        <w:br/>
        <w:t>f 19124/7685/6248 19177/7735/6291 19172/7727/6284</w:t>
        <w:br/>
        <w:t>f 19124/7685/6248 19157/7718/6276 19166/7724/6281</w:t>
        <w:br/>
        <w:t>f 19177/7735/6291 19124/7685/6248 19166/7724/6281</w:t>
        <w:br/>
        <w:t>f 19180/7736/6292 19179/7737/6293 19175/7734/6290</w:t>
        <w:br/>
        <w:t>f 19178/7738/6294 19180/7736/6292 19175/7734/6290</w:t>
        <w:br/>
        <w:t>f 19184/7739/6295 19183/7740/6296 19182/7741/6297</w:t>
        <w:br/>
        <w:t>f 19181/7742/6295 19184/7739/6295 19182/7741/6297</w:t>
        <w:br/>
        <w:t>f 19175/7734/6290 19179/7737/6293 19174/7731/6287</w:t>
        <w:br/>
        <w:t>f 19173/7732/6288 19174/7731/6287 19179/7737/6293</w:t>
        <w:br/>
        <w:t>f 19183/7740/6296 19173/7732/6288 19179/7737/6293</w:t>
        <w:br/>
        <w:t>f 19184/7739/6295 19181/7742/6295 19156/7713/6271</w:t>
        <w:br/>
        <w:t>f 19155/7714/6272 19184/7739/6295 19156/7713/6271</w:t>
        <w:br/>
        <w:t>f 19186/7743/6298 19180/7736/6292 19178/7738/6294</w:t>
        <w:br/>
        <w:t>f 19185/7744/6298 19186/7743/6298 19178/7738/6294</w:t>
        <w:br/>
        <w:t>f 19190/7745/6299 19189/7746/6299 19188/7747/6300</w:t>
        <w:br/>
        <w:t>f 19187/7748/6300 19190/7745/6299 19188/7747/6300</w:t>
        <w:br/>
        <w:t>f 19185/7744/6298 19192/7749/6301 19191/7750/6302</w:t>
        <w:br/>
        <w:t>f 19186/7743/6298 19185/7744/6298 19191/7750/6302</w:t>
        <w:br/>
        <w:t>f 19192/7749/6301 19149/7708/6267 19150/7707/6266</w:t>
        <w:br/>
        <w:t>f 19191/7750/6302 19192/7749/6301 19150/7707/6266</w:t>
        <w:br/>
        <w:t>f 19148/7705/6265 19194/7751/6303 19193/7752/6303</w:t>
        <w:br/>
        <w:t>f 19147/7706/6265 19148/7705/6265 19193/7752/6303</w:t>
        <w:br/>
        <w:t>f 19194/7751/6303 19189/7746/6299 19190/7745/6299</w:t>
        <w:br/>
        <w:t>f 19193/7752/6303 19194/7751/6303 19190/7745/6299</w:t>
        <w:br/>
        <w:t>f 19167/7726/6282 19168/7725/6282 19196/7753/6304</w:t>
        <w:br/>
        <w:t>f 19195/7754/6305 19167/7726/6282 19196/7753/6304</w:t>
        <w:br/>
        <w:t>f 19204/7755/6306 19203/7756/6306 19202/7757/6306</w:t>
        <w:br/>
        <w:t>f 19201/7758/6306 19204/7755/6306 19202/7757/6306</w:t>
        <w:br/>
        <w:t>f 19207/7759/6307 19206/7760/6308 19205/7761/6309</w:t>
        <w:br/>
        <w:t>f 19210/7762/6310 19209/7763/6311 19208/7764/6312</w:t>
        <w:br/>
        <w:t>f 19207/7759/6307 19205/7761/6309 19212/7765/6313</w:t>
        <w:br/>
        <w:t>f 19211/7766/6314 19207/7759/6307 19212/7765/6313</w:t>
        <w:br/>
        <w:t>f 19215/7767/6315 19214/7768/6316 19213/7769/6317</w:t>
        <w:br/>
        <w:t>f 19216/7770/6318 19208/7764/6312 19209/7763/6311</w:t>
        <w:br/>
        <w:t>f 19215/7767/6315 19211/7766/6314 19212/7765/6313</w:t>
        <w:br/>
        <w:t>f 19219/7771/6319 19218/7772/6320 19217/7773/6321</w:t>
        <w:br/>
        <w:t>f 19221/7774/6322 19210/7762/6310 19220/7775/6323</w:t>
        <w:br/>
        <w:t>f 19224/7776/6324 19223/7777/6324 19222/7778/6325</w:t>
        <w:br/>
        <w:t>f 19224/7776/6324 19219/7771/6319 19225/7779/6326</w:t>
        <w:br/>
        <w:t>f 19223/7777/6324 19224/7776/6324 19225/7779/6326</w:t>
        <w:br/>
        <w:t>f 19217/7773/6321 19218/7772/6320 19226/7780/6327</w:t>
        <w:br/>
        <w:t>f 19228/7781/6328 19220/7775/6323 19227/7782/6329</w:t>
        <w:br/>
        <w:t>f 19219/7771/6319 19217/7773/6321 19225/7779/6326</w:t>
        <w:br/>
        <w:t>f 19211/7766/6314 19215/7767/6315 19213/7769/6317</w:t>
        <w:br/>
        <w:t>f 19220/7775/6323 19210/7762/6310 19227/7782/6329</w:t>
        <w:br/>
        <w:t>f 19221/7774/6322 19209/7763/6311 19210/7762/6310</w:t>
        <w:br/>
        <w:t>f 20533/7783/6330 20532/7784/6331 20531/7785/6332</w:t>
        <w:br/>
        <w:t>f 20533/7783/6330 20535/7786/6333 20534/7787/6334</w:t>
        <w:br/>
        <w:t>f 20535/7786/6333 20537/7788/6335 20536/7789/6336</w:t>
        <w:br/>
        <w:t>f 20534/7787/6334 20535/7786/6333 20536/7789/6336</w:t>
        <w:br/>
        <w:t>f 20541/7790/6337 20540/7791/6338 20539/7792/6339</w:t>
        <w:br/>
        <w:t>f 20538/7793/6337 20541/7790/6337 20539/7792/6339</w:t>
        <w:br/>
        <w:t>f 20536/7789/6336 20543/7794/6340 20542/7795/6341</w:t>
        <w:br/>
        <w:t>f 20534/7787/6334 20536/7789/6336 20542/7795/6341</w:t>
        <w:br/>
        <w:t>f 20544/7796/6342 20532/7784/6331 20542/7795/6341</w:t>
        <w:br/>
        <w:t>f 20543/7794/6340 20544/7796/6342 20542/7795/6341</w:t>
        <w:br/>
        <w:t>f 20540/7791/6338 20546/7797/6343 20545/7798/6343</w:t>
        <w:br/>
        <w:t>f 20539/7792/6339 20540/7791/6338 20545/7798/6343</w:t>
        <w:br/>
        <w:t>f 20550/7799/6344 20549/7800/6345 20548/7801/6344</w:t>
        <w:br/>
        <w:t>f 20547/7802/6346 20550/7799/6344 20548/7801/6344</w:t>
        <w:br/>
        <w:t>f 20544/7796/6342 20549/7800/6345 20552/7803/6347</w:t>
        <w:br/>
        <w:t>f 20551/7804/6348 20544/7796/6342 20552/7803/6347</w:t>
        <w:br/>
        <w:t>f 20544/7796/6342 20551/7804/6348 20531/7785/6332</w:t>
        <w:br/>
        <w:t>f 20532/7784/6331 20544/7796/6342 20531/7785/6332</w:t>
        <w:br/>
        <w:t>f 20534/7787/6334 20542/7795/6341 20533/7783/6330</w:t>
        <w:br/>
        <w:t>f 20533/7783/6330 20542/7795/6341 20532/7784/6331</w:t>
        <w:br/>
        <w:t>f 20555/7805/6349 20554/7806/6350 20553/7807/6351</w:t>
        <w:br/>
        <w:t>f 20555/7805/6349 20557/7808/6352 20556/7809/6353</w:t>
        <w:br/>
        <w:t>f 20556/7809/6353 20557/7808/6352 20559/7810/6354</w:t>
        <w:br/>
        <w:t>f 20558/7811/6355 20556/7809/6353 20559/7810/6354</w:t>
        <w:br/>
        <w:t>f 20563/7812/6356 20562/7813/6356 20561/7814/6357</w:t>
        <w:br/>
        <w:t>f 20560/7815/6357 20563/7812/6356 20561/7814/6357</w:t>
        <w:br/>
        <w:t>f 20559/7810/6354 20557/7808/6352 20565/7816/6358</w:t>
        <w:br/>
        <w:t>f 20564/7817/6359 20559/7810/6354 20565/7816/6358</w:t>
        <w:br/>
        <w:t>f 20566/7818/6360 20564/7817/6359 20565/7816/6358</w:t>
        <w:br/>
        <w:t>f 20553/7807/6351 20566/7818/6360 20565/7816/6358</w:t>
        <w:br/>
        <w:t>f 20562/7813/6356 20563/7812/6356 20568/7819/6361</w:t>
        <w:br/>
        <w:t>f 20567/7820/6361 20562/7813/6356 20568/7819/6361</w:t>
        <w:br/>
        <w:t>f 20572/7821/6362 20571/7822/6363 20570/7823/6364</w:t>
        <w:br/>
        <w:t>f 20569/7824/6362 20572/7821/6362 20570/7823/6364</w:t>
        <w:br/>
        <w:t>f 20574/7825/6365 20571/7822/6366 20566/7818/6360</w:t>
        <w:br/>
        <w:t>f 20573/7826/6367 20574/7825/6365 20566/7818/6360</w:t>
        <w:br/>
        <w:t>f 20566/7818/6360 20553/7807/6351 20554/7806/6350</w:t>
        <w:br/>
        <w:t>f 20573/7826/6367 20566/7818/6360 20554/7806/6350</w:t>
        <w:br/>
        <w:t>f 20557/7808/6352 20555/7805/6349 20565/7816/6358</w:t>
        <w:br/>
        <w:t>f 20555/7805/6349 20553/7807/6351 20565/7816/6358</w:t>
        <w:br/>
        <w:t>f 20654/7827/6368 20653/7828/6369 20652/7829/6370</w:t>
        <w:br/>
        <w:t>f 20651/7830/1213 20654/7827/6368 20652/7829/6370</w:t>
        <w:br/>
        <w:t>f 20657/7831/1215 20656/7832/6371 20655/7833/5846</w:t>
        <w:br/>
        <w:t>f 20658/7834/1217 20657/7831/1215 20655/7833/5846</w:t>
        <w:br/>
        <w:t>f 20657/7831/1215 20660/7835/1218 20659/7836/6372</w:t>
        <w:br/>
        <w:t>f 20656/7832/6371 20657/7831/1215 20659/7836/6372</w:t>
        <w:br/>
        <w:t>f 20662/7837/1220 20661/7838/1221 20659/7836/6372</w:t>
        <w:br/>
        <w:t>f 20660/7835/1218 20662/7837/1220 20659/7836/6372</w:t>
        <w:br/>
        <w:t>f 20664/7839/1222 20663/7840/6373 20661/7838/1221</w:t>
        <w:br/>
        <w:t>f 20662/7837/1220 20664/7839/1222 20661/7838/1221</w:t>
        <w:br/>
        <w:t>f 20664/7839/1222 20666/7841/1224 20665/7842/1225</w:t>
        <w:br/>
        <w:t>f 20663/7840/6373 20664/7839/1222 20665/7842/1225</w:t>
        <w:br/>
        <w:t>f 20666/7841/1224 20668/7843/6374 20667/7844/1227</w:t>
        <w:br/>
        <w:t>f 20665/7842/1225 20666/7841/1224 20667/7844/1227</w:t>
        <w:br/>
        <w:t>f 20654/7827/6368 20651/7830/1213 20667/7844/1227</w:t>
        <w:br/>
        <w:t>f 20668/7843/6374 20654/7827/6368 20667/7844/1227</w:t>
        <w:br/>
        <w:t>f 20670/7845/5871 20669/7846/1231 20653/7828/6369</w:t>
        <w:br/>
        <w:t>f 20654/7827/6368 20670/7845/5871 20653/7828/6369</w:t>
        <w:br/>
        <w:t>f 20671/7847/1423 20657/7831/1215 20658/7834/1217</w:t>
        <w:br/>
        <w:t>f 20672/7848/1231 20671/7847/1423 20658/7834/1217</w:t>
        <w:br/>
        <w:t>f 20673/7849/1232 20660/7835/1218 20657/7831/1215</w:t>
        <w:br/>
        <w:t>f 20671/7847/1423 20673/7849/1232 20657/7831/1215</w:t>
        <w:br/>
        <w:t>f 20673/7849/1232 20674/7850/1233 20662/7837/1220</w:t>
        <w:br/>
        <w:t>f 20660/7835/1218 20673/7849/1232 20662/7837/1220</w:t>
        <w:br/>
        <w:t>f 20675/7851/1234 20664/7839/1222 20662/7837/1220</w:t>
        <w:br/>
        <w:t>f 20674/7850/1233 20675/7851/1234 20662/7837/1220</w:t>
        <w:br/>
        <w:t>f 20675/7851/1234 20676/7852/5854 20666/7841/1224</w:t>
        <w:br/>
        <w:t>f 20664/7839/1222 20675/7851/1234 20666/7841/1224</w:t>
        <w:br/>
        <w:t>f 20677/7853/5872 20668/7843/6374 20666/7841/1224</w:t>
        <w:br/>
        <w:t>f 20676/7852/5854 20677/7853/5872 20666/7841/1224</w:t>
        <w:br/>
        <w:t>f 20670/7845/5871 20654/7827/6368 20668/7843/6374</w:t>
        <w:br/>
        <w:t>f 20677/7853/5872 20670/7845/5871 20668/7843/6374</w:t>
        <w:br/>
        <w:t>f 20679/7854/6375 20678/7855/1240 20669/7846/1231</w:t>
        <w:br/>
        <w:t>f 20670/7845/5871 20679/7854/6375 20669/7846/1231</w:t>
        <w:br/>
        <w:t>f 20680/7856/6376 20671/7847/1423 20672/7848/1231</w:t>
        <w:br/>
        <w:t>f 20681/7857/1237 20680/7856/6376 20672/7848/1231</w:t>
        <w:br/>
        <w:t>f 20680/7856/6376 20682/7858/5857 20673/7849/1232</w:t>
        <w:br/>
        <w:t>f 20671/7847/1423 20680/7856/6376 20673/7849/1232</w:t>
        <w:br/>
        <w:t>f 20683/7859/5876 20674/7850/1233 20673/7849/1232</w:t>
        <w:br/>
        <w:t>f 20682/7858/5857 20683/7859/5876 20673/7849/1232</w:t>
        <w:br/>
        <w:t>f 20684/7860/5859 20675/7851/1234 20674/7850/1233</w:t>
        <w:br/>
        <w:t>f 20683/7859/5876 20684/7860/5859 20674/7850/1233</w:t>
        <w:br/>
        <w:t>f 20684/7860/5859 20685/7861/1244 20676/7852/5854</w:t>
        <w:br/>
        <w:t>f 20675/7851/1234 20684/7860/5859 20676/7852/5854</w:t>
        <w:br/>
        <w:t>f 20686/7862/6377 20677/7853/5872 20676/7852/5854</w:t>
        <w:br/>
        <w:t>f 20685/7861/1244 20686/7862/6377 20676/7852/5854</w:t>
        <w:br/>
        <w:t>f 20679/7854/6375 20670/7845/5871 20677/7853/5872</w:t>
        <w:br/>
        <w:t>f 20686/7862/6377 20679/7854/6375 20677/7853/5872</w:t>
        <w:br/>
        <w:t>f 20652/7829/6370 20687/7863/6378 20651/7830/1213</w:t>
        <w:br/>
        <w:t>f 20656/7832/6371 20687/7863/6378 20655/7833/5846</w:t>
        <w:br/>
        <w:t>f 20659/7836/6372 20687/7863/6378 20656/7832/6371</w:t>
        <w:br/>
        <w:t>f 20661/7838/1221 20687/7863/6378 20659/7836/6372</w:t>
        <w:br/>
        <w:t>f 20663/7840/6373 20687/7863/6378 20661/7838/1221</w:t>
        <w:br/>
        <w:t>f 20665/7842/1225 20687/7863/6378 20663/7840/6373</w:t>
        <w:br/>
        <w:t>f 20667/7844/1227 20687/7863/6378 20665/7842/1225</w:t>
        <w:br/>
        <w:t>f 20651/7830/1213 20687/7863/6378 20667/7844/1227</w:t>
        <w:br/>
        <w:t>f 20679/7854/6375 20688/7864/1247 20678/7855/1240</w:t>
        <w:br/>
        <w:t>f 20681/7857/1237 20688/7864/1247 20680/7856/6376</w:t>
        <w:br/>
        <w:t>f 20680/7856/6376 20688/7864/1247 20682/7858/5857</w:t>
        <w:br/>
        <w:t>f 20682/7858/5857 20688/7864/1247 20683/7859/5876</w:t>
        <w:br/>
        <w:t>f 20683/7859/5876 20688/7864/1247 20684/7860/5859</w:t>
        <w:br/>
        <w:t>f 20684/7860/5859 20688/7864/1247 20685/7861/1244</w:t>
        <w:br/>
        <w:t>f 20685/7861/1244 20688/7864/1247 20686/7862/6377</w:t>
        <w:br/>
        <w:t>f 20686/7862/6377 20688/7864/1247 20679/7854/6375</w:t>
        <w:br/>
        <w:t>f 20889/7865/6379 20888/7866/6380 20887/7867/6381</w:t>
        <w:br/>
        <w:t>f 20888/7866/6380 20891/7868/6382 20890/7869/6383</w:t>
        <w:br/>
        <w:t>f 20902/7870/6384 20901/7871/6385 20900/7872/6386</w:t>
        <w:br/>
        <w:t>f 20890/7869/6383 20891/7868/6382 20913/7873/6387</w:t>
        <w:br/>
        <w:t>f 20912/7874/6388 20890/7869/6383 20913/7873/6387</w:t>
        <w:br/>
        <w:t>f 20917/7875/6389 20916/7876/6390 20915/7877/6391</w:t>
        <w:br/>
        <w:t>f 20914/7878/6392 20917/7875/6389 20915/7877/6391</w:t>
        <w:br/>
        <w:t>f 20901/7871/6385 20920/7879/6393 20919/7880/6394</w:t>
        <w:br/>
        <w:t>f 20918/7881/6395 20901/7871/6385 20919/7880/6394</w:t>
        <w:br/>
        <w:t>f 20924/7882/6396 20923/7883/6397 20922/7884/6398</w:t>
        <w:br/>
        <w:t>f 20921/7885/6399 20924/7882/6396 20922/7884/6398</w:t>
        <w:br/>
        <w:t>f 20913/7873/6387 20925/7886/6400 20912/7874/6388</w:t>
        <w:br/>
        <w:t>f 20918/7881/6395 20919/7880/6394 20926/7887/6401</w:t>
        <w:br/>
        <w:t>f 20927/7888/6402 20918/7881/6395 20926/7887/6401</w:t>
        <w:br/>
        <w:t>f 20930/7889/6403 20929/7890/6403 20928/7891/6403</w:t>
        <w:br/>
        <w:t>f 20931/7892/6403 20930/7889/6403 20928/7891/6403</w:t>
        <w:br/>
        <w:t>f 20935/7893/6404 20934/7894/6405 20933/7895/6406</w:t>
        <w:br/>
        <w:t>f 20932/7896/6407 20935/7893/6404 20933/7895/6406</w:t>
        <w:br/>
        <w:t>f 20939/7897/6408 20938/7898/6409 20937/7899/6410</w:t>
        <w:br/>
        <w:t>f 20936/7900/6411 20939/7897/6408 20937/7899/6410</w:t>
        <w:br/>
        <w:t>f 20941/7901/6412 20935/7893/6404 20932/7896/6407</w:t>
        <w:br/>
        <w:t>f 20940/7902/6413 20941/7901/6412 20932/7896/6407</w:t>
        <w:br/>
        <w:t>f 20943/7903/6414 20942/7904/6415 20938/7898/6409</w:t>
        <w:br/>
        <w:t>f 20939/7897/6408 20943/7903/6414 20938/7898/6409</w:t>
        <w:br/>
        <w:t>f 20945/7905/6403 20931/7892/6403 20928/7891/6403</w:t>
        <w:br/>
        <w:t>f 20944/7906/6403 20945/7905/6403 20928/7891/6403</w:t>
        <w:br/>
        <w:t>f 20946/7907/6416 20918/7881/6395 20927/7888/6402</w:t>
        <w:br/>
        <w:t>f 20917/7875/6389 20947/7908/6417 20946/7907/6416</w:t>
        <w:br/>
        <w:t>f 20927/7888/6402 20917/7875/6389 20946/7907/6416</w:t>
        <w:br/>
        <w:t>f 20914/7878/6392 20947/7908/6417 20917/7875/6389</w:t>
        <w:br/>
        <w:t>f 20933/7895/6406 20934/7894/6405 20949/7909/6418</w:t>
        <w:br/>
        <w:t>f 20948/7910/6419 20933/7895/6406 20949/7909/6418</w:t>
        <w:br/>
        <w:t>f 20930/7889/6403 20951/7911/6420 20950/7912/6421</w:t>
        <w:br/>
        <w:t>f 20929/7890/6403 20930/7889/6403 20950/7912/6421</w:t>
        <w:br/>
        <w:t>f 20937/7899/6410 20953/7913/6422 20952/7914/6422</w:t>
        <w:br/>
        <w:t>f 20936/7900/6411 20937/7899/6410 20952/7914/6422</w:t>
        <w:br/>
        <w:t>f 20955/7915/6423 20954/7916/6423 20942/7904/6415</w:t>
        <w:br/>
        <w:t>f 20943/7903/6414 20955/7915/6423 20942/7904/6415</w:t>
        <w:br/>
        <w:t>f 20945/7905/6403 20944/7906/6403 20917/7875/6389</w:t>
        <w:br/>
        <w:t>f 20927/7888/6402 20945/7905/6403 20917/7875/6389</w:t>
        <w:br/>
        <w:t>f 20957/7917/6424 20941/7901/6412 20940/7902/6413</w:t>
        <w:br/>
        <w:t>f 20956/7918/6424 20957/7917/6424 20940/7902/6413</w:t>
        <w:br/>
        <w:t>f 20951/7911/6420 20959/7919/6425 20958/7920/6426</w:t>
        <w:br/>
        <w:t>f 20950/7912/6421 20951/7911/6420 20958/7920/6426</w:t>
        <w:br/>
        <w:t>f 20963/7921/6427 20962/7922/6428 20961/7923/6429</w:t>
        <w:br/>
        <w:t>f 20960/7924/6427 20963/7921/6427 20961/7923/6429</w:t>
        <w:br/>
        <w:t>f 20967/7925/6430 20966/7926/6430 20965/7927/6430</w:t>
        <w:br/>
        <w:t>f 20964/7928/6430 20967/7925/6430 20965/7927/6430</w:t>
        <w:br/>
        <w:t>f 20923/7883/6397 20924/7882/6396 20969/7929/6431</w:t>
        <w:br/>
        <w:t>f 20968/7930/6432 20923/7883/6397 20969/7929/6431</w:t>
        <w:br/>
        <w:t>f 20950/7912/6421 20958/7920/6426 20970/7931/6433</w:t>
        <w:br/>
        <w:t>f 20959/7919/6425 20951/7911/6420 20971/7932/6434</w:t>
        <w:br/>
        <w:t>f 20968/7930/6432 20969/7929/6431 20961/7923/6429</w:t>
        <w:br/>
        <w:t>f 20962/7922/6428 20968/7930/6432 20961/7923/6429</w:t>
        <w:br/>
        <w:t>f 21059/7933/6435 21058/7934/6436 21057/7935/6437</w:t>
        <w:br/>
        <w:t>f 21056/7936/6438 21059/7933/6435 21057/7935/6437</w:t>
        <w:br/>
        <w:t>f 21061/7937/6439 21060/7938/6440 21059/7933/6435</w:t>
        <w:br/>
        <w:t>f 21056/7936/6438 21061/7937/6439 21059/7933/6435</w:t>
        <w:br/>
        <w:t>f 21059/7933/6435 21060/7938/6440 21063/7939/6441</w:t>
        <w:br/>
        <w:t>f 21062/7940/6442 21059/7933/6435 21063/7939/6441</w:t>
        <w:br/>
        <w:t>f 21058/7934/6436 21065/7941/6443 21064/7942/6444</w:t>
        <w:br/>
        <w:t>f 21067/7943/6445 21058/7934/6436 21064/7942/6444</w:t>
        <w:br/>
        <w:t>f 21066/7944/6446 21067/7943/6445 21064/7942/6444</w:t>
        <w:br/>
        <w:t>f 21062/7940/6442 21063/7939/6441 21069/7945/6447</w:t>
        <w:br/>
        <w:t>f 21068/7946/6448 21062/7940/6442 21069/7945/6447</w:t>
        <w:br/>
        <w:t>f 21072/7947/6449 21071/7948/6450 21070/7949/6451</w:t>
        <w:br/>
        <w:t>f 21065/7941/6443 21072/7947/6449 21070/7949/6451</w:t>
        <w:br/>
        <w:t>f 21070/7949/6451 21087/7950/6452 21064/7942/6444</w:t>
        <w:br/>
        <w:t>f 21065/7941/6443 21070/7949/6451 21064/7942/6444</w:t>
        <w:br/>
        <w:t>f 21069/7945/6447 21063/7939/6441 21091/7951/6453</w:t>
        <w:br/>
        <w:t>f 21090/7952/6454 21069/7945/6447 21091/7951/6453</w:t>
        <w:br/>
        <w:t>f 21095/7953/6455 21094/7954/6456 21093/7955/6456</w:t>
        <w:br/>
        <w:t>f 21092/7956/6455 21095/7953/6455 21093/7955/6456</w:t>
        <w:br/>
        <w:t>f 21099/7957/6457 21098/7958/6458 21097/7959/6459</w:t>
        <w:br/>
        <w:t>f 21096/7960/6460 21099/7957/6457 21097/7959/6459</w:t>
        <w:br/>
        <w:t>f 21096/7960/6460 21100/7961/6461 21099/7957/6457</w:t>
        <w:br/>
        <w:t>f 21094/7954/6456 21102/7962/6462 21101/7963/6463</w:t>
        <w:br/>
        <w:t>f 21093/7955/6456 21094/7954/6456 21101/7963/6463</w:t>
        <w:br/>
        <w:t>f 21122/7964/6464 21121/7965/6465 21120/7966/6466</w:t>
        <w:br/>
        <w:t>f 21119/7967/6467 21122/7964/6464 21120/7966/6466</w:t>
        <w:br/>
        <w:t>f 21126/7968/6468 21125/7969/6466 21124/7970/6469</w:t>
        <w:br/>
        <w:t>f 21123/7971/6470 21126/7968/6468 21124/7970/6469</w:t>
        <w:br/>
        <w:t>f 21102/7962/6462 21137/7972/6471 21101/7963/6463</w:t>
        <w:br/>
        <w:t>f 21141/7973/6472 21140/7974/6473 21139/7975/6473</w:t>
        <w:br/>
        <w:t>f 21138/7976/6474 21141/7973/6472 21139/7975/6473</w:t>
        <w:br/>
        <w:t>f 21141/7973/6472 21138/7976/6474 21142/7977/6475</w:t>
        <w:br/>
        <w:t>f 21143/7978/6476 21141/7973/6472 21142/7977/6475</w:t>
        <w:br/>
        <w:t>f 21142/7977/6475 21145/7979/6477 21144/7980/6477</w:t>
        <w:br/>
        <w:t>f 21143/7978/6476 21142/7977/6475 21144/7980/6477</w:t>
        <w:br/>
        <w:t>f 21147/7981/6478 21146/7982/6478 21144/7980/6477</w:t>
        <w:br/>
        <w:t>f 21145/7979/6477 21147/7981/6478 21144/7980/6477</w:t>
        <w:br/>
        <w:t>f 21148/7983/6479 21146/7982/6478 21147/7981/6478</w:t>
        <w:br/>
        <w:t>f 21149/7984/6479 21148/7983/6479 21147/7981/6478</w:t>
        <w:br/>
        <w:t>f 21151/7985/6480 21148/7983/6479 21149/7984/6479</w:t>
        <w:br/>
        <w:t>f 21150/7986/6480 21151/7985/6480 21149/7984/6479</w:t>
        <w:br/>
        <w:t>f 21154/7987/6481 21122/7964/6464 21153/7988/6482</w:t>
        <w:br/>
        <w:t>f 21152/7989/6483 21154/7987/6481 21153/7988/6482</w:t>
        <w:br/>
        <w:t>f 21155/7990/6484 21151/7985/6480 21150/7986/6480</w:t>
        <w:br/>
        <w:t>f 21154/7987/6481 21155/7990/6484 21150/7986/6480</w:t>
        <w:br/>
        <w:t>f 21098/7958/6458 21156/7991/6485 21097/7959/6459</w:t>
        <w:br/>
        <w:t>f 21159/7992/6486 21156/7991/6485 21158/7993/6487</w:t>
        <w:br/>
        <w:t>f 21157/7994/6486 21159/7992/6486 21158/7993/6487</w:t>
        <w:br/>
        <w:t>f 21163/7995/6488 21162/7996/6489 21161/7997/6490</w:t>
        <w:br/>
        <w:t>f 21160/7998/6491 21163/7995/6488 21161/7997/6490</w:t>
        <w:br/>
        <w:t>f 21166/7999/6492 21165/8000/6493 21164/8001/6494</w:t>
        <w:br/>
        <w:t>f 21168/8002/6495 21167/8003/6496 21166/7999/6492</w:t>
        <w:br/>
        <w:t>f 21164/8001/6494 21168/8002/6495 21166/7999/6492</w:t>
        <w:br/>
        <w:t>f 21170/8004/6497 21169/8005/6498 21160/7998/6491</w:t>
        <w:br/>
        <w:t>f 21161/7997/6490 21170/8004/6497 21160/7998/6491</w:t>
        <w:br/>
        <w:t>f 21170/8004/6497 21172/8006/6499 21171/8007/6500</w:t>
        <w:br/>
        <w:t>f 21169/8005/6498 21170/8004/6497 21171/8007/6500</w:t>
        <w:br/>
        <w:t>f 21175/8008/6501 21174/8009/6502 21173/8010/6503</w:t>
        <w:br/>
        <w:t>f 21179/8011/6504 21178/8012/6505 21177/8013/6506</w:t>
        <w:br/>
        <w:t>f 21176/8014/6507 21179/8011/6504 21177/8013/6506</w:t>
        <w:br/>
        <w:t>f 21181/8015/6508 21180/8016/6509 21178/8012/6505</w:t>
        <w:br/>
        <w:t>f 21179/8011/6504 21181/8015/6508 21178/8012/6505</w:t>
        <w:br/>
        <w:t>f 21183/8017/6510 21182/8018/6511 21180/8016/6509</w:t>
        <w:br/>
        <w:t>f 21181/8015/6508 21183/8017/6510 21180/8016/6509</w:t>
        <w:br/>
        <w:t>f 21183/8017/6510 21185/8019/6512 21184/8020/6513</w:t>
        <w:br/>
        <w:t>f 21182/8018/6511 21183/8017/6510 21184/8020/6513</w:t>
        <w:br/>
        <w:t>f 21185/8019/6512 21187/8021/6514 21186/8022/6515</w:t>
        <w:br/>
        <w:t>f 21184/8020/6513 21185/8019/6512 21186/8022/6515</w:t>
        <w:br/>
        <w:t>f 21187/8021/6514 21189/8023/6516 21188/8024/6517</w:t>
        <w:br/>
        <w:t>f 21186/8022/6515 21187/8021/6514 21188/8024/6517</w:t>
        <w:br/>
        <w:t>f 21191/8025/6518 21188/8024/6517 21189/8023/6516</w:t>
        <w:br/>
        <w:t>f 21190/8026/6519 21191/8025/6518 21189/8023/6516</w:t>
        <w:br/>
        <w:t>f 21194/8027/6520 21193/8028/6521 21190/8026/6519</w:t>
        <w:br/>
        <w:t>f 21192/8029/6522 21194/8027/6520 21190/8026/6519</w:t>
        <w:br/>
        <w:t>f 21190/8026/6519 21189/8023/6516 21196/8030/6523</w:t>
        <w:br/>
        <w:t>f 21195/8031/6524 21190/8026/6519 21196/8030/6523</w:t>
        <w:br/>
        <w:t>f 21190/8026/6519 21195/8031/6524 21197/8032/6525</w:t>
        <w:br/>
        <w:t>f 21192/8029/6522 21190/8026/6519 21197/8032/6525</w:t>
        <w:br/>
        <w:t>f 21193/8028/6521 21191/8025/6518 21190/8026/6519</w:t>
        <w:br/>
        <w:t>f 21195/8031/6524 21196/8030/6523 21199/8033/6526</w:t>
        <w:br/>
        <w:t>f 21198/8034/6527 21195/8031/6524 21199/8033/6526</w:t>
        <w:br/>
        <w:t>f 21197/8032/6525 21195/8031/6524 21198/8034/6527</w:t>
        <w:br/>
        <w:t>f 21200/8035/6528 21197/8032/6525 21198/8034/6527</w:t>
        <w:br/>
        <w:t>f 21204/8036/6529 21203/8037/6530 21202/8038/6531</w:t>
        <w:br/>
        <w:t>f 21201/8039/6532 21204/8036/6529 21202/8038/6531</w:t>
        <w:br/>
        <w:t>f 21208/8040/6533 21207/8041/6534 21206/8042/6535</w:t>
        <w:br/>
        <w:t>f 21205/8043/6536 21208/8040/6533 21206/8042/6535</w:t>
        <w:br/>
        <w:t>f 21176/8014/6507 21202/8038/6531 21210/8044/6537</w:t>
        <w:br/>
        <w:t>f 21209/8045/6538 21176/8014/6507 21210/8044/6537</w:t>
        <w:br/>
        <w:t>f 21179/8011/6504 21176/8014/6507 21209/8045/6538</w:t>
        <w:br/>
        <w:t>f 21211/8046/6539 21179/8011/6504 21209/8045/6538</w:t>
        <w:br/>
        <w:t>f 21181/8015/6508 21179/8011/6504 21211/8046/6539</w:t>
        <w:br/>
        <w:t>f 21212/8047/6540 21181/8015/6508 21211/8046/6539</w:t>
        <w:br/>
        <w:t>f 21181/8015/6508 21212/8047/6540 21213/8048/6541</w:t>
        <w:br/>
        <w:t>f 21183/8017/6510 21181/8015/6508 21213/8048/6541</w:t>
        <w:br/>
        <w:t>f 21183/8017/6510 21213/8048/6541 21214/8049/6542</w:t>
        <w:br/>
        <w:t>f 21185/8019/6512 21183/8017/6510 21214/8049/6542</w:t>
        <w:br/>
        <w:t>f 21185/8019/6512 21214/8049/6542 21215/8050/6543</w:t>
        <w:br/>
        <w:t>f 21187/8021/6514 21185/8019/6512 21215/8050/6543</w:t>
        <w:br/>
        <w:t>f 21189/8023/6516 21187/8021/6514 21215/8050/6543</w:t>
        <w:br/>
        <w:t>f 21196/8030/6523 21189/8023/6516 21215/8050/6543</w:t>
        <w:br/>
        <w:t>f 21203/8037/6530 21208/8040/6533 21205/8043/6536</w:t>
        <w:br/>
        <w:t>f 21202/8038/6531 21203/8037/6530 21205/8043/6536</w:t>
        <w:br/>
        <w:t>f 21218/8051/6544 21217/8052/6545 21210/8044/6537</w:t>
        <w:br/>
        <w:t>f 21216/8053/6544 21218/8051/6544 21210/8044/6537</w:t>
        <w:br/>
        <w:t>f 21210/8044/6537 21206/8042/6535 21219/8054/6546</w:t>
        <w:br/>
        <w:t>f 21209/8045/6538 21210/8044/6537 21219/8054/6546</w:t>
        <w:br/>
        <w:t>f 21209/8045/6538 21219/8054/6546 21220/8055/6547</w:t>
        <w:br/>
        <w:t>f 21211/8046/6539 21209/8045/6538 21220/8055/6547</w:t>
        <w:br/>
        <w:t>f 21211/8046/6539 21220/8055/6547 21221/8056/6548</w:t>
        <w:br/>
        <w:t>f 21212/8047/6540 21211/8046/6539 21221/8056/6548</w:t>
        <w:br/>
        <w:t>f 21213/8048/6541 21212/8047/6540 21221/8056/6548</w:t>
        <w:br/>
        <w:t>f 21222/8057/6549 21213/8048/6541 21221/8056/6548</w:t>
        <w:br/>
        <w:t>f 21214/8049/6542 21213/8048/6541 21222/8057/6549</w:t>
        <w:br/>
        <w:t>f 21223/8058/6550 21214/8049/6542 21222/8057/6549</w:t>
        <w:br/>
        <w:t>f 21215/8050/6543 21214/8049/6542 21223/8058/6550</w:t>
        <w:br/>
        <w:t>f 21224/8059/6551 21215/8050/6543 21223/8058/6550</w:t>
        <w:br/>
        <w:t>f 21196/8030/6523 21215/8050/6543 21224/8059/6551</w:t>
        <w:br/>
        <w:t>f 21199/8033/6526 21196/8030/6523 21224/8059/6551</w:t>
        <w:br/>
        <w:t>f 21225/8060/6552 21220/8055/6547 21219/8054/6546</w:t>
        <w:br/>
        <w:t>f 21220/8055/6547 21225/8060/6552 21226/8061/6553</w:t>
        <w:br/>
        <w:t>f 21221/8056/6548 21220/8055/6547 21226/8061/6553</w:t>
        <w:br/>
        <w:t>f 21227/8062/6554 21222/8057/6549 21221/8056/6548</w:t>
        <w:br/>
        <w:t>f 21226/8061/6553 21227/8062/6554 21221/8056/6548</w:t>
        <w:br/>
        <w:t>f 21223/8058/6550 21222/8057/6549 21227/8062/6554</w:t>
        <w:br/>
        <w:t>f 21228/8063/6555 21223/8058/6550 21227/8062/6554</w:t>
        <w:br/>
        <w:t>f 21228/8063/6555 21229/8064/6556 21224/8059/6551</w:t>
        <w:br/>
        <w:t>f 21223/8058/6550 21228/8063/6555 21224/8059/6551</w:t>
        <w:br/>
        <w:t>f 21229/8064/6556 21199/8033/6526 21224/8059/6551</w:t>
        <w:br/>
        <w:t>f 21229/8064/6556 21230/8065/6557 21198/8034/6527</w:t>
        <w:br/>
        <w:t>f 21199/8033/6526 21229/8064/6556 21198/8034/6527</w:t>
        <w:br/>
        <w:t>f 21219/8054/6546 21206/8042/6535 21231/8066/6558</w:t>
        <w:br/>
        <w:t>f 21225/8060/6552 21219/8054/6546 21231/8066/6558</w:t>
        <w:br/>
        <w:t>f 21206/8042/6535 21207/8041/6534 21232/8067/6559</w:t>
        <w:br/>
        <w:t>f 21231/8066/6558 21206/8042/6535 21232/8067/6559</w:t>
        <w:br/>
        <w:t>f 21200/8035/6528 21198/8034/6527 21230/8065/6557</w:t>
        <w:br/>
        <w:t>f 21233/8068/6560 21200/8035/6528 21230/8065/6557</w:t>
        <w:br/>
        <w:t>f 21231/8066/6558 21232/8067/6559 21234/8069/6561</w:t>
        <w:br/>
        <w:t>f 21231/8066/6558 21234/8069/6561 21235/8070/6562</w:t>
        <w:br/>
        <w:t>f 21225/8060/6552 21231/8066/6558 21235/8070/6562</w:t>
        <w:br/>
        <w:t>f 21227/8062/6554 21226/8061/6553 21237/8071/6563</w:t>
        <w:br/>
        <w:t>f 21236/8072/6564 21227/8062/6554 21237/8071/6563</w:t>
        <w:br/>
        <w:t>f 21225/8060/6552 21235/8070/6562 21237/8071/6563</w:t>
        <w:br/>
        <w:t>f 21226/8061/6553 21225/8060/6552 21237/8071/6563</w:t>
        <w:br/>
        <w:t>f 21236/8072/6564 21238/8073/6565 21228/8063/6555</w:t>
        <w:br/>
        <w:t>f 21227/8062/6554 21236/8072/6564 21228/8063/6555</w:t>
        <w:br/>
        <w:t>f 21229/8064/6556 21228/8063/6555 21238/8073/6565</w:t>
        <w:br/>
        <w:t>f 21239/8074/6566 21229/8064/6556 21238/8073/6565</w:t>
        <w:br/>
        <w:t>f 21230/8065/6557 21229/8064/6556 21239/8074/6566</w:t>
        <w:br/>
        <w:t>f 21240/8075/6567 21230/8065/6557 21239/8074/6566</w:t>
        <w:br/>
        <w:t>f 21230/8065/6557 21240/8075/6567 21233/8068/6560</w:t>
        <w:br/>
        <w:t>f 21243/8076/6568 21242/8077/6569 21241/8078/6570</w:t>
        <w:br/>
        <w:t>f 21240/8075/6567 21243/8076/6568 21241/8078/6570</w:t>
        <w:br/>
        <w:t>f 21244/8079/6571 21243/8076/6568 21240/8075/6567</w:t>
        <w:br/>
        <w:t>f 21239/8074/6566 21244/8079/6571 21240/8075/6567</w:t>
        <w:br/>
        <w:t>f 21239/8074/6566 21238/8073/6565 21245/8080/6572</w:t>
        <w:br/>
        <w:t>f 21244/8079/6571 21239/8074/6566 21245/8080/6572</w:t>
        <w:br/>
        <w:t>f 21236/8072/6564 21246/8081/6573 21245/8080/6572</w:t>
        <w:br/>
        <w:t>f 21238/8073/6565 21236/8072/6564 21245/8080/6572</w:t>
        <w:br/>
        <w:t>f 21247/8082/6574 21246/8081/6573 21236/8072/6564</w:t>
        <w:br/>
        <w:t>f 21237/8071/6563 21247/8082/6574 21236/8072/6564</w:t>
        <w:br/>
        <w:t>f 21248/8083/6575 21247/8082/6574 21237/8071/6563</w:t>
        <w:br/>
        <w:t>f 21235/8070/6562 21248/8083/6575 21237/8071/6563</w:t>
        <w:br/>
        <w:t>f 21249/8084/6576 21248/8083/6575 21235/8070/6562</w:t>
        <w:br/>
        <w:t>f 21234/8069/6561 21249/8084/6576 21235/8070/6562</w:t>
        <w:br/>
        <w:t>f 21232/8067/6559 21250/8085/6577 21249/8084/6576</w:t>
        <w:br/>
        <w:t>f 21234/8069/6561 21232/8067/6559 21249/8084/6576</w:t>
        <w:br/>
        <w:t>f 21253/8086/6578 21252/8087/6579 21251/8088/6580</w:t>
        <w:br/>
        <w:t>f 21253/8086/6578 21251/8088/6580 21255/8089/6581</w:t>
        <w:br/>
        <w:t>f 21254/8090/6582 21253/8086/6578 21255/8089/6581</w:t>
        <w:br/>
        <w:t>f 21257/8091/6583 21249/8084/6576 21207/8041/6534</w:t>
        <w:br/>
        <w:t>f 21256/8092/6584 21257/8091/6583 21207/8041/6534</w:t>
        <w:br/>
        <w:t>f 21257/8091/6583 21258/8093/6585 21248/8083/6575</w:t>
        <w:br/>
        <w:t>f 21249/8084/6576 21257/8091/6583 21248/8083/6575</w:t>
        <w:br/>
        <w:t>f 21258/8093/6585 21259/8094/6586 21247/8082/6574</w:t>
        <w:br/>
        <w:t>f 21248/8083/6575 21258/8093/6585 21247/8082/6574</w:t>
        <w:br/>
        <w:t>f 21259/8094/6586 21260/8095/6587 21246/8081/6573</w:t>
        <w:br/>
        <w:t>f 21247/8082/6574 21259/8094/6586 21246/8081/6573</w:t>
        <w:br/>
        <w:t>f 21261/8096/6588 21245/8080/6572 21246/8081/6573</w:t>
        <w:br/>
        <w:t>f 21260/8095/6587 21261/8096/6588 21246/8081/6573</w:t>
        <w:br/>
        <w:t>f 21262/8097/6589 21244/8079/6571 21245/8080/6572</w:t>
        <w:br/>
        <w:t>f 21261/8096/6588 21262/8097/6589 21245/8080/6572</w:t>
        <w:br/>
        <w:t>f 21263/8098/6590 21243/8076/6568 21244/8079/6571</w:t>
        <w:br/>
        <w:t>f 21262/8097/6589 21263/8098/6590 21244/8079/6571</w:t>
        <w:br/>
        <w:t>f 21263/8098/6590 21264/8099/6591 21200/8035/6528</w:t>
        <w:br/>
        <w:t>f 21243/8076/6568 21263/8098/6590 21200/8035/6528</w:t>
        <w:br/>
        <w:t>f 21265/8100/6592 21120/7966/6466 21121/7965/6465</w:t>
        <w:br/>
        <w:t>f 21252/8087/6579 21194/8027/6520 21192/8029/6522</w:t>
        <w:br/>
        <w:t>f 21251/8088/6580 21252/8087/6579 21192/8029/6522</w:t>
        <w:br/>
        <w:t>f 21197/8032/6525 21255/8089/6581 21251/8088/6580</w:t>
        <w:br/>
        <w:t>f 21192/8029/6522 21197/8032/6525 21251/8088/6580</w:t>
        <w:br/>
        <w:t>f 21255/8089/6581 21197/8032/6525 21200/8035/6528</w:t>
        <w:br/>
        <w:t>f 21264/8099/6591 21255/8089/6581 21200/8035/6528</w:t>
        <w:br/>
        <w:t>f 21268/8101/6593 21267/8102/6594 21266/8103/6595</w:t>
        <w:br/>
        <w:t>f 21270/8104/6596 21269/8105/6597 21257/8091/6583</w:t>
        <w:br/>
        <w:t>f 21267/8102/6594 21270/8104/6596 21257/8091/6583</w:t>
        <w:br/>
        <w:t>f 21270/8104/6596 21271/8106/6598 21259/8094/6586</w:t>
        <w:br/>
        <w:t>f 21258/8093/6585 21270/8104/6596 21259/8094/6586</w:t>
        <w:br/>
        <w:t>f 21271/8106/6598 21273/8107/6599 21272/8108/6599</w:t>
        <w:br/>
        <w:t>f 21259/8094/6586 21271/8106/6598 21272/8108/6599</w:t>
        <w:br/>
        <w:t>f 21273/8107/6599 21275/8109/6600 21274/8110/6601</w:t>
        <w:br/>
        <w:t>f 21272/8108/6599 21273/8107/6599 21274/8110/6601</w:t>
        <w:br/>
        <w:t>f 21276/8111/6602 21262/8097/6589 21261/8096/6588</w:t>
        <w:br/>
        <w:t>f 21275/8109/6600 21276/8111/6602 21261/8096/6588</w:t>
        <w:br/>
        <w:t>f 21277/8112/6603 21263/8098/6590 21262/8097/6589</w:t>
        <w:br/>
        <w:t>f 21276/8111/6602 21277/8112/6603 21262/8097/6589</w:t>
        <w:br/>
        <w:t>f 21278/8113/6604 21264/8099/6591 21263/8098/6590</w:t>
        <w:br/>
        <w:t>f 21277/8112/6603 21278/8113/6604 21263/8098/6590</w:t>
        <w:br/>
        <w:t>f 21254/8090/6582 21255/8089/6581 21264/8099/6591</w:t>
        <w:br/>
        <w:t>f 21278/8113/6604 21254/8090/6582 21264/8099/6591</w:t>
        <w:br/>
        <w:t>f 21280/8114/6605 21279/8115/6606 21203/8037/6530</w:t>
        <w:br/>
        <w:t>f 21204/8036/6529 21280/8114/6605 21203/8037/6530</w:t>
        <w:br/>
        <w:t>f 21207/8041/6534 21208/8040/6533 21281/8116/6607</w:t>
        <w:br/>
        <w:t>f 21256/8092/6584 21207/8041/6534 21281/8116/6607</w:t>
        <w:br/>
        <w:t>f 21279/8115/6606 21281/8116/6607 21203/8037/6530</w:t>
        <w:br/>
        <w:t>f 21283/8117/6608 21282/8118/6609 21267/8102/6594</w:t>
        <w:br/>
        <w:t>f 21268/8101/6593 21283/8117/6608 21267/8102/6594</w:t>
        <w:br/>
        <w:t>f 21282/8118/6609 21270/8104/6596 21267/8102/6594</w:t>
        <w:br/>
        <w:t>f 21286/8119/6610 21285/8120/6611 21277/8112/6603</w:t>
        <w:br/>
        <w:t>f 21284/8121/6612 21286/8119/6610 21277/8112/6603</w:t>
        <w:br/>
        <w:t>f 21276/8111/6602 21284/8121/6612 21277/8112/6603</w:t>
        <w:br/>
        <w:t>f 21288/8122/6613 21286/8119/6610 21284/8121/6612</w:t>
        <w:br/>
        <w:t>f 21287/8123/6614 21288/8122/6613 21284/8121/6612</w:t>
        <w:br/>
        <w:t>f 21276/8111/6602 21289/8124/6615 21287/8123/6614</w:t>
        <w:br/>
        <w:t>f 21284/8121/6612 21276/8111/6602 21287/8123/6614</w:t>
        <w:br/>
        <w:t>f 21291/8125/6616 21290/8126/6617 21282/8118/6609</w:t>
        <w:br/>
        <w:t>f 21283/8117/6608 21291/8125/6616 21282/8118/6609</w:t>
        <w:br/>
        <w:t>f 21270/8104/6596 21282/8118/6609 21290/8126/6617</w:t>
        <w:br/>
        <w:t>f 21292/8127/6618 21270/8104/6596 21290/8126/6617</w:t>
        <w:br/>
        <w:t>f 21271/8106/6598 21270/8104/6596 21292/8127/6618</w:t>
        <w:br/>
        <w:t>f 21293/8128/6619 21271/8106/6598 21292/8127/6618</w:t>
        <w:br/>
        <w:t>f 21295/8129/6620 21294/8130/6621 21289/8124/6615</w:t>
        <w:br/>
        <w:t>f 21276/8111/6602 21295/8129/6620 21289/8124/6615</w:t>
        <w:br/>
        <w:t>f 21293/8128/6619 21297/8131/6622 21296/8132/6623</w:t>
        <w:br/>
        <w:t>f 21271/8106/6598 21293/8128/6619 21296/8132/6623</w:t>
        <w:br/>
        <w:t>f 21294/8130/6621 21295/8129/6620 21296/8132/6623</w:t>
        <w:br/>
        <w:t>f 21297/8131/6622 21294/8130/6621 21296/8132/6623</w:t>
        <w:br/>
        <w:t>f 21300/8133/6624 21299/8134/6578 21298/8135/6582</w:t>
        <w:br/>
        <w:t>f 21302/8136/6625 21301/8137/6579 21299/8134/6578</w:t>
        <w:br/>
        <w:t>f 21300/8133/6624 21302/8136/6625 21299/8134/6578</w:t>
        <w:br/>
        <w:t>f 21291/8125/6616 21304/8138/6626 21303/8139/6627</w:t>
        <w:br/>
        <w:t>f 21290/8126/6617 21291/8125/6616 21303/8139/6627</w:t>
        <w:br/>
        <w:t>f 21305/8140/6628 21292/8127/6618 21290/8126/6617</w:t>
        <w:br/>
        <w:t>f 21303/8139/6627 21305/8140/6628 21290/8126/6617</w:t>
        <w:br/>
        <w:t>f 21306/8141/6629 21293/8128/6619 21292/8127/6618</w:t>
        <w:br/>
        <w:t>f 21305/8140/6628 21306/8141/6629 21292/8127/6618</w:t>
        <w:br/>
        <w:t>f 21307/8142/6630 21297/8131/6622 21293/8128/6619</w:t>
        <w:br/>
        <w:t>f 21306/8141/6629 21307/8142/6630 21293/8128/6619</w:t>
        <w:br/>
        <w:t>f 21297/8131/6622 21307/8142/6630 21308/8143/6631</w:t>
        <w:br/>
        <w:t>f 21294/8130/6621 21297/8131/6622 21308/8143/6631</w:t>
        <w:br/>
        <w:t>f 21309/8144/6632 21289/8124/6615 21294/8130/6621</w:t>
        <w:br/>
        <w:t>f 21308/8143/6631 21309/8144/6632 21294/8130/6621</w:t>
        <w:br/>
        <w:t>f 21309/8144/6632 21310/8145/6633 21287/8123/6614</w:t>
        <w:br/>
        <w:t>f 21289/8124/6615 21309/8144/6632 21287/8123/6614</w:t>
        <w:br/>
        <w:t>f 21288/8122/6613 21287/8123/6614 21310/8145/6633</w:t>
        <w:br/>
        <w:t>f 21311/8146/6634 21288/8122/6613 21310/8145/6633</w:t>
        <w:br/>
        <w:t>f 21313/8147/6635 21312/8148/6636 21311/8146/6634</w:t>
        <w:br/>
        <w:t>f 21310/8145/6633 21313/8147/6635 21311/8146/6634</w:t>
        <w:br/>
        <w:t>f 21314/8149/6637 21313/8147/6635 21310/8145/6633</w:t>
        <w:br/>
        <w:t>f 21309/8144/6632 21314/8149/6637 21310/8145/6633</w:t>
        <w:br/>
        <w:t>f 21315/8150/6638 21314/8149/6637 21309/8144/6632</w:t>
        <w:br/>
        <w:t>f 21308/8143/6631 21315/8150/6638 21309/8144/6632</w:t>
        <w:br/>
        <w:t>f 21316/8151/6639 21315/8150/6638 21308/8143/6631</w:t>
        <w:br/>
        <w:t>f 21307/8142/6630 21316/8151/6639 21308/8143/6631</w:t>
        <w:br/>
        <w:t>f 21316/8151/6639 21307/8142/6630 21306/8141/6629</w:t>
        <w:br/>
        <w:t>f 21317/8152/6640 21316/8151/6639 21306/8141/6629</w:t>
        <w:br/>
        <w:t>f 21317/8152/6640 21306/8141/6629 21305/8140/6628</w:t>
        <w:br/>
        <w:t>f 21318/8153/6641 21317/8152/6640 21305/8140/6628</w:t>
        <w:br/>
        <w:t>f 21318/8153/6641 21305/8140/6628 21303/8139/6627</w:t>
        <w:br/>
        <w:t>f 21319/8154/6642 21318/8153/6641 21303/8139/6627</w:t>
        <w:br/>
        <w:t>f 21304/8138/6626 21320/8155/6643 21319/8154/6642</w:t>
        <w:br/>
        <w:t>f 21303/8139/6627 21304/8138/6626 21319/8154/6642</w:t>
        <w:br/>
        <w:t>f 21281/8116/6607 21268/8101/6593 21266/8103/6595</w:t>
        <w:br/>
        <w:t>f 21324/8156/6644 21323/8157/6645 21322/8158/6645</w:t>
        <w:br/>
        <w:t>f 21321/8159/6644 21324/8156/6644 21322/8158/6645</w:t>
        <w:br/>
        <w:t>f 21328/8160/6646 21327/8161/6647 21326/8162/6647</w:t>
        <w:br/>
        <w:t>f 21325/8163/6646 21328/8160/6646 21326/8162/6647</w:t>
        <w:br/>
        <w:t>f 21330/8164/6648 21329/8165/6648 21328/8160/6646</w:t>
        <w:br/>
        <w:t>f 21325/8163/6646 21330/8164/6648 21328/8160/6646</w:t>
        <w:br/>
        <w:t>f 21332/8166/6649 21329/8165/6648 21330/8164/6648</w:t>
        <w:br/>
        <w:t>f 21331/8167/6650 21332/8166/6649 21330/8164/6648</w:t>
        <w:br/>
        <w:t>f 21171/8007/6500 21172/8006/6499 21334/8168/6651</w:t>
        <w:br/>
        <w:t>f 21333/8169/6652 21171/8007/6500 21334/8168/6651</w:t>
        <w:br/>
        <w:t>f 21162/7996/6489 21163/7995/6488 21336/8170/6653</w:t>
        <w:br/>
        <w:t>f 21335/8171/6654 21162/7996/6489 21336/8170/6653</w:t>
        <w:br/>
        <w:t>f 21340/8172/6655 21339/8173/6655 21338/8174/6656</w:t>
        <w:br/>
        <w:t>f 21337/8175/6656 21340/8172/6655 21338/8174/6656</w:t>
        <w:br/>
        <w:t>f 21342/8176/6657 21337/8175/6656 21338/8174/6656</w:t>
        <w:br/>
        <w:t>f 21341/8177/6658 21342/8176/6657 21338/8174/6656</w:t>
        <w:br/>
        <w:t>f 21342/8176/6657 21341/8177/6658 21344/8178/6659</w:t>
        <w:br/>
        <w:t>f 21343/8179/6660 21342/8176/6657 21344/8178/6659</w:t>
        <w:br/>
        <w:t>f 21348/8180/6661 21347/8181/6661 21346/8182/6662</w:t>
        <w:br/>
        <w:t>f 21345/8183/6662 21348/8180/6661 21346/8182/6662</w:t>
        <w:br/>
        <w:t>f 21345/8183/6662 21346/8182/6662 21350/8184/6663</w:t>
        <w:br/>
        <w:t>f 21349/8185/6664 21345/8183/6662 21350/8184/6663</w:t>
        <w:br/>
        <w:t>f 21350/8184/6663 21352/8186/6665 21351/8187/6665</w:t>
        <w:br/>
        <w:t>f 21349/8185/6664 21350/8184/6663 21351/8187/6665</w:t>
        <w:br/>
        <w:t>f 21356/8188/6666 21355/8189/6666 21354/8190/6667</w:t>
        <w:br/>
        <w:t>f 21353/8191/6667 21356/8188/6666 21354/8190/6667</w:t>
        <w:br/>
        <w:t>f 21358/8192/6668 21353/8191/6667 21354/8190/6667</w:t>
        <w:br/>
        <w:t>f 21357/8193/6669 21358/8192/6668 21354/8190/6667</w:t>
        <w:br/>
        <w:t>f 21357/8193/6669 21360/8194/6670 21359/8195/6670</w:t>
        <w:br/>
        <w:t>f 21358/8192/6668 21357/8193/6669 21359/8195/6670</w:t>
        <w:br/>
        <w:t>f 21364/8196/6671 21363/8197/6672 21362/8198/6672</w:t>
        <w:br/>
        <w:t>f 21361/8199/6671 21364/8196/6671 21362/8198/6672</w:t>
        <w:br/>
        <w:t>f 21364/8196/6671 21361/8199/6671 21339/8173/6655</w:t>
        <w:br/>
        <w:t>f 21340/8172/6655 21364/8196/6671 21339/8173/6655</w:t>
        <w:br/>
        <w:t>f 21368/8200/6673 21367/8201/6674 21366/8202/6582</w:t>
        <w:br/>
        <w:t>f 21365/8203/6607 21368/8200/6673 21366/8202/6582</w:t>
        <w:br/>
        <w:t>f 21372/8204/6675 21371/8205/6676 21370/8206/6677</w:t>
        <w:br/>
        <w:t>f 21369/8207/6678 21372/8204/6675 21370/8206/6677</w:t>
        <w:br/>
        <w:t>f 21374/8208/1246 21373/8209/1246 21369/8207/6678</w:t>
        <w:br/>
        <w:t>f 21370/8206/6677 21374/8208/1246 21369/8207/6678</w:t>
        <w:br/>
        <w:t>f 21374/8208/1246 21376/8210/1246 21375/8211/1246</w:t>
        <w:br/>
        <w:t>f 21373/8209/1246 21374/8208/1246 21375/8211/1246</w:t>
        <w:br/>
        <w:t>f 21380/8212/1246 21379/8213/1246 21378/8214/1246</w:t>
        <w:br/>
        <w:t>f 21377/8215/1246 21380/8212/1246 21378/8214/1246</w:t>
        <w:br/>
        <w:t>f 21377/8215/1246 21378/8214/1246 21382/8216/1246</w:t>
        <w:br/>
        <w:t>f 21381/8217/1246 21377/8215/1246 21382/8216/1246</w:t>
        <w:br/>
        <w:t>f 21386/8218/1246 21385/8219/1246 21384/8220/1246</w:t>
        <w:br/>
        <w:t>f 21383/8221/1246 21386/8218/1246 21384/8220/1246</w:t>
        <w:br/>
        <w:t>f 21389/8222/1246 21388/8223/1246 21387/8224/1246</w:t>
        <w:br/>
        <w:t>f 21390/8225/1246 21389/8222/1246 21387/8224/1246</w:t>
        <w:br/>
        <w:t>f 21388/8223/1246 21391/8226/1246 21387/8224/1246</w:t>
        <w:br/>
        <w:t>f 21384/8220/1246 21389/8222/1246 21390/8225/1246</w:t>
        <w:br/>
        <w:t>f 21383/8221/1246 21384/8220/1246 21390/8225/1246</w:t>
        <w:br/>
        <w:t>f 21174/8009/6502 21175/8008/6501 21404/8227/6679</w:t>
        <w:br/>
        <w:t>f 21165/8000/6493 21174/8009/6502 21404/8227/6679</w:t>
        <w:br/>
        <w:t>f 21336/8170/6653 21159/7992/6486 21157/7994/6486</w:t>
        <w:br/>
        <w:t>f 21335/8171/6654 21336/8170/6653 21157/7994/6486</w:t>
        <w:br/>
        <w:t>f 21360/8194/6670 21362/8198/6672 21363/8197/6672</w:t>
        <w:br/>
        <w:t>f 21359/8195/6670 21360/8194/6670 21363/8197/6672</w:t>
        <w:br/>
        <w:t>f 21375/8211/1246 21376/8210/1246 21379/8213/1246</w:t>
        <w:br/>
        <w:t>f 21380/8212/1246 21375/8211/1246 21379/8213/1246</w:t>
        <w:br/>
        <w:t>f 21347/8181/6661 21348/8180/6661 21343/8179/6660</w:t>
        <w:br/>
        <w:t>f 21344/8178/6659 21347/8181/6661 21343/8179/6660</w:t>
        <w:br/>
        <w:t>f 21167/8003/6496 21168/8002/6495 21333/8169/6652</w:t>
        <w:br/>
        <w:t>f 21334/8168/6651 21167/8003/6496 21333/8169/6652</w:t>
        <w:br/>
        <w:t>f 21700/8228/6680 21699/8229/6681 21698/8230/6682</w:t>
        <w:br/>
        <w:t>f 21703/8231/6683 21702/8232/6683 21701/8233/6684</w:t>
        <w:br/>
        <w:t>f 21706/8234/6685 21705/8235/6686 21704/8236/6686</w:t>
        <w:br/>
        <w:t>f 21709/8237/6687 21708/8238/6688 21707/8239/6689</w:t>
        <w:br/>
        <w:t>f 21711/8240/6690 21704/8236/6686 21705/8235/6686</w:t>
        <w:br/>
        <w:t>f 21710/8241/6691 21711/8240/6690 21705/8235/6686</w:t>
        <w:br/>
        <w:t>f 21172/8006/6499 21170/8004/6497 21712/8242/6692</w:t>
        <w:br/>
        <w:t>f 21335/8171/6654 21713/8243/6693 21162/7996/6489</w:t>
        <w:br/>
        <w:t>f 21716/8244/6694 21715/8245/6695 21714/8246/6696</w:t>
        <w:br/>
        <w:t>f 21718/8247/6697 21707/8239/6689 21708/8238/6688</w:t>
        <w:br/>
        <w:t>f 21717/8248/6698 21718/8247/6697 21708/8238/6688</w:t>
        <w:br/>
        <w:t>f 21699/8229/6681 21719/8249/6699 21698/8230/6682</w:t>
        <w:br/>
        <w:t>f 21713/8243/6693 21698/8230/6682 21719/8249/6699</w:t>
        <w:br/>
        <w:t>f 21162/7996/6489 21713/8243/6693 21719/8249/6699</w:t>
        <w:br/>
        <w:t>f 21719/8249/6699 21720/8250/6700 21162/7996/6489</w:t>
        <w:br/>
        <w:t>f 21701/8233/6701 21721/8251/6702 21714/8246/6696</w:t>
        <w:br/>
        <w:t>f 21715/8245/6695 21701/8233/6701 21714/8246/6696</w:t>
        <w:br/>
        <w:t>f 21170/8004/6497 21161/7997/6490 21722/8252/6703</w:t>
        <w:br/>
        <w:t>f 21712/8242/6692 21170/8004/6497 21722/8252/6703</w:t>
        <w:br/>
        <w:t>f 21722/8252/6703 21161/7997/6490 21701/8233/6701</w:t>
        <w:br/>
        <w:t>f 21715/8245/6695 21722/8252/6703 21701/8233/6701</w:t>
        <w:br/>
        <w:t>f 21701/8233/6701 21161/7997/6490 21723/8253/6704</w:t>
        <w:br/>
        <w:t>f 21723/8253/6704 21161/7997/6490 21717/8248/6698</w:t>
        <w:br/>
        <w:t>f 21717/8248/6698 21161/7997/6490 21724/8254/6705</w:t>
        <w:br/>
        <w:t>f 21718/8247/6697 21717/8248/6698 21724/8254/6705</w:t>
        <w:br/>
        <w:t>f 21724/8254/6705 21161/7997/6490 21710/8241/6691</w:t>
        <w:br/>
        <w:t>f 21710/8241/6691 21161/7997/6490 21162/7996/6489</w:t>
        <w:br/>
        <w:t>f 21720/8250/6700 21710/8241/6691 21162/7996/6489</w:t>
        <w:br/>
        <w:t>f 21720/8250/6700 21711/8240/6690 21710/8241/6691</w:t>
        <w:br/>
        <w:t>f 21176/8014/6507 21177/8013/6506 21201/8039/6532</w:t>
        <w:br/>
        <w:t>f 21202/8038/6531 21176/8014/6507 21201/8039/6532</w:t>
        <w:br/>
        <w:t>f 21102/7962/6462 21139/7975/6473 21140/7974/6473</w:t>
        <w:br/>
        <w:t>f 21137/7972/6471 21102/7962/6462 21140/7974/6473</w:t>
        <w:br/>
        <w:t>f 20925/7886/6400 20900/7872/6386 21757/8255/6706</w:t>
        <w:br/>
        <w:t>f 20912/7874/6388 20925/7886/6400 21757/8255/6706</w:t>
        <w:br/>
        <w:t>f 21758/8256/6707 20890/7869/6383 20912/7874/6388</w:t>
        <w:br/>
        <w:t>f 21757/8255/6706 21758/8256/6707 20912/7874/6388</w:t>
        <w:br/>
        <w:t>f 20890/7869/6383 21758/8256/6707 20887/7867/6381</w:t>
        <w:br/>
        <w:t>f 20888/7866/6380 20890/7869/6383 20887/7867/6381</w:t>
        <w:br/>
        <w:t>f 21203/8037/6530 21281/8116/6607 21208/8040/6533</w:t>
        <w:br/>
        <w:t>f 21765/8257/6708 21764/8258/6708 21763/8259/6708</w:t>
        <w:br/>
        <w:t>f 21762/8260/6708 21765/8257/6708 21763/8259/6708</w:t>
        <w:br/>
        <w:t>f 21767/8261/6460 21095/7953/6455 21092/7956/6455</w:t>
        <w:br/>
        <w:t>f 21766/8262/6461 21767/8261/6460 21092/7956/6455</w:t>
        <w:br/>
        <w:t>f 21279/8115/6606 21280/8114/6605 21769/8263/6709</w:t>
        <w:br/>
        <w:t>f 21768/8264/6709 21279/8115/6606 21769/8263/6709</w:t>
        <w:br/>
        <w:t>f 21368/8200/6673 21371/8205/6676 21372/8204/6675</w:t>
        <w:br/>
        <w:t>f 21367/8201/6674 21368/8200/6673 21372/8204/6675</w:t>
        <w:br/>
        <w:t>f 21302/8136/6625 21300/8133/6624 21351/8187/6665</w:t>
        <w:br/>
        <w:t>f 21352/8186/6665 21302/8136/6625 21351/8187/6665</w:t>
        <w:br/>
        <w:t>f 21126/7968/6468 21123/7971/6470 21175/8008/6501</w:t>
        <w:br/>
        <w:t>f 21173/8010/6503 21126/7968/6468 21175/8008/6501</w:t>
        <w:br/>
        <w:t>f 21323/8157/6645 21326/8162/6647 21327/8161/6647</w:t>
        <w:br/>
        <w:t>f 21322/8158/6645 21323/8157/6645 21327/8161/6647</w:t>
        <w:br/>
        <w:t>f 21267/8102/6594 21257/8091/6583 21256/8092/6584</w:t>
        <w:br/>
        <w:t>f 21266/8103/6595 21267/8102/6594 21256/8092/6584</w:t>
        <w:br/>
        <w:t>f 21281/8116/6607 21266/8103/6595 21256/8092/6584</w:t>
        <w:br/>
        <w:t>f 21277/8112/6603 21285/8120/6611 21278/8113/6604</w:t>
        <w:br/>
        <w:t>f 21285/8120/6611 21254/8090/6582 21278/8113/6604</w:t>
        <w:br/>
        <w:t>f 21098/7958/6458 21158/7993/6487 21156/7991/6485</w:t>
        <w:br/>
        <w:t>f 21164/8001/6494 21165/8000/6493 21404/8227/6679</w:t>
        <w:br/>
        <w:t>f 20914/7878/6392 20915/7877/6391 20893/8265/6710</w:t>
        <w:br/>
        <w:t>f 20889/7865/6379 20914/7878/6392 20893/8265/6710</w:t>
        <w:br/>
        <w:t>f 21806/8266/6711 21061/7937/6439 21805/8267/6711</w:t>
        <w:br/>
        <w:t>f 21804/8268/6711 21806/8266/6711 21805/8267/6711</w:t>
        <w:br/>
        <w:t>f 21057/7935/6437 21058/7934/6436 21067/7943/6445</w:t>
        <w:br/>
        <w:t>f 21807/8269/6712 21057/7935/6437 21067/7943/6445</w:t>
        <w:br/>
        <w:t>f 21061/7937/6439 21803/8270/6713 21808/8271/6714</w:t>
        <w:br/>
        <w:t>f 21060/7938/6440 21061/7937/6439 21808/8271/6714</w:t>
        <w:br/>
        <w:t>f 21810/8272/6715 21057/7935/6437 21807/8269/6712</w:t>
        <w:br/>
        <w:t>f 21809/8273/6716 21810/8272/6715 21807/8269/6712</w:t>
        <w:br/>
        <w:t>f 21063/7939/6441 21060/7938/6440 21091/7951/6453</w:t>
        <w:br/>
        <w:t>f 21059/7933/6435 21072/7947/6449 21065/7941/6443</w:t>
        <w:br/>
        <w:t>f 21058/7934/6436 21059/7933/6435 21065/7941/6443</w:t>
        <w:br/>
        <w:t>f 20900/7872/6386 20901/7871/6385 20918/7881/6395</w:t>
        <w:br/>
        <w:t>f 21757/8255/6706 20900/7872/6386 20918/7881/6395</w:t>
        <w:br/>
        <w:t>f 20946/7907/6416 21757/8255/6706 20918/7881/6395</w:t>
        <w:br/>
        <w:t>f 21758/8256/6707 21757/8255/6706 20946/7907/6416</w:t>
        <w:br/>
        <w:t>f 20947/7908/6417 21758/8256/6707 20946/7907/6416</w:t>
        <w:br/>
        <w:t>f 21758/8256/6707 20947/7908/6417 20914/7878/6392</w:t>
        <w:br/>
        <w:t>f 20887/7867/6381 21758/8256/6707 20914/7878/6392</w:t>
        <w:br/>
        <w:t>f 20889/7865/6379 20887/7867/6381 20914/7878/6392</w:t>
        <w:br/>
        <w:t>f 21918/8274/6717 21917/8275/6718 21916/8276/6719</w:t>
        <w:br/>
        <w:t>f 21921/8277/6720 21920/8278/6721 21919/8279/6722</w:t>
        <w:br/>
        <w:t>f 21917/8275/6718 21921/8277/6720 21919/8279/6722</w:t>
        <w:br/>
        <w:t>f 21917/8275/6718 21918/8274/6717 21922/8280/6723</w:t>
        <w:br/>
        <w:t>f 21921/8277/6720 21917/8275/6718 21922/8280/6723</w:t>
        <w:br/>
        <w:t>f 21924/8281/6724 21923/8282/6725 21920/8278/6721</w:t>
        <w:br/>
        <w:t>f 21921/8277/6720 21924/8281/6724 21920/8278/6721</w:t>
        <w:br/>
        <w:t>f 21921/8277/6720 21922/8280/6723 21925/8283/6726</w:t>
        <w:br/>
        <w:t>f 21924/8281/6724 21921/8277/6720 21925/8283/6726</w:t>
        <w:br/>
        <w:t>f 21927/8284/6727 21926/8285/6728 21923/8282/6725</w:t>
        <w:br/>
        <w:t>f 21924/8281/6724 21927/8284/6727 21923/8282/6725</w:t>
        <w:br/>
        <w:t>f 21928/8286/6729 21927/8284/6727 21924/8281/6724</w:t>
        <w:br/>
        <w:t>f 21925/8283/6726 21928/8286/6729 21924/8281/6724</w:t>
        <w:br/>
        <w:t>f 21930/8287/6730 21929/8288/6731 21926/8285/6728</w:t>
        <w:br/>
        <w:t>f 21927/8284/6727 21930/8287/6730 21926/8285/6728</w:t>
        <w:br/>
        <w:t>f 21931/8289/6732 21930/8287/6730 21927/8284/6727</w:t>
        <w:br/>
        <w:t>f 21928/8286/6729 21931/8289/6732 21927/8284/6727</w:t>
        <w:br/>
        <w:t>f 21930/8287/6730 21933/8290/6733 21932/8291/6734</w:t>
        <w:br/>
        <w:t>f 21929/8288/6731 21930/8287/6730 21932/8291/6734</w:t>
        <w:br/>
        <w:t>f 21931/8289/6732 21934/8292/6735 21933/8290/6733</w:t>
        <w:br/>
        <w:t>f 21930/8287/6730 21931/8289/6732 21933/8290/6733</w:t>
        <w:br/>
        <w:t>f 21933/8290/6733 21936/8293/6736 21935/8294/6737</w:t>
        <w:br/>
        <w:t>f 21932/8291/6734 21933/8290/6733 21935/8294/6737</w:t>
        <w:br/>
        <w:t>f 21937/8295/6738 21933/8290/6733 21934/8292/6735</w:t>
        <w:br/>
        <w:t>f 21938/8296/6739 21937/8295/6738 21934/8292/6735</w:t>
        <w:br/>
        <w:t>f 21936/8293/6736 21933/8290/6733 21937/8295/6738</w:t>
        <w:br/>
        <w:t>f 21940/8297/6740 21937/8295/6738 21938/8296/6739</w:t>
        <w:br/>
        <w:t>f 21939/8298/6741 21940/8297/6740 21938/8296/6739</w:t>
        <w:br/>
        <w:t>f 21942/8299/6742 21940/8297/6740 21939/8298/6741</w:t>
        <w:br/>
        <w:t>f 21941/8300/6743 21942/8299/6742 21939/8298/6741</w:t>
        <w:br/>
        <w:t>f 21944/8301/6744 21943/8302/6745 21942/8299/6742</w:t>
        <w:br/>
        <w:t>f 21941/8300/6743 21944/8301/6744 21942/8299/6742</w:t>
        <w:br/>
        <w:t>f 21943/8302/6745 21944/8301/6744 21946/8303/6746</w:t>
        <w:br/>
        <w:t>f 21945/8304/6747 21943/8302/6745 21946/8303/6746</w:t>
        <w:br/>
        <w:t>f 21945/8304/6747 21946/8303/6746 21948/8305/6748</w:t>
        <w:br/>
        <w:t>f 21947/8306/6749 21945/8304/6747 21948/8305/6748</w:t>
        <w:br/>
        <w:t>f 21950/8307/6750 21938/8296/6739 21934/8292/6735</w:t>
        <w:br/>
        <w:t>f 21949/8308/6751 21950/8307/6750 21934/8292/6735</w:t>
        <w:br/>
        <w:t>f 21949/8308/6751 21934/8292/6735 21931/8289/6732</w:t>
        <w:br/>
        <w:t>f 21951/8309/6752 21949/8308/6751 21931/8289/6732</w:t>
        <w:br/>
        <w:t>f 21952/8310/6753 21951/8309/6752 21931/8289/6732</w:t>
        <w:br/>
        <w:t>f 21928/8286/6729 21952/8310/6753 21931/8289/6732</w:t>
        <w:br/>
        <w:t>f 21950/8307/6750 21953/8311/6754 21939/8298/6741</w:t>
        <w:br/>
        <w:t>f 21938/8296/6739 21950/8307/6750 21939/8298/6741</w:t>
        <w:br/>
        <w:t>f 21954/8312/6755 21941/8300/6743 21939/8298/6741</w:t>
        <w:br/>
        <w:t>f 21953/8311/6754 21954/8312/6755 21939/8298/6741</w:t>
        <w:br/>
        <w:t>f 21956/8313/6756 21940/8297/6740 21942/8299/6742</w:t>
        <w:br/>
        <w:t>f 21955/8314/6757 21956/8313/6756 21942/8299/6742</w:t>
        <w:br/>
        <w:t>f 21940/8297/6740 21956/8313/6756 21957/8315/6758</w:t>
        <w:br/>
        <w:t>f 21937/8295/6738 21940/8297/6740 21957/8315/6758</w:t>
        <w:br/>
        <w:t>f 21937/8295/6738 21957/8315/6758 21958/8316/6759</w:t>
        <w:br/>
        <w:t>f 21936/8293/6736 21937/8295/6738 21958/8316/6759</w:t>
        <w:br/>
        <w:t>f 21959/8317/6760 21935/8294/6737 21936/8293/6736</w:t>
        <w:br/>
        <w:t>f 21958/8316/6759 21959/8317/6760 21936/8293/6736</w:t>
        <w:br/>
        <w:t>f 21942/8299/6742 21943/8302/6745 21960/8318/6761</w:t>
        <w:br/>
        <w:t>f 21955/8314/6757 21942/8299/6742 21960/8318/6761</w:t>
        <w:br/>
        <w:t>f 21961/8319/6762 21960/8318/6761 21943/8302/6745</w:t>
        <w:br/>
        <w:t>f 21945/8304/6747 21961/8319/6762 21943/8302/6745</w:t>
        <w:br/>
        <w:t>f 21947/8306/6749 21962/8320/6763 21961/8319/6762</w:t>
        <w:br/>
        <w:t>f 21945/8304/6747 21947/8306/6749 21961/8319/6762</w:t>
        <w:br/>
        <w:t>f 21961/8319/6762 21962/8320/6763 21964/8321/6764</w:t>
        <w:br/>
        <w:t>f 21963/8322/6765 21961/8319/6762 21964/8321/6764</w:t>
        <w:br/>
        <w:t>f 21961/8319/6762 21963/8322/6765 21965/8323/6766</w:t>
        <w:br/>
        <w:t>f 21960/8318/6761 21961/8319/6762 21965/8323/6766</w:t>
        <w:br/>
        <w:t>f 21960/8318/6761 21965/8323/6766 21966/8324/6767</w:t>
        <w:br/>
        <w:t>f 21955/8314/6757 21960/8318/6761 21966/8324/6767</w:t>
        <w:br/>
        <w:t>f 21967/8325/6768 21956/8313/6756 21955/8314/6757</w:t>
        <w:br/>
        <w:t>f 21966/8324/6767 21967/8325/6768 21955/8314/6757</w:t>
        <w:br/>
        <w:t>f 21968/8326/6769 21957/8315/6758 21956/8313/6756</w:t>
        <w:br/>
        <w:t>f 21967/8325/6768 21968/8326/6769 21956/8313/6756</w:t>
        <w:br/>
        <w:t>f 21969/8327/6770 21958/8316/6759 21957/8315/6758</w:t>
        <w:br/>
        <w:t>f 21968/8326/6769 21969/8327/6770 21957/8315/6758</w:t>
        <w:br/>
        <w:t>f 21970/8328/6771 21959/8317/6760 21958/8316/6759</w:t>
        <w:br/>
        <w:t>f 21969/8327/6770 21970/8328/6771 21958/8316/6759</w:t>
        <w:br/>
        <w:t>f 21972/8329/6772 21968/8326/6769 21967/8325/6768</w:t>
        <w:br/>
        <w:t>f 21971/8330/6773 21972/8329/6772 21967/8325/6768</w:t>
        <w:br/>
        <w:t>f 21973/8331/6774 21969/8327/6770 21968/8326/6769</w:t>
        <w:br/>
        <w:t>f 21972/8329/6772 21973/8331/6774 21968/8326/6769</w:t>
        <w:br/>
        <w:t>f 21975/8332/6775 21974/8333/6776 21969/8327/6770</w:t>
        <w:br/>
        <w:t>f 21973/8331/6774 21975/8332/6775 21969/8327/6770</w:t>
        <w:br/>
        <w:t>f 21975/8332/6775 21973/8331/6774 21976/8334/6777</w:t>
        <w:br/>
        <w:t>f 21978/8335/6778 21977/8336/6779 21972/8329/6772</w:t>
        <w:br/>
        <w:t>f 21971/8330/6773 21978/8335/6778 21972/8329/6772</w:t>
        <w:br/>
        <w:t>f 21981/8337/6780 21980/8338/6781 21979/8339/6782</w:t>
        <w:br/>
        <w:t>f 21979/8339/6782 21980/8338/6781 21982/8340/6783</w:t>
        <w:br/>
        <w:t>f 21980/8338/6781 21983/8341/6780 21982/8340/6783</w:t>
        <w:br/>
        <w:t>f 21983/8341/6780 21984/8342/6784 21982/8340/6783</w:t>
        <w:br/>
        <w:t>f 21981/8337/6780 21978/8335/6778 21971/8330/6773</w:t>
        <w:br/>
        <w:t>f 21980/8338/6781 21981/8337/6780 21971/8330/6773</w:t>
        <w:br/>
        <w:t>f 21988/8343/6785 21987/8344/6786 21986/8345/6787</w:t>
        <w:br/>
        <w:t>f 21985/8346/6788 21988/8343/6785 21986/8345/6787</w:t>
        <w:br/>
        <w:t>f 21985/8346/6788 21990/8347/6789 21989/8348/6790</w:t>
        <w:br/>
        <w:t>f 21988/8343/6785 21985/8346/6788 21989/8348/6790</w:t>
        <w:br/>
        <w:t>f 21994/8349/6791 21988/8343/6785 21991/8350/6792</w:t>
        <w:br/>
        <w:t>f 21993/8351/6793 21994/8349/6791 21991/8350/6792</w:t>
        <w:br/>
        <w:t>f 21988/8343/6785 21989/8348/6790 21991/8350/6792</w:t>
        <w:br/>
        <w:t>f 21974/8333/6776 21995/8352/6794 21970/8328/6771</w:t>
        <w:br/>
        <w:t>f 21974/8333/6776 21970/8328/6771 21969/8327/6770</w:t>
        <w:br/>
        <w:t>f 22001/8353/6795 22000/8354/6796 21999/8355/6797</w:t>
        <w:br/>
        <w:t>f 21998/8356/6795 22001/8353/6795 21999/8355/6797</w:t>
        <w:br/>
        <w:t>f 22005/8357/6798 22004/8358/6799 22003/8359/6800</w:t>
        <w:br/>
        <w:t>f 22002/8360/6801 22005/8357/6798 22003/8359/6800</w:t>
        <w:br/>
        <w:t>f 22008/8361/6802 22007/8362/6803 21997/8363/6804</w:t>
        <w:br/>
        <w:t>f 22006/8364/6805 22008/8361/6802 21997/8363/6804</w:t>
        <w:br/>
        <w:t>f 21985/8346/6788 21997/8363/6804 21990/8347/6789</w:t>
        <w:br/>
        <w:t>f 22006/8364/6805 21997/8363/6804 21985/8346/6788</w:t>
        <w:br/>
        <w:t>f 22006/8364/6805 21985/8346/6788 22010/8365/6806</w:t>
        <w:br/>
        <w:t>f 22009/8366/6807 22006/8364/6805 22010/8365/6806</w:t>
        <w:br/>
        <w:t>f 22014/8367/6808 22013/8368/6808 22012/8369/6809</w:t>
        <w:br/>
        <w:t>f 22011/8370/6810 22014/8367/6808 22012/8369/6809</w:t>
        <w:br/>
        <w:t>f 22002/8360/6801 22008/8361/6811 22005/8357/6798</w:t>
        <w:br/>
        <w:t>f 22013/8368/6808 22014/8367/6808 22008/8361/6802</w:t>
        <w:br/>
        <w:t>f 22015/8371/6812 22013/8368/6808 22008/8361/6802</w:t>
        <w:br/>
        <w:t>f 22018/8372/6813 22017/8373/6814 22015/8371/6812</w:t>
        <w:br/>
        <w:t>f 22016/8374/6814 22018/8372/6813 22015/8371/6812</w:t>
        <w:br/>
        <w:t>f 22008/8361/6802 22006/8364/6805 22015/8371/6812</w:t>
        <w:br/>
        <w:t>f 22020/8375/6815 22019/8376/6816 22009/8366/6807</w:t>
        <w:br/>
        <w:t>f 22010/8365/6806 22020/8375/6815 22009/8366/6807</w:t>
        <w:br/>
        <w:t>f 22010/8365/6806 21985/8346/6788 22021/8377/6817</w:t>
        <w:br/>
        <w:t>f 22020/8375/6815 22010/8365/6806 22021/8377/6817</w:t>
        <w:br/>
        <w:t>f 21973/8331/6774 21972/8329/6772 21977/8336/6779</w:t>
        <w:br/>
        <w:t>f 21976/8334/6777 21973/8331/6774 21977/8336/6779</w:t>
        <w:br/>
        <w:t>f 22022/8378/6818 22021/8377/6817 21985/8346/6788</w:t>
        <w:br/>
        <w:t>f 21986/8345/6787 22022/8378/6818 21985/8346/6788</w:t>
        <w:br/>
        <w:t>f 22024/8379/6819 21976/8334/6777 21977/8336/6779</w:t>
        <w:br/>
        <w:t>f 22023/8380/6820 22024/8379/6819 21977/8336/6779</w:t>
        <w:br/>
        <w:t>f 22025/8381/6821 22023/8380/6820 21977/8336/6779</w:t>
        <w:br/>
        <w:t>f 21978/8335/6778 22025/8381/6821 21977/8336/6779</w:t>
        <w:br/>
        <w:t>f 22027/8382/6822 22025/8381/6821 21978/8335/6778</w:t>
        <w:br/>
        <w:t>f 22026/8383/6822 22027/8382/6822 21978/8335/6778</w:t>
        <w:br/>
        <w:t>f 22029/8384/6823 22028/8385/6824 21979/8339/6782</w:t>
        <w:br/>
        <w:t>f 21982/8340/6783 22029/8384/6823 21979/8339/6782</w:t>
        <w:br/>
        <w:t>f 22033/8386/6825 22032/8387/6826 22031/8388/6826</w:t>
        <w:br/>
        <w:t>f 22030/8389/6825 22033/8386/6825 22031/8388/6826</w:t>
        <w:br/>
        <w:t>f 21980/8338/6781 22036/8390/6827 22035/8391/6828</w:t>
        <w:br/>
        <w:t>f 22034/8392/6829 21980/8338/6781 22035/8391/6828</w:t>
        <w:br/>
        <w:t>f 22037/8393/6830 21971/8330/6773 21967/8325/6768</w:t>
        <w:br/>
        <w:t>f 22037/8393/6830 21967/8325/6768 21966/8324/6767</w:t>
        <w:br/>
        <w:t>f 22038/8394/6831 22037/8393/6830 21966/8324/6767</w:t>
        <w:br/>
        <w:t>f 22038/8394/6831 21966/8324/6767 21965/8323/6766</w:t>
        <w:br/>
        <w:t>f 22039/8395/6832 22038/8394/6831 21965/8323/6766</w:t>
        <w:br/>
        <w:t>f 22039/8395/6832 21965/8323/6766 21963/8322/6765</w:t>
        <w:br/>
        <w:t>f 22040/8396/6833 22039/8395/6832 21963/8322/6765</w:t>
        <w:br/>
        <w:t>f 22040/8396/6833 21963/8322/6765 21964/8321/6764</w:t>
        <w:br/>
        <w:t>f 22041/8397/6834 22040/8396/6833 21964/8321/6764</w:t>
        <w:br/>
        <w:t>f 22030/8389/6825 22029/8384/6823 21982/8340/6783</w:t>
        <w:br/>
        <w:t>f 22033/8386/6825 22030/8389/6825 21982/8340/6783</w:t>
        <w:br/>
        <w:t>f 22032/8387/6826 21980/8338/6781 22034/8392/6829</w:t>
        <w:br/>
        <w:t>f 22031/8388/6826 22032/8387/6826 22034/8392/6829</w:t>
        <w:br/>
        <w:t>f 22028/8385/6824 22027/8382/6822 22026/8383/6822</w:t>
        <w:br/>
        <w:t>f 21979/8339/6782 22028/8385/6824 22026/8383/6822</w:t>
        <w:br/>
        <w:t>f 22043/8398/6835 21994/8349/6791 21993/8351/6793</w:t>
        <w:br/>
        <w:t>f 22042/8399/6836 22043/8398/6835 21993/8351/6793</w:t>
        <w:br/>
        <w:t>f 22045/8400/6837 21994/8349/6791 22043/8398/6835</w:t>
        <w:br/>
        <w:t>f 22044/8401/6838 22045/8400/6837 22043/8398/6835</w:t>
        <w:br/>
        <w:t>f 22044/8401/6838 22047/8402/6839 22046/8403/6840</w:t>
        <w:br/>
        <w:t>f 22045/8400/6837 22044/8401/6838 22046/8403/6840</w:t>
        <w:br/>
        <w:t>f 22049/8404/6841 22046/8403/6840 22047/8402/6839</w:t>
        <w:br/>
        <w:t>f 22048/8405/6842 22049/8404/6841 22047/8402/6839</w:t>
        <w:br/>
        <w:t>f 22051/8406/6843 22049/8404/6841 22048/8405/6842</w:t>
        <w:br/>
        <w:t>f 22050/8407/6844 22051/8406/6843 22048/8405/6842</w:t>
        <w:br/>
        <w:t>f 22043/8398/6835 22052/8408/6845 22044/8401/6838</w:t>
        <w:br/>
        <w:t>f 22047/8402/6839 22044/8401/6838 22052/8408/6845</w:t>
        <w:br/>
        <w:t>f 22053/8409/6846 22047/8402/6839 22052/8408/6845</w:t>
        <w:br/>
        <w:t>f 22053/8409/6846 22054/8410/6847 22048/8405/6842</w:t>
        <w:br/>
        <w:t>f 22047/8402/6839 22053/8409/6846 22048/8405/6842</w:t>
        <w:br/>
        <w:t>f 22054/8410/6847 22056/8411/6848 22055/8412/6849</w:t>
        <w:br/>
        <w:t>f 22048/8405/6842 22054/8410/6847 22055/8412/6849</w:t>
        <w:br/>
        <w:t>f 22060/8413/6850 22059/8414/6851 22058/8415/6852</w:t>
        <w:br/>
        <w:t>f 22057/8416/6852 22060/8413/6850 22058/8415/6852</w:t>
        <w:br/>
        <w:t>f 22061/8417/6853 22046/8403/6840 22049/8404/6841</w:t>
        <w:br/>
        <w:t>f 22060/8413/6854 22061/8417/6853 22049/8404/6841</w:t>
        <w:br/>
        <w:t>f 22063/8418/6855 22062/8419/6856 22046/8403/6840</w:t>
        <w:br/>
        <w:t>f 22061/8417/6853 22063/8418/6855 22046/8403/6840</w:t>
        <w:br/>
        <w:t>f 22067/8420/6857 22066/8421/6858 22065/8422/6859</w:t>
        <w:br/>
        <w:t>f 22064/8423/6859 22067/8420/6857 22065/8422/6859</w:t>
        <w:br/>
        <w:t>f 21959/8317/6760 21970/8328/6771 22069/8424/6860</w:t>
        <w:br/>
        <w:t>f 22068/8425/6861 21959/8317/6760 22069/8424/6860</w:t>
        <w:br/>
        <w:t>f 21959/8317/6760 22068/8425/6861 21935/8294/6737</w:t>
        <w:br/>
        <w:t>f 22071/8426/6862 22070/8427/6863 21935/8294/6737</w:t>
        <w:br/>
        <w:t>f 22068/8425/6861 22071/8426/6862 21935/8294/6737</w:t>
        <w:br/>
        <w:t>f 22073/8428/6864 22072/8429/6864 22070/8427/6863</w:t>
        <w:br/>
        <w:t>f 22071/8426/6862 22073/8428/6864 22070/8427/6863</w:t>
        <w:br/>
        <w:t>f 22075/8430/6865 22072/8429/6864 22073/8428/6864</w:t>
        <w:br/>
        <w:t>f 22074/8431/6866 22075/8430/6865 22073/8428/6864</w:t>
        <w:br/>
        <w:t>f 22077/8432/6867 22075/8430/6865 22074/8431/6866</w:t>
        <w:br/>
        <w:t>f 22076/8433/6868 22077/8432/6867 22074/8431/6866</w:t>
        <w:br/>
        <w:t>f 22076/8433/6868 22078/8434/6869 21920/8278/6721</w:t>
        <w:br/>
        <w:t>f 22077/8432/6867 22076/8433/6868 21920/8278/6721</w:t>
        <w:br/>
        <w:t>f 22079/8435/6870 21919/8279/6722 21920/8278/6721</w:t>
        <w:br/>
        <w:t>f 22078/8434/6869 22079/8435/6870 21920/8278/6721</w:t>
        <w:br/>
        <w:t>f 22081/8436/6871 21919/8279/6722 22079/8435/6870</w:t>
        <w:br/>
        <w:t>f 22080/8437/6871 22081/8436/6871 22079/8435/6870</w:t>
        <w:br/>
        <w:t>f 22083/8438/6872 22082/8439/6873 21928/8286/6729</w:t>
        <w:br/>
        <w:t>f 21925/8283/6726 22083/8438/6872 21928/8286/6729</w:t>
        <w:br/>
        <w:t>f 22082/8439/6873 22084/8440/6874 21952/8310/6753</w:t>
        <w:br/>
        <w:t>f 22085/8441/6875 21944/8301/6744 21941/8300/6743</w:t>
        <w:br/>
        <w:t>f 21954/8312/6755 22085/8441/6875 21941/8300/6743</w:t>
        <w:br/>
        <w:t>f 22087/8442/6876 22086/8443/6876 21944/8301/6744</w:t>
        <w:br/>
        <w:t>f 22085/8441/6875 22087/8442/6876 21944/8301/6744</w:t>
        <w:br/>
        <w:t>f 22089/8444/6877 22086/8443/6876 22087/8442/6876</w:t>
        <w:br/>
        <w:t>f 22088/8445/6878 22089/8444/6877 22087/8442/6876</w:t>
        <w:br/>
        <w:t>f 22091/8446/6879 22090/8447/6880 21948/8305/6881</w:t>
        <w:br/>
        <w:t>f 22088/8445/6878 22091/8446/6879 21948/8305/6881</w:t>
        <w:br/>
        <w:t>f 22093/8448/6882 22092/8449/6883 21964/8321/6764</w:t>
        <w:br/>
        <w:t>f 21962/8320/6763 22093/8448/6882 21964/8321/6764</w:t>
        <w:br/>
        <w:t>f 22094/8450/6884 22093/8448/6882 22091/8446/6879</w:t>
        <w:br/>
        <w:t>f 22088/8445/6878 22094/8450/6884 22091/8446/6879</w:t>
        <w:br/>
        <w:t>f 22041/8397/6834 21964/8321/6764 22092/8449/6883</w:t>
        <w:br/>
        <w:t>f 22095/8451/6885 22041/8397/6834 22092/8449/6883</w:t>
        <w:br/>
        <w:t>f 22095/8451/6885 22092/8449/6883 22097/8452/6886</w:t>
        <w:br/>
        <w:t>f 22096/8453/6887 22095/8451/6885 22097/8452/6886</w:t>
        <w:br/>
        <w:t>f 22098/8454/6888 22097/8452/6886 22092/8449/6883</w:t>
        <w:br/>
        <w:t>f 22093/8448/6882 22098/8454/6888 22092/8449/6883</w:t>
        <w:br/>
        <w:t>f 22100/8455/6889 22099/8456/6889 22093/8448/6882</w:t>
        <w:br/>
        <w:t>f 22094/8450/6884 22100/8455/6889 22093/8448/6882</w:t>
        <w:br/>
        <w:t>f 22102/8457/6890 22099/8456/6889 22100/8455/6889</w:t>
        <w:br/>
        <w:t>f 22101/8458/6890 22102/8457/6890 22100/8455/6889</w:t>
        <w:br/>
        <w:t>f 22096/8453/6887 22097/8452/6886 22104/8459/6891</w:t>
        <w:br/>
        <w:t>f 22103/8460/6892 22096/8453/6887 22104/8459/6891</w:t>
        <w:br/>
        <w:t>f 22098/8454/6888 22105/8461/6893 22104/8459/6891</w:t>
        <w:br/>
        <w:t>f 22097/8452/6886 22098/8454/6888 22104/8459/6891</w:t>
        <w:br/>
        <w:t>f 22107/8462/6894 22102/8457/6890 22101/8458/6890</w:t>
        <w:br/>
        <w:t>f 22106/8463/6894 22107/8462/6894 22101/8458/6890</w:t>
        <w:br/>
        <w:t>f 22109/8464/6895 22107/8462/6894 22106/8463/6894</w:t>
        <w:br/>
        <w:t>f 22108/8465/6896 22109/8464/6895 22106/8463/6894</w:t>
        <w:br/>
        <w:t>f 22111/8466/6897 22110/8467/6898 22109/8464/6895</w:t>
        <w:br/>
        <w:t>f 22108/8465/6896 22111/8466/6897 22109/8464/6895</w:t>
        <w:br/>
        <w:t>f 22113/8468/6899 22112/8469/6899 22110/8467/6898</w:t>
        <w:br/>
        <w:t>f 22111/8466/6897 22113/8468/6899 22110/8467/6898</w:t>
        <w:br/>
        <w:t>f 22103/8460/6892 22104/8459/6891 22112/8469/6899</w:t>
        <w:br/>
        <w:t>f 22113/8468/6899 22103/8460/6892 22112/8469/6899</w:t>
        <w:br/>
        <w:t>f 22110/8467/6898 22115/8470/6900 22114/8471/6900</w:t>
        <w:br/>
        <w:t>f 22109/8464/6895 22110/8467/6898 22114/8471/6900</w:t>
        <w:br/>
        <w:t>f 22115/8470/6900 22104/8459/6891 22105/8461/6893</w:t>
        <w:br/>
        <w:t>f 22114/8471/6900 22115/8470/6900 22105/8461/6893</w:t>
        <w:br/>
        <w:t>f 22116/8472/6901 21951/8309/6752 21952/8310/6753</w:t>
        <w:br/>
        <w:t>f 22084/8440/6874 22116/8472/6901 21952/8310/6753</w:t>
        <w:br/>
        <w:t>f 22117/8473/6902 21950/8307/6750 21949/8308/6751</w:t>
        <w:br/>
        <w:t>f 22116/8472/6901 22117/8473/6902 21949/8308/6751</w:t>
        <w:br/>
        <w:t>f 21951/8309/6752 22116/8472/6901 21949/8308/6751</w:t>
        <w:br/>
        <w:t>f 22117/8473/6902 22118/8474/6903 21953/8311/6754</w:t>
        <w:br/>
        <w:t>f 21950/8307/6750 22117/8473/6902 21953/8311/6754</w:t>
        <w:br/>
        <w:t>f 22119/8475/6904 21954/8312/6755 21953/8311/6754</w:t>
        <w:br/>
        <w:t>f 22118/8474/6903 22119/8475/6904 21953/8311/6754</w:t>
        <w:br/>
        <w:t>f 22119/8475/6904 22085/8441/6875 21954/8312/6755</w:t>
        <w:br/>
        <w:t>f 22121/8476/6905 22120/8477/6906 22118/8474/6903</w:t>
        <w:br/>
        <w:t>f 22117/8473/6902 22121/8476/6905 22118/8474/6903</w:t>
        <w:br/>
        <w:t>f 22122/8478/6907 22119/8475/6904 22118/8474/6903</w:t>
        <w:br/>
        <w:t>f 22120/8477/6906 22122/8478/6907 22118/8474/6903</w:t>
        <w:br/>
        <w:t>f 22085/8441/6875 22119/8475/6904 22122/8478/6907</w:t>
        <w:br/>
        <w:t>f 22123/8479/6908 22121/8476/6905 22117/8473/6902</w:t>
        <w:br/>
        <w:t>f 22116/8472/6901 22123/8479/6908 22117/8473/6902</w:t>
        <w:br/>
        <w:t>f 22084/8440/6874 22123/8479/6908 22116/8472/6901</w:t>
        <w:br/>
        <w:t>f 22125/8480/6909 22083/8438/6872 21925/8283/6726</w:t>
        <w:br/>
        <w:t>f 22124/8481/6909 22125/8480/6909 21925/8283/6726</w:t>
        <w:br/>
        <w:t>f 22126/8482/6910 22125/8480/6909 22124/8481/6909</w:t>
        <w:br/>
        <w:t>f 21918/8274/6911 22126/8482/6910 22124/8481/6909</w:t>
        <w:br/>
        <w:t>f 22128/8483/6912 22127/8484/6913 22126/8482/6910</w:t>
        <w:br/>
        <w:t>f 21918/8274/6911 22128/8483/6912 22126/8482/6910</w:t>
        <w:br/>
        <w:t>f 22131/8485/6914 22130/8486/6915 22129/8487/6916</w:t>
        <w:br/>
        <w:t>f 22132/8488/6917 22131/8485/6914 22129/8487/6916</w:t>
        <w:br/>
        <w:t>f 22130/8486/6915 22133/8489/6918 22129/8487/6916</w:t>
        <w:br/>
        <w:t>f 22136/8490/6919 22135/8491/6920 22134/8492/6921</w:t>
        <w:br/>
        <w:t>f 22139/8493/6922 22138/8494/6923 22137/8495/6924</w:t>
        <w:br/>
        <w:t>f 22142/8496/6925 22141/8497/6922 22140/8498/6926</w:t>
        <w:br/>
        <w:t>f 22140/8498/6926 22144/8499/6927 22143/8500/6927</w:t>
        <w:br/>
        <w:t>f 22142/8496/6925 22140/8498/6926 22143/8500/6927</w:t>
        <w:br/>
        <w:t>f 22148/8501/6928 22147/8502/6929 22146/8503/6930</w:t>
        <w:br/>
        <w:t>f 22145/8504/6931 22148/8501/6928 22146/8503/6930</w:t>
        <w:br/>
        <w:t>f 22150/8505/6932 22149/8506/6933 22143/8500/6927</w:t>
        <w:br/>
        <w:t>f 22144/8499/6927 22150/8505/6932 22143/8500/6927</w:t>
        <w:br/>
        <w:t>f 22146/8503/6930 22152/8507/6934 22151/8508/6935</w:t>
        <w:br/>
        <w:t>f 22145/8504/6931 22146/8503/6930 22151/8508/6935</w:t>
        <w:br/>
        <w:t>f 22153/8509/6936 22145/8504/6931 22151/8508/6935</w:t>
        <w:br/>
        <w:t>f 22155/8510/6937 22154/8511/6937 22149/8506/6933</w:t>
        <w:br/>
        <w:t>f 22150/8505/6932 22155/8510/6937 22149/8506/6933</w:t>
        <w:br/>
        <w:t>f 22154/8511/6937 22155/8510/6937 22157/8512/6938</w:t>
        <w:br/>
        <w:t>f 22156/8513/6939 22154/8511/6937 22157/8512/6938</w:t>
        <w:br/>
        <w:t>f 22159/8514/6940 22158/8515/6940 22156/8513/6939</w:t>
        <w:br/>
        <w:t>f 22157/8512/6938 22159/8514/6940 22156/8513/6939</w:t>
        <w:br/>
        <w:t>f 22158/8515/6940 22159/8514/6940 22161/8516/6941</w:t>
        <w:br/>
        <w:t>f 22160/8517/6941 22158/8515/6940 22161/8516/6941</w:t>
        <w:br/>
        <w:t>f 22165/8518/6942 22164/8519/6942 22163/8520/6943</w:t>
        <w:br/>
        <w:t>f 22162/8521/6943 22165/8518/6942 22163/8520/6943</w:t>
        <w:br/>
        <w:t>f 22165/8518/6942 22167/8522/6944 22166/8523/6944</w:t>
        <w:br/>
        <w:t>f 22164/8519/6942 22165/8518/6942 22166/8523/6944</w:t>
        <w:br/>
        <w:t>f 22167/8522/6944 22169/8524/6945 22168/8525/6946</w:t>
        <w:br/>
        <w:t>f 22166/8523/6944 22167/8522/6944 22168/8525/6946</w:t>
        <w:br/>
        <w:t>f 22169/8524/6945 22171/8526/6947 22170/8527/6948</w:t>
        <w:br/>
        <w:t>f 22168/8525/6946 22169/8524/6945 22170/8527/6948</w:t>
        <w:br/>
        <w:t>f 22173/8528/6949 22170/8527/6948 22171/8526/6947</w:t>
        <w:br/>
        <w:t>f 22172/8529/6950 22173/8528/6949 22171/8526/6947</w:t>
        <w:br/>
        <w:t>f 22174/8530/6951 22133/8489/6952 22173/8528/6949</w:t>
        <w:br/>
        <w:t>f 22172/8529/6950 22174/8530/6951 22173/8528/6949</w:t>
        <w:br/>
        <w:t>f 22178/8531/6953 22177/8532/6954 22176/8533/6955</w:t>
        <w:br/>
        <w:t>f 22175/8534/6954 22178/8531/6953 22176/8533/6955</w:t>
        <w:br/>
        <w:t>f 22130/8486/6956 22175/8534/6954 22176/8533/6955</w:t>
        <w:br/>
        <w:t>f 22170/8527/6948 22180/8535/6954 22179/8536/6954</w:t>
        <w:br/>
        <w:t>f 22168/8525/6946 22170/8527/6948 22179/8536/6954</w:t>
        <w:br/>
        <w:t>f 22177/8532/6954 22178/8531/6953 22180/8535/6954</w:t>
        <w:br/>
        <w:t>f 22170/8527/6948 22177/8532/6954 22180/8535/6954</w:t>
        <w:br/>
        <w:t>f 22168/8525/6946 22179/8536/6954 22156/8513/6957</w:t>
        <w:br/>
        <w:t>f 22181/8537/6954 22168/8525/6946 22156/8513/6957</w:t>
        <w:br/>
        <w:t>f 22183/8538/6954 22182/8539/6954 22181/8537/6954</w:t>
        <w:br/>
        <w:t>f 22156/8513/6957 22183/8538/6954 22181/8537/6954</w:t>
        <w:br/>
        <w:t>f 22187/8540/6958 22186/8541/6959 22185/8542/6960</w:t>
        <w:br/>
        <w:t>f 22184/8543/6961 22187/8540/6958 22185/8542/6960</w:t>
        <w:br/>
        <w:t>f 22191/8544/6962 22190/8545/6963 22189/8546/6964</w:t>
        <w:br/>
        <w:t>f 22188/8547/6965 22191/8544/6962 22189/8546/6964</w:t>
        <w:br/>
        <w:t>f 22189/8546/6964 22193/8548/6966 22192/8549/6967</w:t>
        <w:br/>
        <w:t>f 22188/8547/6965 22189/8546/6964 22192/8549/6967</w:t>
        <w:br/>
        <w:t>f 22197/8550/6968 22196/8551/6969 22195/8552/6970</w:t>
        <w:br/>
        <w:t>f 22194/8553/6971 22197/8550/6968 22195/8552/6970</w:t>
        <w:br/>
        <w:t>f 22190/8545/6963 22191/8544/6962 22184/8543/6961</w:t>
        <w:br/>
        <w:t>f 22185/8542/6960 22190/8545/6963 22184/8543/6961</w:t>
        <w:br/>
        <w:t>f 22187/8540/6958 22199/8554/6972 22198/8555/6973</w:t>
        <w:br/>
        <w:t>f 22186/8541/6959 22187/8540/6958 22198/8555/6973</w:t>
        <w:br/>
        <w:t>f 22193/8548/6966 22197/8550/6968 22194/8553/6971</w:t>
        <w:br/>
        <w:t>f 22192/8549/6967 22193/8548/6966 22194/8553/6971</w:t>
        <w:br/>
        <w:t>f 22196/8551/6969 22201/8556/6974 22200/8557/6975</w:t>
        <w:br/>
        <w:t>f 22195/8552/6970 22196/8551/6969 22200/8557/6975</w:t>
        <w:br/>
        <w:t>f 22203/8558/6976 22202/8559/6977 22198/8555/6973</w:t>
        <w:br/>
        <w:t>f 22199/8554/6972 22203/8558/6976 22198/8555/6973</w:t>
        <w:br/>
        <w:t>f 22202/8559/6977 22205/8560/6978 22204/8561/6979</w:t>
        <w:br/>
        <w:t>f 22209/8562/6980 22208/8563/6981 22207/8564/6981</w:t>
        <w:br/>
        <w:t>f 22206/8565/6980 22209/8562/6980 22207/8564/6981</w:t>
        <w:br/>
        <w:t>f 22208/8563/6981 22211/8566/6982 22210/8567/6982</w:t>
        <w:br/>
        <w:t>f 22207/8564/6981 22208/8563/6981 22210/8567/6982</w:t>
        <w:br/>
        <w:t>f 22211/8566/6982 22213/8568/6983 22212/8569/6983</w:t>
        <w:br/>
        <w:t>f 22210/8567/6982 22211/8566/6982 22212/8569/6983</w:t>
        <w:br/>
        <w:t>f 22213/8568/6983 22215/8570/6984 22214/8571/6984</w:t>
        <w:br/>
        <w:t>f 22212/8569/6983 22213/8568/6983 22214/8571/6984</w:t>
        <w:br/>
        <w:t>f 22217/8572/6985 22216/8573/6986 22214/8571/6984</w:t>
        <w:br/>
        <w:t>f 22215/8570/6984 22217/8572/6985 22214/8571/6984</w:t>
        <w:br/>
        <w:t>f 22219/8574/6987 22218/8575/6988 22216/8573/6986</w:t>
        <w:br/>
        <w:t>f 22217/8572/6985 22219/8574/6987 22216/8573/6986</w:t>
        <w:br/>
        <w:t>f 22220/8576/6989 22197/8550/6968 22193/8548/6966</w:t>
        <w:br/>
        <w:t>f 22219/8574/6987 22220/8576/6989 22193/8548/6966</w:t>
        <w:br/>
        <w:t>f 22220/8576/6989 22221/8577/6990 22196/8551/6969</w:t>
        <w:br/>
        <w:t>f 22197/8550/6968 22220/8576/6989 22196/8551/6969</w:t>
        <w:br/>
        <w:t>f 22222/8578/6991 22201/8556/6974 22196/8551/6969</w:t>
        <w:br/>
        <w:t>f 22221/8577/6990 22222/8578/6991 22196/8551/6969</w:t>
        <w:br/>
        <w:t>f 22225/8579/6992 22224/8580/6993 22223/8581/6994</w:t>
        <w:br/>
        <w:t>f 22200/8557/6995 22225/8579/6992 22223/8581/6994</w:t>
        <w:br/>
        <w:t>f 22224/8580/6996 22226/8582/6997 22194/8553/6971</w:t>
        <w:br/>
        <w:t>f 22195/8552/6970 22224/8580/6996 22194/8553/6971</w:t>
        <w:br/>
        <w:t>f 22192/8549/6967 22194/8553/6971 22226/8582/6997</w:t>
        <w:br/>
        <w:t>f 22227/8583/6998 22192/8549/6967 22226/8582/6997</w:t>
        <w:br/>
        <w:t>f 22227/8583/6998 22228/8584/6999 22188/8547/6965</w:t>
        <w:br/>
        <w:t>f 22192/8549/6967 22227/8583/6998 22188/8547/6965</w:t>
        <w:br/>
        <w:t>f 22228/8584/6999 22229/8585/7000 22191/8544/6962</w:t>
        <w:br/>
        <w:t>f 22188/8547/6965 22228/8584/6999 22191/8544/6962</w:t>
        <w:br/>
        <w:t>f 22230/8586/7001 22184/8543/6961 22191/8544/6962</w:t>
        <w:br/>
        <w:t>f 22229/8585/7000 22230/8586/7001 22191/8544/6962</w:t>
        <w:br/>
        <w:t>f 22231/8587/7002 22187/8540/6958 22184/8543/6961</w:t>
        <w:br/>
        <w:t>f 22230/8586/7001 22231/8587/7002 22184/8543/6961</w:t>
        <w:br/>
        <w:t>f 22187/8540/6958 22231/8587/7002 22232/8588/7003</w:t>
        <w:br/>
        <w:t>f 22199/8554/6972 22187/8540/6958 22232/8588/7003</w:t>
        <w:br/>
        <w:t>f 22199/8554/6972 22232/8588/7003 22233/8589/7004</w:t>
        <w:br/>
        <w:t>f 22203/8558/6976 22199/8554/6972 22233/8589/7004</w:t>
        <w:br/>
        <w:t>f 22236/8590/7005 22235/8591/7006 22234/8592/7006</w:t>
        <w:br/>
        <w:t>f 22234/8592/7006 22235/8591/7006 22203/8558/6976</w:t>
        <w:br/>
        <w:t>f 22233/8589/7004 22234/8592/7006 22203/8558/6976</w:t>
        <w:br/>
        <w:t>f 22206/8565/6980 22204/8561/7007 22237/8593/7008</w:t>
        <w:br/>
        <w:t>f 22209/8562/6980 22206/8565/6980 22237/8593/7008</w:t>
        <w:br/>
        <w:t>f 22241/8594/7009 22240/8595/7010 22239/8596/7010</w:t>
        <w:br/>
        <w:t>f 22238/8597/7009 22241/8594/7009 22239/8596/7010</w:t>
        <w:br/>
        <w:t>f 22243/8598/7011 22242/8599/7011 22239/8596/7010</w:t>
        <w:br/>
        <w:t>f 22240/8595/7010 22243/8598/7011 22239/8596/7010</w:t>
        <w:br/>
        <w:t>f 22245/8600/7012 22244/8601/7012 22242/8599/7011</w:t>
        <w:br/>
        <w:t>f 22243/8598/7011 22245/8600/7012 22242/8599/7011</w:t>
        <w:br/>
        <w:t>f 22145/8504/6931 22153/8509/6936 22246/8602/7013</w:t>
        <w:br/>
        <w:t>f 22148/8501/6928 22145/8504/6931 22246/8602/7013</w:t>
        <w:br/>
        <w:t>f 22148/8501/6928 22246/8602/7013 22247/8603/7014</w:t>
        <w:br/>
        <w:t>f 22244/8601/7012 22245/8600/7012 22249/8604/7015</w:t>
        <w:br/>
        <w:t>f 22248/8605/7016 22244/8601/7012 22249/8604/7015</w:t>
        <w:br/>
        <w:t>f 22248/8605/7016 22249/8604/7015 22250/8606/7017</w:t>
        <w:br/>
        <w:t>f 22237/8593/7008 22204/8561/7007 22251/8607/7018</w:t>
        <w:br/>
        <w:t>f 21995/8352/6794 21974/8333/6776 21994/8349/6791</w:t>
        <w:br/>
        <w:t>f 22045/8400/6837 21995/8352/6794 21994/8349/6791</w:t>
        <w:br/>
        <w:t>f 22066/8421/7019 21995/8352/6794 22045/8400/6837</w:t>
        <w:br/>
        <w:t>f 22063/8418/7020 22066/8421/7019 22045/8400/6837</w:t>
        <w:br/>
        <w:t>f 22252/8608/7021 22182/8539/6954 22183/8538/6954</w:t>
        <w:br/>
        <w:t>f 22147/8502/6929 22148/8501/6928 22253/8609/6926</w:t>
        <w:br/>
        <w:t>f 22082/8439/6873 21952/8310/6753 21928/8286/6729</w:t>
        <w:br/>
        <w:t>f 21916/8276/6719 21917/8275/6718 21919/8279/6722</w:t>
        <w:br/>
        <w:t>f 22205/8560/6978 22202/8559/6977 22203/8558/6976</w:t>
        <w:br/>
        <w:t>f 22142/8496/6925 22134/8492/6921 22135/8491/6920</w:t>
        <w:br/>
        <w:t>f 22141/8497/6922 22142/8496/6925 22135/8491/6920</w:t>
        <w:br/>
        <w:t>f 22256/8610/7022 22255/8611/7023 22254/8612/7024</w:t>
        <w:br/>
        <w:t>f 22259/8613/7025 22258/8614/7026 22257/8615/7027</w:t>
        <w:br/>
        <w:t>f 22254/8612/7024 22259/8613/7025 22257/8615/7027</w:t>
        <w:br/>
        <w:t>f 22260/8616/7028 22256/8610/7022 22254/8612/7024</w:t>
        <w:br/>
        <w:t>f 22257/8615/7027 22260/8616/7028 22254/8612/7024</w:t>
        <w:br/>
        <w:t>f 22258/8614/7026 22262/8617/7029 22261/8618/7030</w:t>
        <w:br/>
        <w:t>f 22257/8615/7027 22258/8614/7026 22261/8618/7030</w:t>
        <w:br/>
        <w:t>f 22257/8615/7027 22261/8618/7030 22263/8619/7031</w:t>
        <w:br/>
        <w:t>f 22260/8616/7028 22257/8615/7027 22263/8619/7031</w:t>
        <w:br/>
        <w:t>f 22262/8617/7029 22265/8620/7032 22264/8621/7033</w:t>
        <w:br/>
        <w:t>f 22261/8618/7030 22262/8617/7029 22264/8621/7033</w:t>
        <w:br/>
        <w:t>f 22266/8622/7034 22263/8619/7031 22261/8618/7030</w:t>
        <w:br/>
        <w:t>f 22264/8621/7033 22266/8622/7034 22261/8618/7030</w:t>
        <w:br/>
        <w:t>f 22268/8623/7035 22264/8621/7033 22265/8620/7032</w:t>
        <w:br/>
        <w:t>f 22267/8624/7036 22268/8623/7035 22265/8620/7032</w:t>
        <w:br/>
        <w:t>f 22269/8625/7037 22266/8622/7034 22264/8621/7033</w:t>
        <w:br/>
        <w:t>f 22268/8623/7035 22269/8625/7037 22264/8621/7033</w:t>
        <w:br/>
        <w:t>f 22268/8623/7035 22267/8624/7036 22271/8626/7038</w:t>
        <w:br/>
        <w:t>f 22270/8627/7039 22268/8623/7035 22271/8626/7038</w:t>
        <w:br/>
        <w:t>f 22270/8627/7039 22272/8628/7040 22269/8625/7037</w:t>
        <w:br/>
        <w:t>f 22268/8623/7035 22270/8627/7039 22269/8625/7037</w:t>
        <w:br/>
        <w:t>f 22270/8627/7039 22271/8626/7038 22274/8629/7041</w:t>
        <w:br/>
        <w:t>f 22273/8630/7042 22270/8627/7039 22274/8629/7041</w:t>
        <w:br/>
        <w:t>f 22272/8628/7040 22270/8627/7039 22275/8631/7043</w:t>
        <w:br/>
        <w:t>f 22276/8632/7044 22272/8628/7040 22275/8631/7043</w:t>
        <w:br/>
        <w:t>f 22273/8630/7042 22275/8631/7043 22270/8627/7039</w:t>
        <w:br/>
        <w:t>f 22276/8632/7044 22275/8631/7043 22278/8633/7045</w:t>
        <w:br/>
        <w:t>f 22277/8634/7046 22276/8632/7044 22278/8633/7045</w:t>
        <w:br/>
        <w:t>f 22280/8635/7047 22279/8636/7048 22277/8634/7046</w:t>
        <w:br/>
        <w:t>f 22278/8633/7045 22280/8635/7047 22277/8634/7046</w:t>
        <w:br/>
        <w:t>f 22280/8635/7047 22282/8637/7049 22281/8638/7050</w:t>
        <w:br/>
        <w:t>f 22279/8636/7048 22280/8635/7047 22281/8638/7050</w:t>
        <w:br/>
        <w:t>f 22284/8639/7051 22281/8638/7050 22282/8637/7049</w:t>
        <w:br/>
        <w:t>f 22283/8640/7052 22284/8639/7051 22282/8637/7049</w:t>
        <w:br/>
        <w:t>f 22286/8641/7053 22284/8639/7051 22283/8640/7052</w:t>
        <w:br/>
        <w:t>f 22285/8642/7054 22286/8641/7053 22283/8640/7052</w:t>
        <w:br/>
        <w:t>f 22272/8628/7040 22276/8632/7044 22288/8643/7055</w:t>
        <w:br/>
        <w:t>f 22287/8644/7056 22272/8628/7040 22288/8643/7055</w:t>
        <w:br/>
        <w:t>f 22269/8625/7037 22272/8628/7040 22287/8644/7056</w:t>
        <w:br/>
        <w:t>f 22289/8645/7057 22269/8625/7037 22287/8644/7056</w:t>
        <w:br/>
        <w:t>f 22290/8646/7058 22266/8622/7034 22269/8625/7037</w:t>
        <w:br/>
        <w:t>f 22289/8645/7057 22290/8646/7058 22269/8625/7037</w:t>
        <w:br/>
        <w:t>f 22288/8643/7055 22276/8632/7044 22277/8634/7046</w:t>
        <w:br/>
        <w:t>f 22291/8647/7059 22288/8643/7055 22277/8634/7046</w:t>
        <w:br/>
        <w:t>f 22277/8634/7046 22279/8636/7048 22292/8648/7060</w:t>
        <w:br/>
        <w:t>f 22291/8647/7059 22277/8634/7046 22292/8648/7060</w:t>
        <w:br/>
        <w:t>f 22280/8635/7047 22278/8633/7045 22294/8649/7061</w:t>
        <w:br/>
        <w:t>f 22293/8650/7062 22280/8635/7047 22294/8649/7061</w:t>
        <w:br/>
        <w:t>f 22295/8651/7063 22294/8649/7061 22278/8633/7045</w:t>
        <w:br/>
        <w:t>f 22275/8631/7043 22295/8651/7063 22278/8633/7045</w:t>
        <w:br/>
        <w:t>f 22296/8652/7064 22295/8651/7063 22275/8631/7043</w:t>
        <w:br/>
        <w:t>f 22273/8630/7042 22296/8652/7064 22275/8631/7043</w:t>
        <w:br/>
        <w:t>f 22273/8630/7042 22274/8629/7041 22297/8653/7065</w:t>
        <w:br/>
        <w:t>f 22296/8652/7064 22273/8630/7042 22297/8653/7065</w:t>
        <w:br/>
        <w:t>f 22280/8635/7047 22293/8650/7062 22298/8654/7066</w:t>
        <w:br/>
        <w:t>f 22282/8637/7049 22280/8635/7047 22298/8654/7066</w:t>
        <w:br/>
        <w:t>f 22299/8655/7067 22283/8640/7052 22282/8637/7049</w:t>
        <w:br/>
        <w:t>f 22298/8654/7066 22299/8655/7067 22282/8637/7049</w:t>
        <w:br/>
        <w:t>f 22299/8655/7067 22300/8656/7068 22285/8642/7054</w:t>
        <w:br/>
        <w:t>f 22283/8640/7052 22299/8655/7067 22285/8642/7054</w:t>
        <w:br/>
        <w:t>f 22302/8657/7069 22300/8656/7068 22299/8655/7067</w:t>
        <w:br/>
        <w:t>f 22301/8658/7070 22302/8657/7069 22299/8655/7067</w:t>
        <w:br/>
        <w:t>f 22299/8655/7067 22298/8654/7066 22303/8659/7071</w:t>
        <w:br/>
        <w:t>f 22301/8658/7070 22299/8655/7067 22303/8659/7071</w:t>
        <w:br/>
        <w:t>f 22298/8654/7066 22293/8650/7062 22304/8660/7072</w:t>
        <w:br/>
        <w:t>f 22303/8659/7071 22298/8654/7066 22304/8660/7072</w:t>
        <w:br/>
        <w:t>f 22305/8661/7073 22304/8660/7072 22293/8650/7062</w:t>
        <w:br/>
        <w:t>f 22294/8649/7061 22305/8661/7073 22293/8650/7062</w:t>
        <w:br/>
        <w:t>f 22306/8662/7074 22305/8661/7073 22294/8649/7061</w:t>
        <w:br/>
        <w:t>f 22295/8651/7063 22306/8662/7074 22294/8649/7061</w:t>
        <w:br/>
        <w:t>f 22307/8663/7075 22306/8662/7074 22295/8651/7063</w:t>
        <w:br/>
        <w:t>f 22296/8652/7064 22307/8663/7075 22295/8651/7063</w:t>
        <w:br/>
        <w:t>f 22308/8664/7076 22307/8663/7075 22296/8652/7064</w:t>
        <w:br/>
        <w:t>f 22297/8653/7065 22308/8664/7076 22296/8652/7064</w:t>
        <w:br/>
        <w:t>f 22305/8661/7073 22306/8662/7074 22310/8665/7077</w:t>
        <w:br/>
        <w:t>f 22309/8666/7078 22305/8661/7073 22310/8665/7077</w:t>
        <w:br/>
        <w:t>f 22306/8662/7074 22307/8663/7075 22311/8667/7079</w:t>
        <w:br/>
        <w:t>f 22310/8665/7077 22306/8662/7074 22311/8667/7079</w:t>
        <w:br/>
        <w:t>f 22307/8663/7075 22313/8668/7080 22312/8669/7081</w:t>
        <w:br/>
        <w:t>f 22311/8667/7079 22307/8663/7075 22312/8669/7081</w:t>
        <w:br/>
        <w:t>f 22312/8669/7081 22314/8670/7082 22311/8667/7079</w:t>
        <w:br/>
        <w:t>f 22310/8665/7077 22316/8671/7083 22315/8672/7084</w:t>
        <w:br/>
        <w:t>f 22309/8666/7078 22310/8665/7077 22315/8672/7084</w:t>
        <w:br/>
        <w:t>f 22319/8673/7085 22318/8674/7086 22317/8675/7087</w:t>
        <w:br/>
        <w:t>f 22318/8674/7086 22320/8676/7088 22317/8675/7087</w:t>
        <w:br/>
        <w:t>f 22317/8675/7087 22320/8676/7088 22321/8677/7085</w:t>
        <w:br/>
        <w:t>f 22320/8676/7088 22322/8678/7089 22321/8677/7085</w:t>
        <w:br/>
        <w:t>f 22309/8666/7078 22315/8672/7084 22319/8673/7085</w:t>
        <w:br/>
        <w:t>f 22317/8675/7087 22309/8666/7078 22319/8673/7085</w:t>
        <w:br/>
        <w:t>f 22326/8679/7090 22325/8680/7091 22324/8681/7092</w:t>
        <w:br/>
        <w:t>f 22323/8682/7093 22326/8679/7090 22324/8681/7092</w:t>
        <w:br/>
        <w:t>f 22328/8683/7094 22327/8684/7095 22323/8682/7093</w:t>
        <w:br/>
        <w:t>f 22324/8681/7092 22328/8683/7094 22323/8682/7093</w:t>
        <w:br/>
        <w:t>f 22333/8685/7096 22332/8686/6793 22331/8687/6792</w:t>
        <w:br/>
        <w:t>f 22324/8681/7092 22333/8685/7096 22331/8687/6792</w:t>
        <w:br/>
        <w:t>f 22324/8681/7092 22331/8687/6792 22328/8683/7094</w:t>
        <w:br/>
        <w:t>f 22313/8668/7080 22308/8664/7076 22334/8688/7097</w:t>
        <w:br/>
        <w:t>f 22313/8668/7080 22307/8663/7075 22308/8664/7076</w:t>
        <w:br/>
        <w:t>f 22340/8689/7098 22339/8690/7098 22338/8691/7099</w:t>
        <w:br/>
        <w:t>f 22337/8692/7100 22340/8689/7098 22338/8691/7099</w:t>
        <w:br/>
        <w:t>f 22337/8692/7101 22343/8693/6799 22342/8694/7102</w:t>
        <w:br/>
        <w:t>f 22341/8695/7103 22337/8692/7101 22342/8694/7102</w:t>
        <w:br/>
        <w:t>f 22346/8696/7104 22345/8697/7105 22336/8698/7106</w:t>
        <w:br/>
        <w:t>f 22344/8699/7107 22346/8696/7104 22336/8698/7106</w:t>
        <w:br/>
        <w:t>f 22323/8682/7093 22327/8684/7095 22336/8698/7106</w:t>
        <w:br/>
        <w:t>f 22345/8697/7105 22323/8682/7093 22336/8698/7106</w:t>
        <w:br/>
        <w:t>f 22345/8697/7105 22348/8700/7108 22347/8701/7109</w:t>
        <w:br/>
        <w:t>f 22323/8682/7093 22345/8697/7105 22347/8701/7109</w:t>
        <w:br/>
        <w:t>f 22352/8702/6809 22351/8703/7110 22350/8704/7110</w:t>
        <w:br/>
        <w:t>f 22349/8705/6809 22352/8702/6809 22350/8704/7110</w:t>
        <w:br/>
        <w:t>f 22341/8695/7103 22342/8694/7102 22346/8696/7111</w:t>
        <w:br/>
        <w:t>f 22351/8703/7110 22353/8706/7112 22346/8696/7104</w:t>
        <w:br/>
        <w:t>f 22350/8704/7110 22351/8703/7110 22346/8696/7104</w:t>
        <w:br/>
        <w:t>f 22353/8706/7112 22356/8707/7113 22355/8708/7114</w:t>
        <w:br/>
        <w:t>f 22354/8709/7115 22353/8706/7112 22355/8708/7114</w:t>
        <w:br/>
        <w:t>f 22346/8696/7104 22353/8706/7112 22345/8697/7105</w:t>
        <w:br/>
        <w:t>f 22348/8700/7108 22358/8710/7116 22357/8711/7117</w:t>
        <w:br/>
        <w:t>f 22347/8701/7109 22348/8700/7108 22357/8711/7117</w:t>
        <w:br/>
        <w:t>f 22347/8701/7109 22357/8711/7117 22359/8712/7118</w:t>
        <w:br/>
        <w:t>f 22323/8682/7093 22347/8701/7109 22359/8712/7118</w:t>
        <w:br/>
        <w:t>f 22316/8671/7083 22310/8665/7077 22311/8667/7079</w:t>
        <w:br/>
        <w:t>f 22314/8670/7082 22316/8671/7083 22311/8667/7079</w:t>
        <w:br/>
        <w:t>f 22323/8682/7093 22359/8712/7118 22360/8713/7119</w:t>
        <w:br/>
        <w:t>f 22326/8679/7090 22323/8682/7093 22360/8713/7119</w:t>
        <w:br/>
        <w:t>f 22362/8714/7120 22361/8715/7121 22316/8671/7083</w:t>
        <w:br/>
        <w:t>f 22314/8670/7082 22362/8714/7120 22316/8671/7083</w:t>
        <w:br/>
        <w:t>f 22363/8716/7122 22315/8672/7084 22316/8671/7083</w:t>
        <w:br/>
        <w:t>f 22361/8715/7121 22363/8716/7122 22316/8671/7083</w:t>
        <w:br/>
        <w:t>f 22365/8717/7123 22364/8718/7123 22315/8672/7084</w:t>
        <w:br/>
        <w:t>f 22363/8716/7122 22365/8717/7123 22315/8672/7084</w:t>
        <w:br/>
        <w:t>f 22318/8674/7086 22367/8719/7124 22366/8720/7125</w:t>
        <w:br/>
        <w:t>f 22320/8676/7088 22318/8674/7086 22366/8720/7125</w:t>
        <w:br/>
        <w:t>f 22371/8721/7126 22370/8722/7127 22369/8723/7128</w:t>
        <w:br/>
        <w:t>f 22368/8724/7128 22371/8721/7126 22369/8723/7128</w:t>
        <w:br/>
        <w:t>f 22317/8675/7129 22374/8725/7130 22373/8726/7131</w:t>
        <w:br/>
        <w:t>f 22372/8727/7131 22317/8675/7129 22373/8726/7131</w:t>
        <w:br/>
        <w:t>f 22375/8728/7132 22305/8661/7073 22309/8666/7078</w:t>
        <w:br/>
        <w:t>f 22375/8728/7132 22376/8729/7133 22304/8660/7072</w:t>
        <w:br/>
        <w:t>f 22305/8661/7073 22375/8728/7132 22304/8660/7072</w:t>
        <w:br/>
        <w:t>f 22376/8729/7133 22377/8730/7134 22303/8659/7071</w:t>
        <w:br/>
        <w:t>f 22304/8660/7072 22376/8729/7133 22303/8659/7071</w:t>
        <w:br/>
        <w:t>f 22377/8730/7134 22378/8731/7135 22301/8658/7070</w:t>
        <w:br/>
        <w:t>f 22303/8659/7071 22377/8730/7134 22301/8658/7070</w:t>
        <w:br/>
        <w:t>f 22378/8731/7135 22379/8732/7136 22302/8657/7069</w:t>
        <w:br/>
        <w:t>f 22301/8658/7070 22378/8731/7135 22302/8657/7069</w:t>
        <w:br/>
        <w:t>f 22370/8722/7127 22371/8721/7126 22320/8676/7088</w:t>
        <w:br/>
        <w:t>f 22366/8720/7125 22370/8722/7127 22320/8676/7088</w:t>
        <w:br/>
        <w:t>f 22374/8725/7130 22317/8675/7129 22368/8724/7128</w:t>
        <w:br/>
        <w:t>f 22369/8723/7128 22374/8725/7130 22368/8724/7128</w:t>
        <w:br/>
        <w:t>f 22367/8719/7124 22318/8674/7086 22364/8718/7123</w:t>
        <w:br/>
        <w:t>f 22365/8717/7123 22367/8719/7124 22364/8718/7123</w:t>
        <w:br/>
        <w:t>f 22332/8686/6793 22333/8685/7096 22381/8733/7137</w:t>
        <w:br/>
        <w:t>f 22380/8734/7138 22332/8686/6793 22381/8733/7137</w:t>
        <w:br/>
        <w:t>f 22383/8735/7139 22382/8736/7140 22381/8733/7137</w:t>
        <w:br/>
        <w:t>f 22333/8685/7096 22383/8735/7139 22381/8733/7137</w:t>
        <w:br/>
        <w:t>f 22382/8736/7140 22383/8735/7139 22385/8737/7141</w:t>
        <w:br/>
        <w:t>f 22384/8738/7142 22382/8736/7140 22385/8737/7141</w:t>
        <w:br/>
        <w:t>f 22387/8739/7143 22386/8740/7144 22384/8738/7142</w:t>
        <w:br/>
        <w:t>f 22385/8737/7141 22387/8739/7143 22384/8738/7142</w:t>
        <w:br/>
        <w:t>f 22389/8741/7145 22388/8742/7146 22386/8740/7144</w:t>
        <w:br/>
        <w:t>f 22387/8739/7143 22389/8741/7145 22386/8740/7144</w:t>
        <w:br/>
        <w:t>f 22381/8733/7137 22382/8736/7140 22390/8743/7147</w:t>
        <w:br/>
        <w:t>f 22384/8738/7142 22391/8744/7148 22390/8743/7147</w:t>
        <w:br/>
        <w:t>f 22382/8736/7140 22384/8738/7142 22390/8743/7147</w:t>
        <w:br/>
        <w:t>f 22391/8744/7148 22384/8738/7142 22386/8740/7144</w:t>
        <w:br/>
        <w:t>f 22392/8745/7149 22391/8744/7148 22386/8740/7144</w:t>
        <w:br/>
        <w:t>f 22392/8745/7149 22386/8740/7144 22394/8746/7150</w:t>
        <w:br/>
        <w:t>f 22393/8747/7151 22392/8745/7149 22394/8746/7150</w:t>
        <w:br/>
        <w:t>f 22398/8748/7152 22397/8749/7153 22396/8750/7154</w:t>
        <w:br/>
        <w:t>f 22395/8751/7152 22398/8748/7152 22396/8750/7154</w:t>
        <w:br/>
        <w:t>f 22387/8739/7143 22385/8737/7141 22399/8752/7155</w:t>
        <w:br/>
        <w:t>f 22396/8750/7156 22387/8739/7143 22399/8752/7155</w:t>
        <w:br/>
        <w:t>f 22385/8737/7141 22401/8753/7157 22400/8754/7158</w:t>
        <w:br/>
        <w:t>f 22399/8752/7155 22385/8737/7141 22400/8754/7158</w:t>
        <w:br/>
        <w:t>f 22405/8755/7159 22404/8756/7160 22403/8757/7159</w:t>
        <w:br/>
        <w:t>f 22402/8758/7161 22405/8755/7159 22403/8757/7159</w:t>
        <w:br/>
        <w:t>f 22297/8653/7065 22407/8759/7162 22406/8760/7163</w:t>
        <w:br/>
        <w:t>f 22308/8664/7076 22297/8653/7065 22406/8760/7163</w:t>
        <w:br/>
        <w:t>f 22297/8653/7065 22274/8629/7041 22407/8759/7162</w:t>
        <w:br/>
        <w:t>f 22274/8629/7041 22409/8761/7164 22408/8762/7165</w:t>
        <w:br/>
        <w:t>f 22407/8759/7162 22274/8629/7041 22408/8762/7165</w:t>
        <w:br/>
        <w:t>f 22409/8761/7164 22411/8763/7166 22410/8764/7166</w:t>
        <w:br/>
        <w:t>f 22408/8762/7165 22409/8761/7164 22410/8764/7166</w:t>
        <w:br/>
        <w:t>f 22413/8765/7167 22412/8766/7168 22410/8764/7166</w:t>
        <w:br/>
        <w:t>f 22411/8763/7166 22413/8765/7167 22410/8764/7166</w:t>
        <w:br/>
        <w:t>f 22415/8767/7169 22414/8768/7170 22412/8766/7168</w:t>
        <w:br/>
        <w:t>f 22413/8765/7167 22415/8767/7169 22412/8766/7168</w:t>
        <w:br/>
        <w:t>f 22414/8768/7170 22415/8767/7169 22258/8614/7026</w:t>
        <w:br/>
        <w:t>f 22416/8769/7171 22414/8768/7170 22258/8614/7026</w:t>
        <w:br/>
        <w:t>f 22258/8614/7026 22259/8613/7025 22417/8770/7172</w:t>
        <w:br/>
        <w:t>f 22416/8769/7171 22258/8614/7026 22417/8770/7172</w:t>
        <w:br/>
        <w:t>f 22419/8771/7173 22418/8772/7174 22417/8770/7172</w:t>
        <w:br/>
        <w:t>f 22259/8613/7025 22419/8771/7173 22417/8770/7172</w:t>
        <w:br/>
        <w:t>f 22421/8773/7175 22263/8619/7031 22266/8622/7034</w:t>
        <w:br/>
        <w:t>f 22420/8774/7176 22421/8773/7175 22266/8622/7034</w:t>
        <w:br/>
        <w:t>f 22420/8774/7176 22290/8646/7058 22422/8775/7177</w:t>
        <w:br/>
        <w:t>f 22279/8636/7048 22281/8638/7050 22423/8776/7178</w:t>
        <w:br/>
        <w:t>f 22292/8648/7060 22279/8636/7048 22423/8776/7178</w:t>
        <w:br/>
        <w:t>f 22281/8638/7050 22425/8777/7179 22424/8778/7179</w:t>
        <w:br/>
        <w:t>f 22423/8776/7178 22281/8638/7050 22424/8778/7179</w:t>
        <w:br/>
        <w:t>f 22427/8779/7180 22426/8780/7181 22424/8778/7179</w:t>
        <w:br/>
        <w:t>f 22425/8777/7179 22427/8779/7180 22424/8778/7179</w:t>
        <w:br/>
        <w:t>f 22429/8781/7182 22426/8780/7181 22286/8641/7183</w:t>
        <w:br/>
        <w:t>f 22428/8782/7184 22429/8781/7182 22286/8641/7183</w:t>
        <w:br/>
        <w:t>f 22431/8783/7185 22300/8656/7068 22302/8657/7069</w:t>
        <w:br/>
        <w:t>f 22430/8784/7186 22431/8783/7185 22302/8657/7069</w:t>
        <w:br/>
        <w:t>f 22429/8781/7182 22431/8783/7185 22432/8785/7187</w:t>
        <w:br/>
        <w:t>f 22426/8780/7181 22429/8781/7182 22432/8785/7187</w:t>
        <w:br/>
        <w:t>f 22379/8732/7136 22433/8786/7188 22430/8784/7186</w:t>
        <w:br/>
        <w:t>f 22302/8657/7069 22379/8732/7136 22430/8784/7186</w:t>
        <w:br/>
        <w:t>f 22433/8786/7188 22435/8787/7189 22434/8788/7190</w:t>
        <w:br/>
        <w:t>f 22430/8784/7186 22433/8786/7188 22434/8788/7190</w:t>
        <w:br/>
        <w:t>f 22436/8789/7191 22431/8783/7185 22430/8784/7186</w:t>
        <w:br/>
        <w:t>f 22434/8788/7190 22436/8789/7191 22430/8784/7186</w:t>
        <w:br/>
        <w:t>f 22431/8783/7185 22438/8790/7192 22437/8791/7192</w:t>
        <w:br/>
        <w:t>f 22432/8785/7187 22431/8783/7185 22437/8791/7192</w:t>
        <w:br/>
        <w:t>f 22440/8792/7193 22439/8793/7194 22437/8791/7192</w:t>
        <w:br/>
        <w:t>f 22438/8790/7192 22440/8792/7193 22437/8791/7192</w:t>
        <w:br/>
        <w:t>f 22442/8794/7195 22434/8788/7190 22435/8787/7189</w:t>
        <w:br/>
        <w:t>f 22441/8795/7196 22442/8794/7195 22435/8787/7189</w:t>
        <w:br/>
        <w:t>f 22442/8794/7195 22443/8796/7197 22436/8789/7191</w:t>
        <w:br/>
        <w:t>f 22434/8788/7190 22442/8794/7195 22436/8789/7191</w:t>
        <w:br/>
        <w:t>f 22445/8797/7198 22444/8798/7198 22439/8793/7194</w:t>
        <w:br/>
        <w:t>f 22440/8792/7193 22445/8797/7198 22439/8793/7194</w:t>
        <w:br/>
        <w:t>f 22447/8799/7199 22446/8800/7200 22444/8798/7198</w:t>
        <w:br/>
        <w:t>f 22445/8797/7198 22447/8799/7199 22444/8798/7198</w:t>
        <w:br/>
        <w:t>f 22447/8799/7199 22449/8801/7201 22448/8802/7202</w:t>
        <w:br/>
        <w:t>f 22446/8800/7200 22447/8799/7199 22448/8802/7202</w:t>
        <w:br/>
        <w:t>f 22449/8801/7201 22451/8803/7203 22450/8804/7203</w:t>
        <w:br/>
        <w:t>f 22448/8802/7202 22449/8801/7201 22450/8804/7203</w:t>
        <w:br/>
        <w:t>f 22451/8803/7203 22442/8794/7195 22441/8795/7196</w:t>
        <w:br/>
        <w:t>f 22450/8804/7203 22451/8803/7203 22441/8795/7196</w:t>
        <w:br/>
        <w:t>f 22453/8805/7204 22452/8806/7204 22449/8801/7201</w:t>
        <w:br/>
        <w:t>f 22447/8799/7199 22453/8805/7204 22449/8801/7201</w:t>
        <w:br/>
        <w:t>f 22443/8796/7197 22442/8794/7195 22452/8806/7204</w:t>
        <w:br/>
        <w:t>f 22453/8805/7204 22443/8796/7197 22452/8806/7204</w:t>
        <w:br/>
        <w:t>f 22290/8646/7058 22289/8645/7057 22454/8807/7205</w:t>
        <w:br/>
        <w:t>f 22422/8775/7177 22290/8646/7058 22454/8807/7205</w:t>
        <w:br/>
        <w:t>f 22455/8808/7206 22454/8807/7205 22287/8644/7056</w:t>
        <w:br/>
        <w:t>f 22288/8643/7055 22455/8808/7206 22287/8644/7056</w:t>
        <w:br/>
        <w:t>f 22289/8645/7057 22287/8644/7056 22454/8807/7205</w:t>
        <w:br/>
        <w:t>f 22455/8808/7206 22288/8643/7055 22291/8647/7059</w:t>
        <w:br/>
        <w:t>f 22456/8809/7207 22455/8808/7206 22291/8647/7059</w:t>
        <w:br/>
        <w:t>f 22291/8647/7059 22292/8648/7060 22457/8810/7208</w:t>
        <w:br/>
        <w:t>f 22456/8809/7207 22291/8647/7059 22457/8810/7208</w:t>
        <w:br/>
        <w:t>f 22457/8810/7208 22292/8648/7060 22423/8776/7178</w:t>
        <w:br/>
        <w:t>f 22459/8811/7209 22455/8808/7206 22456/8809/7207</w:t>
        <w:br/>
        <w:t>f 22458/8812/7210 22459/8811/7209 22456/8809/7207</w:t>
        <w:br/>
        <w:t>f 22456/8809/7207 22457/8810/7208 22460/8813/7211</w:t>
        <w:br/>
        <w:t>f 22458/8812/7210 22456/8809/7207 22460/8813/7211</w:t>
        <w:br/>
        <w:t>f 22423/8776/7178 22460/8813/7211 22457/8810/7208</w:t>
        <w:br/>
        <w:t>f 22461/8814/7212 22454/8807/7205 22455/8808/7206</w:t>
        <w:br/>
        <w:t>f 22459/8811/7209 22461/8814/7212 22455/8808/7206</w:t>
        <w:br/>
        <w:t>f 22422/8775/7177 22454/8807/7205 22461/8814/7212</w:t>
        <w:br/>
        <w:t>f 22463/8815/7213 22462/8816/7213 22263/8619/7031</w:t>
        <w:br/>
        <w:t>f 22421/8773/7175 22463/8815/7213 22263/8619/7031</w:t>
        <w:br/>
        <w:t>f 22464/8817/7214 22256/8610/7022 22462/8816/7213</w:t>
        <w:br/>
        <w:t>f 22463/8815/7213 22464/8817/7214 22462/8816/7213</w:t>
        <w:br/>
        <w:t>f 22464/8817/7214 22466/8818/7215 22465/8819/7216</w:t>
        <w:br/>
        <w:t>f 22256/8610/7022 22464/8817/7214 22465/8819/7216</w:t>
        <w:br/>
        <w:t>f 22469/8820/7217 22468/8821/7218 22467/8822/7219</w:t>
        <w:br/>
        <w:t>f 22470/8823/7220 22469/8820/7217 22467/8822/7219</w:t>
        <w:br/>
        <w:t>f 22468/8821/7218 22469/8820/7217 22471/8824/7221</w:t>
        <w:br/>
        <w:t>f 22474/8825/7222 22473/8826/7223 22472/8827/7224</w:t>
        <w:br/>
        <w:t>f 22139/8493/6922 22137/8495/6924 22475/8828/7225</w:t>
        <w:br/>
        <w:t>f 22477/8829/7226 22140/8498/6926 22476/8830/6922</w:t>
        <w:br/>
        <w:t>f 22140/8498/6926 22477/8829/7226 22479/8831/7227</w:t>
        <w:br/>
        <w:t>f 22478/8832/7227 22140/8498/6926 22479/8831/7227</w:t>
        <w:br/>
        <w:t>f 22483/8833/7228 22482/8834/7229 22481/8835/7230</w:t>
        <w:br/>
        <w:t>f 22480/8836/7231 22483/8833/7228 22481/8835/7230</w:t>
        <w:br/>
        <w:t>f 22479/8831/7227 22485/8837/7232 22484/8838/7233</w:t>
        <w:br/>
        <w:t>f 22478/8832/7227 22479/8831/7227 22484/8838/7233</w:t>
        <w:br/>
        <w:t>f 22487/8839/7234 22486/8840/7235 22483/8833/7228</w:t>
        <w:br/>
        <w:t>f 22480/8836/7231 22487/8839/7234 22483/8833/7228</w:t>
        <w:br/>
        <w:t>f 22488/8841/7236 22487/8839/7234 22480/8836/7231</w:t>
        <w:br/>
        <w:t>f 22485/8837/7232 22490/8842/7237 22489/8843/7237</w:t>
        <w:br/>
        <w:t>f 22484/8838/7233 22485/8837/7232 22489/8843/7237</w:t>
        <w:br/>
        <w:t>f 22492/8844/7238 22489/8843/7237 22490/8842/7237</w:t>
        <w:br/>
        <w:t>f 22491/8845/7239 22492/8844/7238 22490/8842/7237</w:t>
        <w:br/>
        <w:t>f 22491/8845/7239 22494/8846/7240 22493/8847/7241</w:t>
        <w:br/>
        <w:t>f 22492/8844/7238 22491/8845/7239 22493/8847/7241</w:t>
        <w:br/>
        <w:t>f 22496/8848/7242 22493/8847/7241 22494/8846/7240</w:t>
        <w:br/>
        <w:t>f 22495/8849/7243 22496/8848/7242 22494/8846/7240</w:t>
        <w:br/>
        <w:t>f 22500/8850/7244 22499/8851/7245 22498/8852/7245</w:t>
        <w:br/>
        <w:t>f 22497/8853/7244 22500/8850/7244 22498/8852/7245</w:t>
        <w:br/>
        <w:t>f 22498/8852/7245 22499/8851/7245 22502/8854/7246</w:t>
        <w:br/>
        <w:t>f 22501/8855/7246 22498/8852/7245 22502/8854/7246</w:t>
        <w:br/>
        <w:t>f 22501/8855/7246 22502/8854/7246 22504/8856/7247</w:t>
        <w:br/>
        <w:t>f 22503/8857/7248 22501/8855/7246 22504/8856/7247</w:t>
        <w:br/>
        <w:t>f 22503/8857/7248 22504/8856/7247 22506/8858/7249</w:t>
        <w:br/>
        <w:t>f 22505/8859/7250 22503/8857/7248 22506/8858/7249</w:t>
        <w:br/>
        <w:t>f 22508/8860/7251 22507/8861/7252 22505/8859/7250</w:t>
        <w:br/>
        <w:t>f 22506/8858/7249 22508/8860/7251 22505/8859/7250</w:t>
        <w:br/>
        <w:t>f 22509/8862/7253 22507/8861/7252 22508/8860/7251</w:t>
        <w:br/>
        <w:t>f 22471/8824/7254 22509/8862/7253 22508/8860/7251</w:t>
        <w:br/>
        <w:t>f 22507/8861/7252 22509/8862/7253 22510/8863/7255</w:t>
        <w:br/>
        <w:t>f 22514/8864/7145 22513/8865/7256 22512/8866/7256</w:t>
        <w:br/>
        <w:t>f 22511/8867/7256 22514/8864/7145 22512/8866/7256</w:t>
        <w:br/>
        <w:t>f 22468/8821/7257 22514/8864/7145 22511/8867/7256</w:t>
        <w:br/>
        <w:t>f 22516/8868/7256 22515/8869/7256 22506/8858/7249</w:t>
        <w:br/>
        <w:t>f 22504/8856/7247 22516/8868/7256 22506/8858/7249</w:t>
        <w:br/>
        <w:t>f 22515/8869/7256 22512/8866/7256 22513/8865/7256</w:t>
        <w:br/>
        <w:t>f 22506/8858/7249 22515/8869/7256 22513/8865/7256</w:t>
        <w:br/>
        <w:t>f 22504/8856/7247 22517/8870/7256 22491/8845/7258</w:t>
        <w:br/>
        <w:t>f 22516/8868/7256 22504/8856/7247 22491/8845/7258</w:t>
        <w:br/>
        <w:t>f 22519/8871/7256 22491/8845/7258 22517/8870/7256</w:t>
        <w:br/>
        <w:t>f 22518/8872/7256 22519/8871/7256 22517/8870/7256</w:t>
        <w:br/>
        <w:t>f 22523/8873/7259 22522/8874/7260 22521/8875/7261</w:t>
        <w:br/>
        <w:t>f 22520/8876/7262 22523/8873/7259 22521/8875/7261</w:t>
        <w:br/>
        <w:t>f 22527/8877/7263 22526/8878/7264 22525/8879/7265</w:t>
        <w:br/>
        <w:t>f 22524/8880/7266 22527/8877/7263 22525/8879/7265</w:t>
        <w:br/>
        <w:t>f 22527/8877/7263 22524/8880/7266 22529/8881/7267</w:t>
        <w:br/>
        <w:t>f 22528/8882/7268 22527/8877/7263 22529/8881/7267</w:t>
        <w:br/>
        <w:t>f 22533/8883/7269 22532/8884/7270 22531/8885/7271</w:t>
        <w:br/>
        <w:t>f 22530/8886/7272 22533/8883/7269 22531/8885/7271</w:t>
        <w:br/>
        <w:t>f 22526/8878/7264 22523/8873/7259 22520/8876/7262</w:t>
        <w:br/>
        <w:t>f 22525/8879/7265 22526/8878/7264 22520/8876/7262</w:t>
        <w:br/>
        <w:t>f 22535/8887/7273 22534/8888/7274 22521/8875/7261</w:t>
        <w:br/>
        <w:t>f 22522/8874/7260 22535/8887/7273 22521/8875/7261</w:t>
        <w:br/>
        <w:t>f 22532/8884/7270 22533/8883/7269 22528/8882/7268</w:t>
        <w:br/>
        <w:t>f 22529/8881/7267 22532/8884/7270 22528/8882/7268</w:t>
        <w:br/>
        <w:t>f 22200/8557/6975 22201/8556/6974 22530/8886/7272</w:t>
        <w:br/>
        <w:t>f 22531/8885/7271 22200/8557/6975 22530/8886/7272</w:t>
        <w:br/>
        <w:t>f 22537/8889/7275 22534/8888/7274 22535/8887/7273</w:t>
        <w:br/>
        <w:t>f 22536/8890/7276 22537/8889/7275 22535/8887/7273</w:t>
        <w:br/>
        <w:t>f 22536/8890/7276 22539/8891/7165 22538/8892/7277</w:t>
        <w:br/>
        <w:t>f 22543/8893/7278 22542/8894/7278 22541/8895/7279</w:t>
        <w:br/>
        <w:t>f 22540/8896/7280 22543/8893/7278 22541/8895/7279</w:t>
        <w:br/>
        <w:t>f 22540/8896/7280 22541/8895/7279 22545/8897/7281</w:t>
        <w:br/>
        <w:t>f 22544/8898/7281 22540/8896/7280 22545/8897/7281</w:t>
        <w:br/>
        <w:t>f 22544/8898/7281 22545/8897/7281 22547/8899/7282</w:t>
        <w:br/>
        <w:t>f 22546/8900/7282 22544/8898/7281 22547/8899/7282</w:t>
        <w:br/>
        <w:t>f 22546/8900/7282 22547/8899/7282 22549/8901/7283</w:t>
        <w:br/>
        <w:t>f 22548/8902/7283 22546/8900/7282 22549/8901/7283</w:t>
        <w:br/>
        <w:t>f 22549/8901/7283 22551/8903/7284 22550/8904/7285</w:t>
        <w:br/>
        <w:t>f 22548/8902/7283 22549/8901/7283 22550/8904/7285</w:t>
        <w:br/>
        <w:t>f 22551/8903/7284 22553/8905/7286 22552/8906/7287</w:t>
        <w:br/>
        <w:t>f 22550/8904/7285 22551/8903/7284 22552/8906/7287</w:t>
        <w:br/>
        <w:t>f 22528/8882/7268 22533/8883/7269 22554/8907/7288</w:t>
        <w:br/>
        <w:t>f 22552/8906/7287 22528/8882/7268 22554/8907/7288</w:t>
        <w:br/>
        <w:t>f 22554/8907/7288 22533/8883/7269 22530/8886/7272</w:t>
        <w:br/>
        <w:t>f 22555/8908/7289 22554/8907/7288 22530/8886/7272</w:t>
        <w:br/>
        <w:t>f 22530/8886/7272 22201/8556/6974 22222/8578/6991</w:t>
        <w:br/>
        <w:t>f 22555/8908/7289 22530/8886/7272 22222/8578/6991</w:t>
        <w:br/>
        <w:t>f 22225/8579/6992 22200/8557/6995 22557/8909/7290</w:t>
        <w:br/>
        <w:t>f 22556/8910/7291 22225/8579/6992 22557/8909/7290</w:t>
        <w:br/>
        <w:t>f 22556/8910/7291 22531/8885/7271 22532/8884/7270</w:t>
        <w:br/>
        <w:t>f 22558/8911/7292 22556/8910/7291 22532/8884/7270</w:t>
        <w:br/>
        <w:t>f 22529/8881/7267 22559/8912/7293 22558/8911/7292</w:t>
        <w:br/>
        <w:t>f 22532/8884/7270 22529/8881/7267 22558/8911/7292</w:t>
        <w:br/>
        <w:t>f 22559/8912/7293 22529/8881/7267 22524/8880/7266</w:t>
        <w:br/>
        <w:t>f 22560/8913/7294 22559/8912/7293 22524/8880/7266</w:t>
        <w:br/>
        <w:t>f 22560/8913/7294 22524/8880/7266 22525/8879/7265</w:t>
        <w:br/>
        <w:t>f 22561/8914/7295 22560/8913/7294 22525/8879/7265</w:t>
        <w:br/>
        <w:t>f 22525/8879/7265 22520/8876/7262 22562/8915/7296</w:t>
        <w:br/>
        <w:t>f 22561/8914/7295 22525/8879/7265 22562/8915/7296</w:t>
        <w:br/>
        <w:t>f 22520/8876/7262 22521/8875/7261 22563/8916/7297</w:t>
        <w:br/>
        <w:t>f 22562/8915/7296 22520/8876/7262 22563/8916/7297</w:t>
        <w:br/>
        <w:t>f 22564/8917/7298 22563/8916/7297 22521/8875/7261</w:t>
        <w:br/>
        <w:t>f 22534/8888/7274 22564/8917/7298 22521/8875/7261</w:t>
        <w:br/>
        <w:t>f 22565/8918/7299 22564/8917/7298 22534/8888/7274</w:t>
        <w:br/>
        <w:t>f 22537/8889/7275 22565/8918/7299 22534/8888/7274</w:t>
        <w:br/>
        <w:t>f 22568/8919/7300 22567/8920/7301 22566/8921/7301</w:t>
        <w:br/>
        <w:t>f 22567/8920/7301 22565/8918/7299 22537/8889/7275</w:t>
        <w:br/>
        <w:t>f 22566/8921/7301 22567/8920/7301 22537/8889/7275</w:t>
        <w:br/>
        <w:t>f 22542/8894/7278 22543/8893/7278 22569/8922/7302</w:t>
        <w:br/>
        <w:t>f 22539/8891/7303 22542/8894/7278 22569/8922/7302</w:t>
        <w:br/>
        <w:t>f 22573/8923/7304 22572/8924/7304 22571/8925/7305</w:t>
        <w:br/>
        <w:t>f 22570/8926/7305 22573/8923/7304 22571/8925/7305</w:t>
        <w:br/>
        <w:t>f 22571/8925/7305 22575/8927/7306 22574/8928/7306</w:t>
        <w:br/>
        <w:t>f 22570/8926/7305 22571/8925/7305 22574/8928/7306</w:t>
        <w:br/>
        <w:t>f 22575/8927/7306 22577/8929/7307 22576/8930/7307</w:t>
        <w:br/>
        <w:t>f 22574/8928/7306 22575/8927/7306 22576/8930/7307</w:t>
        <w:br/>
        <w:t>f 22578/8931/7308 22488/8841/7236 22480/8836/7231</w:t>
        <w:br/>
        <w:t>f 22481/8835/7230 22578/8931/7308 22480/8836/7231</w:t>
        <w:br/>
        <w:t>f 22481/8835/7230 22579/8932/7309 22578/8931/7308</w:t>
        <w:br/>
        <w:t>f 22581/8933/7310 22576/8930/7307 22577/8929/7307</w:t>
        <w:br/>
        <w:t>f 22580/8934/7311 22581/8933/7310 22577/8929/7307</w:t>
        <w:br/>
        <w:t>f 22580/8934/7311 22582/8935/7312 22581/8933/7310</w:t>
        <w:br/>
        <w:t>f 22569/8922/7302 22583/8936/7313 22539/8891/7303</w:t>
        <w:br/>
        <w:t>f 22333/8685/7096 22313/8668/7080 22334/8688/7097</w:t>
        <w:br/>
        <w:t>f 22383/8735/7139 22333/8685/7096 22334/8688/7097</w:t>
        <w:br/>
        <w:t>f 22404/8756/7314 22400/8754/7315 22383/8735/7139</w:t>
        <w:br/>
        <w:t>f 22334/8688/7097 22404/8756/7314 22383/8735/7139</w:t>
        <w:br/>
        <w:t>f 22584/8937/7316 22519/8871/7256 22518/8872/7256</w:t>
        <w:br/>
        <w:t>f 22147/8502/6929 22253/8609/6926 22481/8835/7317</w:t>
        <w:br/>
        <w:t>f 22420/8774/7176 22266/8622/7034 22290/8646/7058</w:t>
        <w:br/>
        <w:t>f 22255/8611/7023 22259/8613/7025 22254/8612/7024</w:t>
        <w:br/>
        <w:t>f 22538/8892/7277 22537/8889/7275 22536/8890/7276</w:t>
        <w:br/>
        <w:t>f 22477/8829/7226 22476/8830/6922 22472/8827/7224</w:t>
        <w:br/>
        <w:t>f 22473/8826/7223 22477/8829/7226 22472/8827/7224</w:t>
        <w:br/>
        <w:t>f 22172/8529/6950 22585/8938/7318 22174/8530/6951</w:t>
        <w:br/>
        <w:t>f 22588/8939/1217 22587/8940/1215 22586/8941/1216</w:t>
        <w:br/>
        <w:t>f 22589/8942/5846 22588/8939/1217 22586/8941/1216</w:t>
        <w:br/>
        <w:t>f 22592/8943/1214 22591/8944/1217 22590/8945/6370</w:t>
        <w:br/>
        <w:t>f 22593/8946/1213 22592/8943/1214 22590/8945/6370</w:t>
        <w:br/>
        <w:t>f 22595/8947/1227 22594/8948/6374 22592/8943/1214</w:t>
        <w:br/>
        <w:t>f 22593/8946/1213 22595/8947/1227 22592/8943/1214</w:t>
        <w:br/>
        <w:t>f 22597/8949/1225 22596/8950/1224 22594/8948/6374</w:t>
        <w:br/>
        <w:t>f 22595/8947/1227 22597/8949/1225 22594/8948/6374</w:t>
        <w:br/>
        <w:t>f 22598/8951/7319 22596/8950/1224 22597/8949/1225</w:t>
        <w:br/>
        <w:t>f 22599/8952/1223 22598/8951/7319 22597/8949/1225</w:t>
        <w:br/>
        <w:t>f 22600/8953/7320 22598/8951/7319 22599/8952/1223</w:t>
        <w:br/>
        <w:t>f 22601/8954/7321 22600/8953/7320 22599/8952/1223</w:t>
        <w:br/>
        <w:t>f 22602/8955/7322 22600/8953/7320 22601/8954/7321</w:t>
        <w:br/>
        <w:t>f 22603/8956/6022 22602/8955/7322 22601/8954/7321</w:t>
        <w:br/>
        <w:t>f 22586/8941/1216 22587/8940/1215 22602/8955/7322</w:t>
        <w:br/>
        <w:t>f 22603/8956/6022 22586/8941/1216 22602/8955/7322</w:t>
        <w:br/>
        <w:t>f 22588/8939/1217 22605/8957/1231 22604/8958/1423</w:t>
        <w:br/>
        <w:t>f 22587/8940/1215 22588/8939/1217 22604/8958/1423</w:t>
        <w:br/>
        <w:t>f 22607/8959/1229 22606/8960/1231 22591/8944/1217</w:t>
        <w:br/>
        <w:t>f 22592/8943/1214 22607/8959/1229 22591/8944/1217</w:t>
        <w:br/>
        <w:t>f 22594/8948/6374 22608/8961/1236 22607/8959/1229</w:t>
        <w:br/>
        <w:t>f 22592/8943/1214 22594/8948/6374 22607/8959/1229</w:t>
        <w:br/>
        <w:t>f 22609/8962/5854 22608/8961/1236 22594/8948/6374</w:t>
        <w:br/>
        <w:t>f 22596/8950/1224 22609/8962/5854 22594/8948/6374</w:t>
        <w:br/>
        <w:t>f 22598/8951/7319 22610/8963/1234 22609/8962/5854</w:t>
        <w:br/>
        <w:t>f 22596/8950/1224 22598/8951/7319 22609/8962/5854</w:t>
        <w:br/>
        <w:t>f 22611/8964/1233 22610/8963/1234 22598/8951/7319</w:t>
        <w:br/>
        <w:t>f 22600/8953/7320 22611/8964/1233 22598/8951/7319</w:t>
        <w:br/>
        <w:t>f 22602/8955/7322 22612/8965/1232 22611/8964/1233</w:t>
        <w:br/>
        <w:t>f 22600/8953/7320 22602/8955/7322 22611/8964/1233</w:t>
        <w:br/>
        <w:t>f 22604/8958/1423 22612/8965/1232 22602/8955/7322</w:t>
        <w:br/>
        <w:t>f 22587/8940/1215 22604/8958/1423 22602/8955/7322</w:t>
        <w:br/>
        <w:t>f 22605/8957/1231 22614/8966/1237 22613/8967/6376</w:t>
        <w:br/>
        <w:t>f 22604/8958/1423 22605/8957/1231 22613/8967/6376</w:t>
        <w:br/>
        <w:t>f 22616/8968/1238 22615/8969/1240 22606/8960/1231</w:t>
        <w:br/>
        <w:t>f 22607/8959/1229 22616/8968/1238 22606/8960/1231</w:t>
        <w:br/>
        <w:t>f 22608/8961/1236 22617/8970/5874 22616/8968/1238</w:t>
        <w:br/>
        <w:t>f 22607/8959/1229 22608/8961/1236 22616/8968/1238</w:t>
        <w:br/>
        <w:t>f 22609/8962/5854 22618/8971/6028 22617/8970/5874</w:t>
        <w:br/>
        <w:t>f 22608/8961/1236 22609/8962/5854 22617/8970/5874</w:t>
        <w:br/>
        <w:t>f 22619/8972/7323 22618/8971/6028 22609/8962/5854</w:t>
        <w:br/>
        <w:t>f 22610/8963/1234 22619/8972/7323 22609/8962/5854</w:t>
        <w:br/>
        <w:t>f 22611/8964/1233 22620/8973/1242 22619/8972/7323</w:t>
        <w:br/>
        <w:t>f 22610/8963/1234 22611/8964/1233 22619/8972/7323</w:t>
        <w:br/>
        <w:t>f 22621/8974/1241 22620/8973/1242 22611/8964/1233</w:t>
        <w:br/>
        <w:t>f 22612/8965/1232 22621/8974/1241 22611/8964/1233</w:t>
        <w:br/>
        <w:t>f 22613/8967/6376 22621/8974/1241 22612/8965/1232</w:t>
        <w:br/>
        <w:t>f 22604/8958/1423 22613/8967/6376 22612/8965/1232</w:t>
        <w:br/>
        <w:t>f 22589/8942/5846 22586/8941/1216 22622/8975/1246</w:t>
        <w:br/>
        <w:t>f 22593/8946/1213 22590/8945/6370 22622/8975/1246</w:t>
        <w:br/>
        <w:t>f 22595/8947/1227 22593/8946/1213 22622/8975/1246</w:t>
        <w:br/>
        <w:t>f 22597/8949/1225 22595/8947/1227 22622/8975/1246</w:t>
        <w:br/>
        <w:t>f 22599/8952/1223 22597/8949/1225 22622/8975/1246</w:t>
        <w:br/>
        <w:t>f 22601/8954/7321 22599/8952/1223 22622/8975/1246</w:t>
        <w:br/>
        <w:t>f 22603/8956/6022 22601/8954/7321 22622/8975/1246</w:t>
        <w:br/>
        <w:t>f 22586/8941/1216 22603/8956/6022 22622/8975/1246</w:t>
        <w:br/>
        <w:t>f 22613/8967/6376 22614/8966/1237 22623/8976/1247</w:t>
        <w:br/>
        <w:t>f 22615/8969/1240 22616/8968/1238 22623/8976/1247</w:t>
        <w:br/>
        <w:t>f 22616/8968/1238 22617/8970/5874 22623/8976/1247</w:t>
        <w:br/>
        <w:t>f 22617/8970/5874 22618/8971/6028 22623/8976/1247</w:t>
        <w:br/>
        <w:t>f 22618/8971/6028 22619/8972/7323 22623/8976/1247</w:t>
        <w:br/>
        <w:t>f 22619/8972/7323 22620/8973/1242 22623/8976/1247</w:t>
        <w:br/>
        <w:t>f 22620/8973/1242 22621/8974/1241 22623/8976/1247</w:t>
        <w:br/>
        <w:t>f 22621/8974/1241 22613/8967/6376 22623/8976/1247</w:t>
        <w:br/>
        <w:t>f 22627/8977/7324 22626/8978/7324 22625/8979/7325</w:t>
        <w:br/>
        <w:t>f 22624/8980/7326 22627/8977/7324 22625/8979/7325</w:t>
        <w:br/>
        <w:t>f 22626/8978/7324 22627/8977/7324 22629/8981/7327</w:t>
        <w:br/>
        <w:t>f 22628/8982/7328 22626/8978/7324 22629/8981/7327</w:t>
        <w:br/>
        <w:t>f 22628/8982/7328 22629/8981/7327 22631/8983/7329</w:t>
        <w:br/>
        <w:t>f 22630/8984/7330 22628/8982/7328 22631/8983/7329</w:t>
        <w:br/>
        <w:t>f 22633/8985/7331 22630/8984/7330 22631/8983/7329</w:t>
        <w:br/>
        <w:t>f 22632/8986/7332 22633/8985/7331 22631/8983/7329</w:t>
        <w:br/>
        <w:t>f 22635/8987/7333 22633/8985/7331 22632/8986/7332</w:t>
        <w:br/>
        <w:t>f 22634/8988/7333 22635/8987/7333 22632/8986/7332</w:t>
        <w:br/>
        <w:t>f 22637/8989/7334 22635/8987/7333 22634/8988/7333</w:t>
        <w:br/>
        <w:t>f 22636/8990/7335 22637/8989/7334 22634/8988/7333</w:t>
        <w:br/>
        <w:t>f 22641/8991/7336 22640/8992/7334 22639/8993/7334</w:t>
        <w:br/>
        <w:t>f 22638/8994/7336 22641/8991/7336 22639/8993/7334</w:t>
        <w:br/>
        <w:t>f 22643/8995/7337 22642/8996/7338 22624/8980/7326</w:t>
        <w:br/>
        <w:t>f 22625/8979/7325 22643/8995/7337 22624/8980/7326</w:t>
        <w:br/>
        <w:t>f 22645/8997/7339 22644/8998/7340 22642/8996/7338</w:t>
        <w:br/>
        <w:t>f 22643/8995/7337 22645/8997/7339 22642/8996/7338</w:t>
        <w:br/>
        <w:t>f 22638/8994/7336 22644/8998/7340 22645/8997/7339</w:t>
        <w:br/>
        <w:t>f 22641/8991/7336 22638/8994/7336 22645/8997/7339</w:t>
        <w:br/>
        <w:t>f 22648/8999/7341 22647/9000/7342 22646/9001/7343</w:t>
        <w:br/>
        <w:t>f 22647/9000/7342 22649/9002/7344 22646/9001/7343</w:t>
        <w:br/>
        <w:t>f 22649/9002/7344 22650/9003/7345 22646/9001/7343</w:t>
        <w:br/>
        <w:t>f 22650/9003/7345 22651/9004/7345 22646/9001/7343</w:t>
        <w:br/>
        <w:t>f 22651/9004/7345 22652/9005/7346 22646/9001/7343</w:t>
        <w:br/>
        <w:t>f 22652/9005/7346 22653/9006/7347 22646/9001/7343</w:t>
        <w:br/>
        <w:t>f 22653/9006/7347 22654/9007/7348 22646/9001/7343</w:t>
        <w:br/>
        <w:t>f 22654/9007/7348 22655/9008/7349 22646/9001/7343</w:t>
        <w:br/>
        <w:t>f 22658/9009/7350 22657/9010/7351 22656/9011/7352</w:t>
        <w:br/>
        <w:t>f 22657/9010/7351 22659/9012/7353 22656/9011/7352</w:t>
        <w:br/>
        <w:t>f 22659/9012/7353 22660/9013/7354 22656/9011/7352</w:t>
        <w:br/>
        <w:t>f 22660/9013/7354 22661/9014/7354 22656/9011/7352</w:t>
        <w:br/>
        <w:t>f 22661/9014/7354 22662/9015/7355 22656/9011/7352</w:t>
        <w:br/>
        <w:t>f 22662/9015/7355 22663/9016/7356 22656/9011/7352</w:t>
        <w:br/>
        <w:t>f 22663/9016/7356 22664/9017/7357 22656/9011/7352</w:t>
        <w:br/>
        <w:t>f 22664/9017/7357 22665/9018/7358 22656/9011/7352</w:t>
        <w:br/>
        <w:t>f 22688/9019/7359 22687/9020/7360 22686/9021/1412</w:t>
        <w:br/>
        <w:t>f 22689/9022/7361 22688/9019/7359 22686/9021/1412</w:t>
        <w:br/>
        <w:t>f 22693/9023/7362 22692/9024/1214 22691/9025/1217</w:t>
        <w:br/>
        <w:t>f 22690/9026/7363 22693/9023/7362 22691/9025/1217</w:t>
        <w:br/>
        <w:t>f 22695/9027/7364 22694/9028/1226 22692/9024/1214</w:t>
        <w:br/>
        <w:t>f 22693/9023/7362 22695/9027/7364 22692/9024/1214</w:t>
        <w:br/>
        <w:t>f 22696/9029/1224 22694/9028/1226 22695/9027/7364</w:t>
        <w:br/>
        <w:t>f 22697/9030/1225 22696/9029/1224 22695/9027/7364</w:t>
        <w:br/>
        <w:t>f 22698/9031/1222 22696/9029/1224 22697/9030/1225</w:t>
        <w:br/>
        <w:t>f 22699/9032/7365 22698/9031/1222 22697/9030/1225</w:t>
        <w:br/>
        <w:t>f 22701/9033/1221 22700/9034/1220 22698/9031/1222</w:t>
        <w:br/>
        <w:t>f 22699/9032/7365 22701/9033/1221 22698/9031/1222</w:t>
        <w:br/>
        <w:t>f 22703/9035/6022 22702/9036/1218 22700/9034/1220</w:t>
        <w:br/>
        <w:t>f 22701/9033/1221 22703/9035/6022 22700/9034/1220</w:t>
        <w:br/>
        <w:t>f 22686/9021/1412 22687/9020/7360 22702/9036/1218</w:t>
        <w:br/>
        <w:t>f 22703/9035/6022 22686/9021/1412 22702/9036/1218</w:t>
        <w:br/>
        <w:t>f 22705/9037/5869 22704/9038/7366 22687/9020/7360</w:t>
        <w:br/>
        <w:t>f 22688/9019/7359 22705/9037/5869 22687/9020/7360</w:t>
        <w:br/>
        <w:t>f 22707/9039/1229 22706/9040/5869 22691/9025/1217</w:t>
        <w:br/>
        <w:t>f 22692/9024/1214 22707/9039/1229 22691/9025/1217</w:t>
        <w:br/>
        <w:t>f 22694/9028/1226 22708/9041/1236 22707/9039/1229</w:t>
        <w:br/>
        <w:t>f 22692/9024/1214 22694/9028/1226 22707/9039/1229</w:t>
        <w:br/>
        <w:t>f 22696/9029/1224 22709/9042/5854 22708/9041/1236</w:t>
        <w:br/>
        <w:t>f 22694/9028/1226 22696/9029/1224 22708/9041/1236</w:t>
        <w:br/>
        <w:t>f 22698/9031/1222 22710/9043/1234 22709/9042/5854</w:t>
        <w:br/>
        <w:t>f 22696/9029/1224 22698/9031/1222 22709/9042/5854</w:t>
        <w:br/>
        <w:t>f 22700/9034/1220 22711/9044/7367 22710/9043/1234</w:t>
        <w:br/>
        <w:t>f 22698/9031/1222 22700/9034/1220 22710/9043/1234</w:t>
        <w:br/>
        <w:t>f 22712/9045/1232 22711/9044/7367 22700/9034/1220</w:t>
        <w:br/>
        <w:t>f 22702/9036/1218 22712/9045/1232 22700/9034/1220</w:t>
        <w:br/>
        <w:t>f 22704/9038/7366 22712/9045/1232 22702/9036/1218</w:t>
        <w:br/>
        <w:t>f 22687/9020/7360 22704/9038/7366 22702/9036/1218</w:t>
        <w:br/>
        <w:t>f 22705/9037/5869 22714/9046/7368 22713/9047/7369</w:t>
        <w:br/>
        <w:t>f 22704/9038/7366 22705/9037/5869 22713/9047/7369</w:t>
        <w:br/>
        <w:t>f 22716/9048/6375 22715/9049/7370 22706/9040/5869</w:t>
        <w:br/>
        <w:t>f 22707/9039/1229 22716/9048/6375 22706/9040/5869</w:t>
        <w:br/>
        <w:t>f 22717/9050/7371 22716/9048/6375 22707/9039/1229</w:t>
        <w:br/>
        <w:t>f 22708/9041/1236 22717/9050/7371 22707/9039/1229</w:t>
        <w:br/>
        <w:t>f 22718/9051/6028 22717/9050/7371 22708/9041/1236</w:t>
        <w:br/>
        <w:t>f 22709/9042/5854 22718/9051/6028 22708/9041/1236</w:t>
        <w:br/>
        <w:t>f 22719/9052/1434 22718/9051/6028 22709/9042/5854</w:t>
        <w:br/>
        <w:t>f 22710/9043/1234 22719/9052/1434 22709/9042/5854</w:t>
        <w:br/>
        <w:t>f 22720/9053/7372 22719/9052/1434 22710/9043/1234</w:t>
        <w:br/>
        <w:t>f 22711/9044/7367 22720/9053/7372 22710/9043/1234</w:t>
        <w:br/>
        <w:t>f 22712/9045/1232 22721/9054/5857 22720/9053/7372</w:t>
        <w:br/>
        <w:t>f 22711/9044/7367 22712/9045/1232 22720/9053/7372</w:t>
        <w:br/>
        <w:t>f 22704/9038/7366 22713/9047/7369 22721/9054/5857</w:t>
        <w:br/>
        <w:t>f 22712/9045/1232 22704/9038/7366 22721/9054/5857</w:t>
        <w:br/>
        <w:t>f 22689/9022/7361 22686/9021/1412 22722/9055/7373</w:t>
        <w:br/>
        <w:t>f 22693/9023/7362 22690/9026/7363 22722/9055/7373</w:t>
        <w:br/>
        <w:t>f 22695/9027/7364 22693/9023/7362 22722/9055/7373</w:t>
        <w:br/>
        <w:t>f 22697/9030/1225 22695/9027/7364 22722/9055/7373</w:t>
        <w:br/>
        <w:t>f 22699/9032/7365 22697/9030/1225 22722/9055/7373</w:t>
        <w:br/>
        <w:t>f 22701/9033/1221 22699/9032/7365 22722/9055/7373</w:t>
        <w:br/>
        <w:t>f 22703/9035/6022 22701/9033/1221 22722/9055/7373</w:t>
        <w:br/>
        <w:t>f 22686/9021/1412 22703/9035/6022 22722/9055/7373</w:t>
        <w:br/>
        <w:t>f 22713/9047/7369 22714/9046/7368 22723/9056/1247</w:t>
        <w:br/>
        <w:t>f 22715/9049/7370 22716/9048/6375 22723/9056/1247</w:t>
        <w:br/>
        <w:t>f 22716/9048/6375 22717/9050/7371 22723/9056/1247</w:t>
        <w:br/>
        <w:t>f 22717/9050/7371 22718/9051/6028 22723/9056/1247</w:t>
        <w:br/>
        <w:t>f 22718/9051/6028 22719/9052/1434 22723/9056/1247</w:t>
        <w:br/>
        <w:t>f 22719/9052/1434 22720/9053/7372 22723/9056/1247</w:t>
        <w:br/>
        <w:t>f 22720/9053/7372 22721/9054/5857 22723/9056/1247</w:t>
        <w:br/>
        <w:t>f 22721/9054/5857 22713/9047/7369 22723/9056/1247</w:t>
        <w:br/>
        <w:t>f 22814/9057/7374 22813/9058/7374 22812/9059/7375</w:t>
        <w:br/>
        <w:t>f 22815/9060/7376 22813/9058/7374 22814/9057/7374</w:t>
        <w:br/>
        <w:t>f 22817/9061/7377 22816/9062/7377 22815/9060/7378</w:t>
        <w:br/>
        <w:t>f 22812/9059/7379 22816/9062/7377 22817/9061/7377</w:t>
        <w:br/>
        <w:t>f 22821/9063/7380 22820/9064/7381 22819/9065/7382</w:t>
        <w:br/>
        <w:t>f 22818/9066/7383 22821/9063/7380 22819/9065/7382</w:t>
        <w:br/>
        <w:t>f 22825/9067/7384 22824/9068/7385 22823/9069/7386</w:t>
        <w:br/>
        <w:t>f 22822/9070/7387 22825/9067/7384 22823/9069/7386</w:t>
        <w:br/>
        <w:t>f 22829/9071/7388 22828/9072/7388 22827/9073/7389</w:t>
        <w:br/>
        <w:t>f 22826/9074/7389 22829/9071/7388 22827/9073/7389</w:t>
        <w:br/>
        <w:t>f 22833/9075/7390 22832/9076/7391 22831/9077/7391</w:t>
        <w:br/>
        <w:t>f 22830/9078/7390 22833/9075/7390 22831/9077/7391</w:t>
        <w:br/>
        <w:t>f 22943/9079/1212 22942/9080/1217 22941/9081/7392</w:t>
        <w:br/>
        <w:t>f 22940/9082/1412 22943/9079/1212 22941/9081/7392</w:t>
        <w:br/>
        <w:t>f 22946/9083/6368 22945/9084/1217 22944/9085/1410</w:t>
        <w:br/>
        <w:t>f 22947/9086/1213 22946/9083/6368 22944/9085/1410</w:t>
        <w:br/>
        <w:t>f 22948/9087/1226 22946/9083/6368 22947/9086/1213</w:t>
        <w:br/>
        <w:t>f 22949/9088/1227 22948/9087/1226 22947/9086/1213</w:t>
        <w:br/>
        <w:t>f 22950/9089/1224 22948/9087/1226 22949/9088/1227</w:t>
        <w:br/>
        <w:t>f 22951/9090/1225 22950/9089/1224 22949/9088/1227</w:t>
        <w:br/>
        <w:t>f 22952/9091/1222 22950/9089/1224 22951/9090/1225</w:t>
        <w:br/>
        <w:t>f 22953/9092/1223 22952/9091/1222 22951/9090/1225</w:t>
        <w:br/>
        <w:t>f 22954/9093/1220 22952/9091/1222 22953/9092/1223</w:t>
        <w:br/>
        <w:t>f 22955/9094/1415 22954/9093/1220 22953/9092/1223</w:t>
        <w:br/>
        <w:t>f 22956/9095/1413 22954/9093/1220 22955/9094/1415</w:t>
        <w:br/>
        <w:t>f 22957/9096/6022 22956/9095/1413 22955/9094/1415</w:t>
        <w:br/>
        <w:t>f 22940/9082/1412 22941/9081/7392 22956/9095/1413</w:t>
        <w:br/>
        <w:t>f 22957/9096/6022 22940/9082/1412 22956/9095/1413</w:t>
        <w:br/>
        <w:t>f 22942/9080/1217 22959/9097/1231 22958/9098/1230</w:t>
        <w:br/>
        <w:t>f 22941/9081/7392 22942/9080/1217 22958/9098/1230</w:t>
        <w:br/>
        <w:t>f 22946/9083/6368 22961/9099/7393 22960/9100/1231</w:t>
        <w:br/>
        <w:t>f 22945/9084/1217 22946/9083/6368 22960/9100/1231</w:t>
        <w:br/>
        <w:t>f 22948/9087/1226 22962/9101/1236 22961/9099/7393</w:t>
        <w:br/>
        <w:t>f 22946/9083/6368 22948/9087/1226 22961/9099/7393</w:t>
        <w:br/>
        <w:t>f 22950/9089/1224 22963/9102/5854 22962/9101/1236</w:t>
        <w:br/>
        <w:t>f 22948/9087/1226 22950/9089/1224 22962/9101/1236</w:t>
        <w:br/>
        <w:t>f 22964/9103/1234 22963/9102/5854 22950/9089/1224</w:t>
        <w:br/>
        <w:t>f 22952/9091/1222 22964/9103/1234 22950/9089/1224</w:t>
        <w:br/>
        <w:t>f 22954/9093/1220 22965/9104/1233 22964/9103/1234</w:t>
        <w:br/>
        <w:t>f 22952/9091/1222 22954/9093/1220 22964/9103/1234</w:t>
        <w:br/>
        <w:t>f 22966/9105/7394 22965/9104/1233 22954/9093/1220</w:t>
        <w:br/>
        <w:t>f 22956/9095/1413 22966/9105/7394 22954/9093/1220</w:t>
        <w:br/>
        <w:t>f 22958/9098/1230 22966/9105/7394 22956/9095/1413</w:t>
        <w:br/>
        <w:t>f 22941/9081/7392 22958/9098/1230 22956/9095/1413</w:t>
        <w:br/>
        <w:t>f 22959/9097/1231 22968/9106/1428 22967/9107/1431</w:t>
        <w:br/>
        <w:t>f 22958/9098/1230 22959/9097/1231 22967/9107/1431</w:t>
        <w:br/>
        <w:t>f 22970/9108/6024 22969/9109/1240 22960/9100/1231</w:t>
        <w:br/>
        <w:t>f 22961/9099/7393 22970/9108/6024 22960/9100/1231</w:t>
        <w:br/>
        <w:t>f 22962/9101/1236 22971/9110/5874 22970/9108/6024</w:t>
        <w:br/>
        <w:t>f 22961/9099/7393 22962/9101/1236 22970/9108/6024</w:t>
        <w:br/>
        <w:t>f 22963/9102/5854 22972/9111/1244 22971/9110/5874</w:t>
        <w:br/>
        <w:t>f 22962/9101/1236 22963/9102/5854 22971/9110/5874</w:t>
        <w:br/>
        <w:t>f 22973/9112/5859 22972/9111/1244 22963/9102/5854</w:t>
        <w:br/>
        <w:t>f 22964/9103/1234 22973/9112/5859 22963/9102/5854</w:t>
        <w:br/>
        <w:t>f 22965/9104/1233 22974/9113/5876 22973/9112/5859</w:t>
        <w:br/>
        <w:t>f 22964/9103/1234 22965/9104/1233 22973/9112/5859</w:t>
        <w:br/>
        <w:t>f 22975/9114/5857 22974/9113/5876 22965/9104/1233</w:t>
        <w:br/>
        <w:t>f 22966/9105/7394 22975/9114/5857 22965/9104/1233</w:t>
        <w:br/>
        <w:t>f 22958/9098/1230 22967/9107/1431 22975/9114/5857</w:t>
        <w:br/>
        <w:t>f 22966/9105/7394 22958/9098/1230 22975/9114/5857</w:t>
        <w:br/>
        <w:t>f 22943/9079/1212 22940/9082/1412 22976/9115/1246</w:t>
        <w:br/>
        <w:t>f 22947/9086/1213 22944/9085/1410 22976/9115/1246</w:t>
        <w:br/>
        <w:t>f 22949/9088/1227 22947/9086/1213 22976/9115/1246</w:t>
        <w:br/>
        <w:t>f 22951/9090/1225 22949/9088/1227 22976/9115/1246</w:t>
        <w:br/>
        <w:t>f 22953/9092/1223 22951/9090/1225 22976/9115/1246</w:t>
        <w:br/>
        <w:t>f 22955/9094/1415 22953/9092/1223 22976/9115/1246</w:t>
        <w:br/>
        <w:t>f 22957/9096/6022 22955/9094/1415 22976/9115/1246</w:t>
        <w:br/>
        <w:t>f 22940/9082/1412 22957/9096/6022 22976/9115/1246</w:t>
        <w:br/>
        <w:t>f 22967/9107/1431 22968/9106/1428 22977/9116/1437</w:t>
        <w:br/>
        <w:t>f 22969/9109/1240 22970/9108/6024 22977/9116/1437</w:t>
        <w:br/>
        <w:t>f 22970/9108/6024 22971/9110/5874 22977/9116/1437</w:t>
        <w:br/>
        <w:t>f 22971/9110/5874 22972/9111/1244 22977/9116/1437</w:t>
        <w:br/>
        <w:t>f 22972/9111/1244 22973/9112/5859 22977/9116/1437</w:t>
        <w:br/>
        <w:t>f 22973/9112/5859 22974/9113/5876 22977/9116/1437</w:t>
        <w:br/>
        <w:t>f 22974/9113/5876 22975/9114/5857 22977/9116/1437</w:t>
        <w:br/>
        <w:t>f 22975/9114/5857 22967/9107/1431 22977/9116/1437</w:t>
        <w:br/>
        <w:t>f 22981/9117/1212 22980/9118/6369 22979/9119/1215</w:t>
        <w:br/>
        <w:t>f 22978/9120/6020 22981/9117/1212 22979/9119/1215</w:t>
        <w:br/>
        <w:t>f 22984/9121/5865 22983/9122/1217 22982/9123/1212</w:t>
        <w:br/>
        <w:t>f 22985/9124/1213 22984/9121/5865 22982/9123/1212</w:t>
        <w:br/>
        <w:t>f 22987/9125/7395 22986/9126/6374 22984/9121/5865</w:t>
        <w:br/>
        <w:t>f 22985/9124/1213 22987/9125/7395 22984/9121/5865</w:t>
        <w:br/>
        <w:t>f 22988/9127/7396 22986/9126/6374 22987/9125/7395</w:t>
        <w:br/>
        <w:t>f 22989/9128/1225 22988/9127/7396 22987/9125/7395</w:t>
        <w:br/>
        <w:t>f 22990/9129/1416 22988/9127/7396 22989/9128/1225</w:t>
        <w:br/>
        <w:t>f 22991/9130/7397 22990/9129/1416 22989/9128/1225</w:t>
        <w:br/>
        <w:t>f 22992/9131/1220 22990/9129/1416 22991/9130/7397</w:t>
        <w:br/>
        <w:t>f 22993/9132/1221 22992/9131/1220 22991/9130/7397</w:t>
        <w:br/>
        <w:t>f 22995/9133/7398 22994/9134/7322 22992/9131/1220</w:t>
        <w:br/>
        <w:t>f 22993/9132/1221 22995/9133/7398 22992/9131/1220</w:t>
        <w:br/>
        <w:t>f 22979/9119/1215 22994/9134/7322 22995/9133/7398</w:t>
        <w:br/>
        <w:t>f 22978/9120/6020 22979/9119/1215 22995/9133/7398</w:t>
        <w:br/>
        <w:t>f 22997/9135/1231 22996/9136/1230 22979/9119/1215</w:t>
        <w:br/>
        <w:t>f 22980/9118/6369 22997/9135/1231 22979/9119/1215</w:t>
        <w:br/>
        <w:t>f 22999/9137/1422 22998/9138/7399 22983/9122/1217</w:t>
        <w:br/>
        <w:t>f 22984/9121/5865 22999/9137/1422 22983/9122/1217</w:t>
        <w:br/>
        <w:t>f 22986/9126/6374 23000/9139/7400 22999/9137/1422</w:t>
        <w:br/>
        <w:t>f 22984/9121/5865 22986/9126/6374 22999/9137/1422</w:t>
        <w:br/>
        <w:t>f 23001/9140/7401 23000/9139/7400 22986/9126/6374</w:t>
        <w:br/>
        <w:t>f 22988/9127/7396 23001/9140/7401 22986/9126/6374</w:t>
        <w:br/>
        <w:t>f 23002/9141/1234 23001/9140/7401 22988/9127/7396</w:t>
        <w:br/>
        <w:t>f 22990/9129/1416 23002/9141/1234 22988/9127/7396</w:t>
        <w:br/>
        <w:t>f 22992/9131/1220 23003/9142/7402 23002/9141/1234</w:t>
        <w:br/>
        <w:t>f 22990/9129/1416 22992/9131/1220 23002/9141/1234</w:t>
        <w:br/>
        <w:t>f 22994/9134/7322 23004/9143/1232 23003/9142/7402</w:t>
        <w:br/>
        <w:t>f 22992/9131/1220 22994/9134/7322 23003/9142/7402</w:t>
        <w:br/>
        <w:t>f 22996/9136/1230 23004/9143/1232 22994/9134/7322</w:t>
        <w:br/>
        <w:t>f 22979/9119/1215 22996/9136/1230 22994/9134/7322</w:t>
        <w:br/>
        <w:t>f 22997/9135/1231 23006/9144/6025 23005/9145/7403</w:t>
        <w:br/>
        <w:t>f 22996/9136/1230 22997/9135/1231 23005/9145/7403</w:t>
        <w:br/>
        <w:t>f 23008/9146/7404 23007/9147/1240 22998/9138/7399</w:t>
        <w:br/>
        <w:t>f 22999/9137/1422 23008/9146/7404 22998/9138/7399</w:t>
        <w:br/>
        <w:t>f 23000/9139/7400 23009/9148/5874 23008/9146/7404</w:t>
        <w:br/>
        <w:t>f 22999/9137/1422 23000/9139/7400 23008/9146/7404</w:t>
        <w:br/>
        <w:t>f 23010/9149/7405 23009/9148/5874 23000/9139/7400</w:t>
        <w:br/>
        <w:t>f 23001/9140/7401 23010/9149/7405 23000/9139/7400</w:t>
        <w:br/>
        <w:t>f 23002/9141/1234 23011/9150/7323 23010/9149/7405</w:t>
        <w:br/>
        <w:t>f 23001/9140/7401 23002/9141/1234 23010/9149/7405</w:t>
        <w:br/>
        <w:t>f 23012/9151/1242 23011/9150/7323 23002/9141/1234</w:t>
        <w:br/>
        <w:t>f 23003/9142/7402 23012/9151/1242 23002/9141/1234</w:t>
        <w:br/>
        <w:t>f 23013/9152/1241 23012/9151/1242 23003/9142/7402</w:t>
        <w:br/>
        <w:t>f 23004/9143/1232 23013/9152/1241 23003/9142/7402</w:t>
        <w:br/>
        <w:t>f 23005/9145/7403 23013/9152/1241 23004/9143/1232</w:t>
        <w:br/>
        <w:t>f 22996/9136/1230 23005/9145/7403 23004/9143/1232</w:t>
        <w:br/>
        <w:t>f 22981/9117/1212 22978/9120/6020 23014/9153/1246</w:t>
        <w:br/>
        <w:t>f 22985/9124/1213 22982/9123/1212 23014/9153/1246</w:t>
        <w:br/>
        <w:t>f 22987/9125/7395 22985/9124/1213 23014/9153/1246</w:t>
        <w:br/>
        <w:t>f 22989/9128/1225 22987/9125/7395 23014/9153/1246</w:t>
        <w:br/>
        <w:t>f 22991/9130/7397 22989/9128/1225 23014/9153/1246</w:t>
        <w:br/>
        <w:t>f 22993/9132/1221 22991/9130/7397 23014/9153/1246</w:t>
        <w:br/>
        <w:t>f 22995/9133/7398 22993/9132/1221 23014/9153/1246</w:t>
        <w:br/>
        <w:t>f 22978/9120/6020 22995/9133/7398 23014/9153/1246</w:t>
        <w:br/>
        <w:t>f 23005/9145/7403 23006/9144/6025 23015/9154/1247</w:t>
        <w:br/>
        <w:t>f 23007/9147/1240 23008/9146/7404 23015/9154/1247</w:t>
        <w:br/>
        <w:t>f 23008/9146/7404 23009/9148/5874 23015/9154/1247</w:t>
        <w:br/>
        <w:t>f 23009/9148/5874 23010/9149/7405 23015/9154/1247</w:t>
        <w:br/>
        <w:t>f 23010/9149/7405 23011/9150/7323 23015/9154/1247</w:t>
        <w:br/>
        <w:t>f 23011/9150/7323 23012/9151/1242 23015/9154/1247</w:t>
        <w:br/>
        <w:t>f 23012/9151/1242 23013/9152/1241 23015/9154/1247</w:t>
        <w:br/>
        <w:t>f 23013/9152/1241 23005/9145/7403 23015/9154/1247</w:t>
        <w:br/>
        <w:t>f 23464/9155/7406 23463/9156/7407 23462/9157/7408</w:t>
        <w:br/>
        <w:t>f 23462/9157/7408 23463/9156/7407 23466/9158/7409</w:t>
        <w:br/>
        <w:t>f 23465/9159/7410 23462/9157/7408 23466/9158/7409</w:t>
        <w:br/>
        <w:t>f 23468/9160/7411 23467/9161/7412 23465/9159/7410</w:t>
        <w:br/>
        <w:t>f 23466/9158/7409 23468/9160/7411 23465/9159/7410</w:t>
        <w:br/>
        <w:t>f 23467/9161/7412 23468/9160/7411 23470/9162/7413</w:t>
        <w:br/>
        <w:t>f 23469/9163/7414 23467/9161/7412 23470/9162/7413</w:t>
        <w:br/>
        <w:t>f 23472/9164/7415 23471/9165/7416 23469/9163/7414</w:t>
        <w:br/>
        <w:t>f 23470/9162/7413 23472/9164/7415 23469/9163/7414</w:t>
        <w:br/>
        <w:t>f 23468/9160/7411 23466/9158/7409 23473/9166/7417</w:t>
        <w:br/>
        <w:t>f 23468/9160/7411 23473/9166/7417 23474/9167/7418</w:t>
        <w:br/>
        <w:t>f 23470/9162/7413 23468/9160/7411 23474/9167/7418</w:t>
        <w:br/>
        <w:t>f 23466/9158/7409 23475/9168/7419 23473/9166/7417</w:t>
        <w:br/>
        <w:t>f 23470/9162/7413 23474/9167/7418 23476/9169/7420</w:t>
        <w:br/>
        <w:t>f 23472/9164/7415 23470/9162/7413 23476/9169/7420</w:t>
        <w:br/>
        <w:t>f 23477/9170/7421 23473/9166/7417 23475/9168/7419</w:t>
        <w:br/>
        <w:t>f 23477/9170/7421 23474/9167/7418 23473/9166/7417</w:t>
        <w:br/>
        <w:t>f 23479/9171/7422 23472/9164/7415 23476/9169/7420</w:t>
        <w:br/>
        <w:t>f 23478/9172/7423 23479/9171/7422 23476/9169/7420</w:t>
        <w:br/>
        <w:t>f 23478/9172/7423 23476/9169/7420 23474/9167/7418</w:t>
        <w:br/>
        <w:t>f 23480/9173/7424 23474/9167/7418 23477/9170/7421</w:t>
        <w:br/>
        <w:t>f 23480/9173/7424 23482/9174/7425 23481/9175/7426</w:t>
        <w:br/>
        <w:t>f 23480/9173/7424 23478/9172/7423 23474/9167/7418</w:t>
        <w:br/>
        <w:t>f 23485/9176/7427 23484/9177/7428 23481/9175/7426</w:t>
        <w:br/>
        <w:t>f 23483/9178/7429 23485/9176/7427 23481/9175/7426</w:t>
        <w:br/>
        <w:t>f 23480/9173/7424 23484/9177/7428 23486/9179/7430</w:t>
        <w:br/>
        <w:t>f 23478/9172/7423 23480/9173/7424 23486/9179/7430</w:t>
        <w:br/>
        <w:t>f 23488/9180/7431 23485/9176/7427 23483/9178/7429</w:t>
        <w:br/>
        <w:t>f 23487/9181/7432 23488/9180/7431 23483/9178/7429</w:t>
        <w:br/>
        <w:t>f 23490/9182/7433 23488/9180/7431 23487/9181/7432</w:t>
        <w:br/>
        <w:t>f 23489/9183/7434 23490/9182/7433 23487/9181/7432</w:t>
        <w:br/>
        <w:t>f 23489/9183/7434 23492/9184/7435 23491/9185/7436</w:t>
        <w:br/>
        <w:t>f 23490/9182/7433 23489/9183/7434 23491/9185/7436</w:t>
        <w:br/>
        <w:t>f 23490/9182/7433 23491/9185/7436 23493/9186/7437</w:t>
        <w:br/>
        <w:t>f 23493/9186/7437 23494/9187/7438 23488/9180/7431</w:t>
        <w:br/>
        <w:t>f 23490/9182/7433 23493/9186/7437 23488/9180/7431</w:t>
        <w:br/>
        <w:t>f 23494/9187/7438 23496/9188/7439 23495/9189/7440</w:t>
        <w:br/>
        <w:t>f 23488/9180/7431 23494/9187/7438 23495/9189/7440</w:t>
        <w:br/>
        <w:t>f 23496/9188/7439 23498/9190/7441 23497/9191/7442</w:t>
        <w:br/>
        <w:t>f 23495/9189/7440 23496/9188/7439 23497/9191/7442</w:t>
        <w:br/>
        <w:t>f 23495/9189/7440 23499/9192/7443 23485/9176/7427</w:t>
        <w:br/>
        <w:t>f 23499/9192/7443 23500/9193/7444 23484/9177/7428</w:t>
        <w:br/>
        <w:t>f 23485/9176/7427 23499/9192/7443 23484/9177/7428</w:t>
        <w:br/>
        <w:t>f 23479/9171/7422 23478/9172/7423 23486/9179/7430</w:t>
        <w:br/>
        <w:t>f 23501/9194/7445 23479/9171/7422 23486/9179/7430</w:t>
        <w:br/>
        <w:t>f 23505/9195/7446 23504/9196/7446 23503/9197/7447</w:t>
        <w:br/>
        <w:t>f 23502/9198/7448 23505/9195/7446 23503/9197/7447</w:t>
        <w:br/>
        <w:t>f 23471/9165/7416 23472/9164/7415 23503/9197/7447</w:t>
        <w:br/>
        <w:t>f 23503/9197/7447 23472/9164/7415 23479/9171/7422</w:t>
        <w:br/>
        <w:t>f 23506/9199/7449 23501/9194/7445 23486/9179/7430</w:t>
        <w:br/>
        <w:t>f 23500/9193/7444 23506/9199/7449 23486/9179/7430</w:t>
        <w:br/>
        <w:t>f 23500/9193/7444 23486/9179/7430 23484/9177/7428</w:t>
        <w:br/>
        <w:t>f 23504/9196/7446 23505/9195/7446 23508/9200/7450</w:t>
        <w:br/>
        <w:t>f 23507/9201/7450 23504/9196/7446 23508/9200/7450</w:t>
        <w:br/>
        <w:t>f 23508/9200/7450 23510/9202/7451 23509/9203/7452</w:t>
        <w:br/>
        <w:t>f 23507/9201/7450 23508/9200/7450 23509/9203/7452</w:t>
        <w:br/>
        <w:t>f 23500/9193/7444 23511/9204/7453 23506/9199/7449</w:t>
        <w:br/>
        <w:t>f 23499/9192/7443 23495/9189/7440 23497/9191/7442</w:t>
        <w:br/>
        <w:t>f 23512/9205/7454 23511/9204/7453 23500/9193/7444</w:t>
        <w:br/>
        <w:t>f 23499/9192/7443 23512/9205/7454 23500/9193/7444</w:t>
        <w:br/>
        <w:t>f 23497/9191/7442 23513/9206/7455 23512/9205/7454</w:t>
        <w:br/>
        <w:t>f 23499/9192/7443 23497/9191/7442 23512/9205/7454</w:t>
        <w:br/>
        <w:t>f 23513/9206/7455 23497/9191/7442 23498/9190/7441</w:t>
        <w:br/>
        <w:t>f 23515/9207/7456 23509/9203/7452 23510/9202/7451</w:t>
        <w:br/>
        <w:t>f 23514/9208/7457 23515/9207/7456 23510/9202/7451</w:t>
        <w:br/>
        <w:t>f 23513/9206/7455 23516/9209/7458 23515/9207/7456</w:t>
        <w:br/>
        <w:t>f 23512/9205/7454 23513/9206/7455 23515/9207/7456</w:t>
        <w:br/>
        <w:t>f 23519/9210/7459 23498/9190/7441 23518/9211/7460</w:t>
        <w:br/>
        <w:t>f 23517/9212/7459 23519/9210/7459 23518/9211/7460</w:t>
        <w:br/>
        <w:t>f 23498/9190/7441 23496/9188/7439 23520/9213/7461</w:t>
        <w:br/>
        <w:t>f 23518/9211/7460 23498/9190/7441 23520/9213/7461</w:t>
        <w:br/>
        <w:t>f 23496/9188/7439 23522/9214/7462 23521/9215/7463</w:t>
        <w:br/>
        <w:t>f 23520/9213/7461 23496/9188/7439 23521/9215/7463</w:t>
        <w:br/>
        <w:t>f 23521/9215/7464 23494/9187/7438 23493/9186/7437</w:t>
        <w:br/>
        <w:t>f 23523/9216/7465 23521/9215/7464 23493/9186/7437</w:t>
        <w:br/>
        <w:t>f 23493/9186/7437 23491/9185/7436 23524/9217/7466</w:t>
        <w:br/>
        <w:t>f 23523/9216/7465 23493/9186/7437 23524/9217/7466</w:t>
        <w:br/>
        <w:t>f 23526/9218/7467 23524/9217/7466 23491/9185/7436</w:t>
        <w:br/>
        <w:t>f 23525/9219/7467 23526/9218/7467 23491/9185/7436</w:t>
        <w:br/>
        <w:t>f 23528/9220/7468 23509/9203/7452 23515/9207/7456</w:t>
        <w:br/>
        <w:t>f 23527/9221/7469 23528/9220/7468 23515/9207/7456</w:t>
        <w:br/>
        <w:t>f 23527/9221/7469 23515/9207/7456 23516/9209/7458</w:t>
        <w:br/>
        <w:t>f 23529/9222/7470 23527/9221/7469 23516/9209/7458</w:t>
        <w:br/>
        <w:t>f 23532/9223/7471 23531/9224/7472 23528/9220/7468</w:t>
        <w:br/>
        <w:t>f 23530/9225/7473 23532/9223/7471 23528/9220/7468</w:t>
        <w:br/>
        <w:t>f 23531/9224/7472 23534/9226/7474 23533/9227/7474</w:t>
        <w:br/>
        <w:t>f 23528/9220/7468 23531/9224/7472 23533/9227/7474</w:t>
        <w:br/>
        <w:t>f 23536/9228/7475 23532/9223/7471 23530/9225/7473</w:t>
        <w:br/>
        <w:t>f 23535/9229/7475 23536/9228/7475 23530/9225/7473</w:t>
        <w:br/>
        <w:t>f 23538/9230/7476 23537/9231/7477 23536/9228/7475</w:t>
        <w:br/>
        <w:t>f 23535/9229/7475 23538/9230/7476 23536/9228/7475</w:t>
        <w:br/>
        <w:t>f 23537/9231/7477 23538/9230/7476 23540/9232/7478</w:t>
        <w:br/>
        <w:t>f 23539/9233/7478 23537/9231/7477 23540/9232/7478</w:t>
        <w:br/>
        <w:t>f 23540/9232/7478 23542/9234/7479 23541/9235/7479</w:t>
        <w:br/>
        <w:t>f 23539/9233/7478 23540/9232/7478 23541/9235/7479</w:t>
        <w:br/>
        <w:t>f 23542/9234/7479 23544/9236/7480 23543/9237/7480</w:t>
        <w:br/>
        <w:t>f 23541/9235/7479 23542/9234/7479 23543/9237/7480</w:t>
        <w:br/>
        <w:t>f 23546/9238/7481 23545/9239/7481 23543/9237/7480</w:t>
        <w:br/>
        <w:t>f 23544/9236/7480 23546/9238/7481 23543/9237/7480</w:t>
        <w:br/>
        <w:t>f 23550/9240/7482 23549/9241/7483 23548/9242/7483</w:t>
        <w:br/>
        <w:t>f 23547/9243/7482 23550/9240/7482 23548/9242/7483</w:t>
        <w:br/>
        <w:t>f 23552/9244/7484 23551/9245/7484 23548/9242/7483</w:t>
        <w:br/>
        <w:t>f 23549/9241/7483 23552/9244/7484 23548/9242/7483</w:t>
        <w:br/>
        <w:t>f 23551/9245/7484 23552/9244/7484 23554/9246/7485</w:t>
        <w:br/>
        <w:t>f 23553/9247/7485 23551/9245/7484 23554/9246/7485</w:t>
        <w:br/>
        <w:t>f 23553/9247/7485 23554/9246/7485 23556/9248/7486</w:t>
        <w:br/>
        <w:t>f 23555/9249/7487 23553/9247/7485 23556/9248/7486</w:t>
        <w:br/>
        <w:t>f 23555/9249/7487 23556/9248/7486 23558/9250/7488</w:t>
        <w:br/>
        <w:t>f 23557/9251/7489 23555/9249/7487 23558/9250/7488</w:t>
        <w:br/>
        <w:t>f 23562/9252/7490 23561/9253/7490 23560/9254/7491</w:t>
        <w:br/>
        <w:t>f 23559/9255/7491 23562/9252/7490 23560/9254/7491</w:t>
        <w:br/>
        <w:t>f 23564/9256/7492 23563/9257/7492 23561/9253/7490</w:t>
        <w:br/>
        <w:t>f 23562/9252/7490 23564/9256/7492 23561/9253/7490</w:t>
        <w:br/>
        <w:t>f 23566/9258/7493 23565/9259/7493 23563/9257/7492</w:t>
        <w:br/>
        <w:t>f 23564/9256/7492 23566/9258/7493 23563/9257/7492</w:t>
        <w:br/>
        <w:t>f 23568/9260/7494 23567/9261/7494 23565/9259/7493</w:t>
        <w:br/>
        <w:t>f 23566/9258/7493 23568/9260/7494 23565/9259/7493</w:t>
        <w:br/>
        <w:t>f 23568/9260/7494 23570/9262/7495 23569/9263/7495</w:t>
        <w:br/>
        <w:t>f 23567/9261/7494 23568/9260/7494 23569/9263/7495</w:t>
        <w:br/>
        <w:t>f 23571/9264/7496 23569/9263/7495 23570/9262/7495</w:t>
        <w:br/>
        <w:t>f 23572/9265/7497 23571/9264/7496 23570/9262/7495</w:t>
        <w:br/>
        <w:t>f 23574/9266/7498 23573/9267/7498 23571/9264/7496</w:t>
        <w:br/>
        <w:t>f 23572/9265/7497 23574/9266/7498 23571/9264/7496</w:t>
        <w:br/>
        <w:t>f 23576/9268/7499 23575/9269/7499 23573/9267/7498</w:t>
        <w:br/>
        <w:t>f 23574/9266/7498 23576/9268/7499 23573/9267/7498</w:t>
        <w:br/>
        <w:t>f 23578/9270/7500 23577/9271/7501 23575/9269/7499</w:t>
        <w:br/>
        <w:t>f 23576/9268/7499 23578/9270/7500 23575/9269/7499</w:t>
        <w:br/>
        <w:t>f 23577/9271/7501 23578/9270/7500 23580/9272/7502</w:t>
        <w:br/>
        <w:t>f 23579/9273/7503 23577/9271/7501 23580/9272/7502</w:t>
        <w:br/>
        <w:t>f 23582/9274/7504 23581/9275/7505 23579/9273/7503</w:t>
        <w:br/>
        <w:t>f 23580/9272/7502 23582/9274/7504 23579/9273/7503</w:t>
        <w:br/>
        <w:t>f 23584/9276/7506 23583/9277/7507 23581/9275/7505</w:t>
        <w:br/>
        <w:t>f 23582/9274/7504 23584/9276/7506 23581/9275/7505</w:t>
        <w:br/>
        <w:t>f 23588/9278/7508 23587/9279/7509 23586/9280/7510</w:t>
        <w:br/>
        <w:t>f 23585/9281/7511 23588/9278/7508 23586/9280/7510</w:t>
        <w:br/>
        <w:t>f 23587/9279/7509 23583/9277/7507 23584/9276/7506</w:t>
        <w:br/>
        <w:t>f 23586/9280/7510 23587/9279/7509 23584/9276/7506</w:t>
        <w:br/>
        <w:t>f 23588/9278/7508 23585/9281/7511 23590/9282/7512</w:t>
        <w:br/>
        <w:t>f 23589/9283/7513 23588/9278/7508 23590/9282/7512</w:t>
        <w:br/>
        <w:t>f 23590/9282/7512 23592/9284/7514 23591/9285/7515</w:t>
        <w:br/>
        <w:t>f 23589/9283/7513 23590/9282/7512 23591/9285/7515</w:t>
        <w:br/>
        <w:t>f 23592/9284/7514 23594/9286/7516 23593/9287/7517</w:t>
        <w:br/>
        <w:t>f 23591/9285/7515 23592/9284/7514 23593/9287/7517</w:t>
        <w:br/>
        <w:t>f 23594/9286/7516 23596/9288/7518 23595/9289/7519</w:t>
        <w:br/>
        <w:t>f 23593/9287/7517 23594/9286/7516 23595/9289/7519</w:t>
        <w:br/>
        <w:t>f 23595/9289/7519 23596/9288/7518 23598/9290/7520</w:t>
        <w:br/>
        <w:t>f 23597/9291/7521 23595/9289/7519 23598/9290/7520</w:t>
        <w:br/>
        <w:t>f 23597/9291/7521 23598/9290/7520 23600/9292/7522</w:t>
        <w:br/>
        <w:t>f 23599/9293/7523 23597/9291/7521 23600/9292/7522</w:t>
        <w:br/>
        <w:t>f 23604/9294/7524 23603/9295/7525 23602/9296/7526</w:t>
        <w:br/>
        <w:t>f 23601/9297/7527 23604/9294/7524 23602/9296/7526</w:t>
        <w:br/>
        <w:t>f 23603/9295/7525 23599/9293/7523 23600/9292/7522</w:t>
        <w:br/>
        <w:t>f 23602/9296/7526 23603/9295/7525 23600/9292/7522</w:t>
        <w:br/>
        <w:t>f 23605/9298/7528 23604/9294/7524 23601/9297/7527</w:t>
        <w:br/>
        <w:t>f 23609/9299/7529 23608/9300/7530 23607/9301/7531</w:t>
        <w:br/>
        <w:t>f 23606/9302/7531 23609/9299/7529 23607/9301/7531</w:t>
        <w:br/>
        <w:t>f 23606/9302/7531 23607/9301/7531 23611/9303/7532</w:t>
        <w:br/>
        <w:t>f 23610/9304/7532 23606/9302/7531 23611/9303/7532</w:t>
        <w:br/>
        <w:t>f 23610/9304/7532 23611/9303/7532 23613/9305/7533</w:t>
        <w:br/>
        <w:t>f 23612/9306/7534 23610/9304/7532 23613/9305/7533</w:t>
        <w:br/>
        <w:t>f 23612/9306/7534 23613/9305/7533 23615/9307/7535</w:t>
        <w:br/>
        <w:t>f 23614/9308/7536 23612/9306/7534 23615/9307/7535</w:t>
        <w:br/>
        <w:t>f 23619/9309/7537 23618/9310/7538 23617/9311/7538</w:t>
        <w:br/>
        <w:t>f 23616/9312/7537 23619/9309/7537 23617/9311/7538</w:t>
        <w:br/>
        <w:t>f 23621/9313/7539 23620/9314/7539 23619/9309/7537</w:t>
        <w:br/>
        <w:t>f 23616/9312/7537 23621/9313/7539 23619/9309/7537</w:t>
        <w:br/>
        <w:t>f 23622/9315/7540 23613/9305/7533 23620/9314/7539</w:t>
        <w:br/>
        <w:t>f 23621/9313/7539 23622/9315/7540 23620/9314/7539</w:t>
        <w:br/>
        <w:t>f 23623/9316/7541 23615/9307/7535 23613/9305/7533</w:t>
        <w:br/>
        <w:t>f 23622/9315/7540 23623/9316/7541 23613/9305/7533</w:t>
        <w:br/>
        <w:t>f 23605/9298/7528 23625/9317/7542 23624/9318/7542</w:t>
        <w:br/>
        <w:t>f 23626/9319/7542 23605/9298/7528 23624/9318/7542</w:t>
        <w:br/>
        <w:t>f 23516/9209/7458 23628/9320/7543 23608/9300/7530</w:t>
        <w:br/>
        <w:t>f 23627/9321/7544 23516/9209/7458 23608/9300/7530</w:t>
        <w:br/>
        <w:t>f 23601/9297/7527 23629/9322/7545 23627/9321/7544</w:t>
        <w:br/>
        <w:t>f 23608/9300/7530 23601/9297/7527 23627/9321/7544</w:t>
        <w:br/>
        <w:t>f 23527/9221/7469 23630/9323/7546 23530/9225/7473</w:t>
        <w:br/>
        <w:t>f 23528/9220/7468 23527/9221/7469 23530/9225/7473</w:t>
        <w:br/>
        <w:t>f 23630/9323/7546 23527/9221/7469 23529/9222/7470</w:t>
        <w:br/>
        <w:t>f 23631/9324/7547 23630/9323/7546 23529/9222/7470</w:t>
        <w:br/>
        <w:t>f 23627/9321/7544 23632/9325/7548 23631/9324/7547</w:t>
        <w:br/>
        <w:t>f 23529/9222/7470 23516/9209/7458 23627/9321/7544</w:t>
        <w:br/>
        <w:t>f 23632/9325/7548 23627/9321/7544 23629/9322/7545</w:t>
        <w:br/>
        <w:t>f 23633/9326/7549 23632/9325/7548 23629/9322/7545</w:t>
        <w:br/>
        <w:t>f 23601/9297/7527 23602/9296/7526 23634/9327/7550</w:t>
        <w:br/>
        <w:t>f 23629/9322/7545 23601/9297/7527 23634/9327/7550</w:t>
        <w:br/>
        <w:t>f 23629/9322/7545 23634/9327/7550 23635/9328/7551</w:t>
        <w:br/>
        <w:t>f 23633/9326/7549 23629/9322/7545 23635/9328/7551</w:t>
        <w:br/>
        <w:t>f 23636/9329/7552 23600/9292/7522 23598/9290/7520</w:t>
        <w:br/>
        <w:t>f 23634/9327/7550 23636/9329/7552 23637/9330/7553</w:t>
        <w:br/>
        <w:t>f 23634/9327/7550 23637/9330/7553 23635/9328/7551</w:t>
        <w:br/>
        <w:t>f 23634/9327/7550 23602/9296/7526 23600/9292/7522</w:t>
        <w:br/>
        <w:t>f 23636/9329/7552 23598/9290/7520 23596/9288/7518</w:t>
        <w:br/>
        <w:t>f 23636/9329/7552 23639/9331/7554 23638/9332/7555</w:t>
        <w:br/>
        <w:t>f 23640/9333/7556 23639/9331/7554 23596/9288/7518</w:t>
        <w:br/>
        <w:t>f 23594/9286/7516 23640/9333/7556 23596/9288/7518</w:t>
        <w:br/>
        <w:t>f 23640/9333/7556 23594/9286/7516 23592/9284/7514</w:t>
        <w:br/>
        <w:t>f 23641/9334/7557 23640/9333/7556 23592/9284/7514</w:t>
        <w:br/>
        <w:t>f 23592/9284/7514 23590/9282/7512 23642/9335/7558</w:t>
        <w:br/>
        <w:t>f 23641/9334/7557 23592/9284/7514 23642/9335/7558</w:t>
        <w:br/>
        <w:t>f 23590/9282/7512 23585/9281/7511 23643/9336/7559</w:t>
        <w:br/>
        <w:t>f 23642/9335/7558 23590/9282/7512 23643/9336/7559</w:t>
        <w:br/>
        <w:t>f 23585/9281/7511 23586/9280/7510 23644/9337/7560</w:t>
        <w:br/>
        <w:t>f 23643/9336/7559 23585/9281/7511 23644/9337/7560</w:t>
        <w:br/>
        <w:t>f 23644/9337/7560 23586/9280/7510 23584/9276/7506</w:t>
        <w:br/>
        <w:t>f 23582/9274/7504 23644/9337/7560 23584/9276/7506</w:t>
        <w:br/>
        <w:t>f 23630/9323/7546 23646/9338/7561 23645/9339/7562</w:t>
        <w:br/>
        <w:t>f 23530/9225/7473 23630/9323/7546 23645/9339/7562</w:t>
        <w:br/>
        <w:t>f 23646/9338/7561 23630/9323/7546 23631/9324/7547</w:t>
        <w:br/>
        <w:t>f 23647/9340/7563 23646/9338/7561 23631/9324/7547</w:t>
        <w:br/>
        <w:t>f 23647/9340/7563 23631/9324/7547 23632/9325/7548</w:t>
        <w:br/>
        <w:t>f 23558/9250/7488 23647/9340/7563 23632/9325/7548</w:t>
        <w:br/>
        <w:t>f 23558/9250/7488 23632/9325/7548 23557/9251/7489</w:t>
        <w:br/>
        <w:t>f 23648/9341/7564 23538/9230/7476 23646/9338/7561</w:t>
        <w:br/>
        <w:t>f 23648/9341/7564 23646/9338/7561 23647/9340/7563</w:t>
        <w:br/>
        <w:t>f 23647/9340/7563 23556/9248/7486 23648/9341/7564</w:t>
        <w:br/>
        <w:t>f 23650/9342/7565 23538/9230/7476 23648/9341/7564</w:t>
        <w:br/>
        <w:t>f 23649/9343/7566 23650/9342/7565 23648/9341/7564</w:t>
        <w:br/>
        <w:t>f 23649/9343/7566 23648/9341/7564 23556/9248/7486</w:t>
        <w:br/>
        <w:t>f 23651/9344/7567 23649/9343/7566 23556/9248/7486</w:t>
        <w:br/>
        <w:t>f 23653/9345/7568 23650/9342/7565 23649/9343/7566</w:t>
        <w:br/>
        <w:t>f 23652/9346/7569 23653/9345/7568 23649/9343/7566</w:t>
        <w:br/>
        <w:t>f 23651/9344/7567 23654/9347/7570 23652/9346/7569</w:t>
        <w:br/>
        <w:t>f 23649/9343/7566 23651/9344/7567 23652/9346/7569</w:t>
        <w:br/>
        <w:t>f 23656/9348/7571 23653/9345/7568 23652/9346/7569</w:t>
        <w:br/>
        <w:t>f 23655/9349/7572 23656/9348/7571 23652/9346/7569</w:t>
        <w:br/>
        <w:t>f 23655/9349/7572 23652/9346/7569 23654/9347/7570</w:t>
        <w:br/>
        <w:t>f 23655/9349/7572 23657/9350/7573 23656/9348/7571</w:t>
        <w:br/>
        <w:t>f 23488/9180/7431 23495/9189/7440 23485/9176/7427</w:t>
        <w:br/>
        <w:t>f 23484/9177/7428 23480/9173/7424 23481/9175/7426</w:t>
        <w:br/>
        <w:t>f 23627/9321/7544 23631/9324/7547 23529/9222/7470</w:t>
        <w:br/>
        <w:t>f 23636/9329/7552 23638/9332/7555 23637/9330/7553</w:t>
        <w:br/>
        <w:t>f 23636/9329/7552 23634/9327/7550 23600/9292/7522</w:t>
        <w:br/>
        <w:t>f 23636/9329/7552 23596/9288/7518 23639/9331/7554</w:t>
        <w:br/>
        <w:t>f 23661/9351/7574 23660/9352/7575 23659/9353/7575</w:t>
        <w:br/>
        <w:t>f 23658/9354/7574 23661/9351/7574 23659/9353/7575</w:t>
        <w:br/>
        <w:t>f 23663/9355/7576 23661/9351/7574 23658/9354/7574</w:t>
        <w:br/>
        <w:t>f 23662/9356/7576 23663/9355/7576 23658/9354/7574</w:t>
        <w:br/>
        <w:t>f 23665/9357/7577 23663/9355/7576 23662/9356/7576</w:t>
        <w:br/>
        <w:t>f 23664/9358/7578 23665/9357/7577 23662/9356/7576</w:t>
        <w:br/>
        <w:t>f 23667/9359/7579 23665/9357/7577 23664/9358/7578</w:t>
        <w:br/>
        <w:t>f 23666/9360/7580 23667/9359/7579 23664/9358/7578</w:t>
        <w:br/>
        <w:t>f 23646/9338/7561 23538/9230/7476 23645/9339/7562</w:t>
        <w:br/>
        <w:t>f 23647/9340/7563 23558/9250/7488 23556/9248/7486</w:t>
        <w:br/>
        <w:t>f 23670/9361/7406 23669/9362/7581 23668/9363/7406</w:t>
        <w:br/>
        <w:t>f 23672/9364/7409 23668/9363/7406 23669/9362/7581</w:t>
        <w:br/>
        <w:t>f 23671/9365/7582 23672/9364/7409 23669/9362/7581</w:t>
        <w:br/>
        <w:t>f 23671/9365/7582 23674/9366/7583 23673/9367/7584</w:t>
        <w:br/>
        <w:t>f 23672/9364/7409 23671/9365/7582 23673/9367/7584</w:t>
        <w:br/>
        <w:t>f 23674/9366/7583 23676/9368/7585 23675/9369/7586</w:t>
        <w:br/>
        <w:t>f 23673/9367/7584 23674/9366/7583 23675/9369/7586</w:t>
        <w:br/>
        <w:t>f 23678/9370/7587 23675/9369/7586 23676/9368/7585</w:t>
        <w:br/>
        <w:t>f 23677/9371/7588 23678/9370/7587 23676/9368/7585</w:t>
        <w:br/>
        <w:t>f 23673/9367/7584 23679/9372/7589 23672/9364/7409</w:t>
        <w:br/>
        <w:t>f 23673/9367/7584 23675/9369/7586 23680/9373/7590</w:t>
        <w:br/>
        <w:t>f 23679/9372/7589 23673/9367/7584 23680/9373/7590</w:t>
        <w:br/>
        <w:t>f 23672/9364/7409 23679/9372/7589 23681/9374/7419</w:t>
        <w:br/>
        <w:t>f 23682/9375/7591 23680/9373/7590 23675/9369/7586</w:t>
        <w:br/>
        <w:t>f 23678/9370/7587 23682/9375/7591 23675/9369/7586</w:t>
        <w:br/>
        <w:t>f 23683/9376/7421 23681/9374/7419 23679/9372/7589</w:t>
        <w:br/>
        <w:t>f 23684/9377/7592 23679/9372/7589 23680/9373/7590</w:t>
        <w:br/>
        <w:t>f 23686/9378/7593 23685/9379/7594 23682/9375/7591</w:t>
        <w:br/>
        <w:t>f 23678/9370/7587 23686/9378/7593 23682/9375/7591</w:t>
        <w:br/>
        <w:t>f 23685/9379/7594 23680/9373/7590 23682/9375/7591</w:t>
        <w:br/>
        <w:t>f 23687/9380/7595 23684/9377/7592 23680/9373/7590</w:t>
        <w:br/>
        <w:t>f 23687/9380/7595 23688/9381/7426 23684/9377/7592</w:t>
        <w:br/>
        <w:t>f 23687/9380/7595 23680/9373/7590 23685/9379/7594</w:t>
        <w:br/>
        <w:t>f 23691/9382/7596 23690/9383/7429 23688/9381/7426</w:t>
        <w:br/>
        <w:t>f 23689/9384/7597 23691/9382/7596 23688/9381/7426</w:t>
        <w:br/>
        <w:t>f 23692/9385/7598 23689/9384/7597 23687/9380/7595</w:t>
        <w:br/>
        <w:t>f 23685/9379/7594 23692/9385/7598 23687/9380/7595</w:t>
        <w:br/>
        <w:t>f 23694/9386/7599 23693/9387/7432 23690/9383/7429</w:t>
        <w:br/>
        <w:t>f 23691/9382/7596 23694/9386/7599 23690/9383/7429</w:t>
        <w:br/>
        <w:t>f 23696/9388/7600 23695/9389/7434 23693/9387/7432</w:t>
        <w:br/>
        <w:t>f 23694/9386/7599 23696/9388/7600 23693/9387/7432</w:t>
        <w:br/>
        <w:t>f 23698/9390/7601 23697/9391/7435 23695/9389/7434</w:t>
        <w:br/>
        <w:t>f 23696/9388/7600 23698/9390/7601 23695/9389/7434</w:t>
        <w:br/>
        <w:t>f 23696/9388/7600 23699/9392/7602 23698/9390/7601</w:t>
        <w:br/>
        <w:t>f 23699/9392/7602 23696/9388/7600 23694/9386/7599</w:t>
        <w:br/>
        <w:t>f 23700/9393/7603 23699/9392/7602 23694/9386/7599</w:t>
        <w:br/>
        <w:t>f 23702/9394/7604 23701/9395/7605 23700/9393/7603</w:t>
        <w:br/>
        <w:t>f 23694/9386/7599 23702/9394/7604 23700/9393/7603</w:t>
        <w:br/>
        <w:t>f 23704/9396/7606 23703/9397/7607 23701/9395/7605</w:t>
        <w:br/>
        <w:t>f 23702/9394/7604 23704/9396/7606 23701/9395/7605</w:t>
        <w:br/>
        <w:t>f 23702/9394/7604 23691/9382/7596 23705/9398/7608</w:t>
        <w:br/>
        <w:t>f 23689/9384/7597 23706/9399/7609 23705/9398/7608</w:t>
        <w:br/>
        <w:t>f 23691/9382/7596 23689/9384/7597 23705/9398/7608</w:t>
        <w:br/>
        <w:t>f 23692/9385/7598 23685/9379/7594 23686/9378/7593</w:t>
        <w:br/>
        <w:t>f 23707/9400/7610 23692/9385/7598 23686/9378/7593</w:t>
        <w:br/>
        <w:t>f 23711/9401/7611 23710/9402/7612 23709/9403/7613</w:t>
        <w:br/>
        <w:t>f 23708/9404/7611 23711/9401/7611 23709/9403/7613</w:t>
        <w:br/>
        <w:t>f 23677/9371/7588 23709/9403/7613 23678/9370/7587</w:t>
        <w:br/>
        <w:t>f 23709/9403/7613 23686/9378/7593 23678/9370/7587</w:t>
        <w:br/>
        <w:t>f 23692/9385/7598 23707/9400/7610 23712/9405/7614</w:t>
        <w:br/>
        <w:t>f 23706/9399/7609 23692/9385/7598 23712/9405/7614</w:t>
        <w:br/>
        <w:t>f 23706/9399/7609 23689/9384/7597 23692/9385/7598</w:t>
        <w:br/>
        <w:t>f 23708/9404/7611 23714/9406/7615 23713/9407/7615</w:t>
        <w:br/>
        <w:t>f 23711/9401/7611 23708/9404/7611 23713/9407/7615</w:t>
        <w:br/>
        <w:t>f 23716/9408/7616 23715/9409/7617 23713/9407/7615</w:t>
        <w:br/>
        <w:t>f 23714/9406/7615 23716/9408/7616 23713/9407/7615</w:t>
        <w:br/>
        <w:t>f 23706/9399/7609 23712/9405/7614 23717/9410/7618</w:t>
        <w:br/>
        <w:t>f 23705/9398/7608 23704/9396/7606 23702/9394/7604</w:t>
        <w:br/>
        <w:t>f 23706/9399/7609 23717/9410/7618 23718/9411/7619</w:t>
        <w:br/>
        <w:t>f 23705/9398/7608 23706/9399/7609 23718/9411/7619</w:t>
        <w:br/>
        <w:t>f 23718/9411/7619 23719/9412/7620 23704/9396/7606</w:t>
        <w:br/>
        <w:t>f 23705/9398/7608 23718/9411/7619 23704/9396/7606</w:t>
        <w:br/>
        <w:t>f 23719/9412/7620 23703/9397/7607 23704/9396/7606</w:t>
        <w:br/>
        <w:t>f 23715/9409/7617 23716/9408/7616 23721/9413/7621</w:t>
        <w:br/>
        <w:t>f 23720/9414/7622 23715/9409/7617 23721/9413/7621</w:t>
        <w:br/>
        <w:t>f 23719/9412/7620 23718/9411/7619 23721/9413/7621</w:t>
        <w:br/>
        <w:t>f 23722/9415/7623 23719/9412/7620 23721/9413/7621</w:t>
        <w:br/>
        <w:t>f 23725/9416/7624 23703/9397/7607 23724/9417/7625</w:t>
        <w:br/>
        <w:t>f 23723/9418/7625 23725/9416/7624 23724/9417/7625</w:t>
        <w:br/>
        <w:t>f 23726/9419/7626 23701/9395/7605 23703/9397/7607</w:t>
        <w:br/>
        <w:t>f 23725/9416/7624 23726/9419/7626 23703/9397/7607</w:t>
        <w:br/>
        <w:t>f 23728/9420/7627 23727/9421/7628 23701/9395/7605</w:t>
        <w:br/>
        <w:t>f 23726/9419/7626 23728/9420/7627 23701/9395/7605</w:t>
        <w:br/>
        <w:t>f 23728/9420/7629 23729/9422/7630 23699/9392/7602</w:t>
        <w:br/>
        <w:t>f 23700/9393/7603 23728/9420/7629 23699/9392/7602</w:t>
        <w:br/>
        <w:t>f 23730/9423/7631 23698/9390/7601 23699/9392/7602</w:t>
        <w:br/>
        <w:t>f 23729/9422/7630 23730/9423/7631 23699/9392/7602</w:t>
        <w:br/>
        <w:t>f 23698/9390/7601 23730/9423/7631 23732/9424/7632</w:t>
        <w:br/>
        <w:t>f 23731/9425/7633 23698/9390/7601 23732/9424/7632</w:t>
        <w:br/>
        <w:t>f 23734/9426/7634 23733/9427/7635 23721/9413/7621</w:t>
        <w:br/>
        <w:t>f 23716/9408/7616 23734/9426/7634 23721/9413/7621</w:t>
        <w:br/>
        <w:t>f 23733/9427/7635 23735/9428/7636 23722/9415/7623</w:t>
        <w:br/>
        <w:t>f 23721/9413/7621 23733/9427/7635 23722/9415/7623</w:t>
        <w:br/>
        <w:t>f 23734/9426/7634 23738/9429/7637 23737/9430/7638</w:t>
        <w:br/>
        <w:t>f 23736/9431/7639 23734/9426/7634 23737/9430/7638</w:t>
        <w:br/>
        <w:t>f 23738/9429/7637 23734/9426/7634 23740/9432/7640</w:t>
        <w:br/>
        <w:t>f 23739/9433/7640 23738/9429/7637 23740/9432/7640</w:t>
        <w:br/>
        <w:t>f 23736/9431/7639 23737/9430/7638 23742/9434/7641</w:t>
        <w:br/>
        <w:t>f 23741/9435/7641 23736/9431/7639 23742/9434/7641</w:t>
        <w:br/>
        <w:t>f 23744/9436/7642 23741/9435/7641 23742/9434/7641</w:t>
        <w:br/>
        <w:t>f 23743/9437/7643 23744/9436/7642 23742/9434/7641</w:t>
        <w:br/>
        <w:t>f 23743/9437/7643 23746/9438/7644 23745/9439/7644</w:t>
        <w:br/>
        <w:t>f 23744/9436/7642 23743/9437/7643 23745/9439/7644</w:t>
        <w:br/>
        <w:t>f 23748/9440/7645 23747/9441/7645 23745/9439/7644</w:t>
        <w:br/>
        <w:t>f 23746/9438/7644 23748/9440/7645 23745/9439/7644</w:t>
        <w:br/>
        <w:t>f 23750/9442/7646 23749/9443/7646 23747/9441/7645</w:t>
        <w:br/>
        <w:t>f 23748/9440/7645 23750/9442/7646 23747/9441/7645</w:t>
        <w:br/>
        <w:t>f 23752/9444/7647 23749/9443/7646 23750/9442/7646</w:t>
        <w:br/>
        <w:t>f 23751/9445/7647 23752/9444/7647 23750/9442/7646</w:t>
        <w:br/>
        <w:t>f 23756/9446/7648 23755/9447/7649 23754/9448/7650</w:t>
        <w:br/>
        <w:t>f 23753/9449/7650 23756/9446/7648 23754/9448/7650</w:t>
        <w:br/>
        <w:t>f 23758/9450/7651 23755/9447/7649 23756/9446/7648</w:t>
        <w:br/>
        <w:t>f 23757/9451/7652 23758/9450/7651 23756/9446/7648</w:t>
        <w:br/>
        <w:t>f 23757/9451/7652 23760/9452/7653 23759/9453/7653</w:t>
        <w:br/>
        <w:t>f 23758/9450/7651 23757/9451/7652 23759/9453/7653</w:t>
        <w:br/>
        <w:t>f 23760/9452/7653 23762/9454/7654 23761/9455/7655</w:t>
        <w:br/>
        <w:t>f 23759/9453/7653 23760/9452/7653 23761/9455/7655</w:t>
        <w:br/>
        <w:t>f 23762/9454/7654 23764/9456/7656 23763/9457/7657</w:t>
        <w:br/>
        <w:t>f 23761/9455/7655 23762/9454/7654 23763/9457/7657</w:t>
        <w:br/>
        <w:t>f 23768/9458/7658 23767/9459/7659 23766/9460/7659</w:t>
        <w:br/>
        <w:t>f 23765/9461/7658 23768/9458/7658 23766/9460/7659</w:t>
        <w:br/>
        <w:t>f 23767/9459/7659 23770/9462/7660 23769/9463/7660</w:t>
        <w:br/>
        <w:t>f 23766/9460/7659 23767/9459/7659 23769/9463/7660</w:t>
        <w:br/>
        <w:t>f 23770/9462/7660 23772/9464/7661 23771/9465/7661</w:t>
        <w:br/>
        <w:t>f 23769/9463/7660 23770/9462/7660 23771/9465/7661</w:t>
        <w:br/>
        <w:t>f 23772/9464/7661 23774/9466/7662 23773/9467/7662</w:t>
        <w:br/>
        <w:t>f 23771/9465/7661 23772/9464/7661 23773/9467/7662</w:t>
        <w:br/>
        <w:t>f 23773/9467/7662 23774/9466/7662 23776/9468/7663</w:t>
        <w:br/>
        <w:t>f 23775/9469/7663 23773/9467/7662 23776/9468/7663</w:t>
        <w:br/>
        <w:t>f 23778/9470/7664 23777/9471/7665 23775/9469/7663</w:t>
        <w:br/>
        <w:t>f 23776/9468/7663 23778/9470/7664 23775/9469/7663</w:t>
        <w:br/>
        <w:t>f 23778/9470/7664 23780/9472/7666 23779/9473/7667</w:t>
        <w:br/>
        <w:t>f 23777/9471/7665 23778/9470/7664 23779/9473/7667</w:t>
        <w:br/>
        <w:t>f 23780/9472/7666 23782/9474/7668 23781/9475/7669</w:t>
        <w:br/>
        <w:t>f 23779/9473/7667 23780/9472/7666 23781/9475/7669</w:t>
        <w:br/>
        <w:t>f 23782/9474/7668 23784/9476/7670 23783/9477/7670</w:t>
        <w:br/>
        <w:t>f 23781/9475/7669 23782/9474/7668 23783/9477/7670</w:t>
        <w:br/>
        <w:t>f 23784/9476/7670 23786/9478/7671 23785/9479/7671</w:t>
        <w:br/>
        <w:t>f 23783/9477/7670 23784/9476/7670 23785/9479/7671</w:t>
        <w:br/>
        <w:t>f 23786/9478/7671 23788/9480/7672 23787/9481/7673</w:t>
        <w:br/>
        <w:t>f 23785/9479/7671 23786/9478/7671 23787/9481/7673</w:t>
        <w:br/>
        <w:t>f 23790/9482/7674 23787/9481/7673 23788/9480/7672</w:t>
        <w:br/>
        <w:t>f 23789/9483/7675 23790/9482/7674 23788/9480/7672</w:t>
        <w:br/>
        <w:t>f 23794/9484/7676 23793/9485/7677 23792/9486/7678</w:t>
        <w:br/>
        <w:t>f 23791/9487/7679 23794/9484/7676 23792/9486/7678</w:t>
        <w:br/>
        <w:t>f 23793/9485/7677 23794/9484/7676 23790/9482/7674</w:t>
        <w:br/>
        <w:t>f 23789/9483/7675 23793/9485/7677 23790/9482/7674</w:t>
        <w:br/>
        <w:t>f 23792/9486/7678 23796/9488/7680 23795/9489/7681</w:t>
        <w:br/>
        <w:t>f 23791/9487/7679 23792/9486/7678 23795/9489/7681</w:t>
        <w:br/>
        <w:t>f 23798/9490/7682 23797/9491/7683 23795/9489/7681</w:t>
        <w:br/>
        <w:t>f 23796/9488/7680 23798/9490/7682 23795/9489/7681</w:t>
        <w:br/>
        <w:t>f 23800/9492/7684 23799/9493/7685 23797/9491/7683</w:t>
        <w:br/>
        <w:t>f 23798/9490/7682 23800/9492/7684 23797/9491/7683</w:t>
        <w:br/>
        <w:t>f 23802/9494/7686 23801/9495/7687 23799/9493/7685</w:t>
        <w:br/>
        <w:t>f 23800/9492/7684 23802/9494/7686 23799/9493/7685</w:t>
        <w:br/>
        <w:t>f 23802/9494/7686 23804/9496/7688 23803/9497/7689</w:t>
        <w:br/>
        <w:t>f 23801/9495/7687 23802/9494/7686 23803/9497/7689</w:t>
        <w:br/>
        <w:t>f 23804/9496/7688 23806/9498/7690 23805/9499/7691</w:t>
        <w:br/>
        <w:t>f 23803/9497/7689 23804/9496/7688 23805/9499/7691</w:t>
        <w:br/>
        <w:t>f 23810/9500/7692 23809/9501/7693 23808/9502/7694</w:t>
        <w:br/>
        <w:t>f 23807/9503/7695 23810/9500/7692 23808/9502/7694</w:t>
        <w:br/>
        <w:t>f 23809/9501/7693 23810/9500/7692 23805/9499/7691</w:t>
        <w:br/>
        <w:t>f 23806/9498/7690 23809/9501/7693 23805/9499/7691</w:t>
        <w:br/>
        <w:t>f 23811/9504/7696 23807/9503/7695 23808/9502/7694</w:t>
        <w:br/>
        <w:t>f 23815/9505/7697 23814/9506/7698 23813/9507/7699</w:t>
        <w:br/>
        <w:t>f 23812/9508/7697 23815/9505/7697 23813/9507/7699</w:t>
        <w:br/>
        <w:t>f 23812/9508/7697 23817/9509/7700 23816/9510/7700</w:t>
        <w:br/>
        <w:t>f 23815/9505/7697 23812/9508/7697 23816/9510/7700</w:t>
        <w:br/>
        <w:t>f 23817/9509/7700 23819/9511/7701 23818/9512/7702</w:t>
        <w:br/>
        <w:t>f 23816/9510/7700 23817/9509/7700 23818/9512/7702</w:t>
        <w:br/>
        <w:t>f 23821/9513/7535 23818/9512/7702 23819/9511/7701</w:t>
        <w:br/>
        <w:t>f 23820/9514/7536 23821/9513/7535 23819/9511/7701</w:t>
        <w:br/>
        <w:t>f 23825/9515/7703 23824/9516/7704 23823/9517/7705</w:t>
        <w:br/>
        <w:t>f 23822/9518/7705 23825/9515/7703 23823/9517/7705</w:t>
        <w:br/>
        <w:t>f 23827/9519/7706 23822/9518/7705 23823/9517/7705</w:t>
        <w:br/>
        <w:t>f 23826/9520/7707 23827/9519/7706 23823/9517/7705</w:t>
        <w:br/>
        <w:t>f 23828/9521/7708 23827/9519/7706 23826/9520/7707</w:t>
        <w:br/>
        <w:t>f 23818/9512/7702 23828/9521/7708 23826/9520/7707</w:t>
        <w:br/>
        <w:t>f 23829/9522/7541 23828/9521/7708 23818/9512/7702</w:t>
        <w:br/>
        <w:t>f 23821/9513/7535 23829/9522/7541 23818/9512/7702</w:t>
        <w:br/>
        <w:t>f 23831/9523/7709 23830/9524/7709 23811/9504/7696</w:t>
        <w:br/>
        <w:t>f 23832/9525/7709 23831/9523/7709 23811/9504/7696</w:t>
        <w:br/>
        <w:t>f 23814/9506/7698 23834/9526/7710 23722/9415/7623</w:t>
        <w:br/>
        <w:t>f 23833/9527/7711 23814/9506/7698 23722/9415/7623</w:t>
        <w:br/>
        <w:t>f 23833/9527/7711 23835/9528/7712 23807/9503/7695</w:t>
        <w:br/>
        <w:t>f 23814/9506/7698 23833/9527/7711 23807/9503/7695</w:t>
        <w:br/>
        <w:t>f 23733/9427/7635 23734/9426/7634 23736/9431/7639</w:t>
        <w:br/>
        <w:t>f 23836/9529/7713 23733/9427/7635 23736/9431/7639</w:t>
        <w:br/>
        <w:t>f 23735/9428/7636 23733/9427/7635 23836/9529/7713</w:t>
        <w:br/>
        <w:t>f 23837/9530/7714 23735/9428/7636 23836/9529/7713</w:t>
        <w:br/>
        <w:t>f 23833/9527/7711 23837/9530/7714 23838/9531/7715</w:t>
        <w:br/>
        <w:t>f 23735/9428/7636 23833/9527/7711 23722/9415/7623</w:t>
        <w:br/>
        <w:t>f 23835/9528/7712 23833/9527/7711 23838/9531/7715</w:t>
        <w:br/>
        <w:t>f 23839/9532/7716 23835/9528/7712 23838/9531/7715</w:t>
        <w:br/>
        <w:t>f 23807/9503/7695 23835/9528/7712 23840/9533/7717</w:t>
        <w:br/>
        <w:t>f 23810/9500/7692 23807/9503/7695 23840/9533/7717</w:t>
        <w:br/>
        <w:t>f 23841/9534/7718 23840/9533/7717 23835/9528/7712</w:t>
        <w:br/>
        <w:t>f 23839/9532/7716 23841/9534/7718 23835/9528/7712</w:t>
        <w:br/>
        <w:t>f 23842/9535/7719 23803/9497/7689 23805/9499/7691</w:t>
        <w:br/>
        <w:t>f 23840/9533/7717 23843/9536/7720 23842/9535/7719</w:t>
        <w:br/>
        <w:t>f 23840/9533/7717 23841/9534/7718 23843/9536/7720</w:t>
        <w:br/>
        <w:t>f 23840/9533/7717 23805/9499/7691 23810/9500/7692</w:t>
        <w:br/>
        <w:t>f 23842/9535/7719 23801/9495/7687 23803/9497/7689</w:t>
        <w:br/>
        <w:t>f 23842/9535/7719 23845/9537/7721 23844/9538/7722</w:t>
        <w:br/>
        <w:t>f 23846/9539/7723 23799/9493/7685 23801/9495/7687</w:t>
        <w:br/>
        <w:t>f 23844/9538/7722 23846/9539/7723 23801/9495/7687</w:t>
        <w:br/>
        <w:t>f 23846/9539/7723 23847/9540/7724 23797/9491/7683</w:t>
        <w:br/>
        <w:t>f 23799/9493/7685 23846/9539/7723 23797/9491/7683</w:t>
        <w:br/>
        <w:t>f 23848/9541/7725 23795/9489/7681 23797/9491/7683</w:t>
        <w:br/>
        <w:t>f 23847/9540/7724 23848/9541/7725 23797/9491/7683</w:t>
        <w:br/>
        <w:t>f 23849/9542/7726 23791/9487/7679 23795/9489/7681</w:t>
        <w:br/>
        <w:t>f 23848/9541/7725 23849/9542/7726 23795/9489/7681</w:t>
        <w:br/>
        <w:t>f 23791/9487/7679 23849/9542/7726 23850/9543/7727</w:t>
        <w:br/>
        <w:t>f 23794/9484/7676 23791/9487/7679 23850/9543/7727</w:t>
        <w:br/>
        <w:t>f 23790/9482/7674 23794/9484/7676 23850/9543/7727</w:t>
        <w:br/>
        <w:t>f 23787/9481/7673 23790/9482/7674 23850/9543/7727</w:t>
        <w:br/>
        <w:t>f 23836/9529/7713 23736/9431/7639 23852/9544/7728</w:t>
        <w:br/>
        <w:t>f 23851/9545/7729 23836/9529/7713 23852/9544/7728</w:t>
        <w:br/>
        <w:t>f 23851/9545/7729 23853/9546/7730 23837/9530/7714</w:t>
        <w:br/>
        <w:t>f 23836/9529/7713 23851/9545/7729 23837/9530/7714</w:t>
        <w:br/>
        <w:t>f 23853/9546/7730 23763/9457/7657 23838/9531/7715</w:t>
        <w:br/>
        <w:t>f 23837/9530/7714 23853/9546/7730 23838/9531/7715</w:t>
        <w:br/>
        <w:t>f 23763/9457/7657 23764/9456/7656 23838/9531/7715</w:t>
        <w:br/>
        <w:t>f 23854/9547/7731 23851/9545/7729 23744/9436/7642</w:t>
        <w:br/>
        <w:t>f 23854/9547/7731 23853/9546/7730 23851/9545/7729</w:t>
        <w:br/>
        <w:t>f 23853/9546/7730 23854/9547/7731 23761/9455/7655</w:t>
        <w:br/>
        <w:t>f 23854/9547/7731 23744/9436/7642 23856/9548/7732</w:t>
        <w:br/>
        <w:t>f 23855/9549/7733 23854/9547/7731 23856/9548/7732</w:t>
        <w:br/>
        <w:t>f 23761/9455/7655 23854/9547/7731 23855/9549/7733</w:t>
        <w:br/>
        <w:t>f 23857/9550/7734 23761/9455/7655 23855/9549/7733</w:t>
        <w:br/>
        <w:t>f 23855/9549/7733 23856/9548/7732 23859/9551/7735</w:t>
        <w:br/>
        <w:t>f 23858/9552/7736 23855/9549/7733 23859/9551/7735</w:t>
        <w:br/>
        <w:t>f 23858/9552/7736 23860/9553/7737 23857/9550/7734</w:t>
        <w:br/>
        <w:t>f 23855/9549/7733 23858/9552/7736 23857/9550/7734</w:t>
        <w:br/>
        <w:t>f 23858/9552/7736 23859/9551/7735 23862/9554/7738</w:t>
        <w:br/>
        <w:t>f 23861/9555/7739 23858/9552/7736 23862/9554/7738</w:t>
        <w:br/>
        <w:t>f 23861/9555/7739 23860/9553/7737 23858/9552/7736</w:t>
        <w:br/>
        <w:t>f 23861/9555/7739 23862/9554/7738 23863/9556/7740</w:t>
        <w:br/>
        <w:t>f 23694/9386/7599 23691/9382/7596 23702/9394/7604</w:t>
        <w:br/>
        <w:t>f 23689/9384/7597 23688/9381/7426 23687/9380/7595</w:t>
        <w:br/>
        <w:t>f 23833/9527/7711 23735/9428/7636 23837/9530/7714</w:t>
        <w:br/>
        <w:t>f 23842/9535/7719 23843/9536/7720 23845/9537/7721</w:t>
        <w:br/>
        <w:t>f 23842/9535/7719 23805/9499/7691 23840/9533/7717</w:t>
        <w:br/>
        <w:t>f 23842/9535/7719 23844/9538/7722 23801/9495/7687</w:t>
        <w:br/>
        <w:t>f 23867/9557/7741 23866/9558/7741 23865/9559/7742</w:t>
        <w:br/>
        <w:t>f 23864/9560/7742 23867/9557/7741 23865/9559/7742</w:t>
        <w:br/>
        <w:t>f 23864/9560/7742 23865/9559/7742 23869/9561/7743</w:t>
        <w:br/>
        <w:t>f 23868/9562/7743 23864/9560/7742 23869/9561/7743</w:t>
        <w:br/>
        <w:t>f 23868/9562/7743 23869/9561/7743 23871/9563/7744</w:t>
        <w:br/>
        <w:t>f 23870/9564/7744 23868/9562/7743 23871/9563/7744</w:t>
        <w:br/>
        <w:t>f 23870/9564/7744 23871/9563/7744 23873/9565/7745</w:t>
        <w:br/>
        <w:t>f 23872/9566/7745 23870/9564/7744 23873/9565/7745</w:t>
        <w:br/>
        <w:t>f 23851/9545/7729 23852/9544/7728 23744/9436/7642</w:t>
        <w:br/>
        <w:t>f 23853/9546/7730 23761/9455/7655 23763/9457/7657</w:t>
        <w:br/>
        <w:t>f 23876/9567/7746 23875/9568/7747 23874/9569/7748</w:t>
        <w:br/>
        <w:t>f 23880/9570/7749 23879/9571/7750 23878/9572/7751</w:t>
        <w:br/>
        <w:t>f 23877/9573/7749 23880/9570/7749 23878/9572/7751</w:t>
        <w:br/>
        <w:t>f 23882/9574/7752 23880/9570/7749 23877/9573/7749</w:t>
        <w:br/>
        <w:t>f 23881/9575/7752 23882/9574/7752 23877/9573/7749</w:t>
        <w:br/>
        <w:t>f 23875/9568/7747 23876/9567/7746 23883/9576/7753</w:t>
        <w:br/>
        <w:t>f 23875/9568/7747 23883/9576/7753 23884/9577/7754</w:t>
        <w:br/>
        <w:t>f 23875/9568/7747 23884/9577/7754 23885/9578/7755</w:t>
        <w:br/>
        <w:t>f 23885/9578/7755 23886/9579/7756 23875/9568/7747</w:t>
        <w:br/>
        <w:t>f 23875/9568/7747 23886/9579/7756 23887/9580/7757</w:t>
        <w:br/>
        <w:t>f 23891/9581/7758 23890/9582/7758 23889/9583/7759</w:t>
        <w:br/>
        <w:t>f 23888/9584/7760 23891/9581/7758 23889/9583/7759</w:t>
        <w:br/>
        <w:t>f 23893/9585/7761 23892/9586/7761 23888/9584/7760</w:t>
        <w:br/>
        <w:t>f 23889/9583/7759 23893/9585/7761 23888/9584/7760</w:t>
        <w:br/>
        <w:t>f 23895/9587/7762 23894/9588/7763 23890/9582/7758</w:t>
        <w:br/>
        <w:t>f 23891/9581/7758 23895/9587/7762 23890/9582/7758</w:t>
        <w:br/>
        <w:t>f 23897/9589/7764 23894/9588/7763 23895/9587/7762</w:t>
        <w:br/>
        <w:t>f 23896/9590/7765 23897/9589/7764 23895/9587/7762</w:t>
        <w:br/>
        <w:t>f 23896/9590/7765 23882/9574/7752 23881/9575/7752</w:t>
        <w:br/>
        <w:t>f 23897/9589/7764 23896/9590/7765 23881/9575/7752</w:t>
        <w:br/>
        <w:t>f 23879/9571/7750 23899/9591/7766 23898/9592/7766</w:t>
        <w:br/>
        <w:t>f 23878/9572/7751 23879/9571/7750 23898/9592/7766</w:t>
        <w:br/>
        <w:t>f 23875/9568/7747 23900/9593/7767 23874/9569/7748</w:t>
        <w:br/>
        <w:t>f 23899/9591/7766 23902/9594/7768 23901/9595/7769</w:t>
        <w:br/>
        <w:t>f 23898/9592/7766 23899/9591/7766 23901/9595/7769</w:t>
        <w:br/>
        <w:t>f 23901/9595/7769 23902/9594/7768 23904/9596/7770</w:t>
        <w:br/>
        <w:t>f 23903/9597/7771 23901/9595/7769 23904/9596/7770</w:t>
        <w:br/>
        <w:t>f 23903/9597/7771 23904/9596/7770 23906/9598/7772</w:t>
        <w:br/>
        <w:t>f 23905/9599/7773 23903/9597/7771 23906/9598/7772</w:t>
        <w:br/>
        <w:t>f 23908/9600/7774 23875/9568/7747 23907/9601/7775</w:t>
        <w:br/>
        <w:t>f 23909/9602/7776 23875/9568/7747 23908/9600/7774</w:t>
        <w:br/>
        <w:t>f 23875/9568/7747 23909/9602/7776 23900/9593/7767</w:t>
        <w:br/>
        <w:t>f 23910/9603/7777 23907/9601/7775 23875/9568/7747</w:t>
        <w:br/>
        <w:t>f 23910/9603/7777 23875/9568/7747 23887/9580/7757</w:t>
        <w:br/>
        <w:t>f 23892/9586/7761 23893/9585/7761 23905/9599/7773</w:t>
        <w:br/>
        <w:t>f 23906/9598/7772 23892/9586/7761 23905/9599/7773</w:t>
        <w:br/>
        <w:t>f 23913/9604/7778 23912/9605/7779 23911/9606/7780</w:t>
        <w:br/>
        <w:t>f 23917/9607/7781 23916/9608/7782 23915/9609/7783</w:t>
        <w:br/>
        <w:t>f 23914/9610/7784 23917/9607/7781 23915/9609/7783</w:t>
        <w:br/>
        <w:t>f 23919/9611/7785 23918/9612/7785 23914/9610/7784</w:t>
        <w:br/>
        <w:t>f 23915/9609/7783 23919/9611/7785 23914/9610/7784</w:t>
        <w:br/>
        <w:t>f 23911/9606/7780 23920/9613/7786 23913/9604/7778</w:t>
        <w:br/>
        <w:t>f 23911/9606/7780 23921/9614/7787 23920/9613/7786</w:t>
        <w:br/>
        <w:t>f 23911/9606/7780 23922/9615/7788 23921/9614/7787</w:t>
        <w:br/>
        <w:t>f 23922/9615/7788 23911/9606/7780 23923/9616/7789</w:t>
        <w:br/>
        <w:t>f 23911/9606/7780 23924/9617/7790 23923/9616/7789</w:t>
        <w:br/>
        <w:t>f 23928/9618/7791 23927/9619/7792 23926/9620/7792</w:t>
        <w:br/>
        <w:t>f 23925/9621/7791 23928/9618/7791 23926/9620/7792</w:t>
        <w:br/>
        <w:t>f 23927/9619/7792 23930/9622/7793 23929/9623/7794</w:t>
        <w:br/>
        <w:t>f 23926/9620/7792 23927/9619/7792 23929/9623/7794</w:t>
        <w:br/>
        <w:t>f 23932/9624/7795 23928/9618/7791 23925/9621/7791</w:t>
        <w:br/>
        <w:t>f 23931/9625/7796 23932/9624/7795 23925/9621/7791</w:t>
        <w:br/>
        <w:t>f 23932/9624/7795 23931/9625/7796 23934/9626/7797</w:t>
        <w:br/>
        <w:t>f 23933/9627/7798 23932/9624/7795 23934/9626/7797</w:t>
        <w:br/>
        <w:t>f 23918/9612/7785 23919/9611/7785 23933/9627/7798</w:t>
        <w:br/>
        <w:t>f 23934/9626/7797 23918/9612/7785 23933/9627/7798</w:t>
        <w:br/>
        <w:t>f 23936/9628/7799 23935/9629/7800 23916/9608/7782</w:t>
        <w:br/>
        <w:t>f 23917/9607/7781 23936/9628/7799 23916/9608/7782</w:t>
        <w:br/>
        <w:t>f 23911/9606/7780 23912/9605/7779 23937/9630/7801</w:t>
        <w:br/>
        <w:t>f 23935/9629/7800 23936/9628/7799 23939/9631/7802</w:t>
        <w:br/>
        <w:t>f 23938/9632/7803 23935/9629/7800 23939/9631/7802</w:t>
        <w:br/>
        <w:t>f 23939/9631/7802 23941/9633/7804 23940/9634/7805</w:t>
        <w:br/>
        <w:t>f 23938/9632/7803 23939/9631/7802 23940/9634/7805</w:t>
        <w:br/>
        <w:t>f 23941/9633/7804 23943/9635/7806 23942/9636/7806</w:t>
        <w:br/>
        <w:t>f 23940/9634/7805 23941/9633/7804 23942/9636/7806</w:t>
        <w:br/>
        <w:t>f 23945/9637/7807 23944/9638/7808 23911/9606/7780</w:t>
        <w:br/>
        <w:t>f 23946/9639/7809 23945/9637/7807 23911/9606/7780</w:t>
        <w:br/>
        <w:t>f 23911/9606/7780 23937/9630/7801 23946/9639/7809</w:t>
        <w:br/>
        <w:t>f 23947/9640/7810 23911/9606/7780 23944/9638/7808</w:t>
        <w:br/>
        <w:t>f 23947/9640/7810 23924/9617/7790 23911/9606/7780</w:t>
        <w:br/>
        <w:t>f 23943/9635/7806 23929/9623/7794 23930/9622/7793</w:t>
        <w:br/>
        <w:t>f 23942/9636/7806 23943/9635/7806 23930/9622/7793</w:t>
        <w:br/>
        <w:t>f 23958/9641/7811 23957/9642/7812 23956/9643/7813</w:t>
        <w:br/>
        <w:t>f 23962/9644/7814 23961/9645/7815 23960/9646/7816</w:t>
        <w:br/>
        <w:t>f 23959/9647/7816 23962/9644/7814 23960/9646/7816</w:t>
        <w:br/>
        <w:t>f 23964/9648/7817 23963/9649/7818 23961/9645/7815</w:t>
        <w:br/>
        <w:t>f 23962/9644/7814 23964/9648/7817 23961/9645/7815</w:t>
        <w:br/>
        <w:t>f 23956/9643/7813 23965/9650/7819 23958/9641/7811</w:t>
        <w:br/>
        <w:t>f 23956/9643/7813 23966/9651/7820 23965/9650/7819</w:t>
        <w:br/>
        <w:t>f 23956/9643/7813 23967/9652/7821 23966/9651/7820</w:t>
        <w:br/>
        <w:t>f 23967/9652/7821 23956/9643/7813 23968/9653/7822</w:t>
        <w:br/>
        <w:t>f 23956/9643/7813 23969/9654/7823 23968/9653/7822</w:t>
        <w:br/>
        <w:t>f 23973/9655/7824 23972/9656/7825 23971/9657/7826</w:t>
        <w:br/>
        <w:t>f 23970/9658/7824 23973/9655/7824 23971/9657/7826</w:t>
        <w:br/>
        <w:t>f 23975/9659/7827 23971/9657/7826 23972/9656/7825</w:t>
        <w:br/>
        <w:t>f 23974/9660/7827 23975/9659/7827 23972/9656/7825</w:t>
        <w:br/>
        <w:t>f 23977/9661/7828 23973/9655/7824 23970/9658/7824</w:t>
        <w:br/>
        <w:t>f 23976/9662/7829 23977/9661/7828 23970/9658/7824</w:t>
        <w:br/>
        <w:t>f 23979/9663/7830 23978/9664/7831 23977/9661/7828</w:t>
        <w:br/>
        <w:t>f 23976/9662/7829 23979/9663/7830 23977/9661/7828</w:t>
        <w:br/>
        <w:t>f 23978/9664/7831 23979/9663/7830 23963/9649/7818</w:t>
        <w:br/>
        <w:t>f 23964/9648/7817 23978/9664/7831 23963/9649/7818</w:t>
        <w:br/>
        <w:t>f 23959/9647/7816 23960/9646/7816 23981/9665/7832</w:t>
        <w:br/>
        <w:t>f 23980/9666/7833 23959/9647/7816 23981/9665/7832</w:t>
        <w:br/>
        <w:t>f 23956/9643/7813 23957/9642/7812 23982/9667/7834</w:t>
        <w:br/>
        <w:t>f 23980/9666/7833 23981/9665/7832 23984/9668/7835</w:t>
        <w:br/>
        <w:t>f 23983/9669/7836 23980/9666/7833 23984/9668/7835</w:t>
        <w:br/>
        <w:t>f 23984/9668/7835 23986/9670/7837 23985/9671/7838</w:t>
        <w:br/>
        <w:t>f 23983/9669/7836 23984/9668/7835 23985/9671/7838</w:t>
        <w:br/>
        <w:t>f 23986/9670/7837 23988/9672/7839 23987/9673/7839</w:t>
        <w:br/>
        <w:t>f 23985/9671/7838 23986/9670/7837 23987/9673/7839</w:t>
        <w:br/>
        <w:t>f 23990/9674/7840 23989/9675/7841 23956/9643/7813</w:t>
        <w:br/>
        <w:t>f 23991/9676/7842 23990/9674/7840 23956/9643/7813</w:t>
        <w:br/>
        <w:t>f 23956/9643/7813 23982/9667/7834 23991/9676/7842</w:t>
        <w:br/>
        <w:t>f 23992/9677/7843 23956/9643/7813 23989/9675/7841</w:t>
        <w:br/>
        <w:t>f 23992/9677/7843 23969/9654/7823 23956/9643/7813</w:t>
        <w:br/>
        <w:t>f 23974/9660/7827 23987/9673/7839 23988/9672/7839</w:t>
        <w:br/>
        <w:t>f 23975/9659/7827 23974/9660/7827 23988/9672/7839</w:t>
        <w:br/>
        <w:t>f 23995/9678/7844 23994/9679/7845 23993/9680/7846</w:t>
        <w:br/>
        <w:t>f 23999/9681/7847 23998/9682/7848 23997/9683/7848</w:t>
        <w:br/>
        <w:t>f 23996/9684/7847 23999/9681/7847 23997/9683/7848</w:t>
        <w:br/>
        <w:t>f 24001/9685/7849 23999/9681/7847 23996/9684/7847</w:t>
        <w:br/>
        <w:t>f 24000/9686/7850 24001/9685/7849 23996/9684/7847</w:t>
        <w:br/>
        <w:t>f 23994/9679/7845 23995/9678/7844 24002/9687/7851</w:t>
        <w:br/>
        <w:t>f 23994/9679/7845 24002/9687/7851 24003/9688/7852</w:t>
        <w:br/>
        <w:t>f 23994/9679/7845 24003/9688/7852 24004/9689/7853</w:t>
        <w:br/>
        <w:t>f 24004/9689/7853 24005/9690/7854 23994/9679/7845</w:t>
        <w:br/>
        <w:t>f 23994/9679/7845 24005/9690/7854 24006/9691/7855</w:t>
        <w:br/>
        <w:t>f 24010/9692/7856 24009/9693/7857 24008/9694/7858</w:t>
        <w:br/>
        <w:t>f 24007/9695/7859 24010/9692/7856 24008/9694/7858</w:t>
        <w:br/>
        <w:t>f 24012/9696/7860 24011/9697/7860 24007/9695/7859</w:t>
        <w:br/>
        <w:t>f 24008/9694/7858 24012/9696/7860 24007/9695/7859</w:t>
        <w:br/>
        <w:t>f 24014/9698/7861 24013/9699/7861 24009/9693/7857</w:t>
        <w:br/>
        <w:t>f 24010/9692/7856 24014/9698/7861 24009/9693/7857</w:t>
        <w:br/>
        <w:t>f 24016/9700/7862 24013/9699/7861 24014/9698/7861</w:t>
        <w:br/>
        <w:t>f 24015/9701/7863 24016/9700/7862 24014/9698/7861</w:t>
        <w:br/>
        <w:t>f 24015/9701/7863 24001/9685/7849 24000/9686/7850</w:t>
        <w:br/>
        <w:t>f 24016/9700/7862 24015/9701/7863 24000/9686/7850</w:t>
        <w:br/>
        <w:t>f 23998/9682/7848 24018/9702/7864 24017/9703/7864</w:t>
        <w:br/>
        <w:t>f 23997/9683/7848 23998/9682/7848 24017/9703/7864</w:t>
        <w:br/>
        <w:t>f 23994/9679/7845 24019/9704/7865 23993/9680/7846</w:t>
        <w:br/>
        <w:t>f 24018/9702/7864 24021/9705/7866 24020/9706/7866</w:t>
        <w:br/>
        <w:t>f 24017/9703/7864 24018/9702/7864 24020/9706/7866</w:t>
        <w:br/>
        <w:t>f 24020/9706/7866 24021/9705/7866 24023/9707/7867</w:t>
        <w:br/>
        <w:t>f 24022/9708/7867 24020/9706/7866 24023/9707/7867</w:t>
        <w:br/>
        <w:t>f 24022/9708/7867 24023/9707/7867 24025/9709/7868</w:t>
        <w:br/>
        <w:t>f 24024/9710/7868 24022/9708/7867 24025/9709/7868</w:t>
        <w:br/>
        <w:t>f 24027/9711/7869 23994/9679/7845 24026/9712/7870</w:t>
        <w:br/>
        <w:t>f 24028/9713/7871 23994/9679/7845 24027/9711/7869</w:t>
        <w:br/>
        <w:t>f 23994/9679/7845 24028/9713/7871 24019/9704/7865</w:t>
        <w:br/>
        <w:t>f 24029/9714/7872 24026/9712/7870 23994/9679/7845</w:t>
        <w:br/>
        <w:t>f 24029/9714/7872 23994/9679/7845 24006/9691/7855</w:t>
        <w:br/>
        <w:t>f 24011/9697/7860 24012/9696/7860 24024/9710/7868</w:t>
        <w:br/>
        <w:t>f 24025/9709/7868 24011/9697/7860 24024/9710/7868</w:t>
        <w:br/>
        <w:t>f 24032/9715/7873 24031/9716/7874 24030/9717/7875</w:t>
        <w:br/>
        <w:t>f 24036/9718/7876 24035/9719/7877 24034/9720/7878</w:t>
        <w:br/>
        <w:t>f 24033/9721/7876 24036/9718/7876 24034/9720/7878</w:t>
        <w:br/>
        <w:t>f 24038/9722/7879 24036/9718/7876 24033/9721/7876</w:t>
        <w:br/>
        <w:t>f 24037/9723/7879 24038/9722/7879 24033/9721/7876</w:t>
        <w:br/>
        <w:t>f 24031/9716/7874 24032/9715/7873 24039/9724/7880</w:t>
        <w:br/>
        <w:t>f 24031/9716/7874 24039/9724/7880 24040/9725/7881</w:t>
        <w:br/>
        <w:t>f 24031/9716/7874 24040/9725/7881 24041/9726/7882</w:t>
        <w:br/>
        <w:t>f 24041/9726/7882 24042/9727/7883 24031/9716/7874</w:t>
        <w:br/>
        <w:t>f 24031/9716/7874 24042/9727/7883 24043/9728/7884</w:t>
        <w:br/>
        <w:t>f 24047/9729/7885 24046/9730/7885 24045/9731/7886</w:t>
        <w:br/>
        <w:t>f 24044/9732/7886 24047/9729/7885 24045/9731/7886</w:t>
        <w:br/>
        <w:t>f 24049/9733/7887 24048/9734/7887 24044/9732/7886</w:t>
        <w:br/>
        <w:t>f 24045/9731/7886 24049/9733/7887 24044/9732/7886</w:t>
        <w:br/>
        <w:t>f 24051/9735/7888 24050/9736/7888 24046/9730/7885</w:t>
        <w:br/>
        <w:t>f 24047/9729/7885 24051/9735/7888 24046/9730/7885</w:t>
        <w:br/>
        <w:t>f 24053/9737/7889 24050/9736/7888 24051/9735/7888</w:t>
        <w:br/>
        <w:t>f 24052/9738/7890 24053/9737/7889 24051/9735/7888</w:t>
        <w:br/>
        <w:t>f 24052/9738/7890 24038/9722/7879 24037/9723/7879</w:t>
        <w:br/>
        <w:t>f 24053/9737/7889 24052/9738/7890 24037/9723/7879</w:t>
        <w:br/>
        <w:t>f 24035/9719/7877 24055/9739/7891 24054/9740/7891</w:t>
        <w:br/>
        <w:t>f 24034/9720/7878 24035/9719/7877 24054/9740/7891</w:t>
        <w:br/>
        <w:t>f 24031/9716/7874 24056/9741/7892 24030/9717/7875</w:t>
        <w:br/>
        <w:t>f 24055/9739/7891 24058/9742/7893 24057/9743/7894</w:t>
        <w:br/>
        <w:t>f 24054/9740/7891 24055/9739/7891 24057/9743/7894</w:t>
        <w:br/>
        <w:t>f 24057/9743/7894 24058/9742/7893 24060/9744/7895</w:t>
        <w:br/>
        <w:t>f 24059/9745/7896 24057/9743/7894 24060/9744/7895</w:t>
        <w:br/>
        <w:t>f 24059/9745/7896 24060/9744/7895 24062/9746/7897</w:t>
        <w:br/>
        <w:t>f 24061/9747/7897 24059/9745/7896 24062/9746/7897</w:t>
        <w:br/>
        <w:t>f 24064/9748/7898 24031/9716/7874 24063/9749/7899</w:t>
        <w:br/>
        <w:t>f 24065/9750/7900 24031/9716/7874 24064/9748/7898</w:t>
        <w:br/>
        <w:t>f 24031/9716/7874 24065/9750/7900 24056/9741/7892</w:t>
        <w:br/>
        <w:t>f 24066/9751/7901 24063/9749/7899 24031/9716/7874</w:t>
        <w:br/>
        <w:t>f 24066/9751/7901 24031/9716/7874 24043/9728/7884</w:t>
        <w:br/>
        <w:t>f 24048/9734/7887 24049/9733/7887 24061/9747/7897</w:t>
        <w:br/>
        <w:t>f 24062/9746/7897 24048/9734/7887 24061/9747/7897</w:t>
        <w:br/>
        <w:t>f 24080/9752/7902 24079/9753/7903 24078/9754/7904</w:t>
        <w:br/>
        <w:t>f 24083/9755/7905 24082/9756/7906 24081/9757/7907</w:t>
        <w:br/>
        <w:t>f 24084/9758/7908 24083/9755/7905 24081/9757/7907</w:t>
        <w:br/>
        <w:t>f 24086/9759/7909 24085/9760/7910 24082/9756/7906</w:t>
        <w:br/>
        <w:t>f 24083/9755/7905 24086/9759/7909 24082/9756/7906</w:t>
        <w:br/>
        <w:t>f 24088/9761/7911 24079/9753/7903 24087/9762/7912</w:t>
        <w:br/>
        <w:t>f 24085/9760/7910 24086/9759/7909 24089/9763/7913</w:t>
        <w:br/>
        <w:t>f 24090/9764/7914 24085/9760/7910 24089/9763/7913</w:t>
        <w:br/>
        <w:t>f 24093/9765/7915 24092/9766/7916 24091/9767/7917</w:t>
        <w:br/>
        <w:t>f 24094/9768/7918 24093/9765/7915 24091/9767/7917</w:t>
        <w:br/>
        <w:t>f 24079/9753/7903 24096/9769/7919 24095/9770/7920</w:t>
        <w:br/>
        <w:t>f 24090/9764/7914 24089/9763/7913 24094/9768/7918</w:t>
        <w:br/>
        <w:t>f 24091/9767/7917 24090/9764/7914 24094/9768/7918</w:t>
        <w:br/>
        <w:t>f 24092/9766/7916 24093/9765/7915 24097/9771/7921</w:t>
        <w:br/>
        <w:t>f 24098/9772/7922 24092/9766/7916 24097/9771/7921</w:t>
        <w:br/>
        <w:t>f 24099/9773/7923 24098/9772/7922 24097/9771/7921</w:t>
        <w:br/>
        <w:t>f 24100/9774/7924 24099/9773/7923 24097/9771/7921</w:t>
        <w:br/>
        <w:t>f 24101/9775/7925 24079/9753/7903 24095/9770/7920</w:t>
        <w:br/>
        <w:t>f 24102/9776/7926 24079/9753/7903 24101/9775/7925</w:t>
        <w:br/>
        <w:t>f 24103/9777/7927 24099/9773/7923 24100/9774/7924</w:t>
        <w:br/>
        <w:t>f 24104/9778/7927 24103/9777/7927 24100/9774/7924</w:t>
        <w:br/>
        <w:t>f 24105/9779/7928 24103/9777/7927 24104/9778/7927</w:t>
        <w:br/>
        <w:t>f 24106/9780/7928 24105/9779/7928 24104/9778/7927</w:t>
        <w:br/>
        <w:t>f 24079/9753/7903 24102/9776/7926 24107/9781/7929</w:t>
        <w:br/>
        <w:t>f 24111/9782/7930 24110/9783/7931 24109/9784/7932</w:t>
        <w:br/>
        <w:t>f 24108/9785/7933 24111/9782/7930 24109/9784/7932</w:t>
        <w:br/>
        <w:t>f 24108/9785/7933 24105/9779/7928 24106/9780/7928</w:t>
        <w:br/>
        <w:t>f 24111/9782/7930 24108/9785/7933 24106/9780/7928</w:t>
        <w:br/>
        <w:t>f 24096/9769/7919 24079/9753/7903 24088/9761/7911</w:t>
        <w:br/>
        <w:t>f 24112/9786/7934 24087/9762/7912 24079/9753/7903</w:t>
        <w:br/>
        <w:t>f 24079/9753/7903 24080/9752/7902 24112/9786/7934</w:t>
        <w:br/>
        <w:t>f 24110/9783/7931 24084/9758/7908 24081/9757/7907</w:t>
        <w:br/>
        <w:t>f 24109/9784/7932 24110/9783/7931 24081/9757/7907</w:t>
        <w:br/>
        <w:t>f 24113/9787/7935 24078/9754/7904 24079/9753/7903</w:t>
        <w:br/>
        <w:t>f 24114/9788/7936 24113/9787/7935 24079/9753/7903</w:t>
        <w:br/>
        <w:t>f 24079/9753/7903 24107/9781/7929 24114/9788/7936</w:t>
        <w:br/>
        <w:t>f 3084/2093/1605 3085/2092/1605 3077/2085/1600</w:t>
        <w:br/>
        <w:t>f 3078/2084/1600 3084/2093/1605 3077/2085/1600</w:t>
        <w:br/>
        <w:t>f 3087/2095/1607 3079/2087/1602 3076/2086/1601</w:t>
        <w:br/>
        <w:t>f 3086/2094/1606 3087/2095/1607 3076/2086/1601</w:t>
        <w:br/>
        <w:t>f 9873/4753/3895 9883/4763/3902 9880/4762/3901</w:t>
        <w:br/>
        <w:t>f 9872/4754/3896 9873/4753/3895 9880/4762/3901</w:t>
        <w:br/>
        <w:t>f 9870/4751/3893 9871/4750/3892 9881/4761/3900</w:t>
        <w:br/>
        <w:t>f 9882/4760/3900 9870/4751/3893 9881/4761/3900</w:t>
        <w:br/>
        <w:t>f 24129/9789/7937 24128/9790/7937 24127/9791/7938</w:t>
        <w:br/>
        <w:t>f 24126/9792/7939 24129/9789/7937 24127/9791/7938</w:t>
        <w:br/>
        <w:t>f 24131/9793/7940 24130/9794/7941 24128/9790/7937</w:t>
        <w:br/>
        <w:t>f 24129/9789/7937 24131/9793/7940 24128/9790/7937</w:t>
        <w:br/>
        <w:t>f 24133/9795/7942 24132/9796/7943 24130/9794/7941</w:t>
        <w:br/>
        <w:t>f 24131/9793/7940 24133/9795/7942 24130/9794/7941</w:t>
        <w:br/>
        <w:t>f 24135/9797/7944 24134/9798/7945 24132/9796/7943</w:t>
        <w:br/>
        <w:t>f 24133/9795/7942 24135/9797/7944 24132/9796/7943</w:t>
        <w:br/>
        <w:t>f 24137/9799/7946 24136/9800/7947 24134/9798/7945</w:t>
        <w:br/>
        <w:t>f 24135/9797/7944 24137/9799/7946 24134/9798/7945</w:t>
        <w:br/>
        <w:t>f 24141/9801/7948 24140/9802/7949 24139/9803/7949</w:t>
        <w:br/>
        <w:t>f 24138/9804/7950 24141/9801/7948 24139/9803/7949</w:t>
        <w:br/>
        <w:t>f 24143/9805/7951 24134/9798/7945 24136/9800/7947</w:t>
        <w:br/>
        <w:t>f 24142/9806/7952 24143/9805/7951 24136/9800/7947</w:t>
        <w:br/>
        <w:t>f 24134/9798/7945 24143/9805/7951 24144/9807/7953</w:t>
        <w:br/>
        <w:t>f 24132/9796/7943 24134/9798/7945 24144/9807/7953</w:t>
        <w:br/>
        <w:t>f 24145/9808/7954 24130/9794/7941 24132/9796/7943</w:t>
        <w:br/>
        <w:t>f 24144/9807/7953 24145/9808/7954 24132/9796/7943</w:t>
        <w:br/>
        <w:t>f 24147/9809/7955 24146/9810/7956 24130/9794/7941</w:t>
        <w:br/>
        <w:t>f 24145/9808/7954 24147/9809/7955 24130/9794/7941</w:t>
        <w:br/>
        <w:t>f 24148/9811/7957 24147/9809/7955 24145/9808/7954</w:t>
        <w:br/>
        <w:t>f 24149/9812/7958 24148/9811/7957 24145/9808/7954</w:t>
        <w:br/>
        <w:t>f 24150/9813/7959 24149/9812/7958 24145/9808/7954</w:t>
        <w:br/>
        <w:t>f 24144/9807/7953 24150/9813/7959 24145/9808/7954</w:t>
        <w:br/>
        <w:t>f 24140/9802/7949 24150/9813/7959 24144/9807/7953</w:t>
        <w:br/>
        <w:t>f 24139/9803/7949 24140/9802/7949 24144/9807/7953</w:t>
        <w:br/>
        <w:t>f 24152/9814/7960 24151/9815/7961 24136/9800/7947</w:t>
        <w:br/>
        <w:t>f 24137/9799/7946 24152/9814/7960 24136/9800/7947</w:t>
        <w:br/>
        <w:t>f 24154/9816/7962 24153/9817/7963 24151/9815/7961</w:t>
        <w:br/>
        <w:t>f 24152/9814/7960 24154/9816/7962 24151/9815/7961</w:t>
        <w:br/>
        <w:t>f 24158/9818/7964 24157/9819/7964 24156/9820/7965</w:t>
        <w:br/>
        <w:t>f 24155/9821/7965 24158/9818/7964 24156/9820/7965</w:t>
        <w:br/>
        <w:t>f 24160/9822/7966 24159/9823/7967 24153/9817/7963</w:t>
        <w:br/>
        <w:t>f 24154/9816/7962 24160/9822/7966 24153/9817/7963</w:t>
        <w:br/>
        <w:t>f 24151/9815/7961 24161/9824/7968 24142/9806/7952</w:t>
        <w:br/>
        <w:t>f 24136/9800/7947 24151/9815/7961 24142/9806/7952</w:t>
        <w:br/>
        <w:t>f 24151/9815/7961 24162/9825/7969 24161/9824/7968</w:t>
        <w:br/>
        <w:t>f 24164/9826/7970 24163/9827/7971 24162/9825/7969</w:t>
        <w:br/>
        <w:t>f 24161/9824/7968 24162/9825/7969 24163/9827/7971</w:t>
        <w:br/>
        <w:t>f 24166/9828/7972 24141/9801/7948 24138/9804/7950</w:t>
        <w:br/>
        <w:t>f 24165/9829/7973 24166/9828/7972 24138/9804/7950</w:t>
        <w:br/>
        <w:t>f 24148/9811/7957 24168/9830/7974 24167/9831/7975</w:t>
        <w:br/>
        <w:t>f 24147/9809/7955 24148/9811/7957 24167/9831/7975</w:t>
        <w:br/>
        <w:t>f 24126/9792/7939 24127/9791/7938 24170/9832/7976</w:t>
        <w:br/>
        <w:t>f 24169/9833/7977 24126/9792/7939 24170/9832/7976</w:t>
        <w:br/>
        <w:t>f 24168/9830/7974 24172/9834/7978 24171/9835/7979</w:t>
        <w:br/>
        <w:t>f 24167/9831/7975 24168/9830/7974 24171/9835/7979</w:t>
        <w:br/>
        <w:t>f 24171/9835/7979 24173/9836/7980 24167/9831/7975</w:t>
        <w:br/>
        <w:t>f 24173/9836/7980 24146/9810/7956 24167/9831/7975</w:t>
        <w:br/>
        <w:t>f 24146/9810/7956 24147/9809/7955 24167/9831/7975</w:t>
        <w:br/>
        <w:t>f 24157/9819/7964 24158/9818/7964 24166/9828/7972</w:t>
        <w:br/>
        <w:t>f 24165/9829/7973 24157/9819/7964 24166/9828/7972</w:t>
        <w:br/>
        <w:t>f 24177/9837/7981 24176/9838/7982 24175/9839/7983</w:t>
        <w:br/>
        <w:t>f 24174/9840/7981 24177/9837/7981 24175/9839/7983</w:t>
        <w:br/>
        <w:t>f 24179/9841/7984 24177/9837/7981 24174/9840/7981</w:t>
        <w:br/>
        <w:t>f 24178/9842/7985 24179/9841/7984 24174/9840/7981</w:t>
        <w:br/>
        <w:t>f 24181/9843/7986 24179/9841/7984 24178/9842/7985</w:t>
        <w:br/>
        <w:t>f 24180/9844/7987 24181/9843/7986 24178/9842/7985</w:t>
        <w:br/>
        <w:t>f 24183/9845/7988 24181/9843/7986 24180/9844/7987</w:t>
        <w:br/>
        <w:t>f 24182/9846/7989 24183/9845/7988 24180/9844/7987</w:t>
        <w:br/>
        <w:t>f 24185/9847/7990 24183/9845/7988 24182/9846/7989</w:t>
        <w:br/>
        <w:t>f 24184/9848/7991 24185/9847/7990 24182/9846/7989</w:t>
        <w:br/>
        <w:t>f 24189/9849/7992 24188/9850/7993 24187/9851/7994</w:t>
        <w:br/>
        <w:t>f 24186/9852/7995 24189/9849/7992 24187/9851/7994</w:t>
        <w:br/>
        <w:t>f 24191/9853/7996 24190/9854/7997 24184/9848/7991</w:t>
        <w:br/>
        <w:t>f 24182/9846/7989 24191/9853/7996 24184/9848/7991</w:t>
        <w:br/>
        <w:t>f 24182/9846/7989 24180/9844/7987 24192/9855/7998</w:t>
        <w:br/>
        <w:t>f 24191/9853/7996 24182/9846/7989 24192/9855/7998</w:t>
        <w:br/>
        <w:t>f 24193/9856/7999 24192/9855/7998 24180/9844/7987</w:t>
        <w:br/>
        <w:t>f 24178/9842/7985 24193/9856/7999 24180/9844/7987</w:t>
        <w:br/>
        <w:t>f 24195/9857/8000 24193/9856/7999 24178/9842/7985</w:t>
        <w:br/>
        <w:t>f 24194/9858/8001 24195/9857/8000 24178/9842/7985</w:t>
        <w:br/>
        <w:t>f 24193/9856/7999 24195/9857/8000 24196/9859/8002</w:t>
        <w:br/>
        <w:t>f 24197/9860/8003 24193/9856/7999 24196/9859/8002</w:t>
        <w:br/>
        <w:t>f 24198/9861/8004 24192/9855/7998 24193/9856/7999</w:t>
        <w:br/>
        <w:t>f 24197/9860/8003 24198/9861/8004 24193/9856/7999</w:t>
        <w:br/>
        <w:t>f 24186/9852/7995 24187/9851/7994 24192/9855/7998</w:t>
        <w:br/>
        <w:t>f 24198/9861/8004 24186/9852/7995 24192/9855/7998</w:t>
        <w:br/>
        <w:t>f 24200/9862/8005 24185/9847/7990 24184/9848/7991</w:t>
        <w:br/>
        <w:t>f 24199/9863/8006 24200/9862/8005 24184/9848/7991</w:t>
        <w:br/>
        <w:t>f 24202/9864/8007 24200/9862/8005 24199/9863/8006</w:t>
        <w:br/>
        <w:t>f 24201/9865/8007 24202/9864/8007 24199/9863/8006</w:t>
        <w:br/>
        <w:t>f 24206/9866/8008 24205/9867/8009 24204/9868/8010</w:t>
        <w:br/>
        <w:t>f 24203/9869/8011 24206/9866/8008 24204/9868/8010</w:t>
        <w:br/>
        <w:t>f 24208/9870/8012 24202/9864/8007 24201/9865/8007</w:t>
        <w:br/>
        <w:t>f 24207/9871/8012 24208/9870/8012 24201/9865/8007</w:t>
        <w:br/>
        <w:t>f 24199/9863/8006 24184/9848/7991 24190/9854/7997</w:t>
        <w:br/>
        <w:t>f 24209/9872/8013 24199/9863/8006 24190/9854/7997</w:t>
        <w:br/>
        <w:t>f 24199/9863/8006 24209/9872/8013 24210/9873/8014</w:t>
        <w:br/>
        <w:t>f 24212/9874/8015 24210/9873/8014 24211/9875/8016</w:t>
        <w:br/>
        <w:t>f 24209/9872/8013 24211/9875/8016 24210/9873/8014</w:t>
        <w:br/>
        <w:t>f 24214/9876/8017 24213/9877/8017 24188/9850/7993</w:t>
        <w:br/>
        <w:t>f 24189/9849/7992 24214/9876/8017 24188/9850/7993</w:t>
        <w:br/>
        <w:t>f 24196/9859/8002 24195/9857/8000 24216/9878/8018</w:t>
        <w:br/>
        <w:t>f 24215/9879/8019 24196/9859/8002 24216/9878/8018</w:t>
        <w:br/>
        <w:t>f 24176/9838/7982 24218/9880/8020 24217/9881/8021</w:t>
        <w:br/>
        <w:t>f 24175/9839/7983 24176/9838/7982 24217/9881/8021</w:t>
        <w:br/>
        <w:t>f 24215/9879/8019 24216/9878/8018 24220/9882/8022</w:t>
        <w:br/>
        <w:t>f 24219/9883/8023 24215/9879/8019 24220/9882/8022</w:t>
        <w:br/>
        <w:t>f 24220/9882/8022 24216/9878/8018 24221/9884/8024</w:t>
        <w:br/>
        <w:t>f 24221/9884/8024 24216/9878/8018 24194/9858/8001</w:t>
        <w:br/>
        <w:t>f 24194/9858/8001 24216/9878/8018 24195/9857/8000</w:t>
        <w:br/>
        <w:t>f 24214/9876/8017 24206/9866/8008 24203/9869/8011</w:t>
        <w:br/>
        <w:t>f 24213/9877/8017 24214/9876/8017 24203/9869/8011</w:t>
        <w:br/>
        <w:t>f 5314/2622/2075 5315/2621/2074 24222/9885/8025</w:t>
        <w:br/>
        <w:t>f 12683/5526/4588 12686/5528/4590 24223/9886/8026</w:t>
        <w:br/>
        <w:t>f 187/9887/8027 177/176/152 179/180/156</w:t>
        <w:br/>
        <w:t>f 187/9887/8027 176/177/153 177/176/152</w:t>
        <w:br/>
        <w:t>f 203/9888/8028 196/194/156 191/193/163</w:t>
        <w:br/>
        <w:t>f 203/9888/8028 191/193/163 192/192/153</w:t>
        <w:br/>
        <w:t>f 398/340/247 397/361/156 396/9889/8029</w:t>
        <w:br/>
        <w:t>f 395/324/233 398/340/247 396/9889/8029</w:t>
        <w:br/>
        <w:t>f 399/321/230 395/324/233 396/9889/8029</w:t>
        <w:br/>
        <w:t>f 400/9890/8030 399/321/230 396/9889/8029</w:t>
        <w:br/>
        <w:t>f 400/9890/8030 401/327/236 399/321/230</w:t>
        <w:br/>
        <w:t>f 510/450/334 509/435/322 508/9891/8031</w:t>
        <w:br/>
        <w:t>f 397/361/156 510/450/334 508/9891/8031</w:t>
        <w:br/>
        <w:t>f 508/9891/8031 509/435/322 511/434/321</w:t>
        <w:br/>
        <w:t>f 512/9892/8032 508/9891/8031 511/434/321</w:t>
        <w:br/>
        <w:t>f 514/9893/8030 511/434/321 513/439/236</w:t>
        <w:br/>
        <w:t>f 445/364/263 554/478/356 553/470/348</w:t>
        <w:br/>
        <w:t>f 442/363/262 445/364/263 553/470/348</w:t>
        <w:br/>
        <w:t>f 800/9894/8033 799/9895/8034 798/765/564</w:t>
        <w:br/>
        <w:t>f 797/764/563 800/9894/8033 798/765/564</w:t>
        <w:br/>
        <w:t>f 804/9896/8035 803/9897/8036 802/9898/8037</w:t>
        <w:br/>
        <w:t>f 801/9899/8038 804/9896/8035 802/9898/8037</w:t>
        <w:br/>
        <w:t>f 799/9895/8034 806/9900/8039 805/767/566</w:t>
        <w:br/>
        <w:t>f 798/765/564 799/9895/8034 805/767/566</w:t>
        <w:br/>
        <w:t>f 808/9901/8040 805/767/566 806/9900/8039</w:t>
        <w:br/>
        <w:t>f 807/9902/8041 808/9901/8040 806/9900/8039</w:t>
        <w:br/>
        <w:t>f 804/9896/8035 801/9899/8038 808/9901/8040</w:t>
        <w:br/>
        <w:t>f 810/9903/8042 809/9904/8043 803/9897/8036</w:t>
        <w:br/>
        <w:t>f 804/9896/8035 810/9903/8042 803/9897/8036</w:t>
        <w:br/>
        <w:t>f 810/9903/8042 807/9902/8041 811/9905/8044</w:t>
        <w:br/>
        <w:t>f 809/9904/8043 810/9903/8042 811/9905/8044</w:t>
        <w:br/>
        <w:t>f 812/9906/8045 811/9905/8044 807/9902/8041</w:t>
        <w:br/>
        <w:t>f 806/9900/8039 812/9906/8045 807/9902/8041</w:t>
        <w:br/>
        <w:t>f 799/9895/8034 800/9894/8033 812/9906/8045</w:t>
        <w:br/>
        <w:t>f 806/9900/8039 799/9895/8034 812/9906/8045</w:t>
        <w:br/>
        <w:t>f 814/9907/8046 801/9899/8038 802/9898/8037</w:t>
        <w:br/>
        <w:t>f 813/9908/8047 814/9907/8046 802/9898/8037</w:t>
        <w:br/>
        <w:t>f 807/9902/8041 810/9903/8042 808/9901/8040</w:t>
        <w:br/>
        <w:t>f 810/9903/8042 804/9896/8035 808/9901/8040</w:t>
        <w:br/>
        <w:t>f 903/853/645 902/9909/8048 800/9894/8033</w:t>
        <w:br/>
        <w:t>f 797/764/563 903/853/645 800/9894/8033</w:t>
        <w:br/>
        <w:t>f 802/9898/8037 803/9897/8036 905/9910/8049</w:t>
        <w:br/>
        <w:t>f 904/9911/8050 802/9898/8037 905/9910/8049</w:t>
        <w:br/>
        <w:t>f 907/856/647 906/9912/8051 902/9909/8048</w:t>
        <w:br/>
        <w:t>f 903/853/645 907/856/647 902/9909/8048</w:t>
        <w:br/>
        <w:t>f 906/9912/8051 907/856/647 909/9913/8052</w:t>
        <w:br/>
        <w:t>f 908/9914/8053 906/9912/8051 909/9913/8052</w:t>
        <w:br/>
        <w:t>f 905/9910/8049 909/9913/8052 904/9911/8050</w:t>
        <w:br/>
        <w:t>f 803/9897/8036 809/9904/8043 910/9915/8054</w:t>
        <w:br/>
        <w:t>f 905/9910/8049 803/9897/8036 910/9915/8054</w:t>
        <w:br/>
        <w:t>f 911/9916/8055 908/9914/8053 910/9915/8054</w:t>
        <w:br/>
        <w:t>f 809/9904/8043 911/9916/8055 910/9915/8054</w:t>
        <w:br/>
        <w:t>f 812/9906/8045 906/9912/8051 908/9914/8053</w:t>
        <w:br/>
        <w:t>f 811/9905/8044 812/9906/8045 908/9914/8053</w:t>
        <w:br/>
        <w:t>f 902/9909/8048 906/9912/8051 812/9906/8045</w:t>
        <w:br/>
        <w:t>f 800/9894/8033 902/9909/8048 812/9906/8045</w:t>
        <w:br/>
        <w:t>f 912/9917/8056 813/9908/8047 802/9898/8037</w:t>
        <w:br/>
        <w:t>f 904/9911/8050 912/9917/8056 802/9898/8037</w:t>
        <w:br/>
        <w:t>f 908/9914/8053 909/9913/8052 910/9915/8054</w:t>
        <w:br/>
        <w:t>f 910/9915/8054 909/9913/8052 905/9910/8049</w:t>
        <w:br/>
        <w:t>f 6272/9918/8057 7153/9919/8058 7152/9920/8059</w:t>
        <w:br/>
        <w:t>f 6271/9921/8060 6272/9918/8057 7152/9920/8059</w:t>
        <w:br/>
        <w:t>f 7159/9922/8061 7156/9923/8062 7158/9924/8063</w:t>
        <w:br/>
        <w:t>f 7157/9925/8064 7159/9922/8061 7158/9924/8063</w:t>
        <w:br/>
        <w:t>f 8167/9926/8065 6858/9927/8066 8190/9928/8067</w:t>
        <w:br/>
        <w:t>f 8192/9929/8068 8167/9926/8065 8190/9928/8067</w:t>
        <w:br/>
        <w:t>f 9746/9930/8069 9740/9931/8070 9741/9932/8071</w:t>
        <w:br/>
        <w:t>f 9747/9933/8072 9746/9930/8069 9741/9932/8071</w:t>
        <w:br/>
        <w:t>f 18379/9934/8073 18378/7449/6067 18377/7451/6069</w:t>
        <w:br/>
        <w:t>f 18378/7449/6067 18379/9934/8073 18380/9935/8074</w:t>
        <w:br/>
        <w:t>f 18351/7418/6039 18378/7449/6067 18380/9935/8074</w:t>
        <w:br/>
        <w:t>f 18384/7452/6070 18383/7454/6073 18382/9936/8075</w:t>
        <w:br/>
        <w:t>f 18381/9937/8076 18384/7452/6070 18382/9936/8075</w:t>
        <w:br/>
        <w:t>f 18351/7418/6039 18380/9935/8074 18385/9938/8077</w:t>
        <w:br/>
        <w:t>f 18350/7419/6040 18351/7418/6039 18385/9938/8077</w:t>
        <w:br/>
        <w:t>f 18385/9938/8077 18387/9939/8078 18386/7448/6066</w:t>
        <w:br/>
        <w:t>f 18350/7419/6040 18385/9938/8077 18386/7448/6066</w:t>
        <w:br/>
        <w:t>f 18374/7443/6061 18389/9940/8079 18388/9941/8080</w:t>
        <w:br/>
        <w:t>f 18373/7444/6062 18374/7443/6061 18388/9941/8080</w:t>
        <w:br/>
        <w:t>f 18383/7454/6073 18373/7444/6062 18388/9941/8080</w:t>
        <w:br/>
        <w:t>f 18382/9936/8075 18383/7454/6073 18388/9941/8080</w:t>
        <w:br/>
        <w:t>f 18384/7452/6070 18381/9937/8076 18390/9942/8081</w:t>
        <w:br/>
        <w:t>f 18389/9940/8079 18374/7443/6061 18391/7445/6063</w:t>
        <w:br/>
        <w:t>f 18387/9939/8078 18346/7415/6036 18347/7414/6035</w:t>
        <w:br/>
        <w:t>f 18387/9939/8078 18347/7414/6035 18386/7448/6066</w:t>
        <w:br/>
        <w:t>f 18391/7445/6063 18346/7415/6036 18387/9939/8078</w:t>
        <w:br/>
        <w:t>f 19115/9943/8082 19093/7656/6227 19114/9944/8083</w:t>
        <w:br/>
        <w:t>f 19115/9943/8082 19117/9945/8084 19116/9946/8084</w:t>
        <w:br/>
        <w:t>f 19114/9944/8083 19118/9947/8085 19115/9943/8082</w:t>
        <w:br/>
        <w:t>f 19096/7660/6231 19119/9948/8086 19114/9944/8083</w:t>
        <w:br/>
        <w:t>f 19093/7656/6227 19092/7657/6228 19114/9944/8083</w:t>
        <w:br/>
        <w:t>f 19092/7657/6228 19096/7660/6231 19114/9944/8083</w:t>
        <w:br/>
        <w:t>f 19197/9949/8087 19114/9944/8083 19176/7733/6289</w:t>
        <w:br/>
        <w:t>f 19197/9949/8087 19199/9950/8088 19198/9951/8088</w:t>
        <w:br/>
        <w:t>f 19114/9944/8083 19197/9949/8087 19200/9952/8089</w:t>
        <w:br/>
        <w:t>f 19178/7738/6294 19114/9944/8083 19119/9948/8086</w:t>
        <w:br/>
        <w:t>f 19176/7733/6289 19114/9944/8083 19175/7734/6290</w:t>
        <w:br/>
        <w:t>f 19175/7734/6290 19114/9944/8083 19178/7738/6294</w:t>
        <w:br/>
        <w:t>f 21989/8348/6790 21992/9953/8090 21991/8350/6792</w:t>
        <w:br/>
        <w:t>f 21997/8363/6804 21996/9954/8091 21992/9953/8090</w:t>
        <w:br/>
        <w:t>f 21990/8347/6789 21997/8363/6804 21992/9953/8090</w:t>
        <w:br/>
        <w:t>f 21989/8348/6790 21990/8347/6789 21992/9953/8090</w:t>
        <w:br/>
        <w:t>f 22328/8683/7094 22330/9955/8092 22329/9956/8093</w:t>
        <w:br/>
        <w:t>f 22336/8698/7106 22327/8684/7095 22329/9956/8093</w:t>
        <w:br/>
        <w:t>f 22335/9957/8094 22336/8698/7106 22329/9956/8093</w:t>
        <w:br/>
        <w:t>f 22328/8683/7094 22329/9956/8093 22327/8684/7095</w:t>
        <w:br/>
        <w:t>f 1839/9958/6370 1838/9959/1217 1837/9960/1215</w:t>
        <w:br/>
        <w:t>f 1836/9961/6020 1839/9958/6370 1837/9960/1215</w:t>
        <w:br/>
        <w:t>f 1842/9962/1214 1841/9963/1217 1840/9964/6370</w:t>
        <w:br/>
        <w:t>f 1843/9965/1213 1842/9962/1214 1840/9964/6370</w:t>
        <w:br/>
        <w:t>f 1845/9966/5866 1844/9967/1226 1842/9962/1214</w:t>
        <w:br/>
        <w:t>f 1843/9965/1213 1845/9966/5866 1842/9962/1214</w:t>
        <w:br/>
        <w:t>f 1846/9968/1224 1844/9967/1226 1845/9966/5866</w:t>
        <w:br/>
        <w:t>f 1847/9969/8095 1846/9968/1224 1845/9966/5866</w:t>
        <w:br/>
        <w:t>f 1848/9970/1222 1846/9968/1224 1847/9969/8095</w:t>
        <w:br/>
        <w:t>f 1849/9971/1223 1848/9970/1222 1847/9969/8095</w:t>
        <w:br/>
        <w:t>f 1851/9972/1221 1850/9973/1220 1848/9970/1222</w:t>
        <w:br/>
        <w:t>f 1849/9971/1223 1851/9972/1221 1848/9970/1222</w:t>
        <w:br/>
        <w:t>f 1853/9974/1219 1852/9975/1218 1850/9973/1220</w:t>
        <w:br/>
        <w:t>f 1851/9972/1221 1853/9974/1219 1850/9973/1220</w:t>
        <w:br/>
        <w:t>f 1836/9961/6020 1837/9960/1215 1852/9975/1218</w:t>
        <w:br/>
        <w:t>f 1853/9974/1219 1836/9961/6020 1852/9975/1218</w:t>
        <w:br/>
        <w:t>f 1855/9976/1231 1854/9977/1230 1837/9960/1215</w:t>
        <w:br/>
        <w:t>f 1838/9959/1217 1855/9976/1231 1837/9960/1215</w:t>
        <w:br/>
        <w:t>f 1842/9962/1214 1857/9978/1229 1856/9979/1231</w:t>
        <w:br/>
        <w:t>f 1841/9963/1217 1842/9962/1214 1856/9979/1231</w:t>
        <w:br/>
        <w:t>f 1858/9980/1236 1857/9978/1229 1842/9962/1214</w:t>
        <w:br/>
        <w:t>f 1844/9967/1226 1858/9980/1236 1842/9962/1214</w:t>
        <w:br/>
        <w:t>f 1846/9968/1224 1859/9981/5854 1858/9980/1236</w:t>
        <w:br/>
        <w:t>f 1844/9967/1226 1846/9968/1224 1858/9980/1236</w:t>
        <w:br/>
        <w:t>f 1848/9970/1222 1860/9982/1234 1859/9981/5854</w:t>
        <w:br/>
        <w:t>f 1846/9968/1224 1848/9970/1222 1859/9981/5854</w:t>
        <w:br/>
        <w:t>f 1850/9973/1220 1861/9983/1233 1860/9982/1234</w:t>
        <w:br/>
        <w:t>f 1848/9970/1222 1850/9973/1220 1860/9982/1234</w:t>
        <w:br/>
        <w:t>f 1862/9984/1232 1861/9983/1233 1850/9973/1220</w:t>
        <w:br/>
        <w:t>f 1852/9975/1218 1862/9984/1232 1850/9973/1220</w:t>
        <w:br/>
        <w:t>f 1837/9960/1215 1854/9977/1230 1862/9984/1232</w:t>
        <w:br/>
        <w:t>f 1852/9975/1218 1837/9960/1215 1862/9984/1232</w:t>
        <w:br/>
        <w:t>f 1855/9976/1231 1864/9985/1428 1863/9986/1431</w:t>
        <w:br/>
        <w:t>f 1854/9977/1230 1855/9976/1231 1863/9986/1431</w:t>
        <w:br/>
        <w:t>f 1866/9987/1238 1865/9988/1428 1856/9979/1231</w:t>
        <w:br/>
        <w:t>f 1857/9978/1229 1866/9987/1238 1856/9979/1231</w:t>
        <w:br/>
        <w:t>f 1867/9989/5874 1866/9987/1238 1857/9978/1229</w:t>
        <w:br/>
        <w:t>f 1858/9980/1236 1867/9989/5874 1857/9978/1229</w:t>
        <w:br/>
        <w:t>f 1859/9981/5854 1868/9990/6028 1867/9989/5874</w:t>
        <w:br/>
        <w:t>f 1858/9980/1236 1859/9981/5854 1867/9989/5874</w:t>
        <w:br/>
        <w:t>f 1860/9982/1234 1869/9991/7323 1868/9990/6028</w:t>
        <w:br/>
        <w:t>f 1859/9981/5854 1860/9982/1234 1868/9990/6028</w:t>
        <w:br/>
        <w:t>f 1870/9992/1433 1869/9991/7323 1860/9982/1234</w:t>
        <w:br/>
        <w:t>f 1861/9983/1233 1870/9992/1433 1860/9982/1234</w:t>
        <w:br/>
        <w:t>f 1871/9993/1241 1870/9992/1433 1861/9983/1233</w:t>
        <w:br/>
        <w:t>f 1862/9984/1232 1871/9993/1241 1861/9983/1233</w:t>
        <w:br/>
        <w:t>f 1854/9977/1230 1863/9986/1431 1871/9993/1241</w:t>
        <w:br/>
        <w:t>f 1862/9984/1232 1854/9977/1230 1871/9993/1241</w:t>
        <w:br/>
        <w:t>f 1839/9958/6370 1836/9961/6020 1872/9994/1246</w:t>
        <w:br/>
        <w:t>f 1843/9965/1213 1840/9964/6370 1872/9994/1246</w:t>
        <w:br/>
        <w:t>f 1845/9966/5866 1843/9965/1213 1872/9994/1246</w:t>
        <w:br/>
        <w:t>f 1847/9969/8095 1845/9966/5866 1872/9994/1246</w:t>
        <w:br/>
        <w:t>f 1849/9971/1223 1847/9969/8095 1872/9994/1246</w:t>
        <w:br/>
        <w:t>f 1851/9972/1221 1849/9971/1223 1872/9994/1246</w:t>
        <w:br/>
        <w:t>f 1853/9974/1219 1851/9972/1221 1872/9994/1246</w:t>
        <w:br/>
        <w:t>f 1836/9961/6020 1853/9974/1219 1872/9994/1246</w:t>
        <w:br/>
        <w:t>f 1863/9986/1431 1864/9985/1428 1873/9995/1247</w:t>
        <w:br/>
        <w:t>f 1865/9988/1428 1866/9987/1238 1873/9995/1247</w:t>
        <w:br/>
        <w:t>f 1866/9987/1238 1867/9989/5874 1873/9995/1247</w:t>
        <w:br/>
        <w:t>f 1867/9989/5874 1868/9990/6028 1873/9995/1247</w:t>
        <w:br/>
        <w:t>f 1868/9990/6028 1869/9991/7323 1873/9995/1247</w:t>
        <w:br/>
        <w:t>f 1869/9991/7323 1870/9992/1433 1873/9995/1247</w:t>
        <w:br/>
        <w:t>f 1870/9992/1433 1871/9993/1241 1873/9995/1247</w:t>
        <w:br/>
        <w:t>f 1871/9993/1241 1863/9986/1431 1873/9995/1247</w:t>
        <w:br/>
        <w:t>f 2777/9996/8096 2776/9997/8097 2775/9998/8098</w:t>
        <w:br/>
        <w:t>f 2774/9999/8099 2777/9996/8096 2775/9998/8098</w:t>
        <w:br/>
        <w:t>f 2781/10000/8100 2780/10001/8101 2779/10002/8102</w:t>
        <w:br/>
        <w:t>f 2778/10003/8103 2781/10000/8100 2779/10002/8102</w:t>
        <w:br/>
        <w:t>f 2778/10003/8103 2783/10004/8104 2782/10005/8105</w:t>
        <w:br/>
        <w:t>f 2781/10000/8100 2778/10003/8103 2782/10005/8105</w:t>
        <w:br/>
        <w:t>f 2777/9996/8096 2782/10005/8105 2783/10004/8104</w:t>
        <w:br/>
        <w:t>f 2776/9997/8097 2777/9996/8096 2783/10004/8104</w:t>
        <w:br/>
        <w:t>f 2787/10006/8106 2786/10007/8107 2785/10008/8108</w:t>
        <w:br/>
        <w:t>f 2784/10009/8109 2787/10006/8106 2785/10008/8108</w:t>
        <w:br/>
        <w:t>f 2784/10009/8109 2785/10008/8108 2789/10010/8110</w:t>
        <w:br/>
        <w:t>f 2788/10011/8111 2784/10009/8109 2789/10010/8110</w:t>
        <w:br/>
        <w:t>f 2792/10012/8112 2791/10013/8113 2790/10014/8114</w:t>
        <w:br/>
        <w:t>f 2795/10015/8115 2794/10016/8116 2793/10017/8117</w:t>
        <w:br/>
        <w:t>f 2796/10018/8118 2795/10015/8115 2793/10017/8117</w:t>
        <w:br/>
        <w:t>f 2800/10019/8119 2799/10020/8120 2798/10021/8121</w:t>
        <w:br/>
        <w:t>f 2797/10022/8122 2800/10019/8119 2798/10021/8121</w:t>
        <w:br/>
        <w:t>f 2802/10023/8123 2801/10024/8124 2779/10002/8102</w:t>
        <w:br/>
        <w:t>f 2780/10001/8101 2802/10023/8123 2779/10002/8102</w:t>
        <w:br/>
        <w:t>f 2806/10025/8125 2805/10026/8126 2804/10027/8127</w:t>
        <w:br/>
        <w:t>f 2803/10028/8128 2806/10025/8125 2804/10027/8127</w:t>
        <w:br/>
        <w:t>f 2799/10020/8120 2794/10016/8116 2795/10015/8115</w:t>
        <w:br/>
        <w:t>f 2798/10021/8121 2799/10020/8120 2795/10015/8115</w:t>
        <w:br/>
        <w:t>f 2810/10029/8129 2809/10030/8130 2808/10031/8131</w:t>
        <w:br/>
        <w:t>f 2807/10032/8132 2810/10029/8129 2808/10031/8131</w:t>
        <w:br/>
        <w:t>f 2812/10033/8133 2811/10034/8134 2808/10031/8131</w:t>
        <w:br/>
        <w:t>f 2809/10030/8130 2812/10033/8133 2808/10031/8131</w:t>
        <w:br/>
        <w:t>f 2814/10035/8135 2813/10036/8136 2811/10034/8134</w:t>
        <w:br/>
        <w:t>f 2812/10033/8133 2814/10035/8135 2811/10034/8134</w:t>
        <w:br/>
        <w:t>f 2816/10037/8137 2814/10035/8135 2812/10033/8133</w:t>
        <w:br/>
        <w:t>f 2815/10038/8138 2816/10037/8137 2812/10033/8133</w:t>
        <w:br/>
        <w:t>f 2809/10030/8130 2810/10029/8129 2805/10026/8126</w:t>
        <w:br/>
        <w:t>f 2806/10025/8125 2809/10030/8130 2805/10026/8126</w:t>
        <w:br/>
        <w:t>f 2809/10030/8130 2806/10025/8125 2815/10038/8138</w:t>
        <w:br/>
        <w:t>f 2812/10033/8133 2809/10030/8130 2815/10038/8138</w:t>
        <w:br/>
        <w:t>f 2796/10018/8118 2793/10017/8117 2801/10024/8124</w:t>
        <w:br/>
        <w:t>f 2802/10023/8123 2796/10018/8118 2801/10024/8124</w:t>
        <w:br/>
        <w:t>f 2818/10039/8139 2817/10040/8140 2813/10036/8136</w:t>
        <w:br/>
        <w:t>f 2814/10035/8135 2818/10039/8139 2813/10036/8136</w:t>
        <w:br/>
        <w:t>f 2819/10041/8141 2818/10039/8139 2814/10035/8135</w:t>
        <w:br/>
        <w:t>f 2816/10037/8137 2819/10041/8141 2814/10035/8135</w:t>
        <w:br/>
        <w:t>f 2803/10028/8128 2816/10037/8137 2815/10038/8138</w:t>
        <w:br/>
        <w:t>f 2815/10038/8138 2806/10025/8125 2803/10028/8128</w:t>
        <w:br/>
        <w:t>f 2820/10042/8142 2779/10002/8102 2817/10040/8140</w:t>
        <w:br/>
        <w:t>f 2818/10039/8139 2820/10042/8142 2817/10040/8140</w:t>
        <w:br/>
        <w:t>f 2778/10003/8103 2779/10002/8102 2820/10042/8142</w:t>
        <w:br/>
        <w:t>f 2824/10043/8143 2823/10044/8144 2822/10045/8145</w:t>
        <w:br/>
        <w:t>f 2821/10046/8146 2824/10043/8143 2822/10045/8145</w:t>
        <w:br/>
        <w:t>f 2825/10047/8147 2821/10046/8146 2822/10045/8145</w:t>
        <w:br/>
        <w:t>f 2827/10048/8148 2785/10008/8108 2786/10007/8107</w:t>
        <w:br/>
        <w:t>f 2826/10049/8149 2827/10048/8148 2786/10007/8107</w:t>
        <w:br/>
        <w:t>f 2791/10013/8113 2827/10048/8148 2790/10014/8114</w:t>
        <w:br/>
        <w:t>f 2821/10046/8146 2825/10047/8147 2829/10050/8150</w:t>
        <w:br/>
        <w:t>f 2828/10051/8151 2821/10046/8146 2829/10050/8150</w:t>
        <w:br/>
        <w:t>f 2776/9997/8097 2783/10004/8104 2821/10046/8146</w:t>
        <w:br/>
        <w:t>f 2826/10049/8149 2832/10052/8152 2831/10053/8153</w:t>
        <w:br/>
        <w:t>f 2830/10054/8154 2826/10049/8149 2831/10053/8153</w:t>
        <w:br/>
        <w:t>f 2775/9998/8098 2776/9997/8097 2828/10051/8151</w:t>
        <w:br/>
        <w:t>f 2775/9998/8098 2828/10051/8151 2829/10050/8150</w:t>
        <w:br/>
        <w:t>f 2833/10055/8155 2775/9998/8098 2829/10050/8150</w:t>
        <w:br/>
        <w:t>f 2835/10056/8156 2834/10057/8157 2830/10054/8154</w:t>
        <w:br/>
        <w:t>f 2831/10053/8153 2835/10056/8156 2830/10054/8154</w:t>
        <w:br/>
        <w:t>f 2837/10058/8158 2836/10059/8159 2835/10056/8156</w:t>
        <w:br/>
        <w:t>f 2831/10053/8153 2837/10058/8158 2835/10056/8156</w:t>
        <w:br/>
        <w:t>f 2831/10053/8153 2832/10052/8152 2838/10060/8160</w:t>
        <w:br/>
        <w:t>f 2837/10058/8158 2831/10053/8153 2838/10060/8160</w:t>
        <w:br/>
        <w:t>f 2838/10060/8160 2832/10052/8152 2840/10061/8161</w:t>
        <w:br/>
        <w:t>f 2839/10062/8162 2838/10060/8160 2840/10061/8161</w:t>
        <w:br/>
        <w:t>f 2841/10063/8163 2838/10060/8160 2839/10062/8162</w:t>
        <w:br/>
        <w:t>f 2843/10064/8164 2842/10065/8165 2837/10058/8158</w:t>
        <w:br/>
        <w:t>f 2838/10060/8160 2843/10064/8164 2837/10058/8158</w:t>
        <w:br/>
        <w:t>f 2836/10059/8159 2837/10058/8158 2842/10065/8165</w:t>
        <w:br/>
        <w:t>f 2844/10066/8166 2836/10059/8159 2842/10065/8165</w:t>
        <w:br/>
        <w:t>f 2846/10067/8167 2844/10066/8166 2842/10065/8165</w:t>
        <w:br/>
        <w:t>f 2845/10068/8168 2846/10067/8167 2842/10065/8165</w:t>
        <w:br/>
        <w:t>f 2847/10069/8169 2845/10068/8168 2842/10065/8165</w:t>
        <w:br/>
        <w:t>f 2843/10064/8164 2847/10069/8169 2842/10065/8165</w:t>
        <w:br/>
        <w:t>f 2849/10070/8170 2843/10064/8164 2848/10071/8171</w:t>
        <w:br/>
        <w:t>f 2852/10072/8172 2851/10073/8173 2850/10074/8174</w:t>
        <w:br/>
        <w:t>f 2854/10075/8175 2851/10073/8173 2853/10076/8176</w:t>
        <w:br/>
        <w:t>f 2855/10077/8177 2854/10075/8175 2853/10076/8176</w:t>
        <w:br/>
        <w:t>f 2856/10078/8178 2851/10073/8173 2852/10072/8172</w:t>
        <w:br/>
        <w:t>f 2845/10068/8168 2847/10069/8169 2850/10074/8174</w:t>
        <w:br/>
        <w:t>f 2851/10073/8173 2845/10068/8168 2850/10074/8174</w:t>
        <w:br/>
        <w:t>f 2854/10075/8175 2846/10067/8167 2845/10068/8168</w:t>
        <w:br/>
        <w:t>f 2851/10073/8173 2854/10075/8175 2845/10068/8168</w:t>
        <w:br/>
        <w:t>f 2858/10079/8179 2853/10076/8176 2857/10080/8180</w:t>
        <w:br/>
        <w:t>f 2853/10076/8176 2860/10081/8181 2859/10082/8182</w:t>
        <w:br/>
        <w:t>f 2853/10076/8176 2859/10082/8182 2861/10083/8183</w:t>
        <w:br/>
        <w:t>f 2783/10004/8104 2778/10003/8103 2824/10043/8143</w:t>
        <w:br/>
        <w:t>f 2821/10046/8146 2783/10004/8104 2824/10043/8143</w:t>
        <w:br/>
        <w:t>f 2779/10002/8102 2801/10024/8124 2817/10040/8140</w:t>
        <w:br/>
        <w:t>f 2860/10081/8181 2853/10076/8176 2851/10073/8173</w:t>
        <w:br/>
        <w:t>f 2856/10078/8178 2860/10081/8181 2851/10073/8173</w:t>
        <w:br/>
        <w:t>f 2853/10076/8176 2858/10079/8179 3088/10084/8184</w:t>
        <w:br/>
        <w:t>f 3090/10085/8185 2847/10069/8169 2843/10064/8164</w:t>
        <w:br/>
        <w:t>f 2849/10070/8170 3090/10085/8185 2843/10064/8164</w:t>
        <w:br/>
        <w:t>f 2843/10064/8164 2838/10060/8160 2841/10063/8163</w:t>
        <w:br/>
        <w:t>f 2789/10010/8110 2791/10013/8113 2792/10012/8112</w:t>
        <w:br/>
        <w:t>f 2788/10011/8111 2789/10010/8110 2792/10012/8112</w:t>
        <w:br/>
        <w:t>f 2789/10010/8110 2785/10008/8108 2827/10048/8148</w:t>
        <w:br/>
        <w:t>f 2791/10013/8113 2789/10010/8110 2827/10048/8148</w:t>
        <w:br/>
        <w:t>f 2840/10061/8161 2832/10052/8152 2786/10007/8107</w:t>
        <w:br/>
        <w:t>f 2787/10006/8106 2840/10061/8161 2786/10007/8107</w:t>
        <w:br/>
        <w:t>f 2826/10049/8149 2786/10007/8107 2832/10052/8152</w:t>
        <w:br/>
        <w:t>f 2776/9997/8097 2821/10046/8146 2828/10051/8151</w:t>
        <w:br/>
        <w:t>f 2843/10064/8164 2841/10063/8163 2848/10071/8171</w:t>
        <w:br/>
        <w:t>f 3129/10086/8186 3128/10087/8187 3127/10088/8188</w:t>
        <w:br/>
        <w:t>f 3132/10089/8186 3131/10090/8189 3130/10091/8190</w:t>
        <w:br/>
        <w:t>f 3127/10088/8188 3133/10092/8191 3129/10086/8186</w:t>
        <w:br/>
        <w:t>f 3134/10093/8192 3129/10086/8186 3133/10092/8191</w:t>
        <w:br/>
        <w:t>f 3136/10094/8193 3132/10089/8186 3135/10095/8194</w:t>
        <w:br/>
        <w:t>f 3132/10089/8186 3138/10096/8195 3137/10097/8196</w:t>
        <w:br/>
        <w:t>f 3136/10094/8193 3138/10096/8195 3132/10089/8186</w:t>
        <w:br/>
        <w:t>f 3131/10090/8189 3132/10089/8186 3137/10097/8196</w:t>
        <w:br/>
        <w:t>f 3129/10086/8186 3139/10098/8197 3128/10087/8187</w:t>
        <w:br/>
        <w:t>f 3143/10099/8198 3142/10100/8199 3141/10101/8200</w:t>
        <w:br/>
        <w:t>f 3140/10102/8201 3143/10099/8198 3141/10101/8200</w:t>
        <w:br/>
        <w:t>f 3147/10103/8202 3146/10104/8203 3145/10105/8204</w:t>
        <w:br/>
        <w:t>f 3144/10106/8205 3147/10103/8202 3145/10105/8204</w:t>
        <w:br/>
        <w:t>f 3149/10107/8206 3148/10108/8207 3146/10104/8203</w:t>
        <w:br/>
        <w:t>f 3147/10103/8202 3149/10107/8206 3146/10104/8203</w:t>
        <w:br/>
        <w:t>f 3151/10109/8208 3150/10110/8209 3148/10108/8207</w:t>
        <w:br/>
        <w:t>f 3149/10107/8206 3151/10109/8208 3148/10108/8207</w:t>
        <w:br/>
        <w:t>f 3150/10110/8209 3151/10109/8208 3153/10111/8210</w:t>
        <w:br/>
        <w:t>f 3152/10112/8211 3150/10110/8209 3153/10111/8210</w:t>
        <w:br/>
        <w:t>f 3153/10111/8210 3155/10113/8212 3154/10114/8213</w:t>
        <w:br/>
        <w:t>f 3152/10112/8211 3153/10111/8210 3154/10114/8213</w:t>
        <w:br/>
        <w:t>f 3159/10115/8214 3158/10116/8215 3157/10117/8216</w:t>
        <w:br/>
        <w:t>f 3156/10118/8217 3159/10115/8214 3157/10117/8216</w:t>
        <w:br/>
        <w:t>f 3157/10117/8216 3158/10116/8215 3161/10119/8218</w:t>
        <w:br/>
        <w:t>f 3160/10120/8219 3157/10117/8216 3161/10119/8218</w:t>
        <w:br/>
        <w:t>f 3165/10121/8220 3164/10122/8221 3163/10123/8222</w:t>
        <w:br/>
        <w:t>f 3162/10124/8223 3165/10121/8220 3163/10123/8222</w:t>
        <w:br/>
        <w:t>f 3169/10125/8224 3168/10126/8225 3167/10127/8226</w:t>
        <w:br/>
        <w:t>f 3166/10128/8227 3169/10125/8224 3167/10127/8226</w:t>
        <w:br/>
        <w:t>f 3168/10126/8225 3171/10129/8228 3170/10130/8229</w:t>
        <w:br/>
        <w:t>f 3167/10127/8226 3168/10126/8225 3170/10130/8229</w:t>
        <w:br/>
        <w:t>f 3174/10131/8230 3173/10132/8231 3172/10133/8232</w:t>
        <w:br/>
        <w:t>f 3177/10134/8233 3176/10135/8234 3175/10136/8235</w:t>
        <w:br/>
        <w:t>f 3173/10132/8231 3177/10134/8233 3175/10136/8235</w:t>
        <w:br/>
        <w:t>f 3180/10137/8236 3179/10138/8237 3178/10139/8238</w:t>
        <w:br/>
        <w:t>f 3157/10117/8216 3160/10120/8219 3181/10140/8239</w:t>
        <w:br/>
        <w:t>f 3142/10100/8199 3183/10141/8240 3182/10142/8241</w:t>
        <w:br/>
        <w:t>f 3182/10142/8241 3141/10101/8200 3142/10100/8199</w:t>
        <w:br/>
        <w:t>f 3170/10130/8229 3171/10129/8228 3174/10131/8230</w:t>
        <w:br/>
        <w:t>f 3170/10130/8229 3178/10139/8238 3179/10138/8237</w:t>
        <w:br/>
        <w:t>f 3184/10143/8242 3183/10141/8240 3142/10100/8199</w:t>
        <w:br/>
        <w:t>f 3143/10099/8198 3184/10143/8242 3142/10100/8199</w:t>
        <w:br/>
        <w:t>f 3132/10089/8186 3130/10091/8190 3185/10144/8243</w:t>
        <w:br/>
        <w:t>f 3186/10145/8244 3184/10143/8242 3143/10099/8198</w:t>
        <w:br/>
        <w:t>f 3147/10103/8202 3144/10106/8205 3186/10145/8244</w:t>
        <w:br/>
        <w:t>f 3187/10146/8245 3147/10103/8202 3186/10145/8244</w:t>
        <w:br/>
        <w:t>f 3187/10146/8245 3149/10107/8206 3147/10103/8202</w:t>
        <w:br/>
        <w:t>f 3149/10107/8206 3187/10146/8245 3188/10147/8246</w:t>
        <w:br/>
        <w:t>f 3151/10109/8208 3149/10107/8206 3188/10147/8246</w:t>
        <w:br/>
        <w:t>f 3188/10147/8246 3153/10111/8210 3151/10109/8208</w:t>
        <w:br/>
        <w:t>f 3153/10111/8210 3188/10147/8246 3189/10148/8247</w:t>
        <w:br/>
        <w:t>f 3155/10113/8212 3153/10111/8210 3189/10148/8247</w:t>
        <w:br/>
        <w:t>f 3191/10149/8248 3189/10148/8247 3190/10150/8249</w:t>
        <w:br/>
        <w:t>f 3161/10119/8218 3158/10116/8215 3192/10151/8250</w:t>
        <w:br/>
        <w:t>f 3163/10123/8222 3164/10122/8221 3193/10152/8251</w:t>
        <w:br/>
        <w:t>f 3193/10152/8251 3194/10153/8252 3163/10123/8222</w:t>
        <w:br/>
        <w:t>f 3171/10129/8228 3168/10126/8225 3195/10154/8253</w:t>
        <w:br/>
        <w:t>f 3177/10134/8233 3171/10129/8228 3195/10154/8253</w:t>
        <w:br/>
        <w:t>f 3173/10132/8231 3171/10129/8228 3177/10134/8233</w:t>
        <w:br/>
        <w:t>f 3196/10155/8254 3172/10133/8232 3173/10132/8231</w:t>
        <w:br/>
        <w:t>f 3175/10136/8235 3196/10155/8254 3173/10132/8231</w:t>
        <w:br/>
        <w:t>f 3143/10099/8198 3140/10102/8201 3198/10156/8255</w:t>
        <w:br/>
        <w:t>f 3197/10157/8256 3143/10099/8198 3198/10156/8255</w:t>
        <w:br/>
        <w:t>f 3172/10133/8232 3196/10155/8254 3180/10137/8236</w:t>
        <w:br/>
        <w:t>f 3174/10131/8230 3171/10129/8228 3173/10132/8231</w:t>
        <w:br/>
        <w:t>f 3191/10149/8248 3159/10115/8214 3156/10118/8217</w:t>
        <w:br/>
        <w:t>f 3190/10150/8249 3158/10116/8215 3159/10115/8214</w:t>
        <w:br/>
        <w:t>f 3160/10120/8219 3161/10119/8218 3199/10158/8257</w:t>
        <w:br/>
        <w:t>f 3199/10158/8257 3161/10119/8218 3192/10151/8250</w:t>
        <w:br/>
        <w:t>f 3134/10093/8192 3200/10159/8258 3129/10086/8186</w:t>
        <w:br/>
        <w:t>f 3203/10160/8259 3202/10161/8260 3201/10162/8250</w:t>
        <w:br/>
        <w:t>f 3164/10122/8221 3204/10163/8261 3193/10152/8251</w:t>
        <w:br/>
        <w:t>f 3164/10122/8221 3205/10164/8262 3204/10163/8261</w:t>
        <w:br/>
        <w:t>f 3206/10165/8263 3205/10164/8262 3164/10122/8221</w:t>
        <w:br/>
        <w:t>f 3165/10121/8220 3206/10165/8263 3164/10122/8221</w:t>
        <w:br/>
        <w:t>f 3144/10106/8205 3184/10143/8242 3186/10145/8244</w:t>
        <w:br/>
        <w:t>f 3183/10141/8240 3184/10143/8242 3144/10106/8205</w:t>
        <w:br/>
        <w:t>f 3145/10105/8204 3183/10141/8240 3144/10106/8205</w:t>
        <w:br/>
        <w:t>f 3207/10166/8264 3182/10142/8241 3183/10141/8240</w:t>
        <w:br/>
        <w:t>f 3145/10105/8204 3207/10166/8264 3183/10141/8240</w:t>
        <w:br/>
        <w:t>f 3159/10115/8214 3191/10149/8248 3190/10150/8249</w:t>
        <w:br/>
        <w:t>f 3155/10113/8212 3191/10149/8248 3156/10118/8217</w:t>
        <w:br/>
        <w:t>f 3154/10114/8213 3155/10113/8212 3156/10118/8217</w:t>
        <w:br/>
        <w:t>f 3189/10148/8247 3191/10149/8248 3155/10113/8212</w:t>
        <w:br/>
        <w:t>f 3186/10145/8244 3143/10099/8198 3197/10157/8256</w:t>
        <w:br/>
        <w:t>f 3158/10116/8215 3190/10150/8249 3192/10151/8250</w:t>
        <w:br/>
        <w:t>f 3193/10152/8251 3195/10154/8253 3169/10125/8224</w:t>
        <w:br/>
        <w:t>f 3194/10153/8252 3193/10152/8251 3169/10125/8224</w:t>
        <w:br/>
        <w:t>f 3194/10153/8252 3169/10125/8224 3166/10128/8227</w:t>
        <w:br/>
        <w:t>f 3208/10167/8265 3194/10153/8252 3166/10128/8227</w:t>
        <w:br/>
        <w:t>f 3162/10124/8223 3210/10168/8266 3209/10169/8267</w:t>
        <w:br/>
        <w:t>f 3165/10121/8220 3162/10124/8223 3209/10169/8267</w:t>
        <w:br/>
        <w:t>f 3195/10154/8253 3168/10126/8225 3169/10125/8224</w:t>
        <w:br/>
        <w:t>f 3211/10170/8268 3166/10128/8227 3167/10127/8226</w:t>
        <w:br/>
        <w:t>f 3210/10168/8266 3162/10124/8223 3208/10167/8265</w:t>
        <w:br/>
        <w:t>f 3212/10171/8269 3211/10170/8268 3167/10127/8226</w:t>
        <w:br/>
        <w:t>f 3170/10130/8229 3212/10171/8269 3167/10127/8226</w:t>
        <w:br/>
        <w:t>f 3212/10171/8269 3170/10130/8229 3179/10138/8237</w:t>
        <w:br/>
        <w:t>f 3211/10170/8268 3210/10168/8266 3208/10167/8265</w:t>
        <w:br/>
        <w:t>f 3166/10128/8227 3211/10170/8268 3208/10167/8265</w:t>
        <w:br/>
        <w:t>f 3213/10172/8270 3207/10166/8264 3145/10105/8204</w:t>
        <w:br/>
        <w:t>f 3146/10104/8203 3213/10172/8270 3145/10105/8204</w:t>
        <w:br/>
        <w:t>f 3148/10108/8207 3214/10173/8271 3213/10172/8270</w:t>
        <w:br/>
        <w:t>f 3146/10104/8203 3148/10108/8207 3213/10172/8270</w:t>
        <w:br/>
        <w:t>f 3214/10173/8271 3148/10108/8207 3150/10110/8209</w:t>
        <w:br/>
        <w:t>f 3152/10112/8211 3215/10174/8272 3214/10173/8271</w:t>
        <w:br/>
        <w:t>f 3150/10110/8209 3152/10112/8211 3214/10173/8271</w:t>
        <w:br/>
        <w:t>f 3154/10114/8213 3215/10174/8272 3152/10112/8211</w:t>
        <w:br/>
        <w:t>f 3162/10124/8223 3163/10123/8222 3194/10153/8252</w:t>
        <w:br/>
        <w:t>f 3208/10167/8265 3162/10124/8223 3194/10153/8252</w:t>
        <w:br/>
        <w:t>f 3181/10140/8239 3216/10175/8273 3156/10118/8217</w:t>
        <w:br/>
        <w:t>f 3157/10117/8216 3181/10140/8239 3156/10118/8217</w:t>
        <w:br/>
        <w:t>f 3215/10174/8272 3154/10114/8213 3156/10118/8217</w:t>
        <w:br/>
        <w:t>f 3216/10175/8273 3215/10174/8272 3156/10118/8217</w:t>
        <w:br/>
        <w:t>f 3165/10121/8220 3209/10169/8267 3206/10165/8263</w:t>
        <w:br/>
        <w:t>f 3443/10176/8274 3442/10177/8275 3441/10178/8276</w:t>
        <w:br/>
        <w:t>f 3452/10179/8277 3451/10180/8278 3450/10181/8279</w:t>
        <w:br/>
        <w:t>f 3453/10182/8280 3452/10179/8277 3450/10181/8279</w:t>
        <w:br/>
        <w:t>f 3466/10183/8281 3450/10181/8279 3465/10184/8282</w:t>
        <w:br/>
        <w:t>f 3486/10185/8283 3442/10177/8275 3485/10186/8284</w:t>
        <w:br/>
        <w:t>f 3591/10187/8285 3590/10188/8286 3589/10189/8287</w:t>
        <w:br/>
        <w:t>f 3593/10190/8288 3592/10191/8289 3589/10189/8287</w:t>
        <w:br/>
        <w:t>f 3596/10192/8290 3595/10193/8291 3594/10194/8292</w:t>
        <w:br/>
        <w:t>f 3602/10195/8293 3601/10196/8294 3600/10197/8295</w:t>
        <w:br/>
        <w:t>f 3599/10198/8296 3602/10195/8293 3600/10197/8295</w:t>
        <w:br/>
        <w:t>f 3606/10199/8296 3605/10200/8297 3604/10201/8298</w:t>
        <w:br/>
        <w:t>f 3603/10202/8299 3606/10199/8296 3604/10201/8298</w:t>
        <w:br/>
        <w:t>f 3619/10203/8300 3603/10202/8299 3604/10201/8298</w:t>
        <w:br/>
        <w:t>f 3618/10204/8301 3619/10203/8300 3604/10201/8298</w:t>
        <w:br/>
        <w:t>f 3628/10205/8302 3627/10206/8303 3626/10207/8304</w:t>
        <w:br/>
        <w:t>f 3634/10208/8305 3633/10209/8306 3601/10196/8294</w:t>
        <w:br/>
        <w:t>f 3602/10195/8293 3634/10208/8305 3601/10196/8294</w:t>
        <w:br/>
        <w:t>f 3638/10210/8307 3637/10211/8308 3636/10212/8309</w:t>
        <w:br/>
        <w:t>f 3635/10213/8310 3638/10210/8307 3636/10212/8309</w:t>
        <w:br/>
        <w:t>f 3637/10211/8308 3640/10214/8311 3639/10215/8312</w:t>
        <w:br/>
        <w:t>f 3636/10212/8309 3637/10211/8308 3639/10215/8312</w:t>
        <w:br/>
        <w:t>f 3619/10203/8300 3618/10204/8301 3639/10215/8312</w:t>
        <w:br/>
        <w:t>f 3640/10214/8311 3619/10203/8300 3639/10215/8312</w:t>
        <w:br/>
        <w:t>f 3634/10208/8305 3638/10210/8307 3635/10213/8310</w:t>
        <w:br/>
        <w:t>f 3633/10209/8306 3634/10208/8305 3635/10213/8310</w:t>
        <w:br/>
        <w:t>f 3681/10216/8313 3680/10217/8314 3679/10218/8315</w:t>
        <w:br/>
        <w:t>f 3678/10219/8316 3681/10216/8313 3679/10218/8315</w:t>
        <w:br/>
        <w:t>f 3683/10220/8317 3682/10221/8318 3681/10216/8313</w:t>
        <w:br/>
        <w:t>f 3628/10205/8302 3626/10207/8304 3686/10222/8319</w:t>
        <w:br/>
        <w:t>f 3720/10223/8320 3719/10224/8321 3718/10225/8322</w:t>
        <w:br/>
        <w:t>f 3773/10226/8323 3772/10227/8324 3771/10228/8325</w:t>
        <w:br/>
        <w:t>f 3770/10229/8326 3773/10226/8323 3771/10228/8325</w:t>
        <w:br/>
        <w:t>f 3775/10230/8327 3773/10226/8323 3774/10231/8328</w:t>
        <w:br/>
        <w:t>f 3800/10232/8329 3799/10233/8330 3798/10234/8331</w:t>
        <w:br/>
        <w:t>f 3842/10235/8332 3841/10236/8333 3840/10237/8334</w:t>
        <w:br/>
        <w:t>f 3849/10238/8335 3848/10239/8336 3841/10236/8333</w:t>
        <w:br/>
        <w:t>f 3850/10240/8337 3849/10238/8335 3841/10236/8333</w:t>
        <w:br/>
        <w:t>f 3852/10241/8338 3841/10236/8333 3851/10242/8339</w:t>
        <w:br/>
        <w:t>f 3950/10243/8340 3949/10244/8341 3948/10245/8342</w:t>
        <w:br/>
        <w:t>f 3947/10246/8340 3950/10243/8340 3948/10245/8342</w:t>
        <w:br/>
        <w:t>f 3947/10246/8340 3952/10247/8343 3951/10248/8343</w:t>
        <w:br/>
        <w:t>f 3950/10243/8340 3947/10246/8340 3951/10248/8343</w:t>
        <w:br/>
        <w:t>f 3951/10248/8343 3952/10247/8343 3954/10249/8344</w:t>
        <w:br/>
        <w:t>f 3953/10250/8344 3951/10248/8343 3954/10249/8344</w:t>
        <w:br/>
        <w:t>f 3956/10251/8345 3955/10252/8345 3953/10250/8344</w:t>
        <w:br/>
        <w:t>f 3954/10249/8344 3956/10251/8345 3953/10250/8344</w:t>
        <w:br/>
        <w:t>f 3956/10251/8345 3958/10253/8346 3957/10254/8346</w:t>
        <w:br/>
        <w:t>f 3955/10252/8345 3956/10251/8345 3957/10254/8346</w:t>
        <w:br/>
        <w:t>f 3958/10253/8346 3960/10255/8347 3959/10256/8348</w:t>
        <w:br/>
        <w:t>f 3957/10254/8346 3958/10253/8346 3959/10256/8348</w:t>
        <w:br/>
        <w:t>f 3961/10257/8349 3959/10256/8350 3618/10204/8301</w:t>
        <w:br/>
        <w:t>f 3604/10201/8298 3961/10257/8349 3618/10204/8301</w:t>
        <w:br/>
        <w:t>f 3961/10257/8349 3604/10201/8298 3605/10200/8297</w:t>
        <w:br/>
        <w:t>f 3962/10258/8351 3961/10257/8349 3605/10200/8297</w:t>
        <w:br/>
        <w:t>f 3974/10259/8352 3595/10193/8291 3973/10260/8353</w:t>
        <w:br/>
        <w:t>f 3589/10189/8287 3590/10188/8286 3976/10261/8354</w:t>
        <w:br/>
        <w:t>f 3978/10262/8355 3589/10189/8287 3977/10263/8356</w:t>
        <w:br/>
        <w:t>f 3589/10189/8287 3976/10261/8354 3979/10264/8357</w:t>
        <w:br/>
        <w:t>f 3977/10263/8356 3589/10189/8287 3979/10264/8357</w:t>
        <w:br/>
        <w:t>f 3594/10194/8292 3595/10193/8291 3980/10265/8358</w:t>
        <w:br/>
        <w:t>f 3973/10260/8353 3595/10193/8291 3596/10192/8290</w:t>
        <w:br/>
        <w:t>f 3591/10187/8285 3589/10189/8287 3592/10191/8289</w:t>
        <w:br/>
        <w:t>f 3593/10190/8288 3589/10189/8287 3978/10262/8355</w:t>
        <w:br/>
        <w:t>f 3593/10190/8288 3982/10266/8359 3592/10191/8289</w:t>
        <w:br/>
        <w:t>f 3592/10191/8289 3982/10266/8359 3983/10267/8360</w:t>
        <w:br/>
        <w:t>f 3592/10191/8289 3986/10268/8361 3591/10187/8285</w:t>
        <w:br/>
        <w:t>f 3983/10267/8360 3986/10268/8361 3592/10191/8289</w:t>
        <w:br/>
        <w:t>f 3989/10269/8362 3681/10216/8313 3988/10270/8363</w:t>
        <w:br/>
        <w:t>f 3990/10271/8364 3680/10217/8314 3681/10216/8313</w:t>
        <w:br/>
        <w:t>f 3989/10269/8362 3991/10272/8365 3681/10216/8313</w:t>
        <w:br/>
        <w:t>f 3991/10272/8365 3990/10271/8364 3681/10216/8313</w:t>
        <w:br/>
        <w:t>f 3681/10216/8313 3682/10221/8318 3996/10273/8366</w:t>
        <w:br/>
        <w:t>f 3988/10270/8363 3681/10216/8313 3996/10273/8366</w:t>
        <w:br/>
        <w:t>f 3681/10216/8313 3678/10219/8316 3683/10220/8317</w:t>
        <w:br/>
        <w:t>f 3626/10207/8304 3627/10206/8303 3997/10274/8367</w:t>
        <w:br/>
        <w:t>f 3686/10222/8319 3626/10207/8304 3998/10275/8368</w:t>
        <w:br/>
        <w:t>f 4000/10276/8369 3999/10277/8370 3773/10226/8323</w:t>
        <w:br/>
        <w:t>f 3773/10226/8323 4002/10278/8371 3772/10227/8324</w:t>
        <w:br/>
        <w:t>f 3999/10277/8370 4004/10279/8372 3773/10226/8323</w:t>
        <w:br/>
        <w:t>f 4004/10279/8372 4002/10278/8371 3773/10226/8323</w:t>
        <w:br/>
        <w:t>f 3773/10226/8323 3775/10230/8327 4005/10280/8373</w:t>
        <w:br/>
        <w:t>f 4000/10276/8369 3773/10226/8323 4005/10280/8373</w:t>
        <w:br/>
        <w:t>f 3773/10226/8323 3770/10229/8326 3774/10231/8328</w:t>
        <w:br/>
        <w:t>f 3720/10223/8320 3718/10225/8322 4007/10281/8374</w:t>
        <w:br/>
        <w:t>f 4007/10281/8374 3718/10225/8322 4008/10282/8375</w:t>
        <w:br/>
        <w:t>f 3718/10225/8322 3719/10224/8321 4009/10283/8376</w:t>
        <w:br/>
        <w:t>f 4012/10284/8377 3850/10240/8337 3841/10236/8333</w:t>
        <w:br/>
        <w:t>f 3841/10236/8333 3848/10239/8336 3851/10242/8339</w:t>
        <w:br/>
        <w:t>f 4013/10285/8378 3840/10237/8334 3841/10236/8333</w:t>
        <w:br/>
        <w:t>f 3852/10241/8338 4013/10285/8378 3841/10236/8333</w:t>
        <w:br/>
        <w:t>f 4016/10286/8379 3798/10234/8331 4015/10287/8380</w:t>
        <w:br/>
        <w:t>f 3798/10234/8331 4016/10286/8379 3800/10232/8329</w:t>
        <w:br/>
        <w:t>f 3798/10234/8331 3799/10233/8330 4017/10288/8381</w:t>
        <w:br/>
        <w:t>f 3842/10235/8332 4018/10289/8382 3841/10236/8333</w:t>
        <w:br/>
        <w:t>f 4018/10289/8382 4012/10284/8377 3841/10236/8333</w:t>
        <w:br/>
        <w:t>f 4020/10290/8383 4019/10291/8384 3450/10181/8279</w:t>
        <w:br/>
        <w:t>f 4019/10291/8384 4022/10292/8385 3450/10181/8279</w:t>
        <w:br/>
        <w:t>f 4024/10293/8386 3450/10181/8279 4022/10292/8385</w:t>
        <w:br/>
        <w:t>f 4024/10293/8386 3453/10182/8280 3450/10181/8279</w:t>
        <w:br/>
        <w:t>f 3450/10181/8279 3466/10183/8281 4026/10294/8387</w:t>
        <w:br/>
        <w:t>f 4020/10290/8383 3450/10181/8279 4026/10294/8387</w:t>
        <w:br/>
        <w:t>f 3450/10181/8279 3451/10180/8278 3465/10184/8282</w:t>
        <w:br/>
        <w:t>f 3442/10177/8275 3443/10176/8274 4031/10295/8388</w:t>
        <w:br/>
        <w:t>f 3442/10177/8275 3486/10185/8283 3441/10178/8276</w:t>
        <w:br/>
        <w:t>f 4068/10296/8389 4067/10297/8389 4066/10298/8390</w:t>
        <w:br/>
        <w:t>f 4067/10297/8389 4068/10296/8389 4069/10299/8391</w:t>
        <w:br/>
        <w:t>f 4062/2129/1638 4067/10297/8389 4069/10299/8391</w:t>
        <w:br/>
        <w:t>f 4075/10300/8392 4074/2354/1840 4062/2129/1638</w:t>
        <w:br/>
        <w:t>f 4069/10299/8391 4075/10300/8392 4062/2129/1638</w:t>
        <w:br/>
        <w:t>f 4260/10301/8393 4259/10302/8394 4258/10303/8393</w:t>
        <w:br/>
        <w:t>f 4248/2310/1804 4249/2309/1803 4266/10304/8395</w:t>
        <w:br/>
        <w:t>f 4265/10305/8396 4248/2310/1804 4266/10304/8395</w:t>
        <w:br/>
        <w:t>f 4325/10306/8397 4324/10307/8398 4323/10308/8399</w:t>
        <w:br/>
        <w:t>f 4322/10309/8400 4325/10306/8397 4323/10308/8399</w:t>
        <w:br/>
        <w:t>f 4327/10310/8401 4326/10311/8402 4324/10307/8398</w:t>
        <w:br/>
        <w:t>f 4325/10306/8397 4327/10310/8401 4324/10307/8398</w:t>
        <w:br/>
        <w:t>f 4326/10311/8402 4327/10310/8401 4328/10312/8403</w:t>
        <w:br/>
        <w:t>f 4329/10313/8404 4326/10311/8402 4328/10312/8403</w:t>
        <w:br/>
        <w:t>f 4331/10314/8405 4330/10315/8406 4328/10312/8403</w:t>
        <w:br/>
        <w:t>f 4327/10310/8401 4331/10314/8405 4328/10312/8403</w:t>
        <w:br/>
        <w:t>f 4325/10306/8397 4332/10316/8407 4331/10314/8405</w:t>
        <w:br/>
        <w:t>f 4327/10310/8401 4325/10306/8397 4331/10314/8405</w:t>
        <w:br/>
        <w:t>f 4336/10317/8408 4335/10318/8409 4334/10319/8410</w:t>
        <w:br/>
        <w:t>f 4333/10320/8411 4336/10317/8408 4334/10319/8410</w:t>
        <w:br/>
        <w:t>f 4333/10320/8411 4329/10313/8404 4328/10312/8403</w:t>
        <w:br/>
        <w:t>f 4336/10317/8408 4333/10320/8411 4328/10312/8403</w:t>
        <w:br/>
        <w:t>f 4340/10321/8412 4339/10322/8413 4338/10323/8414</w:t>
        <w:br/>
        <w:t>f 4337/10324/8415 4340/10321/8412 4338/10323/8414</w:t>
        <w:br/>
        <w:t>f 4343/10325/8416 4342/10326/8417 4341/10327/8418</w:t>
        <w:br/>
        <w:t>f 4337/10324/8415 4343/10325/8416 4341/10327/8418</w:t>
        <w:br/>
        <w:t>f 4346/10328/8419 4345/10329/8420 4344/10330/8421</w:t>
        <w:br/>
        <w:t>f 4343/10325/8416 4346/10328/8419 4344/10330/8421</w:t>
        <w:br/>
        <w:t>f 4348/10331/8422 4347/10332/8423 4344/10330/8421</w:t>
        <w:br/>
        <w:t>f 4345/10329/8420 4348/10331/8422 4344/10330/8421</w:t>
        <w:br/>
        <w:t>f 4350/10333/8424 4349/10334/8425 4347/10332/8423</w:t>
        <w:br/>
        <w:t>f 4348/10331/8422 4350/10333/8424 4347/10332/8423</w:t>
        <w:br/>
        <w:t>f 4337/10324/8415 4338/10323/8414 4346/10328/8419</w:t>
        <w:br/>
        <w:t>f 4343/10325/8416 4337/10324/8415 4346/10328/8419</w:t>
        <w:br/>
        <w:t>f 4342/10326/8417 4343/10325/8416 4344/10330/8421</w:t>
        <w:br/>
        <w:t>f 4351/10335/8426 4342/10326/8417 4344/10330/8421</w:t>
        <w:br/>
        <w:t>f 4380/10336/8427 4340/10321/8412 4337/10324/8415</w:t>
        <w:br/>
        <w:t>f 4341/10327/8418 4380/10336/8427 4337/10324/8415</w:t>
        <w:br/>
        <w:t>f 4384/10337/8428 4383/10338/8429 4382/10339/8430</w:t>
        <w:br/>
        <w:t>f 4381/10340/8431 4384/10337/8428 4382/10339/8430</w:t>
        <w:br/>
        <w:t>f 4332/10316/8407 4325/10306/8397 4322/10309/8400</w:t>
        <w:br/>
        <w:t>f 4385/10341/8432 4332/10316/8407 4322/10309/8400</w:t>
        <w:br/>
        <w:t>f 4387/10342/8433 4383/10338/8429 4384/10337/8428</w:t>
        <w:br/>
        <w:t>f 4386/10343/8434 4387/10342/8433 4384/10337/8428</w:t>
        <w:br/>
        <w:t>f 4392/10344/8435 4387/10342/8433 4386/10343/8434</w:t>
        <w:br/>
        <w:t>f 4391/10345/8436 4392/10344/8435 4386/10343/8434</w:t>
        <w:br/>
        <w:t>f 4340/10321/8412 4380/10336/8427 4385/10341/8432</w:t>
        <w:br/>
        <w:t>f 4322/10309/8400 4340/10321/8412 4385/10341/8432</w:t>
        <w:br/>
        <w:t>f 4339/10322/8413 4340/10321/8412 4322/10309/8400</w:t>
        <w:br/>
        <w:t>f 4323/10308/8399 4339/10322/8413 4322/10309/8400</w:t>
        <w:br/>
        <w:t>f 4382/10339/8430 4394/10346/8437 4393/10347/8438</w:t>
        <w:br/>
        <w:t>f 4381/10340/8431 4382/10339/8430 4393/10347/8438</w:t>
        <w:br/>
        <w:t>f 4398/10348/8439 4397/10349/8440 4396/10350/8441</w:t>
        <w:br/>
        <w:t>f 4395/10351/8442 4398/10348/8439 4396/10350/8441</w:t>
        <w:br/>
        <w:t>f 4397/10349/8440 4398/10348/8439 4400/10352/8443</w:t>
        <w:br/>
        <w:t>f 4399/10353/8444 4397/10349/8440 4400/10352/8443</w:t>
        <w:br/>
        <w:t>f 4402/10354/8445 4396/10350/8441 4397/10349/8440</w:t>
        <w:br/>
        <w:t>f 4401/10355/8446 4402/10354/8445 4397/10349/8440</w:t>
        <w:br/>
        <w:t>f 4399/10353/8444 4403/10356/8447 4401/10355/8446</w:t>
        <w:br/>
        <w:t>f 4397/10349/8440 4399/10353/8444 4401/10355/8446</w:t>
        <w:br/>
        <w:t>f 4407/10357/8448 4406/10358/8449 4405/10359/8450</w:t>
        <w:br/>
        <w:t>f 4404/10360/8451 4407/10357/8448 4405/10359/8450</w:t>
        <w:br/>
        <w:t>f 4398/10348/8439 4409/10361/8452 4408/10362/8453</w:t>
        <w:br/>
        <w:t>f 4400/10352/8443 4398/10348/8439 4408/10362/8453</w:t>
        <w:br/>
        <w:t>f 4395/10351/8442 4410/10363/8454 4409/10361/8452</w:t>
        <w:br/>
        <w:t>f 4398/10348/8439 4395/10351/8442 4409/10361/8452</w:t>
        <w:br/>
        <w:t>f 4335/10318/8409 4409/10361/8452 4410/10363/8454</w:t>
        <w:br/>
        <w:t>f 4334/10319/8410 4335/10318/8409 4410/10363/8454</w:t>
        <w:br/>
        <w:t>f 4336/10317/8408 4328/10312/8403 4330/10315/8406</w:t>
        <w:br/>
        <w:t>f 4411/10364/8455 4336/10317/8408 4330/10315/8406</w:t>
        <w:br/>
        <w:t>f 4415/10365/8456 4414/10366/8457 4413/10367/8458</w:t>
        <w:br/>
        <w:t>f 4412/10368/8459 4415/10365/8456 4413/10367/8458</w:t>
        <w:br/>
        <w:t>f 4404/10360/8451 4415/10365/8456 4412/10368/8459</w:t>
        <w:br/>
        <w:t>f 4407/10357/8448 4404/10360/8451 4412/10368/8459</w:t>
        <w:br/>
        <w:t>f 4335/10318/8409 4336/10317/8408 4411/10364/8455</w:t>
        <w:br/>
        <w:t>f 4424/10369/8460 4335/10318/8409 4411/10364/8455</w:t>
        <w:br/>
        <w:t>f 4424/10369/8460 4408/10362/8453 4409/10361/8452</w:t>
        <w:br/>
        <w:t>f 4335/10318/8409 4424/10369/8460 4409/10361/8452</w:t>
        <w:br/>
        <w:t>f 4414/10366/8457 4426/10370/8461 4425/10371/8462</w:t>
        <w:br/>
        <w:t>f 4413/10367/8458 4414/10366/8457 4425/10371/8462</w:t>
        <w:br/>
        <w:t>f 4426/10370/8461 4392/10344/8435 4391/10345/8436</w:t>
        <w:br/>
        <w:t>f 4425/10371/8462 4426/10370/8461 4391/10345/8436</w:t>
        <w:br/>
        <w:t>f 4430/10372/8463 4429/10373/8464 4428/10374/8465</w:t>
        <w:br/>
        <w:t>f 4427/10375/8466 4430/10372/8463 4428/10374/8465</w:t>
        <w:br/>
        <w:t>f 4403/10356/8447 4432/10376/8467 4431/10377/8468</w:t>
        <w:br/>
        <w:t>f 4401/10355/8446 4403/10356/8447 4431/10377/8468</w:t>
        <w:br/>
        <w:t>f 4433/10378/8469 4402/10354/8445 4401/10355/8446</w:t>
        <w:br/>
        <w:t>f 4431/10377/8468 4433/10378/8469 4401/10355/8446</w:t>
        <w:br/>
        <w:t>f 4074/2354/1840 4075/10300/8392 4481/10379/8470</w:t>
        <w:br/>
        <w:t>f 4480/2427/1895 4074/2354/1840 4481/10379/8470</w:t>
        <w:br/>
        <w:t>f 4481/10379/8470 4266/10304/8395 4249/2309/1803</w:t>
        <w:br/>
        <w:t>f 4480/2427/1895 4481/10379/8470 4249/2309/1803</w:t>
        <w:br/>
        <w:t>f 4585/10380/8471 4349/10334/8425 4350/10333/8424</w:t>
        <w:br/>
        <w:t>f 4607/10381/8472 4585/10380/8471 4350/10333/8424</w:t>
        <w:br/>
        <w:t>f 4609/10382/8473 4608/10383/8474 4342/10326/8417</w:t>
        <w:br/>
        <w:t>f 4351/10335/8426 4609/10382/8473 4342/10326/8417</w:t>
        <w:br/>
        <w:t>f 4393/10347/8438 4592/10384/8475 4595/10385/8476</w:t>
        <w:br/>
        <w:t>f 4610/10386/8477 4384/10337/8428 4381/10340/8431</w:t>
        <w:br/>
        <w:t>f 4598/10387/8478 4610/10386/8477 4381/10340/8431</w:t>
        <w:br/>
        <w:t>f 4393/10347/8438 4597/10388/8479 4381/10340/8431</w:t>
        <w:br/>
        <w:t>f 4582/10389/8480 4612/10390/8481 4611/10391/8482</w:t>
        <w:br/>
        <w:t>f 4580/10392/8483 4582/10389/8480 4611/10391/8482</w:t>
        <w:br/>
        <w:t>f 4580/10392/8483 4611/10391/8482 4430/10372/8463</w:t>
        <w:br/>
        <w:t>f 4427/10375/8466 4580/10392/8483 4430/10372/8463</w:t>
        <w:br/>
        <w:t>f 4607/10381/8472 4613/10393/8481 4584/10394/8480</w:t>
        <w:br/>
        <w:t>f 4585/10380/8471 4607/10381/8472 4584/10394/8480</w:t>
        <w:br/>
        <w:t>f 4615/10395/8484 4614/10396/8485 4351/10335/8426</w:t>
        <w:br/>
        <w:t>f 4616/10397/8486 4570/10398/8487 4405/10359/8450</w:t>
        <w:br/>
        <w:t>f 4406/10358/8449 4616/10397/8486 4405/10359/8450</w:t>
        <w:br/>
        <w:t>f 4618/10399/8488 4617/10400/8489 4412/10368/8459</w:t>
        <w:br/>
        <w:t>f 4413/10367/8458 4618/10399/8488 4412/10368/8459</w:t>
        <w:br/>
        <w:t>f 4617/10400/8489 4619/10401/8490 4407/10357/8448</w:t>
        <w:br/>
        <w:t>f 4412/10368/8459 4617/10400/8489 4407/10357/8448</w:t>
        <w:br/>
        <w:t>f 4620/10402/8491 4567/10403/8492 4406/10358/8449</w:t>
        <w:br/>
        <w:t>f 4431/10377/8468 4428/10374/8465 4429/10373/8464</w:t>
        <w:br/>
        <w:t>f 4433/10378/8469 4431/10377/8468 4429/10373/8464</w:t>
        <w:br/>
        <w:t>f 4432/10376/8467 4403/10356/8447 4576/10404/8493</w:t>
        <w:br/>
        <w:t>f 4399/10353/8444 4570/10398/8487 4572/10405/8494</w:t>
        <w:br/>
        <w:t>f 4403/10356/8447 4399/10353/8444 4572/10405/8494</w:t>
        <w:br/>
        <w:t>f 4347/10332/8423 4632/10406/8495 4615/10395/8484</w:t>
        <w:br/>
        <w:t>f 4347/10332/8423 4615/10395/8484 4351/10335/8426</w:t>
        <w:br/>
        <w:t>f 4344/10330/8421 4347/10332/8423 4351/10335/8426</w:t>
        <w:br/>
        <w:t>f 4393/10347/8438 4595/10385/8476 4597/10388/8479</w:t>
        <w:br/>
        <w:t>f 4559/10407/8496 4609/10382/8473 4351/10335/8426</w:t>
        <w:br/>
        <w:t>f 4347/10332/8423 4349/10334/8425 4632/10406/8495</w:t>
        <w:br/>
        <w:t>f 4576/10404/8493 4403/10356/8447 4572/10405/8494</w:t>
        <w:br/>
        <w:t>f 4407/10357/8448 4619/10401/8490 4566/10408/8497</w:t>
        <w:br/>
        <w:t>f 4406/10358/8449 4407/10357/8448 4566/10408/8497</w:t>
        <w:br/>
        <w:t>f 4637/10409/8498 4636/10410/8499 4635/10411/8500</w:t>
        <w:br/>
        <w:t>f 4640/10412/8501 4639/10413/8502 4638/10414/8503</w:t>
        <w:br/>
        <w:t>f 4642/10415/8504 4640/10412/8501 4641/10416/8505</w:t>
        <w:br/>
        <w:t>f 4639/10413/8502 4642/10415/8504 4644/10417/8506</w:t>
        <w:br/>
        <w:t>f 4643/10418/8507 4639/10413/8502 4644/10417/8506</w:t>
        <w:br/>
        <w:t>f 4646/10419/8508 4644/10417/8506 4642/10415/8504</w:t>
        <w:br/>
        <w:t>f 4645/10420/8509 4646/10419/8508 4642/10415/8504</w:t>
        <w:br/>
        <w:t>f 4641/10416/8505 4647/10421/8510 4645/10420/8509</w:t>
        <w:br/>
        <w:t>f 4642/10415/8504 4641/10416/8505 4645/10420/8509</w:t>
        <w:br/>
        <w:t>f 4650/10422/8511 4649/10423/8512 4646/10419/8508</w:t>
        <w:br/>
        <w:t>f 4648/10424/8513 4650/10422/8511 4646/10419/8508</w:t>
        <w:br/>
        <w:t>f 4652/10425/8514 4650/10422/8511 4648/10424/8513</w:t>
        <w:br/>
        <w:t>f 4651/10426/8515 4652/10425/8514 4648/10424/8513</w:t>
        <w:br/>
        <w:t>f 4649/10423/8512 4653/10427/8516 4644/10417/8506</w:t>
        <w:br/>
        <w:t>f 4646/10419/8508 4649/10423/8512 4644/10417/8506</w:t>
        <w:br/>
        <w:t>f 4654/10428/8517 4638/10414/8503 4639/10413/8502</w:t>
        <w:br/>
        <w:t>f 4654/10428/8517 4656/10429/8518 4655/10430/8519</w:t>
        <w:br/>
        <w:t>f 4643/10418/8507 4657/10431/8520 4654/10428/8517</w:t>
        <w:br/>
        <w:t>f 4639/10413/8502 4643/10418/8507 4654/10428/8517</w:t>
        <w:br/>
        <w:t>f 4654/10428/8517 4657/10431/8520 4658/10432/8521</w:t>
        <w:br/>
        <w:t>f 4656/10429/8518 4654/10428/8517 4658/10432/8521</w:t>
        <w:br/>
        <w:t>f 4659/10433/8522 4641/10416/8505 4640/10412/8501</w:t>
        <w:br/>
        <w:t>f 4661/10434/8523 4660/10435/8524 4647/10421/8510</w:t>
        <w:br/>
        <w:t>f 4641/10416/8505 4661/10434/8523 4647/10421/8510</w:t>
        <w:br/>
        <w:t>f 4665/10436/8525 4664/10437/8526 4663/10438/8527</w:t>
        <w:br/>
        <w:t>f 4662/10439/8528 4665/10436/8525 4663/10438/8527</w:t>
        <w:br/>
        <w:t>f 4659/10433/8522 4661/10434/8523 4641/10416/8505</w:t>
        <w:br/>
        <w:t>f 4668/10440/8529 4667/10441/8530 4666/10442/8531</w:t>
        <w:br/>
        <w:t>f 4659/10433/8522 4640/10412/8501 4667/10441/8530</w:t>
        <w:br/>
        <w:t>f 4636/10410/8499 4666/10442/8531 4667/10441/8530</w:t>
        <w:br/>
        <w:t>f 4667/10441/8530 4640/10412/8501 4638/10414/8503</w:t>
        <w:br/>
        <w:t>f 4636/10410/8499 4667/10441/8530 4638/10414/8503</w:t>
        <w:br/>
        <w:t>f 4636/10410/8499 4669/10443/8532 4666/10442/8531</w:t>
        <w:br/>
        <w:t>f 4635/10411/8500 4655/10430/8519 4671/10444/8533</w:t>
        <w:br/>
        <w:t>f 4670/10445/8534 4635/10411/8500 4671/10444/8533</w:t>
        <w:br/>
        <w:t>f 4671/10444/8533 4674/10446/8535 4673/10447/8536</w:t>
        <w:br/>
        <w:t>f 4672/10448/8537 4671/10444/8533 4673/10447/8536</w:t>
        <w:br/>
        <w:t>f 4671/10444/8533 4655/10430/8519 4656/10429/8518</w:t>
        <w:br/>
        <w:t>f 4674/10446/8535 4671/10444/8533 4656/10429/8518</w:t>
        <w:br/>
        <w:t>f 4674/10446/8535 4676/10449/8538 4675/10450/8539</w:t>
        <w:br/>
        <w:t>f 4673/10447/8536 4674/10446/8535 4675/10450/8539</w:t>
        <w:br/>
        <w:t>f 4679/10451/8540 4678/10452/8541 4677/10453/8542</w:t>
        <w:br/>
        <w:t>f 4672/10448/8537 4679/10451/8540 4677/10453/8542</w:t>
        <w:br/>
        <w:t>f 4671/10444/8533 4672/10448/8537 4677/10453/8542</w:t>
        <w:br/>
        <w:t>f 4670/10445/8534 4671/10444/8533 4677/10453/8542</w:t>
        <w:br/>
        <w:t>f 4681/10454/8543 4680/10455/8544 4670/10445/8534</w:t>
        <w:br/>
        <w:t>f 4677/10453/8542 4681/10454/8543 4670/10445/8534</w:t>
        <w:br/>
        <w:t>f 4638/10414/8503 4655/10430/8519 4635/10411/8500</w:t>
        <w:br/>
        <w:t>f 4636/10410/8499 4638/10414/8503 4635/10411/8500</w:t>
        <w:br/>
        <w:t>f 4635/10411/8500 4670/10445/8534 4680/10455/8544</w:t>
        <w:br/>
        <w:t>f 4637/10409/8498 4635/10411/8500 4680/10455/8544</w:t>
        <w:br/>
        <w:t>f 4683/10456/8545 4637/10409/8498 4682/10457/8546</w:t>
        <w:br/>
        <w:t>f 4683/10456/8545 4669/10443/8532 4637/10409/8498</w:t>
        <w:br/>
        <w:t>f 4682/10457/8546 4680/10455/8544 4684/10458/8547</w:t>
        <w:br/>
        <w:t>f 4685/10459/8548 4680/10455/8544 4681/10454/8543</w:t>
        <w:br/>
        <w:t>f 4689/10460/8549 4688/10461/8550 4687/10462/8551</w:t>
        <w:br/>
        <w:t>f 4686/10463/8552 4689/10460/8549 4687/10462/8551</w:t>
        <w:br/>
        <w:t>f 4695/10464/8553 4694/10465/8554 4693/10466/8555</w:t>
        <w:br/>
        <w:t>f 4698/10467/8556 4697/10468/8557 4696/10469/8558</w:t>
        <w:br/>
        <w:t>f 4696/10469/8558 4697/10468/8557 4700/10470/8559</w:t>
        <w:br/>
        <w:t>f 4699/10471/8560 4696/10469/8558 4700/10470/8559</w:t>
        <w:br/>
        <w:t>f 4697/10468/8557 4702/10472/8561 4701/10473/8562</w:t>
        <w:br/>
        <w:t>f 4700/10470/8559 4697/10468/8557 4701/10473/8562</w:t>
        <w:br/>
        <w:t>f 4697/10468/8557 4703/10474/8563 4702/10472/8561</w:t>
        <w:br/>
        <w:t>f 4695/10464/8553 4705/10475/8564 4704/10476/8565</w:t>
        <w:br/>
        <w:t>f 4707/10477/8566 4704/10476/8565 4705/10475/8564</w:t>
        <w:br/>
        <w:t>f 4706/10478/8567 4707/10477/8566 4705/10475/8564</w:t>
        <w:br/>
        <w:t>f 4710/10479/8568 4709/10480/8569 4708/10481/8570</w:t>
        <w:br/>
        <w:t>f 4706/10478/8567 4710/10479/8568 4708/10481/8570</w:t>
        <w:br/>
        <w:t>f 4711/10482/8571 4710/10479/8568 4706/10478/8567</w:t>
        <w:br/>
        <w:t>f 4705/10475/8564 4711/10482/8571 4706/10478/8567</w:t>
        <w:br/>
        <w:t>f 4713/10483/8572 4712/10484/8573 4709/10480/8569</w:t>
        <w:br/>
        <w:t>f 4710/10479/8568 4713/10483/8572 4709/10480/8569</w:t>
        <w:br/>
        <w:t>f 4710/10479/8568 4711/10482/8571 4714/10485/8574</w:t>
        <w:br/>
        <w:t>f 4713/10483/8572 4710/10479/8568 4714/10485/8574</w:t>
        <w:br/>
        <w:t>f 4706/10478/8567 4708/10481/8570 4715/10486/8575</w:t>
        <w:br/>
        <w:t>f 4707/10477/8566 4706/10478/8567 4715/10486/8575</w:t>
        <w:br/>
        <w:t>f 4717/10487/8576 4715/10486/8575 4708/10481/8570</w:t>
        <w:br/>
        <w:t>f 4716/10488/8577 4717/10487/8576 4708/10481/8570</w:t>
        <w:br/>
        <w:t>f 4716/10488/8577 4708/10481/8570 4709/10480/8569</w:t>
        <w:br/>
        <w:t>f 4718/10489/8578 4716/10488/8577 4709/10480/8569</w:t>
        <w:br/>
        <w:t>f 4701/10473/8562 4702/10472/8561 4695/10464/8553</w:t>
        <w:br/>
        <w:t>f 4704/10476/8565 4701/10473/8562 4695/10464/8553</w:t>
        <w:br/>
        <w:t>f 4695/10464/8553 4702/10472/8561 4703/10474/8563</w:t>
        <w:br/>
        <w:t>f 4719/10490/8579 4701/10473/8562 4704/10476/8565</w:t>
        <w:br/>
        <w:t>f 4707/10477/8566 4719/10490/8579 4704/10476/8565</w:t>
        <w:br/>
        <w:t>f 4707/10477/8566 4715/10486/8575 4720/10491/8580</w:t>
        <w:br/>
        <w:t>f 4719/10490/8579 4707/10477/8566 4720/10491/8580</w:t>
        <w:br/>
        <w:t>f 4705/10475/8564 4693/10466/8555 4711/10482/8571</w:t>
        <w:br/>
        <w:t>f 4693/10466/8555 4714/10485/8574 4711/10482/8571</w:t>
        <w:br/>
        <w:t>f 4722/10492/8581 4721/10493/8582 4714/10485/8574</w:t>
        <w:br/>
        <w:t>f 4694/10465/8554 4724/10494/8583 4723/10495/8584</w:t>
        <w:br/>
        <w:t>f 4727/10496/8585 4726/10497/8586 4723/10495/8584</w:t>
        <w:br/>
        <w:t>f 4725/10498/8587 4727/10496/8585 4723/10495/8584</w:t>
        <w:br/>
        <w:t>f 4731/10499/8588 4730/10500/8589 4729/10501/8590</w:t>
        <w:br/>
        <w:t>f 4728/10502/8591 4731/10499/8588 4729/10501/8590</w:t>
        <w:br/>
        <w:t>f 4722/10492/8581 4733/10503/8592 4728/10502/8591</w:t>
        <w:br/>
        <w:t>f 4732/10504/8593 4722/10492/8581 4728/10502/8591</w:t>
        <w:br/>
        <w:t>f 4732/10504/8593 4736/10505/8594 4735/10506/8595</w:t>
        <w:br/>
        <w:t>f 4734/10507/8596 4732/10504/8593 4735/10506/8595</w:t>
        <w:br/>
        <w:t>f 4732/10504/8593 4728/10502/8591 4729/10501/8590</w:t>
        <w:br/>
        <w:t>f 4736/10505/8594 4732/10504/8593 4729/10501/8590</w:t>
        <w:br/>
        <w:t>f 4721/10493/8582 4732/10504/8593 4734/10507/8596</w:t>
        <w:br/>
        <w:t>f 4728/10502/8591 4733/10503/8592 4723/10495/8584</w:t>
        <w:br/>
        <w:t>f 4726/10497/8586 4728/10502/8591 4723/10495/8584</w:t>
        <w:br/>
        <w:t>f 4740/10508/8589 4739/10509/8597 4738/10510/8598</w:t>
        <w:br/>
        <w:t>f 4737/10511/8590 4740/10508/8589 4738/10510/8598</w:t>
        <w:br/>
        <w:t>f 4739/10509/8597 4742/10512/8599 4741/10513/8600</w:t>
        <w:br/>
        <w:t>f 4738/10510/8598 4739/10509/8597 4741/10513/8600</w:t>
        <w:br/>
        <w:t>f 4746/10514/3352 4745/10515/8601 4744/10516/8602</w:t>
        <w:br/>
        <w:t>f 4743/10517/8603 4746/10514/3352 4744/10516/8602</w:t>
        <w:br/>
        <w:t>f 4743/10517/8603 4744/10516/8602 4748/10518/8604</w:t>
        <w:br/>
        <w:t>f 4747/10519/8605 4743/10517/8603 4748/10518/8604</w:t>
        <w:br/>
        <w:t>f 4726/10497/8586 4727/10496/8585 4750/10520/8605</w:t>
        <w:br/>
        <w:t>f 4749/10521/8604 4726/10497/8586 4750/10520/8605</w:t>
        <w:br/>
        <w:t>f 4656/10429/8518 4658/10432/8521 4676/10449/8538</w:t>
        <w:br/>
        <w:t>f 4674/10446/8535 4656/10429/8518 4676/10449/8538</w:t>
        <w:br/>
        <w:t>f 4752/10522/8606 4675/10450/8539 4676/10449/8538</w:t>
        <w:br/>
        <w:t>f 4751/10523/8607 4752/10522/8606 4676/10449/8538</w:t>
        <w:br/>
        <w:t>f 4751/10523/8607 4676/10449/8538 4658/10432/8521</w:t>
        <w:br/>
        <w:t>f 4753/10524/8608 4751/10523/8607 4658/10432/8521</w:t>
        <w:br/>
        <w:t>f 4753/10524/8608 4658/10432/8521 4657/10431/8520</w:t>
        <w:br/>
        <w:t>f 4754/10525/8609 4753/10524/8608 4657/10431/8520</w:t>
        <w:br/>
        <w:t>f 4756/10526/8610 4752/10522/8606 4751/10523/8607</w:t>
        <w:br/>
        <w:t>f 4755/10527/8611 4756/10526/8610 4751/10523/8607</w:t>
        <w:br/>
        <w:t>f 4688/10461/8550 4757/10528/8612 4755/10527/8611</w:t>
        <w:br/>
        <w:t>f 4687/10462/8551 4688/10461/8550 4755/10527/8611</w:t>
        <w:br/>
        <w:t>f 4687/10462/8551 4755/10527/8611 4751/10523/8607</w:t>
        <w:br/>
        <w:t>f 4753/10524/8608 4687/10462/8551 4751/10523/8607</w:t>
        <w:br/>
        <w:t>f 4760/10529/8613 4759/10530/8614 4758/10531/8615</w:t>
        <w:br/>
        <w:t>f 4755/10527/8611 4757/10528/8612 4761/10532/8616</w:t>
        <w:br/>
        <w:t>f 4756/10526/8610 4755/10527/8611 4761/10532/8616</w:t>
        <w:br/>
        <w:t>f 4757/10528/8612 4760/10529/8613 4762/10533/8617</w:t>
        <w:br/>
        <w:t>f 4761/10532/8616 4757/10528/8612 4762/10533/8617</w:t>
        <w:br/>
        <w:t>f 4764/10534/8618 4763/10535/8619 4752/10522/8606</w:t>
        <w:br/>
        <w:t>f 4756/10526/8610 4764/10534/8618 4752/10522/8606</w:t>
        <w:br/>
        <w:t>f 4764/10534/8618 4765/10536/8620 4763/10535/8619</w:t>
        <w:br/>
        <w:t>f 4763/10535/8619 4766/10537/8621 4675/10450/8539</w:t>
        <w:br/>
        <w:t>f 4752/10522/8606 4763/10535/8619 4675/10450/8539</w:t>
        <w:br/>
        <w:t>f 4686/10463/8552 4687/10462/8551 4753/10524/8608</w:t>
        <w:br/>
        <w:t>f 4754/10525/8609 4686/10463/8552 4753/10524/8608</w:t>
        <w:br/>
        <w:t>f 4688/10461/8550 4689/10460/8549 4759/10530/8614</w:t>
        <w:br/>
        <w:t>f 4769/10538/8622 4768/10539/8623 4767/10540/8624</w:t>
        <w:br/>
        <w:t>f 4773/10541/8625 4772/10542/8626 4771/10543/8627</w:t>
        <w:br/>
        <w:t>f 4770/10544/8628 4773/10541/8625 4771/10543/8627</w:t>
        <w:br/>
        <w:t>f 4772/10542/8626 4775/10545/8629 4774/10546/8630</w:t>
        <w:br/>
        <w:t>f 4771/10543/8627 4772/10542/8626 4774/10546/8630</w:t>
        <w:br/>
        <w:t>f 4779/10547/8631 4778/10548/8632 4777/10549/8633</w:t>
        <w:br/>
        <w:t>f 4776/10550/8634 4779/10547/8631 4777/10549/8633</w:t>
        <w:br/>
        <w:t>f 4776/10550/8634 4777/10549/8633 4775/10545/8629</w:t>
        <w:br/>
        <w:t>f 4772/10542/8626 4776/10550/8634 4775/10545/8629</w:t>
        <w:br/>
        <w:t>f 4781/10551/8635 4780/10552/8636 4771/10543/8627</w:t>
        <w:br/>
        <w:t>f 4774/10546/8630 4781/10551/8635 4771/10543/8627</w:t>
        <w:br/>
        <w:t>f 4760/10529/8613 4782/10553/8637 4762/10533/8617</w:t>
        <w:br/>
        <w:t>f 4767/10540/8624 4768/10539/8623 4784/10554/8638</w:t>
        <w:br/>
        <w:t>f 4783/10555/8639 4767/10540/8624 4784/10554/8638</w:t>
        <w:br/>
        <w:t>f 4784/10554/8638 4786/10556/8640 4785/10557/8641</w:t>
        <w:br/>
        <w:t>f 4787/10558/8642 4785/10557/8641 4786/10556/8640</w:t>
        <w:br/>
        <w:t>f 4780/10552/8636 4787/10558/8642 4786/10556/8640</w:t>
        <w:br/>
        <w:t>f 4791/10559/8643 4790/10560/8644 4789/10561/8645</w:t>
        <w:br/>
        <w:t>f 4788/10562/8646 4791/10559/8643 4789/10561/8645</w:t>
        <w:br/>
        <w:t>f 4789/10561/8645 4793/10563/8647 4792/10564/8648</w:t>
        <w:br/>
        <w:t>f 4788/10562/8646 4789/10561/8645 4792/10564/8648</w:t>
        <w:br/>
        <w:t>f 4793/10563/8647 4785/10557/8641 4794/10565/8649</w:t>
        <w:br/>
        <w:t>f 4794/10565/8649 4792/10564/8648 4793/10563/8647</w:t>
        <w:br/>
        <w:t>f 4797/10566/8650 4794/10565/8649 4796/10567/8651</w:t>
        <w:br/>
        <w:t>f 4795/10568/8652 4797/10566/8650 4796/10567/8651</w:t>
        <w:br/>
        <w:t>f 4785/10557/8641 4787/10558/8642 4796/10567/8651</w:t>
        <w:br/>
        <w:t>f 4794/10565/8649 4785/10557/8641 4796/10567/8651</w:t>
        <w:br/>
        <w:t>f 4761/10532/8616 4764/10534/8618 4756/10526/8610</w:t>
        <w:br/>
        <w:t>f 4780/10552/8636 4786/10556/8640 4770/10544/8628</w:t>
        <w:br/>
        <w:t>f 4771/10543/8627 4780/10552/8636 4770/10544/8628</w:t>
        <w:br/>
        <w:t>f 4772/10542/8626 4773/10541/8625 4798/10569/8653</w:t>
        <w:br/>
        <w:t>f 4776/10550/8634 4772/10542/8626 4798/10569/8653</w:t>
        <w:br/>
        <w:t>f 4798/10569/8653 4773/10541/8625 4799/10570/8654</w:t>
        <w:br/>
        <w:t>f 4699/10471/8560 4798/10569/8653 4799/10570/8654</w:t>
        <w:br/>
        <w:t>f 4800/10571/8655 4779/10547/8631 4776/10550/8634</w:t>
        <w:br/>
        <w:t>f 4798/10569/8653 4800/10571/8655 4776/10550/8634</w:t>
        <w:br/>
        <w:t>f 4719/10490/8579 4720/10491/8580 4779/10547/8631</w:t>
        <w:br/>
        <w:t>f 4800/10571/8655 4719/10490/8579 4779/10547/8631</w:t>
        <w:br/>
        <w:t>f 4719/10490/8579 4800/10571/8655 4700/10470/8559</w:t>
        <w:br/>
        <w:t>f 4701/10473/8562 4719/10490/8579 4700/10470/8559</w:t>
        <w:br/>
        <w:t>f 4800/10571/8655 4798/10569/8653 4699/10471/8560</w:t>
        <w:br/>
        <w:t>f 4700/10470/8559 4800/10571/8655 4699/10471/8560</w:t>
        <w:br/>
        <w:t>f 4718/10489/8578 4709/10480/8569 4712/10484/8573</w:t>
        <w:br/>
        <w:t>f 4801/10572/8656 4718/10489/8578 4712/10484/8573</w:t>
        <w:br/>
        <w:t>f 4805/10573/8657 4804/10574/8658 4803/10575/8659</w:t>
        <w:br/>
        <w:t>f 4802/10576/8660 4805/10573/8657 4803/10575/8659</w:t>
        <w:br/>
        <w:t>f 4807/10577/8661 4803/10575/8659 4804/10574/8658</w:t>
        <w:br/>
        <w:t>f 4806/10578/8662 4807/10577/8661 4804/10574/8658</w:t>
        <w:br/>
        <w:t>f 4807/10577/8661 4806/10578/8662 4801/10572/8656</w:t>
        <w:br/>
        <w:t>f 4712/10484/8573 4807/10577/8661 4801/10572/8656</w:t>
        <w:br/>
        <w:t>f 4808/10579/8663 4720/10491/8580 4715/10486/8575</w:t>
        <w:br/>
        <w:t>f 4717/10487/8576 4808/10579/8663 4715/10486/8575</w:t>
        <w:br/>
        <w:t>f 4778/10548/8632 4779/10547/8631 4720/10491/8580</w:t>
        <w:br/>
        <w:t>f 4808/10579/8663 4778/10548/8632 4720/10491/8580</w:t>
        <w:br/>
        <w:t>f 4681/10454/8543 4810/10580/8664 4809/10581/8665</w:t>
        <w:br/>
        <w:t>f 4814/10582/8666 4813/10583/8667 4812/10584/8667</w:t>
        <w:br/>
        <w:t>f 4811/10585/8666 4814/10582/8666 4812/10584/8667</w:t>
        <w:br/>
        <w:t>f 4816/10586/8668 4812/10584/8667 4813/10583/8667</w:t>
        <w:br/>
        <w:t>f 4815/10587/8668 4816/10586/8668 4813/10583/8667</w:t>
        <w:br/>
        <w:t>f 4815/10587/8668 4818/10588/8669 4817/10589/8669</w:t>
        <w:br/>
        <w:t>f 4816/10586/8668 4815/10587/8668 4817/10589/8669</w:t>
        <w:br/>
        <w:t>f 4820/10590/8670 4817/10589/8669 4818/10588/8669</w:t>
        <w:br/>
        <w:t>f 4819/10591/8670 4820/10590/8670 4818/10588/8669</w:t>
        <w:br/>
        <w:t>f 4819/10591/8670 4822/10592/8671 4821/10593/8671</w:t>
        <w:br/>
        <w:t>f 4820/10590/8670 4819/10591/8670 4821/10593/8671</w:t>
        <w:br/>
        <w:t>f 4826/10594/8672 4825/10595/8673 4824/10596/8673</w:t>
        <w:br/>
        <w:t>f 4823/10597/8672 4826/10594/8672 4824/10596/8673</w:t>
        <w:br/>
        <w:t>f 4811/10585/8666 4826/10594/8672 4823/10597/8672</w:t>
        <w:br/>
        <w:t>f 4814/10582/8666 4811/10585/8666 4823/10597/8672</w:t>
        <w:br/>
        <w:t>f 4824/10596/8673 4825/10595/8673 4828/10598/8674</w:t>
        <w:br/>
        <w:t>f 4827/10599/8675 4824/10596/8673 4828/10598/8674</w:t>
        <w:br/>
        <w:t>f 4830/10600/8676 4827/10599/8675 4828/10598/8674</w:t>
        <w:br/>
        <w:t>f 4829/10601/8676 4830/10600/8676 4828/10598/8674</w:t>
        <w:br/>
        <w:t>f 4832/10602/8677 4830/10600/8676 4829/10601/8676</w:t>
        <w:br/>
        <w:t>f 4831/10603/8678 4832/10602/8677 4829/10601/8676</w:t>
        <w:br/>
        <w:t>f 4835/10604/8679 4834/10605/8680 4833/10606/8681</w:t>
        <w:br/>
        <w:t>f 4838/10607/8682 4837/10608/8683 4836/10609/8684</w:t>
        <w:br/>
        <w:t>f 4837/10608/8683 4841/10610/8685 4840/10611/8686</w:t>
        <w:br/>
        <w:t>f 4839/10612/8687 4837/10608/8683 4840/10611/8686</w:t>
        <w:br/>
        <w:t>f 4840/10611/8686 4843/10613/8688 4842/10614/8689</w:t>
        <w:br/>
        <w:t>f 4839/10612/8687 4840/10611/8686 4842/10614/8689</w:t>
        <w:br/>
        <w:t>f 4845/10615/8690 4844/10616/8691 4843/10613/8688</w:t>
        <w:br/>
        <w:t>f 4840/10611/8686 4845/10615/8690 4843/10613/8688</w:t>
        <w:br/>
        <w:t>f 4845/10615/8690 4840/10611/8686 4841/10610/8685</w:t>
        <w:br/>
        <w:t>f 4846/10617/8692 4845/10615/8690 4841/10610/8685</w:t>
        <w:br/>
        <w:t>f 4841/10610/8685 4837/10608/8683 4848/10618/8693</w:t>
        <w:br/>
        <w:t>f 4847/10619/8694 4841/10610/8685 4848/10618/8693</w:t>
        <w:br/>
        <w:t>f 4846/10617/8692 4841/10610/8685 4847/10619/8694</w:t>
        <w:br/>
        <w:t>f 4765/10536/8620 4846/10617/8692 4847/10619/8694</w:t>
        <w:br/>
        <w:t>f 4838/10607/8682 4848/10618/8693 4837/10608/8683</w:t>
        <w:br/>
        <w:t>f 4836/10609/8684 4837/10608/8683 4839/10612/8687</w:t>
        <w:br/>
        <w:t>f 4849/10620/8695 4836/10609/8684 4839/10612/8687</w:t>
        <w:br/>
        <w:t>f 4851/10621/8696 4850/10622/8697 4836/10609/8684</w:t>
        <w:br/>
        <w:t>f 4849/10620/8695 4851/10621/8696 4836/10609/8684</w:t>
        <w:br/>
        <w:t>f 4836/10609/8684 4834/10605/8680 4838/10607/8682</w:t>
        <w:br/>
        <w:t>f 4850/10622/8697 4834/10605/8680 4836/10609/8684</w:t>
        <w:br/>
        <w:t>f 4849/10620/8695 4839/10612/8687 4842/10614/8689</w:t>
        <w:br/>
        <w:t>f 4852/10623/8698 4849/10620/8695 4842/10614/8689</w:t>
        <w:br/>
        <w:t>f 4854/10624/8699 4853/10625/8700 4662/10439/8528</w:t>
        <w:br/>
        <w:t>f 4663/10438/8527 4854/10624/8699 4662/10439/8528</w:t>
        <w:br/>
        <w:t>f 4853/10625/8700 4854/10624/8699 4651/10426/8515</w:t>
        <w:br/>
        <w:t>f 4648/10424/8513 4853/10625/8700 4651/10426/8515</w:t>
        <w:br/>
        <w:t>f 4810/10580/8664 4678/10452/8541 4855/10626/8701</w:t>
        <w:br/>
        <w:t>f 4678/10452/8541 4835/10604/8679 4855/10626/8701</w:t>
        <w:br/>
        <w:t>f 4855/10626/8701 4835/10604/8679 4833/10606/8681</w:t>
        <w:br/>
        <w:t>f 4835/10604/8679 4678/10452/8541 4679/10451/8540</w:t>
        <w:br/>
        <w:t>f 4838/10607/8682 4835/10604/8679 4679/10451/8540</w:t>
        <w:br/>
        <w:t>f 4858/10627/8702 4857/10628/8703 4856/10629/8704</w:t>
        <w:br/>
        <w:t>f 4849/10620/8695 4852/10623/8698 4859/10630/8705</w:t>
        <w:br/>
        <w:t>f 4851/10621/8696 4849/10620/8695 4859/10630/8705</w:t>
        <w:br/>
        <w:t>f 4685/10459/8548 4681/10454/8543 4809/10581/8665</w:t>
        <w:br/>
        <w:t>f 4791/10559/8643 4862/10631/8706 4861/10632/8707</w:t>
        <w:br/>
        <w:t>f 4860/10633/8708 4791/10559/8643 4861/10632/8707</w:t>
        <w:br/>
        <w:t>f 4862/10631/8706 4791/10559/8643 4864/10634/8709</w:t>
        <w:br/>
        <w:t>f 4863/10635/8710 4862/10631/8706 4864/10634/8709</w:t>
        <w:br/>
        <w:t>f 4862/10631/8706 4741/10513/8600 4742/10512/8599</w:t>
        <w:br/>
        <w:t>f 4870/10636/8711 4869/10637/8712 4863/10635/8710</w:t>
        <w:br/>
        <w:t>f 4864/10634/8709 4870/10636/8711 4863/10635/8710</w:t>
        <w:br/>
        <w:t>f 4864/10634/8709 4871/10638/8713 4870/10636/8711</w:t>
        <w:br/>
        <w:t>f 4788/10562/8646 4864/10634/8709 4791/10559/8643</w:t>
        <w:br/>
        <w:t>f 4738/10510/8598 4741/10513/8600 4877/10639/8714</w:t>
        <w:br/>
        <w:t>f 4876/10640/8715 4738/10510/8598 4877/10639/8714</w:t>
        <w:br/>
        <w:t>f 4877/10639/8714 4878/10641/8716 4876/10640/8715</w:t>
        <w:br/>
        <w:t>f 4877/10639/8714 4879/10642/8717 4878/10641/8716</w:t>
        <w:br/>
        <w:t>f 4881/10643/8718 4880/10644/8719 4878/10641/8716</w:t>
        <w:br/>
        <w:t>f 4879/10642/8717 4881/10643/8718 4878/10641/8716</w:t>
        <w:br/>
        <w:t>f 4883/10645/8720 4882/10646/8721 4880/10644/8719</w:t>
        <w:br/>
        <w:t>f 4881/10643/8718 4883/10645/8720 4880/10644/8719</w:t>
        <w:br/>
        <w:t>f 4882/10646/8721 4883/10645/8720 4885/10647/8722</w:t>
        <w:br/>
        <w:t>f 4884/10648/8723 4882/10646/8721 4885/10647/8722</w:t>
        <w:br/>
        <w:t>f 4884/10648/8723 4887/10649/8724 4886/10650/8725</w:t>
        <w:br/>
        <w:t>f 4882/10646/8721 4884/10648/8723 4886/10650/8725</w:t>
        <w:br/>
        <w:t>f 4886/10650/8725 4890/10651/8726 4889/10652/8727</w:t>
        <w:br/>
        <w:t>f 4888/10653/8728 4886/10650/8725 4889/10652/8727</w:t>
        <w:br/>
        <w:t>f 4890/10651/8726 4886/10650/8725 4887/10649/8724</w:t>
        <w:br/>
        <w:t>f 4891/10654/8729 4890/10651/8726 4887/10649/8724</w:t>
        <w:br/>
        <w:t>f 4882/10646/8721 4886/10650/8725 4888/10653/8728</w:t>
        <w:br/>
        <w:t>f 4880/10644/8719 4882/10646/8721 4888/10653/8728</w:t>
        <w:br/>
        <w:t>f 4893/10655/8730 4885/10647/8722 4883/10645/8720</w:t>
        <w:br/>
        <w:t>f 4892/10656/8731 4893/10655/8730 4883/10645/8720</w:t>
        <w:br/>
        <w:t>f 4895/10657/8732 4893/10655/8730 4892/10656/8731</w:t>
        <w:br/>
        <w:t>f 4894/10658/8733 4895/10657/8732 4892/10656/8731</w:t>
        <w:br/>
        <w:t>f 4897/10659/8734 4896/10660/8735 4894/10658/8733</w:t>
        <w:br/>
        <w:t>f 4892/10656/8731 4897/10659/8734 4894/10658/8733</w:t>
        <w:br/>
        <w:t>f 4892/10656/8731 4883/10645/8720 4881/10643/8718</w:t>
        <w:br/>
        <w:t>f 4897/10659/8734 4892/10656/8731 4881/10643/8718</w:t>
        <w:br/>
        <w:t>f 4879/10642/8717 4869/10637/8712 4897/10659/8734</w:t>
        <w:br/>
        <w:t>f 4881/10643/8718 4879/10642/8717 4897/10659/8734</w:t>
        <w:br/>
        <w:t>f 4863/10635/8710 4869/10637/8712 4879/10642/8717</w:t>
        <w:br/>
        <w:t>f 4898/10661/8736 4878/10641/8716 4880/10644/8719</w:t>
        <w:br/>
        <w:t>f 4888/10653/8728 4898/10661/8736 4880/10644/8719</w:t>
        <w:br/>
        <w:t>f 4900/10662/8594 4876/10640/8715 4898/10661/8736</w:t>
        <w:br/>
        <w:t>f 4899/10663/8737 4900/10662/8594 4898/10661/8736</w:t>
        <w:br/>
        <w:t>f 4899/10663/8737 4898/10661/8736 4888/10653/8728</w:t>
        <w:br/>
        <w:t>f 4889/10652/8727 4899/10663/8737 4888/10653/8728</w:t>
        <w:br/>
        <w:t>f 4737/10511/8590 4738/10510/8598 4876/10640/8715</w:t>
        <w:br/>
        <w:t>f 4900/10662/8594 4737/10511/8590 4876/10640/8715</w:t>
        <w:br/>
        <w:t>f 4787/10558/8642 4780/10552/8636 4781/10551/8635</w:t>
        <w:br/>
        <w:t>f 4901/10664/8738 4787/10558/8642 4781/10551/8635</w:t>
        <w:br/>
        <w:t>f 4796/10567/8651 4787/10558/8642 4901/10664/8738</w:t>
        <w:br/>
        <w:t>f 4902/10665/8739 4796/10567/8651 4901/10664/8738</w:t>
        <w:br/>
        <w:t>f 4905/10666/8740 4795/10568/8652 4904/10667/8741</w:t>
        <w:br/>
        <w:t>f 4903/10668/8742 4905/10666/8740 4904/10667/8741</w:t>
        <w:br/>
        <w:t>f 4905/10666/8740 4894/10658/8733 4896/10660/8735</w:t>
        <w:br/>
        <w:t>f 4906/10669/8743 4905/10666/8740 4896/10660/8735</w:t>
        <w:br/>
        <w:t>f 4906/10669/8743 4896/10660/8735 4870/10636/8711</w:t>
        <w:br/>
        <w:t>f 4871/10638/8713 4906/10669/8743 4870/10636/8711</w:t>
        <w:br/>
        <w:t>f 4795/10568/8652 4905/10666/8740 4906/10669/8743</w:t>
        <w:br/>
        <w:t>f 4797/10566/8650 4795/10568/8652 4906/10669/8743</w:t>
        <w:br/>
        <w:t>f 4797/10566/8650 4906/10669/8743 4871/10638/8713</w:t>
        <w:br/>
        <w:t>f 4792/10564/8648 4797/10566/8650 4871/10638/8713</w:t>
        <w:br/>
        <w:t>f 4903/10668/8742 4895/10657/8732 4894/10658/8733</w:t>
        <w:br/>
        <w:t>f 4905/10666/8740 4903/10668/8742 4894/10658/8733</w:t>
        <w:br/>
        <w:t>f 4902/10665/8739 4904/10667/8741 4795/10568/8652</w:t>
        <w:br/>
        <w:t>f 4796/10567/8651 4902/10665/8739 4795/10568/8652</w:t>
        <w:br/>
        <w:t>f 4910/10670/8744 4909/10671/8744 4908/10672/8745</w:t>
        <w:br/>
        <w:t>f 4907/10673/8745 4910/10670/8744 4908/10672/8745</w:t>
        <w:br/>
        <w:t>f 4913/10674/8746 4912/10675/8747 4911/10676/8748</w:t>
        <w:br/>
        <w:t>f 4915/10677/8749 4911/10676/8748 4914/10678/8750</w:t>
        <w:br/>
        <w:t>f 4909/10671/8744 4910/10670/8744 4917/10679/8751</w:t>
        <w:br/>
        <w:t>f 4916/10680/8752 4909/10671/8744 4917/10679/8751</w:t>
        <w:br/>
        <w:t>f 4917/10679/8751 4912/10675/8747 4913/10674/8746</w:t>
        <w:br/>
        <w:t>f 4916/10680/8752 4917/10679/8751 4913/10674/8746</w:t>
        <w:br/>
        <w:t>f 4832/10602/8677 4831/10603/8678 4907/10673/8745</w:t>
        <w:br/>
        <w:t>f 4908/10672/8745 4832/10602/8677 4907/10673/8745</w:t>
        <w:br/>
        <w:t>f 4673/10447/8536 4675/10450/8539 4766/10537/8621</w:t>
        <w:br/>
        <w:t>f 4918/10681/8753 4673/10447/8536 4766/10537/8621</w:t>
        <w:br/>
        <w:t>f 4847/10619/8694 4848/10618/8693 4918/10681/8753</w:t>
        <w:br/>
        <w:t>f 4766/10537/8621 4847/10619/8694 4918/10681/8753</w:t>
        <w:br/>
        <w:t>f 4673/10447/8536 4918/10681/8753 4672/10448/8537</w:t>
        <w:br/>
        <w:t>f 4672/10448/8537 4918/10681/8753 4679/10451/8540</w:t>
        <w:br/>
        <w:t>f 4765/10536/8620 4847/10619/8694 4766/10537/8621</w:t>
        <w:br/>
        <w:t>f 4763/10535/8619 4765/10536/8620 4766/10537/8621</w:t>
        <w:br/>
        <w:t>f 4788/10562/8646 4792/10564/8648 4871/10638/8713</w:t>
        <w:br/>
        <w:t>f 4864/10634/8709 4788/10562/8646 4871/10638/8713</w:t>
        <w:br/>
        <w:t>f 4896/10660/8735 4897/10659/8734 4869/10637/8712</w:t>
        <w:br/>
        <w:t>f 4870/10636/8711 4896/10660/8735 4869/10637/8712</w:t>
        <w:br/>
        <w:t>f 4721/10493/8582 4919/10682/8754 4713/10483/8572</w:t>
        <w:br/>
        <w:t>f 4714/10485/8574 4721/10493/8582 4713/10483/8572</w:t>
        <w:br/>
        <w:t>f 4712/10484/8573 4713/10483/8572 4919/10682/8754</w:t>
        <w:br/>
        <w:t>f 4807/10577/8661 4712/10484/8573 4919/10682/8754</w:t>
        <w:br/>
        <w:t>f 4807/10577/8661 4919/10682/8754 4920/10683/8755</w:t>
        <w:br/>
        <w:t>f 4803/10575/8659 4807/10577/8661 4920/10683/8755</w:t>
        <w:br/>
        <w:t>f 4921/10684/8727 4802/10576/8660 4803/10575/8659</w:t>
        <w:br/>
        <w:t>f 4920/10683/8755 4921/10684/8727 4803/10575/8659</w:t>
        <w:br/>
        <w:t>f 4920/10683/8755 4734/10507/8596 4735/10506/8595</w:t>
        <w:br/>
        <w:t>f 4921/10684/8727 4920/10683/8755 4735/10506/8595</w:t>
        <w:br/>
        <w:t>f 4919/10682/8754 4721/10493/8582 4734/10507/8596</w:t>
        <w:br/>
        <w:t>f 4920/10683/8755 4919/10682/8754 4734/10507/8596</w:t>
        <w:br/>
        <w:t>f 4844/10616/8691 4923/10685/8514 4922/10686/8515</w:t>
        <w:br/>
        <w:t>f 4843/10613/8688 4844/10616/8691 4922/10686/8515</w:t>
        <w:br/>
        <w:t>f 4925/10687/8756 4821/10593/8671 4822/10592/8671</w:t>
        <w:br/>
        <w:t>f 4924/10688/8757 4925/10687/8756 4822/10592/8671</w:t>
        <w:br/>
        <w:t>f 4926/10689/8758 4686/10463/8552 4754/10525/8609</w:t>
        <w:br/>
        <w:t>f 4653/10427/8516 4926/10689/8758 4643/10418/8507</w:t>
        <w:br/>
        <w:t>f 4644/10417/8506 4653/10427/8516 4643/10418/8507</w:t>
        <w:br/>
        <w:t>f 4863/10635/8710 4877/10639/8714 4741/10513/8600</w:t>
        <w:br/>
        <w:t>f 4862/10631/8706 4863/10635/8710 4741/10513/8600</w:t>
        <w:br/>
        <w:t>f 4698/10467/8556 4703/10474/8563 4697/10468/8557</w:t>
        <w:br/>
        <w:t>f 4703/10474/8563 4694/10465/8554 4695/10464/8553</w:t>
        <w:br/>
        <w:t>f 4733/10503/8592 4722/10492/8581 4693/10466/8555</w:t>
        <w:br/>
        <w:t>f 4694/10465/8554 4733/10503/8592 4693/10466/8555</w:t>
        <w:br/>
        <w:t>f 4705/10475/8564 4695/10464/8553 4693/10466/8555</w:t>
        <w:br/>
        <w:t>f 4655/10430/8519 4638/10414/8503 4654/10428/8517</w:t>
        <w:br/>
        <w:t>f 4679/10451/8540 4918/10681/8753 4848/10618/8693</w:t>
        <w:br/>
        <w:t>f 4694/10465/8554 4723/10495/8584 4733/10503/8592</w:t>
        <w:br/>
        <w:t>f 4862/10631/8706 4742/10512/8599 4861/10632/8707</w:t>
        <w:br/>
        <w:t>f 4797/10566/8650 4792/10564/8648 4794/10565/8649</w:t>
        <w:br/>
        <w:t>f 4863/10635/8710 4879/10642/8717 4877/10639/8714</w:t>
        <w:br/>
        <w:t>f 4876/10640/8715 4878/10641/8716 4898/10661/8736</w:t>
        <w:br/>
        <w:t>f 4722/10492/8581 4714/10485/8574 4693/10466/8555</w:t>
        <w:br/>
        <w:t>f 4722/10492/8581 4732/10504/8593 4721/10493/8582</w:t>
        <w:br/>
        <w:t>f 4329/10313/8404 4774/10546/8630 4775/10545/8629</w:t>
        <w:br/>
        <w:t>f 4326/10311/8402 4329/10313/8404 4775/10545/8629</w:t>
        <w:br/>
        <w:t>f 4329/10313/8404 4333/10320/8411 4781/10551/8635</w:t>
        <w:br/>
        <w:t>f 4774/10546/8630 4329/10313/8404 4781/10551/8635</w:t>
        <w:br/>
        <w:t>f 4333/10320/8411 4334/10319/8410 4901/10664/8738</w:t>
        <w:br/>
        <w:t>f 4781/10551/8635 4333/10320/8411 4901/10664/8738</w:t>
        <w:br/>
        <w:t>f 4334/10319/8410 4410/10363/8454 4902/10665/8739</w:t>
        <w:br/>
        <w:t>f 4901/10664/8738 4334/10319/8410 4902/10665/8739</w:t>
        <w:br/>
        <w:t>f 4410/10363/8454 4395/10351/8442 4904/10667/8741</w:t>
        <w:br/>
        <w:t>f 4902/10665/8739 4410/10363/8454 4904/10667/8741</w:t>
        <w:br/>
        <w:t>f 4395/10351/8442 4396/10350/8441 4903/10668/8742</w:t>
        <w:br/>
        <w:t>f 4904/10667/8741 4395/10351/8442 4903/10668/8742</w:t>
        <w:br/>
        <w:t>f 4396/10350/8441 4402/10354/8445 4895/10657/8732</w:t>
        <w:br/>
        <w:t>f 4903/10668/8742 4396/10350/8441 4895/10657/8732</w:t>
        <w:br/>
        <w:t>f 4402/10354/8445 4433/10378/8469 4893/10655/8730</w:t>
        <w:br/>
        <w:t>f 4895/10657/8732 4402/10354/8445 4893/10655/8730</w:t>
        <w:br/>
        <w:t>f 4433/10378/8469 4429/10373/8464 4885/10647/8722</w:t>
        <w:br/>
        <w:t>f 4893/10655/8730 4433/10378/8469 4885/10647/8722</w:t>
        <w:br/>
        <w:t>f 4884/10648/8723 4885/10647/8722 4429/10373/8464</w:t>
        <w:br/>
        <w:t>f 4430/10372/8463 4884/10648/8723 4429/10373/8464</w:t>
        <w:br/>
        <w:t>f 4887/10649/8724 4884/10648/8723 4430/10372/8463</w:t>
        <w:br/>
        <w:t>f 4611/10391/8482 4887/10649/8724 4430/10372/8463</w:t>
        <w:br/>
        <w:t>f 4612/10390/8481 4891/10654/8729 4887/10649/8724</w:t>
        <w:br/>
        <w:t>f 4611/10391/8482 4612/10390/8481 4887/10649/8724</w:t>
        <w:br/>
        <w:t>f 4613/10393/8481 4607/10381/8472 4804/10574/8658</w:t>
        <w:br/>
        <w:t>f 4805/10573/8657 4613/10393/8481 4804/10574/8658</w:t>
        <w:br/>
        <w:t>f 4607/10381/8472 4350/10333/8424 4806/10578/8662</w:t>
        <w:br/>
        <w:t>f 4804/10574/8658 4607/10381/8472 4806/10578/8662</w:t>
        <w:br/>
        <w:t>f 4350/10333/8424 4348/10331/8422 4801/10572/8656</w:t>
        <w:br/>
        <w:t>f 4806/10578/8662 4350/10333/8424 4801/10572/8656</w:t>
        <w:br/>
        <w:t>f 4345/10329/8420 4718/10489/8578 4801/10572/8656</w:t>
        <w:br/>
        <w:t>f 4348/10331/8422 4345/10329/8420 4801/10572/8656</w:t>
        <w:br/>
        <w:t>f 4346/10328/8419 4716/10488/8577 4718/10489/8578</w:t>
        <w:br/>
        <w:t>f 4345/10329/8420 4346/10328/8419 4718/10489/8578</w:t>
        <w:br/>
        <w:t>f 4338/10323/8414 4717/10487/8576 4716/10488/8577</w:t>
        <w:br/>
        <w:t>f 4346/10328/8419 4338/10323/8414 4716/10488/8577</w:t>
        <w:br/>
        <w:t>f 4339/10322/8413 4808/10579/8663 4717/10487/8576</w:t>
        <w:br/>
        <w:t>f 4338/10323/8414 4339/10322/8413 4717/10487/8576</w:t>
        <w:br/>
        <w:t>f 4323/10308/8399 4778/10548/8632 4808/10579/8663</w:t>
        <w:br/>
        <w:t>f 4339/10322/8413 4323/10308/8399 4808/10579/8663</w:t>
        <w:br/>
        <w:t>f 4324/10307/8398 4777/10549/8633 4778/10548/8632</w:t>
        <w:br/>
        <w:t>f 4323/10308/8399 4324/10307/8398 4778/10548/8632</w:t>
        <w:br/>
        <w:t>f 4326/10311/8402 4775/10545/8629 4777/10549/8633</w:t>
        <w:br/>
        <w:t>f 4324/10307/8398 4326/10311/8402 4777/10549/8633</w:t>
        <w:br/>
        <w:t>f 4394/10346/8437 4592/10384/8475 4393/10347/8438</w:t>
        <w:br/>
        <w:t>f 4431/10377/8468 4432/10376/8467 4577/10690/8759</w:t>
        <w:br/>
        <w:t>f 4428/10374/8465 4431/10377/8468 4577/10690/8759</w:t>
        <w:br/>
        <w:t>f 4577/10690/8759 4427/10375/8466 4428/10374/8465</w:t>
        <w:br/>
        <w:t>f 4935/10691/8760 4618/10399/8488 4413/10367/8458</w:t>
        <w:br/>
        <w:t>f 4425/10371/8462 4935/10691/8760 4413/10367/8458</w:t>
        <w:br/>
        <w:t>f 4937/10692/8761 4935/10691/8760 4425/10371/8462</w:t>
        <w:br/>
        <w:t>f 4391/10345/8436 4937/10692/8761 4425/10371/8462</w:t>
        <w:br/>
        <w:t>f 4391/10345/8436 4386/10343/8434 4938/10693/8762</w:t>
        <w:br/>
        <w:t>f 4937/10692/8761 4391/10345/8436 4938/10693/8762</w:t>
        <w:br/>
        <w:t>f 4793/10563/8647 4784/10554/8638 4785/10557/8641</w:t>
        <w:br/>
        <w:t>f 4783/10555/8639 4784/10554/8638 4793/10563/8647</w:t>
        <w:br/>
        <w:t>f 4789/10561/8645 4783/10555/8639 4793/10563/8647</w:t>
        <w:br/>
        <w:t>f 4790/10560/8644 4783/10555/8639 4789/10561/8645</w:t>
        <w:br/>
        <w:t>f 4768/10539/8623 4786/10556/8640 4784/10554/8638</w:t>
        <w:br/>
        <w:t>f 4386/10343/8434 4384/10337/8428 4610/10386/8477</w:t>
        <w:br/>
        <w:t>f 4938/10693/8762 4386/10343/8434 4610/10386/8477</w:t>
        <w:br/>
        <w:t>f 4681/10454/8543 4677/10453/8542 4678/10452/8541</w:t>
        <w:br/>
        <w:t>f 4943/10694/8763 4942/10695/8702 4924/10688/8757</w:t>
        <w:br/>
        <w:t>f 4945/10696/8764 4859/10630/8705 4852/10623/8698</w:t>
        <w:br/>
        <w:t>f 4944/10697/8527 4945/10696/8764 4852/10623/8698</w:t>
        <w:br/>
        <w:t>f 4944/10697/8527 4852/10623/8698 4842/10614/8689</w:t>
        <w:br/>
        <w:t>f 4946/10698/8765 4944/10697/8527 4842/10614/8689</w:t>
        <w:br/>
        <w:t>f 4946/10698/8765 4842/10614/8689 4843/10613/8688</w:t>
        <w:br/>
        <w:t>f 4922/10686/8515 4946/10698/8765 4843/10613/8688</w:t>
        <w:br/>
        <w:t>f 4645/10420/8509 4853/10625/8700 4648/10424/8513</w:t>
        <w:br/>
        <w:t>f 4646/10419/8508 4645/10420/8509 4648/10424/8513</w:t>
        <w:br/>
        <w:t>f 4853/10625/8700 4645/10420/8509 4647/10421/8510</w:t>
        <w:br/>
        <w:t>f 4662/10439/8528 4853/10625/8700 4647/10421/8510</w:t>
        <w:br/>
        <w:t>f 4660/10435/8524 4665/10436/8525 4662/10439/8528</w:t>
        <w:br/>
        <w:t>f 4647/10421/8510 4660/10435/8524 4662/10439/8528</w:t>
        <w:br/>
        <w:t>f 4948/10699/8766 4947/10700/8767 4915/10677/8749</w:t>
        <w:br/>
        <w:t>f 4640/10412/8501 4642/10415/8504 4639/10413/8502</w:t>
        <w:br/>
        <w:t>f 4838/10607/8682 4679/10451/8540 4848/10618/8693</w:t>
        <w:br/>
        <w:t>f 4992/10701/8768 4991/10702/8769 4990/10703/8770</w:t>
        <w:br/>
        <w:t>f 4989/10704/8771 4992/10701/8768 4990/10703/8770</w:t>
        <w:br/>
        <w:t>f 4994/10705/8772 4989/10704/8771 4990/10703/8770</w:t>
        <w:br/>
        <w:t>f 4993/10706/8773 4994/10705/8772 4990/10703/8770</w:t>
        <w:br/>
        <w:t>f 4998/10707/8774 4997/10708/8775 4996/10709/8776</w:t>
        <w:br/>
        <w:t>f 4995/10710/8777 4998/10707/8774 4996/10709/8776</w:t>
        <w:br/>
        <w:t>f 5000/10711/8778 4998/10707/8774 4995/10710/8777</w:t>
        <w:br/>
        <w:t>f 4999/10712/8779 5000/10711/8778 4995/10710/8777</w:t>
        <w:br/>
        <w:t>f 5002/10713/8780 5001/10714/2904 5000/10711/8778</w:t>
        <w:br/>
        <w:t>f 4999/10712/8779 5002/10713/8780 5000/10711/8778</w:t>
        <w:br/>
        <w:t>f 5001/10714/2904 5002/10713/8780 5003/10715/8781</w:t>
        <w:br/>
        <w:t>f 5006/10716/8782 5005/10717/8783 5004/10718/8784</w:t>
        <w:br/>
        <w:t>f 5009/10719/8785 5008/10720/8786 5007/10721/8787</w:t>
        <w:br/>
        <w:t>f 5009/10719/8785 5007/10721/8787 5011/10722/8788</w:t>
        <w:br/>
        <w:t>f 5010/10723/8789 5009/10719/8785 5011/10722/8788</w:t>
        <w:br/>
        <w:t>f 5013/10724/8790 5012/10725/8791 5008/10720/8786</w:t>
        <w:br/>
        <w:t>f 5009/10719/8785 5013/10724/8790 5008/10720/8786</w:t>
        <w:br/>
        <w:t>f 5014/10726/8792 5013/10724/8790 5009/10719/8785</w:t>
        <w:br/>
        <w:t>f 5010/10723/8789 5014/10726/8792 5009/10719/8785</w:t>
        <w:br/>
        <w:t>f 5017/10727/8793 5016/10728/8794 5015/10729/8795</w:t>
        <w:br/>
        <w:t>f 5015/10729/8795 5016/10728/8794 5019/10730/8796</w:t>
        <w:br/>
        <w:t>f 5018/10731/8797 5015/10729/8795 5019/10730/8796</w:t>
        <w:br/>
        <w:t>f 5018/10731/8797 5019/10730/8796 5020/10732/8798</w:t>
        <w:br/>
        <w:t>f 5018/10731/8797 5020/10732/8798 5021/10733/8799</w:t>
        <w:br/>
        <w:t>f 5014/10726/8792 5023/10734/8800 5022/10735/8801</w:t>
        <w:br/>
        <w:t>f 5013/10724/8790 5014/10726/8792 5022/10735/8801</w:t>
        <w:br/>
        <w:t>f 5022/10735/8801 5024/10736/8802 5012/10725/8791</w:t>
        <w:br/>
        <w:t>f 5013/10724/8790 5022/10735/8801 5012/10725/8791</w:t>
        <w:br/>
        <w:t>f 5022/10735/8801 5026/10737/8803 5025/10738/8804</w:t>
        <w:br/>
        <w:t>f 5024/10736/8802 5022/10735/8801 5025/10738/8804</w:t>
        <w:br/>
        <w:t>f 5026/10737/8803 5022/10735/8801 5023/10734/8800</w:t>
        <w:br/>
        <w:t>f 5027/10739/8805 5026/10737/8803 5023/10734/8800</w:t>
        <w:br/>
        <w:t>f 5029/10740/8806 5025/10738/8804 5026/10737/8803</w:t>
        <w:br/>
        <w:t>f 5028/10741/8807 5029/10740/8806 5026/10737/8803</w:t>
        <w:br/>
        <w:t>f 5028/10741/8807 5026/10737/8803 5027/10739/8805</w:t>
        <w:br/>
        <w:t>f 5030/10742/8808 5028/10741/8807 5027/10739/8805</w:t>
        <w:br/>
        <w:t>f 5033/10743/8809 5032/10744/8810 5031/10745/8811</w:t>
        <w:br/>
        <w:t>f 5032/10744/8810 5033/10743/8809 5035/10746/8812</w:t>
        <w:br/>
        <w:t>f 5034/10747/8813 5032/10744/8810 5035/10746/8812</w:t>
        <w:br/>
        <w:t>f 5037/10748/8814 5031/10745/8811 5032/10744/8810</w:t>
        <w:br/>
        <w:t>f 5036/10749/8815 5037/10748/8814 5032/10744/8810</w:t>
        <w:br/>
        <w:t>f 5036/10749/8815 5032/10744/8810 5034/10747/8813</w:t>
        <w:br/>
        <w:t>f 5038/10750/8816 5036/10749/8815 5034/10747/8813</w:t>
        <w:br/>
        <w:t>f 5040/10751/8817 5037/10748/8814 5036/10749/8815</w:t>
        <w:br/>
        <w:t>f 5039/10752/8818 5040/10751/8817 5036/10749/8815</w:t>
        <w:br/>
        <w:t>f 5041/10753/8819 5037/10748/8814 5040/10751/8817</w:t>
        <w:br/>
        <w:t>f 5039/10752/8818 5036/10749/8815 5038/10750/8816</w:t>
        <w:br/>
        <w:t>f 5042/10754/8820 5039/10752/8818 5038/10750/8816</w:t>
        <w:br/>
        <w:t>f 5039/10752/8818 5045/10755/8821 5044/10756/8822</w:t>
        <w:br/>
        <w:t>f 5043/10757/8823 5039/10752/8818 5044/10756/8822</w:t>
        <w:br/>
        <w:t>f 5042/10754/8820 5045/10755/8821 5039/10752/8818</w:t>
        <w:br/>
        <w:t>f 5040/10751/8817 5039/10752/8818 5043/10757/8823</w:t>
        <w:br/>
        <w:t>f 5033/10743/8809 5028/10741/8807 5030/10742/8808</w:t>
        <w:br/>
        <w:t>f 5035/10746/8812 5033/10743/8809 5030/10742/8808</w:t>
        <w:br/>
        <w:t>f 5028/10741/8807 5033/10743/8809 5046/10758/8824</w:t>
        <w:br/>
        <w:t>f 5029/10740/8806 5028/10741/8807 5046/10758/8824</w:t>
        <w:br/>
        <w:t>f 5047/10759/8825 5007/10721/8787 5008/10720/8786</w:t>
        <w:br/>
        <w:t>f 5005/10717/8783 5047/10759/8825 5008/10720/8786</w:t>
        <w:br/>
        <w:t>f 5004/10718/8784 5005/10717/8783 5049/10760/8826</w:t>
        <w:br/>
        <w:t>f 5048/10761/8827 5004/10718/8784 5049/10760/8826</w:t>
        <w:br/>
        <w:t>f 5012/10725/8791 5049/10760/8826 5005/10717/8783</w:t>
        <w:br/>
        <w:t>f 5008/10720/8786 5012/10725/8791 5005/10717/8783</w:t>
        <w:br/>
        <w:t>f 5049/10760/8826 5051/10762/8828 5050/10763/8829</w:t>
        <w:br/>
        <w:t>f 5048/10761/8827 5049/10760/8826 5050/10763/8829</w:t>
        <w:br/>
        <w:t>f 5012/10725/8791 5024/10736/8802 5051/10762/8828</w:t>
        <w:br/>
        <w:t>f 5049/10760/8826 5012/10725/8791 5051/10762/8828</w:t>
        <w:br/>
        <w:t>f 5051/10762/8828 5053/10764/8830 5052/10765/8831</w:t>
        <w:br/>
        <w:t>f 5050/10763/8829 5051/10762/8828 5052/10765/8831</w:t>
        <w:br/>
        <w:t>f 5024/10736/8802 5025/10738/8804 5053/10764/8830</w:t>
        <w:br/>
        <w:t>f 5051/10762/8828 5024/10736/8802 5053/10764/8830</w:t>
        <w:br/>
        <w:t>f 5053/10764/8830 5055/10766/8832 5054/10767/8833</w:t>
        <w:br/>
        <w:t>f 5052/10765/8831 5053/10764/8830 5054/10767/8833</w:t>
        <w:br/>
        <w:t>f 5025/10738/8804 5029/10740/8806 5055/10766/8832</w:t>
        <w:br/>
        <w:t>f 5053/10764/8830 5025/10738/8804 5055/10766/8832</w:t>
        <w:br/>
        <w:t>f 5055/10766/8832 5057/10768/8834 5056/10769/8835</w:t>
        <w:br/>
        <w:t>f 5054/10767/8833 5055/10766/8832 5056/10769/8835</w:t>
        <w:br/>
        <w:t>f 5029/10740/8806 5046/10758/8824 5057/10768/8834</w:t>
        <w:br/>
        <w:t>f 5055/10766/8832 5029/10740/8806 5057/10768/8834</w:t>
        <w:br/>
        <w:t>f 5059/10770/8836 5058/10771/8837 5056/10769/8835</w:t>
        <w:br/>
        <w:t>f 5057/10768/8834 5059/10770/8836 5056/10769/8835</w:t>
        <w:br/>
        <w:t>f 5061/10772/8838 5060/10773/8839 5058/10771/8837</w:t>
        <w:br/>
        <w:t>f 5059/10770/8836 5061/10772/8838 5058/10771/8837</w:t>
        <w:br/>
        <w:t>f 5063/10774/8840 5062/10775/8841 5021/10733/8799</w:t>
        <w:br/>
        <w:t>f 5065/10776/8842 5064/10777/8843 5062/10775/8841</w:t>
        <w:br/>
        <w:t>f 5064/10777/8843 5065/10776/8842 5066/10778/8844</w:t>
        <w:br/>
        <w:t>f 5064/10777/8843 5068/10779/8845 5067/10780/8846</w:t>
        <w:br/>
        <w:t>f 5067/10780/8846 5070/10781/8847 5069/10782/8848</w:t>
        <w:br/>
        <w:t>f 5069/10782/8848 5072/10783/8849 5071/10784/8850</w:t>
        <w:br/>
        <w:t>f 5075/10785/8851 5074/10786/8852 5073/10787/8853</w:t>
        <w:br/>
        <w:t>f 5078/10788/8854 5077/10789/8855 5076/10790/8856</w:t>
        <w:br/>
        <w:t>f 5082/10791/8857 5081/10792/8858 5080/10793/8859</w:t>
        <w:br/>
        <w:t>f 5079/10794/8860 5082/10791/8857 5080/10793/8859</w:t>
        <w:br/>
        <w:t>f 5085/10795/8861 5084/10796/8862 5083/10797/8862</w:t>
        <w:br/>
        <w:t>f 5076/10790/8856 5085/10795/8861 5083/10797/8862</w:t>
        <w:br/>
        <w:t>f 5071/10784/8850 5072/10783/8849 5078/10788/8854</w:t>
        <w:br/>
        <w:t>f 5079/10794/8860 5086/10798/8863 5082/10791/8857</w:t>
        <w:br/>
        <w:t>f 5070/10781/8847 5087/10799/8864 5069/10782/8848</w:t>
        <w:br/>
        <w:t>f 5075/10785/8851 5073/10787/8853 5088/10800/8865</w:t>
        <w:br/>
        <w:t>f 5076/10790/8856 5077/10789/8855 5085/10795/8861</w:t>
        <w:br/>
        <w:t>f 5080/10793/8859 5090/10801/8866 5089/10802/8867</w:t>
        <w:br/>
        <w:t>f 5090/10801/8866 5091/10803/8868 5089/10802/8867</w:t>
        <w:br/>
        <w:t>f 5095/10804/8869 5094/10805/8870 5093/10806/8871</w:t>
        <w:br/>
        <w:t>f 5092/10807/8872 5095/10804/8869 5093/10806/8871</w:t>
        <w:br/>
        <w:t>f 5094/10805/8870 5097/10808/8873 5096/10809/8874</w:t>
        <w:br/>
        <w:t>f 5100/10810/8875 5099/10811/8876 5098/10812/8877</w:t>
        <w:br/>
        <w:t>f 5101/10813/8878 5100/10810/8875 5098/10812/8877</w:t>
        <w:br/>
        <w:t>f 5103/10814/8879 5102/10815/8880 5093/10806/8871</w:t>
        <w:br/>
        <w:t>f 5100/10810/8875 5103/10814/8879 5093/10806/8871</w:t>
        <w:br/>
        <w:t>f 5105/10816/8881 5104/10817/8882 5102/10815/8880</w:t>
        <w:br/>
        <w:t>f 5103/10814/8879 5105/10816/8881 5102/10815/8880</w:t>
        <w:br/>
        <w:t>f 5105/10816/8881 5103/10814/8879 5106/10818/8883</w:t>
        <w:br/>
        <w:t>f 5107/10819/8884 5105/10816/8881 5106/10818/8883</w:t>
        <w:br/>
        <w:t>f 5109/10820/8885 5108/10821/8886 5104/10817/8882</w:t>
        <w:br/>
        <w:t>f 5105/10816/8881 5109/10820/8885 5104/10817/8882</w:t>
        <w:br/>
        <w:t>f 5107/10819/8884 5110/10822/8887 5109/10820/8885</w:t>
        <w:br/>
        <w:t>f 5105/10816/8881 5107/10819/8884 5109/10820/8885</w:t>
        <w:br/>
        <w:t>f 5111/10823/8888 5109/10820/8885 5110/10822/8887</w:t>
        <w:br/>
        <w:t>f 5103/10814/8879 5100/10810/8875 5101/10813/8878</w:t>
        <w:br/>
        <w:t>f 5106/10818/8883 5103/10814/8879 5101/10813/8878</w:t>
        <w:br/>
        <w:t>f 5094/10805/8870 5099/10811/8876 5100/10810/8875</w:t>
        <w:br/>
        <w:t>f 5093/10806/8871 5094/10805/8870 5100/10810/8875</w:t>
        <w:br/>
        <w:t>f 5115/10824/8889 5114/10825/8890 5113/10826/8891</w:t>
        <w:br/>
        <w:t>f 5112/10827/8892 5115/10824/8889 5113/10826/8891</w:t>
        <w:br/>
        <w:t>f 5117/10828/8893 5116/10829/8894 5112/10827/8892</w:t>
        <w:br/>
        <w:t>f 5113/10826/8891 5117/10828/8893 5112/10827/8892</w:t>
        <w:br/>
        <w:t>f 5088/10800/8865 5119/10830/8895 5118/10831/8896</w:t>
        <w:br/>
        <w:t>f 5075/10785/8851 5088/10800/8865 5118/10831/8896</w:t>
        <w:br/>
        <w:t>f 5068/10779/8845 5120/10832/8897 5067/10780/8846</w:t>
        <w:br/>
        <w:t>f 5124/10833/8898 5123/10834/8899 5122/10835/8900</w:t>
        <w:br/>
        <w:t>f 5121/10836/8901 5124/10833/8898 5122/10835/8900</w:t>
        <w:br/>
        <w:t>f 5128/10837/8902 5127/10838/8903 5126/10839/8904</w:t>
        <w:br/>
        <w:t>f 5125/10840/8905 5128/10837/8902 5126/10839/8904</w:t>
        <w:br/>
        <w:t>f 5132/10841/8906 5131/10842/8907 5130/10843/1980</w:t>
        <w:br/>
        <w:t>f 5129/10844/3299 5132/10841/8906 5130/10843/1980</w:t>
        <w:br/>
        <w:t>f 5125/10840/8905 5138/10845/8908 5137/10846/8909</w:t>
        <w:br/>
        <w:t>f 5128/10837/8902 5125/10840/8905 5137/10846/8909</w:t>
        <w:br/>
        <w:t>f 5138/10845/8908 5143/10847/8910 5137/10846/8909</w:t>
        <w:br/>
        <w:t>f 5146/10848/8911 5143/10847/8910 5138/10845/8908</w:t>
        <w:br/>
        <w:t>f 5146/10848/8911 5138/10845/8908 5150/10849/2034</w:t>
        <w:br/>
        <w:t>f 5149/10850/8912 5146/10848/8911 5150/10849/2034</w:t>
        <w:br/>
        <w:t>f 5131/10842/8907 5132/10841/8906 5127/10838/8903</w:t>
        <w:br/>
        <w:t>f 5128/10837/8902 5131/10842/8907 5127/10838/8903</w:t>
        <w:br/>
        <w:t>f 5197/10851/8913 5196/10852/8914 5195/10853/8915</w:t>
        <w:br/>
        <w:t>f 5194/10854/8916 5197/10851/8913 5195/10853/8915</w:t>
        <w:br/>
        <w:t>f 5198/10855/8917 5194/10854/8916 5195/10853/8915</w:t>
        <w:br/>
        <w:t>f 5200/10856/8918 5199/10857/8919 5194/10854/8916</w:t>
        <w:br/>
        <w:t>f 5198/10855/8917 5200/10856/8918 5194/10854/8916</w:t>
        <w:br/>
        <w:t>f 5195/10853/8915 5201/10858/8920 5198/10855/8917</w:t>
        <w:br/>
        <w:t>f 5203/10859/8921 5194/10854/8916 5199/10857/8919</w:t>
        <w:br/>
        <w:t>f 5202/10860/8922 5203/10859/8921 5199/10857/8919</w:t>
        <w:br/>
        <w:t>f 5197/10851/8913 5194/10854/8916 5203/10859/8921</w:t>
        <w:br/>
        <w:t>f 5204/10861/8923 5197/10851/8913 5203/10859/8921</w:t>
        <w:br/>
        <w:t>f 5206/10862/8924 5204/10861/8923 5203/10859/8921</w:t>
        <w:br/>
        <w:t>f 5205/10863/8925 5206/10862/8924 5203/10859/8921</w:t>
        <w:br/>
        <w:t>f 5205/10863/8925 5203/10859/8921 5202/10860/8922</w:t>
        <w:br/>
        <w:t>f 5207/10864/8926 5205/10863/8925 5202/10860/8922</w:t>
        <w:br/>
        <w:t>f 5209/10865/8927 5208/10866/8927 5206/10862/8924</w:t>
        <w:br/>
        <w:t>f 5205/10863/8925 5209/10865/8927 5206/10862/8924</w:t>
        <w:br/>
        <w:t>f 5221/10867/8928 5220/10868/8929 5125/10840/8905</w:t>
        <w:br/>
        <w:t>f 5126/10839/8904 5221/10867/8928 5125/10840/8905</w:t>
        <w:br/>
        <w:t>f 5220/10868/8929 5222/10869/8930 5138/10845/8908</w:t>
        <w:br/>
        <w:t>f 5125/10840/8905 5220/10868/8929 5138/10845/8908</w:t>
        <w:br/>
        <w:t>f 5222/10869/8930 5223/10870/2035 5150/10849/2034</w:t>
        <w:br/>
        <w:t>f 5138/10845/8908 5222/10869/8930 5150/10849/2034</w:t>
        <w:br/>
        <w:t>f 5232/10871/8931 5231/10872/2037 5223/10870/2035</w:t>
        <w:br/>
        <w:t>f 5222/10869/8930 5232/10871/8931 5223/10870/2035</w:t>
        <w:br/>
        <w:t>f 5222/10869/8930 5220/10868/8929 5233/10873/8932</w:t>
        <w:br/>
        <w:t>f 5232/10871/8931 5222/10869/8930 5233/10873/8932</w:t>
        <w:br/>
        <w:t>f 5234/10874/8933 5233/10873/8932 5220/10868/8929</w:t>
        <w:br/>
        <w:t>f 5221/10867/8928 5234/10874/8933 5220/10868/8929</w:t>
        <w:br/>
        <w:t>f 5234/10874/8933 5236/10875/8934 5235/10876/8935</w:t>
        <w:br/>
        <w:t>f 5233/10873/8932 5234/10874/8933 5235/10876/8935</w:t>
        <w:br/>
        <w:t>f 5233/10873/8932 5235/10876/8935 5237/10877/8936</w:t>
        <w:br/>
        <w:t>f 5232/10871/8931 5233/10873/8932 5237/10877/8936</w:t>
        <w:br/>
        <w:t>f 5232/10871/8931 5237/10877/8936 5238/10878/8937</w:t>
        <w:br/>
        <w:t>f 5231/10872/2037 5232/10871/8931 5238/10878/8937</w:t>
        <w:br/>
        <w:t>f 5240/10879/8938 5231/10872/2037 5238/10878/8937</w:t>
        <w:br/>
        <w:t>f 5239/10880/8939 5240/10879/8938 5238/10878/8937</w:t>
        <w:br/>
        <w:t>f 5270/10881/8939 5269/10882/2064 5268/10883/8940</w:t>
        <w:br/>
        <w:t>f 5271/10884/2039 5270/10881/8939 5268/10883/8940</w:t>
        <w:br/>
        <w:t>f 5275/10885/8934 5274/10886/8941 5273/10887/8942</w:t>
        <w:br/>
        <w:t>f 5272/10888/8935 5275/10885/8934 5273/10887/8942</w:t>
        <w:br/>
        <w:t>f 5279/10889/8943 5278/10890/8944 5277/10891/8944</w:t>
        <w:br/>
        <w:t>f 5276/10892/8945 5279/10889/8943 5277/10891/8944</w:t>
        <w:br/>
        <w:t>f 5281/10893/8946 5280/10894/8947 5272/10888/8935</w:t>
        <w:br/>
        <w:t>f 5273/10887/8942 5281/10893/8946 5272/10888/8935</w:t>
        <w:br/>
        <w:t>f 5285/10895/8948 5284/10896/8949 5283/10897/8950</w:t>
        <w:br/>
        <w:t>f 5282/10898/8948 5285/10895/8948 5283/10897/8950</w:t>
        <w:br/>
        <w:t>f 5289/10899/8951 5288/10900/8937 5287/10901/8952</w:t>
        <w:br/>
        <w:t>f 5286/10902/8953 5289/10899/8951 5287/10901/8952</w:t>
        <w:br/>
        <w:t>f 5291/10903/8954 5290/10904/8939 5288/10900/8937</w:t>
        <w:br/>
        <w:t>f 5289/10899/8951 5291/10903/8954 5288/10900/8937</w:t>
        <w:br/>
        <w:t>f 5274/10886/8941 5293/10905/8955 5292/10906/8956</w:t>
        <w:br/>
        <w:t>f 5273/10887/8942 5274/10886/8941 5292/10906/8956</w:t>
        <w:br/>
        <w:t>f 5296/10907/8957 5286/10902/8953 5295/10908/8958</w:t>
        <w:br/>
        <w:t>f 5294/10909/8959 5296/10907/8957 5295/10908/8958</w:t>
        <w:br/>
        <w:t>f 5297/10910/8960 5289/10899/8951 5286/10902/8953</w:t>
        <w:br/>
        <w:t>f 5296/10907/8957 5297/10910/8960 5286/10902/8953</w:t>
        <w:br/>
        <w:t>f 5298/10911/8961 5291/10903/8954 5289/10899/8951</w:t>
        <w:br/>
        <w:t>f 5297/10910/8960 5298/10911/8961 5289/10899/8951</w:t>
        <w:br/>
        <w:t>f 5300/10912/8962 5296/10907/8957 5294/10909/8959</w:t>
        <w:br/>
        <w:t>f 5299/10913/8963 5300/10912/8962 5294/10909/8959</w:t>
        <w:br/>
        <w:t>f 5301/10914/8964 5297/10910/8960 5296/10907/8957</w:t>
        <w:br/>
        <w:t>f 5300/10912/8962 5301/10914/8964 5296/10907/8957</w:t>
        <w:br/>
        <w:t>f 5297/10910/8960 5301/10914/8964 5302/10915/8965</w:t>
        <w:br/>
        <w:t>f 5298/10911/8961 5297/10910/8960 5302/10915/8965</w:t>
        <w:br/>
        <w:t>f 5305/10916/8966 5304/10917/8967 5303/10918/8954</w:t>
        <w:br/>
        <w:t>f 5309/10919/8968 5304/10917/8967 5305/10916/8966</w:t>
        <w:br/>
        <w:t>f 5305/10916/8966 5310/10920/8969 5309/10919/8968</w:t>
        <w:br/>
        <w:t>f 5324/10921/8970 5323/10922/8971 5322/10923/8972</w:t>
        <w:br/>
        <w:t>f 5326/10924/8973 5325/10925/8974 5322/10923/8972</w:t>
        <w:br/>
        <w:t>f 5323/10922/8971 5326/10924/8973 5322/10923/8972</w:t>
        <w:br/>
        <w:t>f 5330/10926/8975 5329/10927/8976 5328/10928/8977</w:t>
        <w:br/>
        <w:t>f 5327/10929/8978 5330/10926/8975 5328/10928/8977</w:t>
        <w:br/>
        <w:t>f 5332/10930/8979 5300/10912/8962 5299/10913/8963</w:t>
        <w:br/>
        <w:t>f 5331/10931/8980 5332/10930/8979 5299/10913/8963</w:t>
        <w:br/>
        <w:t>f 5334/10932/8981 5333/10933/8982 5302/10915/8965</w:t>
        <w:br/>
        <w:t>f 5301/10914/8964 5334/10932/8981 5302/10915/8965</w:t>
        <w:br/>
        <w:t>f 5334/10932/8981 5301/10914/8964 5300/10912/8962</w:t>
        <w:br/>
        <w:t>f 5332/10930/8979 5334/10932/8981 5300/10912/8962</w:t>
        <w:br/>
        <w:t>f 5336/10934/8983 5332/10930/8979 5331/10931/8980</w:t>
        <w:br/>
        <w:t>f 5335/10935/8984 5336/10934/8983 5331/10931/8980</w:t>
        <w:br/>
        <w:t>f 5332/10930/8979 5336/10934/8983 5337/10936/8985</w:t>
        <w:br/>
        <w:t>f 5334/10932/8981 5332/10930/8979 5337/10936/8985</w:t>
        <w:br/>
        <w:t>f 5333/10933/8982 5334/10932/8981 5337/10936/8985</w:t>
        <w:br/>
        <w:t>f 5338/10937/8986 5333/10933/8982 5337/10936/8985</w:t>
        <w:br/>
        <w:t>f 5340/10938/8987 5336/10934/8983 5335/10935/8984</w:t>
        <w:br/>
        <w:t>f 5339/10939/8988 5340/10938/8987 5335/10935/8984</w:t>
        <w:br/>
        <w:t>f 5337/10936/8985 5336/10934/8983 5340/10938/8987</w:t>
        <w:br/>
        <w:t>f 5341/10940/8989 5337/10936/8985 5340/10938/8987</w:t>
        <w:br/>
        <w:t>f 5338/10937/8986 5337/10936/8985 5341/10940/8989</w:t>
        <w:br/>
        <w:t>f 5342/10941/8990 5338/10937/8986 5341/10940/8989</w:t>
        <w:br/>
        <w:t>f 5346/10942/8991 5345/10943/8992 5344/10944/8993</w:t>
        <w:br/>
        <w:t>f 5343/10945/8994 5346/10942/8991 5344/10944/8993</w:t>
        <w:br/>
        <w:t>f 5348/10946/8995 5346/10942/8991 5343/10945/8994</w:t>
        <w:br/>
        <w:t>f 5347/10947/8996 5348/10946/8995 5343/10945/8994</w:t>
        <w:br/>
        <w:t>f 5350/10948/8997 5348/10946/8995 5347/10947/8996</w:t>
        <w:br/>
        <w:t>f 5349/10949/8998 5350/10948/8997 5347/10947/8996</w:t>
        <w:br/>
        <w:t>f 5347/10947/8996 5343/10945/8994 5352/10950/8999</w:t>
        <w:br/>
        <w:t>f 5351/10951/9000 5347/10947/8996 5352/10950/8999</w:t>
        <w:br/>
        <w:t>f 5349/10949/8998 5347/10947/8996 5351/10951/9000</w:t>
        <w:br/>
        <w:t>f 5353/10952/9001 5349/10949/8998 5351/10951/9000</w:t>
        <w:br/>
        <w:t>f 5355/10953/9002 5354/10954/9003 5351/10951/9000</w:t>
        <w:br/>
        <w:t>f 5352/10950/8999 5355/10953/9002 5351/10951/9000</w:t>
        <w:br/>
        <w:t>f 5356/10955/9004 5355/10953/9002 5352/10950/8999</w:t>
        <w:br/>
        <w:t>f 5354/10954/9003 5357/10956/9005 5353/10952/9001</w:t>
        <w:br/>
        <w:t>f 5351/10951/9000 5354/10954/9003 5353/10952/9001</w:t>
        <w:br/>
        <w:t>f 5354/10954/9003 5360/10957/9006 5359/10958/9007</w:t>
        <w:br/>
        <w:t>f 5358/10959/9008 5354/10954/9003 5359/10958/9007</w:t>
        <w:br/>
        <w:t>f 5357/10956/9005 5362/10960/9009 5361/10961/9010</w:t>
        <w:br/>
        <w:t>f 5355/10953/9002 5360/10957/9006 5354/10954/9003</w:t>
        <w:br/>
        <w:t>f 5348/10946/8995 5350/10948/8997 5342/10941/8990</w:t>
        <w:br/>
        <w:t>f 5341/10940/8989 5348/10946/8995 5342/10941/8990</w:t>
        <w:br/>
        <w:t>f 5346/10942/8991 5348/10946/8995 5341/10940/8989</w:t>
        <w:br/>
        <w:t>f 5340/10938/8987 5346/10942/8991 5341/10940/8989</w:t>
        <w:br/>
        <w:t>f 5346/10942/8991 5340/10938/8987 5339/10939/8988</w:t>
        <w:br/>
        <w:t>f 5345/10943/8992 5346/10942/8991 5339/10939/8988</w:t>
        <w:br/>
        <w:t>f 5273/10887/8942 5292/10906/8956 5363/10962/9011</w:t>
        <w:br/>
        <w:t>f 5281/10893/8946 5273/10887/8942 5363/10962/9011</w:t>
        <w:br/>
        <w:t>f 5293/10905/8955 5365/10963/9012 5364/10964/9013</w:t>
        <w:br/>
        <w:t>f 5292/10906/8956 5293/10905/8955 5364/10964/9013</w:t>
        <w:br/>
        <w:t>f 5364/10964/9013 5366/10965/9014 5363/10962/9011</w:t>
        <w:br/>
        <w:t>f 5292/10906/8956 5364/10964/9013 5363/10962/9011</w:t>
        <w:br/>
        <w:t>f 5367/10966/9015 5309/10919/8968 5310/10920/8969</w:t>
        <w:br/>
        <w:t>f 5329/10927/8976 5367/10966/9015 5368/10967/9016</w:t>
        <w:br/>
        <w:t>f 5328/10928/8977 5329/10927/8976 5368/10967/9016</w:t>
        <w:br/>
        <w:t>f 5371/10968/9017 5370/10969/9018 5369/10970/9019</w:t>
        <w:br/>
        <w:t>f 5365/10963/9012 5373/10971/9020 5372/10972/9021</w:t>
        <w:br/>
        <w:t>f 5364/10964/9013 5365/10963/9012 5372/10972/9021</w:t>
        <w:br/>
        <w:t>f 5364/10964/9013 5372/10972/9021 5374/10973/9022</w:t>
        <w:br/>
        <w:t>f 5366/10965/9014 5364/10964/9013 5374/10973/9022</w:t>
        <w:br/>
        <w:t>f 5372/10972/9021 5373/10971/9020 5376/10974/9023</w:t>
        <w:br/>
        <w:t>f 5375/10975/9024 5372/10972/9021 5376/10974/9023</w:t>
        <w:br/>
        <w:t>f 5374/10973/9022 5372/10972/9021 5375/10975/9024</w:t>
        <w:br/>
        <w:t>f 5377/10976/9025 5374/10973/9022 5375/10975/9024</w:t>
        <w:br/>
        <w:t>f 5375/10975/9024 5376/10974/9023 5379/10977/9026</w:t>
        <w:br/>
        <w:t>f 5378/10978/9027 5375/10975/9024 5379/10977/9026</w:t>
        <w:br/>
        <w:t>f 5377/10976/9025 5375/10975/9024 5378/10978/9027</w:t>
        <w:br/>
        <w:t>f 5380/10979/9028 5377/10976/9025 5378/10978/9027</w:t>
        <w:br/>
        <w:t>f 5379/10977/9026 5382/10980/9029 5381/10981/9030</w:t>
        <w:br/>
        <w:t>f 5378/10978/9027 5379/10977/9026 5381/10981/9030</w:t>
        <w:br/>
        <w:t>f 5378/10978/9027 5381/10981/9030 5383/10982/9031</w:t>
        <w:br/>
        <w:t>f 5380/10979/9028 5378/10978/9027 5383/10982/9031</w:t>
        <w:br/>
        <w:t>f 5381/10981/9030 5382/10980/9029 5385/10983/8941</w:t>
        <w:br/>
        <w:t>f 5384/10984/9032 5381/10981/9030 5385/10983/8941</w:t>
        <w:br/>
        <w:t>f 5381/10981/9030 5384/10984/9032 5386/10985/9033</w:t>
        <w:br/>
        <w:t>f 5383/10982/9031 5381/10981/9030 5386/10985/9033</w:t>
        <w:br/>
        <w:t>f 5385/10983/8941 5388/10986/9034 5387/10987/9035</w:t>
        <w:br/>
        <w:t>f 5384/10984/9032 5385/10983/8941 5387/10987/9035</w:t>
        <w:br/>
        <w:t>f 5384/10984/9032 5387/10987/9035 5389/10988/9036</w:t>
        <w:br/>
        <w:t>f 5386/10985/9033 5384/10984/9032 5389/10988/9036</w:t>
        <w:br/>
        <w:t>f 5393/10989/9037 5392/10990/9038 5391/10991/9039</w:t>
        <w:br/>
        <w:t>f 5390/10992/9040 5393/10989/9037 5391/10991/9039</w:t>
        <w:br/>
        <w:t>f 5310/10920/8969 5393/10989/9037 5390/10992/9040</w:t>
        <w:br/>
        <w:t>f 5394/10993/9041 5310/10920/8969 5390/10992/9040</w:t>
        <w:br/>
        <w:t>f 5394/10993/9041 5368/10967/9016 5367/10966/9015</w:t>
        <w:br/>
        <w:t>f 5310/10920/8969 5394/10993/9041 5367/10966/9015</w:t>
        <w:br/>
        <w:t>f 5396/10994/9042 5395/10995/9043 5368/10967/9016</w:t>
        <w:br/>
        <w:t>f 5394/10993/9041 5396/10994/9042 5368/10967/9016</w:t>
        <w:br/>
        <w:t>f 5396/10994/9042 5394/10993/9041 5390/10992/9040</w:t>
        <w:br/>
        <w:t>f 5397/10996/9044 5396/10994/9042 5390/10992/9040</w:t>
        <w:br/>
        <w:t>f 5396/10994/9042 5399/10997/9045 5398/10998/9046</w:t>
        <w:br/>
        <w:t>f 5395/10995/9043 5396/10994/9042 5398/10998/9046</w:t>
        <w:br/>
        <w:t>f 5397/10996/9044 5400/10999/9047 5399/10997/9045</w:t>
        <w:br/>
        <w:t>f 5396/10994/9042 5397/10996/9044 5399/10997/9045</w:t>
        <w:br/>
        <w:t>f 5402/11000/9048 5398/10998/9046 5399/10997/9045</w:t>
        <w:br/>
        <w:t>f 5401/11001/9049 5402/11000/9048 5399/10997/9045</w:t>
        <w:br/>
        <w:t>f 5400/10999/9047 5403/11002/9050 5401/11001/9049</w:t>
        <w:br/>
        <w:t>f 5399/10997/9045 5400/10999/9047 5401/11001/9049</w:t>
        <w:br/>
        <w:t>f 5405/11003/9051 5404/11004/9052 5328/10928/8977</w:t>
        <w:br/>
        <w:t>f 5368/10967/9016 5405/11003/9051 5328/10928/8977</w:t>
        <w:br/>
        <w:t>f 5404/11004/9052 5408/11005/9053 5407/11006/9054</w:t>
        <w:br/>
        <w:t>f 5406/11007/9055 5404/11004/9052 5407/11006/9054</w:t>
        <w:br/>
        <w:t>f 5410/11008/9056 5325/10925/8974 5409/11009/9057</w:t>
        <w:br/>
        <w:t>f 5404/11004/9052 5405/11003/9051 5411/11010/9058</w:t>
        <w:br/>
        <w:t>f 5408/11005/9053 5404/11004/9052 5411/11010/9058</w:t>
        <w:br/>
        <w:t>f 5408/11005/9053 5411/11010/9058 5413/11011/9059</w:t>
        <w:br/>
        <w:t>f 5412/11012/9060 5408/11005/9053 5413/11011/9059</w:t>
        <w:br/>
        <w:t>f 5415/11013/9061 5410/11008/9056 5414/11014/9062</w:t>
        <w:br/>
        <w:t>f 5419/11015/9063 5418/11016/9064 5417/11017/9065</w:t>
        <w:br/>
        <w:t>f 5416/11018/9065 5419/11015/9063 5417/11017/9065</w:t>
        <w:br/>
        <w:t>f 5421/11019/9066 5420/11020/9066 5418/11016/9064</w:t>
        <w:br/>
        <w:t>f 5419/11015/9063 5421/11019/9066 5418/11016/9064</w:t>
        <w:br/>
        <w:t>f 5423/11021/9067 5422/11022/9067 5420/11020/9066</w:t>
        <w:br/>
        <w:t>f 5421/11019/9066 5423/11021/9067 5420/11020/9066</w:t>
        <w:br/>
        <w:t>f 5425/11023/9068 5424/11024/9068 5422/11022/9067</w:t>
        <w:br/>
        <w:t>f 5423/11021/9067 5425/11023/9068 5422/11022/9067</w:t>
        <w:br/>
        <w:t>f 5427/11025/9069 5426/11026/9069 5424/11024/9068</w:t>
        <w:br/>
        <w:t>f 5425/11023/9068 5427/11025/9069 5424/11024/9068</w:t>
        <w:br/>
        <w:t>f 5429/11027/9070 5428/11028/9070 5426/11026/9069</w:t>
        <w:br/>
        <w:t>f 5427/11025/9069 5429/11027/9070 5426/11026/9069</w:t>
        <w:br/>
        <w:t>f 5279/10889/8943 5276/10892/8945 5428/11028/9070</w:t>
        <w:br/>
        <w:t>f 5429/11027/9070 5279/10889/8943 5428/11028/9070</w:t>
        <w:br/>
        <w:t>f 5401/11001/9049 5431/11029/9071 5430/11030/9072</w:t>
        <w:br/>
        <w:t>f 5402/11000/9048 5401/11001/9049 5430/11030/9072</w:t>
        <w:br/>
        <w:t>f 5431/11029/9071 5401/11001/9049 5403/11002/9050</w:t>
        <w:br/>
        <w:t>f 5433/11031/9073 5412/11012/9060 5413/11011/9059</w:t>
        <w:br/>
        <w:t>f 5432/11032/9074 5433/11031/9073 5413/11011/9059</w:t>
        <w:br/>
        <w:t>f 5436/11033/9075 5435/11034/9076 5434/11035/9077</w:t>
        <w:br/>
        <w:t>f 5439/11036/9078 5415/11013/9061 5438/11037/9079</w:t>
        <w:br/>
        <w:t>f 5437/11038/9080 5439/11036/9078 5438/11037/9079</w:t>
        <w:br/>
        <w:t>f 5437/11038/9080 5441/11039/9081 5440/11040/9082</w:t>
        <w:br/>
        <w:t>f 5439/11036/9078 5437/11038/9080 5440/11040/9082</w:t>
        <w:br/>
        <w:t>f 5435/11034/9076 5443/11041/9083 5442/11042/9084</w:t>
        <w:br/>
        <w:t>f 5434/11035/9077 5435/11034/9076 5442/11042/9084</w:t>
        <w:br/>
        <w:t>f 5432/11032/9074 5445/11043/9085 5444/11044/9086</w:t>
        <w:br/>
        <w:t>f 5433/11031/9073 5432/11032/9074 5444/11044/9086</w:t>
        <w:br/>
        <w:t>f 5431/11029/9071 5447/11045/9087 5446/11046/9088</w:t>
        <w:br/>
        <w:t>f 5430/11030/9072 5431/11029/9071 5446/11046/9088</w:t>
        <w:br/>
        <w:t>f 5451/11047/9089 5450/11048/9090 5449/11049/9091</w:t>
        <w:br/>
        <w:t>f 5448/11050/9092 5451/11047/9089 5449/11049/9091</w:t>
        <w:br/>
        <w:t>f 5455/11051/9093 5454/11052/9094 5453/11053/9095</w:t>
        <w:br/>
        <w:t>f 5452/11054/9096 5455/11051/9093 5453/11053/9095</w:t>
        <w:br/>
        <w:t>f 5459/11055/9097 5458/11056/9098 5457/11057/9099</w:t>
        <w:br/>
        <w:t>f 5456/11058/9100 5459/11055/9097 5457/11057/9099</w:t>
        <w:br/>
        <w:t>f 5463/11059/9101 5462/11060/9102 5461/11061/9103</w:t>
        <w:br/>
        <w:t>f 5460/11062/9104 5463/11059/9101 5461/11061/9103</w:t>
        <w:br/>
        <w:t>f 5467/11063/9105 5466/11064/9106 5465/11065/9107</w:t>
        <w:br/>
        <w:t>f 5464/11066/9108 5467/11063/9105 5465/11065/9107</w:t>
        <w:br/>
        <w:t>f 5471/11067/9109 5470/11068/9110 5469/11069/9111</w:t>
        <w:br/>
        <w:t>f 5468/11070/9112 5471/11067/9109 5469/11069/9111</w:t>
        <w:br/>
        <w:t>f 5470/11068/9110 5473/11071/9113 5472/11072/9114</w:t>
        <w:br/>
        <w:t>f 5469/11069/9111 5470/11068/9110 5472/11072/9114</w:t>
        <w:br/>
        <w:t>f 5477/11073/9115 5476/11074/9116 5475/11075/9117</w:t>
        <w:br/>
        <w:t>f 5474/11076/9118 5477/11073/9115 5475/11075/9117</w:t>
        <w:br/>
        <w:t>f 5481/11077/9119 5480/11078/9120 5479/11079/9121</w:t>
        <w:br/>
        <w:t>f 5478/11080/9122 5481/11077/9119 5479/11079/9121</w:t>
        <w:br/>
        <w:t>f 5480/11078/9120 5483/11081/9123 5482/11082/9124</w:t>
        <w:br/>
        <w:t>f 5479/11079/9121 5480/11078/9120 5482/11082/9124</w:t>
        <w:br/>
        <w:t>f 5487/11083/9125 5486/11084/9126 5485/11085/9127</w:t>
        <w:br/>
        <w:t>f 5484/11086/9128 5487/11083/9125 5485/11085/9127</w:t>
        <w:br/>
        <w:t>f 5491/11087/9129 5490/11088/9129 5489/11089/9130</w:t>
        <w:br/>
        <w:t>f 5488/11090/9130 5491/11087/9129 5489/11089/9130</w:t>
        <w:br/>
        <w:t>f 5495/11091/9131 5494/11092/9132 5493/11093/9133</w:t>
        <w:br/>
        <w:t>f 5492/11094/9134 5495/11091/9131 5493/11093/9133</w:t>
        <w:br/>
        <w:t>f 5405/11003/9051 5368/10967/9016 5395/10995/9043</w:t>
        <w:br/>
        <w:t>f 5411/11010/9058 5405/11003/9051 5395/10995/9043</w:t>
        <w:br/>
        <w:t>f 5398/10998/9046 5411/11010/9058 5395/10995/9043</w:t>
        <w:br/>
        <w:t>f 5413/11011/9059 5411/11010/9058 5398/10998/9046</w:t>
        <w:br/>
        <w:t>f 5402/11000/9048 5413/11011/9059 5398/10998/9046</w:t>
        <w:br/>
        <w:t>f 5432/11032/9074 5413/11011/9059 5402/11000/9048</w:t>
        <w:br/>
        <w:t>f 5430/11030/9072 5432/11032/9074 5402/11000/9048</w:t>
        <w:br/>
        <w:t>f 5430/11030/9072 5446/11046/9088 5445/11043/9085</w:t>
        <w:br/>
        <w:t>f 5432/11032/9074 5430/11030/9072 5445/11043/9085</w:t>
        <w:br/>
        <w:t>f 5460/11062/9104 5461/11061/9103 5458/11056/9098</w:t>
        <w:br/>
        <w:t>f 5459/11055/9097 5460/11062/9104 5458/11056/9098</w:t>
        <w:br/>
        <w:t>f 5474/11076/9118 5472/11072/9114 5473/11071/9113</w:t>
        <w:br/>
        <w:t>f 5477/11073/9115 5474/11076/9118 5473/11071/9113</w:t>
        <w:br/>
        <w:t>f 5486/11084/9126 5497/11095/9135 5496/11096/9136</w:t>
        <w:br/>
        <w:t>f 5485/11085/9127 5486/11084/9126 5496/11096/9136</w:t>
        <w:br/>
        <w:t>f 5445/11043/9085 5499/11097/9137 5498/11098/9138</w:t>
        <w:br/>
        <w:t>f 5444/11044/9086 5445/11043/9085 5498/11098/9138</w:t>
        <w:br/>
        <w:t>f 5446/11046/9088 5500/11099/9139 5499/11097/9137</w:t>
        <w:br/>
        <w:t>f 5445/11043/9085 5446/11046/9088 5499/11097/9137</w:t>
        <w:br/>
        <w:t>f 5447/11045/9087 5501/11100/9140 5500/11099/9139</w:t>
        <w:br/>
        <w:t>f 5446/11046/9088 5447/11045/9087 5500/11099/9139</w:t>
        <w:br/>
        <w:t>f 5471/11067/9109 5468/11070/9112 5465/11065/9107</w:t>
        <w:br/>
        <w:t>f 5466/11064/9106 5471/11067/9109 5465/11065/9107</w:t>
        <w:br/>
        <w:t>f 5451/11047/9089 5453/11053/9095 5450/11048/9090</w:t>
        <w:br/>
        <w:t>f 5442/11042/9084 5441/11039/9081 5437/11038/9080</w:t>
        <w:br/>
        <w:t>f 5434/11035/9077 5442/11042/9084 5437/11038/9080</w:t>
        <w:br/>
        <w:t>f 5434/11035/9077 5437/11038/9080 5438/11037/9079</w:t>
        <w:br/>
        <w:t>f 5436/11033/9075 5434/11035/9077 5438/11037/9079</w:t>
        <w:br/>
        <w:t>f 5414/11014/9062 5407/11006/9054 5436/11033/9075</w:t>
        <w:br/>
        <w:t>f 5438/11037/9079 5414/11014/9062 5436/11033/9075</w:t>
        <w:br/>
        <w:t>f 5480/11078/9120 5481/11077/9119 5464/11066/9108</w:t>
        <w:br/>
        <w:t>f 5465/11065/9107 5480/11078/9120 5464/11066/9108</w:t>
        <w:br/>
        <w:t>f 5483/11081/9123 5480/11078/9120 5465/11065/9107</w:t>
        <w:br/>
        <w:t>f 5468/11070/9112 5483/11081/9123 5465/11065/9107</w:t>
        <w:br/>
        <w:t>f 5486/11084/9126 5487/11083/9125 5469/11069/9111</w:t>
        <w:br/>
        <w:t>f 5472/11072/9114 5486/11084/9126 5469/11069/9111</w:t>
        <w:br/>
        <w:t>f 5497/11095/9135 5486/11084/9126 5472/11072/9114</w:t>
        <w:br/>
        <w:t>f 5474/11076/9118 5497/11095/9135 5472/11072/9114</w:t>
        <w:br/>
        <w:t>f 5490/11088/9129 5491/11087/9129 5474/11076/9118</w:t>
        <w:br/>
        <w:t>f 5475/11075/9117 5490/11088/9129 5474/11076/9118</w:t>
        <w:br/>
        <w:t>f 5449/11049/9091 5450/11048/9090 5466/11064/9106</w:t>
        <w:br/>
        <w:t>f 5467/11063/9105 5449/11049/9091 5466/11064/9106</w:t>
        <w:br/>
        <w:t>f 5466/11064/9106 5502/11101/9141 5471/11067/9109</w:t>
        <w:br/>
        <w:t>f 5503/11102/9142 5471/11067/9109 5502/11101/9141</w:t>
        <w:br/>
        <w:t>f 5504/11103/9143 5473/11071/9113 5470/11068/9110</w:t>
        <w:br/>
        <w:t>f 5477/11073/9115 5473/11071/9113 5506/11104/9144</w:t>
        <w:br/>
        <w:t>f 5505/11105/9145 5477/11073/9115 5506/11104/9144</w:t>
        <w:br/>
        <w:t>f 5505/11105/9145 5507/11106/9146 5476/11074/9116</w:t>
        <w:br/>
        <w:t>f 5477/11073/9115 5505/11105/9145 5476/11074/9116</w:t>
        <w:br/>
        <w:t>f 5518/11107/2085 5517/11108/9147 5516/11109/2088</w:t>
        <w:br/>
        <w:t>f 5521/11110/9148 5520/11111/9149 5519/11112/9150</w:t>
        <w:br/>
        <w:t>f 5526/11113/9151 5525/11114/9152 5524/11115/9153</w:t>
        <w:br/>
        <w:t>f 5529/11116/9154 5528/11117/9155 5527/11118/9156</w:t>
        <w:br/>
        <w:t>f 5517/11108/9147 5528/11117/9155 5529/11116/9154</w:t>
        <w:br/>
        <w:t>f 5530/11119/9157 5517/11108/9147 5529/11116/9154</w:t>
        <w:br/>
        <w:t>f 5524/11115/9153 5532/11120/9158 5531/11121/9159</w:t>
        <w:br/>
        <w:t>f 5526/11113/9151 5524/11115/9153 5531/11121/9159</w:t>
        <w:br/>
        <w:t>f 5534/11122/9160 5533/11123/9161 5531/11121/9159</w:t>
        <w:br/>
        <w:t>f 5532/11120/9158 5534/11122/9160 5531/11121/9159</w:t>
        <w:br/>
        <w:t>f 5533/11123/9161 5534/11122/9160 5535/11124/9162</w:t>
        <w:br/>
        <w:t>f 5530/11119/9157 5533/11123/9161 5535/11124/9162</w:t>
        <w:br/>
        <w:t>f 5543/11125/9163 5542/11126/2092 5541/11127/2095</w:t>
        <w:br/>
        <w:t>f 5540/11128/9164 5543/11125/9163 5541/11127/2095</w:t>
        <w:br/>
        <w:t>f 5540/11128/9164 5545/11129/9165 5544/11130/9166</w:t>
        <w:br/>
        <w:t>f 5543/11125/9163 5540/11128/9164 5544/11130/9166</w:t>
        <w:br/>
        <w:t>f 5547/11131/9167 5516/11109/2088 5517/11108/9147</w:t>
        <w:br/>
        <w:t>f 5546/11132/9168 5547/11131/9167 5517/11108/9147</w:t>
        <w:br/>
        <w:t>f 5549/11133/9169 5547/11131/9167 5546/11132/9168</w:t>
        <w:br/>
        <w:t>f 5549/11133/9169 5546/11132/9168 5551/11134/9170</w:t>
        <w:br/>
        <w:t>f 5550/11135/9171 5549/11133/9169 5551/11134/9170</w:t>
        <w:br/>
        <w:t>f 5563/11136/9172 5562/11137/9173 5549/11133/9169</w:t>
        <w:br/>
        <w:t>f 5561/11138/9174 5563/11136/9172 5549/11133/9169</w:t>
        <w:br/>
        <w:t>f 5562/11137/9173 5564/11139/2109 5547/11131/9167</w:t>
        <w:br/>
        <w:t>f 5549/11133/9169 5562/11137/9173 5547/11131/9167</w:t>
        <w:br/>
        <w:t>f 5530/11119/9157 5546/11132/9168 5517/11108/9147</w:t>
        <w:br/>
        <w:t>f 5572/11140/9175 5551/11134/9170 5571/11141/9176</w:t>
        <w:br/>
        <w:t>f 5572/11140/9175 5584/11142/9177 5583/11143/9178</w:t>
        <w:br/>
        <w:t>f 5588/11144/9179 5587/11145/9179 5586/11146/9180</w:t>
        <w:br/>
        <w:t>f 5585/11147/9181 5588/11144/9179 5586/11146/9180</w:t>
        <w:br/>
        <w:t>f 5587/11145/9179 5588/11144/9179 5590/11148/9182</w:t>
        <w:br/>
        <w:t>f 5589/11149/9183 5587/11145/9179 5590/11148/9182</w:t>
        <w:br/>
        <w:t>f 5593/11150/9184 5592/11151/9185 5591/11152/9186</w:t>
        <w:br/>
        <w:t>f 5596/11153/9187 5595/11154/9188 5594/11155/9189</w:t>
        <w:br/>
        <w:t>f 5594/11155/9189 5589/11149/9183 5590/11148/9182</w:t>
        <w:br/>
        <w:t>f 5597/11156/9190 5594/11155/9189 5590/11148/9182</w:t>
        <w:br/>
        <w:t>f 5590/11148/9182 5593/11150/9184 5598/11157/9191</w:t>
        <w:br/>
        <w:t>f 5597/11156/9190 5590/11148/9182 5598/11157/9191</w:t>
        <w:br/>
        <w:t>f 5603/11158/9192 5597/11156/9190 5598/11157/9191</w:t>
        <w:br/>
        <w:t>f 5602/11159/9193 5603/11158/9192 5598/11157/9191</w:t>
        <w:br/>
        <w:t>f 5618/11160/9194 5617/11161/9195 5616/11162/9196</w:t>
        <w:br/>
        <w:t>f 5603/11158/9192 5621/11163/9197 5620/11164/9198</w:t>
        <w:br/>
        <w:t>f 5619/11165/2129 5603/11158/9192 5620/11164/9198</w:t>
        <w:br/>
        <w:t>f 5603/11158/9192 5602/11159/9193 5624/11166/9199</w:t>
        <w:br/>
        <w:t>f 5621/11163/9197 5603/11158/9192 5624/11166/9199</w:t>
        <w:br/>
        <w:t>f 5617/11161/9195 5626/11167/9200 5625/11168/9201</w:t>
        <w:br/>
        <w:t>f 5616/11162/9196 5617/11161/9195 5625/11168/9201</w:t>
        <w:br/>
        <w:t>f 5628/11169/9202 5627/11170/9203 5620/11164/9198</w:t>
        <w:br/>
        <w:t>f 5621/11163/9197 5628/11169/9202 5620/11164/9198</w:t>
        <w:br/>
        <w:t>f 5630/11171/9204 5621/11163/9197 5624/11166/9199</w:t>
        <w:br/>
        <w:t>f 5629/11172/9205 5630/11171/9204 5624/11166/9199</w:t>
        <w:br/>
        <w:t>f 5637/11173/9206 5625/11168/9201 5636/11174/9207</w:t>
        <w:br/>
        <w:t>f 5635/11175/9208 5637/11173/9206 5636/11174/9207</w:t>
        <w:br/>
        <w:t>f 5640/11176/9209 5639/11177/9210 5635/11175/9208</w:t>
        <w:br/>
        <w:t>f 5636/11174/9207 5640/11176/9209 5635/11175/9208</w:t>
        <w:br/>
        <w:t>f 5644/11178/9211 5643/11179/9212 5642/11180/9213</w:t>
        <w:br/>
        <w:t>f 5641/11181/9214 5644/11178/9211 5642/11180/9213</w:t>
        <w:br/>
        <w:t>f 5641/11181/9214 5646/11182/9215 5645/11183/9216</w:t>
        <w:br/>
        <w:t>f 5644/11178/9211 5641/11181/9214 5645/11183/9216</w:t>
        <w:br/>
        <w:t>f 5650/11184/9217 5649/11185/9218 5648/11186/9219</w:t>
        <w:br/>
        <w:t>f 5647/11187/9220 5650/11184/9217 5648/11186/9219</w:t>
        <w:br/>
        <w:t>f 5652/11188/9221 5640/11176/9209 5651/11189/9222</w:t>
        <w:br/>
        <w:t>f 5654/11190/9223 5636/11174/9207 5625/11168/9201</w:t>
        <w:br/>
        <w:t>f 5653/11191/9224 5654/11190/9223 5625/11168/9201</w:t>
        <w:br/>
        <w:t>f 5625/11168/9201 5626/11167/9200 5655/11192/9225</w:t>
        <w:br/>
        <w:t>f 5653/11191/9224 5625/11168/9201 5655/11192/9225</w:t>
        <w:br/>
        <w:t>f 5657/11193/9226 5656/11194/9226 5627/11170/9203</w:t>
        <w:br/>
        <w:t>f 5628/11169/9202 5657/11193/9226 5627/11170/9203</w:t>
        <w:br/>
        <w:t>f 5629/11172/9205 5658/11195/9227 5630/11171/9204</w:t>
        <w:br/>
        <w:t>f 5647/11187/9220 5661/11196/9228 5660/11197/9229</w:t>
        <w:br/>
        <w:t>f 5659/11198/9230 5647/11187/9220 5660/11197/9229</w:t>
        <w:br/>
        <w:t>f 5660/11197/9229 5663/11199/9231 5662/11200/2141</w:t>
        <w:br/>
        <w:t>f 5659/11198/9230 5660/11197/9229 5662/11200/2141</w:t>
        <w:br/>
        <w:t>f 5667/11201/9232 5666/11202/9233 5665/11203/9234</w:t>
        <w:br/>
        <w:t>f 5664/11204/9232 5667/11201/9232 5665/11203/9234</w:t>
        <w:br/>
        <w:t>f 5669/11205/9235 5668/11206/9236 5643/11179/9212</w:t>
        <w:br/>
        <w:t>f 5644/11178/9211 5669/11205/9235 5643/11179/9212</w:t>
        <w:br/>
        <w:t>f 5644/11178/9211 5645/11183/9216 5670/11207/9237</w:t>
        <w:br/>
        <w:t>f 5669/11205/9235 5644/11178/9211 5670/11207/9237</w:t>
        <w:br/>
        <w:t>f 5651/11189/9222 5648/11186/9219 5649/11185/9218</w:t>
        <w:br/>
        <w:t>f 5652/11188/9221 5651/11189/9222 5649/11185/9218</w:t>
        <w:br/>
        <w:t>f 5661/11196/9228 5654/11190/9223 5653/11191/9224</w:t>
        <w:br/>
        <w:t>f 5660/11197/9229 5661/11196/9228 5653/11191/9224</w:t>
        <w:br/>
        <w:t>f 5663/11199/9231 5660/11197/9229 5653/11191/9224</w:t>
        <w:br/>
        <w:t>f 5655/11192/9225 5663/11199/9231 5653/11191/9224</w:t>
        <w:br/>
        <w:t>f 5656/11194/9226 5657/11193/9226 5672/11208/9238</w:t>
        <w:br/>
        <w:t>f 5671/11209/9238 5656/11194/9226 5672/11208/9238</w:t>
        <w:br/>
        <w:t>f 5667/11201/9232 5664/11204/9232 5658/11195/9227</w:t>
        <w:br/>
        <w:t>f 5629/11172/9205 5667/11201/9232 5658/11195/9227</w:t>
        <w:br/>
        <w:t>f 5646/11182/9215 5650/11184/9217 5647/11187/9220</w:t>
        <w:br/>
        <w:t>f 5645/11183/9216 5646/11182/9215 5647/11187/9220</w:t>
        <w:br/>
        <w:t>f 5645/11183/9216 5647/11187/9220 5659/11198/9230</w:t>
        <w:br/>
        <w:t>f 5670/11207/9237 5645/11183/9216 5659/11198/9230</w:t>
        <w:br/>
        <w:t>f 5670/11207/9237 5659/11198/9230 5662/11200/2141</w:t>
        <w:br/>
        <w:t>f 5673/11210/2140 5670/11207/9237 5662/11200/2141</w:t>
        <w:br/>
        <w:t>f 5680/11211/9235 5679/11212/9239 5678/11213/9236</w:t>
        <w:br/>
        <w:t>f 5492/11094/9134 5493/11093/9133 5478/11080/9122</w:t>
        <w:br/>
        <w:t>f 5479/11079/9121 5492/11094/9134 5478/11080/9122</w:t>
        <w:br/>
        <w:t>f 5692/11214/9240 5492/11094/9134 5479/11079/9121</w:t>
        <w:br/>
        <w:t>f 5482/11082/9124 5692/11214/9240 5479/11079/9121</w:t>
        <w:br/>
        <w:t>f 5694/11215/9241 5693/11216/9242 5485/11085/9127</w:t>
        <w:br/>
        <w:t>f 5496/11096/9136 5694/11215/9241 5485/11085/9127</w:t>
        <w:br/>
        <w:t>f 5696/11217/9243 5695/11218/9243 5488/11090/9130</w:t>
        <w:br/>
        <w:t>f 5489/11089/9130 5696/11217/9243 5488/11090/9130</w:t>
        <w:br/>
        <w:t>f 5692/11214/9240 5495/11091/9131 5492/11094/9134</w:t>
        <w:br/>
        <w:t>f 5693/11216/9242 5694/11215/9241 5697/11219/9244</w:t>
        <w:br/>
        <w:t>f 5695/11218/9243 5696/11217/9243 5699/11220/3678</w:t>
        <w:br/>
        <w:t>f 5698/11221/9245 5695/11218/9243 5699/11220/3678</w:t>
        <w:br/>
        <w:t>f 5679/11212/9239 5702/11222/9246 5701/11223/9247</w:t>
        <w:br/>
        <w:t>f 5700/11224/9248 5679/11212/9239 5701/11223/9247</w:t>
        <w:br/>
        <w:t>f 5708/11225/9249 5707/11226/9250 5701/11223/9247</w:t>
        <w:br/>
        <w:t>f 5702/11222/9246 5708/11225/9249 5701/11223/9247</w:t>
        <w:br/>
        <w:t>f 5669/11205/9235 5670/11207/9237 5673/11210/2140</w:t>
        <w:br/>
        <w:t>f 5625/11168/9201 5637/11173/9206 5616/11162/9196</w:t>
        <w:br/>
        <w:t>f 5707/11226/9250 5708/11225/9249 5835/11227/9251</w:t>
        <w:br/>
        <w:t>f 5834/11228/9252 5707/11226/9250 5835/11227/9251</w:t>
        <w:br/>
        <w:t>f 5841/11229/9253 5840/11230/9254 5834/11228/9252</w:t>
        <w:br/>
        <w:t>f 5835/11227/9251 5841/11229/9253 5834/11228/9252</w:t>
        <w:br/>
        <w:t>f 5840/11230/9254 5841/11229/9253 5847/11231/9255</w:t>
        <w:br/>
        <w:t>f 5846/11232/9256 5840/11230/9254 5847/11231/9255</w:t>
        <w:br/>
        <w:t>f 5860/11233/9257 5859/11234/9258 5858/11235/2751</w:t>
        <w:br/>
        <w:t>f 5861/11236/2754 5860/11233/9257 5858/11235/2751</w:t>
        <w:br/>
        <w:t>f 5680/11211/9235 5862/11237/9259 5679/11212/9239</w:t>
        <w:br/>
        <w:t>f 5702/11222/9246 5679/11212/9239 5862/11237/9259</w:t>
        <w:br/>
        <w:t>f 5863/11238/9260 5702/11222/9246 5862/11237/9259</w:t>
        <w:br/>
        <w:t>f 5708/11225/9249 5702/11222/9246 5863/11238/9260</w:t>
        <w:br/>
        <w:t>f 5864/11239/9261 5708/11225/9249 5863/11238/9260</w:t>
        <w:br/>
        <w:t>f 5406/11007/9055 5327/10929/8978 5328/10928/8977</w:t>
        <w:br/>
        <w:t>f 5404/11004/9052 5406/11007/9055 5328/10928/8977</w:t>
        <w:br/>
        <w:t>f 5325/10925/8974 5326/10924/8973 5409/11009/9057</w:t>
        <w:br/>
        <w:t>f 5329/10927/8976 5865/11240/9262 5309/10919/8968</w:t>
        <w:br/>
        <w:t>f 5367/10966/9015 5329/10927/8976 5309/10919/8968</w:t>
        <w:br/>
        <w:t>f 5329/10927/8976 5330/10926/8975 5866/11241/9263</w:t>
        <w:br/>
        <w:t>f 5865/11240/9262 5329/10927/8976 5866/11241/9263</w:t>
        <w:br/>
        <w:t>f 5870/11242/9264 5869/11243/9265 5859/11234/9258</w:t>
        <w:br/>
        <w:t>f 5860/11233/9257 5870/11242/9264 5859/11234/9258</w:t>
        <w:br/>
        <w:t>f 5678/11213/9236 5679/11212/9239 5700/11224/9248</w:t>
        <w:br/>
        <w:t>f 5518/11107/2085 5528/11117/9155 5517/11108/9147</w:t>
        <w:br/>
        <w:t>f 5528/11117/9155 5518/11107/2085 5871/11244/2084</w:t>
        <w:br/>
        <w:t>f 5527/11118/9156 5528/11117/9155 5871/11244/2084</w:t>
        <w:br/>
        <w:t>f 5526/11113/9151 5527/11118/9156 5519/11112/9150</w:t>
        <w:br/>
        <w:t>f 5520/11111/9149 5525/11114/9152 5526/11113/9151</w:t>
        <w:br/>
        <w:t>f 5519/11112/9150 5520/11111/9149 5526/11113/9151</w:t>
        <w:br/>
        <w:t>f 5530/11119/9157 5529/11116/9154 5533/11123/9161</w:t>
        <w:br/>
        <w:t>f 5531/11121/9159 5533/11123/9161 5529/11116/9154</w:t>
        <w:br/>
        <w:t>f 5527/11118/9156 5531/11121/9159 5529/11116/9154</w:t>
        <w:br/>
        <w:t>f 5526/11113/9151 5531/11121/9159 5527/11118/9156</w:t>
        <w:br/>
        <w:t>f 5651/11189/9222 5640/11176/9209 5636/11174/9207</w:t>
        <w:br/>
        <w:t>f 5654/11190/9223 5651/11189/9222 5636/11174/9207</w:t>
        <w:br/>
        <w:t>f 5648/11186/9219 5651/11189/9222 5654/11190/9223</w:t>
        <w:br/>
        <w:t>f 5661/11196/9228 5648/11186/9219 5654/11190/9223</w:t>
        <w:br/>
        <w:t>f 5647/11187/9220 5648/11186/9219 5661/11196/9228</w:t>
        <w:br/>
        <w:t>f 5436/11033/9075 5407/11006/9054 5408/11005/9053</w:t>
        <w:br/>
        <w:t>f 5412/11012/9060 5436/11033/9075 5408/11005/9053</w:t>
        <w:br/>
        <w:t>f 5435/11034/9076 5436/11033/9075 5412/11012/9060</w:t>
        <w:br/>
        <w:t>f 5433/11031/9073 5435/11034/9076 5412/11012/9060</w:t>
        <w:br/>
        <w:t>f 5433/11031/9073 5444/11044/9086 5435/11034/9076</w:t>
        <w:br/>
        <w:t>f 5498/11098/9138 5443/11041/9083 5444/11044/9086</w:t>
        <w:br/>
        <w:t>f 5457/11057/9099 5454/11052/9094 5455/11051/9093</w:t>
        <w:br/>
        <w:t>f 5456/11058/9100 5457/11057/9099 5455/11051/9093</w:t>
        <w:br/>
        <w:t>f 5406/11007/9055 5407/11006/9054 5414/11014/9062</w:t>
        <w:br/>
        <w:t>f 5409/11009/9057 5406/11007/9055 5414/11014/9062</w:t>
        <w:br/>
        <w:t>f 5326/10924/8973 5327/10929/8978 5406/11007/9055</w:t>
        <w:br/>
        <w:t>f 5409/11009/9057 5326/10924/8973 5406/11007/9055</w:t>
        <w:br/>
        <w:t>f 5323/10922/8971 5330/10926/8975 5327/10929/8978</w:t>
        <w:br/>
        <w:t>f 5326/10924/8973 5323/10922/8971 5327/10929/8978</w:t>
        <w:br/>
        <w:t>f 5330/10926/8975 5323/10922/8971 5324/10921/8970</w:t>
        <w:br/>
        <w:t>f 5866/11241/9263 5330/10926/8975 5324/10921/8970</w:t>
        <w:br/>
        <w:t>f 5873/11245/2068 5872/11246/9266 5866/11241/9263</w:t>
        <w:br/>
        <w:t>f 5324/10921/8970 5873/11245/2068 5866/11241/9263</w:t>
        <w:br/>
        <w:t>f 5875/11247/9267 5874/11248/9267 5865/11240/9262</w:t>
        <w:br/>
        <w:t>f 5866/11241/9263 5875/11247/9267 5865/11240/9262</w:t>
        <w:br/>
        <w:t>f 5269/10882/2064 5872/11246/9266 5873/11245/2068</w:t>
        <w:br/>
        <w:t>f 5487/11083/9125 5483/11081/9123 5468/11070/9112</w:t>
        <w:br/>
        <w:t>f 5469/11069/9111 5487/11083/9125 5468/11070/9112</w:t>
        <w:br/>
        <w:t>f 5483/11081/9123 5487/11083/9125 5484/11086/9128</w:t>
        <w:br/>
        <w:t>f 5482/11082/9124 5483/11081/9123 5484/11086/9128</w:t>
        <w:br/>
        <w:t>f 5693/11216/9242 5692/11214/9240 5482/11082/9124</w:t>
        <w:br/>
        <w:t>f 5484/11086/9128 5693/11216/9242 5482/11082/9124</w:t>
        <w:br/>
        <w:t>f 5495/11091/9131 5692/11214/9240 5698/11221/9245</w:t>
        <w:br/>
        <w:t>f 5698/11221/9245 5692/11214/9240 5693/11216/9242</w:t>
        <w:br/>
        <w:t>f 5453/11053/9095 5502/11101/9141 5450/11048/9090</w:t>
        <w:br/>
        <w:t>f 5503/11102/9142 5502/11101/9141 5453/11053/9095</w:t>
        <w:br/>
        <w:t>f 5454/11052/9094 5503/11102/9142 5453/11053/9095</w:t>
        <w:br/>
        <w:t>f 5504/11103/9143 5503/11102/9142 5454/11052/9094</w:t>
        <w:br/>
        <w:t>f 5457/11057/9099 5504/11103/9143 5454/11052/9094</w:t>
        <w:br/>
        <w:t>f 5506/11104/9144 5504/11103/9143 5457/11057/9099</w:t>
        <w:br/>
        <w:t>f 5458/11056/9098 5506/11104/9144 5457/11057/9099</w:t>
        <w:br/>
        <w:t>f 5505/11105/9145 5506/11104/9144 5458/11056/9098</w:t>
        <w:br/>
        <w:t>f 5461/11061/9103 5505/11105/9145 5458/11056/9098</w:t>
        <w:br/>
        <w:t>f 5507/11106/9146 5505/11105/9145 5461/11061/9103</w:t>
        <w:br/>
        <w:t>f 5462/11060/9102 5507/11106/9146 5461/11061/9103</w:t>
        <w:br/>
        <w:t>f 5441/11039/9081 5451/11047/9089 5448/11050/9092</w:t>
        <w:br/>
        <w:t>f 5440/11040/9082 5441/11039/9081 5448/11050/9092</w:t>
        <w:br/>
        <w:t>f 5452/11054/9096 5451/11047/9089 5441/11039/9081</w:t>
        <w:br/>
        <w:t>f 5442/11042/9084 5452/11054/9096 5441/11039/9081</w:t>
        <w:br/>
        <w:t>f 5443/11041/9083 5455/11051/9093 5452/11054/9096</w:t>
        <w:br/>
        <w:t>f 5442/11042/9084 5443/11041/9083 5452/11054/9096</w:t>
        <w:br/>
        <w:t>f 5498/11098/9138 5455/11051/9093 5443/11041/9083</w:t>
        <w:br/>
        <w:t>f 5499/11097/9137 5459/11055/9097 5456/11058/9100</w:t>
        <w:br/>
        <w:t>f 5498/11098/9138 5499/11097/9137 5456/11058/9100</w:t>
        <w:br/>
        <w:t>f 5500/11099/9139 5460/11062/9104 5459/11055/9097</w:t>
        <w:br/>
        <w:t>f 5499/11097/9137 5500/11099/9139 5459/11055/9097</w:t>
        <w:br/>
        <w:t>f 5501/11100/9140 5463/11059/9101 5460/11062/9104</w:t>
        <w:br/>
        <w:t>f 5500/11099/9139 5501/11100/9140 5460/11062/9104</w:t>
        <w:br/>
        <w:t>f 5879/11249/9268 5878/11250/9269 5877/11251/9270</w:t>
        <w:br/>
        <w:t>f 4991/10702/8769 4992/10701/8768 5881/11252/9271</w:t>
        <w:br/>
        <w:t>f 5880/11253/9272 4991/10702/8769 5881/11252/9271</w:t>
        <w:br/>
        <w:t>f 5885/11254/9273 5884/11255/1247 5883/11256/1247</w:t>
        <w:br/>
        <w:t>f 5882/11257/9274 5885/11254/9273 5883/11256/1247</w:t>
        <w:br/>
        <w:t>f 5885/11254/9273 5882/11257/9274 5886/11258/9275</w:t>
        <w:br/>
        <w:t>f 5887/11259/9276 5885/11254/9273 5886/11258/9275</w:t>
        <w:br/>
        <w:t>f 5889/11260/9277 5888/11261/9278 5887/11259/9276</w:t>
        <w:br/>
        <w:t>f 5886/11258/9275 5889/11260/9277 5887/11259/9276</w:t>
        <w:br/>
        <w:t>f 5893/11262/9279 5892/11263/9279 5891/11264/9279</w:t>
        <w:br/>
        <w:t>f 5890/11265/9279 5893/11262/9279 5891/11264/9279</w:t>
        <w:br/>
        <w:t>f 5895/11266/9280 5894/11267/9280 5888/11261/9278</w:t>
        <w:br/>
        <w:t>f 5889/11260/9277 5895/11266/9280 5888/11261/9278</w:t>
        <w:br/>
        <w:t>f 5898/11268/9281 5897/11269/9281 5896/11270/9281</w:t>
        <w:br/>
        <w:t>f 5911/11271/9282 5910/11272/9283 5909/11273/9283</w:t>
        <w:br/>
        <w:t>f 5908/11274/9282 5911/11271/9282 5909/11273/9283</w:t>
        <w:br/>
        <w:t>f 5913/11275/9284 5911/11271/9282 5908/11274/9282</w:t>
        <w:br/>
        <w:t>f 5912/11276/9284 5913/11275/9284 5908/11274/9282</w:t>
        <w:br/>
        <w:t>f 5915/11277/9285 5913/11275/9284 5912/11276/9284</w:t>
        <w:br/>
        <w:t>f 5914/11278/9285 5915/11277/9285 5912/11276/9284</w:t>
        <w:br/>
        <w:t>f 5919/11279/9286 5918/11280/9287 5917/11281/9287</w:t>
        <w:br/>
        <w:t>f 5916/11282/9286 5919/11279/9286 5917/11281/9287</w:t>
        <w:br/>
        <w:t>f 5921/11283/9288 5919/11279/9286 5916/11282/9286</w:t>
        <w:br/>
        <w:t>f 5920/11284/9288 5921/11283/9288 5916/11282/9286</w:t>
        <w:br/>
        <w:t>f 5921/11283/9288 5920/11284/9288 5922/11285/9289</w:t>
        <w:br/>
        <w:t>f 5923/11286/9289 5921/11283/9288 5922/11285/9289</w:t>
        <w:br/>
        <w:t>f 5925/11287/9290 5924/11288/9291 5923/11286/9289</w:t>
        <w:br/>
        <w:t>f 5922/11285/9289 5925/11287/9290 5923/11286/9289</w:t>
        <w:br/>
        <w:t>f 5918/11280/9287 5915/11277/9285 5914/11278/9285</w:t>
        <w:br/>
        <w:t>f 5917/11281/9287 5918/11280/9287 5914/11278/9285</w:t>
        <w:br/>
        <w:t>f 5929/11289/9292 5928/11290/9293 5927/11291/9294</w:t>
        <w:br/>
        <w:t>f 5926/11292/9295 5929/11289/9292 5927/11291/9294</w:t>
        <w:br/>
        <w:t>f 5929/11289/9292 5926/11292/9295 5931/11293/9296</w:t>
        <w:br/>
        <w:t>f 5930/11294/9296 5929/11289/9292 5931/11293/9296</w:t>
        <w:br/>
        <w:t>f 5931/11293/9296 5933/11295/9297 5932/11296/9297</w:t>
        <w:br/>
        <w:t>f 5930/11294/9296 5931/11293/9296 5932/11296/9297</w:t>
        <w:br/>
        <w:t>f 5933/11295/9297 5935/11297/9298 5934/11298/9298</w:t>
        <w:br/>
        <w:t>f 5932/11296/9297 5933/11295/9297 5934/11298/9298</w:t>
        <w:br/>
        <w:t>f 5934/11298/9298 5935/11297/9298 5937/11299/9299</w:t>
        <w:br/>
        <w:t>f 5936/11300/9299 5934/11298/9298 5937/11299/9299</w:t>
        <w:br/>
        <w:t>f 5936/11300/9299 5937/11299/9299 5938/11301/9300</w:t>
        <w:br/>
        <w:t>f 5362/10960/9009 5936/11300/9299 5938/11301/9300</w:t>
        <w:br/>
        <w:t>f 5941/11302/9301 5940/11303/9302 5939/11304/9302</w:t>
        <w:br/>
        <w:t>f 5942/11305/9301 5941/11302/9301 5939/11304/9302</w:t>
        <w:br/>
        <w:t>f 5940/11303/9302 5944/11306/9303 5943/11307/9304</w:t>
        <w:br/>
        <w:t>f 5939/11304/9302 5940/11303/9302 5943/11307/9304</w:t>
        <w:br/>
        <w:t>f 5370/10969/9018 5371/10968/9017 5946/11308/9305</w:t>
        <w:br/>
        <w:t>f 5945/11309/9306 5370/10969/9018 5946/11308/9305</w:t>
        <w:br/>
        <w:t>f 5945/11309/9306 5946/11308/9305 5948/11310/3604</w:t>
        <w:br/>
        <w:t>f 5947/11311/3603 5945/11309/9306 5948/11310/3604</w:t>
        <w:br/>
        <w:t>f 5952/11312/9307 5951/11313/9308 5950/11314/9309</w:t>
        <w:br/>
        <w:t>f 5949/11315/3711 5952/11312/9307 5950/11314/9309</w:t>
        <w:br/>
        <w:t>f 5951/11313/9308 5954/11316/9310 5953/11317/9311</w:t>
        <w:br/>
        <w:t>f 5950/11314/9309 5951/11313/9308 5953/11317/9311</w:t>
        <w:br/>
        <w:t>f 5958/11318/9312 5957/11319/9313 5956/11320/9314</w:t>
        <w:br/>
        <w:t>f 5955/11321/9315 5958/11318/9312 5956/11320/9314</w:t>
        <w:br/>
        <w:t>f 5960/11322/9316 5957/11319/9313 5958/11318/9312</w:t>
        <w:br/>
        <w:t>f 5959/11323/9317 5960/11322/9316 5958/11318/9312</w:t>
        <w:br/>
        <w:t>f 5953/11317/9311 5954/11316/9310 5962/11324/9318</w:t>
        <w:br/>
        <w:t>f 5961/11325/9319 5953/11317/9311 5962/11324/9318</w:t>
        <w:br/>
        <w:t>f 5964/11326/9320 5960/11322/9316 5959/11323/9317</w:t>
        <w:br/>
        <w:t>f 5963/11327/9321 5964/11326/9320 5959/11323/9317</w:t>
        <w:br/>
        <w:t>f 5966/11328/9322 5964/11326/9320 5963/11327/9321</w:t>
        <w:br/>
        <w:t>f 5965/11329/9322 5966/11328/9322 5963/11327/9321</w:t>
        <w:br/>
        <w:t>f 5961/11325/9319 5962/11324/9318 5968/11330/9323</w:t>
        <w:br/>
        <w:t>f 5967/11331/9324 5961/11325/9319 5968/11330/9323</w:t>
        <w:br/>
        <w:t>f 5972/11332/9325 5971/11333/9326 5970/11334/9326</w:t>
        <w:br/>
        <w:t>f 5969/11335/9325 5972/11332/9325 5970/11334/9326</w:t>
        <w:br/>
        <w:t>f 5976/11336/9327 5975/11337/8895 5974/11338/9328</w:t>
        <w:br/>
        <w:t>f 5973/11339/9329 5976/11336/9327 5974/11338/9328</w:t>
        <w:br/>
        <w:t>f 5980/11340/9330 5979/11341/9331 5978/11342/9332</w:t>
        <w:br/>
        <w:t>f 5977/11343/9332 5980/11340/9330 5978/11342/9332</w:t>
        <w:br/>
        <w:t>f 5984/11344/8853 5983/11345/8852 5982/11346/9333</w:t>
        <w:br/>
        <w:t>f 5981/11347/9334 5984/11344/8853 5982/11346/9333</w:t>
        <w:br/>
        <w:t>f 5988/11348/9335 5987/11349/9335 5986/11350/9336</w:t>
        <w:br/>
        <w:t>f 5985/11351/9337 5988/11348/9335 5986/11350/9336</w:t>
        <w:br/>
        <w:t>f 5992/11352/9338 5991/11353/8860 5990/11354/8859</w:t>
        <w:br/>
        <w:t>f 5989/11355/9339 5992/11352/9338 5990/11354/8859</w:t>
        <w:br/>
        <w:t>f 5995/11356/9340 5994/11357/9341 5993/11358/9341</w:t>
        <w:br/>
        <w:t>f 5967/11331/9324 5968/11330/9323 5997/11359/8900</w:t>
        <w:br/>
        <w:t>f 5996/11360/9342 5967/11331/9324 5997/11359/8900</w:t>
        <w:br/>
        <w:t>f 5985/11351/9337 5986/11350/9336 5979/11341/9331</w:t>
        <w:br/>
        <w:t>f 5980/11340/9330 5985/11351/9337 5979/11341/9331</w:t>
        <w:br/>
        <w:t>f 5983/11345/8852 5991/11353/8860 5992/11352/9338</w:t>
        <w:br/>
        <w:t>f 5982/11346/9333 5983/11345/8852 5992/11352/9338</w:t>
        <w:br/>
        <w:t>f 5978/11342/9332 5972/11332/9325 5969/11335/9325</w:t>
        <w:br/>
        <w:t>f 5977/11343/9332 5978/11342/9332 5969/11335/9325</w:t>
        <w:br/>
        <w:t>f 5999/11361/8865 5984/11344/8853 5981/11347/9334</w:t>
        <w:br/>
        <w:t>f 5998/11362/9343 5999/11361/8865 5981/11347/9334</w:t>
        <w:br/>
        <w:t>f 6002/11363/9344 6001/11364/9345 6000/11365/9345</w:t>
        <w:br/>
        <w:t>f 6000/11365/9345 6001/11364/9345 6004/11366/9346</w:t>
        <w:br/>
        <w:t>f 6003/11367/9346 6000/11365/9345 6004/11366/9346</w:t>
        <w:br/>
        <w:t>f 6003/11367/9346 6004/11366/9346 6006/11368/9347</w:t>
        <w:br/>
        <w:t>f 6005/11369/9348 6003/11367/9346 6006/11368/9347</w:t>
        <w:br/>
        <w:t>f 6010/11370/9349 6009/11371/9349 6008/11372/9350</w:t>
        <w:br/>
        <w:t>f 6007/11373/9350 6010/11370/9349 6008/11372/9350</w:t>
        <w:br/>
        <w:t>f 6007/11373/9350 6008/11372/9350 6012/11374/9351</w:t>
        <w:br/>
        <w:t>f 6011/11375/9351 6007/11373/9350 6012/11374/9351</w:t>
        <w:br/>
        <w:t>f 6016/11376/9352 6015/11377/9353 6014/11378/9353</w:t>
        <w:br/>
        <w:t>f 6013/11379/9352 6016/11376/9352 6014/11378/9353</w:t>
        <w:br/>
        <w:t>f 6020/11380/9354 6019/11381/9355 6018/11382/9356</w:t>
        <w:br/>
        <w:t>f 6017/11383/9357 6020/11380/9354 6018/11382/9356</w:t>
        <w:br/>
        <w:t>f 6019/11381/9355 6022/11384/9358 6021/11385/9358</w:t>
        <w:br/>
        <w:t>f 6018/11382/9356 6019/11381/9355 6021/11385/9358</w:t>
        <w:br/>
        <w:t>f 6026/11386/9359 6025/11387/9360 6024/11388/9361</w:t>
        <w:br/>
        <w:t>f 6023/11389/9362 6026/11386/9359 6024/11388/9361</w:t>
        <w:br/>
        <w:t>f 6028/11390/9363 6027/11391/9363 6016/11376/9352</w:t>
        <w:br/>
        <w:t>f 6013/11379/9352 6028/11390/9363 6016/11376/9352</w:t>
        <w:br/>
        <w:t>f 6031/11392/9364 6030/11393/9364 6029/11394/9365</w:t>
        <w:br/>
        <w:t>f 6024/11388/9361 6025/11387/9360 6027/11391/9363</w:t>
        <w:br/>
        <w:t>f 6028/11390/9363 6024/11388/9361 6027/11391/9363</w:t>
        <w:br/>
        <w:t>f 6011/11375/9351 6012/11374/9351 6030/11393/9364</w:t>
        <w:br/>
        <w:t>f 6031/11392/9364 6011/11375/9351 6030/11393/9364</w:t>
        <w:br/>
        <w:t>f 6021/11385/9358 6022/11384/9358 6026/11386/9359</w:t>
        <w:br/>
        <w:t>f 6023/11389/9362 6021/11385/9358 6026/11386/9359</w:t>
        <w:br/>
        <w:t>f 5993/11358/9341 5994/11357/9341 5987/11349/9335</w:t>
        <w:br/>
        <w:t>f 5988/11348/9335 5993/11358/9341 5987/11349/9335</w:t>
        <w:br/>
        <w:t>f 5989/11355/9339 5990/11354/8859 6033/11395/9366</w:t>
        <w:br/>
        <w:t>f 6032/11396/9367 5989/11355/9339 6033/11395/9366</w:t>
        <w:br/>
        <w:t>f 6033/11395/9366 6035/11397/9368 6034/11398/9369</w:t>
        <w:br/>
        <w:t>f 6032/11396/9367 6033/11395/9366 6034/11398/9369</w:t>
        <w:br/>
        <w:t>f 5092/10807/8872 5093/10806/8871 5102/10815/8880</w:t>
        <w:br/>
        <w:t>f 6037/11399/9370 5092/10807/8872 5102/10815/8880</w:t>
        <w:br/>
        <w:t>f 6037/11399/9370 5102/10815/8880 5104/10817/8882</w:t>
        <w:br/>
        <w:t>f 6038/11400/9371 6037/11399/9370 5104/10817/8882</w:t>
        <w:br/>
        <w:t>f 6038/11400/9371 5104/10817/8882 5108/10821/8886</w:t>
        <w:br/>
        <w:t>f 6039/11401/9372 6038/11400/9371 5108/10821/8886</w:t>
        <w:br/>
        <w:t>f 6041/11402/9373 5115/10824/8889 5112/10827/8892</w:t>
        <w:br/>
        <w:t>f 6040/11403/9374 6041/11402/9373 5112/10827/8892</w:t>
        <w:br/>
        <w:t>f 6040/11403/9374 5112/10827/8892 5116/10829/8894</w:t>
        <w:br/>
        <w:t>f 6042/11404/9375 6040/11403/9374 5116/10829/8894</w:t>
        <w:br/>
        <w:t>f 5999/11361/8865 5998/11362/9343 5974/11338/9328</w:t>
        <w:br/>
        <w:t>f 5975/11337/8895 5999/11361/8865 5974/11338/9328</w:t>
        <w:br/>
        <w:t>f 5971/11333/9326 5966/11328/9322 5965/11329/9322</w:t>
        <w:br/>
        <w:t>f 5970/11334/9326 5971/11333/9326 5965/11329/9322</w:t>
        <w:br/>
        <w:t>f 5997/11359/8900 5976/11336/9327 5973/11339/9329</w:t>
        <w:br/>
        <w:t>f 5996/11360/9342 5997/11359/8900 5973/11339/9329</w:t>
        <w:br/>
        <w:t>f 5928/11290/9293 6044/11405/9376 6043/11406/9377</w:t>
        <w:br/>
        <w:t>f 5927/11291/9294 5928/11290/9293 6043/11406/9377</w:t>
        <w:br/>
        <w:t>f 6044/11405/9376 6046/11407/9378 6045/11408/9379</w:t>
        <w:br/>
        <w:t>f 6043/11406/9377 6044/11405/9376 6045/11408/9379</w:t>
        <w:br/>
        <w:t>f 6046/11407/9378 6048/11409/9380 6047/11410/9380</w:t>
        <w:br/>
        <w:t>f 6045/11408/9379 6046/11407/9378 6047/11410/9380</w:t>
        <w:br/>
        <w:t>f 6048/11409/9380 6050/11411/9381 6049/11412/9381</w:t>
        <w:br/>
        <w:t>f 6047/11410/9380 6048/11409/9380 6049/11412/9381</w:t>
        <w:br/>
        <w:t>f 6050/11411/9381 6052/11413/9382 6051/11414/9382</w:t>
        <w:br/>
        <w:t>f 6049/11412/9381 6050/11411/9381 6051/11414/9382</w:t>
        <w:br/>
        <w:t>f 6053/11415/9383 6051/11414/9382 6052/11413/9382</w:t>
        <w:br/>
        <w:t>f 6054/11416/9384 6053/11415/9383 6052/11413/9382</w:t>
        <w:br/>
        <w:t>f 6054/11416/9384 6056/11417/9385 6055/11418/9386</w:t>
        <w:br/>
        <w:t>f 6053/11415/9383 6054/11416/9384 6055/11418/9386</w:t>
        <w:br/>
        <w:t>f 6055/11418/9386 5295/10908/8958 6058/11419/9387</w:t>
        <w:br/>
        <w:t>f 6057/11420/9388 6055/11418/9386 6058/11419/9387</w:t>
        <w:br/>
        <w:t>f 5295/10908/8958 5286/10902/8953 5287/10901/8952</w:t>
        <w:br/>
        <w:t>f 6058/11419/9387 5295/10908/8958 5287/10901/8952</w:t>
        <w:br/>
        <w:t>f 6061/11421/9295 6060/11422/9389 6059/11423/9390</w:t>
        <w:br/>
        <w:t>f 5057/10768/8834 6062/11424/9391 5059/10770/8836</w:t>
        <w:br/>
        <w:t>f 5046/10758/8824 5031/10745/8811 6062/11424/9391</w:t>
        <w:br/>
        <w:t>f 6062/11424/9391 5031/10745/8811 5037/10748/8814</w:t>
        <w:br/>
        <w:t>f 6063/11425/9392 6062/11424/9391 5037/10748/8814</w:t>
        <w:br/>
        <w:t>f 5059/10770/8836 6062/11424/9391 6063/11425/9392</w:t>
        <w:br/>
        <w:t>f 5061/10772/8838 5059/10770/8836 6063/11425/9392</w:t>
        <w:br/>
        <w:t>f 6064/11426/8819 5416/11018/9065 5417/11017/9065</w:t>
        <w:br/>
        <w:t>f 5356/10955/9004 5352/10950/8999 5343/10945/8994</w:t>
        <w:br/>
        <w:t>f 5344/10944/8993 5356/10955/9004 5343/10945/8994</w:t>
        <w:br/>
        <w:t>f 4997/10708/8775 4998/10707/8774 6065/11427/9393</w:t>
        <w:br/>
        <w:t>f 5000/10711/8778 6066/11428/9394 6065/11427/9393</w:t>
        <w:br/>
        <w:t>f 4998/10707/8774 5000/10711/8778 6065/11427/9393</w:t>
        <w:br/>
        <w:t>f 5000/10711/8778 5001/10714/2904 6066/11428/9394</w:t>
        <w:br/>
        <w:t>f 6070/11429/9354 6069/11430/9395 6068/11431/9396</w:t>
        <w:br/>
        <w:t>f 6067/11432/9397 6070/11429/9354 6068/11431/9396</w:t>
        <w:br/>
        <w:t>f 6073/11433/9398 6068/11431/9399 6072/11434/9400</w:t>
        <w:br/>
        <w:t>f 6071/11435/9401 6073/11433/9398 6072/11434/9400</w:t>
        <w:br/>
        <w:t>f 6074/11436/9402 6071/11435/9401 6072/11434/9400</w:t>
        <w:br/>
        <w:t>f 6338/11437/9403 6337/11438/9404 6336/11439/9405</w:t>
        <w:br/>
        <w:t>f 6341/11440/9406 6340/11441/9407 6339/11442/9408</w:t>
        <w:br/>
        <w:t>f 6342/11443/9409 6341/11440/9406 6339/11442/9408</w:t>
        <w:br/>
        <w:t>f 6336/11439/9405 6337/11438/9404 6343/11444/9410</w:t>
        <w:br/>
        <w:t>f 6345/11445/9411 6344/2958/2388 6336/11439/9405</w:t>
        <w:br/>
        <w:t>f 6343/11444/9410 6345/11445/9411 6336/11439/9405</w:t>
        <w:br/>
        <w:t>f 6353/11446/9412 6352/11447/9413 6350/2881/2320</w:t>
        <w:br/>
        <w:t>f 6351/2880/2319 6353/11446/9412 6350/2881/2320</w:t>
        <w:br/>
        <w:t>f 6356/2884/2323 6350/2881/2320 6352/11447/9413</w:t>
        <w:br/>
        <w:t>f 6357/11448/9414 6356/2884/2323 6352/11447/9413</w:t>
        <w:br/>
        <w:t>f 6357/11448/9414 6361/2887/2326 6356/2884/2323</w:t>
        <w:br/>
        <w:t>f 6362/2961/2391 6340/11441/9407 6336/11439/9405</w:t>
        <w:br/>
        <w:t>f 6344/2958/2388 6362/2961/2391 6336/11439/9405</w:t>
        <w:br/>
        <w:t>f 6339/11442/9408 6340/11441/9407 6363/2963/2393</w:t>
        <w:br/>
        <w:t>f 6393/11449/9415 6392/11450/9416 6391/11451/9417</w:t>
        <w:br/>
        <w:t>f 6391/11451/9417 6394/11452/9418 6370/2897/2336</w:t>
        <w:br/>
        <w:t>f 6394/11452/9418 6372/2895/2334 6370/2897/2336</w:t>
        <w:br/>
        <w:t>f 6394/11452/9418 6380/2904/2341 6372/2895/2334</w:t>
        <w:br/>
        <w:t>f 6396/11453/9419 6395/11454/9420 6394/11452/9418</w:t>
        <w:br/>
        <w:t>f 6397/2934/2370 6396/11453/9419 6391/11451/9417</w:t>
        <w:br/>
        <w:t>f 6395/11454/9420 6396/11453/9419 6399/2933/2369</w:t>
        <w:br/>
        <w:t>f 6398/2931/2367 6395/11454/9420 6399/2933/2369</w:t>
        <w:br/>
        <w:t>f 6397/2934/2370 6399/2933/2369 6396/11453/9419</w:t>
        <w:br/>
        <w:t>f 6398/2931/2367 6390/2915/2351 6387/2912/2348</w:t>
        <w:br/>
        <w:t>f 6395/11454/9420 6398/2931/2367 6387/2912/2348</w:t>
        <w:br/>
        <w:t>f 6409/11455/9421 6353/11446/9412 6351/2880/2319</w:t>
        <w:br/>
        <w:t>f 6406/2922/2358 6409/11455/9421 6351/2880/2319</w:t>
        <w:br/>
        <w:t>f 6409/11455/9421 6406/2922/2358 6407/2923/2359</w:t>
        <w:br/>
        <w:t>f 6410/11456/9422 6409/11455/9421 6407/2923/2359</w:t>
        <w:br/>
        <w:t>f 6410/11456/9422 6407/2923/2359 6408/2924/2360</w:t>
        <w:br/>
        <w:t>f 6336/11439/9405 6340/11441/9407 6341/11440/9406</w:t>
        <w:br/>
        <w:t>f 6338/11437/9403 6336/11439/9405 6341/11440/9406</w:t>
        <w:br/>
        <w:t>f 6437/11457/9423 6338/11437/9403 6341/11440/9406</w:t>
        <w:br/>
        <w:t>f 6436/11458/9424 6437/11457/9423 6341/11440/9406</w:t>
        <w:br/>
        <w:t>f 6344/2958/2388 6345/11445/9411 6440/2957/2387</w:t>
        <w:br/>
        <w:t>f 6343/11444/9410 6441/11459/9425 6345/11445/9411</w:t>
        <w:br/>
        <w:t>f 6440/2957/2387 6345/11445/9411 6441/11459/9425</w:t>
        <w:br/>
        <w:t>f 6442/2955/2385 6440/2957/2387 6441/11459/9425</w:t>
        <w:br/>
        <w:t>f 6457/2971/2401 6460/11460/9426 6339/11442/9408</w:t>
        <w:br/>
        <w:t>f 6339/11442/9408 6460/11460/9426 6461/11461/6922</w:t>
        <w:br/>
        <w:t>f 6342/11443/9409 6339/11442/9408 6461/11461/6922</w:t>
        <w:br/>
        <w:t>f 6460/11460/9426 6463/11462/9427 6462/11463/9428</w:t>
        <w:br/>
        <w:t>f 6461/11461/6922 6460/11460/9426 6462/11463/9428</w:t>
        <w:br/>
        <w:t>f 6464/11464/9429 6463/11462/9427 6460/11460/9426</w:t>
        <w:br/>
        <w:t>f 6454/2974/2404 6464/11464/9429 6460/11460/9426</w:t>
        <w:br/>
        <w:t>f 6363/2963/2393 6340/11441/9407 6362/2961/2391</w:t>
        <w:br/>
        <w:t>f 6341/11440/9406 6342/11443/9409 6465/11465/9430</w:t>
        <w:br/>
        <w:t>f 6436/11458/9424 6341/11440/9406 6465/11465/9430</w:t>
        <w:br/>
        <w:t>f 6463/11462/9427 6464/11464/9429 6469/11466/9431</w:t>
        <w:br/>
        <w:t>f 6468/11467/9432 6463/11462/9427 6469/11466/9431</w:t>
        <w:br/>
        <w:t>f 6462/11463/9428 6463/11462/9427 6468/11467/9432</w:t>
        <w:br/>
        <w:t>f 6470/11468/9433 6462/11463/9428 6468/11467/9432</w:t>
        <w:br/>
        <w:t>f 6470/11468/9433 6468/11467/9432 6472/11469/9434</w:t>
        <w:br/>
        <w:t>f 6471/11470/9435 6470/11468/9433 6472/11469/9434</w:t>
        <w:br/>
        <w:t>f 6471/11470/9435 6472/11469/9434 6496/11471/9436</w:t>
        <w:br/>
        <w:t>f 6495/11472/9437 6471/11470/9435 6496/11471/9436</w:t>
        <w:br/>
        <w:t>f 6468/11467/9432 6469/11466/9431 6501/11473/9438</w:t>
        <w:br/>
        <w:t>f 6502/11474/9439 6468/11467/9432 6501/11473/9438</w:t>
        <w:br/>
        <w:t>f 6502/11474/9439 6472/11469/9434 6468/11467/9432</w:t>
        <w:br/>
        <w:t>f 6501/11473/9438 6469/11466/9431 6505/11475/9440</w:t>
        <w:br/>
        <w:t>f 6505/11475/9440 6469/11466/9431 6464/11464/9429</w:t>
        <w:br/>
        <w:t>f 6506/3010/2432 6505/11475/9440 6464/11464/9429</w:t>
        <w:br/>
        <w:t>f 6506/3010/2432 6512/11476/9441 6505/11475/9440</w:t>
        <w:br/>
        <w:t>f 6454/2974/2404 6506/3010/2432 6464/11464/9429</w:t>
        <w:br/>
        <w:t>f 6516/11477/9442 6512/11476/9441 6506/3010/2432</w:t>
        <w:br/>
        <w:t>f 6520/3018/2439 6361/2887/2326 6357/11448/9414</w:t>
        <w:br/>
        <w:t>f 6521/11478/9443 6520/3018/2439 6357/11448/9414</w:t>
        <w:br/>
        <w:t>f 6521/11478/9443 6523/11479/9444 6522/3021/2442</w:t>
        <w:br/>
        <w:t>f 6520/3018/2439 6521/11478/9443 6522/3021/2442</w:t>
        <w:br/>
        <w:t>f 6523/11479/9444 6525/11480/9445 6524/3023/2444</w:t>
        <w:br/>
        <w:t>f 6522/3021/2442 6523/11479/9444 6524/3023/2444</w:t>
        <w:br/>
        <w:t>f 6525/11480/9445 6527/11481/9446 6526/3025/2447</w:t>
        <w:br/>
        <w:t>f 6524/3023/2444 6525/11480/9445 6526/3025/2447</w:t>
        <w:br/>
        <w:t>f 6527/11481/9446 6531/3029/2450 6526/3025/2447</w:t>
        <w:br/>
        <w:t>f 6536/3030/2451 6571/11482/9447 6570/11483/9448</w:t>
        <w:br/>
        <w:t>f 6572/11484/9449 6538/3032/2453 6536/3030/2451</w:t>
        <w:br/>
        <w:t>f 6572/11484/9449 6540/3034/2455 6538/3032/2453</w:t>
        <w:br/>
        <w:t>f 6573/11485/9450 6572/11484/9449 6536/3030/2451</w:t>
        <w:br/>
        <w:t>f 6570/11483/9448 6573/11485/9450 6536/3030/2451</w:t>
        <w:br/>
        <w:t>f 6570/11483/9448 6527/11481/9446 6574/11486/9451</w:t>
        <w:br/>
        <w:t>f 6573/11485/9450 6570/11483/9448 6574/11486/9451</w:t>
        <w:br/>
        <w:t>f 6521/11478/9443 6357/11448/9414 6575/11487/9452</w:t>
        <w:br/>
        <w:t>f 6576/11488/9453 6575/11487/9452 6357/11448/9414</w:t>
        <w:br/>
        <w:t>f 6352/11447/9413 6576/11488/9453 6357/11448/9414</w:t>
        <w:br/>
        <w:t>f 6577/11489/9454 6576/11488/9453 6352/11447/9413</w:t>
        <w:br/>
        <w:t>f 6353/11446/9412 6577/11489/9454 6352/11447/9413</w:t>
        <w:br/>
        <w:t>f 6353/11446/9412 6409/11455/9421 6578/11490/9455</w:t>
        <w:br/>
        <w:t>f 6577/11489/9454 6353/11446/9412 6578/11490/9455</w:t>
        <w:br/>
        <w:t>f 6410/11456/9422 6579/11491/9456 6578/11490/9455</w:t>
        <w:br/>
        <w:t>f 6409/11455/9421 6410/11456/9422 6578/11490/9455</w:t>
        <w:br/>
        <w:t>f 6579/11491/9456 6410/11456/9422 6466/2978/2408</w:t>
        <w:br/>
        <w:t>f 6580/3067/2481 6579/11491/9456 6466/2978/2408</w:t>
        <w:br/>
        <w:t>f 6574/11486/9451 6527/11481/9446 6525/11480/9445</w:t>
        <w:br/>
        <w:t>f 6521/11478/9443 6575/11487/9452 6581/11492/9457</w:t>
        <w:br/>
        <w:t>f 6523/11479/9444 6521/11478/9443 6581/11492/9457</w:t>
        <w:br/>
        <w:t>f 6523/11479/9444 6581/11492/9457 6582/11493/9458</w:t>
        <w:br/>
        <w:t>f 6525/11480/9445 6523/11479/9444 6582/11493/9458</w:t>
        <w:br/>
        <w:t>f 6574/11486/9451 6525/11480/9445 6582/11493/9458</w:t>
        <w:br/>
        <w:t>f 6583/11494/9459 6574/11486/9451 6582/11493/9458</w:t>
        <w:br/>
        <w:t>f 6584/11495/9460 6573/11485/9450 6574/11486/9451</w:t>
        <w:br/>
        <w:t>f 6583/11494/9459 6584/11495/9460 6574/11486/9451</w:t>
        <w:br/>
        <w:t>f 6572/11484/9449 6573/11485/9450 6584/11495/9460</w:t>
        <w:br/>
        <w:t>f 6585/11496/9461 6572/11484/9449 6584/11495/9460</w:t>
        <w:br/>
        <w:t>f 6586/11497/9462 6581/11492/9457 6575/11487/9452</w:t>
        <w:br/>
        <w:t>f 6576/11488/9453 6586/11497/9462 6575/11487/9452</w:t>
        <w:br/>
        <w:t>f 6587/11498/9463 6586/11497/9462 6576/11488/9453</w:t>
        <w:br/>
        <w:t>f 6577/11489/9454 6587/11498/9463 6576/11488/9453</w:t>
        <w:br/>
        <w:t>f 6588/11499/9464 6582/11493/9458 6581/11492/9457</w:t>
        <w:br/>
        <w:t>f 6586/11497/9462 6588/11499/9464 6581/11492/9457</w:t>
        <w:br/>
        <w:t>f 6577/11489/9454 6578/11490/9455 6594/11500/9465</w:t>
        <w:br/>
        <w:t>f 6587/11498/9463 6577/11489/9454 6594/11500/9465</w:t>
        <w:br/>
        <w:t>f 6578/11490/9455 6579/11491/9456 6595/11501/9466</w:t>
        <w:br/>
        <w:t>f 6594/11500/9465 6578/11490/9455 6595/11501/9466</w:t>
        <w:br/>
        <w:t>f 6595/11501/9466 6579/11491/9456 6580/3067/2481</w:t>
        <w:br/>
        <w:t>f 6593/3070/2484 6595/11501/9466 6580/3067/2481</w:t>
        <w:br/>
        <w:t>f 6384/2908/2344 6395/11454/9420 6387/2912/2348</w:t>
        <w:br/>
        <w:t>f 6380/2904/2341 6395/11454/9420 6384/2908/2344</w:t>
        <w:br/>
        <w:t>f 6394/11452/9418 6395/11454/9420 6380/2904/2341</w:t>
        <w:br/>
        <w:t>f 6586/11497/9462 6587/11498/9463 6596/11502/9467</w:t>
        <w:br/>
        <w:t>f 6588/11499/9464 6586/11497/9462 6596/11502/9467</w:t>
        <w:br/>
        <w:t>f 6587/11498/9463 6594/11500/9465 6600/11503/9468</w:t>
        <w:br/>
        <w:t>f 6596/11502/9467 6587/11498/9463 6600/11503/9468</w:t>
        <w:br/>
        <w:t>f 6594/11500/9465 6595/11501/9466 6601/11504/9469</w:t>
        <w:br/>
        <w:t>f 6600/11503/9468 6594/11500/9465 6601/11504/9469</w:t>
        <w:br/>
        <w:t>f 6599/3073/2487 6601/11504/9469 6595/11501/9466</w:t>
        <w:br/>
        <w:t>f 6593/3070/2484 6599/3073/2487 6595/11501/9466</w:t>
        <w:br/>
        <w:t>f 6603/11505/9470 6602/11506/9471 6588/11499/9464</w:t>
        <w:br/>
        <w:t>f 6596/11502/9467 6603/11505/9470 6588/11499/9464</w:t>
        <w:br/>
        <w:t>f 6605/11507/9472 6604/11508/9473 6602/11506/9471</w:t>
        <w:br/>
        <w:t>f 6603/11505/9470 6605/11507/9472 6602/11506/9471</w:t>
        <w:br/>
        <w:t>f 6603/11505/9470 6596/11502/9467 6600/11503/9468</w:t>
        <w:br/>
        <w:t>f 6606/11509/9474 6603/11505/9470 6600/11503/9468</w:t>
        <w:br/>
        <w:t>f 6607/11510/9475 6605/11507/9472 6603/11505/9470</w:t>
        <w:br/>
        <w:t>f 6606/11509/9474 6607/11510/9475 6603/11505/9470</w:t>
        <w:br/>
        <w:t>f 6584/11495/9460 6604/11508/9473 6608/11511/9476</w:t>
        <w:br/>
        <w:t>f 6585/11496/9461 6584/11495/9460 6608/11511/9476</w:t>
        <w:br/>
        <w:t>f 6609/11512/9477 6608/11511/9476 6604/11508/9473</w:t>
        <w:br/>
        <w:t>f 6605/11507/9472 6609/11512/9477 6604/11508/9473</w:t>
        <w:br/>
        <w:t>f 6605/11507/9472 6607/11510/9475 6610/11513/9478</w:t>
        <w:br/>
        <w:t>f 6609/11512/9477 6605/11507/9472 6610/11513/9478</w:t>
        <w:br/>
        <w:t>f 6604/11508/9473 6584/11495/9460 6583/11494/9459</w:t>
        <w:br/>
        <w:t>f 6602/11506/9471 6604/11508/9473 6583/11494/9459</w:t>
        <w:br/>
        <w:t>f 6582/11493/9458 6588/11499/9464 6602/11506/9471</w:t>
        <w:br/>
        <w:t>f 6583/11494/9459 6582/11493/9458 6602/11506/9471</w:t>
        <w:br/>
        <w:t>f 6640/3104/2512 6639/3101/2509 6540/3034/2455</w:t>
        <w:br/>
        <w:t>f 6572/11484/9449 6640/3104/2512 6540/3034/2455</w:t>
        <w:br/>
        <w:t>f 6572/11484/9449 6585/11496/9461 6642/3121/2529</w:t>
        <w:br/>
        <w:t>f 6640/3104/2512 6572/11484/9449 6642/3121/2529</w:t>
        <w:br/>
        <w:t>f 6585/11496/9461 6608/11511/9476 6660/3122/2530</w:t>
        <w:br/>
        <w:t>f 6642/3121/2529 6585/11496/9461 6660/3122/2530</w:t>
        <w:br/>
        <w:t>f 6663/3128/2536 6609/11512/9477 6610/11513/9478</w:t>
        <w:br/>
        <w:t>f 6609/11512/9477 6664/3126/2534 6662/3124/2532</w:t>
        <w:br/>
        <w:t>f 6663/3128/2536 6664/3126/2534 6609/11512/9477</w:t>
        <w:br/>
        <w:t>f 6608/11511/9476 6662/3124/2532 6660/3122/2530</w:t>
        <w:br/>
        <w:t>f 6667/11514/9479 6606/11509/9474 6600/11503/9468</w:t>
        <w:br/>
        <w:t>f 6601/11504/9469 6667/11514/9479 6600/11503/9468</w:t>
        <w:br/>
        <w:t>f 6668/3131/2539 6667/11514/9479 6601/11504/9469</w:t>
        <w:br/>
        <w:t>f 6672/3133/2541 6397/2934/2370 6391/11451/9417</w:t>
        <w:br/>
        <w:t>f 6673/11515/9480 6672/3133/2541 6391/11451/9417</w:t>
        <w:br/>
        <w:t>f 6392/11450/9416 6674/11516/9481 6673/11515/9480</w:t>
        <w:br/>
        <w:t>f 6391/11451/9417 6392/11450/9416 6673/11515/9480</w:t>
        <w:br/>
        <w:t>f 6391/11451/9417 6396/11453/9419 6394/11452/9418</w:t>
        <w:br/>
        <w:t>f 6675/11517/9482 6392/11450/9416 6370/2897/9483</w:t>
        <w:br/>
        <w:t>f 6681/11518/9484 6680/3138/2546 6672/3133/2541</w:t>
        <w:br/>
        <w:t>f 6673/11515/9480 6681/11518/9484 6672/3133/2541</w:t>
        <w:br/>
        <w:t>f 6681/11518/9484 6673/11515/9480 6674/11516/9481</w:t>
        <w:br/>
        <w:t>f 6682/11519/9485 6681/11518/9484 6674/11516/9481</w:t>
        <w:br/>
        <w:t>f 6678/3137/2545 6667/11514/9479 6668/3131/2539</w:t>
        <w:br/>
        <w:t>f 6680/3138/2546 6686/11520/9486 6685/3142/2550</w:t>
        <w:br/>
        <w:t>f 6688/11521/9487 6681/11518/9484 6682/11519/9485</w:t>
        <w:br/>
        <w:t>f 6687/3245/9488 6688/11521/9487 6682/11519/9485</w:t>
        <w:br/>
        <w:t>f 6686/11520/9486 6680/3138/2546 6681/11518/9484</w:t>
        <w:br/>
        <w:t>f 6688/11521/9487 6686/11520/9486 6681/11518/9484</w:t>
        <w:br/>
        <w:t>f 6691/11522/9489 6690/11523/9490 6689/3248/2632</w:t>
        <w:br/>
        <w:t>f 6687/3245/2629 6691/11522/9489 6689/3248/2632</w:t>
        <w:br/>
        <w:t>f 6692/3249/2633 6689/3248/2632 6690/11523/9490</w:t>
        <w:br/>
        <w:t>f 6694/11524/9491 6685/3142/2550 6686/11520/9486</w:t>
        <w:br/>
        <w:t>f 6693/11525/9492 6694/11524/9491 6686/11520/9486</w:t>
        <w:br/>
        <w:t>f 6695/3143/2551 6696/11526/9493 6667/11514/9479</w:t>
        <w:br/>
        <w:t>f 6678/3137/2545 6695/3143/2551 6667/11514/9479</w:t>
        <w:br/>
        <w:t>f 6696/11526/9493 6606/11509/9474 6667/11514/9479</w:t>
        <w:br/>
        <w:t>f 6607/11510/9475 6698/11527/9494 6697/11528/9495</w:t>
        <w:br/>
        <w:t>f 6610/11513/9478 6607/11510/9475 6697/11528/9495</w:t>
        <w:br/>
        <w:t>f 6696/11526/9493 6698/11527/9494 6607/11510/9475</w:t>
        <w:br/>
        <w:t>f 6696/11526/9493 6607/11510/9475 6606/11509/9474</w:t>
        <w:br/>
        <w:t>f 6699/3156/2562 6663/3128/2536 6610/11513/9478</w:t>
        <w:br/>
        <w:t>f 6697/11528/9495 6699/3156/2562 6610/11513/9478</w:t>
        <w:br/>
        <w:t>f 6697/11528/9495 6698/11527/9494 6701/3145/2553</w:t>
        <w:br/>
        <w:t>f 6700/3144/2552 6697/11528/9495 6701/3145/2553</w:t>
        <w:br/>
        <w:t>f 6702/11529/9496 6699/3156/2562 6697/11528/9495</w:t>
        <w:br/>
        <w:t>f 6700/3144/2552 6702/11529/9496 6697/11528/9495</w:t>
        <w:br/>
        <w:t>f 6700/3144/2552 6703/3148/2556 6702/11529/9496</w:t>
        <w:br/>
        <w:t>f 6718/11530/9497 6717/3227/9498 6716/11531/9497</w:t>
        <w:br/>
        <w:t>f 6734/11532/9499 6722/3161/2568 6719/3160/2567</w:t>
        <w:br/>
        <w:t>f 6701/3145/2553 6698/11527/9494 6696/11526/9493</w:t>
        <w:br/>
        <w:t>f 6695/3143/2551 6701/3145/2553 6696/11526/9493</w:t>
        <w:br/>
        <w:t>f 6779/11533/9500 6778/11534/9501 6777/11535/9502</w:t>
        <w:br/>
        <w:t>f 6778/11534/9501 6690/11523/9490 6691/11522/9489</w:t>
        <w:br/>
        <w:t>f 6780/11536/9503 6778/11534/9501 6691/11522/9489</w:t>
        <w:br/>
        <w:t>f 6783/11537/9504 6782/11538/9505 6781/11539/9506</w:t>
        <w:br/>
        <w:t>f 6780/11536/9503 6783/11537/9504 6781/11539/9506</w:t>
        <w:br/>
        <w:t>f 6778/11534/9501 6780/11536/9503 6781/11539/9506</w:t>
        <w:br/>
        <w:t>f 6778/11534/9501 6781/11539/9506 6777/11535/9502</w:t>
        <w:br/>
        <w:t>f 6788/11540/9507 6787/11541/9508 6786/11542/9509</w:t>
        <w:br/>
        <w:t>f 6785/11543/9510 6788/11540/9507 6786/11542/9509</w:t>
        <w:br/>
        <w:t>f 6792/11544/9511 6791/11545/9512 6790/11546/9513</w:t>
        <w:br/>
        <w:t>f 6789/11547/9514 6792/11544/9511 6790/11546/9513</w:t>
        <w:br/>
        <w:t>f 6796/11548/9515 6795/11549/9516 6794/11550/9517</w:t>
        <w:br/>
        <w:t>f 6793/11551/9518 6796/11548/9515 6794/11550/9517</w:t>
        <w:br/>
        <w:t>f 6799/11552/9519 6798/11553/9520 6797/11554/9521</w:t>
        <w:br/>
        <w:t>f 6803/11555/9522 6802/11556/9523 6801/11557/9524</w:t>
        <w:br/>
        <w:t>f 6800/11558/9525 6803/11555/9522 6801/11557/9524</w:t>
        <w:br/>
        <w:t>f 6805/11559/9526 6804/11560/9527 6791/11545/9512</w:t>
        <w:br/>
        <w:t>f 6792/11544/9511 6805/11559/9526 6791/11545/9512</w:t>
        <w:br/>
        <w:t>f 6809/11561/9528 6808/11562/9529 6807/11563/9530</w:t>
        <w:br/>
        <w:t>f 6806/11564/9531 6809/11561/9528 6807/11563/9530</w:t>
        <w:br/>
        <w:t>f 6811/11565/9532 6810/11566/9533 6789/11547/9514</w:t>
        <w:br/>
        <w:t>f 6790/11546/9513 6811/11565/9532 6789/11547/9514</w:t>
        <w:br/>
        <w:t>f 6813/11567/9534 6793/11551/9518 6794/11550/9517</w:t>
        <w:br/>
        <w:t>f 6812/11568/9535 6813/11567/9534 6794/11550/9517</w:t>
        <w:br/>
        <w:t>f 6817/11569/9536 6816/11570/9537 6815/11571/9538</w:t>
        <w:br/>
        <w:t>f 6814/11572/9539 6817/11569/9536 6815/11571/9538</w:t>
        <w:br/>
        <w:t>f 6821/11573/9540 6820/11574/9541 6819/11575/9542</w:t>
        <w:br/>
        <w:t>f 6818/11576/9543 6821/11573/9540 6819/11575/9542</w:t>
        <w:br/>
        <w:t>f 6825/11577/9544 6824/11578/9545 6823/11579/9546</w:t>
        <w:br/>
        <w:t>f 6822/11580/9547 6825/11577/9544 6823/11579/9546</w:t>
        <w:br/>
        <w:t>f 6824/11578/9545 6821/11573/9540 6818/11576/9543</w:t>
        <w:br/>
        <w:t>f 6823/11579/9546 6824/11578/9545 6818/11576/9543</w:t>
        <w:br/>
        <w:t>f 6811/11565/9532 6819/11575/9542 6820/11574/9541</w:t>
        <w:br/>
        <w:t>f 6810/11566/9533 6811/11565/9532 6820/11574/9541</w:t>
        <w:br/>
        <w:t>f 6827/11581/9548 6802/11556/9523 6803/11555/9522</w:t>
        <w:br/>
        <w:t>f 6826/11582/9549 6827/11581/9548 6803/11555/9522</w:t>
        <w:br/>
        <w:t>f 6829/11583/9550 6813/11567/9534 6812/11568/9535</w:t>
        <w:br/>
        <w:t>f 6828/11584/9551 6829/11583/9550 6812/11568/9535</w:t>
        <w:br/>
        <w:t>f 6828/11584/9551 6817/11569/9536 6814/11572/9539</w:t>
        <w:br/>
        <w:t>f 6829/11583/9550 6828/11584/9551 6814/11572/9539</w:t>
        <w:br/>
        <w:t>f 6831/11585/9552 6797/11554/9521 6830/11586/9553</w:t>
        <w:br/>
        <w:t>f 6807/11563/9530 6800/11558/9525 6801/11557/9524</w:t>
        <w:br/>
        <w:t>f 6806/11564/9531 6807/11563/9530 6801/11557/9524</w:t>
        <w:br/>
        <w:t>f 6787/11541/9508 6788/11540/9507 6795/11549/9516</w:t>
        <w:br/>
        <w:t>f 6796/11548/9515 6787/11541/9508 6795/11549/9516</w:t>
        <w:br/>
        <w:t>f 6797/11554/9521 6798/11553/9520 6830/11586/9553</w:t>
        <w:br/>
        <w:t>f 6835/11587/9554 6834/11588/9555 6833/11589/9556</w:t>
        <w:br/>
        <w:t>f 6832/11590/9557 6835/11587/9554 6833/11589/9556</w:t>
        <w:br/>
        <w:t>f 6837/11591/9558 6836/11592/9559 6834/11588/9555</w:t>
        <w:br/>
        <w:t>f 6835/11587/9554 6837/11591/9558 6834/11588/9555</w:t>
        <w:br/>
        <w:t>f 6827/11581/9548 6826/11582/9549 6836/11592/9559</w:t>
        <w:br/>
        <w:t>f 6837/11591/9558 6827/11581/9548 6836/11592/9559</w:t>
        <w:br/>
        <w:t>f 6840/11593/9560 6839/11594/9561 6838/11595/9562</w:t>
        <w:br/>
        <w:t>f 6840/11593/9560 6838/11595/9562 6831/11585/9552</w:t>
        <w:br/>
        <w:t>f 6830/11586/9553 6840/11593/9560 6831/11585/9552</w:t>
        <w:br/>
        <w:t>f 6844/11596/9563 6843/11597/9564 6842/11598/9565</w:t>
        <w:br/>
        <w:t>f 6841/11599/9566 6844/11596/9563 6842/11598/9565</w:t>
        <w:br/>
        <w:t>f 6848/11600/9567 6847/11601/9568 6846/11602/9569</w:t>
        <w:br/>
        <w:t>f 6845/11603/9570 6848/11600/9567 6846/11602/9569</w:t>
        <w:br/>
        <w:t>f 6852/11604/9571 6851/11605/9572 6850/11606/9573</w:t>
        <w:br/>
        <w:t>f 6849/11607/9574 6852/11604/9571 6850/11606/9573</w:t>
        <w:br/>
        <w:t>f 6856/11608/9575 6855/11609/9576 6854/11610/9577</w:t>
        <w:br/>
        <w:t>f 6853/11611/9578 6856/11608/9575 6854/11610/9577</w:t>
        <w:br/>
        <w:t>f 6860/11612/9579 6859/11613/9580 6858/9927/8066</w:t>
        <w:br/>
        <w:t>f 6857/11614/9581 6860/11612/9579 6858/9927/8066</w:t>
        <w:br/>
        <w:t>f 6864/11615/9582 6863/11616/9583 6862/11617/9584</w:t>
        <w:br/>
        <w:t>f 6861/11618/9585 6864/11615/9582 6862/11617/9584</w:t>
        <w:br/>
        <w:t>f 6866/11619/9586 6865/11620/9587 6853/11611/9578</w:t>
        <w:br/>
        <w:t>f 6854/11610/9577 6866/11619/9586 6853/11611/9578</w:t>
        <w:br/>
        <w:t>f 6868/11621/9588 6864/11615/9582 6861/11618/9585</w:t>
        <w:br/>
        <w:t>f 6867/11622/9589 6868/11621/9588 6861/11618/9585</w:t>
        <w:br/>
        <w:t>f 6872/11623/9590 6871/11624/9591 6870/11625/9592</w:t>
        <w:br/>
        <w:t>f 6869/11626/9593 6872/11623/9590 6870/11625/9592</w:t>
        <w:br/>
        <w:t>f 6876/11627/9594 6875/11628/9595 6874/11629/9596</w:t>
        <w:br/>
        <w:t>f 6873/11630/9597 6876/11627/9594 6874/11629/9596</w:t>
        <w:br/>
        <w:t>f 6880/11631/9598 6879/11632/9599 6878/11633/9600</w:t>
        <w:br/>
        <w:t>f 6877/11634/9601 6880/11631/9598 6878/11633/9600</w:t>
        <w:br/>
        <w:t>f 6884/11635/9602 6883/11636/9603 6882/11637/9604</w:t>
        <w:br/>
        <w:t>f 6881/11638/9605 6884/11635/9602 6882/11637/9604</w:t>
        <w:br/>
        <w:t>f 6881/11638/9605 6882/11637/9604 6808/11562/9529</w:t>
        <w:br/>
        <w:t>f 6809/11561/9528 6881/11638/9605 6808/11562/9529</w:t>
        <w:br/>
        <w:t>f 6804/11560/9527 6805/11559/9526 6886/11639/9606</w:t>
        <w:br/>
        <w:t>f 6885/11640/9607 6804/11560/9527 6886/11639/9606</w:t>
        <w:br/>
        <w:t>f 6888/11641/9608 6886/11639/9606 6887/11642/9609</w:t>
        <w:br/>
        <w:t>f 6785/11543/9510 6786/11542/9509 6890/11643/9610</w:t>
        <w:br/>
        <w:t>f 6889/11644/9611 6785/11543/9510 6890/11643/9610</w:t>
        <w:br/>
        <w:t>f 6889/11644/9611 6890/11643/9610 6892/11645/9612</w:t>
        <w:br/>
        <w:t>f 6891/11646/9613 6889/11644/9611 6892/11645/9612</w:t>
        <w:br/>
        <w:t>f 6894/11647/9614 6893/11648/9615 6891/11646/9613</w:t>
        <w:br/>
        <w:t>f 6892/11645/9612 6894/11647/9614 6891/11646/9613</w:t>
        <w:br/>
        <w:t>f 6896/11649/9616 6888/11641/9608 6887/11642/9609</w:t>
        <w:br/>
        <w:t>f 6895/11650/9617 6896/11649/9616 6887/11642/9609</w:t>
        <w:br/>
        <w:t>f 6898/11651/9618 6883/11636/9603 6884/11635/9602</w:t>
        <w:br/>
        <w:t>f 6897/11652/9619 6898/11651/9618 6884/11635/9602</w:t>
        <w:br/>
        <w:t>f 6901/11653/9620 6900/11654/9621 6899/11655/9622</w:t>
        <w:br/>
        <w:t>f 6903/11656/9623 6902/11657/9624 6799/11552/9519</w:t>
        <w:br/>
        <w:t>f 6907/11658/9625 6906/11659/9626 6905/11660/9627</w:t>
        <w:br/>
        <w:t>f 6904/11661/9628 6907/11658/9625 6905/11660/9627</w:t>
        <w:br/>
        <w:t>f 6909/11662/9629 6908/11663/9630 6904/11661/9628</w:t>
        <w:br/>
        <w:t>f 6905/11660/9627 6909/11662/9629 6904/11661/9628</w:t>
        <w:br/>
        <w:t>f 6911/11664/9631 6910/11665/9632 6906/11659/9626</w:t>
        <w:br/>
        <w:t>f 6907/11658/9625 6911/11664/9631 6906/11659/9626</w:t>
        <w:br/>
        <w:t>f 6915/11666/9633 6914/11667/9634 6913/11668/9635</w:t>
        <w:br/>
        <w:t>f 6912/11669/9636 6915/11666/9633 6913/11668/9635</w:t>
        <w:br/>
        <w:t>f 6917/11670/9637 6916/11671/9638 6878/11633/9600</w:t>
        <w:br/>
        <w:t>f 6879/11632/9599 6917/11670/9637 6878/11633/9600</w:t>
        <w:br/>
        <w:t>f 6921/11672/9639 6920/11673/9640 6919/11674/9641</w:t>
        <w:br/>
        <w:t>f 6918/11675/9642 6921/11672/9639 6919/11674/9641</w:t>
        <w:br/>
        <w:t>f 6923/11676/9643 6922/11677/9644 6873/11630/9597</w:t>
        <w:br/>
        <w:t>f 6874/11629/9596 6923/11676/9643 6873/11630/9597</w:t>
        <w:br/>
        <w:t>f 6871/11624/9591 6925/11678/9645 6924/11679/9646</w:t>
        <w:br/>
        <w:t>f 6870/11625/9592 6871/11624/9591 6924/11679/9646</w:t>
        <w:br/>
        <w:t>f 6928/11680/9647 6927/11681/9648 6926/11682/9649</w:t>
        <w:br/>
        <w:t>f 6930/11683/9650 6861/11618/9585 6862/11617/9584</w:t>
        <w:br/>
        <w:t>f 6929/11684/9651 6930/11683/9650 6862/11617/9584</w:t>
        <w:br/>
        <w:t>f 6930/11683/9650 6931/11685/9652 6867/11622/9589</w:t>
        <w:br/>
        <w:t>f 6861/11618/9585 6930/11683/9650 6867/11622/9589</w:t>
        <w:br/>
        <w:t>f 6935/11686/9653 6934/11687/9654 6933/11688/9655</w:t>
        <w:br/>
        <w:t>f 6932/11689/9656 6935/11686/9653 6933/11688/9655</w:t>
        <w:br/>
        <w:t>f 6939/11690/9657 6938/11691/9658 6937/11692/9659</w:t>
        <w:br/>
        <w:t>f 6936/11693/9660 6939/11690/9657 6937/11692/9659</w:t>
        <w:br/>
        <w:t>f 6942/11694/9661 6941/11695/9662 6940/11696/9663</w:t>
        <w:br/>
        <w:t>f 6946/11697/9664 6945/11698/9665 6944/11699/9666</w:t>
        <w:br/>
        <w:t>f 6943/11700/9667 6946/11697/9664 6944/11699/9666</w:t>
        <w:br/>
        <w:t>f 6933/11688/9655 6948/11701/9668 6947/11702/9669</w:t>
        <w:br/>
        <w:t>f 6932/11689/9656 6933/11688/9655 6947/11702/9669</w:t>
        <w:br/>
        <w:t>f 6855/11609/9576 6949/11703/9670 6844/11596/9563</w:t>
        <w:br/>
        <w:t>f 6854/11610/9577 6855/11609/9576 6844/11596/9563</w:t>
        <w:br/>
        <w:t>f 6845/11603/9570 6846/11602/9569 6849/11607/9574</w:t>
        <w:br/>
        <w:t>f 6850/11606/9573 6845/11603/9570 6849/11607/9574</w:t>
        <w:br/>
        <w:t>f 6841/11599/9566 6866/11619/9586 6854/11610/9577</w:t>
        <w:br/>
        <w:t>f 6844/11596/9563 6841/11599/9566 6854/11610/9577</w:t>
        <w:br/>
        <w:t>f 6952/11704/9671 6951/11705/9672 6950/11706/9673</w:t>
        <w:br/>
        <w:t>f 6953/11707/9674 6943/11700/9667 6944/11699/9666</w:t>
        <w:br/>
        <w:t>f 6955/11708/9675 6954/11709/9676 6877/11634/9601</w:t>
        <w:br/>
        <w:t>f 6878/11633/9600 6955/11708/9675 6877/11634/9601</w:t>
        <w:br/>
        <w:t>f 6916/11671/9638 6956/11710/9677 6955/11708/9675</w:t>
        <w:br/>
        <w:t>f 6878/11633/9600 6916/11671/9638 6955/11708/9675</w:t>
        <w:br/>
        <w:t>f 6957/11711/9678 6954/11709/9676 6955/11708/9675</w:t>
        <w:br/>
        <w:t>f 6957/11711/9678 6958/11712/9679 6953/11707/9674</w:t>
        <w:br/>
        <w:t>f 6954/11709/9676 6957/11711/9678 6953/11707/9674</w:t>
        <w:br/>
        <w:t>f 6956/11710/9677 6959/11713/9680 6955/11708/9675</w:t>
        <w:br/>
        <w:t>f 6959/11713/9680 6961/11714/9681 6960/11715/9682</w:t>
        <w:br/>
        <w:t>f 6957/11711/9678 6959/11713/9680 6960/11715/9682</w:t>
        <w:br/>
        <w:t>f 6959/11713/9680 6963/11716/9683 6962/11717/9684</w:t>
        <w:br/>
        <w:t>f 6961/11714/9681 6959/11713/9680 6962/11717/9684</w:t>
        <w:br/>
        <w:t>f 6957/11711/9678 6960/11715/9682 6964/11718/9685</w:t>
        <w:br/>
        <w:t>f 6958/11712/9679 6957/11711/9678 6964/11718/9685</w:t>
        <w:br/>
        <w:t>f 6966/11719/9686 6965/11720/9687 6961/11714/9681</w:t>
        <w:br/>
        <w:t>f 6962/11717/9684 6966/11719/9686 6961/11714/9681</w:t>
        <w:br/>
        <w:t>f 6967/11721/9688 6960/11715/9682 6965/11720/9687</w:t>
        <w:br/>
        <w:t>f 6967/11721/9688 6964/11718/9685 6960/11715/9682</w:t>
        <w:br/>
        <w:t>f 6970/11722/9689 6969/11723/9690 6968/11724/9691</w:t>
        <w:br/>
        <w:t>f 6972/11725/9692 6969/11723/9690 6971/11726/9693</w:t>
        <w:br/>
        <w:t>f 6969/11723/9690 6970/11722/9689 6967/11721/9688</w:t>
        <w:br/>
        <w:t>f 6965/11720/9687 6969/11723/9690 6967/11721/9688</w:t>
        <w:br/>
        <w:t>f 6971/11726/9693 6969/11723/9690 6965/11720/9687</w:t>
        <w:br/>
        <w:t>f 6966/11719/9686 6971/11726/9693 6965/11720/9687</w:t>
        <w:br/>
        <w:t>f 6908/11663/9630 6909/11662/9629 6974/11727/9694</w:t>
        <w:br/>
        <w:t>f 6973/11728/9695 6908/11663/9630 6974/11727/9694</w:t>
        <w:br/>
        <w:t>f 6973/11728/9695 6974/11727/9694 6976/11729/9696</w:t>
        <w:br/>
        <w:t>f 6975/11730/9697 6973/11728/9695 6976/11729/9696</w:t>
        <w:br/>
        <w:t>f 6978/11731/9698 6977/11732/9699 6975/11730/9697</w:t>
        <w:br/>
        <w:t>f 6976/11729/9696 6978/11731/9698 6975/11730/9697</w:t>
        <w:br/>
        <w:t>f 6981/11733/9700 6980/11734/9701 6979/11735/9702</w:t>
        <w:br/>
        <w:t>f 6984/11736/9703 6983/11737/9704 6982/11738/9705</w:t>
        <w:br/>
        <w:t>f 6985/11739/9706 6984/11736/9703 6814/11572/9539</w:t>
        <w:br/>
        <w:t>f 6815/11571/9538 6985/11739/9706 6814/11572/9539</w:t>
        <w:br/>
        <w:t>f 6982/11738/9705 6983/11737/9704 6979/11735/9702</w:t>
        <w:br/>
        <w:t>f 6980/11734/9701 6982/11738/9705 6979/11735/9702</w:t>
        <w:br/>
        <w:t>f 6989/11740/9707 6988/11741/9708 6987/11742/9709</w:t>
        <w:br/>
        <w:t>f 6986/11743/9710 6989/11740/9707 6987/11742/9709</w:t>
        <w:br/>
        <w:t>f 6993/11744/9711 6992/11745/9712 6991/11746/9713</w:t>
        <w:br/>
        <w:t>f 6990/11747/9713 6993/11744/9711 6991/11746/9713</w:t>
        <w:br/>
        <w:t>f 6995/11748/9714 6994/11749/9714 6992/11745/9712</w:t>
        <w:br/>
        <w:t>f 6993/11744/9711 6995/11748/9714 6992/11745/9712</w:t>
        <w:br/>
        <w:t>f 6997/11750/9715 6994/11749/9714 6995/11748/9714</w:t>
        <w:br/>
        <w:t>f 6996/11751/9715 6997/11750/9715 6995/11748/9714</w:t>
        <w:br/>
        <w:t>f 6986/11743/9710 6987/11742/9709 6997/11750/9715</w:t>
        <w:br/>
        <w:t>f 6996/11751/9715 6986/11743/9710 6997/11750/9715</w:t>
        <w:br/>
        <w:t>f 7001/11752/9716 7000/11753/9717 6999/11754/9718</w:t>
        <w:br/>
        <w:t>f 6998/11755/9719 7001/11752/9716 6999/11754/9718</w:t>
        <w:br/>
        <w:t>f 7005/11756/9720 7004/11757/9721 7003/11758/9722</w:t>
        <w:br/>
        <w:t>f 7002/11759/9723 7005/11756/9720 7003/11758/9722</w:t>
        <w:br/>
        <w:t>f 7009/11760/9724 7008/11761/9725 7007/11762/9726</w:t>
        <w:br/>
        <w:t>f 7006/11763/9727 7009/11760/9724 7007/11762/9726</w:t>
        <w:br/>
        <w:t>f 7013/11764/9728 7012/11765/9729 7011/11766/9730</w:t>
        <w:br/>
        <w:t>f 7010/11767/9730 7013/11764/9728 7011/11766/9730</w:t>
        <w:br/>
        <w:t>f 7017/11768/9731 7016/11769/9732 7015/11770/9733</w:t>
        <w:br/>
        <w:t>f 7014/11771/9734 7017/11768/9731 7015/11770/9733</w:t>
        <w:br/>
        <w:t>f 7019/11772/9735 6988/11741/9708 6989/11740/9707</w:t>
        <w:br/>
        <w:t>f 7018/11773/9735 7019/11772/9735 6989/11740/9707</w:t>
        <w:br/>
        <w:t>f 7023/11774/9736 7022/11775/9736 7021/11776/9737</w:t>
        <w:br/>
        <w:t>f 7020/11777/9738 7023/11774/9736 7021/11776/9737</w:t>
        <w:br/>
        <w:t>f 7025/11778/9739 7022/11775/9736 7023/11774/9736</w:t>
        <w:br/>
        <w:t>f 7024/11779/9739 7025/11778/9739 7023/11774/9736</w:t>
        <w:br/>
        <w:t>f 7020/11777/9738 7021/11776/9737 7027/11780/9740</w:t>
        <w:br/>
        <w:t>f 7026/11781/9741 7020/11777/9738 7027/11780/9740</w:t>
        <w:br/>
        <w:t>f 7031/11782/9742 7030/11783/9743 7029/11784/9744</w:t>
        <w:br/>
        <w:t>f 7028/11785/9745 7031/11782/9742 7029/11784/9744</w:t>
        <w:br/>
        <w:t>f 7034/11786/9746 7033/11787/9747 6927/11681/9648</w:t>
        <w:br/>
        <w:t>f 7032/11788/9748 7034/11786/9746 6927/11681/9648</w:t>
        <w:br/>
        <w:t>f 7036/11789/9749 7034/11786/9746 7032/11788/9748</w:t>
        <w:br/>
        <w:t>f 7035/11790/9750 7036/11789/9749 7032/11788/9748</w:t>
        <w:br/>
        <w:t>f 7038/11791/9751 7037/11792/9751 7009/11760/9724</w:t>
        <w:br/>
        <w:t>f 7006/11763/9727 7038/11791/9751 7009/11760/9724</w:t>
        <w:br/>
        <w:t>f 7042/11793/9752 7041/11794/9752 7040/11795/9753</w:t>
        <w:br/>
        <w:t>f 7039/11796/9753 7042/11793/9752 7040/11795/9753</w:t>
        <w:br/>
        <w:t>f 7046/11797/9754 7045/11798/9755 7044/11799/9755</w:t>
        <w:br/>
        <w:t>f 7043/11800/9754 7046/11797/9754 7044/11799/9755</w:t>
        <w:br/>
        <w:t>f 7048/11801/9756 7047/11802/9756 7039/11796/9753</w:t>
        <w:br/>
        <w:t>f 7040/11795/9753 7048/11801/9756 7039/11796/9753</w:t>
        <w:br/>
        <w:t>f 7047/11802/9756 7048/11801/9756 7050/11803/9757</w:t>
        <w:br/>
        <w:t>f 7049/11804/9757 7047/11802/9756 7050/11803/9757</w:t>
        <w:br/>
        <w:t>f 7046/11797/9754 7043/11800/9754 7051/11805/9758</w:t>
        <w:br/>
        <w:t>f 7052/11806/9759 7046/11797/9754 7051/11805/9758</w:t>
        <w:br/>
        <w:t>f 7049/11804/9757 7050/11803/9757 7054/11807/9760</w:t>
        <w:br/>
        <w:t>f 7053/11808/9761 7049/11804/9757 7054/11807/9760</w:t>
        <w:br/>
        <w:t>f 7052/11806/9759 7051/11805/9758 7055/11809/9762</w:t>
        <w:br/>
        <w:t>f 7056/11810/9763 7052/11806/9759 7055/11809/9762</w:t>
        <w:br/>
        <w:t>f 7060/11811/9764 7059/11812/9764 7058/11813/9765</w:t>
        <w:br/>
        <w:t>f 7057/11814/9765 7060/11811/9764 7058/11813/9765</w:t>
        <w:br/>
        <w:t>f 7064/11815/9766 7063/11816/9767 7062/11817/9767</w:t>
        <w:br/>
        <w:t>f 7061/11818/9766 7064/11815/9766 7062/11817/9767</w:t>
        <w:br/>
        <w:t>f 7056/11810/9763 7055/11809/9762 7062/11817/9767</w:t>
        <w:br/>
        <w:t>f 7063/11816/9767 7056/11810/9763 7062/11817/9767</w:t>
        <w:br/>
        <w:t>f 7053/11808/9761 7054/11807/9760 7057/11814/9765</w:t>
        <w:br/>
        <w:t>f 7058/11813/9765 7053/11808/9761 7057/11814/9765</w:t>
        <w:br/>
        <w:t>f 7066/11819/9768 7025/11778/9739 7024/11779/9739</w:t>
        <w:br/>
        <w:t>f 7065/11820/9768 7066/11819/9768 7024/11779/9739</w:t>
        <w:br/>
        <w:t>f 7068/11821/9769 7066/11819/9768 7065/11820/9768</w:t>
        <w:br/>
        <w:t>f 7067/11822/9769 7068/11821/9769 7065/11820/9768</w:t>
        <w:br/>
        <w:t>f 7070/11823/9770 7068/11821/9769 7067/11822/9769</w:t>
        <w:br/>
        <w:t>f 7069/11824/9770 7070/11823/9770 7067/11822/9769</w:t>
        <w:br/>
        <w:t>f 7074/11825/9771 7073/11826/9772 7072/11827/9772</w:t>
        <w:br/>
        <w:t>f 7071/11828/9771 7074/11825/9771 7072/11827/9772</w:t>
        <w:br/>
        <w:t>f 7078/11829/9773 7077/11830/9773 7076/11831/9774</w:t>
        <w:br/>
        <w:t>f 7075/11832/9774 7078/11829/9773 7076/11831/9774</w:t>
        <w:br/>
        <w:t>f 7080/11833/9775 7079/11834/9775 7077/11830/9773</w:t>
        <w:br/>
        <w:t>f 7078/11829/9773 7080/11833/9775 7077/11830/9773</w:t>
        <w:br/>
        <w:t>f 7075/11832/9774 7076/11831/9774 7074/11825/9771</w:t>
        <w:br/>
        <w:t>f 7071/11828/9771 7075/11832/9774 7074/11825/9771</w:t>
        <w:br/>
        <w:t>f 7073/11826/9772 7070/11823/9770 7069/11824/9770</w:t>
        <w:br/>
        <w:t>f 7072/11827/9772 7073/11826/9772 7069/11824/9770</w:t>
        <w:br/>
        <w:t>f 7082/11835/9776 6968/11724/9691 6972/11725/9692</w:t>
        <w:br/>
        <w:t>f 7081/11836/9777 7082/11835/9776 6972/11725/9692</w:t>
        <w:br/>
        <w:t>f 7084/11837/2569 7064/11815/9766 7061/11818/9766</w:t>
        <w:br/>
        <w:t>f 7083/11838/9778 7084/11837/2569 7061/11818/9766</w:t>
        <w:br/>
        <w:t>f 7086/11839/2577 7085/11840/2577 7059/11812/9764</w:t>
        <w:br/>
        <w:t>f 7060/11811/9764 7086/11839/2577 7059/11812/9764</w:t>
        <w:br/>
        <w:t>f 6662/3124/2532 6608/11511/9476 6609/11512/9477</w:t>
        <w:br/>
        <w:t>f 7044/11799/9755 7045/11798/9755 7037/11792/9751</w:t>
        <w:br/>
        <w:t>f 7038/11791/9751 7044/11799/9755 7037/11792/9751</w:t>
        <w:br/>
        <w:t>f 7096/11841/9779 6950/11706/9673 7095/11842/9780</w:t>
        <w:br/>
        <w:t>f 6784/3217/2608 7097/3226/2614 6685/3142/2550</w:t>
        <w:br/>
        <w:t>f 6694/11524/9491 6784/3217/2608 6685/3142/2550</w:t>
        <w:br/>
        <w:t>f 6776/3215/2606 6784/3217/2608 6694/11524/9491</w:t>
        <w:br/>
        <w:t>f 6776/3215/2606 6694/11524/9491 6693/11525/9492</w:t>
        <w:br/>
        <w:t>f 6775/3216/2607 6776/3215/2606 6693/11525/9492</w:t>
        <w:br/>
        <w:t>f 7105/11843/9781 6775/3216/2607 6693/11525/9492</w:t>
        <w:br/>
        <w:t>f 6778/11534/9501 6779/11533/9500 6692/3249/2633</w:t>
        <w:br/>
        <w:t>f 6690/11523/9490 6778/11534/9501 6692/3249/2633</w:t>
        <w:br/>
        <w:t>f 6688/11521/9487 7115/11844/9782 6686/11520/9486</w:t>
        <w:br/>
        <w:t>f 7115/11844/9782 7105/11843/9781 6693/11525/9492</w:t>
        <w:br/>
        <w:t>f 6686/11520/9486 7115/11844/9782 6693/11525/9492</w:t>
        <w:br/>
        <w:t>f 6668/3131/2539 6601/11504/9469 6599/3073/2487</w:t>
        <w:br/>
        <w:t>f 6903/11656/9623 7119/11845/9783 6900/11654/9621</w:t>
        <w:br/>
        <w:t>f 6902/11657/9624 6903/11656/9623 6900/11654/9621</w:t>
        <w:br/>
        <w:t>f 7015/11770/9733 7019/11772/9735 7018/11773/9735</w:t>
        <w:br/>
        <w:t>f 7014/11771/9734 7015/11770/9733 7018/11773/9735</w:t>
        <w:br/>
        <w:t>f 7121/11846/9784 7120/11847/9784 7041/11794/9752</w:t>
        <w:br/>
        <w:t>f 7042/11793/9752 7121/11846/9784 7041/11794/9752</w:t>
        <w:br/>
        <w:t>f 7122/11848/9785 6917/11670/9637 6879/11632/9599</w:t>
        <w:br/>
        <w:t>f 7120/11847/9784 7121/11846/9784 7124/11849/9786</w:t>
        <w:br/>
        <w:t>f 7123/11850/9786 7120/11847/9784 7124/11849/9786</w:t>
        <w:br/>
        <w:t>f 7127/11851/9787 7126/11852/9788 7125/11853/9789</w:t>
        <w:br/>
        <w:t>f 7131/11854/9790 7130/11855/9790 7129/11856/9791</w:t>
        <w:br/>
        <w:t>f 7128/11857/9791 7131/11854/9790 7129/11856/9791</w:t>
        <w:br/>
        <w:t>f 7126/11852/9788 7132/11858/9792 7125/11853/9789</w:t>
        <w:br/>
        <w:t>f 7134/11859/9793 7125/11853/9789 7132/11858/9792</w:t>
        <w:br/>
        <w:t>f 7133/11860/9793 7134/11859/9793 7132/11858/9792</w:t>
        <w:br/>
        <w:t>f 7129/11856/9791 7134/11859/9793 7133/11860/9793</w:t>
        <w:br/>
        <w:t>f 7128/11857/9791 7129/11856/9791 7133/11860/9793</w:t>
        <w:br/>
        <w:t>f 6901/11653/9620 7136/11861/9794 6902/11657/9624</w:t>
        <w:br/>
        <w:t>f 6900/11654/9621 6901/11653/9620 6902/11657/9624</w:t>
        <w:br/>
        <w:t>f 6799/11552/9519 6902/11657/9624 6798/11553/9520</w:t>
        <w:br/>
        <w:t>f 7148/11862/9795 5098/10812/8877 5099/10811/8876</w:t>
        <w:br/>
        <w:t>f 7147/11863/9796 7148/11862/9795 5099/10811/8876</w:t>
        <w:br/>
        <w:t>f 5571/11141/9176 5551/11134/9170 5546/11132/9168</w:t>
        <w:br/>
        <w:t>f 5530/11119/9157 5571/11141/9176 5546/11132/9168</w:t>
        <w:br/>
        <w:t>f 7149/11864/9797 5571/11141/9176 5530/11119/9157</w:t>
        <w:br/>
        <w:t>f 5535/11124/9162 7149/11864/9797 5530/11119/9157</w:t>
        <w:br/>
        <w:t>f 5571/11141/9176 7149/11864/9797 5584/11142/9177</w:t>
        <w:br/>
        <w:t>f 5572/11140/9175 5571/11141/9176 5584/11142/9177</w:t>
        <w:br/>
        <w:t>f 7151/11865/9798 7150/11866/9799 6005/11369/9348</w:t>
        <w:br/>
        <w:t>f 6006/11368/9347 7151/11865/9798 6005/11369/9348</w:t>
        <w:br/>
        <w:t>f 6009/11371/9349 6010/11370/9349 7150/11866/9799</w:t>
        <w:br/>
        <w:t>f 7151/11865/9798 6009/11371/9349 7150/11866/9799</w:t>
        <w:br/>
        <w:t>f 7156/9923/8062 7155/11867/9800 7154/11868/9800</w:t>
        <w:br/>
        <w:t>f 7160/11869/9801 5597/11156/9190 5603/11158/9192</w:t>
        <w:br/>
        <w:t>f 5619/11165/2129 7160/11869/9801 5603/11158/9192</w:t>
        <w:br/>
        <w:t>f 5618/11160/9194 7161/11870/9802 5617/11161/9195</w:t>
        <w:br/>
        <w:t>f 5596/11153/9187 5583/11143/9803 5595/11154/9188</w:t>
        <w:br/>
        <w:t>f 5544/11130/9166 5586/11146/9804 7162/11871/9805</w:t>
        <w:br/>
        <w:t>f 5543/11125/9163 5544/11130/9166 7162/11871/9805</w:t>
        <w:br/>
        <w:t>f 7162/11871/9805 7163/11872/9806 5543/11125/9163</w:t>
        <w:br/>
        <w:t>f 5545/11129/9165 5593/11150/9184 5591/11152/9186</w:t>
        <w:br/>
        <w:t>f 5544/11130/9166 5545/11129/9165 5591/11152/9186</w:t>
        <w:br/>
        <w:t>f 5524/11115/9153 5542/11126/2092 5532/11120/9158</w:t>
        <w:br/>
        <w:t>f 7162/11871/9805 5534/11122/9160 5532/11120/9158</w:t>
        <w:br/>
        <w:t>f 5542/11126/2092 7162/11871/9805 5532/11120/9158</w:t>
        <w:br/>
        <w:t>f 5534/11122/9160 7162/11871/9805 5586/11146/9804</w:t>
        <w:br/>
        <w:t>f 5535/11124/9162 5534/11122/9160 5586/11146/9804</w:t>
        <w:br/>
        <w:t>f 7149/11864/9797 5535/11124/9162 5586/11146/9804</w:t>
        <w:br/>
        <w:t>f 7164/11873/9807 7149/11864/9797 5586/11146/9804</w:t>
        <w:br/>
        <w:t>f 5584/11142/9177 7149/11864/9797 7164/11873/9807</w:t>
        <w:br/>
        <w:t>f 5589/11149/9183 5584/11142/9177 7164/11873/9807</w:t>
        <w:br/>
        <w:t>f 5583/11143/9178 5584/11142/9177 5589/11149/9183</w:t>
        <w:br/>
        <w:t>f 5871/11244/2084 5519/11112/9150 5527/11118/9156</w:t>
        <w:br/>
        <w:t>f 5519/11112/9150 7174/11874/2090 5521/11110/9148</w:t>
        <w:br/>
        <w:t>f 7175/11875/2091 7174/11874/2090 5519/11112/9150</w:t>
        <w:br/>
        <w:t>f 5871/11244/2084 7175/11875/2091 5519/11112/9150</w:t>
        <w:br/>
        <w:t>f 5015/10729/8795 7178/11876/9808 5017/10727/8793</w:t>
        <w:br/>
        <w:t>f 7179/11877/9809 5594/11155/9189 5597/11156/9190</w:t>
        <w:br/>
        <w:t>f 5596/11153/9187 5594/11155/9189 7179/11877/9809</w:t>
        <w:br/>
        <w:t>f 5074/10786/8852 5086/10798/8863 5079/10794/8860</w:t>
        <w:br/>
        <w:t>f 5410/11008/9056 5409/11009/9057 5414/11014/9062</w:t>
        <w:br/>
        <w:t>f 5415/11013/9061 5414/11014/9062 5438/11037/9079</w:t>
        <w:br/>
        <w:t>f 5485/11085/9127 5693/11216/9242 5484/11086/9128</w:t>
        <w:br/>
        <w:t>f 5080/10793/8859 5081/10792/8858 5090/10801/8866</w:t>
        <w:br/>
        <w:t>f 5095/10804/8869 7181/11878/9810 7180/11879/9810</w:t>
        <w:br/>
        <w:t>f 5503/11102/9142 5504/11103/9143 5470/11068/9110</w:t>
        <w:br/>
        <w:t>f 5470/11068/9110 5471/11067/9109 5503/11102/9142</w:t>
        <w:br/>
        <w:t>f 5504/11103/9143 5506/11104/9144 5473/11071/9113</w:t>
        <w:br/>
        <w:t>f 5671/11209/9238 5672/11208/9238 7183/11880/9811</w:t>
        <w:br/>
        <w:t>f 7182/11881/9811 5671/11209/9238 7183/11880/9811</w:t>
        <w:br/>
        <w:t>f 5862/11237/9259 5680/11211/9235 7184/11882/9812</w:t>
        <w:br/>
        <w:t>f 5835/11227/9251 5708/11225/9249 5864/11239/9261</w:t>
        <w:br/>
        <w:t>f 7185/11883/9813 5835/11227/9251 5864/11239/9261</w:t>
        <w:br/>
        <w:t>f 5841/11229/9253 5835/11227/9251 7185/11883/9813</w:t>
        <w:br/>
        <w:t>f 7186/11884/9814 5841/11229/9253 7185/11883/9813</w:t>
        <w:br/>
        <w:t>f 5847/11231/9255 5841/11229/9253 7186/11884/9814</w:t>
        <w:br/>
        <w:t>f 7187/11885/9815 5847/11231/9255 7186/11884/9814</w:t>
        <w:br/>
        <w:t>f 7190/11886/9816 7189/11887/9817 7188/11888/9816</w:t>
        <w:br/>
        <w:t>f 7338/11889/9818 7337/11890/9819 7336/11891/9819</w:t>
        <w:br/>
        <w:t>f 7335/11892/9818 7338/11889/9818 7336/11891/9819</w:t>
        <w:br/>
        <w:t>f 7486/11893/9820 7485/11894/2900 7484/11895/2899</w:t>
        <w:br/>
        <w:t>f 7489/11896/2748 7488/11897/9821 7487/11898/9822</w:t>
        <w:br/>
        <w:t>f 7490/11899/2750 7488/11897/9821 7489/11896/2748</w:t>
        <w:br/>
        <w:t>f 5859/11234/9258 7490/11899/2750 5858/11235/2751</w:t>
        <w:br/>
        <w:t>f 5859/11234/9258 5869/11243/9265 7488/11897/9821</w:t>
        <w:br/>
        <w:t>f 7490/11899/2750 5859/11234/9258 7488/11897/9821</w:t>
        <w:br/>
        <w:t>f 5869/11243/9265 5870/11242/9264 7493/11900/9823</w:t>
        <w:br/>
        <w:t>f 7497/11901/9824 7496/11902/9825 7495/11903/9826</w:t>
        <w:br/>
        <w:t>f 7494/11904/9827 7497/11901/9824 7495/11903/9826</w:t>
        <w:br/>
        <w:t>f 7496/11902/9825 7499/11905/9828 7498/11906/9829</w:t>
        <w:br/>
        <w:t>f 7495/11903/9826 7496/11902/9825 7498/11906/9829</w:t>
        <w:br/>
        <w:t>f 7499/11905/9828 7501/11907/9830 7500/11908/9830</w:t>
        <w:br/>
        <w:t>f 7498/11906/9829 7499/11905/9828 7500/11908/9830</w:t>
        <w:br/>
        <w:t>f 7501/11907/9830 7336/11891/9819 7337/11890/9819</w:t>
        <w:br/>
        <w:t>f 7500/11908/9830 7501/11907/9830 7337/11890/9819</w:t>
        <w:br/>
        <w:t>f 7503/11909/9831 6990/11747/9713 6991/11746/9713</w:t>
        <w:br/>
        <w:t>f 7502/11910/9832 7503/11909/9831 6991/11746/9713</w:t>
        <w:br/>
        <w:t>f 7512/11911/9833 7511/11912/9833 7510/11913/9834</w:t>
        <w:br/>
        <w:t>f 7509/11914/9834 7512/11911/9833 7510/11913/9834</w:t>
        <w:br/>
        <w:t>f 7515/11915/9835 7514/11916/9836 7513/11917/9837</w:t>
        <w:br/>
        <w:t>f 7518/11918/9838 7517/11919/9839 7516/11920/9840</w:t>
        <w:br/>
        <w:t>f 7520/11921/9841 7519/11922/9842 5110/10822/8887</w:t>
        <w:br/>
        <w:t>f 7519/11922/9842 5111/10823/8888 5110/10822/8887</w:t>
        <w:br/>
        <w:t>f 7522/11923/9843 7521/11924/9844 5113/10826/8891</w:t>
        <w:br/>
        <w:t>f 7521/11924/9844 5117/10828/8893 5113/10826/8891</w:t>
        <w:br/>
        <w:t>f 7526/11925/9845 7525/11926/9846 7524/11927/9846</w:t>
        <w:br/>
        <w:t>f 7523/11928/9847 7526/11925/9845 7524/11927/9846</w:t>
        <w:br/>
        <w:t>f 7528/11929/9846 7527/11930/9846 7523/11928/9847</w:t>
        <w:br/>
        <w:t>f 7524/11927/9846 7528/11929/9846 7523/11928/9847</w:t>
        <w:br/>
        <w:t>f 7523/11928/9847 7531/11931/9848 7530/11932/9849</w:t>
        <w:br/>
        <w:t>f 7529/11933/9850 7523/11928/9847 7530/11932/9849</w:t>
        <w:br/>
        <w:t>f 7509/11914/9834 7510/11913/9834 6042/11404/9375</w:t>
        <w:br/>
        <w:t>f 7532/11934/9851 7509/11914/9834 6042/11404/9375</w:t>
        <w:br/>
        <w:t>f 7536/11935/9852 7535/11936/9853 7534/11937/9854</w:t>
        <w:br/>
        <w:t>f 7533/11938/9852 7536/11935/9852 7534/11937/9854</w:t>
        <w:br/>
        <w:t>f 6042/11404/9375 7529/11933/9850 7537/11939/9855</w:t>
        <w:br/>
        <w:t>f 7532/11934/9851 6042/11404/9375 7537/11939/9855</w:t>
        <w:br/>
        <w:t>f 7529/11933/9850 7530/11932/9849 7538/11940/9856</w:t>
        <w:br/>
        <w:t>f 7537/11939/9855 7529/11933/9850 7538/11940/9856</w:t>
        <w:br/>
        <w:t>f 7534/11937/9854 7535/11936/9853 7539/11941/9857</w:t>
        <w:br/>
        <w:t>f 7541/11942/9858 7540/11943/9859 7539/11941/9857</w:t>
        <w:br/>
        <w:t>f 7535/11936/9853 7541/11942/9858 7539/11941/9857</w:t>
        <w:br/>
        <w:t>f 7543/11944/9860 7539/11941/9857 7540/11943/9859</w:t>
        <w:br/>
        <w:t>f 7542/11945/9860 7543/11944/9860 7540/11943/9859</w:t>
        <w:br/>
        <w:t>f 7514/11916/9836 7543/11944/9860 7542/11945/9860</w:t>
        <w:br/>
        <w:t>f 7544/11946/9861 7514/11916/9836 7542/11945/9860</w:t>
        <w:br/>
        <w:t>f 7548/11947/9862 7547/11948/9863 7546/11949/9864</w:t>
        <w:br/>
        <w:t>f 7545/11950/9865 7548/11947/9862 7546/11949/9864</w:t>
        <w:br/>
        <w:t>f 5113/10826/8891 5114/10825/8890 7549/11951/9866</w:t>
        <w:br/>
        <w:t>f 7551/11952/9867 5111/10823/8888 7550/11953/9868</w:t>
        <w:br/>
        <w:t>f 5113/10826/8891 7549/11951/9866 7522/11923/9843</w:t>
        <w:br/>
        <w:t>f 7553/11954/9869 5111/10823/8888 7519/11922/9842</w:t>
        <w:br/>
        <w:t>f 7550/11953/9868 5111/10823/8888 7553/11954/9869</w:t>
        <w:br/>
        <w:t>f 7523/11928/9847 7527/11930/9846 7531/11931/9848</w:t>
        <w:br/>
        <w:t>f 7557/11955/9870 7556/11956/9871 7555/11957/9872</w:t>
        <w:br/>
        <w:t>f 7554/11958/9873 7557/11955/9870 7555/11957/9872</w:t>
        <w:br/>
        <w:t>f 7548/11947/9862 7558/11959/9874 7530/11932/9849</w:t>
        <w:br/>
        <w:t>f 7531/11931/9848 7548/11947/9862 7530/11932/9849</w:t>
        <w:br/>
        <w:t>f 7554/11958/9873 7555/11957/9872 7518/11918/9838</w:t>
        <w:br/>
        <w:t>f 7516/11920/9840 7554/11958/9873 7518/11918/9838</w:t>
        <w:br/>
        <w:t>f 5270/10881/8939 5303/10918/8954 5304/10917/8967</w:t>
        <w:br/>
        <w:t>f 5305/10916/8966 7559/11960/9875 5393/10989/9037</w:t>
        <w:br/>
        <w:t>f 5310/10920/8969 5305/10916/8966 5393/10989/9037</w:t>
        <w:br/>
        <w:t>f 7563/11961/9876 7562/11962/9877 7561/11963/9878</w:t>
        <w:br/>
        <w:t>f 7560/11964/9878 7563/11961/9876 7561/11963/9878</w:t>
        <w:br/>
        <w:t>f 5393/10989/9037 7559/11960/9875 5392/10990/9038</w:t>
        <w:br/>
        <w:t>f 7566/11965/9879 7565/11966/9880 7559/11960/9881</w:t>
        <w:br/>
        <w:t>f 7564/11967/9882 7566/11965/9879 7559/11960/9881</w:t>
        <w:br/>
        <w:t>f 7561/11963/9878 5909/11273/9283 5910/11272/9283</w:t>
        <w:br/>
        <w:t>f 7560/11964/9878 7561/11963/9878 5910/11272/9283</w:t>
        <w:br/>
        <w:t>f 7567/11968/9883 5397/10996/9044 5390/10992/9040</w:t>
        <w:br/>
        <w:t>f 5391/10991/9039 7567/11968/9883 5390/10992/9040</w:t>
        <w:br/>
        <w:t>f 7568/11969/9884 5400/10999/9047 5397/10996/9044</w:t>
        <w:br/>
        <w:t>f 5949/11315/3711 7568/11969/9884 5397/10996/9044</w:t>
        <w:br/>
        <w:t>f 7568/11969/9884 5403/11002/9050 5400/10999/9047</w:t>
        <w:br/>
        <w:t>f 7570/11970/9885 7559/11960/9875 7569/11971/9886</w:t>
        <w:br/>
        <w:t>f 7559/11960/9875 7570/11970/9885 7571/11972/9887</w:t>
        <w:br/>
        <w:t>f 5392/10990/9038 7559/11960/9875 7571/11972/9887</w:t>
        <w:br/>
        <w:t>f 3170/10130/8229 3174/10131/8230 3178/10139/8238</w:t>
        <w:br/>
        <w:t>f 3180/10137/8236 3178/10139/8238 3174/10131/8230</w:t>
        <w:br/>
        <w:t>f 3172/10133/8232 3180/10137/8236 3174/10131/8230</w:t>
        <w:br/>
        <w:t>f 7994/11973/9888 7993/11974/9889 7992/11975/9889</w:t>
        <w:br/>
        <w:t>f 7996/11976/9890 3179/10138/8237 7995/11977/9891</w:t>
        <w:br/>
        <w:t>f 7999/11978/9892 7998/11979/9893 7997/11980/9894</w:t>
        <w:br/>
        <w:t>f 8001/11981/9895 3216/10175/8273 8000/11982/9896</w:t>
        <w:br/>
        <w:t>f 3182/10142/8241 3207/10166/8264 8002/11983/9897</w:t>
        <w:br/>
        <w:t>f 3213/10172/8270 3214/10173/8271 8002/11983/9897</w:t>
        <w:br/>
        <w:t>f 3214/10173/8271 3215/10174/8272 8002/11983/9897</w:t>
        <w:br/>
        <w:t>f 3215/10174/8272 3216/10175/8273 8002/11983/9897</w:t>
        <w:br/>
        <w:t>f 3211/10170/8268 3212/10171/8269 8003/11984/9898</w:t>
        <w:br/>
        <w:t>f 3209/10169/8267 3210/10168/8266 8002/11983/9897</w:t>
        <w:br/>
        <w:t>f 3212/10171/8269 3179/10138/8237 8003/11984/9898</w:t>
        <w:br/>
        <w:t>f 3207/10166/8264 3213/10172/8270 8002/11983/9897</w:t>
        <w:br/>
        <w:t>f 3210/10168/8266 3211/10170/8268 8002/11983/9897</w:t>
        <w:br/>
        <w:t>f 8005/11985/9899 8004/11986/9900 8002/11983/9901</w:t>
        <w:br/>
        <w:t>f 8004/11986/9900 8006/11987/9902 8002/11983/9901</w:t>
        <w:br/>
        <w:t>f 8007/11988/9903 8005/11985/9899 8002/11983/9901</w:t>
        <w:br/>
        <w:t>f 8008/11989/9903 8007/11988/9903 8002/11983/9901</w:t>
        <w:br/>
        <w:t>f 8006/11987/9902 8010/11990/9904 8009/11991/9905</w:t>
        <w:br/>
        <w:t>f 8002/11983/9901 8006/11987/9902 8009/11991/9905</w:t>
        <w:br/>
        <w:t>f 8012/11992/9906 8011/11993/9907 8003/11984/9908</w:t>
        <w:br/>
        <w:t>f 8013/11994/9909 8012/11992/9906 8003/11984/9908</w:t>
        <w:br/>
        <w:t>f 8015/11995/9910 8014/11996/9910 8003/11984/9908</w:t>
        <w:br/>
        <w:t>f 8011/11993/9907 8015/11995/9910 8003/11984/9908</w:t>
        <w:br/>
        <w:t>f 8016/11997/9911 8013/11994/9909 8003/11984/9908</w:t>
        <w:br/>
        <w:t>f 8017/11998/9911 8016/11997/9911 8003/11984/9908</w:t>
        <w:br/>
        <w:t>f 8020/11999/9912 8019/12000/9913 8018/12001/9914</w:t>
        <w:br/>
        <w:t>f 3179/10138/8237 7996/11976/9890 8003/11984/9898</w:t>
        <w:br/>
        <w:t>f 7994/11973/9888 3182/10142/8241 8002/11983/9897</w:t>
        <w:br/>
        <w:t>f 7999/11978/9892 8020/11999/9912 8003/11984/9898</w:t>
        <w:br/>
        <w:t>f 3216/10175/8273 8001/11981/9895 8002/11983/9897</w:t>
        <w:br/>
        <w:t>f 4258/10303/8393 4248/2310/1804 4265/10305/8396</w:t>
        <w:br/>
        <w:t>f 4260/10301/8393 4258/10303/8393 4265/10305/8396</w:t>
        <w:br/>
        <w:t>f 6798/11553/9520 6902/11657/9624 7136/11861/9794</w:t>
        <w:br/>
        <w:t>f 5115/10824/8889 6041/11402/9373 6039/11401/9372</w:t>
        <w:br/>
        <w:t>f 5108/10821/8886 5115/10824/8889 6039/11401/9372</w:t>
        <w:br/>
        <w:t>f 5114/10825/8890 5115/10824/8889 5108/10821/8886</w:t>
        <w:br/>
        <w:t>f 5109/10820/8885 5114/10825/8890 5108/10821/8886</w:t>
        <w:br/>
        <w:t>f 5114/10825/8890 5109/10820/8885 5111/10823/8888</w:t>
        <w:br/>
        <w:t>f 7549/11951/9866 5114/10825/8890 5111/10823/8888</w:t>
        <w:br/>
        <w:t>f 8024/12002/9915 7549/11951/9866 7551/11952/9867</w:t>
        <w:br/>
        <w:t>f 5860/11233/9257 5861/11236/2754 8025/12003/2758</w:t>
        <w:br/>
        <w:t>f 5847/11231/9255 5860/11233/9257 8025/12003/2758</w:t>
        <w:br/>
        <w:t>f 5860/11233/9257 5847/11231/9255 7187/11885/9815</w:t>
        <w:br/>
        <w:t>f 5870/11242/9264 5860/11233/9257 7187/11885/9815</w:t>
        <w:br/>
        <w:t>f 8027/12004/9916 5847/11231/9255 8025/12003/2758</w:t>
        <w:br/>
        <w:t>f 5847/11231/9255 8027/12004/9916 5846/11232/9256</w:t>
        <w:br/>
        <w:t>f 5096/10809/8874 7147/11863/9796 5099/10811/8876</w:t>
        <w:br/>
        <w:t>f 5094/10805/8870 5096/10809/8874 5099/10811/8876</w:t>
        <w:br/>
        <w:t>f 8029/12005/9917 8028/12006/9918 5121/10836/8901</w:t>
        <w:br/>
        <w:t>f 5122/10835/8900 8029/12005/9917 5121/10836/8901</w:t>
        <w:br/>
        <w:t>f 5451/11047/9089 5452/11054/9096 5453/11053/9095</w:t>
        <w:br/>
        <w:t>f 5450/11048/9090 5502/11101/9141 5466/11064/9106</w:t>
        <w:br/>
        <w:t>f 5456/11058/9100 5455/11051/9093 5498/11098/9138</w:t>
        <w:br/>
        <w:t>f 5435/11034/9076 5444/11044/9086 5443/11041/9083</w:t>
        <w:br/>
        <w:t>f 5021/10733/8799 5062/10775/8841 5018/10731/8797</w:t>
        <w:br/>
        <w:t>f 8046/12007/9919 8001/11981/9895 8000/11982/9896</w:t>
        <w:br/>
        <w:t>f 7999/11978/9892 7997/11980/9894 8020/11999/9912</w:t>
        <w:br/>
        <w:t>f 8047/12008/9920 7996/11976/9890 7995/11977/9891</w:t>
        <w:br/>
        <w:t>f 7994/11973/9888 8048/12009/9921 3182/10142/8241</w:t>
        <w:br/>
        <w:t>f 5075/10785/8851 5086/10798/8863 5074/10786/8852</w:t>
        <w:br/>
        <w:t>f 8076/12010/9922 8075/12011/9923 8074/12012/9923</w:t>
        <w:br/>
        <w:t>f 8077/12013/9922 8076/12010/9922 8074/12012/9923</w:t>
        <w:br/>
        <w:t>f 8081/12014/9924 8080/12015/9925 8079/12016/9925</w:t>
        <w:br/>
        <w:t>f 8078/12017/9924 8081/12014/9924 8079/12016/9925</w:t>
        <w:br/>
        <w:t>f 8080/12015/9925 8083/12018/9926 8082/12019/9927</w:t>
        <w:br/>
        <w:t>f 8079/12016/9925 8080/12015/9925 8082/12019/9927</w:t>
        <w:br/>
        <w:t>f 8083/12018/9926 8085/12020/9928 8084/12021/9929</w:t>
        <w:br/>
        <w:t>f 8082/12019/9927 8083/12018/9926 8084/12021/9929</w:t>
        <w:br/>
        <w:t>f 8088/12022/9930 8087/12023/9931 8086/12024/9932</w:t>
        <w:br/>
        <w:t>f 8089/12025/9930 8088/12022/9930 8086/12024/9932</w:t>
        <w:br/>
        <w:t>f 8090/12026/9933 8086/12024/9932 8087/12023/9931</w:t>
        <w:br/>
        <w:t>f 8084/12021/9929 8090/12026/9933 8087/12023/9931</w:t>
        <w:br/>
        <w:t>f 8092/12027/9934 8091/12028/9934 8076/12010/9922</w:t>
        <w:br/>
        <w:t>f 8077/12013/9922 8092/12027/9934 8076/12010/9922</w:t>
        <w:br/>
        <w:t>f 8092/12027/9934 8081/12014/9924 8078/12017/9924</w:t>
        <w:br/>
        <w:t>f 8091/12028/9934 8092/12027/9934 8078/12017/9924</w:t>
        <w:br/>
        <w:t>f 4856/10629/8704 4857/10628/8703 4947/10700/8767</w:t>
        <w:br/>
        <w:t>f 4856/10629/8704 4947/10700/8767 4948/10699/8766</w:t>
        <w:br/>
        <w:t>f 4915/10677/8749 4914/10678/8750 4948/10699/8766</w:t>
        <w:br/>
        <w:t>f 4911/10676/8748 4912/10675/8747 4914/10678/8750</w:t>
        <w:br/>
        <w:t>f 4924/10688/8757 4942/10695/8702 4925/10687/8756</w:t>
        <w:br/>
        <w:t>f 6457/2971/2401 6339/11442/9408 6363/2963/2393</w:t>
        <w:br/>
        <w:t>f 6457/2971/2401 6454/2974/2404 6460/11460/9426</w:t>
        <w:br/>
        <w:t>f 6570/11483/9448 6571/11482/9447 6531/3029/2450</w:t>
        <w:br/>
        <w:t>f 6570/11483/9448 6531/3029/2450 6527/11481/9446</w:t>
        <w:br/>
        <w:t>f 6968/11724/9691 6969/11723/9690 6972/11725/9692</w:t>
        <w:br/>
        <w:t>f 8104/12029/9935 6782/11538/9505 6783/11537/9504</w:t>
        <w:br/>
        <w:t>f 6965/11720/9687 6960/11715/9682 6961/11714/9681</w:t>
        <w:br/>
        <w:t>f 8106/12030/9936 3634/10208/8305 3602/10195/8293</w:t>
        <w:br/>
        <w:t>f 8105/12031/9937 8106/12030/9936 3602/10195/8293</w:t>
        <w:br/>
        <w:t>f 8106/12030/9936 8107/12032/9938 3638/10210/8307</w:t>
        <w:br/>
        <w:t>f 3634/10208/8305 8106/12030/9936 3638/10210/8307</w:t>
        <w:br/>
        <w:t>f 8107/12032/9938 8108/12033/9939 3637/10211/8308</w:t>
        <w:br/>
        <w:t>f 3638/10210/8307 8107/12032/9938 3637/10211/8308</w:t>
        <w:br/>
        <w:t>f 8109/12034/9940 3640/10214/8311 3637/10211/8308</w:t>
        <w:br/>
        <w:t>f 8108/12033/9939 8109/12034/9940 3637/10211/8308</w:t>
        <w:br/>
        <w:t>f 8084/12021/9929 3619/10203/8300 3640/10214/8311</w:t>
        <w:br/>
        <w:t>f 8082/12019/9927 8084/12021/9929 3640/10214/8311</w:t>
        <w:br/>
        <w:t>f 8084/12021/9929 8087/12023/9931 3603/10202/8299</w:t>
        <w:br/>
        <w:t>f 3619/10203/8300 8084/12021/9929 3603/10202/8299</w:t>
        <w:br/>
        <w:t>f 8111/12035/9941 8110/12036/9942 3606/10199/8296</w:t>
        <w:br/>
        <w:t>f 3603/10202/8299 8111/12035/9941 3606/10199/8296</w:t>
        <w:br/>
        <w:t>f 8105/12031/9937 3602/10195/8293 3599/10198/8296</w:t>
        <w:br/>
        <w:t>f 8112/12037/9943 8105/12031/9937 3599/10198/8296</w:t>
        <w:br/>
        <w:t>f 5371/10968/9017 5369/10970/9019 8113/12038/9944</w:t>
        <w:br/>
        <w:t>f 7558/11959/9874 7544/11946/9861 7538/11940/9856</w:t>
        <w:br/>
        <w:t>f 7530/11932/9849 7558/11959/9874 7538/11940/9856</w:t>
        <w:br/>
        <w:t>f 5117/10828/8893 7521/11924/9844 7526/11925/9845</w:t>
        <w:br/>
        <w:t>f 7523/11928/9847 5117/10828/8893 7526/11925/9845</w:t>
        <w:br/>
        <w:t>f 7523/11928/9847 7529/11933/9850 5116/10829/8894</w:t>
        <w:br/>
        <w:t>f 5117/10828/8893 7523/11928/9847 5116/10829/8894</w:t>
        <w:br/>
        <w:t>f 6042/11404/9375 5116/10829/8894 7529/11933/9850</w:t>
        <w:br/>
        <w:t>f 7551/11952/9867 7549/11951/9866 5111/10823/8888</w:t>
        <w:br/>
        <w:t>f 7522/11923/9843 7549/11951/9866 8024/12002/9915</w:t>
        <w:br/>
        <w:t>f 7547/11948/9863 8116/12039/9945 7546/11949/9864</w:t>
        <w:br/>
        <w:t>f 7556/11956/9871 7557/11955/9870 7513/11917/9837</w:t>
        <w:br/>
        <w:t>f 7558/11959/9874 7556/11956/9871 7513/11917/9837</w:t>
        <w:br/>
        <w:t>f 7514/11916/9836 7544/11946/9861 7558/11959/9874</w:t>
        <w:br/>
        <w:t>f 7513/11917/9837 7514/11916/9836 7558/11959/9874</w:t>
        <w:br/>
        <w:t>f 5064/10777/8843 5066/10778/8844 5068/10779/8845</w:t>
        <w:br/>
        <w:t>f 5065/10776/8842 5062/10775/8841 5063/10774/8840</w:t>
        <w:br/>
        <w:t>f 5120/10832/8897 5070/10781/8847 5067/10780/8846</w:t>
        <w:br/>
        <w:t>f 5087/10799/8864 5072/10783/8849 5069/10782/8848</w:t>
        <w:br/>
        <w:t>f 5078/10788/8854 5076/10790/8856 5071/10784/8850</w:t>
        <w:br/>
        <w:t>f 5269/10882/2064 5270/10881/8939 5872/11246/9266</w:t>
        <w:br/>
        <w:t>f 5874/11248/9267 5875/11247/9267 8117/12040/9946</w:t>
        <w:br/>
        <w:t>f 5309/10919/8968 5865/11240/9262 5304/10917/8967</w:t>
        <w:br/>
        <w:t>f 8118/12041/9947 5283/10897/8950 5284/10896/8949</w:t>
        <w:br/>
        <w:t>f 5006/10716/8782 5047/10759/8825 5005/10717/8783</w:t>
        <w:br/>
        <w:t>f 5046/10758/8824 6062/11424/9391 5057/10768/8834</w:t>
        <w:br/>
        <w:t>f 5033/10743/8809 5031/10745/8811 5046/10758/8824</w:t>
        <w:br/>
        <w:t>f 4685/10459/8548 4684/10458/8547 4680/10455/8544</w:t>
        <w:br/>
        <w:t>f 4637/10409/8498 4680/10455/8544 4682/10457/8546</w:t>
        <w:br/>
        <w:t>f 7127/11851/9787 8119/12042/9948 7126/11852/9788</w:t>
        <w:br/>
        <w:t>f 6942/11694/9661 6936/11693/9660 6937/11692/9659</w:t>
        <w:br/>
        <w:t>f 8120/12043/9949 6942/11694/9661 6937/11692/9659</w:t>
        <w:br/>
        <w:t>f 6874/11629/9596 6875/11628/9595 6869/11626/9593</w:t>
        <w:br/>
        <w:t>f 6870/11625/9592 6874/11629/9596 6869/11626/9593</w:t>
        <w:br/>
        <w:t>f 6924/11679/9646 6923/11676/9643 6874/11629/9596</w:t>
        <w:br/>
        <w:t>f 6870/11625/9592 6924/11679/9646 6874/11629/9596</w:t>
        <w:br/>
        <w:t>f 6920/11673/9640 8122/12044/9950 8121/12045/9951</w:t>
        <w:br/>
        <w:t>f 6919/11674/9641 6920/11673/9640 8121/12045/9951</w:t>
        <w:br/>
        <w:t>f 6893/11648/9615 6895/11650/9617 6887/11642/9609</w:t>
        <w:br/>
        <w:t>f 6891/11646/9613 6893/11648/9615 6887/11642/9609</w:t>
        <w:br/>
        <w:t>f 6886/11639/9606 6889/11644/9611 6891/11646/9613</w:t>
        <w:br/>
        <w:t>f 6887/11642/9609 6886/11639/9606 6891/11646/9613</w:t>
        <w:br/>
        <w:t>f 6805/11559/9526 6785/11543/9510 6889/11644/9611</w:t>
        <w:br/>
        <w:t>f 6886/11639/9606 6805/11559/9526 6889/11644/9611</w:t>
        <w:br/>
        <w:t>f 6792/11544/9511 6788/11540/9507 6785/11543/9510</w:t>
        <w:br/>
        <w:t>f 6805/11559/9526 6792/11544/9511 6785/11543/9510</w:t>
        <w:br/>
        <w:t>f 6788/11540/9507 6792/11544/9511 6789/11547/9514</w:t>
        <w:br/>
        <w:t>f 6795/11549/9516 6788/11540/9507 6789/11547/9514</w:t>
        <w:br/>
        <w:t>f 6795/11549/9516 6789/11547/9514 6810/11566/9533</w:t>
        <w:br/>
        <w:t>f 6794/11550/9517 6795/11549/9516 6810/11566/9533</w:t>
        <w:br/>
        <w:t>f 6812/11568/9535 6794/11550/9517 6810/11566/9533</w:t>
        <w:br/>
        <w:t>f 6820/11574/9541 6812/11568/9535 6810/11566/9533</w:t>
        <w:br/>
        <w:t>f 6828/11584/9551 6812/11568/9535 6820/11574/9541</w:t>
        <w:br/>
        <w:t>f 6821/11573/9540 6828/11584/9551 6820/11574/9541</w:t>
        <w:br/>
        <w:t>f 6821/11573/9540 6824/11578/9545 6817/11569/9536</w:t>
        <w:br/>
        <w:t>f 6828/11584/9551 6821/11573/9540 6817/11569/9536</w:t>
        <w:br/>
        <w:t>f 6824/11578/9545 6825/11577/9544 6816/11570/9537</w:t>
        <w:br/>
        <w:t>f 6817/11569/9536 6824/11578/9545 6816/11570/9537</w:t>
        <w:br/>
        <w:t>f 8124/12046/9952 8123/12047/9953 6938/11691/9658</w:t>
        <w:br/>
        <w:t>f 6939/11690/9657 8124/12046/9952 6938/11691/9658</w:t>
        <w:br/>
        <w:t>f 6871/11624/9591 6872/11623/9590 8126/12048/9954</w:t>
        <w:br/>
        <w:t>f 8125/12049/9955 6871/11624/9591 8126/12048/9954</w:t>
        <w:br/>
        <w:t>f 6925/11678/9645 6871/11624/9591 8125/12049/9955</w:t>
        <w:br/>
        <w:t>f 8127/12050/9956 6925/11678/9645 8125/12049/9955</w:t>
        <w:br/>
        <w:t>f 8127/12050/9956 8125/12049/9955 6867/11622/9589</w:t>
        <w:br/>
        <w:t>f 6931/11685/9652 8127/12050/9956 6867/11622/9589</w:t>
        <w:br/>
        <w:t>f 8125/12049/9955 8126/12048/9954 6868/11621/9588</w:t>
        <w:br/>
        <w:t>f 6867/11622/9589 8125/12049/9955 6868/11621/9588</w:t>
        <w:br/>
        <w:t>f 8123/12047/9953 8124/12046/9952 6934/11687/9654</w:t>
        <w:br/>
        <w:t>f 6935/11686/9653 8123/12047/9953 6934/11687/9654</w:t>
        <w:br/>
        <w:t>f 6853/11611/9578 6865/11620/9587 8129/12051/9957</w:t>
        <w:br/>
        <w:t>f 8128/12052/9958 6853/11611/9578 8129/12051/9957</w:t>
        <w:br/>
        <w:t>f 8130/12053/9959 6856/11608/9575 6853/11611/9578</w:t>
        <w:br/>
        <w:t>f 8128/12052/9958 8130/12053/9959 6853/11611/9578</w:t>
        <w:br/>
        <w:t>f 8132/12054/9960 8131/12055/9961 6851/11605/9572</w:t>
        <w:br/>
        <w:t>f 6852/11604/9571 8132/12054/9960 6851/11605/9572</w:t>
        <w:br/>
        <w:t>f 8135/12056/9962 8134/12057/9963 8133/12058/9964</w:t>
        <w:br/>
        <w:t>f 8122/12044/9950 8137/12059/9965 8136/12060/9966</w:t>
        <w:br/>
        <w:t>f 8121/12045/9951 8122/12044/9950 8136/12060/9966</w:t>
        <w:br/>
        <w:t>f 6883/11636/9603 6898/11651/9618 8138/12061/9967</w:t>
        <w:br/>
        <w:t>f 7119/11845/9783 6883/11636/9603 8138/12061/9967</w:t>
        <w:br/>
        <w:t>f 6882/11637/9604 6883/11636/9603 7119/11845/9783</w:t>
        <w:br/>
        <w:t>f 6903/11656/9623 6882/11637/9604 7119/11845/9783</w:t>
        <w:br/>
        <w:t>f 6882/11637/9604 6903/11656/9623 6799/11552/9519</w:t>
        <w:br/>
        <w:t>f 6808/11562/9529 6882/11637/9604 6799/11552/9519</w:t>
        <w:br/>
        <w:t>f 6808/11562/9529 6799/11552/9519 6797/11554/9521</w:t>
        <w:br/>
        <w:t>f 6807/11563/9530 6808/11562/9529 6797/11554/9521</w:t>
        <w:br/>
        <w:t>f 6800/11558/9525 6807/11563/9530 6797/11554/9521</w:t>
        <w:br/>
        <w:t>f 6831/11585/9552 6800/11558/9525 6797/11554/9521</w:t>
        <w:br/>
        <w:t>f 6831/11585/9552 6838/11595/9562 6803/11555/9522</w:t>
        <w:br/>
        <w:t>f 6800/11558/9525 6831/11585/9552 6803/11555/9522</w:t>
        <w:br/>
        <w:t>f 6826/11582/9549 6803/11555/9522 6838/11595/9562</w:t>
        <w:br/>
        <w:t>f 6839/11594/9561 6826/11582/9549 6838/11595/9562</w:t>
        <w:br/>
        <w:t>f 6826/11582/9549 6839/11594/9561 8139/12062/9968</w:t>
        <w:br/>
        <w:t>f 6836/11592/9559 6826/11582/9549 8139/12062/9968</w:t>
        <w:br/>
        <w:t>f 6836/11592/9559 8139/12062/9968 8140/12063/9969</w:t>
        <w:br/>
        <w:t>f 6834/11588/9555 6836/11592/9559 8140/12063/9969</w:t>
        <w:br/>
        <w:t>f 6834/11588/9555 8140/12063/9969 8141/12064/9970</w:t>
        <w:br/>
        <w:t>f 6833/11589/9556 6834/11588/9555 8141/12064/9970</w:t>
        <w:br/>
        <w:t>f 6888/11641/9608 6896/11649/9616 8143/12065/9971</w:t>
        <w:br/>
        <w:t>f 8142/12066/9972 6888/11641/9608 8143/12065/9971</w:t>
        <w:br/>
        <w:t>f 8142/12066/9972 6885/11640/9607 6888/11641/9608</w:t>
        <w:br/>
        <w:t>f 6809/11561/9528 6804/11560/9527 6885/11640/9607</w:t>
        <w:br/>
        <w:t>f 6881/11638/9605 6809/11561/9528 6885/11640/9607</w:t>
        <w:br/>
        <w:t>f 6804/11560/9527 6809/11561/9528 6806/11564/9531</w:t>
        <w:br/>
        <w:t>f 6791/11545/9512 6804/11560/9527 6806/11564/9531</w:t>
        <w:br/>
        <w:t>f 6791/11545/9512 6806/11564/9531 6801/11557/9524</w:t>
        <w:br/>
        <w:t>f 6790/11546/9513 6791/11545/9512 6801/11557/9524</w:t>
        <w:br/>
        <w:t>f 6802/11556/9523 6811/11565/9532 6790/11546/9513</w:t>
        <w:br/>
        <w:t>f 6801/11557/9524 6802/11556/9523 6790/11546/9513</w:t>
        <w:br/>
        <w:t>f 6802/11556/9523 6827/11581/9548 6819/11575/9542</w:t>
        <w:br/>
        <w:t>f 6811/11565/9532 6802/11556/9523 6819/11575/9542</w:t>
        <w:br/>
        <w:t>f 6818/11576/9543 6819/11575/9542 6827/11581/9548</w:t>
        <w:br/>
        <w:t>f 6837/11591/9558 6818/11576/9543 6827/11581/9548</w:t>
        <w:br/>
        <w:t>f 6823/11579/9546 6818/11576/9543 6837/11591/9558</w:t>
        <w:br/>
        <w:t>f 6835/11587/9554 6823/11579/9546 6837/11591/9558</w:t>
        <w:br/>
        <w:t>f 6822/11580/9547 6823/11579/9546 6835/11587/9554</w:t>
        <w:br/>
        <w:t>f 6832/11590/9557 6822/11580/9547 6835/11587/9554</w:t>
        <w:br/>
        <w:t>f 8145/12067/9973 8144/12068/9974 8136/12060/9966</w:t>
        <w:br/>
        <w:t>f 8137/12059/9965 8145/12067/9973 8136/12060/9966</w:t>
        <w:br/>
        <w:t>f 8149/12069/9975 8148/12070/9976 8147/12071/9977</w:t>
        <w:br/>
        <w:t>f 8146/12072/9978 8149/12069/9975 8147/12071/9977</w:t>
        <w:br/>
        <w:t>f 8146/12072/9978 8147/12071/9977 8151/12073/9979</w:t>
        <w:br/>
        <w:t>f 8150/12074/9980 8146/12072/9978 8151/12073/9979</w:t>
        <w:br/>
        <w:t>f 6877/11634/9601 6954/11709/9676 6944/11699/9666</w:t>
        <w:br/>
        <w:t>f 6945/11698/9665 6880/11631/9598 6877/11634/9601</w:t>
        <w:br/>
        <w:t>f 6944/11699/9666 6945/11698/9665 6877/11634/9601</w:t>
        <w:br/>
        <w:t>f 6875/11628/9595 6876/11627/9594 8152/12075/9981</w:t>
        <w:br/>
        <w:t>f 8120/12043/9949 6875/11628/9595 8152/12075/9981</w:t>
        <w:br/>
        <w:t>f 8120/12043/9949 6937/11692/9659 6869/11626/9593</w:t>
        <w:br/>
        <w:t>f 6875/11628/9595 8120/12043/9949 6869/11626/9593</w:t>
        <w:br/>
        <w:t>f 6938/11691/9658 6872/11623/9590 6869/11626/9593</w:t>
        <w:br/>
        <w:t>f 6937/11692/9659 6938/11691/9658 6869/11626/9593</w:t>
        <w:br/>
        <w:t>f 6872/11623/9590 6938/11691/9658 8123/12047/9953</w:t>
        <w:br/>
        <w:t>f 8126/12048/9954 6872/11623/9590 8123/12047/9953</w:t>
        <w:br/>
        <w:t>f 8126/12048/9954 8123/12047/9953 6935/11686/9653</w:t>
        <w:br/>
        <w:t>f 6868/11621/9588 8126/12048/9954 6935/11686/9653</w:t>
        <w:br/>
        <w:t>f 6868/11621/9588 6935/11686/9653 6932/11689/9656</w:t>
        <w:br/>
        <w:t>f 6864/11615/9582 6868/11621/9588 6932/11689/9656</w:t>
        <w:br/>
        <w:t>f 6863/11616/9583 6864/11615/9582 6932/11689/9656</w:t>
        <w:br/>
        <w:t>f 6947/11702/9669 6863/11616/9583 6932/11689/9656</w:t>
        <w:br/>
        <w:t>f 7032/11788/9748 8154/12076/9982 8153/12077/9983</w:t>
        <w:br/>
        <w:t>f 8153/12077/9983 8155/12078/9984 7035/11790/9750</w:t>
        <w:br/>
        <w:t>f 6999/11754/9718 7000/11753/9717 7036/11789/9749</w:t>
        <w:br/>
        <w:t>f 7035/11790/9750 6999/11754/9718 7036/11789/9749</w:t>
        <w:br/>
        <w:t>f 7026/11781/9741 7027/11780/9740 7030/11783/9743</w:t>
        <w:br/>
        <w:t>f 7031/11782/9742 7026/11781/9741 7030/11783/9743</w:t>
        <w:br/>
        <w:t>f 6914/11667/9634 6915/11666/9633 6910/11665/9632</w:t>
        <w:br/>
        <w:t>f 6911/11664/9631 6914/11667/9634 6910/11665/9632</w:t>
        <w:br/>
        <w:t>f 6893/11648/9615 6894/11647/9614 6918/11675/9642</w:t>
        <w:br/>
        <w:t>f 6919/11674/9641 6893/11648/9615 6918/11675/9642</w:t>
        <w:br/>
        <w:t>f 6895/11650/9617 6893/11648/9615 6919/11674/9641</w:t>
        <w:br/>
        <w:t>f 8121/12045/9951 6895/11650/9617 6919/11674/9641</w:t>
        <w:br/>
        <w:t>f 8136/12060/9966 6896/11649/9616 6895/11650/9617</w:t>
        <w:br/>
        <w:t>f 8121/12045/9951 8136/12060/9966 6895/11650/9617</w:t>
        <w:br/>
        <w:t>f 8144/12068/9974 8143/12065/9971 6896/11649/9616</w:t>
        <w:br/>
        <w:t>f 8136/12060/9966 8144/12068/9974 6896/11649/9616</w:t>
        <w:br/>
        <w:t>f 8146/12072/9978 6898/11651/9618 6897/11652/9619</w:t>
        <w:br/>
        <w:t>f 8149/12069/9975 8146/12072/9978 6897/11652/9619</w:t>
        <w:br/>
        <w:t>f 6898/11651/9618 8146/12072/9978 8150/12074/9980</w:t>
        <w:br/>
        <w:t>f 8138/12061/9967 6898/11651/9618 8150/12074/9980</w:t>
        <w:br/>
        <w:t>f 7017/11768/9731 6899/11655/9622 8134/12057/9963</w:t>
        <w:br/>
        <w:t>f 8157/12079/9985 7016/11769/9732 7017/11768/9731</w:t>
        <w:br/>
        <w:t>f 8135/12056/9962 8157/12079/9985 7017/11768/9731</w:t>
        <w:br/>
        <w:t>f 6899/11655/9622 6900/11654/9621 7119/11845/9783</w:t>
        <w:br/>
        <w:t>f 8138/12061/9967 6899/11655/9622 7119/11845/9783</w:t>
        <w:br/>
        <w:t>f 8134/12057/9963 6899/11655/9622 8138/12061/9967</w:t>
        <w:br/>
        <w:t>f 8150/12074/9980 8134/12057/9963 8138/12061/9967</w:t>
        <w:br/>
        <w:t>f 8133/12058/9964 8134/12057/9963 8150/12074/9980</w:t>
        <w:br/>
        <w:t>f 8151/12073/9979 8133/12058/9964 8150/12074/9980</w:t>
        <w:br/>
        <w:t>f 6953/11707/9674 6958/11712/9679 6951/11705/9672</w:t>
        <w:br/>
        <w:t>f 6951/11705/9672 6952/11704/9671 6943/11700/9667</w:t>
        <w:br/>
        <w:t>f 6953/11707/9674 6951/11705/9672 6943/11700/9667</w:t>
        <w:br/>
        <w:t>f 8158/12080/9986 6946/11697/9664 6943/11700/9667</w:t>
        <w:br/>
        <w:t>f 6952/11704/9671 8158/12080/9986 6943/11700/9667</w:t>
        <w:br/>
        <w:t>f 6939/11690/9657 6936/11693/9660 8160/12081/9987</w:t>
        <w:br/>
        <w:t>f 8159/12082/9988 6939/11690/9657 8160/12081/9987</w:t>
        <w:br/>
        <w:t>f 8161/12083/9989 8124/12046/9952 6939/11690/9657</w:t>
        <w:br/>
        <w:t>f 8159/12082/9988 8161/12083/9989 6939/11690/9657</w:t>
        <w:br/>
        <w:t>f 8124/12046/9952 8161/12083/9989 8162/12084/9990</w:t>
        <w:br/>
        <w:t>f 6934/11687/9654 8124/12046/9952 8162/12084/9990</w:t>
        <w:br/>
        <w:t>f 6933/11688/9655 6934/11687/9654 8162/12084/9990</w:t>
        <w:br/>
        <w:t>f 8163/12085/9991 6933/11688/9655 8162/12084/9990</w:t>
        <w:br/>
        <w:t>f 6948/11701/9668 6933/11688/9655 8163/12085/9991</w:t>
        <w:br/>
        <w:t>f 8164/12086/9992 6948/11701/9668 8163/12085/9991</w:t>
        <w:br/>
        <w:t>f 8164/12086/9992 8165/12087/9993 8155/12078/9984</w:t>
        <w:br/>
        <w:t>f 6948/11701/9668 8164/12086/9992 8155/12078/9984</w:t>
        <w:br/>
        <w:t>f 6928/11680/9647 6926/11682/9649 6929/11684/9651</w:t>
        <w:br/>
        <w:t>f 6862/11617/9584 6928/11680/9647 6929/11684/9651</w:t>
        <w:br/>
        <w:t>f 8154/12076/9982 6863/11616/9583 6947/11702/9669</w:t>
        <w:br/>
        <w:t>f 8153/12077/9983 8154/12076/9982 6947/11702/9669</w:t>
        <w:br/>
        <w:t>f 8155/12078/9984 8153/12077/9983 6947/11702/9669</w:t>
        <w:br/>
        <w:t>f 6948/11701/9668 8155/12078/9984 6947/11702/9669</w:t>
        <w:br/>
        <w:t>f 6862/11617/9584 6863/11616/9583 8154/12076/9982</w:t>
        <w:br/>
        <w:t>f 6928/11680/9647 6862/11617/9584 8154/12076/9982</w:t>
        <w:br/>
        <w:t>f 7032/11788/9748 6927/11681/9648 6928/11680/9647</w:t>
        <w:br/>
        <w:t>f 7032/11788/9748 6928/11680/9647 8154/12076/9982</w:t>
        <w:br/>
        <w:t>f 6858/9927/8066 8167/9926/8065 8166/12088/9994</w:t>
        <w:br/>
        <w:t>f 6857/11614/9581 6858/9927/8066 8166/12088/9994</w:t>
        <w:br/>
        <w:t>f 8152/12075/9981 6945/11698/9665 6946/11697/9664</w:t>
        <w:br/>
        <w:t>f 6941/11695/9662 8152/12075/9981 6946/11697/9664</w:t>
        <w:br/>
        <w:t>f 6945/11698/9665 8152/12075/9981 6876/11627/9594</w:t>
        <w:br/>
        <w:t>f 6880/11631/9598 6945/11698/9665 6876/11627/9594</w:t>
        <w:br/>
        <w:t>f 6879/11632/9599 6880/11631/9598 6876/11627/9594</w:t>
        <w:br/>
        <w:t>f 6873/11630/9597 6879/11632/9599 6876/11627/9594</w:t>
        <w:br/>
        <w:t>f 6873/11630/9597 6922/11677/9644 7122/11848/9785</w:t>
        <w:br/>
        <w:t>f 6879/11632/9599 6873/11630/9597 7122/11848/9785</w:t>
        <w:br/>
        <w:t>f 8144/12068/9974 8145/12067/9973 8148/12070/9976</w:t>
        <w:br/>
        <w:t>f 8149/12069/9975 8144/12068/9974 8148/12070/9976</w:t>
        <w:br/>
        <w:t>f 8143/12065/9971 8144/12068/9974 8149/12069/9975</w:t>
        <w:br/>
        <w:t>f 6897/11652/9619 8143/12065/9971 8149/12069/9975</w:t>
        <w:br/>
        <w:t>f 8142/12066/9972 8143/12065/9971 6897/11652/9619</w:t>
        <w:br/>
        <w:t>f 6884/11635/9602 8142/12066/9972 6897/11652/9619</w:t>
        <w:br/>
        <w:t>f 6881/11638/9605 6885/11640/9607 8142/12066/9972</w:t>
        <w:br/>
        <w:t>f 6912/11669/9636 6913/11668/9635 8168/12089/9995</w:t>
        <w:br/>
        <w:t>f 7122/11848/9785 6912/11669/9636 8168/12089/9995</w:t>
        <w:br/>
        <w:t>f 6920/11673/9640 6921/11672/9639 6922/11677/9644</w:t>
        <w:br/>
        <w:t>f 6923/11676/9643 6920/11673/9640 6922/11677/9644</w:t>
        <w:br/>
        <w:t>f 8122/12044/9950 6920/11673/9640 6923/11676/9643</w:t>
        <w:br/>
        <w:t>f 6924/11679/9646 8122/12044/9950 6923/11676/9643</w:t>
        <w:br/>
        <w:t>f 8137/12059/9965 8122/12044/9950 6924/11679/9646</w:t>
        <w:br/>
        <w:t>f 6925/11678/9645 8137/12059/9965 6924/11679/9646</w:t>
        <w:br/>
        <w:t>f 8145/12067/9973 8137/12059/9965 6925/11678/9645</w:t>
        <w:br/>
        <w:t>f 8127/12050/9956 8145/12067/9973 6925/11678/9645</w:t>
        <w:br/>
        <w:t>f 8148/12070/9976 8145/12067/9973 8127/12050/9956</w:t>
        <w:br/>
        <w:t>f 6931/11685/9652 8148/12070/9976 8127/12050/9956</w:t>
        <w:br/>
        <w:t>f 8147/12071/9977 8148/12070/9976 6931/11685/9652</w:t>
        <w:br/>
        <w:t>f 6930/11683/9650 8147/12071/9977 6931/11685/9652</w:t>
        <w:br/>
        <w:t>f 8147/12071/9977 6930/11683/9650 6929/11684/9651</w:t>
        <w:br/>
        <w:t>f 8151/12073/9979 8147/12071/9977 6929/11684/9651</w:t>
        <w:br/>
        <w:t>f 6926/11682/9649 8133/12058/9964 8151/12073/9979</w:t>
        <w:br/>
        <w:t>f 6929/11684/9651 6926/11682/9649 8151/12073/9979</w:t>
        <w:br/>
        <w:t>f 8135/12056/9962 8133/12058/9964 6927/11681/9648</w:t>
        <w:br/>
        <w:t>f 8169/12090/9996 8157/12079/9985 8135/12056/9962</w:t>
        <w:br/>
        <w:t>f 6927/11681/9648 8169/12090/9996 8135/12056/9962</w:t>
        <w:br/>
        <w:t>f 6949/11703/9670 8170/12091/9997 6843/11597/9564</w:t>
        <w:br/>
        <w:t>f 6844/11596/9563 6949/11703/9670 6843/11597/9564</w:t>
        <w:br/>
        <w:t>f 8172/12092/9998 7001/11752/9716 6998/11755/9719</w:t>
        <w:br/>
        <w:t>f 8171/12093/9999 8172/12092/9998 6998/11755/9719</w:t>
        <w:br/>
        <w:t>f 7002/11759/9723 7003/11758/9722 6847/11601/9568</w:t>
        <w:br/>
        <w:t>f 6848/11600/9567 7002/11759/9723 6847/11601/9568</w:t>
        <w:br/>
        <w:t>f 8171/12093/9999 6998/11755/9719 6843/11597/9564</w:t>
        <w:br/>
        <w:t>f 8170/12091/9997 8171/12093/9999 6843/11597/9564</w:t>
        <w:br/>
        <w:t>f 6999/11754/9718 6842/11598/9565 6998/11755/9719</w:t>
        <w:br/>
        <w:t>f 8155/12078/9984 8165/12087/9993 7035/11790/9750</w:t>
        <w:br/>
        <w:t>f 6921/11672/9639 6912/11669/9636 7122/11848/9785</w:t>
        <w:br/>
        <w:t>f 6922/11677/9644 6921/11672/9639 7122/11848/9785</w:t>
        <w:br/>
        <w:t>f 6918/11675/9642 6915/11666/9633 6912/11669/9636</w:t>
        <w:br/>
        <w:t>f 6921/11672/9639 6918/11675/9642 6912/11669/9636</w:t>
        <w:br/>
        <w:t>f 6915/11666/9633 6918/11675/9642 6894/11647/9614</w:t>
        <w:br/>
        <w:t>f 6910/11665/9632 6915/11666/9633 6894/11647/9614</w:t>
        <w:br/>
        <w:t>f 6910/11665/9632 6894/11647/9614 6892/11645/9612</w:t>
        <w:br/>
        <w:t>f 6906/11659/9626 6910/11665/9632 6892/11645/9612</w:t>
        <w:br/>
        <w:t>f 6906/11659/9626 6892/11645/9612 6890/11643/9610</w:t>
        <w:br/>
        <w:t>f 6905/11660/9627 6906/11659/9626 6890/11643/9610</w:t>
        <w:br/>
        <w:t>f 6786/11542/9509 6909/11662/9629 6905/11660/9627</w:t>
        <w:br/>
        <w:t>f 6890/11643/9610 6786/11542/9509 6905/11660/9627</w:t>
        <w:br/>
        <w:t>f 6909/11662/9629 6786/11542/9509 6787/11541/9508</w:t>
        <w:br/>
        <w:t>f 6974/11727/9694 6909/11662/9629 6787/11541/9508</w:t>
        <w:br/>
        <w:t>f 7008/11761/9725 8173/12094/10000 7013/11764/9728</w:t>
        <w:br/>
        <w:t>f 7007/11762/9726 7008/11761/9725 7013/11764/9728</w:t>
        <w:br/>
        <w:t>f 8130/12053/9959 8175/12095/10001 8174/12096/10002</w:t>
        <w:br/>
        <w:t>f 6856/11608/9575 8130/12053/9959 8174/12096/10002</w:t>
        <w:br/>
        <w:t>f 6855/11609/9576 6856/11608/9575 8174/12096/10002</w:t>
        <w:br/>
        <w:t>f 8176/12097/10003 6855/11609/9576 8174/12096/10002</w:t>
        <w:br/>
        <w:t>f 8176/12097/10003 8177/12098/10004 6949/11703/9670</w:t>
        <w:br/>
        <w:t>f 6855/11609/9576 8176/12097/10003 6949/11703/9670</w:t>
        <w:br/>
        <w:t>f 6949/11703/9670 8177/12098/10004 8178/12099/10005</w:t>
        <w:br/>
        <w:t>f 8170/12091/9997 6949/11703/9670 8178/12099/10005</w:t>
        <w:br/>
        <w:t>f 8179/12100/10006 8171/12093/9999 8170/12091/9997</w:t>
        <w:br/>
        <w:t>f 8178/12099/10005 8179/12100/10006 8170/12091/9997</w:t>
        <w:br/>
        <w:t>f 8180/12101/10007 8172/12092/9998 8171/12093/9999</w:t>
        <w:br/>
        <w:t>f 8179/12100/10006 8180/12101/10007 8171/12093/9999</w:t>
        <w:br/>
        <w:t>f 8165/12087/9993 6842/11598/9565 6999/11754/9718</w:t>
        <w:br/>
        <w:t>f 6841/11599/9566 6842/11598/9565 8165/12087/9993</w:t>
        <w:br/>
        <w:t>f 8164/12086/9992 6841/11599/9566 8165/12087/9993</w:t>
        <w:br/>
        <w:t>f 6866/11619/9586 6841/11599/9566 8164/12086/9992</w:t>
        <w:br/>
        <w:t>f 8163/12085/9991 6866/11619/9586 8164/12086/9992</w:t>
        <w:br/>
        <w:t>f 8163/12085/9991 8162/12084/9990 6865/11620/9587</w:t>
        <w:br/>
        <w:t>f 6866/11619/9586 8163/12085/9991 6865/11620/9587</w:t>
        <w:br/>
        <w:t>f 6865/11620/9587 8162/12084/9990 8161/12083/9989</w:t>
        <w:br/>
        <w:t>f 8129/12051/9957 6865/11620/9587 8161/12083/9989</w:t>
        <w:br/>
        <w:t>f 7123/11850/9786 7124/11849/9786 7028/11785/9745</w:t>
        <w:br/>
        <w:t>f 7029/11784/9744 7123/11850/9786 7028/11785/9745</w:t>
        <w:br/>
        <w:t>f 8182/12102/10008 8128/12052/9958 8129/12051/9957</w:t>
        <w:br/>
        <w:t>f 8181/12103/10009 8182/12102/10008 8129/12051/9957</w:t>
        <w:br/>
        <w:t>f 8181/12103/10009 8159/12082/9988 8183/12104/10010</w:t>
        <w:br/>
        <w:t>f 8159/12082/9988 8160/12081/9987 8184/12105/10011</w:t>
        <w:br/>
        <w:t>f 8183/12104/10010 8159/12082/9988 8184/12105/10011</w:t>
        <w:br/>
        <w:t>f 8160/12081/9987 8185/12106/10012 8184/12105/10011</w:t>
        <w:br/>
        <w:t>f 6936/11693/9660 6942/11694/9661 8185/12106/10012</w:t>
        <w:br/>
        <w:t>f 8160/12081/9987 6936/11693/9660 8185/12106/10012</w:t>
        <w:br/>
        <w:t>f 6941/11695/9662 6946/11697/9664 8158/12080/9986</w:t>
        <w:br/>
        <w:t>f 7096/11841/9779 8158/12080/9986 6952/11704/9671</w:t>
        <w:br/>
        <w:t>f 8187/12107/10013 6860/11612/9579 6857/11614/9581</w:t>
        <w:br/>
        <w:t>f 8186/12108/10014 8187/12107/10013 6857/11614/9581</w:t>
        <w:br/>
        <w:t>f 8166/12088/9994 8186/12108/10014 6857/11614/9581</w:t>
        <w:br/>
        <w:t>f 7159/9922/8061 7155/11867/9800 7156/9923/8062</w:t>
        <w:br/>
        <w:t>f 7010/11767/9730 7011/11766/9730 8189/12109/8061</w:t>
        <w:br/>
        <w:t>f 8188/12110/10015 7010/11767/9730 8189/12109/8061</w:t>
        <w:br/>
        <w:t>f 6858/9927/8066 6859/11613/9580 8191/12111/10016</w:t>
        <w:br/>
        <w:t>f 8190/9928/8067 6858/9927/8066 8191/12111/10016</w:t>
        <w:br/>
        <w:t>f 4996/10709/8776 4991/10702/8769 5880/11253/9272</w:t>
        <w:br/>
        <w:t>f 8195/12112/9270 4996/10709/8776 5880/11253/9272</w:t>
        <w:br/>
        <w:t>f 4991/10702/8769 4996/10709/8776 4997/10708/8775</w:t>
        <w:br/>
        <w:t>f 4990/10703/8770 4991/10702/8769 4997/10708/8775</w:t>
        <w:br/>
        <w:t>f 4993/10706/8773 4990/10703/8770 4997/10708/8775</w:t>
        <w:br/>
        <w:t>f 6065/11427/9393 4993/10706/8773 4997/10708/8775</w:t>
        <w:br/>
        <w:t>f 7004/11757/9721 8180/12101/10007 8179/12100/10006</w:t>
        <w:br/>
        <w:t>f 7003/11758/9722 7004/11757/9721 8179/12100/10006</w:t>
        <w:br/>
        <w:t>f 7003/11758/9722 8179/12100/10006 8178/12099/10005</w:t>
        <w:br/>
        <w:t>f 6847/11601/9568 7003/11758/9722 8178/12099/10005</w:t>
        <w:br/>
        <w:t>f 6847/11601/9568 8178/12099/10005 8177/12098/10004</w:t>
        <w:br/>
        <w:t>f 6846/11602/9569 6847/11601/9568 8177/12098/10004</w:t>
        <w:br/>
        <w:t>f 6849/11607/9574 6846/11602/9569 8177/12098/10004</w:t>
        <w:br/>
        <w:t>f 8176/12097/10003 6849/11607/9574 8177/12098/10004</w:t>
        <w:br/>
        <w:t>f 6849/11607/9574 8176/12097/10003 8174/12096/10002</w:t>
        <w:br/>
        <w:t>f 6852/11604/9571 6849/11607/9574 8174/12096/10002</w:t>
        <w:br/>
        <w:t>f 8175/12095/10001 8132/12054/9960 6852/11604/9571</w:t>
        <w:br/>
        <w:t>f 8174/12096/10002 8175/12095/10001 6852/11604/9571</w:t>
        <w:br/>
        <w:t>f 6952/11704/9671 6950/11706/9673 7096/11841/9779</w:t>
        <w:br/>
        <w:t>f 7006/11763/9727 7007/11762/9726 8187/12107/10013</w:t>
        <w:br/>
        <w:t>f 7096/11841/10017 7006/11763/9727 8187/12107/10013</w:t>
        <w:br/>
        <w:t>f 8185/12106/10012 6942/11694/9661 6940/11696/9663</w:t>
        <w:br/>
        <w:t>f 6881/11638/9605 8142/12066/9972 6884/11635/9602</w:t>
        <w:br/>
        <w:t>f 6888/11641/9608 6885/11640/9607 6886/11639/9606</w:t>
        <w:br/>
        <w:t>f 7035/11790/9750 8165/12087/9993 6999/11754/9718</w:t>
        <w:br/>
        <w:t>f 6998/11755/9719 6842/11598/9565 6843/11597/9564</w:t>
        <w:br/>
        <w:t>f 7032/11788/9748 8153/12077/9983 7035/11790/9750</w:t>
        <w:br/>
        <w:t>f 6927/11681/9648 8133/12058/9964 6926/11682/9649</w:t>
        <w:br/>
        <w:t>f 7017/11768/9731 8134/12057/9963 8135/12056/9962</w:t>
        <w:br/>
        <w:t>f 8196/12113/10018 2803/10028/8128 2804/10027/8127</w:t>
        <w:br/>
        <w:t>f 8120/12043/9949 8152/12075/9981 6941/11695/9662</w:t>
        <w:br/>
        <w:t>f 6942/11694/9661 8120/12043/9949 6941/11695/9662</w:t>
        <w:br/>
        <w:t>f 2807/10032/8132 2808/10031/8131 2799/10020/8120</w:t>
        <w:br/>
        <w:t>f 2800/10019/8119 2807/10032/8132 2799/10020/8120</w:t>
        <w:br/>
        <w:t>f 2794/10016/8116 2799/10020/8120 2808/10031/8131</w:t>
        <w:br/>
        <w:t>f 2811/10034/8134 2794/10016/8116 2808/10031/8131</w:t>
        <w:br/>
        <w:t>f 2813/10036/8136 2793/10017/8117 2794/10016/8116</w:t>
        <w:br/>
        <w:t>f 2811/10034/8134 2813/10036/8136 2794/10016/8116</w:t>
        <w:br/>
        <w:t>f 2793/10017/8117 2813/10036/8136 2817/10040/8140</w:t>
        <w:br/>
        <w:t>f 2801/10024/8124 2793/10017/8117 2817/10040/8140</w:t>
        <w:br/>
        <w:t>f 2823/10044/8144 2820/10042/8142 2818/10039/8139</w:t>
        <w:br/>
        <w:t>f 2819/10041/8141 2823/10044/8144 2818/10039/8139</w:t>
        <w:br/>
        <w:t>f 2820/10042/8142 2823/10044/8144 2824/10043/8143</w:t>
        <w:br/>
        <w:t>f 2778/10003/8103 2820/10042/8142 2824/10043/8143</w:t>
        <w:br/>
        <w:t>f 6953/11707/9674 6944/11699/9666 6954/11709/9676</w:t>
        <w:br/>
        <w:t>f 8161/12083/9989 8159/12082/9988 8181/12103/10009</w:t>
        <w:br/>
        <w:t>f 8129/12051/9957 8161/12083/9989 8181/12103/10009</w:t>
        <w:br/>
        <w:t>f 6901/11653/9620 6899/11655/9622 7017/11768/9731</w:t>
        <w:br/>
        <w:t>f 7122/11848/9785 8168/12089/9995 8197/12114/10019</w:t>
        <w:br/>
        <w:t>f 6917/11670/9637 7122/11848/9785 8197/12114/10019</w:t>
        <w:br/>
        <w:t>f 8198/12115/10020 6916/11671/9638 6917/11670/9637</w:t>
        <w:br/>
        <w:t>f 8197/12114/10019 8198/12115/10020 6917/11670/9637</w:t>
        <w:br/>
        <w:t>f 8199/12116/10021 6956/11710/9677 6916/11671/9638</w:t>
        <w:br/>
        <w:t>f 8198/12115/10020 8199/12116/10021 6916/11671/9638</w:t>
        <w:br/>
        <w:t>f 6956/11710/9677 6963/11716/9683 6959/11713/9680</w:t>
        <w:br/>
        <w:t>f 6957/11711/9678 6955/11708/9675 6959/11713/9680</w:t>
        <w:br/>
        <w:t>f 8199/12116/10021 6963/11716/9683 6956/11710/9677</w:t>
        <w:br/>
        <w:t>f 4405/10359/8450 4570/10398/8487 4399/10353/8444</w:t>
        <w:br/>
        <w:t>f 4400/10352/8443 4405/10359/8450 4399/10353/8444</w:t>
        <w:br/>
        <w:t>f 4404/10360/8451 4405/10359/8450 4400/10352/8443</w:t>
        <w:br/>
        <w:t>f 4408/10362/8453 4404/10360/8451 4400/10352/8443</w:t>
        <w:br/>
        <w:t>f 4415/10365/8456 4404/10360/8451 4408/10362/8453</w:t>
        <w:br/>
        <w:t>f 4424/10369/8460 4415/10365/8456 4408/10362/8453</w:t>
        <w:br/>
        <w:t>f 4424/10369/8460 4411/10364/8455 4414/10366/8457</w:t>
        <w:br/>
        <w:t>f 4415/10365/8456 4424/10369/8460 4414/10366/8457</w:t>
        <w:br/>
        <w:t>f 6796/11548/9515 6976/11729/9696 6974/11727/9694</w:t>
        <w:br/>
        <w:t>f 6787/11541/9508 6796/11548/9515 6974/11727/9694</w:t>
        <w:br/>
        <w:t>f 6793/11551/9518 6978/11731/9698 6976/11729/9696</w:t>
        <w:br/>
        <w:t>f 6796/11548/9515 6793/11551/9518 6976/11729/9696</w:t>
        <w:br/>
        <w:t>f 6793/11551/9518 6813/11567/9534 6980/11734/9701</w:t>
        <w:br/>
        <w:t>f 6978/11731/9698 6793/11551/9518 6980/11734/9701</w:t>
        <w:br/>
        <w:t>f 6982/11738/9705 6980/11734/9701 6813/11567/9534</w:t>
        <w:br/>
        <w:t>f 6829/11583/9550 6982/11738/9705 6813/11567/9534</w:t>
        <w:br/>
        <w:t>f 6984/11736/9703 6982/11738/9705 6814/11572/9539</w:t>
        <w:br/>
        <w:t>f 6814/11572/9539 6982/11738/9705 6829/11583/9550</w:t>
        <w:br/>
        <w:t>f 6978/11731/9698 6980/11734/9701 6981/11733/9700</w:t>
        <w:br/>
        <w:t>f 6978/11731/9698 6981/11733/9700 6977/11732/9699</w:t>
        <w:br/>
        <w:t>f 4426/10370/8461 4414/10366/8457 4411/10364/8455</w:t>
        <w:br/>
        <w:t>f 4330/10315/8406 4426/10370/8461 4411/10364/8455</w:t>
        <w:br/>
        <w:t>f 4330/10315/8406 4331/10314/8405 4392/10344/8435</w:t>
        <w:br/>
        <w:t>f 4426/10370/8461 4330/10315/8406 4392/10344/8435</w:t>
        <w:br/>
        <w:t>f 4332/10316/8407 4387/10342/8433 4392/10344/8435</w:t>
        <w:br/>
        <w:t>f 4331/10314/8405 4332/10316/8407 4392/10344/8435</w:t>
        <w:br/>
        <w:t>f 4385/10341/8432 4383/10338/8429 4387/10342/8433</w:t>
        <w:br/>
        <w:t>f 4332/10316/8407 4385/10341/8432 4387/10342/8433</w:t>
        <w:br/>
        <w:t>f 4383/10338/8429 4385/10341/8432 4380/10336/8427</w:t>
        <w:br/>
        <w:t>f 4382/10339/8430 4383/10338/8429 4380/10336/8427</w:t>
        <w:br/>
        <w:t>f 4341/10327/8418 4394/10346/8437 4382/10339/8430</w:t>
        <w:br/>
        <w:t>f 4380/10336/8427 4341/10327/8418 4382/10339/8430</w:t>
        <w:br/>
        <w:t>f 4342/10326/8417 4592/10384/8475 4394/10346/8437</w:t>
        <w:br/>
        <w:t>f 4341/10327/8418 4342/10326/8417 4394/10346/8437</w:t>
        <w:br/>
        <w:t>f 4601/12117/10022 4610/10386/8477 4598/10387/8478</w:t>
        <w:br/>
        <w:t>f 4605/12118/10023 8200/12119/10024 4602/12120/10025</w:t>
        <w:br/>
        <w:t>f 8202/12121/10026 8200/12119/10024 4605/12118/10023</w:t>
        <w:br/>
        <w:t>f 8201/12122/1859 8202/12121/10026 4605/12118/10023</w:t>
        <w:br/>
        <w:t>f 8203/12123/10027 8202/12121/10026 8201/12122/1859</w:t>
        <w:br/>
        <w:t>f 8203/12123/10027 8201/12122/1859 8204/12124/10028</w:t>
        <w:br/>
        <w:t>f 8204/12124/10028 8205/12125/10029 8203/12123/10027</w:t>
        <w:br/>
        <w:t>f 8205/12125/10029 4539/12126/10030 4540/12127/10031</w:t>
        <w:br/>
        <w:t>f 8206/12128/10032 8205/12125/10029 4540/12127/10031</w:t>
        <w:br/>
        <w:t>f 4562/12129/10033 8207/12130/10034 8206/12128/10032</w:t>
        <w:br/>
        <w:t>f 4540/12127/10031 4562/12129/10033 8206/12128/10032</w:t>
        <w:br/>
        <w:t>f 4562/12129/10033 4564/12131/10035 8207/12130/10034</w:t>
        <w:br/>
        <w:t>f 4566/10408/8497 4619/10401/8490 4564/12131/10035</w:t>
        <w:br/>
        <w:t>f 8200/12119/10024 4601/12117/10022 4602/12120/10025</w:t>
        <w:br/>
        <w:t>f 4381/10340/8431 4597/10388/8479 4598/10387/8478</w:t>
        <w:br/>
        <w:t>f 8204/12124/10028 4539/12126/10030 8205/12125/10029</w:t>
        <w:br/>
        <w:t>f 8207/12130/10034 4564/12131/10035 4619/10401/8490</w:t>
        <w:br/>
        <w:t>f 4617/10400/8489 8207/12130/10034 4619/10401/8490</w:t>
        <w:br/>
        <w:t>f 8206/12128/10032 8207/12130/10034 4617/10400/8489</w:t>
        <w:br/>
        <w:t>f 4618/10399/8488 8206/12128/10032 4617/10400/8489</w:t>
        <w:br/>
        <w:t>f 4618/10399/8488 4935/10691/8760 8205/12125/10029</w:t>
        <w:br/>
        <w:t>f 8206/12128/10032 4618/10399/8488 8205/12125/10029</w:t>
        <w:br/>
        <w:t>f 8203/12123/10027 8205/12125/10029 4935/10691/8760</w:t>
        <w:br/>
        <w:t>f 4937/10692/8761 8203/12123/10027 4935/10691/8760</w:t>
        <w:br/>
        <w:t>f 4937/10692/8761 4938/10693/8762 8202/12121/10026</w:t>
        <w:br/>
        <w:t>f 8203/12123/10027 4937/10692/8761 8202/12121/10026</w:t>
        <w:br/>
        <w:t>f 4938/10693/8762 4610/10386/8477 8200/12119/10024</w:t>
        <w:br/>
        <w:t>f 8202/12121/10026 4938/10693/8762 8200/12119/10024</w:t>
        <w:br/>
        <w:t>f 4610/10386/8477 4601/12117/10022 8200/12119/10024</w:t>
        <w:br/>
        <w:t>f 6860/11612/9579 8187/12107/10013 7007/11762/9726</w:t>
        <w:br/>
        <w:t>f 6410/11456/9422 6467/2977/2407 6466/2978/2408</w:t>
        <w:br/>
        <w:t>f 6410/11456/9422 6408/2924/2360 6467/2977/2407</w:t>
        <w:br/>
        <w:t>f 4681/10454/8543 4678/10452/8541 4810/10580/8664</w:t>
        <w:br/>
        <w:t>f 4838/10607/8682 4834/10605/8680 4835/10604/8679</w:t>
        <w:br/>
        <w:t>f 4637/10409/8498 4669/10443/8532 4636/10410/8499</w:t>
        <w:br/>
        <w:t>f 4659/10433/8522 4667/10441/8530 4668/10440/8529</w:t>
        <w:br/>
        <w:t>f 4790/10560/8644 4767/10540/8624 4783/10555/8639</w:t>
        <w:br/>
        <w:t>f 4860/10633/8708 4790/10560/8644 4791/10559/8643</w:t>
        <w:br/>
        <w:t>f 4860/10633/8708 4861/10632/8707 8240/12132/3380</w:t>
        <w:br/>
        <w:t>f 4742/10512/8599 4746/10514/10036 8240/12132/3380</w:t>
        <w:br/>
        <w:t>f 4861/10632/8707 4742/10512/8599 8240/12132/3380</w:t>
        <w:br/>
        <w:t>f 4725/10498/8587 4723/10495/8584 4724/10494/8583</w:t>
        <w:br/>
        <w:t>f 8241/12133/3395 4725/10498/8587 4724/10494/8583</w:t>
        <w:br/>
        <w:t>f 4724/10494/8583 8242/12134/10037 8241/12133/3395</w:t>
        <w:br/>
        <w:t>f 4703/10474/8563 8242/12134/10037 4724/10494/8583</w:t>
        <w:br/>
        <w:t>f 4694/10465/8554 4703/10474/8563 4724/10494/8583</w:t>
        <w:br/>
        <w:t>f 4698/10467/8556 8242/12134/10037 4703/10474/8563</w:t>
        <w:br/>
        <w:t>f 8243/12135/10038 4698/10467/8556 4696/10469/8558</w:t>
        <w:br/>
        <w:t>f 4699/10471/8560 4799/10570/8654 8243/12135/10038</w:t>
        <w:br/>
        <w:t>f 4773/10541/8625 4770/10544/8628 8248/12136/10039</w:t>
        <w:br/>
        <w:t>f 4799/10570/8654 4773/10541/8625 8248/12136/10039</w:t>
        <w:br/>
        <w:t>f 4760/10529/8613 4758/10531/8615 8266/12137/10040</w:t>
        <w:br/>
        <w:t>f 4799/10570/8654 8248/12136/10039 8267/12138/10041</w:t>
        <w:br/>
        <w:t>f 8248/12136/10039 4770/10544/8628 4786/10556/8640</w:t>
        <w:br/>
        <w:t>f 4768/10539/8623 8248/12136/10039 4786/10556/8640</w:t>
        <w:br/>
        <w:t>f 8248/12136/10039 4768/10539/8623 4769/10538/8622</w:t>
        <w:br/>
        <w:t>f 4754/10525/8609 4657/10431/8520 4643/10418/8507</w:t>
        <w:br/>
        <w:t>f 4926/10689/8758 4754/10525/8609 4643/10418/8507</w:t>
        <w:br/>
        <w:t>f 4757/10528/8612 4688/10461/8550 4759/10530/8614</w:t>
        <w:br/>
        <w:t>f 4760/10529/8613 4757/10528/8612 4759/10530/8614</w:t>
        <w:br/>
        <w:t>f 5397/10996/9044 7567/11968/9883 5949/11315/3711</w:t>
        <w:br/>
        <w:t>f 8028/12006/9918 8343/12139/9318 8342/12140/9310</w:t>
        <w:br/>
        <w:t>f 5123/10834/8899 5124/10833/8898 8344/12141/10042</w:t>
        <w:br/>
        <w:t>f 8029/12005/9917 8343/12139/9318 8028/12006/9918</w:t>
        <w:br/>
        <w:t>f 5123/10834/8899 8344/12141/10042 5118/10831/8896</w:t>
        <w:br/>
        <w:t>f 5119/10830/8895 5123/10834/8899 5118/10831/8896</w:t>
        <w:br/>
        <w:t>f 8346/12142/10043 5094/10805/8870 5095/10804/8869</w:t>
        <w:br/>
        <w:t>f 8345/12143/10044 8346/12142/10043 5095/10804/8869</w:t>
        <w:br/>
        <w:t>f 5094/10805/8870 8346/12142/10043 5097/10808/8873</w:t>
        <w:br/>
        <w:t>f 8421/12144/10045 8420/12145/10046 8419/12146/10047</w:t>
        <w:br/>
        <w:t>f 8418/12147/10048 8421/12144/10045 8419/12146/10047</w:t>
        <w:br/>
        <w:t>f 8443/12148/10049 8442/12149/10050 8441/12150/10051</w:t>
        <w:br/>
        <w:t>f 8440/12151/10052 8443/12148/10049 8441/12150/10051</w:t>
        <w:br/>
        <w:t>f 8440/12151/10052 8445/12152/10053 8444/12153/10054</w:t>
        <w:br/>
        <w:t>f 8443/12148/10049 8440/12151/10052 8444/12153/10054</w:t>
        <w:br/>
        <w:t>f 8469/12154/10055 8468/12155/10056 8467/12156/10057</w:t>
        <w:br/>
        <w:t>f 8466/12157/10058 8469/12154/10055 8467/12156/10057</w:t>
        <w:br/>
        <w:t>f 8481/12158/10059 8480/12159/3538 8479/12160/3563</w:t>
        <w:br/>
        <w:t>f 8478/12161/10060 8481/12158/10059 8479/12160/3563</w:t>
        <w:br/>
        <w:t>f 8483/12162/10061 8469/12154/10055 8466/12157/10058</w:t>
        <w:br/>
        <w:t>f 8482/12163/10062 8483/12162/10061 8466/12157/10058</w:t>
        <w:br/>
        <w:t>f 8505/12164/10063 8504/12165/10064 8483/12162/10061</w:t>
        <w:br/>
        <w:t>f 8478/12161/10060 8505/12164/10063 8483/12162/10061</w:t>
        <w:br/>
        <w:t>f 8482/12163/10062 8481/12158/10059 8478/12161/10060</w:t>
        <w:br/>
        <w:t>f 8483/12162/10061 8482/12163/10062 8478/12161/10060</w:t>
        <w:br/>
        <w:t>f 8549/12166/10065 8548/12167/10066 8547/12168/3459</w:t>
        <w:br/>
        <w:t>f 8546/12169/10067 8549/12166/10065 8547/12168/3459</w:t>
        <w:br/>
        <w:t>f 8466/12157/10058 8467/12156/10057 8547/12168/3459</w:t>
        <w:br/>
        <w:t>f 8548/12167/10066 8466/12157/10058 8547/12168/3459</w:t>
        <w:br/>
        <w:t>f 8482/12163/10062 8466/12157/10058 8548/12167/10066</w:t>
        <w:br/>
        <w:t>f 8690/12170/10068 8482/12163/10062 8548/12167/10066</w:t>
        <w:br/>
        <w:t>f 8480/12159/3538 8481/12158/10059 8692/12171/10069</w:t>
        <w:br/>
        <w:t>f 8691/12172/3539 8480/12159/3538 8692/12171/10069</w:t>
        <w:br/>
        <w:t>f 8443/12148/10049 8444/12153/10054 8709/12173/10070</w:t>
        <w:br/>
        <w:t>f 8504/12165/10064 8443/12148/10049 8709/12173/10070</w:t>
        <w:br/>
        <w:t>f 8469/12154/10055 8483/12162/10061 8504/12165/10064</w:t>
        <w:br/>
        <w:t>f 8709/12173/10070 8469/12154/10055 8504/12165/10064</w:t>
        <w:br/>
        <w:t>f 8442/12149/10050 8443/12148/10049 8504/12165/10064</w:t>
        <w:br/>
        <w:t>f 8505/12164/10063 8442/12149/10050 8504/12165/10064</w:t>
        <w:br/>
        <w:t>f 8764/12174/3566 8505/12164/10063 8478/12161/10060</w:t>
        <w:br/>
        <w:t>f 8479/12160/3563 8764/12174/3566 8478/12161/10060</w:t>
        <w:br/>
        <w:t>f 8440/12151/10052 8441/12150/10051 8782/12175/10071</w:t>
        <w:br/>
        <w:t>f 8781/12176/10072 8440/12151/10052 8782/12175/10071</w:t>
        <w:br/>
        <w:t>f 8781/12176/10072 8783/12177/10073 8445/12152/10053</w:t>
        <w:br/>
        <w:t>f 8440/12151/10052 8781/12176/10072 8445/12152/10053</w:t>
        <w:br/>
        <w:t>f 8781/12176/10072 8782/12175/10071 8418/12147/10048</w:t>
        <w:br/>
        <w:t>f 8419/12146/10047 8781/12176/10072 8418/12147/10048</w:t>
        <w:br/>
        <w:t>f 8420/12145/10046 8421/12144/10045 8793/12178/10074</w:t>
        <w:br/>
        <w:t>f 8792/12179/10075 8420/12145/10046 8793/12178/10074</w:t>
        <w:br/>
        <w:t>f 8468/12155/10056 8469/12154/10055 8709/12173/10070</w:t>
        <w:br/>
        <w:t>f 8809/12180/10076 8468/12155/10056 8709/12173/10070</w:t>
        <w:br/>
        <w:t>f 8444/12153/10054 8810/12181/10077 8809/12180/10076</w:t>
        <w:br/>
        <w:t>f 8709/12173/10070 8444/12153/10054 8809/12180/10076</w:t>
        <w:br/>
        <w:t>f 8445/12152/10053 8811/12182/10078 8810/12181/10077</w:t>
        <w:br/>
        <w:t>f 8444/12153/10054 8445/12152/10053 8810/12181/10077</w:t>
        <w:br/>
        <w:t>f 8783/12177/10073 8812/12183/10079 8811/12182/10078</w:t>
        <w:br/>
        <w:t>f 8445/12152/10053 8783/12177/10073 8811/12182/10078</w:t>
        <w:br/>
        <w:t>f 8814/12184/10080 8813/12185/10081 8812/12183/10079</w:t>
        <w:br/>
        <w:t>f 8783/12177/10073 8814/12184/10080 8812/12183/10079</w:t>
        <w:br/>
        <w:t>f 8816/12186/10082 8815/12187/10083 8813/12185/10081</w:t>
        <w:br/>
        <w:t>f 8814/12184/10080 8816/12186/10082 8813/12185/10081</w:t>
        <w:br/>
        <w:t>f 8817/12188/3404 8815/12187/10083 8816/12186/10082</w:t>
        <w:br/>
        <w:t>f 8817/12188/3404 8792/12179/10075 8819/12189/10084</w:t>
        <w:br/>
        <w:t>f 8818/12190/3407 8817/12188/3404 8819/12189/10084</w:t>
        <w:br/>
        <w:t>f 8822/12191/3551 8821/12192/10085 8820/12193/10086</w:t>
        <w:br/>
        <w:t>f 8844/12194/10087 8822/12191/3551 8843/12195/10088</w:t>
        <w:br/>
        <w:t>f 8844/12194/10087 8843/12195/10088 8846/12196/10089</w:t>
        <w:br/>
        <w:t>f 8845/12197/10090 8844/12194/10087 8846/12196/10089</w:t>
        <w:br/>
        <w:t>f 8845/12197/10090 8846/12196/10089 8848/12198/10091</w:t>
        <w:br/>
        <w:t>f 8847/12199/3591 8845/12197/10090 8848/12198/10091</w:t>
        <w:br/>
        <w:t>f 8819/12189/10084 8849/12200/10092 8847/12199/3591</w:t>
        <w:br/>
        <w:t>f 8848/12198/10091 8819/12189/10084 8847/12199/3591</w:t>
        <w:br/>
        <w:t>f 8849/12200/10092 8819/12189/10084 8792/12179/10075</w:t>
        <w:br/>
        <w:t>f 8793/12178/10074 8849/12200/10092 8792/12179/10075</w:t>
        <w:br/>
        <w:t>f 8850/12201/10093 8843/12195/10088 8822/12191/3551</w:t>
        <w:br/>
        <w:t>f 8820/12193/10086 8850/12201/10093 8822/12191/3551</w:t>
        <w:br/>
        <w:t>f 8851/12202/3418 8846/12196/10089 8843/12195/10088</w:t>
        <w:br/>
        <w:t>f 8850/12201/10093 8851/12202/3418 8843/12195/10088</w:t>
        <w:br/>
        <w:t>f 8852/12203/3408 8848/12198/10091 8846/12196/10089</w:t>
        <w:br/>
        <w:t>f 8851/12202/3418 8852/12203/3408 8846/12196/10089</w:t>
        <w:br/>
        <w:t>f 8818/12190/3407 8819/12189/10084 8848/12198/10091</w:t>
        <w:br/>
        <w:t>f 8852/12203/3408 8818/12190/3407 8848/12198/10091</w:t>
        <w:br/>
        <w:t>f 8816/12186/10082 8420/12145/10046 8792/12179/10075</w:t>
        <w:br/>
        <w:t>f 8817/12188/3404 8816/12186/10082 8792/12179/10075</w:t>
        <w:br/>
        <w:t>f 8814/12184/10080 8419/12146/10047 8420/12145/10046</w:t>
        <w:br/>
        <w:t>f 8816/12186/10082 8814/12184/10080 8420/12145/10046</w:t>
        <w:br/>
        <w:t>f 8419/12146/10047 8814/12184/10080 8783/12177/10073</w:t>
        <w:br/>
        <w:t>f 8781/12176/10072 8419/12146/10047 8783/12177/10073</w:t>
        <w:br/>
        <w:t>f 8505/12164/10063 8764/12174/3566 9353/12204/10094</w:t>
        <w:br/>
        <w:t>f 8442/12149/10050 8505/12164/10063 9353/12204/10094</w:t>
        <w:br/>
        <w:t>f 8442/12149/10050 9353/12204/10094 9354/12205/10095</w:t>
        <w:br/>
        <w:t>f 8441/12150/10051 8442/12149/10050 9354/12205/10095</w:t>
        <w:br/>
        <w:t>f 8441/12150/10051 9354/12205/10095 9355/12206/10096</w:t>
        <w:br/>
        <w:t>f 8782/12175/10071 8441/12150/10051 9355/12206/10096</w:t>
        <w:br/>
        <w:t>f 8782/12175/10071 9355/12206/10096 9356/12207/10097</w:t>
        <w:br/>
        <w:t>f 8418/12147/10048 8782/12175/10071 9356/12207/10097</w:t>
        <w:br/>
        <w:t>f 9357/12208/3579 8421/12144/10045 8418/12147/10048</w:t>
        <w:br/>
        <w:t>f 9356/12207/10097 9357/12208/3579 8418/12147/10048</w:t>
        <w:br/>
        <w:t>f 8793/12178/10074 8421/12144/10045 9357/12208/3579</w:t>
        <w:br/>
        <w:t>f 9358/12209/10098 8690/12170/10068 8548/12167/10066</w:t>
        <w:br/>
        <w:t>f 8549/12166/10065 9358/12209/10098 8548/12167/10066</w:t>
        <w:br/>
        <w:t>f 8691/12172/3539 8692/12171/10069 9360/12210/10099</w:t>
        <w:br/>
        <w:t>f 9359/12211/10100 8691/12172/3539 9360/12210/10099</w:t>
        <w:br/>
        <w:t>f 8690/12170/10068 8692/12171/10069 8481/12158/10059</w:t>
        <w:br/>
        <w:t>f 8482/12163/10062 8690/12170/10068 8481/12158/10059</w:t>
        <w:br/>
        <w:t>f 8692/12171/10069 8690/12170/10068 9358/12209/10098</w:t>
        <w:br/>
        <w:t>f 9360/12210/10099 8692/12171/10069 9358/12209/10098</w:t>
        <w:br/>
        <w:t>f 3185/10144/8243 9361/12212/10101 3132/10089/8186</w:t>
        <w:br/>
        <w:t>f 3132/10089/8186 9361/12212/10101 9362/12213/10102</w:t>
        <w:br/>
        <w:t>f 4760/10529/8613 8266/12137/10040 4782/10553/8637</w:t>
        <w:br/>
        <w:t>f 4699/10471/8560 8243/12135/10038 4696/10469/8558</w:t>
        <w:br/>
        <w:t>f 8243/12135/10038 4799/10570/8654 8267/12138/10041</w:t>
        <w:br/>
        <w:t>f 3205/10164/8262 3206/10165/8263 3203/10160/8259</w:t>
        <w:br/>
        <w:t>f 5098/10812/8877 7148/11862/9795 9365/12214/9827</w:t>
        <w:br/>
        <w:t>f 9367/12215/10103 7148/11862/9795 9366/12216/10103</w:t>
        <w:br/>
        <w:t>f 3203/10160/8259 3201/10162/8250 3204/10163/8261</w:t>
        <w:br/>
        <w:t>f 3205/10164/8262 3203/10160/8259 3204/10163/8261</w:t>
        <w:br/>
        <w:t>f 7184/11882/9812 9368/12217/10104 5862/11237/9259</w:t>
        <w:br/>
        <w:t>f 9368/12217/10104 9369/12218/10105 5862/11237/9259</w:t>
        <w:br/>
        <w:t>f 5862/11237/9259 9369/12218/10105 9370/12219/3769</w:t>
        <w:br/>
        <w:t>f 9371/12220/3761 5862/11237/9259 9370/12219/3769</w:t>
        <w:br/>
        <w:t>f 9371/12220/3761 5863/11238/9260 5862/11237/9259</w:t>
        <w:br/>
        <w:t>f 9372/12221/10106 5863/11238/9260 9371/12220/3761</w:t>
        <w:br/>
        <w:t>f 5864/11239/9261 5863/11238/9260 9372/12221/10106</w:t>
        <w:br/>
        <w:t>f 9373/12222/3759 5864/11239/9261 9372/12221/10106</w:t>
        <w:br/>
        <w:t>f 7185/11883/9813 5864/11239/9261 9373/12222/3759</w:t>
        <w:br/>
        <w:t>f 9374/12223/10107 7185/11883/9813 9373/12222/3759</w:t>
        <w:br/>
        <w:t>f 9374/12223/10107 9375/12224/10108 7186/11884/9814</w:t>
        <w:br/>
        <w:t>f 7185/11883/9813 9374/12223/10107 7186/11884/9814</w:t>
        <w:br/>
        <w:t>f 9375/12224/10108 9376/12225/10109 7187/11885/9815</w:t>
        <w:br/>
        <w:t>f 7186/11884/9814 9375/12224/10108 7187/11885/9815</w:t>
        <w:br/>
        <w:t>f 9378/12226/10110 9377/12227/3773 5870/11242/9264</w:t>
        <w:br/>
        <w:t>f 7187/11885/9815 9378/12226/10110 5870/11242/9264</w:t>
        <w:br/>
        <w:t>f 9380/12228/3767 9379/12229/3768 7493/11900/9823</w:t>
        <w:br/>
        <w:t>f 7493/11900/9823 9379/12229/3768 9381/12230/10111</w:t>
        <w:br/>
        <w:t>f 9381/12230/10111 9379/12229/3768 9382/12231/10112</w:t>
        <w:br/>
        <w:t>f 9383/12232/10113 7485/11894/2900 7486/11893/9820</w:t>
        <w:br/>
        <w:t>f 9382/12231/10112 9383/12232/10113 7486/11893/9820</w:t>
        <w:br/>
        <w:t>f 7187/11885/9815 9376/12225/10109 9378/12226/10110</w:t>
        <w:br/>
        <w:t>f 5870/11242/9264 9387/12233/10114 9386/12234/10115</w:t>
        <w:br/>
        <w:t>f 7493/11900/9823 5870/11242/9264 9386/12234/10115</w:t>
        <w:br/>
        <w:t>f 9386/12234/10115 9380/12228/3767 7493/11900/9823</w:t>
        <w:br/>
        <w:t>f 9379/12229/3768 9383/12232/10113 9382/12231/10112</w:t>
        <w:br/>
        <w:t>f 9575/12235/10116 9574/12236/10117 9573/12237/10118</w:t>
        <w:br/>
        <w:t>f 9572/12238/10119 9575/12235/10116 9573/12237/10118</w:t>
        <w:br/>
        <w:t>f 9579/12239/10120 9578/12240/10121 9577/12241/10122</w:t>
        <w:br/>
        <w:t>f 9576/12242/10123 9579/12239/10120 9577/12241/10122</w:t>
        <w:br/>
        <w:t>f 9581/12243/10124 9580/12244/10125 9578/12240/10121</w:t>
        <w:br/>
        <w:t>f 9579/12239/10120 9581/12243/10124 9578/12240/10121</w:t>
        <w:br/>
        <w:t>f 9575/12235/10116 9572/12238/10119 9580/12244/10125</w:t>
        <w:br/>
        <w:t>f 9581/12243/10124 9575/12235/10116 9580/12244/10125</w:t>
        <w:br/>
        <w:t>f 9585/12245/10126 9584/12246/10127 9583/12247/10128</w:t>
        <w:br/>
        <w:t>f 9582/12248/10129 9585/12245/10126 9583/12247/10128</w:t>
        <w:br/>
        <w:t>f 9587/12249/10130 9583/12247/10128 9584/12246/10127</w:t>
        <w:br/>
        <w:t>f 9586/12250/10131 9587/12249/10130 9584/12246/10127</w:t>
        <w:br/>
        <w:t>f 9590/12251/10132 9589/12252/10133 9588/12253/10134</w:t>
        <w:br/>
        <w:t>f 9593/12254/10135 9592/12255/10136 9591/12256/10137</w:t>
        <w:br/>
        <w:t>f 9594/12257/10138 9593/12254/10135 9591/12256/10137</w:t>
        <w:br/>
        <w:t>f 9598/12258/10139 9597/12259/10140 9596/12260/10141</w:t>
        <w:br/>
        <w:t>f 9595/12261/10142 9598/12258/10139 9596/12260/10141</w:t>
        <w:br/>
        <w:t>f 9577/12241/10122 9600/12262/10143 9599/12263/10144</w:t>
        <w:br/>
        <w:t>f 9576/12242/10123 9577/12241/10122 9599/12263/10144</w:t>
        <w:br/>
        <w:t>f 9604/12264/10145 9603/12265/10146 9602/12266/10147</w:t>
        <w:br/>
        <w:t>f 9601/12267/10148 9604/12264/10145 9602/12266/10147</w:t>
        <w:br/>
        <w:t>f 9591/12256/10137 9592/12255/10136 9595/12261/10142</w:t>
        <w:br/>
        <w:t>f 9596/12260/10141 9591/12256/10137 9595/12261/10142</w:t>
        <w:br/>
        <w:t>f 9608/12268/10149 9607/12269/10150 9606/12270/10151</w:t>
        <w:br/>
        <w:t>f 9605/12271/10152 9608/12268/10149 9606/12270/10151</w:t>
        <w:br/>
        <w:t>f 9606/12270/10151 9610/12272/10153 9609/12273/10154</w:t>
        <w:br/>
        <w:t>f 9605/12271/10152 9606/12270/10151 9609/12273/10154</w:t>
        <w:br/>
        <w:t>f 9610/12272/10153 9612/12274/10155 9611/12275/10156</w:t>
        <w:br/>
        <w:t>f 9609/12273/10154 9610/12272/10153 9611/12275/10156</w:t>
        <w:br/>
        <w:t>f 9609/12273/10154 9611/12275/10156 9614/12276/10157</w:t>
        <w:br/>
        <w:t>f 9613/12277/10158 9609/12273/10154 9614/12276/10157</w:t>
        <w:br/>
        <w:t>f 9601/12267/10148 9608/12268/10149 9605/12271/10152</w:t>
        <w:br/>
        <w:t>f 9604/12264/10145 9601/12267/10148 9605/12271/10152</w:t>
        <w:br/>
        <w:t>f 9605/12271/10152 9609/12273/10154 9613/12277/10158</w:t>
        <w:br/>
        <w:t>f 9604/12264/10145 9605/12271/10152 9613/12277/10158</w:t>
        <w:br/>
        <w:t>f 9594/12257/10138 9599/12263/10144 9600/12262/10143</w:t>
        <w:br/>
        <w:t>f 9593/12254/10135 9594/12257/10138 9600/12262/10143</w:t>
        <w:br/>
        <w:t>f 9612/12274/10155 9616/12278/10159 9615/12279/10160</w:t>
        <w:br/>
        <w:t>f 9611/12275/10156 9612/12274/10155 9615/12279/10160</w:t>
        <w:br/>
        <w:t>f 9611/12275/10156 9615/12279/10160 9617/12280/10161</w:t>
        <w:br/>
        <w:t>f 9614/12276/10157 9611/12275/10156 9617/12280/10161</w:t>
        <w:br/>
        <w:t>f 9603/12265/10146 9613/12277/10158 9614/12276/10157</w:t>
        <w:br/>
        <w:t>f 9613/12277/10158 9603/12265/10146 9604/12264/10145</w:t>
        <w:br/>
        <w:t>f 9616/12278/10159 9577/12241/10122 9618/12281/10162</w:t>
        <w:br/>
        <w:t>f 9615/12279/10160 9616/12278/10159 9618/12281/10162</w:t>
        <w:br/>
        <w:t>f 9578/12240/10121 9618/12281/10162 9577/12241/10122</w:t>
        <w:br/>
        <w:t>f 9622/12282/10163 9621/12283/10164 9620/12284/10165</w:t>
        <w:br/>
        <w:t>f 9619/12285/10166 9622/12282/10163 9620/12284/10165</w:t>
        <w:br/>
        <w:t>f 9623/12286/10167 9622/12282/10163 9619/12285/10166</w:t>
        <w:br/>
        <w:t>f 9582/12248/10129 9583/12247/10128 9625/12287/10168</w:t>
        <w:br/>
        <w:t>f 9624/12288/10169 9582/12248/10129 9625/12287/10168</w:t>
        <w:br/>
        <w:t>f 9588/12253/10134 9589/12252/10133 9625/12287/10168</w:t>
        <w:br/>
        <w:t>f 9627/12289/10170 9623/12286/10167 9619/12285/10166</w:t>
        <w:br/>
        <w:t>f 9626/12290/10171 9627/12289/10170 9619/12285/10166</w:t>
        <w:br/>
        <w:t>f 9572/12238/10119 9619/12285/10166 9580/12244/10125</w:t>
        <w:br/>
        <w:t>f 9630/12291/10172 9629/12292/10173 9624/12288/10169</w:t>
        <w:br/>
        <w:t>f 9628/12293/10174 9630/12291/10172 9624/12288/10169</w:t>
        <w:br/>
        <w:t>f 9573/12237/10118 9626/12290/10171 9572/12238/10119</w:t>
        <w:br/>
        <w:t>f 9627/12289/10170 9626/12290/10171 9573/12237/10118</w:t>
        <w:br/>
        <w:t>f 9631/12294/8155 9627/12289/10170 9573/12237/10118</w:t>
        <w:br/>
        <w:t>f 9632/12295/10175 9630/12291/10172 9628/12293/10174</w:t>
        <w:br/>
        <w:t>f 2834/10057/8157 9632/12295/10175 9628/12293/10174</w:t>
        <w:br/>
        <w:t>f 9632/12295/10175 9634/12296/10176 9633/12297/10177</w:t>
        <w:br/>
        <w:t>f 9630/12291/10172 9632/12295/10175 9633/12297/10177</w:t>
        <w:br/>
        <w:t>f 9630/12291/10172 9633/12297/10177 9635/12298/10178</w:t>
        <w:br/>
        <w:t>f 9629/12292/10173 9630/12291/10172 9635/12298/10178</w:t>
        <w:br/>
        <w:t>f 9637/12299/10179 9629/12292/10173 9635/12298/10178</w:t>
        <w:br/>
        <w:t>f 9636/12300/10180 9637/12299/10179 9635/12298/10178</w:t>
        <w:br/>
        <w:t>f 9638/12301/10181 9636/12300/10180 9635/12298/10178</w:t>
        <w:br/>
        <w:t>f 9633/12297/10177 9640/12302/10182 9639/12303/10183</w:t>
        <w:br/>
        <w:t>f 9635/12298/10178 9633/12297/10177 9639/12303/10183</w:t>
        <w:br/>
        <w:t>f 9634/12296/10176 9641/12304/10184 9640/12302/10182</w:t>
        <w:br/>
        <w:t>f 9633/12297/10177 9634/12296/10176 9640/12302/10182</w:t>
        <w:br/>
        <w:t>f 9640/12302/10182 9641/12304/10184 9643/12305/10185</w:t>
        <w:br/>
        <w:t>f 9642/12306/10186 9640/12302/10182 9643/12305/10185</w:t>
        <w:br/>
        <w:t>f 9644/12307/10187 9639/12303/10183 9640/12302/10182</w:t>
        <w:br/>
        <w:t>f 9642/12306/10186 9644/12307/10187 9640/12302/10182</w:t>
        <w:br/>
        <w:t>f 9646/12308/10188 9645/12309/10189 9639/12303/10183</w:t>
        <w:br/>
        <w:t>f 9649/12310/10190 9648/12311/10191 9647/12312/10192</w:t>
        <w:br/>
        <w:t>f 9652/12313/10193 9651/12314/10194 9650/12315/10195</w:t>
        <w:br/>
        <w:t>f 9647/12312/10192 9652/12313/10193 9650/12315/10195</w:t>
        <w:br/>
        <w:t>f 9653/12316/10196 9649/12310/10190 9647/12312/10192</w:t>
        <w:br/>
        <w:t>f 9648/12311/10191 9644/12307/10187 9642/12306/10186</w:t>
        <w:br/>
        <w:t>f 9647/12312/10192 9648/12311/10191 9642/12306/10186</w:t>
        <w:br/>
        <w:t>f 9652/12313/10193 9647/12312/10192 9642/12306/10186</w:t>
        <w:br/>
        <w:t>f 9643/12305/10185 9652/12313/10193 9642/12306/10186</w:t>
        <w:br/>
        <w:t>f 9655/12317/10197 9654/12318/10198 9650/12315/10195</w:t>
        <w:br/>
        <w:t>f 9650/12315/10195 9657/12319/10199 9656/12320/10200</w:t>
        <w:br/>
        <w:t>f 9650/12315/10195 9658/12321/10201 9657/12319/10199</w:t>
        <w:br/>
        <w:t>f 9580/12244/10125 9620/12284/10165 9578/12240/10121</w:t>
        <w:br/>
        <w:t>f 9619/12285/10166 9620/12284/10165 9580/12244/10125</w:t>
        <w:br/>
        <w:t>f 9577/12241/10122 9616/12278/10159 9600/12262/10143</w:t>
        <w:br/>
        <w:t>f 9656/12320/10200 9653/12316/10196 9647/12312/10192</w:t>
        <w:br/>
        <w:t>f 9650/12315/10195 9656/12320/10200 9647/12312/10192</w:t>
        <w:br/>
        <w:t>f 9885/12322/10202 9884/12323/10203 9650/12315/10195</w:t>
        <w:br/>
        <w:t>f 9887/12324/10204 9646/12308/10188 9639/12303/10183</w:t>
        <w:br/>
        <w:t>f 9644/12307/10187 9887/12324/10204 9639/12303/10183</w:t>
        <w:br/>
        <w:t>f 9639/12303/10183 9638/12301/10181 9635/12298/10178</w:t>
        <w:br/>
        <w:t>f 9587/12249/10130 9586/12250/10131 9590/12251/10132</w:t>
        <w:br/>
        <w:t>f 9588/12253/10134 9587/12249/10130 9590/12251/10132</w:t>
        <w:br/>
        <w:t>f 9587/12249/10130 9588/12253/10134 9625/12287/10168</w:t>
        <w:br/>
        <w:t>f 9583/12247/10128 9587/12249/10130 9625/12287/10168</w:t>
        <w:br/>
        <w:t>f 9637/12299/10179 9585/12245/10126 9582/12248/10129</w:t>
        <w:br/>
        <w:t>f 9629/12292/10173 9637/12299/10179 9582/12248/10129</w:t>
        <w:br/>
        <w:t>f 9624/12288/10169 9629/12292/10173 9582/12248/10129</w:t>
        <w:br/>
        <w:t>f 9572/12238/10119 9626/12290/10171 9619/12285/10166</w:t>
        <w:br/>
        <w:t>f 9639/12303/10183 9645/12309/10189 9638/12301/10181</w:t>
        <w:br/>
        <w:t>f 10236/12325/10205 10235/12326/10206 10234/12327/10207</w:t>
        <w:br/>
        <w:t>f 10245/12328/10208 10244/12329/10209 10243/12330/10210</w:t>
        <w:br/>
        <w:t>f 10246/12331/10211 10245/12328/10208 10243/12330/10210</w:t>
        <w:br/>
        <w:t>f 10259/12332/10212 10258/12333/10213 10243/12330/10210</w:t>
        <w:br/>
        <w:t>f 10279/12334/10214 10278/12335/10215 10234/12327/10207</w:t>
        <w:br/>
        <w:t>f 10384/12336/10216 10383/12337/10217 10382/12338/10218</w:t>
        <w:br/>
        <w:t>f 10386/12339/10219 10383/12337/10217 10385/12340/10220</w:t>
        <w:br/>
        <w:t>f 10389/12341/10221 10388/12342/10222 10387/12343/10223</w:t>
        <w:br/>
        <w:t>f 10395/12344/10224 10394/12345/10225 10393/12346/10226</w:t>
        <w:br/>
        <w:t>f 10392/12347/10227 10395/12344/10224 10393/12346/10226</w:t>
        <w:br/>
        <w:t>f 10399/12348/10228 10398/12349/10229 10397/12350/10227</w:t>
        <w:br/>
        <w:t>f 10396/12351/10230 10399/12348/10228 10397/12350/10227</w:t>
        <w:br/>
        <w:t>f 10412/12352/10231 10411/12353/10232 10399/12348/10228</w:t>
        <w:br/>
        <w:t>f 10396/12351/10230 10412/12352/10231 10399/12348/10228</w:t>
        <w:br/>
        <w:t>f 10421/12354/10233 10420/12355/10234 10419/12356/10235</w:t>
        <w:br/>
        <w:t>f 10394/12345/10225 10427/12357/10236 10426/12358/10237</w:t>
        <w:br/>
        <w:t>f 10393/12346/10226 10394/12345/10225 10426/12358/10237</w:t>
        <w:br/>
        <w:t>f 10431/12359/10238 10430/12360/10239 10429/12361/10240</w:t>
        <w:br/>
        <w:t>f 10428/12362/10241 10431/12359/10238 10429/12361/10240</w:t>
        <w:br/>
        <w:t>f 10428/12362/10241 10429/12361/10240 10433/12363/10242</w:t>
        <w:br/>
        <w:t>f 10432/12364/10243 10428/12362/10241 10433/12363/10242</w:t>
        <w:br/>
        <w:t>f 10433/12363/10242 10411/12353/10232 10412/12352/10231</w:t>
        <w:br/>
        <w:t>f 10432/12364/10243 10433/12363/10242 10412/12352/10231</w:t>
        <w:br/>
        <w:t>f 10426/12358/10237 10427/12357/10236 10430/12360/10239</w:t>
        <w:br/>
        <w:t>f 10431/12359/10238 10426/12358/10237 10430/12360/10239</w:t>
        <w:br/>
        <w:t>f 10474/12365/10244 10473/12366/10245 10472/12367/10246</w:t>
        <w:br/>
        <w:t>f 10471/12368/10247 10474/12365/10244 10472/12367/10246</w:t>
        <w:br/>
        <w:t>f 10476/12369/10248 10474/12365/10244 10475/12370/10249</w:t>
        <w:br/>
        <w:t>f 10421/12354/10233 10479/12371/10250 10420/12355/10234</w:t>
        <w:br/>
        <w:t>f 10513/12372/10251 10512/12373/10252 10511/12374/10253</w:t>
        <w:br/>
        <w:t>f 10566/12375/10254 10565/12376/10255 10564/12377/10256</w:t>
        <w:br/>
        <w:t>f 10563/12378/10257 10566/12375/10254 10564/12377/10256</w:t>
        <w:br/>
        <w:t>f 10568/12379/10258 10567/12380/10259 10566/12375/10254</w:t>
        <w:br/>
        <w:t>f 10593/12381/10260 10592/12382/10261 10591/12383/10262</w:t>
        <w:br/>
        <w:t>f 10635/12384/10263 10634/12385/10264 10633/12386/10265</w:t>
        <w:br/>
        <w:t>f 10642/12387/10266 10641/12388/10267 10633/12386/10265</w:t>
        <w:br/>
        <w:t>f 10643/12389/10268 10642/12387/10266 10633/12386/10265</w:t>
        <w:br/>
        <w:t>f 10645/12390/10269 10644/12391/10270 10633/12386/10265</w:t>
        <w:br/>
        <w:t>f 10743/12392/10271 10742/12393/10271 10741/12394/10272</w:t>
        <w:br/>
        <w:t>f 10740/12395/10273 10743/12392/10271 10741/12394/10272</w:t>
        <w:br/>
        <w:t>f 10742/12393/10271 10743/12392/10271 10745/12396/10274</w:t>
        <w:br/>
        <w:t>f 10744/12397/10275 10742/12393/10271 10745/12396/10274</w:t>
        <w:br/>
        <w:t>f 10747/12398/10276 10744/12397/10275 10745/12396/10274</w:t>
        <w:br/>
        <w:t>f 10746/12399/10277 10747/12398/10276 10745/12396/10274</w:t>
        <w:br/>
        <w:t>f 10746/12399/10277 10749/12400/10278 10748/12401/10279</w:t>
        <w:br/>
        <w:t>f 10747/12398/10276 10746/12399/10277 10748/12401/10279</w:t>
        <w:br/>
        <w:t>f 10748/12401/10279 10749/12400/10278 10751/12402/10280</w:t>
        <w:br/>
        <w:t>f 10750/12403/10280 10748/12401/10279 10751/12402/10280</w:t>
        <w:br/>
        <w:t>f 10750/12403/10280 10751/12402/10280 10753/12404/10281</w:t>
        <w:br/>
        <w:t>f 10752/12405/10282 10750/12403/10280 10753/12404/10281</w:t>
        <w:br/>
        <w:t>f 10754/12406/10283 10399/12348/10228 10411/12353/10232</w:t>
        <w:br/>
        <w:t>f 10753/12404/10284 10754/12406/10283 10411/12353/10232</w:t>
        <w:br/>
        <w:t>f 10398/12349/10229 10399/12348/10228 10754/12406/10283</w:t>
        <w:br/>
        <w:t>f 10755/12407/10285 10398/12349/10229 10754/12406/10283</w:t>
        <w:br/>
        <w:t>f 10767/12408/10286 10766/12409/10287 10387/12343/10223</w:t>
        <w:br/>
        <w:t>f 10383/12337/10217 10769/12410/10288 10382/12338/10218</w:t>
        <w:br/>
        <w:t>f 10771/12411/10289 10770/12412/10290 10383/12337/10217</w:t>
        <w:br/>
        <w:t>f 10383/12337/10217 10772/12413/10291 10769/12410/10288</w:t>
        <w:br/>
        <w:t>f 10770/12412/10290 10772/12413/10291 10383/12337/10217</w:t>
        <w:br/>
        <w:t>f 10388/12342/10222 10773/12414/10292 10387/12343/10223</w:t>
        <w:br/>
        <w:t>f 10766/12409/10287 10389/12341/10221 10387/12343/10223</w:t>
        <w:br/>
        <w:t>f 10384/12336/10216 10385/12340/10220 10383/12337/10217</w:t>
        <w:br/>
        <w:t>f 10386/12339/10219 10771/12411/10289 10383/12337/10217</w:t>
        <w:br/>
        <w:t>f 10386/12339/10219 10385/12340/10220 10775/12415/10293</w:t>
        <w:br/>
        <w:t>f 10385/12340/10220 10776/12416/10294 10775/12415/10293</w:t>
        <w:br/>
        <w:t>f 10385/12340/10220 10384/12336/10216 10779/12417/10295</w:t>
        <w:br/>
        <w:t>f 10776/12416/10294 10385/12340/10220 10779/12417/10295</w:t>
        <w:br/>
        <w:t>f 10782/12418/10296 10781/12419/10297 10474/12365/10244</w:t>
        <w:br/>
        <w:t>f 10783/12420/10298 10474/12365/10244 10471/12368/10247</w:t>
        <w:br/>
        <w:t>f 10782/12418/10296 10474/12365/10244 10784/12421/10299</w:t>
        <w:br/>
        <w:t>f 10784/12421/10299 10474/12365/10244 10783/12420/10298</w:t>
        <w:br/>
        <w:t>f 10474/12365/10244 10781/12419/10297 10789/12422/10300</w:t>
        <w:br/>
        <w:t>f 10475/12370/10249 10474/12365/10244 10789/12422/10300</w:t>
        <w:br/>
        <w:t>f 10474/12365/10244 10476/12369/10248 10473/12366/10245</w:t>
        <w:br/>
        <w:t>f 10420/12355/10234 10790/12423/10301 10419/12356/10235</w:t>
        <w:br/>
        <w:t>f 10479/12371/10250 10791/12424/10302 10420/12355/10234</w:t>
        <w:br/>
        <w:t>f 10793/12425/10303 10566/12375/10254 10792/12426/10304</w:t>
        <w:br/>
        <w:t>f 10566/12375/10254 10563/12378/10257 10795/12427/10305</w:t>
        <w:br/>
        <w:t>f 10792/12426/10304 10566/12375/10254 10797/12428/10306</w:t>
        <w:br/>
        <w:t>f 10797/12428/10306 10566/12375/10254 10795/12427/10305</w:t>
        <w:br/>
        <w:t>f 10566/12375/10254 10793/12425/10303 10798/12429/10307</w:t>
        <w:br/>
        <w:t>f 10568/12379/10258 10566/12375/10254 10798/12429/10307</w:t>
        <w:br/>
        <w:t>f 10566/12375/10254 10567/12380/10259 10565/12376/10255</w:t>
        <w:br/>
        <w:t>f 10513/12372/10251 10800/12430/10308 10512/12373/10252</w:t>
        <w:br/>
        <w:t>f 10800/12430/10308 10801/12431/10309 10512/12373/10252</w:t>
        <w:br/>
        <w:t>f 10512/12373/10252 10802/12432/10310 10511/12374/10253</w:t>
        <w:br/>
        <w:t>f 10805/12433/10311 10633/12386/10265 10641/12388/10267</w:t>
        <w:br/>
        <w:t>f 10633/12386/10265 10644/12391/10270 10643/12389/10268</w:t>
        <w:br/>
        <w:t>f 10806/12434/10312 10645/12390/10269 10633/12386/10265</w:t>
        <w:br/>
        <w:t>f 10634/12385/10264 10806/12434/10312 10633/12386/10265</w:t>
        <w:br/>
        <w:t>f 10809/12435/10313 10808/12436/10314 10592/12382/10261</w:t>
        <w:br/>
        <w:t>f 10592/12382/10261 10593/12381/10260 10809/12435/10313</w:t>
        <w:br/>
        <w:t>f 10592/12382/10261 10810/12437/10315 10591/12383/10262</w:t>
        <w:br/>
        <w:t>f 10635/12384/10263 10633/12386/10265 10811/12438/10316</w:t>
        <w:br/>
        <w:t>f 10811/12438/10316 10633/12386/10265 10805/12433/10311</w:t>
        <w:br/>
        <w:t>f 10813/12439/10317 10243/12330/10210 10812/12440/10318</w:t>
        <w:br/>
        <w:t>f 10812/12440/10318 10243/12330/10210 10815/12441/10319</w:t>
        <w:br/>
        <w:t>f 10817/12442/10320 10815/12441/10319 10243/12330/10210</w:t>
        <w:br/>
        <w:t>f 10817/12442/10320 10243/12330/10210 10244/12329/10209</w:t>
        <w:br/>
        <w:t>f 10243/12330/10210 10813/12439/10317 10819/12443/10321</w:t>
        <w:br/>
        <w:t>f 10259/12332/10212 10243/12330/10210 10819/12443/10321</w:t>
        <w:br/>
        <w:t>f 10243/12330/10210 10258/12333/10213 10246/12331/10211</w:t>
        <w:br/>
        <w:t>f 10234/12327/10207 10824/12444/10322 10236/12325/10205</w:t>
        <w:br/>
        <w:t>f 10234/12327/10207 10235/12326/10206 10279/12334/10214</w:t>
        <w:br/>
        <w:t>f 10861/12445/10323 10860/12446/10324 10859/12447/10323</w:t>
        <w:br/>
        <w:t>f 10859/12447/10323 10856/4796/3933 10862/12448/10325</w:t>
        <w:br/>
        <w:t>f 10861/12445/10323 10859/12447/10323 10862/12448/10325</w:t>
        <w:br/>
        <w:t>f 10868/12449/10326 10862/12448/10325 10856/4796/3933</w:t>
        <w:br/>
        <w:t>f 10867/5022/4126 10868/12449/10326 10856/4796/3933</w:t>
        <w:br/>
        <w:t>f 11053/12450/10327 11052/12451/10327 11051/12452/10328</w:t>
        <w:br/>
        <w:t>f 11042/4977/4094 11059/12453/10329 11058/12454/10330</w:t>
        <w:br/>
        <w:t>f 11041/4978/4095 11042/4977/4094 11058/12454/10330</w:t>
        <w:br/>
        <w:t>f 11118/12455/10331 11117/12456/10332 11116/12457/10333</w:t>
        <w:br/>
        <w:t>f 11115/12458/10334 11118/12455/10331 11116/12457/10333</w:t>
        <w:br/>
        <w:t>f 11117/12456/10332 11120/12459/10335 11119/12460/10336</w:t>
        <w:br/>
        <w:t>f 11116/12457/10333 11117/12456/10332 11119/12460/10336</w:t>
        <w:br/>
        <w:t>f 11120/12459/10335 11122/12461/10337 11121/12462/10338</w:t>
        <w:br/>
        <w:t>f 11119/12460/10336 11120/12459/10335 11121/12462/10338</w:t>
        <w:br/>
        <w:t>f 11121/12462/10338 11124/12463/10339 11123/12464/10340</w:t>
        <w:br/>
        <w:t>f 11119/12460/10336 11121/12462/10338 11123/12464/10340</w:t>
        <w:br/>
        <w:t>f 11123/12464/10340 11125/12465/10341 11116/12457/10333</w:t>
        <w:br/>
        <w:t>f 11119/12460/10336 11123/12464/10340 11116/12457/10333</w:t>
        <w:br/>
        <w:t>f 11129/12466/10342 11128/12467/10343 11127/12468/10344</w:t>
        <w:br/>
        <w:t>f 11126/12469/10345 11129/12466/10342 11127/12468/10344</w:t>
        <w:br/>
        <w:t>f 11128/12467/10343 11129/12466/10342 11121/12462/10338</w:t>
        <w:br/>
        <w:t>f 11122/12461/10337 11128/12467/10343 11121/12462/10338</w:t>
        <w:br/>
        <w:t>f 11133/12470/10346 11132/12471/10347 11131/12472/10348</w:t>
        <w:br/>
        <w:t>f 11130/12473/10349 11133/12470/10346 11131/12472/10348</w:t>
        <w:br/>
        <w:t>f 11136/12474/10350 11135/12475/10351 11134/12476/10352</w:t>
        <w:br/>
        <w:t>f 11130/12473/10349 11136/12474/10350 11134/12476/10352</w:t>
        <w:br/>
        <w:t>f 11139/12477/10353 11138/12478/10354 11137/12479/10355</w:t>
        <w:br/>
        <w:t>f 11134/12476/10352 11139/12477/10353 11137/12479/10355</w:t>
        <w:br/>
        <w:t>f 11139/12477/10353 11141/12480/10356 11140/12481/10357</w:t>
        <w:br/>
        <w:t>f 11138/12478/10354 11139/12477/10353 11140/12481/10357</w:t>
        <w:br/>
        <w:t>f 11143/12482/10358 11140/12481/10357 11141/12480/10356</w:t>
        <w:br/>
        <w:t>f 11142/12483/10359 11143/12482/10358 11141/12480/10356</w:t>
        <w:br/>
        <w:t>f 11130/12473/10349 11134/12476/10352 11137/12479/10355</w:t>
        <w:br/>
        <w:t>f 11133/12470/10346 11130/12473/10349 11137/12479/10355</w:t>
        <w:br/>
        <w:t>f 11135/12475/10351 11144/12484/10360 11139/12477/10353</w:t>
        <w:br/>
        <w:t>f 11134/12476/10352 11135/12475/10351 11139/12477/10353</w:t>
        <w:br/>
        <w:t>f 11173/12485/10361 11136/12474/10350 11130/12473/10349</w:t>
        <w:br/>
        <w:t>f 11131/12472/10348 11173/12485/10361 11130/12473/10349</w:t>
        <w:br/>
        <w:t>f 11177/12486/10362 11176/12487/10363 11175/12488/10364</w:t>
        <w:br/>
        <w:t>f 11174/12489/10365 11177/12486/10362 11175/12488/10364</w:t>
        <w:br/>
        <w:t>f 11125/12465/10341 11178/12490/10366 11115/12458/10334</w:t>
        <w:br/>
        <w:t>f 11116/12457/10333 11125/12465/10341 11115/12458/10334</w:t>
        <w:br/>
        <w:t>f 11180/12491/10367 11179/12492/10368 11175/12488/10364</w:t>
        <w:br/>
        <w:t>f 11176/12487/10363 11180/12491/10367 11175/12488/10364</w:t>
        <w:br/>
        <w:t>f 11185/12493/10369 11184/12494/10370 11179/12492/10368</w:t>
        <w:br/>
        <w:t>f 11180/12491/10367 11185/12493/10369 11179/12492/10368</w:t>
        <w:br/>
        <w:t>f 11178/12490/10366 11173/12485/10361 11131/12472/10348</w:t>
        <w:br/>
        <w:t>f 11115/12458/10334 11178/12490/10366 11131/12472/10348</w:t>
        <w:br/>
        <w:t>f 11115/12458/10334 11131/12472/10348 11132/12471/10347</w:t>
        <w:br/>
        <w:t>f 11118/12455/10331 11115/12458/10334 11132/12471/10347</w:t>
        <w:br/>
        <w:t>f 11177/12486/10362 11174/12489/10365 11187/12495/10371</w:t>
        <w:br/>
        <w:t>f 11186/12496/10372 11177/12486/10362 11187/12495/10371</w:t>
        <w:br/>
        <w:t>f 11191/12497/10373 11190/12498/10374 11189/12499/10375</w:t>
        <w:br/>
        <w:t>f 11188/12500/10376 11191/12497/10373 11189/12499/10375</w:t>
        <w:br/>
        <w:t>f 11190/12498/10374 11193/12501/10377 11192/12502/10378</w:t>
        <w:br/>
        <w:t>f 11189/12499/10375 11190/12498/10374 11192/12502/10378</w:t>
        <w:br/>
        <w:t>f 11190/12498/10374 11191/12497/10373 11195/12503/10379</w:t>
        <w:br/>
        <w:t>f 11194/12504/10380 11190/12498/10374 11195/12503/10379</w:t>
        <w:br/>
        <w:t>f 11194/12504/10380 11196/12505/10381 11193/12501/10377</w:t>
        <w:br/>
        <w:t>f 11190/12498/10374 11194/12504/10380 11193/12501/10377</w:t>
        <w:br/>
        <w:t>f 11200/12506/10382 11199/12507/10383 11198/12508/10384</w:t>
        <w:br/>
        <w:t>f 11197/12509/10385 11200/12506/10382 11198/12508/10384</w:t>
        <w:br/>
        <w:t>f 11189/12499/10375 11192/12502/10378 11202/12510/10386</w:t>
        <w:br/>
        <w:t>f 11201/12511/10387 11189/12499/10375 11202/12510/10386</w:t>
        <w:br/>
        <w:t>f 11188/12500/10376 11189/12499/10375 11201/12511/10387</w:t>
        <w:br/>
        <w:t>f 11203/12512/10388 11188/12500/10376 11201/12511/10387</w:t>
        <w:br/>
        <w:t>f 11126/12469/10345 11127/12468/10344 11203/12512/10388</w:t>
        <w:br/>
        <w:t>f 11201/12511/10387 11126/12469/10345 11203/12512/10388</w:t>
        <w:br/>
        <w:t>f 11124/12463/10339 11121/12462/10338 11129/12466/10342</w:t>
        <w:br/>
        <w:t>f 11204/12513/10389 11124/12463/10339 11129/12466/10342</w:t>
        <w:br/>
        <w:t>f 11208/12514/10390 11207/12515/10391 11206/12516/10392</w:t>
        <w:br/>
        <w:t>f 11205/12517/10393 11208/12514/10390 11206/12516/10392</w:t>
        <w:br/>
        <w:t>f 11199/12507/10383 11200/12506/10382 11207/12515/10391</w:t>
        <w:br/>
        <w:t>f 11208/12514/10390 11199/12507/10383 11207/12515/10391</w:t>
        <w:br/>
        <w:t>f 11126/12469/10345 11217/12518/10394 11204/12513/10389</w:t>
        <w:br/>
        <w:t>f 11129/12466/10342 11126/12469/10345 11204/12513/10389</w:t>
        <w:br/>
        <w:t>f 11217/12518/10394 11126/12469/10345 11201/12511/10387</w:t>
        <w:br/>
        <w:t>f 11202/12510/10386 11217/12518/10394 11201/12511/10387</w:t>
        <w:br/>
        <w:t>f 11219/12519/10395 11218/12520/10396 11205/12517/10393</w:t>
        <w:br/>
        <w:t>f 11206/12516/10392 11219/12519/10395 11205/12517/10393</w:t>
        <w:br/>
        <w:t>f 11218/12520/10396 11219/12519/10395 11184/12494/10370</w:t>
        <w:br/>
        <w:t>f 11185/12493/10369 11218/12520/10396 11184/12494/10370</w:t>
        <w:br/>
        <w:t>f 11223/12521/10397 11222/12522/10398 11221/12523/10399</w:t>
        <w:br/>
        <w:t>f 11220/12524/10400 11223/12521/10397 11221/12523/10399</w:t>
        <w:br/>
        <w:t>f 11225/12525/10401 11224/12526/10402 11196/12505/10381</w:t>
        <w:br/>
        <w:t>f 11194/12504/10380 11225/12525/10401 11196/12505/10381</w:t>
        <w:br/>
        <w:t>f 11226/12527/10403 11225/12525/10401 11194/12504/10380</w:t>
        <w:br/>
        <w:t>f 11195/12503/10379 11226/12527/10403 11194/12504/10380</w:t>
        <w:br/>
        <w:t>f 11274/12528/10404 10868/12449/10326 10867/5022/4126</w:t>
        <w:br/>
        <w:t>f 11273/5095/4185 11274/12528/10404 10867/5022/4126</w:t>
        <w:br/>
        <w:t>f 11274/12528/10404 11273/5095/4185 11041/4978/4095</w:t>
        <w:br/>
        <w:t>f 11058/12454/10330 11274/12528/10404 11041/4978/4095</w:t>
        <w:br/>
        <w:t>f 11143/12482/10358 11142/12483/10359 11380/12529/10405</w:t>
        <w:br/>
        <w:t>f 11400/12530/10406 11143/12482/10358 11380/12529/10405</w:t>
        <w:br/>
        <w:t>f 11135/12475/10351 11402/12531/10407 11401/12532/10408</w:t>
        <w:br/>
        <w:t>f 11144/12484/10360 11135/12475/10351 11401/12532/10408</w:t>
        <w:br/>
        <w:t>f 11187/12495/10371 11389/12533/10409 11387/12534/10410</w:t>
        <w:br/>
        <w:t>f 11174/12489/10365 11175/12488/10364 11403/12535/10411</w:t>
        <w:br/>
        <w:t>f 11393/12536/10412 11174/12489/10365 11403/12535/10411</w:t>
        <w:br/>
        <w:t>f 11187/12495/10371 11174/12489/10365 11390/12537/10413</w:t>
        <w:br/>
        <w:t>f 11405/12538/10414 11404/12539/10415 11376/12540/10416</w:t>
        <w:br/>
        <w:t>f 11374/12541/10417 11405/12538/10414 11376/12540/10416</w:t>
        <w:br/>
        <w:t>f 11221/12523/10399 11405/12538/10414 11374/12541/10417</w:t>
        <w:br/>
        <w:t>f 11220/12524/10400 11221/12523/10399 11374/12541/10417</w:t>
        <w:br/>
        <w:t>f 11400/12530/10406 11380/12529/10405 11377/12542/10418</w:t>
        <w:br/>
        <w:t>f 11406/12543/10415 11400/12530/10406 11377/12542/10418</w:t>
        <w:br/>
        <w:t>f 11408/12544/10419 11144/12484/10360 11407/12545/10420</w:t>
        <w:br/>
        <w:t>f 11198/12508/10384 11364/12546/10421 11409/12547/10422</w:t>
        <w:br/>
        <w:t>f 11197/12509/10385 11198/12508/10384 11409/12547/10422</w:t>
        <w:br/>
        <w:t>f 11411/12548/10423 11206/12516/10392 11207/12515/10391</w:t>
        <w:br/>
        <w:t>f 11410/12549/10424 11411/12548/10423 11207/12515/10391</w:t>
        <w:br/>
        <w:t>f 11410/12549/10424 11207/12515/10391 11200/12506/10382</w:t>
        <w:br/>
        <w:t>f 11412/12550/10425 11410/12549/10424 11200/12506/10382</w:t>
        <w:br/>
        <w:t>f 11413/12551/10426 11197/12509/10385 11362/12552/10427</w:t>
        <w:br/>
        <w:t>f 11225/12525/10401 11226/12527/10403 11222/12522/10398</w:t>
        <w:br/>
        <w:t>f 11223/12521/10397 11225/12525/10401 11222/12522/10398</w:t>
        <w:br/>
        <w:t>f 11224/12526/10402 11369/12553/10428 11196/12505/10381</w:t>
        <w:br/>
        <w:t>f 11366/12554/10429 11364/12546/10421 11193/12501/10377</w:t>
        <w:br/>
        <w:t>f 11196/12505/10381 11366/12554/10429 11193/12501/10377</w:t>
        <w:br/>
        <w:t>f 11141/12480/10356 11408/12544/10419 11425/12555/10430</w:t>
        <w:br/>
        <w:t>f 11141/12480/10356 11139/12477/10353 11144/12484/10360</w:t>
        <w:br/>
        <w:t>f 11408/12544/10419 11141/12480/10356 11144/12484/10360</w:t>
        <w:br/>
        <w:t>f 11187/12495/10371 11390/12537/10413 11389/12533/10409</w:t>
        <w:br/>
        <w:t>f 11354/12556/10431 11144/12484/10360 11401/12532/10408</w:t>
        <w:br/>
        <w:t>f 11141/12480/10356 11425/12555/10430 11142/12483/10359</w:t>
        <w:br/>
        <w:t>f 11369/12553/10428 11366/12554/10429 11196/12505/10381</w:t>
        <w:br/>
        <w:t>f 11359/12557/10432 11412/12550/10425 11200/12506/10382</w:t>
        <w:br/>
        <w:t>f 11197/12509/10385 11359/12557/10432 11200/12506/10382</w:t>
        <w:br/>
        <w:t>f 11430/12558/10433 11429/12559/10434 11428/12560/10435</w:t>
        <w:br/>
        <w:t>f 11433/12561/10436 11432/12562/10437 11431/12563/10438</w:t>
        <w:br/>
        <w:t>f 11435/12564/10439 11434/12565/10440 11433/12561/10436</w:t>
        <w:br/>
        <w:t>f 11431/12563/10438 11437/12566/10441 11436/12567/10442</w:t>
        <w:br/>
        <w:t>f 11435/12564/10439 11431/12563/10438 11436/12567/10442</w:t>
        <w:br/>
        <w:t>f 11439/12568/10443 11438/12569/10444 11435/12564/10439</w:t>
        <w:br/>
        <w:t>f 11436/12567/10442 11439/12568/10443 11435/12564/10439</w:t>
        <w:br/>
        <w:t>f 11434/12565/10440 11435/12564/10439 11438/12569/10444</w:t>
        <w:br/>
        <w:t>f 11440/12570/10445 11434/12565/10440 11438/12569/10444</w:t>
        <w:br/>
        <w:t>f 11439/12568/10443 11443/12571/10446 11442/12572/10447</w:t>
        <w:br/>
        <w:t>f 11441/12573/10448 11439/12568/10443 11442/12572/10447</w:t>
        <w:br/>
        <w:t>f 11445/12574/10449 11444/12575/10450 11441/12573/10448</w:t>
        <w:br/>
        <w:t>f 11442/12572/10447 11445/12574/10449 11441/12573/10448</w:t>
        <w:br/>
        <w:t>f 11443/12571/10446 11439/12568/10443 11436/12567/10442</w:t>
        <w:br/>
        <w:t>f 11446/12576/10451 11443/12571/10446 11436/12567/10442</w:t>
        <w:br/>
        <w:t>f 11447/12577/10452 11431/12563/10438 11432/12562/10437</w:t>
        <w:br/>
        <w:t>f 11447/12577/10452 11449/12578/10453 11448/12579/10454</w:t>
        <w:br/>
        <w:t>f 11437/12566/10441 11431/12563/10438 11447/12577/10452</w:t>
        <w:br/>
        <w:t>f 11450/12580/10455 11437/12566/10441 11447/12577/10452</w:t>
        <w:br/>
        <w:t>f 11447/12577/10452 11448/12579/10454 11451/12581/10456</w:t>
        <w:br/>
        <w:t>f 11450/12580/10455 11447/12577/10452 11451/12581/10456</w:t>
        <w:br/>
        <w:t>f 11452/12582/10457 11433/12561/10436 11434/12565/10440</w:t>
        <w:br/>
        <w:t>f 11440/12570/10445 11454/12583/10458 11453/12584/10459</w:t>
        <w:br/>
        <w:t>f 11434/12565/10440 11440/12570/10445 11453/12584/10459</w:t>
        <w:br/>
        <w:t>f 11458/12585/10460 11457/12586/10461 11456/12587/10462</w:t>
        <w:br/>
        <w:t>f 11455/12588/10463 11458/12585/10460 11456/12587/10462</w:t>
        <w:br/>
        <w:t>f 11452/12582/10457 11434/12565/10440 11453/12584/10459</w:t>
        <w:br/>
        <w:t>f 11461/12589/10464 11460/12590/10465 11459/12591/10466</w:t>
        <w:br/>
        <w:t>f 11452/12582/10457 11459/12591/10466 11433/12561/10436</w:t>
        <w:br/>
        <w:t>f 11428/12560/10435 11459/12591/10466 11460/12590/10465</w:t>
        <w:br/>
        <w:t>f 11432/12562/10437 11433/12561/10436 11459/12591/10466</w:t>
        <w:br/>
        <w:t>f 11428/12560/10435 11432/12562/10437 11459/12591/10466</w:t>
        <w:br/>
        <w:t>f 11428/12560/10435 11460/12590/10465 11462/12592/10467</w:t>
        <w:br/>
        <w:t>f 11429/12559/10434 11464/12593/10468 11463/12594/10469</w:t>
        <w:br/>
        <w:t>f 11449/12578/10453 11429/12559/10434 11463/12594/10469</w:t>
        <w:br/>
        <w:t>f 11463/12594/10469 11467/12595/10470 11466/12596/10471</w:t>
        <w:br/>
        <w:t>f 11465/12597/10472 11463/12594/10469 11466/12596/10471</w:t>
        <w:br/>
        <w:t>f 11448/12579/10454 11449/12578/10453 11463/12594/10469</w:t>
        <w:br/>
        <w:t>f 11465/12597/10472 11448/12579/10454 11463/12594/10469</w:t>
        <w:br/>
        <w:t>f 11469/12598/10473 11468/12599/10474 11465/12597/10472</w:t>
        <w:br/>
        <w:t>f 11466/12596/10471 11469/12598/10473 11465/12597/10472</w:t>
        <w:br/>
        <w:t>f 11472/12600/10475 11471/12601/10476 11470/12602/10477</w:t>
        <w:br/>
        <w:t>f 11467/12595/10470 11472/12600/10475 11470/12602/10477</w:t>
        <w:br/>
        <w:t>f 11472/12600/10475 11467/12595/10470 11463/12594/10469</w:t>
        <w:br/>
        <w:t>f 11464/12593/10468 11472/12600/10475 11463/12594/10469</w:t>
        <w:br/>
        <w:t>f 11474/12603/10478 11472/12600/10475 11464/12593/10468</w:t>
        <w:br/>
        <w:t>f 11473/12604/10479 11474/12603/10478 11464/12593/10468</w:t>
        <w:br/>
        <w:t>f 11429/12559/10434 11449/12578/10453 11432/12562/10437</w:t>
        <w:br/>
        <w:t>f 11428/12560/10435 11429/12559/10434 11432/12562/10437</w:t>
        <w:br/>
        <w:t>f 11429/12559/10434 11430/12558/10433 11473/12604/10479</w:t>
        <w:br/>
        <w:t>f 11464/12593/10468 11429/12559/10434 11473/12604/10479</w:t>
        <w:br/>
        <w:t>f 11476/12605/10480 11475/12606/10481 11430/12558/10433</w:t>
        <w:br/>
        <w:t>f 11476/12605/10480 11430/12558/10433 11462/12592/10467</w:t>
        <w:br/>
        <w:t>f 11475/12606/10481 11477/12607/10482 11473/12604/10479</w:t>
        <w:br/>
        <w:t>f 11478/12608/10483 11474/12603/10478 11473/12604/10479</w:t>
        <w:br/>
        <w:t>f 11482/12609/10484 11481/12610/10485 11480/12611/10486</w:t>
        <w:br/>
        <w:t>f 11479/12612/10487 11482/12609/10484 11480/12611/10486</w:t>
        <w:br/>
        <w:t>f 11488/12613/10488 11487/12614/10489 11486/12615/10490</w:t>
        <w:br/>
        <w:t>f 11491/12616/10491 11490/12617/10492 11489/12618/10493</w:t>
        <w:br/>
        <w:t>f 11493/12619/10494 11489/12618/10493 11490/12617/10492</w:t>
        <w:br/>
        <w:t>f 11492/12620/10495 11493/12619/10494 11490/12617/10492</w:t>
        <w:br/>
        <w:t>f 11495/12621/10496 11494/12622/10497 11489/12618/10493</w:t>
        <w:br/>
        <w:t>f 11493/12619/10494 11495/12621/10496 11489/12618/10493</w:t>
        <w:br/>
        <w:t>f 11489/12618/10493 11494/12622/10497 11496/12623/10498</w:t>
        <w:br/>
        <w:t>f 11488/12613/10488 11498/12624/10499 11497/12625/10500</w:t>
        <w:br/>
        <w:t>f 11497/12625/10500 11498/12624/10499 11500/12626/10501</w:t>
        <w:br/>
        <w:t>f 11499/12627/10502 11497/12625/10500 11500/12626/10501</w:t>
        <w:br/>
        <w:t>f 11503/12628/10503 11499/12627/10502 11502/12629/10504</w:t>
        <w:br/>
        <w:t>f 11501/12630/10505 11503/12628/10503 11502/12629/10504</w:t>
        <w:br/>
        <w:t>f 11499/12627/10502 11503/12628/10503 11504/12631/10506</w:t>
        <w:br/>
        <w:t>f 11497/12625/10500 11499/12627/10502 11504/12631/10506</w:t>
        <w:br/>
        <w:t>f 11501/12630/10505 11506/12632/10507 11505/12633/10508</w:t>
        <w:br/>
        <w:t>f 11503/12628/10503 11501/12630/10505 11505/12633/10508</w:t>
        <w:br/>
        <w:t>f 11507/12634/10509 11504/12631/10506 11503/12628/10503</w:t>
        <w:br/>
        <w:t>f 11505/12633/10508 11507/12634/10509 11503/12628/10503</w:t>
        <w:br/>
        <w:t>f 11508/12635/10510 11502/12629/10504 11499/12627/10502</w:t>
        <w:br/>
        <w:t>f 11500/12626/10501 11508/12635/10510 11499/12627/10502</w:t>
        <w:br/>
        <w:t>f 11510/12636/10511 11509/12637/10512 11502/12629/10504</w:t>
        <w:br/>
        <w:t>f 11508/12635/10510 11510/12636/10511 11502/12629/10504</w:t>
        <w:br/>
        <w:t>f 11509/12637/10512 11511/12638/10513 11501/12630/10505</w:t>
        <w:br/>
        <w:t>f 11502/12629/10504 11509/12637/10512 11501/12630/10505</w:t>
        <w:br/>
        <w:t>f 11495/12621/10496 11498/12624/10499 11488/12613/10488</w:t>
        <w:br/>
        <w:t>f 11494/12622/10497 11495/12621/10496 11488/12613/10488</w:t>
        <w:br/>
        <w:t>f 11488/12613/10488 11496/12623/10498 11494/12622/10497</w:t>
        <w:br/>
        <w:t>f 11498/12624/10499 11495/12621/10496 11512/12639/10514</w:t>
        <w:br/>
        <w:t>f 11500/12626/10501 11498/12624/10499 11512/12639/10514</w:t>
        <w:br/>
        <w:t>f 11513/12640/10515 11508/12635/10510 11500/12626/10501</w:t>
        <w:br/>
        <w:t>f 11512/12639/10514 11513/12640/10515 11500/12626/10501</w:t>
        <w:br/>
        <w:t>f 11497/12625/10500 11504/12631/10506 11487/12614/10489</w:t>
        <w:br/>
        <w:t>f 11487/12614/10489 11504/12631/10506 11507/12634/10509</w:t>
        <w:br/>
        <w:t>f 11515/12641/10516 11507/12634/10509 11514/12642/10517</w:t>
        <w:br/>
        <w:t>f 11486/12615/10490 11517/12643/10518 11516/12644/10519</w:t>
        <w:br/>
        <w:t>f 11517/12643/10518 11520/12645/10520 11519/12646/10521</w:t>
        <w:br/>
        <w:t>f 11518/12647/10522 11517/12643/10518 11519/12646/10521</w:t>
        <w:br/>
        <w:t>f 11524/12648/10523 11523/12649/10524 11522/12650/10525</w:t>
        <w:br/>
        <w:t>f 11521/12651/10526 11524/12648/10523 11522/12650/10525</w:t>
        <w:br/>
        <w:t>f 11521/12651/10526 11526/12652/10527 11515/12641/10516</w:t>
        <w:br/>
        <w:t>f 11525/12653/10528 11521/12651/10526 11515/12641/10516</w:t>
        <w:br/>
        <w:t>f 11529/12654/10529 11528/12655/10530 11525/12653/10528</w:t>
        <w:br/>
        <w:t>f 11527/12656/10531 11529/12654/10529 11525/12653/10528</w:t>
        <w:br/>
        <w:t>f 11524/12648/10523 11521/12651/10526 11525/12653/10528</w:t>
        <w:br/>
        <w:t>f 11528/12655/10530 11524/12648/10523 11525/12653/10528</w:t>
        <w:br/>
        <w:t>f 11514/12642/10517 11527/12656/10531 11525/12653/10528</w:t>
        <w:br/>
        <w:t>f 11521/12651/10526 11520/12645/10520 11517/12643/10518</w:t>
        <w:br/>
        <w:t>f 11526/12652/10527 11521/12651/10526 11517/12643/10518</w:t>
        <w:br/>
        <w:t>f 11533/12657/10532 11532/12658/10533 11531/12659/10524</w:t>
        <w:br/>
        <w:t>f 11530/12660/10523 11533/12657/10532 11531/12659/10524</w:t>
        <w:br/>
        <w:t>f 11532/12658/10533 11533/12657/10532 11535/12661/10534</w:t>
        <w:br/>
        <w:t>f 11534/12662/10535 11532/12658/10533 11535/12661/10534</w:t>
        <w:br/>
        <w:t>f 11539/12663/10536 11538/12664/10537 11537/12665/5233</w:t>
        <w:br/>
        <w:t>f 11536/12666/10538 11539/12663/10536 11537/12665/5233</w:t>
        <w:br/>
        <w:t>f 11541/12667/10539 11539/12663/10536 11536/12666/10538</w:t>
        <w:br/>
        <w:t>f 11540/12668/10540 11541/12667/10539 11536/12666/10538</w:t>
        <w:br/>
        <w:t>f 11520/12645/10520 11543/12669/10540 11542/12670/10539</w:t>
        <w:br/>
        <w:t>f 11519/12646/10521 11520/12645/10520 11542/12670/10539</w:t>
        <w:br/>
        <w:t>f 11448/12579/10454 11465/12597/10472 11468/12599/10474</w:t>
        <w:br/>
        <w:t>f 11451/12581/10456 11448/12579/10454 11468/12599/10474</w:t>
        <w:br/>
        <w:t>f 11468/12599/10474 11469/12598/10473 11545/12671/10541</w:t>
        <w:br/>
        <w:t>f 11544/12672/10542 11468/12599/10474 11545/12671/10541</w:t>
        <w:br/>
        <w:t>f 11451/12581/10456 11468/12599/10474 11544/12672/10542</w:t>
        <w:br/>
        <w:t>f 11546/12673/10543 11451/12581/10456 11544/12672/10542</w:t>
        <w:br/>
        <w:t>f 11450/12580/10455 11451/12581/10456 11546/12673/10543</w:t>
        <w:br/>
        <w:t>f 11547/12674/10544 11450/12580/10455 11546/12673/10543</w:t>
        <w:br/>
        <w:t>f 11544/12672/10542 11545/12671/10541 11549/12675/10545</w:t>
        <w:br/>
        <w:t>f 11548/12676/10546 11544/12672/10542 11549/12675/10545</w:t>
        <w:br/>
        <w:t>f 11548/12676/10546 11550/12677/10547 11481/12610/10485</w:t>
        <w:br/>
        <w:t>f 11482/12609/10484 11548/12676/10546 11481/12610/10485</w:t>
        <w:br/>
        <w:t>f 11482/12609/10484 11546/12673/10543 11544/12672/10542</w:t>
        <w:br/>
        <w:t>f 11548/12676/10546 11482/12609/10484 11544/12672/10542</w:t>
        <w:br/>
        <w:t>f 11553/12678/10548 11552/12679/10549 11551/12680/10550</w:t>
        <w:br/>
        <w:t>f 11554/12681/10551 11550/12677/10547 11548/12676/10546</w:t>
        <w:br/>
        <w:t>f 11549/12675/10545 11554/12681/10551 11548/12676/10546</w:t>
        <w:br/>
        <w:t>f 11555/12682/10552 11553/12678/10548 11550/12677/10547</w:t>
        <w:br/>
        <w:t>f 11554/12681/10551 11555/12682/10552 11550/12677/10547</w:t>
        <w:br/>
        <w:t>f 11545/12671/10541 11557/12683/10553 11556/12684/10554</w:t>
        <w:br/>
        <w:t>f 11549/12675/10545 11545/12671/10541 11556/12684/10554</w:t>
        <w:br/>
        <w:t>f 11556/12684/10554 11557/12683/10553 11558/12685/10555</w:t>
        <w:br/>
        <w:t>f 11469/12598/10473 11559/12686/10556 11557/12683/10553</w:t>
        <w:br/>
        <w:t>f 11545/12671/10541 11469/12598/10473 11557/12683/10553</w:t>
        <w:br/>
        <w:t>f 11546/12673/10543 11482/12609/10484 11479/12612/10487</w:t>
        <w:br/>
        <w:t>f 11547/12674/10544 11546/12673/10543 11479/12612/10487</w:t>
        <w:br/>
        <w:t>f 11481/12610/10485 11551/12680/10550 11480/12611/10486</w:t>
        <w:br/>
        <w:t>f 11562/12687/10557 11561/12688/10558 11560/12689/10559</w:t>
        <w:br/>
        <w:t>f 11566/12690/10560 11565/12691/10561 11564/12692/10562</w:t>
        <w:br/>
        <w:t>f 11563/12693/10563 11566/12690/10560 11564/12692/10562</w:t>
        <w:br/>
        <w:t>f 11563/12693/10563 11564/12692/10562 11568/12694/10564</w:t>
        <w:br/>
        <w:t>f 11567/12695/10565 11563/12693/10563 11568/12694/10564</w:t>
        <w:br/>
        <w:t>f 11572/12696/10566 11571/12697/10567 11570/12698/10568</w:t>
        <w:br/>
        <w:t>f 11569/12699/10569 11572/12696/10566 11570/12698/10568</w:t>
        <w:br/>
        <w:t>f 11569/12699/10569 11563/12693/10563 11567/12695/10565</w:t>
        <w:br/>
        <w:t>f 11572/12696/10566 11569/12699/10569 11567/12695/10565</w:t>
        <w:br/>
        <w:t>f 11573/12700/10570 11568/12694/10564 11564/12692/10562</w:t>
        <w:br/>
        <w:t>f 11574/12701/10571 11573/12700/10570 11564/12692/10562</w:t>
        <w:br/>
        <w:t>f 11553/12678/10548 11555/12682/10552 11575/12702/10572</w:t>
        <w:br/>
        <w:t>f 11561/12688/10558 11577/12703/10573 11576/12704/10574</w:t>
        <w:br/>
        <w:t>f 11560/12689/10559 11561/12688/10558 11576/12704/10574</w:t>
        <w:br/>
        <w:t>f 11576/12704/10574 11579/12705/10575 11578/12706/10576</w:t>
        <w:br/>
        <w:t>f 11580/12707/10577 11574/12701/10571 11578/12706/10576</w:t>
        <w:br/>
        <w:t>f 11579/12705/10575 11580/12707/10577 11578/12706/10576</w:t>
        <w:br/>
        <w:t>f 11584/12708/10578 11583/12709/10579 11582/12710/10580</w:t>
        <w:br/>
        <w:t>f 11581/12711/10581 11584/12708/10578 11582/12710/10580</w:t>
        <w:br/>
        <w:t>f 11586/12712/10582 11585/12713/10583 11582/12710/10580</w:t>
        <w:br/>
        <w:t>f 11583/12709/10579 11586/12712/10582 11582/12710/10580</w:t>
        <w:br/>
        <w:t>f 11585/12713/10583 11587/12714/10584 11579/12705/10575</w:t>
        <w:br/>
        <w:t>f 11587/12714/10584 11585/12713/10583 11586/12712/10582</w:t>
        <w:br/>
        <w:t>f 11590/12715/10585 11589/12716/10586 11588/12717/10587</w:t>
        <w:br/>
        <w:t>f 11587/12714/10584 11590/12715/10585 11588/12717/10587</w:t>
        <w:br/>
        <w:t>f 11588/12717/10587 11580/12707/10577 11579/12705/10575</w:t>
        <w:br/>
        <w:t>f 11587/12714/10584 11588/12717/10587 11579/12705/10575</w:t>
        <w:br/>
        <w:t>f 11554/12681/10551 11549/12675/10545 11556/12684/10554</w:t>
        <w:br/>
        <w:t>f 11574/12701/10571 11564/12692/10562 11565/12691/10561</w:t>
        <w:br/>
        <w:t>f 11578/12706/10576 11574/12701/10571 11565/12691/10561</w:t>
        <w:br/>
        <w:t>f 11563/12693/10563 11569/12699/10569 11591/12718/10588</w:t>
        <w:br/>
        <w:t>f 11566/12690/10560 11563/12693/10563 11591/12718/10588</w:t>
        <w:br/>
        <w:t>f 11592/12719/10589 11566/12690/10560 11591/12718/10588</w:t>
        <w:br/>
        <w:t>f 11492/12620/10495 11592/12719/10589 11591/12718/10588</w:t>
        <w:br/>
        <w:t>f 11569/12699/10569 11570/12698/10568 11593/12720/10590</w:t>
        <w:br/>
        <w:t>f 11591/12718/10588 11569/12699/10569 11593/12720/10590</w:t>
        <w:br/>
        <w:t>f 11570/12698/10568 11513/12640/10515 11512/12639/10514</w:t>
        <w:br/>
        <w:t>f 11593/12720/10590 11570/12698/10568 11512/12639/10514</w:t>
        <w:br/>
        <w:t>f 11493/12619/10494 11593/12720/10590 11512/12639/10514</w:t>
        <w:br/>
        <w:t>f 11495/12621/10496 11493/12619/10494 11512/12639/10514</w:t>
        <w:br/>
        <w:t>f 11492/12620/10495 11591/12718/10588 11593/12720/10590</w:t>
        <w:br/>
        <w:t>f 11493/12619/10494 11492/12620/10495 11593/12720/10590</w:t>
        <w:br/>
        <w:t>f 11511/12638/10513 11594/12721/10591 11506/12632/10507</w:t>
        <w:br/>
        <w:t>f 11501/12630/10505 11511/12638/10513 11506/12632/10507</w:t>
        <w:br/>
        <w:t>f 11598/12722/10592 11597/12723/10593 11596/12724/10594</w:t>
        <w:br/>
        <w:t>f 11595/12725/10595 11598/12722/10592 11596/12724/10594</w:t>
        <w:br/>
        <w:t>f 11595/12725/10595 11596/12724/10594 11600/12726/10596</w:t>
        <w:br/>
        <w:t>f 11599/12727/10597 11595/12725/10595 11600/12726/10596</w:t>
        <w:br/>
        <w:t>f 11600/12726/10596 11506/12632/10507 11594/12721/10591</w:t>
        <w:br/>
        <w:t>f 11599/12727/10597 11600/12726/10596 11594/12721/10591</w:t>
        <w:br/>
        <w:t>f 11508/12635/10510 11513/12640/10515 11601/12728/10598</w:t>
        <w:br/>
        <w:t>f 11510/12636/10511 11508/12635/10510 11601/12728/10598</w:t>
        <w:br/>
        <w:t>f 11513/12640/10515 11570/12698/10568 11571/12697/10567</w:t>
        <w:br/>
        <w:t>f 11601/12728/10598 11513/12640/10515 11571/12697/10567</w:t>
        <w:br/>
        <w:t>f 11474/12603/10478 11603/12729/10599 11602/12730/10600</w:t>
        <w:br/>
        <w:t>f 11607/12731/10601 11606/12732/10601 11605/12733/10602</w:t>
        <w:br/>
        <w:t>f 11604/12734/10602 11607/12731/10601 11605/12733/10602</w:t>
        <w:br/>
        <w:t>f 11604/12734/10602 11605/12733/10602 11609/12735/10603</w:t>
        <w:br/>
        <w:t>f 11608/12736/10604 11604/12734/10602 11609/12735/10603</w:t>
        <w:br/>
        <w:t>f 11611/12737/10605 11610/12738/10606 11608/12736/10604</w:t>
        <w:br/>
        <w:t>f 11609/12735/10603 11611/12737/10605 11608/12736/10604</w:t>
        <w:br/>
        <w:t>f 11613/12739/10607 11612/12740/10608 11610/12738/10606</w:t>
        <w:br/>
        <w:t>f 11611/12737/10605 11613/12739/10607 11610/12738/10606</w:t>
        <w:br/>
        <w:t>f 11615/12741/10609 11614/12742/10609 11612/12740/10608</w:t>
        <w:br/>
        <w:t>f 11613/12739/10607 11615/12741/10609 11612/12740/10608</w:t>
        <w:br/>
        <w:t>f 11619/12743/10610 11618/12744/10610 11617/12745/10611</w:t>
        <w:br/>
        <w:t>f 11616/12746/10611 11619/12743/10610 11617/12745/10611</w:t>
        <w:br/>
        <w:t>f 11606/12732/10601 11607/12731/10601 11616/12746/10611</w:t>
        <w:br/>
        <w:t>f 11617/12745/10611 11606/12732/10601 11616/12746/10611</w:t>
        <w:br/>
        <w:t>f 11621/12747/10612 11618/12744/10610 11619/12743/10610</w:t>
        <w:br/>
        <w:t>f 11620/12748/10612 11621/12747/10612 11619/12743/10610</w:t>
        <w:br/>
        <w:t>f 11621/12747/10612 11620/12748/10612 11623/12749/10613</w:t>
        <w:br/>
        <w:t>f 11622/12750/10613 11621/12747/10612 11623/12749/10613</w:t>
        <w:br/>
        <w:t>f 11625/12751/10614 11624/12752/10614 11622/12750/10613</w:t>
        <w:br/>
        <w:t>f 11623/12749/10613 11625/12751/10614 11622/12750/10613</w:t>
        <w:br/>
        <w:t>f 11628/12753/10615 11627/12754/10616 11626/12755/10617</w:t>
        <w:br/>
        <w:t>f 11631/12756/10618 11630/12757/10619 11629/12758/10620</w:t>
        <w:br/>
        <w:t>f 11634/12759/10621 11633/12760/10622 11629/12758/10620</w:t>
        <w:br/>
        <w:t>f 11632/12761/10623 11634/12759/10621 11629/12758/10620</w:t>
        <w:br/>
        <w:t>f 11636/12762/10624 11635/12763/10625 11634/12759/10621</w:t>
        <w:br/>
        <w:t>f 11632/12761/10623 11636/12762/10624 11634/12759/10621</w:t>
        <w:br/>
        <w:t>f 11638/12764/10626 11634/12759/10621 11635/12763/10625</w:t>
        <w:br/>
        <w:t>f 11637/12765/10627 11638/12764/10626 11635/12763/10625</w:t>
        <w:br/>
        <w:t>f 11633/12760/10622 11634/12759/10621 11638/12764/10626</w:t>
        <w:br/>
        <w:t>f 11639/12766/10628 11633/12760/10622 11638/12764/10626</w:t>
        <w:br/>
        <w:t>f 11641/12767/10629 11629/12758/10620 11633/12760/10622</w:t>
        <w:br/>
        <w:t>f 11640/12768/10630 11641/12767/10629 11633/12760/10622</w:t>
        <w:br/>
        <w:t>f 11640/12768/10630 11633/12760/10622 11639/12766/10628</w:t>
        <w:br/>
        <w:t>f 11558/12685/10555 11640/12768/10630 11639/12766/10628</w:t>
        <w:br/>
        <w:t>f 11631/12756/10618 11629/12758/10620 11641/12767/10629</w:t>
        <w:br/>
        <w:t>f 11630/12757/10619 11642/12769/10631 11632/12761/10623</w:t>
        <w:br/>
        <w:t>f 11629/12758/10620 11630/12757/10619 11632/12761/10623</w:t>
        <w:br/>
        <w:t>f 11644/12770/10632 11642/12769/10631 11630/12757/10619</w:t>
        <w:br/>
        <w:t>f 11643/12771/10633 11644/12770/10632 11630/12757/10619</w:t>
        <w:br/>
        <w:t>f 11630/12757/10619 11631/12756/10618 11626/12755/10617</w:t>
        <w:br/>
        <w:t>f 11643/12771/10633 11630/12757/10619 11626/12755/10617</w:t>
        <w:br/>
        <w:t>f 11642/12769/10631 11645/12772/10634 11636/12762/10624</w:t>
        <w:br/>
        <w:t>f 11632/12761/10623 11642/12769/10631 11636/12762/10624</w:t>
        <w:br/>
        <w:t>f 11455/12588/10463 11647/12773/10635 11646/12774/10636</w:t>
        <w:br/>
        <w:t>f 11458/12585/10460 11455/12588/10463 11646/12774/10636</w:t>
        <w:br/>
        <w:t>f 11444/12575/10450 11646/12774/10636 11647/12773/10635</w:t>
        <w:br/>
        <w:t>f 11441/12573/10448 11444/12575/10450 11647/12773/10635</w:t>
        <w:br/>
        <w:t>f 11602/12730/10600 11648/12775/10637 11471/12601/10476</w:t>
        <w:br/>
        <w:t>f 11471/12601/10476 11648/12775/10637 11628/12753/10615</w:t>
        <w:br/>
        <w:t>f 11648/12775/10637 11627/12754/10616 11628/12753/10615</w:t>
        <w:br/>
        <w:t>f 11628/12753/10615 11631/12756/10618 11470/12602/10477</w:t>
        <w:br/>
        <w:t>f 11471/12601/10476 11628/12753/10615 11470/12602/10477</w:t>
        <w:br/>
        <w:t>f 11651/12776/10638 11650/12777/10639 11649/12778/10640</w:t>
        <w:br/>
        <w:t>f 11642/12769/10631 11644/12770/10632 11652/12779/10641</w:t>
        <w:br/>
        <w:t>f 11645/12772/10634 11642/12769/10631 11652/12779/10641</w:t>
        <w:br/>
        <w:t>f 11478/12608/10483 11603/12729/10599 11474/12603/10478</w:t>
        <w:br/>
        <w:t>f 11584/12708/10578 11655/12780/10642 11654/12781/10643</w:t>
        <w:br/>
        <w:t>f 11653/12782/10644 11584/12708/10578 11654/12781/10643</w:t>
        <w:br/>
        <w:t>f 11657/12783/10645 11584/12708/10578 11653/12782/10644</w:t>
        <w:br/>
        <w:t>f 11656/12784/10646 11657/12783/10645 11653/12782/10644</w:t>
        <w:br/>
        <w:t>f 11653/12782/10644 11534/12662/10535 11535/12661/10534</w:t>
        <w:br/>
        <w:t>f 11656/12784/10646 11663/12785/10647 11662/12786/10648</w:t>
        <w:br/>
        <w:t>f 11657/12783/10645 11656/12784/10646 11662/12786/10648</w:t>
        <w:br/>
        <w:t>f 11657/12783/10645 11662/12786/10648 11664/12787/10649</w:t>
        <w:br/>
        <w:t>f 11583/12709/10579 11584/12708/10578 11657/12783/10645</w:t>
        <w:br/>
        <w:t>f 11670/12788/10650 11535/12661/10534 11533/12657/10532</w:t>
        <w:br/>
        <w:t>f 11669/12789/10651 11670/12788/10650 11533/12657/10532</w:t>
        <w:br/>
        <w:t>f 11670/12788/10650 11669/12789/10651 11671/12790/10652</w:t>
        <w:br/>
        <w:t>f 11670/12788/10650 11671/12790/10652 11672/12791/10653</w:t>
        <w:br/>
        <w:t>f 11671/12790/10652 11674/12792/10654 11673/12793/10655</w:t>
        <w:br/>
        <w:t>f 11672/12791/10653 11671/12790/10652 11673/12793/10655</w:t>
        <w:br/>
        <w:t>f 11676/12794/10656 11673/12793/10655 11674/12792/10654</w:t>
        <w:br/>
        <w:t>f 11675/12795/10657 11676/12794/10656 11674/12792/10654</w:t>
        <w:br/>
        <w:t>f 11675/12795/10657 11678/12796/10658 11677/12797/10659</w:t>
        <w:br/>
        <w:t>f 11676/12794/10656 11675/12795/10657 11677/12797/10659</w:t>
        <w:br/>
        <w:t>f 11678/12796/10658 11675/12795/10657 11680/12798/10660</w:t>
        <w:br/>
        <w:t>f 11679/12799/10661 11678/12796/10658 11680/12798/10660</w:t>
        <w:br/>
        <w:t>f 11680/12798/10660 11683/12800/10662 11682/12801/10663</w:t>
        <w:br/>
        <w:t>f 11681/12802/10664 11680/12798/10660 11682/12801/10663</w:t>
        <w:br/>
        <w:t>f 11681/12802/10664 11684/12803/10592 11679/12799/10661</w:t>
        <w:br/>
        <w:t>f 11680/12798/10660 11681/12802/10664 11679/12799/10661</w:t>
        <w:br/>
        <w:t>f 11683/12800/10662 11680/12798/10660 11675/12795/10657</w:t>
        <w:br/>
        <w:t>f 11674/12792/10654 11683/12800/10662 11675/12795/10657</w:t>
        <w:br/>
        <w:t>f 11686/12804/10665 11685/12805/10666 11676/12794/10656</w:t>
        <w:br/>
        <w:t>f 11677/12797/10659 11686/12804/10665 11676/12794/10656</w:t>
        <w:br/>
        <w:t>f 11688/12806/10667 11687/12807/10668 11685/12805/10666</w:t>
        <w:br/>
        <w:t>f 11686/12804/10665 11688/12806/10667 11685/12805/10666</w:t>
        <w:br/>
        <w:t>f 11687/12807/10668 11690/12808/10669 11689/12809/10670</w:t>
        <w:br/>
        <w:t>f 11685/12805/10666 11687/12807/10668 11689/12809/10670</w:t>
        <w:br/>
        <w:t>f 11685/12805/10666 11689/12809/10670 11673/12793/10655</w:t>
        <w:br/>
        <w:t>f 11676/12794/10656 11685/12805/10666 11673/12793/10655</w:t>
        <w:br/>
        <w:t>f 11672/12791/10653 11673/12793/10655 11689/12809/10670</w:t>
        <w:br/>
        <w:t>f 11663/12785/10647 11672/12791/10653 11689/12809/10670</w:t>
        <w:br/>
        <w:t>f 11656/12784/10646 11672/12791/10653 11663/12785/10647</w:t>
        <w:br/>
        <w:t>f 11674/12792/10654 11671/12790/10652 11691/12810/10671</w:t>
        <w:br/>
        <w:t>f 11683/12800/10662 11674/12792/10654 11691/12810/10671</w:t>
        <w:br/>
        <w:t>f 11693/12811/10672 11692/12812/10529 11691/12810/10671</w:t>
        <w:br/>
        <w:t>f 11669/12789/10651 11693/12811/10672 11691/12810/10671</w:t>
        <w:br/>
        <w:t>f 11692/12812/10529 11682/12801/10663 11683/12800/10662</w:t>
        <w:br/>
        <w:t>f 11691/12810/10671 11692/12812/10529 11683/12800/10662</w:t>
        <w:br/>
        <w:t>f 11669/12789/10651 11533/12657/10532 11530/12660/10523</w:t>
        <w:br/>
        <w:t>f 11693/12811/10672 11669/12789/10651 11530/12660/10523</w:t>
        <w:br/>
        <w:t>f 11580/12707/10577 11694/12813/10673 11573/12700/10570</w:t>
        <w:br/>
        <w:t>f 11574/12701/10571 11580/12707/10577 11573/12700/10570</w:t>
        <w:br/>
        <w:t>f 11588/12717/10587 11695/12814/10674 11694/12813/10673</w:t>
        <w:br/>
        <w:t>f 11580/12707/10577 11588/12717/10587 11694/12813/10673</w:t>
        <w:br/>
        <w:t>f 11698/12815/10675 11589/12716/10586 11697/12816/10676</w:t>
        <w:br/>
        <w:t>f 11696/12817/10677 11698/12815/10675 11697/12816/10676</w:t>
        <w:br/>
        <w:t>f 11697/12816/10676 11699/12818/10678 11690/12808/10669</w:t>
        <w:br/>
        <w:t>f 11687/12807/10668 11697/12816/10676 11690/12808/10669</w:t>
        <w:br/>
        <w:t>f 11662/12786/10648 11690/12808/10669 11699/12818/10678</w:t>
        <w:br/>
        <w:t>f 11664/12787/10649 11662/12786/10648 11699/12818/10678</w:t>
        <w:br/>
        <w:t>f 11699/12818/10678 11697/12816/10676 11589/12716/10586</w:t>
        <w:br/>
        <w:t>f 11590/12715/10585 11699/12818/10678 11589/12716/10586</w:t>
        <w:br/>
        <w:t>f 11664/12787/10649 11699/12818/10678 11590/12715/10585</w:t>
        <w:br/>
        <w:t>f 11586/12712/10582 11664/12787/10649 11590/12715/10585</w:t>
        <w:br/>
        <w:t>f 11687/12807/10668 11688/12806/10667 11696/12817/10677</w:t>
        <w:br/>
        <w:t>f 11697/12816/10676 11687/12807/10668 11696/12817/10677</w:t>
        <w:br/>
        <w:t>f 11589/12716/10586 11698/12815/10675 11695/12814/10674</w:t>
        <w:br/>
        <w:t>f 11588/12717/10587 11589/12716/10586 11695/12814/10674</w:t>
        <w:br/>
        <w:t>f 11703/12819/10679 11702/12820/10680 11701/12821/10680</w:t>
        <w:br/>
        <w:t>f 11700/12822/10679 11703/12819/10679 11701/12821/10680</w:t>
        <w:br/>
        <w:t>f 11706/12823/10681 11705/12824/10682 11704/12825/10683</w:t>
        <w:br/>
        <w:t>f 11708/12826/10684 11707/12827/10685 11705/12824/10682</w:t>
        <w:br/>
        <w:t>f 11710/12828/10686 11701/12821/10680 11702/12820/10680</w:t>
        <w:br/>
        <w:t>f 11709/12829/10687 11710/12828/10686 11702/12820/10680</w:t>
        <w:br/>
        <w:t>f 11710/12828/10686 11709/12829/10687 11706/12823/10681</w:t>
        <w:br/>
        <w:t>f 11704/12825/10683 11710/12828/10686 11706/12823/10681</w:t>
        <w:br/>
        <w:t>f 11700/12822/10679 11624/12752/10614 11625/12751/10614</w:t>
        <w:br/>
        <w:t>f 11703/12819/10679 11700/12822/10679 11625/12751/10614</w:t>
        <w:br/>
        <w:t>f 11466/12596/10471 11711/12830/10688 11559/12686/10556</w:t>
        <w:br/>
        <w:t>f 11469/12598/10473 11466/12596/10471 11559/12686/10556</w:t>
        <w:br/>
        <w:t>f 11640/12768/10630 11559/12686/10556 11711/12830/10688</w:t>
        <w:br/>
        <w:t>f 11641/12767/10629 11640/12768/10630 11711/12830/10688</w:t>
        <w:br/>
        <w:t>f 11466/12596/10471 11467/12595/10470 11711/12830/10688</w:t>
        <w:br/>
        <w:t>f 11467/12595/10470 11470/12602/10477 11711/12830/10688</w:t>
        <w:br/>
        <w:t>f 11559/12686/10556 11640/12768/10630 11558/12685/10555</w:t>
        <w:br/>
        <w:t>f 11557/12683/10553 11559/12686/10556 11558/12685/10555</w:t>
        <w:br/>
        <w:t>f 11583/12709/10579 11657/12783/10645 11664/12787/10649</w:t>
        <w:br/>
        <w:t>f 11586/12712/10582 11583/12709/10579 11664/12787/10649</w:t>
        <w:br/>
        <w:t>f 11663/12785/10647 11689/12809/10670 11690/12808/10669</w:t>
        <w:br/>
        <w:t>f 11662/12786/10648 11663/12785/10647 11690/12808/10669</w:t>
        <w:br/>
        <w:t>f 11514/12642/10517 11507/12634/10509 11505/12633/10508</w:t>
        <w:br/>
        <w:t>f 11712/12831/10689 11514/12642/10517 11505/12633/10508</w:t>
        <w:br/>
        <w:t>f 11506/12632/10507 11600/12726/10596 11712/12831/10689</w:t>
        <w:br/>
        <w:t>f 11505/12633/10508 11506/12632/10507 11712/12831/10689</w:t>
        <w:br/>
        <w:t>f 11713/12832/10690 11712/12831/10689 11600/12726/10596</w:t>
        <w:br/>
        <w:t>f 11596/12724/10594 11713/12832/10690 11600/12726/10596</w:t>
        <w:br/>
        <w:t>f 11596/12724/10594 11597/12723/10593 11714/12833/10663</w:t>
        <w:br/>
        <w:t>f 11713/12832/10690 11596/12724/10594 11714/12833/10663</w:t>
        <w:br/>
        <w:t>f 11713/12832/10690 11714/12833/10663 11529/12654/10529</w:t>
        <w:br/>
        <w:t>f 11527/12656/10531 11713/12832/10690 11529/12654/10529</w:t>
        <w:br/>
        <w:t>f 11712/12831/10689 11713/12832/10690 11527/12656/10531</w:t>
        <w:br/>
        <w:t>f 11514/12642/10517 11712/12831/10689 11527/12656/10531</w:t>
        <w:br/>
        <w:t>f 11637/12765/10627 11635/12763/10625 11716/12834/10450</w:t>
        <w:br/>
        <w:t>f 11715/12835/10449 11637/12765/10627 11716/12834/10450</w:t>
        <w:br/>
        <w:t>f 11614/12742/10609 11615/12741/10609 11718/12836/10691</w:t>
        <w:br/>
        <w:t>f 11717/12837/10692 11614/12742/10609 11718/12836/10691</w:t>
        <w:br/>
        <w:t>f 11719/12838/10693 11547/12674/10544 11479/12612/10487</w:t>
        <w:br/>
        <w:t>f 11446/12576/10451 11436/12567/10442 11437/12566/10441</w:t>
        <w:br/>
        <w:t>f 11719/12838/10693 11446/12576/10451 11437/12566/10441</w:t>
        <w:br/>
        <w:t>f 11535/12661/10534 11670/12788/10650 11656/12784/10646</w:t>
        <w:br/>
        <w:t>f 11653/12782/10644 11535/12661/10534 11656/12784/10646</w:t>
        <w:br/>
        <w:t>f 11491/12616/10491 11489/12618/10493 11496/12623/10498</w:t>
        <w:br/>
        <w:t>f 11496/12623/10498 11488/12613/10488 11486/12615/10490</w:t>
        <w:br/>
        <w:t>f 11487/12614/10489 11515/12641/10516 11526/12652/10527</w:t>
        <w:br/>
        <w:t>f 11486/12615/10490 11487/12614/10489 11526/12652/10527</w:t>
        <w:br/>
        <w:t>f 11497/12625/10500 11487/12614/10489 11488/12613/10488</w:t>
        <w:br/>
        <w:t>f 11449/12578/10453 11447/12577/10452 11432/12562/10437</w:t>
        <w:br/>
        <w:t>f 11470/12602/10477 11641/12767/10629 11711/12830/10688</w:t>
        <w:br/>
        <w:t>f 11486/12615/10490 11526/12652/10527 11517/12643/10518</w:t>
        <w:br/>
        <w:t>f 11653/12782/10644 11654/12781/10643 11534/12662/10535</w:t>
        <w:br/>
        <w:t>f 11590/12715/10585 11587/12714/10584 11586/12712/10582</w:t>
        <w:br/>
        <w:t>f 11656/12784/10646 11670/12788/10650 11672/12791/10653</w:t>
        <w:br/>
        <w:t>f 11669/12789/10651 11691/12810/10671 11671/12790/10652</w:t>
        <w:br/>
        <w:t>f 11515/12641/10516 11487/12614/10489 11507/12634/10509</w:t>
        <w:br/>
        <w:t>f 11515/12641/10516 11514/12642/10517 11525/12653/10528</w:t>
        <w:br/>
        <w:t>f 11567/12695/10565 11568/12694/10564 11122/12461/10337</w:t>
        <w:br/>
        <w:t>f 11120/12459/10335 11567/12695/10565 11122/12461/10337</w:t>
        <w:br/>
        <w:t>f 11122/12461/10337 11568/12694/10564 11573/12700/10570</w:t>
        <w:br/>
        <w:t>f 11128/12467/10343 11122/12461/10337 11573/12700/10570</w:t>
        <w:br/>
        <w:t>f 11128/12467/10343 11573/12700/10570 11694/12813/10673</w:t>
        <w:br/>
        <w:t>f 11127/12468/10344 11128/12467/10343 11694/12813/10673</w:t>
        <w:br/>
        <w:t>f 11127/12468/10344 11694/12813/10673 11695/12814/10674</w:t>
        <w:br/>
        <w:t>f 11203/12512/10388 11127/12468/10344 11695/12814/10674</w:t>
        <w:br/>
        <w:t>f 11203/12512/10388 11695/12814/10674 11698/12815/10675</w:t>
        <w:br/>
        <w:t>f 11188/12500/10376 11203/12512/10388 11698/12815/10675</w:t>
        <w:br/>
        <w:t>f 11188/12500/10376 11698/12815/10675 11696/12817/10677</w:t>
        <w:br/>
        <w:t>f 11191/12497/10373 11188/12500/10376 11696/12817/10677</w:t>
        <w:br/>
        <w:t>f 11191/12497/10373 11696/12817/10677 11688/12806/10667</w:t>
        <w:br/>
        <w:t>f 11195/12503/10379 11191/12497/10373 11688/12806/10667</w:t>
        <w:br/>
        <w:t>f 11195/12503/10379 11688/12806/10667 11686/12804/10665</w:t>
        <w:br/>
        <w:t>f 11226/12527/10403 11195/12503/10379 11686/12804/10665</w:t>
        <w:br/>
        <w:t>f 11226/12527/10403 11686/12804/10665 11677/12797/10659</w:t>
        <w:br/>
        <w:t>f 11222/12522/10398 11226/12527/10403 11677/12797/10659</w:t>
        <w:br/>
        <w:t>f 11678/12796/10658 11221/12523/10399 11222/12522/10398</w:t>
        <w:br/>
        <w:t>f 11677/12797/10659 11678/12796/10658 11222/12522/10398</w:t>
        <w:br/>
        <w:t>f 11679/12799/10661 11405/12538/10414 11221/12523/10399</w:t>
        <w:br/>
        <w:t>f 11678/12796/10658 11679/12799/10661 11221/12523/10399</w:t>
        <w:br/>
        <w:t>f 11679/12799/10661 11684/12803/10592 11404/12539/10415</w:t>
        <w:br/>
        <w:t>f 11405/12538/10414 11679/12799/10661 11404/12539/10415</w:t>
        <w:br/>
        <w:t>f 11406/12543/10415 11598/12722/10592 11595/12725/10595</w:t>
        <w:br/>
        <w:t>f 11400/12530/10406 11406/12543/10415 11595/12725/10595</w:t>
        <w:br/>
        <w:t>f 11400/12530/10406 11595/12725/10595 11599/12727/10597</w:t>
        <w:br/>
        <w:t>f 11143/12482/10358 11400/12530/10406 11599/12727/10597</w:t>
        <w:br/>
        <w:t>f 11143/12482/10358 11599/12727/10597 11594/12721/10591</w:t>
        <w:br/>
        <w:t>f 11140/12481/10357 11143/12482/10358 11594/12721/10591</w:t>
        <w:br/>
        <w:t>f 11594/12721/10591 11511/12638/10513 11138/12478/10354</w:t>
        <w:br/>
        <w:t>f 11140/12481/10357 11594/12721/10591 11138/12478/10354</w:t>
        <w:br/>
        <w:t>f 11511/12638/10513 11509/12637/10512 11137/12479/10355</w:t>
        <w:br/>
        <w:t>f 11138/12478/10354 11511/12638/10513 11137/12479/10355</w:t>
        <w:br/>
        <w:t>f 11509/12637/10512 11510/12636/10511 11133/12470/10346</w:t>
        <w:br/>
        <w:t>f 11137/12479/10355 11509/12637/10512 11133/12470/10346</w:t>
        <w:br/>
        <w:t>f 11510/12636/10511 11601/12728/10598 11132/12471/10347</w:t>
        <w:br/>
        <w:t>f 11133/12470/10346 11510/12636/10511 11132/12471/10347</w:t>
        <w:br/>
        <w:t>f 11601/12728/10598 11571/12697/10567 11118/12455/10331</w:t>
        <w:br/>
        <w:t>f 11132/12471/10347 11601/12728/10598 11118/12455/10331</w:t>
        <w:br/>
        <w:t>f 11571/12697/10567 11572/12696/10566 11117/12456/10332</w:t>
        <w:br/>
        <w:t>f 11118/12455/10331 11571/12697/10567 11117/12456/10332</w:t>
        <w:br/>
        <w:t>f 11572/12696/10566 11567/12695/10565 11120/12459/10335</w:t>
        <w:br/>
        <w:t>f 11117/12456/10332 11572/12696/10566 11120/12459/10335</w:t>
        <w:br/>
        <w:t>f 11186/12496/10372 11187/12495/10371 11387/12534/10410</w:t>
        <w:br/>
        <w:t>f 11371/12839/10694 11224/12526/10402 11225/12525/10401</w:t>
        <w:br/>
        <w:t>f 11223/12521/10397 11371/12839/10694 11225/12525/10401</w:t>
        <w:br/>
        <w:t>f 11371/12839/10694 11223/12521/10397 11220/12524/10400</w:t>
        <w:br/>
        <w:t>f 11206/12516/10392 11411/12548/10423 11728/12840/10695</w:t>
        <w:br/>
        <w:t>f 11219/12519/10395 11206/12516/10392 11728/12840/10695</w:t>
        <w:br/>
        <w:t>f 11730/12841/10696 11184/12494/10370 11219/12519/10395</w:t>
        <w:br/>
        <w:t>f 11728/12840/10695 11730/12841/10696 11219/12519/10395</w:t>
        <w:br/>
        <w:t>f 11184/12494/10370 11730/12841/10696 11731/12842/10697</w:t>
        <w:br/>
        <w:t>f 11179/12492/10368 11184/12494/10370 11731/12842/10697</w:t>
        <w:br/>
        <w:t>f 11585/12713/10583 11579/12705/10575 11576/12704/10574</w:t>
        <w:br/>
        <w:t>f 11577/12703/10573 11582/12710/10580 11585/12713/10583</w:t>
        <w:br/>
        <w:t>f 11576/12704/10574 11577/12703/10573 11585/12713/10583</w:t>
        <w:br/>
        <w:t>f 11581/12711/10581 11582/12710/10580 11577/12703/10573</w:t>
        <w:br/>
        <w:t>f 11560/12689/10559 11576/12704/10574 11578/12706/10576</w:t>
        <w:br/>
        <w:t>f 11179/12492/10368 11731/12842/10697 11403/12535/10411</w:t>
        <w:br/>
        <w:t>f 11175/12488/10364 11179/12492/10368 11403/12535/10411</w:t>
        <w:br/>
        <w:t>f 11474/12603/10478 11471/12601/10476 11472/12600/10475</w:t>
        <w:br/>
        <w:t>f 11736/12843/10698 11717/12837/10692 11735/12844/10638</w:t>
        <w:br/>
        <w:t>f 11645/12772/10634 11652/12779/10641 11738/12845/10461</w:t>
        <w:br/>
        <w:t>f 11737/12846/10699 11645/12772/10634 11738/12845/10461</w:t>
        <w:br/>
        <w:t>f 11636/12762/10624 11645/12772/10634 11737/12846/10699</w:t>
        <w:br/>
        <w:t>f 11739/12847/10700 11636/12762/10624 11737/12846/10699</w:t>
        <w:br/>
        <w:t>f 11635/12763/10625 11636/12762/10624 11739/12847/10700</w:t>
        <w:br/>
        <w:t>f 11716/12834/10450 11635/12763/10625 11739/12847/10700</w:t>
        <w:br/>
        <w:t>f 11438/12569/10444 11439/12568/10443 11441/12573/10448</w:t>
        <w:br/>
        <w:t>f 11647/12773/10635 11438/12569/10444 11441/12573/10448</w:t>
        <w:br/>
        <w:t>f 11440/12570/10445 11438/12569/10444 11647/12773/10635</w:t>
        <w:br/>
        <w:t>f 11455/12588/10463 11440/12570/10445 11647/12773/10635</w:t>
        <w:br/>
        <w:t>f 11454/12583/10458 11440/12570/10445 11455/12588/10463</w:t>
        <w:br/>
        <w:t>f 11456/12587/10462 11454/12583/10458 11455/12588/10463</w:t>
        <w:br/>
        <w:t>f 11741/12848/10701 11708/12826/10684 11740/12849/10702</w:t>
        <w:br/>
        <w:t>f 11433/12561/10436 11431/12563/10438 11435/12564/10439</w:t>
        <w:br/>
        <w:t>f 11631/12756/10618 11641/12767/10629 11470/12602/10477</w:t>
        <w:br/>
        <w:t>f 11784/12850/10703 11783/12851/10704 11782/12852/8768</w:t>
        <w:br/>
        <w:t>f 4989/10704/8771 11784/12850/10703 11782/12852/8768</w:t>
        <w:br/>
        <w:t>f 11786/12853/8772 11785/12854/10705 11784/12850/10703</w:t>
        <w:br/>
        <w:t>f 4989/10704/8771 11786/12853/8772 11784/12850/10703</w:t>
        <w:br/>
        <w:t>f 11790/12855/10706 11789/12856/10707 11788/12857/10708</w:t>
        <w:br/>
        <w:t>f 11787/12858/10709 11790/12855/10706 11788/12857/10708</w:t>
        <w:br/>
        <w:t>f 11787/12858/10709 11788/12857/10708 11792/12859/10710</w:t>
        <w:br/>
        <w:t>f 11791/12860/10711 11787/12858/10709 11792/12859/10710</w:t>
        <w:br/>
        <w:t>f 11794/12861/10712 11791/12860/10711 11792/12859/10710</w:t>
        <w:br/>
        <w:t>f 11793/12862/5191 11794/12861/10712 11792/12859/10710</w:t>
        <w:br/>
        <w:t>f 11793/12862/5191 11795/12863/10713 11794/12861/10712</w:t>
        <w:br/>
        <w:t>f 11798/12864/8782 11797/12865/8784 11796/12866/10714</w:t>
        <w:br/>
        <w:t>f 11801/12867/10715 11800/12868/10716 11799/12869/10717</w:t>
        <w:br/>
        <w:t>f 11803/12870/10718 11800/12868/10716 11801/12867/10715</w:t>
        <w:br/>
        <w:t>f 11802/12871/10719 11803/12870/10718 11801/12867/10715</w:t>
        <w:br/>
        <w:t>f 11805/12872/10720 11801/12867/10715 11799/12869/10717</w:t>
        <w:br/>
        <w:t>f 11804/12873/10721 11805/12872/10720 11799/12869/10717</w:t>
        <w:br/>
        <w:t>f 11801/12867/10715 11805/12872/10720 11806/12874/10722</w:t>
        <w:br/>
        <w:t>f 11802/12871/10719 11801/12867/10715 11806/12874/10722</w:t>
        <w:br/>
        <w:t>f 11809/12875/10723 11808/12876/10724 11807/12877/10725</w:t>
        <w:br/>
        <w:t>f 11808/12876/10724 11811/12878/10726 11810/12879/10727</w:t>
        <w:br/>
        <w:t>f 11807/12877/10725 11808/12876/10724 11810/12879/10727</w:t>
        <w:br/>
        <w:t>f 11811/12878/10726 11812/12880/10728 11810/12879/10727</w:t>
        <w:br/>
        <w:t>f 11813/12881/10729 11812/12880/10728 11811/12878/10726</w:t>
        <w:br/>
        <w:t>f 11815/12882/10730 11814/12883/10731 11806/12874/10722</w:t>
        <w:br/>
        <w:t>f 11805/12872/10720 11815/12882/10730 11806/12874/10722</w:t>
        <w:br/>
        <w:t>f 11815/12882/10730 11805/12872/10720 11804/12873/10721</w:t>
        <w:br/>
        <w:t>f 11816/12884/10732 11815/12882/10730 11804/12873/10721</w:t>
        <w:br/>
        <w:t>f 11818/12885/10733 11817/12886/10734 11815/12882/10730</w:t>
        <w:br/>
        <w:t>f 11816/12884/10732 11818/12885/10733 11815/12882/10730</w:t>
        <w:br/>
        <w:t>f 11814/12883/10731 11815/12882/10730 11817/12886/10734</w:t>
        <w:br/>
        <w:t>f 11819/12887/10735 11814/12883/10731 11817/12886/10734</w:t>
        <w:br/>
        <w:t>f 11817/12886/10734 11818/12885/10733 11821/12888/10736</w:t>
        <w:br/>
        <w:t>f 11820/12889/10737 11817/12886/10734 11821/12888/10736</w:t>
        <w:br/>
        <w:t>f 11819/12887/10735 11817/12886/10734 11820/12889/10737</w:t>
        <w:br/>
        <w:t>f 11822/12890/10738 11819/12887/10735 11820/12889/10737</w:t>
        <w:br/>
        <w:t>f 11825/12891/10739 11824/12892/10740 11823/12893/10741</w:t>
        <w:br/>
        <w:t>f 11827/12894/10742 11825/12891/10739 11823/12893/10741</w:t>
        <w:br/>
        <w:t>f 11826/12895/10743 11827/12894/10742 11823/12893/10741</w:t>
        <w:br/>
        <w:t>f 11823/12893/10741 11824/12892/10740 11829/12896/10744</w:t>
        <w:br/>
        <w:t>f 11828/12897/10745 11823/12893/10741 11829/12896/10744</w:t>
        <w:br/>
        <w:t>f 11826/12895/10743 11823/12893/10741 11828/12897/10745</w:t>
        <w:br/>
        <w:t>f 11830/12898/10746 11826/12895/10743 11828/12897/10745</w:t>
        <w:br/>
        <w:t>f 11832/12899/10747 11831/12900/10748 11828/12897/10745</w:t>
        <w:br/>
        <w:t>f 11829/12896/10744 11832/12899/10747 11828/12897/10745</w:t>
        <w:br/>
        <w:t>f 11833/12901/10749 11832/12899/10747 11829/12896/10744</w:t>
        <w:br/>
        <w:t>f 11831/12900/10748 11834/12902/10750 11830/12898/10746</w:t>
        <w:br/>
        <w:t>f 11828/12897/10745 11831/12900/10748 11830/12898/10746</w:t>
        <w:br/>
        <w:t>f 11831/12900/10748 11837/12903/10751 11836/12904/10752</w:t>
        <w:br/>
        <w:t>f 11835/12905/10753 11831/12900/10748 11836/12904/10752</w:t>
        <w:br/>
        <w:t>f 11834/12902/10750 11839/12906/10754 11838/12907/10755</w:t>
        <w:br/>
        <w:t>f 11832/12899/10747 11837/12903/10751 11831/12900/10748</w:t>
        <w:br/>
        <w:t>f 11825/12891/10739 11827/12894/10742 11822/12890/10738</w:t>
        <w:br/>
        <w:t>f 11820/12889/10737 11825/12891/10739 11822/12890/10738</w:t>
        <w:br/>
        <w:t>f 11840/12908/10756 11825/12891/10739 11820/12889/10737</w:t>
        <w:br/>
        <w:t>f 11821/12888/10736 11840/12908/10756 11820/12889/10737</w:t>
        <w:br/>
        <w:t>f 11799/12869/10717 11800/12868/10716 11841/12909/10757</w:t>
        <w:br/>
        <w:t>f 11796/12866/10714 11799/12869/10717 11841/12909/10757</w:t>
        <w:br/>
        <w:t>f 11797/12865/8784 11843/12910/8827 11842/12911/10758</w:t>
        <w:br/>
        <w:t>f 11796/12866/10714 11797/12865/8784 11842/12911/10758</w:t>
        <w:br/>
        <w:t>f 11796/12866/10714 11842/12911/10758 11804/12873/10721</w:t>
        <w:br/>
        <w:t>f 11799/12869/10717 11796/12866/10714 11804/12873/10721</w:t>
        <w:br/>
        <w:t>f 11842/12911/10758 11843/12910/8827 11845/12912/8829</w:t>
        <w:br/>
        <w:t>f 11844/12913/10759 11842/12911/10758 11845/12912/8829</w:t>
        <w:br/>
        <w:t>f 11804/12873/10721 11842/12911/10758 11844/12913/10759</w:t>
        <w:br/>
        <w:t>f 11816/12884/10732 11804/12873/10721 11844/12913/10759</w:t>
        <w:br/>
        <w:t>f 11844/12913/10759 11845/12912/8829 11847/12914/8831</w:t>
        <w:br/>
        <w:t>f 11846/12915/10760 11844/12913/10759 11847/12914/8831</w:t>
        <w:br/>
        <w:t>f 11816/12884/10732 11844/12913/10759 11846/12915/10760</w:t>
        <w:br/>
        <w:t>f 11818/12885/10733 11816/12884/10732 11846/12915/10760</w:t>
        <w:br/>
        <w:t>f 11846/12915/10760 11847/12914/8831 11849/12916/8833</w:t>
        <w:br/>
        <w:t>f 11848/12917/10761 11846/12915/10760 11849/12916/8833</w:t>
        <w:br/>
        <w:t>f 11818/12885/10733 11846/12915/10760 11848/12917/10761</w:t>
        <w:br/>
        <w:t>f 11821/12888/10736 11818/12885/10733 11848/12917/10761</w:t>
        <w:br/>
        <w:t>f 11848/12917/10761 11849/12916/8833 11851/12918/8835</w:t>
        <w:br/>
        <w:t>f 11850/12919/10762 11848/12917/10761 11851/12918/8835</w:t>
        <w:br/>
        <w:t>f 11821/12888/10736 11848/12917/10761 11850/12919/10762</w:t>
        <w:br/>
        <w:t>f 11840/12908/10756 11821/12888/10736 11850/12919/10762</w:t>
        <w:br/>
        <w:t>f 11851/12918/8835 11853/12920/8837 11852/12921/10763</w:t>
        <w:br/>
        <w:t>f 11850/12919/10762 11851/12918/8835 11852/12921/10763</w:t>
        <w:br/>
        <w:t>f 11853/12920/8837 11855/12922/8839 11854/12923/10764</w:t>
        <w:br/>
        <w:t>f 11852/12921/10763 11853/12920/8837 11854/12923/10764</w:t>
        <w:br/>
        <w:t>f 11857/12924/10765 11813/12881/10729 11856/12925/10766</w:t>
        <w:br/>
        <w:t>f 11859/12926/10767 11856/12925/10766 11858/12927/10768</w:t>
        <w:br/>
        <w:t>f 11858/12927/10768 11860/12928/10769 11859/12926/10767</w:t>
        <w:br/>
        <w:t>f 11858/12927/10768 11862/12929/10770 11861/12930/10771</w:t>
        <w:br/>
        <w:t>f 11862/12929/10770 11864/12931/10772 11863/12932/10773</w:t>
        <w:br/>
        <w:t>f 11864/12931/10772 11866/12933/10774 11865/12934/10775</w:t>
        <w:br/>
        <w:t>f 11869/12935/10776 11868/12936/10777 11867/12937/10778</w:t>
        <w:br/>
        <w:t>f 11872/12938/10779 11871/12939/10780 11870/12940/10781</w:t>
        <w:br/>
        <w:t>f 11876/12941/10782 11875/12942/10783 11874/12943/10784</w:t>
        <w:br/>
        <w:t>f 11873/12944/10785 11876/12941/10782 11874/12943/10784</w:t>
        <w:br/>
        <w:t>f 11879/12945/10786 11871/12939/10780 11878/12946/10787</w:t>
        <w:br/>
        <w:t>f 11877/12947/10787 11879/12945/10786 11878/12946/10787</w:t>
        <w:br/>
        <w:t>f 11866/12933/10774 11872/12938/10779 11865/12934/10775</w:t>
        <w:br/>
        <w:t>f 11875/12942/10783 11876/12941/10782 11880/12948/10788</w:t>
        <w:br/>
        <w:t>f 11863/12932/10773 11864/12931/10772 11881/12949/10789</w:t>
        <w:br/>
        <w:t>f 11869/12935/10776 11882/12950/10790 11868/12936/10777</w:t>
        <w:br/>
        <w:t>f 11871/12939/10780 11879/12945/10786 11870/12940/10781</w:t>
        <w:br/>
        <w:t>f 11874/12943/10784 11884/12951/10791 11883/12952/10792</w:t>
        <w:br/>
        <w:t>f 11883/12952/10792 11884/12951/10791 11885/12953/10793</w:t>
        <w:br/>
        <w:t>f 11889/12954/10794 11888/12955/10795 11887/12956/10796</w:t>
        <w:br/>
        <w:t>f 11886/12957/10797 11889/12954/10794 11887/12956/10796</w:t>
        <w:br/>
        <w:t>f 11888/12955/10795 11891/12958/10798 11890/12959/10799</w:t>
        <w:br/>
        <w:t>f 11894/12960/10800 11893/12961/10801 11892/12962/10802</w:t>
        <w:br/>
        <w:t>f 11895/12963/10803 11894/12960/10800 11892/12962/10802</w:t>
        <w:br/>
        <w:t>f 11897/12964/10804 11894/12960/10800 11889/12954/10794</w:t>
        <w:br/>
        <w:t>f 11896/12965/10805 11897/12964/10804 11889/12954/10794</w:t>
        <w:br/>
        <w:t>f 11896/12965/10805 11899/12966/10806 11898/12967/10807</w:t>
        <w:br/>
        <w:t>f 11897/12964/10804 11896/12965/10805 11898/12967/10807</w:t>
        <w:br/>
        <w:t>f 11898/12967/10807 11901/12968/10808 11900/12969/10809</w:t>
        <w:br/>
        <w:t>f 11897/12964/10804 11898/12967/10807 11900/12969/10809</w:t>
        <w:br/>
        <w:t>f 11899/12966/10806 11903/12970/10810 11902/12971/10811</w:t>
        <w:br/>
        <w:t>f 11898/12967/10807 11899/12966/10806 11902/12971/10811</w:t>
        <w:br/>
        <w:t>f 11901/12968/10808 11898/12967/10807 11902/12971/10811</w:t>
        <w:br/>
        <w:t>f 11904/12972/10812 11901/12968/10808 11902/12971/10811</w:t>
        <w:br/>
        <w:t>f 11905/12973/10813 11904/12972/10812 11902/12971/10811</w:t>
        <w:br/>
        <w:t>f 11893/12961/10801 11894/12960/10800 11897/12964/10804</w:t>
        <w:br/>
        <w:t>f 11900/12969/10809 11893/12961/10801 11897/12964/10804</w:t>
        <w:br/>
        <w:t>f 11888/12955/10795 11889/12954/10794 11894/12960/10800</w:t>
        <w:br/>
        <w:t>f 11895/12963/10803 11888/12955/10795 11894/12960/10800</w:t>
        <w:br/>
        <w:t>f 11909/12974/10814 11908/12975/10815 11907/12976/10816</w:t>
        <w:br/>
        <w:t>f 11906/12977/10817 11909/12974/10814 11907/12976/10816</w:t>
        <w:br/>
        <w:t>f 11911/12978/10818 11907/12976/10816 11908/12975/10815</w:t>
        <w:br/>
        <w:t>f 11910/12979/10819 11911/12978/10818 11908/12975/10815</w:t>
        <w:br/>
        <w:t>f 11882/12950/10790 11869/12935/10776 11913/12980/10820</w:t>
        <w:br/>
        <w:t>f 11912/12981/10821 11882/12950/10790 11913/12980/10820</w:t>
        <w:br/>
        <w:t>f 11861/12930/10771 11862/12929/10770 11914/12982/10822</w:t>
        <w:br/>
        <w:t>f 11918/12983/10823 11917/12984/10824 11916/12985/10825</w:t>
        <w:br/>
        <w:t>f 11915/12986/10826 11918/12983/10823 11916/12985/10825</w:t>
        <w:br/>
        <w:t>f 11921/12987/10827 11920/12988/10828 5126/10839/8904</w:t>
        <w:br/>
        <w:t>f 11919/12989/8903 11921/12987/10827 5126/10839/8904</w:t>
        <w:br/>
        <w:t>f 11925/12990/8906 11924/12991/3299 11923/12992/10829</w:t>
        <w:br/>
        <w:t>f 11922/12993/4274 11925/12990/8906 11923/12992/10829</w:t>
        <w:br/>
        <w:t>f 11931/12994/10830 11930/12995/10831 11920/12988/10828</w:t>
        <w:br/>
        <w:t>f 11921/12987/10827 11931/12994/10830 11920/12988/10828</w:t>
        <w:br/>
        <w:t>f 11930/12995/10831 11931/12994/10830 11936/12996/10832</w:t>
        <w:br/>
        <w:t>f 11939/12997/4281 11930/12995/10831 11936/12996/10832</w:t>
        <w:br/>
        <w:t>f 11943/12998/10833 11930/12995/10831 11939/12997/4281</w:t>
        <w:br/>
        <w:t>f 11942/12999/4284 11943/12998/10833 11939/12997/4281</w:t>
        <w:br/>
        <w:t>f 11919/12989/8903 11925/12990/8906 11922/12993/4274</w:t>
        <w:br/>
        <w:t>f 11921/12987/10827 11919/12989/8903 11922/12993/4274</w:t>
        <w:br/>
        <w:t>f 11988/13000/10834 11987/13001/10835 11986/13002/10836</w:t>
        <w:br/>
        <w:t>f 11985/13003/10837 11988/13000/10834 11986/13002/10836</w:t>
        <w:br/>
        <w:t>f 11989/13004/10838 11986/13002/10836 11987/13001/10835</w:t>
        <w:br/>
        <w:t>f 11991/13005/10839 11989/13004/10838 11987/13001/10835</w:t>
        <w:br/>
        <w:t>f 11990/13006/10840 11991/13005/10839 11987/13001/10835</w:t>
        <w:br/>
        <w:t>f 11986/13002/10836 11989/13004/10838 11992/13007/10841</w:t>
        <w:br/>
        <w:t>f 11990/13006/10840 11987/13001/10835 11994/13008/10842</w:t>
        <w:br/>
        <w:t>f 11993/13009/10843 11990/13006/10840 11994/13008/10842</w:t>
        <w:br/>
        <w:t>f 11994/13008/10842 11987/13001/10835 11988/13000/10834</w:t>
        <w:br/>
        <w:t>f 11995/13010/10844 11994/13008/10842 11988/13000/10834</w:t>
        <w:br/>
        <w:t>f 11997/13011/10845 11996/13012/10846 11994/13008/10842</w:t>
        <w:br/>
        <w:t>f 11995/13010/10844 11997/13011/10845 11994/13008/10842</w:t>
        <w:br/>
        <w:t>f 11993/13009/10843 11994/13008/10842 11996/13012/10846</w:t>
        <w:br/>
        <w:t>f 11998/13013/10847 11993/13009/10843 11996/13012/10846</w:t>
        <w:br/>
        <w:t>f 12000/13014/10848 11996/13012/10846 11997/13011/10845</w:t>
        <w:br/>
        <w:t>f 11999/13015/10849 12000/13014/10848 11997/13011/10845</w:t>
        <w:br/>
        <w:t>f 5221/10867/8928 5126/10839/8904 11920/12988/10828</w:t>
        <w:br/>
        <w:t>f 12011/13016/10850 5221/10867/8928 11920/12988/10828</w:t>
        <w:br/>
        <w:t>f 11930/12995/10831 12012/13017/10851 12011/13016/10850</w:t>
        <w:br/>
        <w:t>f 11920/12988/10828 11930/12995/10831 12011/13016/10850</w:t>
        <w:br/>
        <w:t>f 12012/13017/10851 11930/12995/10831 11943/12998/10833</w:t>
        <w:br/>
        <w:t>f 12013/13018/10852 12012/13017/10851 11943/12998/10833</w:t>
        <w:br/>
        <w:t>f 12013/13018/10852 12022/13019/4324 12021/13020/10853</w:t>
        <w:br/>
        <w:t>f 12012/13017/10851 12013/13018/10852 12021/13020/10853</w:t>
        <w:br/>
        <w:t>f 12023/13021/10854 12011/13016/10850 12012/13017/10851</w:t>
        <w:br/>
        <w:t>f 12021/13020/10853 12023/13021/10854 12012/13017/10851</w:t>
        <w:br/>
        <w:t>f 12011/13016/10850 12023/13021/10854 12024/13022/8933</w:t>
        <w:br/>
        <w:t>f 5221/10867/8928 12011/13016/10850 12024/13022/8933</w:t>
        <w:br/>
        <w:t>f 12026/13023/10855 12025/13024/8934 12024/13022/8933</w:t>
        <w:br/>
        <w:t>f 12023/13021/10854 12026/13023/10855 12024/13022/8933</w:t>
        <w:br/>
        <w:t>f 12027/13025/10856 12026/13023/10855 12023/13021/10854</w:t>
        <w:br/>
        <w:t>f 12021/13020/10853 12027/13025/10856 12023/13021/10854</w:t>
        <w:br/>
        <w:t>f 12021/13020/10853 12022/13019/4324 12028/13026/10857</w:t>
        <w:br/>
        <w:t>f 12027/13025/10856 12021/13020/10853 12028/13026/10857</w:t>
        <w:br/>
        <w:t>f 12030/13027/10858 12029/13028/10859 12028/13026/10857</w:t>
        <w:br/>
        <w:t>f 12022/13019/4324 12030/13027/10858 12028/13026/10857</w:t>
        <w:br/>
        <w:t>f 12060/13029/10859 12059/13030/10860 12058/13031/10861</w:t>
        <w:br/>
        <w:t>f 12061/13032/4326 12059/13030/10860 12060/13029/10859</w:t>
        <w:br/>
        <w:t>f 5275/10885/8934 12063/13033/10855 12062/13034/10862</w:t>
        <w:br/>
        <w:t>f 5274/10886/8941 5275/10885/8934 12062/13034/10862</w:t>
        <w:br/>
        <w:t>f 12067/13035/10863 12066/13036/10863 12065/13037/10864</w:t>
        <w:br/>
        <w:t>f 12064/13038/10865 12067/13035/10863 12065/13037/10864</w:t>
        <w:br/>
        <w:t>f 12063/13033/10855 12069/13039/10856 12068/13040/10866</w:t>
        <w:br/>
        <w:t>f 12062/13034/10862 12063/13033/10855 12068/13040/10866</w:t>
        <w:br/>
        <w:t>f 12073/13041/10867 12072/13042/10868 12071/13043/10869</w:t>
        <w:br/>
        <w:t>f 12070/13044/10869 12073/13041/10867 12071/13043/10869</w:t>
        <w:br/>
        <w:t>f 12077/13045/10870 12076/13046/10871 12075/13047/10872</w:t>
        <w:br/>
        <w:t>f 12074/13048/10857 12077/13045/10870 12075/13047/10872</w:t>
        <w:br/>
        <w:t>f 12074/13048/10857 12079/13049/10859 12078/13050/10873</w:t>
        <w:br/>
        <w:t>f 12077/13045/10870 12074/13048/10857 12078/13050/10873</w:t>
        <w:br/>
        <w:t>f 5274/10886/8941 12062/13034/10862 12080/13051/10874</w:t>
        <w:br/>
        <w:t>f 5293/10905/8955 5274/10886/8941 12080/13051/10874</w:t>
        <w:br/>
        <w:t>f 12083/13052/10875 12082/13053/10876 12081/13054/10877</w:t>
        <w:br/>
        <w:t>f 12076/13046/10871 12083/13052/10875 12081/13054/10877</w:t>
        <w:br/>
        <w:t>f 12084/13055/10878 12083/13052/10875 12076/13046/10871</w:t>
        <w:br/>
        <w:t>f 12077/13045/10870 12084/13055/10878 12076/13046/10871</w:t>
        <w:br/>
        <w:t>f 12085/13056/10879 12084/13055/10878 12077/13045/10870</w:t>
        <w:br/>
        <w:t>f 12078/13050/10873 12085/13056/10879 12077/13045/10870</w:t>
        <w:br/>
        <w:t>f 12087/13057/10880 12086/13058/10881 12082/13053/10876</w:t>
        <w:br/>
        <w:t>f 12083/13052/10875 12087/13057/10880 12082/13053/10876</w:t>
        <w:br/>
        <w:t>f 12088/13059/10882 12087/13057/10880 12083/13052/10875</w:t>
        <w:br/>
        <w:t>f 12084/13055/10878 12088/13059/10882 12083/13052/10875</w:t>
        <w:br/>
        <w:t>f 12089/13060/10883 12088/13059/10882 12084/13055/10878</w:t>
        <w:br/>
        <w:t>f 12085/13056/10879 12089/13060/10883 12084/13055/10878</w:t>
        <w:br/>
        <w:t>f 12092/13061/10884 12091/13062/10873 12090/13063/10885</w:t>
        <w:br/>
        <w:t>f 12096/13064/10886 12092/13061/10884 12090/13063/10885</w:t>
        <w:br/>
        <w:t>f 12092/13061/10884 12096/13064/10886 12097/13065/10887</w:t>
        <w:br/>
        <w:t>f 12109/13066/10888 12108/13067/4360 12107/13068/10889</w:t>
        <w:br/>
        <w:t>f 12108/13067/4360 12111/13069/10890 12110/13070/10891</w:t>
        <w:br/>
        <w:t>f 12107/13068/10889 12108/13067/4360 12110/13070/10891</w:t>
        <w:br/>
        <w:t>f 12115/13071/10892 12114/13072/10893 12113/13073/10894</w:t>
        <w:br/>
        <w:t>f 12112/13074/10895 12115/13071/10892 12113/13073/10894</w:t>
        <w:br/>
        <w:t>f 12117/13075/10896 12116/13076/10897 12086/13058/10881</w:t>
        <w:br/>
        <w:t>f 12087/13057/10880 12117/13075/10896 12086/13058/10881</w:t>
        <w:br/>
        <w:t>f 12089/13060/10883 12119/13077/10898 12118/13078/10899</w:t>
        <w:br/>
        <w:t>f 12088/13059/10882 12089/13060/10883 12118/13078/10899</w:t>
        <w:br/>
        <w:t>f 12118/13078/10899 12117/13075/10896 12087/13057/10880</w:t>
        <w:br/>
        <w:t>f 12088/13059/10882 12118/13078/10899 12087/13057/10880</w:t>
        <w:br/>
        <w:t>f 12121/13079/10900 12120/13080/10901 12116/13076/10897</w:t>
        <w:br/>
        <w:t>f 12117/13075/10896 12121/13079/10900 12116/13076/10897</w:t>
        <w:br/>
        <w:t>f 12117/13075/10896 12118/13078/10899 12122/13081/10902</w:t>
        <w:br/>
        <w:t>f 12121/13079/10900 12117/13075/10896 12122/13081/10902</w:t>
        <w:br/>
        <w:t>f 12122/13081/10902 12118/13078/10899 12119/13077/10898</w:t>
        <w:br/>
        <w:t>f 12123/13082/10903 12122/13081/10902 12119/13077/10898</w:t>
        <w:br/>
        <w:t>f 12125/13083/10904 12124/13084/10905 12120/13080/10901</w:t>
        <w:br/>
        <w:t>f 12121/13079/10900 12125/13083/10904 12120/13080/10901</w:t>
        <w:br/>
        <w:t>f 12125/13083/10904 12121/13079/10900 12122/13081/10902</w:t>
        <w:br/>
        <w:t>f 12126/13085/10906 12125/13083/10904 12122/13081/10902</w:t>
        <w:br/>
        <w:t>f 12126/13085/10906 12122/13081/10902 12123/13082/10903</w:t>
        <w:br/>
        <w:t>f 12127/13086/10907 12126/13085/10906 12123/13082/10903</w:t>
        <w:br/>
        <w:t>f 12131/13087/10908 12130/13088/10909 12129/13089/10910</w:t>
        <w:br/>
        <w:t>f 12128/13090/10911 12131/13087/10908 12129/13089/10910</w:t>
        <w:br/>
        <w:t>f 12133/13091/10912 12132/13092/10913 12128/13090/10911</w:t>
        <w:br/>
        <w:t>f 12129/13089/10910 12133/13091/10912 12128/13090/10911</w:t>
        <w:br/>
        <w:t>f 12132/13092/10913 12133/13091/10912 12135/13093/10914</w:t>
        <w:br/>
        <w:t>f 12134/13094/10915 12132/13092/10913 12135/13093/10914</w:t>
        <w:br/>
        <w:t>f 12137/13095/10916 12128/13090/10911 12132/13092/10913</w:t>
        <w:br/>
        <w:t>f 12136/13096/10917 12137/13095/10916 12132/13092/10913</w:t>
        <w:br/>
        <w:t>f 12136/13096/10917 12132/13092/10913 12134/13094/10915</w:t>
        <w:br/>
        <w:t>f 12138/13097/10918 12136/13096/10917 12134/13094/10915</w:t>
        <w:br/>
        <w:t>f 12140/13098/10919 12137/13095/10916 12136/13096/10917</w:t>
        <w:br/>
        <w:t>f 12139/13099/10920 12140/13098/10919 12136/13096/10917</w:t>
        <w:br/>
        <w:t>f 12141/13100/10921 12137/13095/10916 12140/13098/10919</w:t>
        <w:br/>
        <w:t>f 12139/13099/10920 12136/13096/10917 12138/13097/10918</w:t>
        <w:br/>
        <w:t>f 12142/13101/10922 12139/13099/10920 12138/13097/10918</w:t>
        <w:br/>
        <w:t>f 12139/13099/10920 12145/13102/10923 12144/13103/10924</w:t>
        <w:br/>
        <w:t>f 12143/13104/10925 12139/13099/10920 12144/13103/10924</w:t>
        <w:br/>
        <w:t>f 12142/13101/10922 12145/13102/10923 12139/13099/10920</w:t>
        <w:br/>
        <w:t>f 12140/13098/10919 12139/13099/10920 12143/13104/10925</w:t>
        <w:br/>
        <w:t>f 12133/13091/10912 12126/13085/10906 12127/13086/10907</w:t>
        <w:br/>
        <w:t>f 12135/13093/10914 12133/13091/10912 12127/13086/10907</w:t>
        <w:br/>
        <w:t>f 12126/13085/10906 12133/13091/10912 12129/13089/10910</w:t>
        <w:br/>
        <w:t>f 12125/13083/10904 12126/13085/10906 12129/13089/10910</w:t>
        <w:br/>
        <w:t>f 12129/13089/10910 12130/13088/10909 12124/13084/10905</w:t>
        <w:br/>
        <w:t>f 12125/13083/10904 12129/13089/10910 12124/13084/10905</w:t>
        <w:br/>
        <w:t>f 12062/13034/10862 12068/13040/10866 12146/13105/10926</w:t>
        <w:br/>
        <w:t>f 12080/13051/10874 12062/13034/10862 12146/13105/10926</w:t>
        <w:br/>
        <w:t>f 5293/10905/8955 12080/13051/10874 12148/13106/10927</w:t>
        <w:br/>
        <w:t>f 12147/13107/10928 5293/10905/8955 12148/13106/10927</w:t>
        <w:br/>
        <w:t>f 12148/13106/10927 12080/13051/10874 12146/13105/10926</w:t>
        <w:br/>
        <w:t>f 12149/13108/10929 12148/13106/10927 12146/13105/10926</w:t>
        <w:br/>
        <w:t>f 12150/13109/10930 12097/13065/10887 12096/13064/10886</w:t>
        <w:br/>
        <w:t>f 12151/13110/10931 12150/13109/10930 12114/13072/10893</w:t>
        <w:br/>
        <w:t>f 12115/13071/10892 12151/13110/10931 12114/13072/10893</w:t>
        <w:br/>
        <w:t>f 12154/13111/10932 12153/13112/10933 12152/13113/10934</w:t>
        <w:br/>
        <w:t>f 12156/13114/10935 12155/13115/9020 12147/13107/10928</w:t>
        <w:br/>
        <w:t>f 12148/13106/10927 12156/13114/10935 12147/13107/10928</w:t>
        <w:br/>
        <w:t>f 12157/13116/10936 12156/13114/10935 12148/13106/10927</w:t>
        <w:br/>
        <w:t>f 12149/13108/10929 12157/13116/10936 12148/13106/10927</w:t>
        <w:br/>
        <w:t>f 12156/13114/10935 12158/13117/10937 5376/10974/9023</w:t>
        <w:br/>
        <w:t>f 12155/13115/9020 12156/13114/10935 5376/10974/9023</w:t>
        <w:br/>
        <w:t>f 12157/13116/10936 12159/13118/10938 12158/13117/10937</w:t>
        <w:br/>
        <w:t>f 12156/13114/10935 12157/13116/10936 12158/13117/10937</w:t>
        <w:br/>
        <w:t>f 12158/13117/10937 12161/13119/10939 12160/13120/10940</w:t>
        <w:br/>
        <w:t>f 5376/10974/9023 12158/13117/10937 12160/13120/10940</w:t>
        <w:br/>
        <w:t>f 12159/13118/10938 12162/13121/10941 12161/13119/10939</w:t>
        <w:br/>
        <w:t>f 12158/13117/10937 12159/13118/10938 12161/13119/10939</w:t>
        <w:br/>
        <w:t>f 12164/13122/10942 12163/13123/9029 12160/13120/10940</w:t>
        <w:br/>
        <w:t>f 12161/13119/10939 12164/13122/10942 12160/13120/10940</w:t>
        <w:br/>
        <w:t>f 12165/13124/10943 12164/13122/10942 12161/13119/10939</w:t>
        <w:br/>
        <w:t>f 12162/13121/10941 12165/13124/10943 12161/13119/10939</w:t>
        <w:br/>
        <w:t>f 12164/13122/10942 12166/13125/10944 5385/10983/8941</w:t>
        <w:br/>
        <w:t>f 12163/13123/9029 12164/13122/10942 5385/10983/8941</w:t>
        <w:br/>
        <w:t>f 12167/13126/10945 12166/13125/10944 12164/13122/10942</w:t>
        <w:br/>
        <w:t>f 12165/13124/10943 12167/13126/10945 12164/13122/10942</w:t>
        <w:br/>
        <w:t>f 12168/13127/10946 5388/10986/9034 5385/10983/8941</w:t>
        <w:br/>
        <w:t>f 12166/13125/10944 12168/13127/10946 5385/10983/8941</w:t>
        <w:br/>
        <w:t>f 12169/13128/10947 12168/13127/10946 12166/13125/10944</w:t>
        <w:br/>
        <w:t>f 12167/13126/10945 12169/13128/10947 12166/13125/10944</w:t>
        <w:br/>
        <w:t>f 12173/13129/10948 12172/13130/10949 12171/13131/10950</w:t>
        <w:br/>
        <w:t>f 12170/13132/10951 12173/13129/10948 12171/13131/10950</w:t>
        <w:br/>
        <w:t>f 12172/13130/10949 12173/13129/10948 12097/13065/10887</w:t>
        <w:br/>
        <w:t>f 12174/13133/10952 12172/13130/10949 12097/13065/10887</w:t>
        <w:br/>
        <w:t>f 12174/13133/10952 12097/13065/10887 12150/13109/10930</w:t>
        <w:br/>
        <w:t>f 12151/13110/10931 12174/13133/10952 12150/13109/10930</w:t>
        <w:br/>
        <w:t>f 12151/13110/10931 12176/13134/10953 12175/13135/10954</w:t>
        <w:br/>
        <w:t>f 12174/13133/10952 12151/13110/10931 12175/13135/10954</w:t>
        <w:br/>
        <w:t>f 12175/13135/10954 12177/13136/10955 12172/13130/10949</w:t>
        <w:br/>
        <w:t>f 12174/13133/10952 12175/13135/10954 12172/13130/10949</w:t>
        <w:br/>
        <w:t>f 12175/13135/10954 12176/13134/10953 12179/13137/10956</w:t>
        <w:br/>
        <w:t>f 12178/13138/10957 12175/13135/10954 12179/13137/10956</w:t>
        <w:br/>
        <w:t>f 12177/13136/10955 12175/13135/10954 12178/13138/10957</w:t>
        <w:br/>
        <w:t>f 12180/13139/10958 12177/13136/10955 12178/13138/10957</w:t>
        <w:br/>
        <w:t>f 12182/13140/10959 12181/13141/10960 12178/13138/10957</w:t>
        <w:br/>
        <w:t>f 12179/13137/10956 12182/13140/10959 12178/13138/10957</w:t>
        <w:br/>
        <w:t>f 12180/13139/10958 12178/13138/10957 12181/13141/10960</w:t>
        <w:br/>
        <w:t>f 12183/13142/10961 12180/13139/10958 12181/13141/10960</w:t>
        <w:br/>
        <w:t>f 12185/13143/10962 12151/13110/10931 12115/13071/10892</w:t>
        <w:br/>
        <w:t>f 12184/13144/10963 12185/13143/10962 12115/13071/10892</w:t>
        <w:br/>
        <w:t>f 12184/13144/10963 12188/13145/10964 12187/13146/10965</w:t>
        <w:br/>
        <w:t>f 12186/13147/10966 12184/13144/10963 12187/13146/10965</w:t>
        <w:br/>
        <w:t>f 12190/13148/10967 12189/13149/10968 12111/13069/10890</w:t>
        <w:br/>
        <w:t>f 12191/13150/10969 12185/13143/10962 12184/13144/10963</w:t>
        <w:br/>
        <w:t>f 12186/13147/10966 12191/13150/10969 12184/13144/10963</w:t>
        <w:br/>
        <w:t>f 12193/13151/10970 12191/13150/10969 12186/13147/10966</w:t>
        <w:br/>
        <w:t>f 12192/13152/10971 12193/13151/10970 12186/13147/10966</w:t>
        <w:br/>
        <w:t>f 12195/13153/10972 12194/13154/10973 12190/13148/10967</w:t>
        <w:br/>
        <w:t>f 12199/13155/10974 12198/13156/10975 12197/13157/10976</w:t>
        <w:br/>
        <w:t>f 12196/13158/10974 12199/13155/10974 12197/13157/10976</w:t>
        <w:br/>
        <w:t>f 12198/13156/10975 12201/13159/10977 12200/13160/10977</w:t>
        <w:br/>
        <w:t>f 12197/13157/10976 12198/13156/10975 12200/13160/10977</w:t>
        <w:br/>
        <w:t>f 12201/13159/10977 12203/13161/10978 12202/13162/10978</w:t>
        <w:br/>
        <w:t>f 12200/13160/10977 12201/13159/10977 12202/13162/10978</w:t>
        <w:br/>
        <w:t>f 12203/13161/10978 12205/13163/10979 12204/13164/10980</w:t>
        <w:br/>
        <w:t>f 12202/13162/10978 12203/13161/10978 12204/13164/10980</w:t>
        <w:br/>
        <w:t>f 12205/13163/10979 12207/13165/10981 12206/13166/10981</w:t>
        <w:br/>
        <w:t>f 12204/13164/10980 12205/13163/10979 12206/13166/10981</w:t>
        <w:br/>
        <w:t>f 12207/13165/10981 12209/13167/10982 12208/13168/10982</w:t>
        <w:br/>
        <w:t>f 12206/13166/10981 12207/13165/10981 12208/13168/10982</w:t>
        <w:br/>
        <w:t>f 12209/13167/10982 12064/13038/10865 12065/13037/10864</w:t>
        <w:br/>
        <w:t>f 12208/13168/10982 12209/13167/10982 12065/13037/10864</w:t>
        <w:br/>
        <w:t>f 12181/13141/10960 12182/13140/10959 12211/13169/10983</w:t>
        <w:br/>
        <w:t>f 12210/13170/10984 12181/13141/10960 12211/13169/10983</w:t>
        <w:br/>
        <w:t>f 12210/13170/10984 12183/13142/10961 12181/13141/10960</w:t>
        <w:br/>
        <w:t>f 12213/13171/10985 12212/13172/10986 12193/13151/10970</w:t>
        <w:br/>
        <w:t>f 12192/13152/10971 12213/13171/10985 12193/13151/10970</w:t>
        <w:br/>
        <w:t>f 12216/13173/10987 12215/13174/10988 12214/13175/10989</w:t>
        <w:br/>
        <w:t>f 12219/13176/10990 12195/13153/10972 12218/13177/10991</w:t>
        <w:br/>
        <w:t>f 12217/13178/10992 12219/13176/10990 12218/13177/10991</w:t>
        <w:br/>
        <w:t>f 12217/13178/10992 12218/13177/10991 12221/13179/10993</w:t>
        <w:br/>
        <w:t>f 12220/13180/10994 12217/13178/10992 12221/13179/10993</w:t>
        <w:br/>
        <w:t>f 12214/13175/10989 12215/13174/10988 12223/13181/10995</w:t>
        <w:br/>
        <w:t>f 12222/13182/10996 12214/13175/10989 12223/13181/10995</w:t>
        <w:br/>
        <w:t>f 12212/13172/10986 12213/13171/10985 12225/13183/10997</w:t>
        <w:br/>
        <w:t>f 12224/13184/10998 12212/13172/10986 12225/13183/10997</w:t>
        <w:br/>
        <w:t>f 12210/13170/10984 12211/13169/10983 12227/13185/10999</w:t>
        <w:br/>
        <w:t>f 12226/13186/11000 12210/13170/10984 12227/13185/10999</w:t>
        <w:br/>
        <w:t>f 12231/13187/11001 12230/13188/11002 12229/13189/11003</w:t>
        <w:br/>
        <w:t>f 12228/13190/11004 12231/13187/11001 12229/13189/11003</w:t>
        <w:br/>
        <w:t>f 12235/13191/11005 12234/13192/11006 12233/13193/11007</w:t>
        <w:br/>
        <w:t>f 12232/13194/11008 12235/13191/11005 12233/13193/11007</w:t>
        <w:br/>
        <w:t>f 12239/13195/11009 12238/13196/11010 12237/13197/11011</w:t>
        <w:br/>
        <w:t>f 12236/13198/11012 12239/13195/11009 12237/13197/11011</w:t>
        <w:br/>
        <w:t>f 12243/13199/11013 12242/13200/11014 12241/13201/11015</w:t>
        <w:br/>
        <w:t>f 12240/13202/11016 12243/13199/11013 12241/13201/11015</w:t>
        <w:br/>
        <w:t>f 12247/13203/11017 12246/13204/11018 12245/13205/11019</w:t>
        <w:br/>
        <w:t>f 12244/13206/11020 12247/13203/11017 12245/13205/11019</w:t>
        <w:br/>
        <w:t>f 12251/13207/11021 12250/13208/11022 12249/13209/11023</w:t>
        <w:br/>
        <w:t>f 12248/13210/11024 12251/13207/11021 12249/13209/11023</w:t>
        <w:br/>
        <w:t>f 12250/13208/11022 12251/13207/11021 12253/13211/11025</w:t>
        <w:br/>
        <w:t>f 12252/13212/11026 12250/13208/11022 12253/13211/11025</w:t>
        <w:br/>
        <w:t>f 12257/13213/11027 12256/13214/11028 12255/13215/11029</w:t>
        <w:br/>
        <w:t>f 12254/13216/11030 12257/13213/11027 12255/13215/11029</w:t>
        <w:br/>
        <w:t>f 12261/13217/11031 12260/13218/11032 12259/13219/11033</w:t>
        <w:br/>
        <w:t>f 12258/13220/11034 12261/13217/11031 12259/13219/11033</w:t>
        <w:br/>
        <w:t>f 12258/13220/11034 12259/13219/11033 12263/13221/11035</w:t>
        <w:br/>
        <w:t>f 12262/13222/11036 12258/13220/11034 12263/13221/11035</w:t>
        <w:br/>
        <w:t>f 12267/13223/11037 12266/13224/11038 12265/13225/11039</w:t>
        <w:br/>
        <w:t>f 12264/13226/11040 12267/13223/11037 12265/13225/11039</w:t>
        <w:br/>
        <w:t>f 12271/13227/11041 12270/13228/11042 12269/13229/11042</w:t>
        <w:br/>
        <w:t>f 12268/13230/11041 12271/13227/11041 12269/13229/11042</w:t>
        <w:br/>
        <w:t>f 12275/13231/11043 12274/13232/11044 12273/13233/11045</w:t>
        <w:br/>
        <w:t>f 12272/13234/11046 12275/13231/11043 12273/13233/11045</w:t>
        <w:br/>
        <w:t>f 12185/13143/10962 12176/13134/10953 12151/13110/10931</w:t>
        <w:br/>
        <w:t>f 12191/13150/10969 12179/13137/10956 12176/13134/10953</w:t>
        <w:br/>
        <w:t>f 12185/13143/10962 12191/13150/10969 12176/13134/10953</w:t>
        <w:br/>
        <w:t>f 12193/13151/10970 12182/13140/10959 12179/13137/10956</w:t>
        <w:br/>
        <w:t>f 12191/13150/10969 12193/13151/10970 12179/13137/10956</w:t>
        <w:br/>
        <w:t>f 12212/13172/10986 12211/13169/10983 12182/13140/10959</w:t>
        <w:br/>
        <w:t>f 12193/13151/10970 12212/13172/10986 12182/13140/10959</w:t>
        <w:br/>
        <w:t>f 12211/13169/10983 12212/13172/10986 12224/13184/10998</w:t>
        <w:br/>
        <w:t>f 12227/13185/10999 12211/13169/10983 12224/13184/10998</w:t>
        <w:br/>
        <w:t>f 12238/13196/11010 12243/13199/11013 12240/13202/11016</w:t>
        <w:br/>
        <w:t>f 12237/13197/11011 12238/13196/11010 12240/13202/11016</w:t>
        <w:br/>
        <w:t>f 12256/13214/11028 12257/13213/11027 12252/13212/11026</w:t>
        <w:br/>
        <w:t>f 12253/13211/11025 12256/13214/11028 12252/13212/11026</w:t>
        <w:br/>
        <w:t>f 12264/13226/11040 12265/13225/11039 12277/13235/11047</w:t>
        <w:br/>
        <w:t>f 12276/13236/11048 12264/13226/11040 12277/13235/11047</w:t>
        <w:br/>
        <w:t>f 12224/13184/10998 12225/13183/10997 12279/13237/11049</w:t>
        <w:br/>
        <w:t>f 12278/13238/11050 12224/13184/10998 12279/13237/11049</w:t>
        <w:br/>
        <w:t>f 12227/13185/10999 12224/13184/10998 12278/13238/11050</w:t>
        <w:br/>
        <w:t>f 12280/13239/11051 12227/13185/10999 12278/13238/11050</w:t>
        <w:br/>
        <w:t>f 12226/13186/11000 12227/13185/10999 12280/13239/11051</w:t>
        <w:br/>
        <w:t>f 12281/13240/11052 12226/13186/11000 12280/13239/11051</w:t>
        <w:br/>
        <w:t>f 12245/13205/11019 12248/13210/11024 12249/13209/11023</w:t>
        <w:br/>
        <w:t>f 12244/13206/11020 12245/13205/11019 12249/13209/11023</w:t>
        <w:br/>
        <w:t>f 12229/13189/11003 12230/13188/11002 12235/13191/11005</w:t>
        <w:br/>
        <w:t>f 12217/13178/10992 12220/13180/10994 12223/13181/10995</w:t>
        <w:br/>
        <w:t>f 12215/13174/10988 12217/13178/10992 12223/13181/10995</w:t>
        <w:br/>
        <w:t>f 12219/13176/10990 12217/13178/10992 12215/13174/10988</w:t>
        <w:br/>
        <w:t>f 12216/13173/10987 12219/13176/10990 12215/13174/10988</w:t>
        <w:br/>
        <w:t>f 12216/13173/10987 12187/13146/10965 12194/13154/10973</w:t>
        <w:br/>
        <w:t>f 12219/13176/10990 12216/13173/10987 12194/13154/10973</w:t>
        <w:br/>
        <w:t>f 12246/13204/11018 12261/13217/11031 12258/13220/11034</w:t>
        <w:br/>
        <w:t>f 12245/13205/11019 12246/13204/11018 12258/13220/11034</w:t>
        <w:br/>
        <w:t>f 12245/13205/11019 12258/13220/11034 12262/13222/11036</w:t>
        <w:br/>
        <w:t>f 12248/13210/11024 12245/13205/11019 12262/13222/11036</w:t>
        <w:br/>
        <w:t>f 12251/13207/11021 12267/13223/11037 12264/13226/11040</w:t>
        <w:br/>
        <w:t>f 12253/13211/11025 12251/13207/11021 12264/13226/11040</w:t>
        <w:br/>
        <w:t>f 12253/13211/11025 12264/13226/11040 12276/13236/11048</w:t>
        <w:br/>
        <w:t>f 12256/13214/11028 12253/13211/11025 12276/13236/11048</w:t>
        <w:br/>
        <w:t>f 12256/13214/11028 12271/13227/11041 12268/13230/11041</w:t>
        <w:br/>
        <w:t>f 12255/13215/11029 12256/13214/11028 12268/13230/11041</w:t>
        <w:br/>
        <w:t>f 12231/13187/11001 12247/13203/11017 12244/13206/11020</w:t>
        <w:br/>
        <w:t>f 12230/13188/11002 12231/13187/11001 12244/13206/11020</w:t>
        <w:br/>
        <w:t>f 12244/13206/11020 12249/13209/11023 12282/13241/11053</w:t>
        <w:br/>
        <w:t>f 12283/13242/11054 12282/13241/11053 12249/13209/11023</w:t>
        <w:br/>
        <w:t>f 12284/13243/11055 12250/13208/11022 12252/13212/11026</w:t>
        <w:br/>
        <w:t>f 12257/13213/11027 12286/13244/11056 12285/13245/11057</w:t>
        <w:br/>
        <w:t>f 12252/13212/11026 12257/13213/11027 12285/13245/11057</w:t>
        <w:br/>
        <w:t>f 12286/13244/11056 12257/13213/11027 12254/13216/11030</w:t>
        <w:br/>
        <w:t>f 12287/13246/11058 12286/13244/11056 12254/13216/11030</w:t>
        <w:br/>
        <w:t>f 12298/13247/4367 12297/13248/4371 12296/13249/11059</w:t>
        <w:br/>
        <w:t>f 12301/13250/11060 12300/13251/11061 12299/13252/11062</w:t>
        <w:br/>
        <w:t>f 12306/13253/11063 12305/13254/11064 12304/13255/11065</w:t>
        <w:br/>
        <w:t>f 12309/13256/11066 12308/13257/11067 12307/13258/11068</w:t>
        <w:br/>
        <w:t>f 12296/13249/11059 12310/13259/11069 12309/13256/11066</w:t>
        <w:br/>
        <w:t>f 12307/13258/11068 12296/13249/11059 12309/13256/11066</w:t>
        <w:br/>
        <w:t>f 12312/13260/11070 12311/13261/11071 12305/13254/11064</w:t>
        <w:br/>
        <w:t>f 12306/13253/11063 12312/13260/11070 12305/13254/11064</w:t>
        <w:br/>
        <w:t>f 12312/13260/11070 12314/13262/11072 12313/13263/11073</w:t>
        <w:br/>
        <w:t>f 12311/13261/11071 12312/13260/11070 12313/13263/11073</w:t>
        <w:br/>
        <w:t>f 12315/13264/11074 12313/13263/11073 12314/13262/11072</w:t>
        <w:br/>
        <w:t>f 12310/13259/11069 12315/13264/11074 12314/13262/11072</w:t>
        <w:br/>
        <w:t>f 12323/13265/11075 12322/13266/11076 12321/13267/4377</w:t>
        <w:br/>
        <w:t>f 12320/13268/4376 12323/13265/11075 12321/13267/4377</w:t>
        <w:br/>
        <w:t>f 12322/13266/11076 12323/13265/11075 12325/13269/11077</w:t>
        <w:br/>
        <w:t>f 12324/13270/11078 12322/13266/11076 12325/13269/11077</w:t>
        <w:br/>
        <w:t>f 12327/13271/11079 12326/13272/11080 12296/13249/11059</w:t>
        <w:br/>
        <w:t>f 12297/13248/4371 12327/13271/11079 12296/13249/11059</w:t>
        <w:br/>
        <w:t>f 12329/13273/11081 12326/13272/11080 12327/13271/11079</w:t>
        <w:br/>
        <w:t>f 12331/13274/11082 12326/13272/11080 12329/13273/11081</w:t>
        <w:br/>
        <w:t>f 12330/13275/11083 12331/13274/11082 12329/13273/11081</w:t>
        <w:br/>
        <w:t>f 12343/13276/11084 12342/13277/11085 12329/13273/11081</w:t>
        <w:br/>
        <w:t>f 12341/13278/11086 12343/13276/11084 12329/13273/11081</w:t>
        <w:br/>
        <w:t>f 12341/13278/11086 12329/13273/11081 12327/13271/11079</w:t>
        <w:br/>
        <w:t>f 12344/13279/4392 12341/13278/11086 12327/13271/11079</w:t>
        <w:br/>
        <w:t>f 12310/13259/11069 12296/13249/11059 12326/13272/11080</w:t>
        <w:br/>
        <w:t>f 12352/13280/11087 12351/13281/11088 12331/13274/11082</w:t>
        <w:br/>
        <w:t>f 12352/13280/11087 12364/13282/11089 12363/13283/11090</w:t>
        <w:br/>
        <w:t>f 12368/13284/11091 12367/13285/11092 12366/13286/11093</w:t>
        <w:br/>
        <w:t>f 12365/13287/11094 12368/13284/11091 12366/13286/11093</w:t>
        <w:br/>
        <w:t>f 12365/13287/11094 12370/13288/11095 12369/13289/11096</w:t>
        <w:br/>
        <w:t>f 12368/13284/11091 12365/13287/11094 12369/13289/11096</w:t>
        <w:br/>
        <w:t>f 12373/13290/11097 12372/13291/11098 12371/13292/11099</w:t>
        <w:br/>
        <w:t>f 12376/13293/11100 12375/13294/11101 12374/13295/11102</w:t>
        <w:br/>
        <w:t>f 12369/13289/11096 12370/13288/11095 12375/13294/11101</w:t>
        <w:br/>
        <w:t>f 12377/13296/11103 12369/13289/11096 12375/13294/11101</w:t>
        <w:br/>
        <w:t>f 12378/13297/11104 12373/13290/11097 12369/13289/11096</w:t>
        <w:br/>
        <w:t>f 12377/13296/11103 12378/13297/11104 12369/13289/11096</w:t>
        <w:br/>
        <w:t>f 12383/13298/11105 12382/13299/11106 12378/13297/11104</w:t>
        <w:br/>
        <w:t>f 12377/13296/11103 12383/13298/11105 12378/13297/11104</w:t>
        <w:br/>
        <w:t>f 12398/13300/11107 12397/13301/11108 12396/13302/11109</w:t>
        <w:br/>
        <w:t>f 12401/13303/11110 12400/13304/11111 12383/13298/11105</w:t>
        <w:br/>
        <w:t>f 12399/13305/11112 12401/13303/11110 12383/13298/11105</w:t>
        <w:br/>
        <w:t>f 12404/13306/11113 12382/13299/11106 12383/13298/11105</w:t>
        <w:br/>
        <w:t>f 12400/13304/11111 12404/13306/11113 12383/13298/11105</w:t>
        <w:br/>
        <w:t>f 12396/13302/11109 12397/13301/11108 12406/13307/11114</w:t>
        <w:br/>
        <w:t>f 12405/13308/11115 12396/13302/11109 12406/13307/11114</w:t>
        <w:br/>
        <w:t>f 12401/13303/11110 12408/13309/11116 12407/13310/11116</w:t>
        <w:br/>
        <w:t>f 12400/13304/11111 12401/13303/11110 12407/13310/11116</w:t>
        <w:br/>
        <w:t>f 12410/13311/11117 12409/13312/11118 12404/13306/11113</w:t>
        <w:br/>
        <w:t>f 12400/13304/11111 12410/13311/11117 12404/13306/11113</w:t>
        <w:br/>
        <w:t>f 12417/13313/11119 12406/13307/11114 12416/13314/11120</w:t>
        <w:br/>
        <w:t>f 12415/13315/11121 12417/13313/11119 12416/13314/11120</w:t>
        <w:br/>
        <w:t>f 12415/13315/11121 12420/13316/11122 12419/13317/11123</w:t>
        <w:br/>
        <w:t>f 12417/13313/11119 12415/13315/11121 12419/13317/11123</w:t>
        <w:br/>
        <w:t>f 12423/13318/9213 5643/11179/9212 12422/13319/11124</w:t>
        <w:br/>
        <w:t>f 12421/13320/11125 12423/13318/9213 12422/13319/11124</w:t>
        <w:br/>
        <w:t>f 12425/13321/11126 12424/13322/11127 12421/13320/11125</w:t>
        <w:br/>
        <w:t>f 12422/13319/11124 12425/13321/11126 12421/13320/11125</w:t>
        <w:br/>
        <w:t>f 12429/13323/11128 12428/13324/11129 12427/13325/11130</w:t>
        <w:br/>
        <w:t>f 12426/13326/11131 12429/13323/11128 12427/13325/11130</w:t>
        <w:br/>
        <w:t>f 12431/13327/11132 12430/13328/11133 12419/13317/11123</w:t>
        <w:br/>
        <w:t>f 12433/13329/11134 12432/13330/11135 12406/13307/11114</w:t>
        <w:br/>
        <w:t>f 12417/13313/11119 12433/13329/11134 12406/13307/11114</w:t>
        <w:br/>
        <w:t>f 12434/13331/11136 12405/13308/11115 12406/13307/11114</w:t>
        <w:br/>
        <w:t>f 12432/13330/11135 12434/13331/11136 12406/13307/11114</w:t>
        <w:br/>
        <w:t>f 12408/13309/11116 12436/13332/11137 12435/13333/11137</w:t>
        <w:br/>
        <w:t>f 12407/13310/11116 12408/13309/11116 12435/13333/11137</w:t>
        <w:br/>
        <w:t>f 12409/13312/11118 12410/13311/11117 12437/13334/11138</w:t>
        <w:br/>
        <w:t>f 12428/13324/11129 12440/13335/11139 12439/13336/11140</w:t>
        <w:br/>
        <w:t>f 12438/13337/11141 12428/13324/11129 12439/13336/11140</w:t>
        <w:br/>
        <w:t>f 12439/13336/11140 12440/13335/11139 12442/13338/4424</w:t>
        <w:br/>
        <w:t>f 12441/13339/11142 12439/13336/11140 12442/13338/4424</w:t>
        <w:br/>
        <w:t>f 12446/13340/11143 12445/13341/11144 12444/13342/11145</w:t>
        <w:br/>
        <w:t>f 12443/13343/11146 12446/13340/11143 12444/13342/11145</w:t>
        <w:br/>
        <w:t>f 12448/13344/11147 12422/13319/11124 5643/11179/9212</w:t>
        <w:br/>
        <w:t>f 12447/13345/9236 12448/13344/11147 5643/11179/9212</w:t>
        <w:br/>
        <w:t>f 12449/13346/11148 12425/13321/11126 12422/13319/11124</w:t>
        <w:br/>
        <w:t>f 12448/13344/11147 12449/13346/11148 12422/13319/11124</w:t>
        <w:br/>
        <w:t>f 12430/13328/11133 12431/13327/11132 12426/13326/11131</w:t>
        <w:br/>
        <w:t>f 12427/13325/11130 12430/13328/11133 12426/13326/11131</w:t>
        <w:br/>
        <w:t>f 12432/13330/11135 12433/13329/11134 12438/13337/11141</w:t>
        <w:br/>
        <w:t>f 12439/13336/11140 12432/13330/11135 12438/13337/11141</w:t>
        <w:br/>
        <w:t>f 12432/13330/11135 12439/13336/11140 12441/13339/11142</w:t>
        <w:br/>
        <w:t>f 12434/13331/11136 12432/13330/11135 12441/13339/11142</w:t>
        <w:br/>
        <w:t>f 12451/13347/11149 12435/13333/11137 12436/13332/11137</w:t>
        <w:br/>
        <w:t>f 12450/13348/11149 12451/13347/11149 12436/13332/11137</w:t>
        <w:br/>
        <w:t>f 12437/13334/11138 12443/13343/11146 12444/13342/11145</w:t>
        <w:br/>
        <w:t>f 12409/13312/11118 12437/13334/11138 12444/13342/11145</w:t>
        <w:br/>
        <w:t>f 12428/13324/11129 12429/13323/11128 12424/13322/11127</w:t>
        <w:br/>
        <w:t>f 12425/13321/11126 12428/13324/11129 12424/13322/11127</w:t>
        <w:br/>
        <w:t>f 12440/13335/11139 12428/13324/11129 12425/13321/11126</w:t>
        <w:br/>
        <w:t>f 12449/13346/11148 12440/13335/11139 12425/13321/11126</w:t>
        <w:br/>
        <w:t>f 12442/13338/4424 12440/13335/11139 12449/13346/11148</w:t>
        <w:br/>
        <w:t>f 12452/13349/11150 12442/13338/4424 12449/13346/11148</w:t>
        <w:br/>
        <w:t>f 12459/13350/11147 12458/13351/9236 12457/13352/11151</w:t>
        <w:br/>
        <w:t>f 12260/13218/11032 12273/13233/11045 12274/13232/11044</w:t>
        <w:br/>
        <w:t>f 12259/13219/11033 12260/13218/11032 12274/13232/11044</w:t>
        <w:br/>
        <w:t>f 12259/13219/11033 12274/13232/11044 12471/13353/11152</w:t>
        <w:br/>
        <w:t>f 12263/13221/11035 12259/13219/11033 12471/13353/11152</w:t>
        <w:br/>
        <w:t>f 12265/13225/11039 12473/13354/11153 12472/13355/11154</w:t>
        <w:br/>
        <w:t>f 12277/13235/11047 12265/13225/11039 12472/13355/11154</w:t>
        <w:br/>
        <w:t>f 12270/13228/11042 12475/13356/11155 12474/13357/11155</w:t>
        <w:br/>
        <w:t>f 12269/13229/11042 12270/13228/11042 12474/13357/11155</w:t>
        <w:br/>
        <w:t>f 12471/13353/11152 12274/13232/11044 12275/13231/11043</w:t>
        <w:br/>
        <w:t>f 12473/13354/11153 12476/13358/11156 12472/13355/11154</w:t>
        <w:br/>
        <w:t>f 12475/13356/11155 12478/13359/11157 12477/13360/11158</w:t>
        <w:br/>
        <w:t>f 12474/13357/11155 12475/13356/11155 12477/13360/11158</w:t>
        <w:br/>
        <w:t>f 12457/13352/11151 5700/11224/9248 12480/13361/11159</w:t>
        <w:br/>
        <w:t>f 12479/13362/11160 12457/13352/11151 12480/13361/11159</w:t>
        <w:br/>
        <w:t>f 12485/13363/11161 12479/13362/11160 12480/13361/11159</w:t>
        <w:br/>
        <w:t>f 12486/13364/11162 12485/13363/11161 12480/13361/11159</w:t>
        <w:br/>
        <w:t>f 12448/13344/11147 12452/13349/11150 12449/13346/11148</w:t>
        <w:br/>
        <w:t>f 12406/13307/11114 12397/13301/11108 12416/13314/11120</w:t>
        <w:br/>
        <w:t>f 12613/13365/11163 12485/13363/11161 12486/13364/11162</w:t>
        <w:br/>
        <w:t>f 12612/13366/11164 12613/13365/11163 12486/13364/11162</w:t>
        <w:br/>
        <w:t>f 12618/13367/11165 12613/13365/11163 12612/13366/11164</w:t>
        <w:br/>
        <w:t>f 12619/13368/11166 12618/13367/11165 12612/13366/11164</w:t>
        <w:br/>
        <w:t>f 12619/13368/11166 12625/13369/11167 12624/13370/11168</w:t>
        <w:br/>
        <w:t>f 12618/13367/11165 12619/13368/11166 12624/13370/11168</w:t>
        <w:br/>
        <w:t>f 12638/13371/11169 12637/13372/11170 12636/13373/5040</w:t>
        <w:br/>
        <w:t>f 12639/13374/11171 12638/13371/11169 12636/13373/5040</w:t>
        <w:br/>
        <w:t>f 12459/13350/11147 12457/13352/11151 12640/13375/11172</w:t>
        <w:br/>
        <w:t>f 12479/13362/11160 12641/13376/11173 12640/13375/11172</w:t>
        <w:br/>
        <w:t>f 12457/13352/11151 12479/13362/11160 12640/13375/11172</w:t>
        <w:br/>
        <w:t>f 12485/13363/11161 12642/13377/11174 12641/13376/11173</w:t>
        <w:br/>
        <w:t>f 12479/13362/11160 12485/13363/11161 12641/13376/11173</w:t>
        <w:br/>
        <w:t>f 12188/13145/10964 12184/13144/10963 12115/13071/10892</w:t>
        <w:br/>
        <w:t>f 12112/13074/10895 12188/13145/10964 12115/13071/10892</w:t>
        <w:br/>
        <w:t>f 12111/13069/10890 12189/13149/10968 12110/13070/10891</w:t>
        <w:br/>
        <w:t>f 12114/13072/10893 12150/13109/10930 12096/13064/10886</w:t>
        <w:br/>
        <w:t>f 12643/13378/11175 12114/13072/10893 12096/13064/10886</w:t>
        <w:br/>
        <w:t>f 12644/13379/11176 12113/13073/10894 12114/13072/10893</w:t>
        <w:br/>
        <w:t>f 12643/13378/11175 12644/13379/11176 12114/13072/10893</w:t>
        <w:br/>
        <w:t>f 12647/13380/11177 12638/13371/11169 12639/13374/11171</w:t>
        <w:br/>
        <w:t>f 12648/13381/11178 12647/13380/11177 12639/13374/11171</w:t>
        <w:br/>
        <w:t>f 12458/13351/9236 5700/11224/9248 12457/13352/11151</w:t>
        <w:br/>
        <w:t>f 12298/13247/4367 12296/13249/11059 12307/13258/11068</w:t>
        <w:br/>
        <w:t>f 12649/13382/4366 12298/13247/4367 12307/13258/11068</w:t>
        <w:br/>
        <w:t>f 12308/13257/11067 12649/13382/4366 12307/13258/11068</w:t>
        <w:br/>
        <w:t>f 12306/13253/11063 12300/13251/11061 12308/13257/11067</w:t>
        <w:br/>
        <w:t>f 12306/13253/11063 12304/13255/11065 12299/13252/11062</w:t>
        <w:br/>
        <w:t>f 12300/13251/11061 12306/13253/11063 12299/13252/11062</w:t>
        <w:br/>
        <w:t>f 12310/13259/11069 12314/13262/11072 12309/13256/11066</w:t>
        <w:br/>
        <w:t>f 12312/13260/11070 12308/13257/11067 12309/13256/11066</w:t>
        <w:br/>
        <w:t>f 12314/13262/11072 12312/13260/11070 12309/13256/11066</w:t>
        <w:br/>
        <w:t>f 12306/13253/11063 12308/13257/11067 12312/13260/11070</w:t>
        <w:br/>
        <w:t>f 12430/13328/11133 12433/13329/11134 12417/13313/11119</w:t>
        <w:br/>
        <w:t>f 12419/13317/11123 12430/13328/11133 12417/13313/11119</w:t>
        <w:br/>
        <w:t>f 12433/13329/11134 12430/13328/11133 12427/13325/11130</w:t>
        <w:br/>
        <w:t>f 12438/13337/11141 12433/13329/11134 12427/13325/11130</w:t>
        <w:br/>
        <w:t>f 12428/13324/11129 12438/13337/11141 12427/13325/11130</w:t>
        <w:br/>
        <w:t>f 12216/13173/10987 12192/13152/10971 12186/13147/10966</w:t>
        <w:br/>
        <w:t>f 12187/13146/10965 12216/13173/10987 12186/13147/10966</w:t>
        <w:br/>
        <w:t>f 12192/13152/10971 12216/13173/10987 12214/13175/10989</w:t>
        <w:br/>
        <w:t>f 12213/13171/10985 12192/13152/10971 12214/13175/10989</w:t>
        <w:br/>
        <w:t>f 12213/13171/10985 12214/13175/10989 12225/13183/10997</w:t>
        <w:br/>
        <w:t>f 12279/13237/11049 12225/13183/10997 12222/13182/10996</w:t>
        <w:br/>
        <w:t>f 12239/13195/11009 12236/13198/11012 12233/13193/11007</w:t>
        <w:br/>
        <w:t>f 12234/13192/11006 12239/13195/11009 12233/13193/11007</w:t>
        <w:br/>
        <w:t>f 12194/13154/10973 12187/13146/10965 12188/13145/10964</w:t>
        <w:br/>
        <w:t>f 12189/13149/10968 12194/13154/10973 12188/13145/10964</w:t>
        <w:br/>
        <w:t>f 12188/13145/10964 12112/13074/10895 12110/13070/10891</w:t>
        <w:br/>
        <w:t>f 12189/13149/10968 12188/13145/10964 12110/13070/10891</w:t>
        <w:br/>
        <w:t>f 12107/13068/10889 12110/13070/10891 12112/13074/10895</w:t>
        <w:br/>
        <w:t>f 12113/13073/10894 12107/13068/10889 12112/13074/10895</w:t>
        <w:br/>
        <w:t>f 12109/13066/10888 12107/13068/10889 12113/13073/10894</w:t>
        <w:br/>
        <w:t>f 12644/13379/11176 12109/13066/10888 12113/13073/10894</w:t>
        <w:br/>
        <w:t>f 12644/13379/11176 12651/13383/11179 12650/13384/4353</w:t>
        <w:br/>
        <w:t>f 12109/13066/10888 12644/13379/11176 12650/13384/4353</w:t>
        <w:br/>
        <w:t>f 12653/13385/11180 12644/13379/11176 12643/13378/11175</w:t>
        <w:br/>
        <w:t>f 12652/13386/11180 12653/13385/11180 12643/13378/11175</w:t>
        <w:br/>
        <w:t>f 12058/13031/10861 12650/13384/4353 12651/13383/11179</w:t>
        <w:br/>
        <w:t>f 12248/13210/11024 12262/13222/11036 12267/13223/11037</w:t>
        <w:br/>
        <w:t>f 12251/13207/11021 12248/13210/11024 12267/13223/11037</w:t>
        <w:br/>
        <w:t>f 12266/13224/11038 12267/13223/11037 12262/13222/11036</w:t>
        <w:br/>
        <w:t>f 12263/13221/11035 12266/13224/11038 12262/13222/11036</w:t>
        <w:br/>
        <w:t>f 12473/13354/11153 12266/13224/11038 12263/13221/11035</w:t>
        <w:br/>
        <w:t>f 12471/13353/11152 12473/13354/11153 12263/13221/11035</w:t>
        <w:br/>
        <w:t>f 12275/13231/11043 12478/13359/11157 12471/13353/11152</w:t>
        <w:br/>
        <w:t>f 12478/13359/11157 12473/13354/11153 12471/13353/11152</w:t>
        <w:br/>
        <w:t>f 12235/13191/11005 12230/13188/11002 12282/13241/11053</w:t>
        <w:br/>
        <w:t>f 12235/13191/11005 12282/13241/11053 12283/13242/11054</w:t>
        <w:br/>
        <w:t>f 12234/13192/11006 12235/13191/11005 12283/13242/11054</w:t>
        <w:br/>
        <w:t>f 12234/13192/11006 12283/13242/11054 12284/13243/11055</w:t>
        <w:br/>
        <w:t>f 12239/13195/11009 12234/13192/11006 12284/13243/11055</w:t>
        <w:br/>
        <w:t>f 12239/13195/11009 12284/13243/11055 12285/13245/11057</w:t>
        <w:br/>
        <w:t>f 12238/13196/11010 12239/13195/11009 12285/13245/11057</w:t>
        <w:br/>
        <w:t>f 12286/13244/11056 12243/13199/11013 12238/13196/11010</w:t>
        <w:br/>
        <w:t>f 12285/13245/11057 12286/13244/11056 12238/13196/11010</w:t>
        <w:br/>
        <w:t>f 12243/13199/11013 12286/13244/11056 12287/13246/11058</w:t>
        <w:br/>
        <w:t>f 12242/13200/11014 12243/13199/11013 12287/13246/11058</w:t>
        <w:br/>
        <w:t>f 12228/13190/11004 12229/13189/11003 12220/13180/10994</w:t>
        <w:br/>
        <w:t>f 12221/13179/10993 12228/13190/11004 12220/13180/10994</w:t>
        <w:br/>
        <w:t>f 12220/13180/10994 12229/13189/11003 12232/13194/11008</w:t>
        <w:br/>
        <w:t>f 12223/13181/10995 12220/13180/10994 12232/13194/11008</w:t>
        <w:br/>
        <w:t>f 12222/13182/10996 12223/13181/10995 12232/13194/11008</w:t>
        <w:br/>
        <w:t>f 12233/13193/11007 12222/13182/10996 12232/13194/11008</w:t>
        <w:br/>
        <w:t>f 12279/13237/11049 12222/13182/10996 12233/13193/11007</w:t>
        <w:br/>
        <w:t>f 12236/13198/11012 12237/13197/11011 12278/13238/11050</w:t>
        <w:br/>
        <w:t>f 12279/13237/11049 12236/13198/11012 12278/13238/11050</w:t>
        <w:br/>
        <w:t>f 12237/13197/11011 12240/13202/11016 12280/13239/11051</w:t>
        <w:br/>
        <w:t>f 12278/13238/11050 12237/13197/11011 12280/13239/11051</w:t>
        <w:br/>
        <w:t>f 12240/13202/11016 12241/13201/11015 12281/13240/11052</w:t>
        <w:br/>
        <w:t>f 12280/13239/11051 12240/13202/11016 12281/13240/11052</w:t>
        <w:br/>
        <w:t>f 12657/13387/11181 12656/13388/11182 12655/13389/10706</w:t>
        <w:br/>
        <w:t>f 5881/11252/11183 11782/12852/8768 11783/12851/10704</w:t>
        <w:br/>
        <w:t>f 12658/13390/11184 5881/11252/11183 11783/12851/10704</w:t>
        <w:br/>
        <w:t>f 12662/13391/1247 12661/13392/1247 12660/13393/11185</w:t>
        <w:br/>
        <w:t>f 12659/13394/11185 12662/13391/1247 12660/13393/11185</w:t>
        <w:br/>
        <w:t>f 12660/13393/11185 12664/13395/11186 12663/13396/11187</w:t>
        <w:br/>
        <w:t>f 12659/13394/11185 12660/13393/11185 12663/13396/11187</w:t>
        <w:br/>
        <w:t>f 12666/13397/11188 12663/13396/11187 12664/13395/11186</w:t>
        <w:br/>
        <w:t>f 12665/13398/11188 12666/13397/11188 12664/13395/11186</w:t>
        <w:br/>
        <w:t>f 12670/13399/11189 12669/13400/11189 12668/13401/11189</w:t>
        <w:br/>
        <w:t>f 12667/13402/11189 12670/13399/11189 12668/13401/11189</w:t>
        <w:br/>
        <w:t>f 12672/13403/11190 12666/13397/11188 12665/13398/11188</w:t>
        <w:br/>
        <w:t>f 12671/13404/11190 12672/13403/11190 12665/13398/11188</w:t>
        <w:br/>
        <w:t>f 12675/13405/11191 12674/13406/11191 12673/13407/11191</w:t>
        <w:br/>
        <w:t>f 12690/13408/11192 12689/13409/11192 12688/13410/11193</w:t>
        <w:br/>
        <w:t>f 12687/13411/11193 12690/13408/11192 12688/13410/11193</w:t>
        <w:br/>
        <w:t>f 12687/13411/11193 12688/13410/11193 12692/13412/11194</w:t>
        <w:br/>
        <w:t>f 12691/13413/11194 12687/13411/11193 12692/13412/11194</w:t>
        <w:br/>
        <w:t>f 12691/13413/11194 12692/13412/11194 12694/13414/11195</w:t>
        <w:br/>
        <w:t>f 12693/13415/11195 12691/13413/11194 12694/13414/11195</w:t>
        <w:br/>
        <w:t>f 12698/13416/11196 12697/13417/11196 12696/13418/11197</w:t>
        <w:br/>
        <w:t>f 12695/13419/11198 12698/13416/11196 12696/13418/11197</w:t>
        <w:br/>
        <w:t>f 12695/13419/11198 12696/13418/11197 12700/13420/11199</w:t>
        <w:br/>
        <w:t>f 12699/13421/11199 12695/13419/11198 12700/13420/11199</w:t>
        <w:br/>
        <w:t>f 12700/13420/11199 12702/13422/11200 12701/13423/11200</w:t>
        <w:br/>
        <w:t>f 12699/13421/11199 12700/13420/11199 12701/13423/11200</w:t>
        <w:br/>
        <w:t>f 12704/13424/11201 12701/13423/11200 12702/13422/11200</w:t>
        <w:br/>
        <w:t>f 12703/13425/11201 12704/13424/11201 12702/13422/11200</w:t>
        <w:br/>
        <w:t>f 12693/13415/11195 12694/13414/11195 12697/13417/11196</w:t>
        <w:br/>
        <w:t>f 12698/13416/11196 12693/13415/11195 12697/13417/11196</w:t>
        <w:br/>
        <w:t>f 12708/13426/11202 12707/13427/11202 12706/13428/11203</w:t>
        <w:br/>
        <w:t>f 12705/13429/11204 12708/13426/11202 12706/13428/11203</w:t>
        <w:br/>
        <w:t>f 12706/13428/11203 12710/13430/11205 12709/13431/11205</w:t>
        <w:br/>
        <w:t>f 12705/13429/11204 12706/13428/11203 12709/13431/11205</w:t>
        <w:br/>
        <w:t>f 12712/13432/11206 12711/13433/11206 12709/13431/11205</w:t>
        <w:br/>
        <w:t>f 12710/13430/11205 12712/13432/11206 12709/13431/11205</w:t>
        <w:br/>
        <w:t>f 12714/13434/11207 12713/13435/11207 12711/13433/11206</w:t>
        <w:br/>
        <w:t>f 12712/13432/11206 12714/13434/11207 12711/13433/11206</w:t>
        <w:br/>
        <w:t>f 12714/13434/11207 12716/13436/11208 12715/13437/11208</w:t>
        <w:br/>
        <w:t>f 12713/13435/11207 12714/13434/11207 12715/13437/11208</w:t>
        <w:br/>
        <w:t>f 12716/13436/11208 12718/13438/11209 12717/13439/11210</w:t>
        <w:br/>
        <w:t>f 12715/13437/11208 12716/13436/11208 12717/13439/11210</w:t>
        <w:br/>
        <w:t>f 12721/13440/11211 12720/13441/11211 12719/13442/11212</w:t>
        <w:br/>
        <w:t>f 12722/13443/11212 12721/13440/11211 12719/13442/11212</w:t>
        <w:br/>
        <w:t>f 12724/13444/11213 12723/13445/11214 12720/13441/11211</w:t>
        <w:br/>
        <w:t>f 12721/13440/11211 12724/13444/11213 12720/13441/11211</w:t>
        <w:br/>
        <w:t>f 12152/13113/10934 12726/13446/11215 12725/13447/11216</w:t>
        <w:br/>
        <w:t>f 12154/13111/10932 12152/13113/10934 12725/13447/11216</w:t>
        <w:br/>
        <w:t>f 12726/13446/11215 12728/13448/11217 12727/13449/11218</w:t>
        <w:br/>
        <w:t>f 12725/13447/11216 12726/13446/11215 12727/13449/11218</w:t>
        <w:br/>
        <w:t>f 12732/13450/11219 12731/13451/11220 12730/13452/11221</w:t>
        <w:br/>
        <w:t>f 12729/13453/11222 12732/13450/11219 12730/13452/11221</w:t>
        <w:br/>
        <w:t>f 12734/13454/11223 12733/13455/11224 12731/13451/11220</w:t>
        <w:br/>
        <w:t>f 12732/13450/11219 12734/13454/11223 12731/13451/11220</w:t>
        <w:br/>
        <w:t>f 12738/13456/11225 12737/13457/11226 12736/13458/11227</w:t>
        <w:br/>
        <w:t>f 12735/13459/11228 12738/13456/11225 12736/13458/11227</w:t>
        <w:br/>
        <w:t>f 12738/13456/11225 12735/13459/11228 12740/13460/10767</w:t>
        <w:br/>
        <w:t>f 12739/13461/11229 12738/13456/11225 12740/13460/10767</w:t>
        <w:br/>
        <w:t>f 12734/13454/11223 12742/13462/11230 12741/13463/11231</w:t>
        <w:br/>
        <w:t>f 12733/13455/11224 12734/13454/11223 12741/13463/11231</w:t>
        <w:br/>
        <w:t>f 12739/13461/11229 12740/13460/10767 12744/13464/11232</w:t>
        <w:br/>
        <w:t>f 12743/13465/11233 12739/13461/11229 12744/13464/11232</w:t>
        <w:br/>
        <w:t>f 12743/13465/11233 12744/13464/11232 12746/13466/11234</w:t>
        <w:br/>
        <w:t>f 12745/13467/11234 12743/13465/11233 12746/13466/11234</w:t>
        <w:br/>
        <w:t>f 12742/13462/11230 12748/13468/11235 12747/13469/11236</w:t>
        <w:br/>
        <w:t>f 12741/13463/11231 12742/13462/11230 12747/13469/11236</w:t>
        <w:br/>
        <w:t>f 12752/13470/11237 12751/13471/11238 12750/13472/11239</w:t>
        <w:br/>
        <w:t>f 12749/13473/11239 12752/13470/11237 12750/13472/11239</w:t>
        <w:br/>
        <w:t>f 12756/13474/11240 12755/13475/10821 12754/13476/11241</w:t>
        <w:br/>
        <w:t>f 12753/13477/11242 12756/13474/11240 12754/13476/11241</w:t>
        <w:br/>
        <w:t>f 12760/13478/11243 12759/13479/11244 12758/13480/11244</w:t>
        <w:br/>
        <w:t>f 12757/13481/11245 12760/13478/11243 12758/13480/11244</w:t>
        <w:br/>
        <w:t>f 12764/13482/11246 12763/13483/10778 12762/13484/11247</w:t>
        <w:br/>
        <w:t>f 12761/13485/11248 12764/13482/11246 12762/13484/11247</w:t>
        <w:br/>
        <w:t>f 12768/13486/11249 12767/13487/11250 12766/13488/11251</w:t>
        <w:br/>
        <w:t>f 12765/13489/11249 12768/13486/11249 12766/13488/11251</w:t>
        <w:br/>
        <w:t>f 12772/13490/11252 12771/13491/11253 12770/13492/10784</w:t>
        <w:br/>
        <w:t>f 12769/13493/10783 12772/13490/11252 12770/13492/10784</w:t>
        <w:br/>
        <w:t>f 12775/13494/11254 12774/13495/11255 12773/13496/11255</w:t>
        <w:br/>
        <w:t>f 12748/13468/11235 12777/13497/11256 12776/13498/10823</w:t>
        <w:br/>
        <w:t>f 12747/13469/11236 12748/13468/11235 12776/13498/10823</w:t>
        <w:br/>
        <w:t>f 12767/13487/11250 12760/13478/11243 12757/13481/11245</w:t>
        <w:br/>
        <w:t>f 12766/13488/11251 12767/13487/11250 12757/13481/11245</w:t>
        <w:br/>
        <w:t>f 12772/13490/11252 12769/13493/10783 12763/13483/10778</w:t>
        <w:br/>
        <w:t>f 12764/13482/11246 12772/13490/11252 12763/13483/10778</w:t>
        <w:br/>
        <w:t>f 12749/13473/11239 12750/13472/11239 12758/13480/11244</w:t>
        <w:br/>
        <w:t>f 12759/13479/11244 12749/13473/11239 12758/13480/11244</w:t>
        <w:br/>
        <w:t>f 12761/13485/11248 12762/13484/11247 12779/13499/10790</w:t>
        <w:br/>
        <w:t>f 12778/13500/11257 12761/13485/11248 12779/13499/10790</w:t>
        <w:br/>
        <w:t>f 12782/13501/11258 12781/13502/11259 12780/13503/11260</w:t>
        <w:br/>
        <w:t>f 12781/13502/11259 12784/13504/11261 12783/13505/11261</w:t>
        <w:br/>
        <w:t>f 12780/13503/11260 12781/13502/11259 12783/13505/11261</w:t>
        <w:br/>
        <w:t>f 12784/13504/11261 12786/13506/11262 12785/13507/11263</w:t>
        <w:br/>
        <w:t>f 12783/13505/11261 12784/13504/11261 12785/13507/11263</w:t>
        <w:br/>
        <w:t>f 12790/13508/11264 12789/13509/11265 12788/13510/11265</w:t>
        <w:br/>
        <w:t>f 12787/13511/11264 12790/13508/11264 12788/13510/11265</w:t>
        <w:br/>
        <w:t>f 12789/13509/11265 12792/13512/11266 12791/13513/11266</w:t>
        <w:br/>
        <w:t>f 12788/13510/11265 12789/13509/11265 12791/13513/11266</w:t>
        <w:br/>
        <w:t>f 12796/13514/11267 12795/13515/11268 12794/13516/11269</w:t>
        <w:br/>
        <w:t>f 12793/13517/11269 12796/13514/11267 12794/13516/11269</w:t>
        <w:br/>
        <w:t>f 12799/13518/11270 12798/13519/11271 6020/11380/9354</w:t>
        <w:br/>
        <w:t>f 12797/13520/11272 12799/13518/11270 6020/11380/9354</w:t>
        <w:br/>
        <w:t>f 12801/13521/11273 12800/13522/11273 12798/13519/11271</w:t>
        <w:br/>
        <w:t>f 12799/13518/11270 12801/13521/11273 12798/13519/11271</w:t>
        <w:br/>
        <w:t>f 12805/13523/11274 12804/13524/11274 12803/13525/11275</w:t>
        <w:br/>
        <w:t>f 12802/13526/11275 12805/13523/11274 12803/13525/11275</w:t>
        <w:br/>
        <w:t>f 12807/13527/11276 12793/13517/11269 12794/13516/11269</w:t>
        <w:br/>
        <w:t>f 12806/13528/11277 12807/13527/11276 12794/13516/11269</w:t>
        <w:br/>
        <w:t>f 12810/13529/11278 12809/13530/11279 12808/13531/11278</w:t>
        <w:br/>
        <w:t>f 12805/13523/11274 12807/13527/11276 12806/13528/11277</w:t>
        <w:br/>
        <w:t>f 12804/13524/11274 12805/13523/11274 12806/13528/11277</w:t>
        <w:br/>
        <w:t>f 12792/13512/11266 12810/13529/11278 12808/13531/11278</w:t>
        <w:br/>
        <w:t>f 12791/13513/11266 12792/13512/11266 12808/13531/11278</w:t>
        <w:br/>
        <w:t>f 12801/13521/11273 12802/13526/11275 12803/13525/11275</w:t>
        <w:br/>
        <w:t>f 12800/13522/11273 12801/13521/11273 12803/13525/11275</w:t>
        <w:br/>
        <w:t>f 12774/13495/11255 12768/13486/11249 12765/13489/11249</w:t>
        <w:br/>
        <w:t>f 12773/13496/11255 12774/13495/11255 12765/13489/11249</w:t>
        <w:br/>
        <w:t>f 12771/13491/11253 12812/13532/11280 12811/13533/11281</w:t>
        <w:br/>
        <w:t>f 12770/13492/10784 12771/13491/11253 12811/13533/11281</w:t>
        <w:br/>
        <w:t>f 12814/13534/11282 12813/13535/11283 12811/13533/11281</w:t>
        <w:br/>
        <w:t>f 12812/13532/11280 12814/13534/11282 12811/13533/11281</w:t>
        <w:br/>
        <w:t>f 11896/12965/10805 11889/12954/10794 11886/12957/10797</w:t>
        <w:br/>
        <w:t>f 12816/13536/11284 11896/12965/10805 11886/12957/10797</w:t>
        <w:br/>
        <w:t>f 11899/12966/10806 11896/12965/10805 12816/13536/11284</w:t>
        <w:br/>
        <w:t>f 12817/13537/11285 11899/12966/10806 12816/13536/11284</w:t>
        <w:br/>
        <w:t>f 11903/12970/10810 11899/12966/10806 12817/13537/11285</w:t>
        <w:br/>
        <w:t>f 12818/13538/11286 11903/12970/10810 12817/13537/11285</w:t>
        <w:br/>
        <w:t>f 11908/12975/10815 11909/12974/10814 12820/13539/11287</w:t>
        <w:br/>
        <w:t>f 12819/13540/11288 11908/12975/10815 12820/13539/11287</w:t>
        <w:br/>
        <w:t>f 11910/12979/10819 11908/12975/10815 12819/13540/11288</w:t>
        <w:br/>
        <w:t>f 12821/13541/11289 11910/12979/10819 12819/13540/11288</w:t>
        <w:br/>
        <w:t>f 12779/13499/10790 12755/13475/10821 12756/13474/11240</w:t>
        <w:br/>
        <w:t>f 12778/13500/11257 12779/13499/10790 12756/13474/11240</w:t>
        <w:br/>
        <w:t>f 12745/13467/11234 12746/13466/11234 12751/13471/11238</w:t>
        <w:br/>
        <w:t>f 12752/13470/11237 12745/13467/11234 12751/13471/11238</w:t>
        <w:br/>
        <w:t>f 12753/13477/11242 12754/13476/11241 12776/13498/10823</w:t>
        <w:br/>
        <w:t>f 12777/13497/11256 12753/13477/11242 12776/13498/10823</w:t>
        <w:br/>
        <w:t>f 12707/13427/11202 12708/13426/11202 12823/13542/11290</w:t>
        <w:br/>
        <w:t>f 12822/13543/11290 12707/13427/11202 12823/13542/11290</w:t>
        <w:br/>
        <w:t>f 12822/13543/11290 12823/13542/11290 12825/13544/11291</w:t>
        <w:br/>
        <w:t>f 12824/13545/11292 12822/13543/11290 12825/13544/11291</w:t>
        <w:br/>
        <w:t>f 12824/13545/11292 12825/13544/11291 12827/13546/11293</w:t>
        <w:br/>
        <w:t>f 12826/13547/11293 12824/13545/11292 12827/13546/11293</w:t>
        <w:br/>
        <w:t>f 12826/13547/11293 12827/13546/11293 12829/13548/11294</w:t>
        <w:br/>
        <w:t>f 12828/13549/11294 12826/13547/11293 12829/13548/11294</w:t>
        <w:br/>
        <w:t>f 12828/13549/11294 12829/13548/11294 12831/13550/11295</w:t>
        <w:br/>
        <w:t>f 12830/13551/11295 12828/13549/11294 12831/13550/11295</w:t>
        <w:br/>
        <w:t>f 12833/13552/11296 12832/13553/11297 12830/13551/11295</w:t>
        <w:br/>
        <w:t>f 12831/13550/11295 12833/13552/11296 12830/13551/11295</w:t>
        <w:br/>
        <w:t>f 12832/13553/11297 12833/13552/11296 12835/13554/11298</w:t>
        <w:br/>
        <w:t>f 12834/13555/11299 12832/13553/11297 12835/13554/11298</w:t>
        <w:br/>
        <w:t>f 12837/13556/11300 12081/13054/10877 12835/13554/11298</w:t>
        <w:br/>
        <w:t>f 12836/13557/11301 12837/13556/11300 12835/13554/11298</w:t>
        <w:br/>
        <w:t>f 12081/13054/10877 12837/13556/11300 12075/13047/10872</w:t>
        <w:br/>
        <w:t>f 12076/13046/10871 12081/13054/10877 12075/13047/10872</w:t>
        <w:br/>
        <w:t>f 12840/13558/11302 12839/13559/11303 12838/13560/11304</w:t>
        <w:br/>
        <w:t>f 11850/12919/10762 11852/12921/10763 12841/13561/11305</w:t>
        <w:br/>
        <w:t>f 11840/12908/10756 12841/13561/11305 11824/12892/10740</w:t>
        <w:br/>
        <w:t>f 12841/13561/11305 12842/13562/11306 11829/12896/10744</w:t>
        <w:br/>
        <w:t>f 11824/12892/10740 12841/13561/11305 11829/12896/10744</w:t>
        <w:br/>
        <w:t>f 11852/12921/10763 11854/12923/10764 12842/13562/11306</w:t>
        <w:br/>
        <w:t>f 12841/13561/11305 11852/12921/10763 12842/13562/11306</w:t>
        <w:br/>
        <w:t>f 12843/13563/10749 12199/13155/10974 12196/13158/10974</w:t>
        <w:br/>
        <w:t>f 12141/13100/10921 12131/13087/10908 12128/13090/10911</w:t>
        <w:br/>
        <w:t>f 12137/13095/10916 12141/13100/10921 12128/13090/10911</w:t>
        <w:br/>
        <w:t>f 11789/12856/10707 12844/13564/11307 11788/12857/10708</w:t>
        <w:br/>
        <w:t>f 11792/12859/10710 11788/12857/10708 12844/13564/11307</w:t>
        <w:br/>
        <w:t>f 12845/13565/11308 11792/12859/10710 12844/13564/11307</w:t>
        <w:br/>
        <w:t>f 11792/12859/10710 12845/13565/11308 11793/12862/5191</w:t>
        <w:br/>
        <w:t>f 12849/13566/11309 12848/13567/9395 12847/13568/9354</w:t>
        <w:br/>
        <w:t>f 12846/13569/11271 12849/13566/11309 12847/13568/9354</w:t>
        <w:br/>
        <w:t>f 12852/13570/11310 12849/13566/11311 12851/13571/11312</w:t>
        <w:br/>
        <w:t>f 12850/13572/11313 12852/13570/11310 12851/13571/11312</w:t>
        <w:br/>
        <w:t>f 12853/13573/11314 12852/13570/11310 12850/13572/11313</w:t>
        <w:br/>
        <w:t>f 13116/13574/11315 13115/13575/11316 13114/13576/11317</w:t>
        <w:br/>
        <w:t>f 13119/13577/11318 13118/13578/11319 13117/13579/11320</w:t>
        <w:br/>
        <w:t>f 6342/11443/9409 13118/13578/11319 13119/13577/11318</w:t>
        <w:br/>
        <w:t>f 13115/13575/11316 13120/13580/11321 13114/13576/11317</w:t>
        <w:br/>
        <w:t>f 13115/13575/11316 13122/5621/4670 13121/13581/11322</w:t>
        <w:br/>
        <w:t>f 13120/13580/11321 13115/13575/11316 13121/13581/11322</w:t>
        <w:br/>
        <w:t>f 13127/5547/4604 13130/13582/11323 13129/13583/11324</w:t>
        <w:br/>
        <w:t>f 13128/5546/4603 13127/5547/4604 13129/13583/11324</w:t>
        <w:br/>
        <w:t>f 13133/5550/4607 13134/13584/11325 13130/13582/11323</w:t>
        <w:br/>
        <w:t>f 13127/5547/4604 13133/5550/4607 13130/13582/11323</w:t>
        <w:br/>
        <w:t>f 13134/13584/11325 13133/5550/4607 13137/5554/4611</w:t>
        <w:br/>
        <w:t>f 13115/13575/11316 13117/13579/11320 13139/5624/4673</w:t>
        <w:br/>
        <w:t>f 13122/5621/4670 13115/13575/11316 13139/5624/4673</w:t>
        <w:br/>
        <w:t>f 13118/13578/11319 13140/5625/4674 13117/13579/11320</w:t>
        <w:br/>
        <w:t>f 13166/13585/11326 13165/13586/11327 6392/11450/9416</w:t>
        <w:br/>
        <w:t>f 13165/13586/11327 13145/5561/4618 13167/13587/11328</w:t>
        <w:br/>
        <w:t>f 13167/13587/11328 13145/5561/4618 13146/5560/4617</w:t>
        <w:br/>
        <w:t>f 13167/13587/11328 13146/5560/4617 13153/5568/4622</w:t>
        <w:br/>
        <w:t>f 13169/13588/11329 13167/13587/11328 13168/13589/11330</w:t>
        <w:br/>
        <w:t>f 13170/5598/4651 13165/13586/11327 13169/13588/11329</w:t>
        <w:br/>
        <w:t>f 13168/13589/11330 13172/5594/4647 13171/5596/4649</w:t>
        <w:br/>
        <w:t>f 13169/13588/11329 13168/13589/11330 13171/5596/4649</w:t>
        <w:br/>
        <w:t>f 13170/5598/4651 13169/13588/11329 13171/5596/4649</w:t>
        <w:br/>
        <w:t>f 13172/5594/4647 13168/13589/11330 13161/5575/4628</w:t>
        <w:br/>
        <w:t>f 13164/5578/4631 13172/5594/4647 13161/5575/4628</w:t>
        <w:br/>
        <w:t>f 13182/13590/11331 13179/5585/4638 13128/5546/4603</w:t>
        <w:br/>
        <w:t>f 13129/13583/11324 13182/13590/11331 13128/5546/4603</w:t>
        <w:br/>
        <w:t>f 13180/5586/4639 13179/5585/4638 13182/13590/11331</w:t>
        <w:br/>
        <w:t>f 13183/13591/11332 13180/5586/4639 13182/13590/11331</w:t>
        <w:br/>
        <w:t>f 13183/13591/11332 13181/5587/4640 13180/5586/4639</w:t>
        <w:br/>
        <w:t>f 13119/13577/11318 13117/13579/11320 13115/13575/11316</w:t>
        <w:br/>
        <w:t>f 13116/13574/11315 13119/13577/11318 13115/13575/11316</w:t>
        <w:br/>
        <w:t>f 6437/11457/9423 13209/13592/11333 13119/13577/11318</w:t>
        <w:br/>
        <w:t>f 13116/13574/11315 6437/11457/9423 13119/13577/11318</w:t>
        <w:br/>
        <w:t>f 13122/5621/4670 13212/5620/4669 13121/13581/11322</w:t>
        <w:br/>
        <w:t>f 13120/13580/11321 13121/13581/11322 13213/13593/11334</w:t>
        <w:br/>
        <w:t>f 13212/5620/4669 13214/5619/4668 13213/13593/11334</w:t>
        <w:br/>
        <w:t>f 13121/13581/11322 13212/5620/4669 13213/13593/11334</w:t>
        <w:br/>
        <w:t>f 13227/5636/4685 13118/13578/11319 13232/13594/11335</w:t>
        <w:br/>
        <w:t>f 13118/13578/11319 6342/11443/9409 13233/13595/11336</w:t>
        <w:br/>
        <w:t>f 13232/13594/11335 13118/13578/11319 13233/13595/11336</w:t>
        <w:br/>
        <w:t>f 13232/13594/11335 13233/13595/11336 13235/13596/9428</w:t>
        <w:br/>
        <w:t>f 13234/13597/11337 13232/13594/11335 13235/13596/9428</w:t>
        <w:br/>
        <w:t>f 13232/13594/11335 13234/13597/11337 13236/13598/11338</w:t>
        <w:br/>
        <w:t>f 13226/5637/4686 13232/13594/11335 13236/13598/11338</w:t>
        <w:br/>
        <w:t>f 13140/5625/4674 13139/5624/4673 13117/13579/11320</w:t>
        <w:br/>
        <w:t>f 6465/11465/9430 6342/11443/9409 13119/13577/11318</w:t>
        <w:br/>
        <w:t>f 13209/13592/11333 6465/11465/9430 13119/13577/11318</w:t>
        <w:br/>
        <w:t>f 13234/13597/11337 13240/13599/11339 13239/13600/11340</w:t>
        <w:br/>
        <w:t>f 13236/13598/11338 13234/13597/11337 13239/13600/11340</w:t>
        <w:br/>
        <w:t>f 13235/13596/9428 13241/13601/9433 13240/13599/11339</w:t>
        <w:br/>
        <w:t>f 13234/13597/11337 13235/13596/9428 13240/13599/11339</w:t>
        <w:br/>
        <w:t>f 13242/13602/11341 13240/13599/11339 13241/13601/9433</w:t>
        <w:br/>
        <w:t>f 6471/11470/9435 13242/13602/11341 13241/13601/9433</w:t>
        <w:br/>
        <w:t>f 6471/11470/9435 6495/11472/9437 13263/13603/11342</w:t>
        <w:br/>
        <w:t>f 13242/13602/11341 6471/11470/9435 13263/13603/11342</w:t>
        <w:br/>
        <w:t>f 13240/13599/11339 13269/13604/11343 13268/13605/11344</w:t>
        <w:br/>
        <w:t>f 13239/13600/11340 13240/13599/11339 13268/13605/11344</w:t>
        <w:br/>
        <w:t>f 13269/13604/11343 13240/13599/11339 13242/13602/11341</w:t>
        <w:br/>
        <w:t>f 13268/13605/11344 13272/13606/11345 13239/13600/11340</w:t>
        <w:br/>
        <w:t>f 13236/13598/11338 13239/13600/11340 13272/13606/11345</w:t>
        <w:br/>
        <w:t>f 13273/5670/4711 13236/13598/11338 13272/13606/11345</w:t>
        <w:br/>
        <w:t>f 13273/5670/4711 13272/13606/11345 13279/13607/11346</w:t>
        <w:br/>
        <w:t>f 13226/5637/4686 13236/13598/11338 13273/5670/4711</w:t>
        <w:br/>
        <w:t>f 13283/13608/11347 13273/5670/4711 13279/13607/11346</w:t>
        <w:br/>
        <w:t>f 13286/5680/4719 13288/13609/11348 13134/13584/11325</w:t>
        <w:br/>
        <w:t>f 13137/5554/4611 13286/5680/4719 13134/13584/11325</w:t>
        <w:br/>
        <w:t>f 13290/5682/4721 13289/13610/11349 13288/13609/11348</w:t>
        <w:br/>
        <w:t>f 13286/5680/4719 13290/5682/4721 13288/13609/11348</w:t>
        <w:br/>
        <w:t>f 13292/5684/4724 13291/13611/11350 13289/13610/11349</w:t>
        <w:br/>
        <w:t>f 13290/5682/4721 13292/5684/4724 13289/13610/11349</w:t>
        <w:br/>
        <w:t>f 13294/5686/4726 13293/13612/11351 13291/13611/11350</w:t>
        <w:br/>
        <w:t>f 13292/5684/4724 13294/5686/4726 13291/13611/11350</w:t>
        <w:br/>
        <w:t>f 13293/13612/11351 13294/5686/4726 13298/5690/4729</w:t>
        <w:br/>
        <w:t>f 13302/5692/4731 13338/13613/11352 13337/13614/11353</w:t>
        <w:br/>
        <w:t>f 13339/13615/11354 13302/5692/4731 13304/5694/4733</w:t>
        <w:br/>
        <w:t>f 13339/13615/11354 13304/5694/4733 13306/5696/4735</w:t>
        <w:br/>
        <w:t>f 13340/13616/11355 13338/13613/11352 13302/5692/4731</w:t>
        <w:br/>
        <w:t>f 13339/13615/11354 13340/13616/11355 13302/5692/4731</w:t>
        <w:br/>
        <w:t>f 13341/13617/11356 13293/13612/11351 13338/13613/11352</w:t>
        <w:br/>
        <w:t>f 13340/13616/11355 13341/13617/11356 13338/13613/11352</w:t>
        <w:br/>
        <w:t>f 13288/13609/11348 13342/13618/11357 13134/13584/11325</w:t>
        <w:br/>
        <w:t>f 13134/13584/11325 13342/13618/11357 13343/13619/11358</w:t>
        <w:br/>
        <w:t>f 13130/13582/11323 13134/13584/11325 13343/13619/11358</w:t>
        <w:br/>
        <w:t>f 13130/13582/11323 13343/13619/11358 13344/13620/11359</w:t>
        <w:br/>
        <w:t>f 13129/13583/11324 13130/13582/11323 13344/13620/11359</w:t>
        <w:br/>
        <w:t>f 13345/13621/11360 13182/13590/11331 13129/13583/11324</w:t>
        <w:br/>
        <w:t>f 13344/13620/11359 13345/13621/11360 13129/13583/11324</w:t>
        <w:br/>
        <w:t>f 13183/13591/11332 13182/13590/11331 13345/13621/11360</w:t>
        <w:br/>
        <w:t>f 13346/13622/11361 13183/13591/11332 13345/13621/11360</w:t>
        <w:br/>
        <w:t>f 13346/13622/11361 13347/5728/4760 13237/5641/4690</w:t>
        <w:br/>
        <w:t>f 13183/13591/11332 13346/13622/11361 13237/5641/4690</w:t>
        <w:br/>
        <w:t>f 13341/13617/11356 13291/13611/11350 13293/13612/11351</w:t>
        <w:br/>
        <w:t>f 13288/13609/11348 13289/13610/11349 13348/13623/11362</w:t>
        <w:br/>
        <w:t>f 13342/13618/11357 13288/13609/11348 13348/13623/11362</w:t>
        <w:br/>
        <w:t>f 13349/13624/11363 13348/13623/11362 13289/13610/11349</w:t>
        <w:br/>
        <w:t>f 13291/13611/11350 13349/13624/11363 13289/13610/11349</w:t>
        <w:br/>
        <w:t>f 13341/13617/11356 13350/13625/11364 13349/13624/11363</w:t>
        <w:br/>
        <w:t>f 13291/13611/11350 13341/13617/11356 13349/13624/11363</w:t>
        <w:br/>
        <w:t>f 13351/13626/11365 13350/13625/11364 13341/13617/11356</w:t>
        <w:br/>
        <w:t>f 13340/13616/11355 13351/13626/11365 13341/13617/11356</w:t>
        <w:br/>
        <w:t>f 13351/13626/11365 13340/13616/11355 13339/13615/11354</w:t>
        <w:br/>
        <w:t>f 13352/13627/11366 13351/13626/11365 13339/13615/11354</w:t>
        <w:br/>
        <w:t>f 13353/13628/11367 13343/13619/11358 13342/13618/11357</w:t>
        <w:br/>
        <w:t>f 13348/13623/11362 13353/13628/11367 13342/13618/11357</w:t>
        <w:br/>
        <w:t>f 13343/13619/11358 13353/13628/11367 13354/13629/11368</w:t>
        <w:br/>
        <w:t>f 13344/13620/11359 13343/13619/11358 13354/13629/11368</w:t>
        <w:br/>
        <w:t>f 13355/13630/11369 13353/13628/11367 13348/13623/11362</w:t>
        <w:br/>
        <w:t>f 13349/13624/11363 13355/13630/11369 13348/13623/11362</w:t>
        <w:br/>
        <w:t>f 13361/13631/11370 13345/13621/11360 13344/13620/11359</w:t>
        <w:br/>
        <w:t>f 13354/13629/11368 13361/13631/11370 13344/13620/11359</w:t>
        <w:br/>
        <w:t>f 13362/13632/11371 13346/13622/11361 13345/13621/11360</w:t>
        <w:br/>
        <w:t>f 13361/13631/11370 13362/13632/11371 13345/13621/11360</w:t>
        <w:br/>
        <w:t>f 13362/13632/11371 13360/5731/4763 13347/5728/4760</w:t>
        <w:br/>
        <w:t>f 13346/13622/11361 13362/13632/11371 13347/5728/4760</w:t>
        <w:br/>
        <w:t>f 13157/5572/4625 13161/5575/4628 13168/13589/11330</w:t>
        <w:br/>
        <w:t>f 13153/5568/4622 13157/5572/4625 13168/13589/11330</w:t>
        <w:br/>
        <w:t>f 13167/13587/11328 13153/5568/4622 13168/13589/11330</w:t>
        <w:br/>
        <w:t>f 13353/13628/11367 13355/13630/11369 13363/13633/11372</w:t>
        <w:br/>
        <w:t>f 13354/13629/11368 13353/13628/11367 13363/13633/11372</w:t>
        <w:br/>
        <w:t>f 13354/13629/11368 13363/13633/11372 13367/13634/11373</w:t>
        <w:br/>
        <w:t>f 13361/13631/11370 13354/13629/11368 13367/13634/11373</w:t>
        <w:br/>
        <w:t>f 13361/13631/11370 13367/13634/11373 13368/13635/11374</w:t>
        <w:br/>
        <w:t>f 13362/13632/11371 13361/13631/11370 13368/13635/11374</w:t>
        <w:br/>
        <w:t>f 13366/5734/4766 13360/5731/4763 13362/13632/11371</w:t>
        <w:br/>
        <w:t>f 13368/13635/11374 13366/5734/4766 13362/13632/11371</w:t>
        <w:br/>
        <w:t>f 13370/13636/11375 13363/13633/11372 13355/13630/11369</w:t>
        <w:br/>
        <w:t>f 13369/13637/11376 13370/13636/11375 13355/13630/11369</w:t>
        <w:br/>
        <w:t>f 13372/13638/11377 13370/13636/11375 13369/13637/11376</w:t>
        <w:br/>
        <w:t>f 13371/13639/11378 13372/13638/11377 13369/13637/11376</w:t>
        <w:br/>
        <w:t>f 13370/13636/11375 13373/13640/11379 13367/13634/11373</w:t>
        <w:br/>
        <w:t>f 13363/13633/11372 13370/13636/11375 13367/13634/11373</w:t>
        <w:br/>
        <w:t>f 13370/13636/11375 13372/13638/11377 13374/13641/11380</w:t>
        <w:br/>
        <w:t>f 13373/13640/11379 13370/13636/11375 13374/13641/11380</w:t>
        <w:br/>
        <w:t>f 13351/13626/11365 13352/13627/11366 13375/13642/11381</w:t>
        <w:br/>
        <w:t>f 13371/13639/11378 13351/13626/11365 13375/13642/11381</w:t>
        <w:br/>
        <w:t>f 13376/13643/11382 13372/13638/11377 13371/13639/11378</w:t>
        <w:br/>
        <w:t>f 13375/13642/11381 13376/13643/11382 13371/13639/11378</w:t>
        <w:br/>
        <w:t>f 13372/13638/11377 13376/13643/11382 13377/13644/11383</w:t>
        <w:br/>
        <w:t>f 13374/13641/11380 13372/13638/11377 13377/13644/11383</w:t>
        <w:br/>
        <w:t>f 13371/13639/11378 13369/13637/11376 13350/13625/11364</w:t>
        <w:br/>
        <w:t>f 13351/13626/11365 13371/13639/11378 13350/13625/11364</w:t>
        <w:br/>
        <w:t>f 13349/13624/11363 13350/13625/11364 13369/13637/11376</w:t>
        <w:br/>
        <w:t>f 13355/13630/11369 13349/13624/11363 13369/13637/11376</w:t>
        <w:br/>
        <w:t>f 13406/5764/4788 13339/13615/11354 13306/5696/4735</w:t>
        <w:br/>
        <w:t>f 13405/5761/4785 13406/5764/4788 13306/5696/4735</w:t>
        <w:br/>
        <w:t>f 13408/5781/4805 13352/13627/11366 13339/13615/11354</w:t>
        <w:br/>
        <w:t>f 13406/5764/4788 13408/5781/4805 13339/13615/11354</w:t>
        <w:br/>
        <w:t>f 13425/5783/4807 13375/13642/11381 13352/13627/11366</w:t>
        <w:br/>
        <w:t>f 13408/5781/4805 13425/5783/4807 13352/13627/11366</w:t>
        <w:br/>
        <w:t>f 13429/5789/4813 13377/13644/11383 13376/13643/11382</w:t>
        <w:br/>
        <w:t>f 13376/13643/11382 13427/5785/4809 13430/5787/4811</w:t>
        <w:br/>
        <w:t>f 13429/5789/4813 13376/13643/11382 13430/5787/4811</w:t>
        <w:br/>
        <w:t>f 13375/13642/11381 13425/5783/4807 13427/5785/4809</w:t>
        <w:br/>
        <w:t>f 13433/13645/11384 13368/13635/11374 13367/13634/11373</w:t>
        <w:br/>
        <w:t>f 13373/13640/11379 13433/13645/11384 13367/13634/11373</w:t>
        <w:br/>
        <w:t>f 13434/5790/4814 13368/13635/11374 13433/13645/11384</w:t>
        <w:br/>
        <w:t>f 13165/13586/11327 13170/5598/4651 13437/5794/4818</w:t>
        <w:br/>
        <w:t>f 13439/13646/11385 13165/13586/11327 13437/5794/4818</w:t>
        <w:br/>
        <w:t>f 6392/11450/9416 13165/13586/11327 13439/13646/11385</w:t>
        <w:br/>
        <w:t>f 6674/11516/9481 6392/11450/9416 13439/13646/11385</w:t>
        <w:br/>
        <w:t>f 13165/13586/11327 13167/13587/11328 13169/13588/11329</w:t>
        <w:br/>
        <w:t>f 13440/13647/9482 13145/5561/11386 6392/11450/9416</w:t>
        <w:br/>
        <w:t>f 13446/13648/11387 13439/13646/11385 13437/5794/4818</w:t>
        <w:br/>
        <w:t>f 13444/5799/4823 13446/13648/11387 13437/5794/4818</w:t>
        <w:br/>
        <w:t>f 6674/11516/9481 13439/13646/11385 13446/13648/11387</w:t>
        <w:br/>
        <w:t>f 13447/13649/11388 6674/11516/9481 13446/13648/11387</w:t>
        <w:br/>
        <w:t>f 13443/5797/4821 13434/5790/4814 13433/13645/11384</w:t>
        <w:br/>
        <w:t>f 13444/5799/4823 13450/5802/4826 13451/13650/11389</w:t>
        <w:br/>
        <w:t>f 13447/13649/11388 13446/13648/11387 13453/13651/11390</w:t>
        <w:br/>
        <w:t>f 13452/13652/9488 13447/13649/11388 13453/13651/11390</w:t>
        <w:br/>
        <w:t>f 13446/13648/11387 13444/5799/4823 13451/13650/11389</w:t>
        <w:br/>
        <w:t>f 13453/13651/11390 13446/13648/11387 13451/13650/11389</w:t>
        <w:br/>
        <w:t>f 6691/11522/9489 13452/13652/2629 13455/13653/11391</w:t>
        <w:br/>
        <w:t>f 13454/13654/11392 6691/11522/9489 13455/13653/11391</w:t>
        <w:br/>
        <w:t>f 13456/13655/11393 13454/13654/11392 13455/13653/11391</w:t>
        <w:br/>
        <w:t>f 13458/13656/11394 13457/13657/11395 13451/13650/11389</w:t>
        <w:br/>
        <w:t>f 13450/5802/4826 13458/13656/11394 13451/13650/11389</w:t>
        <w:br/>
        <w:t>f 13433/13645/11384 13460/13658/11396 13459/5803/4827</w:t>
        <w:br/>
        <w:t>f 13443/5797/4821 13433/13645/11384 13459/5803/4827</w:t>
        <w:br/>
        <w:t>f 13460/13658/11396 13433/13645/11384 13373/13640/11379</w:t>
        <w:br/>
        <w:t>f 13374/13641/11380 13377/13644/11383 13462/13659/11397</w:t>
        <w:br/>
        <w:t>f 13461/13660/11398 13374/13641/11380 13462/13659/11397</w:t>
        <w:br/>
        <w:t>f 13460/13658/11396 13374/13641/11380 13461/13660/11398</w:t>
        <w:br/>
        <w:t>f 13460/13658/11396 13373/13640/11379 13374/13641/11380</w:t>
        <w:br/>
        <w:t>f 13377/13644/11383 13429/5789/4813 13463/5816/4839</w:t>
        <w:br/>
        <w:t>f 13462/13659/11397 13377/13644/11383 13463/5816/4839</w:t>
        <w:br/>
        <w:t>f 13462/13659/11397 13465/5804/4828 13464/5807/4831</w:t>
        <w:br/>
        <w:t>f 13461/13660/11398 13462/13659/11397 13464/5807/4831</w:t>
        <w:br/>
        <w:t>f 13466/13661/11399 13465/5804/4828 13462/13659/11397</w:t>
        <w:br/>
        <w:t>f 13463/5816/4839 13466/13661/11399 13462/13659/11397</w:t>
        <w:br/>
        <w:t>f 13465/5804/4828 13466/13661/11399 13467/5808/4832</w:t>
        <w:br/>
        <w:t>f 13464/5807/4831 13459/5803/4827 13460/13658/11396</w:t>
        <w:br/>
        <w:t>f 13461/13660/11398 13464/5807/4831 13460/13658/11396</w:t>
        <w:br/>
        <w:t>f 13542/13662/11400 13541/13663/11401 13540/13664/11402</w:t>
        <w:br/>
        <w:t>f 6691/11522/9489 13454/13654/11392 13540/13664/11402</w:t>
        <w:br/>
        <w:t>f 6780/11536/9503 6691/11522/9489 13540/13664/11402</w:t>
        <w:br/>
        <w:t>f 13545/13665/9504 13544/13666/11403 13543/13667/11404</w:t>
        <w:br/>
        <w:t>f 13544/13666/11403 13545/13665/9504 6780/11536/9503</w:t>
        <w:br/>
        <w:t>f 13540/13664/11402 13544/13666/11403 6780/11536/9503</w:t>
        <w:br/>
        <w:t>f 13540/13664/11402 13541/13663/11401 13544/13666/11403</w:t>
        <w:br/>
        <w:t>f 13550/13668/11405 13549/13669/11406 13548/13670/11407</w:t>
        <w:br/>
        <w:t>f 13547/13671/11408 13550/13668/11405 13548/13670/11407</w:t>
        <w:br/>
        <w:t>f 13554/13672/11409 13553/13673/11410 13552/13674/11411</w:t>
        <w:br/>
        <w:t>f 13551/13675/11412 13554/13672/11409 13552/13674/11411</w:t>
        <w:br/>
        <w:t>f 13558/13676/11413 13557/13677/11414 13556/13678/11415</w:t>
        <w:br/>
        <w:t>f 13555/13679/11416 13558/13676/11413 13556/13678/11415</w:t>
        <w:br/>
        <w:t>f 13561/13680/11417 13560/13681/11418 13559/13682/11419</w:t>
        <w:br/>
        <w:t>f 13565/13683/11420 13564/13684/11421 13563/13685/11422</w:t>
        <w:br/>
        <w:t>f 13562/13686/11423 13565/13683/11420 13563/13685/11422</w:t>
        <w:br/>
        <w:t>f 13567/13687/11424 13552/13674/11411 13553/13673/11410</w:t>
        <w:br/>
        <w:t>f 13566/13688/11425 13567/13687/11424 13553/13673/11410</w:t>
        <w:br/>
        <w:t>f 13571/13689/11426 13570/13690/11427 13569/13691/11428</w:t>
        <w:br/>
        <w:t>f 13568/13692/11429 13571/13689/11426 13569/13691/11428</w:t>
        <w:br/>
        <w:t>f 13551/13675/11412 13573/13693/11430 13572/13694/11431</w:t>
        <w:br/>
        <w:t>f 13554/13672/11409 13551/13675/11412 13572/13694/11431</w:t>
        <w:br/>
        <w:t>f 13575/13695/11432 13574/13696/11433 13558/13676/11413</w:t>
        <w:br/>
        <w:t>f 13555/13679/11416 13575/13695/11432 13558/13676/11413</w:t>
        <w:br/>
        <w:t>f 13578/13697/11434 13577/13698/11435 13576/13699/9538</w:t>
        <w:br/>
        <w:t>f 6816/11570/9537 13578/13697/11434 13576/13699/9538</w:t>
        <w:br/>
        <w:t>f 13582/13700/11436 13581/13701/11437 13580/13702/11438</w:t>
        <w:br/>
        <w:t>f 13579/13703/11439 13582/13700/11436 13580/13702/11438</w:t>
        <w:br/>
        <w:t>f 6825/11577/9544 13585/13704/9547 13584/13705/11440</w:t>
        <w:br/>
        <w:t>f 13583/13706/11441 6825/11577/9544 13584/13705/11440</w:t>
        <w:br/>
        <w:t>f 13583/13706/11441 13584/13705/11440 13581/13701/11437</w:t>
        <w:br/>
        <w:t>f 13582/13700/11436 13583/13706/11441 13581/13701/11437</w:t>
        <w:br/>
        <w:t>f 13572/13694/11431 13573/13693/11430 13579/13703/11439</w:t>
        <w:br/>
        <w:t>f 13580/13702/11438 13572/13694/11431 13579/13703/11439</w:t>
        <w:br/>
        <w:t>f 13587/13707/11442 13586/13708/11443 13563/13685/11422</w:t>
        <w:br/>
        <w:t>f 13564/13684/11421 13587/13707/11442 13563/13685/11422</w:t>
        <w:br/>
        <w:t>f 13589/13709/11444 13588/13710/11445 13574/13696/11433</w:t>
        <w:br/>
        <w:t>f 13575/13695/11432 13589/13709/11444 13574/13696/11433</w:t>
        <w:br/>
        <w:t>f 13588/13710/11445 13589/13709/11444 13577/13698/11435</w:t>
        <w:br/>
        <w:t>f 13578/13697/11434 13588/13710/11445 13577/13698/11435</w:t>
        <w:br/>
        <w:t>f 13591/13711/11446 13590/13712/11447 13560/13681/11418</w:t>
        <w:br/>
        <w:t>f 13569/13691/11428 13570/13690/11427 13565/13683/11420</w:t>
        <w:br/>
        <w:t>f 13562/13686/11423 13569/13691/11428 13565/13683/11420</w:t>
        <w:br/>
        <w:t>f 13549/13669/11406 13556/13678/11415 13557/13677/11414</w:t>
        <w:br/>
        <w:t>f 13548/13670/11407 13549/13669/11406 13557/13677/11414</w:t>
        <w:br/>
        <w:t>f 13560/13681/11418 13590/13712/11447 13559/13682/11419</w:t>
        <w:br/>
        <w:t>f 13594/13713/9556 13593/13714/11448 13592/13715/11449</w:t>
        <w:br/>
        <w:t>f 6832/11590/9557 13594/13713/9556 13592/13715/11449</w:t>
        <w:br/>
        <w:t>f 13593/13714/11448 13596/13716/11450 13595/13717/11451</w:t>
        <w:br/>
        <w:t>f 13592/13715/11449 13593/13714/11448 13595/13717/11451</w:t>
        <w:br/>
        <w:t>f 13596/13716/11450 13586/13708/11443 13587/13707/11442</w:t>
        <w:br/>
        <w:t>f 13595/13717/11451 13596/13716/11450 13587/13707/11442</w:t>
        <w:br/>
        <w:t>f 13599/13718/11452 13598/13719/11453 13597/13720/11454</w:t>
        <w:br/>
        <w:t>f 13591/13711/11446 13598/13719/11453 13599/13718/11452</w:t>
        <w:br/>
        <w:t>f 13590/13712/11447 13591/13711/11446 13599/13718/11452</w:t>
        <w:br/>
        <w:t>f 13603/13721/11455 13602/13722/11456 13601/13723/11457</w:t>
        <w:br/>
        <w:t>f 13600/13724/11458 13603/13721/11455 13601/13723/11457</w:t>
        <w:br/>
        <w:t>f 6848/11600/9567 6845/11603/9570 13605/13725/11459</w:t>
        <w:br/>
        <w:t>f 13604/13726/11460 6848/11600/9567 13605/13725/11459</w:t>
        <w:br/>
        <w:t>f 6850/11606/9573 13608/13727/11461 13607/13728/11462</w:t>
        <w:br/>
        <w:t>f 13606/13729/11463 6850/11606/9573 13607/13728/11462</w:t>
        <w:br/>
        <w:t>f 13612/13730/11464 13611/13731/11465 13610/13732/11466</w:t>
        <w:br/>
        <w:t>f 13609/13733/11467 13612/13730/11464 13610/13732/11466</w:t>
        <w:br/>
        <w:t>f 13616/13734/11468 13615/13735/11469 13614/13736/11470</w:t>
        <w:br/>
        <w:t>f 13613/13737/11471 13616/13734/11468 13614/13736/11470</w:t>
        <w:br/>
        <w:t>f 13620/13738/11472 13619/13739/11473 13618/13740/11474</w:t>
        <w:br/>
        <w:t>f 13617/13741/11475 13620/13738/11472 13618/13740/11474</w:t>
        <w:br/>
        <w:t>f 13622/13742/11476 13612/13730/11464 13609/13733/11467</w:t>
        <w:br/>
        <w:t>f 13621/13743/11477 13622/13742/11476 13609/13733/11467</w:t>
        <w:br/>
        <w:t>f 13617/13741/11475 13618/13740/11474 13624/13744/11478</w:t>
        <w:br/>
        <w:t>f 13623/13745/11479 13617/13741/11475 13624/13744/11478</w:t>
        <w:br/>
        <w:t>f 13628/13746/11480 13627/13747/11481 13626/13748/11482</w:t>
        <w:br/>
        <w:t>f 13625/13749/11483 13628/13746/11480 13626/13748/11482</w:t>
        <w:br/>
        <w:t>f 13632/13750/11484 13631/13751/11485 13630/13752/11486</w:t>
        <w:br/>
        <w:t>f 13629/13753/11487 13632/13750/11484 13630/13752/11486</w:t>
        <w:br/>
        <w:t>f 13636/13754/11488 13635/13755/11489 13634/13756/11490</w:t>
        <w:br/>
        <w:t>f 13633/13757/11491 13636/13754/11488 13634/13756/11490</w:t>
        <w:br/>
        <w:t>f 13640/13758/11492 13639/13759/11493 13638/13760/11494</w:t>
        <w:br/>
        <w:t>f 13637/13761/11495 13640/13758/11492 13638/13760/11494</w:t>
        <w:br/>
        <w:t>f 13568/13692/11429 13640/13758/11492 13637/13761/11495</w:t>
        <w:br/>
        <w:t>f 13571/13689/11426 13568/13692/11429 13637/13761/11495</w:t>
        <w:br/>
        <w:t>f 13642/13762/11496 13567/13687/11424 13566/13688/11425</w:t>
        <w:br/>
        <w:t>f 13641/13763/11497 13642/13762/11496 13566/13688/11425</w:t>
        <w:br/>
        <w:t>f 13644/13764/11498 13643/13765/11499 13642/13762/11496</w:t>
        <w:br/>
        <w:t>f 13646/13766/11500 13550/13668/11405 13547/13671/11408</w:t>
        <w:br/>
        <w:t>f 13645/13767/11501 13646/13766/11500 13547/13671/11408</w:t>
        <w:br/>
        <w:t>f 13648/13768/11502 13646/13766/11500 13645/13767/11501</w:t>
        <w:br/>
        <w:t>f 13647/13769/11503 13648/13768/11502 13645/13767/11501</w:t>
        <w:br/>
        <w:t>f 13650/13770/11504 13648/13768/11502 13647/13769/11503</w:t>
        <w:br/>
        <w:t>f 13649/13771/11505 13650/13770/11504 13647/13769/11503</w:t>
        <w:br/>
        <w:t>f 13643/13765/11499 13644/13764/11498 13652/13772/11506</w:t>
        <w:br/>
        <w:t>f 13651/13773/11507 13643/13765/11499 13652/13772/11506</w:t>
        <w:br/>
        <w:t>f 13638/13760/11494 13639/13759/11493 13654/13774/11508</w:t>
        <w:br/>
        <w:t>f 13653/13775/11509 13638/13760/11494 13654/13774/11508</w:t>
        <w:br/>
        <w:t>f 13657/13776/11510 13656/13777/11511 13655/13778/11512</w:t>
        <w:br/>
        <w:t>f 13659/13779/11513 13561/13680/11417 13658/13780/11514</w:t>
        <w:br/>
        <w:t>f 13663/13781/11515 13662/13782/11516 13661/13783/11517</w:t>
        <w:br/>
        <w:t>f 13660/13784/11518 13663/13781/11515 13661/13783/11517</w:t>
        <w:br/>
        <w:t>f 13660/13784/11518 13665/13785/11519 13664/13786/11520</w:t>
        <w:br/>
        <w:t>f 13663/13781/11515 13660/13784/11518 13664/13786/11520</w:t>
        <w:br/>
        <w:t>f 13667/13787/11521 13661/13783/11517 13662/13782/11516</w:t>
        <w:br/>
        <w:t>f 13666/13788/11522 13667/13787/11521 13662/13782/11516</w:t>
        <w:br/>
        <w:t>f 13671/13789/11523 13670/13790/11524 13669/13791/11525</w:t>
        <w:br/>
        <w:t>f 13668/13792/11526 13671/13789/11523 13669/13791/11525</w:t>
        <w:br/>
        <w:t>f 13673/13793/11527 13635/13755/11489 13636/13754/11488</w:t>
        <w:br/>
        <w:t>f 13672/13794/11528 13673/13793/11527 13636/13754/11488</w:t>
        <w:br/>
        <w:t>f 13677/13795/11529 13676/13796/11530 13675/13797/11531</w:t>
        <w:br/>
        <w:t>f 13674/13798/11532 13677/13795/11529 13675/13797/11531</w:t>
        <w:br/>
        <w:t>f 13631/13751/11485 13679/13799/11533 13678/13800/11534</w:t>
        <w:br/>
        <w:t>f 13630/13752/11486 13631/13751/11485 13678/13800/11534</w:t>
        <w:br/>
        <w:t>f 13627/13747/11481 13628/13746/11480 13681/13801/11535</w:t>
        <w:br/>
        <w:t>f 13680/13802/11536 13627/13747/11481 13681/13801/11535</w:t>
        <w:br/>
        <w:t>f 13684/13803/11537 13683/13804/11538 13682/13805/11539</w:t>
        <w:br/>
        <w:t>f 13686/13806/11540 13685/13807/11541 13620/13738/11472</w:t>
        <w:br/>
        <w:t>f 13617/13741/11475 13686/13806/11540 13620/13738/11472</w:t>
        <w:br/>
        <w:t>f 13623/13745/11479 13687/13808/11542 13686/13806/11540</w:t>
        <w:br/>
        <w:t>f 13617/13741/11475 13623/13745/11479 13686/13806/11540</w:t>
        <w:br/>
        <w:t>f 13691/13809/11543 13690/13810/11544 13689/13811/11545</w:t>
        <w:br/>
        <w:t>f 13688/13812/11546 13691/13809/11543 13689/13811/11545</w:t>
        <w:br/>
        <w:t>f 13695/13813/11547 13694/13814/11548 13693/13815/11549</w:t>
        <w:br/>
        <w:t>f 13692/13816/11550 13695/13813/11547 13693/13815/11549</w:t>
        <w:br/>
        <w:t>f 13698/13817/11551 13697/13818/11552 13696/13819/11553</w:t>
        <w:br/>
        <w:t>f 13702/13820/11554 13701/13821/11555 13700/13822/11556</w:t>
        <w:br/>
        <w:t>f 13699/13823/11557 13702/13820/11554 13700/13822/11556</w:t>
        <w:br/>
        <w:t>f 13704/13824/11558 13703/13825/11559 13689/13811/11545</w:t>
        <w:br/>
        <w:t>f 13690/13810/11544 13704/13824/11558 13689/13811/11545</w:t>
        <w:br/>
        <w:t>f 13611/13731/11465 13612/13730/11464 13603/13721/11455</w:t>
        <w:br/>
        <w:t>f 13705/13826/11560 13611/13731/11465 13603/13721/11455</w:t>
        <w:br/>
        <w:t>f 6845/11603/9570 6850/11606/9573 13606/13729/11463</w:t>
        <w:br/>
        <w:t>f 13605/13725/11459 6845/11603/9570 13606/13729/11463</w:t>
        <w:br/>
        <w:t>f 13612/13730/11464 13622/13742/11476 13602/13722/11456</w:t>
        <w:br/>
        <w:t>f 13603/13721/11455 13612/13730/11464 13602/13722/11456</w:t>
        <w:br/>
        <w:t>f 13708/13827/11561 13707/13828/11562 13706/13829/11563</w:t>
        <w:br/>
        <w:t>f 13709/13830/11564 13700/13822/11556 13701/13821/11555</w:t>
        <w:br/>
        <w:t>f 13711/13831/11565 13636/13754/11488 13633/13757/11491</w:t>
        <w:br/>
        <w:t>f 13710/13832/11566 13711/13831/11565 13633/13757/11491</w:t>
        <w:br/>
        <w:t>f 13672/13794/11528 13636/13754/11488 13711/13831/11565</w:t>
        <w:br/>
        <w:t>f 13712/13833/11567 13672/13794/11528 13711/13831/11565</w:t>
        <w:br/>
        <w:t>f 13713/13834/11568 13711/13831/11565 13710/13832/11566</w:t>
        <w:br/>
        <w:t>f 13709/13830/11564 13714/13835/11569 13713/13834/11568</w:t>
        <w:br/>
        <w:t>f 13710/13832/11566 13709/13830/11564 13713/13834/11568</w:t>
        <w:br/>
        <w:t>f 13712/13833/11567 13711/13831/11565 13715/13836/11570</w:t>
        <w:br/>
        <w:t>f 13715/13836/11570 13713/13834/11568 13717/13837/11571</w:t>
        <w:br/>
        <w:t>f 13716/13838/11572 13715/13836/11570 13717/13837/11571</w:t>
        <w:br/>
        <w:t>f 13719/13839/11573 13718/13840/11574 13715/13836/11570</w:t>
        <w:br/>
        <w:t>f 13716/13838/11572 13719/13839/11573 13715/13836/11570</w:t>
        <w:br/>
        <w:t>f 13713/13834/11568 13714/13835/11569 13720/13841/11575</w:t>
        <w:br/>
        <w:t>f 13717/13837/11571 13713/13834/11568 13720/13841/11575</w:t>
        <w:br/>
        <w:t>f 13716/13838/11572 13722/13842/11576 13721/13843/11577</w:t>
        <w:br/>
        <w:t>f 13719/13839/11573 13716/13838/11572 13721/13843/11577</w:t>
        <w:br/>
        <w:t>f 13723/13844/11578 13722/13842/11576 13717/13837/11571</w:t>
        <w:br/>
        <w:t>f 13723/13844/11578 13717/13837/11571 13720/13841/11575</w:t>
        <w:br/>
        <w:t>f 13726/13845/11579 13725/13846/11580 13724/13847/11581</w:t>
        <w:br/>
        <w:t>f 13728/13848/11582 13727/13849/11583 13724/13847/11581</w:t>
        <w:br/>
        <w:t>f 13724/13847/11581 13722/13842/11576 13723/13844/11578</w:t>
        <w:br/>
        <w:t>f 13726/13845/11579 13724/13847/11581 13723/13844/11578</w:t>
        <w:br/>
        <w:t>f 13727/13849/11583 13721/13843/11577 13722/13842/11576</w:t>
        <w:br/>
        <w:t>f 13724/13847/11581 13727/13849/11583 13722/13842/11576</w:t>
        <w:br/>
        <w:t>f 13730/13850/11584 13664/13786/11520 13665/13785/11519</w:t>
        <w:br/>
        <w:t>f 13729/13851/11585 13730/13850/11584 13665/13785/11519</w:t>
        <w:br/>
        <w:t>f 13732/13852/11586 13730/13850/11584 13729/13851/11585</w:t>
        <w:br/>
        <w:t>f 13731/13853/11587 13732/13852/11586 13729/13851/11585</w:t>
        <w:br/>
        <w:t>f 13731/13853/11587 13734/13854/11588 13733/13855/11589</w:t>
        <w:br/>
        <w:t>f 13732/13852/11586 13731/13853/11587 13733/13855/11589</w:t>
        <w:br/>
        <w:t>f 13737/13856/11590 13736/13857/11591 13735/13858/11592</w:t>
        <w:br/>
        <w:t>f 13740/13859/11593 13739/13860/11594 13738/13861/11595</w:t>
        <w:br/>
        <w:t>f 6985/11739/9706 13576/13699/9538 13577/13698/11435</w:t>
        <w:br/>
        <w:t>f 13740/13859/11593 6985/11739/9706 13577/13698/11435</w:t>
        <w:br/>
        <w:t>f 13736/13857/11591 13738/13861/11595 13739/13860/11594</w:t>
        <w:br/>
        <w:t>f 13735/13858/11592 13736/13857/11591 13739/13860/11594</w:t>
        <w:br/>
        <w:t>f 13744/13862/11596 13743/13863/11597 13742/13864/11598</w:t>
        <w:br/>
        <w:t>f 13741/13865/11596 13744/13862/11596 13742/13864/11598</w:t>
        <w:br/>
        <w:t>f 13748/13866/11599 13747/13867/11600 13746/13868/11600</w:t>
        <w:br/>
        <w:t>f 13745/13869/11601 13748/13866/11599 13746/13868/11600</w:t>
        <w:br/>
        <w:t>f 13750/13870/11602 13748/13866/11599 13745/13869/11601</w:t>
        <w:br/>
        <w:t>f 13749/13871/11602 13750/13870/11602 13745/13869/11601</w:t>
        <w:br/>
        <w:t>f 13750/13870/11602 13749/13871/11602 13752/13872/11603</w:t>
        <w:br/>
        <w:t>f 13751/13873/11603 13750/13870/11602 13752/13872/11603</w:t>
        <w:br/>
        <w:t>f 13743/13863/11597 13751/13873/11603 13752/13872/11603</w:t>
        <w:br/>
        <w:t>f 13742/13864/11598 13743/13863/11597 13752/13872/11603</w:t>
        <w:br/>
        <w:t>f 13756/13874/11604 13755/13875/11605 13754/13876/11606</w:t>
        <w:br/>
        <w:t>f 13753/13877/11607 13756/13874/11604 13754/13876/11606</w:t>
        <w:br/>
        <w:t>f 13760/13878/11608 13759/13879/11609 13758/13880/11610</w:t>
        <w:br/>
        <w:t>f 13757/13881/9723 13760/13878/11608 13758/13880/11610</w:t>
        <w:br/>
        <w:t>f 13764/13882/11611 13763/13883/11612 13762/13884/11613</w:t>
        <w:br/>
        <w:t>f 13761/13885/11614 13764/13882/11611 13762/13884/11613</w:t>
        <w:br/>
        <w:t>f 13768/13886/11615 13767/13887/11616 13766/13888/11616</w:t>
        <w:br/>
        <w:t>f 13765/13889/11617 13768/13886/11615 13766/13888/11616</w:t>
        <w:br/>
        <w:t>f 13772/13890/11618 13771/13891/11619 13770/13892/11620</w:t>
        <w:br/>
        <w:t>f 13769/13893/11621 13772/13890/11618 13770/13892/11620</w:t>
        <w:br/>
        <w:t>f 13744/13862/11596 13741/13865/11596 13774/13894/11622</w:t>
        <w:br/>
        <w:t>f 13773/13895/11622 13744/13862/11596 13774/13894/11622</w:t>
        <w:br/>
        <w:t>f 13778/13896/11623 13777/13897/11624 13776/13898/11624</w:t>
        <w:br/>
        <w:t>f 13775/13899/11623 13778/13896/11623 13776/13898/11624</w:t>
        <w:br/>
        <w:t>f 13778/13896/11623 13775/13899/11623 13780/13900/11625</w:t>
        <w:br/>
        <w:t>f 13779/13901/11626 13778/13896/11623 13780/13900/11625</w:t>
        <w:br/>
        <w:t>f 13777/13897/11624 13782/13902/11627 13781/13903/11628</w:t>
        <w:br/>
        <w:t>f 13776/13898/11624 13777/13897/11624 13781/13903/11628</w:t>
        <w:br/>
        <w:t>f 13786/13904/11629 13785/13905/11630 13784/13906/11631</w:t>
        <w:br/>
        <w:t>f 13783/13907/11632 13786/13904/11629 13784/13906/11631</w:t>
        <w:br/>
        <w:t>f 13682/13805/11539 13789/13908/11633 13788/13909/11634</w:t>
        <w:br/>
        <w:t>f 13787/13910/11635 13682/13805/11539 13788/13909/11634</w:t>
        <w:br/>
        <w:t>f 13787/13910/11635 13788/13909/11634 13791/13911/11636</w:t>
        <w:br/>
        <w:t>f 13790/13912/11637 13787/13910/11635 13791/13911/11636</w:t>
        <w:br/>
        <w:t>f 13793/13913/11638 13761/13885/11614 13762/13884/11613</w:t>
        <w:br/>
        <w:t>f 13792/13914/11638 13793/13913/11638 13762/13884/11613</w:t>
        <w:br/>
        <w:t>f 13797/13915/11639 13796/13916/11640 13795/13917/11640</w:t>
        <w:br/>
        <w:t>f 13794/13918/11639 13797/13915/11639 13795/13917/11640</w:t>
        <w:br/>
        <w:t>f 13801/13919/11641 13800/13920/11641 13799/13921/11642</w:t>
        <w:br/>
        <w:t>f 13798/13922/11643 13801/13919/11641 13799/13921/11642</w:t>
        <w:br/>
        <w:t>f 13802/13923/11644 13795/13917/11640 13796/13916/11640</w:t>
        <w:br/>
        <w:t>f 13803/13924/11644 13802/13923/11644 13796/13916/11640</w:t>
        <w:br/>
        <w:t>f 13803/13924/11644 13805/13925/11645 13804/13926/11646</w:t>
        <w:br/>
        <w:t>f 13802/13923/11644 13803/13924/11644 13804/13926/11646</w:t>
        <w:br/>
        <w:t>f 13799/13921/11642 13807/13927/11647 13806/13928/11647</w:t>
        <w:br/>
        <w:t>f 13798/13922/11643 13799/13921/11642 13806/13928/11647</w:t>
        <w:br/>
        <w:t>f 13805/13925/11645 13809/13929/11648 13808/13930/11649</w:t>
        <w:br/>
        <w:t>f 13804/13926/11646 13805/13925/11645 13808/13930/11649</w:t>
        <w:br/>
        <w:t>f 13807/13927/11647 13811/13931/11650 13810/13932/11650</w:t>
        <w:br/>
        <w:t>f 13806/13928/11647 13807/13927/11647 13810/13932/11650</w:t>
        <w:br/>
        <w:t>f 13815/13933/11651 13814/13934/11652 13813/13935/11653</w:t>
        <w:br/>
        <w:t>f 13812/13936/11651 13815/13933/11651 13813/13935/11653</w:t>
        <w:br/>
        <w:t>f 13819/13937/11654 13818/13938/11654 13817/13939/11655</w:t>
        <w:br/>
        <w:t>f 13816/13940/11655 13819/13937/11654 13817/13939/11655</w:t>
        <w:br/>
        <w:t>f 13811/13931/11650 13818/13938/11654 13819/13937/11654</w:t>
        <w:br/>
        <w:t>f 13810/13932/11650 13811/13931/11650 13819/13937/11654</w:t>
        <w:br/>
        <w:t>f 13809/13929/11648 13815/13933/11651 13812/13936/11651</w:t>
        <w:br/>
        <w:t>f 13808/13930/11649 13809/13929/11648 13812/13936/11651</w:t>
        <w:br/>
        <w:t>f 13779/13901/11626 13780/13900/11625 13821/13941/11656</w:t>
        <w:br/>
        <w:t>f 13820/13942/11656 13779/13901/11626 13821/13941/11656</w:t>
        <w:br/>
        <w:t>f 13820/13942/11656 13821/13941/11656 13823/13943/11657</w:t>
        <w:br/>
        <w:t>f 13822/13944/11657 13820/13942/11656 13823/13943/11657</w:t>
        <w:br/>
        <w:t>f 13822/13944/11657 13823/13943/11657 13825/13945/11658</w:t>
        <w:br/>
        <w:t>f 13824/13946/11658 13822/13944/11657 13825/13945/11658</w:t>
        <w:br/>
        <w:t>f 13829/13947/11659 13828/13948/11659 13827/13949/11660</w:t>
        <w:br/>
        <w:t>f 13826/13950/11660 13829/13947/11659 13827/13949/11660</w:t>
        <w:br/>
        <w:t>f 13833/13951/11661 13832/13952/11662 13831/13953/11663</w:t>
        <w:br/>
        <w:t>f 13830/13954/11664 13833/13951/11661 13831/13953/11663</w:t>
        <w:br/>
        <w:t>f 7080/11833/11665 13833/13951/11661 13830/13954/11664</w:t>
        <w:br/>
        <w:t>f 13834/13955/11665 7080/11833/11665 13830/13954/11664</w:t>
        <w:br/>
        <w:t>f 13832/13952/11662 13826/13950/11660 13827/13949/11660</w:t>
        <w:br/>
        <w:t>f 13831/13953/11663 13832/13952/11662 13827/13949/11660</w:t>
        <w:br/>
        <w:t>f 13824/13946/11658 13825/13945/11658 13828/13948/11659</w:t>
        <w:br/>
        <w:t>f 13829/13947/11659 13824/13946/11658 13828/13948/11659</w:t>
        <w:br/>
        <w:t>f 13728/13848/11582 13725/13846/11580 13836/13956/11666</w:t>
        <w:br/>
        <w:t>f 13835/13957/11667 13728/13848/11582 13836/13956/11666</w:t>
        <w:br/>
        <w:t>f 13816/13940/11655 13817/13939/11655 13838/13958/4847</w:t>
        <w:br/>
        <w:t>f 13837/13959/4847 13816/13940/11655 13838/13958/4847</w:t>
        <w:br/>
        <w:t>f 13840/13960/11668 13813/13935/11653 13814/13934/11652</w:t>
        <w:br/>
        <w:t>f 13839/13961/4856 13840/13960/11668 13814/13934/11652</w:t>
        <w:br/>
        <w:t>f 13427/5785/4809 13376/13643/11382 13375/13642/11381</w:t>
        <w:br/>
        <w:t>f 13801/13919/11641 13793/13913/11638 13792/13914/11638</w:t>
        <w:br/>
        <w:t>f 13800/13920/11641 13801/13919/11641 13792/13914/11638</w:t>
        <w:br/>
        <w:t>f 13850/13962/11669 13849/13963/11670 13707/13828/11562</w:t>
        <w:br/>
        <w:t>f 13450/5802/4826 13851/5889/4899 13546/5880/4890</w:t>
        <w:br/>
        <w:t>f 13458/13656/11394 13450/5802/4826 13546/5880/4890</w:t>
        <w:br/>
        <w:t>f 13538/5879/4889 13458/13656/11394 13546/5880/4890</w:t>
        <w:br/>
        <w:t>f 13457/13657/11395 13458/13656/11394 13538/5879/4889</w:t>
        <w:br/>
        <w:t>f 13539/5878/4888 13457/13657/11395 13538/5879/4889</w:t>
        <w:br/>
        <w:t>f 13859/13964/11671 13457/13657/11395 13539/5878/4888</w:t>
        <w:br/>
        <w:t>f 13456/13655/11393 13542/13662/11400 13540/13664/11402</w:t>
        <w:br/>
        <w:t>f 13454/13654/11392 13456/13655/11393 13540/13664/11402</w:t>
        <w:br/>
        <w:t>f 13453/13651/11390 13451/13650/11389 13869/13965/11672</w:t>
        <w:br/>
        <w:t>f 13452/13652/2629 13872/5908/4917 13871/5907/4916</w:t>
        <w:br/>
        <w:t>f 13862/5900/4910 13456/13655/11393 13455/13653/11391</w:t>
        <w:br/>
        <w:t>f 13871/5907/4916 13862/5900/4910 13455/13653/11391</w:t>
        <w:br/>
        <w:t>f 13452/13652/2629 13871/5907/4916 13455/13653/11391</w:t>
        <w:br/>
        <w:t>f 13457/13657/11395 13859/13964/11671 13869/13965/11672</w:t>
        <w:br/>
        <w:t>f 13451/13650/11389 13457/13657/11395 13869/13965/11672</w:t>
        <w:br/>
        <w:t>f 13434/5790/4814 13366/5734/4766 13368/13635/11374</w:t>
        <w:br/>
        <w:t>f 13655/13778/11512 13873/13966/11673 13659/13779/11513</w:t>
        <w:br/>
        <w:t>f 13658/13780/11514 13655/13778/11512 13659/13779/11513</w:t>
        <w:br/>
        <w:t>f 13770/13892/11620 13771/13891/11619 13773/13895/11622</w:t>
        <w:br/>
        <w:t>f 13774/13894/11622 13770/13892/11620 13773/13895/11622</w:t>
        <w:br/>
        <w:t>f 13794/13918/11639 13875/13967/11674 13874/13968/11675</w:t>
        <w:br/>
        <w:t>f 13797/13915/11639 13794/13918/11639 13874/13968/11675</w:t>
        <w:br/>
        <w:t>f 13876/13969/11676 13635/13755/11489 13673/13793/11527</w:t>
        <w:br/>
        <w:t>f 13875/13967/11674 13878/13970/11677 13877/13971/11678</w:t>
        <w:br/>
        <w:t>f 13874/13968/11675 13875/13967/11674 13877/13971/11678</w:t>
        <w:br/>
        <w:t>f 13881/13972/11679 13880/13973/11680 13879/13974/11681</w:t>
        <w:br/>
        <w:t>f 13885/13975/11682 13884/13976/11683 13883/13977/11683</w:t>
        <w:br/>
        <w:t>f 13882/13978/11684 13885/13975/11682 13883/13977/11683</w:t>
        <w:br/>
        <w:t>f 13879/13974/11681 13880/13973/11680 13886/13979/11685</w:t>
        <w:br/>
        <w:t>f 13888/13980/11686 13887/13981/11686 13886/13979/11685</w:t>
        <w:br/>
        <w:t>f 13880/13973/11680 13888/13980/11686 13886/13979/11685</w:t>
        <w:br/>
        <w:t>f 13883/13977/11683 13884/13976/11683 13887/13981/11686</w:t>
        <w:br/>
        <w:t>f 13888/13980/11686 13883/13977/11683 13887/13981/11686</w:t>
        <w:br/>
        <w:t>f 13657/13776/11510 13655/13778/11512 13658/13780/11514</w:t>
        <w:br/>
        <w:t>f 13890/13982/11687 13657/13776/11510 13658/13780/11514</w:t>
        <w:br/>
        <w:t>f 13561/13680/11417 13559/13682/11419 13658/13780/11514</w:t>
        <w:br/>
        <w:t>f 11895/12963/10803 11892/12962/10802 13902/13983/11688</w:t>
        <w:br/>
        <w:t>f 13901/13984/11689 11895/12963/10803 13902/13983/11688</w:t>
        <w:br/>
        <w:t>f 12351/13281/11088 12310/13259/11069 12326/13272/11080</w:t>
        <w:br/>
        <w:t>f 12331/13274/11082 12351/13281/11088 12326/13272/11080</w:t>
        <w:br/>
        <w:t>f 12310/13259/11069 12351/13281/11088 13903/13985/11690</w:t>
        <w:br/>
        <w:t>f 12315/13264/11074 12310/13259/11069 13903/13985/11690</w:t>
        <w:br/>
        <w:t>f 12363/13283/11090 13903/13985/11690 12351/13281/11088</w:t>
        <w:br/>
        <w:t>f 12352/13280/11087 12363/13283/11090 12351/13281/11088</w:t>
        <w:br/>
        <w:t>f 12786/13506/11262 13905/13986/11691 13904/13987/11691</w:t>
        <w:br/>
        <w:t>f 12785/13507/11263 12786/13506/11262 13904/13987/11691</w:t>
        <w:br/>
        <w:t>f 13905/13986/11691 12790/13508/11264 12787/13511/11264</w:t>
        <w:br/>
        <w:t>f 13904/13987/11691 13905/13986/11691 12787/13511/11264</w:t>
        <w:br/>
        <w:t>f 13910/13988/11692 13909/13989/11693 13908/13990/11693</w:t>
        <w:br/>
        <w:t>f 13912/13991/11694 13910/13988/11692 13911/13992/8061</w:t>
        <w:br/>
        <w:t>f 7157/9925/8064 13912/13991/11694 13911/13992/8061</w:t>
        <w:br/>
        <w:t>f 12383/13298/11105 12377/13296/11103 13913/13993/4400</w:t>
        <w:br/>
        <w:t>f 12399/13305/11112 12383/13298/11105 13913/13993/4400</w:t>
        <w:br/>
        <w:t>f 12398/13300/11107 12396/13302/11109 13914/13994/11695</w:t>
        <w:br/>
        <w:t>f 12376/13293/11100 12374/13295/11102 12364/13282/11696</w:t>
        <w:br/>
        <w:t>f 13915/13995/11697 12366/13286/11698 12325/13269/11077</w:t>
        <w:br/>
        <w:t>f 12323/13265/11075 13915/13995/11697 12325/13269/11077</w:t>
        <w:br/>
        <w:t>f 13915/13995/11697 12323/13265/11075 13916/13996/11699</w:t>
        <w:br/>
        <w:t>f 12324/13270/11078 12325/13269/11077 12372/13291/11098</w:t>
        <w:br/>
        <w:t>f 12373/13290/11097 12324/13270/11078 12372/13291/11098</w:t>
        <w:br/>
        <w:t>f 12305/13254/11064 12311/13261/11071 12320/13268/4376</w:t>
        <w:br/>
        <w:t>f 12311/13261/11071 12313/13263/11073 13915/13995/11697</w:t>
        <w:br/>
        <w:t>f 12320/13268/4376 12311/13261/11071 13915/13995/11697</w:t>
        <w:br/>
        <w:t>f 12366/13286/11698 13915/13995/11697 12313/13263/11073</w:t>
        <w:br/>
        <w:t>f 12315/13264/11074 12366/13286/11698 12313/13263/11073</w:t>
        <w:br/>
        <w:t>f 12366/13286/11698 12315/13264/11074 13903/13985/11690</w:t>
        <w:br/>
        <w:t>f 13917/13997/11700 12366/13286/11698 13903/13985/11690</w:t>
        <w:br/>
        <w:t>f 12363/13283/11090 12370/13288/11701 13917/13997/11700</w:t>
        <w:br/>
        <w:t>f 13903/13985/11690 12363/13283/11090 13917/13997/11700</w:t>
        <w:br/>
        <w:t>f 12364/13282/11089 12370/13288/11701 12363/13283/11090</w:t>
        <w:br/>
        <w:t>f 12649/13382/4366 12308/13257/11067 12300/13251/11061</w:t>
        <w:br/>
        <w:t>f 12300/13251/11061 12301/13250/11060 13927/13998/4372</w:t>
        <w:br/>
        <w:t>f 13928/13999/4373 12300/13251/11061 13927/13998/4372</w:t>
        <w:br/>
        <w:t>f 12649/13382/4366 12300/13251/11061 13928/13999/4373</w:t>
        <w:br/>
        <w:t>f 11808/12876/10724 11809/12875/10723 13931/14000/11702</w:t>
        <w:br/>
        <w:t>f 13932/14001/11703 12377/13296/11103 12375/13294/11101</w:t>
        <w:br/>
        <w:t>f 12376/13293/11100 13932/14001/11703 12375/13294/11101</w:t>
        <w:br/>
        <w:t>f 11867/12937/10778 11875/12942/10783 11880/12948/10788</w:t>
        <w:br/>
        <w:t>f 12190/13148/10967 12194/13154/10973 12189/13149/10968</w:t>
        <w:br/>
        <w:t>f 12195/13153/10972 12219/13176/10990 12194/13154/10973</w:t>
        <w:br/>
        <w:t>f 12265/13225/11039 12266/13224/11038 12473/13354/11153</w:t>
        <w:br/>
        <w:t>f 11874/12943/10784 11883/12952/10792 11873/12944/10785</w:t>
        <w:br/>
        <w:t>f 11887/12956/10796 13934/14002/11704 13933/14003/11704</w:t>
        <w:br/>
        <w:t>f 12283/13242/11054 12250/13208/11022 12284/13243/11055</w:t>
        <w:br/>
        <w:t>f 12250/13208/11022 12283/13242/11054 12249/13209/11023</w:t>
        <w:br/>
        <w:t>f 12284/13243/11055 12252/13212/11026 12285/13245/11057</w:t>
        <w:br/>
        <w:t>f 12450/13348/11149 13936/14004/11705 13935/14005/11705</w:t>
        <w:br/>
        <w:t>f 12451/13347/11149 12450/13348/11149 13935/14005/11705</w:t>
        <w:br/>
        <w:t>f 12640/13375/11172 13937/14006/11706 12459/13350/11147</w:t>
        <w:br/>
        <w:t>f 12642/13377/11174 12485/13363/11161 12613/13365/11163</w:t>
        <w:br/>
        <w:t>f 13938/14007/11707 12642/13377/11174 12613/13365/11163</w:t>
        <w:br/>
        <w:t>f 12618/13367/11165 13939/14008/11708 13938/14007/11707</w:t>
        <w:br/>
        <w:t>f 12613/13365/11163 12618/13367/11165 13938/14007/11707</w:t>
        <w:br/>
        <w:t>f 13939/14008/11708 12618/13367/11165 12624/13370/11168</w:t>
        <w:br/>
        <w:t>f 13940/14009/11709 13939/14008/11708 12624/13370/11168</w:t>
        <w:br/>
        <w:t>f 13943/14010/11710 13942/14011/11710 13941/14012/11711</w:t>
        <w:br/>
        <w:t>f 14090/14013/11712 14089/14014/11712 14088/14015/11713</w:t>
        <w:br/>
        <w:t>f 14087/14016/11713 14090/14013/11712 14088/14015/11713</w:t>
        <w:br/>
        <w:t>f 14238/14017/11714 14237/14018/5186 14236/14019/5187</w:t>
        <w:br/>
        <w:t>f 14241/14020/5037 14240/14021/11715 14239/14022/11716</w:t>
        <w:br/>
        <w:t>f 14242/14023/5038 14241/14020/5037 14239/14022/11716</w:t>
        <w:br/>
        <w:t>f 12639/13374/11171 12636/13373/5040 14242/14023/5038</w:t>
        <w:br/>
        <w:t>f 12639/13374/11171 14242/14023/5038 14239/14022/11716</w:t>
        <w:br/>
        <w:t>f 12648/13381/11178 12639/13374/11171 14239/14022/11716</w:t>
        <w:br/>
        <w:t>f 12648/13381/11178 14245/14024/11717 12647/13380/11177</w:t>
        <w:br/>
        <w:t>f 14249/14025/11718 14248/14026/11719 14247/14027/11720</w:t>
        <w:br/>
        <w:t>f 14246/14028/11721 14249/14025/11718 14247/14027/11720</w:t>
        <w:br/>
        <w:t>f 14246/14028/11721 14247/14027/11720 14251/14029/11722</w:t>
        <w:br/>
        <w:t>f 14250/14030/11723 14246/14028/11721 14251/14029/11722</w:t>
        <w:br/>
        <w:t>f 14250/14030/11723 14251/14029/11722 14253/14031/11724</w:t>
        <w:br/>
        <w:t>f 14252/14032/11725 14250/14030/11723 14253/14031/11724</w:t>
        <w:br/>
        <w:t>f 14252/14032/11725 14253/14031/11724 14089/14014/11712</w:t>
        <w:br/>
        <w:t>f 14090/14013/11712 14252/14032/11725 14089/14014/11712</w:t>
        <w:br/>
        <w:t>f 13746/13868/11600 13747/13867/11600 7503/11909/9832</w:t>
        <w:br/>
        <w:t>f 14254/14033/11726 13746/13868/11600 7503/11909/9832</w:t>
        <w:br/>
        <w:t>f 14263/14034/11727 14262/14035/11728 14261/14036/11728</w:t>
        <w:br/>
        <w:t>f 14260/14037/11727 14263/14034/11727 14261/14036/11728</w:t>
        <w:br/>
        <w:t>f 14266/14038/11729 14265/14039/11730 14264/14040/11731</w:t>
        <w:br/>
        <w:t>f 14269/14041/11732 14268/14042/11732 14267/14043/11733</w:t>
        <w:br/>
        <w:t>f 14271/14044/11734 11904/12972/10812 14270/14045/11735</w:t>
        <w:br/>
        <w:t>f 14270/14045/11735 11904/12972/10812 11905/12973/10813</w:t>
        <w:br/>
        <w:t>f 14273/14046/11736 11907/12976/10816 14272/14047/11737</w:t>
        <w:br/>
        <w:t>f 14272/14047/11737 11907/12976/10816 11911/12978/10818</w:t>
        <w:br/>
        <w:t>f 14277/14048/11738 14276/14049/11738 14275/14050/11739</w:t>
        <w:br/>
        <w:t>f 14274/14051/11740 14277/14048/11738 14275/14050/11739</w:t>
        <w:br/>
        <w:t>f 14278/14052/11738 14277/14048/11738 14274/14051/11740</w:t>
        <w:br/>
        <w:t>f 14279/14053/11738 14278/14052/11738 14274/14051/11740</w:t>
        <w:br/>
        <w:t>f 14282/14054/11741 14281/14055/11742 14274/14051/11740</w:t>
        <w:br/>
        <w:t>f 14280/14056/11743 14282/14054/11741 14274/14051/11740</w:t>
        <w:br/>
        <w:t>f 14262/14035/11728 14283/14057/11744 12821/13541/11289</w:t>
        <w:br/>
        <w:t>f 14261/14036/11728 14262/14035/11728 12821/13541/11289</w:t>
        <w:br/>
        <w:t>f 14287/14058/11745 14286/14059/11746 14285/14060/11747</w:t>
        <w:br/>
        <w:t>f 14284/14061/11747 14287/14058/11745 14285/14060/11747</w:t>
        <w:br/>
        <w:t>f 14288/14062/11748 14280/14056/11743 12821/13541/11289</w:t>
        <w:br/>
        <w:t>f 14283/14057/11744 14288/14062/11748 12821/13541/11289</w:t>
        <w:br/>
        <w:t>f 14280/14056/11743 14288/14062/11748 14289/14063/11749</w:t>
        <w:br/>
        <w:t>f 14282/14054/11741 14280/14056/11743 14289/14063/11749</w:t>
        <w:br/>
        <w:t>f 14287/14058/11745 14290/14064/11750 14286/14059/11746</w:t>
        <w:br/>
        <w:t>f 14291/14065/11751 14286/14059/11746 14290/14064/11750</w:t>
        <w:br/>
        <w:t>f 14292/14066/11752 14291/14065/11751 14290/14064/11750</w:t>
        <w:br/>
        <w:t>f 14294/14067/11753 14293/14068/11753 14292/14066/11752</w:t>
        <w:br/>
        <w:t>f 14290/14064/11750 14294/14067/11753 14292/14066/11752</w:t>
        <w:br/>
        <w:t>f 14264/14040/11731 14295/14069/11754 14293/14068/11753</w:t>
        <w:br/>
        <w:t>f 14294/14067/11753 14264/14040/11731 14293/14068/11753</w:t>
        <w:br/>
        <w:t>f 14299/14070/11755 14298/14071/11756 14297/14072/11757</w:t>
        <w:br/>
        <w:t>f 14296/14073/11758 14299/14070/11755 14297/14072/11757</w:t>
        <w:br/>
        <w:t>f 11907/12976/10816 14300/14074/11759 11906/12977/10817</w:t>
        <w:br/>
        <w:t>f 14302/14075/11760 14301/14076/11761 11905/12973/10813</w:t>
        <w:br/>
        <w:t>f 11907/12976/10816 14273/14046/11736 14300/14074/11759</w:t>
        <w:br/>
        <w:t>f 14304/14077/11762 14270/14045/11735 11905/12973/10813</w:t>
        <w:br/>
        <w:t>f 14301/14076/11761 14304/14077/11762 11905/12973/10813</w:t>
        <w:br/>
        <w:t>f 14274/14051/11740 14281/14055/11742 14279/14053/11738</w:t>
        <w:br/>
        <w:t>f 14308/14078/11763 14307/14079/11764 14306/14080/11765</w:t>
        <w:br/>
        <w:t>f 14305/14081/11763 14308/14078/11763 14306/14080/11765</w:t>
        <w:br/>
        <w:t>f 14299/14070/11755 14307/14079/11764 14298/14071/11756</w:t>
        <w:br/>
        <w:t>f 14305/14081/11763 14268/14042/11732 14269/14041/11732</w:t>
        <w:br/>
        <w:t>f 14308/14078/11763 14305/14081/11763 14269/14041/11732</w:t>
        <w:br/>
        <w:t>f 12060/13029/10859 12090/13063/10885 12091/13062/10873</w:t>
        <w:br/>
        <w:t>f 12092/13061/10884 12097/13065/10887 12173/13129/10948</w:t>
        <w:br/>
        <w:t>f 14309/14082/11766 12092/13061/10884 12173/13129/10948</w:t>
        <w:br/>
        <w:t>f 14313/14083/11767 14312/14084/11768 14311/14085/11769</w:t>
        <w:br/>
        <w:t>f 14310/14086/11767 14313/14083/11767 14311/14085/11769</w:t>
        <w:br/>
        <w:t>f 12173/13129/10948 12170/13132/10951 14309/14082/11766</w:t>
        <w:br/>
        <w:t>f 14309/14082/11770 14316/14087/11771 14315/14088/11772</w:t>
        <w:br/>
        <w:t>f 14314/14089/11771 14309/14082/11770 14315/14088/11772</w:t>
        <w:br/>
        <w:t>f 14313/14083/11767 14310/14086/11767 12689/13409/11192</w:t>
        <w:br/>
        <w:t>f 12690/13408/11192 14313/14083/11767 12689/13409/11192</w:t>
        <w:br/>
        <w:t>f 12172/13130/10949 12177/13136/10955 14317/14090/11773</w:t>
        <w:br/>
        <w:t>f 12171/13131/10950 12172/13130/10949 14317/14090/11773</w:t>
        <w:br/>
        <w:t>f 12177/13136/10955 12180/13139/10958 14318/14091/11774</w:t>
        <w:br/>
        <w:t>f 12729/13453/11222 12177/13136/10955 14318/14091/11774</w:t>
        <w:br/>
        <w:t>f 14318/14091/11774 12180/13139/10958 12183/13142/10961</w:t>
        <w:br/>
        <w:t>f 14320/14092/11775 14319/14093/11776 14309/14082/11766</w:t>
        <w:br/>
        <w:t>f 14309/14082/11766 12170/13132/10951 14321/14094/11777</w:t>
        <w:br/>
        <w:t>f 14320/14092/11775 14309/14082/11766 14321/14094/11777</w:t>
        <w:br/>
        <w:t>f 11052/12451/10327 11053/12450/10327 11059/12453/10329</w:t>
        <w:br/>
        <w:t>f 11042/4977/4094 11052/12451/10327 11059/12453/10329</w:t>
        <w:br/>
        <w:t>f 13559/13682/11419 13890/13982/11687 13658/13780/11514</w:t>
        <w:br/>
        <w:t>f 11909/12974/10814 11903/12970/10810 12818/13538/11286</w:t>
        <w:br/>
        <w:t>f 12820/13539/11287 11909/12974/10814 12818/13538/11286</w:t>
        <w:br/>
        <w:t>f 11903/12970/10810 11909/12974/10814 11906/12977/10817</w:t>
        <w:br/>
        <w:t>f 11902/12971/10811 11903/12970/10810 11906/12977/10817</w:t>
        <w:br/>
        <w:t>f 11905/12973/10813 11902/12971/10811 11906/12977/10817</w:t>
        <w:br/>
        <w:t>f 14300/14074/11759 11905/12973/10813 11906/12977/10817</w:t>
        <w:br/>
        <w:t>f 14774/14095/11778 14302/14075/11760 14300/14074/11759</w:t>
        <w:br/>
        <w:t>f 12638/13371/11169 12624/13370/11168 14775/14096/5045</w:t>
        <w:br/>
        <w:t>f 12637/13372/11170 12638/13371/11169 14775/14096/5045</w:t>
        <w:br/>
        <w:t>f 13940/14009/11709 12624/13370/11168 12638/13371/11169</w:t>
        <w:br/>
        <w:t>f 12647/13380/11177 13940/14009/11709 12638/13371/11169</w:t>
        <w:br/>
        <w:t>f 14777/14097/11779 14775/14096/5045 12624/13370/11168</w:t>
        <w:br/>
        <w:t>f 12624/13370/11168 12625/13369/11167 14777/14097/11779</w:t>
        <w:br/>
        <w:t>f 11891/12958/10798 11888/12955/10795 11895/12963/10803</w:t>
        <w:br/>
        <w:t>f 13901/13984/11689 11891/12958/10798 11895/12963/10803</w:t>
        <w:br/>
        <w:t>f 14779/14098/11236 11918/12983/10823 11915/12986/10826</w:t>
        <w:br/>
        <w:t>f 14778/14099/11780 14779/14098/11236 11915/12986/10826</w:t>
        <w:br/>
        <w:t>f 12229/13189/11003 12235/13191/11005 12232/13194/11008</w:t>
        <w:br/>
        <w:t>f 12230/13188/11002 12244/13206/11020 12282/13241/11053</w:t>
        <w:br/>
        <w:t>f 12236/13198/11012 12279/13237/11049 12233/13193/11007</w:t>
        <w:br/>
        <w:t>f 12214/13175/10989 12222/13182/10996 12225/13183/10997</w:t>
        <w:br/>
        <w:t>f 11813/12881/10729 11811/12878/10726 11856/12925/10766</w:t>
        <w:br/>
        <w:t>f 11869/12935/10776 11867/12937/10778 11880/12948/10788</w:t>
        <w:br/>
        <w:t>f 14824/14100/11781 14823/14101/11781 14822/14102/11782</w:t>
        <w:br/>
        <w:t>f 14825/14103/11782 14824/14100/11781 14822/14102/11782</w:t>
        <w:br/>
        <w:t>f 14829/14104/11783 14828/14105/11784 14827/14106/11785</w:t>
        <w:br/>
        <w:t>f 14826/14107/11785 14829/14104/11783 14827/14106/11785</w:t>
        <w:br/>
        <w:t>f 14826/14107/11785 14827/14106/11785 14831/14108/11786</w:t>
        <w:br/>
        <w:t>f 14830/14109/11787 14826/14107/11785 14831/14108/11786</w:t>
        <w:br/>
        <w:t>f 14830/14109/11787 14831/14108/11786 14833/14110/11788</w:t>
        <w:br/>
        <w:t>f 14832/14111/11789 14830/14109/11787 14833/14110/11788</w:t>
        <w:br/>
        <w:t>f 14836/14112/11790 14835/14113/11782 14834/14114/11791</w:t>
        <w:br/>
        <w:t>f 14837/14115/11792 14836/14112/11790 14834/14114/11791</w:t>
        <w:br/>
        <w:t>f 14838/14116/11793 14833/14110/11788 14837/14115/11792</w:t>
        <w:br/>
        <w:t>f 14834/14114/11791 14838/14116/11793 14837/14115/11792</w:t>
        <w:br/>
        <w:t>f 14824/14100/11781 14840/14117/11794 14839/14118/11795</w:t>
        <w:br/>
        <w:t>f 14823/14101/11781 14824/14100/11781 14839/14118/11795</w:t>
        <w:br/>
        <w:t>f 14839/14118/11795 14840/14117/11794 14828/14105/11784</w:t>
        <w:br/>
        <w:t>f 14829/14104/11783 14839/14118/11795 14828/14105/11784</w:t>
        <w:br/>
        <w:t>f 11650/12777/10639 11740/12849/10702 11649/12778/10640</w:t>
        <w:br/>
        <w:t>f 11650/12777/10639 11741/12848/10701 11740/12849/10702</w:t>
        <w:br/>
        <w:t>f 11708/12826/10684 11741/12848/10701 11707/12827/10685</w:t>
        <w:br/>
        <w:t>f 11705/12824/10682 11707/12827/10685 11704/12825/10683</w:t>
        <w:br/>
        <w:t>f 11717/12837/10692 11718/12836/10691 11735/12844/10638</w:t>
        <w:br/>
        <w:t>f 13227/5636/4685 13140/5625/4674 13118/13578/11319</w:t>
        <w:br/>
        <w:t>f 13227/5636/4685 13232/13594/11335 13226/5637/4686</w:t>
        <w:br/>
        <w:t>f 13338/13613/11352 13298/5690/4729 13337/13614/11353</w:t>
        <w:br/>
        <w:t>f 13338/13613/11352 13293/13612/11351 13298/5690/4729</w:t>
        <w:br/>
        <w:t>f 13725/13846/11580 13728/13848/11582 13724/13847/11581</w:t>
        <w:br/>
        <w:t>f 14852/14119/9935 13545/13665/9504 13543/13667/11404</w:t>
        <w:br/>
        <w:t>f 13722/13842/11576 13716/13838/11572 13717/13837/11571</w:t>
        <w:br/>
        <w:t>f 10393/12346/10226 10426/12358/10237 14854/14120/11796</w:t>
        <w:br/>
        <w:t>f 14853/14121/11797 10393/12346/10226 14854/14120/11796</w:t>
        <w:br/>
        <w:t>f 14854/14120/11796 10426/12358/10237 10431/12359/10238</w:t>
        <w:br/>
        <w:t>f 14855/14122/11798 14854/14120/11796 10431/12359/10238</w:t>
        <w:br/>
        <w:t>f 14855/14122/11798 10431/12359/10238 10428/12362/10241</w:t>
        <w:br/>
        <w:t>f 14856/14123/11799 14855/14122/11798 10428/12362/10241</w:t>
        <w:br/>
        <w:t>f 10428/12362/10241 10432/12364/10243 14857/14124/11800</w:t>
        <w:br/>
        <w:t>f 14856/14123/11799 10428/12362/10241 14857/14124/11800</w:t>
        <w:br/>
        <w:t>f 10432/12364/10243 10412/12352/10231 14833/14110/11788</w:t>
        <w:br/>
        <w:t>f 14831/14108/11786 10432/12364/10243 14833/14110/11788</w:t>
        <w:br/>
        <w:t>f 14833/14110/11788 10412/12352/10231 10396/12351/10230</w:t>
        <w:br/>
        <w:t>f 14837/14115/11792 14833/14110/11788 10396/12351/10230</w:t>
        <w:br/>
        <w:t>f 14859/14125/11801 10396/12351/10230 10397/12350/10227</w:t>
        <w:br/>
        <w:t>f 14858/14126/11802 14859/14125/11801 10397/12350/10227</w:t>
        <w:br/>
        <w:t>f 10392/12347/10227 10393/12346/10226 14853/14121/11797</w:t>
        <w:br/>
        <w:t>f 14860/14127/11802 10392/12347/10227 14853/14121/11797</w:t>
        <w:br/>
        <w:t>f 12154/13111/10932 14861/14128/11803 12153/13112/10933</w:t>
        <w:br/>
        <w:t>f 14862/14129/11804 14282/14054/11741 14289/14063/11749</w:t>
        <w:br/>
        <w:t>f 14295/14069/11754 14862/14129/11804 14289/14063/11749</w:t>
        <w:br/>
        <w:t>f 14275/14050/11739 14272/14047/11737 11911/12978/10818</w:t>
        <w:br/>
        <w:t>f 14274/14051/11740 14275/14050/11739 11911/12978/10818</w:t>
        <w:br/>
        <w:t>f 14274/14051/11740 11911/12978/10818 11910/12979/10819</w:t>
        <w:br/>
        <w:t>f 14280/14056/11743 14274/14051/11740 11910/12979/10819</w:t>
        <w:br/>
        <w:t>f 12821/13541/11289 14280/14056/11743 11910/12979/10819</w:t>
        <w:br/>
        <w:t>f 14302/14075/11760 11905/12973/10813 14300/14074/11759</w:t>
        <w:br/>
        <w:t>f 14273/14046/11736 14774/14095/11778 14300/14074/11759</w:t>
        <w:br/>
        <w:t>f 14296/14073/11758 14297/14072/11757 14865/14130/11805</w:t>
        <w:br/>
        <w:t>f 14307/14079/11764 14862/14129/11804 14265/14039/11730</w:t>
        <w:br/>
        <w:t>f 14306/14080/11765 14307/14079/11764 14265/14039/11730</w:t>
        <w:br/>
        <w:t>f 14264/14040/11731 14862/14129/11804 14295/14069/11754</w:t>
        <w:br/>
        <w:t>f 14265/14039/11730 14862/14129/11804 14264/14040/11731</w:t>
        <w:br/>
        <w:t>f 11858/12927/10768 11861/12930/10771 11860/12928/10769</w:t>
        <w:br/>
        <w:t>f 11859/12926/10767 11857/12924/10765 11856/12925/10766</w:t>
        <w:br/>
        <w:t>f 11914/12982/10822 11862/12929/10770 11863/12932/10773</w:t>
        <w:br/>
        <w:t>f 11881/12949/10789 11864/12931/10772 11865/12934/10775</w:t>
        <w:br/>
        <w:t>f 11872/12938/10779 11866/12933/10774 11871/12939/10780</w:t>
        <w:br/>
        <w:t>f 12058/13031/10861 12651/13383/11179 12060/13029/10859</w:t>
        <w:br/>
        <w:t>f 12652/13386/11180 14866/14131/11806 12653/13385/11180</w:t>
        <w:br/>
        <w:t>f 12096/13064/10886 12090/13063/10885 12643/13378/11175</w:t>
        <w:br/>
        <w:t>f 14867/14132/11807 12070/13044/10869 12071/13043/10869</w:t>
        <w:br/>
        <w:t>f 11798/12864/8782 11796/12866/10714 11841/12909/10757</w:t>
        <w:br/>
        <w:t>f 11840/12908/10756 11850/12919/10762 12841/13561/11305</w:t>
        <w:br/>
        <w:t>f 11825/12891/10739 11840/12908/10756 11824/12892/10740</w:t>
        <w:br/>
        <w:t>f 11478/12608/10483 11473/12604/10479 11477/12607/10482</w:t>
        <w:br/>
        <w:t>f 11430/12558/10433 11475/12606/10481 11473/12604/10479</w:t>
        <w:br/>
        <w:t>f 13881/13972/11679 13879/13974/11681 14868/14133/11808</w:t>
        <w:br/>
        <w:t>f 13695/13813/11547 13692/13816/11550 13698/13817/11551</w:t>
        <w:br/>
        <w:t>f 14869/14134/11809 13695/13813/11547 13698/13817/11551</w:t>
        <w:br/>
        <w:t>f 13625/13749/11483 13629/13753/11487 13630/13752/11486</w:t>
        <w:br/>
        <w:t>f 13628/13746/11480 13625/13749/11483 13630/13752/11486</w:t>
        <w:br/>
        <w:t>f 13681/13801/11535 13628/13746/11480 13630/13752/11486</w:t>
        <w:br/>
        <w:t>f 13678/13800/11534 13681/13801/11535 13630/13752/11486</w:t>
        <w:br/>
        <w:t>f 14871/14135/11810 14870/14136/11811 13676/13796/11530</w:t>
        <w:br/>
        <w:t>f 13677/13795/11529 14871/14135/11810 13676/13796/11530</w:t>
        <w:br/>
        <w:t>f 13649/13771/11505 13647/13769/11503 13643/13765/11499</w:t>
        <w:br/>
        <w:t>f 13651/13773/11507 13649/13771/11505 13643/13765/11499</w:t>
        <w:br/>
        <w:t>f 13642/13762/11496 13643/13765/11499 13647/13769/11503</w:t>
        <w:br/>
        <w:t>f 13645/13767/11501 13642/13762/11496 13647/13769/11503</w:t>
        <w:br/>
        <w:t>f 13567/13687/11424 13642/13762/11496 13645/13767/11501</w:t>
        <w:br/>
        <w:t>f 13547/13671/11408 13567/13687/11424 13645/13767/11501</w:t>
        <w:br/>
        <w:t>f 13552/13674/11411 13567/13687/11424 13547/13671/11408</w:t>
        <w:br/>
        <w:t>f 13548/13670/11407 13552/13674/11411 13547/13671/11408</w:t>
        <w:br/>
        <w:t>f 13551/13675/11412 13552/13674/11411 13548/13670/11407</w:t>
        <w:br/>
        <w:t>f 13557/13677/11414 13551/13675/11412 13548/13670/11407</w:t>
        <w:br/>
        <w:t>f 13573/13693/11430 13551/13675/11412 13557/13677/11414</w:t>
        <w:br/>
        <w:t>f 13558/13676/11413 13573/13693/11430 13557/13677/11414</w:t>
        <w:br/>
        <w:t>f 13574/13696/11433 13579/13703/11439 13573/13693/11430</w:t>
        <w:br/>
        <w:t>f 13558/13676/11413 13574/13696/11433 13573/13693/11430</w:t>
        <w:br/>
        <w:t>f 13588/13710/11445 13582/13700/11436 13579/13703/11439</w:t>
        <w:br/>
        <w:t>f 13574/13696/11433 13588/13710/11445 13579/13703/11439</w:t>
        <w:br/>
        <w:t>f 13582/13700/11436 13588/13710/11445 13578/13697/11434</w:t>
        <w:br/>
        <w:t>f 13583/13706/11441 13582/13700/11436 13578/13697/11434</w:t>
        <w:br/>
        <w:t>f 13583/13706/11441 13578/13697/11434 6816/11570/9537</w:t>
        <w:br/>
        <w:t>f 6825/11577/9544 13583/13706/11441 6816/11570/9537</w:t>
        <w:br/>
        <w:t>f 13694/13814/11548 14873/14137/11812 14872/14138/11813</w:t>
        <w:br/>
        <w:t>f 13693/13815/11549 13694/13814/11548 14872/14138/11813</w:t>
        <w:br/>
        <w:t>f 14875/14139/11814 13626/13748/11482 13627/13747/11481</w:t>
        <w:br/>
        <w:t>f 14874/14140/11815 14875/14139/11814 13627/13747/11481</w:t>
        <w:br/>
        <w:t>f 14874/14140/11815 13627/13747/11481 13680/13802/11536</w:t>
        <w:br/>
        <w:t>f 14876/14141/11816 14874/14140/11815 13680/13802/11536</w:t>
        <w:br/>
        <w:t>f 14876/14141/11816 13687/13808/11542 13623/13745/11479</w:t>
        <w:br/>
        <w:t>f 14874/14140/11815 14876/14141/11816 13623/13745/11479</w:t>
        <w:br/>
        <w:t>f 14874/14140/11815 13623/13745/11479 13624/13744/11478</w:t>
        <w:br/>
        <w:t>f 14875/14139/11814 14874/14140/11815 13624/13744/11478</w:t>
        <w:br/>
        <w:t>f 14873/14137/11812 13691/13809/11543 13688/13812/11546</w:t>
        <w:br/>
        <w:t>f 14872/14138/11813 14873/14137/11812 13688/13812/11546</w:t>
        <w:br/>
        <w:t>f 13609/13733/11467 14878/14142/11817 14877/14143/11818</w:t>
        <w:br/>
        <w:t>f 13621/13743/11477 13609/13733/11467 14877/14143/11818</w:t>
        <w:br/>
        <w:t>f 13609/13733/11467 13610/13732/11466 14879/14144/11819</w:t>
        <w:br/>
        <w:t>f 14878/14142/11817 13609/13733/11467 14879/14144/11819</w:t>
        <w:br/>
        <w:t>f 13608/13727/11461 8131/12055/9961 14880/14145/11820</w:t>
        <w:br/>
        <w:t>f 13607/13728/11462 13608/13727/11461 14880/14145/11820</w:t>
        <w:br/>
        <w:t>f 14883/14146/11821 14882/14147/11822 14881/14148/11823</w:t>
        <w:br/>
        <w:t>f 14885/14149/11824 14884/14150/11825 14870/14136/11811</w:t>
        <w:br/>
        <w:t>f 14871/14135/11810 14885/14149/11824 14870/14136/11811</w:t>
        <w:br/>
        <w:t>f 13639/13759/11493 13873/13966/11673 14886/14151/11826</w:t>
        <w:br/>
        <w:t>f 13654/13774/11508 13639/13759/11493 14886/14151/11826</w:t>
        <w:br/>
        <w:t>f 13640/13758/11492 13659/13779/11513 13873/13966/11673</w:t>
        <w:br/>
        <w:t>f 13639/13759/11493 13640/13758/11492 13873/13966/11673</w:t>
        <w:br/>
        <w:t>f 13561/13680/11417 13659/13779/11513 13640/13758/11492</w:t>
        <w:br/>
        <w:t>f 13568/13692/11429 13561/13680/11417 13640/13758/11492</w:t>
        <w:br/>
        <w:t>f 13560/13681/11418 13561/13680/11417 13568/13692/11429</w:t>
        <w:br/>
        <w:t>f 13569/13691/11428 13560/13681/11418 13568/13692/11429</w:t>
        <w:br/>
        <w:t>f 13560/13681/11418 13569/13691/11428 13562/13686/11423</w:t>
        <w:br/>
        <w:t>f 13591/13711/11446 13560/13681/11418 13562/13686/11423</w:t>
        <w:br/>
        <w:t>f 13591/13711/11446 13562/13686/11423 13563/13685/11422</w:t>
        <w:br/>
        <w:t>f 13598/13719/11453 13591/13711/11446 13563/13685/11422</w:t>
        <w:br/>
        <w:t>f 13586/13708/11443 13597/13720/11454 13598/13719/11453</w:t>
        <w:br/>
        <w:t>f 13563/13685/11422 13586/13708/11443 13598/13719/11453</w:t>
        <w:br/>
        <w:t>f 14887/14152/11827 13597/13720/11454 13586/13708/11443</w:t>
        <w:br/>
        <w:t>f 13596/13716/11450 14887/14152/11827 13586/13708/11443</w:t>
        <w:br/>
        <w:t>f 14888/14153/11828 14887/14152/11827 13596/13716/11450</w:t>
        <w:br/>
        <w:t>f 13593/13714/11448 14888/14153/11828 13596/13716/11450</w:t>
        <w:br/>
        <w:t>f 8141/12064/9970 14888/14153/11828 13593/13714/11448</w:t>
        <w:br/>
        <w:t>f 13594/13713/9556 8141/12064/9970 13593/13714/11448</w:t>
        <w:br/>
        <w:t>f 13644/13764/11498 14890/14154/11829 14889/14155/11830</w:t>
        <w:br/>
        <w:t>f 13652/13772/11506 13644/13764/11498 14889/14155/11830</w:t>
        <w:br/>
        <w:t>f 14890/14154/11829 13644/13764/11498 13641/13763/11497</w:t>
        <w:br/>
        <w:t>f 13571/13689/11426 13637/13761/11495 13641/13763/11497</w:t>
        <w:br/>
        <w:t>f 13566/13688/11425 13571/13689/11426 13641/13763/11497</w:t>
        <w:br/>
        <w:t>f 13570/13690/11427 13571/13689/11426 13566/13688/11425</w:t>
        <w:br/>
        <w:t>f 13553/13673/11410 13570/13690/11427 13566/13688/11425</w:t>
        <w:br/>
        <w:t>f 13565/13683/11420 13570/13690/11427 13553/13673/11410</w:t>
        <w:br/>
        <w:t>f 13554/13672/11409 13565/13683/11420 13553/13673/11410</w:t>
        <w:br/>
        <w:t>f 13554/13672/11409 13572/13694/11431 13564/13684/11421</w:t>
        <w:br/>
        <w:t>f 13565/13683/11420 13554/13672/11409 13564/13684/11421</w:t>
        <w:br/>
        <w:t>f 13564/13684/11421 13572/13694/11431 13580/13702/11438</w:t>
        <w:br/>
        <w:t>f 13587/13707/11442 13564/13684/11421 13580/13702/11438</w:t>
        <w:br/>
        <w:t>f 13581/13701/11437 13595/13717/11451 13587/13707/11442</w:t>
        <w:br/>
        <w:t>f 13580/13702/11438 13581/13701/11437 13587/13707/11442</w:t>
        <w:br/>
        <w:t>f 13584/13705/11440 13592/13715/11449 13595/13717/11451</w:t>
        <w:br/>
        <w:t>f 13581/13701/11437 13584/13705/11440 13595/13717/11451</w:t>
        <w:br/>
        <w:t>f 13585/13704/9547 6832/11590/9557 13592/13715/11449</w:t>
        <w:br/>
        <w:t>f 13584/13705/11440 13585/13704/9547 13592/13715/11449</w:t>
        <w:br/>
        <w:t>f 14891/14156/11831 14884/14150/11825 14885/14149/11824</w:t>
        <w:br/>
        <w:t>f 14892/14157/11832 14891/14156/11831 14885/14149/11824</w:t>
        <w:br/>
        <w:t>f 14896/14158/11833 14895/14159/11834 14894/14160/11835</w:t>
        <w:br/>
        <w:t>f 14893/14161/11836 14896/14158/11833 14894/14160/11835</w:t>
        <w:br/>
        <w:t>f 14895/14159/11834 14898/14162/11837 14897/14163/11838</w:t>
        <w:br/>
        <w:t>f 14894/14160/11835 14895/14159/11834 14897/14163/11838</w:t>
        <w:br/>
        <w:t>f 13633/13757/11491 13700/13822/11556 13710/13832/11566</w:t>
        <w:br/>
        <w:t>f 13633/13757/11491 13634/13756/11490 13699/13823/11557</w:t>
        <w:br/>
        <w:t>f 13700/13822/11556 13633/13757/11491 13699/13823/11557</w:t>
        <w:br/>
        <w:t>f 14899/14164/11839 13632/13750/11484 13629/13753/11487</w:t>
        <w:br/>
        <w:t>f 14869/14134/11809 14899/14164/11839 13629/13753/11487</w:t>
        <w:br/>
        <w:t>f 14869/14134/11809 13629/13753/11487 13625/13749/11483</w:t>
        <w:br/>
        <w:t>f 13695/13813/11547 14869/14134/11809 13625/13749/11483</w:t>
        <w:br/>
        <w:t>f 13694/13814/11548 13695/13813/11547 13625/13749/11483</w:t>
        <w:br/>
        <w:t>f 13626/13748/11482 13694/13814/11548 13625/13749/11483</w:t>
        <w:br/>
        <w:t>f 14873/14137/11812 13694/13814/11548 13626/13748/11482</w:t>
        <w:br/>
        <w:t>f 14875/14139/11814 14873/14137/11812 13626/13748/11482</w:t>
        <w:br/>
        <w:t>f 13691/13809/11543 14873/14137/11812 14875/14139/11814</w:t>
        <w:br/>
        <w:t>f 13624/13744/11478 13691/13809/11543 14875/14139/11814</w:t>
        <w:br/>
        <w:t>f 13690/13810/11544 13691/13809/11543 13624/13744/11478</w:t>
        <w:br/>
        <w:t>f 13618/13740/11474 13690/13810/11544 13624/13744/11478</w:t>
        <w:br/>
        <w:t>f 13619/13739/11473 13704/13824/11558 13690/13810/11544</w:t>
        <w:br/>
        <w:t>f 13618/13740/11474 13619/13739/11473 13690/13810/11544</w:t>
        <w:br/>
        <w:t>f 13787/13910/11635 14901/14165/11840 14900/14166/11841</w:t>
        <w:br/>
        <w:t>f 14901/14165/11840 13790/13912/11637 14902/14167/11842</w:t>
        <w:br/>
        <w:t>f 13756/13874/11604 13790/13912/11637 13791/13911/11636</w:t>
        <w:br/>
        <w:t>f 13755/13875/11605 13756/13874/11604 13791/13911/11636</w:t>
        <w:br/>
        <w:t>f 13782/13902/11627 13786/13904/11629 13783/13907/11632</w:t>
        <w:br/>
        <w:t>f 13781/13903/11628 13782/13902/11627 13783/13907/11632</w:t>
        <w:br/>
        <w:t>f 13670/13790/11524 13667/13787/11521 13666/13788/11522</w:t>
        <w:br/>
        <w:t>f 13669/13791/11525 13670/13790/11524 13666/13788/11522</w:t>
        <w:br/>
        <w:t>f 13674/13798/11532 13650/13770/11504 13649/13771/11505</w:t>
        <w:br/>
        <w:t>f 13677/13795/11529 13674/13798/11532 13649/13771/11505</w:t>
        <w:br/>
        <w:t>f 13677/13795/11529 13649/13771/11505 13651/13773/11507</w:t>
        <w:br/>
        <w:t>f 14871/14135/11810 13677/13795/11529 13651/13773/11507</w:t>
        <w:br/>
        <w:t>f 13651/13773/11507 13652/13772/11506 14885/14149/11824</w:t>
        <w:br/>
        <w:t>f 14871/14135/11810 13651/13773/11507 14885/14149/11824</w:t>
        <w:br/>
        <w:t>f 14892/14157/11832 14885/14149/11824 13652/13772/11506</w:t>
        <w:br/>
        <w:t>f 14889/14155/11830 14892/14157/11832 13652/13772/11506</w:t>
        <w:br/>
        <w:t>f 13653/13775/11509 13654/13774/11508 14895/14159/11834</w:t>
        <w:br/>
        <w:t>f 14896/14158/11833 13653/13775/11509 14895/14159/11834</w:t>
        <w:br/>
        <w:t>f 14898/14162/11837 14895/14159/11834 13654/13774/11508</w:t>
        <w:br/>
        <w:t>f 14886/14151/11826 14898/14162/11837 13654/13774/11508</w:t>
        <w:br/>
        <w:t>f 13772/13890/11618 14881/14148/11823 13656/13777/11511</w:t>
        <w:br/>
        <w:t>f 13772/13890/11618 13769/13893/11621 14904/14168/11843</w:t>
        <w:br/>
        <w:t>f 14883/14146/11821 13772/13890/11618 14904/14168/11843</w:t>
        <w:br/>
        <w:t>f 13656/13777/11511 14886/14151/11826 13873/13966/11673</w:t>
        <w:br/>
        <w:t>f 13655/13778/11512 13656/13777/11511 13873/13966/11673</w:t>
        <w:br/>
        <w:t>f 14881/14148/11823 14898/14162/11837 14886/14151/11826</w:t>
        <w:br/>
        <w:t>f 13656/13777/11511 14881/14148/11823 14886/14151/11826</w:t>
        <w:br/>
        <w:t>f 14898/14162/11837 14881/14148/11823 14882/14147/11822</w:t>
        <w:br/>
        <w:t>f 14897/14163/11838 14898/14162/11837 14882/14147/11822</w:t>
        <w:br/>
        <w:t>f 13709/13830/11564 13706/13829/11563 13714/13835/11569</w:t>
        <w:br/>
        <w:t>f 13706/13829/11563 13709/13830/11564 13701/13821/11555</w:t>
        <w:br/>
        <w:t>f 13708/13827/11561 13706/13829/11563 13701/13821/11555</w:t>
        <w:br/>
        <w:t>f 14905/14169/11844 13708/13827/11561 13701/13821/11555</w:t>
        <w:br/>
        <w:t>f 13702/13820/11554 14905/14169/11844 13701/13821/11555</w:t>
        <w:br/>
        <w:t>f 14907/14170/11845 13692/13816/11550 13693/13815/11549</w:t>
        <w:br/>
        <w:t>f 14906/14171/11846 14907/14170/11845 13693/13815/11549</w:t>
        <w:br/>
        <w:t>f 14908/14172/11847 14906/14171/11846 13693/13815/11549</w:t>
        <w:br/>
        <w:t>f 14872/14138/11813 14908/14172/11847 13693/13815/11549</w:t>
        <w:br/>
        <w:t>f 14909/14173/11848 14908/14172/11847 14872/14138/11813</w:t>
        <w:br/>
        <w:t>f 13688/13812/11546 14909/14173/11848 14872/14138/11813</w:t>
        <w:br/>
        <w:t>f 13689/13811/11545 14910/14174/11849 14909/14173/11848</w:t>
        <w:br/>
        <w:t>f 13688/13812/11546 13689/13811/11545 14909/14173/11848</w:t>
        <w:br/>
        <w:t>f 13703/13825/11559 14911/14175/11850 14910/14174/11849</w:t>
        <w:br/>
        <w:t>f 13689/13811/11545 13703/13825/11559 14910/14174/11849</w:t>
        <w:br/>
        <w:t>f 14911/14175/11850 13703/13825/11559 14902/14167/11842</w:t>
        <w:br/>
        <w:t>f 14912/14176/11851 14911/14175/11850 14902/14167/11842</w:t>
        <w:br/>
        <w:t>f 13685/13807/11541 13683/13804/11538 13684/13803/11537</w:t>
        <w:br/>
        <w:t>f 13620/13738/11472 13685/13807/11541 13684/13803/11537</w:t>
        <w:br/>
        <w:t>f 13704/13824/11558 13619/13739/11473 14900/14166/11841</w:t>
        <w:br/>
        <w:t>f 14901/14165/11840 13704/13824/11558 14900/14166/11841</w:t>
        <w:br/>
        <w:t>f 13704/13824/11558 14901/14165/11840 14902/14167/11842</w:t>
        <w:br/>
        <w:t>f 13703/13825/11559 13704/13824/11558 14902/14167/11842</w:t>
        <w:br/>
        <w:t>f 13620/13738/11472 13684/13803/11537 14900/14166/11841</w:t>
        <w:br/>
        <w:t>f 13619/13739/11473 13620/13738/11472 14900/14166/11841</w:t>
        <w:br/>
        <w:t>f 13787/13910/11635 13684/13803/11537 13682/13805/11539</w:t>
        <w:br/>
        <w:t>f 13787/13910/11635 14900/14166/11841 13684/13803/11537</w:t>
        <w:br/>
        <w:t>f 14914/14177/11852 14913/14178/11853 13614/13736/11470</w:t>
        <w:br/>
        <w:t>f 13615/13735/11469 14914/14177/11852 13614/13736/11470</w:t>
        <w:br/>
        <w:t>f 14899/14164/11839 13696/13819/11553 13702/13820/11554</w:t>
        <w:br/>
        <w:t>f 13699/13823/11557 14899/14164/11839 13702/13820/11554</w:t>
        <w:br/>
        <w:t>f 13632/13750/11484 14899/14164/11839 13699/13823/11557</w:t>
        <w:br/>
        <w:t>f 13634/13756/11490 13632/13750/11484 13699/13823/11557</w:t>
        <w:br/>
        <w:t>f 13635/13755/11489 13631/13751/11485 13632/13750/11484</w:t>
        <w:br/>
        <w:t>f 13634/13756/11490 13635/13755/11489 13632/13750/11484</w:t>
        <w:br/>
        <w:t>f 13876/13969/11676 13679/13799/11533 13631/13751/11485</w:t>
        <w:br/>
        <w:t>f 13635/13755/11489 13876/13969/11676 13631/13751/11485</w:t>
        <w:br/>
        <w:t>f 14892/14157/11832 14896/14158/11833 14893/14161/11836</w:t>
        <w:br/>
        <w:t>f 14891/14156/11831 14892/14157/11832 14893/14161/11836</w:t>
        <w:br/>
        <w:t>f 14896/14158/11833 14892/14157/11832 14889/14155/11830</w:t>
        <w:br/>
        <w:t>f 13653/13775/11509 14896/14158/11833 14889/14155/11830</w:t>
        <w:br/>
        <w:t>f 14890/14154/11829 13638/13760/11494 13653/13775/11509</w:t>
        <w:br/>
        <w:t>f 14889/14155/11830 14890/14154/11829 13653/13775/11509</w:t>
        <w:br/>
        <w:t>f 13637/13761/11495 14890/14154/11829 13641/13763/11497</w:t>
        <w:br/>
        <w:t>f 14915/14179/11854 13671/13789/11523 13668/13792/11526</w:t>
        <w:br/>
        <w:t>f 13876/13969/11676 14915/14179/11854 13668/13792/11526</w:t>
        <w:br/>
        <w:t>f 13676/13796/11530 13678/13800/11534 13679/13799/11533</w:t>
        <w:br/>
        <w:t>f 13675/13797/11531 13676/13796/11530 13679/13799/11533</w:t>
        <w:br/>
        <w:t>f 14870/14136/11811 13681/13801/11535 13678/13800/11534</w:t>
        <w:br/>
        <w:t>f 13676/13796/11530 14870/14136/11811 13678/13800/11534</w:t>
        <w:br/>
        <w:t>f 14884/14150/11825 13680/13802/11536 13681/13801/11535</w:t>
        <w:br/>
        <w:t>f 14870/14136/11811 14884/14150/11825 13681/13801/11535</w:t>
        <w:br/>
        <w:t>f 14891/14156/11831 14876/14141/11816 13680/13802/11536</w:t>
        <w:br/>
        <w:t>f 14884/14150/11825 14891/14156/11831 13680/13802/11536</w:t>
        <w:br/>
        <w:t>f 14893/14161/11836 13687/13808/11542 14876/14141/11816</w:t>
        <w:br/>
        <w:t>f 14891/14156/11831 14893/14161/11836 14876/14141/11816</w:t>
        <w:br/>
        <w:t>f 14894/14160/11835 13686/13806/11540 13687/13808/11542</w:t>
        <w:br/>
        <w:t>f 14893/14161/11836 14894/14160/11835 13687/13808/11542</w:t>
        <w:br/>
        <w:t>f 13685/13807/11541 13686/13806/11540 14894/14160/11835</w:t>
        <w:br/>
        <w:t>f 14897/14163/11838 13685/13807/11541 14894/14160/11835</w:t>
        <w:br/>
        <w:t>f 13683/13804/11538 13685/13807/11541 14897/14163/11838</w:t>
        <w:br/>
        <w:t>f 14882/14147/11822 13683/13804/11538 14897/14163/11838</w:t>
        <w:br/>
        <w:t>f 14883/14146/11821 13682/13805/11539 14882/14147/11822</w:t>
        <w:br/>
        <w:t>f 14883/14146/11821 14904/14168/11843 14916/14180/11855</w:t>
        <w:br/>
        <w:t>f 13682/13805/11539 14883/14146/11821 14916/14180/11855</w:t>
        <w:br/>
        <w:t>f 13705/13826/11560 13603/13721/11455 13600/13724/11458</w:t>
        <w:br/>
        <w:t>f 14917/14181/11856 13705/13826/11560 13600/13724/11458</w:t>
        <w:br/>
        <w:t>f 13753/13877/11607 13754/13876/11606 14919/14182/11857</w:t>
        <w:br/>
        <w:t>f 14918/14183/11858 13753/13877/11607 14919/14182/11857</w:t>
        <w:br/>
        <w:t>f 13757/13881/9723 6848/11600/9567 13604/13726/11460</w:t>
        <w:br/>
        <w:t>f 13760/13878/11608 13757/13881/9723 13604/13726/11460</w:t>
        <w:br/>
        <w:t>f 13600/13724/11458 13753/13877/11607 14918/14183/11858</w:t>
        <w:br/>
        <w:t>f 14917/14181/11856 13600/13724/11458 14918/14183/11858</w:t>
        <w:br/>
        <w:t>f 13756/13874/11604 13753/13877/11607 13601/13723/11457</w:t>
        <w:br/>
        <w:t>f 14902/14167/11842 13790/13912/11637 14912/14176/11851</w:t>
        <w:br/>
        <w:t>f 13675/13797/11531 13679/13799/11533 13876/13969/11676</w:t>
        <w:br/>
        <w:t>f 13668/13792/11526 13675/13797/11531 13876/13969/11676</w:t>
        <w:br/>
        <w:t>f 13674/13798/11532 13675/13797/11531 13668/13792/11526</w:t>
        <w:br/>
        <w:t>f 13669/13791/11525 13674/13798/11532 13668/13792/11526</w:t>
        <w:br/>
        <w:t>f 13650/13770/11504 13674/13798/11532 13669/13791/11525</w:t>
        <w:br/>
        <w:t>f 13666/13788/11522 13650/13770/11504 13669/13791/11525</w:t>
        <w:br/>
        <w:t>f 13648/13768/11502 13650/13770/11504 13666/13788/11522</w:t>
        <w:br/>
        <w:t>f 13662/13782/11516 13648/13768/11502 13666/13788/11522</w:t>
        <w:br/>
        <w:t>f 13646/13766/11500 13648/13768/11502 13662/13782/11516</w:t>
        <w:br/>
        <w:t>f 13663/13781/11515 13646/13766/11500 13662/13782/11516</w:t>
        <w:br/>
        <w:t>f 13550/13668/11405 13646/13766/11500 13663/13781/11515</w:t>
        <w:br/>
        <w:t>f 13664/13786/11520 13550/13668/11405 13663/13781/11515</w:t>
        <w:br/>
        <w:t>f 13549/13669/11406 13550/13668/11405 13664/13786/11520</w:t>
        <w:br/>
        <w:t>f 13730/13850/11584 13549/13669/11406 13664/13786/11520</w:t>
        <w:br/>
        <w:t>f 13768/13886/11859 14920/14184/11860 13763/13883/11612</w:t>
        <w:br/>
        <w:t>f 13764/13882/11611 13768/13886/11859 13763/13883/11612</w:t>
        <w:br/>
        <w:t>f 14922/14185/11861 14921/14186/11862 14879/14144/11819</w:t>
        <w:br/>
        <w:t>f 13610/13732/11466 14922/14185/11861 14879/14144/11819</w:t>
        <w:br/>
        <w:t>f 13611/13731/11465 14923/14187/11863 14922/14185/11861</w:t>
        <w:br/>
        <w:t>f 13610/13732/11466 13611/13731/11465 14922/14185/11861</w:t>
        <w:br/>
        <w:t>f 14923/14187/11863 13611/13731/11465 13705/13826/11560</w:t>
        <w:br/>
        <w:t>f 14924/14188/11864 14923/14187/11863 13705/13826/11560</w:t>
        <w:br/>
        <w:t>f 13705/13826/11560 14917/14181/11856 14925/14189/11865</w:t>
        <w:br/>
        <w:t>f 14924/14188/11864 13705/13826/11560 14925/14189/11865</w:t>
        <w:br/>
        <w:t>f 14926/14190/11866 14925/14189/11865 14917/14181/11856</w:t>
        <w:br/>
        <w:t>f 14918/14183/11858 14926/14190/11866 14917/14181/11856</w:t>
        <w:br/>
        <w:t>f 14918/14183/11858 14919/14182/11857 14927/14191/11867</w:t>
        <w:br/>
        <w:t>f 14926/14190/11866 14918/14183/11858 14927/14191/11867</w:t>
        <w:br/>
        <w:t>f 14912/14176/11851 13756/13874/11604 13601/13723/11457</w:t>
        <w:br/>
        <w:t>f 13602/13722/11456 14911/14175/11850 14912/14176/11851</w:t>
        <w:br/>
        <w:t>f 13601/13723/11457 13602/13722/11456 14912/14176/11851</w:t>
        <w:br/>
        <w:t>f 13622/13742/11476 14910/14174/11849 14911/14175/11850</w:t>
        <w:br/>
        <w:t>f 13602/13722/11456 13622/13742/11476 14911/14175/11850</w:t>
        <w:br/>
        <w:t>f 14910/14174/11849 13622/13742/11476 13621/13743/11477</w:t>
        <w:br/>
        <w:t>f 14909/14173/11848 14910/14174/11849 13621/13743/11477</w:t>
        <w:br/>
        <w:t>f 14908/14172/11847 14909/14173/11848 13621/13743/11477</w:t>
        <w:br/>
        <w:t>f 14877/14143/11818 14908/14172/11847 13621/13743/11477</w:t>
        <w:br/>
        <w:t>f 13878/13970/11677 13784/13906/11631 13785/13905/11630</w:t>
        <w:br/>
        <w:t>f 13877/13971/11678 13878/13970/11677 13785/13905/11630</w:t>
        <w:br/>
        <w:t>f 14929/14192/11868 14928/14193/11869 14877/14143/11818</w:t>
        <w:br/>
        <w:t>f 14878/14142/11817 14929/14192/11868 14877/14143/11818</w:t>
        <w:br/>
        <w:t>f 14928/14193/11869 14930/14194/11870 14906/14171/11846</w:t>
        <w:br/>
        <w:t>f 14906/14171/11846 14930/14194/11870 14931/14195/11871</w:t>
        <w:br/>
        <w:t>f 14907/14170/11845 14906/14171/11846 14931/14195/11871</w:t>
        <w:br/>
        <w:t>f 14907/14170/11845 14931/14195/11871 14932/14196/11872</w:t>
        <w:br/>
        <w:t>f 14932/14196/11872 13698/13817/11551 13692/13816/11550</w:t>
        <w:br/>
        <w:t>f 14907/14170/11845 14932/14196/11872 13692/13816/11550</w:t>
        <w:br/>
        <w:t>f 13696/13819/11553 14905/14169/11844 13702/13820/11554</w:t>
        <w:br/>
        <w:t>f 13850/13962/11669 13708/13827/11561 14905/14169/11844</w:t>
        <w:br/>
        <w:t>f 13615/13735/11469 13616/13734/11468 14934/14197/11873</w:t>
        <w:br/>
        <w:t>f 14933/14198/11874 13615/13735/11469 14934/14197/11873</w:t>
        <w:br/>
        <w:t>f 14914/14177/11852 13615/13735/11469 14933/14198/11874</w:t>
        <w:br/>
        <w:t>f 13911/13992/8061 13910/13988/11692 13908/13990/11693</w:t>
        <w:br/>
        <w:t>f 13767/13887/11616 8188/12110/10015 14935/14199/8061</w:t>
        <w:br/>
        <w:t>f 13766/13888/11616 13767/13887/11616 14935/14199/8061</w:t>
        <w:br/>
        <w:t>f 13614/13736/11470 14936/14200/8067 8191/12111/10016</w:t>
        <w:br/>
        <w:t>f 13613/13737/11471 13614/13736/11470 8191/12111/10016</w:t>
        <w:br/>
        <w:t>f 14913/14178/11853 8192/9929/8068 14936/14200/8067</w:t>
        <w:br/>
        <w:t>f 13614/13736/11470 14913/14178/11853 14936/14200/8067</w:t>
        <w:br/>
        <w:t>f 11790/12855/10706 14939/14201/11182 12658/13390/11184</w:t>
        <w:br/>
        <w:t>f 11783/12851/10704 11790/12855/10706 12658/13390/11184</w:t>
        <w:br/>
        <w:t>f 11789/12856/10707 11790/12855/10706 11783/12851/10704</w:t>
        <w:br/>
        <w:t>f 11784/12850/10703 11789/12856/10707 11783/12851/10704</w:t>
        <w:br/>
        <w:t>f 11785/12854/10705 12844/13564/11307 11789/12856/10707</w:t>
        <w:br/>
        <w:t>f 11784/12850/10703 11785/12854/10705 11789/12856/10707</w:t>
        <w:br/>
        <w:t>f 14926/14190/11866 14927/14191/11867 13759/13879/11609</w:t>
        <w:br/>
        <w:t>f 13760/13878/11608 14926/14190/11866 13759/13879/11609</w:t>
        <w:br/>
        <w:t>f 14925/14189/11865 14926/14190/11866 13760/13878/11608</w:t>
        <w:br/>
        <w:t>f 13604/13726/11460 14925/14189/11865 13760/13878/11608</w:t>
        <w:br/>
        <w:t>f 14924/14188/11864 14925/14189/11865 13604/13726/11460</w:t>
        <w:br/>
        <w:t>f 13605/13725/11459 14924/14188/11864 13604/13726/11460</w:t>
        <w:br/>
        <w:t>f 13606/13729/11463 14923/14187/11863 14924/14188/11864</w:t>
        <w:br/>
        <w:t>f 13605/13725/11459 13606/13729/11463 14924/14188/11864</w:t>
        <w:br/>
        <w:t>f 13606/13729/11463 13607/13728/11462 14922/14185/11861</w:t>
        <w:br/>
        <w:t>f 14923/14187/11863 13606/13729/11463 14922/14185/11861</w:t>
        <w:br/>
        <w:t>f 14921/14186/11862 14922/14185/11861 13607/13728/11462</w:t>
        <w:br/>
        <w:t>f 14880/14145/11820 14921/14186/11862 13607/13728/11462</w:t>
        <w:br/>
        <w:t>f 13708/13827/11561 13850/13962/11669 13707/13828/11562</w:t>
        <w:br/>
        <w:t>f 13761/13885/11614 14934/14197/11873 13764/13882/11611</w:t>
        <w:br/>
        <w:t>f 13850/13962/11875 14934/14197/11873 13761/13885/11614</w:t>
        <w:br/>
        <w:t>f 14932/14196/11872 13697/13818/11552 13698/13817/11551</w:t>
        <w:br/>
        <w:t>f 13637/13761/11495 13638/13760/11494 14890/14154/11829</w:t>
        <w:br/>
        <w:t>f 13644/13764/11498 13642/13762/11496 13641/13763/11497</w:t>
        <w:br/>
        <w:t>f 13790/13912/11637 13756/13874/11604 14912/14176/11851</w:t>
        <w:br/>
        <w:t>f 13753/13877/11607 13600/13724/11458 13601/13723/11457</w:t>
        <w:br/>
        <w:t>f 13787/13910/11635 13790/13912/11637 14901/14165/11840</w:t>
        <w:br/>
        <w:t>f 13682/13805/11539 13683/13804/11538 14882/14147/11822</w:t>
        <w:br/>
        <w:t>f 13772/13890/11618 14883/14146/11821 14881/14148/11823</w:t>
        <w:br/>
        <w:t>f 14940/14202/11876 9602/12266/10147 9603/12265/10146</w:t>
        <w:br/>
        <w:t>f 13696/13819/11553 14899/14164/11839 14869/14134/11809</w:t>
        <w:br/>
        <w:t>f 13698/13817/11551 13696/13819/11553 14869/14134/11809</w:t>
        <w:br/>
        <w:t>f 9607/12269/10150 9598/12258/10139 9595/12261/10142</w:t>
        <w:br/>
        <w:t>f 9606/12270/10151 9607/12269/10150 9595/12261/10142</w:t>
        <w:br/>
        <w:t>f 9592/12255/10136 9610/12272/10153 9606/12270/10151</w:t>
        <w:br/>
        <w:t>f 9595/12261/10142 9592/12255/10136 9606/12270/10151</w:t>
        <w:br/>
        <w:t>f 9612/12274/10155 9610/12272/10153 9592/12255/10136</w:t>
        <w:br/>
        <w:t>f 9593/12254/10135 9612/12274/10155 9592/12255/10136</w:t>
        <w:br/>
        <w:t>f 9616/12278/10159 9612/12274/10155 9593/12254/10135</w:t>
        <w:br/>
        <w:t>f 9600/12262/10143 9616/12278/10159 9593/12254/10135</w:t>
        <w:br/>
        <w:t>f 9621/12283/10164 9617/12280/10161 9615/12279/10160</w:t>
        <w:br/>
        <w:t>f 9618/12281/10162 9621/12283/10164 9615/12279/10160</w:t>
        <w:br/>
        <w:t>f 9620/12284/10165 9621/12283/10164 9618/12281/10162</w:t>
        <w:br/>
        <w:t>f 9578/12240/10121 9620/12284/10165 9618/12281/10162</w:t>
        <w:br/>
        <w:t>f 13709/13830/11564 13710/13832/11566 13700/13822/11556</w:t>
        <w:br/>
        <w:t>f 14928/14193/11869 14906/14171/11846 14908/14172/11847</w:t>
        <w:br/>
        <w:t>f 14877/14143/11818 14928/14193/11869 14908/14172/11847</w:t>
        <w:br/>
        <w:t>f 13657/13776/11510 13772/13890/11618 13656/13777/11511</w:t>
        <w:br/>
        <w:t>f 13876/13969/11676 13673/13793/11527 14941/14203/11877</w:t>
        <w:br/>
        <w:t>f 14915/14179/11854 13876/13969/11676 14941/14203/11877</w:t>
        <w:br/>
        <w:t>f 14942/14204/11878 14941/14203/11877 13673/13793/11527</w:t>
        <w:br/>
        <w:t>f 13672/13794/11528 14942/14204/11878 13673/13793/11527</w:t>
        <w:br/>
        <w:t>f 14943/14205/11879 14942/14204/11878 13672/13794/11528</w:t>
        <w:br/>
        <w:t>f 13712/13833/11567 14943/14205/11879 13672/13794/11528</w:t>
        <w:br/>
        <w:t>f 13712/13833/11567 13715/13836/11570 13718/13840/11574</w:t>
        <w:br/>
        <w:t>f 13713/13834/11568 13715/13836/11570 13711/13831/11565</w:t>
        <w:br/>
        <w:t>f 14943/14205/11879 13712/13833/11567 13718/13840/11574</w:t>
        <w:br/>
        <w:t>f 11198/12508/10384 11192/12502/10378 11193/12501/10377</w:t>
        <w:br/>
        <w:t>f 11364/12546/10421 11198/12508/10384 11193/12501/10377</w:t>
        <w:br/>
        <w:t>f 11199/12507/10383 11202/12510/10386 11192/12502/10378</w:t>
        <w:br/>
        <w:t>f 11198/12508/10384 11199/12507/10383 11192/12502/10378</w:t>
        <w:br/>
        <w:t>f 11202/12510/10386 11199/12507/10383 11208/12514/10390</w:t>
        <w:br/>
        <w:t>f 11217/12518/10394 11202/12510/10386 11208/12514/10390</w:t>
        <w:br/>
        <w:t>f 11217/12518/10394 11208/12514/10390 11205/12517/10393</w:t>
        <w:br/>
        <w:t>f 11204/12513/10389 11217/12518/10394 11205/12517/10393</w:t>
        <w:br/>
        <w:t>f 13556/13678/11415 13549/13669/11406 13730/13850/11584</w:t>
        <w:br/>
        <w:t>f 13732/13852/11586 13556/13678/11415 13730/13850/11584</w:t>
        <w:br/>
        <w:t>f 13732/13852/11586 13733/13855/11589 13555/13679/11416</w:t>
        <w:br/>
        <w:t>f 13556/13678/11415 13732/13852/11586 13555/13679/11416</w:t>
        <w:br/>
        <w:t>f 13555/13679/11416 13733/13855/11589 13735/13858/11592</w:t>
        <w:br/>
        <w:t>f 13575/13695/11432 13555/13679/11416 13735/13858/11592</w:t>
        <w:br/>
        <w:t>f 13575/13695/11432 13735/13858/11592 13739/13860/11594</w:t>
        <w:br/>
        <w:t>f 13589/13709/11444 13575/13695/11432 13739/13860/11594</w:t>
        <w:br/>
        <w:t>f 13740/13859/11593 13577/13698/11435 13739/13860/11594</w:t>
        <w:br/>
        <w:t>f 13577/13698/11435 13589/13709/11444 13739/13860/11594</w:t>
        <w:br/>
        <w:t>f 13733/13855/11589 13737/13856/11590 13735/13858/11592</w:t>
        <w:br/>
        <w:t>f 13733/13855/11589 13734/13854/11588 13737/13856/11590</w:t>
        <w:br/>
        <w:t>f 11218/12520/10396 11124/12463/10339 11204/12513/10389</w:t>
        <w:br/>
        <w:t>f 11205/12517/10393 11218/12520/10396 11204/12513/10389</w:t>
        <w:br/>
        <w:t>f 11124/12463/10339 11218/12520/10396 11185/12493/10369</w:t>
        <w:br/>
        <w:t>f 11123/12464/10340 11124/12463/10339 11185/12493/10369</w:t>
        <w:br/>
        <w:t>f 11185/12493/10369 11180/12491/10367 11125/12465/10341</w:t>
        <w:br/>
        <w:t>f 11123/12464/10340 11185/12493/10369 11125/12465/10341</w:t>
        <w:br/>
        <w:t>f 11180/12491/10367 11176/12487/10363 11178/12490/10366</w:t>
        <w:br/>
        <w:t>f 11125/12465/10341 11180/12491/10367 11178/12490/10366</w:t>
        <w:br/>
        <w:t>f 11173/12485/10361 11178/12490/10366 11176/12487/10363</w:t>
        <w:br/>
        <w:t>f 11177/12486/10362 11173/12485/10361 11176/12487/10363</w:t>
        <w:br/>
        <w:t>f 11177/12486/10362 11186/12496/10372 11136/12474/10350</w:t>
        <w:br/>
        <w:t>f 11173/12485/10361 11177/12486/10362 11136/12474/10350</w:t>
        <w:br/>
        <w:t>f 11135/12475/10351 11136/12474/10350 11186/12496/10372</w:t>
        <w:br/>
        <w:t>f 11387/12534/10410 11135/12475/10351 11186/12496/10372</w:t>
        <w:br/>
        <w:t>f 11394/14206/11880 11393/12536/10412 11403/12535/10411</w:t>
        <w:br/>
        <w:t>f 11399/14207/11881 11397/14208/11882 14944/14209/11883</w:t>
        <w:br/>
        <w:t>f 14946/14210/11884 14945/14211/11885 11399/14207/11881</w:t>
        <w:br/>
        <w:t>f 14944/14209/11883 14946/14210/11884 11399/14207/11881</w:t>
        <w:br/>
        <w:t>f 14947/14212/11886 14945/14211/11885 14946/14210/11884</w:t>
        <w:br/>
        <w:t>f 14947/14212/11886 14948/14213/11887 14945/14211/11885</w:t>
        <w:br/>
        <w:t>f 14948/14213/11887 14947/14212/11886 14949/14214/11888</w:t>
        <w:br/>
        <w:t>f 11333/14215/11889 11334/14216/11890 14949/14214/11888</w:t>
        <w:br/>
        <w:t>f 14950/14217/11891 11333/14215/11889 14949/14214/11888</w:t>
        <w:br/>
        <w:t>f 14950/14217/11891 14951/14218/11892 11356/14219/11893</w:t>
        <w:br/>
        <w:t>f 11333/14215/11889 14950/14217/11891 11356/14219/11893</w:t>
        <w:br/>
        <w:t>f 11356/14219/11893 14951/14218/11892 11358/14220/11894</w:t>
        <w:br/>
        <w:t>f 11359/12557/10432 11358/14220/11894 11412/12550/10425</w:t>
        <w:br/>
        <w:t>f 14944/14209/11883 11397/14208/11882 11394/14206/11880</w:t>
        <w:br/>
        <w:t>f 11174/12489/10365 11393/12536/10412 11390/12537/10413</w:t>
        <w:br/>
        <w:t>f 14948/14213/11887 14949/14214/11888 11334/14216/11890</w:t>
        <w:br/>
        <w:t>f 14951/14218/11892 11410/12549/10424 11412/12550/10425</w:t>
        <w:br/>
        <w:t>f 11358/14220/11894 14951/14218/11892 11412/12550/10425</w:t>
        <w:br/>
        <w:t>f 14950/14217/11891 11411/12548/10423 11410/12549/10424</w:t>
        <w:br/>
        <w:t>f 14951/14218/11892 14950/14217/11891 11410/12549/10424</w:t>
        <w:br/>
        <w:t>f 11411/12548/10423 14950/14217/11891 14949/14214/11888</w:t>
        <w:br/>
        <w:t>f 11728/12840/10695 11411/12548/10423 14949/14214/11888</w:t>
        <w:br/>
        <w:t>f 14947/14212/11886 11730/12841/10696 11728/12840/10695</w:t>
        <w:br/>
        <w:t>f 14949/14214/11888 14947/14212/11886 11728/12840/10695</w:t>
        <w:br/>
        <w:t>f 11730/12841/10696 14947/14212/11886 14946/14210/11884</w:t>
        <w:br/>
        <w:t>f 11731/12842/10697 11730/12841/10696 14946/14210/11884</w:t>
        <w:br/>
        <w:t>f 11731/12842/10697 14946/14210/11884 14944/14209/11883</w:t>
        <w:br/>
        <w:t>f 11403/12535/10411 11731/12842/10697 14944/14209/11883</w:t>
        <w:br/>
        <w:t>f 11403/12535/10411 14944/14209/11883 11394/14206/11880</w:t>
        <w:br/>
        <w:t>f 13616/13734/11468 13764/13882/11611 14934/14197/11873</w:t>
        <w:br/>
        <w:t>f 13183/13591/11332 13237/5641/4690 13238/5640/4689</w:t>
        <w:br/>
        <w:t>f 13183/13591/11332 13238/5640/4689 13181/5587/4640</w:t>
        <w:br/>
        <w:t>f 11474/12603/10478 11602/12730/10600 11471/12601/10476</w:t>
        <w:br/>
        <w:t>f 11631/12756/10618 11628/12753/10615 11626/12755/10617</w:t>
        <w:br/>
        <w:t>f 11430/12558/10433 11428/12560/10435 11462/12592/10467</w:t>
        <w:br/>
        <w:t>f 11452/12582/10457 11461/12589/10464 11459/12591/10466</w:t>
        <w:br/>
        <w:t>f 11581/12711/10581 11577/12703/10573 11561/12688/10558</w:t>
        <w:br/>
        <w:t>f 11655/12780/10642 11584/12708/10578 11581/12711/10581</w:t>
        <w:br/>
        <w:t>f 11655/12780/10642 14984/14221/11895 11654/12781/10643</w:t>
        <w:br/>
        <w:t>f 14984/14221/11895 11537/12665/11896 11534/12662/10535</w:t>
        <w:br/>
        <w:t>f 11654/12781/10643 14984/14221/11895 11534/12662/10535</w:t>
        <w:br/>
        <w:t>f 11518/12647/10522 14985/14222/5279 11516/12644/10519</w:t>
        <w:br/>
        <w:t>f 11517/12643/10518 11518/12647/10522 11516/12644/10519</w:t>
        <w:br/>
        <w:t>f 11516/12644/10519 14985/14222/5279 14986/14223/11897</w:t>
        <w:br/>
        <w:t>f 11516/12644/10519 14986/14223/11897 11496/12623/10498</w:t>
        <w:br/>
        <w:t>f 11486/12615/10490 11516/12644/10519 11496/12623/10498</w:t>
        <w:br/>
        <w:t>f 11491/12616/10491 11496/12623/10498 14986/14223/11897</w:t>
        <w:br/>
        <w:t>f 14987/14224/11898 11490/12617/10492 11491/12616/10491</w:t>
        <w:br/>
        <w:t>f 11492/12620/10495 14987/14224/11898 11592/12719/10589</w:t>
        <w:br/>
        <w:t>f 14992/14225/11899 11565/12691/10561 11566/12690/10560</w:t>
        <w:br/>
        <w:t>f 11592/12719/10589 14992/14225/11899 11566/12690/10560</w:t>
        <w:br/>
        <w:t>f 11553/12678/10548 15010/14226/11900 11552/12679/10549</w:t>
        <w:br/>
        <w:t>f 11592/12719/10589 15011/14227/11901 14992/14225/11899</w:t>
        <w:br/>
        <w:t>f 14992/14225/11899 11560/12689/10559 11578/12706/10576</w:t>
        <w:br/>
        <w:t>f 11565/12691/10561 14992/14225/11899 11578/12706/10576</w:t>
        <w:br/>
        <w:t>f 14992/14225/11899 11562/12687/10557 11560/12689/10559</w:t>
        <w:br/>
        <w:t>f 11437/12566/10441 11450/12580/10455 11547/12674/10544</w:t>
        <w:br/>
        <w:t>f 11719/12838/10693 11437/12566/10441 11547/12674/10544</w:t>
        <w:br/>
        <w:t>f 11551/12680/10550 11481/12610/10485 11550/12677/10547</w:t>
        <w:br/>
        <w:t>f 11553/12678/10548 11551/12680/10550 11550/12677/10547</w:t>
        <w:br/>
        <w:t>f 12177/13136/10955 12729/13453/11222 14317/14090/11773</w:t>
        <w:br/>
        <w:t>f 14778/14099/11780 15087/14228/11902 15086/14229/11903</w:t>
        <w:br/>
        <w:t>f 11917/12984/10824 15088/14230/11904 11916/12985/10825</w:t>
        <w:br/>
        <w:t>f 14779/14098/11236 14778/14099/11780 15086/14229/11903</w:t>
        <w:br/>
        <w:t>f 11917/12984/10824 11912/12981/10821 11913/12980/10820</w:t>
        <w:br/>
        <w:t>f 15088/14230/11904 11917/12984/10824 11913/12980/10820</w:t>
        <w:br/>
        <w:t>f 11887/12956/10796 11888/12955/10795 15090/14231/11905</w:t>
        <w:br/>
        <w:t>f 15089/14232/11906 11887/12956/10796 15090/14231/11905</w:t>
        <w:br/>
        <w:t>f 11888/12955/10795 11890/12959/10799 15090/14231/11905</w:t>
        <w:br/>
        <w:t>f 11553/12678/10548 11575/12702/10572 15010/14226/11900</w:t>
        <w:br/>
        <w:t>f 11492/12620/10495 11490/12617/10492 14987/14224/11898</w:t>
        <w:br/>
        <w:t>f 14987/14224/11898 15011/14227/11901 11592/12719/10589</w:t>
        <w:br/>
        <w:t>f 11892/12962/10802 16108/14233/11719 13902/13983/11688</w:t>
        <w:br/>
        <w:t>f 16109/14234/10103 9366/12216/10103 13902/13983/11688</w:t>
        <w:br/>
        <w:t>f 13937/14006/11706 12640/13375/11172 16110/14235/11907</w:t>
        <w:br/>
        <w:t>f 16110/14235/11907 12640/13375/11172 16111/14236/11908</w:t>
        <w:br/>
        <w:t>f 12640/13375/11172 16112/14237/5303 16111/14236/11908</w:t>
        <w:br/>
        <w:t>f 16113/14238/5295 16112/14237/5303 12640/13375/11172</w:t>
        <w:br/>
        <w:t>f 16113/14238/5295 12640/13375/11172 12641/13376/11173</w:t>
        <w:br/>
        <w:t>f 16114/14239/5294 16113/14238/5295 12641/13376/11173</w:t>
        <w:br/>
        <w:t>f 16114/14239/5294 12641/13376/11173 12642/13377/11174</w:t>
        <w:br/>
        <w:t>f 16115/14240/11909 16114/14239/5294 12642/13377/11174</w:t>
        <w:br/>
        <w:t>f 13938/14007/11707 16116/14241/11910 16115/14240/11909</w:t>
        <w:br/>
        <w:t>f 12642/13377/11174 13938/14007/11707 16115/14240/11909</w:t>
        <w:br/>
        <w:t>f 13939/14008/11708 16117/14242/11911 16116/14241/11910</w:t>
        <w:br/>
        <w:t>f 13938/14007/11707 13939/14008/11708 16116/14241/11910</w:t>
        <w:br/>
        <w:t>f 13940/14009/11709 16118/14243/11912 16117/14242/11911</w:t>
        <w:br/>
        <w:t>f 13939/14008/11708 13940/14009/11709 16117/14242/11911</w:t>
        <w:br/>
        <w:t>f 16120/14244/11913 12647/13380/11177 16119/14245/11914</w:t>
        <w:br/>
        <w:t>f 16122/14246/5301 14245/14024/11717 16121/14247/5302</w:t>
        <w:br/>
        <w:t>f 14245/14024/11717 16123/14248/11915 16121/14247/5302</w:t>
        <w:br/>
        <w:t>f 16123/14248/11915 16124/14249/11916 16121/14247/5302</w:t>
        <w:br/>
        <w:t>f 16125/14250/11917 16124/14249/11916 14238/14017/11714</w:t>
        <w:br/>
        <w:t>f 14236/14019/5187 16125/14250/11917 14238/14017/11714</w:t>
        <w:br/>
        <w:t>f 13940/14009/11709 16128/14251/5314 16118/14243/11912</w:t>
        <w:br/>
        <w:t>f 12647/13380/11177 14245/14024/11717 16129/14252/5299</w:t>
        <w:br/>
        <w:t>f 16119/14245/11914 12647/13380/11177 16129/14252/5299</w:t>
        <w:br/>
        <w:t>f 16129/14252/5299 14245/14024/11717 16122/14246/5301</w:t>
        <w:br/>
        <w:t>f 16121/14247/5302 16124/14249/11916 16125/14250/11917</w:t>
        <w:br/>
        <w:t>f 12647/13380/11177 16120/14244/11913 16128/14251/5314</w:t>
        <w:br/>
        <w:t>f 13940/14009/11709 12647/13380/11177 16128/14251/5314</w:t>
        <w:br/>
        <w:t>f 5870/11242/9264 9377/12227/3773 9387/12233/10114</w:t>
        <w:br/>
        <w:t>f 16334/14253/1214 16333/14254/1217 16332/14255/6370</w:t>
        <w:br/>
        <w:t>f 16331/14256/1213 16334/14253/1214 16332/14255/6370</w:t>
        <w:br/>
        <w:t>f 16338/14257/1217 16337/14258/1215 16336/14259/6020</w:t>
        <w:br/>
        <w:t>f 16335/14260/6370 16338/14257/1217 16336/14259/6020</w:t>
        <w:br/>
        <w:t>f 16340/14261/1218 16339/14262/1219 16336/14259/6020</w:t>
        <w:br/>
        <w:t>f 16337/14258/1215 16340/14261/1218 16336/14259/6020</w:t>
        <w:br/>
        <w:t>f 16342/14263/1220 16341/14264/1221 16339/14262/1219</w:t>
        <w:br/>
        <w:t>f 16340/14261/1218 16342/14263/1220 16339/14262/1219</w:t>
        <w:br/>
        <w:t>f 16342/14263/1220 16344/14265/1222 16343/14266/1223</w:t>
        <w:br/>
        <w:t>f 16341/14264/1221 16342/14263/1220 16343/14266/1223</w:t>
        <w:br/>
        <w:t>f 16346/14267/1224 16345/14268/8095 16343/14266/1223</w:t>
        <w:br/>
        <w:t>f 16344/14265/1222 16346/14267/1224 16343/14266/1223</w:t>
        <w:br/>
        <w:t>f 16346/14267/1224 16348/14269/1226 16347/14270/5866</w:t>
        <w:br/>
        <w:t>f 16345/14268/8095 16346/14267/1224 16347/14270/5866</w:t>
        <w:br/>
        <w:t>f 16334/14253/1214 16331/14256/1213 16347/14270/5866</w:t>
        <w:br/>
        <w:t>f 16348/14269/1226 16334/14253/1214 16347/14270/5866</w:t>
        <w:br/>
        <w:t>f 16349/14271/1231 16333/14254/1217 16334/14253/1214</w:t>
        <w:br/>
        <w:t>f 16350/14272/1229 16349/14271/1231 16334/14253/1214</w:t>
        <w:br/>
        <w:t>f 16352/14273/1231 16351/14274/1230 16337/14258/1215</w:t>
        <w:br/>
        <w:t>f 16338/14257/1217 16352/14273/1231 16337/14258/1215</w:t>
        <w:br/>
        <w:t>f 16353/14275/1232 16340/14261/1218 16337/14258/1215</w:t>
        <w:br/>
        <w:t>f 16351/14274/1230 16353/14275/1232 16337/14258/1215</w:t>
        <w:br/>
        <w:t>f 16353/14275/1232 16354/14276/1233 16342/14263/1220</w:t>
        <w:br/>
        <w:t>f 16340/14261/1218 16353/14275/1232 16342/14263/1220</w:t>
        <w:br/>
        <w:t>f 16354/14276/1233 16355/14277/1234 16344/14265/1222</w:t>
        <w:br/>
        <w:t>f 16342/14263/1220 16354/14276/1233 16344/14265/1222</w:t>
        <w:br/>
        <w:t>f 16356/14278/5854 16346/14267/1224 16344/14265/1222</w:t>
        <w:br/>
        <w:t>f 16355/14277/1234 16356/14278/5854 16344/14265/1222</w:t>
        <w:br/>
        <w:t>f 16356/14278/5854 16357/14279/1236 16348/14269/1226</w:t>
        <w:br/>
        <w:t>f 16346/14267/1224 16356/14278/5854 16348/14269/1226</w:t>
        <w:br/>
        <w:t>f 16350/14272/1229 16334/14253/1214 16348/14269/1226</w:t>
        <w:br/>
        <w:t>f 16357/14279/1236 16350/14272/1229 16348/14269/1226</w:t>
        <w:br/>
        <w:t>f 16358/14280/1428 16349/14271/1231 16350/14272/1229</w:t>
        <w:br/>
        <w:t>f 16359/14281/1238 16358/14280/1428 16350/14272/1229</w:t>
        <w:br/>
        <w:t>f 16361/14282/1428 16360/14283/1431 16351/14274/1230</w:t>
        <w:br/>
        <w:t>f 16352/14273/1231 16361/14282/1428 16351/14274/1230</w:t>
        <w:br/>
        <w:t>f 16362/14284/1241 16353/14275/1232 16351/14274/1230</w:t>
        <w:br/>
        <w:t>f 16360/14283/1431 16362/14284/1241 16351/14274/1230</w:t>
        <w:br/>
        <w:t>f 16363/14285/1433 16354/14276/1233 16353/14275/1232</w:t>
        <w:br/>
        <w:t>f 16362/14284/1241 16363/14285/1433 16353/14275/1232</w:t>
        <w:br/>
        <w:t>f 16363/14285/1433 16364/14286/7323 16355/14277/1234</w:t>
        <w:br/>
        <w:t>f 16354/14276/1233 16363/14285/1433 16355/14277/1234</w:t>
        <w:br/>
        <w:t>f 16365/14287/6028 16356/14278/5854 16355/14277/1234</w:t>
        <w:br/>
        <w:t>f 16364/14286/7323 16365/14287/6028 16355/14277/1234</w:t>
        <w:br/>
        <w:t>f 16365/14287/6028 16366/14288/5874 16357/14279/1236</w:t>
        <w:br/>
        <w:t>f 16356/14278/5854 16365/14287/6028 16357/14279/1236</w:t>
        <w:br/>
        <w:t>f 16366/14288/5874 16359/14281/1238 16350/14272/1229</w:t>
        <w:br/>
        <w:t>f 16357/14279/1236 16366/14288/5874 16350/14272/1229</w:t>
        <w:br/>
        <w:t>f 16332/14255/6370 16367/14289/1246 16331/14256/1213</w:t>
        <w:br/>
        <w:t>f 16336/14259/6020 16367/14289/1246 16335/14260/6370</w:t>
        <w:br/>
        <w:t>f 16339/14262/1219 16367/14289/1246 16336/14259/6020</w:t>
        <w:br/>
        <w:t>f 16341/14264/1221 16367/14289/1246 16339/14262/1219</w:t>
        <w:br/>
        <w:t>f 16343/14266/1223 16367/14289/1246 16341/14264/1221</w:t>
        <w:br/>
        <w:t>f 16345/14268/8095 16367/14289/1246 16343/14266/1223</w:t>
        <w:br/>
        <w:t>f 16347/14270/5866 16367/14289/1246 16345/14268/8095</w:t>
        <w:br/>
        <w:t>f 16331/14256/1213 16367/14289/1246 16347/14270/5866</w:t>
        <w:br/>
        <w:t>f 16359/14281/1238 16368/14290/1247 16358/14280/1428</w:t>
        <w:br/>
        <w:t>f 16361/14282/1428 16368/14290/1247 16360/14283/1431</w:t>
        <w:br/>
        <w:t>f 16360/14283/1431 16368/14290/1247 16362/14284/1241</w:t>
        <w:br/>
        <w:t>f 16362/14284/1241 16368/14290/1247 16363/14285/1433</w:t>
        <w:br/>
        <w:t>f 16363/14285/1433 16368/14290/1247 16364/14286/7323</w:t>
        <w:br/>
        <w:t>f 16364/14286/7323 16368/14290/1247 16365/14287/6028</w:t>
        <w:br/>
        <w:t>f 16365/14287/6028 16368/14290/1247 16366/14288/5874</w:t>
        <w:br/>
        <w:t>f 16366/14288/5874 16368/14290/1247 16359/14281/1238</w:t>
        <w:br/>
        <w:t>f 17325/14291/11918 17324/14292/11918 17323/14293/11919</w:t>
        <w:br/>
        <w:t>f 17322/14294/11919 17325/14291/11918 17323/14293/11919</w:t>
        <w:br/>
        <w:t>f 17328/14295/11920 17327/14296/11921 17326/14297/11922</w:t>
        <w:br/>
        <w:t>f 17332/14298/11923 17331/14299/11924 17330/14300/11925</w:t>
        <w:br/>
        <w:t>f 17329/14301/11923 17332/14298/11923 17330/14300/11925</w:t>
        <w:br/>
        <w:t>f 17331/14299/11924 17334/14302/11926 17333/14303/11927</w:t>
        <w:br/>
        <w:t>f 17330/14300/11925 17331/14299/11924 17333/14303/11927</w:t>
        <w:br/>
        <w:t>f 17336/14304/11928 17335/14305/11929 17334/14302/11926</w:t>
        <w:br/>
        <w:t>f 17338/14306/11930 17336/14304/11928 17337/14307/11931</w:t>
        <w:br/>
        <w:t>f 17338/14306/11930 17337/14307/11931 17339/14308/11932</w:t>
        <w:br/>
        <w:t>f 17342/14309/11933 17341/14310/11934 17339/14308/11932</w:t>
        <w:br/>
        <w:t>f 17340/14311/11935 17342/14309/11933 17339/14308/11932</w:t>
        <w:br/>
        <w:t>f 17344/14312/11936 17324/14292/11918 17325/14291/11918</w:t>
        <w:br/>
        <w:t>f 17343/14313/11937 17344/14312/11936 17325/14291/11918</w:t>
        <w:br/>
        <w:t>f 17346/14314/11938 17345/14315/11938 17344/14312/11936</w:t>
        <w:br/>
        <w:t>f 17343/14313/11937 17346/14314/11938 17344/14312/11936</w:t>
        <w:br/>
        <w:t>f 17328/14295/11920 17347/14316/11939 17322/14294/11919</w:t>
        <w:br/>
        <w:t>f 17323/14293/11919 17328/14295/11920 17322/14294/11919</w:t>
        <w:br/>
        <w:t>f 17349/14317/11940 17332/14298/11923 17329/14301/11923</w:t>
        <w:br/>
        <w:t>f 17348/14318/11941 17349/14317/11940 17329/14301/11923</w:t>
        <w:br/>
        <w:t>f 17353/14319/11942 17352/14320/11943 17351/14321/11944</w:t>
        <w:br/>
        <w:t>f 17350/14322/11942 17353/14319/11942 17351/14321/11944</w:t>
        <w:br/>
        <w:t>f 17356/14323/11945 17355/14324/11946 17354/14325/11947</w:t>
        <w:br/>
        <w:t>f 17360/14326/11948 17359/14327/11949 17358/14328/11950</w:t>
        <w:br/>
        <w:t>f 17357/14329/11951 17360/14326/11948 17358/14328/11950</w:t>
        <w:br/>
        <w:t>f 17357/14329/11951 17358/14328/11950 17362/14330/11952</w:t>
        <w:br/>
        <w:t>f 17361/14331/11953 17357/14329/11951 17362/14330/11952</w:t>
        <w:br/>
        <w:t>f 17363/14332/11954 17361/14331/11953 17362/14330/11952</w:t>
        <w:br/>
        <w:t>f 17366/14333/11955 17365/14334/11956 17364/14335/11957</w:t>
        <w:br/>
        <w:t>f 17365/14334/11956 17367/14336/11958 17364/14335/11957</w:t>
        <w:br/>
        <w:t>f 17370/14337/11959 17369/14338/11960 17367/14336/11958</w:t>
        <w:br/>
        <w:t>f 17368/14339/11959 17370/14337/11959 17367/14336/11958</w:t>
        <w:br/>
        <w:t>f 17372/14340/11961 17371/14341/11962 17351/14321/11944</w:t>
        <w:br/>
        <w:t>f 17352/14320/11943 17372/14340/11961 17351/14321/11944</w:t>
        <w:br/>
        <w:t>f 17374/14342/11963 17371/14341/11962 17372/14340/11961</w:t>
        <w:br/>
        <w:t>f 17373/14343/11963 17374/14342/11963 17372/14340/11961</w:t>
        <w:br/>
        <w:t>f 17375/14344/11964 17353/14319/11942 17350/14322/11942</w:t>
        <w:br/>
        <w:t>f 17355/14324/11946 17375/14344/11964 17350/14322/11942</w:t>
        <w:br/>
        <w:t>f 17377/14345/11965 17376/14346/11966 17359/14327/11949</w:t>
        <w:br/>
        <w:t>f 17360/14326/11948 17377/14345/11965 17359/14327/11949</w:t>
        <w:br/>
        <w:t>f 17381/14347/11967 17380/14348/11968 17379/14349/11968</w:t>
        <w:br/>
        <w:t>f 17378/14350/11969 17381/14347/11967 17379/14349/11968</w:t>
        <w:br/>
        <w:t>f 17385/14351/11970 17384/14352/11971 17383/14353/11971</w:t>
        <w:br/>
        <w:t>f 17382/14354/11970 17385/14351/11970 17383/14353/11971</w:t>
        <w:br/>
        <w:t>f 17389/14355/11972 17388/14356/11972 17387/14357/11973</w:t>
        <w:br/>
        <w:t>f 17386/14358/11974 17389/14355/11972 17387/14357/11973</w:t>
        <w:br/>
        <w:t>f 17393/14359/11975 17392/14360/11976 17391/14361/11976</w:t>
        <w:br/>
        <w:t>f 17390/14362/11975 17393/14359/11975 17391/14361/11976</w:t>
        <w:br/>
        <w:t>f 17397/14363/11977 17396/14364/11978 17395/14365/11978</w:t>
        <w:br/>
        <w:t>f 17394/14366/11977 17397/14363/11977 17395/14365/11978</w:t>
        <w:br/>
        <w:t>f 17401/14367/11979 17400/14368/11979 17399/14369/11980</w:t>
        <w:br/>
        <w:t>f 17398/14370/11980 17401/14367/11979 17399/14369/11980</w:t>
        <w:br/>
        <w:t>f 17395/14365/11978 17396/14364/11978 17403/14371/11981</w:t>
        <w:br/>
        <w:t>f 17402/14372/11981 17395/14365/11978 17403/14371/11981</w:t>
        <w:br/>
        <w:t>f 17405/14373/11982 17404/14374/11983 17400/14368/11979</w:t>
        <w:br/>
        <w:t>f 17401/14367/11979 17405/14373/11982 17400/14368/11979</w:t>
        <w:br/>
        <w:t>f 17407/14375/11984 17406/14376/11984 17404/14374/11983</w:t>
        <w:br/>
        <w:t>f 17405/14373/11982 17407/14375/11984 17404/14374/11983</w:t>
        <w:br/>
        <w:t>f 17402/14372/11981 17403/14371/11981 17409/14377/11985</w:t>
        <w:br/>
        <w:t>f 17408/14378/11985 17402/14372/11981 17409/14377/11985</w:t>
        <w:br/>
        <w:t>f 17408/14378/11985 17409/14377/11985 17411/14379/11986</w:t>
        <w:br/>
        <w:t>f 17410/14380/11987 17408/14378/11985 17411/14379/11986</w:t>
        <w:br/>
        <w:t>f 17413/14381/11988 17406/14376/11984 17407/14375/11984</w:t>
        <w:br/>
        <w:t>f 17412/14382/11988 17413/14381/11988 17407/14375/11984</w:t>
        <w:br/>
        <w:t>f 17415/14383/11989 17414/14384/11990 17367/14336/11958</w:t>
        <w:br/>
        <w:t>f 17365/14334/11956 17415/14383/11989 17367/14336/11958</w:t>
        <w:br/>
        <w:t>f 17417/14385/11991 17416/14386/11991 17413/14381/11988</w:t>
        <w:br/>
        <w:t>f 17412/14382/11988 17417/14385/11991 17413/14381/11988</w:t>
        <w:br/>
        <w:t>f 17419/14387/11992 17418/14388/11992 17416/14386/11991</w:t>
        <w:br/>
        <w:t>f 17417/14385/11991 17419/14387/11992 17416/14386/11991</w:t>
        <w:br/>
        <w:t>f 17421/14389/11993 17420/14390/11993 17367/14336/11958</w:t>
        <w:br/>
        <w:t>f 17414/14384/11990 17421/14389/11993 17367/14336/11958</w:t>
        <w:br/>
        <w:t>f 17423/14391/11994 17385/14351/11970 17382/14354/11970</w:t>
        <w:br/>
        <w:t>f 17422/14392/11994 17423/14391/11994 17382/14354/11970</w:t>
        <w:br/>
        <w:t>f 17380/14348/11968 17425/14393/11995 17424/14394/11996</w:t>
        <w:br/>
        <w:t>f 17379/14349/11968 17380/14348/11968 17424/14394/11996</w:t>
        <w:br/>
        <w:t>f 17427/14395/11997 17423/14391/11994 17422/14392/11994</w:t>
        <w:br/>
        <w:t>f 17426/14396/11997 17427/14395/11997 17422/14392/11994</w:t>
        <w:br/>
        <w:t>f 17425/14393/11995 17429/14397/11998 17428/14398/11998</w:t>
        <w:br/>
        <w:t>f 17424/14394/11996 17425/14393/11995 17428/14398/11998</w:t>
        <w:br/>
        <w:t>f 17392/14360/11976 17381/14347/11967 17378/14350/11969</w:t>
        <w:br/>
        <w:t>f 17391/14361/11976 17392/14360/11976 17378/14350/11969</w:t>
        <w:br/>
        <w:t>f 17384/14352/11971 17388/14356/11972 17389/14355/11972</w:t>
        <w:br/>
        <w:t>f 17383/14353/11971 17384/14352/11971 17389/14355/11972</w:t>
        <w:br/>
        <w:t>f 17394/14366/11977 17430/14399/11999 17397/14363/11977</w:t>
        <w:br/>
        <w:t>f 17399/14369/11980 17432/14400/12000 17431/14401/12001</w:t>
        <w:br/>
        <w:t>f 17398/14370/11980 17399/14369/11980 17431/14401/12001</w:t>
        <w:br/>
        <w:t>f 17376/14346/11966 17326/14297/11922 17430/14399/12002</w:t>
        <w:br/>
        <w:t>f 17430/14399/12002 17326/14297/11922 17327/14296/11921</w:t>
        <w:br/>
        <w:t>f 17433/14402/12003 17430/14399/12002 17327/14296/11921</w:t>
        <w:br/>
        <w:t>f 17431/14401/12001 17432/14400/12000 17356/14323/11945</w:t>
        <w:br/>
        <w:t>f 17377/14345/11965 17386/14358/11974 17376/14346/11966</w:t>
        <w:br/>
        <w:t>f 17364/14335/11957 17367/14336/11958 17369/14338/11960</w:t>
        <w:br/>
        <w:t>f 17339/14308/11932 17337/14307/11931 17340/14311/11935</w:t>
        <w:br/>
        <w:t>f 17363/14332/11954 17365/14334/11956 17366/14333/11955</w:t>
        <w:br/>
        <w:t>f 17335/14305/11929 17336/14304/11928 17338/14306/11930</w:t>
        <w:br/>
        <w:t>f 17366/14333/11955 17361/14331/11953 17363/14332/11954</w:t>
        <w:br/>
        <w:t>f 17334/14302/11926 17335/14305/11929 17333/14303/11927</w:t>
        <w:br/>
        <w:t>f 17328/14295/11920 17326/14297/11922 17347/14316/11939</w:t>
        <w:br/>
        <w:t>f 17386/14358/11974 17387/14357/11973 17376/14346/11966</w:t>
        <w:br/>
        <w:t>f 17356/14323/11945 17354/14325/11947 17431/14401/12001</w:t>
        <w:br/>
        <w:t>f 17375/14344/11964 17355/14324/11946 17356/14323/11945</w:t>
        <w:br/>
        <w:t>f 17390/14362/11975 17434/14403/12004 17393/14359/11975</w:t>
        <w:br/>
        <w:t>f 17376/14346/11966 17430/14399/12002 17359/14327/11949</w:t>
        <w:br/>
        <w:t>f 17949/14404/12005 17948/14405/12006 17947/14406/12007</w:t>
        <w:br/>
        <w:t>f 17946/14407/12007 17949/14404/12005 17947/14406/12007</w:t>
        <w:br/>
        <w:t>f 17951/14408/12008 17950/14409/12008 17948/14405/12006</w:t>
        <w:br/>
        <w:t>f 17949/14404/12005 17951/14408/12008 17948/14405/12006</w:t>
        <w:br/>
        <w:t>f 17952/14410/12009 17950/14409/12008 17951/14408/12008</w:t>
        <w:br/>
        <w:t>f 17953/14411/12009 17952/14410/12009 17951/14408/12008</w:t>
        <w:br/>
        <w:t>f 17954/14412/12010 17952/14410/12009 17953/14411/12009</w:t>
        <w:br/>
        <w:t>f 17955/14413/12010 17954/14412/12010 17953/14411/12009</w:t>
        <w:br/>
        <w:t>f 17957/14414/12011 17956/14415/12012 17954/14412/12010</w:t>
        <w:br/>
        <w:t>f 17955/14413/12010 17957/14414/12011 17954/14412/12010</w:t>
        <w:br/>
        <w:t>f 17959/14416/12013 17958/14417/12013 17956/14415/12012</w:t>
        <w:br/>
        <w:t>f 17957/14414/12011 17959/14416/12013 17956/14415/12012</w:t>
        <w:br/>
        <w:t>f 17960/14418/12014 17958/14417/12013 17959/14416/12013</w:t>
        <w:br/>
        <w:t>f 17961/14419/12014 17960/14418/12014 17959/14416/12013</w:t>
        <w:br/>
        <w:t>f 17962/14420/12015 17960/14418/12014 17961/14419/12014</w:t>
        <w:br/>
        <w:t>f 17963/14421/12015 17962/14420/12015 17961/14419/12014</w:t>
        <w:br/>
        <w:t>f 17964/14422/12016 17962/14420/12015 17963/14421/12015</w:t>
        <w:br/>
        <w:t>f 17965/14423/12016 17964/14422/12016 17963/14421/12015</w:t>
        <w:br/>
        <w:t>f 17967/14424/12017 17966/14425/12017 17964/14422/12016</w:t>
        <w:br/>
        <w:t>f 17965/14423/12016 17967/14424/12017 17964/14422/12016</w:t>
        <w:br/>
        <w:t>f 17969/14426/12018 17968/14427/12018 17966/14425/12017</w:t>
        <w:br/>
        <w:t>f 17967/14424/12017 17969/14426/12018 17966/14425/12017</w:t>
        <w:br/>
        <w:t>f 17970/14428/12019 17968/14427/12018 17969/14426/12018</w:t>
        <w:br/>
        <w:t>f 17971/14429/12019 17970/14428/12019 17969/14426/12018</w:t>
        <w:br/>
        <w:t>f 17972/14430/12020 17970/14428/12019 17971/14429/12019</w:t>
        <w:br/>
        <w:t>f 17973/14431/12020 17972/14430/12020 17971/14429/12019</w:t>
        <w:br/>
        <w:t>f 17977/14432/12021 17976/14433/12021 17975/14434/12020</w:t>
        <w:br/>
        <w:t>f 17974/14435/12020 17977/14432/12021 17975/14434/12020</w:t>
        <w:br/>
        <w:t>f 17978/14436/12022 17976/14433/12021 17977/14432/12021</w:t>
        <w:br/>
        <w:t>f 17979/14437/12022 17978/14436/12022 17977/14432/12021</w:t>
        <w:br/>
        <w:t>f 17981/14438/12023 17980/14439/12023 17978/14436/12022</w:t>
        <w:br/>
        <w:t>f 17979/14437/12022 17981/14438/12023 17978/14436/12022</w:t>
        <w:br/>
        <w:t>f 17983/14440/12024 17982/14441/12024 17980/14439/12023</w:t>
        <w:br/>
        <w:t>f 17981/14438/12023 17983/14440/12024 17980/14439/12023</w:t>
        <w:br/>
        <w:t>f 17985/14442/12025 17984/14443/12026 17982/14441/12024</w:t>
        <w:br/>
        <w:t>f 17983/14440/12024 17985/14442/12025 17982/14441/12024</w:t>
        <w:br/>
        <w:t>f 17986/14444/12027 17984/14443/12026 17985/14442/12025</w:t>
        <w:br/>
        <w:t>f 17987/14445/12028 17986/14444/12027 17985/14442/12025</w:t>
        <w:br/>
        <w:t>f 17946/14407/12007 17947/14406/12007 17986/14444/12027</w:t>
        <w:br/>
        <w:t>f 17987/14445/12028 17946/14407/12007 17986/14444/12027</w:t>
        <w:br/>
        <w:t>f 17991/14446/12029 17990/14447/12029 17989/14448/12030</w:t>
        <w:br/>
        <w:t>f 17988/14449/12030 17991/14446/12029 17989/14448/12030</w:t>
        <w:br/>
        <w:t>f 17988/14449/12030 17989/14448/12030 17993/14450/12031</w:t>
        <w:br/>
        <w:t>f 17992/14451/12031 17988/14449/12030 17993/14450/12031</w:t>
        <w:br/>
        <w:t>f 17993/14450/12031 17995/14452/12032 17994/14453/12033</w:t>
        <w:br/>
        <w:t>f 17992/14451/12031 17993/14450/12031 17994/14453/12033</w:t>
        <w:br/>
        <w:t>f 17995/14452/12032 17997/14454/12034 17996/14455/12034</w:t>
        <w:br/>
        <w:t>f 17994/14453/12033 17995/14452/12032 17996/14455/12034</w:t>
        <w:br/>
        <w:t>f 17996/14455/12034 17997/14454/12034 17999/14456/12035</w:t>
        <w:br/>
        <w:t>f 17998/14457/12035 17996/14455/12034 17999/14456/12035</w:t>
        <w:br/>
        <w:t>f 17998/14457/12035 17999/14456/12035 18001/14458/12036</w:t>
        <w:br/>
        <w:t>f 18000/14459/12036 17998/14457/12035 18001/14458/12036</w:t>
        <w:br/>
        <w:t>f 18000/14459/12036 18001/14458/12036 18003/14460/12037</w:t>
        <w:br/>
        <w:t>f 18002/14461/12037 18000/14459/12036 18003/14460/12037</w:t>
        <w:br/>
        <w:t>f 18002/14461/12037 18003/14460/12037 18005/14462/12038</w:t>
        <w:br/>
        <w:t>f 18004/14463/12038 18002/14461/12037 18005/14462/12038</w:t>
        <w:br/>
        <w:t>f 18004/14463/12038 18005/14462/12038 18007/14464/12039</w:t>
        <w:br/>
        <w:t>f 18006/14465/12040 18004/14463/12038 18007/14464/12039</w:t>
        <w:br/>
        <w:t>f 18007/14464/12039 18009/14466/12041 18008/14467/12041</w:t>
        <w:br/>
        <w:t>f 18006/14465/12040 18007/14464/12039 18008/14467/12041</w:t>
        <w:br/>
        <w:t>f 18009/14466/12041 18011/14468/12042 18010/14469/12042</w:t>
        <w:br/>
        <w:t>f 18008/14467/12041 18009/14466/12041 18010/14469/12042</w:t>
        <w:br/>
        <w:t>f 18011/14468/12042 18013/14470/12043 18012/14471/12043</w:t>
        <w:br/>
        <w:t>f 18010/14469/12042 18011/14468/12042 18012/14471/12043</w:t>
        <w:br/>
        <w:t>f 18013/14470/12043 18015/14472/12044 18014/14473/12044</w:t>
        <w:br/>
        <w:t>f 18012/14471/12043 18013/14470/12043 18014/14473/12044</w:t>
        <w:br/>
        <w:t>f 18018/14474/12044 18017/14475/12045 18016/14476/12046</w:t>
        <w:br/>
        <w:t>f 18019/14477/12044 18018/14474/12044 18016/14476/12046</w:t>
        <w:br/>
        <w:t>f 18016/14476/12046 18017/14475/12045 18021/14478/12047</w:t>
        <w:br/>
        <w:t>f 18020/14479/12047 18016/14476/12046 18021/14478/12047</w:t>
        <w:br/>
        <w:t>f 18020/14479/12047 18021/14478/12047 18023/14480/12048</w:t>
        <w:br/>
        <w:t>f 18022/14481/12048 18020/14479/12047 18023/14480/12048</w:t>
        <w:br/>
        <w:t>f 18023/14480/12048 18025/14482/12049 18024/14483/12049</w:t>
        <w:br/>
        <w:t>f 18022/14481/12048 18023/14480/12048 18024/14483/12049</w:t>
        <w:br/>
        <w:t>f 18025/14482/12049 18027/14484/12050 18026/14485/12050</w:t>
        <w:br/>
        <w:t>f 18024/14483/12049 18025/14482/12049 18026/14485/12050</w:t>
        <w:br/>
        <w:t>f 18027/14484/12050 18029/14486/12051 18028/14487/12051</w:t>
        <w:br/>
        <w:t>f 18026/14485/12050 18027/14484/12050 18028/14487/12051</w:t>
        <w:br/>
        <w:t>f 18028/14487/12051 18029/14486/12051 17990/14447/12029</w:t>
        <w:br/>
        <w:t>f 17991/14446/12029 18028/14487/12051 17990/14447/12029</w:t>
        <w:br/>
        <w:t>f 18032/14488/12052 18031/14489/12053 18030/14490/12053</w:t>
        <w:br/>
        <w:t>f 18033/14491/12052 18032/14488/12052 18030/14490/12053</w:t>
        <w:br/>
        <w:t>f 18030/14490/12053 18031/14489/12053 18035/14492/12054</w:t>
        <w:br/>
        <w:t>f 18034/14493/12054 18030/14490/12053 18035/14492/12054</w:t>
        <w:br/>
        <w:t>f 18034/14493/12054 18035/14492/12054 18037/14494/12055</w:t>
        <w:br/>
        <w:t>f 18036/14495/12055 18034/14493/12054 18037/14494/12055</w:t>
        <w:br/>
        <w:t>f 18036/14495/12055 18037/14494/12055 18039/14496/12056</w:t>
        <w:br/>
        <w:t>f 18038/14497/12056 18036/14495/12055 18039/14496/12056</w:t>
        <w:br/>
        <w:t>f 18038/14497/12056 18039/14496/12056 18041/14498/12057</w:t>
        <w:br/>
        <w:t>f 18040/14499/12057 18038/14497/12056 18041/14498/12057</w:t>
        <w:br/>
        <w:t>f 18040/14499/12057 18041/14498/12057 18043/14500/12058</w:t>
        <w:br/>
        <w:t>f 18042/14501/12059 18040/14499/12057 18043/14500/12058</w:t>
        <w:br/>
        <w:t>f 18042/14501/12059 18043/14500/12058 18045/14502/12060</w:t>
        <w:br/>
        <w:t>f 18044/14503/12060 18042/14501/12059 18045/14502/12060</w:t>
        <w:br/>
        <w:t>f 18044/14503/12060 18045/14502/12060 18047/14504/12061</w:t>
        <w:br/>
        <w:t>f 18046/14505/12061 18044/14503/12060 18047/14504/12061</w:t>
        <w:br/>
        <w:t>f 18046/14505/12061 18047/14504/12061 18049/14506/12062</w:t>
        <w:br/>
        <w:t>f 18048/14507/12062 18046/14505/12061 18049/14506/12062</w:t>
        <w:br/>
        <w:t>f 18048/14507/12062 18049/14506/12062 18051/14508/12063</w:t>
        <w:br/>
        <w:t>f 18050/14509/12063 18048/14507/12062 18051/14508/12063</w:t>
        <w:br/>
        <w:t>f 18051/14508/12063 18053/14510/12064 18052/14511/12064</w:t>
        <w:br/>
        <w:t>f 18050/14509/12063 18051/14508/12063 18052/14511/12064</w:t>
        <w:br/>
        <w:t>f 18053/14510/12064 18055/14512/12065 18054/14513/12065</w:t>
        <w:br/>
        <w:t>f 18052/14511/12064 18053/14510/12064 18054/14513/12065</w:t>
        <w:br/>
        <w:t>f 18055/14512/12065 18057/14514/12066 18056/14515/12067</w:t>
        <w:br/>
        <w:t>f 18054/14513/12065 18055/14512/12065 18056/14515/12067</w:t>
        <w:br/>
        <w:t>f 18060/14516/12067 18059/14517/12068 18058/14518/12068</w:t>
        <w:br/>
        <w:t>f 18061/14519/12066 18060/14516/12067 18058/14518/12068</w:t>
        <w:br/>
        <w:t>f 18059/14517/12068 18063/14520/12069 18062/14521/12070</w:t>
        <w:br/>
        <w:t>f 18058/14518/12068 18059/14517/12068 18062/14521/12070</w:t>
        <w:br/>
        <w:t>f 18063/14520/12069 18065/14522/12071 18064/14523/12071</w:t>
        <w:br/>
        <w:t>f 18062/14521/12070 18063/14520/12069 18064/14523/12071</w:t>
        <w:br/>
        <w:t>f 18065/14522/12071 18067/14524/12072 18066/14525/12072</w:t>
        <w:br/>
        <w:t>f 18064/14523/12071 18065/14522/12071 18066/14525/12072</w:t>
        <w:br/>
        <w:t>f 18066/14525/12072 18067/14524/12072 18069/14526/12073</w:t>
        <w:br/>
        <w:t>f 18068/14527/12073 18066/14525/12072 18069/14526/12073</w:t>
        <w:br/>
        <w:t>f 18069/14526/12073 18071/14528/12074 18070/14529/12074</w:t>
        <w:br/>
        <w:t>f 18068/14527/12073 18069/14526/12073 18070/14529/12074</w:t>
        <w:br/>
        <w:t>f 18071/14528/12074 18032/14488/12052 18033/14491/12052</w:t>
        <w:br/>
        <w:t>f 18070/14529/12074 18071/14528/12074 18033/14491/12052</w:t>
        <w:br/>
        <w:t>f 18075/14530/12075 18074/14531/12075 18073/14532/12076</w:t>
        <w:br/>
        <w:t>f 18072/14533/12076 18075/14530/12075 18073/14532/12076</w:t>
        <w:br/>
        <w:t>f 18073/14532/12076 18077/14534/12077 18076/14535/12077</w:t>
        <w:br/>
        <w:t>f 18072/14533/12076 18073/14532/12076 18076/14535/12077</w:t>
        <w:br/>
        <w:t>f 18077/14534/12077 18079/14536/12078 18078/14537/12079</w:t>
        <w:br/>
        <w:t>f 18076/14535/12077 18077/14534/12077 18078/14537/12079</w:t>
        <w:br/>
        <w:t>f 18079/14536/12078 18081/14538/12080 18080/14539/12080</w:t>
        <w:br/>
        <w:t>f 18078/14537/12079 18079/14536/12078 18080/14539/12080</w:t>
        <w:br/>
        <w:t>f 18081/14538/12080 18083/14540/12081 18082/14541/12081</w:t>
        <w:br/>
        <w:t>f 18080/14539/12080 18081/14538/12080 18082/14541/12081</w:t>
        <w:br/>
        <w:t>f 18082/14541/12081 18083/14540/12081 18085/14542/12082</w:t>
        <w:br/>
        <w:t>f 18084/14543/12082 18082/14541/12081 18085/14542/12082</w:t>
        <w:br/>
        <w:t>f 18084/14543/12082 18085/14542/12082 18087/14544/12083</w:t>
        <w:br/>
        <w:t>f 18086/14545/12083 18084/14543/12082 18087/14544/12083</w:t>
        <w:br/>
        <w:t>f 18086/14545/12083 18087/14544/12083 18089/14546/12084</w:t>
        <w:br/>
        <w:t>f 18088/14547/12084 18086/14545/12083 18089/14546/12084</w:t>
        <w:br/>
        <w:t>f 18088/14547/12084 18089/14546/12084 18091/14548/12085</w:t>
        <w:br/>
        <w:t>f 18090/14549/12085 18088/14547/12084 18091/14548/12085</w:t>
        <w:br/>
        <w:t>f 18091/14548/12085 18093/14550/12086 18092/14551/12086</w:t>
        <w:br/>
        <w:t>f 18090/14549/12085 18091/14548/12085 18092/14551/12086</w:t>
        <w:br/>
        <w:t>f 18093/14550/12086 18095/14552/12087 18094/14553/12087</w:t>
        <w:br/>
        <w:t>f 18092/14551/12086 18093/14550/12086 18094/14553/12087</w:t>
        <w:br/>
        <w:t>f 18094/14553/12087 18095/14552/12087 18097/14554/12088</w:t>
        <w:br/>
        <w:t>f 18096/14555/12089 18094/14553/12087 18097/14554/12088</w:t>
        <w:br/>
        <w:t>f 18096/14555/12089 18097/14554/12088 18099/14556/12090</w:t>
        <w:br/>
        <w:t>f 18098/14557/12090 18096/14555/12089 18099/14556/12090</w:t>
        <w:br/>
        <w:t>f 18103/14558/12090 18102/14559/12090 18101/14560/12091</w:t>
        <w:br/>
        <w:t>f 18100/14561/12091 18103/14558/12090 18101/14560/12091</w:t>
        <w:br/>
        <w:t>f 18100/14561/12091 18101/14560/12091 18105/14562/12092</w:t>
        <w:br/>
        <w:t>f 18104/14563/12093 18100/14561/12091 18105/14562/12092</w:t>
        <w:br/>
        <w:t>f 18104/14563/12093 18105/14562/12092 18107/14564/12094</w:t>
        <w:br/>
        <w:t>f 18106/14565/12094 18104/14563/12093 18107/14564/12094</w:t>
        <w:br/>
        <w:t>f 18106/14565/12094 18107/14564/12094 18109/14566/12095</w:t>
        <w:br/>
        <w:t>f 18108/14567/12095 18106/14565/12094 18109/14566/12095</w:t>
        <w:br/>
        <w:t>f 18109/14566/12095 18111/14568/12096 18110/14569/12097</w:t>
        <w:br/>
        <w:t>f 18108/14567/12095 18109/14566/12095 18110/14569/12097</w:t>
        <w:br/>
        <w:t>f 18110/14569/12097 18111/14568/12096 18113/14570/12098</w:t>
        <w:br/>
        <w:t>f 18112/14571/12099 18110/14569/12097 18113/14570/12098</w:t>
        <w:br/>
        <w:t>f 18113/14570/12098 18074/14531/12075 18075/14530/12075</w:t>
        <w:br/>
        <w:t>f 18112/14571/12099 18113/14570/12098 18075/14530/12075</w:t>
        <w:br/>
        <w:t>f 18116/14572/12100 18115/14573/12101 18114/14574/12101</w:t>
        <w:br/>
        <w:t>f 18117/14575/12102 18116/14572/12100 18114/14574/12101</w:t>
        <w:br/>
        <w:t>f 18115/14573/12101 18119/14576/12103 18118/14577/12103</w:t>
        <w:br/>
        <w:t>f 18114/14574/12101 18115/14573/12101 18118/14577/12103</w:t>
        <w:br/>
        <w:t>f 18118/14577/12103 18119/14576/12103 18121/14578/12104</w:t>
        <w:br/>
        <w:t>f 18120/14579/12104 18118/14577/12103 18121/14578/12104</w:t>
        <w:br/>
        <w:t>f 18120/14579/12104 18121/14578/12104 18123/14580/12105</w:t>
        <w:br/>
        <w:t>f 18122/14581/12106 18120/14579/12104 18123/14580/12105</w:t>
        <w:br/>
        <w:t>f 18123/14580/12105 18125/14582/12107 18124/14583/12107</w:t>
        <w:br/>
        <w:t>f 18122/14581/12106 18123/14580/12105 18124/14583/12107</w:t>
        <w:br/>
        <w:t>f 18125/14582/12107 18127/14584/12108 18126/14585/12108</w:t>
        <w:br/>
        <w:t>f 18124/14583/12107 18125/14582/12107 18126/14585/12108</w:t>
        <w:br/>
        <w:t>f 18127/14584/12108 18129/14586/12109 18128/14587/12109</w:t>
        <w:br/>
        <w:t>f 18126/14585/12108 18127/14584/12108 18128/14587/12109</w:t>
        <w:br/>
        <w:t>f 18129/14586/12109 18131/14588/12110 18130/14589/12110</w:t>
        <w:br/>
        <w:t>f 18128/14587/12109 18129/14586/12109 18130/14589/12110</w:t>
        <w:br/>
        <w:t>f 18131/14588/12110 18133/14590/12111 18132/14591/12111</w:t>
        <w:br/>
        <w:t>f 18130/14589/12110 18131/14588/12110 18132/14591/12111</w:t>
        <w:br/>
        <w:t>f 18132/14591/12111 18133/14590/12111 18135/14592/12112</w:t>
        <w:br/>
        <w:t>f 18134/14593/12113 18132/14591/12111 18135/14592/12112</w:t>
        <w:br/>
        <w:t>f 18134/14593/12113 18135/14592/12112 18137/14594/12114</w:t>
        <w:br/>
        <w:t>f 18136/14595/12114 18134/14593/12113 18137/14594/12114</w:t>
        <w:br/>
        <w:t>f 18136/14595/12114 18137/14594/12114 18139/14596/12115</w:t>
        <w:br/>
        <w:t>f 18138/14597/12116 18136/14595/12114 18139/14596/12115</w:t>
        <w:br/>
        <w:t>f 18138/14597/12116 18139/14596/12115 18141/14598/12117</w:t>
        <w:br/>
        <w:t>f 18140/14599/12117 18138/14597/12116 18141/14598/12117</w:t>
        <w:br/>
        <w:t>f 18145/14600/12117 18144/14601/12118 18143/14602/12119</w:t>
        <w:br/>
        <w:t>f 18142/14603/12120 18145/14600/12117 18143/14602/12119</w:t>
        <w:br/>
        <w:t>f 18143/14602/12119 18147/14604/12121 18146/14605/12121</w:t>
        <w:br/>
        <w:t>f 18142/14603/12120 18143/14602/12119 18146/14605/12121</w:t>
        <w:br/>
        <w:t>f 18147/14604/12121 18149/14606/12122 18148/14607/12123</w:t>
        <w:br/>
        <w:t>f 18146/14605/12121 18147/14604/12121 18148/14607/12123</w:t>
        <w:br/>
        <w:t>f 18148/14607/12123 18149/14606/12122 18151/14608/12124</w:t>
        <w:br/>
        <w:t>f 18150/14609/12125 18148/14607/12123 18151/14608/12124</w:t>
        <w:br/>
        <w:t>f 18150/14609/12125 18151/14608/12124 18153/14610/12126</w:t>
        <w:br/>
        <w:t>f 18152/14611/12126 18150/14609/12125 18153/14610/12126</w:t>
        <w:br/>
        <w:t>f 18152/14611/12126 18153/14610/12126 18155/14612/12127</w:t>
        <w:br/>
        <w:t>f 18154/14613/12127 18152/14611/12126 18155/14612/12127</w:t>
        <w:br/>
        <w:t>f 18154/14613/12127 18155/14612/12127 18116/14572/12100</w:t>
        <w:br/>
        <w:t>f 18117/14575/12102 18154/14613/12127 18116/14572/12100</w:t>
        <w:br/>
        <w:t>f 18398/14614/1217 18397/14615/1215 18396/14616/6020</w:t>
        <w:br/>
        <w:t>f 18399/14617/6370 18398/14614/1217 18396/14616/6020</w:t>
        <w:br/>
        <w:t>f 18403/14618/1213 18402/14619/1214 18401/14620/1217</w:t>
        <w:br/>
        <w:t>f 18400/14621/6370 18403/14618/1213 18401/14620/1217</w:t>
        <w:br/>
        <w:t>f 18405/14622/5866 18404/14623/1226 18402/14619/1214</w:t>
        <w:br/>
        <w:t>f 18403/14618/1213 18405/14622/5866 18402/14619/1214</w:t>
        <w:br/>
        <w:t>f 18406/14624/1224 18404/14623/1226 18405/14622/5866</w:t>
        <w:br/>
        <w:t>f 18407/14625/8095 18406/14624/1224 18405/14622/5866</w:t>
        <w:br/>
        <w:t>f 18409/14626/1223 18408/14627/1222 18406/14624/1224</w:t>
        <w:br/>
        <w:t>f 18407/14625/8095 18409/14626/1223 18406/14624/1224</w:t>
        <w:br/>
        <w:t>f 18411/14628/1221 18410/14629/1220 18408/14627/1222</w:t>
        <w:br/>
        <w:t>f 18409/14626/1223 18411/14628/1221 18408/14627/1222</w:t>
        <w:br/>
        <w:t>f 18413/14630/1219 18412/14631/1413 18410/14629/1220</w:t>
        <w:br/>
        <w:t>f 18411/14628/1221 18413/14630/1219 18410/14629/1220</w:t>
        <w:br/>
        <w:t>f 18397/14615/1215 18412/14631/1413 18413/14630/1219</w:t>
        <w:br/>
        <w:t>f 18396/14616/6020 18397/14615/1215 18413/14630/1219</w:t>
        <w:br/>
        <w:t>f 18398/14614/1217 18415/14632/1231 18414/14633/1230</w:t>
        <w:br/>
        <w:t>f 18397/14615/1215 18398/14614/1217 18414/14633/1230</w:t>
        <w:br/>
        <w:t>f 18417/14634/1229 18416/14635/1231 18401/14620/1217</w:t>
        <w:br/>
        <w:t>f 18402/14619/1214 18417/14634/1229 18401/14620/1217</w:t>
        <w:br/>
        <w:t>f 18404/14623/1226 18418/14636/1236 18417/14634/1229</w:t>
        <w:br/>
        <w:t>f 18402/14619/1214 18404/14623/1226 18417/14634/1229</w:t>
        <w:br/>
        <w:t>f 18406/14624/1224 18419/14637/5854 18418/14636/1236</w:t>
        <w:br/>
        <w:t>f 18404/14623/1226 18406/14624/1224 18418/14636/1236</w:t>
        <w:br/>
        <w:t>f 18408/14627/1222 18420/14638/1234 18419/14637/5854</w:t>
        <w:br/>
        <w:t>f 18406/14624/1224 18408/14627/1222 18419/14637/5854</w:t>
        <w:br/>
        <w:t>f 18421/14639/1233 18420/14638/1234 18408/14627/1222</w:t>
        <w:br/>
        <w:t>f 18410/14629/1220 18421/14639/1233 18408/14627/1222</w:t>
        <w:br/>
        <w:t>f 18422/14640/1232 18421/14639/1233 18410/14629/1220</w:t>
        <w:br/>
        <w:t>f 18412/14631/1413 18422/14640/1232 18410/14629/1220</w:t>
        <w:br/>
        <w:t>f 18414/14633/1230 18422/14640/1232 18412/14631/1413</w:t>
        <w:br/>
        <w:t>f 18397/14615/1215 18414/14633/1230 18412/14631/1413</w:t>
        <w:br/>
        <w:t>f 18415/14632/1231 18424/14641/1428 18423/14642/1431</w:t>
        <w:br/>
        <w:t>f 18414/14633/1230 18415/14632/1231 18423/14642/1431</w:t>
        <w:br/>
        <w:t>f 18426/14643/1238 18425/14644/1428 18416/14635/1231</w:t>
        <w:br/>
        <w:t>f 18417/14634/1229 18426/14643/1238 18416/14635/1231</w:t>
        <w:br/>
        <w:t>f 18427/14645/5874 18426/14643/1238 18417/14634/1229</w:t>
        <w:br/>
        <w:t>f 18418/14636/1236 18427/14645/5874 18417/14634/1229</w:t>
        <w:br/>
        <w:t>f 18419/14637/5854 18428/14646/6028 18427/14645/5874</w:t>
        <w:br/>
        <w:t>f 18418/14636/1236 18419/14637/5854 18427/14645/5874</w:t>
        <w:br/>
        <w:t>f 18420/14638/1234 18429/14647/7323 18428/14646/6028</w:t>
        <w:br/>
        <w:t>f 18419/14637/5854 18420/14638/1234 18428/14646/6028</w:t>
        <w:br/>
        <w:t>f 18430/14648/1433 18429/14647/7323 18420/14638/1234</w:t>
        <w:br/>
        <w:t>f 18421/14639/1233 18430/14648/1433 18420/14638/1234</w:t>
        <w:br/>
        <w:t>f 18431/14649/1241 18430/14648/1433 18421/14639/1233</w:t>
        <w:br/>
        <w:t>f 18422/14640/1232 18431/14649/1241 18421/14639/1233</w:t>
        <w:br/>
        <w:t>f 18414/14633/1230 18423/14642/1431 18431/14649/1241</w:t>
        <w:br/>
        <w:t>f 18422/14640/1232 18414/14633/1230 18431/14649/1241</w:t>
        <w:br/>
        <w:t>f 18399/14617/6370 18396/14616/6020 18432/14650/1246</w:t>
        <w:br/>
        <w:t>f 18403/14618/1213 18400/14621/6370 18432/14650/1246</w:t>
        <w:br/>
        <w:t>f 18405/14622/5866 18403/14618/1213 18432/14650/1246</w:t>
        <w:br/>
        <w:t>f 18407/14625/8095 18405/14622/5866 18432/14650/1246</w:t>
        <w:br/>
        <w:t>f 18409/14626/1223 18407/14625/8095 18432/14650/1246</w:t>
        <w:br/>
        <w:t>f 18411/14628/1221 18409/14626/1223 18432/14650/1246</w:t>
        <w:br/>
        <w:t>f 18413/14630/1219 18411/14628/1221 18432/14650/1246</w:t>
        <w:br/>
        <w:t>f 18396/14616/6020 18413/14630/1219 18432/14650/1246</w:t>
        <w:br/>
        <w:t>f 18423/14642/1431 18424/14641/1428 18433/14651/1247</w:t>
        <w:br/>
        <w:t>f 18425/14644/1428 18426/14643/1238 18433/14651/1247</w:t>
        <w:br/>
        <w:t>f 18426/14643/1238 18427/14645/5874 18433/14651/1247</w:t>
        <w:br/>
        <w:t>f 18427/14645/5874 18428/14646/6028 18433/14651/1247</w:t>
        <w:br/>
        <w:t>f 18428/14646/6028 18429/14647/7323 18433/14651/1247</w:t>
        <w:br/>
        <w:t>f 18429/14647/7323 18430/14648/1433 18433/14651/1247</w:t>
        <w:br/>
        <w:t>f 18430/14648/1433 18431/14649/1241 18433/14651/1247</w:t>
        <w:br/>
        <w:t>f 18431/14649/1241 18423/14642/1431 18433/14651/1247</w:t>
        <w:br/>
        <w:t>f 18819/14652/6370 18818/14653/1211 18817/14654/1215</w:t>
        <w:br/>
        <w:t>f 18816/14655/6020 18819/14652/6370 18817/14654/1215</w:t>
        <w:br/>
        <w:t>f 18823/14656/1213 18822/14657/1214 18821/14658/1217</w:t>
        <w:br/>
        <w:t>f 18820/14659/6370 18823/14656/1213 18821/14658/1217</w:t>
        <w:br/>
        <w:t>f 18825/14660/5866 18824/14661/1226 18822/14657/1214</w:t>
        <w:br/>
        <w:t>f 18823/14656/1213 18825/14660/5866 18822/14657/1214</w:t>
        <w:br/>
        <w:t>f 18826/14662/1224 18824/14661/1226 18825/14660/5866</w:t>
        <w:br/>
        <w:t>f 18827/14663/12128 18826/14662/1224 18825/14660/5866</w:t>
        <w:br/>
        <w:t>f 18828/14664/1222 18826/14662/1224 18827/14663/12128</w:t>
        <w:br/>
        <w:t>f 18829/14665/5852 18828/14664/1222 18827/14663/12128</w:t>
        <w:br/>
        <w:t>f 18830/14666/1220 18828/14664/1222 18829/14665/5852</w:t>
        <w:br/>
        <w:t>f 18831/14667/1221 18830/14666/1220 18829/14665/5852</w:t>
        <w:br/>
        <w:t>f 18833/14668/6022 18832/14669/1218 18830/14666/1220</w:t>
        <w:br/>
        <w:t>f 18831/14667/1221 18833/14668/6022 18830/14666/1220</w:t>
        <w:br/>
        <w:t>f 18817/14654/1215 18832/14669/1218 18833/14668/6022</w:t>
        <w:br/>
        <w:t>f 18816/14655/6020 18817/14654/1215 18833/14668/6022</w:t>
        <w:br/>
        <w:t>f 18835/14670/1231 18834/14671/1230 18817/14654/1215</w:t>
        <w:br/>
        <w:t>f 18818/14653/1211 18835/14670/1231 18817/14654/1215</w:t>
        <w:br/>
        <w:t>f 18822/14657/1214 18837/14672/1229 18836/14673/1231</w:t>
        <w:br/>
        <w:t>f 18821/14658/1217 18822/14657/1214 18836/14673/1231</w:t>
        <w:br/>
        <w:t>f 18824/14661/1226 18838/14674/1236 18837/14672/1229</w:t>
        <w:br/>
        <w:t>f 18822/14657/1214 18824/14661/1226 18837/14672/1229</w:t>
        <w:br/>
        <w:t>f 18826/14662/1224 18839/14675/5854 18838/14674/1236</w:t>
        <w:br/>
        <w:t>f 18824/14661/1226 18826/14662/1224 18838/14674/1236</w:t>
        <w:br/>
        <w:t>f 18828/14664/1222 18840/14676/1234 18839/14675/5854</w:t>
        <w:br/>
        <w:t>f 18826/14662/1224 18828/14664/1222 18839/14675/5854</w:t>
        <w:br/>
        <w:t>f 18841/14677/1233 18840/14676/1234 18828/14664/1222</w:t>
        <w:br/>
        <w:t>f 18830/14666/1220 18841/14677/1233 18828/14664/1222</w:t>
        <w:br/>
        <w:t>f 18842/14678/7394 18841/14677/1233 18830/14666/1220</w:t>
        <w:br/>
        <w:t>f 18832/14669/1218 18842/14678/7394 18830/14666/1220</w:t>
        <w:br/>
        <w:t>f 18834/14671/1230 18842/14678/7394 18832/14669/1218</w:t>
        <w:br/>
        <w:t>f 18817/14654/1215 18834/14671/1230 18832/14669/1218</w:t>
        <w:br/>
        <w:t>f 18844/14679/1428 18843/14680/1431 18834/14671/1230</w:t>
        <w:br/>
        <w:t>f 18835/14670/1231 18844/14679/1428 18834/14671/1230</w:t>
        <w:br/>
        <w:t>f 18846/14681/1238 18845/14682/1428 18836/14673/1231</w:t>
        <w:br/>
        <w:t>f 18837/14672/1229 18846/14681/1238 18836/14673/1231</w:t>
        <w:br/>
        <w:t>f 18847/14683/5874 18846/14681/1238 18837/14672/1229</w:t>
        <w:br/>
        <w:t>f 18838/14674/1236 18847/14683/5874 18837/14672/1229</w:t>
        <w:br/>
        <w:t>f 18839/14675/5854 18848/14684/6028 18847/14683/5874</w:t>
        <w:br/>
        <w:t>f 18838/14674/1236 18839/14675/5854 18847/14683/5874</w:t>
        <w:br/>
        <w:t>f 18849/14685/7323 18848/14684/6028 18839/14675/5854</w:t>
        <w:br/>
        <w:t>f 18840/14676/1234 18849/14685/7323 18839/14675/5854</w:t>
        <w:br/>
        <w:t>f 18841/14677/1233 18850/14686/1433 18849/14685/7323</w:t>
        <w:br/>
        <w:t>f 18840/14676/1234 18841/14677/1233 18849/14685/7323</w:t>
        <w:br/>
        <w:t>f 18851/14687/1241 18850/14686/1433 18841/14677/1233</w:t>
        <w:br/>
        <w:t>f 18842/14678/7394 18851/14687/1241 18841/14677/1233</w:t>
        <w:br/>
        <w:t>f 18834/14671/1230 18843/14680/1431 18851/14687/1241</w:t>
        <w:br/>
        <w:t>f 18842/14678/7394 18834/14671/1230 18851/14687/1241</w:t>
        <w:br/>
        <w:t>f 18819/14652/6370 18816/14655/6020 18852/14688/1246</w:t>
        <w:br/>
        <w:t>f 18823/14656/1213 18820/14659/6370 18852/14688/1246</w:t>
        <w:br/>
        <w:t>f 18825/14660/5866 18823/14656/1213 18852/14688/1246</w:t>
        <w:br/>
        <w:t>f 18827/14663/12128 18825/14660/5866 18852/14688/1246</w:t>
        <w:br/>
        <w:t>f 18829/14665/5852 18827/14663/12128 18852/14688/1246</w:t>
        <w:br/>
        <w:t>f 18831/14667/1221 18829/14665/5852 18852/14688/1246</w:t>
        <w:br/>
        <w:t>f 18833/14668/6022 18831/14667/1221 18852/14688/1246</w:t>
        <w:br/>
        <w:t>f 18816/14655/6020 18833/14668/6022 18852/14688/1246</w:t>
        <w:br/>
        <w:t>f 18843/14680/1431 18844/14679/1428 18853/14689/1247</w:t>
        <w:br/>
        <w:t>f 18845/14682/1428 18846/14681/1238 18853/14689/1247</w:t>
        <w:br/>
        <w:t>f 18846/14681/1238 18847/14683/5874 18853/14689/1247</w:t>
        <w:br/>
        <w:t>f 18847/14683/5874 18848/14684/6028 18853/14689/1247</w:t>
        <w:br/>
        <w:t>f 18848/14684/6028 18849/14685/7323 18853/14689/1247</w:t>
        <w:br/>
        <w:t>f 18849/14685/7323 18850/14686/1433 18853/14689/1247</w:t>
        <w:br/>
        <w:t>f 18850/14686/1433 18851/14687/1241 18853/14689/1247</w:t>
        <w:br/>
        <w:t>f 18851/14687/1241 18843/14680/1431 18853/14689/1247</w:t>
        <w:br/>
        <w:t>f 20784/14690/12129 20783/14691/12130 20782/14692/12131</w:t>
        <w:br/>
        <w:t>f 20781/14693/12132 20784/14690/12129 20782/14692/12131</w:t>
        <w:br/>
        <w:t>f 20786/14694/12133 20785/14695/12134 20784/14690/12129</w:t>
        <w:br/>
        <w:t>f 20787/14696/12135 20783/14691/12130 20785/14695/12134</w:t>
        <w:br/>
        <w:t>f 20787/14696/12135 20788/14697/12136 20783/14691/12130</w:t>
        <w:br/>
        <w:t>f 20790/14698/12137 20789/14699/12138 20783/14691/12130</w:t>
        <w:br/>
        <w:t>f 20788/14697/12136 20790/14698/12137 20783/14691/12130</w:t>
        <w:br/>
        <w:t>f 20788/14697/12136 20791/14700/12139 20790/14698/12137</w:t>
        <w:br/>
        <w:t>f 20784/14690/12129 20785/14695/12134 20783/14691/12130</w:t>
        <w:br/>
        <w:t>f 20792/14701/12140 20783/14691/12130 20789/14699/12138</w:t>
        <w:br/>
        <w:t>f 20795/14702/12141 20794/14703/12142 20793/14704/12143</w:t>
        <w:br/>
        <w:t>f 20797/14705/12144 20796/14706/12145 20795/14702/12141</w:t>
        <w:br/>
        <w:t>f 20797/14705/12144 20799/14707/12146 20798/14708/12147</w:t>
        <w:br/>
        <w:t>f 20796/14706/12145 20797/14705/12144 20798/14708/12147</w:t>
        <w:br/>
        <w:t>f 20799/14707/12146 20800/14709/12148 20798/14708/12147</w:t>
        <w:br/>
        <w:t>f 20795/14702/12141 20793/14704/12143 20797/14705/12144</w:t>
        <w:br/>
        <w:t>f 20802/14710/12149 20801/14711/12150 20794/14703/12142</w:t>
        <w:br/>
        <w:t>f 20796/14706/12145 20802/14710/12149 20794/14703/12142</w:t>
        <w:br/>
        <w:t>f 20794/14703/12142 20795/14702/12141 20796/14706/12145</w:t>
        <w:br/>
        <w:t>f 20792/14701/12140 20782/14692/12131 20783/14691/12130</w:t>
        <w:br/>
        <w:t>f 20796/14706/12145 20798/14708/12147 20802/14710/12149</w:t>
        <w:br/>
        <w:t>f 20805/14712/12151 20804/14713/12152 20803/14714/12153</w:t>
        <w:br/>
        <w:t>f 20808/14715/12154 20807/14716/12155 20806/14717/12156</w:t>
        <w:br/>
        <w:t>f 20812/14718/12157 20811/14719/12158 20810/14720/12159</w:t>
        <w:br/>
        <w:t>f 20809/14721/12160 20812/14718/12157 20810/14720/12159</w:t>
        <w:br/>
        <w:t>f 20816/14722/12161 20815/14723/12162 20814/14724/12163</w:t>
        <w:br/>
        <w:t>f 20813/14725/12164 20816/14722/12161 20814/14724/12163</w:t>
        <w:br/>
        <w:t>f 20815/14723/12162 20816/14722/12161 20817/14726/12165</w:t>
        <w:br/>
        <w:t>f 20814/14724/12163 20815/14723/12162 20819/14727/12166</w:t>
        <w:br/>
        <w:t>f 20818/14728/12167 20814/14724/12163 20819/14727/12166</w:t>
        <w:br/>
        <w:t>f 20821/14729/12168 20815/14723/12162 20820/14730/12169</w:t>
        <w:br/>
        <w:t>f 20823/14731/12170 20822/14732/12170 20821/14729/12168</w:t>
        <w:br/>
        <w:t>f 20820/14730/12169 20823/14731/12170 20821/14729/12168</w:t>
        <w:br/>
        <w:t>f 20815/14723/12162 20821/14729/12168 20819/14727/12166</w:t>
        <w:br/>
        <w:t>f 20827/14733/12171 20826/14734/12172 20825/14735/12173</w:t>
        <w:br/>
        <w:t>f 20824/14736/12174 20827/14733/12171 20825/14735/12173</w:t>
        <w:br/>
        <w:t>f 20828/14737/12175 20827/14733/12171 20824/14736/12174</w:t>
        <w:br/>
        <w:t>f 20831/14738/12176 20830/14739/12177 20829/14740/12177</w:t>
        <w:br/>
        <w:t>f 20832/14741/12178 20831/14738/12176 20829/14740/12177</w:t>
        <w:br/>
        <w:t>f 20836/14742/12179 20835/14743/12180 20834/14744/12181</w:t>
        <w:br/>
        <w:t>f 20833/14745/12182 20836/14742/12179 20834/14744/12181</w:t>
        <w:br/>
        <w:t>f 20837/14746/12183 20806/14717/12156 20807/14716/12155</w:t>
        <w:br/>
        <w:t>f 20839/14747/6382 20838/14748/6380 20805/14712/12151</w:t>
        <w:br/>
        <w:t>f 20803/14714/12153 20839/14747/6382 20805/14712/12151</w:t>
        <w:br/>
        <w:t>f 20805/14712/12151 20838/14748/6380 20840/14749/12184</w:t>
        <w:br/>
        <w:t>f 20844/14750/12185 20843/14751/12186 20842/14752/12186</w:t>
        <w:br/>
        <w:t>f 20841/14753/12187 20844/14750/12185 20842/14752/12186</w:t>
        <w:br/>
        <w:t>f 20847/14754/12188 20846/14755/12189 20816/14722/12161</w:t>
        <w:br/>
        <w:t>f 20845/14756/12188 20847/14754/12188 20816/14722/12161</w:t>
        <w:br/>
        <w:t>f 20846/14755/12189 20849/14757/12190 20848/14758/12190</w:t>
        <w:br/>
        <w:t>f 20816/14722/12161 20846/14755/12189 20848/14758/12190</w:t>
        <w:br/>
        <w:t>f 20848/14758/12190 20849/14757/12190 20851/14759/12191</w:t>
        <w:br/>
        <w:t>f 20850/14760/12191 20848/14758/12190 20851/14759/12191</w:t>
        <w:br/>
        <w:t>f 20851/14759/12191 20853/14761/12192 20852/14762/12192</w:t>
        <w:br/>
        <w:t>f 20850/14760/12191 20851/14759/12191 20852/14762/12192</w:t>
        <w:br/>
        <w:t>f 20857/14763/12193 20856/14764/12194 20855/14765/12195</w:t>
        <w:br/>
        <w:t>f 20854/14766/12195 20857/14763/12193 20855/14765/12195</w:t>
        <w:br/>
        <w:t>f 20859/14767/12196 20847/14754/12188 20845/14756/12188</w:t>
        <w:br/>
        <w:t>f 20858/14768/12196 20859/14767/12196 20845/14756/12188</w:t>
        <w:br/>
        <w:t>f 20861/14769/12197 20860/14770/12198 20842/14752/12186</w:t>
        <w:br/>
        <w:t>f 20843/14751/12186 20861/14769/12197 20842/14752/12186</w:t>
        <w:br/>
        <w:t>f 20865/14771/12199 20864/14772/12200 20863/14773/12200</w:t>
        <w:br/>
        <w:t>f 20862/14774/12199 20865/14771/12199 20863/14773/12200</w:t>
        <w:br/>
        <w:t>f 20868/14775/12201 20867/14776/12202 20866/14777/12202</w:t>
        <w:br/>
        <w:t>f 20872/14778/12203 20871/14779/6400 20870/14780/6387</w:t>
        <w:br/>
        <w:t>f 20869/14781/12204 20872/14778/12203 20870/14780/6387</w:t>
        <w:br/>
        <w:t>f 20876/14782/12205 20875/14783/12206 20874/14784/12206</w:t>
        <w:br/>
        <w:t>f 20873/14785/12205 20876/14782/12205 20874/14784/12206</w:t>
        <w:br/>
        <w:t>f 20880/14786/12207 20879/14787/12208 20878/14788/12209</w:t>
        <w:br/>
        <w:t>f 20877/14789/12210 20880/14786/12207 20878/14788/12209</w:t>
        <w:br/>
        <w:t>f 20882/14790/12211 20881/14791/12212 20880/14786/12207</w:t>
        <w:br/>
        <w:t>f 20877/14789/12210 20882/14790/12211 20880/14786/12207</w:t>
        <w:br/>
        <w:t>f 20884/14792/12213 20881/14791/12212 20882/14790/12211</w:t>
        <w:br/>
        <w:t>f 20883/14793/12214 20884/14792/12213 20882/14790/12211</w:t>
        <w:br/>
        <w:t>f 20874/14784/12206 20875/14783/12206 20886/14794/12215</w:t>
        <w:br/>
        <w:t>f 20885/14795/12216 20874/14784/12206 20886/14794/12215</w:t>
        <w:br/>
        <w:t>f 20894/14796/12217 20893/8265/6710 20892/14797/12218</w:t>
        <w:br/>
        <w:t>f 20897/14798/12219 20896/14799/12220 20895/14800/12221</w:t>
        <w:br/>
        <w:t>f 20897/14798/12219 20895/14800/12221 20899/14801/12222</w:t>
        <w:br/>
        <w:t>f 20898/14802/12223 20897/14798/12219 20899/14801/12222</w:t>
        <w:br/>
        <w:t>f 20905/14803/12224 20904/14804/12225 20903/14805/12226</w:t>
        <w:br/>
        <w:t>f 20904/14804/12225 20907/14806/12227 20906/14807/12228</w:t>
        <w:br/>
        <w:t>f 20903/14805/12226 20904/14804/12225 20906/14807/12228</w:t>
        <w:br/>
        <w:t>f 20911/14808/12193 20910/14809/12229 20909/14810/12213</w:t>
        <w:br/>
        <w:t>f 20908/14811/12194 20911/14808/12193 20909/14810/12213</w:t>
        <w:br/>
        <w:t>f 20911/14808/12193 20899/14801/12222 20906/14807/12228</w:t>
        <w:br/>
        <w:t>f 20910/14809/12229 20911/14808/12193 20906/14807/12228</w:t>
        <w:br/>
        <w:t>f 20973/14812/12230 20972/14813/12231 20915/7877/6391</w:t>
        <w:br/>
        <w:t>f 20916/7876/6390 20973/14812/12230 20915/7877/6391</w:t>
        <w:br/>
        <w:t>f 20974/14814/12232 20893/8265/6710 20915/7877/6391</w:t>
        <w:br/>
        <w:t>f 20972/14813/12231 20974/14814/12232 20915/7877/6391</w:t>
        <w:br/>
        <w:t>f 20974/14814/12232 20892/14797/12218 20893/8265/6710</w:t>
        <w:br/>
        <w:t>f 20939/7897/6408 20972/14813/12231 20943/7903/6414</w:t>
        <w:br/>
        <w:t>f 20976/14815/12233 20974/14814/12232 20972/14813/12231</w:t>
        <w:br/>
        <w:t>f 20975/14816/12234 20976/14815/12233 20972/14813/12231</w:t>
        <w:br/>
        <w:t>f 20977/14817/12235 20892/14797/12218 20974/14814/12232</w:t>
        <w:br/>
        <w:t>f 20976/14815/12233 20977/14817/12235 20974/14814/12232</w:t>
        <w:br/>
        <w:t>f 20892/14797/12218 20977/14817/12235 20979/14818/12236</w:t>
        <w:br/>
        <w:t>f 20978/14819/12237 20892/14797/12218 20979/14818/12236</w:t>
        <w:br/>
        <w:t>f 20981/14820/12238 20980/14821/12239 20975/14816/12234</w:t>
        <w:br/>
        <w:t>f 20982/14822/12240 20976/14815/12233 20975/14816/12234</w:t>
        <w:br/>
        <w:t>f 20922/7884/6398 20982/14822/12240 20975/14816/12234</w:t>
        <w:br/>
        <w:t>f 20976/14815/12233 20982/14822/12240 20983/14823/12241</w:t>
        <w:br/>
        <w:t>f 20977/14817/12235 20976/14815/12233 20983/14823/12241</w:t>
        <w:br/>
        <w:t>f 20984/14824/12242 20979/14818/12236 20977/14817/12235</w:t>
        <w:br/>
        <w:t>f 20983/14823/12241 20984/14824/12242 20977/14817/12235</w:t>
        <w:br/>
        <w:t>f 20986/14825/12243 20978/14819/12237 20979/14818/12236</w:t>
        <w:br/>
        <w:t>f 20985/14826/12244 20986/14825/12243 20979/14818/12236</w:t>
        <w:br/>
        <w:t>f 20985/14826/12244 20979/14818/12236 20984/14824/12242</w:t>
        <w:br/>
        <w:t>f 20987/14827/12245 20985/14826/12244 20984/14824/12242</w:t>
        <w:br/>
        <w:t>f 20991/14828/12246 20990/14829/12247 20989/14830/12248</w:t>
        <w:br/>
        <w:t>f 20988/14831/12249 20991/14828/12246 20989/14830/12248</w:t>
        <w:br/>
        <w:t>f 20993/14832/12250 20989/14830/12248 20990/14829/12247</w:t>
        <w:br/>
        <w:t>f 20992/14833/12251 20993/14832/12250 20990/14829/12247</w:t>
        <w:br/>
        <w:t>f 20992/14833/12251 20995/14834/12252 20994/14835/12253</w:t>
        <w:br/>
        <w:t>f 20993/14832/12250 20992/14833/12251 20994/14835/12253</w:t>
        <w:br/>
        <w:t>f 20997/14836/12254 20994/14835/12253 20995/14834/12252</w:t>
        <w:br/>
        <w:t>f 20996/14837/12255 20997/14836/12254 20995/14834/12252</w:t>
        <w:br/>
        <w:t>f 20996/14837/12255 20999/14838/12256 20998/14839/12257</w:t>
        <w:br/>
        <w:t>f 20997/14836/12254 20996/14837/12255 20998/14839/12257</w:t>
        <w:br/>
        <w:t>f 21003/14840/12258 21002/14841/12259 21001/14842/12257</w:t>
        <w:br/>
        <w:t>f 21000/14843/12256 21003/14840/12258 21001/14842/12257</w:t>
        <w:br/>
        <w:t>f 21003/14840/12258 21005/14844/12260 21004/14845/12261</w:t>
        <w:br/>
        <w:t>f 21002/14841/12259 21003/14840/12258 21004/14845/12261</w:t>
        <w:br/>
        <w:t>f 21007/14846/12262 21006/14847/12263 21004/14845/12261</w:t>
        <w:br/>
        <w:t>f 21005/14844/12260 21007/14846/12262 21004/14845/12261</w:t>
        <w:br/>
        <w:t>f 21009/14848/12264 20926/7887/6401 20919/7880/6394</w:t>
        <w:br/>
        <w:t>f 21008/14849/12265 21009/14848/12264 20919/7880/6394</w:t>
        <w:br/>
        <w:t>f 21008/14849/12265 20935/7893/6404 20941/7901/6412</w:t>
        <w:br/>
        <w:t>f 21010/14850/12266 20934/7894/6405 21008/14849/12265</w:t>
        <w:br/>
        <w:t>f 21006/14847/12263 21008/14849/12265 20919/7880/6394</w:t>
        <w:br/>
        <w:t>f 20920/7879/6393 21006/14847/12263 20919/7880/6394</w:t>
        <w:br/>
        <w:t>f 20934/7894/6405 21010/14850/12266 20949/7909/6418</w:t>
        <w:br/>
        <w:t>f 21007/14846/12262 21010/14850/12266 21008/14849/12265</w:t>
        <w:br/>
        <w:t>f 21006/14847/12263 21007/14846/12262 21008/14849/12265</w:t>
        <w:br/>
        <w:t>f 21011/14851/12267 20962/7922/12268 21010/14850/12266</w:t>
        <w:br/>
        <w:t>f 21007/14846/12262 21011/14851/12267 21010/14850/12266</w:t>
        <w:br/>
        <w:t>f 21012/14852/12269 21011/14851/12267 21007/14846/12262</w:t>
        <w:br/>
        <w:t>f 21005/14844/12260 21012/14852/12269 21007/14846/12262</w:t>
        <w:br/>
        <w:t>f 21013/14853/12270 21012/14852/12269 21005/14844/12260</w:t>
        <w:br/>
        <w:t>f 21003/14840/12258 21013/14853/12270 21005/14844/12260</w:t>
        <w:br/>
        <w:t>f 21014/14854/12271 21013/14853/12270 21003/14840/12258</w:t>
        <w:br/>
        <w:t>f 21000/14843/12256 21014/14854/12271 21003/14840/12258</w:t>
        <w:br/>
        <w:t>f 21015/14855/12272 20982/14822/12240 20922/7884/6398</w:t>
        <w:br/>
        <w:t>f 20982/14822/12240 21015/14855/12272 21016/14856/12273</w:t>
        <w:br/>
        <w:t>f 20983/14823/12241 20982/14822/12240 21016/14856/12273</w:t>
        <w:br/>
        <w:t>f 21017/14857/12274 20984/14824/12242 20983/14823/12241</w:t>
        <w:br/>
        <w:t>f 21016/14856/12273 21017/14857/12274 20983/14823/12241</w:t>
        <w:br/>
        <w:t>f 21017/14857/12274 21018/14858/12275 20987/14827/12245</w:t>
        <w:br/>
        <w:t>f 20984/14824/12242 21017/14857/12274 20987/14827/12245</w:t>
        <w:br/>
        <w:t>f 21021/14859/12276 21020/14860/12277 21019/14861/12278</w:t>
        <w:br/>
        <w:t>f 20962/7922/12268 21011/14851/12267 21022/14862/12279</w:t>
        <w:br/>
        <w:t>f 21023/14863/12280 21022/14862/12279 21011/14851/12267</w:t>
        <w:br/>
        <w:t>f 21012/14852/12269 21023/14863/12280 21011/14851/12267</w:t>
        <w:br/>
        <w:t>f 21024/14864/12281 21023/14863/12280 21012/14852/12269</w:t>
        <w:br/>
        <w:t>f 21013/14853/12270 21024/14864/12281 21012/14852/12269</w:t>
        <w:br/>
        <w:t>f 21014/14854/12271 21025/14865/12282 21024/14864/12281</w:t>
        <w:br/>
        <w:t>f 21013/14853/12270 21014/14854/12271 21024/14864/12281</w:t>
        <w:br/>
        <w:t>f 21018/14858/12275 21027/14866/12283 21026/14867/12284</w:t>
        <w:br/>
        <w:t>f 21022/14862/12279 21023/14863/12280 21029/14868/12285</w:t>
        <w:br/>
        <w:t>f 21028/14869/12286 21022/14862/12279 21029/14868/12285</w:t>
        <w:br/>
        <w:t>f 21033/14870/12287 21032/14871/12288 21031/14872/12289</w:t>
        <w:br/>
        <w:t>f 21030/14873/12290 21033/14870/12287 21031/14872/12289</w:t>
        <w:br/>
        <w:t>f 21030/14873/12290 21031/14872/12289 21035/14874/12291</w:t>
        <w:br/>
        <w:t>f 21034/14875/12292 21030/14873/12290 21035/14874/12291</w:t>
        <w:br/>
        <w:t>f 21036/14876/12293 21027/14866/12283 21034/14875/12292</w:t>
        <w:br/>
        <w:t>f 21035/14874/12291 21036/14876/12293 21034/14875/12292</w:t>
        <w:br/>
        <w:t>f 21027/14866/12283 21036/14876/12293 21037/14877/12294</w:t>
        <w:br/>
        <w:t>f 21026/14867/12284 21027/14866/12283 21037/14877/12294</w:t>
        <w:br/>
        <w:t>f 21039/14878/12295 21038/14879/12296 21032/14871/12288</w:t>
        <w:br/>
        <w:t>f 21033/14870/12287 21039/14878/12295 21032/14871/12288</w:t>
        <w:br/>
        <w:t>f 21039/14878/12295 21028/14869/12286 21040/14880/12297</w:t>
        <w:br/>
        <w:t>f 21038/14879/12296 21039/14878/12295 21040/14880/12297</w:t>
        <w:br/>
        <w:t>f 21028/14869/12286 21029/14868/12285 21041/14881/12298</w:t>
        <w:br/>
        <w:t>f 21040/14880/12297 21028/14869/12286 21041/14881/12298</w:t>
        <w:br/>
        <w:t>f 21029/14868/12285 21043/14882/12299 21042/14883/12300</w:t>
        <w:br/>
        <w:t>f 21041/14881/12298 21029/14868/12285 21042/14883/12300</w:t>
        <w:br/>
        <w:t>f 21043/14882/12299 21045/14884/12301 21044/14885/12302</w:t>
        <w:br/>
        <w:t>f 21042/14883/12300 21043/14882/12299 21044/14885/12302</w:t>
        <w:br/>
        <w:t>f 21045/14884/12301 21047/14886/12303 21046/14887/6466</w:t>
        <w:br/>
        <w:t>f 21044/14885/12302 21045/14884/12301 21046/14887/6466</w:t>
        <w:br/>
        <w:t>f 21049/14888/12304 21031/14872/12289 21032/14871/12288</w:t>
        <w:br/>
        <w:t>f 21048/14889/12305 21049/14888/12304 21032/14871/12288</w:t>
        <w:br/>
        <w:t>f 21038/14879/12296 21050/14890/12306 21048/14889/12305</w:t>
        <w:br/>
        <w:t>f 21032/14871/12288 21038/14879/12296 21048/14889/12305</w:t>
        <w:br/>
        <w:t>f 21051/14891/12307 21050/14890/12306 21038/14879/12296</w:t>
        <w:br/>
        <w:t>f 21040/14880/12297 21051/14891/12307 21038/14879/12296</w:t>
        <w:br/>
        <w:t>f 21040/14880/12297 21041/14881/12298 21052/14892/12308</w:t>
        <w:br/>
        <w:t>f 21051/14891/12307 21040/14880/12297 21052/14892/12308</w:t>
        <w:br/>
        <w:t>f 21053/14893/12309 21052/14892/12308 21041/14881/12298</w:t>
        <w:br/>
        <w:t>f 21042/14883/12300 21053/14893/12309 21041/14881/12298</w:t>
        <w:br/>
        <w:t>f 21042/14883/12300 21044/14885/12302 21054/14894/12310</w:t>
        <w:br/>
        <w:t>f 21053/14893/12309 21042/14883/12300 21054/14894/12310</w:t>
        <w:br/>
        <w:t>f 21044/14885/12302 21046/14887/6466 21055/14895/12311</w:t>
        <w:br/>
        <w:t>f 21054/14894/12310 21044/14885/12302 21055/14895/12311</w:t>
        <w:br/>
        <w:t>f 21074/14896/12312 21068/7946/6448 21073/14897/12313</w:t>
        <w:br/>
        <w:t>f 21068/7946/6448 21075/14898/12314 21070/7949/12315</w:t>
        <w:br/>
        <w:t>f 21078/14899/12316 21074/14896/12312 21077/14900/12317</w:t>
        <w:br/>
        <w:t>f 21076/14901/12317 21078/14899/12316 21077/14900/12317</w:t>
        <w:br/>
        <w:t>f 21078/14899/12316 21068/7946/6448 21074/14896/12312</w:t>
        <w:br/>
        <w:t>f 21082/14902/12318 21081/14903/12319 21080/14904/12320</w:t>
        <w:br/>
        <w:t>f 21079/14905/12321 21082/14902/12318 21080/14904/12320</w:t>
        <w:br/>
        <w:t>f 21081/14903/12319 21082/14902/12318 21084/14906/12322</w:t>
        <w:br/>
        <w:t>f 21083/14907/12323 21081/14903/12319 21084/14906/12322</w:t>
        <w:br/>
        <w:t>f 21083/14907/12323 21084/14906/12322 21086/14908/12324</w:t>
        <w:br/>
        <w:t>f 21085/14909/12325 21083/14907/12323 21086/14908/12324</w:t>
        <w:br/>
        <w:t>f 21087/7950/6452 21088/14910/12326 21085/14909/12325</w:t>
        <w:br/>
        <w:t>f 21086/14908/12324 21087/7950/6452 21085/14909/12325</w:t>
        <w:br/>
        <w:t>f 21087/7950/6452 21070/7949/6451 21089/14911/12327</w:t>
        <w:br/>
        <w:t>f 21088/14910/12326 21087/7950/6452 21089/14911/12327</w:t>
        <w:br/>
        <w:t>f 21104/14912/12328 20985/14826/12244 20987/14827/12245</w:t>
        <w:br/>
        <w:t>f 21103/14913/12329 21104/14912/12328 20987/14827/12245</w:t>
        <w:br/>
        <w:t>f 20991/14828/12246 20985/14826/12244 21104/14912/12328</w:t>
        <w:br/>
        <w:t>f 21105/14914/12330 20991/14828/12246 21104/14912/12328</w:t>
        <w:br/>
        <w:t>f 21105/14914/12330 21106/14915/12331 20990/14829/12247</w:t>
        <w:br/>
        <w:t>f 20991/14828/12246 21105/14914/12330 20990/14829/12247</w:t>
        <w:br/>
        <w:t>f 21106/14915/12331 21107/14916/12332 20992/14833/12251</w:t>
        <w:br/>
        <w:t>f 20990/14829/12247 21106/14915/12331 20992/14833/12251</w:t>
        <w:br/>
        <w:t>f 21108/14917/12333 20995/14834/12252 20992/14833/12251</w:t>
        <w:br/>
        <w:t>f 21107/14916/12332 21108/14917/12333 20992/14833/12251</w:t>
        <w:br/>
        <w:t>f 21109/14918/12334 20996/14837/12255 20995/14834/12252</w:t>
        <w:br/>
        <w:t>f 21108/14917/12333 21109/14918/12334 20995/14834/12252</w:t>
        <w:br/>
        <w:t>f 20999/14838/12256 20996/14837/12255 21109/14918/12334</w:t>
        <w:br/>
        <w:t>f 21110/14919/12335 20999/14838/12256 21109/14918/12334</w:t>
        <w:br/>
        <w:t>f 21114/14920/12336 21113/14921/12337 21112/14922/12337</w:t>
        <w:br/>
        <w:t>f 21111/14923/12336 21114/14920/12336 21112/14922/12337</w:t>
        <w:br/>
        <w:t>f 21117/14924/12338 21014/14854/12271 21116/14925/12339</w:t>
        <w:br/>
        <w:t>f 21115/14926/12340 21117/14924/12338 21116/14925/12339</w:t>
        <w:br/>
        <w:t>f 21115/14926/12340 21118/14927/12341 21047/14886/12303</w:t>
        <w:br/>
        <w:t>f 21025/14865/12282 21115/14926/12340 21047/14886/12303</w:t>
        <w:br/>
        <w:t>f 21130/14928/12342 21129/14929/12343 21128/14930/12344</w:t>
        <w:br/>
        <w:t>f 21127/14931/12345 21130/14928/12342 21128/14930/12344</w:t>
        <w:br/>
        <w:t>f 21132/14932/12346 21131/14933/12347 21127/14931/12345</w:t>
        <w:br/>
        <w:t>f 21128/14930/12344 21132/14932/12346 21127/14931/12345</w:t>
        <w:br/>
        <w:t>f 21134/14934/12348 21133/14935/12349 21131/14933/12347</w:t>
        <w:br/>
        <w:t>f 21132/14932/12346 21134/14934/12348 21131/14933/12347</w:t>
        <w:br/>
        <w:t>f 21134/14934/12348 21135/14936/12350 21090/7952/6454</w:t>
        <w:br/>
        <w:t>f 21133/14935/12349 21134/14934/12348 21090/7952/6454</w:t>
        <w:br/>
        <w:t>f 21136/14937/12351 21069/7945/6447 21090/7952/6454</w:t>
        <w:br/>
        <w:t>f 21135/14936/12350 21136/14937/12351 21090/7952/6454</w:t>
        <w:br/>
        <w:t>f 21395/14938/12352 21394/14939/12353 21393/14940/12354</w:t>
        <w:br/>
        <w:t>f 21392/14941/12354 21395/14938/12352 21393/14940/12354</w:t>
        <w:br/>
        <w:t>f 21070/7949/6451 21397/14942/12355 21396/14943/12355</w:t>
        <w:br/>
        <w:t>f 21089/14911/12327 21070/7949/6451 21396/14943/12355</w:t>
        <w:br/>
        <w:t>f 21401/14944/6683 21400/14945/6683 21399/14946/12356</w:t>
        <w:br/>
        <w:t>f 21398/14947/12356 21401/14944/6683 21399/14946/12356</w:t>
        <w:br/>
        <w:t>f 21392/14941/12354 21393/14940/12354 21403/14948/12357</w:t>
        <w:br/>
        <w:t>f 21402/14949/12358 21392/14941/12354 21403/14948/12357</w:t>
        <w:br/>
        <w:t>f 21068/7946/6448 21069/7945/6447 21073/14897/12313</w:t>
        <w:br/>
        <w:t>f 21394/14939/12353 21395/14938/12352 21069/7945/6447</w:t>
        <w:br/>
        <w:t>f 21136/14937/12351 21394/14939/12353 21069/7945/6447</w:t>
        <w:br/>
        <w:t>f 21068/7946/6448 21078/14899/12316 21075/14898/12314</w:t>
        <w:br/>
        <w:t>f 21397/14942/12355 21398/14947/12356 21399/14946/12356</w:t>
        <w:br/>
        <w:t>f 21396/14943/12355 21397/14942/12355 21399/14946/12356</w:t>
        <w:br/>
        <w:t>f 21422/14950/12359 21421/14951/12359 21420/14952/12360</w:t>
        <w:br/>
        <w:t>f 21419/14953/12360 21422/14950/12359 21420/14952/12360</w:t>
        <w:br/>
        <w:t>f 21425/14954/12361 21424/14955/12362 21423/14956/12363</w:t>
        <w:br/>
        <w:t>f 21425/14954/12361 21427/14957/12364 21426/14958/12365</w:t>
        <w:br/>
        <w:t>f 21424/14955/12362 21425/14954/12361 21426/14958/12365</w:t>
        <w:br/>
        <w:t>f 21430/14959/12366 21429/14960/12367 21428/14961/12368</w:t>
        <w:br/>
        <w:t>f 21431/14962/12369 21421/14951/12359 21422/14950/12359</w:t>
        <w:br/>
        <w:t>f 21423/14956/12363 21424/14955/12362 21430/14959/12366</w:t>
        <w:br/>
        <w:t>f 21432/14963/12370 21423/14956/12363 21430/14959/12366</w:t>
        <w:br/>
        <w:t>f 21461/14964/12371 21460/14965/12371 21459/14966/12372</w:t>
        <w:br/>
        <w:t>f 21420/14952/12360 21460/14965/12371 21461/14964/12371</w:t>
        <w:br/>
        <w:t>f 21419/14953/12360 21420/14952/12360 21461/14964/12371</w:t>
        <w:br/>
        <w:t>f 21505/14967/12373 21504/14968/12374 21503/14969/12375</w:t>
        <w:br/>
        <w:t>f 21502/14970/12376 21505/14967/12373 21503/14969/12375</w:t>
        <w:br/>
        <w:t>f 21520/14971/12377 21519/14972/12378 21518/14973/12379</w:t>
        <w:br/>
        <w:t>f 21540/14974/12380 21539/14975/12380 21538/14976/12381</w:t>
        <w:br/>
        <w:t>f 21537/14977/12382 21540/14974/12380 21538/14976/12381</w:t>
        <w:br/>
        <w:t>f 21567/14978/12383 21566/14979/12384 21565/14980/12385</w:t>
        <w:br/>
        <w:t>f 21564/14981/12386 21567/14978/12383 21565/14980/12385</w:t>
        <w:br/>
        <w:t>f 21564/14981/12386 21565/14980/12385 21571/14982/12387</w:t>
        <w:br/>
        <w:t>f 21566/14979/12384 21567/14978/12383 21574/14983/12388</w:t>
        <w:br/>
        <w:t>f 21573/14984/12389 21566/14979/12384 21574/14983/12388</w:t>
        <w:br/>
        <w:t>f 21577/14985/12390 21576/14986/12391 21575/14987/12392</w:t>
        <w:br/>
        <w:t>f 21595/14988/12393 21594/14989/12394 21593/14990/12395</w:t>
        <w:br/>
        <w:t>f 21592/14991/12396 21595/14988/12393 21593/14990/12395</w:t>
        <w:br/>
        <w:t>f 21601/14992/12397 21600/14993/12398 21599/14994/12399</w:t>
        <w:br/>
        <w:t>f 21598/14995/12400 21601/14992/12397 21599/14994/12399</w:t>
        <w:br/>
        <w:t>f 21614/14996/12401 21613/14997/12402 21612/14998/12403</w:t>
        <w:br/>
        <w:t>f 21611/14999/12404 21614/14996/12401 21612/14998/12403</w:t>
        <w:br/>
        <w:t>f 21617/15000/12405 21613/14997/12402 21614/14996/12401</w:t>
        <w:br/>
        <w:t>f 21619/15001/12406 21613/14997/12402 21617/15000/12405</w:t>
        <w:br/>
        <w:t>f 21618/15002/12407 21619/15001/12406 21617/15000/12405</w:t>
        <w:br/>
        <w:t>f 21611/14999/12404 21612/14998/12403 21621/15003/12408</w:t>
        <w:br/>
        <w:t>f 21620/15004/12409 21611/14999/12404 21621/15003/12408</w:t>
        <w:br/>
        <w:t>f 21628/15005/12410 21627/15006/12411 21626/15007/12412</w:t>
        <w:br/>
        <w:t>f 21625/15008/12413 21628/15005/12410 21626/15007/12412</w:t>
        <w:br/>
        <w:t>f 21632/15009/12414 21627/15006/12411 21628/15005/12410</w:t>
        <w:br/>
        <w:t>f 21631/15010/12415 21632/15009/12414 21628/15005/12410</w:t>
        <w:br/>
        <w:t>f 21632/15009/12414 21631/15010/12415 21633/15011/12416</w:t>
        <w:br/>
        <w:t>f 21636/15012/12417 21635/15013/12417 21634/15014/12418</w:t>
        <w:br/>
        <w:t>f 21503/14969/12375 21504/14968/12374 21656/15015/12419</w:t>
        <w:br/>
        <w:t>f 21628/15005/12410 21634/15014/12420 21631/15010/12415</w:t>
        <w:br/>
        <w:t>f 21625/15008/12413 21634/15014/12420 21628/15005/12410</w:t>
        <w:br/>
        <w:t>f 21519/14972/12378 21658/15016/12421 21657/15017/12422</w:t>
        <w:br/>
        <w:t>f 21538/14976/12381 21660/15018/12423 21659/15019/12424</w:t>
        <w:br/>
        <w:t>f 21520/14971/12377 21663/15020/12425 21519/14972/12378</w:t>
        <w:br/>
        <w:t>f 21665/15021/12426 21664/15022/12427 21505/14967/12373</w:t>
        <w:br/>
        <w:t>f 21592/14991/12396 21668/15023/12428 21601/14992/12397</w:t>
        <w:br/>
        <w:t>f 21598/14995/12400 21592/14991/12396 21601/14992/12397</w:t>
        <w:br/>
        <w:t>f 21518/14973/12379 21519/14972/12378 21657/15017/12422</w:t>
        <w:br/>
        <w:t>f 21537/14977/12382 21538/14976/12381 21659/15019/12424</w:t>
        <w:br/>
        <w:t>f 21540/14974/12380 21669/15024/12429 21539/14975/12380</w:t>
        <w:br/>
        <w:t>f 21665/15021/12426 21505/14967/12373 21502/14970/12376</w:t>
        <w:br/>
        <w:t>f 21625/15008/12413 21626/15007/12412 21675/15025/12430</w:t>
        <w:br/>
        <w:t>f 21674/15026/12431 21625/15008/12413 21675/15025/12430</w:t>
        <w:br/>
        <w:t>f 20987/14827/12245 21018/14858/12275 21725/15027/12432</w:t>
        <w:br/>
        <w:t>f 21103/14913/12329 20987/14827/12245 21725/15027/12432</w:t>
        <w:br/>
        <w:t>f 21026/14867/12284 21726/15028/12433 21725/15027/12432</w:t>
        <w:br/>
        <w:t>f 21018/14858/12275 21026/14867/12284 21725/15027/12432</w:t>
        <w:br/>
        <w:t>f 21739/15029/12434 20894/14796/12217 20892/14797/12218</w:t>
        <w:br/>
        <w:t>f 20978/14819/12237 21739/15029/12434 20892/14797/12218</w:t>
        <w:br/>
        <w:t>f 21740/15030/12435 21739/15029/12434 20978/14819/12237</w:t>
        <w:br/>
        <w:t>f 20986/14825/12243 21740/15030/12435 20978/14819/12237</w:t>
        <w:br/>
        <w:t>f 21742/15031/12224 21001/14842/12257 21002/14841/12259</w:t>
        <w:br/>
        <w:t>f 21741/15032/12436 21742/15031/12224 21002/14841/12259</w:t>
        <w:br/>
        <w:t>f 21741/15032/12436 21002/14841/12259 21004/14845/12261</w:t>
        <w:br/>
        <w:t>f 21743/15033/12437 21741/15032/12436 21004/14845/12261</w:t>
        <w:br/>
        <w:t>f 20920/7879/6393 21743/15033/12437 21004/14845/12261</w:t>
        <w:br/>
        <w:t>f 21006/14847/12263 20920/7879/6393 21004/14845/12261</w:t>
        <w:br/>
        <w:t>f 20949/7909/6418 21010/14850/12266 20962/7922/12268</w:t>
        <w:br/>
        <w:t>f 21008/14849/12265 20934/7894/6405 20935/7893/6404</w:t>
        <w:br/>
        <w:t>f 21756/15034/12438 20981/14820/12238 20975/14816/12234</w:t>
        <w:br/>
        <w:t>f 20972/14813/12231 20939/7897/6408 20936/7900/6411</w:t>
        <w:br/>
        <w:t>f 21020/14860/12277 21022/14862/12279 21028/14869/12286</w:t>
        <w:br/>
        <w:t>f 21039/14878/12295 21020/14860/12277 21028/14869/12286</w:t>
        <w:br/>
        <w:t>f 21020/14860/12277 21039/14878/12295 21033/14870/12287</w:t>
        <w:br/>
        <w:t>f 21015/14855/12272 21020/14860/12277 21033/14870/12287</w:t>
        <w:br/>
        <w:t>f 20923/7883/6397 21015/14855/12272 20922/7884/6398</w:t>
        <w:br/>
        <w:t>f 21030/14873/12290 21016/14856/12273 21015/14855/12272</w:t>
        <w:br/>
        <w:t>f 21033/14870/12287 21030/14873/12290 21015/14855/12272</w:t>
        <w:br/>
        <w:t>f 21034/14875/12292 21017/14857/12274 21016/14856/12273</w:t>
        <w:br/>
        <w:t>f 21030/14873/12290 21034/14875/12292 21016/14856/12273</w:t>
        <w:br/>
        <w:t>f 21027/14866/12283 21018/14858/12275 21017/14857/12274</w:t>
        <w:br/>
        <w:t>f 21034/14875/12292 21027/14866/12283 21017/14857/12274</w:t>
        <w:br/>
        <w:t>f 21045/14884/12301 21025/14865/12282 21047/14886/12303</w:t>
        <w:br/>
        <w:t>f 21045/14884/12301 21043/14882/12299 21024/14864/12281</w:t>
        <w:br/>
        <w:t>f 21025/14865/12282 21045/14884/12301 21024/14864/12281</w:t>
        <w:br/>
        <w:t>f 21043/14882/12299 21029/14868/12285 21023/14863/12280</w:t>
        <w:br/>
        <w:t>f 21024/14864/12281 21043/14882/12299 21023/14863/12280</w:t>
        <w:br/>
        <w:t>f 21022/14862/12279 21020/14860/12277 21021/14859/12276</w:t>
        <w:br/>
        <w:t>f 20972/14813/12231 20936/7900/6411 20975/14816/12234</w:t>
        <w:br/>
        <w:t>f 21022/14862/12279 21021/14859/12276 20962/7922/12268</w:t>
        <w:br/>
        <w:t>f 21020/14860/12277 21015/14855/12272 20923/7883/6397</w:t>
        <w:br/>
        <w:t>f 21051/14891/12307 21760/15035/12439 21759/15036/12440</w:t>
        <w:br/>
        <w:t>f 21050/14890/12306 21051/14891/12307 21759/15036/12440</w:t>
        <w:br/>
        <w:t>f 21087/7950/6452 21086/14908/12324 21761/15037/12441</w:t>
        <w:br/>
        <w:t>f 21055/14895/12311 21130/14928/12342 21127/14931/12345</w:t>
        <w:br/>
        <w:t>f 21054/14894/12310 21055/14895/12311 21127/14931/12345</w:t>
        <w:br/>
        <w:t>f 21053/14893/12309 21054/14894/12310 21127/14931/12345</w:t>
        <w:br/>
        <w:t>f 21131/14933/12347 21053/14893/12309 21127/14931/12345</w:t>
        <w:br/>
        <w:t>f 21052/14892/12308 21131/14933/12347 21133/14935/12349</w:t>
        <w:br/>
        <w:t>f 20986/14825/12243 20988/14831/12249 21772/15038/12442</w:t>
        <w:br/>
        <w:t>f 21740/15030/12435 20986/14825/12243 21772/15038/12442</w:t>
        <w:br/>
        <w:t>f 21776/15039/12443 21775/15040/12444 21774/15041/12444</w:t>
        <w:br/>
        <w:t>f 21773/15042/12443 21776/15039/12443 21774/15041/12444</w:t>
        <w:br/>
        <w:t>f 20988/14831/12249 20989/14830/12248 21778/15043/12445</w:t>
        <w:br/>
        <w:t>f 21777/15044/12446 20988/14831/12249 21778/15043/12445</w:t>
        <w:br/>
        <w:t>f 21776/15039/12443 21773/15042/12443 21780/15045/12447</w:t>
        <w:br/>
        <w:t>f 21779/15046/12447 21776/15039/12443 21780/15045/12447</w:t>
        <w:br/>
        <w:t>f 21779/15046/12447 21780/15045/12447 21782/15047/12448</w:t>
        <w:br/>
        <w:t>f 21781/15048/12448 21779/15046/12447 21782/15047/12448</w:t>
        <w:br/>
        <w:t>f 20989/14830/12248 21784/15049/12449 21783/15050/12450</w:t>
        <w:br/>
        <w:t>f 21778/15043/12445 20989/14830/12248 21783/15050/12450</w:t>
        <w:br/>
        <w:t>f 21781/15048/12448 21782/15047/12448 21786/15051/12451</w:t>
        <w:br/>
        <w:t>f 21785/15052/12451 21781/15048/12448 21786/15051/12451</w:t>
        <w:br/>
        <w:t>f 21788/15053/12452 21787/15054/12452 21783/15050/12450</w:t>
        <w:br/>
        <w:t>f 21784/15049/12449 21788/15053/12452 21783/15050/12450</w:t>
        <w:br/>
        <w:t>f 21792/15055/12453 21791/15056/12454 21790/15057/12455</w:t>
        <w:br/>
        <w:t>f 21789/15058/12456 21792/15055/12453 21790/15057/12455</w:t>
        <w:br/>
        <w:t>f 21794/15059/12457 21793/15060/12458 21787/15054/12452</w:t>
        <w:br/>
        <w:t>f 21788/15053/12452 21794/15059/12457 21787/15054/12452</w:t>
        <w:br/>
        <w:t>f 21789/15058/12456 21790/15057/12455 21796/15061/12459</w:t>
        <w:br/>
        <w:t>f 21795/15062/12459 21789/15058/12456 21796/15061/12459</w:t>
        <w:br/>
        <w:t>f 21794/15059/12457 21798/15063/12460 21797/15064/12461</w:t>
        <w:br/>
        <w:t>f 21793/15060/12458 21794/15059/12457 21797/15064/12461</w:t>
        <w:br/>
        <w:t>f 20985/14826/12244 20991/14828/12246 20988/14831/12249</w:t>
        <w:br/>
        <w:t>f 20986/14825/12243 20985/14826/12244 20988/14831/12249</w:t>
        <w:br/>
        <w:t>f 20894/14796/12217 20889/7865/6379 20893/8265/6710</w:t>
        <w:br/>
        <w:t>f 20786/14694/12133 20784/14690/12129 20781/14693/12132</w:t>
        <w:br/>
        <w:t>f 21743/15033/12437 20920/7879/6393 20901/7871/6385</w:t>
        <w:br/>
        <w:t>f 20805/14712/12151 20840/14749/12184 20841/14753/12187</w:t>
        <w:br/>
        <w:t>f 20872/14778/12203 20868/14775/12462 20871/14779/6400</w:t>
        <w:br/>
        <w:t>f 20801/14711/12150 20802/14710/12149 21799/15065/12463</w:t>
        <w:br/>
        <w:t>f 20866/14777/12202 20867/14776/12202 20863/14773/12200</w:t>
        <w:br/>
        <w:t>f 20864/14772/12200 20866/14777/12202 20863/14773/12200</w:t>
        <w:br/>
        <w:t>f 21800/15066/12464 21035/14874/12291 21031/14872/12289</w:t>
        <w:br/>
        <w:t>f 21049/14888/12304 21800/15066/12464 21031/14872/12289</w:t>
        <w:br/>
        <w:t>f 21801/15067/12465 21036/14876/12293 21035/14874/12291</w:t>
        <w:br/>
        <w:t>f 21800/15066/12464 21801/15067/12465 21035/14874/12291</w:t>
        <w:br/>
        <w:t>f 21036/14876/12293 21801/15067/12465 21802/15068/12466</w:t>
        <w:br/>
        <w:t>f 21037/14877/12294 21036/14876/12293 21802/15068/12466</w:t>
        <w:br/>
        <w:t>f 21084/14906/12322 21800/15066/12464 21049/14888/12304</w:t>
        <w:br/>
        <w:t>f 21082/14902/12318 21801/15067/12465 21800/15066/12464</w:t>
        <w:br/>
        <w:t>f 21084/14906/12322 21082/14902/12318 21800/15066/12464</w:t>
        <w:br/>
        <w:t>f 21801/15067/12465 21082/14902/12318 21079/14905/12321</w:t>
        <w:br/>
        <w:t>f 21802/15068/12466 21801/15067/12465 21079/14905/12321</w:t>
        <w:br/>
        <w:t>f 21084/14906/12322 21049/14888/12304 21086/14908/12324</w:t>
        <w:br/>
        <w:t>f 21052/14892/12308 21053/14893/12309 21131/14933/12347</w:t>
        <w:br/>
        <w:t>f 21760/15035/12439 21803/8270/6713 21759/15036/12440</w:t>
        <w:br/>
        <w:t>f 21807/8269/6712 21067/7943/6445 21066/7944/6446</w:t>
        <w:br/>
        <w:t>f 21761/15037/12441 21807/8269/6712 21066/7944/6446</w:t>
        <w:br/>
        <w:t>f 21133/14935/12349 21760/15035/12439 21051/14891/12307</w:t>
        <w:br/>
        <w:t>f 21052/14892/12308 21133/14935/12349 21051/14891/12307</w:t>
        <w:br/>
        <w:t>f 21803/8270/6713 21760/15035/12439 21090/7952/6454</w:t>
        <w:br/>
        <w:t>f 21808/8271/6714 21803/8270/6713 21090/7952/6454</w:t>
        <w:br/>
        <w:t>f 21759/15036/12440 21761/15037/12441 21048/14889/12305</w:t>
        <w:br/>
        <w:t>f 21050/14890/12306 21759/15036/12440 21048/14889/12305</w:t>
        <w:br/>
        <w:t>f 21759/15036/12440 21807/8269/6712 21761/15037/12441</w:t>
        <w:br/>
        <w:t>f 21090/7952/6454 21760/15035/12439 21133/14935/12349</w:t>
        <w:br/>
        <w:t>f 21086/14908/12324 21049/14888/12304 21048/14889/12305</w:t>
        <w:br/>
        <w:t>f 21761/15037/12441 21086/14908/12324 21048/14889/12305</w:t>
        <w:br/>
        <w:t>f 21593/14990/12395 21668/15023/12428 21592/14991/12396</w:t>
        <w:br/>
        <w:t>f 21625/15008/12413 21674/15026/12431 21634/15014/12420</w:t>
        <w:br/>
        <w:t>f 21428/14961/12368 21432/14963/12370 21430/14959/12366</w:t>
        <w:br/>
        <w:t>f 21811/15069/12467 21571/14982/12387 21565/14980/12385</w:t>
        <w:br/>
        <w:t>f 21815/15070/12468 21814/15071/12469 21813/15072/12470</w:t>
        <w:br/>
        <w:t>f 21814/15071/12469 21816/15073/12471 21813/15072/12470</w:t>
        <w:br/>
        <w:t>f 21819/15074/12472 21818/15075/12473 21817/15076/12474</w:t>
        <w:br/>
        <w:t>f 21821/15077/12475 21817/15076/12474 21820/15078/12476</w:t>
        <w:br/>
        <w:t>f 21824/15079/12477 21823/15080/12478 21820/15078/12476</w:t>
        <w:br/>
        <w:t>f 21822/15081/12477 21824/15079/12477 21820/15078/12476</w:t>
        <w:br/>
        <w:t>f 21825/15082/12479 21824/15079/12477 21822/15081/12477</w:t>
        <w:br/>
        <w:t>f 21816/15073/12471 21825/15082/12479 21822/15081/12477</w:t>
        <w:br/>
        <w:t>f 21828/15083/12480 21827/15084/12481 21826/15085/12482</w:t>
        <w:br/>
        <w:t>f 21831/15086/12483 21830/15087/12484 21829/15088/12485</w:t>
        <w:br/>
        <w:t>f 21833/15089/12486 21832/15090/12487 21830/15087/12484</w:t>
        <w:br/>
        <w:t>f 21823/15080/12478 21821/15077/12475 21820/15078/12476</w:t>
        <w:br/>
        <w:t>f 21832/15090/12487 21834/15091/12488 21826/15085/12482</w:t>
        <w:br/>
        <w:t>f 21827/15084/12481 21832/15090/12487 21826/15085/12482</w:t>
        <w:br/>
        <w:t>f 21835/15092/12489 21831/15086/12483 21829/15088/12485</w:t>
        <w:br/>
        <w:t>f 21818/15075/12473 21836/15093/12490 21817/15076/12474</w:t>
        <w:br/>
        <w:t>f 21838/15094/12491 21837/15095/12492 21829/15088/12485</w:t>
        <w:br/>
        <w:t>f 21836/15093/12490 21840/15096/12493 21839/15097/12494</w:t>
        <w:br/>
        <w:t>f 21829/15088/12485 21841/15098/12495 21835/15092/12489</w:t>
        <w:br/>
        <w:t>f 21829/15088/12485 21837/15095/12492 21841/15098/12495</w:t>
        <w:br/>
        <w:t>f 21836/15093/12490 21839/15097/12494 21817/15076/12474</w:t>
        <w:br/>
        <w:t>f 21831/15086/12483 21833/15089/12486 21830/15087/12484</w:t>
        <w:br/>
        <w:t>f 21833/15089/12486 21834/15091/12488 21832/15090/12487</w:t>
        <w:br/>
        <w:t>f 21814/15071/12469 21825/15082/12479 21816/15073/12471</w:t>
        <w:br/>
        <w:t>f 21821/15077/12475 21819/15074/12472 21817/15076/12474</w:t>
        <w:br/>
        <w:t>f 20868/14775/12462 20872/14778/12203 20828/14737/12175</w:t>
        <w:br/>
        <w:t>f 20841/14753/12187 20840/14749/12184 20844/14750/12185</w:t>
        <w:br/>
        <w:t>f 20826/14734/12172 20870/14780/6387 21843/15099/6382</w:t>
        <w:br/>
        <w:t>f 21842/15100/12153 20826/14734/12172 21843/15099/6382</w:t>
        <w:br/>
        <w:t>f 21845/15101/12470 21827/15084/12481 21828/15083/12480</w:t>
        <w:br/>
        <w:t>f 21844/15102/12496 21845/15101/12470 21828/15083/12480</w:t>
        <w:br/>
        <w:t>f 20809/14721/12160 20814/14724/12163 20818/14728/12167</w:t>
        <w:br/>
        <w:t>f 20812/14718/12157 20809/14721/12160 20818/14728/12167</w:t>
        <w:br/>
        <w:t>f 21846/15103/12497 20813/14725/12164 20814/14724/12163</w:t>
        <w:br/>
        <w:t>f 20809/14721/12160 21846/15103/12497 20814/14724/12163</w:t>
        <w:br/>
        <w:t>f 20811/14719/12158 20804/14713/12152 20810/14720/12159</w:t>
        <w:br/>
        <w:t>f 20810/14720/12159 20805/14712/12151 21848/15104/12498</w:t>
        <w:br/>
        <w:t>f 21847/15105/12499 20810/14720/12159 21848/15104/12498</w:t>
        <w:br/>
        <w:t>f 20820/14730/12169 20815/14723/12162 20817/14726/12165</w:t>
        <w:br/>
        <w:t>f 20824/14736/12174 20825/14735/12173 21850/15106/12500</w:t>
        <w:br/>
        <w:t>f 21849/15107/12501 20824/14736/12174 21850/15106/12500</w:t>
        <w:br/>
        <w:t>f 21852/15108/12502 21851/15109/12503 20832/14741/12178</w:t>
        <w:br/>
        <w:t>f 21855/15110/12504 21854/15111/12505 21853/15112/12506</w:t>
        <w:br/>
        <w:t>f 21856/15113/12507 21854/15111/12505 21855/15110/12504</w:t>
        <w:br/>
        <w:t>f 20831/14738/12176 20832/14741/12178 21851/15109/12503</w:t>
        <w:br/>
        <w:t>f 20810/14720/12159 20804/14713/12152 20805/14712/12151</w:t>
        <w:br/>
        <w:t>f 20879/14787/12208 20876/14782/12205 20873/14785/12205</w:t>
        <w:br/>
        <w:t>f 20878/14788/12209 20879/14787/12208 20873/14785/12205</w:t>
        <w:br/>
        <w:t>f 21857/15114/12508 21851/15109/12503 21852/15108/12502</w:t>
        <w:br/>
        <w:t>f 20896/14799/12220 21772/15038/12442 21858/15115/12509</w:t>
        <w:br/>
        <w:t>f 20895/14800/12221 20896/14799/12220 21858/15115/12509</w:t>
        <w:br/>
        <w:t>f 20895/14800/12221 21858/15115/12509 21859/15116/12510</w:t>
        <w:br/>
        <w:t>f 20899/14801/12222 20895/14800/12221 21859/15116/12510</w:t>
        <w:br/>
        <w:t>f 20899/14801/12222 21859/15116/12510 21860/15117/12511</w:t>
        <w:br/>
        <w:t>f 20906/14807/12228 20899/14801/12222 21860/15117/12511</w:t>
        <w:br/>
        <w:t>f 21861/15118/12512 20903/14805/12226 21792/15055/12453</w:t>
        <w:br/>
        <w:t>f 21789/15058/12456 21861/15118/12512 21792/15055/12453</w:t>
        <w:br/>
        <w:t>f 21861/15118/12512 21789/15058/12456 21862/15119/12257</w:t>
        <w:br/>
        <w:t>f 20903/14805/12226 20906/14807/12228 21860/15117/12511</w:t>
        <w:br/>
        <w:t>f 21792/15055/12453 20903/14805/12226 21860/15117/12511</w:t>
        <w:br/>
        <w:t>f 21792/15055/12453 21785/15052/12451 21786/15051/12451</w:t>
        <w:br/>
        <w:t>f 21791/15056/12454 21792/15055/12453 21786/15051/12451</w:t>
        <w:br/>
        <w:t>f 20809/14721/12160 20810/14720/12159 21847/15105/12499</w:t>
        <w:br/>
        <w:t>f 21846/15103/12497 20809/14721/12160 21847/15105/12499</w:t>
        <w:br/>
        <w:t>f 21848/15104/12498 20808/14715/12154 21847/15105/12499</w:t>
        <w:br/>
        <w:t>f 20808/14715/12154 20806/14717/12156 21846/15103/12497</w:t>
        <w:br/>
        <w:t>f 21847/15105/12499 20808/14715/12154 21846/15103/12497</w:t>
        <w:br/>
        <w:t>f 20813/14725/12164 21846/15103/12497 20806/14717/12156</w:t>
        <w:br/>
        <w:t>f 20837/14746/12183 20813/14725/12164 20806/14717/12156</w:t>
        <w:br/>
        <w:t>f 20837/14746/12183 20816/14722/12161 20813/14725/12164</w:t>
        <w:br/>
        <w:t>f 20835/14743/12180 20836/14742/12179 21864/15120/12513</w:t>
        <w:br/>
        <w:t>f 21863/15121/12514 20835/14743/12180 21864/15120/12513</w:t>
        <w:br/>
        <w:t>f 21849/15107/12501 21865/15122/12515 20828/14737/12175</w:t>
        <w:br/>
        <w:t>f 20824/14736/12174 21849/15107/12501 20828/14737/12175</w:t>
        <w:br/>
        <w:t>f 21863/15121/12514 21864/15120/12513 21853/15112/12506</w:t>
        <w:br/>
        <w:t>f 21854/15111/12505 21863/15121/12514 21853/15112/12506</w:t>
        <w:br/>
        <w:t>f 21856/15113/12507 20828/14737/12175 21865/15122/12515</w:t>
        <w:br/>
        <w:t>f 20834/14744/12181 20835/14743/12180 21849/15107/12501</w:t>
        <w:br/>
        <w:t>f 21850/15106/12500 20834/14744/12181 21849/15107/12501</w:t>
        <w:br/>
        <w:t>f 21865/15122/12515 21849/15107/12501 20835/14743/12180</w:t>
        <w:br/>
        <w:t>f 21863/15121/12514 21865/15122/12515 20835/14743/12180</w:t>
        <w:br/>
        <w:t>f 21856/15113/12507 21865/15122/12515 21863/15121/12514</w:t>
        <w:br/>
        <w:t>f 21854/15111/12505 21856/15113/12507 21863/15121/12514</w:t>
        <w:br/>
        <w:t>f 21851/15109/12503 20836/14742/12179 20833/14745/12182</w:t>
        <w:br/>
        <w:t>f 20831/14738/12176 21851/15109/12503 20833/14745/12182</w:t>
        <w:br/>
        <w:t>f 20836/14742/12179 21851/15109/12503 21857/15114/12508</w:t>
        <w:br/>
        <w:t>f 21864/15120/12513 20836/14742/12179 21857/15114/12508</w:t>
        <w:br/>
        <w:t>f 21853/15112/12506 21864/15120/12513 21857/15114/12508</w:t>
        <w:br/>
        <w:t>f 21740/15030/12435 21772/15038/12442 20896/14799/12220</w:t>
        <w:br/>
        <w:t>f 22776/15123/1217 22775/15124/1215 22774/15125/6020</w:t>
        <w:br/>
        <w:t>f 22777/15126/6370 22776/15123/1217 22774/15125/6020</w:t>
        <w:br/>
        <w:t>f 22781/15127/1213 22780/15128/1214 22779/15129/1217</w:t>
        <w:br/>
        <w:t>f 22778/15130/1212 22781/15127/1213 22779/15129/1217</w:t>
        <w:br/>
        <w:t>f 22783/15131/5866 22782/15132/1226 22780/15128/1214</w:t>
        <w:br/>
        <w:t>f 22781/15127/1213 22783/15131/5866 22780/15128/1214</w:t>
        <w:br/>
        <w:t>f 22785/15133/8095 22784/15134/1224 22782/15132/1226</w:t>
        <w:br/>
        <w:t>f 22783/15131/5866 22785/15133/8095 22782/15132/1226</w:t>
        <w:br/>
        <w:t>f 22787/15135/1223 22786/15136/1222 22784/15134/1224</w:t>
        <w:br/>
        <w:t>f 22785/15133/8095 22787/15135/1223 22784/15134/1224</w:t>
        <w:br/>
        <w:t>f 22788/15137/1220 22786/15136/1222 22787/15135/1223</w:t>
        <w:br/>
        <w:t>f 22789/15138/1415 22788/15137/1220 22787/15135/1223</w:t>
        <w:br/>
        <w:t>f 22790/15139/1218 22788/15137/1220 22789/15138/1415</w:t>
        <w:br/>
        <w:t>f 22791/15140/1219 22790/15139/1218 22789/15138/1415</w:t>
        <w:br/>
        <w:t>f 22775/15124/1215 22790/15139/1218 22791/15140/1219</w:t>
        <w:br/>
        <w:t>f 22774/15125/6020 22775/15124/1215 22791/15140/1219</w:t>
        <w:br/>
        <w:t>f 22793/15141/1231 22792/15142/1230 22775/15124/1215</w:t>
        <w:br/>
        <w:t>f 22776/15123/1217 22793/15141/1231 22775/15124/1215</w:t>
        <w:br/>
        <w:t>f 22780/15128/1214 22795/15143/1229 22794/15144/1231</w:t>
        <w:br/>
        <w:t>f 22779/15129/1217 22780/15128/1214 22794/15144/1231</w:t>
        <w:br/>
        <w:t>f 22782/15132/1226 22796/15145/1236 22795/15143/1229</w:t>
        <w:br/>
        <w:t>f 22780/15128/1214 22782/15132/1226 22795/15143/1229</w:t>
        <w:br/>
        <w:t>f 22784/15134/1224 22797/15146/5854 22796/15145/1236</w:t>
        <w:br/>
        <w:t>f 22782/15132/1226 22784/15134/1224 22796/15145/1236</w:t>
        <w:br/>
        <w:t>f 22786/15136/1222 22798/15147/1234 22797/15146/5854</w:t>
        <w:br/>
        <w:t>f 22784/15134/1224 22786/15136/1222 22797/15146/5854</w:t>
        <w:br/>
        <w:t>f 22788/15137/1220 22799/15148/1233 22798/15147/1234</w:t>
        <w:br/>
        <w:t>f 22786/15136/1222 22788/15137/1220 22798/15147/1234</w:t>
        <w:br/>
        <w:t>f 22800/15149/1232 22799/15148/1233 22788/15137/1220</w:t>
        <w:br/>
        <w:t>f 22790/15139/1218 22800/15149/1232 22788/15137/1220</w:t>
        <w:br/>
        <w:t>f 22792/15142/1230 22800/15149/1232 22790/15139/1218</w:t>
        <w:br/>
        <w:t>f 22775/15124/1215 22792/15142/1230 22790/15139/1218</w:t>
        <w:br/>
        <w:t>f 22802/15150/12516 22801/15151/1431 22792/15142/1230</w:t>
        <w:br/>
        <w:t>f 22793/15141/1231 22802/15150/12516 22792/15142/1230</w:t>
        <w:br/>
        <w:t>f 22804/15152/1238 22803/15153/12516 22794/15144/1231</w:t>
        <w:br/>
        <w:t>f 22795/15143/1229 22804/15152/1238 22794/15144/1231</w:t>
        <w:br/>
        <w:t>f 22805/15154/5874 22804/15152/1238 22795/15143/1229</w:t>
        <w:br/>
        <w:t>f 22796/15145/1236 22805/15154/5874 22795/15143/1229</w:t>
        <w:br/>
        <w:t>f 22797/15146/5854 22806/15155/6028 22805/15154/5874</w:t>
        <w:br/>
        <w:t>f 22796/15145/1236 22797/15146/5854 22805/15154/5874</w:t>
        <w:br/>
        <w:t>f 22798/15147/1234 22807/15156/7323 22806/15155/6028</w:t>
        <w:br/>
        <w:t>f 22797/15146/5854 22798/15147/1234 22806/15155/6028</w:t>
        <w:br/>
        <w:t>f 22808/15157/1433 22807/15156/7323 22798/15147/1234</w:t>
        <w:br/>
        <w:t>f 22799/15148/1233 22808/15157/1433 22798/15147/1234</w:t>
        <w:br/>
        <w:t>f 22809/15158/1241 22808/15157/1433 22799/15148/1233</w:t>
        <w:br/>
        <w:t>f 22800/15149/1232 22809/15158/1241 22799/15148/1233</w:t>
        <w:br/>
        <w:t>f 22792/15142/1230 22801/15151/1431 22809/15158/1241</w:t>
        <w:br/>
        <w:t>f 22800/15149/1232 22792/15142/1230 22809/15158/1241</w:t>
        <w:br/>
        <w:t>f 22777/15126/6370 22774/15125/6020 22810/15159/1246</w:t>
        <w:br/>
        <w:t>f 22781/15127/1213 22778/15130/1212 22810/15159/1246</w:t>
        <w:br/>
        <w:t>f 22783/15131/5866 22781/15127/1213 22810/15159/1246</w:t>
        <w:br/>
        <w:t>f 22785/15133/8095 22783/15131/5866 22810/15159/1246</w:t>
        <w:br/>
        <w:t>f 22787/15135/1223 22785/15133/8095 22810/15159/1246</w:t>
        <w:br/>
        <w:t>f 22789/15138/1415 22787/15135/1223 22810/15159/1246</w:t>
        <w:br/>
        <w:t>f 22791/15140/1219 22789/15138/1415 22810/15159/1246</w:t>
        <w:br/>
        <w:t>f 22774/15125/6020 22791/15140/1219 22810/15159/1246</w:t>
        <w:br/>
        <w:t>f 22801/15151/1431 22802/15150/12516 22811/15160/1247</w:t>
        <w:br/>
        <w:t>f 22803/15153/12516 22804/15152/1238 22811/15160/1247</w:t>
        <w:br/>
        <w:t>f 22804/15152/1238 22805/15154/5874 22811/15160/1247</w:t>
        <w:br/>
        <w:t>f 22805/15154/5874 22806/15155/6028 22811/15160/1247</w:t>
        <w:br/>
        <w:t>f 22806/15155/6028 22807/15156/7323 22811/15160/1247</w:t>
        <w:br/>
        <w:t>f 22807/15156/7323 22808/15157/1433 22811/15160/1247</w:t>
        <w:br/>
        <w:t>f 22808/15157/1433 22809/15158/1241 22811/15160/1247</w:t>
        <w:br/>
        <w:t>f 22809/15158/1241 22801/15151/1431 22811/15160/1247</w:t>
        <w:br/>
        <w:t>f 23019/15161/12517 23018/15162/12518 23017/15163/12519</w:t>
        <w:br/>
        <w:t>f 23016/15164/12517 23019/15161/12517 23017/15163/12519</w:t>
        <w:br/>
        <w:t>f 23022/15165/12520 23021/15166/12521 23020/15167/12522</w:t>
        <w:br/>
        <w:t>f 23026/15168/12523 23025/15169/12524 23024/15170/12525</w:t>
        <w:br/>
        <w:t>f 23023/15171/12526 23026/15168/12523 23024/15170/12525</w:t>
        <w:br/>
        <w:t>f 23028/15172/12527 23027/15173/12528 23025/15169/12524</w:t>
        <w:br/>
        <w:t>f 23026/15168/12523 23028/15172/12527 23025/15169/12524</w:t>
        <w:br/>
        <w:t>f 23030/15174/12529 23027/15173/12528 23029/15175/12530</w:t>
        <w:br/>
        <w:t>f 23032/15176/12531 23031/15177/12532 23030/15174/12529</w:t>
        <w:br/>
        <w:t>f 23032/15176/12531 23033/15178/12533 23031/15177/12532</w:t>
        <w:br/>
        <w:t>f 23036/15179/12534 23035/15180/12535 23033/15178/12533</w:t>
        <w:br/>
        <w:t>f 23034/15181/12536 23036/15179/12534 23033/15178/12533</w:t>
        <w:br/>
        <w:t>f 23038/15182/12537 23037/15183/12538 23017/15163/12519</w:t>
        <w:br/>
        <w:t>f 23018/15162/12518 23038/15182/12537 23017/15163/12519</w:t>
        <w:br/>
        <w:t>f 23040/15184/12539 23037/15183/12538 23038/15182/12537</w:t>
        <w:br/>
        <w:t>f 23039/15185/12539 23040/15184/12539 23038/15182/12537</w:t>
        <w:br/>
        <w:t>f 23022/15165/12520 23019/15161/12517 23016/15164/12517</w:t>
        <w:br/>
        <w:t>f 23041/15186/12540 23022/15165/12520 23016/15164/12517</w:t>
        <w:br/>
        <w:t>f 23023/15171/12526 23024/15170/12525 23043/15187/12541</w:t>
        <w:br/>
        <w:t>f 23042/15188/12542 23023/15171/12526 23043/15187/12541</w:t>
        <w:br/>
        <w:t>f 23047/15189/12543 23046/15190/12544 23045/15191/12545</w:t>
        <w:br/>
        <w:t>f 23044/15192/12545 23047/15189/12543 23045/15191/12545</w:t>
        <w:br/>
        <w:t>f 23050/15193/12546 23049/15194/12547 23048/15195/12548</w:t>
        <w:br/>
        <w:t>f 23054/15196/12549 23053/15197/12550 23052/15198/12550</w:t>
        <w:br/>
        <w:t>f 23051/15199/12551 23054/15196/12549 23052/15198/12550</w:t>
        <w:br/>
        <w:t>f 23053/15197/12550 23056/15200/12552 23055/15201/12553</w:t>
        <w:br/>
        <w:t>f 23052/15198/12550 23053/15197/12550 23055/15201/12553</w:t>
        <w:br/>
        <w:t>f 23057/15202/12554 23055/15201/12553 23056/15200/12552</w:t>
        <w:br/>
        <w:t>f 23060/15203/12555 23059/15204/12556 23058/15205/12557</w:t>
        <w:br/>
        <w:t>f 23058/15205/12557 23059/15204/12556 23061/15206/12558</w:t>
        <w:br/>
        <w:t>f 23064/15207/12559 23063/15208/12559 23061/15206/12558</w:t>
        <w:br/>
        <w:t>f 23062/15209/12560 23064/15207/12559 23061/15206/12558</w:t>
        <w:br/>
        <w:t>f 23066/15210/12561 23046/15190/12544 23047/15189/12543</w:t>
        <w:br/>
        <w:t>f 23065/15211/12562 23066/15210/12561 23047/15189/12543</w:t>
        <w:br/>
        <w:t>f 23068/15212/12563 23067/15213/12563 23066/15210/12561</w:t>
        <w:br/>
        <w:t>f 23065/15211/12562 23068/15212/12563 23066/15210/12561</w:t>
        <w:br/>
        <w:t>f 23069/15214/12564 23048/15195/12548 23044/15192/12545</w:t>
        <w:br/>
        <w:t>f 23045/15191/12545 23069/15214/12564 23044/15192/12545</w:t>
        <w:br/>
        <w:t>f 23071/15215/12565 23054/15196/12549 23051/15199/12551</w:t>
        <w:br/>
        <w:t>f 23070/15216/12566 23071/15215/12565 23051/15199/12551</w:t>
        <w:br/>
        <w:t>f 23075/15217/12567 23074/15218/12567 23073/15219/12568</w:t>
        <w:br/>
        <w:t>f 23072/15220/12569 23075/15217/12567 23073/15219/12568</w:t>
        <w:br/>
        <w:t>f 23079/15221/12570 23078/15222/12571 23077/15223/12572</w:t>
        <w:br/>
        <w:t>f 23076/15224/12572 23079/15221/12570 23077/15223/12572</w:t>
        <w:br/>
        <w:t>f 23083/15225/12573 23082/15226/12574 23081/15227/12575</w:t>
        <w:br/>
        <w:t>f 23080/15228/12573 23083/15225/12573 23081/15227/12575</w:t>
        <w:br/>
        <w:t>f 23087/15229/12576 23086/15230/12577 23085/15231/12578</w:t>
        <w:br/>
        <w:t>f 23084/15232/12579 23087/15229/12576 23085/15231/12578</w:t>
        <w:br/>
        <w:t>f 23091/15233/12580 23090/15234/12580 23089/15235/12581</w:t>
        <w:br/>
        <w:t>f 23088/15236/12581 23091/15233/12580 23089/15235/12581</w:t>
        <w:br/>
        <w:t>f 23095/15237/12582 23094/15238/12583 23093/15239/12583</w:t>
        <w:br/>
        <w:t>f 23092/15240/12584 23095/15237/12582 23093/15239/12583</w:t>
        <w:br/>
        <w:t>f 23091/15233/12580 23097/15241/12585 23096/15242/12585</w:t>
        <w:br/>
        <w:t>f 23090/15234/12580 23091/15233/12580 23096/15242/12585</w:t>
        <w:br/>
        <w:t>f 23099/15243/12586 23095/15237/12582 23092/15240/12584</w:t>
        <w:br/>
        <w:t>f 23098/15244/12587 23099/15243/12586 23092/15240/12584</w:t>
        <w:br/>
        <w:t>f 23101/15245/12588 23099/15243/12586 23098/15244/12587</w:t>
        <w:br/>
        <w:t>f 23100/15246/12588 23101/15245/12588 23098/15244/12587</w:t>
        <w:br/>
        <w:t>f 23097/15241/12585 23103/15247/12589 23102/15248/12589</w:t>
        <w:br/>
        <w:t>f 23096/15242/12585 23097/15241/12585 23102/15248/12589</w:t>
        <w:br/>
        <w:t>f 23103/15247/12589 23105/15249/12590 23104/15250/12590</w:t>
        <w:br/>
        <w:t>f 23102/15248/12589 23103/15247/12589 23104/15250/12590</w:t>
        <w:br/>
        <w:t>f 23101/15245/12588 23100/15246/12588 23107/15251/12591</w:t>
        <w:br/>
        <w:t>f 23106/15252/12592 23101/15245/12588 23107/15251/12591</w:t>
        <w:br/>
        <w:t>f 23061/15206/12558 23109/15253/12593 23108/15254/12594</w:t>
        <w:br/>
        <w:t>f 23058/15205/12557 23061/15206/12558 23108/15254/12594</w:t>
        <w:br/>
        <w:t>f 23111/15255/12595 23106/15252/12592 23107/15251/12591</w:t>
        <w:br/>
        <w:t>f 23110/15256/12595 23111/15255/12595 23107/15251/12591</w:t>
        <w:br/>
        <w:t>f 23113/15257/12596 23111/15255/12595 23110/15256/12595</w:t>
        <w:br/>
        <w:t>f 23112/15258/12596 23113/15257/12596 23110/15256/12595</w:t>
        <w:br/>
        <w:t>f 23115/15259/12597 23109/15253/12593 23061/15206/12558</w:t>
        <w:br/>
        <w:t>f 23114/15260/12597 23115/15259/12597 23061/15206/12558</w:t>
        <w:br/>
        <w:t>f 23076/15224/12572 23077/15223/12572 23117/15261/12598</w:t>
        <w:br/>
        <w:t>f 23116/15262/12598 23076/15224/12572 23117/15261/12598</w:t>
        <w:br/>
        <w:t>f 23119/15263/12599 23118/15264/12599 23074/15218/12567</w:t>
        <w:br/>
        <w:t>f 23075/15217/12567 23119/15263/12599 23074/15218/12567</w:t>
        <w:br/>
        <w:t>f 23116/15262/12598 23117/15261/12598 23121/15265/12600</w:t>
        <w:br/>
        <w:t>f 23120/15266/12601 23116/15262/12598 23121/15265/12600</w:t>
        <w:br/>
        <w:t>f 23123/15267/12602 23122/15268/12602 23118/15264/12599</w:t>
        <w:br/>
        <w:t>f 23119/15263/12599 23123/15267/12602 23118/15264/12599</w:t>
        <w:br/>
        <w:t>f 23072/15220/12569 23073/15219/12568 23086/15230/12577</w:t>
        <w:br/>
        <w:t>f 23087/15229/12576 23072/15220/12569 23086/15230/12577</w:t>
        <w:br/>
        <w:t>f 23083/15225/12573 23080/15228/12573 23078/15222/12571</w:t>
        <w:br/>
        <w:t>f 23079/15221/12570 23083/15225/12573 23078/15222/12571</w:t>
        <w:br/>
        <w:t>f 23088/15236/12581 23089/15235/12581 23124/15269/12603</w:t>
        <w:br/>
        <w:t>f 23126/15270/12604 23125/15271/12605 23093/15239/12583</w:t>
        <w:br/>
        <w:t>f 23094/15238/12583 23126/15270/12604 23093/15239/12583</w:t>
        <w:br/>
        <w:t>f 23070/15216/12566 23124/15269/12606 23021/15166/12521</w:t>
        <w:br/>
        <w:t>f 23124/15269/12606 23127/15272/12607 23020/15167/12522</w:t>
        <w:br/>
        <w:t>f 23021/15166/12521 23124/15269/12606 23020/15167/12522</w:t>
        <w:br/>
        <w:t>f 23126/15270/12604 23050/15193/12546 23125/15271/12605</w:t>
        <w:br/>
        <w:t>f 23071/15215/12565 23070/15216/12566 23082/15226/12574</w:t>
        <w:br/>
        <w:t>f 23059/15204/12556 23062/15209/12560 23061/15206/12558</w:t>
        <w:br/>
        <w:t>f 23033/15178/12533 23035/15180/12535 23031/15177/12532</w:t>
        <w:br/>
        <w:t>f 23057/15202/12554 23060/15203/12555 23058/15205/12557</w:t>
        <w:br/>
        <w:t>f 23029/15175/12530 23032/15176/12531 23030/15174/12529</w:t>
        <w:br/>
        <w:t>f 23060/15203/12555 23057/15202/12554 23056/15200/12552</w:t>
        <w:br/>
        <w:t>f 23027/15173/12528 23028/15172/12527 23029/15175/12530</w:t>
        <w:br/>
        <w:t>f 23022/15165/12520 23041/15186/12540 23021/15166/12521</w:t>
        <w:br/>
        <w:t>f 23082/15226/12574 23070/15216/12566 23081/15227/12575</w:t>
        <w:br/>
        <w:t>f 23050/15193/12546 23126/15270/12604 23049/15194/12547</w:t>
        <w:br/>
        <w:t>f 23069/15214/12564 23050/15193/12546 23048/15195/12548</w:t>
        <w:br/>
        <w:t>f 23084/15232/12579 23085/15231/12578 23128/15273/12608</w:t>
        <w:br/>
        <w:t>f 23070/15216/12566 23051/15199/12551 23124/15269/12606</w:t>
        <w:br/>
        <w:t>f 5938/11301/9300 24067/15274/12609 5361/10961/9010</w:t>
        <w:br/>
        <w:t>f 5362/10960/9009 5938/11301/9300 5361/10961/9010</w:t>
        <w:br/>
        <w:t>f 24069/15275/12610 24068/15276/12611 12717/13439/11210</w:t>
        <w:br/>
        <w:t>f 12718/13438/11209 24069/15275/12610 12717/13439/11210</w:t>
        <w:br/>
        <w:t>f 5042/10754/8820 24071/15277/12612 24070/15278/12613</w:t>
        <w:br/>
        <w:t>f 5042/10754/8820 24070/15278/12613 5045/10755/8821</w:t>
        <w:br/>
        <w:t>f 5357/10956/9005 5354/10954/9003 5358/10959/9008</w:t>
        <w:br/>
        <w:t>f 5357/10956/9005 5358/10959/9008 5362/10960/9009</w:t>
        <w:br/>
        <w:t>f 11834/12902/10750 11831/12900/10748 11835/12905/10753</w:t>
        <w:br/>
        <w:t>f 11834/12902/10750 11835/12905/10753 11839/12906/10754</w:t>
        <w:br/>
        <w:t>f 12142/13101/10922 24069/15275/12610 12718/13438/11209</w:t>
        <w:br/>
        <w:t>f 12142/13101/10922 12718/13438/11209 12145/13102/10923</w:t>
        <w:br/>
        <w:t>f 7548/11947/9862 7545/11950/9865 7556/11956/9871</w:t>
        <w:br/>
        <w:t>f 7548/11947/9862 7556/11956/9871 7558/11959/9874</w:t>
        <w:br/>
        <w:t>f 14299/14070/11755 14862/14129/11804 14307/14079/11764</w:t>
        <w:br/>
        <w:t>f 14299/14070/11755 14281/14055/11742 14282/14054/11741</w:t>
        <w:br/>
        <w:t>f 14862/14129/11804 14299/14070/11755 14282/14054/11741</w:t>
        <w:br/>
        <w:t>f 5118/10831/8896 24072/15279/12614 5075/10785/8851</w:t>
        <w:br/>
        <w:t>f 5124/10833/8898 24073/15280/12615 8344/12141/10042</w:t>
        <w:br/>
        <w:t>f 15088/14230/11904 24074/15281/12616 11916/12985/10825</w:t>
        <w:br/>
        <w:t>f 11869/12935/10776 24075/15282/12617 11913/12980/10820</w:t>
        <w:br/>
        <w:t>f 11915/12986/10826 24076/15283/12618 14778/14099/11780</w:t>
        <w:br/>
        <w:t>f 8028/12006/9918 24077/15284/12619 5121/10836/8901</w:t>
        <w:br/>
        <w:t>f 9650/12315/10195 9654/12318/10198 9658/12321/10201</w:t>
        <w:br/>
        <w:t>f 9885/12322/10202 9650/12315/10195 9651/12314/10194</w:t>
        <w:br/>
        <w:t>f 9650/12315/10195 9884/12323/10203 9655/12317/10197</w:t>
        <w:br/>
        <w:t>f 2857/10080/8180 2853/10076/8176 2861/10083/8183</w:t>
        <w:br/>
        <w:t>f 2853/10076/8176 24119/15285/12620 2855/10077/8177</w:t>
        <w:br/>
        <w:t>f 2853/10076/8176 3088/10084/8184 24119/15285/12620</w:t>
        <w:br/>
        <w:t>f 2625/15286/12621 2624/15287/12622 2623/15288/12623</w:t>
        <w:br/>
        <w:t>f 2622/15289/12624 2625/15286/12621 2623/15288/12623</w:t>
        <w:br/>
        <w:t>f 2628/15290/12625 2627/15291/12626 2626/15292/12627</w:t>
        <w:br/>
        <w:t>f 2631/15293/12628 2630/15294/12629 2629/15295/12630</w:t>
        <w:br/>
        <w:t>f 2626/15292/12627 2627/15291/12626 2632/15296/12631</w:t>
        <w:br/>
        <w:t>f 2622/15289/12624 2626/15292/12627 2632/15296/12631</w:t>
        <w:br/>
        <w:t>f 2634/15297/12632 2633/15298/12633 2622/15289/12624</w:t>
        <w:br/>
        <w:t>f 2623/15288/12623 2634/15297/12632 2622/15289/12624</w:t>
        <w:br/>
        <w:t>f 2635/15299/12634 2628/15290/12625 2626/15292/12627</w:t>
        <w:br/>
        <w:t>f 2633/15298/12633 2635/15299/12634 2626/15292/12627</w:t>
        <w:br/>
        <w:t>f 2639/15300/12635 2638/15301/12636 2637/15302/12637</w:t>
        <w:br/>
        <w:t>f 2636/15303/12638 2639/15300/12635 2637/15302/12637</w:t>
        <w:br/>
        <w:t>f 2628/15290/12625 2635/15299/12634 2640/15304/12639</w:t>
        <w:br/>
        <w:t>f 2641/15305/12640 2628/15290/12625 2640/15304/12639</w:t>
        <w:br/>
        <w:t>f 2644/15306/12641 2643/15307/9173 2642/15308/12642</w:t>
        <w:br/>
        <w:t>f 2646/15309/2229 2645/15310/12643 2640/15304/12639</w:t>
        <w:br/>
        <w:t>f 2650/15311/12644 2649/15312/12645 2648/15313/9733</w:t>
        <w:br/>
        <w:t>f 2647/15314/12646 2650/15311/12644 2648/15313/9733</w:t>
        <w:br/>
        <w:t>f 2654/15315/12647 2653/15316/12648 2652/15317/12649</w:t>
        <w:br/>
        <w:t>f 2651/15318/12650 2654/15315/12647 2652/15317/12649</w:t>
        <w:br/>
        <w:t>f 2656/15319/12651 2655/15320/12652 2651/15318/12650</w:t>
        <w:br/>
        <w:t>f 2652/15317/12649 2656/15319/12651 2651/15318/12650</w:t>
        <w:br/>
        <w:t>f 2658/15321/12653 2657/15322/12654 2655/15320/12652</w:t>
        <w:br/>
        <w:t>f 2656/15319/12651 2658/15321/12653 2655/15320/12652</w:t>
        <w:br/>
        <w:t>f 2661/15323/12655 2660/15324/12656 2659/15325/12657</w:t>
        <w:br/>
        <w:t>f 2665/15326/12658 2664/15327/12659 2663/15328/12660</w:t>
        <w:br/>
        <w:t>f 2662/15329/12661 2665/15326/12658 2663/15328/12660</w:t>
        <w:br/>
        <w:t>f 2669/15330/12662 2668/15331/12663 2667/15332/12664</w:t>
        <w:br/>
        <w:t>f 2666/15333/12665 2669/15330/12662 2667/15332/12664</w:t>
        <w:br/>
        <w:t>f 2670/15334/12666 2669/15330/12662 2666/15333/12665</w:t>
        <w:br/>
        <w:t>f 2657/15322/12654 2670/15334/12666 2666/15333/12665</w:t>
        <w:br/>
        <w:t>f 2671/15335/12667 2670/15334/12666 2657/15322/12654</w:t>
        <w:br/>
        <w:t>f 2658/15321/12653 2671/15335/12667 2657/15322/12654</w:t>
        <w:br/>
        <w:t>f 2654/15315/12647 2673/15336/12668 2672/15337/12669</w:t>
        <w:br/>
        <w:t>f 2655/15320/12652 2657/15322/12654 2666/15333/12665</w:t>
        <w:br/>
        <w:t>f 2674/15338/12670 2655/15320/12652 2666/15333/12665</w:t>
        <w:br/>
        <w:t>f 2649/15312/12645 2650/15311/12644 2676/15339/12671</w:t>
        <w:br/>
        <w:t>f 2675/15340/12672 2649/15312/12645 2676/15339/12671</w:t>
        <w:br/>
        <w:t>f 2678/15341/12673 2677/15342/12674 2670/15334/12666</w:t>
        <w:br/>
        <w:t>f 2671/15335/12667 2678/15341/12673 2670/15334/12666</w:t>
        <w:br/>
        <w:t>f 2672/15337/12669 2680/15343/12675 2679/15344/12676</w:t>
        <w:br/>
        <w:t>f 2654/15315/12647 2672/15337/12669 2679/15344/12676</w:t>
        <w:br/>
        <w:t>f 2679/15344/12676 2681/15345/12677 2653/15316/12648</w:t>
        <w:br/>
        <w:t>f 2654/15315/12647 2679/15344/12676 2653/15316/12648</w:t>
        <w:br/>
        <w:t>f 2679/15344/12676 2683/15346/12678 2682/15347/12679</w:t>
        <w:br/>
        <w:t>f 2681/15345/12677 2679/15344/12676 2682/15347/12679</w:t>
        <w:br/>
        <w:t>f 2685/15348/12680 2684/15349/12681 2675/15340/12672</w:t>
        <w:br/>
        <w:t>f 2676/15339/12671 2685/15348/12680 2675/15340/12672</w:t>
        <w:br/>
        <w:t>f 2672/15337/12669 2686/15350/12682 2680/15343/12675</w:t>
        <w:br/>
        <w:t>f 2688/15351/12683 2687/15352/12684 2681/15345/12677</w:t>
        <w:br/>
        <w:t>f 2682/15347/12679 2688/15351/12683 2681/15345/12677</w:t>
        <w:br/>
        <w:t>f 2646/15309/2229 2691/15353/12685 2690/15354/12686</w:t>
        <w:br/>
        <w:t>f 2689/15355/12687 2646/15309/2229 2690/15354/12686</w:t>
        <w:br/>
        <w:t>f 2680/15343/12675 2692/15356/12688 2689/15355/12687</w:t>
        <w:br/>
        <w:t>f 2690/15354/12686 2680/15343/12675 2689/15355/12687</w:t>
        <w:br/>
        <w:t>f 2690/15354/12686 2683/15346/12678 2679/15344/12676</w:t>
        <w:br/>
        <w:t>f 2680/15343/12675 2690/15354/12686 2679/15344/12676</w:t>
        <w:br/>
        <w:t>f 2653/15316/12648 2681/15345/12677 2687/15352/12684</w:t>
        <w:br/>
        <w:t>f 2693/15357/12689 2653/15316/12648 2687/15352/12684</w:t>
        <w:br/>
        <w:t>f 2694/15358/12690 2678/15341/12673 2671/15335/12667</w:t>
        <w:br/>
        <w:t>f 2660/15324/12656 2694/15358/12690 2671/15335/12667</w:t>
        <w:br/>
        <w:t>f 2664/15327/12659 2658/15321/12653 2663/15328/12660</w:t>
        <w:br/>
        <w:t>f 2663/15328/12660 2658/15321/12653 2656/15319/12651</w:t>
        <w:br/>
        <w:t>f 2695/15359/12691 2663/15328/12660 2656/15319/12651</w:t>
        <w:br/>
        <w:t>f 2652/15317/12649 2696/15360/12692 2695/15359/12691</w:t>
        <w:br/>
        <w:t>f 2656/15319/12651 2652/15317/12649 2695/15359/12691</w:t>
        <w:br/>
        <w:t>f 2693/15357/12689 2696/15360/12692 2652/15317/12649</w:t>
        <w:br/>
        <w:t>f 2653/15316/12648 2693/15357/12689 2652/15317/12649</w:t>
        <w:br/>
        <w:t>f 2698/15361/12693 2684/15349/12681 2685/15348/12680</w:t>
        <w:br/>
        <w:t>f 2697/15362/12694 2698/15361/12693 2685/15348/12680</w:t>
        <w:br/>
        <w:t>f 2702/15363/12695 2701/15364/12696 2700/15365/12697</w:t>
        <w:br/>
        <w:t>f 2699/15366/12698 2702/15363/12695 2700/15365/12697</w:t>
        <w:br/>
        <w:t>f 2704/15367/12699 2661/15323/12655 2703/15368/12700</w:t>
        <w:br/>
        <w:t>f 2665/15326/12658 2706/15369/12701 2705/15370/12702</w:t>
        <w:br/>
        <w:t>f 2639/15300/12635 2708/15371/12703 2707/15372/12704</w:t>
        <w:br/>
        <w:t>f 2638/15301/12636 2639/15300/12635 2707/15372/12704</w:t>
        <w:br/>
        <w:t>f 2709/15373/12705 2707/15372/12704 2708/15371/12703</w:t>
        <w:br/>
        <w:t>f 2710/15374/12706 2709/15373/12705 2708/15371/12703</w:t>
        <w:br/>
        <w:t>f 2669/15330/12662 2670/15334/12666 2677/15342/12674</w:t>
        <w:br/>
        <w:t>f 2711/15375/12707 2669/15330/12662 2677/15342/12674</w:t>
        <w:br/>
        <w:t>f 2668/15331/12663 2669/15330/12662 2711/15375/12707</w:t>
        <w:br/>
        <w:t>f 2712/15376/12708 2668/15331/12663 2711/15375/12707</w:t>
        <w:br/>
        <w:t>f 2710/15374/12706 2714/15377/12709 2713/15378/12710</w:t>
        <w:br/>
        <w:t>f 2709/15373/12705 2710/15374/12706 2713/15378/12710</w:t>
        <w:br/>
        <w:t>f 2718/15379/12711 2717/15380/12712 2716/15381/12713</w:t>
        <w:br/>
        <w:t>f 2715/15382/12714 2718/15379/12711 2716/15381/12713</w:t>
        <w:br/>
        <w:t>f 2720/15383/12715 2697/15362/12694 2688/15351/12683</w:t>
        <w:br/>
        <w:t>f 2719/15384/12716 2720/15383/12715 2688/15351/12683</w:t>
        <w:br/>
        <w:t>f 2724/15385/12717 2723/15386/12718 2722/15387/12719</w:t>
        <w:br/>
        <w:t>f 2721/15388/12720 2724/15385/12717 2722/15387/12719</w:t>
        <w:br/>
        <w:t>f 2683/15346/12678 2724/15385/12717 2721/15388/12720</w:t>
        <w:br/>
        <w:t>f 2682/15347/12679 2683/15346/12678 2721/15388/12720</w:t>
        <w:br/>
        <w:t>f 2725/15389/12721 2723/15386/12718 2724/15385/12717</w:t>
        <w:br/>
        <w:t>f 2691/15353/12685 2725/15389/12721 2724/15385/12717</w:t>
        <w:br/>
        <w:t>f 2691/15353/12685 2640/15304/12639 2635/15299/12634</w:t>
        <w:br/>
        <w:t>f 2725/15389/12721 2691/15353/12685 2635/15299/12634</w:t>
        <w:br/>
        <w:t>f 2726/15390/12722 2698/15361/12693 2697/15362/12694</w:t>
        <w:br/>
        <w:t>f 2720/15383/12715 2726/15390/12722 2697/15362/12694</w:t>
        <w:br/>
        <w:t>f 2691/15353/12685 2724/15385/12717 2683/15346/12678</w:t>
        <w:br/>
        <w:t>f 2690/15354/12686 2691/15353/12685 2683/15346/12678</w:t>
        <w:br/>
        <w:t>f 2714/15377/12709 2728/15391/12723 2727/15392/12724</w:t>
        <w:br/>
        <w:t>f 2713/15378/12710 2714/15377/12709 2727/15392/12724</w:t>
        <w:br/>
        <w:t>f 2727/15392/12724 2728/15391/12723 2699/15366/12698</w:t>
        <w:br/>
        <w:t>f 2700/15365/12697 2727/15392/12724 2699/15366/12698</w:t>
        <w:br/>
        <w:t>f 2730/15393/12725 2720/15383/12715 2719/15384/12716</w:t>
        <w:br/>
        <w:t>f 2729/15394/12726 2730/15393/12725 2719/15384/12716</w:t>
        <w:br/>
        <w:t>f 2734/15395/12727 2733/15396/12728 2732/15397/12729</w:t>
        <w:br/>
        <w:t>f 2731/15398/12730 2734/15395/12727 2732/15397/12729</w:t>
        <w:br/>
        <w:t>f 2733/15396/12728 2730/15393/12725 2729/15394/12726</w:t>
        <w:br/>
        <w:t>f 2732/15397/12729 2733/15396/12728 2729/15394/12726</w:t>
        <w:br/>
        <w:t>f 2731/15398/12730 2732/15397/12729 2717/15380/12712</w:t>
        <w:br/>
        <w:t>f 2718/15379/12711 2731/15398/12730 2717/15380/12712</w:t>
        <w:br/>
        <w:t>f 2736/15399/12731 2735/15400/12732 2733/15396/12728</w:t>
        <w:br/>
        <w:t>f 2734/15395/12727 2736/15399/12731 2733/15396/12728</w:t>
        <w:br/>
        <w:t>f 2738/15401/12733 2735/15400/12732 2736/15399/12731</w:t>
        <w:br/>
        <w:t>f 2737/15402/12734 2738/15401/12733 2736/15399/12731</w:t>
        <w:br/>
        <w:t>f 2735/15400/12732 2739/15403/12735 2730/15393/12725</w:t>
        <w:br/>
        <w:t>f 2733/15396/12728 2735/15400/12732 2730/15393/12725</w:t>
        <w:br/>
        <w:t>f 2739/15403/12735 2726/15390/12722 2720/15383/12715</w:t>
        <w:br/>
        <w:t>f 2730/15393/12725 2739/15403/12735 2720/15383/12715</w:t>
        <w:br/>
        <w:t>f 2740/15404/12736 2726/15390/12722 2739/15403/12735</w:t>
        <w:br/>
        <w:t>f 2740/15404/12736 2739/15403/12735 2735/15400/12732</w:t>
        <w:br/>
        <w:t>f 2738/15401/12733 2740/15404/12736 2735/15400/12732</w:t>
        <w:br/>
        <w:t>f 2697/15362/12694 2685/15348/12680 2687/15352/12684</w:t>
        <w:br/>
        <w:t>f 2688/15351/12683 2697/15362/12694 2687/15352/12684</w:t>
        <w:br/>
        <w:t>f 2719/15384/12716 2688/15351/12683 2682/15347/12679</w:t>
        <w:br/>
        <w:t>f 2721/15388/12720 2719/15384/12716 2682/15347/12679</w:t>
        <w:br/>
        <w:t>f 2729/15394/12726 2719/15384/12716 2721/15388/12720</w:t>
        <w:br/>
        <w:t>f 2722/15387/12719 2729/15394/12726 2721/15388/12720</w:t>
        <w:br/>
        <w:t>f 2742/15405/12737 2741/15406/12738 2715/15382/12714</w:t>
        <w:br/>
        <w:t>f 2716/15381/12713 2742/15405/12737 2715/15382/12714</w:t>
        <w:br/>
        <w:t>f 2741/15406/12738 2742/15405/12737 2633/15298/12633</w:t>
        <w:br/>
        <w:t>f 2634/15297/12632 2741/15406/12738 2633/15298/12633</w:t>
        <w:br/>
        <w:t>f 2722/15387/12719 2717/15380/12712 2732/15397/12729</w:t>
        <w:br/>
        <w:t>f 2729/15394/12726 2722/15387/12719 2732/15397/12729</w:t>
        <w:br/>
        <w:t>f 2717/15380/12712 2722/15387/12719 2723/15386/12718</w:t>
        <w:br/>
        <w:t>f 2716/15381/12713 2717/15380/12712 2723/15386/12718</w:t>
        <w:br/>
        <w:t>f 2723/15386/12718 2725/15389/12721 2742/15405/12737</w:t>
        <w:br/>
        <w:t>f 2716/15381/12713 2723/15386/12718 2742/15405/12737</w:t>
        <w:br/>
        <w:t>f 2725/15389/12721 2635/15299/12634 2633/15298/12633</w:t>
        <w:br/>
        <w:t>f 2742/15405/12737 2725/15389/12721 2633/15298/12633</w:t>
        <w:br/>
        <w:t>f 2633/15298/12633 2626/15292/12627 2622/15289/12624</w:t>
        <w:br/>
        <w:t>f 2662/15329/12661 2743/15407/9996 2706/15369/12701</w:t>
        <w:br/>
        <w:t>f 2648/15313/9733 2744/15408/9732 2647/15314/12646</w:t>
        <w:br/>
        <w:t>f 2654/15315/12647 2651/15318/12650 2673/15336/12668</w:t>
        <w:br/>
        <w:t>f 2651/15318/12650 2655/15320/12652 2674/15338/12670</w:t>
        <w:br/>
        <w:t>f 2745/15409/12739 2651/15318/12650 2674/15338/12670</w:t>
        <w:br/>
        <w:t>f 2674/15338/12670 2747/15410/2192 2746/15411/12740</w:t>
        <w:br/>
        <w:t>f 2644/15306/12641 2748/15412/12741 2666/15333/12665</w:t>
        <w:br/>
        <w:t>f 2674/15338/12670 2749/15413/12742 2747/15410/2192</w:t>
        <w:br/>
        <w:t>f 2674/15338/12670 2750/15414/12743 2749/15413/12742</w:t>
        <w:br/>
        <w:t>f 2752/15415/2274 2644/15306/12641 2751/15416/12744</w:t>
        <w:br/>
        <w:t>f 2668/15331/12663 2753/15417/12745 2667/15332/12664</w:t>
        <w:br/>
        <w:t>f 2668/15331/12663 2712/15376/12708 2755/15418/12746</w:t>
        <w:br/>
        <w:t>f 2754/15419/12747 2668/15331/12663 2755/15418/12746</w:t>
        <w:br/>
        <w:t>f 2631/15293/12628 2757/15420/12748 2756/15421/12749</w:t>
        <w:br/>
        <w:t>f 2754/15419/12747 2753/15417/12745 2668/15331/12663</w:t>
        <w:br/>
        <w:t>f 2644/15306/12641 2667/15332/12664 2758/15422/12750</w:t>
        <w:br/>
        <w:t>f 2759/15423/2109 2643/15307/9173 2752/15415/2274</w:t>
        <w:br/>
        <w:t>f 2752/15415/2274 2643/15307/9173 2644/15306/12641</w:t>
        <w:br/>
        <w:t>f 2712/15376/12708 2631/15293/12628 2756/15421/12749</w:t>
        <w:br/>
        <w:t>f 2755/15418/12746 2712/15376/12708 2756/15421/12749</w:t>
        <w:br/>
        <w:t>f 2761/15424/12751 2636/15303/12638 2637/15302/12637</w:t>
        <w:br/>
        <w:t>f 2760/15425/12752 2761/15424/12751 2637/15302/12637</w:t>
        <w:br/>
        <w:t>f 2644/15306/12641 2758/15422/12750 2751/15416/12744</w:t>
        <w:br/>
        <w:t>f 2674/15338/12670 2748/15412/12741 2750/15414/12743</w:t>
        <w:br/>
        <w:t>f 2666/15333/12665 2748/15412/12741 2674/15338/12670</w:t>
        <w:br/>
        <w:t>f 2691/15353/12685 2646/15309/2229 2640/15304/12639</w:t>
        <w:br/>
        <w:t>f 2645/15310/12643 2762/15426/12753 2641/15305/12640</w:t>
        <w:br/>
        <w:t>f 2640/15304/12639 2645/15310/12643 2641/15305/12640</w:t>
        <w:br/>
        <w:t>f 2673/15336/12668 2651/15318/12650 2745/15409/12739</w:t>
        <w:br/>
        <w:t>f 2674/15338/12670 2746/15411/12740 2745/15409/12739</w:t>
        <w:br/>
        <w:t>f 2680/15343/12675 2686/15350/12682 2763/15427/12754</w:t>
        <w:br/>
        <w:t>f 2692/15356/12688 2680/15343/12675 2763/15427/12754</w:t>
        <w:br/>
        <w:t>f 2764/15428/2209 2692/15356/12688 2763/15427/12754</w:t>
        <w:br/>
        <w:t>f 2629/15295/12630 2757/15420/12748 2631/15293/12628</w:t>
        <w:br/>
        <w:t>f 2666/15333/12665 2667/15332/12664 2644/15306/12641</w:t>
        <w:br/>
        <w:t>f 2622/15289/12624 2632/15296/12631 2625/15286/12621</w:t>
        <w:br/>
        <w:t>f 2659/15325/12657 2705/15370/12702 2703/15368/12700</w:t>
        <w:br/>
        <w:t>f 2647/15314/12646 2765/15429/12755 2695/15359/12691</w:t>
        <w:br/>
        <w:t>f 2696/15360/12692 2650/15311/12644 2647/15314/12646</w:t>
        <w:br/>
        <w:t>f 2695/15359/12691 2696/15360/12692 2647/15314/12646</w:t>
        <w:br/>
        <w:t>f 2676/15339/12671 2650/15311/12644 2696/15360/12692</w:t>
        <w:br/>
        <w:t>f 2693/15357/12689 2676/15339/12671 2696/15360/12692</w:t>
        <w:br/>
        <w:t>f 2693/15357/12689 2687/15352/12684 2685/15348/12680</w:t>
        <w:br/>
        <w:t>f 2676/15339/12671 2693/15357/12689 2685/15348/12680</w:t>
        <w:br/>
        <w:t>f 2744/15408/9732 2765/15429/12755 2647/15314/12646</w:t>
        <w:br/>
        <w:t>f 2767/15430/12756 2766/15431/12757 2704/15367/12699</w:t>
        <w:br/>
        <w:t>f 2768/15432/12758 2766/15431/12757 2767/15430/12756</w:t>
        <w:br/>
        <w:t>f 2703/15368/12700 2661/15323/12655 2659/15325/12657</w:t>
        <w:br/>
        <w:t>f 2636/15303/12638 2761/15424/12751 2630/15294/12629</w:t>
        <w:br/>
        <w:t>f 2631/15293/12628 2636/15303/12638 2630/15294/12629</w:t>
        <w:br/>
        <w:t>f 2712/15376/12708 2639/15300/12635 2636/15303/12638</w:t>
        <w:br/>
        <w:t>f 2631/15293/12628 2712/15376/12708 2636/15303/12638</w:t>
        <w:br/>
        <w:t>f 2639/15300/12635 2712/15376/12708 2711/15375/12707</w:t>
        <w:br/>
        <w:t>f 2708/15371/12703 2639/15300/12635 2711/15375/12707</w:t>
        <w:br/>
        <w:t>f 2677/15342/12674 2710/15374/12706 2708/15371/12703</w:t>
        <w:br/>
        <w:t>f 2711/15375/12707 2677/15342/12674 2708/15371/12703</w:t>
        <w:br/>
        <w:t>f 2714/15377/12709 2710/15374/12706 2677/15342/12674</w:t>
        <w:br/>
        <w:t>f 2678/15341/12673 2714/15377/12709 2677/15342/12674</w:t>
        <w:br/>
        <w:t>f 2714/15377/12709 2678/15341/12673 2694/15358/12690</w:t>
        <w:br/>
        <w:t>f 2728/15391/12723 2714/15377/12709 2694/15358/12690</w:t>
        <w:br/>
        <w:t>f 2728/15391/12723 2694/15358/12690 2768/15432/12758</w:t>
        <w:br/>
        <w:t>f 2699/15366/12698 2728/15391/12723 2768/15432/12758</w:t>
        <w:br/>
        <w:t>f 2769/15433/12759 2702/15363/12695 2699/15366/12698</w:t>
        <w:br/>
        <w:t>f 2768/15432/12758 2769/15433/12759 2699/15366/12698</w:t>
        <w:br/>
        <w:t>f 2766/15431/12757 2660/15324/12656 2661/15323/12655</w:t>
        <w:br/>
        <w:t>f 2694/15358/12690 2766/15431/12757 2768/15432/12758</w:t>
        <w:br/>
        <w:t>f 2694/15358/12690 2660/15324/12656 2766/15431/12757</w:t>
        <w:br/>
        <w:t>f 2665/15326/12658 2705/15370/12702 2659/15325/12657</w:t>
        <w:br/>
        <w:t>f 2659/15325/12657 2660/15324/12656 2664/15327/12659</w:t>
        <w:br/>
        <w:t>f 2665/15326/12658 2659/15325/12657 2664/15327/12659</w:t>
        <w:br/>
        <w:t>f 2660/15324/12656 2671/15335/12667 2664/15327/12659</w:t>
        <w:br/>
        <w:t>f 2664/15327/12659 2671/15335/12667 2658/15321/12653</w:t>
        <w:br/>
        <w:t>f 2662/15329/12661 2706/15369/12701 2665/15326/12658</w:t>
        <w:br/>
        <w:t>f 2663/15328/12660 2765/15429/12755 2662/15329/12661</w:t>
        <w:br/>
        <w:t>f 2695/15359/12691 2765/15429/12755 2663/15328/12660</w:t>
        <w:br/>
        <w:t>f 2770/15434/9985 2765/15429/12755 2744/15408/9732</w:t>
        <w:br/>
        <w:t>f 2662/15329/12661 2765/15429/12755 2770/15434/9985</w:t>
        <w:br/>
        <w:t>f 2662/15329/12661 2770/15434/9985 2743/15407/9996</w:t>
        <w:br/>
        <w:t>f 2768/15432/12758 2767/15430/12756 2769/15433/12759</w:t>
        <w:br/>
        <w:t>f 2704/15367/12699 2766/15431/12757 2661/15323/12655</w:t>
        <w:br/>
        <w:t>f 2625/15286/12621 2632/15296/12631 2771/15435/12760</w:t>
        <w:br/>
        <w:t>f 2624/15287/12622 2625/15286/12621 2771/15435/12760</w:t>
        <w:br/>
        <w:t>f 2772/15436/12761 2624/15287/12622 2771/15435/12760</w:t>
        <w:br/>
        <w:t>f 2624/15287/12622 2772/15436/12761 2773/15437/12762</w:t>
        <w:br/>
        <w:t>f 3100/15438/12763 3099/15439/12764 3098/15440/12765</w:t>
        <w:br/>
        <w:t>f 3097/15441/12766 3100/15438/12763 3098/15440/12765</w:t>
        <w:br/>
        <w:t>f 3101/15442/12767 3100/15438/12763 3097/15441/12766</w:t>
        <w:br/>
        <w:t>f 3105/15443/12768 3104/15444/12769 3103/15445/12770</w:t>
        <w:br/>
        <w:t>f 3102/15446/12771 3105/15443/12768 3103/15445/12770</w:t>
        <w:br/>
        <w:t>f 3109/15447/12772 3108/15448/12773 3107/15449/12774</w:t>
        <w:br/>
        <w:t>f 3106/15450/12775 3109/15447/12772 3107/15449/12774</w:t>
        <w:br/>
        <w:t>f 3112/15451/12776 3111/15452/12777 3110/15453/12778</w:t>
        <w:br/>
        <w:t>f 3113/15454/12779 3112/15451/12776 3110/15453/12778</w:t>
        <w:br/>
        <w:t>f 3107/15449/12774 3111/15452/12777 3112/15451/12776</w:t>
        <w:br/>
        <w:t>f 3106/15450/12775 3107/15449/12774 3112/15451/12776</w:t>
        <w:br/>
        <w:t>f 3117/15455/12780 3116/15456/12781 3115/15457/12782</w:t>
        <w:br/>
        <w:t>f 3114/15458/12783 3117/15455/12780 3115/15457/12782</w:t>
        <w:br/>
        <w:t>f 3119/15459/12784 3118/15460/12785 3107/15449/12774</w:t>
        <w:br/>
        <w:t>f 3108/15448/12773 3119/15459/12784 3107/15449/12774</w:t>
        <w:br/>
        <w:t>f 3121/15461/12786 3120/15462/12787 3102/15446/12771</w:t>
        <w:br/>
        <w:t>f 3103/15445/12770 3121/15461/12786 3102/15446/12771</w:t>
        <w:br/>
        <w:t>f 3109/15447/12772 3106/15450/12775 3098/15440/12765</w:t>
        <w:br/>
        <w:t>f 3099/15439/12764 3109/15447/12772 3098/15440/12765</w:t>
        <w:br/>
        <w:t>f 3108/15448/12773 3109/15447/12772 3116/15456/12781</w:t>
        <w:br/>
        <w:t>f 3117/15455/12780 3108/15448/12773 3116/15456/12781</w:t>
        <w:br/>
        <w:t>f 3099/15439/12764 3122/15463/12788 3109/15447/12772</w:t>
        <w:br/>
        <w:t>f 3120/15462/12787 3114/15458/12783 3115/15457/12782</w:t>
        <w:br/>
        <w:t>f 3111/15452/12777 3107/15449/12774 3118/15460/12785</w:t>
        <w:br/>
        <w:t>f 3123/15464/12789 3111/15452/12777 3118/15460/12785</w:t>
        <w:br/>
        <w:t>f 3110/15453/12778 3111/15452/12777 3123/15464/12789</w:t>
        <w:br/>
        <w:t>f 3124/15465/12790 3110/15453/12778 3123/15464/12789</w:t>
        <w:br/>
        <w:t>f 3108/15448/12773 3117/15455/12780 3125/15466/12791</w:t>
        <w:br/>
        <w:t>f 3119/15459/12784 3108/15448/12773 3125/15466/12791</w:t>
        <w:br/>
        <w:t>f 3117/15455/12780 3114/15458/12783 3126/15467/12792</w:t>
        <w:br/>
        <w:t>f 3125/15466/12791 3117/15455/12780 3126/15467/12792</w:t>
        <w:br/>
        <w:t>f 3116/15456/12781 3109/15447/12772 3122/15463/12788</w:t>
        <w:br/>
        <w:t>f 3220/15468/12793 3219/15469/12794 3218/15470/12795</w:t>
        <w:br/>
        <w:t>f 3217/15471/12796 3220/15468/12793 3218/15470/12795</w:t>
        <w:br/>
        <w:t>f 3217/15471/12796 3222/15472/12797 3221/15473/12798</w:t>
        <w:br/>
        <w:t>f 3220/15468/12793 3217/15471/12796 3221/15473/12798</w:t>
        <w:br/>
        <w:t>f 3226/15474/12799 3225/15475/12800 3224/15476/12801</w:t>
        <w:br/>
        <w:t>f 3223/15477/12802 3226/15474/12799 3224/15476/12801</w:t>
        <w:br/>
        <w:t>f 3230/15478/12803 3229/15479/12804 3228/15480/12805</w:t>
        <w:br/>
        <w:t>f 3227/15481/12806 3230/15478/12803 3228/15480/12805</w:t>
        <w:br/>
        <w:t>f 3229/15479/12804 3232/15482/12807 3231/15483/12808</w:t>
        <w:br/>
        <w:t>f 3228/15480/12805 3229/15479/12804 3231/15483/12808</w:t>
        <w:br/>
        <w:t>f 3223/15477/12802 3234/15484/12809 3233/15485/12810</w:t>
        <w:br/>
        <w:t>f 3226/15474/12799 3223/15477/12802 3233/15485/12810</w:t>
        <w:br/>
        <w:t>f 3237/15486/12811 3236/15487/12812 3235/15488/12813</w:t>
        <w:br/>
        <w:t>f 3241/15489/12814 3240/15490/12815 3239/15491/12816</w:t>
        <w:br/>
        <w:t>f 3238/15492/12817 3241/15489/12814 3239/15491/12816</w:t>
        <w:br/>
        <w:t>f 3244/15493/12818 3243/15494/12819 3242/15495/12820</w:t>
        <w:br/>
        <w:t>f 3241/15489/12814 3244/15493/12818 3242/15495/12820</w:t>
        <w:br/>
        <w:t>f 3247/15496/12818 3246/15497/12821 3245/15498/12822</w:t>
        <w:br/>
        <w:t>f 3249/15499/12823 3248/15500/12824 3235/15488/12813</w:t>
        <w:br/>
        <w:t>f 3253/15501/12825 3252/15502/12826 3251/15503/12827</w:t>
        <w:br/>
        <w:t>f 3250/15504/12828 3253/15501/12825 3251/15503/12827</w:t>
        <w:br/>
        <w:t>f 3255/15505/12829 3253/15501/12825 3250/15504/12828</w:t>
        <w:br/>
        <w:t>f 3254/15506/12830 3255/15505/12829 3250/15504/12828</w:t>
        <w:br/>
        <w:t>f 3259/15507/12831 3258/15508/12832 3257/15509/12833</w:t>
        <w:br/>
        <w:t>f 3256/15510/12834 3259/15507/12831 3257/15509/12833</w:t>
        <w:br/>
        <w:t>f 3262/15511/12835 3261/15512/12831 3260/15513/12836</w:t>
        <w:br/>
        <w:t>f 3264/15514/12837 3263/15515/12838 3262/15511/12839</w:t>
        <w:br/>
        <w:t>f 3266/15516/12840 3265/15517/12841 3237/15486/12811</w:t>
        <w:br/>
        <w:t>f 3269/15518/12842 3257/15509/12833 3268/15519/12843</w:t>
        <w:br/>
        <w:t>f 3267/15520/12844 3269/15518/12842 3268/15519/12843</w:t>
        <w:br/>
        <w:t>f 3273/15521/12845 3272/15522/12846 3271/15523/12847</w:t>
        <w:br/>
        <w:t>f 3270/15524/12848 3273/15521/12845 3271/15523/12847</w:t>
        <w:br/>
        <w:t>f 3277/15525/12849 3276/15526/12846 3275/15527/12850</w:t>
        <w:br/>
        <w:t>f 3274/15528/12851 3277/15525/12849 3275/15527/12850</w:t>
        <w:br/>
        <w:t>f 3279/15529/12852 3273/15521/12845 3270/15524/12848</w:t>
        <w:br/>
        <w:t>f 3278/15530/12853 3279/15529/12852 3270/15524/12848</w:t>
        <w:br/>
        <w:t>f 3274/15528/12851 3275/15527/12850 3281/15531/12854</w:t>
        <w:br/>
        <w:t>f 3280/15532/12855 3274/15528/12851 3281/15531/12854</w:t>
        <w:br/>
        <w:t>f 3284/15533/12856 3283/15534/12857 3282/15535/12858</w:t>
        <w:br/>
        <w:t>f 3270/15524/12848 3282/15535/12858 3283/15534/12857</w:t>
        <w:br/>
        <w:t>f 3285/15536/12859 3270/15524/12848 3283/15534/12857</w:t>
        <w:br/>
        <w:t>f 3289/15537/12860 3288/15538/12858 3287/15539/12861</w:t>
        <w:br/>
        <w:t>f 3286/15540/12862 3289/15537/12860 3287/15539/12861</w:t>
        <w:br/>
        <w:t>f 3249/15499/12823 3290/15541/12863 3248/15500/12824</w:t>
        <w:br/>
        <w:t>f 3294/15542/12864 3293/15543/12865 3292/15544/12866</w:t>
        <w:br/>
        <w:t>f 3291/15545/12867 3294/15542/12864 3292/15544/12866</w:t>
        <w:br/>
        <w:t>f 3298/15546/12867 3297/15547/12868 3296/15548/12869</w:t>
        <w:br/>
        <w:t>f 3295/15549/12870 3298/15546/12867 3296/15548/12869</w:t>
        <w:br/>
        <w:t>f 3279/15529/12852 3278/15530/12853 3292/15544/12866</w:t>
        <w:br/>
        <w:t>f 3293/15543/12865 3279/15529/12852 3292/15544/12866</w:t>
        <w:br/>
        <w:t>f 3297/15547/12868 3280/15532/12855 3281/15531/12854</w:t>
        <w:br/>
        <w:t>f 3296/15548/12869 3297/15547/12868 3281/15531/12854</w:t>
        <w:br/>
        <w:t>f 3302/15550/12871 3301/15551/12872 3300/15552/12873</w:t>
        <w:br/>
        <w:t>f 3299/15553/12874 3302/15550/12871 3300/15552/12873</w:t>
        <w:br/>
        <w:t>f 3305/15554/12872 3304/15555/12875 3303/15556/12876</w:t>
        <w:br/>
        <w:t>f 3290/15541/12863 3306/15557/12877 3248/15500/12824</w:t>
        <w:br/>
        <w:t>f 3310/15558/12878 3309/15559/12879 3308/15560/12880</w:t>
        <w:br/>
        <w:t>f 3307/15561/12881 3310/15558/12878 3308/15560/12880</w:t>
        <w:br/>
        <w:t>f 3314/15562/12882 3313/15563/12883 3312/15564/12884</w:t>
        <w:br/>
        <w:t>f 3311/15565/12885 3314/15562/12882 3312/15564/12884</w:t>
        <w:br/>
        <w:t>f 3316/15566/12886 3314/15562/12882 3311/15565/12885</w:t>
        <w:br/>
        <w:t>f 3315/15567/12887 3316/15566/12886 3311/15565/12885</w:t>
        <w:br/>
        <w:t>f 3307/15561/12881 3308/15560/12880 3318/15568/12888</w:t>
        <w:br/>
        <w:t>f 3317/15569/12889 3307/15561/12881 3318/15568/12888</w:t>
        <w:br/>
        <w:t>f 3321/15570/12890 3320/15571/12891 3319/15572/12892</w:t>
        <w:br/>
        <w:t>f 3323/15573/12893 3299/15553/12874 3300/15552/12873</w:t>
        <w:br/>
        <w:t>f 3322/15574/12892 3323/15573/12893 3300/15552/12873</w:t>
        <w:br/>
        <w:t>f 3303/15556/12876 3325/15575/12894 3324/15576/12895</w:t>
        <w:br/>
        <w:t>f 3328/15577/12896 3327/15578/12897 3326/15579/12898</w:t>
        <w:br/>
        <w:t>f 3306/15557/12877 3328/15577/12896 3326/15579/12898</w:t>
        <w:br/>
        <w:t>f 3332/15580/12899 3331/15581/12900 3330/15582/12901</w:t>
        <w:br/>
        <w:t>f 3329/15583/12902 3332/15580/12899 3330/15582/12901</w:t>
        <w:br/>
        <w:t>f 3329/15583/12902 3334/15584/12903 3333/15585/12904</w:t>
        <w:br/>
        <w:t>f 3332/15580/12899 3329/15583/12902 3333/15585/12904</w:t>
        <w:br/>
        <w:t>f 3316/15566/12886 3315/15567/12887 3333/15585/12904</w:t>
        <w:br/>
        <w:t>f 3334/15584/12903 3316/15566/12886 3333/15585/12904</w:t>
        <w:br/>
        <w:t>f 3331/15581/12900 3317/15569/12889 3318/15568/12888</w:t>
        <w:br/>
        <w:t>f 3330/15582/12901 3331/15581/12900 3318/15568/12888</w:t>
        <w:br/>
        <w:t>f 3336/15586/12905 3335/15587/12906 3333/15585/12904</w:t>
        <w:br/>
        <w:t>f 3315/15567/12887 3336/15586/12905 3333/15585/12904</w:t>
        <w:br/>
        <w:t>f 3340/15588/12907 3339/15589/12908 3338/15590/12909</w:t>
        <w:br/>
        <w:t>f 3337/15591/12910 3340/15588/12907 3338/15590/12909</w:t>
        <w:br/>
        <w:t>f 3344/15592/12911 3343/15593/12912 3342/15594/12913</w:t>
        <w:br/>
        <w:t>f 3341/15595/12914 3344/15592/12911 3342/15594/12913</w:t>
        <w:br/>
        <w:t>f 3348/15596/12915 3347/15597/12916 3346/15598/12917</w:t>
        <w:br/>
        <w:t>f 3345/15599/12918 3348/15596/12915 3346/15598/12917</w:t>
        <w:br/>
        <w:t>f 3350/15600/12919 3349/15601/12920 3347/15597/12916</w:t>
        <w:br/>
        <w:t>f 3348/15596/12915 3350/15600/12919 3347/15597/12916</w:t>
        <w:br/>
        <w:t>f 3354/15602/12921 3353/15603/12922 3352/15604/12923</w:t>
        <w:br/>
        <w:t>f 3351/15605/12924 3354/15602/12921 3352/15604/12923</w:t>
        <w:br/>
        <w:t>f 3358/15606/12925 3357/15607/12926 3356/15608/12927</w:t>
        <w:br/>
        <w:t>f 3355/15609/12928 3358/15606/12925 3356/15608/12927</w:t>
        <w:br/>
        <w:t>f 3361/15610/12929 3360/15611/12928 3359/15612/12930</w:t>
        <w:br/>
        <w:t>f 3362/15613/12931 3359/15612/12930 3360/15611/12928</w:t>
        <w:br/>
        <w:t>f 3357/15607/12926 3349/15601/12920 3350/15600/12919</w:t>
        <w:br/>
        <w:t>f 3361/15610/12929 3359/15612/12930 3363/15614/12932</w:t>
        <w:br/>
        <w:t>f 3365/15615/12933 3248/15500/12824 3343/15593/12912</w:t>
        <w:br/>
        <w:t>f 3364/15616/12934 3365/15615/12933 3343/15593/12912</w:t>
        <w:br/>
        <w:t>f 3368/15617/12935 3367/15618/12936 3366/15619/12937</w:t>
        <w:br/>
        <w:t>f 3372/15620/12938 3371/15621/12939 3370/15622/12940</w:t>
        <w:br/>
        <w:t>f 3369/15623/12941 3372/15620/12938 3370/15622/12940</w:t>
        <w:br/>
        <w:t>f 3374/15624/12942 3370/15622/12940 3371/15621/12939</w:t>
        <w:br/>
        <w:t>f 3373/15625/12943 3374/15624/12942 3371/15621/12939</w:t>
        <w:br/>
        <w:t>f 3378/15626/12943 3377/15627/12944 3376/15628/12945</w:t>
        <w:br/>
        <w:t>f 3375/15629/12942 3378/15626/12943 3376/15628/12945</w:t>
        <w:br/>
        <w:t>f 3337/15591/12910 3325/15575/12894 3379/15630/12946</w:t>
        <w:br/>
        <w:t>f 3383/15631/12947 3382/15632/12948 3381/15633/12949</w:t>
        <w:br/>
        <w:t>f 3380/15634/12950 3383/15631/12947 3381/15633/12949</w:t>
        <w:br/>
        <w:t>f 3385/15635/12951 3384/15636/12952 3381/15633/12949</w:t>
        <w:br/>
        <w:t>f 3382/15632/12948 3385/15635/12951 3381/15633/12949</w:t>
        <w:br/>
        <w:t>f 3384/15636/12952 3385/15635/12951 3387/15637/8751</w:t>
        <w:br/>
        <w:t>f 3386/15638/12953 3384/15636/12952 3387/15637/8751</w:t>
        <w:br/>
        <w:t>f 3386/15638/12953 3389/15639/12954 3388/15640/12955</w:t>
        <w:br/>
        <w:t>f 3384/15636/12952 3386/15638/12953 3388/15640/12955</w:t>
        <w:br/>
        <w:t>f 3364/15616/12934 3389/15639/12954 3391/15641/12956</w:t>
        <w:br/>
        <w:t>f 3390/15642/12957 3364/15616/12934 3391/15641/12956</w:t>
        <w:br/>
        <w:t>f 3384/15636/12952 3388/15640/12955 3392/15643/12958</w:t>
        <w:br/>
        <w:t>f 3381/15633/12949 3384/15636/12952 3392/15643/12958</w:t>
        <w:br/>
        <w:t>f 3348/15596/12915 3222/15472/12797 3393/15644/12959</w:t>
        <w:br/>
        <w:t>f 3350/15600/12919 3348/15596/12915 3393/15644/12959</w:t>
        <w:br/>
        <w:t>f 3345/15599/12918 3221/15473/12798 3222/15472/12797</w:t>
        <w:br/>
        <w:t>f 3348/15596/12915 3345/15599/12918 3222/15472/12797</w:t>
        <w:br/>
        <w:t>f 3350/15600/12919 3393/15644/12959 3394/15645/12960</w:t>
        <w:br/>
        <w:t>f 3357/15607/12926 3350/15600/12919 3394/15645/12960</w:t>
        <w:br/>
        <w:t>f 3396/15646/12961 3395/15647/12962 3352/15604/12923</w:t>
        <w:br/>
        <w:t>f 3353/15603/12922 3396/15646/12961 3352/15604/12923</w:t>
        <w:br/>
        <w:t>f 3400/15648/12963 3399/15649/12964 3398/15650/12965</w:t>
        <w:br/>
        <w:t>f 3397/15651/12966 3400/15648/12963 3398/15650/12965</w:t>
        <w:br/>
        <w:t>f 3383/15631/12947 3380/15634/12950 3217/15471/12796</w:t>
        <w:br/>
        <w:t>f 3218/15470/12795 3383/15631/12947 3217/15471/12796</w:t>
        <w:br/>
        <w:t>f 3252/15502/12826 3376/15628/12945 3366/15619/12937</w:t>
        <w:br/>
        <w:t>f 3251/15503/12827 3252/15502/12826 3366/15619/12937</w:t>
        <w:br/>
        <w:t>f 3367/15618/12936 3368/15617/12935 3401/15652/12967</w:t>
        <w:br/>
        <w:t>f 3234/15484/12809 3268/15519/12843 3257/15509/12833</w:t>
        <w:br/>
        <w:t>f 3223/15477/12802 3402/15653/12968 3234/15484/12809</w:t>
        <w:br/>
        <w:t>f 3249/15499/12823 3236/15487/12812 3403/15654/12969</w:t>
        <w:br/>
        <w:t>f 3242/15495/12820 3404/15655/12970 3249/15499/12823</w:t>
        <w:br/>
        <w:t>f 3299/15553/12874 3405/15656/12971 3302/15550/12871</w:t>
        <w:br/>
        <w:t>f 3373/15625/12943 3371/15621/12939 3359/15612/12930</w:t>
        <w:br/>
        <w:t>f 3406/15657/12972 3373/15625/12943 3359/15612/12930</w:t>
        <w:br/>
        <w:t>f 3217/15471/12796 3380/15634/12950 3393/15644/12959</w:t>
        <w:br/>
        <w:t>f 3222/15472/12797 3217/15471/12796 3393/15644/12959</w:t>
        <w:br/>
        <w:t>f 3407/15658/12973 3370/15622/12940 3374/15624/12942</w:t>
        <w:br/>
        <w:t>f 3376/15628/12945 3252/15502/12826 3408/15659/12973</w:t>
        <w:br/>
        <w:t>f 3375/15629/12942 3376/15628/12945 3408/15659/12973</w:t>
        <w:br/>
        <w:t>f 3396/15646/12961 3410/15660/12974 3409/15661/12975</w:t>
        <w:br/>
        <w:t>f 3395/15647/12962 3396/15646/12961 3409/15661/12975</w:t>
        <w:br/>
        <w:t>f 3414/15662/12976 3413/15663/12977 3412/15664/12978</w:t>
        <w:br/>
        <w:t>f 3411/15665/12979 3414/15662/12976 3412/15664/12978</w:t>
        <w:br/>
        <w:t>f 3369/15623/12941 3370/15622/12940 3407/15658/12973</w:t>
        <w:br/>
        <w:t>f 3415/15666/12980 3369/15623/12941 3407/15658/12973</w:t>
        <w:br/>
        <w:t>f 3419/15667/12981 3418/15668/12982 3417/15669/12983</w:t>
        <w:br/>
        <w:t>f 3416/15670/12984 3419/15667/12981 3417/15669/12983</w:t>
        <w:br/>
        <w:t>f 3333/15585/12904 3335/15587/12906 3420/15671/12985</w:t>
        <w:br/>
        <w:t>f 3332/15580/12899 3333/15585/12904 3420/15671/12985</w:t>
        <w:br/>
        <w:t>f 3419/15667/12981 3416/15670/12984 3335/15587/12906</w:t>
        <w:br/>
        <w:t>f 3341/15595/12914 3339/15589/12908 3340/15588/12907</w:t>
        <w:br/>
        <w:t>f 3344/15592/12911 3341/15595/12914 3340/15588/12907</w:t>
        <w:br/>
        <w:t>f 3255/15505/12829 3421/15672/12986 3253/15501/12825</w:t>
        <w:br/>
        <w:t>f 3425/15673/12987 3424/15674/12988 3423/15675/12989</w:t>
        <w:br/>
        <w:t>f 3422/15676/12990 3425/15673/12987 3423/15675/12989</w:t>
        <w:br/>
        <w:t>f 3429/15677/12991 3428/15678/12992 3427/15679/12993</w:t>
        <w:br/>
        <w:t>f 3426/15680/12994 3429/15677/12991 3427/15679/12993</w:t>
        <w:br/>
        <w:t>f 3432/15681/12995 3431/15682/12996 3430/15683/12997</w:t>
        <w:br/>
        <w:t>f 3434/15684/12998 3422/15676/12990 3423/15675/12989</w:t>
        <w:br/>
        <w:t>f 3433/15685/12999 3434/15684/12998 3423/15675/12989</w:t>
        <w:br/>
        <w:t>f 3429/15677/12991 3436/15686/13000 3435/15687/13001</w:t>
        <w:br/>
        <w:t>f 3428/15678/12992 3429/15677/12991 3435/15687/13001</w:t>
        <w:br/>
        <w:t>f 3440/15688/13002 3439/15689/13003 3438/15690/13004</w:t>
        <w:br/>
        <w:t>f 3437/15691/13005 3440/15688/13002 3438/15690/13004</w:t>
        <w:br/>
        <w:t>f 3447/15692/13006 3446/15693/13007 3445/15694/13008</w:t>
        <w:br/>
        <w:t>f 3444/15695/13009 3447/15692/13006 3445/15694/13008</w:t>
        <w:br/>
        <w:t>f 3351/15605/12924 3352/15604/12923 3449/15696/13010</w:t>
        <w:br/>
        <w:t>f 3448/15697/13011 3351/15605/12924 3449/15696/13010</w:t>
        <w:br/>
        <w:t>f 3358/15606/12925 3355/15609/12928 3455/15698/13012</w:t>
        <w:br/>
        <w:t>f 3454/15699/13013 3358/15606/12925 3455/15698/13012</w:t>
        <w:br/>
        <w:t>f 3457/15700/13014 3456/15701/13015 3454/15699/13013</w:t>
        <w:br/>
        <w:t>f 3455/15698/13012 3457/15700/13014 3454/15699/13013</w:t>
        <w:br/>
        <w:t>f 3460/15702/13016 3459/15703/13017 3458/15704/13018</w:t>
        <w:br/>
        <w:t>f 3434/15684/12998 3433/15685/12999 3454/15699/13013</w:t>
        <w:br/>
        <w:t>f 3456/15701/13015 3434/15684/12998 3454/15699/13013</w:t>
        <w:br/>
        <w:t>f 3440/15688/13002 3462/15705/13019 3461/15706/13020</w:t>
        <w:br/>
        <w:t>f 3439/15689/13003 3440/15688/13002 3461/15706/13020</w:t>
        <w:br/>
        <w:t>f 3447/15692/13006 3444/15695/13009 3464/15707/13021</w:t>
        <w:br/>
        <w:t>f 3463/15708/13022 3447/15692/13006 3464/15707/13021</w:t>
        <w:br/>
        <w:t>f 3468/15709/13023 3467/15710/13024 3435/15687/13001</w:t>
        <w:br/>
        <w:t>f 3436/15686/13000 3468/15709/13023 3435/15687/13001</w:t>
        <w:br/>
        <w:t>f 3469/15711/13025 3360/15611/12928 3463/15708/13022</w:t>
        <w:br/>
        <w:t>f 3464/15707/13021 3469/15711/13025 3463/15708/13022</w:t>
        <w:br/>
        <w:t>f 3471/15712/13026 3433/15685/12999 3423/15675/12989</w:t>
        <w:br/>
        <w:t>f 3470/15713/13027 3471/15712/13026 3423/15675/12989</w:t>
        <w:br/>
        <w:t>f 3445/15694/13008 3446/15693/13007 3473/15714/13028</w:t>
        <w:br/>
        <w:t>f 3472/15715/13029 3445/15694/13008 3473/15714/13028</w:t>
        <w:br/>
        <w:t>f 3437/15691/13005 3474/15716/13030 3427/15679/12993</w:t>
        <w:br/>
        <w:t>f 3428/15678/12992 3437/15691/13005 3427/15679/12993</w:t>
        <w:br/>
        <w:t>f 3358/15606/12925 3454/15699/13013 3433/15685/12999</w:t>
        <w:br/>
        <w:t>f 3471/15712/13026 3358/15606/12925 3433/15685/12999</w:t>
        <w:br/>
        <w:t>f 3476/15717/13031 3467/15710/13024 3468/15709/13023</w:t>
        <w:br/>
        <w:t>f 3475/15718/13032 3476/15717/13031 3468/15709/13023</w:t>
        <w:br/>
        <w:t>f 3459/15703/13017 3460/15702/13016 3478/15719/13033</w:t>
        <w:br/>
        <w:t>f 3477/15720/13034 3459/15703/13017 3478/15719/13033</w:t>
        <w:br/>
        <w:t>f 3478/15719/13033 3432/15681/12995 3479/15721/13035</w:t>
        <w:br/>
        <w:t>f 3477/15720/13034 3478/15719/13033 3479/15721/13035</w:t>
        <w:br/>
        <w:t>f 3467/15710/13024 3476/15717/13031 3480/15722/13036</w:t>
        <w:br/>
        <w:t>f 3462/15705/13019 3467/15710/13024 3480/15722/13036</w:t>
        <w:br/>
        <w:t>f 3484/15723/13037 3483/15724/13038 3482/15725/13039</w:t>
        <w:br/>
        <w:t>f 3481/15726/8383 3484/15723/13037 3482/15725/13039</w:t>
        <w:br/>
        <w:t>f 3490/15727/13040 3489/15728/13041 3488/15729/12993</w:t>
        <w:br/>
        <w:t>f 3487/15730/13042 3490/15727/13040 3488/15729/12993</w:t>
        <w:br/>
        <w:t>f 3438/15690/13004 3474/15716/13030 3437/15691/13005</w:t>
        <w:br/>
        <w:t>f 3461/15706/13020 3462/15705/13019 3480/15722/13036</w:t>
        <w:br/>
        <w:t>f 3481/15726/13043 3493/15731/13044 3492/15732/13020</w:t>
        <w:br/>
        <w:t>f 3491/15733/13036 3481/15726/13043 3492/15732/13020</w:t>
        <w:br/>
        <w:t>f 3495/15734/13004 3494/15735/13045 3490/15727/13040</w:t>
        <w:br/>
        <w:t>f 3487/15730/13042 3495/15734/13004 3490/15727/13040</w:t>
        <w:br/>
        <w:t>f 3435/15687/13001 3440/15688/13002 3437/15691/13005</w:t>
        <w:br/>
        <w:t>f 3428/15678/12992 3435/15687/13001 3437/15691/13005</w:t>
        <w:br/>
        <w:t>f 3467/15710/13024 3462/15705/13019 3440/15688/13002</w:t>
        <w:br/>
        <w:t>f 3435/15687/13001 3467/15710/13024 3440/15688/13002</w:t>
        <w:br/>
        <w:t>f 3413/15663/12977 3497/15736/13046 3496/15737/13047</w:t>
        <w:br/>
        <w:t>f 3412/15664/12978 3413/15663/12977 3496/15737/13047</w:t>
        <w:br/>
        <w:t>f 3255/15505/12829 3498/15738/13046 3421/15672/12986</w:t>
        <w:br/>
        <w:t>f 3502/15739/13048 3501/15740/13049 3500/15741/13050</w:t>
        <w:br/>
        <w:t>f 3499/15742/13051 3502/15739/13048 3500/15741/13050</w:t>
        <w:br/>
        <w:t>f 3506/15743/13052 3505/15744/13053 3504/15745/13054</w:t>
        <w:br/>
        <w:t>f 3503/15746/13055 3506/15743/13052 3504/15745/13054</w:t>
        <w:br/>
        <w:t>f 3510/15747/13056 3509/15748/13057 3508/15749/13058</w:t>
        <w:br/>
        <w:t>f 3507/15750/13059 3510/15747/13056 3508/15749/13058</w:t>
        <w:br/>
        <w:t>f 3509/15748/13057 3510/15747/13056 3512/15751/13060</w:t>
        <w:br/>
        <w:t>f 3511/15752/13061 3509/15748/13057 3512/15751/13060</w:t>
        <w:br/>
        <w:t>f 3516/15753/13057 3515/15754/13062 3514/15755/13063</w:t>
        <w:br/>
        <w:t>f 3513/15756/13058 3516/15753/13057 3514/15755/13063</w:t>
        <w:br/>
        <w:t>f 3254/15506/12830 3517/15757/13064 3504/15745/13054</w:t>
        <w:br/>
        <w:t>f 3255/15505/12829 3254/15506/12830 3504/15745/13054</w:t>
        <w:br/>
        <w:t>f 3503/15746/13055 3504/15745/13054 3517/15757/13064</w:t>
        <w:br/>
        <w:t>f 3518/15758/13065 3503/15746/13055 3517/15757/13064</w:t>
        <w:br/>
        <w:t>f 3520/15759/13066 3510/15747/13056 3507/15750/13059</w:t>
        <w:br/>
        <w:t>f 3519/15760/13067 3520/15759/13066 3507/15750/13059</w:t>
        <w:br/>
        <w:t>f 3521/15761/13068 3512/15751/13060 3510/15747/13056</w:t>
        <w:br/>
        <w:t>f 3520/15759/13066 3521/15761/13068 3510/15747/13056</w:t>
        <w:br/>
        <w:t>f 3525/15762/13069 3524/15763/13070 3523/15764/13071</w:t>
        <w:br/>
        <w:t>f 3522/15765/13072 3525/15762/13069 3523/15764/13071</w:t>
        <w:br/>
        <w:t>f 3528/15766/13073 3527/15767/13072 3526/15768/13074</w:t>
        <w:br/>
        <w:t>f 3515/15754/13062 3530/15769/13075 3529/15770/13076</w:t>
        <w:br/>
        <w:t>f 3514/15755/13063 3515/15754/13062 3529/15770/13076</w:t>
        <w:br/>
        <w:t>f 3412/15664/12978 3496/15737/13047 3531/15771/13077</w:t>
        <w:br/>
        <w:t>f 3269/15518/12842 3412/15664/12978 3531/15771/13077</w:t>
        <w:br/>
        <w:t>f 3535/15772/13078 3534/15773/13079 3533/15774/13080</w:t>
        <w:br/>
        <w:t>f 3532/15775/13081 3535/15772/13078 3533/15774/13080</w:t>
        <w:br/>
        <w:t>f 3537/15776/13082 3536/15777/13083 3256/15510/12834</w:t>
        <w:br/>
        <w:t>f 3257/15509/12833 3537/15776/13082 3256/15510/12834</w:t>
        <w:br/>
        <w:t>f 3541/15778/13084 3540/15779/13085 3539/15780/13086</w:t>
        <w:br/>
        <w:t>f 3538/15781/13087 3541/15778/13084 3539/15780/13086</w:t>
        <w:br/>
        <w:t>f 3545/15782/13088 3544/15783/13087 3543/15784/13086</w:t>
        <w:br/>
        <w:t>f 3542/15785/13089 3545/15782/13088 3543/15784/13086</w:t>
        <w:br/>
        <w:t>f 3545/15782/13088 3547/15786/13090 3546/15787/13091</w:t>
        <w:br/>
        <w:t>f 3544/15783/13087 3545/15782/13088 3546/15787/13091</w:t>
        <w:br/>
        <w:t>f 3538/15781/13087 3549/15788/13091 3548/15789/13092</w:t>
        <w:br/>
        <w:t>f 3541/15778/13084 3538/15781/13087 3548/15789/13092</w:t>
        <w:br/>
        <w:t>f 3553/15790/13093 3552/15791/13094 3551/15792/13095</w:t>
        <w:br/>
        <w:t>f 3550/15793/13096 3553/15790/13093 3551/15792/13095</w:t>
        <w:br/>
        <w:t>f 3557/15794/13097 3556/15795/13095 3555/15796/13098</w:t>
        <w:br/>
        <w:t>f 3554/15797/13099 3557/15794/13097 3555/15796/13098</w:t>
        <w:br/>
        <w:t>f 3558/15798/13100 3547/15786/13090 3517/15757/13064</w:t>
        <w:br/>
        <w:t>f 3254/15506/12830 3558/15798/13100 3517/15757/13064</w:t>
        <w:br/>
        <w:t>f 3545/15782/13088 3542/15785/13089 3559/15799/13101</w:t>
        <w:br/>
        <w:t>f 3518/15758/13065 3545/15782/13088 3559/15799/13101</w:t>
        <w:br/>
        <w:t>f 3521/15761/13068 3520/15759/13066 3553/15790/13093</w:t>
        <w:br/>
        <w:t>f 3560/15800/13102 3521/15761/13068 3553/15790/13093</w:t>
        <w:br/>
        <w:t>f 3520/15759/13066 3519/15760/13067 3552/15791/13094</w:t>
        <w:br/>
        <w:t>f 3553/15790/13093 3520/15759/13066 3552/15791/13094</w:t>
        <w:br/>
        <w:t>f 3562/15801/13103 3523/15764/13071 3524/15763/13070</w:t>
        <w:br/>
        <w:t>f 3561/15802/13104 3562/15801/13103 3524/15763/13070</w:t>
        <w:br/>
        <w:t>f 3554/15797/13099 3555/15796/13098 3529/15770/13076</w:t>
        <w:br/>
        <w:t>f 3530/15769/13075 3554/15797/13099 3529/15770/13076</w:t>
        <w:br/>
        <w:t>f 3531/15771/13077 3537/15776/13082 3257/15509/12833</w:t>
        <w:br/>
        <w:t>f 3269/15518/12842 3531/15771/13077 3257/15509/12833</w:t>
        <w:br/>
        <w:t>f 3533/15774/13080 3534/15773/13079 3564/15803/13105</w:t>
        <w:br/>
        <w:t>f 3563/15804/13106 3533/15774/13080 3564/15803/13105</w:t>
        <w:br/>
        <w:t>f 3511/15752/13061 3512/15751/13060 3566/15805/13107</w:t>
        <w:br/>
        <w:t>f 3565/15806/13108 3511/15752/13061 3566/15805/13107</w:t>
        <w:br/>
        <w:t>f 3512/15751/13060 3521/15761/13068 3567/15807/13109</w:t>
        <w:br/>
        <w:t>f 3566/15805/13107 3512/15751/13060 3567/15807/13109</w:t>
        <w:br/>
        <w:t>f 3560/15800/13102 3568/15808/13110 3567/15807/13109</w:t>
        <w:br/>
        <w:t>f 3521/15761/13068 3560/15800/13102 3567/15807/13109</w:t>
        <w:br/>
        <w:t>f 3525/15762/13069 3569/15809/13111 3565/15806/13108</w:t>
        <w:br/>
        <w:t>f 3566/15805/13107 3525/15762/13069 3565/15806/13108</w:t>
        <w:br/>
        <w:t>f 3562/15801/13103 3561/15802/13104 3570/15810/13112</w:t>
        <w:br/>
        <w:t>f 3568/15808/13110 3560/15800/13102 3572/15811/13113</w:t>
        <w:br/>
        <w:t>f 3571/15812/13114 3568/15808/13110 3572/15811/13113</w:t>
        <w:br/>
        <w:t>f 3574/15813/13115 3573/15814/13051 3506/15743/13052</w:t>
        <w:br/>
        <w:t>f 3503/15746/13055 3574/15813/13115 3506/15743/13052</w:t>
        <w:br/>
        <w:t>f 3574/15813/13115 3503/15746/13055 3518/15758/13065</w:t>
        <w:br/>
        <w:t>f 3559/15799/13101 3574/15813/13115 3518/15758/13065</w:t>
        <w:br/>
        <w:t>f 3547/15786/13090 3545/15782/13088 3518/15758/13065</w:t>
        <w:br/>
        <w:t>f 3517/15757/13064 3547/15786/13090 3518/15758/13065</w:t>
        <w:br/>
        <w:t>f 3576/15815/13116 3575/15816/13117 3563/15804/13106</w:t>
        <w:br/>
        <w:t>f 3578/15817/13118 3515/15754/13062 3516/15753/13057</w:t>
        <w:br/>
        <w:t>f 3577/15818/13061 3578/15817/13118 3516/15753/13057</w:t>
        <w:br/>
        <w:t>f 3530/15769/13075 3515/15754/13062 3578/15817/13118</w:t>
        <w:br/>
        <w:t>f 3579/15819/13119 3530/15769/13075 3578/15817/13118</w:t>
        <w:br/>
        <w:t>f 3554/15797/13099 3580/15820/13120 3576/15815/13116</w:t>
        <w:br/>
        <w:t>f 3557/15794/13097 3554/15797/13099 3576/15815/13116</w:t>
        <w:br/>
        <w:t>f 3550/15793/13096 3572/15811/13113 3560/15800/13102</w:t>
        <w:br/>
        <w:t>f 3553/15790/13093 3550/15793/13096 3560/15800/13102</w:t>
        <w:br/>
        <w:t>f 3530/15769/13075 3579/15819/13119 3580/15820/13120</w:t>
        <w:br/>
        <w:t>f 3554/15797/13099 3530/15769/13075 3580/15820/13120</w:t>
        <w:br/>
        <w:t>f 3532/15775/13081 3577/15818/13061 3581/15821/13108</w:t>
        <w:br/>
        <w:t>f 3535/15772/13078 3532/15775/13081 3581/15821/13108</w:t>
        <w:br/>
        <w:t>f 3525/15762/13069 3522/15765/13072 3569/15809/13111</w:t>
        <w:br/>
        <w:t>f 3571/15812/13114 3570/15810/13112 3561/15802/13104</w:t>
        <w:br/>
        <w:t>f 3568/15808/13110 3571/15812/13114 3561/15802/13104</w:t>
        <w:br/>
        <w:t>f 3585/15822/13121 3584/15823/13122 3583/15824/13123</w:t>
        <w:br/>
        <w:t>f 3582/15825/13124 3585/15822/13121 3583/15824/13123</w:t>
        <w:br/>
        <w:t>f 3588/15826/13125 3587/15827/13114 3564/15803/13105</w:t>
        <w:br/>
        <w:t>f 3586/15828/8288 3588/15826/13125 3564/15803/13105</w:t>
        <w:br/>
        <w:t>f 3584/15823/13122 3585/15822/13121 3535/15772/13078</w:t>
        <w:br/>
        <w:t>f 3581/15821/13108 3584/15823/13122 3535/15772/13078</w:t>
        <w:br/>
        <w:t>f 3586/15828/8288 3598/15829/8355 3597/15830/13103</w:t>
        <w:br/>
        <w:t>f 3588/15826/13125 3586/15828/8288 3597/15830/13103</w:t>
        <w:br/>
        <w:t>f 3524/15763/13070 3525/15762/13069 3566/15805/13107</w:t>
        <w:br/>
        <w:t>f 3567/15807/13109 3524/15763/13070 3566/15805/13107</w:t>
        <w:br/>
        <w:t>f 3568/15808/13110 3561/15802/13104 3524/15763/13070</w:t>
        <w:br/>
        <w:t>f 3567/15807/13109 3568/15808/13110 3524/15763/13070</w:t>
        <w:br/>
        <w:t>f 3610/15831/13126 3609/15832/13127 3608/15833/13128</w:t>
        <w:br/>
        <w:t>f 3607/15834/13129 3610/15831/13126 3608/15833/13128</w:t>
        <w:br/>
        <w:t>f 3614/15835/13130 3613/15836/13131 3612/15837/13132</w:t>
        <w:br/>
        <w:t>f 3611/15838/13133 3614/15835/13130 3612/15837/13132</w:t>
        <w:br/>
        <w:t>f 3616/15839/13127 3613/15836/13131 3615/15840/13134</w:t>
        <w:br/>
        <w:t>f 3617/15841/13135 3616/15839/13127 3615/15840/13134</w:t>
        <w:br/>
        <w:t>f 3621/15842/13136 3607/15834/13129 3608/15833/13128</w:t>
        <w:br/>
        <w:t>f 3620/15843/13137 3621/15842/13136 3608/15833/13128</w:t>
        <w:br/>
        <w:t>f 3625/15844/13138 3624/15845/13139 3623/15846/13140</w:t>
        <w:br/>
        <w:t>f 3622/15847/13141 3625/15844/13138 3623/15846/13140</w:t>
        <w:br/>
        <w:t>f 3614/15835/13130 3611/15838/13133 3630/15848/13142</w:t>
        <w:br/>
        <w:t>f 3629/15849/13143 3614/15835/13130 3630/15848/13142</w:t>
        <w:br/>
        <w:t>f 3632/15850/13144 3617/15841/13135 3615/15840/13134</w:t>
        <w:br/>
        <w:t>f 3631/15851/13145 3632/15850/13144 3615/15840/13134</w:t>
        <w:br/>
        <w:t>f 3644/15852/13146 3643/15853/13147 3642/15854/13148</w:t>
        <w:br/>
        <w:t>f 3641/15855/13149 3644/15852/13146 3642/15854/13148</w:t>
        <w:br/>
        <w:t>f 3646/15856/13150 3645/15857/13151 3641/15855/13149</w:t>
        <w:br/>
        <w:t>f 3642/15854/13148 3646/15856/13150 3641/15855/13149</w:t>
        <w:br/>
        <w:t>f 3648/15858/13152 3641/15855/13149 3645/15857/13151</w:t>
        <w:br/>
        <w:t>f 3647/15859/13153 3648/15858/13152 3645/15857/13151</w:t>
        <w:br/>
        <w:t>f 3648/15858/13152 3650/15860/13154 3649/15861/13155</w:t>
        <w:br/>
        <w:t>f 3641/15855/13149 3648/15858/13152 3649/15861/13155</w:t>
        <w:br/>
        <w:t>f 3621/15842/13136 3620/15843/13137 3647/15859/13153</w:t>
        <w:br/>
        <w:t>f 3645/15857/13151 3621/15842/13136 3647/15859/13153</w:t>
        <w:br/>
        <w:t>f 3652/15862/13156 3624/15845/13139 3625/15844/13138</w:t>
        <w:br/>
        <w:t>f 3651/15863/13157 3652/15862/13156 3625/15844/13138</w:t>
        <w:br/>
        <w:t>f 3630/15848/13142 3643/15853/13147 3644/15852/13146</w:t>
        <w:br/>
        <w:t>f 3629/15849/13143 3630/15848/13142 3644/15852/13146</w:t>
        <w:br/>
        <w:t>f 3632/15850/13144 3631/15851/13145 3649/15861/13155</w:t>
        <w:br/>
        <w:t>f 3650/15860/13154 3632/15850/13144 3649/15861/13155</w:t>
        <w:br/>
        <w:t>f 3656/15864/13158 3655/15865/13159 3654/15866/13160</w:t>
        <w:br/>
        <w:t>f 3653/15867/13161 3656/15864/13158 3654/15866/13160</w:t>
        <w:br/>
        <w:t>f 3660/15868/13162 3659/15869/13163 3658/15870/13164</w:t>
        <w:br/>
        <w:t>f 3657/15871/13165 3660/15868/13162 3658/15870/13164</w:t>
        <w:br/>
        <w:t>f 3664/15872/13166 3663/15873/13167 3662/15874/13168</w:t>
        <w:br/>
        <w:t>f 3661/15875/13169 3664/15872/13166 3662/15874/13168</w:t>
        <w:br/>
        <w:t>f 3666/15876/13170 3665/15877/13171 3607/15834/13129</w:t>
        <w:br/>
        <w:t>f 3621/15842/13136 3666/15876/13170 3607/15834/13129</w:t>
        <w:br/>
        <w:t>f 3646/15856/13150 3666/15876/13170 3621/15842/13136</w:t>
        <w:br/>
        <w:t>f 3645/15857/13151 3646/15856/13150 3621/15842/13136</w:t>
        <w:br/>
        <w:t>f 3665/15877/13171 3667/15878/13172 3610/15831/13126</w:t>
        <w:br/>
        <w:t>f 3607/15834/13129 3665/15877/13171 3610/15831/13126</w:t>
        <w:br/>
        <w:t>f 3667/15878/13172 3665/15877/13171 3622/15847/13141</w:t>
        <w:br/>
        <w:t>f 3668/15879/13173 3667/15878/13172 3622/15847/13141</w:t>
        <w:br/>
        <w:t>f 3652/15862/13156 3651/15863/13157 3669/15880/13174</w:t>
        <w:br/>
        <w:t>f 3671/15881/13175 3670/15882/8365 3630/15848/13142</w:t>
        <w:br/>
        <w:t>f 3670/15882/8365 3672/15883/8362 3630/15848/13142</w:t>
        <w:br/>
        <w:t>f 3668/15879/13173 3622/15847/13141 3623/15846/13140</w:t>
        <w:br/>
        <w:t>f 3642/15854/13148 3669/15880/13174 3651/15863/13157</w:t>
        <w:br/>
        <w:t>f 3646/15856/13150 3642/15854/13148 3651/15863/13157</w:t>
        <w:br/>
        <w:t>f 3676/15884/13176 3675/15885/8315 3674/15886/13177</w:t>
        <w:br/>
        <w:t>f 3673/15887/13173 3676/15884/13176 3674/15886/13177</w:t>
        <w:br/>
        <w:t>f 3669/15880/13174 3642/15854/13148 3643/15853/13147</w:t>
        <w:br/>
        <w:t>f 3677/15888/13178 3669/15880/13174 3643/15853/13147</w:t>
        <w:br/>
        <w:t>f 3663/15873/13167 3685/15889/13179 3684/15890/13180</w:t>
        <w:br/>
        <w:t>f 3662/15874/13168 3663/15873/13167 3684/15890/13180</w:t>
        <w:br/>
        <w:t>f 3611/15838/13133 3612/15837/13132 3673/15887/13173</w:t>
        <w:br/>
        <w:t>f 3674/15886/13177 3611/15838/13133 3673/15887/13173</w:t>
        <w:br/>
        <w:t>f 3677/15888/13178 3687/15891/8366 3652/15862/13156</w:t>
        <w:br/>
        <w:t>f 3669/15880/13174 3677/15888/13178 3652/15862/13156</w:t>
        <w:br/>
        <w:t>f 3625/15844/13138 3622/15847/13141 3665/15877/13171</w:t>
        <w:br/>
        <w:t>f 3666/15876/13170 3625/15844/13138 3665/15877/13171</w:t>
        <w:br/>
        <w:t>f 3666/15876/13170 3646/15856/13150 3651/15863/13157</w:t>
        <w:br/>
        <w:t>f 3625/15844/13138 3666/15876/13170 3651/15863/13157</w:t>
        <w:br/>
        <w:t>f 3691/15892/13181 3690/15893/13182 3689/15894/13183</w:t>
        <w:br/>
        <w:t>f 3688/15895/13184 3691/15892/13181 3689/15894/13183</w:t>
        <w:br/>
        <w:t>f 3693/15896/13185 3692/15897/13186 3272/15522/12846</w:t>
        <w:br/>
        <w:t>f 3273/15521/12845 3693/15896/13185 3272/15522/12846</w:t>
        <w:br/>
        <w:t>f 3697/15898/13187 3696/15899/13188 3695/15900/13189</w:t>
        <w:br/>
        <w:t>f 3694/15901/13190 3697/15898/13187 3695/15900/13189</w:t>
        <w:br/>
        <w:t>f 3701/15902/13191 3700/15903/13192 3699/15904/13193</w:t>
        <w:br/>
        <w:t>f 3698/15905/13194 3701/15902/13191 3699/15904/13193</w:t>
        <w:br/>
        <w:t>f 3705/15906/13195 3704/15907/13192 3703/15908/13196</w:t>
        <w:br/>
        <w:t>f 3702/15909/13197 3705/15906/13195 3703/15908/13196</w:t>
        <w:br/>
        <w:t>f 3708/15910/13198 3688/15895/13184 3707/15911/13190</w:t>
        <w:br/>
        <w:t>f 3706/15912/13199 3708/15910/13198 3707/15911/13190</w:t>
        <w:br/>
        <w:t>f 3709/15913/13200 3693/15896/13185 3273/15521/12845</w:t>
        <w:br/>
        <w:t>f 3279/15529/12852 3709/15913/13200 3273/15521/12845</w:t>
        <w:br/>
        <w:t>f 3696/15899/13188 3711/15914/13201 3710/15915/13202</w:t>
        <w:br/>
        <w:t>f 3695/15900/13189 3696/15899/13188 3710/15915/13202</w:t>
        <w:br/>
        <w:t>f 3699/15904/13193 3713/15916/13203 3712/15917/13204</w:t>
        <w:br/>
        <w:t>f 3698/15905/13194 3699/15904/13193 3712/15917/13204</w:t>
        <w:br/>
        <w:t>f 3717/15918/13205 3716/15919/13206 3715/15920/13207</w:t>
        <w:br/>
        <w:t>f 3714/15921/13208 3717/15918/13205 3715/15920/13207</w:t>
        <w:br/>
        <w:t>f 3722/15922/13209 3705/15906/13195 3702/15909/13197</w:t>
        <w:br/>
        <w:t>f 3721/15923/13210 3722/15922/13209 3702/15909/13197</w:t>
        <w:br/>
        <w:t>f 3706/15912/13199 3724/15924/13211 3723/15925/13212</w:t>
        <w:br/>
        <w:t>f 3708/15910/13198 3706/15912/13199 3723/15925/13212</w:t>
        <w:br/>
        <w:t>f 3725/15926/13213 3281/15531/12854 3275/15527/12850</w:t>
        <w:br/>
        <w:t>f 3690/15893/13182 3725/15926/13213 3275/15527/12850</w:t>
        <w:br/>
        <w:t>f 3725/15926/13213 3690/15893/13182 3691/15892/13181</w:t>
        <w:br/>
        <w:t>f 3726/15927/13214 3725/15926/13213 3691/15892/13181</w:t>
        <w:br/>
        <w:t>f 3730/15928/13215 3729/15929/13216 3728/15930/13217</w:t>
        <w:br/>
        <w:t>f 3727/15931/13218 3730/15928/13215 3728/15930/13217</w:t>
        <w:br/>
        <w:t>f 3734/15932/13219 3733/15933/13220 3732/15934/13221</w:t>
        <w:br/>
        <w:t>f 3731/15935/13222 3734/15932/13219 3732/15934/13221</w:t>
        <w:br/>
        <w:t>f 3738/15936/13223 3737/15937/13219 3736/15938/13222</w:t>
        <w:br/>
        <w:t>f 3735/15939/13224 3738/15936/13223 3736/15938/13222</w:t>
        <w:br/>
        <w:t>f 3738/15936/13223 3293/15543/12865 3294/15542/12864</w:t>
        <w:br/>
        <w:t>f 3737/15937/13219 3738/15936/13223 3294/15542/12864</w:t>
        <w:br/>
        <w:t>f 3734/15932/13219 3295/15549/12870 3296/15548/12869</w:t>
        <w:br/>
        <w:t>f 3733/15933/13220 3734/15932/13219 3296/15548/12869</w:t>
        <w:br/>
        <w:t>f 3742/15940/13225 3741/15941/13226 3740/15942/13227</w:t>
        <w:br/>
        <w:t>f 3739/15943/13228 3742/15940/13225 3740/15942/13227</w:t>
        <w:br/>
        <w:t>f 3746/15944/13225 3745/15945/13228 3744/15946/13229</w:t>
        <w:br/>
        <w:t>f 3743/15947/13230 3746/15944/13225 3744/15946/13229</w:t>
        <w:br/>
        <w:t>f 3735/15939/13224 3736/15938/13222 3748/15948/13231</w:t>
        <w:br/>
        <w:t>f 3747/15949/13232 3735/15939/13224 3748/15948/13231</w:t>
        <w:br/>
        <w:t>f 3751/15950/13233 3750/15951/13234 3749/15952/13231</w:t>
        <w:br/>
        <w:t>f 3731/15935/13222 3751/15950/13233 3749/15952/13231</w:t>
        <w:br/>
        <w:t>f 3738/15936/13223 3735/15939/13224 3711/15914/13201</w:t>
        <w:br/>
        <w:t>f 3709/15913/13200 3738/15936/13223 3711/15914/13201</w:t>
        <w:br/>
        <w:t>f 3713/15916/13203 3743/15947/13230 3744/15946/13229</w:t>
        <w:br/>
        <w:t>f 3712/15917/13204 3713/15916/13203 3744/15946/13229</w:t>
        <w:br/>
        <w:t>f 3735/15939/13224 3747/15949/13232 3710/15915/13202</w:t>
        <w:br/>
        <w:t>f 3711/15914/13201 3735/15939/13224 3710/15915/13202</w:t>
        <w:br/>
        <w:t>f 3753/15953/13235 3714/15921/13208 3715/15920/13207</w:t>
        <w:br/>
        <w:t>f 3752/15954/13236 3753/15953/13235 3715/15920/13207</w:t>
        <w:br/>
        <w:t>f 3722/15922/13209 3721/15923/13210 3740/15942/13227</w:t>
        <w:br/>
        <w:t>f 3741/15941/13226 3722/15922/13209 3740/15942/13227</w:t>
        <w:br/>
        <w:t>f 3723/15925/13212 3724/15924/13211 3750/15951/13234</w:t>
        <w:br/>
        <w:t>f 3751/15950/13233 3723/15925/13212 3750/15951/13234</w:t>
        <w:br/>
        <w:t>f 3733/15933/13220 3725/15926/13213 3726/15927/13214</w:t>
        <w:br/>
        <w:t>f 3732/15934/13221 3733/15933/13220 3726/15927/13214</w:t>
        <w:br/>
        <w:t>f 3725/15926/13213 3733/15933/13220 3296/15548/12869</w:t>
        <w:br/>
        <w:t>f 3281/15531/12854 3725/15926/13213 3296/15548/12869</w:t>
        <w:br/>
        <w:t>f 3755/15955/13237 3727/15931/13218 3728/15930/13217</w:t>
        <w:br/>
        <w:t>f 3754/15956/13238 3755/15955/13237 3728/15930/13217</w:t>
        <w:br/>
        <w:t>f 3698/15905/13194 3757/15957/13239 3756/15958/13240</w:t>
        <w:br/>
        <w:t>f 3701/15902/13191 3698/15905/13194 3756/15958/13240</w:t>
        <w:br/>
        <w:t>f 3698/15905/13194 3712/15917/13204 3758/15959/13241</w:t>
        <w:br/>
        <w:t>f 3757/15957/13239 3698/15905/13194 3758/15959/13241</w:t>
        <w:br/>
        <w:t>f 3712/15917/13204 3744/15946/13229 3759/15960/13242</w:t>
        <w:br/>
        <w:t>f 3758/15959/13241 3712/15917/13204 3759/15960/13242</w:t>
        <w:br/>
        <w:t>f 3716/15919/13206 3760/15961/13243 3756/15958/13240</w:t>
        <w:br/>
        <w:t>f 3757/15957/13239 3716/15919/13206 3756/15958/13240</w:t>
        <w:br/>
        <w:t>f 3753/15953/13235 3752/15954/13236 3761/15962/13244</w:t>
        <w:br/>
        <w:t>f 3759/15960/13242 3744/15946/13229 3745/15945/13228</w:t>
        <w:br/>
        <w:t>f 3762/15963/13245 3759/15960/13242 3745/15945/13228</w:t>
        <w:br/>
        <w:t>f 3275/15527/12850 3276/15526/12846 3689/15894/13183</w:t>
        <w:br/>
        <w:t>f 3690/15893/13182 3275/15527/12850 3689/15894/13183</w:t>
        <w:br/>
        <w:t>f 3696/15899/13188 3697/15898/13187 3692/15897/13186</w:t>
        <w:br/>
        <w:t>f 3693/15896/13185 3696/15899/13188 3692/15897/13186</w:t>
        <w:br/>
        <w:t>f 3693/15896/13185 3709/15913/13200 3711/15914/13201</w:t>
        <w:br/>
        <w:t>f 3696/15899/13188 3693/15896/13185 3711/15914/13201</w:t>
        <w:br/>
        <w:t>f 3293/15543/12865 3738/15936/13223 3709/15913/13200</w:t>
        <w:br/>
        <w:t>f 3279/15529/12852 3293/15543/12865 3709/15913/13200</w:t>
        <w:br/>
        <w:t>f 3763/15964/13246 3739/15943/13228 3755/15955/13237</w:t>
        <w:br/>
        <w:t>f 3754/15956/13238 3763/15964/13246 3755/15955/13237</w:t>
        <w:br/>
        <w:t>f 3730/15928/13215 3703/15908/13196 3764/15965/13247</w:t>
        <w:br/>
        <w:t>f 3729/15929/13216 3730/15928/13215 3764/15965/13247</w:t>
        <w:br/>
        <w:t>f 3765/15966/8370 3754/15956/13238 3728/15930/13217</w:t>
        <w:br/>
        <w:t>f 3716/15919/13206 3717/15918/13205 3760/15961/13243</w:t>
        <w:br/>
        <w:t>f 3762/15963/13245 3761/15962/13244 3752/15954/13236</w:t>
        <w:br/>
        <w:t>f 3759/15960/13242 3762/15963/13245 3752/15954/13236</w:t>
        <w:br/>
        <w:t>f 3767/15967/13248 3766/15968/8324 3729/15929/13216</w:t>
        <w:br/>
        <w:t>f 3764/15965/13247 3767/15967/13248 3729/15929/13216</w:t>
        <w:br/>
        <w:t>f 3754/15956/13238 3769/15969/13249 3768/15970/13250</w:t>
        <w:br/>
        <w:t>f 3763/15964/13246 3754/15956/13238 3768/15970/13250</w:t>
        <w:br/>
        <w:t>f 3769/15969/13249 3777/15971/8373 3776/15972/13251</w:t>
        <w:br/>
        <w:t>f 3768/15970/13250 3769/15969/13249 3776/15972/13251</w:t>
        <w:br/>
        <w:t>f 3715/15920/13207 3716/15919/13206 3757/15957/13239</w:t>
        <w:br/>
        <w:t>f 3758/15959/13241 3715/15920/13207 3757/15957/13239</w:t>
        <w:br/>
        <w:t>f 3752/15954/13236 3715/15920/13207 3758/15959/13241</w:t>
        <w:br/>
        <w:t>f 3759/15960/13242 3752/15954/13236 3758/15959/13241</w:t>
        <w:br/>
        <w:t>f 3779/15973/13252 3308/15560/12880 3309/15559/12879</w:t>
        <w:br/>
        <w:t>f 3778/15974/13253 3779/15973/13252 3309/15559/12879</w:t>
        <w:br/>
        <w:t>f 3783/15975/13254 3782/15976/13255 3781/15977/13256</w:t>
        <w:br/>
        <w:t>f 3780/15978/13257 3783/15975/13254 3781/15977/13256</w:t>
        <w:br/>
        <w:t>f 3787/15979/13258 3786/15980/13259 3785/15981/13260</w:t>
        <w:br/>
        <w:t>f 3784/15982/13261 3787/15979/13258 3785/15981/13260</w:t>
        <w:br/>
        <w:t>f 3791/15983/13262 3790/15984/13263 3789/15985/13264</w:t>
        <w:br/>
        <w:t>f 3788/15986/13265 3791/15983/13262 3789/15985/13264</w:t>
        <w:br/>
        <w:t>f 3781/15977/13256 3782/15976/13255 3792/15987/13266</w:t>
        <w:br/>
        <w:t>f 3793/15988/13267 3781/15977/13256 3792/15987/13266</w:t>
        <w:br/>
        <w:t>f 3797/15989/13268 3796/15990/13269 3795/15991/13270</w:t>
        <w:br/>
        <w:t>f 3794/15992/13271 3797/15989/13268 3795/15991/13270</w:t>
        <w:br/>
        <w:t>f 3802/15993/13272 3786/15980/13259 3787/15979/13258</w:t>
        <w:br/>
        <w:t>f 3801/15994/13273 3802/15993/13272 3787/15979/13258</w:t>
        <w:br/>
        <w:t>f 3806/15995/13274 3805/15996/13275 3804/15997/13276</w:t>
        <w:br/>
        <w:t>f 3803/15998/13277 3806/15995/13274 3804/15997/13276</w:t>
        <w:br/>
        <w:t>f 3329/15583/12902 3330/15582/12901 3808/15999/13278</w:t>
        <w:br/>
        <w:t>f 3807/16000/13279 3329/15583/12902 3808/15999/13278</w:t>
        <w:br/>
        <w:t>f 3334/15584/12903 3329/15583/12902 3807/16000/13279</w:t>
        <w:br/>
        <w:t>f 3809/16001/13280 3334/15584/12903 3807/16000/13279</w:t>
        <w:br/>
        <w:t>f 3813/16002/13281 3812/16003/13282 3811/16004/13283</w:t>
        <w:br/>
        <w:t>f 3810/16005/13284 3813/16002/13281 3811/16004/13283</w:t>
        <w:br/>
        <w:t>f 3810/16005/13284 3811/16004/13283 3815/16006/13285</w:t>
        <w:br/>
        <w:t>f 3814/16007/13286 3810/16005/13284 3815/16006/13285</w:t>
        <w:br/>
        <w:t>f 3807/16000/13279 3817/16008/13287 3816/16009/13288</w:t>
        <w:br/>
        <w:t>f 3809/16001/13280 3807/16000/13279 3816/16009/13288</w:t>
        <w:br/>
        <w:t>f 3819/16010/13289 3818/16011/13290 3817/16008/13287</w:t>
        <w:br/>
        <w:t>f 3807/16000/13279 3819/16010/13289 3817/16008/13287</w:t>
        <w:br/>
        <w:t>f 3316/15566/12886 3334/15584/12903 3809/16001/13280</w:t>
        <w:br/>
        <w:t>f 3789/15985/13264 3316/15566/12886 3809/16001/13280</w:t>
        <w:br/>
        <w:t>f 3793/15988/13267 3792/15987/13266 3814/16007/13286</w:t>
        <w:br/>
        <w:t>f 3815/16006/13285 3793/15988/13267 3814/16007/13286</w:t>
        <w:br/>
        <w:t>f 3821/16012/13291 3794/15992/13271 3795/15991/13270</w:t>
        <w:br/>
        <w:t>f 3820/16013/13292 3821/16012/13291 3795/15991/13270</w:t>
        <w:br/>
        <w:t>f 3802/15993/13272 3801/15994/13273 3812/16003/13282</w:t>
        <w:br/>
        <w:t>f 3813/16002/13281 3802/15993/13272 3812/16003/13282</w:t>
        <w:br/>
        <w:t>f 3823/16014/13293 3822/16015/13294 3818/16011/13290</w:t>
        <w:br/>
        <w:t>f 3819/16010/13289 3823/16014/13293 3818/16011/13290</w:t>
        <w:br/>
        <w:t>f 3825/16016/13295 3803/15998/13277 3804/15997/13276</w:t>
        <w:br/>
        <w:t>f 3824/16017/13296 3825/16016/13295 3804/15997/13276</w:t>
        <w:br/>
        <w:t>f 3780/15978/13257 3781/15977/13256 3827/16018/13297</w:t>
        <w:br/>
        <w:t>f 3826/16019/13298 3780/15978/13257 3827/16018/13297</w:t>
        <w:br/>
        <w:t>f 3828/16020/13299 3827/16018/13297 3781/15977/13256</w:t>
        <w:br/>
        <w:t>f 3793/15988/13267 3828/16020/13299 3781/15977/13256</w:t>
        <w:br/>
        <w:t>f 3829/16021/13300 3828/16020/13299 3793/15988/13267</w:t>
        <w:br/>
        <w:t>f 3815/16006/13285 3829/16021/13300 3793/15988/13267</w:t>
        <w:br/>
        <w:t>f 3788/15986/13265 3789/15985/13264 3809/16001/13280</w:t>
        <w:br/>
        <w:t>f 3816/16009/13288 3788/15986/13265 3809/16001/13280</w:t>
        <w:br/>
        <w:t>f 3831/16022/13301 3822/16015/13294 3823/16014/13293</w:t>
        <w:br/>
        <w:t>f 3830/16023/13302 3831/16022/13301 3823/16014/13293</w:t>
        <w:br/>
        <w:t>f 3830/16023/13302 3778/15974/13253 3832/16024/13303</w:t>
        <w:br/>
        <w:t>f 3831/16022/13301 3830/16023/13302 3832/16024/13303</w:t>
        <w:br/>
        <w:t>f 3791/15983/13262 3834/16025/13304 3833/16026/13253</w:t>
        <w:br/>
        <w:t>f 3790/15984/13263 3791/15983/13262 3833/16026/13253</w:t>
        <w:br/>
        <w:t>f 3796/15990/13269 3835/16027/13305 3826/16019/13298</w:t>
        <w:br/>
        <w:t>f 3827/16018/13297 3796/15990/13269 3826/16019/13298</w:t>
        <w:br/>
        <w:t>f 3821/16012/13291 3820/16013/13292 3836/16028/13306</w:t>
        <w:br/>
        <w:t>f 3815/16006/13285 3811/16004/13283 3837/16029/13307</w:t>
        <w:br/>
        <w:t>f 3829/16021/13300 3815/16006/13285 3837/16029/13307</w:t>
        <w:br/>
        <w:t>f 3790/15984/13263 3833/16026/13253 3313/15563/12883</w:t>
        <w:br/>
        <w:t>f 3314/15562/12882 3790/15984/13263 3313/15563/12883</w:t>
        <w:br/>
        <w:t>f 3314/15562/12882 3316/15566/12886 3789/15985/13264</w:t>
        <w:br/>
        <w:t>f 3790/15984/13263 3314/15562/12882 3789/15985/13264</w:t>
        <w:br/>
        <w:t>f 3837/16029/13307 3811/16004/13283 3825/16016/13295</w:t>
        <w:br/>
        <w:t>f 3824/16017/13296 3837/16029/13307 3825/16016/13295</w:t>
        <w:br/>
        <w:t>f 3806/15995/13274 3784/15982/13261 3838/16030/13298</w:t>
        <w:br/>
        <w:t>f 3805/15996/13275 3806/15995/13274 3838/16030/13298</w:t>
        <w:br/>
        <w:t>f 3804/15997/13276 3805/15996/13275 3839/16031/13308</w:t>
        <w:br/>
        <w:t>f 3796/15990/13269 3797/15989/13268 3835/16027/13305</w:t>
        <w:br/>
        <w:t>f 3820/16013/13292 3829/16021/13300 3837/16029/13307</w:t>
        <w:br/>
        <w:t>f 3836/16028/13306 3820/16013/13292 3837/16029/13307</w:t>
        <w:br/>
        <w:t>f 3846/16032/13268 3845/16033/13309 3844/16034/13310</w:t>
        <w:br/>
        <w:t>f 3843/16035/13311 3846/16032/13268 3844/16034/13310</w:t>
        <w:br/>
        <w:t>f 3836/16028/13306 3837/16029/13307 3824/16017/13296</w:t>
        <w:br/>
        <w:t>f 3847/16036/8334 3836/16028/13306 3824/16017/13296</w:t>
        <w:br/>
        <w:t>f 3843/16035/13311 3844/16034/13310 3805/15996/13275</w:t>
        <w:br/>
        <w:t>f 3838/16030/13298 3843/16035/13311 3805/15996/13275</w:t>
        <w:br/>
        <w:t>f 3847/16036/8334 3854/16037/13312 3853/16038/13313</w:t>
        <w:br/>
        <w:t>f 3836/16028/13306 3847/16036/8334 3853/16038/13313</w:t>
        <w:br/>
        <w:t>f 3795/15991/13270 3796/15990/13269 3827/16018/13297</w:t>
        <w:br/>
        <w:t>f 3828/16020/13299 3795/15991/13270 3827/16018/13297</w:t>
        <w:br/>
        <w:t>f 3795/15991/13270 3828/16020/13299 3829/16021/13300</w:t>
        <w:br/>
        <w:t>f 3820/16013/13292 3795/15991/13270 3829/16021/13300</w:t>
        <w:br/>
        <w:t>f 3855/16039/12976 3408/15659/12973 3252/15502/12826</w:t>
        <w:br/>
        <w:t>f 3253/15501/12825 3855/16039/12976 3252/15502/12826</w:t>
        <w:br/>
        <w:t>f 3352/15604/12923 3395/15647/12962 3856/16040/12798</w:t>
        <w:br/>
        <w:t>f 3449/15696/13010 3352/15604/12923 3856/16040/12798</w:t>
        <w:br/>
        <w:t>f 3409/15661/12975 3857/16041/13314 3395/15647/12962</w:t>
        <w:br/>
        <w:t>f 3368/15617/12935 3858/16042/13315 3392/15643/12958</w:t>
        <w:br/>
        <w:t>f 3337/15591/12910 3368/15617/12935 3392/15643/12958</w:t>
        <w:br/>
        <w:t>f 3381/15633/12949 3392/15643/12958 3858/16042/13315</w:t>
        <w:br/>
        <w:t>f 3380/15634/12950 3381/15633/12949 3858/16042/13315</w:t>
        <w:br/>
        <w:t>f 3387/15637/8751 3385/15635/12951 3859/16043/8747</w:t>
        <w:br/>
        <w:t>f 3235/15488/12813 3862/16044/13316 3861/16045/13317</w:t>
        <w:br/>
        <w:t>f 3860/16046/13318 3235/15488/12813 3861/16045/13317</w:t>
        <w:br/>
        <w:t>f 3862/16044/13316 3235/15488/12813 3248/15500/12824</w:t>
        <w:br/>
        <w:t>f 3365/15615/12933 3862/16044/13316 3248/15500/12824</w:t>
        <w:br/>
        <w:t>f 3411/15665/12979 3267/15520/12844 3265/15517/12841</w:t>
        <w:br/>
        <w:t>f 3415/15666/12980 3411/15665/12979 3265/15517/12841</w:t>
        <w:br/>
        <w:t>f 3267/15520/12844 3268/15519/12843 3237/15486/12811</w:t>
        <w:br/>
        <w:t>f 3265/15517/12841 3267/15520/12844 3237/15486/12811</w:t>
        <w:br/>
        <w:t>f 3405/15656/12971 3306/15557/12877 3290/15541/12863</w:t>
        <w:br/>
        <w:t>f 3863/16047/13319 3405/15656/12971 3290/15541/12863</w:t>
        <w:br/>
        <w:t>f 3339/15589/12908 3341/15595/12914 3419/15667/12981</w:t>
        <w:br/>
        <w:t>f 3335/15587/12906 3339/15589/12908 3419/15667/12981</w:t>
        <w:br/>
        <w:t>f 3338/15590/12909 3339/15589/12908 3335/15587/12906</w:t>
        <w:br/>
        <w:t>f 3336/15586/12905 3338/15590/12909 3335/15587/12906</w:t>
        <w:br/>
        <w:t>f 3424/15674/12988 3864/16048/13028 3470/15713/13027</w:t>
        <w:br/>
        <w:t>f 3423/15675/12989 3424/15674/12988 3470/15713/13027</w:t>
        <w:br/>
        <w:t>f 3351/15605/12924 3446/15693/13007 3447/15692/13006</w:t>
        <w:br/>
        <w:t>f 3354/15602/12921 3351/15605/12924 3447/15692/13006</w:t>
        <w:br/>
        <w:t>f 3463/15708/13022 3360/15611/12928 3361/15610/12929</w:t>
        <w:br/>
        <w:t>f 3354/15602/12921 3447/15692/13006 3463/15708/13022</w:t>
        <w:br/>
        <w:t>f 3361/15610/12929 3354/15602/12921 3463/15708/13022</w:t>
        <w:br/>
        <w:t>f 3501/15740/13049 3867/16049/13320 3866/16050/13321</w:t>
        <w:br/>
        <w:t>f 3865/16051/13322 3501/15740/13049 3866/16050/13321</w:t>
        <w:br/>
        <w:t>f 3866/16050/13321 3867/16049/13320 3541/15778/13084</w:t>
        <w:br/>
        <w:t>f 3548/15789/13092 3866/16050/13321 3541/15778/13084</w:t>
        <w:br/>
        <w:t>f 3500/15741/13050 3501/15740/13049 3865/16051/13322</w:t>
        <w:br/>
        <w:t>f 3868/16052/13053 3500/15741/13050 3865/16051/13322</w:t>
        <w:br/>
        <w:t>f 3870/16053/13323 3657/15871/13165 3658/15870/13164</w:t>
        <w:br/>
        <w:t>f 3869/16054/13324 3870/16053/13323 3658/15870/13164</w:t>
        <w:br/>
        <w:t>f 3653/15867/13161 3654/15866/13160 3664/15872/13166</w:t>
        <w:br/>
        <w:t>f 3661/15875/13169 3653/15867/13161 3664/15872/13166</w:t>
        <w:br/>
        <w:t>f 3418/15668/12982 3419/15667/12981 3341/15595/12914</w:t>
        <w:br/>
        <w:t>f 3342/15594/12913 3418/15668/12982 3341/15595/12914</w:t>
        <w:br/>
        <w:t>f 3401/15652/12967 3245/15498/12822 3246/15497/12821</w:t>
        <w:br/>
        <w:t>f 3867/16049/13320 3871/16055/13325 3540/15779/13085</w:t>
        <w:br/>
        <w:t>f 3541/15778/13084 3867/16049/13320 3540/15779/13085</w:t>
        <w:br/>
        <w:t>f 3502/15739/13048 3871/16055/13325 3867/16049/13320</w:t>
        <w:br/>
        <w:t>f 3501/15740/13049 3502/15739/13048 3867/16049/13320</w:t>
        <w:br/>
        <w:t>f 3872/16056/13326 3808/15999/13278 3330/15582/12901</w:t>
        <w:br/>
        <w:t>f 3318/15568/12888 3872/16056/13326 3330/15582/12901</w:t>
        <w:br/>
        <w:t>f 3318/15568/12888 3308/15560/12880 3779/15973/13252</w:t>
        <w:br/>
        <w:t>f 3872/16056/13326 3318/15568/12888 3779/15973/13252</w:t>
        <w:br/>
        <w:t>f 3874/16057/13327 3478/15719/13033 3460/15702/13016</w:t>
        <w:br/>
        <w:t>f 3873/16058/13328 3874/16057/13327 3460/15702/13016</w:t>
        <w:br/>
        <w:t>f 3874/16057/13327 3431/15682/12996 3432/15681/12995</w:t>
        <w:br/>
        <w:t>f 3478/15719/13033 3874/16057/13327 3432/15681/12995</w:t>
        <w:br/>
        <w:t>f 3875/16059/13329 3403/15654/12969 3236/15487/12812</w:t>
        <w:br/>
        <w:t>f 3875/16059/13329 3236/15487/12812 3402/15653/12968</w:t>
        <w:br/>
        <w:t>f 3240/15490/12815 3875/16059/13329 3402/15653/12968</w:t>
        <w:br/>
        <w:t>f 3223/15477/12802 3240/15490/12815 3402/15653/12968</w:t>
        <w:br/>
        <w:t>f 3403/15654/12969 3875/16059/13329 3240/15490/12815</w:t>
        <w:br/>
        <w:t>f 3241/15489/12814 3403/15654/12969 3240/15490/12815</w:t>
        <w:br/>
        <w:t>f 3267/15520/12844 3411/15665/12979 3412/15664/12978</w:t>
        <w:br/>
        <w:t>f 3269/15518/12842 3267/15520/12844 3412/15664/12978</w:t>
        <w:br/>
        <w:t>f 3876/16060/13330 3302/15550/12871 3405/15656/12971</w:t>
        <w:br/>
        <w:t>f 3863/16047/13319 3876/16060/13330 3405/15656/12971</w:t>
        <w:br/>
        <w:t>f 3404/15655/12970 3287/15539/12861 3876/16060/13330</w:t>
        <w:br/>
        <w:t>f 3863/16047/13319 3404/15655/12970 3876/16060/13330</w:t>
        <w:br/>
        <w:t>f 3342/15594/12913 3326/15579/12898 3327/15578/12897</w:t>
        <w:br/>
        <w:t>f 3418/15668/12982 3342/15594/12913 3327/15578/12897</w:t>
        <w:br/>
        <w:t>f 3877/16061/13331 3417/15669/12983 3418/15668/12982</w:t>
        <w:br/>
        <w:t>f 3327/15578/12897 3877/16061/13331 3418/15668/12982</w:t>
        <w:br/>
        <w:t>f 3879/16062/13332 3383/15631/12947 3878/16063/8702</w:t>
        <w:br/>
        <w:t>f 3878/16063/8702 3383/15631/12947 3880/16064/13333</w:t>
        <w:br/>
        <w:t>f 3382/15632/12948 3882/16065/13334 3881/16066/13335</w:t>
        <w:br/>
        <w:t>f 3219/15469/12794 3883/16067/13336 3218/15470/12795</w:t>
        <w:br/>
        <w:t>f 3376/15628/12945 3377/15627/12944 3394/15645/12960</w:t>
        <w:br/>
        <w:t>f 3366/15619/12937 3376/15628/12945 3394/15645/12960</w:t>
        <w:br/>
        <w:t>f 3858/16042/13315 3368/15617/12935 3366/15619/12937</w:t>
        <w:br/>
        <w:t>f 3394/15645/12960 3858/16042/13315 3366/15619/12937</w:t>
        <w:br/>
        <w:t>f 3404/15655/12970 3863/16047/13319 3290/15541/12863</w:t>
        <w:br/>
        <w:t>f 3249/15499/12823 3404/15655/12970 3290/15541/12863</w:t>
        <w:br/>
        <w:t>f 3356/15608/12927 3357/15607/12926 3377/15627/12944</w:t>
        <w:br/>
        <w:t>f 3378/15626/12943 3356/15608/12927 3377/15627/12944</w:t>
        <w:br/>
        <w:t>f 3393/15644/12959 3380/15634/12950 3858/16042/13315</w:t>
        <w:br/>
        <w:t>f 3394/15645/12960 3393/15644/12959 3858/16042/13315</w:t>
        <w:br/>
        <w:t>f 3239/15491/12816 3240/15490/12815 3223/15477/12802</w:t>
        <w:br/>
        <w:t>f 3224/15476/12801 3239/15491/12816 3223/15477/12802</w:t>
        <w:br/>
        <w:t>f 3238/15492/12817 3884/16068/13337 3244/15493/12818</w:t>
        <w:br/>
        <w:t>f 3241/15489/12814 3238/15492/12817 3244/15493/12818</w:t>
        <w:br/>
        <w:t>f 3328/15577/12896 3306/15557/12877 3299/15553/12874</w:t>
        <w:br/>
        <w:t>f 3368/15617/12935 3337/15591/12910 3379/15630/12946</w:t>
        <w:br/>
        <w:t>f 3265/15517/12841 3266/15516/12840 3415/15666/12980</w:t>
        <w:br/>
        <w:t>f 3885/16069/13338 3372/15620/12938 3369/15623/12941</w:t>
        <w:br/>
        <w:t>f 3266/15516/12840 3885/16069/13338 3369/15623/12941</w:t>
        <w:br/>
        <w:t>f 3372/15620/12938 3885/16069/13338 3398/15650/12965</w:t>
        <w:br/>
        <w:t>f 3399/15649/12964 3372/15620/12938 3398/15650/12965</w:t>
        <w:br/>
        <w:t>f 3400/15648/12963 3363/15614/12932 3359/15612/12930</w:t>
        <w:br/>
        <w:t>f 3399/15649/12964 3400/15648/12963 3359/15612/12930</w:t>
        <w:br/>
        <w:t>f 3399/15649/12964 3359/15612/12930 3371/15621/12939</w:t>
        <w:br/>
        <w:t>f 3372/15620/12938 3399/15649/12964 3371/15621/12939</w:t>
        <w:br/>
        <w:t>f 3415/15666/12980 3407/15658/12973 3414/15662/12976</w:t>
        <w:br/>
        <w:t>f 3411/15665/12979 3415/15666/12980 3414/15662/12976</w:t>
        <w:br/>
        <w:t>f 3400/15648/12963 3397/15651/12966 3410/15660/12974</w:t>
        <w:br/>
        <w:t>f 3396/15646/12961 3400/15648/12963 3410/15660/12974</w:t>
        <w:br/>
        <w:t>f 3400/15648/12963 3396/15646/12961 3353/15603/12922</w:t>
        <w:br/>
        <w:t>f 3363/15614/12932 3400/15648/12963 3353/15603/12922</w:t>
        <w:br/>
        <w:t>f 3363/15614/12932 3353/15603/12922 3354/15602/12921</w:t>
        <w:br/>
        <w:t>f 3361/15610/12929 3363/15614/12932 3354/15602/12921</w:t>
        <w:br/>
        <w:t>f 3389/15639/12954 3344/15592/12911 3340/15588/12907</w:t>
        <w:br/>
        <w:t>f 3388/15640/12955 3389/15639/12954 3340/15588/12907</w:t>
        <w:br/>
        <w:t>f 3388/15640/12955 3340/15588/12907 3337/15591/12910</w:t>
        <w:br/>
        <w:t>f 3392/15643/12958 3388/15640/12955 3337/15591/12910</w:t>
        <w:br/>
        <w:t>f 3344/15592/12911 3389/15639/12954 3364/15616/12934</w:t>
        <w:br/>
        <w:t>f 3343/15593/12912 3344/15592/12911 3364/15616/12934</w:t>
        <w:br/>
        <w:t>f 3366/15619/12937 3263/15515/12838 3251/15503/12827</w:t>
        <w:br/>
        <w:t>f 3766/15968/8324 3767/15967/13248 3887/16070/13339</w:t>
        <w:br/>
        <w:t>f 3886/16071/13340 3766/15968/8324 3887/16070/13339</w:t>
        <w:br/>
        <w:t>f 3377/15627/12944 3357/15607/12926 3394/15645/12960</w:t>
        <w:br/>
        <w:t>f 3889/16072/13341 3888/16073/8381 3846/16032/13268</w:t>
        <w:br/>
        <w:t>f 3891/16074/13342 3890/16075/13343 3889/16072/13341</w:t>
        <w:br/>
        <w:t>f 3894/16076/13344 3893/16077/13345 3892/16078/13346</w:t>
        <w:br/>
        <w:t>f 3896/16079/13347 3895/16080/8375 3894/16076/13344</w:t>
        <w:br/>
        <w:t>f 3502/15739/13048 3499/15742/13051 3897/16081/13348</w:t>
        <w:br/>
        <w:t>f 3871/16055/13325 3502/15739/13048 3897/16081/13348</w:t>
        <w:br/>
        <w:t>f 3898/16082/13349 3871/16055/13325 3897/16081/13348</w:t>
        <w:br/>
        <w:t>f 3871/16055/13325 3898/16082/13349 3899/16083/13350</w:t>
        <w:br/>
        <w:t>f 3540/15779/13085 3871/16055/13325 3899/16083/13350</w:t>
        <w:br/>
        <w:t>f 3540/15779/13085 3899/16083/13350 3539/15780/13086</w:t>
        <w:br/>
        <w:t>f 3898/16082/13349 3901/16084/13351 3900/16085/13352</w:t>
        <w:br/>
        <w:t>f 3899/16083/13350 3898/16082/13349 3900/16085/13352</w:t>
        <w:br/>
        <w:t>f 3898/16082/13349 3897/16081/13348 3902/16086/13353</w:t>
        <w:br/>
        <w:t>f 3901/16084/13351 3898/16082/13349 3902/16086/13353</w:t>
        <w:br/>
        <w:t>f 3903/16087/13354 3578/15817/13118 3577/15818/13061</w:t>
        <w:br/>
        <w:t>f 3579/15819/13119 3578/15817/13118 3903/16087/13354</w:t>
        <w:br/>
        <w:t>f 3904/16088/13355 3579/15819/13119 3903/16087/13354</w:t>
        <w:br/>
        <w:t>f 3575/15816/13117 3580/15820/13120 3579/15819/13119</w:t>
        <w:br/>
        <w:t>f 3904/16088/13355 3575/15816/13117 3579/15819/13119</w:t>
        <w:br/>
        <w:t>f 3575/15816/13117 3576/15815/13116 3580/15820/13120</w:t>
        <w:br/>
        <w:t>f 3563/15804/13106 3575/15816/13117 3904/16088/13355</w:t>
        <w:br/>
        <w:t>f 3533/15774/13080 3563/15804/13106 3904/16088/13355</w:t>
        <w:br/>
        <w:t>f 3904/16088/13355 3903/16087/13354 3532/15775/13081</w:t>
        <w:br/>
        <w:t>f 3533/15774/13080 3904/16088/13355 3532/15775/13081</w:t>
        <w:br/>
        <w:t>f 3906/16089/13356 3905/16090/13179 3869/16054/13324</w:t>
        <w:br/>
        <w:t>f 3909/16091/13357 3908/16092/13358 3906/16089/13356</w:t>
        <w:br/>
        <w:t>f 3907/16093/13359 3909/16091/13357 3906/16089/13356</w:t>
        <w:br/>
        <w:t>f 3909/16091/13357 3907/16093/13359 3911/16094/13360</w:t>
        <w:br/>
        <w:t>f 3910/16095/13361 3909/16091/13357 3911/16094/13360</w:t>
        <w:br/>
        <w:t>f 3656/15864/13158 3910/16095/13361 3911/16094/13360</w:t>
        <w:br/>
        <w:t>f 3655/15865/13159 3656/15864/13158 3911/16094/13360</w:t>
        <w:br/>
        <w:t>f 3907/16093/13359 3658/15870/13164 3659/15869/13163</w:t>
        <w:br/>
        <w:t>f 3911/16094/13360 3907/16093/13359 3659/15869/13163</w:t>
        <w:br/>
        <w:t>f 3907/16093/13359 3906/16089/13356 3869/16054/13324</w:t>
        <w:br/>
        <w:t>f 3658/15870/13164 3907/16093/13359 3869/16054/13324</w:t>
        <w:br/>
        <w:t>f 3912/16096/13362 3615/15840/13134 3613/15836/13131</w:t>
        <w:br/>
        <w:t>f 3631/15851/13145 3615/15840/13134 3912/16096/13362</w:t>
        <w:br/>
        <w:t>f 3913/16097/13363 3631/15851/13145 3912/16096/13362</w:t>
        <w:br/>
        <w:t>f 3631/15851/13145 3913/16097/13363 3914/16098/13364</w:t>
        <w:br/>
        <w:t>f 3649/15861/13155 3631/15851/13145 3914/16098/13364</w:t>
        <w:br/>
        <w:t>f 3914/16098/13364 3644/15852/13146 3641/15855/13149</w:t>
        <w:br/>
        <w:t>f 3644/15852/13146 3914/16098/13364 3913/16097/13363</w:t>
        <w:br/>
        <w:t>f 3629/15849/13143 3644/15852/13146 3913/16097/13363</w:t>
        <w:br/>
        <w:t>f 3913/16097/13363 3912/16096/13362 3614/15835/13130</w:t>
        <w:br/>
        <w:t>f 3629/15849/13143 3913/16097/13363 3614/15835/13130</w:t>
        <w:br/>
        <w:t>f 3691/15892/13181 3688/15895/13184 3915/16099/13365</w:t>
        <w:br/>
        <w:t>f 3726/15927/13214 3691/15892/13181 3915/16099/13365</w:t>
        <w:br/>
        <w:t>f 3916/16100/13366 3726/15927/13214 3915/16099/13365</w:t>
        <w:br/>
        <w:t>f 3726/15927/13214 3916/16100/13366 3917/16101/13367</w:t>
        <w:br/>
        <w:t>f 3732/15934/13221 3726/15927/13214 3917/16101/13367</w:t>
        <w:br/>
        <w:t>f 3732/15934/13221 3917/16101/13367 3731/15935/13222</w:t>
        <w:br/>
        <w:t>f 3916/16100/13366 3723/15925/13212 3751/15950/13233</w:t>
        <w:br/>
        <w:t>f 3917/16101/13367 3916/16100/13366 3751/15950/13233</w:t>
        <w:br/>
        <w:t>f 3915/16099/13365 3708/15910/13198 3723/15925/13212</w:t>
        <w:br/>
        <w:t>f 3916/16100/13366 3915/16099/13365 3723/15925/13212</w:t>
        <w:br/>
        <w:t>f 3918/16102/13368 3702/15909/13197 3703/15908/13196</w:t>
        <w:br/>
        <w:t>f 3721/15923/13210 3702/15909/13197 3918/16102/13368</w:t>
        <w:br/>
        <w:t>f 3919/16103/13369 3721/15923/13210 3918/16102/13368</w:t>
        <w:br/>
        <w:t>f 3740/15942/13227 3721/15923/13210 3919/16103/13369</w:t>
        <w:br/>
        <w:t>f 3920/16104/13370 3740/15942/13227 3919/16103/13369</w:t>
        <w:br/>
        <w:t>f 3740/15942/13227 3920/16104/13370 3739/15943/13228</w:t>
        <w:br/>
        <w:t>f 3755/15955/13237 3920/16104/13370 3919/16103/13369</w:t>
        <w:br/>
        <w:t>f 3727/15931/13218 3755/15955/13237 3919/16103/13369</w:t>
        <w:br/>
        <w:t>f 3919/16103/13369 3918/16102/13368 3730/15928/13215</w:t>
        <w:br/>
        <w:t>f 3727/15931/13218 3919/16103/13369 3730/15928/13215</w:t>
        <w:br/>
        <w:t>f 3779/15973/13252 3778/15974/13253 3921/16105/13371</w:t>
        <w:br/>
        <w:t>f 3872/16056/13326 3779/15973/13252 3921/16105/13371</w:t>
        <w:br/>
        <w:t>f 3922/16106/13372 3872/16056/13326 3921/16105/13371</w:t>
        <w:br/>
        <w:t>f 3922/16106/13372 3923/16107/13373 3808/15999/13278</w:t>
        <w:br/>
        <w:t>f 3872/16056/13326 3922/16106/13372 3808/15999/13278</w:t>
        <w:br/>
        <w:t>f 3808/15999/13278 3923/16107/13373 3807/16000/13279</w:t>
        <w:br/>
        <w:t>f 3922/16106/13372 3823/16014/13293 3819/16010/13289</w:t>
        <w:br/>
        <w:t>f 3923/16107/13373 3922/16106/13372 3819/16010/13289</w:t>
        <w:br/>
        <w:t>f 3922/16106/13372 3921/16105/13371 3830/16023/13302</w:t>
        <w:br/>
        <w:t>f 3823/16014/13293 3922/16106/13372 3830/16023/13302</w:t>
        <w:br/>
        <w:t>f 3924/16108/13374 3787/15979/13258 3784/15982/13261</w:t>
        <w:br/>
        <w:t>f 3801/15994/13273 3787/15979/13258 3924/16108/13374</w:t>
        <w:br/>
        <w:t>f 3925/16109/13375 3801/15994/13273 3924/16108/13374</w:t>
        <w:br/>
        <w:t>f 3801/15994/13273 3925/16109/13375 3926/16110/13376</w:t>
        <w:br/>
        <w:t>f 3812/16003/13282 3801/15994/13273 3926/16110/13376</w:t>
        <w:br/>
        <w:t>f 3812/16003/13282 3926/16110/13376 3811/16004/13283</w:t>
        <w:br/>
        <w:t>f 3825/16016/13295 3926/16110/13376 3925/16109/13375</w:t>
        <w:br/>
        <w:t>f 3803/15998/13277 3825/16016/13295 3925/16109/13375</w:t>
        <w:br/>
        <w:t>f 3925/16109/13375 3924/16108/13374 3806/15995/13274</w:t>
        <w:br/>
        <w:t>f 3803/15998/13277 3925/16109/13375 3806/15995/13274</w:t>
        <w:br/>
        <w:t>f 3873/16058/13328 3458/15704/13018 3469/15711/13025</w:t>
        <w:br/>
        <w:t>f 3464/15707/13021 3873/16058/13328 3469/15711/13025</w:t>
        <w:br/>
        <w:t>f 3444/15695/13009 3874/16057/13327 3873/16058/13328</w:t>
        <w:br/>
        <w:t>f 3464/15707/13021 3444/15695/13009 3873/16058/13328</w:t>
        <w:br/>
        <w:t>f 3444/15695/13009 3445/15694/13008 3431/15682/12996</w:t>
        <w:br/>
        <w:t>f 3874/16057/13327 3444/15695/13009 3431/15682/12996</w:t>
        <w:br/>
        <w:t>f 3431/15682/12996 3445/15694/13008 3927/16111/12988</w:t>
        <w:br/>
        <w:t>f 3430/15683/12997 3431/15682/12996 3927/16111/12988</w:t>
        <w:br/>
        <w:t>f 3929/16112/12994 3488/15729/12993 3489/15728/13041</w:t>
        <w:br/>
        <w:t>f 3928/16113/13377 3929/16112/12994 3489/15728/13041</w:t>
        <w:br/>
        <w:t>f 3928/16113/13377 3489/15728/13041 3931/16114/13378</w:t>
        <w:br/>
        <w:t>f 3930/16115/13379 3928/16113/13377 3931/16114/13378</w:t>
        <w:br/>
        <w:t>f 3932/16116/13380 3930/16115/13379 3931/16114/13378</w:t>
        <w:br/>
        <w:t>f 3482/15725/13039 3932/16116/13380 3931/16114/13378</w:t>
        <w:br/>
        <w:t>f 3483/15724/13038 3933/16117/13032 3932/16116/13380</w:t>
        <w:br/>
        <w:t>f 3482/15725/13039 3483/15724/13038 3932/16116/13380</w:t>
        <w:br/>
        <w:t>f 3902/16086/13353 3499/15742/13051 3513/15756/13058</w:t>
        <w:br/>
        <w:t>f 3514/15755/13063 3902/16086/13353 3513/15756/13058</w:t>
        <w:br/>
        <w:t>f 3507/15750/13059 3508/15749/13058 3573/15814/13051</w:t>
        <w:br/>
        <w:t>f 3574/15813/13115 3507/15750/13059 3573/15814/13051</w:t>
        <w:br/>
        <w:t>f 3519/15760/13067 3507/15750/13059 3574/15813/13115</w:t>
        <w:br/>
        <w:t>f 3559/15799/13101 3519/15760/13067 3574/15813/13115</w:t>
        <w:br/>
        <w:t>f 3542/15785/13089 3552/15791/13094 3519/15760/13067</w:t>
        <w:br/>
        <w:t>f 3559/15799/13101 3542/15785/13089 3519/15760/13067</w:t>
        <w:br/>
        <w:t>f 3543/15784/13086 3551/15792/13095 3552/15791/13094</w:t>
        <w:br/>
        <w:t>f 3542/15785/13089 3543/15784/13086 3552/15791/13094</w:t>
        <w:br/>
        <w:t>f 3900/16085/13352 3555/15796/13098 3556/15795/13095</w:t>
        <w:br/>
        <w:t>f 3539/15780/13086 3900/16085/13352 3556/15795/13095</w:t>
        <w:br/>
        <w:t>f 3901/16084/13351 3529/15770/13076 3555/15796/13098</w:t>
        <w:br/>
        <w:t>f 3900/16085/13352 3901/16084/13351 3555/15796/13098</w:t>
        <w:br/>
        <w:t>f 3514/15755/13063 3529/15770/13076 3901/16084/13351</w:t>
        <w:br/>
        <w:t>f 3902/16086/13353 3514/15755/13063 3901/16084/13351</w:t>
        <w:br/>
        <w:t>f 3617/15841/13135 3632/15850/13144 3657/15871/13165</w:t>
        <w:br/>
        <w:t>f 3870/16053/13323 3617/15841/13135 3657/15871/13165</w:t>
        <w:br/>
        <w:t>f 3650/15860/13154 3660/15868/13162 3657/15871/13165</w:t>
        <w:br/>
        <w:t>f 3632/15850/13144 3650/15860/13154 3657/15871/13165</w:t>
        <w:br/>
        <w:t>f 3648/15858/13152 3934/16118/13381 3660/15868/13162</w:t>
        <w:br/>
        <w:t>f 3650/15860/13154 3648/15858/13152 3660/15868/13162</w:t>
        <w:br/>
        <w:t>f 3647/15859/13153 3935/16119/13382 3934/16118/13381</w:t>
        <w:br/>
        <w:t>f 3648/15858/13152 3647/15859/13153 3934/16118/13381</w:t>
        <w:br/>
        <w:t>f 3620/15843/13137 3936/16120/13383 3935/16119/13382</w:t>
        <w:br/>
        <w:t>f 3647/15859/13153 3620/15843/13137 3935/16119/13382</w:t>
        <w:br/>
        <w:t>f 3608/15833/13128 3937/16121/13384 3936/16120/13383</w:t>
        <w:br/>
        <w:t>f 3620/15843/13137 3608/15833/13128 3936/16120/13383</w:t>
        <w:br/>
        <w:t>f 3937/16121/13384 3608/15833/13128 3609/15832/13127</w:t>
        <w:br/>
        <w:t>f 3938/16122/13385 3937/16121/13384 3609/15832/13127</w:t>
        <w:br/>
        <w:t>f 3616/15839/13127 3617/15841/13135 3870/16053/13323</w:t>
        <w:br/>
        <w:t>f 3939/16123/13385 3616/15839/13127 3870/16053/13323</w:t>
        <w:br/>
        <w:t>f 3742/15940/13225 3749/15952/13231 3750/15951/13234</w:t>
        <w:br/>
        <w:t>f 3741/15941/13226 3742/15940/13225 3750/15951/13234</w:t>
        <w:br/>
        <w:t>f 3747/15949/13232 3748/15948/13231 3746/15944/13225</w:t>
        <w:br/>
        <w:t>f 3743/15947/13230 3747/15949/13232 3746/15944/13225</w:t>
        <w:br/>
        <w:t>f 3713/15916/13203 3710/15915/13202 3747/15949/13232</w:t>
        <w:br/>
        <w:t>f 3743/15947/13230 3713/15916/13203 3747/15949/13232</w:t>
        <w:br/>
        <w:t>f 3713/15916/13203 3699/15904/13193 3695/15900/13189</w:t>
        <w:br/>
        <w:t>f 3710/15915/13202 3713/15916/13203 3695/15900/13189</w:t>
        <w:br/>
        <w:t>f 3700/15903/13192 3694/15901/13190 3695/15900/13189</w:t>
        <w:br/>
        <w:t>f 3699/15904/13193 3700/15903/13192 3695/15900/13189</w:t>
        <w:br/>
        <w:t>f 3704/15907/13192 3705/15906/13195 3706/15912/13199</w:t>
        <w:br/>
        <w:t>f 3707/15911/13190 3704/15907/13192 3706/15912/13199</w:t>
        <w:br/>
        <w:t>f 3705/15906/13195 3722/15922/13209 3724/15924/13211</w:t>
        <w:br/>
        <w:t>f 3706/15912/13199 3705/15906/13195 3724/15924/13211</w:t>
        <w:br/>
        <w:t>f 3741/15941/13226 3750/15951/13234 3724/15924/13211</w:t>
        <w:br/>
        <w:t>f 3722/15922/13209 3741/15941/13226 3724/15924/13211</w:t>
        <w:br/>
        <w:t>f 3822/16015/13294 3831/16022/13301 3786/15980/13259</w:t>
        <w:br/>
        <w:t>f 3802/15993/13272 3822/16015/13294 3786/15980/13259</w:t>
        <w:br/>
        <w:t>f 3813/16002/13281 3818/16011/13290 3822/16015/13294</w:t>
        <w:br/>
        <w:t>f 3802/15993/13272 3813/16002/13281 3822/16015/13294</w:t>
        <w:br/>
        <w:t>f 3810/16005/13284 3817/16008/13287 3818/16011/13290</w:t>
        <w:br/>
        <w:t>f 3813/16002/13281 3810/16005/13284 3818/16011/13290</w:t>
        <w:br/>
        <w:t>f 3816/16009/13288 3817/16008/13287 3810/16005/13284</w:t>
        <w:br/>
        <w:t>f 3814/16007/13286 3816/16009/13288 3810/16005/13284</w:t>
        <w:br/>
        <w:t>f 3816/16009/13288 3814/16007/13286 3792/15987/13266</w:t>
        <w:br/>
        <w:t>f 3788/15986/13265 3816/16009/13288 3792/15987/13266</w:t>
        <w:br/>
        <w:t>f 3788/15986/13265 3792/15987/13266 3782/15976/13255</w:t>
        <w:br/>
        <w:t>f 3791/15983/13262 3788/15986/13265 3782/15976/13255</w:t>
        <w:br/>
        <w:t>f 3834/16025/13304 3791/15983/13262 3782/15976/13255</w:t>
        <w:br/>
        <w:t>f 3783/15975/13254 3834/16025/13304 3782/15976/13255</w:t>
        <w:br/>
        <w:t>f 3831/16022/13301 3832/16024/13303 3785/15981/13260</w:t>
        <w:br/>
        <w:t>f 3786/15980/13259 3831/16022/13301 3785/15981/13260</w:t>
        <w:br/>
        <w:t>f 3234/15484/12809 3237/15486/12811 3268/15519/12843</w:t>
        <w:br/>
        <w:t>f 3242/15495/12820 3403/15654/12969 3241/15489/12814</w:t>
        <w:br/>
        <w:t>f 3323/15573/12893 3328/15577/12896 3299/15553/12874</w:t>
        <w:br/>
        <w:t>f 3328/15577/12896 3323/15573/12893 3877/16061/13331</w:t>
        <w:br/>
        <w:t>f 3327/15578/12897 3328/15577/12896 3877/16061/13331</w:t>
        <w:br/>
        <w:t>f 3342/15594/12913 3343/15593/12912 3326/15579/12898</w:t>
        <w:br/>
        <w:t>f 3264/15514/12837 3558/15798/13100 3254/15506/12830</w:t>
        <w:br/>
        <w:t>f 3250/15504/12828 3264/15514/12837 3254/15506/12830</w:t>
        <w:br/>
        <w:t>f 3263/15515/12838 3264/15514/12837 3250/15504/12828</w:t>
        <w:br/>
        <w:t>f 3251/15503/12827 3263/15515/12838 3250/15504/12828</w:t>
        <w:br/>
        <w:t>f 3367/15618/12936 3227/15481/12806 3228/15480/12805</w:t>
        <w:br/>
        <w:t>f 3263/15515/12838 3367/15618/12936 3228/15480/12805</w:t>
        <w:br/>
        <w:t>f 3941/16124/13386 3940/16125/13387 3231/15483/12808</w:t>
        <w:br/>
        <w:t>f 3230/15478/12803 3227/15481/12806 3246/15497/12821</w:t>
        <w:br/>
        <w:t>f 3942/16126/13388 3230/15478/12803 3246/15497/12821</w:t>
        <w:br/>
        <w:t>f 3227/15481/12806 3367/15618/12936 3401/15652/12967</w:t>
        <w:br/>
        <w:t>f 3246/15497/12821 3227/15481/12806 3401/15652/12967</w:t>
        <w:br/>
        <w:t>f 3401/15652/12967 3379/15630/12946 3944/16127/13389</w:t>
        <w:br/>
        <w:t>f 3943/16128/13390 3401/15652/12967 3944/16127/13389</w:t>
        <w:br/>
        <w:t>f 3285/15536/12859 3944/16127/13389 3278/15530/12853</w:t>
        <w:br/>
        <w:t>f 3270/15524/12848 3285/15536/12859 3278/15530/12853</w:t>
        <w:br/>
        <w:t>f 3247/15496/12818 3945/16129/13391 3942/16126/13388</w:t>
        <w:br/>
        <w:t>f 3246/15497/12821 3247/15496/12818 3942/16126/13388</w:t>
        <w:br/>
        <w:t>f 3304/15555/12875 3944/16127/13389 3379/15630/12946</w:t>
        <w:br/>
        <w:t>f 3325/15575/12894 3304/15555/12875 3379/15630/12946</w:t>
        <w:br/>
        <w:t>f 3325/15575/12894 3338/15590/12909 3336/15586/12905</w:t>
        <w:br/>
        <w:t>f 3324/15576/12895 3325/15575/12894 3336/15586/12905</w:t>
        <w:br/>
        <w:t>f 3304/15555/12875 3292/15544/12866 3278/15530/12853</w:t>
        <w:br/>
        <w:t>f 3944/16127/13389 3304/15555/12875 3278/15530/12853</w:t>
        <w:br/>
        <w:t>f 3324/15576/12895 3336/15586/12905 3315/15567/12887</w:t>
        <w:br/>
        <w:t>f 3311/15565/12885 3324/15576/12895 3315/15567/12887</w:t>
        <w:br/>
        <w:t>f 3946/16130/13083 3546/15787/13091 3547/15786/13090</w:t>
        <w:br/>
        <w:t>f 3558/15798/13100 3946/16130/13083 3547/15786/13090</w:t>
        <w:br/>
        <w:t>f 3288/15538/12858 3277/15525/12849 3274/15528/12851</w:t>
        <w:br/>
        <w:t>f 3287/15539/12861 3288/15538/12858 3274/15528/12851</w:t>
        <w:br/>
        <w:t>f 3271/15523/12847 3282/15535/12858 3270/15524/12848</w:t>
        <w:br/>
        <w:t>f 3301/15551/12872 3302/15550/12871 3297/15547/12868</w:t>
        <w:br/>
        <w:t>f 3298/15546/12867 3301/15551/12872 3297/15547/12868</w:t>
        <w:br/>
        <w:t>f 3876/16060/13330 3280/15532/12855 3297/15547/12868</w:t>
        <w:br/>
        <w:t>f 3302/15550/12871 3876/16060/13330 3297/15547/12868</w:t>
        <w:br/>
        <w:t>f 3287/15539/12861 3274/15528/12851 3280/15532/12855</w:t>
        <w:br/>
        <w:t>f 3876/16060/13330 3287/15539/12861 3280/15532/12855</w:t>
        <w:br/>
        <w:t>f 3322/15574/12892 3310/15558/12878 3307/15561/12881</w:t>
        <w:br/>
        <w:t>f 3323/15573/12893 3322/15574/12892 3307/15561/12881</w:t>
        <w:br/>
        <w:t>f 3311/15565/12885 3312/15564/12884 3319/15572/12892</w:t>
        <w:br/>
        <w:t>f 3963/16131/13392 3311/15565/12885 3319/15572/12892</w:t>
        <w:br/>
        <w:t>f 3331/15581/12900 3332/15580/12899 3416/15670/12984</w:t>
        <w:br/>
        <w:t>f 3417/15669/12983 3331/15581/12900 3416/15670/12984</w:t>
        <w:br/>
        <w:t>f 3417/15669/12983 3877/16061/13331 3317/15569/12889</w:t>
        <w:br/>
        <w:t>f 3331/15581/12900 3417/15669/12983 3317/15569/12889</w:t>
        <w:br/>
        <w:t>f 3323/15573/12893 3307/15561/12881 3317/15569/12889</w:t>
        <w:br/>
        <w:t>f 3877/16061/13331 3323/15573/12893 3317/15569/12889</w:t>
        <w:br/>
        <w:t>f 3548/15789/13092 3549/15788/13091 3536/15777/13083</w:t>
        <w:br/>
        <w:t>f 3537/15776/13082 3548/15789/13092 3536/15777/13083</w:t>
        <w:br/>
        <w:t>f 3497/15736/13046 3868/16052/13053 3865/16051/13322</w:t>
        <w:br/>
        <w:t>f 3496/15737/13047 3497/15736/13046 3865/16051/13322</w:t>
        <w:br/>
        <w:t>f 3865/16051/13322 3866/16050/13321 3531/15771/13077</w:t>
        <w:br/>
        <w:t>f 3496/15737/13047 3865/16051/13322 3531/15771/13077</w:t>
        <w:br/>
        <w:t>f 3537/15776/13082 3531/15771/13077 3866/16050/13321</w:t>
        <w:br/>
        <w:t>f 3548/15789/13092 3537/15776/13082 3866/16050/13321</w:t>
        <w:br/>
        <w:t>f 3255/15505/12829 3504/15745/13054 3505/15744/13053</w:t>
        <w:br/>
        <w:t>f 3498/15738/13046 3255/15505/12829 3505/15744/13053</w:t>
        <w:br/>
        <w:t>f 3305/15554/12872 3291/15545/12867 3292/15544/12866</w:t>
        <w:br/>
        <w:t>f 3304/15555/12875 3305/15554/12872 3292/15544/12866</w:t>
        <w:br/>
        <w:t>f 3446/15693/13007 3351/15605/12924 3448/15697/13011</w:t>
        <w:br/>
        <w:t>f 3473/15714/13028 3446/15693/13007 3448/15697/13011</w:t>
        <w:br/>
        <w:t>f 3932/16116/13380 3459/15703/13017 3477/15720/13034</w:t>
        <w:br/>
        <w:t>f 3930/16115/13379 3932/16116/13380 3477/15720/13034</w:t>
        <w:br/>
        <w:t>f 3477/15720/13034 3479/15721/13035 3928/16113/13377</w:t>
        <w:br/>
        <w:t>f 3930/16115/13379 3477/15720/13034 3928/16113/13377</w:t>
        <w:br/>
        <w:t>f 3479/15721/13035 3430/15683/12997 3929/16112/12994</w:t>
        <w:br/>
        <w:t>f 3928/16113/13377 3479/15721/13035 3929/16112/12994</w:t>
        <w:br/>
        <w:t>f 3429/15677/12991 3426/15680/12994 3425/15673/12987</w:t>
        <w:br/>
        <w:t>f 3422/15676/12990 3429/15677/12991 3425/15673/12987</w:t>
        <w:br/>
        <w:t>f 3434/15684/12998 3436/15686/13000 3429/15677/12991</w:t>
        <w:br/>
        <w:t>f 3422/15676/12990 3434/15684/12998 3429/15677/12991</w:t>
        <w:br/>
        <w:t>f 3436/15686/13000 3434/15684/12998 3456/15701/13015</w:t>
        <w:br/>
        <w:t>f 3468/15709/13023 3436/15686/13000 3456/15701/13015</w:t>
        <w:br/>
        <w:t>f 3475/15718/13032 3468/15709/13023 3456/15701/13015</w:t>
        <w:br/>
        <w:t>f 3457/15700/13014 3475/15718/13032 3456/15701/13015</w:t>
        <w:br/>
        <w:t>f 3459/15703/13017 3932/16116/13380 3933/16117/13032</w:t>
        <w:br/>
        <w:t>f 3458/15704/13018 3459/15703/13017 3933/16117/13032</w:t>
        <w:br/>
        <w:t>f 3861/16045/13317 3885/16069/13338 3266/15516/12840</w:t>
        <w:br/>
        <w:t>f 3860/16046/13318 3861/16045/13317 3266/15516/12840</w:t>
        <w:br/>
        <w:t>f 3391/15641/12956 3964/16132/13393 3390/15642/12957</w:t>
        <w:br/>
        <w:t>f 3364/15616/12934 3390/15642/12957 3965/16133/13394</w:t>
        <w:br/>
        <w:t>f 3365/15615/12933 3364/15616/12934 3965/16133/13394</w:t>
        <w:br/>
        <w:t>f 3365/15615/12933 3966/16134/13395 3862/16044/13316</w:t>
        <w:br/>
        <w:t>f 3967/16135/13396 3861/16045/13317 3862/16044/13316</w:t>
        <w:br/>
        <w:t>f 3398/15650/12965 3885/16069/13338 3861/16045/13317</w:t>
        <w:br/>
        <w:t>f 3967/16135/13396 3398/15650/12965 3861/16045/13317</w:t>
        <w:br/>
        <w:t>f 3499/15742/13051 3902/16086/13353 3897/16081/13348</w:t>
        <w:br/>
        <w:t>f 3242/15495/12820 3287/15539/12861 3404/15655/12970</w:t>
        <w:br/>
        <w:t>f 3234/15484/12809 3402/15653/12968 3237/15486/12811</w:t>
        <w:br/>
        <w:t>f 3403/15654/12969 3242/15495/12820 3249/15499/12823</w:t>
        <w:br/>
        <w:t>f 3236/15487/12812 3237/15486/12811 3402/15653/12968</w:t>
        <w:br/>
        <w:t>f 3306/15557/12877 3405/15656/12971 3299/15553/12874</w:t>
        <w:br/>
        <w:t>f 3337/15591/12910 3338/15590/12909 3325/15575/12894</w:t>
        <w:br/>
        <w:t>f 3303/15556/12876 3304/15555/12875 3325/15575/12894</w:t>
        <w:br/>
        <w:t>f 3401/15652/13397 3285/15536/12859 3283/15534/12857</w:t>
        <w:br/>
        <w:t>f 3263/15515/12838 3228/15480/12805 3940/16125/13387</w:t>
        <w:br/>
        <w:t>f 3539/15780/13086 3899/16083/13350 3900/16085/13352</w:t>
        <w:br/>
        <w:t>f 3912/16096/13362 3613/15836/13131 3614/15835/13130</w:t>
        <w:br/>
        <w:t>f 3914/16098/13364 3641/15855/13149 3649/15861/13155</w:t>
        <w:br/>
        <w:t>f 3903/16087/13354 3577/15818/13061 3532/15775/13081</w:t>
        <w:br/>
        <w:t>f 3587/15827/13114 3576/15815/13116 3563/15804/13106</w:t>
        <w:br/>
        <w:t>f 3564/15803/13105 3587/15827/13114 3563/15804/13106</w:t>
        <w:br/>
        <w:t>f 3918/16102/13368 3703/15908/13196 3730/15928/13215</w:t>
        <w:br/>
        <w:t>f 3739/15943/13228 3920/16104/13370 3755/15955/13237</w:t>
        <w:br/>
        <w:t>f 3915/16099/13365 3688/15895/13184 3708/15910/13198</w:t>
        <w:br/>
        <w:t>f 3731/15935/13222 3917/16101/13367 3751/15950/13233</w:t>
        <w:br/>
        <w:t>f 3921/16105/13371 3778/15974/13253 3830/16023/13302</w:t>
        <w:br/>
        <w:t>f 3807/16000/13279 3923/16107/13373 3819/16010/13289</w:t>
        <w:br/>
        <w:t>f 3924/16108/13374 3784/15982/13261 3806/15995/13274</w:t>
        <w:br/>
        <w:t>f 3811/16004/13283 3926/16110/13376 3825/16016/13295</w:t>
        <w:br/>
        <w:t>f 3249/15499/12823 3235/15488/12813 3236/15487/12812</w:t>
        <w:br/>
        <w:t>f 3248/15500/12824 3306/15557/12877 3343/15593/12912</w:t>
        <w:br/>
        <w:t>f 3343/15593/12912 3306/15557/12877 3326/15579/12898</w:t>
        <w:br/>
        <w:t>f 3864/16048/13028 3346/15598/12917 3347/15597/12916</w:t>
        <w:br/>
        <w:t>f 3470/15713/13027 3864/16048/13028 3347/15597/12916</w:t>
        <w:br/>
        <w:t>f 3470/15713/13027 3347/15597/12916 3349/15601/12920</w:t>
        <w:br/>
        <w:t>f 3471/15712/13026 3470/15713/13027 3349/15601/12920</w:t>
        <w:br/>
        <w:t>f 3471/15712/13026 3349/15601/12920 3357/15607/12926</w:t>
        <w:br/>
        <w:t>f 3358/15606/12925 3471/15712/13026 3357/15607/12926</w:t>
        <w:br/>
        <w:t>f 3247/15496/12818 3245/15498/12822 3968/16136/13398</w:t>
        <w:br/>
        <w:t>f 3969/16137/13399 3303/15556/12876 3324/15576/12895</w:t>
        <w:br/>
        <w:t>f 3305/15554/12872 3303/15556/12876 3970/16138/12873</w:t>
        <w:br/>
        <w:t>f 3231/15483/12808 3940/16125/13387 3228/15480/12805</w:t>
        <w:br/>
        <w:t>f 3262/15511/12839 3971/16139/13400 3264/15514/12837</w:t>
        <w:br/>
        <w:t>f 3558/15798/13100 3972/16140/13401 3260/15513/12834</w:t>
        <w:br/>
        <w:t>f 3946/16130/13083 3558/15798/13100 3260/15513/12834</w:t>
        <w:br/>
        <w:t>f 3253/15501/12825 3421/15672/12986 3855/16039/12976</w:t>
        <w:br/>
        <w:t>f 3366/15619/12937 3367/15618/12936 3263/15515/12838</w:t>
        <w:br/>
        <w:t>f 3368/15617/12935 3379/15630/12946 3401/15652/12967</w:t>
        <w:br/>
        <w:t>f 3237/15486/12811 3235/15488/12813 3860/16046/13318</w:t>
        <w:br/>
        <w:t>f 3266/15516/12840 3237/15486/12811 3860/16046/13318</w:t>
        <w:br/>
        <w:t>f 3415/15666/12980 3266/15516/12840 3369/15623/12941</w:t>
        <w:br/>
        <w:t>f 3432/15681/12995 3430/15683/12997 3479/15721/13035</w:t>
        <w:br/>
        <w:t>f 3460/15702/13016 3458/15704/13018 3873/16058/13328</w:t>
        <w:br/>
        <w:t>f 3975/16141/13402 3526/15768/13074 3597/15830/13103</w:t>
        <w:br/>
        <w:t>f 3534/15773/13079 3981/16142/13403 3564/15803/13105</w:t>
        <w:br/>
        <w:t>f 3564/15803/13105 3981/16142/13403 3586/15828/8288</w:t>
        <w:br/>
        <w:t>f 3535/15772/13078 3984/16143/8361 3534/15773/13079</w:t>
        <w:br/>
        <w:t>f 3534/15773/13079 3984/16143/8361 3985/16144/13404</w:t>
        <w:br/>
        <w:t>f 3585/15822/13121 3984/16143/8361 3535/15772/13078</w:t>
        <w:br/>
        <w:t>f 3985/16144/13404 3981/16142/13403 3534/15773/13079</w:t>
        <w:br/>
        <w:t>f 3526/15768/13074 3527/15767/13072 3987/16145/13405</w:t>
        <w:br/>
        <w:t>f 3597/15830/13103 3526/15768/13074 3987/16145/13405</w:t>
        <w:br/>
        <w:t>f 3643/15853/13147 3672/15883/8362 3677/15888/13178</w:t>
        <w:br/>
        <w:t>f 3611/15838/13133 3671/15881/13175 3630/15848/13142</w:t>
        <w:br/>
        <w:t>f 3671/15881/13175 3611/15838/13133 3674/15886/13177</w:t>
        <w:br/>
        <w:t>f 3672/15883/8362 3643/15853/13147 3630/15848/13142</w:t>
        <w:br/>
        <w:t>f 3993/16146/13406 3992/16147/8304 3652/15862/13156</w:t>
        <w:br/>
        <w:t>f 3992/16147/8304 3994/16148/13407 3676/15884/13176</w:t>
        <w:br/>
        <w:t>f 3652/15862/13156 3992/16147/8304 3995/16149/13139</w:t>
        <w:br/>
        <w:t>f 3992/16147/8304 3676/15884/13176 3995/16149/13139</w:t>
        <w:br/>
        <w:t>f 3765/15966/8370 3769/15969/13249 3754/15956/13238</w:t>
        <w:br/>
        <w:t>f 4001/16150/8372 3765/15966/8370 3728/15930/13217</w:t>
        <w:br/>
        <w:t>f 4003/16151/13408 4001/16150/8372 3728/15930/13217</w:t>
        <w:br/>
        <w:t>f 3729/15929/13216 4003/16151/13408 3728/15930/13217</w:t>
        <w:br/>
        <w:t>f 4003/16151/13408 3729/15929/13216 3766/15968/8324</w:t>
        <w:br/>
        <w:t>f 3894/16076/13344 4006/16152/8322 3893/16077/13345</w:t>
        <w:br/>
        <w:t>f 4006/16152/8322 3894/16076/13344 3895/16080/8375</w:t>
        <w:br/>
        <w:t>f 4011/16153/13409 4010/16154/13410 3804/15997/13276</w:t>
        <w:br/>
        <w:t>f 4010/16154/13410 3824/16017/13296 3804/15997/13276</w:t>
        <w:br/>
        <w:t>f 4010/16154/13410 3847/16036/8334 3824/16017/13296</w:t>
        <w:br/>
        <w:t>f 3844/16034/13310 3839/16031/13308 3805/15996/13275</w:t>
        <w:br/>
        <w:t>f 3839/16031/13308 4011/16153/13409 3804/15997/13276</w:t>
        <w:br/>
        <w:t>f 3889/16072/13341 4014/16155/8331 3888/16073/8381</w:t>
        <w:br/>
        <w:t>f 4014/16155/8331 3889/16072/13341 3890/16075/13343</w:t>
        <w:br/>
        <w:t>f 3482/15725/13039 4021/16156/8384 3481/15726/8383</w:t>
        <w:br/>
        <w:t>f 4021/16156/8384 3482/15725/13039 3931/16114/13378</w:t>
        <w:br/>
        <w:t>f 3490/15727/13040 4023/16157/13411 3489/15728/13041</w:t>
        <w:br/>
        <w:t>f 3489/15728/13041 4023/16157/13411 3931/16114/13378</w:t>
        <w:br/>
        <w:t>f 4023/16157/13411 4025/16158/13412 3931/16114/13378</w:t>
        <w:br/>
        <w:t>f 4025/16158/13412 4021/16156/8384 3931/16114/13378</w:t>
        <w:br/>
        <w:t>f 4029/16159/13413 4028/16160/13414 4027/16161/13415</w:t>
        <w:br/>
        <w:t>f 3492/15732/13020 4029/16159/13413 4027/16161/13415</w:t>
        <w:br/>
        <w:t>f 4027/16161/13415 4028/16160/13414 4030/16162/13416</w:t>
        <w:br/>
        <w:t>f 3495/15734/13417 4027/16161/13415 4030/16162/13416</w:t>
        <w:br/>
        <w:t>f 3965/16133/13394 3966/16134/13395 3365/15615/12933</w:t>
        <w:br/>
        <w:t>f 3387/15637/8751 3964/16132/13418 3386/15638/12953</w:t>
        <w:br/>
        <w:t>f 3967/16135/13396 4032/16163/13419 3398/15650/12965</w:t>
        <w:br/>
        <w:t>f 3880/16064/13333 3218/15470/12795 3883/16067/13336</w:t>
        <w:br/>
        <w:t>f 3859/16043/8747 3385/15635/12951 3881/16066/13335</w:t>
        <w:br/>
        <w:t>f 4941/16164/12793 3857/16041/13314 4940/16165/13420</w:t>
        <w:br/>
        <w:t>f 3382/15632/12948 3879/16062/13332 3882/16065/13334</w:t>
        <w:br/>
        <w:t>f 3382/15632/12948 3881/16066/13335 3385/15635/12951</w:t>
        <w:br/>
        <w:t>f 3382/15632/12948 3383/15631/12947 3879/16062/13332</w:t>
        <w:br/>
        <w:t>f 3880/16064/13333 3383/15631/12947 3218/15470/12795</w:t>
        <w:br/>
        <w:t>f 6077/16166/13421 6076/16167/13422 6075/16168/13423</w:t>
        <w:br/>
        <w:t>f 6081/16169/13424 6080/16170/13425 6079/16171/13426</w:t>
        <w:br/>
        <w:t>f 6078/16172/13427 6081/16169/13424 6079/16171/13426</w:t>
        <w:br/>
        <w:t>f 6083/16173/13428 6081/16169/13424 6078/16172/13427</w:t>
        <w:br/>
        <w:t>f 6082/16174/13429 6083/16173/13428 6078/16172/13427</w:t>
        <w:br/>
        <w:t>f 6084/16175/13430 6079/16171/13426 6080/16170/13425</w:t>
        <w:br/>
        <w:t>f 6083/16173/13428 6082/16174/13429 6075/16168/13423</w:t>
        <w:br/>
        <w:t>f 6076/16167/13422 6083/16173/13428 6075/16168/13423</w:t>
        <w:br/>
        <w:t>f 6088/16176/13431 6087/16177/13432 6086/16178/13433</w:t>
        <w:br/>
        <w:t>f 6085/16179/13434 6088/16176/13431 6086/16178/13433</w:t>
        <w:br/>
        <w:t>f 6090/16180/13435 6089/16181/13436 6084/16175/13430</w:t>
        <w:br/>
        <w:t>f 6093/16182/13437 6077/16166/13421 6092/16183/13438</w:t>
        <w:br/>
        <w:t>f 6091/16184/3779 6093/16182/13437 6092/16183/13438</w:t>
        <w:br/>
        <w:t>f 6097/16185/13439 6096/16186/13440 6095/16187/13441</w:t>
        <w:br/>
        <w:t>f 6094/16188/13442 6097/16185/13439 6095/16187/13441</w:t>
        <w:br/>
        <w:t>f 6097/16185/13439 6099/16189/13443 6098/16190/13444</w:t>
        <w:br/>
        <w:t>f 6096/16186/13440 6097/16185/13439 6098/16190/13444</w:t>
        <w:br/>
        <w:t>f 6101/16191/13445 6100/16192/13446 6098/16190/13444</w:t>
        <w:br/>
        <w:t>f 6099/16189/13443 6101/16191/13445 6098/16190/13444</w:t>
        <w:br/>
        <w:t>f 6102/16193/13447 6100/16192/13446 6101/16191/13445</w:t>
        <w:br/>
        <w:t>f 6106/16194/13448 6105/16195/13449 6104/16196/13450</w:t>
        <w:br/>
        <w:t>f 6103/16197/13451 6106/16194/13448 6104/16196/13450</w:t>
        <w:br/>
        <w:t>f 6109/16198/13452 6108/16199/13453 6107/16200/13454</w:t>
        <w:br/>
        <w:t>f 6105/16195/13449 6112/16201/13455 6111/16202/13456</w:t>
        <w:br/>
        <w:t>f 6110/16203/13457 6105/16195/13449 6111/16202/13456</w:t>
        <w:br/>
        <w:t>f 6105/16195/13449 6106/16194/13448 6112/16201/13455</w:t>
        <w:br/>
        <w:t>f 6109/16198/13452 6103/16197/13451 6104/16196/13450</w:t>
        <w:br/>
        <w:t>f 6095/16187/13441 6096/16186/13440 6113/16204/13458</w:t>
        <w:br/>
        <w:t>f 6113/16204/13458 6096/16186/13440 6114/16205/13459</w:t>
        <w:br/>
        <w:t>f 6118/16206/13460 6117/16207/13461 6116/16208/13462</w:t>
        <w:br/>
        <w:t>f 6115/16209/13463 6118/16206/13460 6116/16208/13462</w:t>
        <w:br/>
        <w:t>f 6122/16210/13464 6121/16211/13465 6120/16212/13466</w:t>
        <w:br/>
        <w:t>f 6119/16213/13467 6122/16210/13464 6120/16212/13466</w:t>
        <w:br/>
        <w:t>f 6119/16213/13467 6120/16212/13466 6118/16206/13460</w:t>
        <w:br/>
        <w:t>f 6115/16209/13463 6119/16213/13467 6118/16206/13460</w:t>
        <w:br/>
        <w:t>f 6124/16214/13468 6123/16215/13469 6121/16211/13465</w:t>
        <w:br/>
        <w:t>f 6122/16210/13464 6124/16214/13468 6121/16211/13465</w:t>
        <w:br/>
        <w:t>f 6123/16215/13469 6124/16214/13468 6126/16216/13470</w:t>
        <w:br/>
        <w:t>f 6125/16217/13471 6123/16215/13469 6126/16216/13470</w:t>
        <w:br/>
        <w:t>f 6119/16213/13467 6108/16199/13453 6104/16196/13450</w:t>
        <w:br/>
        <w:t>f 6122/16210/13464 6119/16213/13467 6104/16196/13450</w:t>
        <w:br/>
        <w:t>f 6105/16195/13449 6124/16214/13468 6122/16210/13464</w:t>
        <w:br/>
        <w:t>f 6104/16196/13450 6105/16195/13449 6122/16210/13464</w:t>
        <w:br/>
        <w:t>f 6124/16214/13468 6105/16195/13449 6110/16203/13457</w:t>
        <w:br/>
        <w:t>f 6126/16216/13470 6124/16214/13468 6110/16203/13457</w:t>
        <w:br/>
        <w:t>f 6100/16192/13446 6108/16199/13453 6119/16213/13467</w:t>
        <w:br/>
        <w:t>f 6115/16209/13463 6127/16218/13472 6119/16213/13467</w:t>
        <w:br/>
        <w:t>f 6127/16218/13472 6098/16190/13444 6100/16192/13446</w:t>
        <w:br/>
        <w:t>f 6115/16209/13463 6096/16186/13440 6098/16190/13444</w:t>
        <w:br/>
        <w:t>f 6115/16209/13463 6116/16208/13462 6114/16205/13459</w:t>
        <w:br/>
        <w:t>f 6096/16186/13440 6115/16209/13463 6114/16205/13459</w:t>
        <w:br/>
        <w:t>f 6115/16209/13463 6098/16190/13444 6127/16218/13472</w:t>
        <w:br/>
        <w:t>f 6100/16192/13446 6119/16213/13467 6127/16218/13472</w:t>
        <w:br/>
        <w:t>f 6130/16219/13473 6129/16220/13474 6128/16221/13475</w:t>
        <w:br/>
        <w:t>f 6131/16222/13476 6130/16219/13473 6128/16221/13475</w:t>
        <w:br/>
        <w:t>f 6133/16223/13477 6132/16224/13478 6130/16219/13473</w:t>
        <w:br/>
        <w:t>f 6131/16222/13476 6133/16223/13477 6130/16219/13473</w:t>
        <w:br/>
        <w:t>f 6133/16223/13477 6135/16225/13479 6134/16226/13480</w:t>
        <w:br/>
        <w:t>f 6132/16224/13478 6133/16223/13477 6134/16226/13480</w:t>
        <w:br/>
        <w:t>f 6137/16227/13481 6136/16228/13482 6135/16225/13479</w:t>
        <w:br/>
        <w:t>f 6133/16223/13477 6137/16227/13481 6135/16225/13479</w:t>
        <w:br/>
        <w:t>f 6129/16220/13474 6139/16229/13483 6138/16230/13484</w:t>
        <w:br/>
        <w:t>f 6128/16221/13475 6129/16220/13474 6138/16230/13484</w:t>
        <w:br/>
        <w:t>f 6141/16231/13485 6128/16221/13475 6138/16230/13484</w:t>
        <w:br/>
        <w:t>f 6140/16232/13486 6141/16231/13485 6138/16230/13484</w:t>
        <w:br/>
        <w:t>f 6136/16228/13482 6137/16227/13481 6143/16233/13487</w:t>
        <w:br/>
        <w:t>f 6142/16234/13488 6136/16228/13482 6143/16233/13487</w:t>
        <w:br/>
        <w:t>f 6146/16235/13489 6145/16236/2496 6144/16237/2495</w:t>
        <w:br/>
        <w:t>f 6150/16238/13490 6149/16239/13491 6148/16240/13492</w:t>
        <w:br/>
        <w:t>f 6147/16241/13493 6150/16238/13490 6148/16240/13492</w:t>
        <w:br/>
        <w:t>f 6147/16241/13493 6152/16242/13494 6151/16243/13495</w:t>
        <w:br/>
        <w:t>f 6150/16238/13490 6147/16241/13493 6151/16243/13495</w:t>
        <w:br/>
        <w:t>f 6156/16244/13496 6155/16245/13497 6154/16246/13498</w:t>
        <w:br/>
        <w:t>f 6153/16247/13499 6156/16244/13496 6154/16246/13498</w:t>
        <w:br/>
        <w:t>f 6140/16232/13486 6138/16230/13484 6158/16248/13500</w:t>
        <w:br/>
        <w:t>f 6157/16249/13501 6140/16232/13486 6158/16248/13500</w:t>
        <w:br/>
        <w:t>f 6158/16248/13500 6138/16230/13484 6139/16229/13483</w:t>
        <w:br/>
        <w:t>f 6159/16250/13502 6158/16248/13500 6139/16229/13483</w:t>
        <w:br/>
        <w:t>f 6140/16232/13486 6157/16249/13501 6153/16247/13499</w:t>
        <w:br/>
        <w:t>f 6154/16246/13498 6140/16232/13486 6153/16247/13499</w:t>
        <w:br/>
        <w:t>f 6156/16244/13496 6151/16243/13495 6152/16242/13494</w:t>
        <w:br/>
        <w:t>f 6155/16245/13497 6156/16244/13496 6152/16242/13494</w:t>
        <w:br/>
        <w:t>f 6162/16251/13503 6161/16252/13504 6160/16253/13505</w:t>
        <w:br/>
        <w:t>f 6163/16254/13506 6141/16231/13485 6140/16232/13486</w:t>
        <w:br/>
        <w:t>f 6154/16246/13498 6163/16254/13506 6140/16232/13486</w:t>
        <w:br/>
        <w:t>f 6128/16221/13475 6141/16231/13485 6164/16255/13507</w:t>
        <w:br/>
        <w:t>f 6131/16222/13476 6128/16221/13475 6164/16255/13507</w:t>
        <w:br/>
        <w:t>f 6131/16222/13476 6164/16255/13507 6137/16227/13481</w:t>
        <w:br/>
        <w:t>f 6133/16223/13477 6131/16222/13476 6137/16227/13481</w:t>
        <w:br/>
        <w:t>f 6165/16256/13508 6161/16252/13504 6146/16235/13489</w:t>
        <w:br/>
        <w:t>f 6144/16237/2495 6165/16256/13508 6146/16235/13489</w:t>
        <w:br/>
        <w:t>f 6155/16245/13497 6162/16251/13503 6166/16257/13509</w:t>
        <w:br/>
        <w:t>f 6153/16247/13499 6168/16258/13510 6167/16259/13511</w:t>
        <w:br/>
        <w:t>f 6156/16244/13496 6153/16247/13499 6167/16259/13511</w:t>
        <w:br/>
        <w:t>f 6170/16260/13512 6157/16249/13501 6158/16248/13500</w:t>
        <w:br/>
        <w:t>f 6169/16261/13513 6170/16260/13512 6158/16248/13500</w:t>
        <w:br/>
        <w:t>f 6158/16248/13500 6159/16250/13502 6171/16262/13514</w:t>
        <w:br/>
        <w:t>f 6169/16261/13513 6158/16248/13500 6171/16262/13514</w:t>
        <w:br/>
        <w:t>f 6151/16243/13495 6173/16263/13515 6172/16264/13516</w:t>
        <w:br/>
        <w:t>f 6150/16238/13490 6151/16243/13495 6172/16264/13516</w:t>
        <w:br/>
        <w:t>f 6177/16265/13517 6176/16266/13518 6175/16267/13519</w:t>
        <w:br/>
        <w:t>f 6174/16268/13520 6177/16265/13517 6175/16267/13519</w:t>
        <w:br/>
        <w:t>f 6181/16269/13521 6180/16270/13522 6179/16271/13520</w:t>
        <w:br/>
        <w:t>f 6178/16272/13519 6181/16269/13521 6179/16271/13520</w:t>
        <w:br/>
        <w:t>f 6172/16264/13516 6182/16273/13523 6149/16239/13491</w:t>
        <w:br/>
        <w:t>f 6150/16238/13490 6172/16264/13516 6149/16239/13491</w:t>
        <w:br/>
        <w:t>f 6114/16205/13459 6184/16274/13524 6183/16275/13525</w:t>
        <w:br/>
        <w:t>f 6113/16204/13458 6114/16205/13459 6183/16275/13525</w:t>
        <w:br/>
        <w:t>f 6186/16276/13526 6177/16265/13517 6174/16268/13520</w:t>
        <w:br/>
        <w:t>f 6185/16277/13527 6186/16276/13526 6174/16268/13520</w:t>
        <w:br/>
        <w:t>f 6187/16278/13528 6184/16274/13524 6114/16205/13459</w:t>
        <w:br/>
        <w:t>f 6172/16264/13516 6173/16263/13515 6189/16279/13529</w:t>
        <w:br/>
        <w:t>f 6188/16280/13530 6172/16264/13516 6189/16279/13529</w:t>
        <w:br/>
        <w:t>f 6190/16281/13531 6182/16273/13523 6172/16264/13516</w:t>
        <w:br/>
        <w:t>f 6188/16280/13530 6190/16281/13531 6172/16264/13516</w:t>
        <w:br/>
        <w:t>f 6180/16270/13522 6192/16282/13532 6191/16283/13533</w:t>
        <w:br/>
        <w:t>f 6179/16271/13520 6180/16270/13522 6191/16283/13533</w:t>
        <w:br/>
        <w:t>f 6169/16261/13513 6192/16282/13532 6193/16284/13534</w:t>
        <w:br/>
        <w:t>f 6184/16274/13524 6187/16278/13528 6176/16266/13518</w:t>
        <w:br/>
        <w:t>f 6177/16265/13517 6184/16274/13524 6176/16266/13518</w:t>
        <w:br/>
        <w:t>f 6183/16275/13525 6184/16274/13524 6177/16265/13517</w:t>
        <w:br/>
        <w:t>f 6167/16259/13511 6168/16258/13510 6195/16285/13535</w:t>
        <w:br/>
        <w:t>f 6194/16286/13536 6167/16259/13511 6195/16285/13535</w:t>
        <w:br/>
        <w:t>f 6170/16260/13512 6169/16261/13513 6193/16284/13534</w:t>
        <w:br/>
        <w:t>f 6157/16249/13501 6170/16260/13512 6168/16258/13510</w:t>
        <w:br/>
        <w:t>f 6153/16247/13499 6157/16249/13501 6168/16258/13510</w:t>
        <w:br/>
        <w:t>f 6156/16244/13496 6167/16259/13511 6173/16263/13515</w:t>
        <w:br/>
        <w:t>f 6151/16243/13495 6156/16244/13496 6173/16263/13515</w:t>
        <w:br/>
        <w:t>f 6173/16263/13515 6167/16259/13511 6194/16286/13536</w:t>
        <w:br/>
        <w:t>f 6189/16279/13529 6173/16263/13515 6194/16286/13536</w:t>
        <w:br/>
        <w:t>f 6170/16260/13512 6193/16284/13534 6195/16285/13535</w:t>
        <w:br/>
        <w:t>f 6168/16258/13510 6170/16260/13512 6195/16285/13535</w:t>
        <w:br/>
        <w:t>f 6189/16279/13529 6197/16287/13537 6196/16288/13538</w:t>
        <w:br/>
        <w:t>f 6188/16280/13530 6189/16279/13529 6196/16288/13538</w:t>
        <w:br/>
        <w:t>f 6188/16280/13530 6196/16288/13538 6190/16281/13531</w:t>
        <w:br/>
        <w:t>f 6135/16225/13479 6097/16185/13439 6094/16188/13442</w:t>
        <w:br/>
        <w:t>f 6134/16226/13480 6135/16225/13479 6094/16188/13442</w:t>
        <w:br/>
        <w:t>f 6136/16228/13482 6099/16189/13443 6097/16185/13439</w:t>
        <w:br/>
        <w:t>f 6135/16225/13479 6136/16228/13482 6097/16185/13439</w:t>
        <w:br/>
        <w:t>f 6142/16234/13488 6101/16191/13445 6099/16189/13443</w:t>
        <w:br/>
        <w:t>f 6136/16228/13482 6142/16234/13488 6099/16189/13443</w:t>
        <w:br/>
        <w:t>f 6200/16289/13539 6199/16290/13540 6198/16291/13541</w:t>
        <w:br/>
        <w:t>f 6201/16292/13542 6200/16289/13539 6198/16291/13541</w:t>
        <w:br/>
        <w:t>f 6205/16293/13543 6204/16294/13544 6203/16295/13545</w:t>
        <w:br/>
        <w:t>f 6202/16296/13546 6205/16293/13543 6203/16295/13545</w:t>
        <w:br/>
        <w:t>f 6206/16297/13547 6186/16276/13526 6204/16294/13544</w:t>
        <w:br/>
        <w:t>f 6208/16298/13548 6207/16299/13549 6198/16291/13541</w:t>
        <w:br/>
        <w:t>f 6199/16290/13540 6208/16298/13548 6198/16291/13541</w:t>
        <w:br/>
        <w:t>f 6212/16300/13550 6211/16301/13551 6210/16302/13552</w:t>
        <w:br/>
        <w:t>f 6209/16303/13553 6212/16300/13550 6210/16302/13552</w:t>
        <w:br/>
        <w:t>f 6214/16304/13554 6213/16305/13555 6209/16303/13553</w:t>
        <w:br/>
        <w:t>f 6214/16304/13554 6209/16303/13553 6210/16302/13552</w:t>
        <w:br/>
        <w:t>f 6171/16262/13514 6214/16304/13554 6210/16302/13552</w:t>
        <w:br/>
        <w:t>f 6216/16306/13556 6209/16303/13553 6213/16305/13555</w:t>
        <w:br/>
        <w:t>f 6215/16307/13557 6216/16306/13556 6213/16305/13555</w:t>
        <w:br/>
        <w:t>f 6217/16308/13558 6212/16300/13550 6209/16303/13553</w:t>
        <w:br/>
        <w:t>f 6216/16306/13556 6217/16308/13558 6209/16303/13553</w:t>
        <w:br/>
        <w:t>f 6219/16309/13559 6205/16293/13543 6202/16296/13546</w:t>
        <w:br/>
        <w:t>f 6218/16310/13560 6219/16309/13559 6202/16296/13546</w:t>
        <w:br/>
        <w:t>f 6221/16311/13561 6198/16291/13541 6207/16299/13549</w:t>
        <w:br/>
        <w:t>f 6220/16312/13562 6221/16311/13561 6207/16299/13549</w:t>
        <w:br/>
        <w:t>f 6207/16299/13549 6208/16298/13548 6206/16297/13547</w:t>
        <w:br/>
        <w:t>f 6206/16297/13547 6205/16293/13543 6207/16299/13549</w:t>
        <w:br/>
        <w:t>f 6223/16313/13563 6220/16312/13562 6219/16309/13559</w:t>
        <w:br/>
        <w:t>f 6222/16314/13564 6223/16313/13563 6219/16309/13559</w:t>
        <w:br/>
        <w:t>f 6206/16297/13547 6183/16275/13525 6186/16276/13526</w:t>
        <w:br/>
        <w:t>f 6204/16294/13544 6186/16276/13526 6185/16277/13527</w:t>
        <w:br/>
        <w:t>f 6203/16295/13545 6204/16294/13544 6185/16277/13527</w:t>
        <w:br/>
        <w:t>f 6211/16301/13551 6191/16283/13533 6192/16282/13532</w:t>
        <w:br/>
        <w:t>f 6210/16302/13552 6211/16301/13551 6192/16282/13532</w:t>
        <w:br/>
        <w:t>f 6210/16302/13552 6192/16282/13532 6169/16261/13513</w:t>
        <w:br/>
        <w:t>f 6171/16262/13514 6210/16302/13552 6169/16261/13513</w:t>
        <w:br/>
        <w:t>f 6139/16229/13483 6129/16220/13474 6225/16315/13565</w:t>
        <w:br/>
        <w:t>f 6224/16316/13566 6139/16229/13483 6225/16315/13565</w:t>
        <w:br/>
        <w:t>f 6094/16188/13442 6095/16187/13441 6199/16290/13540</w:t>
        <w:br/>
        <w:t>f 6200/16289/13539 6094/16188/13442 6199/16290/13540</w:t>
        <w:br/>
        <w:t>f 6208/16298/13548 6199/16290/13540 6095/16187/13441</w:t>
        <w:br/>
        <w:t>f 6113/16204/13458 6208/16298/13548 6095/16187/13441</w:t>
        <w:br/>
        <w:t>f 6183/16275/13525 6208/16298/13548 6113/16204/13458</w:t>
        <w:br/>
        <w:t>f 6159/16250/13502 6139/16229/13483 6224/16316/13566</w:t>
        <w:br/>
        <w:t>f 6226/16317/13567 6159/16250/13502 6224/16316/13566</w:t>
        <w:br/>
        <w:t>f 6226/16317/13567 6224/16316/13566 6228/16318/13568</w:t>
        <w:br/>
        <w:t>f 6227/16319/13569 6226/16317/13567 6228/16318/13568</w:t>
        <w:br/>
        <w:t>f 6229/16320/13570 6215/16307/13557 6213/16305/13555</w:t>
        <w:br/>
        <w:t>f 6227/16319/13569 6229/16320/13570 6213/16305/13555</w:t>
        <w:br/>
        <w:t>f 6227/16319/13569 6213/16305/13555 6214/16304/13554</w:t>
        <w:br/>
        <w:t>f 6226/16317/13567 6227/16319/13569 6214/16304/13554</w:t>
        <w:br/>
        <w:t>f 6171/16262/13514 6159/16250/13502 6226/16317/13567</w:t>
        <w:br/>
        <w:t>f 6214/16304/13554 6171/16262/13514 6226/16317/13567</w:t>
        <w:br/>
        <w:t>f 6231/16321/13571 6216/16306/13556 6215/16307/13557</w:t>
        <w:br/>
        <w:t>f 6230/16322/13572 6231/16321/13571 6215/16307/13557</w:t>
        <w:br/>
        <w:t>f 6220/16312/13562 6207/16299/13549 6205/16293/13543</w:t>
        <w:br/>
        <w:t>f 6219/16309/13559 6220/16312/13562 6205/16293/13543</w:t>
        <w:br/>
        <w:t>f 6227/16319/13569 6228/16318/13568 6232/16323/13573</w:t>
        <w:br/>
        <w:t>f 6229/16320/13570 6227/16319/13569 6232/16323/13573</w:t>
        <w:br/>
        <w:t>f 6230/16322/13572 6215/16307/13557 6229/16320/13570</w:t>
        <w:br/>
        <w:t>f 6233/16324/13574 6230/16322/13572 6229/16320/13570</w:t>
        <w:br/>
        <w:t>f 6234/16325/13575 6228/16318/13568 6224/16316/13566</w:t>
        <w:br/>
        <w:t>f 6225/16315/13565 6234/16325/13575 6224/16316/13566</w:t>
        <w:br/>
        <w:t>f 6219/16309/13559 6218/16310/13560 6235/16326/13576</w:t>
        <w:br/>
        <w:t>f 6222/16314/13564 6219/16309/13559 6235/16326/13576</w:t>
        <w:br/>
        <w:t>f 6238/16327/13577 6237/16328/13578 6201/16292/13542</w:t>
        <w:br/>
        <w:t>f 6236/16329/13579 6238/16327/13577 6201/16292/13542</w:t>
        <w:br/>
        <w:t>f 6200/16289/13539 6201/16292/13542 6237/16328/13578</w:t>
        <w:br/>
        <w:t>f 6239/16330/13580 6200/16289/13539 6237/16328/13578</w:t>
        <w:br/>
        <w:t>f 6129/16220/13474 6130/16219/13473 6240/16331/13581</w:t>
        <w:br/>
        <w:t>f 6225/16315/13565 6129/16220/13474 6240/16331/13581</w:t>
        <w:br/>
        <w:t>f 6134/16226/13480 6094/16188/13442 6200/16289/13539</w:t>
        <w:br/>
        <w:t>f 6239/16330/13580 6134/16226/13480 6200/16289/13539</w:t>
        <w:br/>
        <w:t>f 6241/16332/13582 6234/16325/13575 6225/16315/13565</w:t>
        <w:br/>
        <w:t>f 6240/16331/13581 6241/16332/13582 6225/16315/13565</w:t>
        <w:br/>
        <w:t>f 6229/16320/13570 6232/16323/13573 6242/16333/13583</w:t>
        <w:br/>
        <w:t>f 6233/16324/13574 6229/16320/13570 6242/16333/13583</w:t>
        <w:br/>
        <w:t>f 6201/16292/13542 6198/16291/13541 6221/16311/13561</w:t>
        <w:br/>
        <w:t>f 6236/16329/13579 6201/16292/13542 6221/16311/13561</w:t>
        <w:br/>
        <w:t>f 6220/16312/13562 6223/16313/13563 6243/16334/13584</w:t>
        <w:br/>
        <w:t>f 6221/16311/13561 6220/16312/13562 6243/16334/13584</w:t>
        <w:br/>
        <w:t>f 3118/15460/12785 3119/15459/12784 6244/16335/13585</w:t>
        <w:br/>
        <w:t>f 6143/16233/13487 6246/16336/13586 6245/16337/13587</w:t>
        <w:br/>
        <w:t>f 6248/16338/13588 6247/16339/13589 3124/15465/12790</w:t>
        <w:br/>
        <w:t>f 3123/15464/12789 6248/16338/13588 3124/15465/12790</w:t>
        <w:br/>
        <w:t>f 6163/16254/13506 6249/16340/13590 6141/16231/13485</w:t>
        <w:br/>
        <w:t>f 6164/16255/13507 6250/16341/13591 6143/16233/13487</w:t>
        <w:br/>
        <w:t>f 6137/16227/13481 6164/16255/13507 6143/16233/13487</w:t>
        <w:br/>
        <w:t>f 6253/16342/13592 6252/16343/13593 6251/16344/13594</w:t>
        <w:br/>
        <w:t>f 6166/16257/13509 6254/16345/13595 6163/16254/13506</w:t>
        <w:br/>
        <w:t>f 6240/16331/13581 6130/16219/13473 6132/16224/13478</w:t>
        <w:br/>
        <w:t>f 6239/16330/13580 6240/16331/13581 6132/16224/13478</w:t>
        <w:br/>
        <w:t>f 6134/16226/13480 6239/16330/13580 6132/16224/13478</w:t>
        <w:br/>
        <w:t>f 6239/16330/13580 6237/16328/13578 6241/16332/13582</w:t>
        <w:br/>
        <w:t>f 6240/16331/13581 6239/16330/13580 6241/16332/13582</w:t>
        <w:br/>
        <w:t>f 6253/16342/13592 6143/16233/13487 6245/16337/13587</w:t>
        <w:br/>
        <w:t>f 6257/16346/13596 6238/16327/13577 6256/16347/13597</w:t>
        <w:br/>
        <w:t>f 6255/16348/13598 6257/16346/13596 6256/16347/13597</w:t>
        <w:br/>
        <w:t>f 6232/16323/13573 6259/16349/13599 6258/16350/13600</w:t>
        <w:br/>
        <w:t>f 6242/16333/13583 6232/16323/13573 6258/16350/13600</w:t>
        <w:br/>
        <w:t>f 6260/16351/13576 6217/16308/13558 6216/16306/13556</w:t>
        <w:br/>
        <w:t>f 6231/16321/13571 6260/16351/13576 6216/16306/13556</w:t>
        <w:br/>
        <w:t>f 6255/16348/13598 6258/16350/13600 6259/16349/13599</w:t>
        <w:br/>
        <w:t>f 6257/16346/13596 6255/16348/13598 6259/16349/13599</w:t>
        <w:br/>
        <w:t>f 6243/16334/13584 6261/16352/13601 6236/16329/13579</w:t>
        <w:br/>
        <w:t>f 6221/16311/13561 6243/16334/13584 6236/16329/13579</w:t>
        <w:br/>
        <w:t>f 6228/16318/13568 6234/16325/13575 6259/16349/13599</w:t>
        <w:br/>
        <w:t>f 6232/16323/13573 6228/16318/13568 6259/16349/13599</w:t>
        <w:br/>
        <w:t>f 6238/16327/13577 6236/16329/13579 6261/16352/13601</w:t>
        <w:br/>
        <w:t>f 6256/16347/13597 6238/16327/13577 6261/16352/13601</w:t>
        <w:br/>
        <w:t>f 6241/16332/13582 6237/16328/13578 6238/16327/13577</w:t>
        <w:br/>
        <w:t>f 6257/16346/13596 6241/16332/13582 6238/16327/13577</w:t>
        <w:br/>
        <w:t>f 6257/16346/13596 6259/16349/13599 6234/16325/13575</w:t>
        <w:br/>
        <w:t>f 6241/16332/13582 6257/16346/13596 6234/16325/13575</w:t>
        <w:br/>
        <w:t>f 6186/16276/13526 6183/16275/13525 6177/16265/13517</w:t>
        <w:br/>
        <w:t>f 6264/16353/13602 6263/16354/13603 6262/16355/13604</w:t>
        <w:br/>
        <w:t>f 6192/16282/13532 6180/16270/13522 6193/16284/13534</w:t>
        <w:br/>
        <w:t>f 6206/16297/13547 6204/16294/13544 6205/16293/13543</w:t>
        <w:br/>
        <w:t>f 6206/16297/13547 6208/16298/13548 6183/16275/13525</w:t>
        <w:br/>
        <w:t>f 6267/16356/13605 6266/16357/13606 6265/16358/10000</w:t>
        <w:br/>
        <w:t>f 6116/16208/13462 6117/16207/13461 6269/16359/13607</w:t>
        <w:br/>
        <w:t>f 6268/16360/13608 6116/16208/13462 6269/16359/13607</w:t>
        <w:br/>
        <w:t>f 6272/9918/8057 6271/9921/8060 6270/16361/13609</w:t>
        <w:br/>
        <w:t>f 6125/16217/13471 6272/9918/8057 6270/16361/13609</w:t>
        <w:br/>
        <w:t>f 6276/16362/13610 6275/16363/13611 6274/16364/13612</w:t>
        <w:br/>
        <w:t>f 6273/16365/13613 6276/16362/13610 6274/16364/13612</w:t>
        <w:br/>
        <w:t>f 6267/16356/13605 6273/16365/13613 6274/16364/13612</w:t>
        <w:br/>
        <w:t>f 6275/16363/13611 6278/16366/13614 6277/16367/13615</w:t>
        <w:br/>
        <w:t>f 6274/16364/13612 6275/16363/13611 6277/16367/13615</w:t>
        <w:br/>
        <w:t>f 6270/16361/13609 6267/16356/13605 6274/16364/13612</w:t>
        <w:br/>
        <w:t>f 6277/16367/13615 6270/16361/13609 6274/16364/13612</w:t>
        <w:br/>
        <w:t>f 6125/16217/13471 6270/16361/13609 6277/16367/13615</w:t>
        <w:br/>
        <w:t>f 6123/16215/13469 6125/16217/13471 6277/16367/13615</w:t>
        <w:br/>
        <w:t>f 6187/16278/13528 6114/16205/13459 6116/16208/13462</w:t>
        <w:br/>
        <w:t>f 6268/16360/13608 6187/16278/13528 6116/16208/13462</w:t>
        <w:br/>
        <w:t>f 6148/16240/13492 6280/16368/13616 6279/16369/13617</w:t>
        <w:br/>
        <w:t>f 6282/16370/13618 6148/16240/13492 6149/16239/13491</w:t>
        <w:br/>
        <w:t>f 6281/16371/13619 6282/16370/13618 6149/16239/13491</w:t>
        <w:br/>
        <w:t>f 6281/16371/13619 6149/16239/13491 6182/16273/13523</w:t>
        <w:br/>
        <w:t>f 6283/16372/13620 6281/16371/13619 6182/16273/13523</w:t>
        <w:br/>
        <w:t>f 6283/16372/13620 6182/16273/13523 6190/16281/13531</w:t>
        <w:br/>
        <w:t>f 6284/16373/13621 6283/16372/13620 6190/16281/13531</w:t>
        <w:br/>
        <w:t>f 6190/16281/13531 6196/16288/13538 6285/16374/13622</w:t>
        <w:br/>
        <w:t>f 6284/16373/13621 6190/16281/13531 6285/16374/13622</w:t>
        <w:br/>
        <w:t>f 6248/16338/13588 3123/15464/12789 6286/16375/13623</w:t>
        <w:br/>
        <w:t>f 3104/15444/12769 6287/16376/13624 3103/15445/12770</w:t>
        <w:br/>
        <w:t>f 6106/16194/13448 6288/16377/13625 6112/16201/13455</w:t>
        <w:br/>
        <w:t>f 6106/16194/13448 6103/16197/13451 6289/16378/13626</w:t>
        <w:br/>
        <w:t>f 6288/16377/13625 6106/16194/13448 6289/16378/13626</w:t>
        <w:br/>
        <w:t>f 6264/16353/13602 6291/16379/13627 6290/16380/13628</w:t>
        <w:br/>
        <w:t>f 6293/16381/13629 6292/16382/13630 6262/16355/13604</w:t>
        <w:br/>
        <w:t>f 6263/16354/13603 6293/16381/13629 6262/16355/13604</w:t>
        <w:br/>
        <w:t>f 6107/16200/13454 6263/16354/13603 6264/16353/13602</w:t>
        <w:br/>
        <w:t>f 6109/16198/13452 6107/16200/13454 6264/16353/13602</w:t>
        <w:br/>
        <w:t>f 6278/16366/13614 6275/16363/13611 6295/16383/13631</w:t>
        <w:br/>
        <w:t>f 6294/16384/13632 6278/16366/13614 6295/16383/13631</w:t>
        <w:br/>
        <w:t>f 6295/16383/13631 6275/16363/13611 6276/16362/13610</w:t>
        <w:br/>
        <w:t>f 6296/16385/13633 6295/16383/13631 6276/16362/13610</w:t>
        <w:br/>
        <w:t>f 6297/16386/13634 6296/16385/13633 6276/16362/13610</w:t>
        <w:br/>
        <w:t>f 6273/16365/13613 6298/16387/13635 6297/16386/13634</w:t>
        <w:br/>
        <w:t>f 6276/16362/13610 6273/16365/13613 6297/16386/13634</w:t>
        <w:br/>
        <w:t>f 6299/16388/13636 6298/16387/13635 6273/16365/13613</w:t>
        <w:br/>
        <w:t>f 6265/16358/10000 6299/16388/13636 6273/16365/13613</w:t>
        <w:br/>
        <w:t>f 6301/16389/13637 6300/16390/13638 6285/16374/13622</w:t>
        <w:br/>
        <w:t>f 6196/16288/13538 6301/16389/13637 6285/16374/13622</w:t>
        <w:br/>
        <w:t>f 6197/16287/13537 6301/16389/13637 6196/16288/13538</w:t>
        <w:br/>
        <w:t>f 6194/16286/13536 6302/16391/13639 6197/16287/13537</w:t>
        <w:br/>
        <w:t>f 6189/16279/13529 6194/16286/13536 6197/16287/13537</w:t>
        <w:br/>
        <w:t>f 6194/16286/13536 6195/16285/13535 6302/16391/13639</w:t>
        <w:br/>
        <w:t>f 6195/16285/13535 6193/16284/13534 6303/16392/13640</w:t>
        <w:br/>
        <w:t>f 6180/16270/13522 6181/16269/13521 6304/16393/13641</w:t>
        <w:br/>
        <w:t>f 6193/16284/13534 6180/16270/13522 6304/16393/13641</w:t>
        <w:br/>
        <w:t>f 6181/16269/13521 6305/16394/13642 6304/16393/13641</w:t>
        <w:br/>
        <w:t>f 6305/16394/13642 6181/16269/13521 6178/16272/13519</w:t>
        <w:br/>
        <w:t>f 6306/16395/13643 6305/16394/13642 6178/16272/13519</w:t>
        <w:br/>
        <w:t>f 6176/16266/13518 6308/16396/13644 6307/16397/13643</w:t>
        <w:br/>
        <w:t>f 6175/16267/13519 6176/16266/13518 6307/16397/13643</w:t>
        <w:br/>
        <w:t>f 6308/16396/13644 6176/16266/13518 6187/16278/13528</w:t>
        <w:br/>
        <w:t>f 6309/16398/13645 6308/16396/13644 6187/16278/13528</w:t>
        <w:br/>
        <w:t>f 6309/16398/13645 6268/16360/13608 6269/16359/13607</w:t>
        <w:br/>
        <w:t>f 6310/16399/13646 6309/16398/13645 6269/16359/13607</w:t>
        <w:br/>
        <w:t>f 6312/16400/13647 6311/16401/13648 6310/16399/13646</w:t>
        <w:br/>
        <w:t>f 6269/16359/13607 6312/16400/13647 6310/16399/13646</w:t>
        <w:br/>
        <w:t>f 6313/16402/13649 6312/16400/13647 6117/16207/13461</w:t>
        <w:br/>
        <w:t>f 6251/16344/13594 6101/16191/13445 6142/16234/13488</w:t>
        <w:br/>
        <w:t>f 6303/16392/13640 6193/16284/13534 6304/16393/13641</w:t>
        <w:br/>
        <w:t>f 6302/16391/13639 6195/16285/13535 6303/16392/13640</w:t>
        <w:br/>
        <w:t>f 6252/16343/13593 6102/16193/13447 6251/16344/13594</w:t>
        <w:br/>
        <w:t>f 6118/16206/13460 6120/16212/13466 6294/16384/13632</w:t>
        <w:br/>
        <w:t>f 6314/16403/13650 6118/16206/13460 6294/16384/13632</w:t>
        <w:br/>
        <w:t>f 6313/16402/13649 6118/16206/13460 6314/16403/13650</w:t>
        <w:br/>
        <w:t>f 6121/16211/13465 6278/16366/13614 6294/16384/13632</w:t>
        <w:br/>
        <w:t>f 6120/16212/13466 6121/16211/13465 6294/16384/13632</w:t>
        <w:br/>
        <w:t>f 6278/16366/13614 6121/16211/13465 6123/16215/13469</w:t>
        <w:br/>
        <w:t>f 6277/16367/13615 6278/16366/13614 6123/16215/13469</w:t>
        <w:br/>
        <w:t>f 6280/16368/13616 6148/16240/13492 6282/16370/13618</w:t>
        <w:br/>
        <w:t>f 6315/16404/13651 6280/16368/13616 6282/16370/13618</w:t>
        <w:br/>
        <w:t>f 6148/16240/13492 6279/16369/13617 6145/16236/2496</w:t>
        <w:br/>
        <w:t>f 6249/16340/13590 6163/16254/13506 6254/16345/13595</w:t>
        <w:br/>
        <w:t>f 6141/16231/13485 6249/16340/13590 6164/16255/13507</w:t>
        <w:br/>
        <w:t>f 6100/16192/13446 6102/16193/13447 6107/16200/13454</w:t>
        <w:br/>
        <w:t>f 6108/16199/13453 6100/16192/13446 6107/16200/13454</w:t>
        <w:br/>
        <w:t>f 6317/16405/13652 6313/16402/13649 6314/16403/13650</w:t>
        <w:br/>
        <w:t>f 6316/16406/13653 6317/16405/13652 6314/16403/13650</w:t>
        <w:br/>
        <w:t>f 6292/16382/13630 6291/16379/13627 6264/16353/13602</w:t>
        <w:br/>
        <w:t>f 6262/16355/13604 6292/16382/13630 6264/16353/13602</w:t>
        <w:br/>
        <w:t>f 6290/16380/13628 6103/16197/13451 6109/16198/13452</w:t>
        <w:br/>
        <w:t>f 6289/16378/13626 6103/16197/13451 6290/16380/13628</w:t>
        <w:br/>
        <w:t>f 6251/16344/13594 6102/16193/13447 6101/16191/13445</w:t>
        <w:br/>
        <w:t>f 6117/16207/13461 6118/16206/13460 6313/16402/13649</w:t>
        <w:br/>
        <w:t>f 6317/16405/13652 6316/16406/13653 6318/16407/13654</w:t>
        <w:br/>
        <w:t>f 6309/16398/13645 6187/16278/13528 6268/16360/13608</w:t>
        <w:br/>
        <w:t>f 3104/15444/12769 6320/16408/13655 6319/16409/13656</w:t>
        <w:br/>
        <w:t>f 6321/16410/13657 6320/16408/13655 3104/15444/12769</w:t>
        <w:br/>
        <w:t>f 3104/15444/12769 6319/16409/13656 6287/16376/13624</w:t>
        <w:br/>
        <w:t>f 6322/16411/13658 3123/15464/12789 3118/15460/12785</w:t>
        <w:br/>
        <w:t>f 6247/16339/13589 6248/16338/13588 6323/16412/13659</w:t>
        <w:br/>
        <w:t>f 6247/16339/13589 6323/16412/13659 6324/16413/13660</w:t>
        <w:br/>
        <w:t>f 6247/16339/13589 6324/16413/13660 6325/16414/13661</w:t>
        <w:br/>
        <w:t>f 6267/16356/13605 6265/16358/10000 6273/16365/13613</w:t>
        <w:br/>
        <w:t>f 6143/16233/13487 6250/16341/13591 6246/16336/13586</w:t>
        <w:br/>
        <w:t>f 6164/16255/13507 6249/16340/13590 6250/16341/13591</w:t>
        <w:br/>
        <w:t>f 6152/16242/13494 6161/16252/13504 6162/16251/13503</w:t>
        <w:br/>
        <w:t>f 6155/16245/13497 6152/16242/13494 6162/16251/13503</w:t>
        <w:br/>
        <w:t>f 6161/16252/13504 6152/16242/13494 6147/16241/13493</w:t>
        <w:br/>
        <w:t>f 6146/16235/13489 6161/16252/13504 6147/16241/13493</w:t>
        <w:br/>
        <w:t>f 6147/16241/13493 6148/16240/13492 6145/16236/2496</w:t>
        <w:br/>
        <w:t>f 6146/16235/13489 6147/16241/13493 6145/16236/2496</w:t>
        <w:br/>
        <w:t>f 7135/16415/13662 6161/16252/13504 6165/16256/13508</w:t>
        <w:br/>
        <w:t>f 6160/16253/13505 6161/16252/13504 7135/16415/13662</w:t>
        <w:br/>
        <w:t>f 6166/16257/13509 6163/16254/13506 6154/16246/13498</w:t>
        <w:br/>
        <w:t>f 6155/16245/13497 6166/16257/13509 6154/16246/13498</w:t>
        <w:br/>
        <w:t>f 6109/16198/13452 6104/16196/13450 6108/16199/13453</w:t>
        <w:br/>
        <w:t>f 7137/16416/13663 6076/16167/13422 6077/16166/13421</w:t>
        <w:br/>
        <w:t>f 6093/16182/13437 7137/16416/13663 6077/16166/13421</w:t>
        <w:br/>
        <w:t>f 6087/16177/13432 6083/16173/13428 6076/16167/13422</w:t>
        <w:br/>
        <w:t>f 7137/16416/13663 6087/16177/13432 6076/16167/13422</w:t>
        <w:br/>
        <w:t>f 6081/16169/13424 6083/16173/13428 6087/16177/13432</w:t>
        <w:br/>
        <w:t>f 6088/16176/13431 6081/16169/13424 6087/16177/13432</w:t>
        <w:br/>
        <w:t>f 6080/16170/13425 6081/16169/13424 6088/16176/13431</w:t>
        <w:br/>
        <w:t>f 7138/16417/13664 6080/16170/13425 6088/16176/13431</w:t>
        <w:br/>
        <w:t>f 6084/16175/13430 6080/16170/13425 7138/16417/13664</w:t>
        <w:br/>
        <w:t>f 6090/16180/13435 6084/16175/13430 7138/16417/13664</w:t>
        <w:br/>
        <w:t>f 7141/16418/13665 7140/16419/13666 7139/16420/13666</w:t>
        <w:br/>
        <w:t>f 6089/16181/13436 7141/16418/13665 7139/16420/13666</w:t>
        <w:br/>
        <w:t>f 7141/16418/13665 6089/16181/13436 6090/16180/13435</w:t>
        <w:br/>
        <w:t>f 7142/16421/13667 7141/16418/13665 6090/16180/13435</w:t>
        <w:br/>
        <w:t>f 7143/16422/13668 7142/16421/13667 6090/16180/13435</w:t>
        <w:br/>
        <w:t>f 7138/16417/13664 7143/16422/13668 6090/16180/13435</w:t>
        <w:br/>
        <w:t>f 6085/16179/13434 7143/16422/13668 7138/16417/13664</w:t>
        <w:br/>
        <w:t>f 6088/16176/13431 6085/16179/13434 7138/16417/13664</w:t>
        <w:br/>
        <w:t>f 6087/16177/13432 7137/16416/13663 7144/16423/13669</w:t>
        <w:br/>
        <w:t>f 6086/16178/13433 6087/16177/13432 7144/16423/13669</w:t>
        <w:br/>
        <w:t>f 7137/16416/13663 6093/16182/13437 7145/16424/13670</w:t>
        <w:br/>
        <w:t>f 7144/16423/13669 7137/16416/13663 7145/16424/13670</w:t>
        <w:br/>
        <w:t>f 7145/16424/13670 6093/16182/13437 6091/16184/3779</w:t>
        <w:br/>
        <w:t>f 7146/16425/13671 7145/16424/13670 6091/16184/3779</w:t>
        <w:br/>
        <w:t>f 6271/9921/8060 6266/16357/13606 6267/16356/13605</w:t>
        <w:br/>
        <w:t>f 6270/16361/13609 6271/9921/8060 6267/16356/13605</w:t>
        <w:br/>
        <w:t>f 6266/16357/13606 6271/9921/8060 7152/9920/8059</w:t>
        <w:br/>
        <w:t>f 3118/15460/12785 6244/16335/13585 6322/16411/13658</w:t>
        <w:br/>
        <w:t>f 6253/16342/13592 6142/16234/13488 6143/16233/13487</w:t>
        <w:br/>
        <w:t>f 6251/16344/13594 6142/16234/13488 6253/16342/13592</w:t>
        <w:br/>
        <w:t>f 3397/15651/12966 3398/15650/12965 4032/16163/13419</w:t>
        <w:br/>
        <w:t>f 8033/16426/13672 8032/16427/13673 3120/15462/12787</w:t>
        <w:br/>
        <w:t>f 8033/16426/13672 3120/15462/12787 3121/15461/12786</w:t>
        <w:br/>
        <w:t>f 3126/15467/12792 3114/15458/12783 8034/16428/13674</w:t>
        <w:br/>
        <w:t>f 6264/16353/13602 6290/16380/13628 6109/16198/13452</w:t>
        <w:br/>
        <w:t>f 3395/15647/12962 3857/16041/13314 4941/16164/12793</w:t>
        <w:br/>
        <w:t>f 3856/16040/12798 3395/15647/12962 4941/16164/12793</w:t>
        <w:br/>
        <w:t>f 3225/15475/12800 8094/16429/13675 8093/16430/13676</w:t>
        <w:br/>
        <w:t>f 3224/15476/12801 3225/15475/12800 8093/16430/13676</w:t>
        <w:br/>
        <w:t>f 3224/15476/12801 8093/16430/13676 8095/16431/13677</w:t>
        <w:br/>
        <w:t>f 3239/15491/12816 3224/15476/12801 8095/16431/13677</w:t>
        <w:br/>
        <w:t>f 3238/15492/12817 3239/15491/12816 8095/16431/13677</w:t>
        <w:br/>
        <w:t>f 8096/16432/13678 3238/15492/12817 8095/16431/13677</w:t>
        <w:br/>
        <w:t>f 3884/16068/13337 3238/15492/12817 8096/16432/13678</w:t>
        <w:br/>
        <w:t>f 8097/16433/13679 3884/16068/13337 8096/16432/13678</w:t>
        <w:br/>
        <w:t>f 3942/16126/13388 3945/16129/13391 8099/16434/13680</w:t>
        <w:br/>
        <w:t>f 8098/16435/13681 3942/16126/13388 8099/16434/13680</w:t>
        <w:br/>
        <w:t>f 3230/15478/12803 3942/16126/13388 8098/16435/13681</w:t>
        <w:br/>
        <w:t>f 8100/16436/13682 3230/15478/12803 8098/16435/13681</w:t>
        <w:br/>
        <w:t>f 3229/15479/12804 3230/15478/12803 8100/16436/13682</w:t>
        <w:br/>
        <w:t>f 8101/16437/8349 3229/15479/12804 8100/16436/13682</w:t>
        <w:br/>
        <w:t>f 8102/16438/13683 3232/15482/12807 3229/15479/12804</w:t>
        <w:br/>
        <w:t>f 8101/16437/8349 8102/16438/13683 3229/15479/12804</w:t>
        <w:br/>
        <w:t>f 3655/15865/13159 3934/16118/13381 3935/16119/13382</w:t>
        <w:br/>
        <w:t>f 3654/15866/13160 3655/15865/13159 3935/16119/13382</w:t>
        <w:br/>
        <w:t>f 3654/15866/13160 3935/16119/13382 3936/16120/13383</w:t>
        <w:br/>
        <w:t>f 3664/15872/13166 3654/15866/13160 3936/16120/13383</w:t>
        <w:br/>
        <w:t>f 3663/15873/13167 3664/15872/13166 3936/16120/13383</w:t>
        <w:br/>
        <w:t>f 3937/16121/13384 3663/15873/13167 3936/16120/13383</w:t>
        <w:br/>
        <w:t>f 3685/15889/13179 3663/15873/13167 3937/16121/13384</w:t>
        <w:br/>
        <w:t>f 3938/16122/13385 3685/15889/13179 3937/16121/13384</w:t>
        <w:br/>
        <w:t>f 3655/15865/13159 3911/16094/13360 3659/15869/13163</w:t>
        <w:br/>
        <w:t>f 3659/15869/13163 3660/15868/13162 3934/16118/13381</w:t>
        <w:br/>
        <w:t>f 3655/15865/13159 3659/15869/13163 3934/16118/13381</w:t>
        <w:br/>
        <w:t>f 3906/16089/13356 3908/16092/13358 8103/16439/13180</w:t>
        <w:br/>
        <w:t>f 3905/16090/13179 3906/16089/13356 8103/16439/13180</w:t>
        <w:br/>
        <w:t>f 3869/16054/13324 3905/16090/13179 3939/16123/13385</w:t>
        <w:br/>
        <w:t>f 3870/16053/13323 3869/16054/13324 3939/16123/13385</w:t>
        <w:br/>
        <w:t>f 8034/16428/13674 3114/15458/12783 3120/15462/12787</w:t>
        <w:br/>
        <w:t>f 8032/16427/13673 8034/16428/13674 3120/15462/12787</w:t>
        <w:br/>
        <w:t>f 6313/16402/13649 6317/16405/13652 6312/16400/13647</w:t>
        <w:br/>
        <w:t>f 8156/16440/13684 6311/16401/13648 6312/16400/13647</w:t>
        <w:br/>
        <w:t>f 6317/16405/13652 8156/16440/13684 6312/16400/13647</w:t>
        <w:br/>
        <w:t>f 6117/16207/13461 6312/16400/13647 6269/16359/13607</w:t>
        <w:br/>
        <w:t>f 8239/16441/13685 8238/16442/13686 8237/16443/13687</w:t>
        <w:br/>
        <w:t>f 6317/16405/13652 8239/16441/13685 8237/16443/13687</w:t>
        <w:br/>
        <w:t>f 6317/16405/13652 8237/16443/13687 8156/16440/13684</w:t>
        <w:br/>
        <w:t>f 6317/16405/13652 6318/16407/13654 8239/16441/13685</w:t>
        <w:br/>
        <w:t>f 6286/16375/13623 3123/15464/12789 6322/16411/13658</w:t>
        <w:br/>
        <w:t>f 9423/16444/12623 9422/16445/12622 9421/16446/13688</w:t>
        <w:br/>
        <w:t>f 9420/16447/13689 9423/16444/12623 9421/16446/13688</w:t>
        <w:br/>
        <w:t>f 9426/16448/13690 9425/16449/13691 9424/16450/13692</w:t>
        <w:br/>
        <w:t>f 9429/16451/13693 9428/16452/13694 9427/16453/13695</w:t>
        <w:br/>
        <w:t>f 9430/16454/13696 9424/16450/13692 9425/16449/13691</w:t>
        <w:br/>
        <w:t>f 9420/16447/13689 9430/16454/13696 9425/16449/13691</w:t>
        <w:br/>
        <w:t>f 9432/16455/12632 9423/16444/12623 9420/16447/13689</w:t>
        <w:br/>
        <w:t>f 9431/16456/13697 9432/16455/12632 9420/16447/13689</w:t>
        <w:br/>
        <w:t>f 9425/16449/13691 9426/16448/13690 9433/16457/13698</w:t>
        <w:br/>
        <w:t>f 9431/16456/13697 9425/16449/13691 9433/16457/13698</w:t>
        <w:br/>
        <w:t>f 9437/16458/12637 9436/16459/12636 9435/16460/13699</w:t>
        <w:br/>
        <w:t>f 9434/16461/13700 9437/16458/12637 9435/16460/13699</w:t>
        <w:br/>
        <w:t>f 9426/16448/13690 9439/16462/13701 9438/16463/13702</w:t>
        <w:br/>
        <w:t>f 9433/16457/13698 9426/16448/13690 9438/16463/13702</w:t>
        <w:br/>
        <w:t>f 9442/16464/13703 9441/16465/13704 9440/16466/13705</w:t>
        <w:br/>
        <w:t>f 9444/16467/4513 9438/16463/13702 9443/16468/13706</w:t>
        <w:br/>
        <w:t>f 9448/16469/11620 9447/16470/13707 9446/16471/13708</w:t>
        <w:br/>
        <w:t>f 9445/16472/13709 9448/16469/11620 9446/16471/13708</w:t>
        <w:br/>
        <w:t>f 9452/16473/13710 9451/16474/13711 9450/16475/13712</w:t>
        <w:br/>
        <w:t>f 9449/16476/13713 9452/16473/13710 9450/16475/13712</w:t>
        <w:br/>
        <w:t>f 9454/16477/13714 9450/16475/13712 9451/16474/13711</w:t>
        <w:br/>
        <w:t>f 9453/16478/13715 9454/16477/13714 9451/16474/13711</w:t>
        <w:br/>
        <w:t>f 9456/16479/13716 9454/16477/13714 9453/16478/13715</w:t>
        <w:br/>
        <w:t>f 9455/16480/13717 9456/16479/13716 9453/16478/13715</w:t>
        <w:br/>
        <w:t>f 9459/16481/13718 9458/16482/13719 9457/16483/13720</w:t>
        <w:br/>
        <w:t>f 9463/16484/13721 9462/16485/13722 9461/16486/13723</w:t>
        <w:br/>
        <w:t>f 9460/16487/13724 9463/16484/13721 9461/16486/13723</w:t>
        <w:br/>
        <w:t>f 9467/16488/13725 9466/16489/13726 9465/16490/13727</w:t>
        <w:br/>
        <w:t>f 9464/16491/13728 9467/16488/13725 9465/16490/13727</w:t>
        <w:br/>
        <w:t>f 9468/16492/13729 9455/16480/13717 9466/16489/13726</w:t>
        <w:br/>
        <w:t>f 9467/16488/13725 9468/16492/13729 9466/16489/13726</w:t>
        <w:br/>
        <w:t>f 9469/16493/13730 9456/16479/13716 9455/16480/13717</w:t>
        <w:br/>
        <w:t>f 9468/16492/13729 9469/16493/13730 9455/16480/13717</w:t>
        <w:br/>
        <w:t>f 9452/16473/13710 9471/16494/13731 9470/16495/13732</w:t>
        <w:br/>
        <w:t>f 9466/16489/13726 9455/16480/13717 9453/16478/13715</w:t>
        <w:br/>
        <w:t>f 9472/16496/13733 9466/16489/13726 9453/16478/13715</w:t>
        <w:br/>
        <w:t>f 9474/16497/13734 9446/16471/13708 9447/16470/13707</w:t>
        <w:br/>
        <w:t>f 9473/16498/13735 9474/16497/13734 9447/16470/13707</w:t>
        <w:br/>
        <w:t>f 9476/16499/13736 9469/16493/13730 9468/16492/13729</w:t>
        <w:br/>
        <w:t>f 9475/16500/13737 9476/16499/13736 9468/16492/13729</w:t>
        <w:br/>
        <w:t>f 9478/16501/13738 9477/16502/13739 9471/16494/13731</w:t>
        <w:br/>
        <w:t>f 9452/16473/13710 9478/16501/13738 9471/16494/13731</w:t>
        <w:br/>
        <w:t>f 9449/16476/13713 9479/16503/13740 9478/16501/13738</w:t>
        <w:br/>
        <w:t>f 9452/16473/13710 9449/16476/13713 9478/16501/13738</w:t>
        <w:br/>
        <w:t>f 9478/16501/13738 9479/16503/13740 9481/16504/13741</w:t>
        <w:br/>
        <w:t>f 9480/16505/13742 9478/16501/13738 9481/16504/13741</w:t>
        <w:br/>
        <w:t>f 9483/16506/13743 9474/16497/13734 9473/16498/13735</w:t>
        <w:br/>
        <w:t>f 9482/16507/13744 9483/16506/13743 9473/16498/13735</w:t>
        <w:br/>
        <w:t>f 9471/16494/13731 9477/16502/13739 9484/16508/13745</w:t>
        <w:br/>
        <w:t>f 9479/16503/13740 9486/16509/13746 9485/16510/13747</w:t>
        <w:br/>
        <w:t>f 9481/16504/13741 9479/16503/13740 9485/16510/13747</w:t>
        <w:br/>
        <w:t>f 9489/16511/13748 9488/16512/13749 9444/16467/4513</w:t>
        <w:br/>
        <w:t>f 9487/16513/13750 9489/16511/13748 9444/16467/4513</w:t>
        <w:br/>
        <w:t>f 9487/16513/13750 9490/16514/13751 9477/16502/13739</w:t>
        <w:br/>
        <w:t>f 9489/16511/13748 9487/16513/13750 9477/16502/13739</w:t>
        <w:br/>
        <w:t>f 9478/16501/13738 9480/16505/13742 9489/16511/13748</w:t>
        <w:br/>
        <w:t>f 9477/16502/13739 9478/16501/13738 9489/16511/13748</w:t>
        <w:br/>
        <w:t>f 9449/16476/13713 9491/16515/13752 9486/16509/13746</w:t>
        <w:br/>
        <w:t>f 9479/16503/13740 9449/16476/13713 9486/16509/13746</w:t>
        <w:br/>
        <w:t>f 9492/16516/13753 9457/16483/13720 9469/16493/13730</w:t>
        <w:br/>
        <w:t>f 9476/16499/13736 9492/16516/13753 9469/16493/13730</w:t>
        <w:br/>
        <w:t>f 9460/16487/13724 9461/16486/13723 9456/16479/13716</w:t>
        <w:br/>
        <w:t>f 9461/16486/13723 9493/16517/13754 9454/16477/13714</w:t>
        <w:br/>
        <w:t>f 9456/16479/13716 9461/16486/13723 9454/16477/13714</w:t>
        <w:br/>
        <w:t>f 9450/16475/13712 9454/16477/13714 9493/16517/13754</w:t>
        <w:br/>
        <w:t>f 9494/16518/13755 9450/16475/13712 9493/16517/13754</w:t>
        <w:br/>
        <w:t>f 9450/16475/13712 9494/16518/13755 9491/16515/13752</w:t>
        <w:br/>
        <w:t>f 9449/16476/13713 9450/16475/13712 9491/16515/13752</w:t>
        <w:br/>
        <w:t>f 9483/16506/13743 9482/16507/13744 9496/16519/13756</w:t>
        <w:br/>
        <w:t>f 9495/16520/13757 9483/16506/13743 9496/16519/13756</w:t>
        <w:br/>
        <w:t>f 9500/16521/12697 9499/16522/12696 9498/16523/13758</w:t>
        <w:br/>
        <w:t>f 9497/16524/13759 9500/16521/12697 9498/16523/13758</w:t>
        <w:br/>
        <w:t>f 9502/16525/13760 9501/16526/13761 9459/16481/13718</w:t>
        <w:br/>
        <w:t>f 9463/16484/13721 9504/16527/13762 9503/16528/13763</w:t>
        <w:br/>
        <w:t>f 9435/16460/13699 9436/16459/12636 9506/16529/12704</w:t>
        <w:br/>
        <w:t>f 9505/16530/13764 9435/16460/13699 9506/16529/12704</w:t>
        <w:br/>
        <w:t>f 9508/16531/12705 9507/16532/13765 9505/16530/13764</w:t>
        <w:br/>
        <w:t>f 9506/16529/12704 9508/16531/12705 9505/16530/13764</w:t>
        <w:br/>
        <w:t>f 9467/16488/13725 9509/16533/13766 9475/16500/13737</w:t>
        <w:br/>
        <w:t>f 9468/16492/13729 9467/16488/13725 9475/16500/13737</w:t>
        <w:br/>
        <w:t>f 9464/16491/13728 9510/16534/13767 9509/16533/13766</w:t>
        <w:br/>
        <w:t>f 9467/16488/13725 9464/16491/13728 9509/16533/13766</w:t>
        <w:br/>
        <w:t>f 9507/16532/13765 9508/16531/12705 9512/16535/12710</w:t>
        <w:br/>
        <w:t>f 9511/16536/13768 9507/16532/13765 9512/16535/12710</w:t>
        <w:br/>
        <w:t>f 9516/16537/13769 9515/16538/13770 9514/16539/12711</w:t>
        <w:br/>
        <w:t>f 9513/16540/12714 9516/16537/13769 9514/16539/12711</w:t>
        <w:br/>
        <w:t>f 9485/16510/13747 9495/16520/13757 9518/16541/13771</w:t>
        <w:br/>
        <w:t>f 9517/16542/13772 9485/16510/13747 9518/16541/13771</w:t>
        <w:br/>
        <w:t>f 9522/16543/13773 9521/16544/13774 9520/16545/13775</w:t>
        <w:br/>
        <w:t>f 9519/16546/13776 9522/16543/13773 9520/16545/13775</w:t>
        <w:br/>
        <w:t>f 9521/16544/13774 9522/16543/13773 9480/16505/13742</w:t>
        <w:br/>
        <w:t>f 9481/16504/13741 9521/16544/13774 9480/16505/13742</w:t>
        <w:br/>
        <w:t>f 9522/16543/13773 9519/16546/13776 9523/16547/13777</w:t>
        <w:br/>
        <w:t>f 9488/16512/13749 9522/16543/13773 9523/16547/13777</w:t>
        <w:br/>
        <w:t>f 9488/16512/13749 9523/16547/13777 9433/16457/13698</w:t>
        <w:br/>
        <w:t>f 9438/16463/13702 9488/16512/13749 9433/16457/13698</w:t>
        <w:br/>
        <w:t>f 9495/16520/13757 9496/16519/13756 9524/16548/13778</w:t>
        <w:br/>
        <w:t>f 9518/16541/13771 9495/16520/13757 9524/16548/13778</w:t>
        <w:br/>
        <w:t>f 9480/16505/13742 9522/16543/13773 9488/16512/13749</w:t>
        <w:br/>
        <w:t>f 9489/16511/13748 9480/16505/13742 9488/16512/13749</w:t>
        <w:br/>
        <w:t>f 9511/16536/13768 9512/16535/12710 9525/16549/12724</w:t>
        <w:br/>
        <w:t>f 9526/16550/13779 9511/16536/13768 9525/16549/12724</w:t>
        <w:br/>
        <w:t>f 9525/16549/12724 9500/16521/12697 9497/16524/13759</w:t>
        <w:br/>
        <w:t>f 9526/16550/13779 9525/16549/12724 9497/16524/13759</w:t>
        <w:br/>
        <w:t>f 9528/16551/13780 9527/16552/13781 9517/16542/13772</w:t>
        <w:br/>
        <w:t>f 9518/16541/13771 9528/16551/13780 9517/16542/13772</w:t>
        <w:br/>
        <w:t>f 9532/16553/12727 9531/16554/12730 9530/16555/13782</w:t>
        <w:br/>
        <w:t>f 9529/16556/13783 9532/16553/12727 9530/16555/13782</w:t>
        <w:br/>
        <w:t>f 9529/16556/13783 9530/16555/13782 9527/16552/13781</w:t>
        <w:br/>
        <w:t>f 9528/16551/13780 9529/16556/13783 9527/16552/13781</w:t>
        <w:br/>
        <w:t>f 9531/16554/12730 9514/16539/12711 9515/16538/13770</w:t>
        <w:br/>
        <w:t>f 9530/16555/13782 9531/16554/12730 9515/16538/13770</w:t>
        <w:br/>
        <w:t>f 9534/16557/12731 9532/16553/12727 9529/16556/13783</w:t>
        <w:br/>
        <w:t>f 9533/16558/13784 9534/16557/12731 9529/16556/13783</w:t>
        <w:br/>
        <w:t>f 9534/16557/12731 9533/16558/13784 9536/16559/13785</w:t>
        <w:br/>
        <w:t>f 9535/16560/12734 9534/16557/12731 9536/16559/13785</w:t>
        <w:br/>
        <w:t>f 9533/16558/13784 9529/16556/13783 9528/16551/13780</w:t>
        <w:br/>
        <w:t>f 9537/16561/13786 9533/16558/13784 9528/16551/13780</w:t>
        <w:br/>
        <w:t>f 9537/16561/13786 9528/16551/13780 9518/16541/13771</w:t>
        <w:br/>
        <w:t>f 9524/16548/13778 9537/16561/13786 9518/16541/13771</w:t>
        <w:br/>
        <w:t>f 9538/16562/13787 9537/16561/13786 9524/16548/13778</w:t>
        <w:br/>
        <w:t>f 9533/16558/13784 9537/16561/13786 9538/16562/13787</w:t>
        <w:br/>
        <w:t>f 9536/16559/13785 9533/16558/13784 9538/16562/13787</w:t>
        <w:br/>
        <w:t>f 9495/16520/13757 9485/16510/13747 9486/16509/13746</w:t>
        <w:br/>
        <w:t>f 9483/16506/13743 9495/16520/13757 9486/16509/13746</w:t>
        <w:br/>
        <w:t>f 9517/16542/13772 9521/16544/13774 9481/16504/13741</w:t>
        <w:br/>
        <w:t>f 9485/16510/13747 9517/16542/13772 9481/16504/13741</w:t>
        <w:br/>
        <w:t>f 9527/16552/13781 9520/16545/13775 9521/16544/13774</w:t>
        <w:br/>
        <w:t>f 9517/16542/13772 9527/16552/13781 9521/16544/13774</w:t>
        <w:br/>
        <w:t>f 9513/16540/12714 9540/16563/12738 9539/16564/13788</w:t>
        <w:br/>
        <w:t>f 9516/16537/13769 9513/16540/12714 9539/16564/13788</w:t>
        <w:br/>
        <w:t>f 9540/16563/12738 9432/16455/12632 9431/16456/13697</w:t>
        <w:br/>
        <w:t>f 9539/16564/13788 9540/16563/12738 9431/16456/13697</w:t>
        <w:br/>
        <w:t>f 9530/16555/13782 9515/16538/13770 9520/16545/13775</w:t>
        <w:br/>
        <w:t>f 9527/16552/13781 9530/16555/13782 9520/16545/13775</w:t>
        <w:br/>
        <w:t>f 9515/16538/13770 9516/16537/13769 9519/16546/13776</w:t>
        <w:br/>
        <w:t>f 9520/16545/13775 9515/16538/13770 9519/16546/13776</w:t>
        <w:br/>
        <w:t>f 9539/16564/13788 9523/16547/13777 9519/16546/13776</w:t>
        <w:br/>
        <w:t>f 9516/16537/13769 9539/16564/13788 9519/16546/13776</w:t>
        <w:br/>
        <w:t>f 9431/16456/13697 9433/16457/13698 9523/16547/13777</w:t>
        <w:br/>
        <w:t>f 9539/16564/13788 9431/16456/13697 9523/16547/13777</w:t>
        <w:br/>
        <w:t>f 9431/16456/13697 9420/16447/13689 9425/16449/13691</w:t>
        <w:br/>
        <w:t>f 9462/16485/13722 9503/16528/13763 9541/16565/13789</w:t>
        <w:br/>
        <w:t>f 9448/16469/11620 9445/16472/13709 9542/16566/13790</w:t>
        <w:br/>
        <w:t>f 9452/16473/13710 9470/16495/13732 9451/16474/13711</w:t>
        <w:br/>
        <w:t>f 9472/16496/13733 9453/16478/13715 9451/16474/13711</w:t>
        <w:br/>
        <w:t>f 9543/16567/13791 9472/16496/13733 9451/16474/13711</w:t>
        <w:br/>
        <w:t>f 9472/16496/13733 9545/16568/13792 9544/16569/4476</w:t>
        <w:br/>
        <w:t>f 9442/16464/13703 9466/16489/13726 9546/16570/13793</w:t>
        <w:br/>
        <w:t>f 9472/16496/13733 9544/16569/4476 9547/16571/13794</w:t>
        <w:br/>
        <w:t>f 9472/16496/13733 9547/16571/13794 9548/16572/13795</w:t>
        <w:br/>
        <w:t>f 9550/16573/4556 9549/16574/13796 9442/16464/13703</w:t>
        <w:br/>
        <w:t>f 9464/16491/13728 9465/16490/13727 9551/16575/13797</w:t>
        <w:br/>
        <w:t>f 9464/16491/13728 9553/16576/13798 9552/16577/13799</w:t>
        <w:br/>
        <w:t>f 9510/16534/13767 9464/16491/13728 9552/16577/13799</w:t>
        <w:br/>
        <w:t>f 9429/16451/13693 9555/16578/13800 9554/16579/13801</w:t>
        <w:br/>
        <w:t>f 9553/16576/13798 9464/16491/13728 9551/16575/13797</w:t>
        <w:br/>
        <w:t>f 9442/16464/13703 9556/16580/13802 9465/16490/13727</w:t>
        <w:br/>
        <w:t>f 9557/16581/4392 9550/16573/4556 9440/16466/13705</w:t>
        <w:br/>
        <w:t>f 9550/16573/4556 9442/16464/13703 9440/16466/13705</w:t>
        <w:br/>
        <w:t>f 9555/16578/13800 9429/16451/13693 9510/16534/13767</w:t>
        <w:br/>
        <w:t>f 9552/16577/13799 9555/16578/13800 9510/16534/13767</w:t>
        <w:br/>
        <w:t>f 9559/16582/13803 9558/16583/12752 9437/16458/12637</w:t>
        <w:br/>
        <w:t>f 9434/16461/13700 9559/16582/13803 9437/16458/12637</w:t>
        <w:br/>
        <w:t>f 9442/16464/13703 9549/16574/13796 9556/16580/13802</w:t>
        <w:br/>
        <w:t>f 9472/16496/13733 9548/16572/13795 9546/16570/13793</w:t>
        <w:br/>
        <w:t>f 9466/16489/13726 9472/16496/13733 9546/16570/13793</w:t>
        <w:br/>
        <w:t>f 9488/16512/13749 9438/16463/13702 9444/16467/4513</w:t>
        <w:br/>
        <w:t>f 9439/16462/13701 9560/16584/13804 9443/16468/13706</w:t>
        <w:br/>
        <w:t>f 9438/16463/13702 9439/16462/13701 9443/16468/13706</w:t>
        <w:br/>
        <w:t>f 9470/16495/13732 9543/16567/13791 9451/16474/13711</w:t>
        <w:br/>
        <w:t>f 9472/16496/13733 9543/16567/13791 9545/16568/13792</w:t>
        <w:br/>
        <w:t>f 9477/16502/13739 9561/16585/4494 9484/16508/13745</w:t>
        <w:br/>
        <w:t>f 9490/16514/13751 9562/16586/13805 9561/16585/4494</w:t>
        <w:br/>
        <w:t>f 9477/16502/13739 9490/16514/13751 9561/16585/4494</w:t>
        <w:br/>
        <w:t>f 9428/16452/13694 9429/16451/13693 9554/16579/13801</w:t>
        <w:br/>
        <w:t>f 9466/16489/13726 9442/16464/13703 9465/16490/13727</w:t>
        <w:br/>
        <w:t>f 9420/16447/13689 9421/16446/13688 9430/16454/13696</w:t>
        <w:br/>
        <w:t>f 9458/16482/13719 9501/16526/13761 9504/16527/13762</w:t>
        <w:br/>
        <w:t>f 9445/16472/13709 9493/16517/13754 9563/16587/13806</w:t>
        <w:br/>
        <w:t>f 9445/16472/13709 9446/16471/13708 9494/16518/13755</w:t>
        <w:br/>
        <w:t>f 9493/16517/13754 9445/16472/13709 9494/16518/13755</w:t>
        <w:br/>
        <w:t>f 9474/16497/13734 9491/16515/13752 9494/16518/13755</w:t>
        <w:br/>
        <w:t>f 9446/16471/13708 9474/16497/13734 9494/16518/13755</w:t>
        <w:br/>
        <w:t>f 9491/16515/13752 9474/16497/13734 9483/16506/13743</w:t>
        <w:br/>
        <w:t>f 9486/16509/13746 9491/16515/13752 9483/16506/13743</w:t>
        <w:br/>
        <w:t>f 9542/16566/13790 9445/16472/13709 9563/16587/13806</w:t>
        <w:br/>
        <w:t>f 9565/16588/13807 9502/16525/13760 9564/16589/13808</w:t>
        <w:br/>
        <w:t>f 9566/16590/13809 9565/16588/13807 9564/16589/13808</w:t>
        <w:br/>
        <w:t>f 9501/16526/13761 9458/16482/13719 9459/16481/13718</w:t>
        <w:br/>
        <w:t>f 9427/16453/13695 9559/16582/13803 9434/16461/13700</w:t>
        <w:br/>
        <w:t>f 9429/16451/13693 9427/16453/13695 9434/16461/13700</w:t>
        <w:br/>
        <w:t>f 9510/16534/13767 9429/16451/13693 9434/16461/13700</w:t>
        <w:br/>
        <w:t>f 9435/16460/13699 9510/16534/13767 9434/16461/13700</w:t>
        <w:br/>
        <w:t>f 9435/16460/13699 9505/16530/13764 9509/16533/13766</w:t>
        <w:br/>
        <w:t>f 9510/16534/13767 9435/16460/13699 9509/16533/13766</w:t>
        <w:br/>
        <w:t>f 9505/16530/13764 9507/16532/13765 9475/16500/13737</w:t>
        <w:br/>
        <w:t>f 9509/16533/13766 9505/16530/13764 9475/16500/13737</w:t>
        <w:br/>
        <w:t>f 9511/16536/13768 9476/16499/13736 9475/16500/13737</w:t>
        <w:br/>
        <w:t>f 9507/16532/13765 9511/16536/13768 9475/16500/13737</w:t>
        <w:br/>
        <w:t>f 9492/16516/13753 9476/16499/13736 9511/16536/13768</w:t>
        <w:br/>
        <w:t>f 9526/16550/13779 9492/16516/13753 9511/16536/13768</w:t>
        <w:br/>
        <w:t>f 9566/16590/13809 9492/16516/13753 9526/16550/13779</w:t>
        <w:br/>
        <w:t>f 9497/16524/13759 9566/16590/13809 9526/16550/13779</w:t>
        <w:br/>
        <w:t>f 9567/16591/13810 9566/16590/13809 9497/16524/13759</w:t>
        <w:br/>
        <w:t>f 9498/16523/13758 9567/16591/13810 9497/16524/13759</w:t>
        <w:br/>
        <w:t>f 9564/16589/13808 9459/16481/13718 9457/16483/13720</w:t>
        <w:br/>
        <w:t>f 9492/16516/13753 9566/16590/13809 9564/16589/13808</w:t>
        <w:br/>
        <w:t>f 9492/16516/13753 9564/16589/13808 9457/16483/13720</w:t>
        <w:br/>
        <w:t>f 9463/16484/13721 9458/16482/13719 9504/16527/13762</w:t>
        <w:br/>
        <w:t>f 9458/16482/13719 9463/16484/13721 9460/16487/13724</w:t>
        <w:br/>
        <w:t>f 9457/16483/13720 9458/16482/13719 9460/16487/13724</w:t>
        <w:br/>
        <w:t>f 9457/16483/13720 9460/16487/13724 9469/16493/13730</w:t>
        <w:br/>
        <w:t>f 9460/16487/13724 9456/16479/13716 9469/16493/13730</w:t>
        <w:br/>
        <w:t>f 9462/16485/13722 9463/16484/13721 9503/16528/13763</w:t>
        <w:br/>
        <w:t>f 9461/16486/13723 9462/16485/13722 9563/16587/13806</w:t>
        <w:br/>
        <w:t>f 9493/16517/13754 9461/16486/13723 9563/16587/13806</w:t>
        <w:br/>
        <w:t>f 9568/16592/13811 9542/16566/13790 9563/16587/13806</w:t>
        <w:br/>
        <w:t>f 9462/16485/13722 9568/16592/13811 9563/16587/13806</w:t>
        <w:br/>
        <w:t>f 9462/16485/13722 9541/16565/13789 9568/16592/13811</w:t>
        <w:br/>
        <w:t>f 9566/16590/13809 9567/16591/13810 9565/16588/13807</w:t>
        <w:br/>
        <w:t>f 9502/16525/13760 9459/16481/13718 9564/16589/13808</w:t>
        <w:br/>
        <w:t>f 9421/16446/13688 9569/16593/13812 9430/16454/13696</w:t>
        <w:br/>
        <w:t>f 9422/16445/12622 9570/16594/13813 9569/16593/13812</w:t>
        <w:br/>
        <w:t>f 9421/16446/13688 9422/16445/12622 9569/16593/13812</w:t>
        <w:br/>
        <w:t>f 9422/16445/12622 9571/16595/13814 9570/16594/13813</w:t>
        <w:br/>
        <w:t>f 9897/16596/13815 9896/16597/13815 9895/16598/13816</w:t>
        <w:br/>
        <w:t>f 9894/16599/13817 9897/16596/13815 9895/16598/13816</w:t>
        <w:br/>
        <w:t>f 9898/16600/13818 9896/16597/13815 9897/16596/13815</w:t>
        <w:br/>
        <w:t>f 3105/15443/12768 9900/16601/13819 9899/16602/13820</w:t>
        <w:br/>
        <w:t>f 3104/15444/12769 3105/15443/12768 9899/16602/13820</w:t>
        <w:br/>
        <w:t>f 9904/16603/13821 9903/16604/13822 9902/16605/13823</w:t>
        <w:br/>
        <w:t>f 9901/16606/13824 9904/16603/13821 9902/16605/13823</w:t>
        <w:br/>
        <w:t>f 9906/16607/13825 3113/15454/12779 9905/16608/12778</w:t>
        <w:br/>
        <w:t>f 9907/16609/13826 9906/16607/13825 9905/16608/12778</w:t>
        <w:br/>
        <w:t>f 9902/16605/13823 9903/16604/13822 9906/16607/13825</w:t>
        <w:br/>
        <w:t>f 9907/16609/13826 9902/16605/13823 9906/16607/13825</w:t>
        <w:br/>
        <w:t>f 9911/16610/13827 9910/16611/13828 9909/16612/13829</w:t>
        <w:br/>
        <w:t>f 9908/16613/13830 9911/16610/13827 9909/16612/13829</w:t>
        <w:br/>
        <w:t>f 9902/16605/13823 9913/16614/13831 9912/16615/13832</w:t>
        <w:br/>
        <w:t>f 9901/16606/13824 9902/16605/13823 9912/16615/13832</w:t>
        <w:br/>
        <w:t>f 9915/16616/13833 9899/16602/13820 9900/16601/13819</w:t>
        <w:br/>
        <w:t>f 9914/16617/13834 9915/16616/13833 9900/16601/13819</w:t>
        <w:br/>
        <w:t>f 9904/16603/13821 9894/16599/13817 9895/16598/13816</w:t>
        <w:br/>
        <w:t>f 9903/16604/13822 9904/16603/13821 9895/16598/13816</w:t>
        <w:br/>
        <w:t>f 9901/16606/13824 9911/16610/13827 9908/16613/13830</w:t>
        <w:br/>
        <w:t>f 9904/16603/13821 9901/16606/13824 9908/16613/13830</w:t>
        <w:br/>
        <w:t>f 9894/16599/13817 9904/16603/13821 9916/16618/13835</w:t>
        <w:br/>
        <w:t>f 9914/16617/13834 9909/16612/13829 9910/16611/13828</w:t>
        <w:br/>
        <w:t>f 9913/16614/13831 9902/16605/13823 9907/16609/13826</w:t>
        <w:br/>
        <w:t>f 9917/16619/13836 9913/16614/13831 9907/16609/13826</w:t>
        <w:br/>
        <w:t>f 9917/16619/13836 9907/16609/13826 9905/16608/12778</w:t>
        <w:br/>
        <w:t>f 3124/15465/12790 9917/16619/13836 9905/16608/12778</w:t>
        <w:br/>
        <w:t>f 9918/16620/13837 9911/16610/13827 9901/16606/13824</w:t>
        <w:br/>
        <w:t>f 9912/16615/13832 9918/16620/13837 9901/16606/13824</w:t>
        <w:br/>
        <w:t>f 9919/16621/13838 9910/16611/13828 9911/16610/13827</w:t>
        <w:br/>
        <w:t>f 9918/16620/13837 9919/16621/13838 9911/16610/13827</w:t>
        <w:br/>
        <w:t>f 9908/16613/13830 9916/16618/13835 9904/16603/13821</w:t>
        <w:br/>
        <w:t>f 10013/16622/13839 10012/16623/13840 10011/16624/13841</w:t>
        <w:br/>
        <w:t>f 10010/16625/13842 10013/16622/13839 10011/16624/13841</w:t>
        <w:br/>
        <w:t>f 10012/16623/13840 10013/16622/13839 10015/16626/13843</w:t>
        <w:br/>
        <w:t>f 10014/16627/13844 10012/16623/13840 10015/16626/13843</w:t>
        <w:br/>
        <w:t>f 10019/16628/13845 10018/16629/13846 10017/16630/13847</w:t>
        <w:br/>
        <w:t>f 10016/16631/13848 10019/16628/13845 10017/16630/13847</w:t>
        <w:br/>
        <w:t>f 10023/16632/13849 10022/16633/13850 10021/16634/13851</w:t>
        <w:br/>
        <w:t>f 10020/16635/13852 10023/16632/13849 10021/16634/13851</w:t>
        <w:br/>
        <w:t>f 10020/16635/13852 10021/16634/13851 10025/16636/13853</w:t>
        <w:br/>
        <w:t>f 10024/16637/13854 10020/16635/13852 10025/16636/13853</w:t>
        <w:br/>
        <w:t>f 10027/16638/13855 10026/16639/13856 10018/16629/13846</w:t>
        <w:br/>
        <w:t>f 10019/16628/13845 10027/16638/13855 10018/16629/13846</w:t>
        <w:br/>
        <w:t>f 10030/16640/13857 10029/16641/13858 10028/16642/13859</w:t>
        <w:br/>
        <w:t>f 10034/16643/13860 10033/16644/13861 10032/16645/13862</w:t>
        <w:br/>
        <w:t>f 10031/16646/13863 10034/16643/13860 10032/16645/13862</w:t>
        <w:br/>
        <w:t>f 10037/16647/13864 10034/16643/13860 10036/16648/13865</w:t>
        <w:br/>
        <w:t>f 10035/16649/13866 10037/16647/13864 10036/16648/13865</w:t>
        <w:br/>
        <w:t>f 10040/16650/13867 10039/16651/13868 10038/16652/13869</w:t>
        <w:br/>
        <w:t>f 10042/16653/13870 10029/16641/13858 10041/16654/13871</w:t>
        <w:br/>
        <w:t>f 10046/16655/13872 10045/16656/13873 10044/16657/13874</w:t>
        <w:br/>
        <w:t>f 10043/16658/13875 10046/16655/13872 10044/16657/13874</w:t>
        <w:br/>
        <w:t>f 10048/16659/13876 10047/16660/13877 10045/16656/13873</w:t>
        <w:br/>
        <w:t>f 10046/16655/13872 10048/16659/13876 10045/16656/13873</w:t>
        <w:br/>
        <w:t>f 10052/16661/13878 10051/16662/13879 10050/16663/13880</w:t>
        <w:br/>
        <w:t>f 10049/16664/13881 10052/16661/13878 10050/16663/13880</w:t>
        <w:br/>
        <w:t>f 10055/16665/13882 10054/16666/13883 10053/16667/13884</w:t>
        <w:br/>
        <w:t>f 10057/16668/13885 10055/16665/13886 10056/16669/13887</w:t>
        <w:br/>
        <w:t>f 10059/16670/13888 10030/16640/13857 10058/16671/13889</w:t>
        <w:br/>
        <w:t>f 10062/16672/13890 10061/16673/13891 10060/16674/13892</w:t>
        <w:br/>
        <w:t>f 10052/16661/13878 10062/16672/13890 10060/16674/13892</w:t>
        <w:br/>
        <w:t>f 10066/16675/13893 10065/16676/13894 10064/16677/13895</w:t>
        <w:br/>
        <w:t>f 10063/16678/13896 10066/16675/13893 10064/16677/13895</w:t>
        <w:br/>
        <w:t>f 10070/16679/13895 10069/16680/13897 10068/16681/13898</w:t>
        <w:br/>
        <w:t>f 10067/16682/13899 10070/16679/13895 10068/16681/13898</w:t>
        <w:br/>
        <w:t>f 10072/16683/13900 10071/16684/13901 10065/16676/13894</w:t>
        <w:br/>
        <w:t>f 10066/16675/13893 10072/16683/13900 10065/16676/13894</w:t>
        <w:br/>
        <w:t>f 10069/16680/13897 10074/16685/13902 10073/16686/13903</w:t>
        <w:br/>
        <w:t>f 10068/16681/13898 10069/16680/13897 10073/16686/13903</w:t>
        <w:br/>
        <w:t>f 10077/16687/13904 10076/16688/13905 10075/16689/13906</w:t>
        <w:br/>
        <w:t>f 10075/16689/13906 10076/16688/13905 10065/16676/13894</w:t>
        <w:br/>
        <w:t>f 10078/16690/13907 10075/16689/13906 10065/16676/13894</w:t>
        <w:br/>
        <w:t>f 10082/16691/13904 10081/16692/13908 10080/16693/13909</w:t>
        <w:br/>
        <w:t>f 10079/16694/13910 10082/16691/13904 10080/16693/13909</w:t>
        <w:br/>
        <w:t>f 10042/16653/13870 10041/16654/13871 10083/16695/13911</w:t>
        <w:br/>
        <w:t>f 10087/16696/13912 10086/16697/13913 10085/16698/13914</w:t>
        <w:br/>
        <w:t>f 10084/16699/13915 10087/16696/13912 10085/16698/13914</w:t>
        <w:br/>
        <w:t>f 10091/16700/13915 10090/16701/13914 10089/16702/13916</w:t>
        <w:br/>
        <w:t>f 10088/16703/13917 10091/16700/13915 10089/16702/13916</w:t>
        <w:br/>
        <w:t>f 10072/16683/13900 10086/16697/13913 10087/16696/13912</w:t>
        <w:br/>
        <w:t>f 10071/16684/13901 10072/16683/13900 10087/16696/13912</w:t>
        <w:br/>
        <w:t>f 10088/16703/13917 10089/16702/13916 10073/16686/13903</w:t>
        <w:br/>
        <w:t>f 10074/16685/13902 10088/16703/13917 10073/16686/13903</w:t>
        <w:br/>
        <w:t>f 10095/16704/13918 10094/16705/13919 10093/16706/13920</w:t>
        <w:br/>
        <w:t>f 10092/16707/13921 10095/16704/13918 10093/16706/13920</w:t>
        <w:br/>
        <w:t>f 10098/16708/13919 10097/16709/13922 10096/16710/13923</w:t>
        <w:br/>
        <w:t>f 10083/16695/13911 10041/16654/13871 10099/16711/13924</w:t>
        <w:br/>
        <w:t>f 10103/16712/13925 10102/16713/13926 10101/16714/13927</w:t>
        <w:br/>
        <w:t>f 10100/16715/13928 10103/16712/13925 10101/16714/13927</w:t>
        <w:br/>
        <w:t>f 10107/16716/13929 10106/16717/13930 10105/16718/13931</w:t>
        <w:br/>
        <w:t>f 10104/16719/13928 10107/16716/13929 10105/16718/13931</w:t>
        <w:br/>
        <w:t>f 10109/16720/13932 10108/16721/13933 10106/16717/13930</w:t>
        <w:br/>
        <w:t>f 10107/16716/13929 10109/16720/13932 10106/16717/13930</w:t>
        <w:br/>
        <w:t>f 10102/16713/13926 10111/16722/13934 10110/16723/13935</w:t>
        <w:br/>
        <w:t>f 10101/16714/13927 10102/16713/13926 10110/16723/13935</w:t>
        <w:br/>
        <w:t>f 10114/16724/13936 10113/16725/13937 10112/16726/13938</w:t>
        <w:br/>
        <w:t>f 10116/16727/13939 10115/16728/13940 10095/16704/13918</w:t>
        <w:br/>
        <w:t>f 10092/16707/13921 10116/16727/13939 10095/16704/13918</w:t>
        <w:br/>
        <w:t>f 10097/16709/13922 10118/16729/13941 10117/16730/13942</w:t>
        <w:br/>
        <w:t>f 10121/16731/13943 10099/16711/13924 10120/16732/13944</w:t>
        <w:br/>
        <w:t>f 10119/16733/13945 10121/16731/13943 10120/16732/13944</w:t>
        <w:br/>
        <w:t>f 10125/16734/13946 10124/16735/13947 10123/16736/13948</w:t>
        <w:br/>
        <w:t>f 10122/16737/13949 10125/16734/13946 10123/16736/13948</w:t>
        <w:br/>
        <w:t>f 10124/16735/13947 10125/16734/13946 10127/16738/13950</w:t>
        <w:br/>
        <w:t>f 10126/16739/13951 10124/16735/13947 10127/16738/13950</w:t>
        <w:br/>
        <w:t>f 10127/16738/13950 10108/16721/13933 10109/16720/13932</w:t>
        <w:br/>
        <w:t>f 10126/16739/13951 10127/16738/13950 10109/16720/13932</w:t>
        <w:br/>
        <w:t>f 10110/16723/13935 10111/16722/13934 10122/16737/13949</w:t>
        <w:br/>
        <w:t>f 10123/16736/13948 10110/16723/13935 10122/16737/13949</w:t>
        <w:br/>
        <w:t>f 10129/16740/13952 10108/16721/13933 10127/16738/13950</w:t>
        <w:br/>
        <w:t>f 10128/16741/13953 10129/16740/13952 10127/16738/13950</w:t>
        <w:br/>
        <w:t>f 10133/16742/13954 10132/16743/13955 10131/16744/13956</w:t>
        <w:br/>
        <w:t>f 10130/16745/13957 10133/16742/13954 10131/16744/13956</w:t>
        <w:br/>
        <w:t>f 10137/16746/13958 10136/16747/13959 10135/16748/13960</w:t>
        <w:br/>
        <w:t>f 10134/16749/13961 10137/16746/13958 10135/16748/13960</w:t>
        <w:br/>
        <w:t>f 10141/16750/13962 10140/16751/13963 10139/16752/13964</w:t>
        <w:br/>
        <w:t>f 10138/16753/13965 10141/16750/13962 10139/16752/13964</w:t>
        <w:br/>
        <w:t>f 10143/16754/13966 10141/16750/13962 10138/16753/13965</w:t>
        <w:br/>
        <w:t>f 10142/16755/13967 10143/16754/13966 10138/16753/13965</w:t>
        <w:br/>
        <w:t>f 10147/16756/13968 10146/16757/13969 10145/16758/13970</w:t>
        <w:br/>
        <w:t>f 10144/16759/13971 10147/16756/13968 10145/16758/13970</w:t>
        <w:br/>
        <w:t>f 10151/16760/13972 10150/16761/13973 10149/16762/13974</w:t>
        <w:br/>
        <w:t>f 10148/16763/13975 10151/16760/13972 10149/16762/13974</w:t>
        <w:br/>
        <w:t>f 10154/16764/13976 10153/16765/13977 10152/16766/13975</w:t>
        <w:br/>
        <w:t>f 10155/16767/13978 10152/16766/13975 10153/16765/13977</w:t>
        <w:br/>
        <w:t>f 10150/16761/13973 10143/16754/13966 10142/16755/13967</w:t>
        <w:br/>
        <w:t>f 10154/16764/13976 10156/16768/13979 10153/16765/13977</w:t>
        <w:br/>
        <w:t>f 10158/16769/13980 10157/16770/13981 10134/16749/13961</w:t>
        <w:br/>
        <w:t>f 10041/16654/13871 10158/16769/13980 10134/16749/13961</w:t>
        <w:br/>
        <w:t>f 10161/16771/13982 10160/16772/13983 10159/16773/13984</w:t>
        <w:br/>
        <w:t>f 10165/16774/13985 10164/16775/13986 10163/16776/13987</w:t>
        <w:br/>
        <w:t>f 10162/16777/13988 10165/16774/13985 10163/16776/13987</w:t>
        <w:br/>
        <w:t>f 10167/16778/13989 10166/16779/13990 10162/16777/13988</w:t>
        <w:br/>
        <w:t>f 10163/16776/13987 10167/16778/13989 10162/16777/13988</w:t>
        <w:br/>
        <w:t>f 10171/16780/13990 10170/16781/13989 10169/16782/13991</w:t>
        <w:br/>
        <w:t>f 10168/16783/13992 10171/16780/13990 10169/16782/13991</w:t>
        <w:br/>
        <w:t>f 10132/16743/13955 10172/16784/13993 10117/16730/13942</w:t>
        <w:br/>
        <w:t>f 10176/16785/13994 10175/16786/13995 10174/16787/13996</w:t>
        <w:br/>
        <w:t>f 10173/16788/13997 10176/16785/13994 10174/16787/13996</w:t>
        <w:br/>
        <w:t>f 10178/16789/13998 10173/16788/13997 10174/16787/13996</w:t>
        <w:br/>
        <w:t>f 10177/16790/13999 10178/16789/13998 10174/16787/13996</w:t>
        <w:br/>
        <w:t>f 10177/16790/13999 10180/16791/14000 10179/16792/10686</w:t>
        <w:br/>
        <w:t>f 10178/16789/13998 10177/16790/13999 10179/16792/10686</w:t>
        <w:br/>
        <w:t>f 10180/16791/14000 10177/16790/13999 10182/16793/14001</w:t>
        <w:br/>
        <w:t>f 10181/16794/14002 10180/16791/14000 10182/16793/14001</w:t>
        <w:br/>
        <w:t>f 10184/16795/14003 10181/16794/14002 10157/16770/13981</w:t>
        <w:br/>
        <w:t>f 10183/16796/14004 10184/16795/14003 10157/16770/13981</w:t>
        <w:br/>
        <w:t>f 10177/16790/13999 10174/16787/13996 10185/16797/14005</w:t>
        <w:br/>
        <w:t>f 10182/16793/14001 10177/16790/13999 10185/16797/14005</w:t>
        <w:br/>
        <w:t>f 10141/16750/13962 10143/16754/13966 10186/16798/14006</w:t>
        <w:br/>
        <w:t>f 10014/16627/13844 10141/16750/13962 10186/16798/14006</w:t>
        <w:br/>
        <w:t>f 10140/16751/13963 10141/16750/13962 10014/16627/13844</w:t>
        <w:br/>
        <w:t>f 10015/16626/13843 10140/16751/13963 10014/16627/13844</w:t>
        <w:br/>
        <w:t>f 10187/16799/14007 10186/16798/14006 10143/16754/13966</w:t>
        <w:br/>
        <w:t>f 10150/16761/13973 10187/16799/14007 10143/16754/13966</w:t>
        <w:br/>
        <w:t>f 10188/16800/14008 10146/16757/13969 10147/16756/13968</w:t>
        <w:br/>
        <w:t>f 10189/16801/14009 10188/16800/14008 10147/16756/13968</w:t>
        <w:br/>
        <w:t>f 10193/16802/14010 10192/16803/14011 10191/16804/14012</w:t>
        <w:br/>
        <w:t>f 10190/16805/14013 10193/16802/14010 10191/16804/14012</w:t>
        <w:br/>
        <w:t>f 10176/16785/13994 10011/16624/13841 10012/16623/13840</w:t>
        <w:br/>
        <w:t>f 10175/16786/13995 10176/16785/13994 10012/16623/13840</w:t>
        <w:br/>
        <w:t>f 10043/16658/13875 10044/16657/13874 10160/16772/13983</w:t>
        <w:br/>
        <w:t>f 10169/16782/13991 10043/16658/13875 10160/16772/13983</w:t>
        <w:br/>
        <w:t>f 10159/16773/13984 10194/16806/14014 10161/16771/13982</w:t>
        <w:br/>
        <w:t>f 10026/16639/13856 10052/16661/13878 10060/16674/13892</w:t>
        <w:br/>
        <w:t>f 10018/16629/13846 10026/16639/13856 10195/16807/14015</w:t>
        <w:br/>
        <w:t>f 10042/16653/13870 10196/16808/14016 10028/16642/13859</w:t>
        <w:br/>
        <w:t>f 10036/16648/13865 10042/16653/13870 10197/16809/14017</w:t>
        <w:br/>
        <w:t>f 10092/16707/13921 10093/16706/13920 10198/16810/14018</w:t>
        <w:br/>
        <w:t>f 10153/16765/13977 10162/16777/13988 10166/16779/13990</w:t>
        <w:br/>
        <w:t>f 10199/16811/14019 10153/16765/13977 10166/16779/13990</w:t>
        <w:br/>
        <w:t>f 10012/16623/13840 10014/16627/13844 10186/16798/14006</w:t>
        <w:br/>
        <w:t>f 10175/16786/13995 10012/16623/13840 10186/16798/14006</w:t>
        <w:br/>
        <w:t>f 10200/16812/14020 10167/16778/13989 10163/16776/13987</w:t>
        <w:br/>
        <w:t>f 10201/16813/14020 10043/16658/13875 10169/16782/13991</w:t>
        <w:br/>
        <w:t>f 10170/16781/13989 10201/16813/14020 10169/16782/13991</w:t>
        <w:br/>
        <w:t>f 10203/16814/14021 10202/16815/14022 10188/16800/14008</w:t>
        <w:br/>
        <w:t>f 10189/16801/14009 10203/16814/14021 10188/16800/14008</w:t>
        <w:br/>
        <w:t>f 10207/16816/14023 10206/16817/14024 10205/16818/14025</w:t>
        <w:br/>
        <w:t>f 10204/16819/14026 10207/16816/14023 10205/16818/14025</w:t>
        <w:br/>
        <w:t>f 10164/16775/13986 10208/16820/14027 10200/16812/14020</w:t>
        <w:br/>
        <w:t>f 10163/16776/13987 10164/16775/13986 10200/16812/14020</w:t>
        <w:br/>
        <w:t>f 10212/16821/14028 10211/16822/14029 10210/16823/14030</w:t>
        <w:br/>
        <w:t>f 10209/16824/14031 10212/16821/14028 10210/16823/14030</w:t>
        <w:br/>
        <w:t>f 10127/16738/13950 10125/16734/13946 10213/16825/14032</w:t>
        <w:br/>
        <w:t>f 10128/16741/13953 10127/16738/13950 10213/16825/14032</w:t>
        <w:br/>
        <w:t>f 10212/16821/14028 10128/16741/13953 10211/16822/14029</w:t>
        <w:br/>
        <w:t>f 10133/16742/13954 10130/16745/13957 10136/16747/13959</w:t>
        <w:br/>
        <w:t>f 10137/16746/13958 10133/16742/13954 10136/16747/13959</w:t>
        <w:br/>
        <w:t>f 10048/16659/13876 10046/16655/13872 10214/16826/14026</w:t>
        <w:br/>
        <w:t>f 10218/16827/14033 10217/16828/14034 10216/16829/14035</w:t>
        <w:br/>
        <w:t>f 10215/16830/14036 10218/16827/14033 10216/16829/14035</w:t>
        <w:br/>
        <w:t>f 10222/16831/14037 10221/16832/14038 10220/16833/14039</w:t>
        <w:br/>
        <w:t>f 10219/16834/14040 10222/16831/14037 10220/16833/14039</w:t>
        <w:br/>
        <w:t>f 10225/16835/14041 10224/16836/14042 10223/16837/14043</w:t>
        <w:br/>
        <w:t>f 10216/16829/14035 10217/16828/14034 10227/16838/14044</w:t>
        <w:br/>
        <w:t>f 10226/16839/14045 10216/16829/14035 10227/16838/14044</w:t>
        <w:br/>
        <w:t>f 10222/16831/14037 10219/16834/14040 10229/16840/14046</w:t>
        <w:br/>
        <w:t>f 10228/16841/14047 10222/16831/14037 10229/16840/14046</w:t>
        <w:br/>
        <w:t>f 10233/16842/14048 10232/16843/14049 10231/16844/14050</w:t>
        <w:br/>
        <w:t>f 10230/16845/14051 10233/16842/14048 10231/16844/14050</w:t>
        <w:br/>
        <w:t>f 10240/16846/14052 10239/16847/14053 10238/16848/14054</w:t>
        <w:br/>
        <w:t>f 10237/16849/14055 10240/16846/14052 10238/16848/14054</w:t>
        <w:br/>
        <w:t>f 10144/16759/13971 10242/16850/13964 10241/16851/14056</w:t>
        <w:br/>
        <w:t>f 10147/16756/13968 10144/16759/13971 10241/16851/14056</w:t>
        <w:br/>
        <w:t>f 10149/16762/13974 10248/16852/14057 10247/16853/14058</w:t>
        <w:br/>
        <w:t>f 10148/16763/13975 10149/16762/13974 10247/16853/14058</w:t>
        <w:br/>
        <w:t>f 10250/16854/14059 10247/16853/14058 10248/16852/14057</w:t>
        <w:br/>
        <w:t>f 10249/16855/14060 10250/16854/14059 10248/16852/14057</w:t>
        <w:br/>
        <w:t>f 10253/16856/14061 10252/16857/14062 10251/16858/14063</w:t>
        <w:br/>
        <w:t>f 10248/16852/14057 10226/16839/14045 10227/16838/14044</w:t>
        <w:br/>
        <w:t>f 10249/16855/14060 10248/16852/14057 10227/16838/14044</w:t>
        <w:br/>
        <w:t>f 10233/16842/14048 10230/16845/14051 10255/16859/14064</w:t>
        <w:br/>
        <w:t>f 10254/16860/14065 10233/16842/14048 10255/16859/14064</w:t>
        <w:br/>
        <w:t>f 10257/16861/14066 10239/16847/14053 10240/16846/14052</w:t>
        <w:br/>
        <w:t>f 10256/16862/14067 10257/16861/14066 10240/16846/14052</w:t>
        <w:br/>
        <w:t>f 10261/16863/14068 10228/16841/14047 10229/16840/14046</w:t>
        <w:br/>
        <w:t>f 10260/16864/14069 10261/16863/14068 10229/16840/14046</w:t>
        <w:br/>
        <w:t>f 10262/16865/14070 10257/16861/14066 10256/16862/14067</w:t>
        <w:br/>
        <w:t>f 10152/16766/13975 10262/16865/14070 10256/16862/14067</w:t>
        <w:br/>
        <w:t>f 10264/16866/14071 10263/16867/14072 10216/16829/14035</w:t>
        <w:br/>
        <w:t>f 10226/16839/14045 10264/16866/14071 10216/16829/14035</w:t>
        <w:br/>
        <w:t>f 10238/16848/14054 10266/16868/14073 10265/16869/14074</w:t>
        <w:br/>
        <w:t>f 10237/16849/14055 10238/16848/14054 10265/16869/14074</w:t>
        <w:br/>
        <w:t>f 10232/16843/14049 10219/16834/14040 10220/16833/14039</w:t>
        <w:br/>
        <w:t>f 10267/16870/14075 10232/16843/14049 10220/16833/14039</w:t>
        <w:br/>
        <w:t>f 10226/16839/14045 10248/16852/14057 10149/16762/13974</w:t>
        <w:br/>
        <w:t>f 10264/16866/14071 10226/16839/14045 10149/16762/13974</w:t>
        <w:br/>
        <w:t>f 10261/16863/14068 10260/16864/14069 10269/16871/14076</w:t>
        <w:br/>
        <w:t>f 10268/16872/14077 10261/16863/14068 10269/16871/14076</w:t>
        <w:br/>
        <w:t>f 10271/16873/14078 10253/16856/14061 10251/16858/14063</w:t>
        <w:br/>
        <w:t>f 10270/16874/14079 10271/16873/14078 10251/16858/14063</w:t>
        <w:br/>
        <w:t>f 10272/16875/14080 10225/16835/14041 10271/16873/14078</w:t>
        <w:br/>
        <w:t>f 10270/16874/14079 10272/16875/14080 10271/16873/14078</w:t>
        <w:br/>
        <w:t>f 10260/16864/14069 10254/16860/14065 10273/16876/14081</w:t>
        <w:br/>
        <w:t>f 10269/16871/14076 10260/16864/14069 10273/16876/14081</w:t>
        <w:br/>
        <w:t>f 10277/16877/14082 10276/16878/10317 10275/16879/14083</w:t>
        <w:br/>
        <w:t>f 10274/16880/14084 10277/16877/14082 10275/16879/14083</w:t>
        <w:br/>
        <w:t>f 10283/16881/10209 10282/16882/14085 10281/16883/14039</w:t>
        <w:br/>
        <w:t>f 10280/16884/14086 10283/16881/10209 10281/16883/14039</w:t>
        <w:br/>
        <w:t>f 10231/16844/14050 10232/16843/14049 10267/16870/14075</w:t>
        <w:br/>
        <w:t>f 10255/16859/14064 10273/16876/14081 10254/16860/14065</w:t>
        <w:br/>
        <w:t>f 10286/16885/14064 10285/16886/10321 10276/16878/10317</w:t>
        <w:br/>
        <w:t>f 10284/16887/14081 10286/16885/14064 10276/16878/10317</w:t>
        <w:br/>
        <w:t>f 10283/16881/10209 10288/16888/10208 10287/16889/14050</w:t>
        <w:br/>
        <w:t>f 10282/16882/14085 10283/16881/10209 10287/16889/14050</w:t>
        <w:br/>
        <w:t>f 10229/16840/14046 10219/16834/14040 10232/16843/14049</w:t>
        <w:br/>
        <w:t>f 10233/16842/14048 10229/16840/14046 10232/16843/14049</w:t>
        <w:br/>
        <w:t>f 10260/16864/14069 10229/16840/14046 10233/16842/14048</w:t>
        <w:br/>
        <w:t>f 10254/16860/14065 10260/16864/14069 10233/16842/14048</w:t>
        <w:br/>
        <w:t>f 10204/16819/14026 10205/16818/14025 10290/16890/14087</w:t>
        <w:br/>
        <w:t>f 10289/16891/14088 10204/16819/14026 10290/16890/14087</w:t>
        <w:br/>
        <w:t>f 10048/16659/13876 10214/16826/14026 10291/16892/14088</w:t>
        <w:br/>
        <w:t>f 10295/16893/14089 10294/16894/14090 10293/16895/14091</w:t>
        <w:br/>
        <w:t>f 10292/16896/14092 10295/16893/14089 10293/16895/14091</w:t>
        <w:br/>
        <w:t>f 10299/16897/14093 10298/16898/14094 10297/16899/14095</w:t>
        <w:br/>
        <w:t>f 10296/16900/14096 10299/16897/14093 10297/16899/14095</w:t>
        <w:br/>
        <w:t>f 10303/16901/14097 10302/16902/14098 10301/16903/14099</w:t>
        <w:br/>
        <w:t>f 10300/16904/14100 10303/16901/14097 10301/16903/14099</w:t>
        <w:br/>
        <w:t>f 10305/16905/14101 10303/16901/14097 10300/16904/14100</w:t>
        <w:br/>
        <w:t>f 10304/16906/14102 10305/16905/14101 10300/16904/14100</w:t>
        <w:br/>
        <w:t>f 10309/16907/14100 10308/16908/14099 10307/16909/14103</w:t>
        <w:br/>
        <w:t>f 10306/16910/14104 10309/16907/14100 10307/16909/14103</w:t>
        <w:br/>
        <w:t>f 10047/16660/13877 10048/16659/13876 10297/16899/14095</w:t>
        <w:br/>
        <w:t>f 10310/16911/14105 10047/16660/13877 10297/16899/14095</w:t>
        <w:br/>
        <w:t>f 10298/16898/14094 10311/16912/14106 10310/16911/14105</w:t>
        <w:br/>
        <w:t>f 10297/16899/14095 10298/16898/14094 10310/16911/14105</w:t>
        <w:br/>
        <w:t>f 10313/16913/14107 10312/16914/14108 10302/16902/14098</w:t>
        <w:br/>
        <w:t>f 10303/16901/14097 10313/16913/14107 10302/16902/14098</w:t>
        <w:br/>
        <w:t>f 10303/16901/14097 10305/16905/14101 10314/16915/14109</w:t>
        <w:br/>
        <w:t>f 10313/16913/14107 10303/16901/14097 10314/16915/14109</w:t>
        <w:br/>
        <w:t>f 10318/16916/14110 10317/16917/14111 10316/16918/14112</w:t>
        <w:br/>
        <w:t>f 10315/16919/14113 10318/16916/14110 10316/16918/14112</w:t>
        <w:br/>
        <w:t>f 10321/16920/14114 10320/16921/14115 10319/16922/14111</w:t>
        <w:br/>
        <w:t>f 10306/16910/14104 10307/16909/14103 10323/16923/14116</w:t>
        <w:br/>
        <w:t>f 10322/16924/14117 10306/16910/14104 10323/16923/14116</w:t>
        <w:br/>
        <w:t>f 10205/16818/14025 10062/16672/13890 10324/16925/14118</w:t>
        <w:br/>
        <w:t>f 10290/16890/14087 10205/16818/14025 10324/16925/14118</w:t>
        <w:br/>
        <w:t>f 10328/16926/14119 10327/16927/14120 10326/16928/14121</w:t>
        <w:br/>
        <w:t>f 10325/16929/14122 10328/16926/14119 10326/16928/14121</w:t>
        <w:br/>
        <w:t>f 10330/16930/14123 10052/16661/13878 10049/16664/13881</w:t>
        <w:br/>
        <w:t>f 10329/16931/14124 10330/16930/14123 10049/16664/13881</w:t>
        <w:br/>
        <w:t>f 10334/16932/14125 10333/16933/14126 10332/16934/14127</w:t>
        <w:br/>
        <w:t>f 10331/16935/14128 10334/16932/14125 10332/16934/14127</w:t>
        <w:br/>
        <w:t>f 10338/16936/14129 10337/16937/14130 10336/16938/14125</w:t>
        <w:br/>
        <w:t>f 10335/16939/14128 10338/16936/14129 10336/16938/14125</w:t>
        <w:br/>
        <w:t>f 10338/16936/14129 10335/16939/14128 10340/16940/14131</w:t>
        <w:br/>
        <w:t>f 10339/16941/14132 10338/16936/14129 10340/16940/14131</w:t>
        <w:br/>
        <w:t>f 10331/16935/14128 10332/16934/14127 10342/16942/14133</w:t>
        <w:br/>
        <w:t>f 10341/16943/14131 10331/16935/14128 10342/16942/14133</w:t>
        <w:br/>
        <w:t>f 10346/16944/14134 10345/16945/14135 10344/16946/14136</w:t>
        <w:br/>
        <w:t>f 10343/16947/14137 10346/16944/14134 10344/16946/14136</w:t>
        <w:br/>
        <w:t>f 10350/16948/14138 10349/16949/14139 10348/16950/14140</w:t>
        <w:br/>
        <w:t>f 10347/16951/14141 10350/16948/14138 10348/16950/14140</w:t>
        <w:br/>
        <w:t>f 10351/16952/14142 10047/16660/13877 10310/16911/14105</w:t>
        <w:br/>
        <w:t>f 10339/16941/14132 10351/16952/14142 10310/16911/14105</w:t>
        <w:br/>
        <w:t>f 10352/16953/14143 10337/16937/14130 10338/16936/14129</w:t>
        <w:br/>
        <w:t>f 10311/16912/14106 10352/16953/14143 10338/16936/14129</w:t>
        <w:br/>
        <w:t>f 10346/16944/14134 10313/16913/14107 10314/16915/14109</w:t>
        <w:br/>
        <w:t>f 10353/16954/14144 10346/16944/14134 10314/16915/14109</w:t>
        <w:br/>
        <w:t>f 10313/16913/14107 10346/16944/14134 10343/16947/14137</w:t>
        <w:br/>
        <w:t>f 10312/16914/14108 10313/16913/14107 10343/16947/14137</w:t>
        <w:br/>
        <w:t>f 10355/16955/14145 10354/16956/14146 10315/16919/14113</w:t>
        <w:br/>
        <w:t>f 10316/16918/14112 10355/16955/14145 10315/16919/14113</w:t>
        <w:br/>
        <w:t>f 10349/16949/14139 10322/16924/14117 10323/16923/14116</w:t>
        <w:br/>
        <w:t>f 10348/16950/14140 10349/16949/14139 10323/16923/14116</w:t>
        <w:br/>
        <w:t>f 10324/16925/14118 10062/16672/13890 10052/16661/13878</w:t>
        <w:br/>
        <w:t>f 10330/16930/14123 10324/16925/14118 10052/16661/13878</w:t>
        <w:br/>
        <w:t>f 10357/16957/14147 10327/16927/14120 10328/16926/14119</w:t>
        <w:br/>
        <w:t>f 10356/16958/14148 10357/16957/14147 10328/16926/14119</w:t>
        <w:br/>
        <w:t>f 10304/16906/14102 10359/16959/14149 10358/16960/14150</w:t>
        <w:br/>
        <w:t>f 10305/16905/14101 10304/16906/14102 10358/16960/14150</w:t>
        <w:br/>
        <w:t>f 10305/16905/14101 10358/16960/14150 10360/16961/14151</w:t>
        <w:br/>
        <w:t>f 10314/16915/14109 10305/16905/14101 10360/16961/14151</w:t>
        <w:br/>
        <w:t>f 10353/16954/14144 10314/16915/14109 10360/16961/14151</w:t>
        <w:br/>
        <w:t>f 10361/16962/14152 10353/16954/14144 10360/16961/14151</w:t>
        <w:br/>
        <w:t>f 10318/16916/14110 10358/16960/14150 10359/16959/14149</w:t>
        <w:br/>
        <w:t>f 10362/16963/14153 10318/16916/14110 10359/16959/14149</w:t>
        <w:br/>
        <w:t>f 10355/16955/14145 10363/16964/14154 10354/16956/14146</w:t>
        <w:br/>
        <w:t>f 10361/16962/14152 10365/16965/14155 10364/16966/14156</w:t>
        <w:br/>
        <w:t>f 10353/16954/14144 10361/16962/14152 10364/16966/14156</w:t>
        <w:br/>
        <w:t>f 10299/16897/14093 10367/16967/14090 10366/16968/14157</w:t>
        <w:br/>
        <w:t>f 10298/16898/14094 10299/16897/14093 10366/16968/14157</w:t>
        <w:br/>
        <w:t>f 10366/16968/14157 10352/16953/14143 10311/16912/14106</w:t>
        <w:br/>
        <w:t>f 10298/16898/14094 10366/16968/14157 10311/16912/14106</w:t>
        <w:br/>
        <w:t>f 10339/16941/14132 10310/16911/14105 10311/16912/14106</w:t>
        <w:br/>
        <w:t>f 10338/16936/14129 10339/16941/14132 10311/16912/14106</w:t>
        <w:br/>
        <w:t>f 10369/16969/14158 10356/16958/14148 10368/16970/14159</w:t>
        <w:br/>
        <w:t>f 10371/16971/14160 10370/16972/14102 10309/16907/14100</w:t>
        <w:br/>
        <w:t>f 10306/16910/14104 10371/16971/14160 10309/16907/14100</w:t>
        <w:br/>
        <w:t>f 10371/16971/14160 10306/16910/14104 10322/16924/14117</w:t>
        <w:br/>
        <w:t>f 10372/16973/14161 10371/16971/14160 10322/16924/14117</w:t>
        <w:br/>
        <w:t>f 10369/16969/14158 10373/16974/14162 10349/16949/14139</w:t>
        <w:br/>
        <w:t>f 10350/16948/14138 10369/16969/14158 10349/16949/14139</w:t>
        <w:br/>
        <w:t>f 10353/16954/14144 10364/16966/14156 10345/16945/14135</w:t>
        <w:br/>
        <w:t>f 10346/16944/14134 10353/16954/14144 10345/16945/14135</w:t>
        <w:br/>
        <w:t>f 10373/16974/14162 10372/16973/14161 10322/16924/14117</w:t>
        <w:br/>
        <w:t>f 10349/16949/14139 10373/16974/14162 10322/16924/14117</w:t>
        <w:br/>
        <w:t>f 10325/16929/14122 10326/16928/14121 10374/16975/14149</w:t>
        <w:br/>
        <w:t>f 10370/16972/14102 10325/16929/14122 10374/16975/14149</w:t>
        <w:br/>
        <w:t>f 10318/16916/14110 10362/16963/14153 10317/16917/14111</w:t>
        <w:br/>
        <w:t>f 10365/16965/14155 10361/16962/14152 10354/16956/14146</w:t>
        <w:br/>
        <w:t>f 10363/16964/14154 10365/16965/14155 10354/16956/14146</w:t>
        <w:br/>
        <w:t>f 10378/16976/14163 10377/16977/14153 10376/16978/14164</w:t>
        <w:br/>
        <w:t>f 10375/16979/14165 10378/16976/14163 10376/16978/14164</w:t>
        <w:br/>
        <w:t>f 10357/16957/14147 10381/16980/14155 10380/16981/14166</w:t>
        <w:br/>
        <w:t>f 10379/16982/10219 10357/16957/14147 10380/16981/14166</w:t>
        <w:br/>
        <w:t>f 10377/16977/14153 10374/16975/14149 10326/16928/14121</w:t>
        <w:br/>
        <w:t>f 10376/16978/14164 10377/16977/14153 10326/16928/14121</w:t>
        <w:br/>
        <w:t>f 10391/16983/14145 10390/16984/10289 10379/16982/10219</w:t>
        <w:br/>
        <w:t>f 10380/16981/14166 10391/16983/14145 10379/16982/10219</w:t>
        <w:br/>
        <w:t>f 10315/16919/14113 10360/16961/14151 10358/16960/14150</w:t>
        <w:br/>
        <w:t>f 10318/16916/14110 10315/16919/14113 10358/16960/14150</w:t>
        <w:br/>
        <w:t>f 10361/16962/14152 10360/16961/14151 10315/16919/14113</w:t>
        <w:br/>
        <w:t>f 10354/16956/14146 10361/16962/14152 10315/16919/14113</w:t>
        <w:br/>
        <w:t>f 10403/16985/14167 10402/16986/14168 10401/16987/14169</w:t>
        <w:br/>
        <w:t>f 10400/16988/14170 10403/16985/14167 10401/16987/14169</w:t>
        <w:br/>
        <w:t>f 10407/16989/14171 10406/16990/14172 10405/16991/14173</w:t>
        <w:br/>
        <w:t>f 10404/16992/14174 10407/16989/14171 10405/16991/14173</w:t>
        <w:br/>
        <w:t>f 10410/16993/14170 10409/16994/14175 10408/16995/14176</w:t>
        <w:br/>
        <w:t>f 10404/16992/14174 10410/16993/14170 10408/16995/14176</w:t>
        <w:br/>
        <w:t>f 10401/16987/14169 10402/16986/14168 10414/16996/14177</w:t>
        <w:br/>
        <w:t>f 10413/16997/14178 10401/16987/14169 10414/16996/14177</w:t>
        <w:br/>
        <w:t>f 10418/16998/14179 10417/16999/14180 10416/17000/14181</w:t>
        <w:br/>
        <w:t>f 10415/17001/14182 10418/16998/14179 10416/17000/14181</w:t>
        <w:br/>
        <w:t>f 10407/16989/14171 10423/17002/14183 10422/17003/14184</w:t>
        <w:br/>
        <w:t>f 10406/16990/14172 10407/16989/14171 10422/17003/14184</w:t>
        <w:br/>
        <w:t>f 10408/16995/14176 10409/16994/14175 10425/17004/14185</w:t>
        <w:br/>
        <w:t>f 10424/17005/14186 10408/16995/14176 10425/17004/14185</w:t>
        <w:br/>
        <w:t>f 10437/17006/14187 10436/17007/14188 10435/17008/14189</w:t>
        <w:br/>
        <w:t>f 10434/17009/14190 10437/17006/14187 10435/17008/14189</w:t>
        <w:br/>
        <w:t>f 10439/17010/14191 10435/17008/14189 10436/17007/14188</w:t>
        <w:br/>
        <w:t>f 10438/17011/14192 10439/17010/14191 10436/17007/14188</w:t>
        <w:br/>
        <w:t>f 10438/17011/14192 10436/17007/14188 10441/17012/14193</w:t>
        <w:br/>
        <w:t>f 10440/17013/14194 10438/17011/14192 10441/17012/14193</w:t>
        <w:br/>
        <w:t>f 10441/17012/14193 10436/17007/14188 10443/17014/14195</w:t>
        <w:br/>
        <w:t>f 10442/17015/14196 10441/17012/14193 10443/17014/14195</w:t>
        <w:br/>
        <w:t>f 10440/17013/14194 10413/16997/14178 10414/16996/14177</w:t>
        <w:br/>
        <w:t>f 10438/17011/14192 10440/17013/14194 10414/16996/14177</w:t>
        <w:br/>
        <w:t>f 10445/17016/14197 10444/17017/14198 10418/16998/14179</w:t>
        <w:br/>
        <w:t>f 10415/17001/14182 10445/17016/14197 10418/16998/14179</w:t>
        <w:br/>
        <w:t>f 10422/17003/14184 10423/17002/14183 10437/17006/14187</w:t>
        <w:br/>
        <w:t>f 10434/17009/14190 10422/17003/14184 10437/17006/14187</w:t>
        <w:br/>
        <w:t>f 10443/17014/14195 10424/17005/14186 10425/17004/14185</w:t>
        <w:br/>
        <w:t>f 10442/17015/14196 10443/17014/14195 10425/17004/14185</w:t>
        <w:br/>
        <w:t>f 10449/17018/14199 10448/17019/14200 10447/17020/14201</w:t>
        <w:br/>
        <w:t>f 10446/17021/14202 10449/17018/14199 10447/17020/14201</w:t>
        <w:br/>
        <w:t>f 10453/17022/14203 10452/17023/14204 10451/17024/14205</w:t>
        <w:br/>
        <w:t>f 10450/17025/14206 10453/17022/14203 10451/17024/14205</w:t>
        <w:br/>
        <w:t>f 10457/17026/14207 10456/17027/14208 10455/17028/14209</w:t>
        <w:br/>
        <w:t>f 10454/17029/14210 10457/17026/14207 10455/17028/14209</w:t>
        <w:br/>
        <w:t>f 10459/17030/14211 10414/16996/14177 10402/16986/14168</w:t>
        <w:br/>
        <w:t>f 10458/17031/14212 10459/17030/14211 10402/16986/14168</w:t>
        <w:br/>
        <w:t>f 10439/17010/14191 10438/17011/14192 10414/16996/14177</w:t>
        <w:br/>
        <w:t>f 10459/17030/14211 10439/17010/14191 10414/16996/14177</w:t>
        <w:br/>
        <w:t>f 10458/17031/14212 10402/16986/14168 10403/16985/14167</w:t>
        <w:br/>
        <w:t>f 10460/17032/14213 10458/17031/14212 10403/16985/14167</w:t>
        <w:br/>
        <w:t>f 10460/17032/14213 10461/17033/14214 10417/16999/14180</w:t>
        <w:br/>
        <w:t>f 10458/17031/14212 10460/17032/14213 10417/16999/14180</w:t>
        <w:br/>
        <w:t>f 10445/17016/14197 10462/17034/14215 10444/17017/14198</w:t>
        <w:br/>
        <w:t>f 10464/17035/14216 10422/17003/14184 10463/17036/10299</w:t>
        <w:br/>
        <w:t>f 10463/17036/10299 10422/17003/14184 10465/17037/10296</w:t>
        <w:br/>
        <w:t>f 10461/17033/14214 10416/17000/14181 10417/16999/14180</w:t>
        <w:br/>
        <w:t>f 10435/17008/14189 10439/17010/14191 10444/17017/14198</w:t>
        <w:br/>
        <w:t>f 10462/17034/14215 10435/17008/14189 10444/17017/14198</w:t>
        <w:br/>
        <w:t>f 10469/17038/14217 10468/17039/14218 10467/17040/14219</w:t>
        <w:br/>
        <w:t>f 10466/17041/14220 10469/17038/14217 10467/17040/14219</w:t>
        <w:br/>
        <w:t>f 10462/17034/14215 10470/17042/14221 10434/17009/14190</w:t>
        <w:br/>
        <w:t>f 10435/17008/14189 10462/17034/14215 10434/17009/14190</w:t>
        <w:br/>
        <w:t>f 10454/17029/14210 10455/17028/14209 10478/17043/14222</w:t>
        <w:br/>
        <w:t>f 10477/17044/14223 10454/17029/14210 10478/17043/14222</w:t>
        <w:br/>
        <w:t>f 10406/16990/14172 10469/17038/14217 10466/17041/14220</w:t>
        <w:br/>
        <w:t>f 10405/16991/14173 10406/16990/14172 10466/17041/14220</w:t>
        <w:br/>
        <w:t>f 10445/17016/14197 10480/17045/14224 10470/17042/14221</w:t>
        <w:br/>
        <w:t>f 10462/17034/14215 10445/17016/14197 10470/17042/14221</w:t>
        <w:br/>
        <w:t>f 10418/16998/14179 10459/17030/14211 10458/17031/14212</w:t>
        <w:br/>
        <w:t>f 10417/16999/14180 10418/16998/14179 10458/17031/14212</w:t>
        <w:br/>
        <w:t>f 10459/17030/14211 10418/16998/14179 10444/17017/14198</w:t>
        <w:br/>
        <w:t>f 10439/17010/14191 10459/17030/14211 10444/17017/14198</w:t>
        <w:br/>
        <w:t>f 10484/17046/14225 10483/17047/14226 10482/17048/14227</w:t>
        <w:br/>
        <w:t>f 10481/17049/14228 10484/17046/14225 10482/17048/14227</w:t>
        <w:br/>
        <w:t>f 10486/17050/14229 10066/16675/13893 10063/16678/13896</w:t>
        <w:br/>
        <w:t>f 10485/17051/14230 10486/17050/14229 10063/16678/13896</w:t>
        <w:br/>
        <w:t>f 10490/17052/14231 10489/17053/14232 10488/17054/14226</w:t>
        <w:br/>
        <w:t>f 10487/17055/14233 10490/17052/14231 10488/17054/14226</w:t>
        <w:br/>
        <w:t>f 10494/17056/14234 10493/17057/14235 10492/17058/14236</w:t>
        <w:br/>
        <w:t>f 10491/17059/14237 10494/17056/14234 10492/17058/14236</w:t>
        <w:br/>
        <w:t>f 10498/17060/14238 10497/17061/14237 10496/17062/14239</w:t>
        <w:br/>
        <w:t>f 10495/17063/14240 10498/17060/14238 10496/17062/14239</w:t>
        <w:br/>
        <w:t>f 10501/17064/14241 10483/17047/14226 10500/17065/14242</w:t>
        <w:br/>
        <w:t>f 10499/17066/14243 10501/17064/14241 10500/17065/14242</w:t>
        <w:br/>
        <w:t>f 10502/17067/14244 10072/16683/13900 10066/16675/13893</w:t>
        <w:br/>
        <w:t>f 10486/17050/14229 10502/17067/14244 10066/16675/13893</w:t>
        <w:br/>
        <w:t>f 10504/17068/14245 10503/17069/14246 10489/17053/14232</w:t>
        <w:br/>
        <w:t>f 10490/17052/14231 10504/17068/14245 10489/17053/14232</w:t>
        <w:br/>
        <w:t>f 10506/17070/14247 10505/17071/14248 10492/17058/14236</w:t>
        <w:br/>
        <w:t>f 10493/17057/14235 10506/17070/14247 10492/17058/14236</w:t>
        <w:br/>
        <w:t>f 10510/17072/14249 10509/17073/14250 10508/17074/14251</w:t>
        <w:br/>
        <w:t>f 10507/17075/14252 10510/17072/14249 10508/17074/14251</w:t>
        <w:br/>
        <w:t>f 10495/17063/14240 10496/17062/14239 10515/17076/14253</w:t>
        <w:br/>
        <w:t>f 10514/17077/14254 10495/17063/14240 10515/17076/14253</w:t>
        <w:br/>
        <w:t>f 10517/17078/14255 10516/17079/14256 10499/17066/14243</w:t>
        <w:br/>
        <w:t>f 10500/17065/14242 10517/17078/14255 10499/17066/14243</w:t>
        <w:br/>
        <w:t>f 10518/17080/14257 10481/17049/14228 10068/16681/13898</w:t>
        <w:br/>
        <w:t>f 10073/16686/13903 10518/17080/14257 10068/16681/13898</w:t>
        <w:br/>
        <w:t>f 10484/17046/14225 10481/17049/14228 10518/17080/14257</w:t>
        <w:br/>
        <w:t>f 10519/17081/14258 10484/17046/14225 10518/17080/14257</w:t>
        <w:br/>
        <w:t>f 10523/17082/14259 10522/17083/14260 10521/17084/14261</w:t>
        <w:br/>
        <w:t>f 10520/17085/14262 10523/17082/14259 10521/17084/14261</w:t>
        <w:br/>
        <w:t>f 10527/17086/14263 10526/17087/14264 10525/17088/14265</w:t>
        <w:br/>
        <w:t>f 10524/17089/14266 10527/17086/14263 10525/17088/14265</w:t>
        <w:br/>
        <w:t>f 10531/17090/14267 10530/17091/14268 10529/17092/14264</w:t>
        <w:br/>
        <w:t>f 10528/17093/14263 10531/17090/14267 10529/17092/14264</w:t>
        <w:br/>
        <w:t>f 10531/17090/14267 10528/17093/14263 10085/16698/13914</w:t>
        <w:br/>
        <w:t>f 10086/16697/13913 10531/17090/14267 10085/16698/13914</w:t>
        <w:br/>
        <w:t>f 10527/17086/14263 10524/17089/14266 10089/16702/13916</w:t>
        <w:br/>
        <w:t>f 10090/16701/13914 10527/17086/14263 10089/16702/13916</w:t>
        <w:br/>
        <w:t>f 10535/17094/14269 10534/17095/14270 10533/17096/14271</w:t>
        <w:br/>
        <w:t>f 10532/17097/14272 10535/17094/14269 10533/17096/14271</w:t>
        <w:br/>
        <w:t>f 10539/17098/14273 10538/17099/14270 10537/17100/14269</w:t>
        <w:br/>
        <w:t>f 10536/17101/14274 10539/17098/14273 10537/17100/14269</w:t>
        <w:br/>
        <w:t>f 10530/17091/14268 10541/17102/14275 10540/17103/14276</w:t>
        <w:br/>
        <w:t>f 10529/17092/14264 10530/17091/14268 10540/17103/14276</w:t>
        <w:br/>
        <w:t>f 10544/17104/14276 10543/17105/14277 10542/17106/14278</w:t>
        <w:br/>
        <w:t>f 10526/17087/14264 10544/17104/14276 10542/17106/14278</w:t>
        <w:br/>
        <w:t>f 10503/17069/14246 10530/17091/14268 10531/17090/14267</w:t>
        <w:br/>
        <w:t>f 10502/17067/14244 10503/17069/14246 10531/17090/14267</w:t>
        <w:br/>
        <w:t>f 10505/17071/14248 10506/17070/14247 10539/17098/14273</w:t>
        <w:br/>
        <w:t>f 10536/17101/14274 10505/17071/14248 10539/17098/14273</w:t>
        <w:br/>
        <w:t>f 10504/17068/14245 10541/17102/14275 10530/17091/14268</w:t>
        <w:br/>
        <w:t>f 10503/17069/14246 10504/17068/14245 10530/17091/14268</w:t>
        <w:br/>
        <w:t>f 10546/17107/14279 10545/17108/14280 10508/17074/14251</w:t>
        <w:br/>
        <w:t>f 10509/17073/14250 10546/17107/14279 10508/17074/14251</w:t>
        <w:br/>
        <w:t>f 10533/17096/14271 10514/17077/14254 10515/17076/14253</w:t>
        <w:br/>
        <w:t>f 10532/17097/14272 10533/17096/14271 10515/17076/14253</w:t>
        <w:br/>
        <w:t>f 10543/17105/14277 10516/17079/14256 10517/17078/14255</w:t>
        <w:br/>
        <w:t>f 10542/17106/14278 10543/17105/14277 10517/17078/14255</w:t>
        <w:br/>
        <w:t>f 10524/17089/14266 10525/17088/14265 10519/17081/14258</w:t>
        <w:br/>
        <w:t>f 10518/17080/14257 10524/17089/14266 10519/17081/14258</w:t>
        <w:br/>
        <w:t>f 10518/17080/14257 10073/16686/13903 10089/16702/13916</w:t>
        <w:br/>
        <w:t>f 10524/17089/14266 10518/17080/14257 10089/16702/13916</w:t>
        <w:br/>
        <w:t>f 10548/17109/14281 10547/17110/14282 10521/17084/14261</w:t>
        <w:br/>
        <w:t>f 10522/17083/14260 10548/17109/14281 10521/17084/14261</w:t>
        <w:br/>
        <w:t>f 10550/17111/14283 10549/17112/14284 10493/17057/14235</w:t>
        <w:br/>
        <w:t>f 10494/17056/14234 10550/17111/14283 10493/17057/14235</w:t>
        <w:br/>
        <w:t>f 10493/17057/14235 10549/17112/14284 10551/17113/14285</w:t>
        <w:br/>
        <w:t>f 10506/17070/14247 10493/17057/14235 10551/17113/14285</w:t>
        <w:br/>
        <w:t>f 10506/17070/14247 10551/17113/14285 10552/17114/14286</w:t>
        <w:br/>
        <w:t>f 10539/17098/14273 10506/17070/14247 10552/17114/14286</w:t>
        <w:br/>
        <w:t>f 10507/17075/14252 10549/17112/14284 10550/17111/14283</w:t>
        <w:br/>
        <w:t>f 10553/17115/14287 10507/17075/14252 10550/17111/14283</w:t>
        <w:br/>
        <w:t>f 10546/17107/14279 10554/17116/14288 10545/17108/14280</w:t>
        <w:br/>
        <w:t>f 10552/17114/14286 10555/17117/14289 10538/17099/14270</w:t>
        <w:br/>
        <w:t>f 10539/17098/14273 10552/17114/14286 10538/17099/14270</w:t>
        <w:br/>
        <w:t>f 10068/16681/13898 10481/17049/14228 10482/17048/14227</w:t>
        <w:br/>
        <w:t>f 10067/16682/13899 10068/16681/13898 10482/17048/14227</w:t>
        <w:br/>
        <w:t>f 10485/17051/14230 10488/17054/14226 10489/17053/14232</w:t>
        <w:br/>
        <w:t>f 10486/17050/14229 10485/17051/14230 10489/17053/14232</w:t>
        <w:br/>
        <w:t>f 10503/17069/14246 10502/17067/14244 10486/17050/14229</w:t>
        <w:br/>
        <w:t>f 10489/17053/14232 10503/17069/14246 10486/17050/14229</w:t>
        <w:br/>
        <w:t>f 10086/16697/13913 10072/16683/13900 10502/17067/14244</w:t>
        <w:br/>
        <w:t>f 10531/17090/14267 10086/16697/13913 10502/17067/14244</w:t>
        <w:br/>
        <w:t>f 10556/17118/14289 10547/17110/14282 10548/17109/14281</w:t>
        <w:br/>
        <w:t>f 10534/17095/14270 10556/17118/14289 10548/17109/14281</w:t>
        <w:br/>
        <w:t>f 10523/17082/14259 10520/17085/14262 10557/17119/14290</w:t>
        <w:br/>
        <w:t>f 10498/17060/14238 10523/17082/14259 10557/17119/14290</w:t>
        <w:br/>
        <w:t>f 10558/17120/10304 10521/17084/14261 10547/17110/14282</w:t>
        <w:br/>
        <w:t>f 10507/17075/14252 10553/17115/14287 10510/17072/14249</w:t>
        <w:br/>
        <w:t>f 10555/17117/14289 10552/17114/14286 10545/17108/14280</w:t>
        <w:br/>
        <w:t>f 10554/17116/14288 10555/17117/14289 10545/17108/14280</w:t>
        <w:br/>
        <w:t>f 10560/17121/14287 10557/17119/14290 10520/17085/14262</w:t>
        <w:br/>
        <w:t>f 10559/17122/10257 10560/17121/14287 10520/17085/14262</w:t>
        <w:br/>
        <w:t>f 10547/17110/14282 10556/17118/14289 10562/17123/14291</w:t>
        <w:br/>
        <w:t>f 10561/17124/14292 10547/17110/14282 10562/17123/14291</w:t>
        <w:br/>
        <w:t>f 10570/17125/14293 10569/17126/14294 10561/17124/14292</w:t>
        <w:br/>
        <w:t>f 10562/17123/14291 10570/17125/14293 10561/17124/14292</w:t>
        <w:br/>
        <w:t>f 10508/17074/14251 10551/17113/14285 10549/17112/14284</w:t>
        <w:br/>
        <w:t>f 10507/17075/14252 10508/17074/14251 10549/17112/14284</w:t>
        <w:br/>
        <w:t>f 10545/17108/14280 10552/17114/14286 10551/17113/14285</w:t>
        <w:br/>
        <w:t>f 10508/17074/14251 10545/17108/14280 10551/17113/14285</w:t>
        <w:br/>
        <w:t>f 10572/17127/14295 10571/17128/14296 10100/16715/13928</w:t>
        <w:br/>
        <w:t>f 10101/16714/13927 10572/17127/14295 10100/16715/13928</w:t>
        <w:br/>
        <w:t>f 10576/17129/14297 10575/17130/14298 10574/17131/14299</w:t>
        <w:br/>
        <w:t>f 10573/17132/14300 10576/17129/14297 10574/17131/14299</w:t>
        <w:br/>
        <w:t>f 10580/17133/14301 10579/17134/14300 10578/17135/14299</w:t>
        <w:br/>
        <w:t>f 10577/17136/14302 10580/17133/14301 10578/17135/14299</w:t>
        <w:br/>
        <w:t>f 10584/17137/14303 10583/17138/14304 10582/17139/14305</w:t>
        <w:br/>
        <w:t>f 10581/17140/14306 10584/17137/14303 10582/17139/14305</w:t>
        <w:br/>
        <w:t>f 10576/17129/14297 10586/17141/14307 10585/17142/14308</w:t>
        <w:br/>
        <w:t>f 10575/17130/14298 10576/17129/14297 10585/17142/14308</w:t>
        <w:br/>
        <w:t>f 10590/17143/14309 10589/17144/14310 10588/17145/14311</w:t>
        <w:br/>
        <w:t>f 10587/17146/14312 10590/17143/14309 10588/17145/14311</w:t>
        <w:br/>
        <w:t>f 10580/17133/14301 10577/17136/14302 10595/17147/14313</w:t>
        <w:br/>
        <w:t>f 10594/17148/14314 10580/17133/14301 10595/17147/14313</w:t>
        <w:br/>
        <w:t>f 10599/17149/14315 10598/17150/14316 10597/17151/14317</w:t>
        <w:br/>
        <w:t>f 10596/17152/14318 10599/17149/14315 10597/17151/14317</w:t>
        <w:br/>
        <w:t>f 10124/16735/13947 10601/17153/14319 10600/17154/14320</w:t>
        <w:br/>
        <w:t>f 10123/16736/13948 10124/16735/13947 10600/17154/14320</w:t>
        <w:br/>
        <w:t>f 10126/16739/13951 10602/17155/14321 10601/17153/14319</w:t>
        <w:br/>
        <w:t>f 10124/16735/13947 10126/16739/13951 10601/17153/14319</w:t>
        <w:br/>
        <w:t>f 10606/17156/14322 10605/17157/14323 10604/17158/14324</w:t>
        <w:br/>
        <w:t>f 10603/17159/14325 10606/17156/14322 10604/17158/14324</w:t>
        <w:br/>
        <w:t>f 10608/17160/14326 10606/17156/14322 10603/17159/14325</w:t>
        <w:br/>
        <w:t>f 10607/17161/14327 10608/17160/14326 10603/17159/14325</w:t>
        <w:br/>
        <w:t>f 10610/17162/14328 10609/17163/14329 10601/17153/14319</w:t>
        <w:br/>
        <w:t>f 10602/17155/14321 10610/17162/14328 10601/17153/14319</w:t>
        <w:br/>
        <w:t>f 10609/17163/14329 10612/17164/14330 10611/17165/14331</w:t>
        <w:br/>
        <w:t>f 10601/17153/14319 10609/17163/14329 10611/17165/14331</w:t>
        <w:br/>
        <w:t>f 10109/16720/13932 10582/17139/14305 10602/17155/14321</w:t>
        <w:br/>
        <w:t>f 10126/16739/13951 10109/16720/13932 10602/17155/14321</w:t>
        <w:br/>
        <w:t>f 10607/17161/14327 10585/17142/14308 10586/17141/14307</w:t>
        <w:br/>
        <w:t>f 10608/17160/14326 10607/17161/14327 10586/17141/14307</w:t>
        <w:br/>
        <w:t>f 10614/17166/14332 10613/17167/14333 10588/17145/14311</w:t>
        <w:br/>
        <w:t>f 10589/17144/14310 10614/17166/14332 10588/17145/14311</w:t>
        <w:br/>
        <w:t>f 10605/17157/14323 10594/17148/14314 10595/17147/14313</w:t>
        <w:br/>
        <w:t>f 10604/17158/14324 10605/17157/14323 10595/17147/14313</w:t>
        <w:br/>
        <w:t>f 10612/17164/14330 10616/17168/14334 10615/17169/14335</w:t>
        <w:br/>
        <w:t>f 10611/17165/14331 10612/17164/14330 10615/17169/14335</w:t>
        <w:br/>
        <w:t>f 10618/17170/14336 10617/17171/14337 10597/17151/14317</w:t>
        <w:br/>
        <w:t>f 10598/17150/14316 10618/17170/14336 10597/17151/14317</w:t>
        <w:br/>
        <w:t>f 10573/17132/14300 10620/17172/14338 10619/17173/14339</w:t>
        <w:br/>
        <w:t>f 10576/17129/14297 10573/17132/14300 10619/17173/14339</w:t>
        <w:br/>
        <w:t>f 10576/17129/14297 10619/17173/14339 10621/17174/14340</w:t>
        <w:br/>
        <w:t>f 10586/17141/14307 10576/17129/14297 10621/17174/14340</w:t>
        <w:br/>
        <w:t>f 10622/17175/14341 10608/17160/14326 10586/17141/14307</w:t>
        <w:br/>
        <w:t>f 10621/17174/14340 10622/17175/14341 10586/17141/14307</w:t>
        <w:br/>
        <w:t>f 10602/17155/14321 10582/17139/14305 10583/17138/14304</w:t>
        <w:br/>
        <w:t>f 10610/17162/14328 10602/17155/14321 10583/17138/14304</w:t>
        <w:br/>
        <w:t>f 10615/17169/14335 10616/17168/14334 10624/17176/14342</w:t>
        <w:br/>
        <w:t>f 10623/17177/14343 10615/17169/14335 10624/17176/14342</w:t>
        <w:br/>
        <w:t>f 10625/17178/14344 10571/17128/14296 10623/17177/14343</w:t>
        <w:br/>
        <w:t>f 10624/17176/14342 10625/17178/14344 10623/17177/14343</w:t>
        <w:br/>
        <w:t>f 10627/17179/14296 10626/17180/14345 10584/17137/14303</w:t>
        <w:br/>
        <w:t>f 10581/17140/14306 10627/17179/14296 10584/17137/14303</w:t>
        <w:br/>
        <w:t>f 10587/17146/14312 10619/17173/14339 10620/17172/14338</w:t>
        <w:br/>
        <w:t>f 10628/17181/14346 10587/17146/14312 10620/17172/14338</w:t>
        <w:br/>
        <w:t>f 10614/17166/14332 10629/17182/14347 10613/17167/14333</w:t>
        <w:br/>
        <w:t>f 10630/17183/14348 10606/17156/14322 10608/17160/14326</w:t>
        <w:br/>
        <w:t>f 10622/17175/14341 10630/17183/14348 10608/17160/14326</w:t>
        <w:br/>
        <w:t>f 10104/16719/13928 10627/17179/14296 10581/17140/14306</w:t>
        <w:br/>
        <w:t>f 10107/16716/13929 10104/16719/13928 10581/17140/14306</w:t>
        <w:br/>
        <w:t>f 10582/17139/14305 10109/16720/13932 10107/16716/13929</w:t>
        <w:br/>
        <w:t>f 10581/17140/14306 10582/17139/14305 10107/16716/13929</w:t>
        <w:br/>
        <w:t>f 10630/17183/14348 10617/17171/14337 10618/17170/14336</w:t>
        <w:br/>
        <w:t>f 10606/17156/14322 10630/17183/14348 10618/17170/14336</w:t>
        <w:br/>
        <w:t>f 10599/17149/14315 10596/17152/14318 10631/17184/14338</w:t>
        <w:br/>
        <w:t>f 10579/17134/14300 10599/17149/14315 10631/17184/14338</w:t>
        <w:br/>
        <w:t>f 10597/17151/14317 10632/17185/10311 10596/17152/14318</w:t>
        <w:br/>
        <w:t>f 10587/17146/14312 10628/17181/14346 10590/17143/14309</w:t>
        <w:br/>
        <w:t>f 10613/17167/14333 10629/17182/14347 10630/17183/14348</w:t>
        <w:br/>
        <w:t>f 10622/17175/14341 10613/17167/14333 10630/17183/14348</w:t>
        <w:br/>
        <w:t>f 10639/17186/10267 10638/17187/14349 10637/17188/14350</w:t>
        <w:br/>
        <w:t>f 10636/17189/14351 10639/17186/10267 10637/17188/14350</w:t>
        <w:br/>
        <w:t>f 10629/17182/14347 10640/17190/14352 10617/17171/14337</w:t>
        <w:br/>
        <w:t>f 10630/17183/14348 10629/17182/14347 10617/17171/14337</w:t>
        <w:br/>
        <w:t>f 10636/17189/14351 10631/17184/14338 10596/17152/14318</w:t>
        <w:br/>
        <w:t>f 10639/17186/10267 10636/17189/14351 10596/17152/14318</w:t>
        <w:br/>
        <w:t>f 10647/17191/14353 10646/17192/14354 10640/17190/14352</w:t>
        <w:br/>
        <w:t>f 10629/17182/14347 10647/17191/14353 10640/17190/14352</w:t>
        <w:br/>
        <w:t>f 10588/17145/14311 10621/17174/14340 10619/17173/14339</w:t>
        <w:br/>
        <w:t>f 10587/17146/14312 10588/17145/14311 10619/17173/14339</w:t>
        <w:br/>
        <w:t>f 10588/17145/14311 10613/17167/14333 10622/17175/14341</w:t>
        <w:br/>
        <w:t>f 10621/17174/14340 10588/17145/14311 10622/17175/14341</w:t>
        <w:br/>
        <w:t>f 10648/17193/14023 10046/16655/13872 10043/16658/13875</w:t>
        <w:br/>
        <w:t>f 10201/16813/14020 10648/17193/14023 10043/16658/13875</w:t>
        <w:br/>
        <w:t>f 10649/17194/13843 10189/16801/14009 10147/16756/13968</w:t>
        <w:br/>
        <w:t>f 10241/16851/14056 10649/17194/13843 10147/16756/13968</w:t>
        <w:br/>
        <w:t>f 10203/16814/14021 10189/16801/14009 10650/17195/14355</w:t>
        <w:br/>
        <w:t>f 10161/16771/13982 10132/16743/13955 10185/16797/14005</w:t>
        <w:br/>
        <w:t>f 10651/17196/14356 10161/16771/13982 10185/16797/14005</w:t>
        <w:br/>
        <w:t>f 10174/16787/13996 10175/16786/13995 10651/17196/14356</w:t>
        <w:br/>
        <w:t>f 10185/16797/14005 10174/16787/13996 10651/17196/14356</w:t>
        <w:br/>
        <w:t>f 10179/16792/10686 10652/17197/10683 10178/16789/13998</w:t>
        <w:br/>
        <w:t>f 10029/16641/13858 10655/17198/14357 10654/17199/14358</w:t>
        <w:br/>
        <w:t>f 10653/17200/14359 10029/16641/13858 10654/17199/14358</w:t>
        <w:br/>
        <w:t>f 10653/17200/14359 10158/16769/13980 10041/16654/13871</w:t>
        <w:br/>
        <w:t>f 10029/16641/13858 10653/17200/14359 10041/16654/13871</w:t>
        <w:br/>
        <w:t>f 10206/16817/14024 10208/16820/14027 10058/16671/13889</w:t>
        <w:br/>
        <w:t>f 10061/16673/13891 10206/16817/14024 10058/16671/13889</w:t>
        <w:br/>
        <w:t>f 10061/16673/13891 10058/16671/13889 10030/16640/13857</w:t>
        <w:br/>
        <w:t>f 10060/16674/13892 10061/16673/13891 10030/16640/13857</w:t>
        <w:br/>
        <w:t>f 10198/16810/14018 10656/17201/14360 10083/16695/13911</w:t>
        <w:br/>
        <w:t>f 10099/16711/13924 10198/16810/14018 10083/16695/13911</w:t>
        <w:br/>
        <w:t>f 10130/16745/13957 10128/16741/13953 10212/16821/14028</w:t>
        <w:br/>
        <w:t>f 10136/16747/13959 10130/16745/13957 10212/16821/14028</w:t>
        <w:br/>
        <w:t>f 10131/16744/13956 10129/16740/13952 10128/16741/13953</w:t>
        <w:br/>
        <w:t>f 10130/16745/13957 10131/16744/13956 10128/16741/13953</w:t>
        <w:br/>
        <w:t>f 10215/16830/14036 10216/16829/14035 10263/16867/14072</w:t>
        <w:br/>
        <w:t>f 10657/17202/14074 10215/16830/14036 10263/16867/14072</w:t>
        <w:br/>
        <w:t>f 10240/16846/14052 10237/16849/14055 10144/16759/13971</w:t>
        <w:br/>
        <w:t>f 10145/16758/13970 10240/16846/14052 10144/16759/13971</w:t>
        <w:br/>
        <w:t>f 10256/16862/14067 10154/16764/13976 10152/16766/13975</w:t>
        <w:br/>
        <w:t>f 10145/16758/13970 10154/16764/13976 10256/16862/14067</w:t>
        <w:br/>
        <w:t>f 10240/16846/14052 10145/16758/13970 10256/16862/14067</w:t>
        <w:br/>
        <w:t>f 10292/16896/14092 10660/17203/14361 10659/17204/14362</w:t>
        <w:br/>
        <w:t>f 10658/17205/14363 10292/16896/14092 10659/17204/14362</w:t>
        <w:br/>
        <w:t>f 10659/17204/14362 10342/16942/14133 10332/16934/14127</w:t>
        <w:br/>
        <w:t>f 10658/17205/14363 10659/17204/14362 10332/16934/14127</w:t>
        <w:br/>
        <w:t>f 10293/16895/14091 10661/17206/14096 10660/17203/14361</w:t>
        <w:br/>
        <w:t>f 10292/16896/14092 10293/16895/14091 10660/17203/14361</w:t>
        <w:br/>
        <w:t>f 10453/17022/14203 10450/17025/14206 10663/17207/14364</w:t>
        <w:br/>
        <w:t>f 10662/17208/14365 10453/17022/14203 10663/17207/14364</w:t>
        <w:br/>
        <w:t>f 10457/17026/14207 10449/17018/14199 10446/17021/14202</w:t>
        <w:br/>
        <w:t>f 10456/17027/14208 10457/17026/14207 10446/17021/14202</w:t>
        <w:br/>
        <w:t>f 10136/16747/13959 10212/16821/14028 10209/16824/14031</w:t>
        <w:br/>
        <w:t>f 10135/16748/13960 10136/16747/13959 10209/16824/14031</w:t>
        <w:br/>
        <w:t>f 10194/16806/14014 10038/16652/13869 10039/16651/13868</w:t>
        <w:br/>
        <w:t>f 10333/16933/14126 10664/17209/14366 10658/17205/14363</w:t>
        <w:br/>
        <w:t>f 10332/16934/14127 10333/16933/14126 10658/17205/14363</w:t>
        <w:br/>
        <w:t>f 10658/17205/14363 10664/17209/14366 10295/16893/14089</w:t>
        <w:br/>
        <w:t>f 10292/16896/14092 10658/17205/14363 10295/16893/14089</w:t>
        <w:br/>
        <w:t>f 10665/17210/14367 10110/16723/13935 10123/16736/13948</w:t>
        <w:br/>
        <w:t>f 10600/17154/14320 10665/17210/14367 10123/16736/13948</w:t>
        <w:br/>
        <w:t>f 10572/17127/14295 10101/16714/13927 10110/16723/13935</w:t>
        <w:br/>
        <w:t>f 10665/17210/14367 10572/17127/14295 10110/16723/13935</w:t>
        <w:br/>
        <w:t>f 10253/16856/14061 10271/16873/14078 10667/17211/14368</w:t>
        <w:br/>
        <w:t>f 10666/17212/14369 10253/16856/14061 10667/17211/14368</w:t>
        <w:br/>
        <w:t>f 10225/16835/14041 10223/16837/14043 10667/17211/14368</w:t>
        <w:br/>
        <w:t>f 10271/16873/14078 10225/16835/14041 10667/17211/14368</w:t>
        <w:br/>
        <w:t>f 10668/17213/14370 10028/16642/13859 10196/16808/14016</w:t>
        <w:br/>
        <w:t>f 10668/17213/14370 10195/16807/14015 10028/16642/13859</w:t>
        <w:br/>
        <w:t>f 10031/16646/13863 10018/16629/13846 10195/16807/14015</w:t>
        <w:br/>
        <w:t>f 10668/17213/14370 10031/16646/13863 10195/16807/14015</w:t>
        <w:br/>
        <w:t>f 10196/16808/14016 10034/16643/13860 10031/16646/13863</w:t>
        <w:br/>
        <w:t>f 10668/17213/14370 10196/16808/14016 10031/16646/13863</w:t>
        <w:br/>
        <w:t>f 10061/16673/13891 10062/16672/13890 10205/16818/14025</w:t>
        <w:br/>
        <w:t>f 10206/16817/14024 10061/16673/13891 10205/16818/14025</w:t>
        <w:br/>
        <w:t>f 10669/17214/14371 10656/17201/14360 10198/16810/14018</w:t>
        <w:br/>
        <w:t>f 10093/16706/13920 10669/17214/14371 10198/16810/14018</w:t>
        <w:br/>
        <w:t>f 10197/16809/14017 10656/17201/14360 10669/17214/14371</w:t>
        <w:br/>
        <w:t>f 10080/16693/13909 10197/16809/14017 10669/17214/14371</w:t>
        <w:br/>
        <w:t>f 10119/16733/13945 10120/16732/13944 10135/16748/13960</w:t>
        <w:br/>
        <w:t>f 10209/16824/14031 10119/16733/13945 10135/16748/13960</w:t>
        <w:br/>
        <w:t>f 10209/16824/14031 10210/16823/14030 10670/17215/14372</w:t>
        <w:br/>
        <w:t>f 10119/16733/13945 10209/16824/14031 10670/17215/14372</w:t>
        <w:br/>
        <w:t>f 10672/17216/14373 10671/17217/10638 10176/16785/13994</w:t>
        <w:br/>
        <w:t>f 10671/17217/10638 10673/17218/14374 10176/16785/13994</w:t>
        <w:br/>
        <w:t>f 10173/16788/13997 10675/17219/14375 10674/17220/10701</w:t>
        <w:br/>
        <w:t>f 10010/16625/13842 10011/16624/13841 10676/17221/14376</w:t>
        <w:br/>
        <w:t>f 10187/16799/14007 10168/16783/13992 10169/16782/13991</w:t>
        <w:br/>
        <w:t>f 10160/16772/13983 10187/16799/14007 10169/16782/13991</w:t>
        <w:br/>
        <w:t>f 10651/17196/14356 10187/16799/14007 10160/16772/13983</w:t>
        <w:br/>
        <w:t>f 10161/16771/13982 10651/17196/14356 10160/16772/13983</w:t>
        <w:br/>
        <w:t>f 10197/16809/14017 10042/16653/13870 10083/16695/13911</w:t>
        <w:br/>
        <w:t>f 10656/17201/14360 10197/16809/14017 10083/16695/13911</w:t>
        <w:br/>
        <w:t>f 10151/16760/13972 10171/16780/13990 10168/16783/13992</w:t>
        <w:br/>
        <w:t>f 10150/16761/13973 10151/16760/13972 10168/16783/13992</w:t>
        <w:br/>
        <w:t>f 10186/16798/14006 10187/16799/14007 10651/17196/14356</w:t>
        <w:br/>
        <w:t>f 10175/16786/13995 10186/16798/14006 10651/17196/14356</w:t>
        <w:br/>
        <w:t>f 10032/16645/13862 10017/16630/13847 10018/16629/13846</w:t>
        <w:br/>
        <w:t>f 10031/16646/13863 10032/16645/13862 10018/16629/13846</w:t>
        <w:br/>
        <w:t>f 10033/16644/13861 10034/16643/13860 10037/16647/13864</w:t>
        <w:br/>
        <w:t>f 10677/17222/14377 10033/16644/13861 10037/16647/13864</w:t>
        <w:br/>
        <w:t>f 10121/16731/13943 10092/16707/13921 10099/16711/13924</w:t>
        <w:br/>
        <w:t>f 10161/16771/13982 10172/16784/13993 10132/16743/13955</w:t>
        <w:br/>
        <w:t>f 10058/16671/13889 10208/16820/14027 10059/16670/13888</w:t>
        <w:br/>
        <w:t>f 10678/17223/14378 10059/16670/13888 10164/16775/13986</w:t>
        <w:br/>
        <w:t>f 10165/16774/13985 10678/17223/14378 10164/16775/13986</w:t>
        <w:br/>
        <w:t>f 10165/16774/13985 10190/16805/14013 10191/16804/14012</w:t>
        <w:br/>
        <w:t>f 10678/17223/14378 10165/16774/13985 10191/16804/14012</w:t>
        <w:br/>
        <w:t>f 10153/16765/13977 10156/16768/13979 10193/16802/14010</w:t>
        <w:br/>
        <w:t>f 10190/16805/14013 10153/16765/13977 10193/16802/14010</w:t>
        <w:br/>
        <w:t>f 10190/16805/14013 10165/16774/13985 10162/16777/13988</w:t>
        <w:br/>
        <w:t>f 10153/16765/13977 10190/16805/14013 10162/16777/13988</w:t>
        <w:br/>
        <w:t>f 10208/16820/14027 10206/16817/14024 10207/16816/14023</w:t>
        <w:br/>
        <w:t>f 10200/16812/14020 10208/16820/14027 10207/16816/14023</w:t>
        <w:br/>
        <w:t>f 10202/16815/14022 10192/16803/14011 10193/16802/14010</w:t>
        <w:br/>
        <w:t>f 10188/16800/14008 10202/16815/14022 10193/16802/14010</w:t>
        <w:br/>
        <w:t>f 10193/16802/14010 10156/16768/13979 10146/16757/13969</w:t>
        <w:br/>
        <w:t>f 10188/16800/14008 10193/16802/14010 10146/16757/13969</w:t>
        <w:br/>
        <w:t>f 10156/16768/13979 10154/16764/13976 10145/16758/13970</w:t>
        <w:br/>
        <w:t>f 10146/16757/13969 10156/16768/13979 10145/16758/13970</w:t>
        <w:br/>
        <w:t>f 10181/16794/14002 10182/16793/14001 10133/16742/13954</w:t>
        <w:br/>
        <w:t>f 10137/16746/13958 10181/16794/14002 10133/16742/13954</w:t>
        <w:br/>
        <w:t>f 10182/16793/14001 10185/16797/14005 10132/16743/13955</w:t>
        <w:br/>
        <w:t>f 10133/16742/13954 10182/16793/14001 10132/16743/13955</w:t>
        <w:br/>
        <w:t>f 10137/16746/13958 10134/16749/13961 10157/16770/13981</w:t>
        <w:br/>
        <w:t>f 10181/16794/14002 10137/16746/13958 10157/16770/13981</w:t>
        <w:br/>
        <w:t>f 10160/16772/13983 10044/16657/13874 10056/16669/13887</w:t>
        <w:br/>
        <w:t>f 10680/17224/14379 10560/17121/14287 10559/17122/10257</w:t>
        <w:br/>
        <w:t>f 10679/17225/14380 10680/17224/14379 10559/17122/10257</w:t>
        <w:br/>
        <w:t>f 10168/16783/13992 10187/16799/14007 10150/16761/13973</w:t>
        <w:br/>
        <w:t>f 10682/17226/14381 10637/17188/14350 10681/17227/14382</w:t>
        <w:br/>
        <w:t>f 10684/17228/14332 10682/17226/14381 10683/17229/14383</w:t>
        <w:br/>
        <w:t>f 10687/17230/14250 10686/17231/14384 10685/17232/14385</w:t>
        <w:br/>
        <w:t>f 10689/17233/14386 10687/17230/14250 10688/17234/14387</w:t>
        <w:br/>
        <w:t>f 10295/16893/14089 10690/17235/14388 10294/16894/14090</w:t>
        <w:br/>
        <w:t>f 10690/17235/14388 10295/16893/14089 10664/17209/14366</w:t>
        <w:br/>
        <w:t>f 10691/17236/14389 10690/17235/14388 10664/17209/14366</w:t>
        <w:br/>
        <w:t>f 10692/17237/14390 10691/17236/14389 10664/17209/14366</w:t>
        <w:br/>
        <w:t>f 10333/16933/14126 10692/17237/14390 10664/17209/14366</w:t>
        <w:br/>
        <w:t>f 10333/16933/14126 10334/16932/14125 10692/17237/14390</w:t>
        <w:br/>
        <w:t>f 10694/17238/14391 10693/17239/14392 10691/17236/14389</w:t>
        <w:br/>
        <w:t>f 10692/17237/14390 10694/17238/14391 10691/17236/14389</w:t>
        <w:br/>
        <w:t>f 10695/17240/14393 10690/17235/14388 10691/17236/14389</w:t>
        <w:br/>
        <w:t>f 10693/17239/14392 10695/17240/14393 10691/17236/14389</w:t>
        <w:br/>
        <w:t>f 10696/17241/14394 10370/16972/14102 10371/16971/14160</w:t>
        <w:br/>
        <w:t>f 10696/17241/14394 10371/16971/14160 10372/16973/14161</w:t>
        <w:br/>
        <w:t>f 10697/17242/14395 10696/17241/14394 10372/16973/14161</w:t>
        <w:br/>
        <w:t>f 10372/16973/14161 10373/16974/14162 10368/16970/14159</w:t>
        <w:br/>
        <w:t>f 10697/17242/14395 10372/16973/14161 10368/16970/14159</w:t>
        <w:br/>
        <w:t>f 10368/16970/14159 10373/16974/14162 10369/16969/14158</w:t>
        <w:br/>
        <w:t>f 10697/17242/14395 10368/16970/14159 10356/16958/14148</w:t>
        <w:br/>
        <w:t>f 10328/16926/14119 10697/17242/14395 10356/16958/14148</w:t>
        <w:br/>
        <w:t>f 10325/16929/14122 10696/17241/14394 10697/17242/14395</w:t>
        <w:br/>
        <w:t>f 10328/16926/14119 10325/16929/14122 10697/17242/14395</w:t>
        <w:br/>
        <w:t>f 10699/17243/14396 10662/17208/14365 10698/17244/14223</w:t>
        <w:br/>
        <w:t>f 10699/17243/14396 10702/17245/14397 10701/17246/14398</w:t>
        <w:br/>
        <w:t>f 10700/17247/14399 10699/17243/14396 10701/17246/14398</w:t>
        <w:br/>
        <w:t>f 10704/17248/14400 10700/17247/14399 10701/17246/14398</w:t>
        <w:br/>
        <w:t>f 10703/17249/14401 10704/17248/14400 10701/17246/14398</w:t>
        <w:br/>
        <w:t>f 10447/17020/14201 10448/17019/14200 10704/17248/14400</w:t>
        <w:br/>
        <w:t>f 10703/17249/14401 10447/17020/14201 10704/17248/14400</w:t>
        <w:br/>
        <w:t>f 10452/17023/14204 10453/17022/14203 10700/17247/14399</w:t>
        <w:br/>
        <w:t>f 10704/17248/14400 10452/17023/14204 10700/17247/14399</w:t>
        <w:br/>
        <w:t>f 10662/17208/14365 10699/17243/14396 10700/17247/14399</w:t>
        <w:br/>
        <w:t>f 10453/17022/14203 10662/17208/14365 10700/17247/14399</w:t>
        <w:br/>
        <w:t>f 10705/17250/14402 10404/16992/14174 10408/16995/14176</w:t>
        <w:br/>
        <w:t>f 10705/17250/14402 10408/16995/14176 10424/17005/14186</w:t>
        <w:br/>
        <w:t>f 10706/17251/14403 10705/17250/14402 10424/17005/14186</w:t>
        <w:br/>
        <w:t>f 10707/17252/14404 10706/17251/14403 10424/17005/14186</w:t>
        <w:br/>
        <w:t>f 10443/17014/14195 10707/17252/14404 10424/17005/14186</w:t>
        <w:br/>
        <w:t>f 10707/17252/14404 10436/17007/14188 10437/17006/14187</w:t>
        <w:br/>
        <w:t>f 10706/17251/14403 10707/17252/14404 10437/17006/14187</w:t>
        <w:br/>
        <w:t>f 10423/17002/14183 10706/17251/14403 10437/17006/14187</w:t>
        <w:br/>
        <w:t>f 10407/16989/14171 10705/17250/14402 10706/17251/14403</w:t>
        <w:br/>
        <w:t>f 10423/17002/14183 10407/16989/14171 10706/17251/14403</w:t>
        <w:br/>
        <w:t>f 10484/17046/14225 10708/17253/14405 10483/17047/14226</w:t>
        <w:br/>
        <w:t>f 10708/17253/14405 10484/17046/14225 10519/17081/14258</w:t>
        <w:br/>
        <w:t>f 10709/17254/14406 10708/17253/14405 10519/17081/14258</w:t>
        <w:br/>
        <w:t>f 10710/17255/14407 10709/17254/14406 10519/17081/14258</w:t>
        <w:br/>
        <w:t>f 10525/17088/14265 10710/17255/14407 10519/17081/14258</w:t>
        <w:br/>
        <w:t>f 10525/17088/14265 10526/17087/14264 10710/17255/14407</w:t>
        <w:br/>
        <w:t>f 10542/17106/14278 10517/17078/14255 10709/17254/14406</w:t>
        <w:br/>
        <w:t>f 10710/17255/14407 10542/17106/14278 10709/17254/14406</w:t>
        <w:br/>
        <w:t>f 10708/17253/14405 10709/17254/14406 10517/17078/14255</w:t>
        <w:br/>
        <w:t>f 10500/17065/14242 10708/17253/14405 10517/17078/14255</w:t>
        <w:br/>
        <w:t>f 10711/17256/14408 10498/17060/14238 10495/17063/14240</w:t>
        <w:br/>
        <w:t>f 10711/17256/14408 10495/17063/14240 10514/17077/14254</w:t>
        <w:br/>
        <w:t>f 10712/17257/14409 10711/17256/14408 10514/17077/14254</w:t>
        <w:br/>
        <w:t>f 10533/17096/14271 10713/17258/14410 10712/17257/14409</w:t>
        <w:br/>
        <w:t>f 10514/17077/14254 10533/17096/14271 10712/17257/14409</w:t>
        <w:br/>
        <w:t>f 10533/17096/14271 10534/17095/14270 10713/17258/14410</w:t>
        <w:br/>
        <w:t>f 10712/17257/14409 10713/17258/14410 10548/17109/14281</w:t>
        <w:br/>
        <w:t>f 10522/17083/14260 10712/17257/14409 10548/17109/14281</w:t>
        <w:br/>
        <w:t>f 10523/17082/14259 10711/17256/14408 10712/17257/14409</w:t>
        <w:br/>
        <w:t>f 10522/17083/14260 10523/17082/14259 10712/17257/14409</w:t>
        <w:br/>
        <w:t>f 10572/17127/14295 10714/17259/14411 10571/17128/14296</w:t>
        <w:br/>
        <w:t>f 10714/17259/14411 10572/17127/14295 10665/17210/14367</w:t>
        <w:br/>
        <w:t>f 10715/17260/14412 10714/17259/14411 10665/17210/14367</w:t>
        <w:br/>
        <w:t>f 10715/17260/14412 10665/17210/14367 10600/17154/14320</w:t>
        <w:br/>
        <w:t>f 10716/17261/14413 10715/17260/14412 10600/17154/14320</w:t>
        <w:br/>
        <w:t>f 10600/17154/14320 10601/17153/14319 10716/17261/14413</w:t>
        <w:br/>
        <w:t>f 10611/17165/14331 10615/17169/14335 10715/17260/14412</w:t>
        <w:br/>
        <w:t>f 10716/17261/14413 10611/17165/14331 10715/17260/14412</w:t>
        <w:br/>
        <w:t>f 10623/17177/14343 10714/17259/14411 10715/17260/14412</w:t>
        <w:br/>
        <w:t>f 10615/17169/14335 10623/17177/14343 10715/17260/14412</w:t>
        <w:br/>
        <w:t>f 10717/17262/14414 10579/17134/14300 10580/17133/14301</w:t>
        <w:br/>
        <w:t>f 10717/17262/14414 10580/17133/14301 10594/17148/14314</w:t>
        <w:br/>
        <w:t>f 10718/17263/14415 10717/17262/14414 10594/17148/14314</w:t>
        <w:br/>
        <w:t>f 10719/17264/14416 10718/17263/14415 10594/17148/14314</w:t>
        <w:br/>
        <w:t>f 10605/17157/14323 10719/17264/14416 10594/17148/14314</w:t>
        <w:br/>
        <w:t>f 10605/17157/14323 10606/17156/14322 10719/17264/14416</w:t>
        <w:br/>
        <w:t>f 10718/17263/14415 10719/17264/14416 10618/17170/14336</w:t>
        <w:br/>
        <w:t>f 10598/17150/14316 10718/17263/14415 10618/17170/14336</w:t>
        <w:br/>
        <w:t>f 10599/17149/14315 10717/17262/14414 10718/17263/14415</w:t>
        <w:br/>
        <w:t>f 10598/17150/14316 10599/17149/14315 10718/17263/14415</w:t>
        <w:br/>
        <w:t>f 10666/17212/14369 10257/16861/14066 10262/16865/14070</w:t>
        <w:br/>
        <w:t>f 10252/16857/14062 10666/17212/14369 10262/16865/14070</w:t>
        <w:br/>
        <w:t>f 10666/17212/14369 10667/17211/14368 10239/16847/14053</w:t>
        <w:br/>
        <w:t>f 10257/16861/14066 10666/17212/14369 10239/16847/14053</w:t>
        <w:br/>
        <w:t>f 10223/16837/14043 10238/16848/14054 10239/16847/14053</w:t>
        <w:br/>
        <w:t>f 10667/17211/14368 10223/16837/14043 10239/16847/14053</w:t>
        <w:br/>
        <w:t>f 10223/16837/14043 10224/16836/14042 10720/17265/14417</w:t>
        <w:br/>
        <w:t>f 10238/16848/14054 10223/16837/14043 10720/17265/14417</w:t>
        <w:br/>
        <w:t>f 10722/17266/14038 10721/17267/14418 10280/16884/14086</w:t>
        <w:br/>
        <w:t>f 10281/16883/14039 10722/17266/14038 10280/16884/14086</w:t>
        <w:br/>
        <w:t>f 10721/17267/14418 10724/17268/14419 10723/17269/14420</w:t>
        <w:br/>
        <w:t>f 10280/16884/14086 10721/17267/14418 10723/17269/14420</w:t>
        <w:br/>
        <w:t>f 10725/17270/14421 10275/16879/14083 10723/17269/14420</w:t>
        <w:br/>
        <w:t>f 10724/17268/14419 10725/17270/14421 10723/17269/14420</w:t>
        <w:br/>
        <w:t>f 10274/16880/14084 10275/16879/14083 10725/17270/14421</w:t>
        <w:br/>
        <w:t>f 10726/17271/14422 10274/16880/14084 10725/17270/14421</w:t>
        <w:br/>
        <w:t>f 10308/16908/14099 10294/16894/14090 10695/17240/14393</w:t>
        <w:br/>
        <w:t>f 10307/16909/14103 10308/16908/14099 10695/17240/14393</w:t>
        <w:br/>
        <w:t>f 10367/16967/14090 10301/16903/14099 10302/16902/14098</w:t>
        <w:br/>
        <w:t>f 10366/16968/14157 10367/16967/14090 10302/16902/14098</w:t>
        <w:br/>
        <w:t>f 10366/16968/14157 10302/16902/14098 10312/16914/14108</w:t>
        <w:br/>
        <w:t>f 10352/16953/14143 10366/16968/14157 10312/16914/14108</w:t>
        <w:br/>
        <w:t>f 10312/16914/14108 10343/16947/14137 10337/16937/14130</w:t>
        <w:br/>
        <w:t>f 10352/16953/14143 10312/16914/14108 10337/16937/14130</w:t>
        <w:br/>
        <w:t>f 10343/16947/14137 10344/16946/14136 10336/16938/14125</w:t>
        <w:br/>
        <w:t>f 10337/16937/14130 10343/16947/14137 10336/16938/14125</w:t>
        <w:br/>
        <w:t>f 10347/16951/14141 10348/16950/14140 10694/17238/14391</w:t>
        <w:br/>
        <w:t>f 10334/16932/14125 10347/16951/14141 10694/17238/14391</w:t>
        <w:br/>
        <w:t>f 10348/16950/14140 10323/16923/14116 10693/17239/14392</w:t>
        <w:br/>
        <w:t>f 10694/17238/14391 10348/16950/14140 10693/17239/14392</w:t>
        <w:br/>
        <w:t>f 10693/17239/14392 10323/16923/14116 10307/16909/14103</w:t>
        <w:br/>
        <w:t>f 10695/17240/14393 10693/17239/14392 10307/16909/14103</w:t>
        <w:br/>
        <w:t>f 10409/16994/14175 10663/17207/14364 10450/17025/14206</w:t>
        <w:br/>
        <w:t>f 10425/17004/14185 10409/16994/14175 10450/17025/14206</w:t>
        <w:br/>
        <w:t>f 10442/17015/14196 10425/17004/14185 10450/17025/14206</w:t>
        <w:br/>
        <w:t>f 10451/17024/14205 10442/17015/14196 10450/17025/14206</w:t>
        <w:br/>
        <w:t>f 10441/17012/14193 10442/17015/14196 10451/17024/14205</w:t>
        <w:br/>
        <w:t>f 10727/17272/14423 10441/17012/14193 10451/17024/14205</w:t>
        <w:br/>
        <w:t>f 10440/17013/14194 10441/17012/14193 10727/17272/14423</w:t>
        <w:br/>
        <w:t>f 10728/17273/14424 10440/17013/14194 10727/17272/14423</w:t>
        <w:br/>
        <w:t>f 10413/16997/14178 10440/17013/14194 10728/17273/14424</w:t>
        <w:br/>
        <w:t>f 10729/17274/14425 10413/16997/14178 10728/17273/14424</w:t>
        <w:br/>
        <w:t>f 10401/16987/14169 10413/16997/14178 10729/17274/14425</w:t>
        <w:br/>
        <w:t>f 10730/17275/14426 10401/16987/14169 10729/17274/14425</w:t>
        <w:br/>
        <w:t>f 10730/17275/14426 10731/17276/14427 10400/16988/14170</w:t>
        <w:br/>
        <w:t>f 10401/16987/14169 10730/17275/14426 10400/16988/14170</w:t>
        <w:br/>
        <w:t>f 10410/16993/14170 10732/17277/14427 10663/17207/14364</w:t>
        <w:br/>
        <w:t>f 10409/16994/14175 10410/16993/14170 10663/17207/14364</w:t>
        <w:br/>
        <w:t>f 10535/17094/14269 10532/17097/14272 10543/17105/14277</w:t>
        <w:br/>
        <w:t>f 10544/17104/14276 10535/17094/14269 10543/17105/14277</w:t>
        <w:br/>
        <w:t>f 10537/17100/14269 10540/17103/14276 10541/17102/14275</w:t>
        <w:br/>
        <w:t>f 10536/17101/14274 10537/17100/14269 10541/17102/14275</w:t>
        <w:br/>
        <w:t>f 10505/17071/14248 10536/17101/14274 10541/17102/14275</w:t>
        <w:br/>
        <w:t>f 10504/17068/14245 10505/17071/14248 10541/17102/14275</w:t>
        <w:br/>
        <w:t>f 10505/17071/14248 10504/17068/14245 10490/17052/14231</w:t>
        <w:br/>
        <w:t>f 10492/17058/14236 10505/17071/14248 10490/17052/14231</w:t>
        <w:br/>
        <w:t>f 10491/17059/14237 10492/17058/14236 10490/17052/14231</w:t>
        <w:br/>
        <w:t>f 10487/17055/14233 10491/17059/14237 10490/17052/14231</w:t>
        <w:br/>
        <w:t>f 10497/17061/14237 10501/17064/14241 10499/17066/14243</w:t>
        <w:br/>
        <w:t>f 10496/17062/14239 10497/17061/14237 10499/17066/14243</w:t>
        <w:br/>
        <w:t>f 10496/17062/14239 10499/17066/14243 10516/17079/14256</w:t>
        <w:br/>
        <w:t>f 10515/17076/14253 10496/17062/14239 10516/17079/14256</w:t>
        <w:br/>
        <w:t>f 10532/17097/14272 10515/17076/14253 10516/17079/14256</w:t>
        <w:br/>
        <w:t>f 10543/17105/14277 10532/17097/14272 10516/17079/14256</w:t>
        <w:br/>
        <w:t>f 10616/17168/14334 10595/17147/14313 10577/17136/14302</w:t>
        <w:br/>
        <w:t>f 10624/17176/14342 10616/17168/14334 10577/17136/14302</w:t>
        <w:br/>
        <w:t>f 10604/17158/14324 10595/17147/14313 10616/17168/14334</w:t>
        <w:br/>
        <w:t>f 10612/17164/14330 10604/17158/14324 10616/17168/14334</w:t>
        <w:br/>
        <w:t>f 10603/17159/14325 10604/17158/14324 10612/17164/14330</w:t>
        <w:br/>
        <w:t>f 10609/17163/14329 10603/17159/14325 10612/17164/14330</w:t>
        <w:br/>
        <w:t>f 10610/17162/14328 10607/17161/14327 10603/17159/14325</w:t>
        <w:br/>
        <w:t>f 10609/17163/14329 10610/17162/14328 10603/17159/14325</w:t>
        <w:br/>
        <w:t>f 10610/17162/14328 10583/17138/14304 10585/17142/14308</w:t>
        <w:br/>
        <w:t>f 10607/17161/14327 10610/17162/14328 10585/17142/14308</w:t>
        <w:br/>
        <w:t>f 10583/17138/14304 10584/17137/14303 10575/17130/14298</w:t>
        <w:br/>
        <w:t>f 10585/17142/14308 10583/17138/14304 10575/17130/14298</w:t>
        <w:br/>
        <w:t>f 10626/17180/14345 10574/17131/14299 10575/17130/14298</w:t>
        <w:br/>
        <w:t>f 10584/17137/14303 10626/17180/14345 10575/17130/14298</w:t>
        <w:br/>
        <w:t>f 10624/17176/14342 10577/17136/14302 10578/17135/14299</w:t>
        <w:br/>
        <w:t>f 10625/17178/14344 10624/17176/14342 10578/17135/14299</w:t>
        <w:br/>
        <w:t>f 10026/16639/13856 10060/16674/13892 10030/16640/13857</w:t>
        <w:br/>
        <w:t>f 10036/16648/13865 10034/16643/13860 10196/16808/14016</w:t>
        <w:br/>
        <w:t>f 10116/16727/13939 10092/16707/13921 10121/16731/13943</w:t>
        <w:br/>
        <w:t>f 10121/16731/13943 10119/16733/13945 10670/17215/14372</w:t>
        <w:br/>
        <w:t>f 10116/16727/13939 10121/16731/13943 10670/17215/14372</w:t>
        <w:br/>
        <w:t>f 10135/16748/13960 10120/16732/13944 10134/16749/13961</w:t>
        <w:br/>
        <w:t>f 10057/16668/13885 10045/16656/13873 10047/16660/13877</w:t>
        <w:br/>
        <w:t>f 10351/16952/14142 10057/16668/13885 10047/16660/13877</w:t>
        <w:br/>
        <w:t>f 10056/16669/13887 10044/16657/13874 10045/16656/13873</w:t>
        <w:br/>
        <w:t>f 10057/16668/13885 10056/16669/13887 10045/16656/13873</w:t>
        <w:br/>
        <w:t>f 10159/16773/13984 10056/16669/13887 10021/16634/13851</w:t>
        <w:br/>
        <w:t>f 10022/16633/13850 10159/16773/13984 10021/16634/13851</w:t>
        <w:br/>
        <w:t>f 10734/17278/14428 10025/16636/13853 10733/17279/14429</w:t>
        <w:br/>
        <w:t>f 10023/16632/13849 10735/17280/14430 10038/16652/13869</w:t>
        <w:br/>
        <w:t>f 10022/16633/13850 10023/16632/13849 10038/16652/13869</w:t>
        <w:br/>
        <w:t>f 10194/16806/14014 10159/16773/13984 10022/16633/13850</w:t>
        <w:br/>
        <w:t>f 10038/16652/13869 10194/16806/14014 10022/16633/13850</w:t>
        <w:br/>
        <w:t>f 10737/17281/14431 10172/16784/13993 10194/16806/14014</w:t>
        <w:br/>
        <w:t>f 10736/17282/14432 10737/17281/14431 10194/16806/14014</w:t>
        <w:br/>
        <w:t>f 10078/16690/13907 10065/16676/13894 10071/16684/13901</w:t>
        <w:br/>
        <w:t>f 10737/17281/14431 10078/16690/13907 10071/16684/13901</w:t>
        <w:br/>
        <w:t>f 10040/16650/13867 10038/16652/13869 10735/17280/14430</w:t>
        <w:br/>
        <w:t>f 10738/17283/14377 10040/16650/13867 10735/17280/14430</w:t>
        <w:br/>
        <w:t>f 10172/16784/13993 10737/17281/14431 10096/16710/13923</w:t>
        <w:br/>
        <w:t>f 10117/16730/13942 10172/16784/13993 10096/16710/13923</w:t>
        <w:br/>
        <w:t>f 10117/16730/13942 10118/16729/13941 10129/16740/13952</w:t>
        <w:br/>
        <w:t>f 10131/16744/13956 10117/16730/13942 10129/16740/13952</w:t>
        <w:br/>
        <w:t>f 10096/16710/13923 10737/17281/14431 10071/16684/13901</w:t>
        <w:br/>
        <w:t>f 10087/16696/13912 10096/16710/13923 10071/16684/13901</w:t>
        <w:br/>
        <w:t>f 10118/16729/13941 10106/16717/13930 10108/16721/13933</w:t>
        <w:br/>
        <w:t>f 10129/16740/13952 10118/16729/13941 10108/16721/13933</w:t>
        <w:br/>
        <w:t>f 10739/17284/14433 10351/16952/14142 10339/16941/14132</w:t>
        <w:br/>
        <w:t>f 10340/16940/14131 10739/17284/14433 10339/16941/14132</w:t>
        <w:br/>
        <w:t>f 10079/16694/13910 10080/16693/13909 10069/16680/13897</w:t>
        <w:br/>
        <w:t>f 10070/16679/13895 10079/16694/13910 10069/16680/13897</w:t>
        <w:br/>
        <w:t>f 10064/16677/13895 10065/16676/13894 10076/16688/13905</w:t>
        <w:br/>
        <w:t>f 10094/16705/13919 10091/16700/13915 10088/16703/13917</w:t>
        <w:br/>
        <w:t>f 10093/16706/13920 10094/16705/13919 10088/16703/13917</w:t>
        <w:br/>
        <w:t>f 10088/16703/13917 10074/16685/13902 10669/17214/14371</w:t>
        <w:br/>
        <w:t>f 10093/16706/13920 10088/16703/13917 10669/17214/14371</w:t>
        <w:br/>
        <w:t>f 10080/16693/13909 10669/17214/14371 10074/16685/13902</w:t>
        <w:br/>
        <w:t>f 10069/16680/13897 10080/16693/13909 10074/16685/13902</w:t>
        <w:br/>
        <w:t>f 10115/16728/13940 10116/16727/13939 10102/16713/13926</w:t>
        <w:br/>
        <w:t>f 10103/16712/13925 10115/16728/13940 10102/16713/13926</w:t>
        <w:br/>
        <w:t>f 10106/16717/13930 10756/17285/14434 10113/16725/13937</w:t>
        <w:br/>
        <w:t>f 10105/16718/13931 10106/16717/13930 10113/16725/13937</w:t>
        <w:br/>
        <w:t>f 10211/16822/14029 10125/16734/13946 10122/16737/13949</w:t>
        <w:br/>
        <w:t>f 10210/16823/14030 10211/16822/14029 10122/16737/13949</w:t>
        <w:br/>
        <w:t>f 10111/16722/13934 10670/17215/14372 10210/16823/14030</w:t>
        <w:br/>
        <w:t>f 10122/16737/13949 10111/16722/13934 10210/16823/14030</w:t>
        <w:br/>
        <w:t>f 10116/16727/13939 10670/17215/14372 10111/16722/13934</w:t>
        <w:br/>
        <w:t>f 10102/16713/13926 10116/16727/13939 10111/16722/13934</w:t>
        <w:br/>
        <w:t>f 10342/16942/14133 10330/16930/14123 10329/16931/14124</w:t>
        <w:br/>
        <w:t>f 10341/16943/14131 10342/16942/14133 10329/16931/14124</w:t>
        <w:br/>
        <w:t>f 10289/16891/14088 10290/16890/14087 10660/17203/14361</w:t>
        <w:br/>
        <w:t>f 10661/17206/14096 10289/16891/14088 10660/17203/14361</w:t>
        <w:br/>
        <w:t>f 10660/17203/14361 10290/16890/14087 10324/16925/14118</w:t>
        <w:br/>
        <w:t>f 10659/17204/14362 10660/17203/14361 10324/16925/14118</w:t>
        <w:br/>
        <w:t>f 10330/16930/14123 10342/16942/14133 10659/17204/14362</w:t>
        <w:br/>
        <w:t>f 10324/16925/14118 10330/16930/14123 10659/17204/14362</w:t>
        <w:br/>
        <w:t>f 10296/16900/14096 10297/16899/14095 10048/16659/13876</w:t>
        <w:br/>
        <w:t>f 10291/16892/14088 10296/16900/14096 10048/16659/13876</w:t>
        <w:br/>
        <w:t>f 10098/16708/13919 10096/16710/13923 10087/16696/13912</w:t>
        <w:br/>
        <w:t>f 10084/16699/13915 10098/16708/13919 10087/16696/13912</w:t>
        <w:br/>
        <w:t>f 10242/16850/13964 10144/16759/13971 10237/16849/14055</w:t>
        <w:br/>
        <w:t>f 10265/16869/14074 10242/16850/13964 10237/16849/14055</w:t>
        <w:br/>
        <w:t>f 10270/16874/14079 10251/16858/14063 10725/17270/14421</w:t>
        <w:br/>
        <w:t>f 10724/17268/14419 10270/16874/14079 10725/17270/14421</w:t>
        <w:br/>
        <w:t>f 10721/17267/14418 10272/16875/14080 10270/16874/14079</w:t>
        <w:br/>
        <w:t>f 10724/17268/14419 10721/17267/14418 10270/16874/14079</w:t>
        <w:br/>
        <w:t>f 10722/17266/14038 10224/16836/14042 10272/16875/14080</w:t>
        <w:br/>
        <w:t>f 10721/17267/14418 10722/17266/14038 10272/16875/14080</w:t>
        <w:br/>
        <w:t>f 10218/16827/14033 10221/16832/14038 10222/16831/14037</w:t>
        <w:br/>
        <w:t>f 10217/16828/14034 10218/16827/14033 10222/16831/14037</w:t>
        <w:br/>
        <w:t>f 10227/16838/14044 10217/16828/14034 10222/16831/14037</w:t>
        <w:br/>
        <w:t>f 10228/16841/14047 10227/16838/14044 10222/16831/14037</w:t>
        <w:br/>
        <w:t>f 10249/16855/14060 10227/16838/14044 10228/16841/14047</w:t>
        <w:br/>
        <w:t>f 10261/16863/14068 10249/16855/14060 10228/16841/14047</w:t>
        <w:br/>
        <w:t>f 10268/16872/14077 10250/16854/14059 10249/16855/14060</w:t>
        <w:br/>
        <w:t>f 10261/16863/14068 10268/16872/14077 10249/16855/14060</w:t>
        <w:br/>
        <w:t>f 10726/17271/14422 10725/17270/14421 10251/16858/14063</w:t>
        <w:br/>
        <w:t>f 10252/16857/14062 10726/17271/14422 10251/16858/14063</w:t>
        <w:br/>
        <w:t>f 10654/17199/14358 10655/17198/14357 10059/16670/13888</w:t>
        <w:br/>
        <w:t>f 10678/17223/14378 10654/17199/14358 10059/16670/13888</w:t>
        <w:br/>
        <w:t>f 10184/16795/14003 10183/16796/14004 10757/17286/14435</w:t>
        <w:br/>
        <w:t>f 10157/16770/13981 10158/16769/13980 10758/17287/14436</w:t>
        <w:br/>
        <w:t>f 10183/16796/14004 10157/16770/13981 10758/17287/14436</w:t>
        <w:br/>
        <w:t>f 10158/16769/13980 10653/17200/14359 10759/17288/14437</w:t>
        <w:br/>
        <w:t>f 10760/17289/14438 10653/17200/14359 10654/17199/14358</w:t>
        <w:br/>
        <w:t>f 10654/17199/14358 10678/17223/14378 10191/16804/14012</w:t>
        <w:br/>
        <w:t>f 10760/17289/14438 10654/17199/14358 10191/16804/14012</w:t>
        <w:br/>
        <w:t>f 10294/16894/14090 10690/17235/14388 10695/17240/14393</w:t>
        <w:br/>
        <w:t>f 10036/16648/13865 10197/16809/14017 10080/16693/13909</w:t>
        <w:br/>
        <w:t>f 10026/16639/13856 10030/16640/13857 10195/16807/14015</w:t>
        <w:br/>
        <w:t>f 10196/16808/14016 10042/16653/13870 10036/16648/13865</w:t>
        <w:br/>
        <w:t>f 10028/16642/13859 10195/16807/14015 10030/16640/13857</w:t>
        <w:br/>
        <w:t>f 10099/16711/13924 10092/16707/13921 10198/16810/14018</w:t>
        <w:br/>
        <w:t>f 10132/16743/13955 10117/16730/13942 10131/16744/13956</w:t>
        <w:br/>
        <w:t>f 10097/16709/13922 10117/16730/13942 10096/16710/13923</w:t>
        <w:br/>
        <w:t>f 10194/16806/14439 10075/16689/13906 10078/16690/13907</w:t>
        <w:br/>
        <w:t>f 10056/16669/13887 10733/17279/14429 10021/16634/13851</w:t>
        <w:br/>
        <w:t>f 10334/16932/14125 10694/17238/14391 10692/17237/14390</w:t>
        <w:br/>
        <w:t>f 10705/17250/14402 10407/16989/14171 10404/16992/14174</w:t>
        <w:br/>
        <w:t>f 10707/17252/14404 10443/17014/14195 10436/17007/14188</w:t>
        <w:br/>
        <w:t>f 10696/17241/14394 10325/16929/14122 10370/16972/14102</w:t>
        <w:br/>
        <w:t>f 10381/16980/14155 10357/16957/14147 10356/16958/14148</w:t>
        <w:br/>
        <w:t>f 10369/16969/14158 10381/16980/14155 10356/16958/14148</w:t>
        <w:br/>
        <w:t>f 10711/17256/14408 10523/17082/14259 10498/17060/14238</w:t>
        <w:br/>
        <w:t>f 10534/17095/14270 10548/17109/14281 10713/17258/14410</w:t>
        <w:br/>
        <w:t>f 10708/17253/14405 10500/17065/14242 10483/17047/14226</w:t>
        <w:br/>
        <w:t>f 10526/17087/14264 10542/17106/14278 10710/17255/14407</w:t>
        <w:br/>
        <w:t>f 10714/17259/14411 10623/17177/14343 10571/17128/14296</w:t>
        <w:br/>
        <w:t>f 10601/17153/14319 10611/17165/14331 10716/17261/14413</w:t>
        <w:br/>
        <w:t>f 10717/17262/14414 10599/17149/14315 10579/17134/14300</w:t>
        <w:br/>
        <w:t>f 10606/17156/14322 10618/17170/14336 10719/17264/14416</w:t>
        <w:br/>
        <w:t>f 10042/16653/13870 10028/16642/13859 10029/16641/13858</w:t>
        <w:br/>
        <w:t>f 10041/16654/13871 10134/16749/13961 10099/16711/13924</w:t>
        <w:br/>
        <w:t>f 10134/16749/13961 10120/16732/13944 10099/16711/13924</w:t>
        <w:br/>
        <w:t>f 10657/17202/14074 10263/16867/14072 10138/16753/13965</w:t>
        <w:br/>
        <w:t>f 10139/16752/13964 10657/17202/14074 10138/16753/13965</w:t>
        <w:br/>
        <w:t>f 10263/16867/14072 10264/16866/14071 10142/16755/13967</w:t>
        <w:br/>
        <w:t>f 10138/16753/13965 10263/16867/14072 10142/16755/13967</w:t>
        <w:br/>
        <w:t>f 10264/16866/14071 10149/16762/13974 10150/16761/13973</w:t>
        <w:br/>
        <w:t>f 10142/16755/13967 10264/16866/14071 10150/16761/13973</w:t>
        <w:br/>
        <w:t>f 10040/16650/13867 10761/17290/14440 10039/16651/13868</w:t>
        <w:br/>
        <w:t>f 10762/17291/14441 10118/16729/13941 10097/16709/13922</w:t>
        <w:br/>
        <w:t>f 10098/16708/13919 10763/17292/13918 10097/16709/13922</w:t>
        <w:br/>
        <w:t>f 10025/16636/13853 10021/16634/13851 10733/17279/14429</w:t>
        <w:br/>
        <w:t>f 10055/16665/13886 10057/16668/13885 10764/17293/14442</w:t>
        <w:br/>
        <w:t>f 10351/16952/14142 10739/17284/14433 10054/16666/13883</w:t>
        <w:br/>
        <w:t>f 10765/17294/14443 10351/16952/14142 10054/16666/13883</w:t>
        <w:br/>
        <w:t>f 10046/16655/13872 10648/17193/14023 10214/16826/14026</w:t>
        <w:br/>
        <w:t>f 10160/16772/13983 10056/16669/13887 10159/16773/13984</w:t>
        <w:br/>
        <w:t>f 10161/16771/13982 10194/16806/14014 10172/16784/13993</w:t>
        <w:br/>
        <w:t>f 10030/16640/13857 10655/17198/14357 10029/16641/13858</w:t>
        <w:br/>
        <w:t>f 10059/16670/13888 10655/17198/14357 10030/16640/13857</w:t>
        <w:br/>
        <w:t>f 10208/16820/14027 10164/16775/13986 10059/16670/13888</w:t>
        <w:br/>
        <w:t>f 10225/16835/14041 10272/16875/14080 10224/16836/14042</w:t>
        <w:br/>
        <w:t>f 10253/16856/14061 10666/17212/14369 10252/16857/14062</w:t>
        <w:br/>
        <w:t>f 10768/17295/14444 10391/16983/14445 10320/16921/14115</w:t>
        <w:br/>
        <w:t>f 10327/16927/14120 10357/16957/14147 10774/17296/14446</w:t>
        <w:br/>
        <w:t>f 10357/16957/14147 10379/16982/10219 10774/17296/14446</w:t>
        <w:br/>
        <w:t>f 10326/16928/14121 10327/16927/14120 10777/17297/10295</w:t>
        <w:br/>
        <w:t>f 10327/16927/14120 10778/17298/10294 10777/17297/10295</w:t>
        <w:br/>
        <w:t>f 10376/16978/14164 10326/16928/14121 10777/17297/10295</w:t>
        <w:br/>
        <w:t>f 10778/17298/10294 10327/16927/14120 10774/17296/14446</w:t>
        <w:br/>
        <w:t>f 10320/16921/14115 10780/17299/14447 10319/16922/14111</w:t>
        <w:br/>
        <w:t>f 10391/16983/14445 10780/17299/14447 10320/16921/14115</w:t>
        <w:br/>
        <w:t>f 10434/17009/14190 10470/17042/14221 10465/17037/10296</w:t>
        <w:br/>
        <w:t>f 10406/16990/14172 10422/17003/14184 10464/17035/14216</w:t>
        <w:br/>
        <w:t>f 10464/17035/14216 10469/17038/14217 10406/16990/14172</w:t>
        <w:br/>
        <w:t>f 10465/17037/10296 10422/17003/14184 10434/17009/14190</w:t>
        <w:br/>
        <w:t>f 10786/17300/14448 10445/17016/14197 10785/17301/10234</w:t>
        <w:br/>
        <w:t>f 10785/17301/10234 10467/17040/14181 10787/17302/14449</w:t>
        <w:br/>
        <w:t>f 10445/17016/14197 10788/17303/14182 10785/17301/10234</w:t>
        <w:br/>
        <w:t>f 10785/17301/10234 10788/17303/14182 10467/17040/14181</w:t>
        <w:br/>
        <w:t>f 10558/17120/10304 10547/17110/14282 10561/17124/14292</w:t>
        <w:br/>
        <w:t>f 10794/17304/10306 10521/17084/14261 10558/17120/10304</w:t>
        <w:br/>
        <w:t>f 10796/17305/14450 10521/17084/14261 10794/17304/10306</w:t>
        <w:br/>
        <w:t>f 10520/17085/14262 10521/17084/14261 10796/17305/14450</w:t>
        <w:br/>
        <w:t>f 10796/17305/14450 10559/17122/10257 10520/17085/14262</w:t>
        <w:br/>
        <w:t>f 10687/17230/14250 10685/17232/14385 10799/17306/14451</w:t>
        <w:br/>
        <w:t>f 10799/17306/14451 10688/17234/14387 10687/17230/14250</w:t>
        <w:br/>
        <w:t>f 10804/17307/14452 10597/17151/14317 10803/17308/14453</w:t>
        <w:br/>
        <w:t>f 10803/17308/14453 10597/17151/14317 10617/17171/14337</w:t>
        <w:br/>
        <w:t>f 10803/17308/14453 10617/17171/14337 10640/17190/14352</w:t>
        <w:br/>
        <w:t>f 10639/17186/10267 10596/17152/14318 10632/17185/10311</w:t>
        <w:br/>
        <w:t>f 10632/17185/10311 10597/17151/14317 10804/17307/14452</w:t>
        <w:br/>
        <w:t>f 10682/17226/14381 10681/17227/14382 10807/17309/10261</w:t>
        <w:br/>
        <w:t>f 10807/17309/10261 10683/17229/14383 10682/17226/14381</w:t>
        <w:br/>
        <w:t>f 10275/16879/14083 10276/16878/10317 10814/17310/10318</w:t>
        <w:br/>
        <w:t>f 10814/17310/10318 10723/17269/14420 10275/16879/14083</w:t>
        <w:br/>
        <w:t>f 10283/16881/10209 10280/16884/14086 10816/17311/14454</w:t>
        <w:br/>
        <w:t>f 10280/16884/14086 10723/17269/14420 10816/17311/14454</w:t>
        <w:br/>
        <w:t>f 10816/17311/14454 10723/17269/14420 10818/17312/14455</w:t>
        <w:br/>
        <w:t>f 10818/17312/14455 10723/17269/14420 10814/17310/10318</w:t>
        <w:br/>
        <w:t>f 10822/17313/14456 10286/16885/14457 10821/17314/14051</w:t>
        <w:br/>
        <w:t>f 10820/17315/14458 10822/17313/14456 10821/17314/14051</w:t>
        <w:br/>
        <w:t>f 10821/17314/14051 10287/16889/14050 10823/17316/10322</w:t>
        <w:br/>
        <w:t>f 10820/17315/14458 10821/17314/14051 10823/17316/10322</w:t>
        <w:br/>
        <w:t>f 10758/17287/14436 10158/16769/13980 10759/17288/14437</w:t>
        <w:br/>
        <w:t>f 10179/16792/10686 10180/16791/14000 10757/17286/14435</w:t>
        <w:br/>
        <w:t>f 10760/17289/14438 10191/16804/14012 10825/17317/14459</w:t>
        <w:br/>
        <w:t>f 10673/17218/14374 10676/17221/14376 10011/16624/13841</w:t>
        <w:br/>
        <w:t>f 10652/17197/10683 10675/17219/14375 10178/16789/13998</w:t>
        <w:br/>
        <w:t>f 11734/17318/13839 11733/17319/14460 10650/17195/14355</w:t>
        <w:br/>
        <w:t>f 10173/16788/13997 10674/17220/10701 10672/17216/14373</w:t>
        <w:br/>
        <w:t>f 10173/16788/13997 10178/16789/13998 10675/17219/14375</w:t>
        <w:br/>
        <w:t>f 10173/16788/13997 10672/17216/14373 10176/16785/13994</w:t>
        <w:br/>
        <w:t>f 10673/17218/14374 10011/16624/13841 10176/16785/13994</w:t>
        <w:br/>
        <w:t>f 12856/17320/14461 12855/17321/14462 12854/17322/14463</w:t>
        <w:br/>
        <w:t>f 12860/17323/14464 12859/17324/14465 12858/17325/14466</w:t>
        <w:br/>
        <w:t>f 12857/17326/14467 12860/17323/14464 12858/17325/14466</w:t>
        <w:br/>
        <w:t>f 12862/17327/14468 12861/17328/14469 12859/17324/14465</w:t>
        <w:br/>
        <w:t>f 12860/17323/14464 12862/17327/14468 12859/17324/14465</w:t>
        <w:br/>
        <w:t>f 12863/17329/14470 12857/17326/14467 12858/17325/14466</w:t>
        <w:br/>
        <w:t>f 12855/17321/14462 12861/17328/14469 12862/17327/14468</w:t>
        <w:br/>
        <w:t>f 12854/17322/14463 12855/17321/14462 12862/17327/14468</w:t>
        <w:br/>
        <w:t>f 12867/17330/14471 12866/17331/14472 12865/17332/14473</w:t>
        <w:br/>
        <w:t>f 12864/17333/14474 12867/17330/14471 12865/17332/14473</w:t>
        <w:br/>
        <w:t>f 12869/17334/14475 12863/17329/14470 12868/17335/14476</w:t>
        <w:br/>
        <w:t>f 12872/17336/14477 12856/17320/14461 12871/17337/14478</w:t>
        <w:br/>
        <w:t>f 12870/17338/5313 12872/17336/14477 12871/17337/14478</w:t>
        <w:br/>
        <w:t>f 12876/17339/14479 12875/17340/14480 12874/17341/14481</w:t>
        <w:br/>
        <w:t>f 12873/17342/14482 12876/17339/14479 12874/17341/14481</w:t>
        <w:br/>
        <w:t>f 12874/17341/14481 12875/17340/14480 12878/17343/14483</w:t>
        <w:br/>
        <w:t>f 12877/17344/14484 12874/17341/14481 12878/17343/14483</w:t>
        <w:br/>
        <w:t>f 12878/17343/14483 12880/17345/14485 12879/17346/14486</w:t>
        <w:br/>
        <w:t>f 12877/17344/14484 12878/17343/14483 12879/17346/14486</w:t>
        <w:br/>
        <w:t>f 12881/17347/14487 12879/17346/14486 12880/17345/14485</w:t>
        <w:br/>
        <w:t>f 12885/17348/14488 12884/17349/14489 12883/17350/14490</w:t>
        <w:br/>
        <w:t>f 12882/17351/14491 12885/17348/14488 12883/17350/14490</w:t>
        <w:br/>
        <w:t>f 12888/17352/14492 12887/17353/14493 12886/17354/14494</w:t>
        <w:br/>
        <w:t>f 12891/17355/13456 12890/17356/14495 12884/17349/14489</w:t>
        <w:br/>
        <w:t>f 12889/17357/13457 12891/17355/13456 12884/17349/14489</w:t>
        <w:br/>
        <w:t>f 12884/17349/14489 12890/17356/14495 12883/17350/14490</w:t>
        <w:br/>
        <w:t>f 12888/17352/14492 12885/17348/14488 12882/17351/14491</w:t>
        <w:br/>
        <w:t>f 12876/17339/14479 12892/17358/14496 12875/17340/14480</w:t>
        <w:br/>
        <w:t>f 12892/17358/14496 12893/17359/14497 12875/17340/14480</w:t>
        <w:br/>
        <w:t>f 12897/17360/14498 12896/17361/14499 12895/17362/14500</w:t>
        <w:br/>
        <w:t>f 12894/17363/14501 12897/17360/14498 12895/17362/14500</w:t>
        <w:br/>
        <w:t>f 12901/17364/14502 12900/17365/14503 12899/17366/14504</w:t>
        <w:br/>
        <w:t>f 12898/17367/14505 12901/17364/14502 12899/17366/14504</w:t>
        <w:br/>
        <w:t>f 12897/17360/14498 12899/17366/14504 12900/17365/14503</w:t>
        <w:br/>
        <w:t>f 12896/17361/14499 12897/17360/14498 12900/17365/14503</w:t>
        <w:br/>
        <w:t>f 12903/17368/14506 12901/17364/14502 12898/17367/14505</w:t>
        <w:br/>
        <w:t>f 12902/17369/14507 12903/17368/14506 12898/17367/14505</w:t>
        <w:br/>
        <w:t>f 12905/17370/13470 12903/17368/14506 12902/17369/14507</w:t>
        <w:br/>
        <w:t>f 12904/17371/13471 12905/17370/13470 12902/17369/14507</w:t>
        <w:br/>
        <w:t>f 12900/17365/14503 12901/17364/14502 12885/17348/14488</w:t>
        <w:br/>
        <w:t>f 12886/17354/14494 12900/17365/14503 12885/17348/14488</w:t>
        <w:br/>
        <w:t>f 12884/17349/14489 12885/17348/14488 12901/17364/14502</w:t>
        <w:br/>
        <w:t>f 12903/17368/14506 12884/17349/14489 12901/17364/14502</w:t>
        <w:br/>
        <w:t>f 12903/17368/14506 12905/17370/13470 12889/17357/13457</w:t>
        <w:br/>
        <w:t>f 12884/17349/14489 12903/17368/14506 12889/17357/13457</w:t>
        <w:br/>
        <w:t>f 12880/17345/14485 12900/17365/14503 12886/17354/14494</w:t>
        <w:br/>
        <w:t>f 12896/17361/14499 12900/17365/14503 12906/17372/14508</w:t>
        <w:br/>
        <w:t>f 12906/17372/14508 12880/17345/14485 12878/17343/14483</w:t>
        <w:br/>
        <w:t>f 12896/17361/14499 12878/17343/14483 12875/17340/14480</w:t>
        <w:br/>
        <w:t>f 12896/17361/14499 12875/17340/14480 12893/17359/14497</w:t>
        <w:br/>
        <w:t>f 12895/17362/14500 12896/17361/14499 12893/17359/14497</w:t>
        <w:br/>
        <w:t>f 12896/17361/14499 12906/17372/14508 12878/17343/14483</w:t>
        <w:br/>
        <w:t>f 12880/17345/14485 12906/17372/14508 12900/17365/14503</w:t>
        <w:br/>
        <w:t>f 12909/17373/14509 12908/17374/14510 12907/17375/14511</w:t>
        <w:br/>
        <w:t>f 12910/17376/14512 12909/17373/14509 12907/17375/14511</w:t>
        <w:br/>
        <w:t>f 12909/17373/14509 12912/17377/14513 12911/17378/14514</w:t>
        <w:br/>
        <w:t>f 12908/17374/14510 12909/17373/14509 12911/17378/14514</w:t>
        <w:br/>
        <w:t>f 12914/17379/14515 12913/17380/14516 12911/17378/14514</w:t>
        <w:br/>
        <w:t>f 12912/17377/14513 12914/17379/14515 12911/17378/14514</w:t>
        <w:br/>
        <w:t>f 12916/17381/14517 12911/17378/14514 12913/17380/14516</w:t>
        <w:br/>
        <w:t>f 12915/17382/14518 12916/17381/14517 12913/17380/14516</w:t>
        <w:br/>
        <w:t>f 12910/17376/14512 12907/17375/14511 12918/17383/14519</w:t>
        <w:br/>
        <w:t>f 12917/17384/14520 12910/17376/14512 12918/17383/14519</w:t>
        <w:br/>
        <w:t>f 12918/17383/14519 12907/17375/14511 12920/17385/14521</w:t>
        <w:br/>
        <w:t>f 12919/17386/14522 12918/17383/14519 12920/17385/14521</w:t>
        <w:br/>
        <w:t>f 12922/17387/14523 12916/17381/14517 12915/17382/14518</w:t>
        <w:br/>
        <w:t>f 12921/17388/14524 12922/17387/14523 12915/17382/14518</w:t>
        <w:br/>
        <w:t>f 12925/17389/14525 12924/17390/14526 12923/17391/4774</w:t>
        <w:br/>
        <w:t>f 12929/17392/14527 12928/17393/14528 12927/17394/14529</w:t>
        <w:br/>
        <w:t>f 12926/17395/14530 12929/17392/14527 12927/17394/14529</w:t>
        <w:br/>
        <w:t>f 12931/17396/14531 12930/17397/14532 12928/17393/14528</w:t>
        <w:br/>
        <w:t>f 12929/17392/14527 12931/17396/14531 12928/17393/14528</w:t>
        <w:br/>
        <w:t>f 12935/17398/14533 12934/17399/14534 12933/17400/14535</w:t>
        <w:br/>
        <w:t>f 12932/17401/14536 12935/17398/14533 12933/17400/14535</w:t>
        <w:br/>
        <w:t>f 12937/17402/14537 12918/17383/14519 12919/17386/14522</w:t>
        <w:br/>
        <w:t>f 12936/17403/14538 12937/17402/14537 12919/17386/14522</w:t>
        <w:br/>
        <w:t>f 12937/17402/14537 12938/17404/14539 12917/17384/14520</w:t>
        <w:br/>
        <w:t>f 12918/17383/14519 12937/17402/14537 12917/17384/14520</w:t>
        <w:br/>
        <w:t>f 12919/17386/14522 12933/17400/14535 12934/17399/14534</w:t>
        <w:br/>
        <w:t>f 12936/17403/14538 12919/17386/14522 12934/17399/14534</w:t>
        <w:br/>
        <w:t>f 12930/17397/14532 12931/17396/14531 12935/17398/14533</w:t>
        <w:br/>
        <w:t>f 12932/17401/14536 12930/17397/14532 12935/17398/14533</w:t>
        <w:br/>
        <w:t>f 12941/17405/14540 12940/17406/14541 12939/17407/14542</w:t>
        <w:br/>
        <w:t>f 12919/17386/14522 12920/17385/14521 12942/17408/14543</w:t>
        <w:br/>
        <w:t>f 12933/17400/14535 12919/17386/14522 12942/17408/14543</w:t>
        <w:br/>
        <w:t>f 12907/17375/14511 12908/17374/14510 12943/17409/14544</w:t>
        <w:br/>
        <w:t>f 12920/17385/14521 12907/17375/14511 12943/17409/14544</w:t>
        <w:br/>
        <w:t>f 12908/17374/14510 12911/17378/14514 12916/17381/14517</w:t>
        <w:br/>
        <w:t>f 12943/17409/14544 12908/17374/14510 12916/17381/14517</w:t>
        <w:br/>
        <w:t>f 12944/17410/14545 12924/17390/14526 12925/17389/14525</w:t>
        <w:br/>
        <w:t>f 12939/17407/14542 12944/17410/14545 12925/17389/14525</w:t>
        <w:br/>
        <w:t>f 12932/17401/14536 12945/17411/14546 12941/17405/14540</w:t>
        <w:br/>
        <w:t>f 12947/17412/14547 12946/17413/14548 12934/17399/14534</w:t>
        <w:br/>
        <w:t>f 12935/17398/14533 12947/17412/14547 12934/17399/14534</w:t>
        <w:br/>
        <w:t>f 12937/17402/14537 12936/17403/14538 12949/17414/14549</w:t>
        <w:br/>
        <w:t>f 12948/17415/14550 12937/17402/14537 12949/17414/14549</w:t>
        <w:br/>
        <w:t>f 12950/17416/14551 12938/17404/14539 12937/17402/14537</w:t>
        <w:br/>
        <w:t>f 12948/17415/14550 12950/17416/14551 12937/17402/14537</w:t>
        <w:br/>
        <w:t>f 12931/17396/14531 12929/17392/14527 12951/17417/14552</w:t>
        <w:br/>
        <w:t>f 12952/17418/14553 12931/17396/14531 12951/17417/14552</w:t>
        <w:br/>
        <w:t>f 12956/17419/14554 12955/17420/14555 12954/17421/14556</w:t>
        <w:br/>
        <w:t>f 12953/17422/14557 12956/17419/14554 12954/17421/14556</w:t>
        <w:br/>
        <w:t>f 12960/17423/14558 12959/17424/14556 12958/17425/14555</w:t>
        <w:br/>
        <w:t>f 12957/17426/14559 12960/17423/14558 12958/17425/14555</w:t>
        <w:br/>
        <w:t>f 12951/17417/14552 12929/17392/14527 12926/17395/14530</w:t>
        <w:br/>
        <w:t>f 12961/17427/14560 12951/17417/14552 12926/17395/14530</w:t>
        <w:br/>
        <w:t>f 12893/17359/14497 12892/17358/14496 12963/17428/14561</w:t>
        <w:br/>
        <w:t>f 12962/17429/14562 12893/17359/14497 12963/17428/14561</w:t>
        <w:br/>
        <w:t>f 12965/17430/14563 12964/17431/14564 12955/17420/14555</w:t>
        <w:br/>
        <w:t>f 12956/17419/14554 12965/17430/14563 12955/17420/14555</w:t>
        <w:br/>
        <w:t>f 12966/17432/14565 12893/17359/14497 12962/17429/14562</w:t>
        <w:br/>
        <w:t>f 12951/17417/14552 12968/17433/14566 12967/17434/14567</w:t>
        <w:br/>
        <w:t>f 12952/17418/14553 12951/17417/14552 12967/17434/14567</w:t>
        <w:br/>
        <w:t>f 12951/17417/14552 12961/17427/14560 12969/17435/14568</w:t>
        <w:br/>
        <w:t>f 12968/17433/14566 12951/17417/14552 12969/17435/14568</w:t>
        <w:br/>
        <w:t>f 12957/17426/14559 12958/17425/14555 12971/17436/14569</w:t>
        <w:br/>
        <w:t>f 12970/17437/14570 12957/17426/14559 12971/17436/14569</w:t>
        <w:br/>
        <w:t>f 12948/17415/14550 12972/17438/14571 12970/17437/14570</w:t>
        <w:br/>
        <w:t>f 12962/17429/14562 12956/17419/14554 12953/17422/14557</w:t>
        <w:br/>
        <w:t>f 12966/17432/14565 12962/17429/14562 12953/17422/14557</w:t>
        <w:br/>
        <w:t>f 12963/17428/14561 12956/17419/14554 12962/17429/14562</w:t>
        <w:br/>
        <w:t>f 12947/17412/14547 12974/17439/14572 12973/17440/14573</w:t>
        <w:br/>
        <w:t>f 12946/17413/14548 12947/17412/14547 12973/17440/14573</w:t>
        <w:br/>
        <w:t>f 12949/17414/14549 12972/17438/14571 12948/17415/14550</w:t>
        <w:br/>
        <w:t>f 12946/17413/14548 12949/17414/14549 12936/17403/14538</w:t>
        <w:br/>
        <w:t>f 12934/17399/14534 12946/17413/14548 12936/17403/14538</w:t>
        <w:br/>
        <w:t>f 12952/17418/14553 12947/17412/14547 12935/17398/14533</w:t>
        <w:br/>
        <w:t>f 12931/17396/14531 12952/17418/14553 12935/17398/14533</w:t>
        <w:br/>
        <w:t>f 12952/17418/14553 12967/17434/14567 12974/17439/14572</w:t>
        <w:br/>
        <w:t>f 12947/17412/14547 12952/17418/14553 12974/17439/14572</w:t>
        <w:br/>
        <w:t>f 12973/17440/14573 12972/17438/14571 12949/17414/14549</w:t>
        <w:br/>
        <w:t>f 12946/17413/14548 12973/17440/14573 12949/17414/14549</w:t>
        <w:br/>
        <w:t>f 12976/17441/14574 12975/17442/14575 12967/17434/14567</w:t>
        <w:br/>
        <w:t>f 12968/17433/14566 12976/17441/14574 12967/17434/14567</w:t>
        <w:br/>
        <w:t>f 12968/17433/14566 12969/17435/14568 12976/17441/14574</w:t>
        <w:br/>
        <w:t>f 12873/17342/14482 12874/17341/14481 12913/17380/14516</w:t>
        <w:br/>
        <w:t>f 12914/17379/14515 12873/17342/14482 12913/17380/14516</w:t>
        <w:br/>
        <w:t>f 12915/17382/14518 12913/17380/14516 12874/17341/14481</w:t>
        <w:br/>
        <w:t>f 12877/17344/14484 12915/17382/14518 12874/17341/14481</w:t>
        <w:br/>
        <w:t>f 12921/17388/14524 12915/17382/14518 12877/17344/14484</w:t>
        <w:br/>
        <w:t>f 12879/17346/14486 12921/17388/14524 12877/17344/14484</w:t>
        <w:br/>
        <w:t>f 12979/17443/14576 12978/17444/14577 12977/17445/14578</w:t>
        <w:br/>
        <w:t>f 12980/17446/14579 12979/17443/14576 12977/17445/14578</w:t>
        <w:br/>
        <w:t>f 12984/17447/14580 12983/17448/14581 12982/17449/14582</w:t>
        <w:br/>
        <w:t>f 12981/17450/14583 12984/17447/14580 12982/17449/14582</w:t>
        <w:br/>
        <w:t>f 12985/17451/14584 12983/17448/14581 12965/17430/14563</w:t>
        <w:br/>
        <w:t>f 12986/17452/14585 12978/17444/14577 12979/17443/14576</w:t>
        <w:br/>
        <w:t>f 12987/17453/14586 12986/17452/14585 12979/17443/14576</w:t>
        <w:br/>
        <w:t>f 12991/17454/14583 12990/17455/14587 12989/17456/14588</w:t>
        <w:br/>
        <w:t>f 12988/17457/14589 12991/17454/14583 12989/17456/14588</w:t>
        <w:br/>
        <w:t>f 12993/17458/14590 12990/17455/14587 12992/17459/14591</w:t>
        <w:br/>
        <w:t>f 12993/17458/14590 12950/17416/14551 12989/17456/14588</w:t>
        <w:br/>
        <w:t>f 12990/17455/14587 12993/17458/14590 12989/17456/14588</w:t>
        <w:br/>
        <w:t>f 12992/17459/14591 12990/17455/14587 12995/17460/14592</w:t>
        <w:br/>
        <w:t>f 12994/17461/14593 12992/17459/14591 12995/17460/14592</w:t>
        <w:br/>
        <w:t>f 12996/17462/14594 12995/17460/14592 12990/17455/14587</w:t>
        <w:br/>
        <w:t>f 12991/17454/14583 12996/17462/14594 12990/17455/14587</w:t>
        <w:br/>
        <w:t>f 12998/17463/14595 12997/17464/14594 12981/17450/14583</w:t>
        <w:br/>
        <w:t>f 12982/17449/14582 12998/17463/14595 12981/17450/14583</w:t>
        <w:br/>
        <w:t>f 13000/17465/14596 12999/17466/14597 12987/17453/14586</w:t>
        <w:br/>
        <w:t>f 12979/17443/14576 13000/17465/14596 12987/17453/14586</w:t>
        <w:br/>
        <w:t>f 12987/17453/14586 12985/17451/14584 12986/17452/14585</w:t>
        <w:br/>
        <w:t>f 12985/17451/14584 12987/17453/14586 12982/17449/14582</w:t>
        <w:br/>
        <w:t>f 12998/17463/14595 12999/17466/14597 13002/17467/14598</w:t>
        <w:br/>
        <w:t>f 13001/17468/14599 12998/17463/14595 13002/17467/14598</w:t>
        <w:br/>
        <w:t>f 12985/17451/14584 12965/17430/14563 12963/17428/14561</w:t>
        <w:br/>
        <w:t>f 12983/17448/14581 12984/17447/14580 12964/17431/14564</w:t>
        <w:br/>
        <w:t>f 12965/17430/14563 12983/17448/14581 12964/17431/14564</w:t>
        <w:br/>
        <w:t>f 12988/17457/14589 12989/17456/14588 12970/17437/14570</w:t>
        <w:br/>
        <w:t>f 12971/17436/14569 12988/17457/14589 12970/17437/14570</w:t>
        <w:br/>
        <w:t>f 12948/17415/14550 12970/17437/14570 12989/17456/14588</w:t>
        <w:br/>
        <w:t>f 12950/17416/14551 12948/17415/14550 12989/17456/14588</w:t>
        <w:br/>
        <w:t>f 12917/17384/14520 13004/17469/14600 13003/17470/14601</w:t>
        <w:br/>
        <w:t>f 12910/17376/14512 12917/17384/14520 13003/17470/14601</w:t>
        <w:br/>
        <w:t>f 12978/17444/14577 12876/17339/14479 12873/17342/14482</w:t>
        <w:br/>
        <w:t>f 12977/17445/14578 12978/17444/14577 12873/17342/14482</w:t>
        <w:br/>
        <w:t>f 12986/17452/14585 12892/17358/14496 12876/17339/14479</w:t>
        <w:br/>
        <w:t>f 12978/17444/14577 12986/17452/14585 12876/17339/14479</w:t>
        <w:br/>
        <w:t>f 12963/17428/14561 12892/17358/14496 12986/17452/14585</w:t>
        <w:br/>
        <w:t>f 12938/17404/14539 13005/17471/14602 13004/17469/14600</w:t>
        <w:br/>
        <w:t>f 12917/17384/14520 12938/17404/14539 13004/17469/14600</w:t>
        <w:br/>
        <w:t>f 13005/17471/14602 13007/17472/14603 13006/17473/14604</w:t>
        <w:br/>
        <w:t>f 13004/17469/14600 13005/17471/14602 13006/17473/14604</w:t>
        <w:br/>
        <w:t>f 13008/17474/14605 13007/17472/14603 12992/17459/14591</w:t>
        <w:br/>
        <w:t>f 12994/17461/14593 13008/17474/14605 12992/17459/14591</w:t>
        <w:br/>
        <w:t>f 13007/17472/14603 13005/17471/14602 12993/17458/14590</w:t>
        <w:br/>
        <w:t>f 12992/17459/14591 13007/17472/14603 12993/17458/14590</w:t>
        <w:br/>
        <w:t>f 12950/17416/14551 12993/17458/14590 13005/17471/14602</w:t>
        <w:br/>
        <w:t>f 12938/17404/14539 12950/17416/14551 13005/17471/14602</w:t>
        <w:br/>
        <w:t>f 12994/17461/14593 12995/17460/14592 13010/17475/14606</w:t>
        <w:br/>
        <w:t>f 13009/17476/14607 12994/17461/14593 13010/17475/14606</w:t>
        <w:br/>
        <w:t>f 12999/17466/14597 12998/17463/14595 12982/17449/14582</w:t>
        <w:br/>
        <w:t>f 12987/17453/14586 12999/17466/14597 12982/17449/14582</w:t>
        <w:br/>
        <w:t>f 13007/17472/14603 13008/17474/14605 13011/17477/14608</w:t>
        <w:br/>
        <w:t>f 13006/17473/14604 13007/17472/14603 13011/17477/14608</w:t>
        <w:br/>
        <w:t>f 13008/17474/14605 12994/17461/14593 13009/17476/14607</w:t>
        <w:br/>
        <w:t>f 13012/17478/14609 13008/17474/14605 13009/17476/14607</w:t>
        <w:br/>
        <w:t>f 13004/17469/14600 13006/17473/14604 13013/17479/14610</w:t>
        <w:br/>
        <w:t>f 13003/17470/14601 13004/17469/14600 13013/17479/14610</w:t>
        <w:br/>
        <w:t>f 12998/17463/14595 13001/17468/14599 13014/17480/14611</w:t>
        <w:br/>
        <w:t>f 12997/17464/14594 12998/17463/14595 13014/17480/14611</w:t>
        <w:br/>
        <w:t>f 12980/17446/14579 13017/17481/14612 13016/17482/14613</w:t>
        <w:br/>
        <w:t>f 13015/17483/14614 12980/17446/14579 13016/17482/14613</w:t>
        <w:br/>
        <w:t>f 12977/17445/14578 13018/17484/14615 13017/17481/14612</w:t>
        <w:br/>
        <w:t>f 12980/17446/14579 12977/17445/14578 13017/17481/14612</w:t>
        <w:br/>
        <w:t>f 12910/17376/14512 13003/17470/14601 13019/17485/14616</w:t>
        <w:br/>
        <w:t>f 12909/17373/14509 12910/17376/14512 13019/17485/14616</w:t>
        <w:br/>
        <w:t>f 12977/17445/14578 12873/17342/14482 12914/17379/14515</w:t>
        <w:br/>
        <w:t>f 13018/17484/14615 12977/17445/14578 12914/17379/14515</w:t>
        <w:br/>
        <w:t>f 13020/17486/14617 13019/17485/14616 13003/17470/14601</w:t>
        <w:br/>
        <w:t>f 13013/17479/14610 13020/17486/14617 13003/17470/14601</w:t>
        <w:br/>
        <w:t>f 13008/17474/14605 13012/17478/14609 13021/17487/14618</w:t>
        <w:br/>
        <w:t>f 13011/17477/14608 13008/17474/14605 13021/17487/14618</w:t>
        <w:br/>
        <w:t>f 12980/17446/14579 13015/17483/14614 13000/17465/14596</w:t>
        <w:br/>
        <w:t>f 12979/17443/14576 12980/17446/14579 13000/17465/14596</w:t>
        <w:br/>
        <w:t>f 13022/17488/14619 13002/17467/14598 12999/17466/14597</w:t>
        <w:br/>
        <w:t>f 13000/17465/14596 13022/17488/14619 12999/17466/14597</w:t>
        <w:br/>
        <w:t>f 9913/16614/13831 13023/17489/14620 9912/16615/13832</w:t>
        <w:br/>
        <w:t>f 12922/17387/14523 13025/17490/14621 13024/17491/14622</w:t>
        <w:br/>
        <w:t>f 13026/17492/14623 9917/16619/13836 3124/15465/12790</w:t>
        <w:br/>
        <w:t>f 6247/16339/13589 13026/17492/14623 3124/15465/12790</w:t>
        <w:br/>
        <w:t>f 12942/17408/14543 12920/17385/14521 13027/17493/14624</w:t>
        <w:br/>
        <w:t>f 12922/17387/14523 13028/17494/14625 12943/17409/14544</w:t>
        <w:br/>
        <w:t>f 12916/17381/14517 12922/17387/14523 12943/17409/14544</w:t>
        <w:br/>
        <w:t>f 13031/17495/14626 13030/17496/14627 13029/17497/14628</w:t>
        <w:br/>
        <w:t>f 12945/17411/14546 12942/17408/14543 13032/17498/14629</w:t>
        <w:br/>
        <w:t>f 13019/17485/14616 13018/17484/14615 12912/17377/14513</w:t>
        <w:br/>
        <w:t>f 12909/17373/14509 13019/17485/14616 12912/17377/14513</w:t>
        <w:br/>
        <w:t>f 12914/17379/14515 12912/17377/14513 13018/17484/14615</w:t>
        <w:br/>
        <w:t>f 13020/17486/14617 13017/17481/14612 13018/17484/14615</w:t>
        <w:br/>
        <w:t>f 13019/17485/14616 13020/17486/14617 13018/17484/14615</w:t>
        <w:br/>
        <w:t>f 13031/17495/14626 13025/17490/14621 12922/17387/14523</w:t>
        <w:br/>
        <w:t>f 13035/17499/14630 13034/17500/14631 13033/17501/14632</w:t>
        <w:br/>
        <w:t>f 13016/17482/14613 13035/17499/14630 13033/17501/14632</w:t>
        <w:br/>
        <w:t>f 13011/17477/14608 13021/17487/14618 13037/17502/14633</w:t>
        <w:br/>
        <w:t>f 13036/17503/14634 13011/17477/14608 13037/17502/14633</w:t>
        <w:br/>
        <w:t>f 12995/17460/14592 12996/17462/14594 13038/17504/14611</w:t>
        <w:br/>
        <w:t>f 13010/17475/14606 12995/17460/14592 13038/17504/14611</w:t>
        <w:br/>
        <w:t>f 13034/17500/14631 13035/17499/14630 13036/17503/14634</w:t>
        <w:br/>
        <w:t>f 13037/17502/14633 13034/17500/14631 13036/17503/14634</w:t>
        <w:br/>
        <w:t>f 13022/17488/14619 13000/17465/14596 13015/17483/14614</w:t>
        <w:br/>
        <w:t>f 13039/17505/14635 13022/17488/14619 13015/17483/14614</w:t>
        <w:br/>
        <w:t>f 13006/17473/14604 13011/17477/14608 13036/17503/14634</w:t>
        <w:br/>
        <w:t>f 13013/17479/14610 13006/17473/14604 13036/17503/14634</w:t>
        <w:br/>
        <w:t>f 13016/17482/14613 13033/17501/14632 13039/17505/14635</w:t>
        <w:br/>
        <w:t>f 13015/17483/14614 13016/17482/14613 13039/17505/14635</w:t>
        <w:br/>
        <w:t>f 13020/17486/14617 13035/17499/14630 13016/17482/14613</w:t>
        <w:br/>
        <w:t>f 13017/17481/14612 13020/17486/14617 13016/17482/14613</w:t>
        <w:br/>
        <w:t>f 13035/17499/14630 13020/17486/14617 13013/17479/14610</w:t>
        <w:br/>
        <w:t>f 13036/17503/14634 13035/17499/14630 13013/17479/14610</w:t>
        <w:br/>
        <w:t>f 12965/17430/14563 12956/17419/14554 12963/17428/14561</w:t>
        <w:br/>
        <w:t>f 13042/17506/14636 13041/17507/14637 13040/17508/14638</w:t>
        <w:br/>
        <w:t>f 12970/17437/14570 12972/17438/14571 12957/17426/14559</w:t>
        <w:br/>
        <w:t>f 12985/17451/14584 12982/17449/14582 12983/17448/14581</w:t>
        <w:br/>
        <w:t>f 12985/17451/14584 12963/17428/14561 12986/17452/14585</w:t>
        <w:br/>
        <w:t>f 13045/17509/14639 13044/17510/14640 13043/17511/14641</w:t>
        <w:br/>
        <w:t>f 13047/17512/14642 12894/17363/14501 12895/17362/14500</w:t>
        <w:br/>
        <w:t>f 13046/17513/14643 13047/17512/14642 12895/17362/14500</w:t>
        <w:br/>
        <w:t>f 13050/17514/14644 12904/17371/13471 13049/17515/14645</w:t>
        <w:br/>
        <w:t>f 13048/17516/14646 13050/17514/14644 13049/17515/14645</w:t>
        <w:br/>
        <w:t>f 13054/17517/14647 13053/17518/14648 13052/17519/14649</w:t>
        <w:br/>
        <w:t>f 13051/17520/14650 13054/17517/14647 13052/17519/14649</w:t>
        <w:br/>
        <w:t>f 13045/17509/14639 13052/17519/14649 13053/17518/14648</w:t>
        <w:br/>
        <w:t>f 13051/17520/14650 13052/17519/14649 13056/17521/14651</w:t>
        <w:br/>
        <w:t>f 13055/17522/14652 13051/17520/14650 13056/17521/14651</w:t>
        <w:br/>
        <w:t>f 13049/17515/14645 13056/17521/14651 13052/17519/14649</w:t>
        <w:br/>
        <w:t>f 13045/17509/14639 13049/17515/14645 13052/17519/14649</w:t>
        <w:br/>
        <w:t>f 12904/17371/13471 12902/17369/14507 13056/17521/14651</w:t>
        <w:br/>
        <w:t>f 13049/17515/14645 12904/17371/13471 13056/17521/14651</w:t>
        <w:br/>
        <w:t>f 12895/17362/14500 12893/17359/14497 12966/17432/14565</w:t>
        <w:br/>
        <w:t>f 13046/17513/14643 12895/17362/14500 12966/17432/14565</w:t>
        <w:br/>
        <w:t>f 12927/17394/14529 13058/17523/14653 13057/17524/14654</w:t>
        <w:br/>
        <w:t>f 13060/17525/13618 13059/17526/13619 12926/17395/14530</w:t>
        <w:br/>
        <w:t>f 12927/17394/14529 13060/17525/13618 12926/17395/14530</w:t>
        <w:br/>
        <w:t>f 13059/17526/13619 13061/17527/13620 12961/17427/14560</w:t>
        <w:br/>
        <w:t>f 12926/17395/14530 13059/17526/13619 12961/17427/14560</w:t>
        <w:br/>
        <w:t>f 13061/17527/13620 13062/17528/13621 12969/17435/14568</w:t>
        <w:br/>
        <w:t>f 12961/17427/14560 13061/17527/13620 12969/17435/14568</w:t>
        <w:br/>
        <w:t>f 12969/17435/14568 13062/17528/13621 13063/17529/13622</w:t>
        <w:br/>
        <w:t>f 12976/17441/14574 12969/17435/14568 13063/17529/13622</w:t>
        <w:br/>
        <w:t>f 13026/17492/14623 13064/17530/4751 9917/16619/13836</w:t>
        <w:br/>
        <w:t>f 3104/15444/12769 9899/16602/13820 13065/17531/14655</w:t>
        <w:br/>
        <w:t>f 12883/17350/14490 12890/17356/14495 13066/17532/14656</w:t>
        <w:br/>
        <w:t>f 13067/17533/14657 12882/17351/14491 12883/17350/14490</w:t>
        <w:br/>
        <w:t>f 13066/17532/14656 13067/17533/14657 12883/17350/14490</w:t>
        <w:br/>
        <w:t>f 13042/17506/14636 13069/17534/14658 13068/17535/14659</w:t>
        <w:br/>
        <w:t>f 13071/17536/14660 13041/17507/14637 13070/17537/14661</w:t>
        <w:br/>
        <w:t>f 13040/17508/14638 13041/17507/14637 13071/17536/14660</w:t>
        <w:br/>
        <w:t>f 12887/17353/14493 12888/17352/14492 13042/17506/14636</w:t>
        <w:br/>
        <w:t>f 13040/17508/14638 12887/17353/14493 13042/17506/14636</w:t>
        <w:br/>
        <w:t>f 13055/17522/14652 13073/17538/14662 13072/17539/14663</w:t>
        <w:br/>
        <w:t>f 13051/17520/14650 13055/17522/14652 13072/17539/14663</w:t>
        <w:br/>
        <w:t>f 13054/17517/14647 13051/17520/14650 13072/17539/14663</w:t>
        <w:br/>
        <w:t>f 13074/17540/14664 13054/17517/14647 13072/17539/14663</w:t>
        <w:br/>
        <w:t>f 13075/17541/14665 13054/17517/14647 13074/17540/14664</w:t>
        <w:br/>
        <w:t>f 13053/17518/14648 13054/17517/14647 13075/17541/14665</w:t>
        <w:br/>
        <w:t>f 13076/17542/14666 13053/17518/14648 13075/17541/14665</w:t>
        <w:br/>
        <w:t>f 13053/17518/14648 13076/17542/14666 13077/17543/11612</w:t>
        <w:br/>
        <w:t>f 13044/17510/14640 13053/17518/14648 13077/17543/11612</w:t>
        <w:br/>
        <w:t>f 13063/17529/13622 13079/17544/13638 13078/17545/14667</w:t>
        <w:br/>
        <w:t>f 12976/17441/14574 13063/17529/13622 13078/17545/14667</w:t>
        <w:br/>
        <w:t>f 12975/17442/14575 12976/17441/14574 13078/17545/14667</w:t>
        <w:br/>
        <w:t>f 12975/17442/14575 13080/17546/14668 12974/17439/14572</w:t>
        <w:br/>
        <w:t>f 12967/17434/14567 12975/17442/14575 12974/17439/14572</w:t>
        <w:br/>
        <w:t>f 12974/17439/14572 13080/17546/14668 12973/17440/14573</w:t>
        <w:br/>
        <w:t>f 12973/17440/14573 13081/17547/14669 12972/17438/14571</w:t>
        <w:br/>
        <w:t>f 12957/17426/14559 12972/17438/14571 13082/17548/14670</w:t>
        <w:br/>
        <w:t>f 12960/17423/14558 12957/17426/14559 13082/17548/14670</w:t>
        <w:br/>
        <w:t>f 12960/17423/14558 13082/17548/14670 13083/17549/14671</w:t>
        <w:br/>
        <w:t>f 12959/17424/14556 12960/17423/14558 13083/17549/14671</w:t>
        <w:br/>
        <w:t>f 13084/17550/14672 12959/17424/14556 13083/17549/14671</w:t>
        <w:br/>
        <w:t>f 12953/17422/14557 12954/17421/14556 13086/17551/14672</w:t>
        <w:br/>
        <w:t>f 13085/17552/14673 12953/17422/14557 13086/17551/14672</w:t>
        <w:br/>
        <w:t>f 13085/17552/14673 12966/17432/14565 12953/17422/14557</w:t>
        <w:br/>
        <w:t>f 13087/17553/14674 12966/17432/14565 13085/17552/14673</w:t>
        <w:br/>
        <w:t>f 13047/17512/14642 13046/17513/14643 13087/17553/14674</w:t>
        <w:br/>
        <w:t>f 13088/17554/14675 13047/17512/14642 13087/17553/14674</w:t>
        <w:br/>
        <w:t>f 13090/17555/14676 13047/17512/14642 13088/17554/14675</w:t>
        <w:br/>
        <w:t>f 13089/17556/14677 13090/17555/14676 13088/17554/14675</w:t>
        <w:br/>
        <w:t>f 13091/17557/14678 12894/17363/14501 13090/17555/14676</w:t>
        <w:br/>
        <w:t>f 13030/17496/14627 12921/17388/14524 12879/17346/14486</w:t>
        <w:br/>
        <w:t>f 13081/17547/14669 13082/17548/14670 12972/17438/14571</w:t>
        <w:br/>
        <w:t>f 13080/17546/14668 13081/17547/14669 12973/17440/14573</w:t>
        <w:br/>
        <w:t>f 13029/17497/14628 13030/17496/14627 12881/17347/14487</w:t>
        <w:br/>
        <w:t>f 12897/17360/14498 13092/17558/14679 13073/17538/14662</w:t>
        <w:br/>
        <w:t>f 12899/17366/14504 12897/17360/14498 13073/17538/14662</w:t>
        <w:br/>
        <w:t>f 13091/17557/14678 13092/17558/14679 12897/17360/14498</w:t>
        <w:br/>
        <w:t>f 12898/17367/14505 12899/17366/14504 13073/17538/14662</w:t>
        <w:br/>
        <w:t>f 13055/17522/14652 12898/17367/14505 13073/17538/14662</w:t>
        <w:br/>
        <w:t>f 13055/17522/14652 13056/17521/14651 12902/17369/14507</w:t>
        <w:br/>
        <w:t>f 12898/17367/14505 13055/17522/14652 12902/17369/14507</w:t>
        <w:br/>
        <w:t>f 13060/17525/13618 12927/17394/14529 13057/17524/14654</w:t>
        <w:br/>
        <w:t>f 13093/17559/13651 13060/17525/13618 13057/17524/14654</w:t>
        <w:br/>
        <w:t>f 12927/17394/14529 12923/17391/4774 13058/17523/14653</w:t>
        <w:br/>
        <w:t>f 13027/17493/14624 13032/17498/14629 12942/17408/14543</w:t>
        <w:br/>
        <w:t>f 12920/17385/14521 12943/17409/14544 13027/17493/14624</w:t>
        <w:br/>
        <w:t>f 12887/17353/14493 12881/17347/14487 12880/17345/14485</w:t>
        <w:br/>
        <w:t>f 12886/17354/14494 12887/17353/14493 12880/17345/14485</w:t>
        <w:br/>
        <w:t>f 13092/17558/14679 13091/17557/14678 13095/17560/14680</w:t>
        <w:br/>
        <w:t>f 13094/17561/14681 13092/17558/14679 13095/17560/14680</w:t>
        <w:br/>
        <w:t>f 13042/17506/14636 13068/17535/14659 13070/17537/14661</w:t>
        <w:br/>
        <w:t>f 13041/17507/14637 13042/17506/14636 13070/17537/14661</w:t>
        <w:br/>
        <w:t>f 13069/17534/14658 12888/17352/14492 12882/17351/14491</w:t>
        <w:br/>
        <w:t>f 13067/17533/14657 13069/17534/14658 12882/17351/14491</w:t>
        <w:br/>
        <w:t>f 13030/17496/14627 12879/17346/14486 12881/17347/14487</w:t>
        <w:br/>
        <w:t>f 12894/17363/14501 13091/17557/14678 12897/17360/14498</w:t>
        <w:br/>
        <w:t>f 13095/17560/14680 13096/17562/14682 13094/17561/14681</w:t>
        <w:br/>
        <w:t>f 13087/17553/14674 13046/17513/14643 12966/17432/14565</w:t>
        <w:br/>
        <w:t>f 3104/15444/12769 13098/17563/14683 13097/17564/14684</w:t>
        <w:br/>
        <w:t>f 13099/17565/13657 3104/15444/12769 13097/17564/14684</w:t>
        <w:br/>
        <w:t>f 3104/15444/12769 13065/17531/14655 13098/17563/14683</w:t>
        <w:br/>
        <w:t>f 13100/17566/14685 9913/16614/13831 9917/16619/13836</w:t>
        <w:br/>
        <w:t>f 6247/16339/13589 13101/17567/14686 13026/17492/14623</w:t>
        <w:br/>
        <w:t>f 6247/16339/13589 13102/17568/14687 13101/17567/14686</w:t>
        <w:br/>
        <w:t>f 6247/16339/13589 13103/17569/13661 13102/17568/14687</w:t>
        <w:br/>
        <w:t>f 13045/17509/14639 13053/17518/14648 13044/17510/14640</w:t>
        <w:br/>
        <w:t>f 12922/17387/14523 13024/17491/14622 13028/17494/14625</w:t>
        <w:br/>
        <w:t>f 12943/17409/14544 13028/17494/14625 13027/17493/14624</w:t>
        <w:br/>
        <w:t>f 12930/17397/14532 12932/17401/14536 12941/17405/14540</w:t>
        <w:br/>
        <w:t>f 12939/17407/14542 12930/17397/14532 12941/17405/14540</w:t>
        <w:br/>
        <w:t>f 12928/17393/14528 12930/17397/14532 12939/17407/14542</w:t>
        <w:br/>
        <w:t>f 12925/17389/14525 12928/17393/14528 12939/17407/14542</w:t>
        <w:br/>
        <w:t>f 12928/17393/14528 12925/17389/14525 12923/17391/4774</w:t>
        <w:br/>
        <w:t>f 12927/17394/14529 12928/17393/14528 12923/17391/4774</w:t>
        <w:br/>
        <w:t>f 13889/17570/14688 12944/17410/14545 12939/17407/14542</w:t>
        <w:br/>
        <w:t>f 12940/17406/14541 13889/17570/14688 12939/17407/14542</w:t>
        <w:br/>
        <w:t>f 12933/17400/14535 12942/17408/14543 12945/17411/14546</w:t>
        <w:br/>
        <w:t>f 12932/17401/14536 12933/17400/14535 12945/17411/14546</w:t>
        <w:br/>
        <w:t>f 12888/17352/14492 12886/17354/14494 12885/17348/14488</w:t>
        <w:br/>
        <w:t>f 12856/17320/14461 12854/17322/14463 13891/17571/14689</w:t>
        <w:br/>
        <w:t>f 12871/17337/14478 12856/17320/14461 13891/17571/14689</w:t>
        <w:br/>
        <w:t>f 12854/17322/14463 12862/17327/14468 12866/17331/14472</w:t>
        <w:br/>
        <w:t>f 13891/17571/14689 12854/17322/14463 12866/17331/14472</w:t>
        <w:br/>
        <w:t>f 12860/17323/14464 12865/17332/14473 12866/17331/14472</w:t>
        <w:br/>
        <w:t>f 12862/17327/14468 12860/17323/14464 12866/17331/14472</w:t>
        <w:br/>
        <w:t>f 12865/17332/14473 12860/17323/14464 12857/17326/14467</w:t>
        <w:br/>
        <w:t>f 13892/17572/14690 12865/17332/14473 12857/17326/14467</w:t>
        <w:br/>
        <w:t>f 12863/17329/14470 12869/17334/14475 13892/17572/14690</w:t>
        <w:br/>
        <w:t>f 12857/17326/14467 12863/17329/14470 13892/17572/14690</w:t>
        <w:br/>
        <w:t>f 13895/17573/14691 13894/17574/14692 13893/17575/14693</w:t>
        <w:br/>
        <w:t>f 12868/17335/14476 13895/17573/14691 13893/17575/14693</w:t>
        <w:br/>
        <w:t>f 12869/17334/14475 12868/17335/14476 13893/17575/14693</w:t>
        <w:br/>
        <w:t>f 13896/17576/14694 12869/17334/14475 13893/17575/14693</w:t>
        <w:br/>
        <w:t>f 13897/17577/14695 13892/17572/14690 12869/17334/14475</w:t>
        <w:br/>
        <w:t>f 13896/17576/14694 13897/17577/14695 12869/17334/14475</w:t>
        <w:br/>
        <w:t>f 12864/17333/14474 12865/17332/14473 13892/17572/14690</w:t>
        <w:br/>
        <w:t>f 13897/17577/14695 12864/17333/14474 13892/17572/14690</w:t>
        <w:br/>
        <w:t>f 13898/17578/14696 13891/17571/14689 12866/17331/14472</w:t>
        <w:br/>
        <w:t>f 12867/17330/14471 13898/17578/14696 12866/17331/14472</w:t>
        <w:br/>
        <w:t>f 13891/17571/14689 13898/17578/14696 13899/17579/14697</w:t>
        <w:br/>
        <w:t>f 12871/17337/14478 13891/17571/14689 13899/17579/14697</w:t>
        <w:br/>
        <w:t>f 12870/17338/5313 12871/17337/14478 13899/17579/14697</w:t>
        <w:br/>
        <w:t>f 13900/17580/14698 12870/17338/5313 13899/17579/14697</w:t>
        <w:br/>
        <w:t>f 13048/17516/14646 13049/17515/14645 13045/17509/14639</w:t>
        <w:br/>
        <w:t>f 13043/17511/14641 13048/17516/14646 13045/17509/14639</w:t>
        <w:br/>
        <w:t>f 13043/17511/14641 13906/17581/14699 13048/17516/14646</w:t>
        <w:br/>
        <w:t>f 13906/17581/14699 13907/17582/14700 13050/17514/14644</w:t>
        <w:br/>
        <w:t>f 13048/17516/14646 13906/17581/14699 13050/17514/14644</w:t>
        <w:br/>
        <w:t>f 9913/16614/13831 13100/17566/14685 13023/17489/14620</w:t>
        <w:br/>
        <w:t>f 13031/17495/14626 12922/17387/14523 12921/17388/14524</w:t>
        <w:br/>
        <w:t>f 13030/17496/14627 13031/17495/14626 12921/17388/14524</w:t>
        <w:br/>
        <w:t>f 10192/16803/14011 10825/17317/14459 10191/16804/14012</w:t>
        <w:br/>
        <w:t>f 14781/17583/14701 9914/16617/13834 14780/17584/14702</w:t>
        <w:br/>
        <w:t>f 14781/17583/14701 9915/16616/13833 9914/16617/13834</w:t>
        <w:br/>
        <w:t>f 9919/16621/13838 14782/17585/14703 9910/16611/13828</w:t>
        <w:br/>
        <w:t>f 13042/17506/14636 12888/17352/14492 13069/17534/14658</w:t>
        <w:br/>
        <w:t>f 10189/16801/14009 10649/17194/13843 11734/17318/13839</w:t>
        <w:br/>
        <w:t>f 10650/17195/14355 10189/16801/14009 11734/17318/13839</w:t>
        <w:br/>
        <w:t>f 14842/17586/14704 14841/17587/14705 10016/16631/13848</w:t>
        <w:br/>
        <w:t>f 10017/16630/13847 14842/17586/14704 10016/16631/13848</w:t>
        <w:br/>
        <w:t>f 14843/17588/14706 14842/17586/14704 10017/16630/13847</w:t>
        <w:br/>
        <w:t>f 10032/16645/13862 14843/17588/14706 10017/16630/13847</w:t>
        <w:br/>
        <w:t>f 10033/16644/13861 14844/17589/14707 14843/17588/14706</w:t>
        <w:br/>
        <w:t>f 10032/16645/13862 10033/16644/13861 14843/17588/14706</w:t>
        <w:br/>
        <w:t>f 10677/17222/14377 14845/17590/14708 14844/17589/14707</w:t>
        <w:br/>
        <w:t>f 10033/16644/13861 10677/17222/14377 14844/17589/14707</w:t>
        <w:br/>
        <w:t>f 10735/17280/14430 14847/17591/14709 14846/17592/14710</w:t>
        <w:br/>
        <w:t>f 10738/17283/14377 10735/17280/14430 14846/17592/14710</w:t>
        <w:br/>
        <w:t>f 10023/16632/13849 14848/17593/14711 14847/17591/14709</w:t>
        <w:br/>
        <w:t>f 10735/17280/14430 10023/16632/13849 14847/17591/14709</w:t>
        <w:br/>
        <w:t>f 10020/16635/13852 14849/17594/14712 14848/17593/14711</w:t>
        <w:br/>
        <w:t>f 10023/16632/13849 10020/16635/13852 14848/17593/14711</w:t>
        <w:br/>
        <w:t>f 14850/17595/14713 14849/17594/14712 10020/16635/13852</w:t>
        <w:br/>
        <w:t>f 10024/16637/13854 14850/17595/14713 10020/16635/13852</w:t>
        <w:br/>
        <w:t>f 10728/17273/14424 10727/17272/14423 10448/17019/14200</w:t>
        <w:br/>
        <w:t>f 10449/17018/14199 10728/17273/14424 10448/17019/14200</w:t>
        <w:br/>
        <w:t>f 10729/17274/14425 10728/17273/14424 10449/17018/14199</w:t>
        <w:br/>
        <w:t>f 10457/17026/14207 10729/17274/14425 10449/17018/14199</w:t>
        <w:br/>
        <w:t>f 10729/17274/14425 10457/17026/14207 10454/17029/14210</w:t>
        <w:br/>
        <w:t>f 10730/17275/14426 10729/17274/14425 10454/17029/14210</w:t>
        <w:br/>
        <w:t>f 10730/17275/14426 10454/17029/14210 10477/17044/14223</w:t>
        <w:br/>
        <w:t>f 10731/17276/14427 10730/17275/14426 10477/17044/14223</w:t>
        <w:br/>
        <w:t>f 10448/17019/14200 10452/17023/14204 10704/17248/14400</w:t>
        <w:br/>
        <w:t>f 10727/17272/14423 10451/17024/14205 10452/17023/14204</w:t>
        <w:br/>
        <w:t>f 10448/17019/14200 10727/17272/14423 10452/17023/14204</w:t>
        <w:br/>
        <w:t>f 10699/17243/14396 10698/17244/14223 14851/17596/14714</w:t>
        <w:br/>
        <w:t>f 10702/17245/14397 10699/17243/14396 14851/17596/14714</w:t>
        <w:br/>
        <w:t>f 10662/17208/14365 10663/17207/14364 10732/17277/14427</w:t>
        <w:br/>
        <w:t>f 10698/17244/14223 10662/17208/14365 10732/17277/14427</w:t>
        <w:br/>
        <w:t>f 9914/16617/13834 9910/16611/13828 14782/17585/14703</w:t>
        <w:br/>
        <w:t>f 14780/17584/14702 9914/16617/13834 14782/17585/14703</w:t>
        <w:br/>
        <w:t>f 13091/17557/14678 13090/17555/14676 13095/17560/14680</w:t>
        <w:br/>
        <w:t>f 14903/17597/14715 13095/17560/14680 13090/17555/14676</w:t>
        <w:br/>
        <w:t>f 13089/17556/14677 14903/17597/14715 13090/17555/14676</w:t>
        <w:br/>
        <w:t>f 12894/17363/14501 13047/17512/14642 13090/17555/14676</w:t>
        <w:br/>
        <w:t>f 14983/17598/14716 14982/17599/14717 14981/17600/14718</w:t>
        <w:br/>
        <w:t>f 13095/17560/14680 14983/17598/14716 14981/17600/14718</w:t>
        <w:br/>
        <w:t>f 13095/17560/14680 14903/17597/14715 14983/17598/14716</w:t>
        <w:br/>
        <w:t>f 13095/17560/14680 14981/17600/14718 13096/17562/14682</w:t>
        <w:br/>
        <w:t>f 13064/17530/4751 13100/17566/14685 9917/16619/13836</w:t>
        <w:br/>
        <w:t>f 20692/17601/14719 20691/17602/14720 20690/17603/14721</w:t>
        <w:br/>
        <w:t>f 20689/17604/14722 20692/17601/14719 20690/17603/14721</w:t>
        <w:br/>
        <w:t>f 20695/17605/14723 20694/17606/14724 20693/17607/14725</w:t>
        <w:br/>
        <w:t>f 20696/17608/14726 20695/17605/14723 20693/17607/14725</w:t>
        <w:br/>
        <w:t>f 20700/17609/14727 20699/17610/14724 20698/17611/14728</w:t>
        <w:br/>
        <w:t>f 20697/17612/14729 20700/17609/14727 20698/17611/14728</w:t>
        <w:br/>
        <w:t>f 20696/17608/14726 20690/17603/14721 20691/17602/14720</w:t>
        <w:br/>
        <w:t>f 20695/17605/14723 20696/17608/14726 20691/17602/14720</w:t>
        <w:br/>
        <w:t>f 20704/17613/14730 20703/17614/14731 20702/17615/14732</w:t>
        <w:br/>
        <w:t>f 20701/17616/14733 20704/17613/14730 20702/17615/14732</w:t>
        <w:br/>
        <w:t>f 20697/17612/14729 20698/17611/14728 20702/17615/14732</w:t>
        <w:br/>
        <w:t>f 20703/17614/14731 20697/17612/14729 20702/17615/14732</w:t>
        <w:br/>
        <w:t>f 20708/17617/14734 20707/17618/14735 20706/17619/14736</w:t>
        <w:br/>
        <w:t>f 20705/17620/14737 20708/17617/14734 20706/17619/14736</w:t>
        <w:br/>
        <w:t>f 20710/17621/14738 20709/17622/14739 20707/17618/14735</w:t>
        <w:br/>
        <w:t>f 20708/17617/14734 20710/17621/14738 20707/17618/14735</w:t>
        <w:br/>
        <w:t>f 20704/17613/14730 20701/17616/14733 20709/17622/14739</w:t>
        <w:br/>
        <w:t>f 20710/17621/14738 20704/17613/14730 20709/17622/14739</w:t>
        <w:br/>
        <w:t>f 20706/17619/14736 20692/17601/14719 20689/17604/14722</w:t>
        <w:br/>
        <w:t>f 20705/17620/14737 20706/17619/14736 20689/17604/14722</w:t>
        <w:br/>
        <w:t>f 20709/17622/14739 20712/17623/14740 20711/17624/14741</w:t>
        <w:br/>
        <w:t>f 20707/17618/14735 20709/17622/14739 20711/17624/14741</w:t>
        <w:br/>
        <w:t>f 20713/17625/14742 20706/17619/14736 20707/17618/14735</w:t>
        <w:br/>
        <w:t>f 20711/17624/14741 20713/17625/14742 20707/17618/14735</w:t>
        <w:br/>
        <w:t>f 20715/17626/14743 20714/17627/14744 20691/17602/14720</w:t>
        <w:br/>
        <w:t>f 20692/17601/14719 20715/17626/14743 20691/17602/14720</w:t>
        <w:br/>
        <w:t>f 20695/17605/14723 20691/17602/14720 20714/17627/14744</w:t>
        <w:br/>
        <w:t>f 20716/17628/14745 20695/17605/14723 20714/17627/14744</w:t>
        <w:br/>
        <w:t>f 20699/17610/14724 20718/17629/14746 20717/17630/14747</w:t>
        <w:br/>
        <w:t>f 20698/17611/14728 20699/17610/14724 20717/17630/14747</w:t>
        <w:br/>
        <w:t>f 20694/17606/14724 20695/17605/14723 20716/17628/14745</w:t>
        <w:br/>
        <w:t>f 20719/17631/14746 20694/17606/14724 20716/17628/14745</w:t>
        <w:br/>
        <w:t>f 20712/17623/14740 20722/17632/14748 20721/17633/14749</w:t>
        <w:br/>
        <w:t>f 20720/17634/14750 20712/17623/14740 20721/17633/14749</w:t>
        <w:br/>
        <w:t>f 20724/17635/14751 20723/17636/14752 20713/17625/14742</w:t>
        <w:br/>
        <w:t>f 20711/17624/14741 20724/17635/14751 20713/17625/14742</w:t>
        <w:br/>
        <w:t>f 20720/17634/14750 20724/17635/14751 20711/17624/14741</w:t>
        <w:br/>
        <w:t>f 20712/17623/14740 20720/17634/14750 20711/17624/14741</w:t>
        <w:br/>
        <w:t>f 20726/17637/14753 20725/17638/14754 20714/17627/14744</w:t>
        <w:br/>
        <w:t>f 20715/17626/14743 20726/17637/14753 20714/17627/14744</w:t>
        <w:br/>
        <w:t>f 20727/17639/14755 20722/17632/14748 20701/17616/14733</w:t>
        <w:br/>
        <w:t>f 20702/17615/14732 20727/17639/14755 20701/17616/14733</w:t>
        <w:br/>
        <w:t>f 20727/17639/14755 20728/17640/14756 20721/17633/14749</w:t>
        <w:br/>
        <w:t>f 20722/17632/14748 20727/17639/14755 20721/17633/14749</w:t>
        <w:br/>
        <w:t>f 20712/17623/14740 20709/17622/14739 20701/17616/14733</w:t>
        <w:br/>
        <w:t>f 20722/17632/14748 20712/17623/14740 20701/17616/14733</w:t>
        <w:br/>
        <w:t>f 20716/17628/14745 20714/17627/14744 20725/17638/14754</w:t>
        <w:br/>
        <w:t>f 20729/17641/14757 20716/17628/14745 20725/17638/14754</w:t>
        <w:br/>
        <w:t>f 20731/17642/14758 20730/17643/14759 20717/17630/14747</w:t>
        <w:br/>
        <w:t>f 20718/17629/14746 20731/17642/14758 20717/17630/14747</w:t>
        <w:br/>
        <w:t>f 20719/17631/14746 20716/17628/14745 20729/17641/14757</w:t>
        <w:br/>
        <w:t>f 20732/17644/14758 20719/17631/14746 20729/17641/14757</w:t>
        <w:br/>
        <w:t>f 20727/17639/14755 20702/17615/14732 20698/17611/14728</w:t>
        <w:br/>
        <w:t>f 20717/17630/14747 20727/17639/14755 20698/17611/14728</w:t>
        <w:br/>
        <w:t>f 20728/17640/14756 20727/17639/14755 20717/17630/14747</w:t>
        <w:br/>
        <w:t>f 20730/17643/14759 20728/17640/14756 20717/17630/14747</w:t>
        <w:br/>
        <w:t>f 20713/17625/14742 20715/17626/14743 20692/17601/14719</w:t>
        <w:br/>
        <w:t>f 20706/17619/14736 20713/17625/14742 20692/17601/14719</w:t>
        <w:br/>
        <w:t>f 20713/17625/14742 20723/17636/14752 20726/17637/14753</w:t>
        <w:br/>
        <w:t>f 20715/17626/14743 20713/17625/14742 20726/17637/14753</w:t>
        <w:br/>
        <w:t>f 20734/17645/14760 20721/17633/14749 20728/17640/14756</w:t>
        <w:br/>
        <w:t>f 20733/17646/14761 20734/17645/14760 20728/17640/14756</w:t>
        <w:br/>
        <w:t>f 20730/17643/14759 20731/17642/14758 20736/17647/14762</w:t>
        <w:br/>
        <w:t>f 20735/17648/14763 20730/17643/14759 20736/17647/14762</w:t>
        <w:br/>
        <w:t>f 20738/17649/14764 20737/17650/14765 20732/17644/14758</w:t>
        <w:br/>
        <w:t>f 20729/17641/14757 20738/17649/14764 20732/17644/14758</w:t>
        <w:br/>
        <w:t>f 20740/17651/14766 20739/17652/14767 20723/17636/14752</w:t>
        <w:br/>
        <w:t>f 20724/17635/14751 20740/17651/14766 20723/17636/14752</w:t>
        <w:br/>
        <w:t>f 20734/17645/14760 20741/17653/14768 20720/17634/14750</w:t>
        <w:br/>
        <w:t>f 20721/17633/14749 20734/17645/14760 20720/17634/14750</w:t>
        <w:br/>
        <w:t>f 20743/17654/14769 20734/17645/14760 20733/17646/14761</w:t>
        <w:br/>
        <w:t>f 20742/17655/14770 20743/17654/14769 20733/17646/14761</w:t>
        <w:br/>
        <w:t>f 20745/17656/14771 20744/17657/14772 20737/17650/14765</w:t>
        <w:br/>
        <w:t>f 20738/17649/14764 20745/17656/14771 20737/17650/14765</w:t>
        <w:br/>
        <w:t>f 20747/17658/14773 20746/17659/14774 20739/17652/14767</w:t>
        <w:br/>
        <w:t>f 20740/17651/14766 20747/17658/14773 20739/17652/14767</w:t>
        <w:br/>
        <w:t>f 20741/17653/14768 20734/17645/14760 20743/17654/14769</w:t>
        <w:br/>
        <w:t>f 20748/17660/14775 20741/17653/14768 20743/17654/14769</w:t>
        <w:br/>
        <w:t>f 20750/17661/14776 20749/17662/14777 20725/17638/14754</w:t>
        <w:br/>
        <w:t>f 20726/17637/14753 20750/17661/14776 20725/17638/14754</w:t>
        <w:br/>
        <w:t>f 20751/17663/14778 20745/17656/14771 20738/17649/14764</w:t>
        <w:br/>
        <w:t>f 20749/17662/14777 20751/17663/14778 20738/17649/14764</w:t>
        <w:br/>
        <w:t>f 20752/17664/14779 20751/17663/14778 20749/17662/14777</w:t>
        <w:br/>
        <w:t>f 20750/17661/14776 20752/17664/14779 20749/17662/14777</w:t>
        <w:br/>
        <w:t>f 20735/17648/14763 20736/17647/14762 20754/17665/14772</w:t>
        <w:br/>
        <w:t>f 20753/17666/14780 20735/17648/14763 20754/17665/14772</w:t>
        <w:br/>
        <w:t>f 20748/17660/14775 20756/17667/14781 20755/17668/14782</w:t>
        <w:br/>
        <w:t>f 20747/17658/14773 20748/17660/14775 20755/17668/14782</w:t>
        <w:br/>
        <w:t>f 20743/17654/14769 20742/17655/14770 20758/17669/14783</w:t>
        <w:br/>
        <w:t>f 20757/17670/14784 20743/17654/14769 20758/17669/14783</w:t>
        <w:br/>
        <w:t>f 20747/17658/14773 20755/17668/14782 20759/17671/14785</w:t>
        <w:br/>
        <w:t>f 20746/17659/14774 20747/17658/14773 20759/17671/14785</w:t>
        <w:br/>
        <w:t>f 20760/17672/14786 20751/17663/14778 20752/17664/14779</w:t>
        <w:br/>
        <w:t>f 20761/17673/14787 20760/17672/14786 20752/17664/14779</w:t>
        <w:br/>
        <w:t>f 20760/17672/14786 20762/17674/14788 20745/17656/14771</w:t>
        <w:br/>
        <w:t>f 20751/17663/14778 20760/17672/14786 20745/17656/14771</w:t>
        <w:br/>
        <w:t>f 20744/17657/14772 20745/17656/14771 20762/17674/14788</w:t>
        <w:br/>
        <w:t>f 20763/17675/14789 20744/17657/14772 20762/17674/14788</w:t>
        <w:br/>
        <w:t>f 20753/17666/14780 20754/17665/14772 20765/17676/14790</w:t>
        <w:br/>
        <w:t>f 20764/17677/14791 20753/17666/14780 20765/17676/14790</w:t>
        <w:br/>
        <w:t>f 20748/17660/14775 20743/17654/14769 20757/17670/14784</w:t>
        <w:br/>
        <w:t>f 20756/17667/14781 20748/17660/14775 20757/17670/14784</w:t>
        <w:br/>
        <w:t>f 20740/17651/14766 20741/17653/14768 20748/17660/14775</w:t>
        <w:br/>
        <w:t>f 20747/17658/14773 20740/17651/14766 20748/17660/14775</w:t>
        <w:br/>
        <w:t>f 20749/17662/14777 20738/17649/14764 20729/17641/14757</w:t>
        <w:br/>
        <w:t>f 20725/17638/14754 20749/17662/14777 20729/17641/14757</w:t>
        <w:br/>
        <w:t>f 20724/17635/14751 20720/17634/14750 20741/17653/14768</w:t>
        <w:br/>
        <w:t>f 20740/17651/14766 20724/17635/14751 20741/17653/14768</w:t>
        <w:br/>
        <w:t>f 20764/17677/14791 20758/17669/14783 20742/17655/14770</w:t>
        <w:br/>
        <w:t>f 20753/17666/14780 20764/17677/14791 20742/17655/14770</w:t>
        <w:br/>
        <w:t>f 20735/17648/14763 20733/17646/14761 20728/17640/14756</w:t>
        <w:br/>
        <w:t>f 20730/17643/14759 20735/17648/14763 20728/17640/14756</w:t>
        <w:br/>
        <w:t>f 20733/17646/14761 20735/17648/14763 20753/17666/14780</w:t>
        <w:br/>
        <w:t>f 20742/17655/14770 20733/17646/14761 20753/17666/14780</w:t>
        <w:br/>
        <w:t>f 20723/17636/14752 20739/17652/14767 20750/17661/14776</w:t>
        <w:br/>
        <w:t>f 20726/17637/14753 20723/17636/14752 20750/17661/14776</w:t>
        <w:br/>
        <w:t>f 20739/17652/14767 20746/17659/14774 20752/17664/14779</w:t>
        <w:br/>
        <w:t>f 20750/17661/14776 20739/17652/14767 20752/17664/14779</w:t>
        <w:br/>
        <w:t>f 20746/17659/14774 20759/17671/14785 20761/17673/14787</w:t>
        <w:br/>
        <w:t>f 20752/17664/14779 20746/17659/14774 20761/17673/14787</w:t>
        <w:br/>
        <w:t>f 20768/17678/14792 20767/17679/14793 20766/17680/12329</w:t>
        <w:br/>
        <w:t>f 20771/17681/12339 20770/17682/14794 20769/17683/14795</w:t>
        <w:br/>
        <w:t>f 20774/17684/12334 20773/17685/14796 20770/17682/14794</w:t>
        <w:br/>
        <w:t>f 20772/17686/12335 20774/17684/12334 20770/17682/14794</w:t>
        <w:br/>
        <w:t>f 20776/17687/14797 20775/17688/6483 20769/17683/14795</w:t>
        <w:br/>
        <w:t>f 20770/17682/14794 20776/17687/14797 20769/17683/14795</w:t>
        <w:br/>
        <w:t>f 20779/17689/14798 20768/17678/14792 20778/17690/12432</w:t>
        <w:br/>
        <w:t>f 20777/17691/12433 20779/17689/14798 20778/17690/12432</w:t>
        <w:br/>
        <w:t>f 20772/17686/12335 20770/17682/14794 20771/17681/12339</w:t>
        <w:br/>
        <w:t>f 20780/17692/14799 20776/17687/14797 20770/17682/14794</w:t>
        <w:br/>
        <w:t>f 20773/17685/14796 20780/17692/14799 20770/17682/14794</w:t>
        <w:br/>
        <w:t>f 20768/17678/14792 20766/17680/12329 20778/17690/12432</w:t>
        <w:br/>
        <w:t>f 21408/17693/14800 21407/17694/14801 21406/17695/14802</w:t>
        <w:br/>
        <w:t>f 21405/17696/14803 21408/17693/14800 21406/17695/14802</w:t>
        <w:br/>
        <w:t>f 21410/17697/14804 21409/17698/14805 21405/17696/14803</w:t>
        <w:br/>
        <w:t>f 21406/17695/14802 21410/17697/14804 21405/17696/14803</w:t>
        <w:br/>
        <w:t>f 21412/17699/14806 21407/17694/14801 21408/17693/14800</w:t>
        <w:br/>
        <w:t>f 21411/17700/14807 21412/17699/14806 21408/17693/14800</w:t>
        <w:br/>
        <w:t>f 21411/17700/14807 21414/17701/14808 21413/17702/14809</w:t>
        <w:br/>
        <w:t>f 21412/17699/14806 21411/17700/14807 21413/17702/14809</w:t>
        <w:br/>
        <w:t>f 21418/17703/14810 21417/17704/14811 21416/17705/14812</w:t>
        <w:br/>
        <w:t>f 21415/17706/14813 21418/17703/14810 21416/17705/14812</w:t>
        <w:br/>
        <w:t>f 21418/17703/14810 21412/17699/14806 21413/17702/14809</w:t>
        <w:br/>
        <w:t>f 21417/17704/14811 21418/17703/14810 21413/17702/14809</w:t>
        <w:br/>
        <w:t>f 21435/17707/14814 21434/17708/12365 21433/17709/14815</w:t>
        <w:br/>
        <w:t>f 21437/17710/12364 21436/17711/14816 21433/17709/14815</w:t>
        <w:br/>
        <w:t>f 21434/17708/12365 21437/17710/12364 21433/17709/14815</w:t>
        <w:br/>
        <w:t>f 21441/17712/12368 21440/17713/12367 21439/17714/14817</w:t>
        <w:br/>
        <w:t>f 21438/17715/14818 21441/17712/12368 21439/17714/14817</w:t>
        <w:br/>
        <w:t>f 21418/17703/14810 21415/17706/14813 21439/17714/14817</w:t>
        <w:br/>
        <w:t>f 21442/17716/14819 21418/17703/14810 21439/17714/14817</w:t>
        <w:br/>
        <w:t>f 21440/17713/12367 21443/17717/12366 21442/17716/14819</w:t>
        <w:br/>
        <w:t>f 21439/17714/14817 21440/17713/12367 21442/17716/14819</w:t>
        <w:br/>
        <w:t>f 21442/17716/14819 21443/17717/12366 21444/17718/14820</w:t>
        <w:br/>
        <w:t>f 21444/17718/14820 21443/17717/12366 21445/17719/12362</w:t>
        <w:br/>
        <w:t>f 21435/17707/14814 21444/17718/14820 21445/17719/12362</w:t>
        <w:br/>
        <w:t>f 21435/17707/14814 21445/17719/12362 21434/17708/12365</w:t>
        <w:br/>
        <w:t>f 21447/17720/14821 21436/17711/14816 21446/17721/14822</w:t>
        <w:br/>
        <w:t>f 21442/17716/14819 21407/17694/14801 21412/17699/14806</w:t>
        <w:br/>
        <w:t>f 21418/17703/14810 21442/17716/14819 21412/17699/14806</w:t>
        <w:br/>
        <w:t>f 21406/17695/14802 21407/17694/14801 21442/17716/14819</w:t>
        <w:br/>
        <w:t>f 21444/17718/14820 21406/17695/14802 21442/17716/14819</w:t>
        <w:br/>
        <w:t>f 21410/17697/14804 21406/17695/14802 21444/17718/14820</w:t>
        <w:br/>
        <w:t>f 21435/17707/14814 21410/17697/14804 21444/17718/14820</w:t>
        <w:br/>
        <w:t>f 21439/17714/14817 21415/17706/14813 21438/17715/14818</w:t>
        <w:br/>
        <w:t>f 21451/17722/14823 21450/17723/14824 21449/17724/14825</w:t>
        <w:br/>
        <w:t>f 21448/17725/14826 21451/17722/14823 21449/17724/14825</w:t>
        <w:br/>
        <w:t>f 21453/17726/14827 21452/17727/14828 21448/17725/14826</w:t>
        <w:br/>
        <w:t>f 21449/17724/14825 21453/17726/14827 21448/17725/14826</w:t>
        <w:br/>
        <w:t>f 21453/17726/14827 21455/17728/14829 21454/17729/14830</w:t>
        <w:br/>
        <w:t>f 21452/17727/14828 21453/17726/14827 21454/17729/14830</w:t>
        <w:br/>
        <w:t>f 21415/17706/14813 21416/17705/14812 21451/17722/14823</w:t>
        <w:br/>
        <w:t>f 21448/17725/14826 21415/17706/14813 21451/17722/14823</w:t>
        <w:br/>
        <w:t>f 21450/17723/14824 21457/17730/14831 21456/17731/14832</w:t>
        <w:br/>
        <w:t>f 21449/17724/14825 21450/17723/14824 21456/17731/14832</w:t>
        <w:br/>
        <w:t>f 21448/17725/14826 21452/17727/14828 21438/17715/14818</w:t>
        <w:br/>
        <w:t>f 21415/17706/14813 21448/17725/14826 21438/17715/14818</w:t>
        <w:br/>
        <w:t>f 21436/17711/14816 21453/17726/14827 21449/17724/14825</w:t>
        <w:br/>
        <w:t>f 21446/17721/14822 21436/17711/14816 21449/17724/14825</w:t>
        <w:br/>
        <w:t>f 21454/17729/14830 21458/17732/14833 21452/17727/14828</w:t>
        <w:br/>
        <w:t>f 21458/17732/14833 21441/17712/12368 21438/17715/14818</w:t>
        <w:br/>
        <w:t>f 21452/17727/14828 21458/17732/14833 21438/17715/14818</w:t>
        <w:br/>
        <w:t>f 21437/17710/12364 21455/17728/14829 21453/17726/14827</w:t>
        <w:br/>
        <w:t>f 21436/17711/14816 21437/17710/12364 21453/17726/14827</w:t>
        <w:br/>
        <w:t>f 21465/17733/14834 21464/17734/14835 21463/17735/14836</w:t>
        <w:br/>
        <w:t>f 21462/17736/14837 21465/17733/14834 21463/17735/14836</w:t>
        <w:br/>
        <w:t>f 21468/17737/14838 21467/17738/14839 21466/17739/14840</w:t>
        <w:br/>
        <w:t>f 21463/17735/14836 21470/17740/14841 21469/17741/14842</w:t>
        <w:br/>
        <w:t>f 21462/17736/14837 21463/17735/14836 21469/17741/14842</w:t>
        <w:br/>
        <w:t>f 21474/17742/14843 21473/17743/14844 21472/17744/14845</w:t>
        <w:br/>
        <w:t>f 21471/17745/14846 21474/17742/14843 21472/17744/14845</w:t>
        <w:br/>
        <w:t>f 21478/17746/14847 21477/17747/14848 21476/17748/14849</w:t>
        <w:br/>
        <w:t>f 21475/17749/14850 21478/17746/14847 21476/17748/14849</w:t>
        <w:br/>
        <w:t>f 21475/17749/14850 21476/17748/14849 21480/17750/14851</w:t>
        <w:br/>
        <w:t>f 21479/17751/14852 21475/17749/14850 21480/17750/14851</w:t>
        <w:br/>
        <w:t>f 21482/17752/14853 21474/17742/14843 21471/17745/14846</w:t>
        <w:br/>
        <w:t>f 21481/17753/14854 21482/17752/14853 21471/17745/14846</w:t>
        <w:br/>
        <w:t>f 21483/17754/14855 21480/17750/14851 21476/17748/14849</w:t>
        <w:br/>
        <w:t>f 21487/17755/14856 21486/17756/14857 21485/17757/14858</w:t>
        <w:br/>
        <w:t>f 21484/17758/14859 21487/17755/14856 21485/17757/14858</w:t>
        <w:br/>
        <w:t>f 21491/17759/14860 21490/17760/14861 21489/17761/14862</w:t>
        <w:br/>
        <w:t>f 21488/17762/14863 21491/17759/14860 21489/17761/14862</w:t>
        <w:br/>
        <w:t>f 21494/17763/14864 21493/17764/14865 21492/17765/14866</w:t>
        <w:br/>
        <w:t>f 21494/17763/14864 21492/17765/14866 21485/17757/14858</w:t>
        <w:br/>
        <w:t>f 21486/17756/14857 21494/17763/14864 21485/17757/14858</w:t>
        <w:br/>
        <w:t>f 21496/17766/14867 21495/17767/14867 21494/17763/14864</w:t>
        <w:br/>
        <w:t>f 21486/17756/14857 21496/17766/14867 21494/17763/14864</w:t>
        <w:br/>
        <w:t>f 21500/17768/14868 21499/17769/14869 21498/17770/14870</w:t>
        <w:br/>
        <w:t>f 21497/17771/14871 21500/17768/14868 21498/17770/14870</w:t>
        <w:br/>
        <w:t>f 21494/17763/14864 21499/17769/14869 21500/17768/14868</w:t>
        <w:br/>
        <w:t>f 21493/17764/14865 21494/17763/14864 21500/17768/14868</w:t>
        <w:br/>
        <w:t>f 21466/17739/14840 21501/17772/14872 21499/17769/14869</w:t>
        <w:br/>
        <w:t>f 21494/17763/14864 21466/17739/14840 21499/17769/14869</w:t>
        <w:br/>
        <w:t>f 21501/17772/14872 21498/17770/14870 21499/17769/14869</w:t>
        <w:br/>
        <w:t>f 21509/17773/14873 21508/17774/14874 21507/17775/14875</w:t>
        <w:br/>
        <w:t>f 21506/17776/14876 21509/17773/14873 21507/17775/14875</w:t>
        <w:br/>
        <w:t>f 21513/17777/14877 21512/17778/14878 21511/17779/14879</w:t>
        <w:br/>
        <w:t>f 21510/17780/14880 21513/17777/14877 21511/17779/14879</w:t>
        <w:br/>
        <w:t>f 21514/17781/14881 21501/17772/14872 21511/17779/14879</w:t>
        <w:br/>
        <w:t>f 21512/17778/14878 21514/17781/14881 21511/17779/14879</w:t>
        <w:br/>
        <w:t>f 21509/17773/14873 21506/17776/14876 21516/17782/14882</w:t>
        <w:br/>
        <w:t>f 21515/17783/14883 21509/17773/14873 21516/17782/14882</w:t>
        <w:br/>
        <w:t>f 21511/17779/14879 21515/17783/14883 21516/17782/14882</w:t>
        <w:br/>
        <w:t>f 21510/17780/14880 21511/17779/14879 21516/17782/14882</w:t>
        <w:br/>
        <w:t>f 21501/17772/14872 21517/17784/14884 21515/17783/14883</w:t>
        <w:br/>
        <w:t>f 21511/17779/14879 21501/17772/14872 21515/17783/14883</w:t>
        <w:br/>
        <w:t>f 21515/17783/14883 21517/17784/14884 21509/17773/14873</w:t>
        <w:br/>
        <w:t>f 21524/17785/14885 21523/17786/14886 21522/17787/14887</w:t>
        <w:br/>
        <w:t>f 21521/17788/14888 21524/17785/14885 21522/17787/14887</w:t>
        <w:br/>
        <w:t>f 21509/17773/14873 21517/17784/14884 21526/17789/14889</w:t>
        <w:br/>
        <w:t>f 21525/17790/14890 21509/17773/14873 21526/17789/14889</w:t>
        <w:br/>
        <w:t>f 21530/17791/14891 21529/17792/14892 21528/17793/14893</w:t>
        <w:br/>
        <w:t>f 21527/17794/14894 21530/17791/14891 21528/17793/14893</w:t>
        <w:br/>
        <w:t>f 21530/17791/14891 21531/17795/14895 21526/17789/14889</w:t>
        <w:br/>
        <w:t>f 21529/17792/14892 21530/17791/14891 21526/17789/14889</w:t>
        <w:br/>
        <w:t>f 21517/17784/14884 21532/17796/14896 21529/17792/14892</w:t>
        <w:br/>
        <w:t>f 21526/17789/14889 21517/17784/14884 21529/17792/14892</w:t>
        <w:br/>
        <w:t>f 21523/17786/14886 21534/17797/14897 21533/17798/14898</w:t>
        <w:br/>
        <w:t>f 21536/17799/14899 21535/17800/14900 21523/17786/14886</w:t>
        <w:br/>
        <w:t>f 21467/17738/14839 21468/17737/14838 21542/17801/14901</w:t>
        <w:br/>
        <w:t>f 21541/17802/14902 21467/17738/14839 21542/17801/14901</w:t>
        <w:br/>
        <w:t>f 21476/17748/14849 21544/17803/14903 21543/17804/14904</w:t>
        <w:br/>
        <w:t>f 21483/17754/14855 21476/17748/14849 21543/17804/14904</w:t>
        <w:br/>
        <w:t>f 21483/17754/14855 21543/17804/14904 21467/17738/14839</w:t>
        <w:br/>
        <w:t>f 21543/17804/14904 21466/17739/14840 21467/17738/14839</w:t>
        <w:br/>
        <w:t>f 21544/17803/14903 21476/17748/14849 21477/17747/14848</w:t>
        <w:br/>
        <w:t>f 21545/17805/14905 21544/17803/14903 21477/17747/14848</w:t>
        <w:br/>
        <w:t>f 21549/17806/14906 21548/17807/14907 21547/17808/14907</w:t>
        <w:br/>
        <w:t>f 21546/17809/14906 21549/17806/14906 21547/17808/14907</w:t>
        <w:br/>
        <w:t>f 21547/17808/14907 21548/17807/14907 21551/17810/14908</w:t>
        <w:br/>
        <w:t>f 21550/17811/14908 21547/17808/14907 21551/17810/14908</w:t>
        <w:br/>
        <w:t>f 21555/17812/14909 21554/17813/14910 21553/17814/14911</w:t>
        <w:br/>
        <w:t>f 21552/17815/14909 21555/17812/14909 21553/17814/14911</w:t>
        <w:br/>
        <w:t>f 21553/17814/14911 21554/17813/14910 21557/17816/14912</w:t>
        <w:br/>
        <w:t>f 21556/17817/14912 21553/17814/14911 21557/17816/14912</w:t>
        <w:br/>
        <w:t>f 21561/17818/14913 21560/17819/14914 21559/17820/14915</w:t>
        <w:br/>
        <w:t>f 21558/17821/14913 21561/17818/14913 21559/17820/14915</w:t>
        <w:br/>
        <w:t>f 21559/17820/14915 21560/17819/14914 21563/17822/14916</w:t>
        <w:br/>
        <w:t>f 21562/17823/14917 21559/17820/14915 21563/17822/14916</w:t>
        <w:br/>
        <w:t>f 21530/17791/14891 21569/17824/12385 21568/17825/14918</w:t>
        <w:br/>
        <w:t>f 21531/17795/14895 21530/17791/14891 21568/17825/14918</w:t>
        <w:br/>
        <w:t>f 21524/17785/14885 21568/17825/12384 21570/17826/14919</w:t>
        <w:br/>
        <w:t>f 21569/17824/12385 21530/17791/14891 21527/17794/14894</w:t>
        <w:br/>
        <w:t>f 21572/17827/12467 21569/17824/12385 21527/17794/14894</w:t>
        <w:br/>
        <w:t>f 21523/17786/14886 21524/17785/14885 21570/17826/14919</w:t>
        <w:br/>
        <w:t>f 21534/17797/14897 21523/17786/14886 21570/17826/14919</w:t>
        <w:br/>
        <w:t>f 21581/17828/12392 21580/17829/14920 21579/17830/14921</w:t>
        <w:br/>
        <w:t>f 21578/17831/14922 21581/17828/12392 21579/17830/14921</w:t>
        <w:br/>
        <w:t>f 21534/17797/14897 21570/17826/14919 21582/17832/12388</w:t>
        <w:br/>
        <w:t>f 21513/17777/14877 21510/17780/14880 21584/17833/12399</w:t>
        <w:br/>
        <w:t>f 21583/17834/14923 21513/17777/14877 21584/17833/12399</w:t>
        <w:br/>
        <w:t>f 21583/17834/14923 21586/17835/14924 21585/17836/14925</w:t>
        <w:br/>
        <w:t>f 21513/17777/14877 21583/17834/14923 21585/17836/14925</w:t>
        <w:br/>
        <w:t>f 21589/17837/14926 21507/17775/14875 21588/17838/14927</w:t>
        <w:br/>
        <w:t>f 21587/17839/14928 21589/17837/14926 21588/17838/14927</w:t>
        <w:br/>
        <w:t>f 21507/17775/14875 21589/17837/14926 21590/17840/12393</w:t>
        <w:br/>
        <w:t>f 21506/17776/14876 21507/17775/14875 21590/17840/12393</w:t>
        <w:br/>
        <w:t>f 21589/17837/14926 21591/17841/12394 21590/17840/12393</w:t>
        <w:br/>
        <w:t>f 21516/17782/14882 21506/17776/14876 21597/17842/12396</w:t>
        <w:br/>
        <w:t>f 21596/17843/14929 21516/17782/14882 21597/17842/12396</w:t>
        <w:br/>
        <w:t>f 21506/17776/14876 21590/17840/12393 21597/17842/12396</w:t>
        <w:br/>
        <w:t>f 21510/17780/14880 21516/17782/14882 21596/17843/14929</w:t>
        <w:br/>
        <w:t>f 21584/17833/12399 21510/17780/14880 21596/17843/14929</w:t>
        <w:br/>
        <w:t>f 21583/17834/14923 21584/17833/12399 21602/17844/12398</w:t>
        <w:br/>
        <w:t>f 21492/17765/14866 21493/17764/14865 21604/17845/12406</w:t>
        <w:br/>
        <w:t>f 21603/17846/12407 21492/17765/14866 21604/17845/12406</w:t>
        <w:br/>
        <w:t>f 21603/17846/12407 21606/17847/14930 21605/17848/14931</w:t>
        <w:br/>
        <w:t>f 21492/17765/14866 21603/17846/12407 21605/17848/14931</w:t>
        <w:br/>
        <w:t>f 21609/17849/14932 21489/17761/14862 21608/17850/14933</w:t>
        <w:br/>
        <w:t>f 21607/17851/14934 21609/17849/14932 21608/17850/14933</w:t>
        <w:br/>
        <w:t>f 21610/17852/12408 21488/17762/14863 21489/17761/14862</w:t>
        <w:br/>
        <w:t>f 21609/17849/14932 21610/17852/12408 21489/17761/14862</w:t>
        <w:br/>
        <w:t>f 21615/17853/12403 21500/17768/14868 21488/17762/14863</w:t>
        <w:br/>
        <w:t>f 21610/17852/12408 21615/17853/12403 21488/17762/14863</w:t>
        <w:br/>
        <w:t>f 21500/17768/14868 21615/17853/12403 21616/17854/12402</w:t>
        <w:br/>
        <w:t>f 21493/17764/14865 21500/17768/14868 21616/17854/12402</w:t>
        <w:br/>
        <w:t>f 21493/17764/14865 21616/17854/12402 21604/17845/12406</w:t>
        <w:br/>
        <w:t>f 21609/17849/14932 21622/17855/12409 21610/17852/12408</w:t>
        <w:br/>
        <w:t>f 21624/17856/14935 21482/17752/14853 21623/17857/12430</w:t>
        <w:br/>
        <w:t>f 21541/17802/14902 21624/17856/14935 21629/17858/12411</w:t>
        <w:br/>
        <w:t>f 21480/17750/14851 21629/17858/12411 21630/17859/12414</w:t>
        <w:br/>
        <w:t>f 21481/17753/14854 21623/17857/12430 21482/17752/14853</w:t>
        <w:br/>
        <w:t>f 21462/17736/14837 21469/17741/14842 21479/17751/14852</w:t>
        <w:br/>
        <w:t>f 21639/17860/14936 21603/17846/12407 21638/17861/14937</w:t>
        <w:br/>
        <w:t>f 21637/17862/14938 21639/17860/14936 21638/17861/14937</w:t>
        <w:br/>
        <w:t>f 21643/17863/14939 21642/17864/14940 21641/17865/14941</w:t>
        <w:br/>
        <w:t>f 21640/17866/14942 21643/17863/14939 21641/17865/14941</w:t>
        <w:br/>
        <w:t>f 21645/17867/14943 21644/17868/14944 21578/17831/14922</w:t>
        <w:br/>
        <w:t>f 21563/17822/14945 21645/17867/14943 21578/17831/14922</w:t>
        <w:br/>
        <w:t>f 21534/17797/14897 21644/17868/14944 21560/17819/14946</w:t>
        <w:br/>
        <w:t>f 21533/17798/14898 21534/17797/14897 21560/17819/14946</w:t>
        <w:br/>
        <w:t>f 21647/17869/14947 21489/17761/14862 21490/17760/14861</w:t>
        <w:br/>
        <w:t>f 21646/17870/14948 21647/17869/14947 21490/17760/14861</w:t>
        <w:br/>
        <w:t>f 21513/17777/14877 21649/17871/14949 21648/17872/14950</w:t>
        <w:br/>
        <w:t>f 21512/17778/14878 21513/17777/14877 21648/17872/14950</w:t>
        <w:br/>
        <w:t>f 21507/17775/14875 21508/17774/14874 21651/17873/14951</w:t>
        <w:br/>
        <w:t>f 21650/17874/14952 21507/17775/14875 21651/17873/14951</w:t>
        <w:br/>
        <w:t>f 21588/17838/14927 21507/17775/14875 21650/17874/14952</w:t>
        <w:br/>
        <w:t>f 21523/17786/14886 21535/17800/14900 21652/17875/14953</w:t>
        <w:br/>
        <w:t>f 21522/17787/14887 21523/17786/14886 21652/17875/14953</w:t>
        <w:br/>
        <w:t>f 21655/17876/14954 21654/17877/14955 21653/17878/14955</w:t>
        <w:br/>
        <w:t>f 21608/17850/14933 21489/17761/14862 21647/17869/14947</w:t>
        <w:br/>
        <w:t>f 21513/17777/14877 21585/17836/14925 21649/17871/14949</w:t>
        <w:br/>
        <w:t>f 21492/17765/14866 21605/17848/14931 21485/17757/14858</w:t>
        <w:br/>
        <w:t>f 21644/17868/14944 21662/17879/14956 21661/17880/14957</w:t>
        <w:br/>
        <w:t>f 21667/17881/14958 21666/17882/14958 21641/17865/14941</w:t>
        <w:br/>
        <w:t>f 21642/17864/14940 21667/17881/14958 21641/17865/14941</w:t>
        <w:br/>
        <w:t>f 21638/17861/14937 21671/17883/14959 21670/17884/14960</w:t>
        <w:br/>
        <w:t>f 21637/17862/14938 21638/17861/14937 21670/17884/14960</w:t>
        <w:br/>
        <w:t>f 21474/17742/14843 21482/17752/14853 21673/17885/14961</w:t>
        <w:br/>
        <w:t>f 21672/17886/14961 21474/17742/14843 21673/17885/14961</w:t>
        <w:br/>
        <w:t>f 21462/17736/14837 21676/17887/14962 21481/17753/12431</w:t>
        <w:br/>
        <w:t>f 21465/17733/14834 21462/17736/14837 21481/17753/12431</w:t>
        <w:br/>
        <w:t>f 21483/17754/14855 21467/17738/14839 21541/17802/14902</w:t>
        <w:br/>
        <w:t>f 21480/17750/14851 21483/17754/14855 21541/17802/14902</w:t>
        <w:br/>
        <w:t>f 21677/17888/14963 21405/17696/14803 21409/17698/14805</w:t>
        <w:br/>
        <w:t>f 21678/17889/14964 21466/17739/14840 21543/17804/14904</w:t>
        <w:br/>
        <w:t>f 21466/17739/14840 21678/17889/14964 21679/17890/14965</w:t>
        <w:br/>
        <w:t>f 21501/17772/14872 21466/17739/14840 21679/17890/14965</w:t>
        <w:br/>
        <w:t>f 21517/17784/14884 21680/17891/14966 21532/17796/14896</w:t>
        <w:br/>
        <w:t>f 21683/17892/14967 21682/17893/14968 21681/17894/12348</w:t>
        <w:br/>
        <w:t>f 21543/17804/14904 21544/17803/14903 21684/17895/14969</w:t>
        <w:br/>
        <w:t>f 21678/17889/14964 21543/17804/14904 21684/17895/14969</w:t>
        <w:br/>
        <w:t>f 21414/17701/14808 21411/17700/14807 21686/17896/14970</w:t>
        <w:br/>
        <w:t>f 21685/17897/14971 21414/17701/14808 21686/17896/14970</w:t>
        <w:br/>
        <w:t>f 21408/17693/14800 21682/17893/14968 21686/17896/14970</w:t>
        <w:br/>
        <w:t>f 21411/17700/14807 21408/17693/14800 21686/17896/14970</w:t>
        <w:br/>
        <w:t>f 21682/17893/14968 21408/17693/14800 21405/17696/14803</w:t>
        <w:br/>
        <w:t>f 21687/17898/14972 21682/17893/14968 21405/17696/14803</w:t>
        <w:br/>
        <w:t>f 21684/17895/14969 21544/17803/14903 21545/17805/14905</w:t>
        <w:br/>
        <w:t>f 21688/17899/14973 21684/17895/14969 21545/17805/14905</w:t>
        <w:br/>
        <w:t>f 21678/17889/14964 21690/17900/12323 21689/17901/12325</w:t>
        <w:br/>
        <w:t>f 21679/17890/14965 21678/17889/14964 21689/17901/12325</w:t>
        <w:br/>
        <w:t>f 21689/17901/12325 21691/17902/14974 21679/17890/14965</w:t>
        <w:br/>
        <w:t>f 21688/17899/14973 21693/17903/12320 21692/17904/12319</w:t>
        <w:br/>
        <w:t>f 21684/17895/14969 21688/17899/14973 21692/17904/12319</w:t>
        <w:br/>
        <w:t>f 21685/17897/14971 21686/17896/14970 21695/17905/14975</w:t>
        <w:br/>
        <w:t>f 21694/17906/14976 21685/17897/14971 21695/17905/14975</w:t>
        <w:br/>
        <w:t>f 21687/17898/14972 21681/17894/12348 21682/17893/14968</w:t>
        <w:br/>
        <w:t>f 21692/17904/12319 21690/17900/12323 21678/17889/14964</w:t>
        <w:br/>
        <w:t>f 21684/17895/14969 21692/17904/12319 21678/17889/14964</w:t>
        <w:br/>
        <w:t>f 21686/17896/14970 21683/17892/14967 21695/17905/14975</w:t>
        <w:br/>
        <w:t>f 21686/17896/14970 21682/17893/14968 21683/17892/14967</w:t>
        <w:br/>
        <w:t>f 21696/17907/14977 21446/17721/14822 21457/17730/14978</w:t>
        <w:br/>
        <w:t>f 21447/17720/14821 21446/17721/14822 21696/17907/14977</w:t>
        <w:br/>
        <w:t>f 21697/17908/14979 21447/17720/14821 21696/17907/14977</w:t>
        <w:br/>
        <w:t>f 21581/17828/12392 21653/17878/14955 21654/17877/14955</w:t>
        <w:br/>
        <w:t>f 21580/17829/14920 21581/17828/12392 21654/17877/14955</w:t>
        <w:br/>
        <w:t>f 21523/17786/14886 21533/17798/14898 21536/17799/14899</w:t>
        <w:br/>
        <w:t>f 20768/17678/14792 21728/17909/14980 21727/17910/14981</w:t>
        <w:br/>
        <w:t>f 20767/17679/14793 20768/17678/14792 21727/17910/14981</w:t>
        <w:br/>
        <w:t>f 20768/17678/14792 20779/17689/14798 21729/17911/14982</w:t>
        <w:br/>
        <w:t>f 21728/17909/14980 20768/17678/14792 21729/17911/14982</w:t>
        <w:br/>
        <w:t>f 21728/17909/14980 21731/17912/14983 21730/17913/12331</w:t>
        <w:br/>
        <w:t>f 21727/17910/14981 21728/17909/14980 21730/17913/12331</w:t>
        <w:br/>
        <w:t>f 21732/17914/14984 21731/17912/14983 21728/17909/14980</w:t>
        <w:br/>
        <w:t>f 21729/17911/14982 21732/17914/14984 21728/17909/14980</w:t>
        <w:br/>
        <w:t>f 21731/17912/14983 21734/17915/14985 21733/17916/12332</w:t>
        <w:br/>
        <w:t>f 21730/17913/12331 21731/17912/14983 21733/17916/12332</w:t>
        <w:br/>
        <w:t>f 21735/17917/14986 21734/17915/14985 21731/17912/14983</w:t>
        <w:br/>
        <w:t>f 21732/17914/14984 21735/17917/14986 21731/17912/14983</w:t>
        <w:br/>
        <w:t>f 21737/17918/14987 21736/17919/12333 21733/17916/12332</w:t>
        <w:br/>
        <w:t>f 21734/17915/14985 21737/17918/14987 21733/17916/12332</w:t>
        <w:br/>
        <w:t>f 21735/17917/14986 21738/17920/14988 21737/17918/14987</w:t>
        <w:br/>
        <w:t>f 21734/17915/14985 21735/17917/14986 21737/17918/14987</w:t>
        <w:br/>
        <w:t>f 20773/17685/14796 20774/17684/12334 21736/17919/12333</w:t>
        <w:br/>
        <w:t>f 21737/17918/14987 20773/17685/14796 21736/17919/12333</w:t>
        <w:br/>
        <w:t>f 21738/17920/14988 20780/17692/14799 20773/17685/14796</w:t>
        <w:br/>
        <w:t>f 21737/17918/14987 21738/17920/14988 20773/17685/14796</w:t>
        <w:br/>
        <w:t>f 21747/17921/14989 21746/17922/14990 21745/17923/14991</w:t>
        <w:br/>
        <w:t>f 21744/17924/14991 21747/17921/14989 21745/17923/14991</w:t>
        <w:br/>
        <w:t>f 21749/17925/14992 21747/17921/14989 21748/17926/14993</w:t>
        <w:br/>
        <w:t>f 21751/17927/14994 21750/17928/14995 21748/17926/14993</w:t>
        <w:br/>
        <w:t>f 21755/17929/14996 21754/17930/12461 21753/17931/14997</w:t>
        <w:br/>
        <w:t>f 21752/17932/14998 21755/17929/14996 21753/17931/14997</w:t>
        <w:br/>
        <w:t>f 21771/17933/14999 21638/17861/14937 21770/17934/15000</w:t>
        <w:br/>
        <w:t>f 21770/17934/15000 21638/17861/14937 21603/17846/12407</w:t>
        <w:br/>
        <w:t>f 21541/17802/14902 21629/17858/12411 21480/17750/14851</w:t>
        <w:br/>
        <w:t>f 21624/17856/14935 21541/17802/14902 21482/17752/14853</w:t>
        <w:br/>
        <w:t>f 21480/17750/14851 21630/17859/12414 21479/17751/14852</w:t>
        <w:br/>
        <w:t>f 21583/17834/14923 21602/17844/12398 21642/17864/15001</w:t>
        <w:br/>
        <w:t>f 21534/17797/14897 21582/17832/12388 21644/17868/14944</w:t>
        <w:br/>
        <w:t>f 21644/17868/14944 21582/17832/12388 21662/17879/14956</w:t>
        <w:br/>
        <w:t>f 21644/17868/14944 21661/17880/14957 21578/17831/14922</w:t>
        <w:br/>
        <w:t>f 21642/17864/15001 21591/17841/12394 21589/17837/14926</w:t>
        <w:br/>
        <w:t>f 21812/17935/15002 21591/17841/12394 21642/17864/15001</w:t>
        <w:br/>
        <w:t>f 21642/17864/15001 21602/17844/12398 21812/17935/15002</w:t>
        <w:br/>
        <w:t>f 21771/17933/14999 21622/17855/12409 21638/17861/14937</w:t>
        <w:br/>
        <w:t>f 21638/17861/14937 21622/17855/12409 21609/17849/14932</w:t>
        <w:br/>
        <w:t>f 21479/17751/14852 21676/17887/14962 21462/17736/14837</w:t>
        <w:br/>
        <w:t>f 21751/17927/14994 21752/17932/14998 21750/17928/14995</w:t>
        <w:br/>
        <w:t>f 21748/17926/14993 21750/17928/14995 21749/17925/14992</w:t>
        <w:br/>
        <w:t>f 21749/17925/14992 21746/17922/14990 21747/17921/14989</w:t>
        <w:br/>
        <w:t>f 21755/17929/14996 21752/17932/14998 21751/17927/14994</w:t>
        <w:br/>
        <w:t>f 21517/17784/14884 21501/17772/14872 21679/17890/14965</w:t>
        <w:br/>
        <w:t>f 21691/17902/14974 21517/17784/14884 21679/17890/14965</w:t>
        <w:br/>
        <w:t>f 19292/17936/15003 19291/17937/15004 19290/17938/15005</w:t>
        <w:br/>
        <w:t>f 19289/17939/15006 19292/17936/15003 19290/17938/15005</w:t>
        <w:br/>
        <w:t>f 19295/17940/15007 19294/17941/15008 19293/17942/15009</w:t>
        <w:br/>
        <w:t>f 19296/17943/15010 19295/17940/15007 19293/17942/15009</w:t>
        <w:br/>
        <w:t>f 19300/17944/15009 19299/17945/15011 19298/17946/15012</w:t>
        <w:br/>
        <w:t>f 19297/17947/15010 19300/17944/15009 19298/17946/15012</w:t>
        <w:br/>
        <w:t>f 19294/17941/15008 19295/17940/15007 19291/17937/15004</w:t>
        <w:br/>
        <w:t>f 19292/17936/15003 19294/17941/15008 19291/17937/15004</w:t>
        <w:br/>
        <w:t>f 19304/17948/15013 19303/17949/15014 19302/17950/15015</w:t>
        <w:br/>
        <w:t>f 19301/17951/15016 19304/17948/15013 19302/17950/15015</w:t>
        <w:br/>
        <w:t>f 19299/17945/15011 19301/17951/15016 19302/17950/15015</w:t>
        <w:br/>
        <w:t>f 19298/17946/15012 19299/17945/15011 19302/17950/15015</w:t>
        <w:br/>
        <w:t>f 19308/17952/15017 19307/17953/15018 19306/17954/15019</w:t>
        <w:br/>
        <w:t>f 19305/17955/15020 19308/17952/15017 19306/17954/15019</w:t>
        <w:br/>
        <w:t>f 19310/17956/15021 19306/17954/15019 19307/17953/15018</w:t>
        <w:br/>
        <w:t>f 19309/17957/15022 19310/17956/15021 19307/17953/15018</w:t>
        <w:br/>
        <w:t>f 19309/17957/15022 19303/17949/15014 19304/17948/15013</w:t>
        <w:br/>
        <w:t>f 19310/17956/15021 19309/17957/15022 19304/17948/15013</w:t>
        <w:br/>
        <w:t>f 19289/17939/15006 19290/17938/15005 19308/17952/15017</w:t>
        <w:br/>
        <w:t>f 19305/17955/15020 19289/17939/15006 19308/17952/15017</w:t>
        <w:br/>
        <w:t>f 19309/17957/15022 19307/17953/15018 19312/17958/15023</w:t>
        <w:br/>
        <w:t>f 19311/17959/15024 19309/17957/15022 19312/17958/15023</w:t>
        <w:br/>
        <w:t>f 19307/17953/15018 19308/17952/15017 19313/17960/15025</w:t>
        <w:br/>
        <w:t>f 19312/17958/15023 19307/17953/15018 19313/17960/15025</w:t>
        <w:br/>
        <w:t>f 19291/17937/15004 19315/17961/15026 19314/17962/15027</w:t>
        <w:br/>
        <w:t>f 19290/17938/15005 19291/17937/15004 19314/17962/15027</w:t>
        <w:br/>
        <w:t>f 19295/17940/15007 19316/17963/15028 19315/17961/15026</w:t>
        <w:br/>
        <w:t>f 19291/17937/15004 19295/17940/15007 19315/17961/15026</w:t>
        <w:br/>
        <w:t>f 19318/17964/15029 19317/17965/15030 19297/17947/15010</w:t>
        <w:br/>
        <w:t>f 19298/17946/15012 19318/17964/15029 19297/17947/15010</w:t>
        <w:br/>
        <w:t>f 19296/17943/15010 19319/17966/15030 19316/17963/15028</w:t>
        <w:br/>
        <w:t>f 19295/17940/15007 19296/17943/15010 19316/17963/15028</w:t>
        <w:br/>
        <w:t>f 19311/17959/15024 19322/17967/15031 19321/17968/15032</w:t>
        <w:br/>
        <w:t>f 19320/17969/15033 19311/17959/15024 19321/17968/15032</w:t>
        <w:br/>
        <w:t>f 19324/17970/15034 19312/17958/15023 19313/17960/15025</w:t>
        <w:br/>
        <w:t>f 19323/17971/15035 19324/17970/15034 19313/17960/15025</w:t>
        <w:br/>
        <w:t>f 19312/17958/15023 19324/17970/15034 19322/17967/15031</w:t>
        <w:br/>
        <w:t>f 19311/17959/15024 19312/17958/15023 19322/17967/15031</w:t>
        <w:br/>
        <w:t>f 19326/17972/15036 19314/17962/15027 19315/17961/15026</w:t>
        <w:br/>
        <w:t>f 19325/17973/15037 19326/17972/15036 19315/17961/15026</w:t>
        <w:br/>
        <w:t>f 19303/17949/15014 19320/17969/15033 19327/17974/15038</w:t>
        <w:br/>
        <w:t>f 19302/17950/15015 19303/17949/15014 19327/17974/15038</w:t>
        <w:br/>
        <w:t>f 19327/17974/15038 19320/17969/15033 19321/17968/15032</w:t>
        <w:br/>
        <w:t>f 19328/17975/15039 19327/17974/15038 19321/17968/15032</w:t>
        <w:br/>
        <w:t>f 19303/17949/15014 19309/17957/15022 19311/17959/15024</w:t>
        <w:br/>
        <w:t>f 19320/17969/15033 19303/17949/15014 19311/17959/15024</w:t>
        <w:br/>
        <w:t>f 19316/17963/15028 19329/17976/15040 19325/17973/15037</w:t>
        <w:br/>
        <w:t>f 19315/17961/15026 19316/17963/15028 19325/17973/15037</w:t>
        <w:br/>
        <w:t>f 19330/17977/15041 19317/17965/15030 19318/17964/15029</w:t>
        <w:br/>
        <w:t>f 19331/17978/15042 19330/17977/15041 19318/17964/15029</w:t>
        <w:br/>
        <w:t>f 19319/17966/15030 19332/17979/15041 19329/17976/15040</w:t>
        <w:br/>
        <w:t>f 19316/17963/15028 19319/17966/15030 19329/17976/15040</w:t>
        <w:br/>
        <w:t>f 19327/17974/15038 19318/17964/15029 19298/17946/15012</w:t>
        <w:br/>
        <w:t>f 19302/17950/15015 19327/17974/15038 19298/17946/15012</w:t>
        <w:br/>
        <w:t>f 19328/17975/15039 19331/17978/15042 19318/17964/15029</w:t>
        <w:br/>
        <w:t>f 19327/17974/15038 19328/17975/15039 19318/17964/15029</w:t>
        <w:br/>
        <w:t>f 19290/17938/15005 19314/17962/15027 19313/17960/15025</w:t>
        <w:br/>
        <w:t>f 19308/17952/15017 19290/17938/15005 19313/17960/15025</w:t>
        <w:br/>
        <w:t>f 19326/17972/15036 19323/17971/15035 19313/17960/15025</w:t>
        <w:br/>
        <w:t>f 19314/17962/15027 19326/17972/15036 19313/17960/15025</w:t>
        <w:br/>
        <w:t>f 19334/17980/15043 19333/17981/15044 19328/17975/15039</w:t>
        <w:br/>
        <w:t>f 19321/17968/15032 19334/17980/15043 19328/17975/15039</w:t>
        <w:br/>
        <w:t>f 19331/17978/15042 19336/17982/15045 19335/17983/15046</w:t>
        <w:br/>
        <w:t>f 19330/17977/15041 19331/17978/15042 19335/17983/15046</w:t>
        <w:br/>
        <w:t>f 19332/17979/15041 19338/17984/15047 19337/17985/15048</w:t>
        <w:br/>
        <w:t>f 19329/17976/15040 19332/17979/15041 19337/17985/15048</w:t>
        <w:br/>
        <w:t>f 19340/17986/15049 19324/17970/15034 19323/17971/15035</w:t>
        <w:br/>
        <w:t>f 19339/17987/15050 19340/17986/15049 19323/17971/15035</w:t>
        <w:br/>
        <w:t>f 19334/17980/15043 19321/17968/15032 19322/17967/15031</w:t>
        <w:br/>
        <w:t>f 19341/17988/15051 19334/17980/15043 19322/17967/15031</w:t>
        <w:br/>
        <w:t>f 19343/17989/15052 19342/17990/15053 19333/17981/15044</w:t>
        <w:br/>
        <w:t>f 19334/17980/15043 19343/17989/15052 19333/17981/15044</w:t>
        <w:br/>
        <w:t>f 19345/17991/15054 19337/17985/15048 19338/17984/15047</w:t>
        <w:br/>
        <w:t>f 19344/17992/15055 19345/17991/15054 19338/17984/15047</w:t>
        <w:br/>
        <w:t>f 19347/17993/15056 19340/17986/15049 19339/17987/15050</w:t>
        <w:br/>
        <w:t>f 19346/17994/15057 19347/17993/15056 19339/17987/15050</w:t>
        <w:br/>
        <w:t>f 19341/17988/15051 19348/17995/15058 19343/17989/15052</w:t>
        <w:br/>
        <w:t>f 19334/17980/15043 19341/17988/15051 19343/17989/15052</w:t>
        <w:br/>
        <w:t>f 19325/17973/15037 19350/17996/15059 19349/17997/15060</w:t>
        <w:br/>
        <w:t>f 19326/17972/15036 19325/17973/15037 19349/17997/15060</w:t>
        <w:br/>
        <w:t>f 19351/17998/15061 19350/17996/15059 19337/17985/15048</w:t>
        <w:br/>
        <w:t>f 19345/17991/15054 19351/17998/15061 19337/17985/15048</w:t>
        <w:br/>
        <w:t>f 19350/17996/15059 19351/17998/15061 19352/17999/15062</w:t>
        <w:br/>
        <w:t>f 19349/17997/15060 19350/17996/15059 19352/17999/15062</w:t>
        <w:br/>
        <w:t>f 19336/17982/15045 19354/18000/15063 19353/18001/15055</w:t>
        <w:br/>
        <w:t>f 19335/17983/15046 19336/17982/15045 19353/18001/15055</w:t>
        <w:br/>
        <w:t>f 19348/17995/15058 19347/17993/15056 19356/18002/15064</w:t>
        <w:br/>
        <w:t>f 19355/18003/15065 19348/17995/15058 19356/18002/15064</w:t>
        <w:br/>
        <w:t>f 19343/17989/15052 19358/18004/15066 19357/18005/15067</w:t>
        <w:br/>
        <w:t>f 19342/17990/15053 19343/17989/15052 19357/18005/15067</w:t>
        <w:br/>
        <w:t>f 19347/17993/15056 19346/17994/15057 19359/18006/15068</w:t>
        <w:br/>
        <w:t>f 19356/18002/15064 19347/17993/15056 19359/18006/15068</w:t>
        <w:br/>
        <w:t>f 19361/18007/15069 19360/18008/15070 19352/17999/15062</w:t>
        <w:br/>
        <w:t>f 19351/17998/15061 19361/18007/15069 19352/17999/15062</w:t>
        <w:br/>
        <w:t>f 19361/18007/15069 19351/17998/15061 19345/17991/15054</w:t>
        <w:br/>
        <w:t>f 19362/18009/15071 19361/18007/15069 19345/17991/15054</w:t>
        <w:br/>
        <w:t>f 19344/17992/15055 19363/18010/15072 19362/18009/15071</w:t>
        <w:br/>
        <w:t>f 19345/17991/15054 19344/17992/15055 19362/18009/15071</w:t>
        <w:br/>
        <w:t>f 19354/18000/15063 19365/18011/15073 19364/18012/15074</w:t>
        <w:br/>
        <w:t>f 19353/18001/15055 19354/18000/15063 19364/18012/15074</w:t>
        <w:br/>
        <w:t>f 19348/17995/15058 19355/18003/15065 19358/18004/15066</w:t>
        <w:br/>
        <w:t>f 19343/17989/15052 19348/17995/15058 19358/18004/15066</w:t>
        <w:br/>
        <w:t>f 19348/17995/15058 19341/17988/15051 19340/17986/15049</w:t>
        <w:br/>
        <w:t>f 19347/17993/15056 19348/17995/15058 19340/17986/15049</w:t>
        <w:br/>
        <w:t>f 19350/17996/15059 19325/17973/15037 19329/17976/15040</w:t>
        <w:br/>
        <w:t>f 19337/17985/15048 19350/17996/15059 19329/17976/15040</w:t>
        <w:br/>
        <w:t>f 19341/17988/15051 19322/17967/15031 19324/17970/15034</w:t>
        <w:br/>
        <w:t>f 19340/17986/15049 19341/17988/15051 19324/17970/15034</w:t>
        <w:br/>
        <w:t>f 19365/18011/15073 19354/18000/15063 19342/17990/15053</w:t>
        <w:br/>
        <w:t>f 19357/18005/15067 19365/18011/15073 19342/17990/15053</w:t>
        <w:br/>
        <w:t>f 19336/17982/15045 19331/17978/15042 19328/17975/15039</w:t>
        <w:br/>
        <w:t>f 19333/17981/15044 19336/17982/15045 19328/17975/15039</w:t>
        <w:br/>
        <w:t>f 19333/17981/15044 19342/17990/15053 19354/18000/15063</w:t>
        <w:br/>
        <w:t>f 19336/17982/15045 19333/17981/15044 19354/18000/15063</w:t>
        <w:br/>
        <w:t>f 19323/17971/15035 19326/17972/15036 19349/17997/15060</w:t>
        <w:br/>
        <w:t>f 19339/17987/15050 19323/17971/15035 19349/17997/15060</w:t>
        <w:br/>
        <w:t>f 19339/17987/15050 19349/17997/15060 19352/17999/15062</w:t>
        <w:br/>
        <w:t>f 19346/17994/15057 19339/17987/15050 19352/17999/15062</w:t>
        <w:br/>
        <w:t>f 19346/17994/15057 19352/17999/15062 19360/18008/15070</w:t>
        <w:br/>
        <w:t>f 19359/18006/15068 19346/17994/15057 19360/18008/15070</w:t>
        <w:br/>
        <w:t>f 19368/18013/15075 19367/18014/15076 19366/18015/15077</w:t>
        <w:br/>
        <w:t>f 19371/18016/15078 19370/18017/15079 19369/18018/15080</w:t>
        <w:br/>
        <w:t>f 19374/18019/15081 19373/18020/15082 19369/18018/15080</w:t>
        <w:br/>
        <w:t>f 19372/18021/15083 19374/18019/15081 19369/18018/15080</w:t>
        <w:br/>
        <w:t>f 19370/18017/15079 19376/18022/15084 19375/18023/15085</w:t>
        <w:br/>
        <w:t>f 19369/18018/15080 19370/18017/15079 19375/18023/15085</w:t>
        <w:br/>
        <w:t>f 19379/18024/15086 19368/18013/15075 19378/18025/15087</w:t>
        <w:br/>
        <w:t>f 19377/18026/15088 19379/18024/15086 19378/18025/15087</w:t>
        <w:br/>
        <w:t>f 19373/18020/15082 19371/18016/15078 19369/18018/15080</w:t>
        <w:br/>
        <w:t>f 19380/18027/15089 19372/18021/15083 19369/18018/15080</w:t>
        <w:br/>
        <w:t>f 19375/18023/15085 19380/18027/15089 19369/18018/15080</w:t>
        <w:br/>
        <w:t>f 19368/18013/15075 19379/18024/15086 19367/18014/15076</w:t>
        <w:br/>
        <w:t>f 20005/18028/15090 20004/18029/15091 20003/18030/15092</w:t>
        <w:br/>
        <w:t>f 20002/18031/15093 20005/18028/15090 20003/18030/15092</w:t>
        <w:br/>
        <w:t>f 20007/18032/15094 20005/18028/15090 20002/18031/15093</w:t>
        <w:br/>
        <w:t>f 20006/18033/15095 20007/18032/15094 20002/18031/15093</w:t>
        <w:br/>
        <w:t>f 20009/18034/15096 20008/18035/15097 20003/18030/15092</w:t>
        <w:br/>
        <w:t>f 20004/18029/15091 20009/18034/15096 20003/18030/15092</w:t>
        <w:br/>
        <w:t>f 20008/18035/15097 20009/18034/15096 20011/18036/15098</w:t>
        <w:br/>
        <w:t>f 20010/18037/15099 20008/18035/15097 20011/18036/15098</w:t>
        <w:br/>
        <w:t>f 20015/18038/15100 20014/18039/15101 20013/18040/15102</w:t>
        <w:br/>
        <w:t>f 20012/18041/15103 20015/18038/15100 20013/18040/15102</w:t>
        <w:br/>
        <w:t>f 20011/18036/15098 20009/18034/15096 20015/18038/15100</w:t>
        <w:br/>
        <w:t>f 20012/18041/15103 20011/18036/15098 20015/18038/15100</w:t>
        <w:br/>
        <w:t>f 20032/18042/15104 20031/18043/15105 20030/18044/15106</w:t>
        <w:br/>
        <w:t>f 20034/18045/15107 20030/18044/15106 20031/18043/15105</w:t>
        <w:br/>
        <w:t>f 20033/18046/15108 20034/18045/15107 20031/18043/15105</w:t>
        <w:br/>
        <w:t>f 20038/18047/15109 20037/18048/15110 20036/18049/15111</w:t>
        <w:br/>
        <w:t>f 20035/18050/15112 20038/18047/15109 20036/18049/15111</w:t>
        <w:br/>
        <w:t>f 20015/18038/15100 20039/18051/15113 20036/18049/15111</w:t>
        <w:br/>
        <w:t>f 20014/18039/15101 20015/18038/15100 20036/18049/15111</w:t>
        <w:br/>
        <w:t>f 20035/18050/15112 20036/18049/15111 20039/18051/15113</w:t>
        <w:br/>
        <w:t>f 20040/18052/15114 20035/18050/15112 20039/18051/15113</w:t>
        <w:br/>
        <w:t>f 20039/18051/15113 20041/18053/15115 20040/18052/15114</w:t>
        <w:br/>
        <w:t>f 20041/18053/15115 20032/18042/15104 20042/18054/15116</w:t>
        <w:br/>
        <w:t>f 20040/18052/15114 20041/18053/15115 20042/18054/15116</w:t>
        <w:br/>
        <w:t>f 20032/18042/15104 20030/18044/15106 20042/18054/15116</w:t>
        <w:br/>
        <w:t>f 20044/18055/15117 20043/18056/15118 20033/18046/15108</w:t>
        <w:br/>
        <w:t>f 20039/18051/15113 20015/18038/15100 20009/18034/15096</w:t>
        <w:br/>
        <w:t>f 20004/18029/15091 20039/18051/15113 20009/18034/15096</w:t>
        <w:br/>
        <w:t>f 20005/18028/15090 20041/18053/15115 20039/18051/15113</w:t>
        <w:br/>
        <w:t>f 20004/18029/15091 20005/18028/15090 20039/18051/15113</w:t>
        <w:br/>
        <w:t>f 20041/18053/15115 20005/18028/15090 20007/18032/15094</w:t>
        <w:br/>
        <w:t>f 20032/18042/15104 20041/18053/15115 20007/18032/15094</w:t>
        <w:br/>
        <w:t>f 20036/18049/15111 20037/18048/15110 20014/18039/15101</w:t>
        <w:br/>
        <w:t>f 20048/18057/15119 20047/18058/15120 20046/18059/15121</w:t>
        <w:br/>
        <w:t>f 20045/18060/15122 20048/18057/15119 20046/18059/15121</w:t>
        <w:br/>
        <w:t>f 20050/18061/15123 20048/18057/15119 20045/18060/15122</w:t>
        <w:br/>
        <w:t>f 20049/18062/15124 20050/18061/15123 20045/18060/15122</w:t>
        <w:br/>
        <w:t>f 20050/18061/15123 20049/18062/15124 20052/18063/15125</w:t>
        <w:br/>
        <w:t>f 20051/18064/15126 20050/18061/15123 20052/18063/15125</w:t>
        <w:br/>
        <w:t>f 20046/18059/15121 20013/18040/15102 20014/18039/15101</w:t>
        <w:br/>
        <w:t>f 20045/18060/15122 20046/18059/15121 20014/18039/15101</w:t>
        <w:br/>
        <w:t>f 20054/18065/15127 20053/18066/15128 20047/18058/15120</w:t>
        <w:br/>
        <w:t>f 20048/18057/15119 20054/18065/15127 20047/18058/15120</w:t>
        <w:br/>
        <w:t>f 20045/18060/15122 20014/18039/15101 20037/18048/15110</w:t>
        <w:br/>
        <w:t>f 20049/18062/15124 20045/18060/15122 20037/18048/15110</w:t>
        <w:br/>
        <w:t>f 20033/18046/15108 20043/18056/15118 20048/18057/15119</w:t>
        <w:br/>
        <w:t>f 20050/18061/15123 20033/18046/15108 20048/18057/15119</w:t>
        <w:br/>
        <w:t>f 20052/18063/15125 20049/18062/15124 20055/18067/15129</w:t>
        <w:br/>
        <w:t>f 20037/18048/15110 20038/18047/15109 20055/18067/15129</w:t>
        <w:br/>
        <w:t>f 20049/18062/15124 20037/18048/15110 20055/18067/15129</w:t>
        <w:br/>
        <w:t>f 20034/18045/15107 20033/18046/15108 20050/18061/15123</w:t>
        <w:br/>
        <w:t>f 20051/18064/15126 20034/18045/15107 20050/18061/15123</w:t>
        <w:br/>
        <w:t>f 20062/18068/15130 20061/18069/15131 20060/18070/15132</w:t>
        <w:br/>
        <w:t>f 20059/18071/15133 20062/18068/15130 20060/18070/15132</w:t>
        <w:br/>
        <w:t>f 20065/18072/15134 20064/18073/15135 20063/18074/15136</w:t>
        <w:br/>
        <w:t>f 20062/18068/15130 20059/18071/15133 20067/18075/15137</w:t>
        <w:br/>
        <w:t>f 20066/18076/15138 20062/18068/15130 20067/18075/15137</w:t>
        <w:br/>
        <w:t>f 20071/18077/15139 20070/18078/15140 20069/18079/15141</w:t>
        <w:br/>
        <w:t>f 20068/18080/15142 20071/18077/15139 20069/18079/15141</w:t>
        <w:br/>
        <w:t>f 20075/18081/15143 20074/18082/15144 20073/18083/15145</w:t>
        <w:br/>
        <w:t>f 20072/18084/15146 20075/18081/15143 20073/18083/15145</w:t>
        <w:br/>
        <w:t>f 20077/18085/15147 20073/18083/15145 20074/18082/15144</w:t>
        <w:br/>
        <w:t>f 20076/18086/15148 20077/18085/15147 20074/18082/15144</w:t>
        <w:br/>
        <w:t>f 20070/18078/15140 20071/18077/15139 20079/18087/15149</w:t>
        <w:br/>
        <w:t>f 20078/18088/15150 20070/18078/15140 20079/18087/15149</w:t>
        <w:br/>
        <w:t>f 20080/18089/15151 20073/18083/15145 20077/18085/15147</w:t>
        <w:br/>
        <w:t>f 20084/18090/15152 20083/18091/15153 20082/18092/15154</w:t>
        <w:br/>
        <w:t>f 20081/18093/15155 20084/18090/15152 20082/18092/15154</w:t>
        <w:br/>
        <w:t>f 20088/18094/15156 20087/18095/15157 20086/18096/15158</w:t>
        <w:br/>
        <w:t>f 20085/18097/15159 20088/18094/15156 20086/18096/15158</w:t>
        <w:br/>
        <w:t>f 20091/18098/15160 20090/18099/15161 20089/18100/15162</w:t>
        <w:br/>
        <w:t>f 20082/18092/15154 20090/18099/15161 20091/18098/15160</w:t>
        <w:br/>
        <w:t>f 20081/18093/15155 20082/18092/15154 20091/18098/15160</w:t>
        <w:br/>
        <w:t>f 20093/18101/15163 20081/18093/15155 20091/18098/15160</w:t>
        <w:br/>
        <w:t>f 20092/18102/15163 20093/18101/15163 20091/18098/15160</w:t>
        <w:br/>
        <w:t>f 20097/18103/15164 20096/18104/15165 20095/18105/15166</w:t>
        <w:br/>
        <w:t>f 20094/18106/15167 20097/18103/15164 20095/18105/15166</w:t>
        <w:br/>
        <w:t>f 20091/18098/15160 20089/18100/15162 20097/18103/15164</w:t>
        <w:br/>
        <w:t>f 20094/18106/15167 20091/18098/15160 20097/18103/15164</w:t>
        <w:br/>
        <w:t>f 20064/18073/15135 20091/18098/15160 20094/18106/15167</w:t>
        <w:br/>
        <w:t>f 20098/18107/15168 20064/18073/15135 20094/18106/15167</w:t>
        <w:br/>
        <w:t>f 20098/18107/15168 20094/18106/15167 20095/18105/15166</w:t>
        <w:br/>
        <w:t>f 20106/18108/15169 20105/18109/15170 20104/18110/15171</w:t>
        <w:br/>
        <w:t>f 20103/18111/15172 20106/18108/15169 20104/18110/15171</w:t>
        <w:br/>
        <w:t>f 20110/18112/15173 20109/18113/15174 20108/18114/15175</w:t>
        <w:br/>
        <w:t>f 20107/18115/15176 20110/18112/15173 20108/18114/15175</w:t>
        <w:br/>
        <w:t>f 20111/18116/15177 20109/18113/15174 20110/18112/15173</w:t>
        <w:br/>
        <w:t>f 20098/18107/15168 20111/18116/15177 20110/18112/15173</w:t>
        <w:br/>
        <w:t>f 20113/18117/15178 20105/18109/15170 20106/18108/15169</w:t>
        <w:br/>
        <w:t>f 20112/18118/15179 20113/18117/15178 20106/18108/15169</w:t>
        <w:br/>
        <w:t>f 20110/18112/15173 20107/18115/15176 20113/18117/15178</w:t>
        <w:br/>
        <w:t>f 20112/18118/15179 20110/18112/15173 20113/18117/15178</w:t>
        <w:br/>
        <w:t>f 20098/18107/15168 20110/18112/15173 20112/18118/15179</w:t>
        <w:br/>
        <w:t>f 20114/18119/15180 20098/18107/15168 20112/18118/15179</w:t>
        <w:br/>
        <w:t>f 20112/18118/15179 20106/18108/15169 20114/18119/15180</w:t>
        <w:br/>
        <w:t>f 20121/18120/15181 20120/18121/15182 20119/18122/15183</w:t>
        <w:br/>
        <w:t>f 20118/18123/15184 20121/18120/15181 20119/18122/15183</w:t>
        <w:br/>
        <w:t>f 20123/18124/15185 20114/18119/15180 20106/18108/15169</w:t>
        <w:br/>
        <w:t>f 20122/18125/15186 20123/18124/15185 20106/18108/15169</w:t>
        <w:br/>
        <w:t>f 20127/18126/15187 20126/18127/15188 20125/18128/15189</w:t>
        <w:br/>
        <w:t>f 20124/18129/15190 20127/18126/15187 20125/18128/15189</w:t>
        <w:br/>
        <w:t>f 20123/18124/15185 20128/18130/15191 20127/18126/15187</w:t>
        <w:br/>
        <w:t>f 20124/18129/15190 20123/18124/15185 20127/18126/15187</w:t>
        <w:br/>
        <w:t>f 20114/18119/15180 20123/18124/15185 20124/18129/15190</w:t>
        <w:br/>
        <w:t>f 20129/18131/15192 20114/18119/15180 20124/18129/15190</w:t>
        <w:br/>
        <w:t>f 20118/18123/15184 20131/18132/15193 20130/18133/15194</w:t>
        <w:br/>
        <w:t>f 20133/18134/15195 20118/18123/15184 20132/18135/15196</w:t>
        <w:br/>
        <w:t>f 20063/18074/15136 20139/18136/15197 20138/18137/15198</w:t>
        <w:br/>
        <w:t>f 20065/18072/15134 20063/18074/15136 20138/18137/15198</w:t>
        <w:br/>
        <w:t>f 20141/18138/15199 20140/18139/15200 20073/18083/15145</w:t>
        <w:br/>
        <w:t>f 20080/18089/15151 20141/18138/15199 20073/18083/15145</w:t>
        <w:br/>
        <w:t>f 20080/18089/15151 20063/18074/15136 20141/18138/15199</w:t>
        <w:br/>
        <w:t>f 20141/18138/15199 20063/18074/15136 20064/18073/15135</w:t>
        <w:br/>
        <w:t>f 20140/18139/15200 20142/18140/15201 20072/18084/15146</w:t>
        <w:br/>
        <w:t>f 20073/18083/15145 20140/18139/15200 20072/18084/15146</w:t>
        <w:br/>
        <w:t>f 20146/18141/15202 20145/18142/15202 20144/18143/15203</w:t>
        <w:br/>
        <w:t>f 20143/18144/15203 20146/18141/15202 20144/18143/15203</w:t>
        <w:br/>
        <w:t>f 20144/18143/15203 20148/18145/15204 20147/18146/15204</w:t>
        <w:br/>
        <w:t>f 20143/18144/15203 20144/18143/15203 20147/18146/15204</w:t>
        <w:br/>
        <w:t>f 20152/18147/15205 20151/18148/15205 20150/18149/15206</w:t>
        <w:br/>
        <w:t>f 20149/18150/15207 20152/18147/15205 20150/18149/15206</w:t>
        <w:br/>
        <w:t>f 20150/18149/15206 20154/18151/15208 20153/18152/15208</w:t>
        <w:br/>
        <w:t>f 20149/18150/15207 20150/18149/15206 20153/18152/15208</w:t>
        <w:br/>
        <w:t>f 20158/18153/15209 20157/18154/15209 20156/18155/15210</w:t>
        <w:br/>
        <w:t>f 20155/18156/15211 20158/18153/15209 20156/18155/15210</w:t>
        <w:br/>
        <w:t>f 20156/18155/15210 20160/18157/15212 20159/18158/15213</w:t>
        <w:br/>
        <w:t>f 20155/18156/15211 20156/18155/15210 20159/18158/15213</w:t>
        <w:br/>
        <w:t>f 20127/18126/15187 20128/18130/15191 20166/18159/15214</w:t>
        <w:br/>
        <w:t>f 20165/18160/15215 20127/18126/15187 20166/18159/15214</w:t>
        <w:br/>
        <w:t>f 20121/18120/15181 20167/18161/15216 20166/18159/15217</w:t>
        <w:br/>
        <w:t>f 20165/18160/15215 20169/18162/15218 20126/18127/15188</w:t>
        <w:br/>
        <w:t>f 20127/18126/15187 20165/18160/15215 20126/18127/15188</w:t>
        <w:br/>
        <w:t>f 20167/18161/15216 20121/18120/15181 20118/18123/15184</w:t>
        <w:br/>
        <w:t>f 20130/18133/15194 20167/18161/15216 20118/18123/15184</w:t>
        <w:br/>
        <w:t>f 20178/18163/15219 20177/18164/15220 20176/18165/15221</w:t>
        <w:br/>
        <w:t>f 20175/18166/15222 20178/18163/15219 20176/18165/15221</w:t>
        <w:br/>
        <w:t>f 20130/18133/15194 20179/18167/15223 20167/18161/15216</w:t>
        <w:br/>
        <w:t>f 20181/18168/15224 20107/18115/15176 20108/18114/15175</w:t>
        <w:br/>
        <w:t>f 20180/18169/15225 20181/18168/15224 20108/18114/15175</w:t>
        <w:br/>
        <w:t>f 20183/18170/15226 20182/18171/15227 20180/18169/15225</w:t>
        <w:br/>
        <w:t>f 20108/18114/15175 20183/18170/15226 20180/18169/15225</w:t>
        <w:br/>
        <w:t>f 20186/18172/15228 20104/18110/15171 20185/18173/15229</w:t>
        <w:br/>
        <w:t>f 20184/18174/15230 20186/18172/15228 20185/18173/15229</w:t>
        <w:br/>
        <w:t>f 20187/18175/15231 20185/18173/15229 20104/18110/15171</w:t>
        <w:br/>
        <w:t>f 20105/18109/15170 20187/18175/15231 20104/18110/15171</w:t>
        <w:br/>
        <w:t>f 20185/18173/15229 20187/18175/15231 20188/18176/15232</w:t>
        <w:br/>
        <w:t>f 20113/18117/15178 20194/18177/15233 20193/18178/15234</w:t>
        <w:br/>
        <w:t>f 20105/18109/15170 20113/18117/15178 20193/18178/15234</w:t>
        <w:br/>
        <w:t>f 20105/18109/15170 20193/18178/15234 20187/18175/15231</w:t>
        <w:br/>
        <w:t>f 20107/18115/15176 20181/18168/15224 20194/18177/15233</w:t>
        <w:br/>
        <w:t>f 20113/18117/15178 20107/18115/15176 20194/18177/15233</w:t>
        <w:br/>
        <w:t>f 20180/18169/15225 20199/18179/15235 20181/18168/15224</w:t>
        <w:br/>
        <w:t>f 20201/18180/15236 20089/18100/15162 20090/18099/15161</w:t>
        <w:br/>
        <w:t>f 20200/18181/15237 20201/18180/15236 20090/18099/15161</w:t>
        <w:br/>
        <w:t>f 20203/18182/15238 20202/18183/15239 20200/18181/15237</w:t>
        <w:br/>
        <w:t>f 20090/18099/15161 20203/18182/15238 20200/18181/15237</w:t>
        <w:br/>
        <w:t>f 20206/18184/15240 20086/18096/15158 20205/18185/15241</w:t>
        <w:br/>
        <w:t>f 20204/18186/15242 20206/18184/15240 20205/18185/15241</w:t>
        <w:br/>
        <w:t>f 20086/18096/15158 20087/18095/15157 20207/18187/15243</w:t>
        <w:br/>
        <w:t>f 20205/18185/15241 20086/18096/15158 20207/18187/15243</w:t>
        <w:br/>
        <w:t>f 20212/18188/15244 20207/18187/15243 20087/18095/15157</w:t>
        <w:br/>
        <w:t>f 20097/18103/15164 20212/18188/15244 20087/18095/15157</w:t>
        <w:br/>
        <w:t>f 20097/18103/15164 20089/18100/15162 20213/18189/15245</w:t>
        <w:br/>
        <w:t>f 20212/18188/15244 20097/18103/15164 20213/18189/15245</w:t>
        <w:br/>
        <w:t>f 20089/18100/15162 20201/18180/15236 20213/18189/15245</w:t>
        <w:br/>
        <w:t>f 20205/18185/15241 20207/18187/15243 20219/18190/15246</w:t>
        <w:br/>
        <w:t>f 20221/18191/15247 20220/18192/15248 20079/18087/15149</w:t>
        <w:br/>
        <w:t>f 20139/18136/15197 20226/18193/15249 20221/18191/15247</w:t>
        <w:br/>
        <w:t>f 20077/18085/15147 20227/18194/15250 20226/18193/15249</w:t>
        <w:br/>
        <w:t>f 20078/18088/15150 20079/18087/15149 20220/18192/15248</w:t>
        <w:br/>
        <w:t>f 20059/18071/15133 20076/18086/15148 20067/18075/15137</w:t>
        <w:br/>
        <w:t>f 20236/18195/15251 20235/18196/15252 20234/18197/15253</w:t>
        <w:br/>
        <w:t>f 20200/18181/15237 20236/18195/15251 20234/18197/15253</w:t>
        <w:br/>
        <w:t>f 20240/18198/15254 20239/18199/15255 20238/18200/15256</w:t>
        <w:br/>
        <w:t>f 20237/18201/15257 20240/18198/15254 20238/18200/15256</w:t>
        <w:br/>
        <w:t>f 20242/18202/15258 20159/18158/15259 20175/18166/15222</w:t>
        <w:br/>
        <w:t>f 20241/18203/15260 20242/18202/15258 20175/18166/15222</w:t>
        <w:br/>
        <w:t>f 20130/18133/15194 20131/18132/15193 20155/18156/15261</w:t>
        <w:br/>
        <w:t>f 20241/18203/15260 20130/18133/15194 20155/18156/15261</w:t>
        <w:br/>
        <w:t>f 20244/18204/15262 20243/18205/15263 20085/18097/15159</w:t>
        <w:br/>
        <w:t>f 20086/18096/15158 20244/18204/15262 20085/18097/15159</w:t>
        <w:br/>
        <w:t>f 20246/18206/15264 20245/18207/15265 20108/18114/15175</w:t>
        <w:br/>
        <w:t>f 20109/18113/15174 20246/18206/15264 20108/18114/15175</w:t>
        <w:br/>
        <w:t>f 20104/18110/15171 20248/18208/15266 20247/18209/15267</w:t>
        <w:br/>
        <w:t>f 20103/18111/15172 20104/18110/15171 20247/18209/15267</w:t>
        <w:br/>
        <w:t>f 20186/18172/15228 20248/18208/15266 20104/18110/15171</w:t>
        <w:br/>
        <w:t>f 20118/18123/15184 20119/18122/15183 20249/18210/15268</w:t>
        <w:br/>
        <w:t>f 20132/18135/15196 20118/18123/15184 20249/18210/15268</w:t>
        <w:br/>
        <w:t>f 20252/18211/15269 20251/18212/15270 20250/18213/15270</w:t>
        <w:br/>
        <w:t>f 20206/18184/15240 20244/18204/15262 20086/18096/15158</w:t>
        <w:br/>
        <w:t>f 20108/18114/15175 20245/18207/15265 20183/18170/15226</w:t>
        <w:br/>
        <w:t>f 20090/18099/15161 20082/18092/15154 20203/18182/15238</w:t>
        <w:br/>
        <w:t>f 20241/18203/15260 20259/18214/15271 20258/18215/15272</w:t>
        <w:br/>
        <w:t>f 20264/18216/15273 20237/18201/15257 20238/18200/15256</w:t>
        <w:br/>
        <w:t>f 20263/18217/15273 20264/18216/15273 20238/18200/15256</w:t>
        <w:br/>
        <w:t>f 20234/18197/15253 20235/18196/15252 20268/18218/15274</w:t>
        <w:br/>
        <w:t>f 20267/18219/15274 20234/18197/15253 20268/18218/15274</w:t>
        <w:br/>
        <w:t>f 20071/18077/15139 20270/18220/15275 20269/18221/15275</w:t>
        <w:br/>
        <w:t>f 20079/18087/15149 20071/18077/15139 20269/18221/15275</w:t>
        <w:br/>
        <w:t>f 20059/18071/15133 20060/18070/15132 20078/18088/15150</w:t>
        <w:br/>
        <w:t>f 20273/18222/15276 20059/18071/15133 20078/18088/15150</w:t>
        <w:br/>
        <w:t>f 20139/18136/15197 20063/18074/15136 20080/18089/15151</w:t>
        <w:br/>
        <w:t>f 20077/18085/15147 20139/18136/15197 20080/18089/15151</w:t>
        <w:br/>
        <w:t>f 20274/18223/15277 20006/18033/15095 20002/18031/15093</w:t>
        <w:br/>
        <w:t>f 20275/18224/15278 20141/18138/15199 20064/18073/15135</w:t>
        <w:br/>
        <w:t>f 20276/18225/15279 20275/18224/15278 20064/18073/15135</w:t>
        <w:br/>
        <w:t>f 20098/18107/15168 20276/18225/15279 20064/18073/15135</w:t>
        <w:br/>
        <w:t>f 20114/18119/15180 20129/18131/15192 20277/18226/15280</w:t>
        <w:br/>
        <w:t>f 20280/18227/15281 20279/18228/15282 20278/18229/15283</w:t>
        <w:br/>
        <w:t>f 20281/18230/15284 20140/18139/15200 20141/18138/15199</w:t>
        <w:br/>
        <w:t>f 20275/18224/15278 20281/18230/15284 20141/18138/15199</w:t>
        <w:br/>
        <w:t>f 20010/18037/15099 20283/18231/15285 20282/18232/15286</w:t>
        <w:br/>
        <w:t>f 20008/18035/15097 20010/18037/15099 20282/18232/15286</w:t>
        <w:br/>
        <w:t>f 20003/18030/15092 20008/18035/15097 20282/18232/15286</w:t>
        <w:br/>
        <w:t>f 20278/18229/15283 20003/18030/15092 20282/18232/15286</w:t>
        <w:br/>
        <w:t>f 20278/18229/15283 20284/18233/15287 20002/18031/15093</w:t>
        <w:br/>
        <w:t>f 20003/18030/15092 20278/18229/15283 20002/18031/15093</w:t>
        <w:br/>
        <w:t>f 20281/18230/15284 20285/18234/15288 20142/18140/15201</w:t>
        <w:br/>
        <w:t>f 20140/18139/15200 20281/18230/15284 20142/18140/15201</w:t>
        <w:br/>
        <w:t>f 20287/18235/15289 20286/18236/15290 20275/18224/15278</w:t>
        <w:br/>
        <w:t>f 20276/18225/15279 20287/18235/15289 20275/18224/15278</w:t>
        <w:br/>
        <w:t>f 20287/18235/15289 20276/18225/15279 20288/18237/15291</w:t>
        <w:br/>
        <w:t>f 20290/18238/15292 20289/18239/15293 20285/18234/15288</w:t>
        <w:br/>
        <w:t>f 20281/18230/15284 20290/18238/15292 20285/18234/15288</w:t>
        <w:br/>
        <w:t>f 20292/18240/15294 20282/18232/15286 20283/18231/15285</w:t>
        <w:br/>
        <w:t>f 20291/18241/15295 20292/18240/15294 20283/18231/15285</w:t>
        <w:br/>
        <w:t>f 20284/18233/15287 20278/18229/15283 20279/18228/15282</w:t>
        <w:br/>
        <w:t>f 20275/18224/15278 20286/18236/15290 20290/18238/15292</w:t>
        <w:br/>
        <w:t>f 20281/18230/15284 20275/18224/15278 20290/18238/15292</w:t>
        <w:br/>
        <w:t>f 20282/18232/15286 20292/18240/15294 20280/18227/15281</w:t>
        <w:br/>
        <w:t>f 20282/18232/15286 20280/18227/15281 20278/18229/15283</w:t>
        <w:br/>
        <w:t>f 20293/18242/15296 20053/18066/15297 20043/18056/15118</w:t>
        <w:br/>
        <w:t>f 20044/18055/15117 20294/18243/15298 20293/18242/15296</w:t>
        <w:br/>
        <w:t>f 20043/18056/15118 20044/18055/15117 20293/18242/15296</w:t>
        <w:br/>
        <w:t>f 20250/18213/15270 20251/18212/15270 20176/18165/15221</w:t>
        <w:br/>
        <w:t>f 20177/18164/15220 20250/18213/15270 20176/18165/15221</w:t>
        <w:br/>
        <w:t>f 20118/18123/15184 20133/18134/15195 20131/18132/15193</w:t>
        <w:br/>
        <w:t>f 20325/18244/15299 20324/18245/15300 19368/18013/15075</w:t>
        <w:br/>
        <w:t>f 19366/18015/15077 20325/18244/15299 19368/18013/15075</w:t>
        <w:br/>
        <w:t>f 19368/18013/15075 20324/18245/15300 20326/18246/15301</w:t>
        <w:br/>
        <w:t>f 19378/18025/15087 19368/18013/15075 20326/18246/15301</w:t>
        <w:br/>
        <w:t>f 20324/18245/15300 20325/18244/15299 20328/18247/15302</w:t>
        <w:br/>
        <w:t>f 20327/18248/15303 20324/18245/15300 20328/18247/15302</w:t>
        <w:br/>
        <w:t>f 20324/18245/15300 20327/18248/15303 20329/18249/15304</w:t>
        <w:br/>
        <w:t>f 20326/18246/15301 20324/18245/15300 20329/18249/15304</w:t>
        <w:br/>
        <w:t>f 20327/18248/15303 20328/18247/15302 20331/18250/15305</w:t>
        <w:br/>
        <w:t>f 20330/18251/15306 20327/18248/15303 20331/18250/15305</w:t>
        <w:br/>
        <w:t>f 20327/18248/15303 20330/18251/15306 20332/18252/15307</w:t>
        <w:br/>
        <w:t>f 20329/18249/15304 20327/18248/15303 20332/18252/15307</w:t>
        <w:br/>
        <w:t>f 20331/18250/15305 20334/18253/15308 20333/18254/15309</w:t>
        <w:br/>
        <w:t>f 20330/18251/15306 20331/18250/15305 20333/18254/15309</w:t>
        <w:br/>
        <w:t>f 20332/18252/15307 20330/18251/15306 20333/18254/15309</w:t>
        <w:br/>
        <w:t>f 20335/18255/15310 20332/18252/15307 20333/18254/15309</w:t>
        <w:br/>
        <w:t>f 20334/18253/15308 19374/18019/15081 19372/18021/15083</w:t>
        <w:br/>
        <w:t>f 20333/18254/15309 20334/18253/15308 19372/18021/15083</w:t>
        <w:br/>
        <w:t>f 20335/18255/15310 20333/18254/15309 19372/18021/15083</w:t>
        <w:br/>
        <w:t>f 19380/18027/15089 20335/18255/15310 19372/18021/15083</w:t>
        <w:br/>
        <w:t>f 20344/18256/15311 20343/18257/15312 20342/18258/15313</w:t>
        <w:br/>
        <w:t>f 20341/18259/15311 20344/18256/15311 20342/18258/15313</w:t>
        <w:br/>
        <w:t>f 20346/18260/15314 20345/18261/15315 20342/18258/15313</w:t>
        <w:br/>
        <w:t>f 20348/18262/15316 20345/18261/15315 20347/18263/15317</w:t>
        <w:br/>
        <w:t>f 20352/18264/15318 20351/18265/15319 20350/18266/15320</w:t>
        <w:br/>
        <w:t>f 20349/18267/15321 20352/18264/15318 20350/18266/15320</w:t>
        <w:br/>
        <w:t>f 20368/18268/15322 20367/18269/15323 20234/18197/15253</w:t>
        <w:br/>
        <w:t>f 20367/18269/15323 20200/18181/15237 20234/18197/15253</w:t>
        <w:br/>
        <w:t>f 20139/18136/15197 20077/18085/15147 20226/18193/15249</w:t>
        <w:br/>
        <w:t>f 20221/18191/15247 20079/18087/15149 20139/18136/15197</w:t>
        <w:br/>
        <w:t>f 20077/18085/15147 20076/18086/15148 20227/18194/15250</w:t>
        <w:br/>
        <w:t>f 20180/18169/15225 20237/18201/15324 20199/18179/15235</w:t>
        <w:br/>
        <w:t>f 20130/18133/15194 20241/18203/15260 20179/18167/15223</w:t>
        <w:br/>
        <w:t>f 20241/18203/15260 20258/18215/15272 20179/18167/15223</w:t>
        <w:br/>
        <w:t>f 20241/18203/15260 20175/18166/15222 20259/18214/15271</w:t>
        <w:br/>
        <w:t>f 20237/18201/15324 20185/18173/15229 20188/18176/15232</w:t>
        <w:br/>
        <w:t>f 20409/18270/15325 20237/18201/15324 20188/18176/15232</w:t>
        <w:br/>
        <w:t>f 20237/18201/15324 20409/18270/15325 20199/18179/15235</w:t>
        <w:br/>
        <w:t>f 20368/18268/15322 20234/18197/15253 20219/18190/15246</w:t>
        <w:br/>
        <w:t>f 20234/18197/15253 20205/18185/15241 20219/18190/15246</w:t>
        <w:br/>
        <w:t>f 20076/18086/15148 20059/18071/15133 20273/18222/15276</w:t>
        <w:br/>
        <w:t>f 20348/18262/15316 20347/18263/15317 20351/18265/15319</w:t>
        <w:br/>
        <w:t>f 20345/18261/15315 20346/18260/15314 20347/18263/15317</w:t>
        <w:br/>
        <w:t>f 20346/18260/15314 20342/18258/15313 20343/18257/15312</w:t>
        <w:br/>
        <w:t>f 20352/18264/15318 20348/18262/15316 20351/18265/15319</w:t>
        <w:br/>
        <w:t>f 20114/18119/15180 20288/18237/15291 20276/18225/15279</w:t>
        <w:br/>
        <w:t>f 20098/18107/15168 20114/18119/15180 20276/18225/15279</w:t>
        <w:br/>
        <w:t>f 2891/1966/1519 2889/1962/1515 2886/1965/1518</w:t>
        <w:br/>
        <w:t>f 2914/18271/15326 2891/1966/1519 2886/1965/1518</w:t>
        <w:br/>
        <w:t>f 2884/1959/1512 2915/18272/15327 2914/18271/15326</w:t>
        <w:br/>
        <w:t>f 2886/1965/1518 2884/1959/1512 2914/18271/15326</w:t>
        <w:br/>
        <w:t>f 2885/1958/1511 2916/18273/15328 2915/18272/15327</w:t>
        <w:br/>
        <w:t>f 2884/1959/1512 2885/1958/1511 2915/18272/15327</w:t>
        <w:br/>
        <w:t>f 2918/18274/15329 2917/18275/15330 2911/1986/1539</w:t>
        <w:br/>
        <w:t>f 2913/1988/1541 2918/18274/15329 2911/1986/1539</w:t>
        <w:br/>
        <w:t>f 2917/18275/15330 2909/1982/1535 2911/1986/1539</w:t>
        <w:br/>
        <w:t>f 2892/1969/1522 2916/18273/15328 2885/1958/1511</w:t>
        <w:br/>
        <w:t>f 2921/18276/15331 2920/18277/15332 2919/18278/15333</w:t>
        <w:br/>
        <w:t>f 2922/18279/15334 2919/18278/15333 2920/18277/15332</w:t>
        <w:br/>
        <w:t>f 2908/1983/1536 2922/18279/15334 2920/18277/15332</w:t>
        <w:br/>
        <w:t>f 2922/18279/15334 2908/1983/1536 2909/1982/1535</w:t>
        <w:br/>
        <w:t>f 2904/1979/1532 2920/18277/15332 2924/18280/15335</w:t>
        <w:br/>
        <w:t>f 2923/18281/15336 2904/1979/1532 2924/18280/15335</w:t>
        <w:br/>
        <w:t>f 2920/18277/15332 2904/1979/1532 2905/1978/1531</w:t>
        <w:br/>
        <w:t>f 2923/18281/15336 2898/1977/1530 2904/1979/1532</w:t>
        <w:br/>
        <w:t>f 2898/1977/1530 2925/18282/15337 2901/1974/1527</w:t>
        <w:br/>
        <w:t>f 2878/1957/1510 2895/1970/1523 2925/18282/15337</w:t>
        <w:br/>
        <w:t>f 2926/18283/15338 2878/1957/1510 2925/18282/15337</w:t>
        <w:br/>
        <w:t>f 2896/1973/1526 2925/18282/15337 2895/1970/1523</w:t>
        <w:br/>
        <w:t>f 2927/18284/15339 2926/18283/15338 2925/18282/15337</w:t>
        <w:br/>
        <w:t>f 2923/18281/15336 2927/18284/15339 2925/18282/15337</w:t>
        <w:br/>
        <w:t>f 2867/1944/1497 2928/18285/15340 2892/1969/1522</w:t>
        <w:br/>
        <w:t>f 2932/18286/15341 2931/18287/15342 2930/18288/15343</w:t>
        <w:br/>
        <w:t>f 2929/18289/15344 2932/18286/15341 2930/18288/15343</w:t>
        <w:br/>
        <w:t>f 2921/18276/15331 2931/18287/15342 2932/18286/15341</w:t>
        <w:br/>
        <w:t>f 2933/18290/15345 2921/18276/15331 2932/18286/15341</w:t>
        <w:br/>
        <w:t>f 2924/18280/15335 2921/18276/15331 2933/18290/15345</w:t>
        <w:br/>
        <w:t>f 2934/18291/15346 2924/18280/15335 2933/18290/15345</w:t>
        <w:br/>
        <w:t>f 2923/18281/15336 2924/18280/15335 2934/18291/15346</w:t>
        <w:br/>
        <w:t>f 2927/18284/15339 2923/18281/15336 2934/18291/15346</w:t>
        <w:br/>
        <w:t>f 2935/18292/15347 2932/18286/15341 2929/18289/15344</w:t>
        <w:br/>
        <w:t>f 2868/1943/1496 2935/18292/15347 2929/18289/15344</w:t>
        <w:br/>
        <w:t>f 2868/1943/1496 2929/18289/15344 2867/1944/1497</w:t>
        <w:br/>
        <w:t>f 2933/18290/15345 2932/18286/15341 2935/18292/15347</w:t>
        <w:br/>
        <w:t>f 2936/18293/15348 2933/18290/15345 2935/18292/15347</w:t>
        <w:br/>
        <w:t>f 2934/18291/15346 2933/18290/15345 2936/18293/15348</w:t>
        <w:br/>
        <w:t>f 2937/18294/15349 2934/18291/15346 2936/18293/15348</w:t>
        <w:br/>
        <w:t>f 2927/18284/15339 2934/18291/15346 2937/18294/15349</w:t>
        <w:br/>
        <w:t>f 2938/18295/15350 2927/18284/15339 2937/18294/15349</w:t>
        <w:br/>
        <w:t>f 2926/18283/15338 2927/18284/15339 2938/18295/15350</w:t>
        <w:br/>
        <w:t>f 2939/18296/15351 2926/18283/15338 2938/18295/15350</w:t>
        <w:br/>
        <w:t>f 2940/18297/15352 2926/18283/15338 2939/18296/15351</w:t>
        <w:br/>
        <w:t>f 2940/18297/15352 2872/1951/1504 2873/1950/1503</w:t>
        <w:br/>
        <w:t>f 2940/18297/15352 2878/1957/1510 2926/18283/15338</w:t>
        <w:br/>
        <w:t>f 2940/18297/15352 2881/1954/1507 2878/1957/1510</w:t>
        <w:br/>
        <w:t>f 2942/18298/15353 2937/18294/15349 2936/18293/15348</w:t>
        <w:br/>
        <w:t>f 2941/18299/15354 2942/18298/15353 2936/18293/15348</w:t>
        <w:br/>
        <w:t>f 2862/1941/1494 2941/18299/15354 2936/18293/15348</w:t>
        <w:br/>
        <w:t>f 2942/18298/15353 2943/18300/15355 2938/18295/15350</w:t>
        <w:br/>
        <w:t>f 2937/18294/15349 2942/18298/15353 2938/18295/15350</w:t>
        <w:br/>
        <w:t>f 2943/18300/15355 2944/18301/15356 2939/18296/15351</w:t>
        <w:br/>
        <w:t>f 2938/18295/15350 2943/18300/15355 2939/18296/15351</w:t>
        <w:br/>
        <w:t>f 2944/18301/15356 2946/18302/15357 2945/18303/15358</w:t>
        <w:br/>
        <w:t>f 2939/18296/15351 2944/18301/15356 2945/18303/15358</w:t>
        <w:br/>
        <w:t>f 2948/18304/15359 2947/2097/1609 2945/18303/15358</w:t>
        <w:br/>
        <w:t>f 2946/18302/15357 2948/18304/15359 2945/18303/15358</w:t>
        <w:br/>
        <w:t>f 2863/1940/1493 2941/18299/15354 2862/1941/1494</w:t>
        <w:br/>
        <w:t>f 2942/18298/15353 2941/18299/15354 2863/1940/1493</w:t>
        <w:br/>
        <w:t>f 2949/18305/15360 2942/18298/15353 2863/1940/1493</w:t>
        <w:br/>
        <w:t>f 2943/18300/15355 2942/18298/15353 2949/18305/15360</w:t>
        <w:br/>
        <w:t>f 2950/18306/8069 2943/18300/15355 2949/18305/15360</w:t>
        <w:br/>
        <w:t>f 2944/18301/15356 2943/18300/15355 2950/18306/8069</w:t>
        <w:br/>
        <w:t>f 2951/18307/8072 2944/18301/15356 2950/18306/8069</w:t>
        <w:br/>
        <w:t>f 2944/18301/15356 2951/18307/8072 2952/18308/15361</w:t>
        <w:br/>
        <w:t>f 2946/18302/15357 2944/18301/15356 2952/18308/15361</w:t>
        <w:br/>
        <w:t>f 2953/18309/15362 2948/18304/15359 2946/18302/15357</w:t>
        <w:br/>
        <w:t>f 2952/18308/15361 2953/18309/15362 2946/18302/15357</w:t>
        <w:br/>
        <w:t>f 2953/18309/15362 2955/18310/15363 2954/18311/15364</w:t>
        <w:br/>
        <w:t>f 2948/18304/15359 2953/18309/15362 2954/18311/15364</w:t>
        <w:br/>
        <w:t>f 2948/18304/15359 2954/18311/15364 2956/18312/15365</w:t>
        <w:br/>
        <w:t>f 2947/2097/1609 2948/18304/15359 2956/18312/15365</w:t>
        <w:br/>
        <w:t>f 2958/2096/1608 2947/2097/1609 2956/18312/15365</w:t>
        <w:br/>
        <w:t>f 2957/18313/15366 2958/2096/1608 2956/18312/15365</w:t>
        <w:br/>
        <w:t>f 2956/18312/15365 2959/18314/15367 2957/18313/15366</w:t>
        <w:br/>
        <w:t>f 2954/18311/15364 2961/18315/15368 2960/18316/15369</w:t>
        <w:br/>
        <w:t>f 2956/18312/15365 2954/18311/15364 2960/18316/15369</w:t>
        <w:br/>
        <w:t>f 2955/18310/15363 2962/18317/15370 2961/18315/15368</w:t>
        <w:br/>
        <w:t>f 2954/18311/15364 2955/18310/15363 2961/18315/15368</w:t>
        <w:br/>
        <w:t>f 2961/18315/15368 2962/18317/15370 2964/18318/15371</w:t>
        <w:br/>
        <w:t>f 2963/18319/15372 2961/18315/15368 2964/18318/15371</w:t>
        <w:br/>
        <w:t>f 2965/18320/15373 2960/18316/15369 2961/18315/15368</w:t>
        <w:br/>
        <w:t>f 2963/18319/15372 2965/18320/15373 2961/18315/15368</w:t>
        <w:br/>
        <w:t>f 2960/18316/15369 2967/18321/15374 2966/18322/15375</w:t>
        <w:br/>
        <w:t>f 2970/18323/15376 2969/18324/15377 2968/18325/15378</w:t>
        <w:br/>
        <w:t>f 2973/18326/15379 2972/18327/15380 2971/18328/15381</w:t>
        <w:br/>
        <w:t>f 2968/18325/15378 2973/18326/15379 2971/18328/15381</w:t>
        <w:br/>
        <w:t>f 2968/18325/15378 2974/18329/15382 2970/18323/15376</w:t>
        <w:br/>
        <w:t>f 2969/18324/15377 2965/18320/15373 2963/18319/15372</w:t>
        <w:br/>
        <w:t>f 2968/18325/15378 2969/18324/15377 2963/18319/15372</w:t>
        <w:br/>
        <w:t>f 2973/18326/15379 2968/18325/15378 2963/18319/15372</w:t>
        <w:br/>
        <w:t>f 2964/18318/15371 2973/18326/15379 2963/18319/15372</w:t>
        <w:br/>
        <w:t>f 2971/18328/15381 2972/18327/15380 2975/18330/15383</w:t>
        <w:br/>
        <w:t>f 2971/18328/15381 2975/18330/15383 2976/18331/15384</w:t>
        <w:br/>
        <w:t>f 2923/18281/15336 2925/18282/15337 2898/1977/1530</w:t>
        <w:br/>
        <w:t>f 2870/1947/1500 2935/18292/15347 2868/1943/1496</w:t>
        <w:br/>
        <w:t>f 2936/18293/15348 2935/18292/15347 2870/1947/1500</w:t>
        <w:br/>
        <w:t>f 3038/18332/15385 3037/18333/15385 3036/18334/15385</w:t>
        <w:br/>
        <w:t>f 3035/18335/15385 3038/18332/15385 3036/18334/15385</w:t>
        <w:br/>
        <w:t>f 3041/18336/15386 3040/2049/1578 3039/2048/1578</w:t>
        <w:br/>
        <w:t>f 2929/18289/15344 2930/18288/15343 2928/18285/15340</w:t>
        <w:br/>
        <w:t>f 2867/1944/1497 2929/18289/15344 2928/18285/15340</w:t>
        <w:br/>
        <w:t>f 2913/1988/1541 2891/1966/1519 2914/18271/15326</w:t>
        <w:br/>
        <w:t>f 2918/18274/15329 2913/1988/1541 2914/18271/15326</w:t>
        <w:br/>
        <w:t>f 2976/18331/15384 2974/18329/15382 2968/18325/15378</w:t>
        <w:br/>
        <w:t>f 2971/18328/15381 2976/18331/15384 2968/18325/15378</w:t>
        <w:br/>
        <w:t>f 3089/18337/15387 2967/18321/15374 2960/18316/15369</w:t>
        <w:br/>
        <w:t>f 2960/18316/15369 2966/18322/15375 2959/18314/15367</w:t>
        <w:br/>
        <w:t>f 2956/18312/15365 2960/18316/15369 2959/18314/15367</w:t>
        <w:br/>
        <w:t>f 2877/1952/1505 2881/1954/1507 2940/18297/15352</w:t>
        <w:br/>
        <w:t>f 2873/1950/1503 2877/1952/1505 2940/18297/15352</w:t>
        <w:br/>
        <w:t>f 2945/18303/15358 2947/2097/1609 2872/1951/1504</w:t>
        <w:br/>
        <w:t>f 2862/1941/1494 2936/18293/15348 2870/1947/1500</w:t>
        <w:br/>
        <w:t>f 2916/18273/15328 2892/1969/1522 2928/18285/15340</w:t>
        <w:br/>
        <w:t>f 3093/18338/15388 2916/18273/15328 2928/18285/15340</w:t>
        <w:br/>
        <w:t>f 3094/18339/15389 2915/18272/15327 2916/18273/15328</w:t>
        <w:br/>
        <w:t>f 3093/18338/15388 3094/18339/15389 2916/18273/15328</w:t>
        <w:br/>
        <w:t>f 2915/18272/15327 3094/18339/15389 2918/18274/15329</w:t>
        <w:br/>
        <w:t>f 2914/18271/15326 2915/18272/15327 2918/18274/15329</w:t>
        <w:br/>
        <w:t>f 3093/18338/15388 2928/18285/15340 2930/18288/15343</w:t>
        <w:br/>
        <w:t>f 3095/18340/15390 3093/18338/15388 2930/18288/15343</w:t>
        <w:br/>
        <w:t>f 3094/18339/15389 3093/18338/15388 3095/18340/15390</w:t>
        <w:br/>
        <w:t>f 3096/18341/15391 3094/18339/15389 3095/18340/15390</w:t>
        <w:br/>
        <w:t>f 2918/18274/15329 3094/18339/15389 3096/18341/15391</w:t>
        <w:br/>
        <w:t>f 2917/18275/15330 2918/18274/15329 3096/18341/15391</w:t>
        <w:br/>
        <w:t>f 2931/18287/15342 3095/18340/15390 2930/18288/15343</w:t>
        <w:br/>
        <w:t>f 3096/18341/15391 3095/18340/15390 2919/18278/15333</w:t>
        <w:br/>
        <w:t>f 2922/18279/15334 3096/18341/15391 2919/18278/15333</w:t>
        <w:br/>
        <w:t>f 2917/18275/15330 3096/18341/15391 2922/18279/15334</w:t>
        <w:br/>
        <w:t>f 2909/1982/1535 2917/18275/15330 2922/18279/15334</w:t>
        <w:br/>
        <w:t>f 2921/18276/15331 2919/18278/15333 2931/18287/15342</w:t>
        <w:br/>
        <w:t>f 2919/18278/15333 3095/18340/15390 2931/18287/15342</w:t>
        <w:br/>
        <w:t>f 2924/18280/15335 2920/18277/15332 2921/18276/15331</w:t>
        <w:br/>
        <w:t>f 2901/1974/1527 2925/18282/15337 2896/1973/1526</w:t>
        <w:br/>
        <w:t>f 3089/18337/15387 2960/18316/15369 2965/18320/15373</w:t>
        <w:br/>
        <w:t>f 4355/18342/15392 4354/18343/15393 4353/18344/15394</w:t>
        <w:br/>
        <w:t>f 4352/18345/15395 4355/18342/15392 4353/18344/15394</w:t>
        <w:br/>
        <w:t>f 4354/18343/15393 4355/18342/15392 4357/18346/15396</w:t>
        <w:br/>
        <w:t>f 4356/18347/15397 4354/18343/15393 4357/18346/15396</w:t>
        <w:br/>
        <w:t>f 4360/18348/15398 4359/18349/15399 4358/18350/15400</w:t>
        <w:br/>
        <w:t>f 4353/18344/15394 4360/18348/15398 4358/18350/15400</w:t>
        <w:br/>
        <w:t>f 4359/18349/15399 4362/18351/15401 4361/18352/15402</w:t>
        <w:br/>
        <w:t>f 4358/18350/15400 4359/18349/15399 4361/18352/15402</w:t>
        <w:br/>
        <w:t>f 4353/18344/15394 4358/18350/15400 4363/18353/15403</w:t>
        <w:br/>
        <w:t>f 4352/18345/15395 4353/18344/15394 4363/18353/15403</w:t>
        <w:br/>
        <w:t>f 4358/18350/15400 4361/18352/15402 4364/18354/15404</w:t>
        <w:br/>
        <w:t>f 4363/18353/15403 4358/18350/15400 4364/18354/15404</w:t>
        <w:br/>
        <w:t>f 4368/18355/15401 4367/18356/15405 4366/18357/15406</w:t>
        <w:br/>
        <w:t>f 4365/18358/15407 4368/18355/15401 4366/18357/15406</w:t>
        <w:br/>
        <w:t>f 4370/18359/15408 4369/18360/15404 4365/18358/15407</w:t>
        <w:br/>
        <w:t>f 4366/18357/15406 4370/18359/15408 4365/18358/15407</w:t>
        <w:br/>
        <w:t>f 4374/18361/15409 4373/18362/15410 4372/18363/15411</w:t>
        <w:br/>
        <w:t>f 4371/18364/15412 4374/18361/15409 4372/18363/15411</w:t>
        <w:br/>
        <w:t>f 4378/18365/15413 4377/18366/15411 4376/18367/15410</w:t>
        <w:br/>
        <w:t>f 4375/18368/15414 4378/18365/15413 4376/18367/15410</w:t>
        <w:br/>
        <w:t>f 4353/18344/15394 4354/18343/15393 4379/18369/15415</w:t>
        <w:br/>
        <w:t>f 4360/18348/15398 4353/18344/15394 4379/18369/15415</w:t>
        <w:br/>
        <w:t>f 4419/18370/15416 4418/18371/15417 4417/18372/15418</w:t>
        <w:br/>
        <w:t>f 4416/18373/15419 4419/18370/15416 4417/18372/15418</w:t>
        <w:br/>
        <w:t>f 4421/18374/15420 4419/18370/15416 4416/18373/15419</w:t>
        <w:br/>
        <w:t>f 4420/18375/15421 4421/18374/15420 4416/18373/15419</w:t>
        <w:br/>
        <w:t>f 4423/18376/15422 4417/18372/15418 4418/18371/15417</w:t>
        <w:br/>
        <w:t>f 4422/18377/15423 4423/18376/15422 4418/18371/15417</w:t>
        <w:br/>
        <w:t>f 4420/18375/15421 4370/18359/15408 4366/18357/15406</w:t>
        <w:br/>
        <w:t>f 4421/18374/15420 4420/18375/15421 4366/18357/15406</w:t>
        <w:br/>
        <w:t>f 4367/18356/15405 4434/18378/15424 4421/18374/15420</w:t>
        <w:br/>
        <w:t>f 4366/18357/15406 4367/18356/15405 4421/18374/15420</w:t>
        <w:br/>
        <w:t>f 4498/18379/15425 4497/18380/15426 4496/18381/15427</w:t>
        <w:br/>
        <w:t>f 4495/18382/15428 4498/18379/15425 4496/18381/15427</w:t>
        <w:br/>
        <w:t>f 4498/18379/15425 4500/18383/15429 4499/18384/15430</w:t>
        <w:br/>
        <w:t>f 4497/18380/15426 4498/18379/15425 4499/18384/15430</w:t>
        <w:br/>
        <w:t>f 4503/18385/1916 4502/18386/15431 4501/18387/15432</w:t>
        <w:br/>
        <w:t>f 4506/18388/15433 4505/18389/15434 4504/18390/15435</w:t>
        <w:br/>
        <w:t>f 4502/18386/15431 4506/18388/15433 4504/18390/15435</w:t>
        <w:br/>
        <w:t>f 4505/18389/15434 4508/18391/15436 4507/18392/15437</w:t>
        <w:br/>
        <w:t>f 4504/18390/15435 4505/18389/15434 4507/18392/15437</w:t>
        <w:br/>
        <w:t>f 4508/18391/15436 4510/18393/15438 4509/18394/15439</w:t>
        <w:br/>
        <w:t>f 4507/18392/15437 4508/18391/15436 4509/18394/15439</w:t>
        <w:br/>
        <w:t>f 4510/18393/15438 4512/18395/15440 4511/18396/15441</w:t>
        <w:br/>
        <w:t>f 4509/18394/15439 4510/18393/15438 4511/18396/15441</w:t>
        <w:br/>
        <w:t>f 4514/18397/15442 4513/18398/15443 4511/18396/15441</w:t>
        <w:br/>
        <w:t>f 4512/18395/15440 4514/18397/15442 4511/18396/15441</w:t>
        <w:br/>
        <w:t>f 4516/18399/15444 4515/18400/15445 4513/18398/15443</w:t>
        <w:br/>
        <w:t>f 4514/18397/15442 4516/18399/15444 4513/18398/15443</w:t>
        <w:br/>
        <w:t>f 4524/18401/15446 4523/18402/15447 4522/18403/15448</w:t>
        <w:br/>
        <w:t>f 4521/18404/15449 4524/18401/15446 4522/18403/15448</w:t>
        <w:br/>
        <w:t>f 4523/18402/15447 4524/18401/15446 4526/18405/15450</w:t>
        <w:br/>
        <w:t>f 4525/18406/15451 4523/18402/15447 4526/18405/15450</w:t>
        <w:br/>
        <w:t>f 4530/18407/15451 4529/18408/15450 4528/18409/15452</w:t>
        <w:br/>
        <w:t>f 4527/18410/15453 4530/18407/15451 4528/18409/15452</w:t>
        <w:br/>
        <w:t>f 4527/18410/15453 4528/18409/15452 4515/18400/15445</w:t>
        <w:br/>
        <w:t>f 4516/18399/15444 4527/18410/15453 4515/18400/15445</w:t>
        <w:br/>
        <w:t>f 4495/18382/15428 4496/18381/15427 4532/18411/15454</w:t>
        <w:br/>
        <w:t>f 4531/18412/15455 4495/18382/15428 4532/18411/15454</w:t>
        <w:br/>
        <w:t>f 4531/18412/15455 4532/18411/15454 4534/18413/15456</w:t>
        <w:br/>
        <w:t>f 4533/18414/15457 4531/18412/15455 4534/18413/15456</w:t>
        <w:br/>
        <w:t>f 4521/18404/15449 4522/18403/15448 4533/18414/15457</w:t>
        <w:br/>
        <w:t>f 4534/18413/15456 4521/18404/15449 4533/18414/15457</w:t>
        <w:br/>
        <w:t>f 4537/18415/15458 4536/18416/15459 4535/18417/15460</w:t>
        <w:br/>
        <w:t>f 4503/18385/1916 4537/18415/15458 4535/18417/15460</w:t>
        <w:br/>
        <w:t>f 4541/18418/15461 4540/12127/10031 4539/12126/10030</w:t>
        <w:br/>
        <w:t>f 4538/18419/1941 4541/18418/15461 4539/12126/10030</w:t>
        <w:br/>
        <w:t>f 4557/18420/15462 4556/18421/15463 4555/18422/15464</w:t>
        <w:br/>
        <w:t>f 4554/18423/1920 4557/18420/15462 4555/18422/15464</w:t>
        <w:br/>
        <w:t>f 4561/18424/15465 4560/18425/15466 4559/10407/15467</w:t>
        <w:br/>
        <w:t>f 4558/18426/15468 4561/18424/15465 4559/10407/15467</w:t>
        <w:br/>
        <w:t>f 4540/12127/10031 4501/18387/15432 4563/18427/15469</w:t>
        <w:br/>
        <w:t>f 4562/12129/10033 4540/12127/10031 4563/18427/15469</w:t>
        <w:br/>
        <w:t>f 4563/18427/15469 4565/18428/15470 4564/12131/10035</w:t>
        <w:br/>
        <w:t>f 4562/12129/10033 4563/18427/15469 4564/12131/10035</w:t>
        <w:br/>
        <w:t>f 4569/18429/15471 4568/18430/15472 4567/10403/15473</w:t>
        <w:br/>
        <w:t>f 4566/10408/8497 4569/18429/15471 4567/10403/15473</w:t>
        <w:br/>
        <w:t>f 4568/18430/15472 4571/18431/15474 4570/10398/8487</w:t>
        <w:br/>
        <w:t>f 4567/10403/15473 4568/18430/15472 4570/10398/8487</w:t>
        <w:br/>
        <w:t>f 4570/10398/8487 4571/18431/15474 4573/18432/15475</w:t>
        <w:br/>
        <w:t>f 4572/10405/8494 4570/10398/8487 4573/18432/15475</w:t>
        <w:br/>
        <w:t>f 4576/10404/8493 4575/18433/15476 4574/18434/15477</w:t>
        <w:br/>
        <w:t>f 4432/10376/8467 4576/10404/8493 4574/18434/15477</w:t>
        <w:br/>
        <w:t>f 4574/18434/15477 4578/18435/15478 4577/10690/8759</w:t>
        <w:br/>
        <w:t>f 4432/10376/8467 4574/18434/15477 4577/10690/8759</w:t>
        <w:br/>
        <w:t>f 4578/18435/15478 4579/18436/15479 4427/10375/8466</w:t>
        <w:br/>
        <w:t>f 4577/10690/8759 4578/18435/15478 4427/10375/8466</w:t>
        <w:br/>
        <w:t>f 4581/18437/15480 4580/10392/8483 4427/10375/8466</w:t>
        <w:br/>
        <w:t>f 4579/18436/15479 4581/18437/15480 4427/10375/8466</w:t>
        <w:br/>
        <w:t>f 4580/10392/8483 4581/18437/15480 4583/18438/15481</w:t>
        <w:br/>
        <w:t>f 4582/10389/8480 4580/10392/8483 4583/18438/15481</w:t>
        <w:br/>
        <w:t>f 4587/18439/15482 4586/18440/15483 4585/10380/8471</w:t>
        <w:br/>
        <w:t>f 4584/10394/8480 4587/18439/15482 4585/10380/8471</w:t>
        <w:br/>
        <w:t>f 4585/10380/8471 4586/18440/15483 4588/18441/15484</w:t>
        <w:br/>
        <w:t>f 4349/10334/8425 4585/10380/8471 4588/18441/15484</w:t>
        <w:br/>
        <w:t>f 4590/18442/15485 4589/18443/15486 4561/18424/15465</w:t>
        <w:br/>
        <w:t>f 4558/18426/15468 4590/18442/15485 4561/18424/15465</w:t>
        <w:br/>
        <w:t>f 4594/18444/15487 4593/18445/15488 4592/10384/8475</w:t>
        <w:br/>
        <w:t>f 4591/18446/15487 4594/18444/15487 4592/10384/8475</w:t>
        <w:br/>
        <w:t>f 4593/18445/15488 4596/18447/15489 4595/10385/8476</w:t>
        <w:br/>
        <w:t>f 4592/10384/8475 4593/18445/15488 4595/10385/8476</w:t>
        <w:br/>
        <w:t>f 4600/18448/15490 4599/18449/15491 4598/10387/8478</w:t>
        <w:br/>
        <w:t>f 4597/10388/8479 4600/18448/15490 4598/10387/8478</w:t>
        <w:br/>
        <w:t>f 4603/18450/15492 4602/12120/10025 4601/12117/10022</w:t>
        <w:br/>
        <w:t>f 4604/18451/15493 4603/18450/15492 4601/12117/10022</w:t>
        <w:br/>
        <w:t>f 4603/18450/15492 4606/18452/15494 4605/12118/10023</w:t>
        <w:br/>
        <w:t>f 4602/12120/10025 4603/18450/15492 4605/12118/10023</w:t>
        <w:br/>
        <w:t>f 4502/18386/15431 4563/18427/15469 4501/18387/15432</w:t>
        <w:br/>
        <w:t>f 4504/18390/15435 4565/18428/15470 4563/18427/15469</w:t>
        <w:br/>
        <w:t>f 4502/18386/15431 4504/18390/15435 4563/18427/15469</w:t>
        <w:br/>
        <w:t>f 4507/18392/15437 4565/18428/15470 4504/18390/15435</w:t>
        <w:br/>
        <w:t>f 4621/18453/15495 4423/18376/15422 4422/18377/15423</w:t>
        <w:br/>
        <w:t>f 4623/18454/15496 4422/18377/15423 4418/18371/15417</w:t>
        <w:br/>
        <w:t>f 4622/18455/15497 4623/18454/15496 4418/18371/15417</w:t>
        <w:br/>
        <w:t>f 4434/18378/15424 4624/18456/15498 4419/18370/15416</w:t>
        <w:br/>
        <w:t>f 4421/18374/15420 4434/18378/15424 4419/18370/15416</w:t>
        <w:br/>
        <w:t>f 4578/18435/15478 4574/18434/15477 4625/18457/15499</w:t>
        <w:br/>
        <w:t>f 4625/18457/15499 4579/18436/15479 4578/18435/15478</w:t>
        <w:br/>
        <w:t>f 4378/18365/15413 4375/18368/15414 4579/18436/15479</w:t>
        <w:br/>
        <w:t>f 4625/18457/15499 4378/18365/15413 4579/18436/15479</w:t>
        <w:br/>
        <w:t>f 4581/18437/15480 4579/18436/15479 4375/18368/15414</w:t>
        <w:br/>
        <w:t>f 4376/18367/15410 4583/18438/15481 4581/18437/15480</w:t>
        <w:br/>
        <w:t>f 4375/18368/15414 4376/18367/15410 4581/18437/15480</w:t>
        <w:br/>
        <w:t>f 4626/18458/15500 4587/18439/15481 4373/18362/15410</w:t>
        <w:br/>
        <w:t>f 4374/18361/15409 4626/18458/15500 4373/18362/15410</w:t>
        <w:br/>
        <w:t>f 4588/18441/15484 4586/18440/15483 4374/18361/15409</w:t>
        <w:br/>
        <w:t>f 4588/18441/15484 4374/18361/15409 4371/18364/15412</w:t>
        <w:br/>
        <w:t>f 4627/18459/15501 4588/18441/15484 4371/18364/15412</w:t>
        <w:br/>
        <w:t>f 4354/18343/15393 4356/18347/15397 4628/18460/15502</w:t>
        <w:br/>
        <w:t>f 4379/18369/15415 4354/18343/15393 4628/18460/15502</w:t>
        <w:br/>
        <w:t>f 4629/18461/15503 4628/18460/15502 4356/18347/15397</w:t>
        <w:br/>
        <w:t>f 4357/18346/15396 4630/18462/15504 4629/18461/15503</w:t>
        <w:br/>
        <w:t>f 4356/18347/15397 4357/18346/15396 4629/18461/15503</w:t>
        <w:br/>
        <w:t>f 4631/18463/15505 4496/18381/15427 4497/18380/15426</w:t>
        <w:br/>
        <w:t>f 4603/18450/15492 4604/18451/15493 4497/18380/15426</w:t>
        <w:br/>
        <w:t>f 4499/18384/15430 4603/18450/15492 4497/18380/15426</w:t>
        <w:br/>
        <w:t>f 4606/18452/15494 4603/18450/15492 4499/18384/15430</w:t>
        <w:br/>
        <w:t>f 4500/18383/15429 4557/18420/15462 4606/18452/15494</w:t>
        <w:br/>
        <w:t>f 4499/18384/15430 4500/18383/15429 4606/18452/15494</w:t>
        <w:br/>
        <w:t>f 4561/18424/15465 4589/18443/15486 4627/18459/15501</w:t>
        <w:br/>
        <w:t>f 4538/18419/1941 4503/18385/1916 4501/18387/15432</w:t>
        <w:br/>
        <w:t>f 4599/18449/15491 4604/18451/15493 4601/12117/10022</w:t>
        <w:br/>
        <w:t>f 4598/10387/8478 4599/18449/15491 4601/12117/10022</w:t>
        <w:br/>
        <w:t>f 4554/18423/1920 4633/18464/1860 4606/18452/15494</w:t>
        <w:br/>
        <w:t>f 4595/10385/8476 4596/18447/15489 4600/18448/15490</w:t>
        <w:br/>
        <w:t>f 4597/10388/8479 4595/10385/8476 4600/18448/15490</w:t>
        <w:br/>
        <w:t>f 4559/10407/15467 4560/18425/15466 4594/18444/15487</w:t>
        <w:br/>
        <w:t>f 4591/18446/15487 4559/10407/15467 4594/18444/15487</w:t>
        <w:br/>
        <w:t>f 4349/10334/8425 4588/18441/15484 4589/18443/15486</w:t>
        <w:br/>
        <w:t>f 4590/18442/15485 4349/10334/8425 4589/18443/15486</w:t>
        <w:br/>
        <w:t>f 4627/18459/15501 4589/18443/15486 4588/18441/15484</w:t>
        <w:br/>
        <w:t>f 4573/18432/15475 4575/18433/15476 4576/10404/8493</w:t>
        <w:br/>
        <w:t>f 4572/10405/8494 4573/18432/15475 4576/10404/8493</w:t>
        <w:br/>
        <w:t>f 4624/18456/15498 4622/18455/15497 4418/18371/15417</w:t>
        <w:br/>
        <w:t>f 4419/18370/15416 4624/18456/15498 4418/18371/15417</w:t>
        <w:br/>
        <w:t>f 4621/18453/15495 4565/18428/15470 4634/18465/15506</w:t>
        <w:br/>
        <w:t>f 4565/18428/15470 4569/18429/15471 4566/10408/8497</w:t>
        <w:br/>
        <w:t>f 4564/12131/10035 4565/18428/15470 4566/10408/8497</w:t>
        <w:br/>
        <w:t>f 4599/18449/15491 4931/18466/15507 4604/18451/15493</w:t>
        <w:br/>
        <w:t>f 4630/18462/15504 4599/18449/15491 4600/18448/15490</w:t>
        <w:br/>
        <w:t>f 4596/18447/15489 4630/18462/15504 4600/18448/15490</w:t>
        <w:br/>
        <w:t>f 4537/18415/15458 4554/18423/1920 4555/18422/15464</w:t>
        <w:br/>
        <w:t>f 4536/18416/15459 4537/18415/15458 4555/18422/15464</w:t>
        <w:br/>
        <w:t>f 4936/18467/15508 4605/12118/10023 4606/18452/15494</w:t>
        <w:br/>
        <w:t>f 4633/18464/1860 4936/18467/15508 4606/18452/15494</w:t>
        <w:br/>
        <w:t>f 4506/18388/15433 4503/18385/1916 4535/18417/15460</w:t>
        <w:br/>
        <w:t>f 8021/18468/15509 4506/18388/15433 4535/18417/15460</w:t>
        <w:br/>
        <w:t>f 4627/18459/15501 4560/18425/15466 4561/18424/15465</w:t>
        <w:br/>
        <w:t>f 2920/18277/15332 2905/1978/1531 2908/1983/1536</w:t>
        <w:br/>
        <w:t>f 2945/18303/15358 2872/1951/1504 2940/18297/15352</w:t>
        <w:br/>
        <w:t>f 2940/18297/15352 2939/18296/15351 2945/18303/15358</w:t>
        <w:br/>
        <w:t>f 4634/18465/15506 8208/18469/15510 4423/18376/15422</w:t>
        <w:br/>
        <w:t>f 4621/18453/15495 4634/18465/15506 4423/18376/15422</w:t>
        <w:br/>
        <w:t>f 8208/18469/15510 8209/18470/15511 4417/18372/15418</w:t>
        <w:br/>
        <w:t>f 4423/18376/15422 8208/18469/15510 4417/18372/15418</w:t>
        <w:br/>
        <w:t>f 4416/18373/15419 4417/18372/15418 8209/18470/15511</w:t>
        <w:br/>
        <w:t>f 8210/18471/15512 4416/18373/15419 8209/18470/15511</w:t>
        <w:br/>
        <w:t>f 4420/18375/15421 4416/18373/15419 8210/18471/15512</w:t>
        <w:br/>
        <w:t>f 8211/18472/15513 4420/18375/15421 8210/18471/15512</w:t>
        <w:br/>
        <w:t>f 8211/18472/15513 8212/18473/15514 4370/18359/15408</w:t>
        <w:br/>
        <w:t>f 4420/18375/15421 8211/18472/15513 4370/18359/15408</w:t>
        <w:br/>
        <w:t>f 8212/18473/15514 8213/18474/15515 4369/18360/15404</w:t>
        <w:br/>
        <w:t>f 4370/18359/15408 8212/18473/15514 4369/18360/15404</w:t>
        <w:br/>
        <w:t>f 4363/18353/15403 4364/18354/15404 8214/18475/15515</w:t>
        <w:br/>
        <w:t>f 8215/18476/15516 4363/18353/15403 8214/18475/15515</w:t>
        <w:br/>
        <w:t>f 8216/18477/15517 4352/18345/15395 4363/18353/15403</w:t>
        <w:br/>
        <w:t>f 8215/18476/15516 8216/18477/15517 4363/18353/15403</w:t>
        <w:br/>
        <w:t>f 8217/18478/15518 4355/18342/15392 4352/18345/15395</w:t>
        <w:br/>
        <w:t>f 8216/18477/15517 8217/18478/15518 4352/18345/15395</w:t>
        <w:br/>
        <w:t>f 4355/18342/15392 8217/18478/15518 8218/18479/15519</w:t>
        <w:br/>
        <w:t>f 4357/18346/15396 4355/18342/15392 8218/18479/15519</w:t>
        <w:br/>
        <w:t>f 8218/18479/15519 8219/18480/15520 4630/18462/15504</w:t>
        <w:br/>
        <w:t>f 4357/18346/15396 8218/18479/15519 4630/18462/15504</w:t>
        <w:br/>
        <w:t>f 4931/18466/15507 4599/18449/15491 4630/18462/15504</w:t>
        <w:br/>
        <w:t>f 8219/18480/15520 4931/18466/15507 4630/18462/15504</w:t>
        <w:br/>
        <w:t>f 8220/18481/15521 4560/18425/15466 4379/18369/15415</w:t>
        <w:br/>
        <w:t>f 4628/18460/15502 8220/18481/15521 4379/18369/15415</w:t>
        <w:br/>
        <w:t>f 4560/18425/15466 4627/18459/15501 4360/18348/15398</w:t>
        <w:br/>
        <w:t>f 4379/18369/15415 4560/18425/15466 4360/18348/15398</w:t>
        <w:br/>
        <w:t>f 4627/18459/15501 4371/18364/15412 4359/18349/15399</w:t>
        <w:br/>
        <w:t>f 4360/18348/15398 4627/18459/15501 4359/18349/15399</w:t>
        <w:br/>
        <w:t>f 4362/18351/15401 4359/18349/15399 4371/18364/15412</w:t>
        <w:br/>
        <w:t>f 4372/18363/15411 4362/18351/15401 4371/18364/15412</w:t>
        <w:br/>
        <w:t>f 4367/18356/15405 4368/18355/15401 4377/18366/15411</w:t>
        <w:br/>
        <w:t>f 4378/18365/15413 4367/18356/15405 4377/18366/15411</w:t>
        <w:br/>
        <w:t>f 4434/18378/15424 4367/18356/15405 4378/18365/15413</w:t>
        <w:br/>
        <w:t>f 4625/18457/15499 4434/18378/15424 4378/18365/15413</w:t>
        <w:br/>
        <w:t>f 4574/18434/15477 4575/18433/15476 4625/18457/15499</w:t>
        <w:br/>
        <w:t>f 4624/18456/15498 4575/18433/15476 4573/18432/15475</w:t>
        <w:br/>
        <w:t>f 4622/18455/15497 4624/18456/15498 4573/18432/15475</w:t>
        <w:br/>
        <w:t>f 4573/18432/15475 4623/18454/15496 4622/18455/15497</w:t>
        <w:br/>
        <w:t>f 4634/18465/15506 4565/18428/15470 4507/18392/15437</w:t>
        <w:br/>
        <w:t>f 4507/18392/15437 4509/18394/15439 8208/18469/15510</w:t>
        <w:br/>
        <w:t>f 4634/18465/15506 4507/18392/15437 8208/18469/15510</w:t>
        <w:br/>
        <w:t>f 4509/18394/15439 4511/18396/15441 8209/18470/15511</w:t>
        <w:br/>
        <w:t>f 8208/18469/15510 4509/18394/15439 8209/18470/15511</w:t>
        <w:br/>
        <w:t>f 8210/18471/15512 8209/18470/15511 4511/18396/15441</w:t>
        <w:br/>
        <w:t>f 4513/18398/15443 8210/18471/15512 4511/18396/15441</w:t>
        <w:br/>
        <w:t>f 8211/18472/15513 8210/18471/15512 4513/18398/15443</w:t>
        <w:br/>
        <w:t>f 4515/18400/15445 8211/18472/15513 4513/18398/15443</w:t>
        <w:br/>
        <w:t>f 8212/18473/15514 8211/18472/15513 4515/18400/15445</w:t>
        <w:br/>
        <w:t>f 4528/18409/15452 8212/18473/15514 4515/18400/15445</w:t>
        <w:br/>
        <w:t>f 8213/18474/15515 8212/18473/15514 4528/18409/15452</w:t>
        <w:br/>
        <w:t>f 4529/18408/15450 8213/18474/15515 4528/18409/15452</w:t>
        <w:br/>
        <w:t>f 8214/18475/15515 4526/18405/15450 4524/18401/15446</w:t>
        <w:br/>
        <w:t>f 8215/18476/15516 8214/18475/15515 4524/18401/15446</w:t>
        <w:br/>
        <w:t>f 4521/18404/15449 8216/18477/15517 8215/18476/15516</w:t>
        <w:br/>
        <w:t>f 4524/18401/15446 4521/18404/15449 8215/18476/15516</w:t>
        <w:br/>
        <w:t>f 4534/18413/15456 8217/18478/15518 8216/18477/15517</w:t>
        <w:br/>
        <w:t>f 4521/18404/15449 4534/18413/15456 8216/18477/15517</w:t>
        <w:br/>
        <w:t>f 8217/18478/15518 4534/18413/15456 4532/18411/15454</w:t>
        <w:br/>
        <w:t>f 8218/18479/15519 8217/18478/15518 4532/18411/15454</w:t>
        <w:br/>
        <w:t>f 4532/18411/15454 4496/18381/15427 8219/18480/15520</w:t>
        <w:br/>
        <w:t>f 8218/18479/15519 4532/18411/15454 8219/18480/15520</w:t>
        <w:br/>
        <w:t>f 4496/18381/15427 4931/18466/15507 8219/18480/15520</w:t>
        <w:br/>
        <w:t>f 4604/18451/15493 4931/18466/15507 4496/18381/15427</w:t>
        <w:br/>
        <w:t>f 4522/18403/15448 8222/18482/15522 8221/18483/15523</w:t>
        <w:br/>
        <w:t>f 4533/18414/15457 4522/18403/15448 8221/18483/15523</w:t>
        <w:br/>
        <w:t>f 8223/18484/15524 4531/18412/15455 4533/18414/15457</w:t>
        <w:br/>
        <w:t>f 8221/18483/15523 8223/18484/15524 4533/18414/15457</w:t>
        <w:br/>
        <w:t>f 8224/18485/15525 4495/18382/15428 4531/18412/15455</w:t>
        <w:br/>
        <w:t>f 8223/18484/15524 8224/18485/15525 4531/18412/15455</w:t>
        <w:br/>
        <w:t>f 8225/18486/15526 4498/18379/15425 4495/18382/15428</w:t>
        <w:br/>
        <w:t>f 8224/18485/15525 8225/18486/15526 4495/18382/15428</w:t>
        <w:br/>
        <w:t>f 8226/18487/15527 4500/18383/15429 4498/18379/15425</w:t>
        <w:br/>
        <w:t>f 8225/18486/15526 8226/18487/15527 4498/18379/15425</w:t>
        <w:br/>
        <w:t>f 4556/18421/15463 4557/18420/15462 4500/18383/15429</w:t>
        <w:br/>
        <w:t>f 8226/18487/15527 4556/18421/15463 4500/18383/15429</w:t>
        <w:br/>
        <w:t>f 8021/18468/15509 8227/18488/15528 4505/18389/15434</w:t>
        <w:br/>
        <w:t>f 4506/18388/15433 8021/18468/15509 4505/18389/15434</w:t>
        <w:br/>
        <w:t>f 8227/18488/15528 8228/18489/15529 4508/18391/15436</w:t>
        <w:br/>
        <w:t>f 4505/18389/15434 8227/18488/15528 4508/18391/15436</w:t>
        <w:br/>
        <w:t>f 8228/18489/15529 8229/18490/1851 4510/18393/15438</w:t>
        <w:br/>
        <w:t>f 4508/18391/15436 8228/18489/15529 4510/18393/15438</w:t>
        <w:br/>
        <w:t>f 8229/18490/1851 8230/18491/1852 4512/18395/15440</w:t>
        <w:br/>
        <w:t>f 4510/18393/15438 8229/18490/1851 4512/18395/15440</w:t>
        <w:br/>
        <w:t>f 8231/18492/15530 4514/18397/15442 4512/18395/15440</w:t>
        <w:br/>
        <w:t>f 8230/18491/1852 8231/18492/15530 4512/18395/15440</w:t>
        <w:br/>
        <w:t>f 8232/18493/15531 4516/18399/15444 4514/18397/15442</w:t>
        <w:br/>
        <w:t>f 8231/18492/15530 8232/18493/15531 4514/18397/15442</w:t>
        <w:br/>
        <w:t>f 8233/18494/15532 4527/18410/15453 4516/18399/15444</w:t>
        <w:br/>
        <w:t>f 8232/18493/15531 8233/18494/15532 4516/18399/15444</w:t>
        <w:br/>
        <w:t>f 8234/18495/15533 4530/18407/15451 4527/18410/15453</w:t>
        <w:br/>
        <w:t>f 8233/18494/15532 8234/18495/15533 4527/18410/15453</w:t>
        <w:br/>
        <w:t>f 8236/18496/15534 4523/18402/15447 4525/18406/15451</w:t>
        <w:br/>
        <w:t>f 8235/18497/15533 8236/18496/15534 4525/18406/15451</w:t>
        <w:br/>
        <w:t>f 4523/18402/15447 8236/18496/15534 8222/18482/15522</w:t>
        <w:br/>
        <w:t>f 4522/18403/15448 4523/18402/15447 8222/18482/15522</w:t>
        <w:br/>
        <w:t>f 4503/18385/1916 4506/18388/15433 4502/18386/15431</w:t>
        <w:br/>
        <w:t>f 4557/18420/15462 4554/18423/1920 4606/18452/15494</w:t>
        <w:br/>
        <w:t>f 4575/18433/15476 4624/18456/15498 4434/18378/15424</w:t>
        <w:br/>
        <w:t>f 4625/18457/15499 4575/18433/15476 4434/18378/15424</w:t>
        <w:br/>
        <w:t>f 8351/18498/15535 8350/18499/15536 8349/18500/15537</w:t>
        <w:br/>
        <w:t>f 8348/18501/15538 8351/18498/15535 8349/18500/15537</w:t>
        <w:br/>
        <w:t>f 8355/18502/15539 8354/18503/15540 8353/18504/15541</w:t>
        <w:br/>
        <w:t>f 8352/18505/15542 8355/18502/15539 8353/18504/15541</w:t>
        <w:br/>
        <w:t>f 8350/18499/15536 8351/18498/15535 8357/18506/15543</w:t>
        <w:br/>
        <w:t>f 8356/18507/15544 8350/18499/15536 8357/18506/15543</w:t>
        <w:br/>
        <w:t>f 8361/18508/15545 8360/18509/15546 8359/18510/15547</w:t>
        <w:br/>
        <w:t>f 8358/18511/15548 8361/18508/15545 8359/18510/15547</w:t>
        <w:br/>
        <w:t>f 8365/18512/15549 8364/18513/15550 8363/18514/15551</w:t>
        <w:br/>
        <w:t>f 8362/18515/15552 8365/18512/15549 8363/18514/15551</w:t>
        <w:br/>
        <w:t>f 8369/18516/15553 8368/18517/15554 8367/18518/15555</w:t>
        <w:br/>
        <w:t>f 8366/18519/15556 8369/18516/15553 8367/18518/15555</w:t>
        <w:br/>
        <w:t>f 8373/18520/15557 8372/18521/15558 8371/18522/15559</w:t>
        <w:br/>
        <w:t>f 8370/18523/15560 8373/18520/15557 8371/18522/15559</w:t>
        <w:br/>
        <w:t>f 8377/18524/15561 8376/18525/15562 8375/18526/15563</w:t>
        <w:br/>
        <w:t>f 8374/18527/15564 8377/18524/15561 8375/18526/15563</w:t>
        <w:br/>
        <w:t>f 8366/18519/15556 8367/18518/15555 8379/18528/15565</w:t>
        <w:br/>
        <w:t>f 8378/18529/15566 8366/18519/15556 8379/18528/15565</w:t>
        <w:br/>
        <w:t>f 8353/18504/15541 8354/18503/15540 8374/18527/15564</w:t>
        <w:br/>
        <w:t>f 8375/18526/15563 8353/18504/15541 8374/18527/15564</w:t>
        <w:br/>
        <w:t>f 8368/18517/15554 8357/18506/15543 8351/18498/15535</w:t>
        <w:br/>
        <w:t>f 8367/18518/15555 8368/18517/15554 8351/18498/15535</w:t>
        <w:br/>
        <w:t>f 8360/18509/15546 8373/18520/15557 8370/18523/15560</w:t>
        <w:br/>
        <w:t>f 8359/18510/15547 8360/18509/15546 8370/18523/15560</w:t>
        <w:br/>
        <w:t>f 8367/18518/15555 8351/18498/15535 8348/18501/15538</w:t>
        <w:br/>
        <w:t>f 8379/18528/15565 8367/18518/15555 8348/18501/15538</w:t>
        <w:br/>
        <w:t>f 8383/18530/15567 8382/18531/15568 8381/18532/15569</w:t>
        <w:br/>
        <w:t>f 8380/18533/15570 8383/18530/15567 8381/18532/15569</w:t>
        <w:br/>
        <w:t>f 8386/18534/3606 8385/18535/3605 8384/18536/15571</w:t>
        <w:br/>
        <w:t>f 8387/18537/15572 8386/18534/3606 8384/18536/15571</w:t>
        <w:br/>
        <w:t>f 8391/18538/15573 8390/18539/15574 8389/18540/15575</w:t>
        <w:br/>
        <w:t>f 8388/18541/15576 8391/18538/15573 8389/18540/15575</w:t>
        <w:br/>
        <w:t>f 8395/18542/15577 8394/18543/15578 8393/18544/15579</w:t>
        <w:br/>
        <w:t>f 8392/18545/15580 8395/18542/15577 8393/18544/15579</w:t>
        <w:br/>
        <w:t>f 8399/18546/15581 8398/18547/15582 8397/18548/15583</w:t>
        <w:br/>
        <w:t>f 8396/18549/15584 8399/18546/15581 8397/18548/15583</w:t>
        <w:br/>
        <w:t>f 8403/18550/15585 8402/18551/15586 8401/18552/15587</w:t>
        <w:br/>
        <w:t>f 8400/18553/15588 8403/18550/15585 8401/18552/15587</w:t>
        <w:br/>
        <w:t>f 8405/18554/15589 8404/18555/15590 8402/18551/15586</w:t>
        <w:br/>
        <w:t>f 8403/18550/15585 8405/18554/15589 8402/18551/15586</w:t>
        <w:br/>
        <w:t>f 8364/18513/15550 8383/18530/15567 8380/18533/15570</w:t>
        <w:br/>
        <w:t>f 8363/18514/15551 8364/18513/15550 8380/18533/15570</w:t>
        <w:br/>
        <w:t>f 8376/18525/15562 8377/18524/15561 8384/18536/15571</w:t>
        <w:br/>
        <w:t>f 8385/18535/3605 8376/18525/15562 8384/18536/15571</w:t>
        <w:br/>
        <w:t>f 8372/18521/15558 8397/18548/15583 8398/18547/15582</w:t>
        <w:br/>
        <w:t>f 8371/18522/15559 8372/18521/15558 8398/18547/15582</w:t>
        <w:br/>
        <w:t>f 8378/18529/15566 8401/18552/15587 8402/18551/15586</w:t>
        <w:br/>
        <w:t>f 8366/18519/15556 8378/18529/15566 8402/18551/15586</w:t>
        <w:br/>
        <w:t>f 8366/18519/15556 8402/18551/15586 8404/18555/15590</w:t>
        <w:br/>
        <w:t>f 8369/18516/15553 8366/18519/15556 8404/18555/15590</w:t>
        <w:br/>
        <w:t>f 8407/18556/15591 8393/18544/15579 8394/18543/15578</w:t>
        <w:br/>
        <w:t>f 8406/18557/15592 8407/18556/15591 8394/18543/15578</w:t>
        <w:br/>
        <w:t>f 8411/18558/15593 8410/18559/15594 8409/18560/15595</w:t>
        <w:br/>
        <w:t>f 8408/18561/15596 8411/18558/15593 8409/18560/15595</w:t>
        <w:br/>
        <w:t>f 8415/18562/15597 8414/18563/15598 8413/18564/15599</w:t>
        <w:br/>
        <w:t>f 8412/18565/15600 8415/18562/15597 8413/18564/15599</w:t>
        <w:br/>
        <w:t>f 8417/18566/15601 8416/18567/15602 8410/18559/15594</w:t>
        <w:br/>
        <w:t>f 8411/18558/15593 8417/18566/15601 8410/18559/15594</w:t>
        <w:br/>
        <w:t>f 8425/18568/15603 8424/18569/15604 8423/18570/15605</w:t>
        <w:br/>
        <w:t>f 8422/18571/15606 8425/18568/15603 8423/18570/15605</w:t>
        <w:br/>
        <w:t>f 8429/18572/15607 8428/18573/15608 8427/18574/15609</w:t>
        <w:br/>
        <w:t>f 8426/18575/15610 8429/18572/15607 8427/18574/15609</w:t>
        <w:br/>
        <w:t>f 8431/18576/15611 8430/18577/15612 8424/18569/15604</w:t>
        <w:br/>
        <w:t>f 8425/18568/15603 8431/18576/15611 8424/18569/15604</w:t>
        <w:br/>
        <w:t>f 8435/18578/15613 8434/18579/15614 8433/18580/15615</w:t>
        <w:br/>
        <w:t>f 8432/18581/15616 8435/18578/15613 8433/18580/15615</w:t>
        <w:br/>
        <w:t>f 8439/18582/15617 8438/18583/15618 8437/18584/15619</w:t>
        <w:br/>
        <w:t>f 8436/18585/15620 8439/18582/15617 8437/18584/15619</w:t>
        <w:br/>
        <w:t>f 8423/18570/15605 8424/18569/15604 8446/18586/15621</w:t>
        <w:br/>
        <w:t>f 8449/18587/15622 8448/18588/15623 8447/18589/15624</w:t>
        <w:br/>
        <w:t>f 8453/18590/15625 8452/18591/15626 8451/18592/15627</w:t>
        <w:br/>
        <w:t>f 8450/18593/15628 8453/18590/15625 8451/18592/15627</w:t>
        <w:br/>
        <w:t>f 8457/18594/15629 8456/18595/15630 8455/18596/15631</w:t>
        <w:br/>
        <w:t>f 8454/18597/15632 8457/18594/15629 8455/18596/15631</w:t>
        <w:br/>
        <w:t>f 8459/18598/15633 8458/18599/15634 8436/18585/15620</w:t>
        <w:br/>
        <w:t>f 8437/18584/15619 8459/18598/15633 8436/18585/15620</w:t>
        <w:br/>
        <w:t>f 8463/18600/15635 8462/18601/15636 8461/18602/15637</w:t>
        <w:br/>
        <w:t>f 8460/18603/15638 8463/18600/15635 8461/18602/15637</w:t>
        <w:br/>
        <w:t>f 8465/18604/15639 8449/18587/15622 8447/18589/15624</w:t>
        <w:br/>
        <w:t>f 8464/18605/15640 8465/18604/15639 8447/18589/15624</w:t>
        <w:br/>
        <w:t>f 8453/18590/15625 8450/18593/15628 8471/18606/15641</w:t>
        <w:br/>
        <w:t>f 8470/18607/15642 8453/18590/15625 8471/18606/15641</w:t>
        <w:br/>
        <w:t>f 8473/18608/15643 8472/18609/15644 8457/18594/15629</w:t>
        <w:br/>
        <w:t>f 8454/18597/15632 8473/18608/15643 8457/18594/15629</w:t>
        <w:br/>
        <w:t>f 8477/18610/15645 8476/18611/15646 8475/18612/15647</w:t>
        <w:br/>
        <w:t>f 8474/18613/15648 8477/18610/15645 8475/18612/15647</w:t>
        <w:br/>
        <w:t>f 8485/18614/15649 8484/18615/15650 8473/18608/15643</w:t>
        <w:br/>
        <w:t>f 8454/18597/15632 8485/18614/15649 8473/18608/15643</w:t>
        <w:br/>
        <w:t>f 8487/18616/15651 8486/18617/15652 8455/18596/15631</w:t>
        <w:br/>
        <w:t>f 8432/18581/15616 8487/18616/15651 8455/18596/15631</w:t>
        <w:br/>
        <w:t>f 8450/18593/15628 8457/18594/15629 8472/18609/15644</w:t>
        <w:br/>
        <w:t>f 8471/18606/15641 8450/18593/15628 8472/18609/15644</w:t>
        <w:br/>
        <w:t>f 8435/18578/15613 8456/18595/15630 8451/18592/15627</w:t>
        <w:br/>
        <w:t>f 8434/18579/15614 8435/18578/15613 8489/18618/15612</w:t>
        <w:br/>
        <w:t>f 8488/18619/15611 8434/18579/15614 8489/18618/15612</w:t>
        <w:br/>
        <w:t>f 8493/18620/15653 8492/18621/15654 8491/18622/15602</w:t>
        <w:br/>
        <w:t>f 8490/18623/15601 8493/18620/15653 8491/18622/15602</w:t>
        <w:br/>
        <w:t>f 8360/18509/15546 8361/18508/15545 8495/18624/15544</w:t>
        <w:br/>
        <w:t>f 8494/18625/15543 8360/18509/15546 8495/18624/15544</w:t>
        <w:br/>
        <w:t>f 8373/18520/15557 8360/18509/15546 8494/18625/15543</w:t>
        <w:br/>
        <w:t>f 8496/18626/15554 8373/18520/15557 8494/18625/15543</w:t>
        <w:br/>
        <w:t>f 8372/18521/15558 8373/18520/15557 8496/18626/15554</w:t>
        <w:br/>
        <w:t>f 8497/18627/15553 8372/18521/15558 8496/18626/15554</w:t>
        <w:br/>
        <w:t>f 8397/18548/15583 8372/18521/15558 8497/18627/15553</w:t>
        <w:br/>
        <w:t>f 8498/18628/15590 8397/18548/15583 8497/18627/15553</w:t>
        <w:br/>
        <w:t>f 8396/18549/15584 8397/18548/15583 8498/18628/15590</w:t>
        <w:br/>
        <w:t>f 8499/18629/15589 8396/18549/15584 8498/18628/15590</w:t>
        <w:br/>
        <w:t>f 8503/18630/15655 8502/18631/15656 8501/18632/15657</w:t>
        <w:br/>
        <w:t>f 8500/18633/15658 8503/18630/15655 8501/18632/15657</w:t>
        <w:br/>
        <w:t>f 8507/18634/3618 8365/18512/15549 8362/18515/15552</w:t>
        <w:br/>
        <w:t>f 8506/18635/15659 8507/18634/3618 8362/18515/15552</w:t>
        <w:br/>
        <w:t>f 8509/18636/15660 8507/18634/3618 8506/18635/15659</w:t>
        <w:br/>
        <w:t>f 8508/18637/15661 8509/18636/15660 8506/18635/15659</w:t>
        <w:br/>
        <w:t>f 8513/18638/15662 8512/18639/3625 8511/18640/15663</w:t>
        <w:br/>
        <w:t>f 8510/18641/15664 8513/18638/15662 8511/18640/15663</w:t>
        <w:br/>
        <w:t>f 8517/18642/3638 8516/18643/3635 8515/18644/15665</w:t>
        <w:br/>
        <w:t>f 8514/18645/15666 8517/18642/3638 8515/18644/15665</w:t>
        <w:br/>
        <w:t>f 8521/18646/3645 8520/18647/3642 8519/18648/15667</w:t>
        <w:br/>
        <w:t>f 8518/18649/15668 8521/18646/3645 8519/18648/15667</w:t>
        <w:br/>
        <w:t>f 8523/18650/3648 8521/18646/3645 8518/18649/15668</w:t>
        <w:br/>
        <w:t>f 8522/18651/15669 8523/18650/3648 8518/18649/15668</w:t>
        <w:br/>
        <w:t>f 8432/18581/15616 8433/18580/15615 8524/18652/15670</w:t>
        <w:br/>
        <w:t>f 8487/18616/15651 8432/18581/15616 8524/18652/15670</w:t>
        <w:br/>
        <w:t>f 8526/18653/15671 8407/18556/15591 8406/18557/15592</w:t>
        <w:br/>
        <w:t>f 8525/18654/15672 8526/18653/15671 8406/18557/15592</w:t>
        <w:br/>
        <w:t>f 8528/18655/15673 8527/18656/15674 8525/18654/15672</w:t>
        <w:br/>
        <w:t>f 8406/18557/15592 8528/18655/15673 8525/18654/15672</w:t>
        <w:br/>
        <w:t>f 8530/18657/15675 8529/18658/15676 8527/18656/15674</w:t>
        <w:br/>
        <w:t>f 8528/18655/15673 8530/18657/15675 8527/18656/15674</w:t>
        <w:br/>
        <w:t>f 8529/18658/15676 8530/18657/15675 8532/18659/15677</w:t>
        <w:br/>
        <w:t>f 8531/18660/15678 8529/18658/15676 8532/18659/15677</w:t>
        <w:br/>
        <w:t>f 8534/18661/15679 8533/18662/15680 8531/18660/15678</w:t>
        <w:br/>
        <w:t>f 8532/18659/15677 8534/18661/15679 8531/18660/15678</w:t>
        <w:br/>
        <w:t>f 8536/18663/15681 8535/18664/15682 8533/18662/15680</w:t>
        <w:br/>
        <w:t>f 8534/18661/15679 8536/18663/15681 8533/18662/15680</w:t>
        <w:br/>
        <w:t>f 8438/18583/15618 8538/18665/15683 8537/18666/15684</w:t>
        <w:br/>
        <w:t>f 8437/18584/15619 8438/18583/15618 8537/18666/15684</w:t>
        <w:br/>
        <w:t>f 8503/18630/15655 8539/18667/15685 8502/18631/15656</w:t>
        <w:br/>
        <w:t>f 8542/18668/15686 8541/18669/15687 8540/18670/15688</w:t>
        <w:br/>
        <w:t>f 8543/18671/15689 8542/18668/15686 8540/18670/15688</w:t>
        <w:br/>
        <w:t>f 8545/18672/15690 8544/18673/15691 8540/18670/15688</w:t>
        <w:br/>
        <w:t>f 8541/18669/15687 8545/18672/15690 8540/18670/15688</w:t>
        <w:br/>
        <w:t>f 8553/18674/15692 8552/18675/15693 8551/18676/15694</w:t>
        <w:br/>
        <w:t>f 8550/18677/15695 8553/18674/15692 8551/18676/15694</w:t>
        <w:br/>
        <w:t>f 8556/18678/15696 8555/18679/15697 8554/18680/15698</w:t>
        <w:br/>
        <w:t>f 8550/18677/15695 8558/18681/15699 8557/18682/15700</w:t>
        <w:br/>
        <w:t>f 8553/18674/15692 8550/18677/15695 8557/18682/15700</w:t>
        <w:br/>
        <w:t>f 8562/18683/15701 8561/18684/15702 8560/18685/15703</w:t>
        <w:br/>
        <w:t>f 8559/18686/15704 8562/18683/15701 8560/18685/15703</w:t>
        <w:br/>
        <w:t>f 8564/18687/15705 8560/18685/15703 8561/18684/15702</w:t>
        <w:br/>
        <w:t>f 8563/18688/15706 8564/18687/15705 8561/18684/15702</w:t>
        <w:br/>
        <w:t>f 8568/18689/15707 8567/18690/15708 8566/18691/15709</w:t>
        <w:br/>
        <w:t>f 8565/18692/15710 8568/18689/15707 8566/18691/15709</w:t>
        <w:br/>
        <w:t>f 8572/18693/2955 8571/18694/15711 8570/18695/15712</w:t>
        <w:br/>
        <w:t>f 8569/18696/15713 8572/18693/2955 8570/18695/15712</w:t>
        <w:br/>
        <w:t>f 8575/18697/2954 8574/18698/15714 8573/18699/15715</w:t>
        <w:br/>
        <w:t>f 8570/18695/15712 8575/18697/2954 8573/18699/15715</w:t>
        <w:br/>
        <w:t>f 8578/18700/15716 8577/18701/15717 8576/18702/15718</w:t>
        <w:br/>
        <w:t>f 8522/18651/15669 8580/18703/15719 8579/18704/15720</w:t>
        <w:br/>
        <w:t>f 8523/18650/3648 8522/18651/15669 8579/18704/15720</w:t>
        <w:br/>
        <w:t>f 8582/18705/15721 8577/18701/15717 8578/18700/15716</w:t>
        <w:br/>
        <w:t>f 8581/18706/15722 8582/18705/15721 8578/18700/15716</w:t>
        <w:br/>
        <w:t>f 8584/18707/2922 8583/18708/2920 8552/18675/15723</w:t>
        <w:br/>
        <w:t>f 8586/18709/2918 8585/18710/15724 8561/18684/15702</w:t>
        <w:br/>
        <w:t>f 8562/18683/15701 8586/18709/2918 8561/18684/15702</w:t>
        <w:br/>
        <w:t>f 8561/18684/15702 8585/18710/15724 8563/18688/15706</w:t>
        <w:br/>
        <w:t>f 8589/18711/15725 8588/18712/15726 8587/18713/15727</w:t>
        <w:br/>
        <w:t>f 8541/18669/15687 8590/18714/15728 8545/18672/15690</w:t>
        <w:br/>
        <w:t>f 8590/18714/15728 8541/18669/15687 8542/18668/15686</w:t>
        <w:br/>
        <w:t>f 8591/18715/2958 8578/18700/15716 8573/18699/15715</w:t>
        <w:br/>
        <w:t>f 8591/18715/2958 8592/18716/15729 8578/18700/15716</w:t>
        <w:br/>
        <w:t>f 8596/18717/15730 8595/18718/15731 8594/18719/15732</w:t>
        <w:br/>
        <w:t>f 8593/18720/15733 8596/18717/15730 8594/18719/15732</w:t>
        <w:br/>
        <w:t>f 8382/18531/15568 8597/18721/3601 8594/18719/15732</w:t>
        <w:br/>
        <w:t>f 8381/18532/15569 8382/18531/15568 8594/18719/15732</w:t>
        <w:br/>
        <w:t>f 8387/18537/15572 8599/18722/15734 8598/18723/15735</w:t>
        <w:br/>
        <w:t>f 8386/18534/3606 8387/18537/15572 8598/18723/15735</w:t>
        <w:br/>
        <w:t>f 8603/18724/15736 8602/18725/15737 8601/18726/15738</w:t>
        <w:br/>
        <w:t>f 8600/18727/15739 8603/18724/15736 8601/18726/15738</w:t>
        <w:br/>
        <w:t>f 8607/18728/15740 8606/18729/15741 8605/18730/15742</w:t>
        <w:br/>
        <w:t>f 8604/18731/15743 8607/18728/15740 8605/18730/15742</w:t>
        <w:br/>
        <w:t>f 8611/18732/15744 8610/18733/15745 8609/18734/15746</w:t>
        <w:br/>
        <w:t>f 8608/18735/15747 8611/18732/15744 8609/18734/15746</w:t>
        <w:br/>
        <w:t>f 8613/18736/15748 8608/18735/15747 8609/18734/15746</w:t>
        <w:br/>
        <w:t>f 8612/18737/15749 8613/18736/15748 8609/18734/15746</w:t>
        <w:br/>
        <w:t>f 8617/18738/15750 8616/18739/15751 8615/18740/15752</w:t>
        <w:br/>
        <w:t>f 8614/18741/15753 8617/18738/15750 8615/18740/15752</w:t>
        <w:br/>
        <w:t>f 8619/18742/15754 8618/18743/15755 8614/18741/15753</w:t>
        <w:br/>
        <w:t>f 8615/18740/15752 8619/18742/15754 8614/18741/15753</w:t>
        <w:br/>
        <w:t>f 8623/18744/15756 8622/18745/15757 8621/18746/15758</w:t>
        <w:br/>
        <w:t>f 8620/18747/15759 8623/18744/15756 8621/18746/15758</w:t>
        <w:br/>
        <w:t>f 8627/18748/15760 8626/18749/15761 8625/18750/15762</w:t>
        <w:br/>
        <w:t>f 8624/18751/15763 8627/18748/15760 8625/18750/15762</w:t>
        <w:br/>
        <w:t>f 8629/18752/15764 8620/18747/15759 8621/18746/15758</w:t>
        <w:br/>
        <w:t>f 8628/18753/15765 8629/18752/15764 8621/18746/15758</w:t>
        <w:br/>
        <w:t>f 8624/18751/15763 8625/18750/15762 8629/18752/15764</w:t>
        <w:br/>
        <w:t>f 8628/18753/15765 8624/18751/15763 8629/18752/15764</w:t>
        <w:br/>
        <w:t>f 8618/18743/15755 8619/18742/15754 8631/18754/15761</w:t>
        <w:br/>
        <w:t>f 8630/18755/15766 8618/18743/15755 8631/18754/15761</w:t>
        <w:br/>
        <w:t>f 8633/18756/15767 8632/18757/15768 8625/18750/15762</w:t>
        <w:br/>
        <w:t>f 8626/18749/15761 8633/18756/15767 8625/18750/15762</w:t>
        <w:br/>
        <w:t>f 8625/18750/15762 8632/18757/15768 8634/18758/15769</w:t>
        <w:br/>
        <w:t>f 8629/18752/15764 8625/18750/15762 8634/18758/15769</w:t>
        <w:br/>
        <w:t>f 8636/18759/15770 8623/18744/15756 8620/18747/15759</w:t>
        <w:br/>
        <w:t>f 8635/18760/15771 8636/18759/15770 8620/18747/15759</w:t>
        <w:br/>
        <w:t>f 8638/18761/15772 8619/18742/15754 8615/18740/15752</w:t>
        <w:br/>
        <w:t>f 8637/18762/15773 8638/18761/15772 8615/18740/15752</w:t>
        <w:br/>
        <w:t>f 8639/18763/15774 8631/18754/15761 8619/18742/15754</w:t>
        <w:br/>
        <w:t>f 8629/18752/15764 8634/18758/15769 8635/18760/15771</w:t>
        <w:br/>
        <w:t>f 8620/18747/15759 8629/18752/15764 8635/18760/15771</w:t>
        <w:br/>
        <w:t>f 8637/18762/15773 8615/18740/15752 8616/18739/15751</w:t>
        <w:br/>
        <w:t>f 8640/18764/15775 8637/18762/15773 8616/18739/15751</w:t>
        <w:br/>
        <w:t>f 8619/18742/15754 8638/18761/15772 8639/18763/15774</w:t>
        <w:br/>
        <w:t>f 8606/18729/15741 8607/18728/15740 8639/18763/15774</w:t>
        <w:br/>
        <w:t>f 8641/18765/15776 8606/18729/15741 8639/18763/15774</w:t>
        <w:br/>
        <w:t>f 8643/18766/15777 8638/18761/15772 8637/18762/15773</w:t>
        <w:br/>
        <w:t>f 8642/18767/15778 8643/18766/15777 8637/18762/15773</w:t>
        <w:br/>
        <w:t>f 8603/18724/15736 8645/18768/15779 8644/18769/15780</w:t>
        <w:br/>
        <w:t>f 8602/18725/15737 8603/18724/15736 8644/18769/15780</w:t>
        <w:br/>
        <w:t>f 8649/18770/15781 8648/18771/15782 8647/18772/15783</w:t>
        <w:br/>
        <w:t>f 8646/18773/15784 8649/18770/15781 8647/18772/15783</w:t>
        <w:br/>
        <w:t>f 8623/18744/15756 8651/18774/15785 8650/18775/9944</w:t>
        <w:br/>
        <w:t>f 8623/18744/15756 8650/18775/9944 8652/18776/15786</w:t>
        <w:br/>
        <w:t>f 8646/18773/15784 8647/18772/15783 8652/18776/15786</w:t>
        <w:br/>
        <w:t>f 8650/18775/9944 8646/18773/15784 8652/18776/15786</w:t>
        <w:br/>
        <w:t>f 8638/18761/15772 8643/18766/15777 8641/18765/15776</w:t>
        <w:br/>
        <w:t>f 8639/18763/15774 8638/18761/15772 8641/18765/15776</w:t>
        <w:br/>
        <w:t>f 8654/18777/15787 8653/18778/15788 8616/18739/15751</w:t>
        <w:br/>
        <w:t>f 8617/18738/15750 8654/18777/15787 8616/18739/15751</w:t>
        <w:br/>
        <w:t>f 8381/18532/15569 8594/18719/15732 8595/18718/15731</w:t>
        <w:br/>
        <w:t>f 8655/18779/15789 8381/18532/15569 8595/18718/15731</w:t>
        <w:br/>
        <w:t>f 8399/18546/15581 8396/18549/15584 8604/18731/15743</w:t>
        <w:br/>
        <w:t>f 8605/18730/15742 8399/18546/15581 8604/18731/15743</w:t>
        <w:br/>
        <w:t>f 8400/18553/15588 8611/18732/15744 8608/18735/15747</w:t>
        <w:br/>
        <w:t>f 8403/18550/15585 8400/18553/15588 8608/18735/15747</w:t>
        <w:br/>
        <w:t>f 8403/18550/15585 8608/18735/15747 8613/18736/15748</w:t>
        <w:br/>
        <w:t>f 8405/18554/15589 8403/18550/15585 8613/18736/15748</w:t>
        <w:br/>
        <w:t>f 8658/18780/15790 8657/18781/15791 8656/18782/15792</w:t>
        <w:br/>
        <w:t>f 8642/18767/15778 8658/18780/15790 8656/18782/15792</w:t>
        <w:br/>
        <w:t>f 8642/18767/15778 8637/18762/15773 8640/18764/15775</w:t>
        <w:br/>
        <w:t>f 8658/18780/15790 8642/18767/15778 8640/18764/15775</w:t>
        <w:br/>
        <w:t>f 8653/18778/15788 8659/18783/15793 8640/18764/15775</w:t>
        <w:br/>
        <w:t>f 8616/18739/15751 8653/18778/15788 8640/18764/15775</w:t>
        <w:br/>
        <w:t>f 8661/18784/15794 8660/18785/15795 8657/18781/15791</w:t>
        <w:br/>
        <w:t>f 8658/18780/15790 8661/18784/15794 8657/18781/15791</w:t>
        <w:br/>
        <w:t>f 8659/18783/15793 8661/18784/15794 8658/18780/15790</w:t>
        <w:br/>
        <w:t>f 8640/18764/15775 8659/18783/15793 8658/18780/15790</w:t>
        <w:br/>
        <w:t>f 8662/18786/15796 8643/18766/15777 8642/18767/15778</w:t>
        <w:br/>
        <w:t>f 8656/18782/15792 8662/18786/15796 8642/18767/15778</w:t>
        <w:br/>
        <w:t>f 8643/18766/15777 8662/18786/15796 8663/18787/15797</w:t>
        <w:br/>
        <w:t>f 8641/18765/15776 8643/18766/15777 8663/18787/15797</w:t>
        <w:br/>
        <w:t>f 8639/18763/15774 8664/18788/15798 8631/18754/15761</w:t>
        <w:br/>
        <w:t>f 8604/18731/15743 8666/18789/15748 8665/18790/15749</w:t>
        <w:br/>
        <w:t>f 8607/18728/15740 8604/18731/15743 8665/18790/15749</w:t>
        <w:br/>
        <w:t>f 8666/18789/15748 8604/18731/15743 8396/18549/15584</w:t>
        <w:br/>
        <w:t>f 8499/18629/15589 8666/18789/15748 8396/18549/15584</w:t>
        <w:br/>
        <w:t>f 8610/18733/15745 8611/18732/15744 8595/18718/15731</w:t>
        <w:br/>
        <w:t>f 8596/18717/15730 8610/18733/15745 8595/18718/15731</w:t>
        <w:br/>
        <w:t>f 8655/18779/15789 8595/18718/15731 8611/18732/15744</w:t>
        <w:br/>
        <w:t>f 8400/18553/15588 8655/18779/15789 8611/18732/15744</w:t>
        <w:br/>
        <w:t>f 8669/18791/15799 8668/18792/15800 8667/18793/15801</w:t>
        <w:br/>
        <w:t>f 8670/18794/15802 8644/18769/15780 8645/18768/15779</w:t>
        <w:br/>
        <w:t>f 8671/18795/15803 8670/18794/15802 8645/18768/15779</w:t>
        <w:br/>
        <w:t>f 8671/18795/15803 8672/18796/15804 8670/18794/15802</w:t>
        <w:br/>
        <w:t>f 8607/18728/15740 8665/18790/15749 8664/18788/15798</w:t>
        <w:br/>
        <w:t>f 8639/18763/15774 8607/18728/15740 8664/18788/15798</w:t>
        <w:br/>
        <w:t>f 8632/18757/15768 8633/18756/15767 8612/18737/15749</w:t>
        <w:br/>
        <w:t>f 8609/18734/15746 8632/18757/15768 8612/18737/15749</w:t>
        <w:br/>
        <w:t>f 8632/18757/15768 8609/18734/15746 8610/18733/15745</w:t>
        <w:br/>
        <w:t>f 8634/18758/15769 8632/18757/15768 8610/18733/15745</w:t>
        <w:br/>
        <w:t>f 8634/18758/15769 8610/18733/15745 8596/18717/15730</w:t>
        <w:br/>
        <w:t>f 8635/18760/15771 8634/18758/15769 8596/18717/15730</w:t>
        <w:br/>
        <w:t>f 8635/18760/15771 8596/18717/15730 8593/18720/15733</w:t>
        <w:br/>
        <w:t>f 8636/18759/15770 8635/18760/15771 8593/18720/15733</w:t>
        <w:br/>
        <w:t>f 8636/18759/15770 8651/18774/15785 8623/18744/15756</w:t>
        <w:br/>
        <w:t>f 8673/18797/15805 8649/18770/15781 8646/18773/15784</w:t>
        <w:br/>
        <w:t>f 8674/18798/9305 8651/18774/15785 8636/18759/15770</w:t>
        <w:br/>
        <w:t>f 8597/18721/3601 8675/18799/3604 8593/18720/15733</w:t>
        <w:br/>
        <w:t>f 8594/18719/15732 8597/18721/3601 8593/18720/15733</w:t>
        <w:br/>
        <w:t>f 8598/18723/15735 8599/18722/15734 8677/18800/9308</w:t>
        <w:br/>
        <w:t>f 8676/18801/9307 8598/18723/15735 8677/18800/9308</w:t>
        <w:br/>
        <w:t>f 8599/18722/15734 8678/18802/15806 8677/18800/9308</w:t>
        <w:br/>
        <w:t>f 8680/18803/15807 8388/18541/15576 8679/18804/15808</w:t>
        <w:br/>
        <w:t>f 8678/18802/15806 8680/18803/15807 8679/18804/15808</w:t>
        <w:br/>
        <w:t>f 8661/18784/15794 8681/18805/15809 8660/18785/15795</w:t>
        <w:br/>
        <w:t>f 8681/18805/15809 8661/18784/15794 8659/18783/15793</w:t>
        <w:br/>
        <w:t>f 8682/18806/15810 8681/18805/15809 8659/18783/15793</w:t>
        <w:br/>
        <w:t>f 8653/18778/15788 8682/18806/15810 8659/18783/15793</w:t>
        <w:br/>
        <w:t>f 8683/18807/15811 8682/18806/15810 8653/18778/15788</w:t>
        <w:br/>
        <w:t>f 8654/18777/15787 8683/18807/15811 8653/18778/15788</w:t>
        <w:br/>
        <w:t>f 8685/18808/15812 8684/18809/15813 8589/18711/15725</w:t>
        <w:br/>
        <w:t>f 8465/18604/15639 8687/18810/15814 8686/18811/15815</w:t>
        <w:br/>
        <w:t>f 8449/18587/15622 8465/18604/15639 8686/18811/15815</w:t>
        <w:br/>
        <w:t>f 8540/18670/15688 8544/18673/15691 8464/18605/15640</w:t>
        <w:br/>
        <w:t>f 8687/18810/15814 8684/18809/15813 8685/18808/15812</w:t>
        <w:br/>
        <w:t>f 8689/18812/15816 8449/18587/15622 8688/18813/3444</w:t>
        <w:br/>
        <w:t>f 8555/18679/15697 8556/18678/15696 8500/18633/15658</w:t>
        <w:br/>
        <w:t>f 8564/18687/15705 8476/18611/15646 8560/18685/15703</w:t>
        <w:br/>
        <w:t>f 8473/18608/15643 8693/18814/15817 8566/18691/15709</w:t>
        <w:br/>
        <w:t>f 8567/18690/15708 8472/18609/15644 8566/18691/15709</w:t>
        <w:br/>
        <w:t>f 8471/18606/15641 8472/18609/15644 8567/18690/15708</w:t>
        <w:br/>
        <w:t>f 8694/18815/15818 8471/18606/15641 8567/18690/15708</w:t>
        <w:br/>
        <w:t>f 8462/18601/15636 8570/18695/15712 8573/18699/15715</w:t>
        <w:br/>
        <w:t>f 8461/18602/15637 8462/18601/15636 8573/18699/15715</w:t>
        <w:br/>
        <w:t>f 8576/18702/15718 8461/18602/15637 8573/18699/15715</w:t>
        <w:br/>
        <w:t>f 8695/18816/15819 8579/18704/15720 8580/18703/15719</w:t>
        <w:br/>
        <w:t>f 8696/18817/15820 8543/18671/15689 8540/18670/15688</w:t>
        <w:br/>
        <w:t>f 8464/18605/15640 8696/18817/15820 8540/18670/15688</w:t>
        <w:br/>
        <w:t>f 8698/18818/15821 8697/18819/15822 8695/18816/15819</w:t>
        <w:br/>
        <w:t>f 8576/18702/15718 8577/18701/15717 8698/18818/15821</w:t>
        <w:br/>
        <w:t>f 8576/18702/15718 8522/18651/15669 8699/18820/15823</w:t>
        <w:br/>
        <w:t>f 8578/18700/15716 8576/18702/15718 8573/18699/15715</w:t>
        <w:br/>
        <w:t>f 8556/18678/15696 8562/18683/15701 8559/18686/15704</w:t>
        <w:br/>
        <w:t>f 8477/18610/15645 8559/18686/15704 8560/18685/15703</w:t>
        <w:br/>
        <w:t>f 8486/18617/15652 8701/18821/15824 8700/18822/15825</w:t>
        <w:br/>
        <w:t>f 8485/18614/15649 8486/18617/15652 8700/18822/15825</w:t>
        <w:br/>
        <w:t>f 8704/18823/15826 8703/18824/15827 8702/18825/15828</w:t>
        <w:br/>
        <w:t>f 8566/18691/15709 8472/18609/15644 8473/18608/15643</w:t>
        <w:br/>
        <w:t>f 8566/18691/15709 8705/18826/15829 8565/18692/15710</w:t>
        <w:br/>
        <w:t>f 8706/18827/15830 8565/18692/15710 8705/18826/15829</w:t>
        <w:br/>
        <w:t>f 8567/18690/15708 8568/18689/15707 8707/18828/2944</w:t>
        <w:br/>
        <w:t>f 8566/18691/15709 8693/18814/15817 8705/18826/15829</w:t>
        <w:br/>
        <w:t>f 8706/18827/15830 8705/18826/15829 8704/18823/15826</w:t>
        <w:br/>
        <w:t>f 8693/18814/15817 8484/18615/15650 8703/18824/15827</w:t>
        <w:br/>
        <w:t>f 8693/18814/15817 8703/18824/15827 8704/18823/15826</w:t>
        <w:br/>
        <w:t>f 8705/18826/15829 8693/18814/15817 8704/18823/15826</w:t>
        <w:br/>
        <w:t>f 8358/18511/15548 8708/18829/15831 8493/18620/15653</w:t>
        <w:br/>
        <w:t>f 8361/18508/15545 8358/18511/15548 8493/18620/15653</w:t>
        <w:br/>
        <w:t>f 8477/18610/15645 8500/18633/15658 8556/18678/15696</w:t>
        <w:br/>
        <w:t>f 8559/18686/15704 8477/18610/15645 8556/18678/15696</w:t>
        <w:br/>
        <w:t>f 8474/18613/15648 8503/18630/15655 8500/18633/15658</w:t>
        <w:br/>
        <w:t>f 8477/18610/15645 8474/18613/15648 8500/18633/15658</w:t>
        <w:br/>
        <w:t>f 8459/18598/15633 8539/18667/15685 8503/18630/15655</w:t>
        <w:br/>
        <w:t>f 8474/18613/15648 8459/18598/15633 8503/18630/15655</w:t>
        <w:br/>
        <w:t>f 8711/18830/15832 8710/18831/15833 8562/18683/15701</w:t>
        <w:br/>
        <w:t>f 8554/18680/15698 8711/18830/15832 8562/18683/15701</w:t>
        <w:br/>
        <w:t>f 8554/18680/15698 8562/18683/15701 8556/18678/15696</w:t>
        <w:br/>
        <w:t>f 8713/18832/15834 8501/18632/15657 8502/18631/15656</w:t>
        <w:br/>
        <w:t>f 8712/18833/3557 8713/18832/15834 8502/18631/15656</w:t>
        <w:br/>
        <w:t>f 8714/18834/15835 8712/18833/3557 8502/18631/15656</w:t>
        <w:br/>
        <w:t>f 8715/18835/15836 8711/18830/15832 8554/18680/15698</w:t>
        <w:br/>
        <w:t>f 8551/18676/15694 8552/18675/15693 8554/18680/15698</w:t>
        <w:br/>
        <w:t>f 8555/18679/15697 8551/18676/15694 8554/18680/15698</w:t>
        <w:br/>
        <w:t>f 8501/18632/15657 8551/18676/15694 8555/18679/15697</w:t>
        <w:br/>
        <w:t>f 8684/18809/15813 8465/18604/15639 8544/18673/15691</w:t>
        <w:br/>
        <w:t>f 8684/18809/15813 8544/18673/15691 8545/18672/15690</w:t>
        <w:br/>
        <w:t>f 8589/18711/15725 8684/18809/15813 8545/18672/15690</w:t>
        <w:br/>
        <w:t>f 8687/18810/15814 8465/18604/15639 8684/18809/15813</w:t>
        <w:br/>
        <w:t>f 8577/18701/15717 8582/18705/15721 8697/18819/15822</w:t>
        <w:br/>
        <w:t>f 8698/18818/15821 8577/18701/15717 8697/18819/15822</w:t>
        <w:br/>
        <w:t>f 8580/18703/15719 8522/18651/15669 8576/18702/15718</w:t>
        <w:br/>
        <w:t>f 8560/18685/15703 8476/18611/15646 8477/18610/15645</w:t>
        <w:br/>
        <w:t>f 8650/18775/9944 8716/18836/9019 8646/18773/15784</w:t>
        <w:br/>
        <w:t>f 8545/18672/15690 8588/18712/15726 8589/18711/15725</w:t>
        <w:br/>
        <w:t>f 8576/18702/15718 8698/18818/15821 8580/18703/15719</w:t>
        <w:br/>
        <w:t>f 8717/18837/15713 8470/18607/15642 8471/18606/15641</w:t>
        <w:br/>
        <w:t>f 8694/18815/15818 8717/18837/15713 8471/18606/15641</w:t>
        <w:br/>
        <w:t>f 8694/18815/15818 8719/18838/15837 8718/18839/2955</w:t>
        <w:br/>
        <w:t>f 8717/18837/15713 8694/18815/15818 8718/18839/2955</w:t>
        <w:br/>
        <w:t>f 8567/18690/15708 8707/18828/2944 8719/18838/15837</w:t>
        <w:br/>
        <w:t>f 8694/18815/15818 8567/18690/15708 8719/18838/15837</w:t>
        <w:br/>
        <w:t>f 8720/18840/15838 8707/18828/2944 8568/18689/15707</w:t>
        <w:br/>
        <w:t>f 8721/18841/15839 8568/18689/15707 8565/18692/15710</w:t>
        <w:br/>
        <w:t>f 8724/18842/15840 8723/18843/9912 8722/18844/15841</w:t>
        <w:br/>
        <w:t>f 8721/18841/2945 8724/18842/15840 8722/18844/15841</w:t>
        <w:br/>
        <w:t>f 8725/18845/15642 8569/18696/15713 8570/18695/15712</w:t>
        <w:br/>
        <w:t>f 8462/18601/15636 8725/18845/15642 8570/18695/15712</w:t>
        <w:br/>
        <w:t>f 8726/18846/15625 8725/18845/15642 8462/18601/15636</w:t>
        <w:br/>
        <w:t>f 8463/18600/15635 8726/18846/15625 8462/18601/15636</w:t>
        <w:br/>
        <w:t>f 8424/18569/15604 8430/18577/15612 8727/18847/15626</w:t>
        <w:br/>
        <w:t>f 8424/18569/15604 8727/18847/15626 8446/18586/15621</w:t>
        <w:br/>
        <w:t>f 8473/18608/15643 8484/18615/15650 8693/18814/15817</w:t>
        <w:br/>
        <w:t>f 8588/18712/15726 8728/18848/3402 8587/18713/15727</w:t>
        <w:br/>
        <w:t>f 8582/18705/15721 8730/18849/15842 8729/18850/15843</w:t>
        <w:br/>
        <w:t>f 8697/18819/15822 8582/18705/15721 8729/18850/15843</w:t>
        <w:br/>
        <w:t>f 8695/18816/15819 8697/18819/15822 8729/18850/15843</w:t>
        <w:br/>
        <w:t>f 8731/18851/15844 8695/18816/15819 8729/18850/15843</w:t>
        <w:br/>
        <w:t>f 8735/18852/15845 8734/18853/15846 8733/18854/15847</w:t>
        <w:br/>
        <w:t>f 8732/18855/15845 8735/18852/15845 8733/18854/15847</w:t>
        <w:br/>
        <w:t>f 8737/18856/15848 8733/18854/15847 8734/18853/15846</w:t>
        <w:br/>
        <w:t>f 8736/18857/15848 8737/18856/15848 8734/18853/15846</w:t>
        <w:br/>
        <w:t>f 8736/18857/15848 8739/18858/15849 8738/18859/15849</w:t>
        <w:br/>
        <w:t>f 8737/18856/15848 8736/18857/15848 8738/18859/15849</w:t>
        <w:br/>
        <w:t>f 8743/18860/15850 8742/18861/15850 8741/18862/15851</w:t>
        <w:br/>
        <w:t>f 8740/18863/15851 8743/18860/15850 8741/18862/15851</w:t>
        <w:br/>
        <w:t>f 8695/18816/15819 8731/18851/15844 8742/18861/15850</w:t>
        <w:br/>
        <w:t>f 8743/18860/15850 8695/18816/15819 8742/18861/15850</w:t>
        <w:br/>
        <w:t>f 8744/18864/15852 8585/18710/15724 8586/18709/2918</w:t>
        <w:br/>
        <w:t>f 8748/18865/15853 8747/18866/15853 8746/18867/15854</w:t>
        <w:br/>
        <w:t>f 8745/18868/15855 8748/18865/15853 8746/18867/15854</w:t>
        <w:br/>
        <w:t>f 8751/18869/15856 8702/18825/15857 8750/18870/15858</w:t>
        <w:br/>
        <w:t>f 8749/18871/15859 8751/18869/15856 8750/18870/15858</w:t>
        <w:br/>
        <w:t>f 8723/18843/9912 8751/18869/15856 8749/18871/15859</w:t>
        <w:br/>
        <w:t>f 8752/18872/9913 8723/18843/9912 8749/18871/15859</w:t>
        <w:br/>
        <w:t>f 8582/18705/15721 8581/18706/15722 8730/18849/15842</w:t>
        <w:br/>
        <w:t>f 8744/18864/15860 8747/18866/15853 8748/18865/15853</w:t>
        <w:br/>
        <w:t>f 8685/18808/15812 8589/18711/15725 8587/18713/15727</w:t>
        <w:br/>
        <w:t>f 8446/18586/15621 8463/18600/15635 8460/18603/15638</w:t>
        <w:br/>
        <w:t>f 8753/18873/15861 8446/18586/15621 8460/18603/15638</w:t>
        <w:br/>
        <w:t>f 8452/18591/15626 8489/18618/15612 8451/18592/15627</w:t>
        <w:br/>
        <w:t>f 8456/18595/15630 8432/18581/15616 8455/18596/15631</w:t>
        <w:br/>
        <w:t>f 8474/18613/15648 8475/18612/15647 8458/18599/15634</w:t>
        <w:br/>
        <w:t>f 8459/18598/15633 8474/18613/15648 8458/18599/15634</w:t>
        <w:br/>
        <w:t>f 8486/18617/15652 8485/18614/15649 8454/18597/15632</w:t>
        <w:br/>
        <w:t>f 8455/18596/15631 8486/18617/15652 8454/18597/15632</w:t>
        <w:br/>
        <w:t>f 8456/18595/15630 8457/18594/15629 8450/18593/15628</w:t>
        <w:br/>
        <w:t>f 8451/18592/15627 8456/18595/15630 8450/18593/15628</w:t>
        <w:br/>
        <w:t>f 8520/18647/3642 8517/18642/3638 8514/18645/15666</w:t>
        <w:br/>
        <w:t>f 8519/18648/15667 8520/18647/3642 8514/18645/15666</w:t>
        <w:br/>
        <w:t>f 8486/18617/15652 8487/18616/15651 8754/18874/15862</w:t>
        <w:br/>
        <w:t>f 8701/18821/15824 8486/18617/15652 8754/18874/15862</w:t>
        <w:br/>
        <w:t>f 8437/18584/15619 8537/18666/15684 8539/18667/15685</w:t>
        <w:br/>
        <w:t>f 8459/18598/15633 8437/18584/15619 8539/18667/15685</w:t>
        <w:br/>
        <w:t>f 8727/18847/15626 8726/18846/15625 8463/18600/15635</w:t>
        <w:br/>
        <w:t>f 8446/18586/15621 8727/18847/15626 8463/18600/15635</w:t>
        <w:br/>
        <w:t>f 8406/18557/15592 8394/18543/15578 8755/18875/15863</w:t>
        <w:br/>
        <w:t>f 8528/18655/15673 8406/18557/15592 8755/18875/15863</w:t>
        <w:br/>
        <w:t>f 8528/18655/15673 8755/18875/15863 8756/18876/15864</w:t>
        <w:br/>
        <w:t>f 8530/18657/15675 8528/18655/15673 8756/18876/15864</w:t>
        <w:br/>
        <w:t>f 8530/18657/15675 8756/18876/15864 8757/18877/3588</w:t>
        <w:br/>
        <w:t>f 8532/18659/15677 8530/18657/15675 8757/18877/3588</w:t>
        <w:br/>
        <w:t>f 8758/18878/15865 8534/18661/15679 8532/18659/15677</w:t>
        <w:br/>
        <w:t>f 8757/18877/3588 8758/18878/15865 8532/18659/15677</w:t>
        <w:br/>
        <w:t>f 8536/18663/15681 8761/18879/3580 8760/18880/3576</w:t>
        <w:br/>
        <w:t>f 8759/18881/15866 8536/18663/15681 8760/18880/3576</w:t>
        <w:br/>
        <w:t>f 8538/18665/15683 8763/18882/15867 8762/18883/3561</w:t>
        <w:br/>
        <w:t>f 8537/18666/15684 8538/18665/15683 8762/18883/3561</w:t>
        <w:br/>
        <w:t>f 8714/18834/15835 8539/18667/15685 8537/18666/15684</w:t>
        <w:br/>
        <w:t>f 8762/18883/3561 8714/18834/15835 8537/18666/15684</w:t>
        <w:br/>
        <w:t>f 8550/18677/15695 8551/18676/15694 8501/18632/15657</w:t>
        <w:br/>
        <w:t>f 8558/18681/15699 8550/18677/15695 8501/18632/15657</w:t>
        <w:br/>
        <w:t>f 8713/18832/15834 8558/18681/15699 8501/18632/15657</w:t>
        <w:br/>
        <w:t>f 8501/18632/15657 8555/18679/15697 8500/18633/15658</w:t>
        <w:br/>
        <w:t>f 8539/18667/15685 8714/18834/15835 8502/18631/15656</w:t>
        <w:br/>
        <w:t>f 8686/18811/15815 8688/18813/3444 8449/18587/15622</w:t>
        <w:br/>
        <w:t>f 8544/18673/15691 8465/18604/15639 8464/18605/15640</w:t>
        <w:br/>
        <w:t>f 8489/18618/15612 8435/18578/15613 8451/18592/15627</w:t>
        <w:br/>
        <w:t>f 8456/18595/15630 8435/18578/15613 8432/18581/15616</w:t>
        <w:br/>
        <w:t>f 8673/18797/15805 8646/18773/15784 8765/18884/15868</w:t>
        <w:br/>
        <w:t>f 8646/18773/15784 8766/18885/15869 8765/18884/15868</w:t>
        <w:br/>
        <w:t>f 8423/18570/15605 8446/18586/15621 8753/18873/15861</w:t>
        <w:br/>
        <w:t>f 8648/18771/15782 8768/18886/15870 8767/18887/15871</w:t>
        <w:br/>
        <w:t>f 8647/18772/15783 8648/18771/15782 8767/18887/15871</w:t>
        <w:br/>
        <w:t>f 8647/18772/15783 8767/18887/15871 8769/18888/15872</w:t>
        <w:br/>
        <w:t>f 8652/18776/15786 8647/18772/15783 8769/18888/15872</w:t>
        <w:br/>
        <w:t>f 8652/18776/15786 8769/18888/15872 8622/18745/15757</w:t>
        <w:br/>
        <w:t>f 8623/18744/15756 8652/18776/15786 8622/18745/15757</w:t>
        <w:br/>
        <w:t>f 8771/18889/15873 8425/18568/15603 8422/18571/15606</w:t>
        <w:br/>
        <w:t>f 8770/18890/15874 8771/18889/15873 8422/18571/15606</w:t>
        <w:br/>
        <w:t>f 8772/18891/15875 8431/18576/15611 8425/18568/15603</w:t>
        <w:br/>
        <w:t>f 8771/18889/15873 8772/18891/15875 8425/18568/15603</w:t>
        <w:br/>
        <w:t>f 8774/18892/15876 8434/18579/15614 8488/18619/15611</w:t>
        <w:br/>
        <w:t>f 8773/18893/15877 8774/18892/15876 8488/18619/15611</w:t>
        <w:br/>
        <w:t>f 8434/18579/15614 8774/18892/15876 8775/18894/15878</w:t>
        <w:br/>
        <w:t>f 8433/18580/15615 8434/18579/15614 8775/18894/15878</w:t>
        <w:br/>
        <w:t>f 8433/18580/15615 8775/18894/15878 8776/18895/15879</w:t>
        <w:br/>
        <w:t>f 8524/18652/15670 8433/18580/15615 8776/18895/15879</w:t>
        <w:br/>
        <w:t>f 8778/18896/15880 8777/18897/15881 8438/18583/15618</w:t>
        <w:br/>
        <w:t>f 8439/18582/15617 8778/18896/15880 8438/18583/15618</w:t>
        <w:br/>
        <w:t>f 8538/18665/15683 8438/18583/15618 8777/18897/15881</w:t>
        <w:br/>
        <w:t>f 8779/18898/15882 8538/18665/15683 8777/18897/15881</w:t>
        <w:br/>
        <w:t>f 8763/18882/15867 8538/18665/15683 8779/18898/15882</w:t>
        <w:br/>
        <w:t>f 8780/18899/3573 8763/18882/15867 8779/18898/15882</w:t>
        <w:br/>
        <w:t>f 8785/18900/15883 8784/18901/15884 8427/18574/15609</w:t>
        <w:br/>
        <w:t>f 8428/18573/15608 8785/18900/15883 8427/18574/15609</w:t>
        <w:br/>
        <w:t>f 8516/18643/3635 8787/18902/3633 8786/18903/15885</w:t>
        <w:br/>
        <w:t>f 8515/18644/15665 8516/18643/3635 8786/18903/15885</w:t>
        <w:br/>
        <w:t>f 8410/18559/15594 8771/18889/15873 8770/18890/15874</w:t>
        <w:br/>
        <w:t>f 8409/18560/15595 8410/18559/15594 8770/18890/15874</w:t>
        <w:br/>
        <w:t>f 8416/18567/15602 8772/18891/15875 8771/18889/15873</w:t>
        <w:br/>
        <w:t>f 8410/18559/15594 8416/18567/15602 8771/18889/15873</w:t>
        <w:br/>
        <w:t>f 8492/18621/15654 8774/18892/15876 8773/18893/15877</w:t>
        <w:br/>
        <w:t>f 8491/18622/15602 8492/18621/15654 8773/18893/15877</w:t>
        <w:br/>
        <w:t>f 8774/18892/15876 8492/18621/15654 8788/18904/15886</w:t>
        <w:br/>
        <w:t>f 8775/18894/15878 8774/18892/15876 8788/18904/15886</w:t>
        <w:br/>
        <w:t>f 8775/18894/15878 8788/18904/15886 8789/18905/15887</w:t>
        <w:br/>
        <w:t>f 8776/18895/15879 8775/18894/15878 8789/18905/15887</w:t>
        <w:br/>
        <w:t>f 8777/18897/15881 8778/18896/15880 8791/18906/15888</w:t>
        <w:br/>
        <w:t>f 8790/18907/15889 8777/18897/15881 8791/18906/15888</w:t>
        <w:br/>
        <w:t>f 8779/18898/15882 8777/18897/15881 8790/18907/15889</w:t>
        <w:br/>
        <w:t>f 8759/18881/15866 8779/18898/15882 8790/18907/15889</w:t>
        <w:br/>
        <w:t>f 8780/18899/3573 8779/18898/15882 8759/18881/15866</w:t>
        <w:br/>
        <w:t>f 8760/18880/3576 8780/18899/3573 8759/18881/15866</w:t>
        <w:br/>
        <w:t>f 8412/18565/15600 8413/18564/15599 8784/18901/15884</w:t>
        <w:br/>
        <w:t>f 8785/18900/15883 8412/18565/15600 8784/18901/15884</w:t>
        <w:br/>
        <w:t>f 8787/18902/3633 8513/18638/15662 8510/18641/15664</w:t>
        <w:br/>
        <w:t>f 8786/18903/15885 8787/18902/3633 8510/18641/15664</w:t>
        <w:br/>
        <w:t>f 8761/18879/3580 8536/18663/15681 8534/18661/15679</w:t>
        <w:br/>
        <w:t>f 8758/18878/15865 8761/18879/3580 8534/18661/15679</w:t>
        <w:br/>
        <w:t>f 8355/18502/15539 8352/18505/15542 8414/18563/15598</w:t>
        <w:br/>
        <w:t>f 8415/18562/15597 8355/18502/15539 8414/18563/15598</w:t>
        <w:br/>
        <w:t>f 8512/18639/3625 8509/18636/15660 8508/18637/15661</w:t>
        <w:br/>
        <w:t>f 8511/18640/15663 8512/18639/3625 8508/18637/15661</w:t>
        <w:br/>
        <w:t>f 8350/18499/15536 8411/18558/15593 8408/18561/15596</w:t>
        <w:br/>
        <w:t>f 8349/18500/15537 8350/18499/15536 8408/18561/15596</w:t>
        <w:br/>
        <w:t>f 8356/18507/15544 8417/18566/15601 8411/18558/15593</w:t>
        <w:br/>
        <w:t>f 8350/18499/15536 8356/18507/15544 8411/18558/15593</w:t>
        <w:br/>
        <w:t>f 8361/18508/15545 8493/18620/15653 8490/18623/15601</w:t>
        <w:br/>
        <w:t>f 8495/18624/15544 8361/18508/15545 8490/18623/15601</w:t>
        <w:br/>
        <w:t>f 8536/18663/15681 8790/18907/15889 8535/18664/15682</w:t>
        <w:br/>
        <w:t>f 8535/18664/15682 8790/18907/15889 8791/18906/15888</w:t>
        <w:br/>
        <w:t>f 8794/18908/15890 8789/18905/15887 8788/18904/15886</w:t>
        <w:br/>
        <w:t>f 8708/18829/15831 8794/18908/15890 8788/18904/15886</w:t>
        <w:br/>
        <w:t>f 8492/18621/15654 8493/18620/15653 8708/18829/15831</w:t>
        <w:br/>
        <w:t>f 8788/18904/15886 8492/18621/15654 8708/18829/15831</w:t>
        <w:br/>
        <w:t>f 8464/18605/15640 8447/18589/15624 8795/18909/15891</w:t>
        <w:br/>
        <w:t>f 8696/18817/15820 8464/18605/15640 8795/18909/15891</w:t>
        <w:br/>
        <w:t>f 8447/18589/15624 8448/18588/15623 8796/18910/15892</w:t>
        <w:br/>
        <w:t>f 8795/18909/15891 8447/18589/15624 8796/18910/15892</w:t>
        <w:br/>
        <w:t>f 8429/18572/15607 8426/18575/15610 8796/18910/15892</w:t>
        <w:br/>
        <w:t>f 8448/18588/15623 8429/18572/15607 8796/18910/15892</w:t>
        <w:br/>
        <w:t>f 8593/18720/15733 8675/18799/3604 8674/18798/9305</w:t>
        <w:br/>
        <w:t>f 8636/18759/15770 8593/18720/15733 8674/18798/9305</w:t>
        <w:br/>
        <w:t>f 8387/18537/15572 8680/18803/15807 8678/18802/15806</w:t>
        <w:br/>
        <w:t>f 8599/18722/15734 8387/18537/15572 8678/18802/15806</w:t>
        <w:br/>
        <w:t>f 8380/18533/15570 8381/18532/15569 8655/18779/15789</w:t>
        <w:br/>
        <w:t>f 8797/18911/15893 8380/18533/15570 8655/18779/15789</w:t>
        <w:br/>
        <w:t>f 8363/18514/15551 8380/18533/15570 8797/18911/15893</w:t>
        <w:br/>
        <w:t>f 8798/18912/15894 8363/18514/15551 8797/18911/15893</w:t>
        <w:br/>
        <w:t>f 8362/18515/15552 8363/18514/15551 8798/18912/15894</w:t>
        <w:br/>
        <w:t>f 8799/18913/15895 8362/18515/15552 8798/18912/15894</w:t>
        <w:br/>
        <w:t>f 8506/18635/15659 8362/18515/15552 8799/18913/15895</w:t>
        <w:br/>
        <w:t>f 8800/18914/15896 8506/18635/15659 8799/18913/15895</w:t>
        <w:br/>
        <w:t>f 8508/18637/15661 8506/18635/15659 8800/18914/15896</w:t>
        <w:br/>
        <w:t>f 8801/18915/15897 8508/18637/15661 8800/18914/15896</w:t>
        <w:br/>
        <w:t>f 8511/18640/15663 8508/18637/15661 8801/18915/15897</w:t>
        <w:br/>
        <w:t>f 8802/18916/15898 8511/18640/15663 8801/18915/15897</w:t>
        <w:br/>
        <w:t>f 8510/18641/15664 8511/18640/15663 8802/18916/15898</w:t>
        <w:br/>
        <w:t>f 8803/18917/15899 8510/18641/15664 8802/18916/15898</w:t>
        <w:br/>
        <w:t>f 8786/18903/15885 8510/18641/15664 8803/18917/15899</w:t>
        <w:br/>
        <w:t>f 8804/18918/15900 8786/18903/15885 8803/18917/15899</w:t>
        <w:br/>
        <w:t>f 8515/18644/15665 8786/18903/15885 8804/18918/15900</w:t>
        <w:br/>
        <w:t>f 8805/18919/15901 8515/18644/15665 8804/18918/15900</w:t>
        <w:br/>
        <w:t>f 8514/18645/15666 8515/18644/15665 8805/18919/15901</w:t>
        <w:br/>
        <w:t>f 8806/18920/15902 8514/18645/15666 8805/18919/15901</w:t>
        <w:br/>
        <w:t>f 8519/18648/15667 8514/18645/15666 8806/18920/15902</w:t>
        <w:br/>
        <w:t>f 8807/18921/15903 8519/18648/15667 8806/18920/15902</w:t>
        <w:br/>
        <w:t>f 8518/18649/15668 8519/18648/15667 8807/18921/15903</w:t>
        <w:br/>
        <w:t>f 8808/18922/15904 8518/18649/15668 8807/18921/15903</w:t>
        <w:br/>
        <w:t>f 8522/18651/15669 8518/18649/15668 8808/18922/15904</w:t>
        <w:br/>
        <w:t>f 8699/18820/15823 8522/18651/15669 8808/18922/15904</w:t>
        <w:br/>
        <w:t>f 8695/18816/15819 8580/18703/15719 8698/18818/15821</w:t>
        <w:br/>
        <w:t>f 8400/18553/15588 8401/18552/15587 8797/18911/15893</w:t>
        <w:br/>
        <w:t>f 8655/18779/15789 8400/18553/15588 8797/18911/15893</w:t>
        <w:br/>
        <w:t>f 8798/18912/15894 8797/18911/15893 8401/18552/15587</w:t>
        <w:br/>
        <w:t>f 8378/18529/15566 8798/18912/15894 8401/18552/15587</w:t>
        <w:br/>
        <w:t>f 8799/18913/15895 8798/18912/15894 8378/18529/15566</w:t>
        <w:br/>
        <w:t>f 8379/18528/15565 8799/18913/15895 8378/18529/15566</w:t>
        <w:br/>
        <w:t>f 8379/18528/15565 8348/18501/15538 8800/18914/15896</w:t>
        <w:br/>
        <w:t>f 8799/18913/15895 8379/18528/15565 8800/18914/15896</w:t>
        <w:br/>
        <w:t>f 8801/18915/15897 8800/18914/15896 8348/18501/15538</w:t>
        <w:br/>
        <w:t>f 8349/18500/15537 8801/18915/15897 8348/18501/15538</w:t>
        <w:br/>
        <w:t>f 8802/18916/15898 8801/18915/15897 8349/18500/15537</w:t>
        <w:br/>
        <w:t>f 8408/18561/15596 8802/18916/15898 8349/18500/15537</w:t>
        <w:br/>
        <w:t>f 8803/18917/15899 8802/18916/15898 8408/18561/15596</w:t>
        <w:br/>
        <w:t>f 8409/18560/15595 8803/18917/15899 8408/18561/15596</w:t>
        <w:br/>
        <w:t>f 8804/18918/15900 8803/18917/15899 8409/18560/15595</w:t>
        <w:br/>
        <w:t>f 8770/18890/15874 8804/18918/15900 8409/18560/15595</w:t>
        <w:br/>
        <w:t>f 8805/18919/15901 8804/18918/15900 8770/18890/15874</w:t>
        <w:br/>
        <w:t>f 8422/18571/15606 8805/18919/15901 8770/18890/15874</w:t>
        <w:br/>
        <w:t>f 8806/18920/15902 8805/18919/15901 8422/18571/15606</w:t>
        <w:br/>
        <w:t>f 8423/18570/15605 8806/18920/15902 8422/18571/15606</w:t>
        <w:br/>
        <w:t>f 8807/18921/15903 8806/18920/15902 8423/18570/15605</w:t>
        <w:br/>
        <w:t>f 8753/18873/15861 8807/18921/15903 8423/18570/15605</w:t>
        <w:br/>
        <w:t>f 8808/18922/15904 8807/18921/15903 8753/18873/15861</w:t>
        <w:br/>
        <w:t>f 8460/18603/15638 8808/18922/15904 8753/18873/15861</w:t>
        <w:br/>
        <w:t>f 8699/18820/15823 8808/18922/15904 8460/18603/15638</w:t>
        <w:br/>
        <w:t>f 8461/18602/15637 8699/18820/15823 8460/18603/15638</w:t>
        <w:br/>
        <w:t>f 8576/18702/15718 8699/18820/15823 8461/18602/15637</w:t>
        <w:br/>
        <w:t>f 8389/18540/15575 8823/18923/15905 8679/18804/15808</w:t>
        <w:br/>
        <w:t>f 8388/18541/15576 8389/18540/15575 8679/18804/15808</w:t>
        <w:br/>
        <w:t>f 8390/18539/15574 8391/18538/15573 8824/18924/15906</w:t>
        <w:br/>
        <w:t>f 8824/18924/15906 8827/18925/15907 8826/18926/15908</w:t>
        <w:br/>
        <w:t>f 8825/18927/15909 8824/18924/15906 8826/18926/15908</w:t>
        <w:br/>
        <w:t>f 8825/18927/15909 8826/18926/15908 8829/18928/15910</w:t>
        <w:br/>
        <w:t>f 8828/18929/3411 8825/18927/15909 8829/18928/15910</w:t>
        <w:br/>
        <w:t>f 8828/18929/3411 8829/18928/15910 8831/18930/15911</w:t>
        <w:br/>
        <w:t>f 8830/18931/15912 8828/18929/3411 8831/18930/15911</w:t>
        <w:br/>
        <w:t>f 8830/18931/15912 8831/18930/15911 8832/18932/15913</w:t>
        <w:br/>
        <w:t>f 8833/18933/3416 8830/18931/15912 8832/18932/15913</w:t>
        <w:br/>
        <w:t>f 8833/18933/3416 8832/18932/15913 8835/18934/15914</w:t>
        <w:br/>
        <w:t>f 8834/18935/3433 8833/18933/3416 8835/18934/15914</w:t>
        <w:br/>
        <w:t>f 8837/18936/15915 8836/18937/15916 8834/18935/3433</w:t>
        <w:br/>
        <w:t>f 8835/18934/15914 8837/18936/15915 8834/18935/3433</w:t>
        <w:br/>
        <w:t>f 8839/18938/15917 8838/18939/3440 8836/18937/15916</w:t>
        <w:br/>
        <w:t>f 8837/18936/15915 8839/18938/15917 8836/18937/15916</w:t>
        <w:br/>
        <w:t>f 8838/18939/3440 8839/18938/15917 8841/18940/15918</w:t>
        <w:br/>
        <w:t>f 8840/18941/3442 8838/18939/3440 8841/18940/15918</w:t>
        <w:br/>
        <w:t>f 8689/18812/15816 8688/18813/3444 8840/18941/3442</w:t>
        <w:br/>
        <w:t>f 8841/18940/15918 8689/18812/15816 8840/18941/3442</w:t>
        <w:br/>
        <w:t>f 8388/18541/15576 8680/18803/15807 8842/18942/15919</w:t>
        <w:br/>
        <w:t>f 8391/18538/15573 8388/18541/15576 8842/18942/15919</w:t>
        <w:br/>
        <w:t>f 8827/18925/15907 8824/18924/15906 8391/18538/15573</w:t>
        <w:br/>
        <w:t>f 8842/18942/15919 8827/18925/15907 8391/18538/15573</w:t>
        <w:br/>
        <w:t>f 8680/18803/15807 8387/18537/15572 8384/18536/15571</w:t>
        <w:br/>
        <w:t>f 8842/18942/15919 8680/18803/15807 8384/18536/15571</w:t>
        <w:br/>
        <w:t>f 8377/18524/15561 8827/18925/15907 8842/18942/15919</w:t>
        <w:br/>
        <w:t>f 8384/18536/15571 8377/18524/15561 8842/18942/15919</w:t>
        <w:br/>
        <w:t>f 8827/18925/15907 8377/18524/15561 8374/18527/15564</w:t>
        <w:br/>
        <w:t>f 8826/18926/15908 8827/18925/15907 8374/18527/15564</w:t>
        <w:br/>
        <w:t>f 8354/18503/15540 8829/18928/15910 8826/18926/15908</w:t>
        <w:br/>
        <w:t>f 8374/18527/15564 8354/18503/15540 8826/18926/15908</w:t>
        <w:br/>
        <w:t>f 8354/18503/15540 8355/18502/15539 8831/18930/15911</w:t>
        <w:br/>
        <w:t>f 8829/18928/15910 8354/18503/15540 8831/18930/15911</w:t>
        <w:br/>
        <w:t>f 8415/18562/15597 8832/18932/15913 8831/18930/15911</w:t>
        <w:br/>
        <w:t>f 8355/18502/15539 8415/18562/15597 8831/18930/15911</w:t>
        <w:br/>
        <w:t>f 8832/18932/15913 8415/18562/15597 8412/18565/15600</w:t>
        <w:br/>
        <w:t>f 8835/18934/15914 8832/18932/15913 8412/18565/15600</w:t>
        <w:br/>
        <w:t>f 8785/18900/15883 8837/18936/15915 8835/18934/15914</w:t>
        <w:br/>
        <w:t>f 8412/18565/15600 8785/18900/15883 8835/18934/15914</w:t>
        <w:br/>
        <w:t>f 8428/18573/15608 8839/18938/15917 8837/18936/15915</w:t>
        <w:br/>
        <w:t>f 8785/18900/15883 8428/18573/15608 8837/18936/15915</w:t>
        <w:br/>
        <w:t>f 8429/18572/15607 8841/18940/15918 8839/18938/15917</w:t>
        <w:br/>
        <w:t>f 8428/18573/15608 8429/18572/15607 8839/18938/15917</w:t>
        <w:br/>
        <w:t>f 8448/18588/15623 8689/18812/15816 8841/18940/15918</w:t>
        <w:br/>
        <w:t>f 8429/18572/15607 8448/18588/15623 8841/18940/15918</w:t>
        <w:br/>
        <w:t>f 8448/18588/15623 8449/18587/15622 8689/18812/15816</w:t>
        <w:br/>
        <w:t>f 8755/18875/15863 8394/18543/15578 8395/18542/15577</w:t>
        <w:br/>
        <w:t>f 8484/18615/15650 8853/18943/15920 8702/18825/15828</w:t>
        <w:br/>
        <w:t>f 8703/18824/15827 8484/18615/15650 8702/18825/15828</w:t>
        <w:br/>
        <w:t>f 8485/18614/15649 8700/18822/15825 8853/18943/15920</w:t>
        <w:br/>
        <w:t>f 8484/18615/15650 8485/18614/15649 8853/18943/15920</w:t>
        <w:br/>
        <w:t>f 8487/18616/15651 8524/18652/15670 8854/18944/15921</w:t>
        <w:br/>
        <w:t>f 8754/18874/15862 8487/18616/15651 8854/18944/15921</w:t>
        <w:br/>
        <w:t>f 8855/18945/3532 8854/18944/15921 8524/18652/15670</w:t>
        <w:br/>
        <w:t>f 8776/18895/15879 8855/18945/3532 8524/18652/15670</w:t>
        <w:br/>
        <w:t>f 8856/18946/15922 8855/18945/3532 8776/18895/15879</w:t>
        <w:br/>
        <w:t>f 8789/18905/15887 8856/18946/15922 8776/18895/15879</w:t>
        <w:br/>
        <w:t>f 8789/18905/15887 8794/18908/15890 8857/18947/15923</w:t>
        <w:br/>
        <w:t>f 8856/18946/15922 8789/18905/15887 8857/18947/15923</w:t>
        <w:br/>
        <w:t>f 8859/18948/15924 8656/18782/15792 8657/18781/15791</w:t>
        <w:br/>
        <w:t>f 8858/18949/15925 8859/18948/15924 8657/18781/15791</w:t>
        <w:br/>
        <w:t>f 8860/18950/15926 8858/18949/15925 8657/18781/15791</w:t>
        <w:br/>
        <w:t>f 8660/18785/15795 8860/18950/15926 8657/18781/15791</w:t>
        <w:br/>
        <w:t>f 8862/18951/3496 8672/18796/15804 8861/18952/15927</w:t>
        <w:br/>
        <w:t>f 8672/18796/15804 8863/18953/15928 8861/18952/15927</w:t>
        <w:br/>
        <w:t>f 8863/18953/15928 8672/18796/15804 8671/18795/15803</w:t>
        <w:br/>
        <w:t>f 8864/18954/15929 8863/18953/15928 8671/18795/15803</w:t>
        <w:br/>
        <w:t>f 8645/18768/15779 8865/18955/15930 8864/18954/15929</w:t>
        <w:br/>
        <w:t>f 8671/18795/15803 8645/18768/15779 8864/18954/15929</w:t>
        <w:br/>
        <w:t>f 8603/18724/15736 8866/18956/15931 8865/18955/15930</w:t>
        <w:br/>
        <w:t>f 8645/18768/15779 8603/18724/15736 8865/18955/15930</w:t>
        <w:br/>
        <w:t>f 8868/18957/15932 8600/18727/15739 8526/18653/15671</w:t>
        <w:br/>
        <w:t>f 8867/18958/15933 8868/18957/15932 8526/18653/15671</w:t>
        <w:br/>
        <w:t>f 8867/18958/15933 8526/18653/15671 8525/18654/15672</w:t>
        <w:br/>
        <w:t>f 8869/18959/15934 8867/18958/15933 8525/18654/15672</w:t>
        <w:br/>
        <w:t>f 8527/18656/15674 8870/18960/15935 8869/18959/15934</w:t>
        <w:br/>
        <w:t>f 8525/18654/15672 8527/18656/15674 8869/18959/15934</w:t>
        <w:br/>
        <w:t>f 8527/18656/15674 8529/18658/15676 8871/18961/3464</w:t>
        <w:br/>
        <w:t>f 8870/18960/15935 8527/18656/15674 8871/18961/3464</w:t>
        <w:br/>
        <w:t>f 8872/18962/3467 8871/18961/3464 8529/18658/15676</w:t>
        <w:br/>
        <w:t>f 8531/18660/15678 8872/18962/3467 8529/18658/15676</w:t>
        <w:br/>
        <w:t>f 8873/18963/15936 8872/18962/3467 8531/18660/15678</w:t>
        <w:br/>
        <w:t>f 8533/18662/15680 8873/18963/15936 8531/18660/15678</w:t>
        <w:br/>
        <w:t>f 8873/18963/15936 8533/18662/15680 8535/18664/15682</w:t>
        <w:br/>
        <w:t>f 8874/18964/15937 8873/18963/15936 8535/18664/15682</w:t>
        <w:br/>
        <w:t>f 8874/18964/15937 8791/18906/15888 8875/18965/15938</w:t>
        <w:br/>
        <w:t>f 8791/18906/15888 8778/18896/15880 8876/18966/15939</w:t>
        <w:br/>
        <w:t>f 8875/18965/15938 8791/18906/15888 8876/18966/15939</w:t>
        <w:br/>
        <w:t>f 8877/18967/15940 8876/18966/15939 8778/18896/15880</w:t>
        <w:br/>
        <w:t>f 8439/18582/15617 8877/18967/15940 8778/18896/15880</w:t>
        <w:br/>
        <w:t>f 8878/18968/15941 8877/18967/15940 8439/18582/15617</w:t>
        <w:br/>
        <w:t>f 8436/18585/15620 8878/18968/15941 8439/18582/15617</w:t>
        <w:br/>
        <w:t>f 8458/18599/15634 8879/18969/15942 8878/18968/15941</w:t>
        <w:br/>
        <w:t>f 8436/18585/15620 8458/18599/15634 8878/18968/15941</w:t>
        <w:br/>
        <w:t>f 8475/18612/15647 8880/18970/15943 8879/18969/15942</w:t>
        <w:br/>
        <w:t>f 8458/18599/15634 8475/18612/15647 8879/18969/15942</w:t>
        <w:br/>
        <w:t>f 8476/18611/15646 8881/18971/15944 8880/18970/15943</w:t>
        <w:br/>
        <w:t>f 8475/18612/15647 8476/18611/15646 8880/18970/15943</w:t>
        <w:br/>
        <w:t>f 8882/18972/15945 8881/18971/15944 8476/18611/15646</w:t>
        <w:br/>
        <w:t>f 8564/18687/15705 8882/18972/15945 8476/18611/15646</w:t>
        <w:br/>
        <w:t>f 8656/18782/15792 8859/18948/15924 8883/18973/15946</w:t>
        <w:br/>
        <w:t>f 8662/18786/15796 8656/18782/15792 8883/18973/15946</w:t>
        <w:br/>
        <w:t>f 8884/18974/15947 8663/18787/15797 8662/18786/15796</w:t>
        <w:br/>
        <w:t>f 8883/18973/15946 8884/18974/15947 8662/18786/15796</w:t>
        <w:br/>
        <w:t>f 8886/18975/3506 8885/18976/15948 8663/18787/15797</w:t>
        <w:br/>
        <w:t>f 8884/18974/15947 8886/18975/3506 8663/18787/15797</w:t>
        <w:br/>
        <w:t>f 8885/18976/15948 8886/18975/3506 8888/18977/3486</w:t>
        <w:br/>
        <w:t>f 8887/18978/15949 8885/18976/15948 8888/18977/3486</w:t>
        <w:br/>
        <w:t>f 8890/18979/3478 8889/18980/15950 8887/18978/15949</w:t>
        <w:br/>
        <w:t>f 8888/18977/3486 8890/18979/3478 8887/18978/15949</w:t>
        <w:br/>
        <w:t>f 8889/18980/15950 8890/18979/3478 8892/18981/3476</w:t>
        <w:br/>
        <w:t>f 8891/18982/15951 8889/18980/15950 8892/18981/3476</w:t>
        <w:br/>
        <w:t>f 8894/18983/15952 8891/18982/15951 8892/18981/3476</w:t>
        <w:br/>
        <w:t>f 8893/18984/15953 8894/18983/15952 8892/18981/3476</w:t>
        <w:br/>
        <w:t>f 8896/18985/15954 8894/18983/15952 8893/18984/15953</w:t>
        <w:br/>
        <w:t>f 8895/18986/15955 8896/18985/15954 8893/18984/15953</w:t>
        <w:br/>
        <w:t>f 8898/18987/15956 8896/18985/15954 8895/18986/15955</w:t>
        <w:br/>
        <w:t>f 8897/18988/15957 8898/18987/15956 8895/18986/15955</w:t>
        <w:br/>
        <w:t>f 8900/18989/15958 8898/18987/15956 8897/18988/15957</w:t>
        <w:br/>
        <w:t>f 8899/18990/15959 8900/18989/15958 8897/18988/15957</w:t>
        <w:br/>
        <w:t>f 8899/18990/15959 8857/18947/15923 8794/18908/15890</w:t>
        <w:br/>
        <w:t>f 8900/18989/15958 8899/18990/15959 8794/18908/15890</w:t>
        <w:br/>
        <w:t>f 8563/18688/15706 8882/18972/15945 8564/18687/15705</w:t>
        <w:br/>
        <w:t>f 8901/18991/15960 8882/18972/15945 8563/18688/15706</w:t>
        <w:br/>
        <w:t>f 8746/18867/15854 8901/18991/15960 8563/18688/15706</w:t>
        <w:br/>
        <w:t>f 8885/18976/15948 8606/18729/15741 8641/18765/15776</w:t>
        <w:br/>
        <w:t>f 8663/18787/15797 8885/18976/15948 8641/18765/15776</w:t>
        <w:br/>
        <w:t>f 8606/18729/15741 8885/18976/15948 8887/18978/15949</w:t>
        <w:br/>
        <w:t>f 8605/18730/15742 8606/18729/15741 8887/18978/15949</w:t>
        <w:br/>
        <w:t>f 8605/18730/15742 8887/18978/15949 8889/18980/15950</w:t>
        <w:br/>
        <w:t>f 8399/18546/15581 8605/18730/15742 8889/18980/15950</w:t>
        <w:br/>
        <w:t>f 8891/18982/15951 8398/18547/15582 8399/18546/15581</w:t>
        <w:br/>
        <w:t>f 8889/18980/15950 8891/18982/15951 8399/18546/15581</w:t>
        <w:br/>
        <w:t>f 8371/18522/15559 8398/18547/15582 8891/18982/15951</w:t>
        <w:br/>
        <w:t>f 8894/18983/15952 8371/18522/15559 8891/18982/15951</w:t>
        <w:br/>
        <w:t>f 8370/18523/15560 8371/18522/15559 8894/18983/15952</w:t>
        <w:br/>
        <w:t>f 8896/18985/15954 8370/18523/15560 8894/18983/15952</w:t>
        <w:br/>
        <w:t>f 8359/18510/15547 8370/18523/15560 8896/18985/15954</w:t>
        <w:br/>
        <w:t>f 8898/18987/15956 8359/18510/15547 8896/18985/15954</w:t>
        <w:br/>
        <w:t>f 8358/18511/15548 8359/18510/15547 8898/18987/15956</w:t>
        <w:br/>
        <w:t>f 8900/18989/15958 8358/18511/15548 8898/18987/15956</w:t>
        <w:br/>
        <w:t>f 8708/18829/15831 8358/18511/15548 8900/18989/15958</w:t>
        <w:br/>
        <w:t>f 8794/18908/15890 8708/18829/15831 8900/18989/15958</w:t>
        <w:br/>
        <w:t>f 8600/18727/15739 8868/18957/15932 8866/18956/15931</w:t>
        <w:br/>
        <w:t>f 8603/18724/15736 8600/18727/15739 8866/18956/15931</w:t>
        <w:br/>
        <w:t>f 8667/18793/15801 8668/18792/15800 8601/18726/15738</w:t>
        <w:br/>
        <w:t>f 8602/18725/15737 8667/18793/15801 8601/18726/15738</w:t>
        <w:br/>
        <w:t>f 8668/18792/15800 8669/18791/15799 8392/18545/15580</w:t>
        <w:br/>
        <w:t>f 8393/18544/15579 8668/18792/15800 8392/18545/15580</w:t>
        <w:br/>
        <w:t>f 8601/18726/15738 8668/18792/15800 8393/18544/15579</w:t>
        <w:br/>
        <w:t>f 8407/18556/15591 8601/18726/15738 8393/18544/15579</w:t>
        <w:br/>
        <w:t>f 8407/18556/15591 8526/18653/15671 8600/18727/15739</w:t>
        <w:br/>
        <w:t>f 8601/18726/15738 8407/18556/15591 8600/18727/15739</w:t>
        <w:br/>
        <w:t>f 8536/18663/15681 8759/18881/15866 8790/18907/15889</w:t>
        <w:br/>
        <w:t>f 8874/18964/15937 8535/18664/15682 8791/18906/15888</w:t>
        <w:br/>
        <w:t>f 9687/4635/3809 9711/18992/15961 9683/4633/3807</w:t>
        <w:br/>
        <w:t>f 9684/4632/3806 9687/4635/3809 9683/4633/3807</w:t>
        <w:br/>
        <w:t>f 9711/18992/15961 9712/18993/15962 9681/4627/3801</w:t>
        <w:br/>
        <w:t>f 9683/4633/3807 9711/18992/15961 9681/4627/3801</w:t>
        <w:br/>
        <w:t>f 9712/18993/15962 9713/18994/15963 9680/4628/3802</w:t>
        <w:br/>
        <w:t>f 9681/4627/3801 9712/18993/15962 9680/4628/3802</w:t>
        <w:br/>
        <w:t>f 9715/18995/15964 9709/4657/3831 9708/4654/3828</w:t>
        <w:br/>
        <w:t>f 9714/18996/15965 9715/18995/15964 9708/4654/3828</w:t>
        <w:br/>
        <w:t>f 9714/18996/15965 9708/4654/3828 9706/4650/3824</w:t>
        <w:br/>
        <w:t>f 9690/4636/3810 9680/4628/3802 9713/18994/15963</w:t>
        <w:br/>
        <w:t>f 9718/18997/15966 9717/18998/15967 9716/18999/15968</w:t>
        <w:br/>
        <w:t>f 9716/18999/15968 9717/18998/15967 9719/19000/15969</w:t>
        <w:br/>
        <w:t>f 9703/4653/3827 9716/18999/15968 9719/19000/15969</w:t>
        <w:br/>
        <w:t>f 9719/19000/15969 9706/4650/3824 9703/4653/3827</w:t>
        <w:br/>
        <w:t>f 9721/19001/15970 9716/18999/15968 9701/4647/3821</w:t>
        <w:br/>
        <w:t>f 9720/19002/15971 9721/19001/15970 9701/4647/3821</w:t>
        <w:br/>
        <w:t>f 9716/18999/15968 9700/4648/3822 9701/4647/3821</w:t>
        <w:br/>
        <w:t>f 9720/19002/15971 9701/4647/3821 9697/4643/3817</w:t>
        <w:br/>
        <w:t>f 9697/4643/3817 9698/4642/3816 9722/19003/15972</w:t>
        <w:br/>
        <w:t>f 9677/4623/3797 9723/19004/15973 9722/19003/15972</w:t>
        <w:br/>
        <w:t>f 9692/4638/3812 9677/4623/3797 9722/19003/15972</w:t>
        <w:br/>
        <w:t>f 9694/4640/3814 9692/4638/3812 9722/19003/15972</w:t>
        <w:br/>
        <w:t>f 9724/19005/15974 9720/19002/15971 9722/19003/15972</w:t>
        <w:br/>
        <w:t>f 9723/19004/15973 9724/19005/15974 9722/19003/15972</w:t>
        <w:br/>
        <w:t>f 9664/4612/3786 9690/4636/3810 9725/19006/15975</w:t>
        <w:br/>
        <w:t>f 9729/19007/15976 9728/19008/15977 9727/19009/15978</w:t>
        <w:br/>
        <w:t>f 9726/19010/15979 9729/19007/15976 9727/19009/15978</w:t>
        <w:br/>
        <w:t>f 9729/19007/15976 9726/19010/15979 9718/18997/15966</w:t>
        <w:br/>
        <w:t>f 9730/19011/15980 9729/19007/15976 9718/18997/15966</w:t>
        <w:br/>
        <w:t>f 9730/19011/15980 9718/18997/15966 9721/19001/15970</w:t>
        <w:br/>
        <w:t>f 9731/19012/15981 9730/19011/15980 9721/19001/15970</w:t>
        <w:br/>
        <w:t>f 9731/19012/15981 9721/19001/15970 9720/19002/15971</w:t>
        <w:br/>
        <w:t>f 9724/19005/15974 9731/19012/15981 9720/19002/15971</w:t>
        <w:br/>
        <w:t>f 9728/19008/15977 9729/19007/15976 9732/19013/15982</w:t>
        <w:br/>
        <w:t>f 9663/4613/3787 9728/19008/15977 9732/19013/15982</w:t>
        <w:br/>
        <w:t>f 9663/4613/3787 9664/4612/3786 9728/19008/15977</w:t>
        <w:br/>
        <w:t>f 9732/19013/15982 9729/19007/15976 9730/19011/15980</w:t>
        <w:br/>
        <w:t>f 9733/19014/15983 9732/19013/15982 9730/19011/15980</w:t>
        <w:br/>
        <w:t>f 9733/19014/15983 9730/19011/15980 9731/19012/15981</w:t>
        <w:br/>
        <w:t>f 9734/19015/15984 9733/19014/15983 9731/19012/15981</w:t>
        <w:br/>
        <w:t>f 9734/19015/15984 9731/19012/15981 9724/19005/15974</w:t>
        <w:br/>
        <w:t>f 9735/19016/15985 9734/19015/15984 9724/19005/15974</w:t>
        <w:br/>
        <w:t>f 9735/19016/15985 9724/19005/15974 9723/19004/15973</w:t>
        <w:br/>
        <w:t>f 9736/19017/15986 9735/19016/15985 9723/19004/15973</w:t>
        <w:br/>
        <w:t>f 9737/19018/15987 9736/19017/15986 9723/19004/15973</w:t>
        <w:br/>
        <w:t>f 9737/19018/15987 9672/4616/3790 9669/4619/3793</w:t>
        <w:br/>
        <w:t>f 9737/19018/15987 9723/19004/15973 9677/4623/3797</w:t>
        <w:br/>
        <w:t>f 9737/19018/15987 9677/4623/3797 9678/4622/3796</w:t>
        <w:br/>
        <w:t>f 9733/19014/15983 9734/19015/15984 9739/19019/15988</w:t>
        <w:br/>
        <w:t>f 9738/19020/15989 9733/19014/15983 9739/19019/15988</w:t>
        <w:br/>
        <w:t>f 9661/4607/3781 9733/19014/15983 9738/19020/15989</w:t>
        <w:br/>
        <w:t>f 9735/19016/15985 9740/9931/8070 9739/19019/15988</w:t>
        <w:br/>
        <w:t>f 9734/19015/15984 9735/19016/15985 9739/19019/15988</w:t>
        <w:br/>
        <w:t>f 9740/9931/8070 9735/19016/15985 9736/19017/15986</w:t>
        <w:br/>
        <w:t>f 9741/9932/8071 9740/9931/8070 9736/19017/15986</w:t>
        <w:br/>
        <w:t>f 9743/19021/15990 9742/19022/15991 9741/9932/8071</w:t>
        <w:br/>
        <w:t>f 9736/19017/15986 9743/19021/15990 9741/9932/8071</w:t>
        <w:br/>
        <w:t>f 9743/19021/15990 9745/4765/3904 9744/19023/15992</w:t>
        <w:br/>
        <w:t>f 9742/19022/15991 9743/19021/15990 9744/19023/15992</w:t>
        <w:br/>
        <w:t>f 9660/4608/3782 9661/4607/3781 9738/19020/15989</w:t>
        <w:br/>
        <w:t>f 9660/4608/3782 9738/19020/15989 9739/19019/15988</w:t>
        <w:br/>
        <w:t>f 2949/18305/15360 9660/4608/3782 9739/19019/15988</w:t>
        <w:br/>
        <w:t>f 9740/9931/8070 9746/9930/8069 2949/18305/15360</w:t>
        <w:br/>
        <w:t>f 9739/19019/15988 9740/9931/8070 2949/18305/15360</w:t>
        <w:br/>
        <w:t>f 9748/19024/15993 9747/9933/8072 9741/9932/8071</w:t>
        <w:br/>
        <w:t>f 9742/19022/15991 9748/19024/15993 9741/9932/8071</w:t>
        <w:br/>
        <w:t>f 9749/19025/15994 9748/19024/15993 9742/19022/15991</w:t>
        <w:br/>
        <w:t>f 9744/19023/15992 9749/19025/15994 9742/19022/15991</w:t>
        <w:br/>
        <w:t>f 9751/19026/15995 9750/19027/15996 9749/19025/15994</w:t>
        <w:br/>
        <w:t>f 9744/19023/15992 9751/19026/15995 9749/19025/15994</w:t>
        <w:br/>
        <w:t>f 9744/19023/15992 9745/4765/3904 9752/19028/15997</w:t>
        <w:br/>
        <w:t>f 9751/19026/15995 9744/19023/15992 9752/19028/15997</w:t>
        <w:br/>
        <w:t>f 9752/19028/15997 9745/4765/3904 9754/4764/3903</w:t>
        <w:br/>
        <w:t>f 9753/19029/15998 9752/19028/15997 9754/4764/3903</w:t>
        <w:br/>
        <w:t>f 9752/19028/15997 9753/19029/15998 9755/19030/15999</w:t>
        <w:br/>
        <w:t>f 9757/19031/16000 9756/19032/16001 9751/19026/15995</w:t>
        <w:br/>
        <w:t>f 9752/19028/15997 9757/19031/16000 9751/19026/15995</w:t>
        <w:br/>
        <w:t>f 9750/19027/15996 9751/19026/15995 9756/19032/16001</w:t>
        <w:br/>
        <w:t>f 9758/19033/16002 9750/19027/15996 9756/19032/16001</w:t>
        <w:br/>
        <w:t>f 9760/19034/16003 9758/19033/16002 9756/19032/16001</w:t>
        <w:br/>
        <w:t>f 9759/19035/16004 9760/19034/16003 9756/19032/16001</w:t>
        <w:br/>
        <w:t>f 9761/19036/16005 9759/19035/16004 9756/19032/16001</w:t>
        <w:br/>
        <w:t>f 9757/19031/16000 9761/19036/16005 9756/19032/16001</w:t>
        <w:br/>
        <w:t>f 9757/19031/16000 9763/19037/16006 9762/19038/16007</w:t>
        <w:br/>
        <w:t>f 9766/19039/16008 9765/19040/16009 9764/19041/16010</w:t>
        <w:br/>
        <w:t>f 9768/19042/16011 9765/19040/16009 9767/19043/16012</w:t>
        <w:br/>
        <w:t>f 9769/19044/16013 9768/19042/16011 9767/19043/16012</w:t>
        <w:br/>
        <w:t>f 9765/19040/16009 9766/19039/16008 9770/19045/16014</w:t>
        <w:br/>
        <w:t>f 9759/19035/16004 9761/19036/16005 9764/19041/16010</w:t>
        <w:br/>
        <w:t>f 9765/19040/16009 9759/19035/16004 9764/19041/16010</w:t>
        <w:br/>
        <w:t>f 9768/19042/16011 9760/19034/16003 9759/19035/16004</w:t>
        <w:br/>
        <w:t>f 9765/19040/16009 9768/19042/16011 9759/19035/16004</w:t>
        <w:br/>
        <w:t>f 9767/19043/16012 9771/19046/16015 9769/19044/16013</w:t>
        <w:br/>
        <w:t>f 9767/19043/16012 9772/19047/16016 9771/19046/16015</w:t>
        <w:br/>
        <w:t>f 9720/19002/15971 9697/4643/3817 9722/19003/15972</w:t>
        <w:br/>
        <w:t>f 9668/4614/3788 9663/4613/3787 9732/19013/15982</w:t>
        <w:br/>
        <w:t>f 9733/19014/15983 9668/4614/3788 9732/19013/15982</w:t>
        <w:br/>
        <w:t>f 9834/19048/16017 9833/19049/16018 9832/19050/16018</w:t>
        <w:br/>
        <w:t>f 9831/19051/16018 9834/19048/16017 9832/19050/16018</w:t>
        <w:br/>
        <w:t>f 9837/19052/16019 9836/4716/3873 9835/4719/3873</w:t>
        <w:br/>
        <w:t>f 9728/19008/15977 9664/4612/3786 9725/19006/15975</w:t>
        <w:br/>
        <w:t>f 9727/19009/15978 9728/19008/15977 9725/19006/15975</w:t>
        <w:br/>
        <w:t>f 9709/4657/3831 9715/18995/15964 9711/18992/15961</w:t>
        <w:br/>
        <w:t>f 9687/4635/3809 9709/4657/3831 9711/18992/15961</w:t>
        <w:br/>
        <w:t>f 9772/19047/16016 9767/19043/16012 9765/19040/16009</w:t>
        <w:br/>
        <w:t>f 9770/19045/16014 9772/19047/16016 9765/19040/16009</w:t>
        <w:br/>
        <w:t>f 9886/19053/16020 9757/19031/16000 9762/19038/16007</w:t>
        <w:br/>
        <w:t>f 9757/19031/16000 9752/19028/15997 9755/19030/15999</w:t>
        <w:br/>
        <w:t>f 9763/19037/16006 9757/19031/16000 9755/19030/15999</w:t>
        <w:br/>
        <w:t>f 9674/4620/3794 9672/4616/3790 9737/19018/15987</w:t>
        <w:br/>
        <w:t>f 9678/4622/3796 9674/4620/3794 9737/19018/15987</w:t>
        <w:br/>
        <w:t>f 9743/19021/15990 9669/4619/3793 9745/4765/3904</w:t>
        <w:br/>
        <w:t>f 9661/4607/3781 9668/4614/3788 9733/19014/15983</w:t>
        <w:br/>
        <w:t>f 9725/19006/15975 9690/4636/3810 9713/18994/15963</w:t>
        <w:br/>
        <w:t>f 9890/19054/16021 9725/19006/15975 9713/18994/15963</w:t>
        <w:br/>
        <w:t>f 9891/19055/16022 9890/19054/16021 9713/18994/15963</w:t>
        <w:br/>
        <w:t>f 9712/18993/15962 9891/19055/16022 9713/18994/15963</w:t>
        <w:br/>
        <w:t>f 9715/18995/15964 9891/19055/16022 9712/18993/15962</w:t>
        <w:br/>
        <w:t>f 9711/18992/15961 9715/18995/15964 9712/18993/15962</w:t>
        <w:br/>
        <w:t>f 9727/19009/15978 9725/19006/15975 9890/19054/16021</w:t>
        <w:br/>
        <w:t>f 9892/19056/16023 9727/19009/15978 9890/19054/16021</w:t>
        <w:br/>
        <w:t>f 9892/19056/16023 9890/19054/16021 9891/19055/16022</w:t>
        <w:br/>
        <w:t>f 9893/19057/16024 9892/19056/16023 9891/19055/16022</w:t>
        <w:br/>
        <w:t>f 9715/18995/15964 9714/18996/15965 9893/19057/16024</w:t>
        <w:br/>
        <w:t>f 9891/19055/16022 9715/18995/15964 9893/19057/16024</w:t>
        <w:br/>
        <w:t>f 9726/19010/15979 9727/19009/15978 9892/19056/16023</w:t>
        <w:br/>
        <w:t>f 9893/19057/16024 9719/19000/15969 9717/18998/15967</w:t>
        <w:br/>
        <w:t>f 9892/19056/16023 9893/19057/16024 9717/18998/15967</w:t>
        <w:br/>
        <w:t>f 9719/19000/15969 9893/19057/16024 9714/18996/15965</w:t>
        <w:br/>
        <w:t>f 9706/4650/3824 9719/19000/15969 9714/18996/15965</w:t>
        <w:br/>
        <w:t>f 9718/18997/15966 9726/19010/15979 9717/18998/15967</w:t>
        <w:br/>
        <w:t>f 9717/18998/15967 9726/19010/15979 9892/19056/16023</w:t>
        <w:br/>
        <w:t>f 9721/19001/15970 9718/18997/15966 9716/18999/15968</w:t>
        <w:br/>
        <w:t>f 9698/4642/3816 9694/4640/3814 9722/19003/15972</w:t>
        <w:br/>
        <w:t>f 9886/19053/16020 9761/19036/16005 9757/19031/16000</w:t>
        <w:br/>
        <w:t>f 11148/19058/16025 11147/19059/16026 11146/19060/16027</w:t>
        <w:br/>
        <w:t>f 11145/19061/16028 11148/19058/16025 11146/19060/16027</w:t>
        <w:br/>
        <w:t>f 11147/19059/16026 11150/19062/16029 11149/19063/16030</w:t>
        <w:br/>
        <w:t>f 11146/19060/16027 11147/19059/16026 11149/19063/16030</w:t>
        <w:br/>
        <w:t>f 11153/19064/16031 11152/19065/16032 11151/19066/16033</w:t>
        <w:br/>
        <w:t>f 11148/19058/16025 11153/19064/16031 11151/19066/16033</w:t>
        <w:br/>
        <w:t>f 11155/19067/16034 11154/19068/16035 11152/19065/16032</w:t>
        <w:br/>
        <w:t>f 11153/19064/16031 11155/19067/16034 11152/19065/16032</w:t>
        <w:br/>
        <w:t>f 11148/19058/16025 11145/19061/16028 11156/19069/16036</w:t>
        <w:br/>
        <w:t>f 11153/19064/16031 11148/19058/16025 11156/19069/16036</w:t>
        <w:br/>
        <w:t>f 11153/19064/16031 11156/19069/16036 11157/19070/16037</w:t>
        <w:br/>
        <w:t>f 11155/19067/16034 11153/19064/16031 11157/19070/16037</w:t>
        <w:br/>
        <w:t>f 11161/19071/16038 11160/19072/16039 11159/19073/16040</w:t>
        <w:br/>
        <w:t>f 11158/19074/16034 11161/19071/16038 11159/19073/16040</w:t>
        <w:br/>
        <w:t>f 11163/19075/16041 11161/19071/16038 11158/19074/16034</w:t>
        <w:br/>
        <w:t>f 11162/19076/16037 11163/19075/16041 11158/19074/16034</w:t>
        <w:br/>
        <w:t>f 11167/19077/16042 11166/19078/16043 11165/19079/16044</w:t>
        <w:br/>
        <w:t>f 11164/19080/16045 11167/19077/16042 11165/19079/16044</w:t>
        <w:br/>
        <w:t>f 11171/19081/16043 11170/19082/16042 11169/19083/16046</w:t>
        <w:br/>
        <w:t>f 11168/19084/16047 11171/19081/16043 11169/19083/16046</w:t>
        <w:br/>
        <w:t>f 11148/19058/16025 11151/19066/16033 11172/19085/16048</w:t>
        <w:br/>
        <w:t>f 11147/19059/16026 11148/19058/16025 11172/19085/16048</w:t>
        <w:br/>
        <w:t>f 11212/19086/16049 11211/19087/16050 11210/19088/16051</w:t>
        <w:br/>
        <w:t>f 11209/19089/16052 11212/19086/16049 11210/19088/16051</w:t>
        <w:br/>
        <w:t>f 11214/19090/16053 11213/19091/16054 11211/19087/16050</w:t>
        <w:br/>
        <w:t>f 11212/19086/16049 11214/19090/16053 11211/19087/16050</w:t>
        <w:br/>
        <w:t>f 11216/19092/16055 11215/19093/16056 11209/19089/16052</w:t>
        <w:br/>
        <w:t>f 11210/19088/16051 11216/19092/16055 11209/19089/16052</w:t>
        <w:br/>
        <w:t>f 11213/19091/16054 11214/19090/16053 11161/19071/16038</w:t>
        <w:br/>
        <w:t>f 11163/19075/16041 11213/19091/16054 11161/19071/16038</w:t>
        <w:br/>
        <w:t>f 11160/19072/16039 11161/19071/16038 11214/19090/16053</w:t>
        <w:br/>
        <w:t>f 11227/19094/16057 11160/19072/16039 11214/19090/16053</w:t>
        <w:br/>
        <w:t>f 11291/19095/16058 11290/19096/16059 11289/19097/16060</w:t>
        <w:br/>
        <w:t>f 11288/19098/16061 11291/19095/16058 11289/19097/16060</w:t>
        <w:br/>
        <w:t>f 11289/19097/16060 11290/19096/16059 11293/19099/16062</w:t>
        <w:br/>
        <w:t>f 11292/19100/16063 11289/19097/16060 11293/19099/16062</w:t>
        <w:br/>
        <w:t>f 11296/19101/16064 11295/19102/16065 11294/19103/16066</w:t>
        <w:br/>
        <w:t>f 11299/19104/16067 11294/19103/16066 11298/19105/16068</w:t>
        <w:br/>
        <w:t>f 11297/19106/16069 11299/19104/16067 11298/19105/16068</w:t>
        <w:br/>
        <w:t>f 11297/19106/16069 11298/19105/16068 11301/19107/16070</w:t>
        <w:br/>
        <w:t>f 11300/19108/16071 11297/19106/16069 11301/19107/16070</w:t>
        <w:br/>
        <w:t>f 11300/19108/16071 11301/19107/16070 11303/19109/16072</w:t>
        <w:br/>
        <w:t>f 11302/19110/16073 11300/19108/16071 11303/19109/16072</w:t>
        <w:br/>
        <w:t>f 11302/19110/16073 11303/19109/16072 11305/19111/16074</w:t>
        <w:br/>
        <w:t>f 11304/19112/16075 11302/19110/16073 11305/19111/16074</w:t>
        <w:br/>
        <w:t>f 11305/19111/16074 11307/19113/16076 11306/19114/16077</w:t>
        <w:br/>
        <w:t>f 11304/19112/16075 11305/19111/16074 11306/19114/16077</w:t>
        <w:br/>
        <w:t>f 11307/19113/16076 11309/19115/16078 11308/19116/16079</w:t>
        <w:br/>
        <w:t>f 11306/19114/16077 11307/19113/16076 11308/19116/16079</w:t>
        <w:br/>
        <w:t>f 11317/19117/16080 11316/19118/16081 11315/19119/16082</w:t>
        <w:br/>
        <w:t>f 11314/19120/16083 11317/19117/16080 11315/19119/16082</w:t>
        <w:br/>
        <w:t>f 11319/19121/16084 11317/19117/16080 11314/19120/16083</w:t>
        <w:br/>
        <w:t>f 11318/19122/16085 11319/19121/16084 11314/19120/16083</w:t>
        <w:br/>
        <w:t>f 11323/19123/16086 11322/19124/16084 11321/19125/16087</w:t>
        <w:br/>
        <w:t>f 11320/19126/16088 11323/19123/16086 11321/19125/16087</w:t>
        <w:br/>
        <w:t>f 11309/19115/16078 11323/19123/16086 11320/19126/16088</w:t>
        <w:br/>
        <w:t>f 11308/19116/16079 11309/19115/16078 11320/19126/16088</w:t>
        <w:br/>
        <w:t>f 11325/19127/16089 11291/19095/16058 11288/19098/16061</w:t>
        <w:br/>
        <w:t>f 11324/19128/16090 11325/19127/16089 11288/19098/16061</w:t>
        <w:br/>
        <w:t>f 11327/19129/16091 11325/19127/16089 11324/19128/16090</w:t>
        <w:br/>
        <w:t>f 11326/19130/16092 11327/19129/16091 11324/19128/16090</w:t>
        <w:br/>
        <w:t>f 11316/19118/16081 11327/19129/16091 11326/19130/16092</w:t>
        <w:br/>
        <w:t>f 11315/19119/16082 11316/19118/16081 11326/19130/16092</w:t>
        <w:br/>
        <w:t>f 11330/19131/16093 11329/19132/16094 11328/19133/16095</w:t>
        <w:br/>
        <w:t>f 11296/19101/16064 11330/19131/16093 11328/19133/16095</w:t>
        <w:br/>
        <w:t>f 11334/14216/11890 11333/14215/11889 11332/19134/16096</w:t>
        <w:br/>
        <w:t>f 11331/19135/4232 11334/14216/11890 11332/19134/16096</w:t>
        <w:br/>
        <w:t>f 11350/19136/16097 11349/19137/16098 11348/19138/16099</w:t>
        <w:br/>
        <w:t>f 11347/19139/16100 11350/19136/16097 11348/19138/16099</w:t>
        <w:br/>
        <w:t>f 11354/12556/10431 11353/19140/16101 11352/19141/16102</w:t>
        <w:br/>
        <w:t>f 11351/19142/16103 11354/12556/10431 11352/19141/16102</w:t>
        <w:br/>
        <w:t>f 11333/14215/11889 11356/14219/11893 11355/19143/16104</w:t>
        <w:br/>
        <w:t>f 11295/19102/16065 11333/14215/11889 11355/19143/16104</w:t>
        <w:br/>
        <w:t>f 11358/14220/11894 11357/19144/16105 11355/19143/16104</w:t>
        <w:br/>
        <w:t>f 11356/14219/11893 11358/14220/11894 11355/19143/16104</w:t>
        <w:br/>
        <w:t>f 11362/12552/10427 11361/19145/16106 11360/19146/16107</w:t>
        <w:br/>
        <w:t>f 11359/12557/10432 11362/12552/10427 11360/19146/16107</w:t>
        <w:br/>
        <w:t>f 11364/12546/10421 11363/19147/16108 11361/19145/16106</w:t>
        <w:br/>
        <w:t>f 11362/12552/10427 11364/12546/10421 11361/19145/16106</w:t>
        <w:br/>
        <w:t>f 11364/12546/10421 11366/12554/10429 11365/19148/16109</w:t>
        <w:br/>
        <w:t>f 11363/19147/16108 11364/12546/10421 11365/19148/16109</w:t>
        <w:br/>
        <w:t>f 11369/12553/10428 11224/12526/10402 11368/19149/16110</w:t>
        <w:br/>
        <w:t>f 11367/19150/16111 11369/12553/10428 11368/19149/16110</w:t>
        <w:br/>
        <w:t>f 11371/12839/10694 11370/19151/16112 11368/19149/16110</w:t>
        <w:br/>
        <w:t>f 11224/12526/10402 11371/12839/10694 11368/19149/16110</w:t>
        <w:br/>
        <w:t>f 11220/12524/10400 11372/19152/16113 11370/19151/16112</w:t>
        <w:br/>
        <w:t>f 11371/12839/10694 11220/12524/10400 11370/19151/16112</w:t>
        <w:br/>
        <w:t>f 11373/19153/16114 11372/19152/16113 11220/12524/10400</w:t>
        <w:br/>
        <w:t>f 11374/12541/10417 11373/19153/16114 11220/12524/10400</w:t>
        <w:br/>
        <w:t>f 11374/12541/10417 11376/12540/10416 11375/19154/16115</w:t>
        <w:br/>
        <w:t>f 11373/19153/16114 11374/12541/10417 11375/19154/16115</w:t>
        <w:br/>
        <w:t>f 11380/12529/10405 11379/19155/16116 11378/19156/16117</w:t>
        <w:br/>
        <w:t>f 11377/12542/10418 11380/12529/10405 11378/19156/16117</w:t>
        <w:br/>
        <w:t>f 11380/12529/10405 11142/12483/10359 11381/19157/16118</w:t>
        <w:br/>
        <w:t>f 11379/19155/16116 11380/12529/10405 11381/19157/16118</w:t>
        <w:br/>
        <w:t>f 11383/19158/16119 11351/19142/16103 11352/19141/16102</w:t>
        <w:br/>
        <w:t>f 11382/19159/16120 11383/19158/16119 11352/19141/16102</w:t>
        <w:br/>
        <w:t>f 11387/12534/10410 11386/19160/16121 11385/19161/16122</w:t>
        <w:br/>
        <w:t>f 11384/19162/16122 11387/12534/10410 11385/19161/16122</w:t>
        <w:br/>
        <w:t>f 11389/12533/10409 11388/19163/16123 11386/19160/16121</w:t>
        <w:br/>
        <w:t>f 11387/12534/10410 11389/12533/10409 11386/19160/16121</w:t>
        <w:br/>
        <w:t>f 11393/12536/10412 11392/19164/16124 11391/19165/16125</w:t>
        <w:br/>
        <w:t>f 11390/12537/10413 11393/12536/10412 11391/19165/16125</w:t>
        <w:br/>
        <w:t>f 11396/19166/16126 11395/19167/16127 11394/14206/11880</w:t>
        <w:br/>
        <w:t>f 11397/14208/11882 11396/19166/16126 11394/14206/11880</w:t>
        <w:br/>
        <w:t>f 11399/14207/11881 11398/19168/16128 11396/19166/16126</w:t>
        <w:br/>
        <w:t>f 11397/14208/11882 11399/14207/11881 11396/19166/16126</w:t>
        <w:br/>
        <w:t>f 11294/19103/16066 11295/19102/16065 11355/19143/16104</w:t>
        <w:br/>
        <w:t>f 11298/19105/16068 11294/19103/16066 11355/19143/16104</w:t>
        <w:br/>
        <w:t>f 11357/19144/16105 11298/19105/16068 11355/19143/16104</w:t>
        <w:br/>
        <w:t>f 11301/19107/16070 11298/19105/16068 11357/19144/16105</w:t>
        <w:br/>
        <w:t>f 11414/19169/16129 11215/19093/16056 11216/19092/16055</w:t>
        <w:br/>
        <w:t>f 11209/19089/16052 11215/19093/16056 11416/19170/16130</w:t>
        <w:br/>
        <w:t>f 11415/19171/16131 11209/19089/16052 11416/19170/16130</w:t>
        <w:br/>
        <w:t>f 11227/19094/16057 11214/19090/16053 11212/19086/16049</w:t>
        <w:br/>
        <w:t>f 11417/19172/16132 11227/19094/16057 11212/19086/16049</w:t>
        <w:br/>
        <w:t>f 11370/19151/16112 11418/19173/16133 11368/19149/16110</w:t>
        <w:br/>
        <w:t>f 11418/19173/16133 11370/19151/16112 11372/19152/16113</w:t>
        <w:br/>
        <w:t>f 11372/19152/16113 11168/19084/16047 11169/19083/16046</w:t>
        <w:br/>
        <w:t>f 11418/19173/16133 11372/19152/16113 11169/19083/16046</w:t>
        <w:br/>
        <w:t>f 11373/19153/16114 11168/19084/16047 11372/19152/16113</w:t>
        <w:br/>
        <w:t>f 11171/19081/16043 11168/19084/16047 11373/19153/16114</w:t>
        <w:br/>
        <w:t>f 11375/19154/16115 11171/19081/16043 11373/19153/16114</w:t>
        <w:br/>
        <w:t>f 11419/19174/16134 11165/19079/16044 11166/19078/16043</w:t>
        <w:br/>
        <w:t>f 11378/19156/16115 11419/19174/16134 11166/19078/16043</w:t>
        <w:br/>
        <w:t>f 11381/19157/16118 11165/19079/16044 11379/19155/16116</w:t>
        <w:br/>
        <w:t>f 11164/19080/16045 11165/19079/16044 11381/19157/16118</w:t>
        <w:br/>
        <w:t>f 11420/19175/16135 11164/19080/16045 11381/19157/16118</w:t>
        <w:br/>
        <w:t>f 11147/19059/16026 11172/19085/16048 11421/19176/16136</w:t>
        <w:br/>
        <w:t>f 11150/19062/16029 11147/19059/16026 11421/19176/16136</w:t>
        <w:br/>
        <w:t>f 11422/19177/16137 11150/19062/16029 11421/19176/16136</w:t>
        <w:br/>
        <w:t>f 11149/19063/16030 11150/19062/16029 11422/19177/16137</w:t>
        <w:br/>
        <w:t>f 11423/19178/16138 11149/19063/16030 11422/19177/16137</w:t>
        <w:br/>
        <w:t>f 11424/19179/16139 11290/19096/16059 11291/19095/16058</w:t>
        <w:br/>
        <w:t>f 11290/19096/16059 11395/19167/16127 11396/19166/16126</w:t>
        <w:br/>
        <w:t>f 11293/19099/16062 11290/19096/16059 11396/19166/16126</w:t>
        <w:br/>
        <w:t>f 11398/19168/16128 11293/19099/16062 11396/19166/16126</w:t>
        <w:br/>
        <w:t>f 11292/19100/16063 11293/19099/16062 11398/19168/16128</w:t>
        <w:br/>
        <w:t>f 11348/19138/16099 11292/19100/16063 11398/19168/16128</w:t>
        <w:br/>
        <w:t>f 11352/19141/16102 11420/19175/16135 11382/19159/16120</w:t>
        <w:br/>
        <w:t>f 11331/19135/4232 11295/19102/16065 11296/19101/16064</w:t>
        <w:br/>
        <w:t>f 11394/14206/11880 11395/19167/16127 11392/19164/16124</w:t>
        <w:br/>
        <w:t>f 11393/12536/10412 11394/14206/11880 11392/19164/16124</w:t>
        <w:br/>
        <w:t>f 11347/19139/16100 11398/19168/16128 11426/19180/4148</w:t>
        <w:br/>
        <w:t>f 11389/12533/10409 11390/12537/10413 11391/19165/16125</w:t>
        <w:br/>
        <w:t>f 11388/19163/16123 11389/12533/10409 11391/19165/16125</w:t>
        <w:br/>
        <w:t>f 11354/12556/10431 11384/19162/16122 11385/19161/16122</w:t>
        <w:br/>
        <w:t>f 11353/19140/16101 11354/12556/10431 11385/19161/16122</w:t>
        <w:br/>
        <w:t>f 11142/12483/10359 11383/19158/16119 11382/19159/16120</w:t>
        <w:br/>
        <w:t>f 11381/19157/16118 11142/12483/10359 11382/19159/16120</w:t>
        <w:br/>
        <w:t>f 11420/19175/16135 11381/19157/16118 11382/19159/16120</w:t>
        <w:br/>
        <w:t>f 11369/12553/10428 11367/19150/16111 11365/19148/16109</w:t>
        <w:br/>
        <w:t>f 11366/12554/10429 11369/12553/10428 11365/19148/16109</w:t>
        <w:br/>
        <w:t>f 11209/19089/16052 11415/19171/16131 11417/19172/16132</w:t>
        <w:br/>
        <w:t>f 11212/19086/16049 11209/19089/16052 11417/19172/16132</w:t>
        <w:br/>
        <w:t>f 11414/19169/16129 11427/19181/16140 11357/19144/16105</w:t>
        <w:br/>
        <w:t>f 11359/12557/10432 11360/19146/16107 11357/19144/16105</w:t>
        <w:br/>
        <w:t>f 11358/14220/11894 11359/12557/10432 11357/19144/16105</w:t>
        <w:br/>
        <w:t>f 11392/19164/16124 11395/19167/16127 11724/19182/16141</w:t>
        <w:br/>
        <w:t>f 11423/19178/16138 11388/19163/16123 11391/19165/16125</w:t>
        <w:br/>
        <w:t>f 11392/19164/16124 11423/19178/16138 11391/19165/16125</w:t>
        <w:br/>
        <w:t>f 11328/19133/16095 11329/19132/16094 11350/19136/16097</w:t>
        <w:br/>
        <w:t>f 11347/19139/16100 11328/19133/16095 11350/19136/16097</w:t>
        <w:br/>
        <w:t>f 11398/19168/16128 11399/14207/11881 11729/19183/16142</w:t>
        <w:br/>
        <w:t>f 11426/19180/4148 11398/19168/16128 11729/19183/16142</w:t>
        <w:br/>
        <w:t>f 11299/19104/16067 14771/19184/16143 11330/19131/16093</w:t>
        <w:br/>
        <w:t>f 11296/19101/16064 11299/19104/16067 11330/19131/16093</w:t>
        <w:br/>
        <w:t>f 11420/19175/16135 11352/19141/16102 11353/19140/16101</w:t>
        <w:br/>
        <w:t>f 9716/18999/15968 9703/4653/3827 9700/4648/3822</w:t>
        <w:br/>
        <w:t>f 9743/19021/15990 9737/19018/15987 9669/4619/3793</w:t>
        <w:br/>
        <w:t>f 9737/19018/15987 9743/19021/15990 9736/19017/15986</w:t>
        <w:br/>
        <w:t>f 11427/19181/16140 11414/19169/16129 11216/19092/16055</w:t>
        <w:br/>
        <w:t>f 14952/19185/16144 11427/19181/16140 11216/19092/16055</w:t>
        <w:br/>
        <w:t>f 14952/19185/16144 11216/19092/16055 11210/19088/16051</w:t>
        <w:br/>
        <w:t>f 14953/19186/16145 14952/19185/16144 11210/19088/16051</w:t>
        <w:br/>
        <w:t>f 11211/19087/16050 14954/19187/16146 14953/19186/16145</w:t>
        <w:br/>
        <w:t>f 11210/19088/16051 11211/19087/16050 14953/19186/16145</w:t>
        <w:br/>
        <w:t>f 11213/19091/16054 14955/19188/16147 14954/19187/16146</w:t>
        <w:br/>
        <w:t>f 11211/19087/16050 11213/19091/16054 14954/19187/16146</w:t>
        <w:br/>
        <w:t>f 14955/19188/16147 11213/19091/16054 11163/19075/16041</w:t>
        <w:br/>
        <w:t>f 14956/19189/16148 14955/19188/16147 11163/19075/16041</w:t>
        <w:br/>
        <w:t>f 14956/19189/16148 11163/19075/16041 11162/19076/16037</w:t>
        <w:br/>
        <w:t>f 14957/19190/16149 14956/19189/16148 11162/19076/16037</w:t>
        <w:br/>
        <w:t>f 11156/19069/16036 14959/19191/16150 14958/19192/16149</w:t>
        <w:br/>
        <w:t>f 11157/19070/16037 11156/19069/16036 14958/19192/16149</w:t>
        <w:br/>
        <w:t>f 11156/19069/16036 11145/19061/16028 14960/19193/16151</w:t>
        <w:br/>
        <w:t>f 14959/19191/16150 11156/19069/16036 14960/19193/16151</w:t>
        <w:br/>
        <w:t>f 11145/19061/16028 11146/19060/16027 14961/19194/16152</w:t>
        <w:br/>
        <w:t>f 14960/19193/16151 11145/19061/16028 14961/19194/16152</w:t>
        <w:br/>
        <w:t>f 14962/19195/16153 14961/19194/16152 11146/19060/16027</w:t>
        <w:br/>
        <w:t>f 11149/19063/16030 14962/19195/16153 11146/19060/16027</w:t>
        <w:br/>
        <w:t>f 14962/19195/16153 11149/19063/16030 11423/19178/16138</w:t>
        <w:br/>
        <w:t>f 14963/19196/16154 14962/19195/16153 11423/19178/16138</w:t>
        <w:br/>
        <w:t>f 11423/19178/16138 11392/19164/16124 11724/19182/16141</w:t>
        <w:br/>
        <w:t>f 14963/19196/16154 11423/19178/16138 11724/19182/16141</w:t>
        <w:br/>
        <w:t>f 11172/19085/16048 11353/19140/16101 14964/19197/16155</w:t>
        <w:br/>
        <w:t>f 11421/19176/16136 11172/19085/16048 14964/19197/16155</w:t>
        <w:br/>
        <w:t>f 11151/19066/16033 11420/19175/16135 11353/19140/16101</w:t>
        <w:br/>
        <w:t>f 11172/19085/16048 11151/19066/16033 11353/19140/16101</w:t>
        <w:br/>
        <w:t>f 11420/19175/16135 11151/19066/16033 11152/19065/16032</w:t>
        <w:br/>
        <w:t>f 11164/19080/16045 11420/19175/16135 11152/19065/16032</w:t>
        <w:br/>
        <w:t>f 11154/19068/16035 11167/19077/16042 11164/19080/16045</w:t>
        <w:br/>
        <w:t>f 11152/19065/16032 11154/19068/16035 11164/19080/16045</w:t>
        <w:br/>
        <w:t>f 11160/19072/16039 11169/19083/16046 11170/19082/16042</w:t>
        <w:br/>
        <w:t>f 11159/19073/16040 11160/19072/16039 11170/19082/16042</w:t>
        <w:br/>
        <w:t>f 11169/19083/16046 11160/19072/16039 11227/19094/16057</w:t>
        <w:br/>
        <w:t>f 11418/19173/16133 11169/19083/16046 11227/19094/16057</w:t>
        <w:br/>
        <w:t>f 11368/19149/16110 11418/19173/16133 11367/19150/16111</w:t>
        <w:br/>
        <w:t>f 11365/19148/16109 11367/19150/16111 11417/19172/16132</w:t>
        <w:br/>
        <w:t>f 11415/19171/16131 11365/19148/16109 11417/19172/16132</w:t>
        <w:br/>
        <w:t>f 11365/19148/16109 11415/19171/16131 11416/19170/16130</w:t>
        <w:br/>
        <w:t>f 11427/19181/16140 11301/19107/16070 11357/19144/16105</w:t>
        <w:br/>
        <w:t>f 11301/19107/16070 11427/19181/16140 14952/19185/16144</w:t>
        <w:br/>
        <w:t>f 11303/19109/16072 11301/19107/16070 14952/19185/16144</w:t>
        <w:br/>
        <w:t>f 11303/19109/16072 14952/19185/16144 14953/19186/16145</w:t>
        <w:br/>
        <w:t>f 11305/19111/16074 11303/19109/16072 14953/19186/16145</w:t>
        <w:br/>
        <w:t>f 14954/19187/16146 11307/19113/16076 11305/19111/16074</w:t>
        <w:br/>
        <w:t>f 14953/19186/16145 14954/19187/16146 11305/19111/16074</w:t>
        <w:br/>
        <w:t>f 14955/19188/16147 11309/19115/16078 11307/19113/16076</w:t>
        <w:br/>
        <w:t>f 14954/19187/16146 14955/19188/16147 11307/19113/16076</w:t>
        <w:br/>
        <w:t>f 11309/19115/16078 14955/19188/16147 14956/19189/16148</w:t>
        <w:br/>
        <w:t>f 11323/19123/16086 11309/19115/16078 14956/19189/16148</w:t>
        <w:br/>
        <w:t>f 11323/19123/16086 14956/19189/16148 14957/19190/16149</w:t>
        <w:br/>
        <w:t>f 11322/19124/16084 11323/19123/16086 14957/19190/16149</w:t>
        <w:br/>
        <w:t>f 14958/19192/16149 14959/19191/16150 11317/19117/16080</w:t>
        <w:br/>
        <w:t>f 11319/19121/16084 14958/19192/16149 11317/19117/16080</w:t>
        <w:br/>
        <w:t>f 11316/19118/16081 11317/19117/16080 14959/19191/16150</w:t>
        <w:br/>
        <w:t>f 14960/19193/16151 11316/19118/16081 14959/19191/16150</w:t>
        <w:br/>
        <w:t>f 11327/19129/16091 11316/19118/16081 14960/19193/16151</w:t>
        <w:br/>
        <w:t>f 14961/19194/16152 11327/19129/16091 14960/19193/16151</w:t>
        <w:br/>
        <w:t>f 11325/19127/16089 11327/19129/16091 14961/19194/16152</w:t>
        <w:br/>
        <w:t>f 14962/19195/16153 11325/19127/16089 14961/19194/16152</w:t>
        <w:br/>
        <w:t>f 11325/19127/16089 14962/19195/16153 14963/19196/16154</w:t>
        <w:br/>
        <w:t>f 11291/19095/16058 11325/19127/16089 14963/19196/16154</w:t>
        <w:br/>
        <w:t>f 11291/19095/16058 14963/19196/16154 11724/19182/16141</w:t>
        <w:br/>
        <w:t>f 11395/19167/16127 11291/19095/16058 11724/19182/16141</w:t>
        <w:br/>
        <w:t>f 14966/19198/16156 14965/19199/16157 11315/19119/16082</w:t>
        <w:br/>
        <w:t>f 11326/19130/16092 14966/19198/16156 11315/19119/16082</w:t>
        <w:br/>
        <w:t>f 11326/19130/16092 11324/19128/16090 14967/19200/16158</w:t>
        <w:br/>
        <w:t>f 14966/19198/16156 11326/19130/16092 14967/19200/16158</w:t>
        <w:br/>
        <w:t>f 11324/19128/16090 11288/19098/16061 14968/19201/16159</w:t>
        <w:br/>
        <w:t>f 14967/19200/16158 11324/19128/16090 14968/19201/16159</w:t>
        <w:br/>
        <w:t>f 11288/19098/16061 11289/19097/16060 14969/19202/16160</w:t>
        <w:br/>
        <w:t>f 14968/19201/16159 11288/19098/16061 14969/19202/16160</w:t>
        <w:br/>
        <w:t>f 11289/19097/16060 11292/19100/16063 14970/19203/16161</w:t>
        <w:br/>
        <w:t>f 14969/19202/16160 11289/19097/16060 14970/19203/16161</w:t>
        <w:br/>
        <w:t>f 11292/19100/16063 11348/19138/16099 11349/19137/16098</w:t>
        <w:br/>
        <w:t>f 14970/19203/16161 11292/19100/16063 11349/19137/16098</w:t>
        <w:br/>
        <w:t>f 14771/19184/16143 11299/19104/16067 11297/19106/16069</w:t>
        <w:br/>
        <w:t>f 14971/19204/16162 14771/19184/16143 11297/19106/16069</w:t>
        <w:br/>
        <w:t>f 14971/19204/16162 11297/19106/16069 11300/19108/16071</w:t>
        <w:br/>
        <w:t>f 14972/19205/16163 14971/19204/16162 11300/19108/16071</w:t>
        <w:br/>
        <w:t>f 14972/19205/16163 11300/19108/16071 11302/19110/16073</w:t>
        <w:br/>
        <w:t>f 14973/19206/4139 14972/19205/16163 11302/19110/16073</w:t>
        <w:br/>
        <w:t>f 14973/19206/4139 11302/19110/16073 11304/19112/16075</w:t>
        <w:br/>
        <w:t>f 14974/19207/4140 14973/19206/4139 11304/19112/16075</w:t>
        <w:br/>
        <w:t>f 11304/19112/16075 11306/19114/16077 14975/19208/4159</w:t>
        <w:br/>
        <w:t>f 14974/19207/4140 11304/19112/16075 14975/19208/4159</w:t>
        <w:br/>
        <w:t>f 11306/19114/16077 11308/19116/16079 14976/19209/16164</w:t>
        <w:br/>
        <w:t>f 14975/19208/4159 11306/19114/16077 14976/19209/16164</w:t>
        <w:br/>
        <w:t>f 11308/19116/16079 11320/19126/16088 14977/19210/16165</w:t>
        <w:br/>
        <w:t>f 14976/19209/16164 11308/19116/16079 14977/19210/16165</w:t>
        <w:br/>
        <w:t>f 11320/19126/16088 11321/19125/16087 14978/19211/16166</w:t>
        <w:br/>
        <w:t>f 14977/19210/16165 11320/19126/16088 14978/19211/16166</w:t>
        <w:br/>
        <w:t>f 11318/19122/16085 11314/19120/16083 14980/19212/16167</w:t>
        <w:br/>
        <w:t>f 14979/19213/16168 11318/19122/16085 14980/19212/16167</w:t>
        <w:br/>
        <w:t>f 14965/19199/16157 14980/19212/16167 11314/19120/16083</w:t>
        <w:br/>
        <w:t>f 11315/19119/16082 14965/19199/16157 11314/19120/16083</w:t>
        <w:br/>
        <w:t>f 11296/19101/16064 11294/19103/16066 11299/19104/16067</w:t>
        <w:br/>
        <w:t>f 11348/19138/16099 11398/19168/16128 11347/19139/16100</w:t>
        <w:br/>
        <w:t>f 11227/19094/16057 11417/19172/16132 11367/19150/16111</w:t>
        <w:br/>
        <w:t>f 11418/19173/16133 11227/19094/16057 11367/19150/16111</w:t>
        <w:br/>
        <w:t>f 2975/18330/15383 2972/18327/15380 24116/19214/16169</w:t>
        <w:br/>
        <w:t>f 24115/19215/16170 2975/18330/15383 24116/19214/16169</w:t>
        <w:br/>
        <w:t>f 9771/19046/16015 24118/19216/16171 24117/19217/16172</w:t>
        <w:br/>
        <w:t>f 9769/19044/16013 9771/19046/16015 24117/19217/16172</w:t>
        <w:br/>
        <w:t>f 24121/19218/16173 24120/19219/16174 24115/19215/16170</w:t>
        <w:br/>
        <w:t>f 24116/19214/16169 24121/19218/16173 24115/19215/16170</w:t>
        <w:br/>
        <w:t>f 24120/19219/16174 24121/19218/16173 24122/19220/16175</w:t>
        <w:br/>
        <w:t>f 24118/19216/16171 24124/19221/16176 24123/19222/16177</w:t>
        <w:br/>
        <w:t>f 24117/19217/16172 24118/19216/16171 24123/19222/16177</w:t>
        <w:br/>
        <w:t>f 24123/19222/16177 24124/19221/16176 24125/19223/16178</w:t>
        <w:br/>
        <w:t>f 2197/19224/16179 2196/19225/16180 2195/19226/16181</w:t>
        <w:br/>
        <w:t>f 2198/19227/16182 2197/19224/16179 2195/19226/16181</w:t>
        <w:br/>
        <w:t>f 2202/19228/16183 2201/19229/16184 2200/19230/16185</w:t>
        <w:br/>
        <w:t>f 2199/19231/16186 2202/19228/16183 2200/19230/16185</w:t>
        <w:br/>
        <w:t>f 2201/19229/16184 2204/19232/16187 2203/19233/16188</w:t>
        <w:br/>
        <w:t>f 2200/19230/16185 2201/19229/16184 2203/19233/16188</w:t>
        <w:br/>
        <w:t>f 2206/19234/16189 2205/19235/16190 2203/19233/16188</w:t>
        <w:br/>
        <w:t>f 2204/19232/16187 2206/19234/16189 2203/19233/16188</w:t>
        <w:br/>
        <w:t>f 2208/19236/16191 2207/19237/16192 2205/19235/16190</w:t>
        <w:br/>
        <w:t>f 2206/19234/16189 2208/19236/16191 2205/19235/16190</w:t>
        <w:br/>
        <w:t>f 2208/19236/16191 2210/19238/16193 2209/19239/16194</w:t>
        <w:br/>
        <w:t>f 2207/19237/16192 2208/19236/16191 2209/19239/16194</w:t>
        <w:br/>
        <w:t>f 2210/19238/16193 2212/19240/16195 2211/19241/16196</w:t>
        <w:br/>
        <w:t>f 2209/19239/16194 2210/19238/16193 2211/19241/16196</w:t>
        <w:br/>
        <w:t>f 2198/19227/16182 2195/19226/16181 2211/19241/16196</w:t>
        <w:br/>
        <w:t>f 2212/19240/16195 2198/19227/16182 2211/19241/16196</w:t>
        <w:br/>
        <w:t>f 2213/19242/16197 2197/19224/16179 2198/19227/16182</w:t>
        <w:br/>
        <w:t>f 2214/19243/16198 2213/19242/16197 2198/19227/16182</w:t>
        <w:br/>
        <w:t>f 2216/19244/16197 2215/19245/16199 2201/19229/16184</w:t>
        <w:br/>
        <w:t>f 2202/19228/16183 2216/19244/16197 2201/19229/16184</w:t>
        <w:br/>
        <w:t>f 2215/19245/16199 2217/19246/16200 2204/19232/16187</w:t>
        <w:br/>
        <w:t>f 2201/19229/16184 2215/19245/16199 2204/19232/16187</w:t>
        <w:br/>
        <w:t>f 2217/19246/16200 2218/19247/16201 2206/19234/16189</w:t>
        <w:br/>
        <w:t>f 2204/19232/16187 2217/19246/16200 2206/19234/16189</w:t>
        <w:br/>
        <w:t>f 2218/19247/16201 2219/19248/16202 2208/19236/16191</w:t>
        <w:br/>
        <w:t>f 2206/19234/16189 2218/19247/16201 2208/19236/16191</w:t>
        <w:br/>
        <w:t>f 2220/19249/16203 2210/19238/16193 2208/19236/16191</w:t>
        <w:br/>
        <w:t>f 2219/19248/16202 2220/19249/16203 2208/19236/16191</w:t>
        <w:br/>
        <w:t>f 2221/19250/16204 2212/19240/16195 2210/19238/16193</w:t>
        <w:br/>
        <w:t>f 2220/19249/16203 2221/19250/16204 2210/19238/16193</w:t>
        <w:br/>
        <w:t>f 2214/19243/16198 2198/19227/16182 2212/19240/16195</w:t>
        <w:br/>
        <w:t>f 2221/19250/16204 2214/19243/16198 2212/19240/16195</w:t>
        <w:br/>
        <w:t>f 2223/19251/16205 2222/19252/16206 2213/19242/16197</w:t>
        <w:br/>
        <w:t>f 2214/19243/16198 2223/19251/16205 2213/19242/16197</w:t>
        <w:br/>
        <w:t>f 2224/19253/16207 2215/19245/16199 2216/19244/16197</w:t>
        <w:br/>
        <w:t>f 2225/19254/16208 2224/19253/16207 2216/19244/16197</w:t>
        <w:br/>
        <w:t>f 2226/19255/16209 2217/19246/16200 2215/19245/16199</w:t>
        <w:br/>
        <w:t>f 2224/19253/16207 2226/19255/16209 2215/19245/16199</w:t>
        <w:br/>
        <w:t>f 2226/19255/16209 2227/19256/16210 2218/19247/16201</w:t>
        <w:br/>
        <w:t>f 2217/19246/16200 2226/19255/16209 2218/19247/16201</w:t>
        <w:br/>
        <w:t>f 2227/19256/16210 2228/19257/16211 2219/19248/16202</w:t>
        <w:br/>
        <w:t>f 2218/19247/16201 2227/19256/16210 2219/19248/16202</w:t>
        <w:br/>
        <w:t>f 2229/19258/16212 2220/19249/16203 2219/19248/16202</w:t>
        <w:br/>
        <w:t>f 2228/19257/16211 2229/19258/16212 2219/19248/16202</w:t>
        <w:br/>
        <w:t>f 2230/19259/16213 2221/19250/16204 2220/19249/16203</w:t>
        <w:br/>
        <w:t>f 2229/19258/16212 2230/19259/16213 2220/19249/16203</w:t>
        <w:br/>
        <w:t>f 2230/19259/16213 2223/19251/16205 2214/19243/16198</w:t>
        <w:br/>
        <w:t>f 2221/19250/16204 2230/19259/16213 2214/19243/16198</w:t>
        <w:br/>
        <w:t>f 2196/19225/16180 2231/19260/1246 2195/19226/16181</w:t>
        <w:br/>
        <w:t>f 2200/19230/16185 2231/19260/1246 2199/19231/16186</w:t>
        <w:br/>
        <w:t>f 2203/19233/16188 2231/19260/1246 2200/19230/16185</w:t>
        <w:br/>
        <w:t>f 2205/19235/16190 2231/19260/1246 2203/19233/16188</w:t>
        <w:br/>
        <w:t>f 2207/19237/16192 2231/19260/1246 2205/19235/16190</w:t>
        <w:br/>
        <w:t>f 2209/19239/16194 2231/19260/1246 2207/19237/16192</w:t>
        <w:br/>
        <w:t>f 2211/19241/16196 2231/19260/1246 2209/19239/16194</w:t>
        <w:br/>
        <w:t>f 2195/19226/16181 2231/19260/1246 2211/19241/16196</w:t>
        <w:br/>
        <w:t>f 2223/19251/16205 2232/19261/1247 2222/19252/16206</w:t>
        <w:br/>
        <w:t>f 2225/19254/16208 2232/19261/1247 2224/19253/16207</w:t>
        <w:br/>
        <w:t>f 2224/19253/16207 2232/19261/1247 2226/19255/16209</w:t>
        <w:br/>
        <w:t>f 2226/19255/16209 2232/19261/1247 2227/19256/16210</w:t>
        <w:br/>
        <w:t>f 2227/19256/16210 2232/19261/1247 2228/19257/16211</w:t>
        <w:br/>
        <w:t>f 2228/19257/16211 2232/19261/1247 2229/19258/16212</w:t>
        <w:br/>
        <w:t>f 2229/19258/16212 2232/19261/1247 2230/19259/16213</w:t>
        <w:br/>
        <w:t>f 2230/19259/16213 2232/19261/1247 2223/19251/16205</w:t>
        <w:br/>
        <w:t>f 16206/19262/16214 16205/19263/16215 16204/19264/16216</w:t>
        <w:br/>
        <w:t>f 16208/19265/16217 16207/19266/16218 16204/19264/16216</w:t>
        <w:br/>
        <w:t>f 16212/19267/16219 16211/19268/16220 16210/19269/16221</w:t>
        <w:br/>
        <w:t>f 16209/19270/16221 16212/19267/16219 16210/19269/16221</w:t>
        <w:br/>
        <w:t>f 16207/19266/16218 16213/19271/16222 16204/19264/16216</w:t>
        <w:br/>
        <w:t>f 16215/19272/16223 16214/19273/16224 16209/19270/16221</w:t>
        <w:br/>
        <w:t>f 16210/19269/16221 16215/19272/16223 16209/19270/16221</w:t>
        <w:br/>
        <w:t>f 16217/19274/16225 16216/19275/16226 16214/19273/16224</w:t>
        <w:br/>
        <w:t>f 16215/19272/16223 16217/19274/16225 16214/19273/16224</w:t>
        <w:br/>
        <w:t>f 16208/19265/16217 16204/19264/16216 16218/19276/16227</w:t>
        <w:br/>
        <w:t>f 16218/19276/16227 16220/19277/16228 16219/19278/16229</w:t>
        <w:br/>
        <w:t>f 16208/19265/16217 16218/19276/16227 16219/19278/16229</w:t>
        <w:br/>
        <w:t>f 16211/19268/16220 16212/19267/16219 16222/19279/16230</w:t>
        <w:br/>
        <w:t>f 16221/19280/16231 16211/19268/16220 16222/19279/16230</w:t>
        <w:br/>
        <w:t>f 16224/19281/16232 16223/19282/16232 16221/19280/16231</w:t>
        <w:br/>
        <w:t>f 16222/19279/16230 16224/19281/16232 16221/19280/16231</w:t>
        <w:br/>
        <w:t>f 16220/19277/16228 16226/19283/16233 16225/19284/16233</w:t>
        <w:br/>
        <w:t>f 16219/19278/16229 16220/19277/16228 16225/19284/16233</w:t>
        <w:br/>
        <w:t>f 16230/19285/16234 16229/19286/16235 16228/19287/16236</w:t>
        <w:br/>
        <w:t>f 16227/19288/16234 16230/19285/16234 16228/19287/16236</w:t>
        <w:br/>
        <w:t>f 16229/19286/16235 16232/19289/16237 16231/19290/16238</w:t>
        <w:br/>
        <w:t>f 16228/19287/16236 16229/19286/16235 16231/19290/16238</w:t>
        <w:br/>
        <w:t>f 16204/19264/16216 16205/19263/16215 16218/19276/16227</w:t>
        <w:br/>
        <w:t>f 16234/19291/16239 16233/19292/16240 16231/19290/16238</w:t>
        <w:br/>
        <w:t>f 16232/19289/16237 16234/19291/16239 16231/19290/16238</w:t>
        <w:br/>
        <w:t>f 16213/19271/16222 16235/19293/16241 16204/19264/16216</w:t>
        <w:br/>
        <w:t>f 16237/19294/16242 16236/19295/16243 16216/19275/16226</w:t>
        <w:br/>
        <w:t>f 16217/19274/16225 16237/19294/16242 16216/19275/16226</w:t>
        <w:br/>
        <w:t>f 16238/19296/16244 16204/19264/16216 16235/19293/16241</w:t>
        <w:br/>
        <w:t>f 16239/19297/16245 16204/19264/16216 16238/19296/16244</w:t>
        <w:br/>
        <w:t>f 16241/19298/16246 16240/19299/16247 16236/19295/16243</w:t>
        <w:br/>
        <w:t>f 16237/19294/16242 16241/19298/16246 16236/19295/16243</w:t>
        <w:br/>
        <w:t>f 16245/19300/16248 16244/19301/16249 16243/19302/16250</w:t>
        <w:br/>
        <w:t>f 16242/19303/16251 16245/19300/16248 16243/19302/16250</w:t>
        <w:br/>
        <w:t>f 16246/19304/16252 16206/19262/16214 16204/19264/16216</w:t>
        <w:br/>
        <w:t>f 16240/19299/16247 16241/19298/16246 16242/19303/16251</w:t>
        <w:br/>
        <w:t>f 16243/19302/16250 16240/19299/16247 16242/19303/16251</w:t>
        <w:br/>
        <w:t>f 16246/19304/16252 16204/19264/16216 16239/19297/16245</w:t>
        <w:br/>
        <w:t>f 16233/19292/16240 16234/19291/16239 16244/19301/16249</w:t>
        <w:br/>
        <w:t>f 16245/19300/16248 16233/19292/16240 16244/19301/16249</w:t>
        <w:br/>
        <w:t>f 16248/19305/16253 16247/19306/16253 16223/19282/16232</w:t>
        <w:br/>
        <w:t>f 16224/19281/16232 16248/19305/16253 16223/19282/16232</w:t>
        <w:br/>
        <w:t>f 16250/19307/16254 16225/19284/16233 16226/19283/16233</w:t>
        <w:br/>
        <w:t>f 16249/19308/16254 16250/19307/16254 16226/19283/16233</w:t>
        <w:br/>
        <w:t>f 16252/19309/16255 16251/19310/16256 16230/19285/16234</w:t>
        <w:br/>
        <w:t>f 16227/19288/16234 16252/19309/16255 16230/19285/16234</w:t>
        <w:br/>
        <w:t>f 16250/19307/16254 16249/19308/16254 16254/19311/16257</w:t>
        <w:br/>
        <w:t>f 16253/19312/16258 16250/19307/16254 16254/19311/16257</w:t>
        <w:br/>
        <w:t>f 16258/19313/16259 16257/19314/16259 16256/19315/16260</w:t>
        <w:br/>
        <w:t>f 16255/19316/16261 16258/19313/16259 16256/19315/16260</w:t>
        <w:br/>
        <w:t>f 16260/19317/16262 16259/19318/16262 16257/19314/16259</w:t>
        <w:br/>
        <w:t>f 16258/19313/16259 16260/19317/16262 16257/19314/16259</w:t>
        <w:br/>
        <w:t>f 16263/19319/16263 16262/19320/16263 16261/19321/16264</w:t>
        <w:br/>
        <w:t>f 16264/19322/16263 16263/19319/16263 16261/19321/16264</w:t>
        <w:br/>
        <w:t>f 16254/19311/16257 16266/19323/16265 16265/19324/16266</w:t>
        <w:br/>
        <w:t>f 16253/19312/16258 16265/19324/16266 16267/19325/16267</w:t>
        <w:br/>
        <w:t>f 16261/19321/16268 16254/19311/16257 16251/19310/16256</w:t>
        <w:br/>
        <w:t>f 16252/19309/16255 16261/19321/16268 16251/19310/16256</w:t>
        <w:br/>
        <w:t>f 16265/19324/16266 16253/19312/16258 16254/19311/16257</w:t>
        <w:br/>
        <w:t>f 16270/19326/16269 16269/19327/16270 16268/19328/16271</w:t>
        <w:br/>
        <w:t>f 16272/19329/16272 16269/19327/16270 16271/19330/16273</w:t>
        <w:br/>
        <w:t>f 16276/19331/16274 16275/19332/16275 16274/19333/16276</w:t>
        <w:br/>
        <w:t>f 16273/19334/16274 16276/19331/16274 16274/19333/16276</w:t>
        <w:br/>
        <w:t>f 16271/19330/16273 16269/19327/16270 16277/19335/16277</w:t>
        <w:br/>
        <w:t>f 16279/19336/16278 16274/19333/16276 16275/19332/16275</w:t>
        <w:br/>
        <w:t>f 16278/19337/16278 16279/19336/16278 16275/19332/16275</w:t>
        <w:br/>
        <w:t>f 16281/19338/16279 16279/19336/16278 16278/19337/16278</w:t>
        <w:br/>
        <w:t>f 16280/19339/16280 16281/19338/16279 16278/19337/16278</w:t>
        <w:br/>
        <w:t>f 16272/19329/16272 16282/19340/16281 16269/19327/16270</w:t>
        <w:br/>
        <w:t>f 16284/19341/16282 16283/19342/16283 16282/19340/16281</w:t>
        <w:br/>
        <w:t>f 16272/19329/16272 16284/19341/16282 16282/19340/16281</w:t>
        <w:br/>
        <w:t>f 16286/19343/16284 16276/19331/16274 16273/19334/16274</w:t>
        <w:br/>
        <w:t>f 16285/19344/16284 16286/19343/16284 16273/19334/16274</w:t>
        <w:br/>
        <w:t>f 16288/19345/16285 16286/19343/16284 16285/19344/16284</w:t>
        <w:br/>
        <w:t>f 16287/19346/16285 16288/19345/16285 16285/19344/16284</w:t>
        <w:br/>
        <w:t>f 16283/19342/16283 16284/19341/16282 16290/19347/16286</w:t>
        <w:br/>
        <w:t>f 16289/19348/16287 16283/19342/16283 16290/19347/16286</w:t>
        <w:br/>
        <w:t>f 16294/19349/16288 16293/19350/16289 16292/19351/16290</w:t>
        <w:br/>
        <w:t>f 16291/19352/16290 16294/19349/16288 16292/19351/16290</w:t>
        <w:br/>
        <w:t>f 16296/19353/16291 16295/19354/16292 16293/19350/16289</w:t>
        <w:br/>
        <w:t>f 16294/19349/16288 16296/19353/16291 16293/19350/16289</w:t>
        <w:br/>
        <w:t>f 16269/19327/16270 16282/19340/16281 16268/19328/16271</w:t>
        <w:br/>
        <w:t>f 16296/19353/16291 16298/19355/16293 16297/19356/16293</w:t>
        <w:br/>
        <w:t>f 16295/19354/16292 16296/19353/16291 16297/19356/16293</w:t>
        <w:br/>
        <w:t>f 16277/19335/16277 16269/19327/16270 16299/19357/16294</w:t>
        <w:br/>
        <w:t>f 16301/19358/16295 16281/19338/16279 16280/19339/16280</w:t>
        <w:br/>
        <w:t>f 16300/19359/16296 16301/19358/16295 16280/19339/16280</w:t>
        <w:br/>
        <w:t>f 16302/19360/16297 16299/19357/16294 16269/19327/16270</w:t>
        <w:br/>
        <w:t>f 16303/19361/16298 16302/19360/16297 16269/19327/16270</w:t>
        <w:br/>
        <w:t>f 16305/19362/16299 16301/19358/16295 16300/19359/16296</w:t>
        <w:br/>
        <w:t>f 16304/19363/16299 16305/19362/16299 16300/19359/16296</w:t>
        <w:br/>
        <w:t>f 16309/19364/16300 16308/19365/16301 16307/19366/16302</w:t>
        <w:br/>
        <w:t>f 16306/19367/16303 16309/19364/16300 16307/19366/16302</w:t>
        <w:br/>
        <w:t>f 16310/19368/16304 16269/19327/16270 16270/19326/16269</w:t>
        <w:br/>
        <w:t>f 16304/19363/16299 16307/19366/16302 16308/19365/16301</w:t>
        <w:br/>
        <w:t>f 16305/19362/16299 16304/19363/16299 16308/19365/16301</w:t>
        <w:br/>
        <w:t>f 16310/19368/16304 16303/19361/16298 16269/19327/16270</w:t>
        <w:br/>
        <w:t>f 16298/19355/16293 16309/19364/16300 16306/19367/16303</w:t>
        <w:br/>
        <w:t>f 16297/19356/16293 16298/19355/16293 16306/19367/16303</w:t>
        <w:br/>
        <w:t>f 16311/19369/16305 16288/19345/16285 16287/19346/16285</w:t>
        <w:br/>
        <w:t>f 16312/19370/16306 16311/19369/16305 16287/19346/16285</w:t>
        <w:br/>
        <w:t>f 16289/19348/16287 16290/19347/16286 16314/19371/16307</w:t>
        <w:br/>
        <w:t>f 16313/19372/16307 16289/19348/16287 16314/19371/16307</w:t>
        <w:br/>
        <w:t>f 16292/19351/16290 16316/19373/16308 16315/19374/16309</w:t>
        <w:br/>
        <w:t>f 16291/19352/16290 16292/19351/16290 16315/19374/16309</w:t>
        <w:br/>
        <w:t>f 16318/19375/16310 16313/19372/16307 16314/19371/16307</w:t>
        <w:br/>
        <w:t>f 16317/19376/16311 16318/19375/16310 16314/19371/16307</w:t>
        <w:br/>
        <w:t>f 16322/19377/16312 16321/19378/16313 16320/19379/16313</w:t>
        <w:br/>
        <w:t>f 16319/19380/16312 16322/19377/16312 16320/19379/16313</w:t>
        <w:br/>
        <w:t>f 16323/19381/16314 16322/19377/16312 16319/19380/16312</w:t>
        <w:br/>
        <w:t>f 16324/19382/16314 16323/19381/16314 16319/19380/16312</w:t>
        <w:br/>
        <w:t>f 16327/19383/16315 16326/19384/16315 16325/19385/16316</w:t>
        <w:br/>
        <w:t>f 16328/19386/16317 16327/19383/16315 16325/19385/16316</w:t>
        <w:br/>
        <w:t>f 16318/19375/16310 16265/19324/16266 16329/19387/16265</w:t>
        <w:br/>
        <w:t>f 16317/19376/16311 16330/19388/16267 16265/19324/16266</w:t>
        <w:br/>
        <w:t>f 16316/19373/16308 16318/19375/16318 16325/19385/16319</w:t>
        <w:br/>
        <w:t>f 16315/19374/16309 16316/19373/16308 16325/19385/16319</w:t>
        <w:br/>
        <w:t>f 16265/19324/16266 16318/19375/16310 16317/19376/16311</w:t>
        <w:br/>
        <w:t>f 16475/19389/16320 16474/19390/16321 16473/19391/16322</w:t>
        <w:br/>
        <w:t>f 16476/19392/16322 16475/19389/16320 16473/19391/16322</w:t>
        <w:br/>
        <w:t>f 16479/19393/16323 16478/19394/16323 16477/19395/16324</w:t>
        <w:br/>
        <w:t>f 16480/19396/16324 16479/19393/16323 16477/19395/16324</w:t>
        <w:br/>
        <w:t>f 16484/19397/16325 16483/19398/16326 16482/19399/16326</w:t>
        <w:br/>
        <w:t>f 16481/19400/16325 16484/19397/16325 16482/19399/16326</w:t>
        <w:br/>
        <w:t>f 16488/19401/16327 16487/19402/16328 16486/19403/16328</w:t>
        <w:br/>
        <w:t>f 16485/19404/16327 16488/19401/16327 16486/19403/16328</w:t>
        <w:br/>
        <w:t>f 16476/19392/16322 16473/19391/16322 16489/19405/16329</w:t>
        <w:br/>
        <w:t>f 16490/19406/16330 16476/19392/16322 16489/19405/16329</w:t>
        <w:br/>
        <w:t>f 16480/19396/16324 16477/19395/16324 16491/19407/16331</w:t>
        <w:br/>
        <w:t>f 16492/19408/16331 16480/19396/16324 16491/19407/16331</w:t>
        <w:br/>
        <w:t>f 16494/19409/16332 16484/19397/16325 16481/19400/16325</w:t>
        <w:br/>
        <w:t>f 16493/19410/16332 16494/19409/16332 16481/19400/16325</w:t>
        <w:br/>
        <w:t>f 16488/19401/16327 16485/19404/16327 16495/19411/16333</w:t>
        <w:br/>
        <w:t>f 16496/19412/16334 16488/19401/16327 16495/19411/16333</w:t>
        <w:br/>
        <w:t>f 16475/19389/16320 16497/19413/16335 16474/19390/16321</w:t>
        <w:br/>
        <w:t>f 16479/19393/16323 16498/19414/16336 16478/19394/16323</w:t>
        <w:br/>
        <w:t>f 16483/19398/16326 16499/19415/16337 16482/19399/16326</w:t>
        <w:br/>
        <w:t>f 16487/19402/16328 16500/19416/16338 16486/19403/16328</w:t>
        <w:br/>
        <w:t>f 16501/19417/16339 16490/19406/16330 16489/19405/16329</w:t>
        <w:br/>
        <w:t>f 16502/19418/16340 16492/19408/16331 16491/19407/16331</w:t>
        <w:br/>
        <w:t>f 16503/19419/16341 16494/19409/16332 16493/19410/16332</w:t>
        <w:br/>
        <w:t>f 16504/19420/16342 16496/19412/16334 16495/19411/16333</w:t>
        <w:br/>
        <w:t>f 17650/19421/16343 17649/19422/16344 17648/19423/16345</w:t>
        <w:br/>
        <w:t>f 17651/19424/16346 17650/19421/16343 17648/19423/16345</w:t>
        <w:br/>
        <w:t>f 17652/19425/16347 17651/19424/16346 17648/19423/16345</w:t>
        <w:br/>
        <w:t>f 17649/19422/16344 17654/19426/16348 17653/19427/16349</w:t>
        <w:br/>
        <w:t>f 17648/19423/16345 17649/19422/16344 17653/19427/16349</w:t>
        <w:br/>
        <w:t>f 17652/19425/16347 17648/19423/16345 17653/19427/16349</w:t>
        <w:br/>
        <w:t>f 17655/19428/16350 17652/19425/16347 17653/19427/16349</w:t>
        <w:br/>
        <w:t>f 17654/19426/16348 17657/19429/16351 17656/19430/16352</w:t>
        <w:br/>
        <w:t>f 17653/19427/16349 17654/19426/16348 17656/19430/16352</w:t>
        <w:br/>
        <w:t>f 17655/19428/16350 17653/19427/16349 17656/19430/16352</w:t>
        <w:br/>
        <w:t>f 17657/19429/16351 17659/19431/16353 17658/19432/16354</w:t>
        <w:br/>
        <w:t>f 17656/19430/16352 17657/19429/16351 17658/19432/16354</w:t>
        <w:br/>
        <w:t>f 17655/19428/16350 17656/19430/16352 17658/19432/16354</w:t>
        <w:br/>
        <w:t>f 17660/19433/16355 17655/19428/16350 17658/19432/16354</w:t>
        <w:br/>
        <w:t>f 17659/19431/16353 17662/19434/16356 17661/19435/16357</w:t>
        <w:br/>
        <w:t>f 17658/19432/16354 17659/19431/16353 17661/19435/16357</w:t>
        <w:br/>
        <w:t>f 17660/19433/16355 17658/19432/16354 17661/19435/16357</w:t>
        <w:br/>
        <w:t>f 17662/19434/16356 17664/19436/16358 17663/19437/16359</w:t>
        <w:br/>
        <w:t>f 17661/19435/16357 17662/19434/16356 17663/19437/16359</w:t>
        <w:br/>
        <w:t>f 17661/19435/16357 17663/19437/16359 17665/19438/16360</w:t>
        <w:br/>
        <w:t>f 17660/19433/16355 17661/19435/16357 17665/19438/16360</w:t>
        <w:br/>
        <w:t>f 17664/19436/16358 17667/19439/16361 17666/19440/16362</w:t>
        <w:br/>
        <w:t>f 17663/19437/16359 17664/19436/16358 17666/19440/16362</w:t>
        <w:br/>
        <w:t>f 17665/19438/16360 17663/19437/16359 17666/19440/16362</w:t>
        <w:br/>
        <w:t>f 17667/19439/16361 17669/19441/16363 17668/19442/16364</w:t>
        <w:br/>
        <w:t>f 17666/19440/16362 17667/19439/16361 17668/19442/16364</w:t>
        <w:br/>
        <w:t>f 17666/19440/16362 17668/19442/16364 17670/19443/16365</w:t>
        <w:br/>
        <w:t>f 17665/19438/16360 17666/19440/16362 17670/19443/16365</w:t>
        <w:br/>
        <w:t>f 17669/19441/16363 17672/19444/16366 17671/19445/16367</w:t>
        <w:br/>
        <w:t>f 17668/19442/16364 17669/19441/16363 17671/19445/16367</w:t>
        <w:br/>
        <w:t>f 17670/19443/16365 17668/19442/16364 17671/19445/16367</w:t>
        <w:br/>
        <w:t>f 17672/19444/16366 17674/19446/16368 17673/19447/16369</w:t>
        <w:br/>
        <w:t>f 17671/19445/16367 17672/19444/16366 17673/19447/16369</w:t>
        <w:br/>
        <w:t>f 17671/19445/16367 17673/19447/16369 17675/19448/16370</w:t>
        <w:br/>
        <w:t>f 17670/19443/16365 17671/19445/16367 17675/19448/16370</w:t>
        <w:br/>
        <w:t>f 17678/19449/16371 17677/19450/16372 17676/19451/16373</w:t>
        <w:br/>
        <w:t>f 17679/19452/16374 17678/19449/16371 17676/19451/16373</w:t>
        <w:br/>
        <w:t>f 17680/19453/16375 17679/19452/16374 17676/19451/16373</w:t>
        <w:br/>
        <w:t>f 17677/19450/16372 17650/19421/16343 17651/19424/16346</w:t>
        <w:br/>
        <w:t>f 17676/19451/16373 17677/19450/16372 17651/19424/16346</w:t>
        <w:br/>
        <w:t>f 17651/19424/16346 17652/19425/16347 17680/19453/16375</w:t>
        <w:br/>
        <w:t>f 17676/19451/16373 17651/19424/16346 17680/19453/16375</w:t>
        <w:br/>
        <w:t>f 17649/19422/16344 17650/19421/16343 17681/19454/16376</w:t>
        <w:br/>
        <w:t>f 17682/19455/16377 17649/19422/16344 17681/19454/16376</w:t>
        <w:br/>
        <w:t>f 17654/19426/16348 17649/19422/16344 17682/19455/16377</w:t>
        <w:br/>
        <w:t>f 17683/19456/16378 17654/19426/16348 17682/19455/16377</w:t>
        <w:br/>
        <w:t>f 17684/19457/16379 17657/19429/16351 17654/19426/16348</w:t>
        <w:br/>
        <w:t>f 17683/19456/16378 17684/19457/16379 17654/19426/16348</w:t>
        <w:br/>
        <w:t>f 17685/19458/16380 17659/19431/16353 17657/19429/16351</w:t>
        <w:br/>
        <w:t>f 17684/19457/16379 17685/19458/16380 17657/19429/16351</w:t>
        <w:br/>
        <w:t>f 17686/19459/16381 17662/19434/16356 17659/19431/16353</w:t>
        <w:br/>
        <w:t>f 17685/19458/16380 17686/19459/16381 17659/19431/16353</w:t>
        <w:br/>
        <w:t>f 17687/19460/16382 17664/19436/16358 17662/19434/16356</w:t>
        <w:br/>
        <w:t>f 17686/19459/16381 17687/19460/16382 17662/19434/16356</w:t>
        <w:br/>
        <w:t>f 17688/19461/16383 17667/19439/16361 17664/19436/16358</w:t>
        <w:br/>
        <w:t>f 17687/19460/16382 17688/19461/16383 17664/19436/16358</w:t>
        <w:br/>
        <w:t>f 17689/19462/16384 17669/19441/16363 17667/19439/16361</w:t>
        <w:br/>
        <w:t>f 17688/19461/16383 17689/19462/16384 17667/19439/16361</w:t>
        <w:br/>
        <w:t>f 17690/19463/16385 17672/19444/16366 17669/19441/16363</w:t>
        <w:br/>
        <w:t>f 17689/19462/16384 17690/19463/16385 17669/19441/16363</w:t>
        <w:br/>
        <w:t>f 17691/19464/16386 17674/19446/16368 17672/19444/16366</w:t>
        <w:br/>
        <w:t>f 17690/19463/16385 17691/19464/16386 17672/19444/16366</w:t>
        <w:br/>
        <w:t>f 17677/19450/16372 17678/19449/16371 17692/19465/16387</w:t>
        <w:br/>
        <w:t>f 17693/19466/16388 17677/19450/16372 17692/19465/16387</w:t>
        <w:br/>
        <w:t>f 17650/19421/16343 17677/19450/16372 17693/19466/16388</w:t>
        <w:br/>
        <w:t>f 17681/19454/16376 17650/19421/16343 17693/19466/16388</w:t>
        <w:br/>
        <w:t>f 17670/19443/16365 17675/19448/16370 17660/19433/16355</w:t>
        <w:br/>
        <w:t>f 17665/19438/16360 17670/19443/16365 17660/19433/16355</w:t>
        <w:br/>
        <w:t>f 17680/19453/16375 17652/19425/16347 17655/19428/16350</w:t>
        <w:br/>
        <w:t>f 17660/19433/16355 17680/19453/16375 17655/19428/16350</w:t>
        <w:br/>
        <w:t>f 17695/19467/16389 17694/19468/16390 17682/19455/16377</w:t>
        <w:br/>
        <w:t>f 17681/19454/16376 17695/19467/16389 17682/19455/16377</w:t>
        <w:br/>
        <w:t>f 17694/19468/16390 17696/19469/16391 17683/19456/16378</w:t>
        <w:br/>
        <w:t>f 17682/19455/16377 17694/19468/16390 17683/19456/16378</w:t>
        <w:br/>
        <w:t>f 17696/19469/16391 17697/19470/16392 17684/19457/16379</w:t>
        <w:br/>
        <w:t>f 17683/19456/16378 17696/19469/16391 17684/19457/16379</w:t>
        <w:br/>
        <w:t>f 17697/19470/16392 17698/19471/16393 17685/19458/16380</w:t>
        <w:br/>
        <w:t>f 17684/19457/16379 17697/19470/16392 17685/19458/16380</w:t>
        <w:br/>
        <w:t>f 17698/19471/16393 17699/19472/16394 17686/19459/16381</w:t>
        <w:br/>
        <w:t>f 17685/19458/16380 17698/19471/16393 17686/19459/16381</w:t>
        <w:br/>
        <w:t>f 17686/19459/16381 17699/19472/16394 17700/19473/16395</w:t>
        <w:br/>
        <w:t>f 17687/19460/16382 17686/19459/16381 17700/19473/16395</w:t>
        <w:br/>
        <w:t>f 17687/19460/16382 17700/19473/16395 17701/19474/16396</w:t>
        <w:br/>
        <w:t>f 17688/19461/16383 17687/19460/16382 17701/19474/16396</w:t>
        <w:br/>
        <w:t>f 17688/19461/16383 17701/19474/16396 17702/19475/16397</w:t>
        <w:br/>
        <w:t>f 17689/19462/16384 17688/19461/16383 17702/19475/16397</w:t>
        <w:br/>
        <w:t>f 17689/19462/16384 17702/19475/16397 17703/19476/16398</w:t>
        <w:br/>
        <w:t>f 17690/19463/16385 17689/19462/16384 17703/19476/16398</w:t>
        <w:br/>
        <w:t>f 17690/19463/16385 17703/19476/16398 17704/19477/16399</w:t>
        <w:br/>
        <w:t>f 17691/19464/16386 17690/19463/16385 17704/19477/16399</w:t>
        <w:br/>
        <w:t>f 17692/19465/16387 17706/19478/16400 17705/19479/16401</w:t>
        <w:br/>
        <w:t>f 17693/19466/16388 17692/19465/16387 17705/19479/16401</w:t>
        <w:br/>
        <w:t>f 17705/19479/16401 17695/19467/16389 17681/19454/16376</w:t>
        <w:br/>
        <w:t>f 17693/19466/16388 17705/19479/16401 17681/19454/16376</w:t>
        <w:br/>
        <w:t>f 17708/19480/16402 17707/19481/16403 17694/19468/16390</w:t>
        <w:br/>
        <w:t>f 17695/19467/16389 17708/19480/16402 17694/19468/16390</w:t>
        <w:br/>
        <w:t>f 17707/19481/16403 17709/19482/16404 17696/19469/16391</w:t>
        <w:br/>
        <w:t>f 17694/19468/16390 17707/19481/16403 17696/19469/16391</w:t>
        <w:br/>
        <w:t>f 17696/19469/16391 17709/19482/16404 17710/19483/16405</w:t>
        <w:br/>
        <w:t>f 17697/19470/16392 17696/19469/16391 17710/19483/16405</w:t>
        <w:br/>
        <w:t>f 17697/19470/16392 17710/19483/16405 17711/19484/16406</w:t>
        <w:br/>
        <w:t>f 17698/19471/16393 17697/19470/16392 17711/19484/16406</w:t>
        <w:br/>
        <w:t>f 17698/19471/16393 17711/19484/16406 17712/19485/16407</w:t>
        <w:br/>
        <w:t>f 17699/19472/16394 17698/19471/16393 17712/19485/16407</w:t>
        <w:br/>
        <w:t>f 17699/19472/16394 17712/19485/16407 17713/19486/16408</w:t>
        <w:br/>
        <w:t>f 17700/19473/16395 17699/19472/16394 17713/19486/16408</w:t>
        <w:br/>
        <w:t>f 17700/19473/16395 17713/19486/16408 17714/19487/16409</w:t>
        <w:br/>
        <w:t>f 17701/19474/16396 17700/19473/16395 17714/19487/16409</w:t>
        <w:br/>
        <w:t>f 17701/19474/16396 17714/19487/16409 17715/19488/16410</w:t>
        <w:br/>
        <w:t>f 17702/19475/16397 17701/19474/16396 17715/19488/16410</w:t>
        <w:br/>
        <w:t>f 17715/19488/16410 17716/19489/16411 17703/19476/16398</w:t>
        <w:br/>
        <w:t>f 17702/19475/16397 17715/19488/16410 17703/19476/16398</w:t>
        <w:br/>
        <w:t>f 17716/19489/16411 17717/19490/16412 17704/19477/16399</w:t>
        <w:br/>
        <w:t>f 17703/19476/16398 17716/19489/16411 17704/19477/16399</w:t>
        <w:br/>
        <w:t>f 17705/19479/16401 17706/19478/16400 17719/19491/16412</w:t>
        <w:br/>
        <w:t>f 17718/19492/16413 17705/19479/16401 17719/19491/16412</w:t>
        <w:br/>
        <w:t>f 17695/19467/16389 17705/19479/16401 17718/19492/16413</w:t>
        <w:br/>
        <w:t>f 17708/19480/16402 17695/19467/16389 17718/19492/16413</w:t>
        <w:br/>
        <w:t>f 17721/19493/16414 17720/19494/16415 17707/19481/16403</w:t>
        <w:br/>
        <w:t>f 17708/19480/16402 17721/19493/16414 17707/19481/16403</w:t>
        <w:br/>
        <w:t>f 17720/19494/16415 17722/19495/16416 17709/19482/16404</w:t>
        <w:br/>
        <w:t>f 17707/19481/16403 17720/19494/16415 17709/19482/16404</w:t>
        <w:br/>
        <w:t>f 17722/19495/16416 17723/19496/16417 17710/19483/16405</w:t>
        <w:br/>
        <w:t>f 17709/19482/16404 17722/19495/16416 17710/19483/16405</w:t>
        <w:br/>
        <w:t>f 17710/19483/16405 17723/19496/16417 17724/19497/16418</w:t>
        <w:br/>
        <w:t>f 17711/19484/16406 17710/19483/16405 17724/19497/16418</w:t>
        <w:br/>
        <w:t>f 17711/19484/16406 17724/19497/16418 17725/19498/16419</w:t>
        <w:br/>
        <w:t>f 17712/19485/16407 17711/19484/16406 17725/19498/16419</w:t>
        <w:br/>
        <w:t>f 17712/19485/16407 17725/19498/16419 17726/19499/16420</w:t>
        <w:br/>
        <w:t>f 17713/19486/16408 17712/19485/16407 17726/19499/16420</w:t>
        <w:br/>
        <w:t>f 17713/19486/16408 17726/19499/16420 17727/19500/16421</w:t>
        <w:br/>
        <w:t>f 17714/19487/16409 17713/19486/16408 17727/19500/16421</w:t>
        <w:br/>
        <w:t>f 17714/19487/16409 17727/19500/16421 17728/19501/16422</w:t>
        <w:br/>
        <w:t>f 17715/19488/16410 17714/19487/16409 17728/19501/16422</w:t>
        <w:br/>
        <w:t>f 17715/19488/16410 17728/19501/16422 17729/19502/16423</w:t>
        <w:br/>
        <w:t>f 17716/19489/16411 17715/19488/16410 17729/19502/16423</w:t>
        <w:br/>
        <w:t>f 17729/19502/16423 17730/19503/16424 17717/19490/16412</w:t>
        <w:br/>
        <w:t>f 17716/19489/16411 17729/19502/16423 17717/19490/16412</w:t>
        <w:br/>
        <w:t>f 17732/19504/16424 17731/19505/16425 17718/19492/16413</w:t>
        <w:br/>
        <w:t>f 17719/19491/16412 17732/19504/16424 17718/19492/16413</w:t>
        <w:br/>
        <w:t>f 17731/19505/16425 17721/19493/16414 17708/19480/16402</w:t>
        <w:br/>
        <w:t>f 17718/19492/16413 17731/19505/16425 17708/19480/16402</w:t>
        <w:br/>
        <w:t>f 17720/19494/16415 17721/19493/16414 17733/19506/16426</w:t>
        <w:br/>
        <w:t>f 17733/19506/16426 17734/19507/16427 17722/19495/16416</w:t>
        <w:br/>
        <w:t>f 17720/19494/16415 17733/19506/16426 17722/19495/16416</w:t>
        <w:br/>
        <w:t>f 17723/19496/16417 17722/19495/16416 17734/19507/16427</w:t>
        <w:br/>
        <w:t>f 17723/19496/16417 17734/19507/16427 17735/19508/16428</w:t>
        <w:br/>
        <w:t>f 17724/19497/16418 17723/19496/16417 17735/19508/16428</w:t>
        <w:br/>
        <w:t>f 17725/19498/16419 17724/19497/16418 17735/19508/16428</w:t>
        <w:br/>
        <w:t>f 17725/19498/16419 17735/19508/16428 17736/19509/16429</w:t>
        <w:br/>
        <w:t>f 17726/19499/16420 17725/19498/16419 17736/19509/16429</w:t>
        <w:br/>
        <w:t>f 17727/19500/16421 17726/19499/16420 17736/19509/16429</w:t>
        <w:br/>
        <w:t>f 17727/19500/16421 17736/19509/16429 17737/19510/16430</w:t>
        <w:br/>
        <w:t>f 17728/19501/16422 17727/19500/16421 17737/19510/16430</w:t>
        <w:br/>
        <w:t>f 17729/19502/16423 17728/19501/16422 17737/19510/16430</w:t>
        <w:br/>
        <w:t>f 17737/19510/16430 17738/19511/16431 17730/19503/16424</w:t>
        <w:br/>
        <w:t>f 17729/19502/16423 17737/19510/16430 17730/19503/16424</w:t>
        <w:br/>
        <w:t>f 17731/19505/16425 17732/19504/16424 17739/19512/16432</w:t>
        <w:br/>
        <w:t>f 17739/19512/16432 17733/19506/16426 17721/19493/16414</w:t>
        <w:br/>
        <w:t>f 17731/19505/16425 17739/19512/16432 17721/19493/16414</w:t>
        <w:br/>
        <w:t>f 17742/19513/16433 17741/19514/16434 17740/19515/16433</w:t>
        <w:br/>
        <w:t>f 17743/19516/16433 17742/19513/16433 17740/19515/16433</w:t>
        <w:br/>
        <w:t>f 17741/19514/16434 17745/19517/16434 17744/19518/16434</w:t>
        <w:br/>
        <w:t>f 17740/19515/16433 17741/19514/16434 17744/19518/16434</w:t>
        <w:br/>
        <w:t>f 2096/19519/16435 2095/19520/16436 2094/19521/16437</w:t>
        <w:br/>
        <w:t>f 2097/19522/16438 2096/19519/16435 2094/19521/16437</w:t>
        <w:br/>
        <w:t>f 2101/19523/16439 2100/19524/16440 2099/19525/16441</w:t>
        <w:br/>
        <w:t>f 2098/19526/16442 2101/19523/16439 2099/19525/16441</w:t>
        <w:br/>
        <w:t>f 2103/19527/16443 2102/19528/16444 2100/19524/16440</w:t>
        <w:br/>
        <w:t>f 2101/19523/16439 2103/19527/16443 2100/19524/16440</w:t>
        <w:br/>
        <w:t>f 2104/19529/16445 2102/19528/16444 2103/19527/16443</w:t>
        <w:br/>
        <w:t>f 2105/19530/16446 2104/19529/16445 2103/19527/16443</w:t>
        <w:br/>
        <w:t>f 2107/19531/16447 2106/19532/16448 2104/19529/16445</w:t>
        <w:br/>
        <w:t>f 2105/19530/16446 2107/19531/16447 2104/19529/16445</w:t>
        <w:br/>
        <w:t>f 2109/19533/16449 2108/19534/16450 2106/19532/16448</w:t>
        <w:br/>
        <w:t>f 2107/19531/16447 2109/19533/16449 2106/19532/16448</w:t>
        <w:br/>
        <w:t>f 2111/19535/16451 2110/19536/16452 2108/19534/16450</w:t>
        <w:br/>
        <w:t>f 2109/19533/16449 2111/19535/16451 2108/19534/16450</w:t>
        <w:br/>
        <w:t>f 2095/19520/16436 2110/19536/16452 2111/19535/16451</w:t>
        <w:br/>
        <w:t>f 2094/19521/16437 2095/19520/16436 2111/19535/16451</w:t>
        <w:br/>
        <w:t>f 2113/19537/16453 2112/19538/16454 2095/19520/16436</w:t>
        <w:br/>
        <w:t>f 2096/19519/16435 2113/19537/16453 2095/19520/16436</w:t>
        <w:br/>
        <w:t>f 2100/19524/16440 2115/19539/16455 2114/19540/16456</w:t>
        <w:br/>
        <w:t>f 2099/19525/16441 2100/19524/16440 2114/19540/16456</w:t>
        <w:br/>
        <w:t>f 2102/19528/16444 2116/19541/16457 2115/19539/16455</w:t>
        <w:br/>
        <w:t>f 2100/19524/16440 2102/19528/16444 2115/19539/16455</w:t>
        <w:br/>
        <w:t>f 2104/19529/16445 2117/19542/16458 2116/19541/16457</w:t>
        <w:br/>
        <w:t>f 2102/19528/16444 2104/19529/16445 2116/19541/16457</w:t>
        <w:br/>
        <w:t>f 2106/19532/16448 2118/19543/16459 2117/19542/16458</w:t>
        <w:br/>
        <w:t>f 2104/19529/16445 2106/19532/16448 2117/19542/16458</w:t>
        <w:br/>
        <w:t>f 2108/19534/16450 2119/19544/16460 2118/19543/16459</w:t>
        <w:br/>
        <w:t>f 2106/19532/16448 2108/19534/16450 2118/19543/16459</w:t>
        <w:br/>
        <w:t>f 2110/19536/16452 2120/19545/16461 2119/19544/16460</w:t>
        <w:br/>
        <w:t>f 2108/19534/16450 2110/19536/16452 2119/19544/16460</w:t>
        <w:br/>
        <w:t>f 2112/19538/16454 2120/19545/16461 2110/19536/16452</w:t>
        <w:br/>
        <w:t>f 2095/19520/16436 2112/19538/16454 2110/19536/16452</w:t>
        <w:br/>
        <w:t>f 2113/19537/16453 2122/19546/16462 2121/19547/16463</w:t>
        <w:br/>
        <w:t>f 2112/19538/16454 2113/19537/16453 2121/19547/16463</w:t>
        <w:br/>
        <w:t>f 2115/19539/16455 2124/19548/16464 2123/19549/16465</w:t>
        <w:br/>
        <w:t>f 2114/19540/16456 2115/19539/16455 2123/19549/16465</w:t>
        <w:br/>
        <w:t>f 2116/19541/16457 2125/19550/16466 2124/19548/16464</w:t>
        <w:br/>
        <w:t>f 2115/19539/16455 2116/19541/16457 2124/19548/16464</w:t>
        <w:br/>
        <w:t>f 2117/19542/16458 2126/19551/16467 2125/19550/16466</w:t>
        <w:br/>
        <w:t>f 2116/19541/16457 2117/19542/16458 2125/19550/16466</w:t>
        <w:br/>
        <w:t>f 2118/19543/16459 2127/19552/16468 2126/19551/16467</w:t>
        <w:br/>
        <w:t>f 2117/19542/16458 2118/19543/16459 2126/19551/16467</w:t>
        <w:br/>
        <w:t>f 2128/19553/16469 2127/19552/16468 2118/19543/16459</w:t>
        <w:br/>
        <w:t>f 2119/19544/16460 2128/19553/16469 2118/19543/16459</w:t>
        <w:br/>
        <w:t>f 2129/19554/16470 2128/19553/16469 2119/19544/16460</w:t>
        <w:br/>
        <w:t>f 2120/19545/16461 2129/19554/16470 2119/19544/16460</w:t>
        <w:br/>
        <w:t>f 2112/19538/16454 2121/19547/16463 2129/19554/16470</w:t>
        <w:br/>
        <w:t>f 2120/19545/16461 2112/19538/16454 2129/19554/16470</w:t>
        <w:br/>
        <w:t>f 2097/19522/16438 2094/19521/16437 2130/19555/1246</w:t>
        <w:br/>
        <w:t>f 2101/19523/16439 2098/19526/16442 2130/19555/1246</w:t>
        <w:br/>
        <w:t>f 2103/19527/16443 2101/19523/16439 2130/19555/1246</w:t>
        <w:br/>
        <w:t>f 2105/19530/16446 2103/19527/16443 2130/19555/1246</w:t>
        <w:br/>
        <w:t>f 2107/19531/16447 2105/19530/16446 2130/19555/1246</w:t>
        <w:br/>
        <w:t>f 2109/19533/16449 2107/19531/16447 2130/19555/1246</w:t>
        <w:br/>
        <w:t>f 2111/19535/16451 2109/19533/16449 2130/19555/1246</w:t>
        <w:br/>
        <w:t>f 2094/19521/16437 2111/19535/16451 2130/19555/1246</w:t>
        <w:br/>
        <w:t>f 2121/19547/16463 2122/19546/16462 2131/19556/1247</w:t>
        <w:br/>
        <w:t>f 2123/19549/16465 2124/19548/16464 2131/19556/1247</w:t>
        <w:br/>
        <w:t>f 2124/19548/16464 2125/19550/16466 2131/19556/1247</w:t>
        <w:br/>
        <w:t>f 2125/19550/16466 2126/19551/16467 2131/19556/1247</w:t>
        <w:br/>
        <w:t>f 2126/19551/16467 2127/19552/16468 2131/19556/1247</w:t>
        <w:br/>
        <w:t>f 2127/19552/16468 2128/19553/16469 2131/19556/1247</w:t>
        <w:br/>
        <w:t>f 2128/19553/16469 2129/19554/16470 2131/19556/1247</w:t>
        <w:br/>
        <w:t>f 2129/19554/16470 2121/19547/16463 2131/19556/1247</w:t>
        <w:br/>
        <w:t>f 16432/19557/16471 16431/19558/16472 16430/19559/16473</w:t>
        <w:br/>
        <w:t>f 16429/19560/16474 16432/19557/16471 16430/19559/16473</w:t>
        <w:br/>
        <w:t>f 16434/19561/16475 16431/19558/16472 16433/19562/16476</w:t>
        <w:br/>
        <w:t>f 16438/19563/16477 16437/19564/16477 16436/19565/16478</w:t>
        <w:br/>
        <w:t>f 16435/19566/16478 16438/19563/16477 16436/19565/16478</w:t>
        <w:br/>
        <w:t>f 16441/19567/16479 16440/19568/16480 16439/19569/16481</w:t>
        <w:br/>
        <w:t>f 16442/19570/16481 16441/19567/16479 16439/19569/16481</w:t>
        <w:br/>
        <w:t>f 16429/19560/16474 16430/19559/16473 16443/19571/16482</w:t>
        <w:br/>
        <w:t>f 16444/19572/16483 16429/19560/16474 16443/19571/16482</w:t>
        <w:br/>
        <w:t>f 16435/19566/16478 16436/19565/16478 16442/19570/16481</w:t>
        <w:br/>
        <w:t>f 16439/19569/16481 16435/19566/16478 16442/19570/16481</w:t>
        <w:br/>
        <w:t>f 16434/19561/16475 16445/19573/16484 16443/19571/16482</w:t>
        <w:br/>
        <w:t>f 16430/19559/16473 16434/19561/16475 16443/19571/16482</w:t>
        <w:br/>
        <w:t>f 16441/19567/16479 16447/19574/16485 16446/19575/16486</w:t>
        <w:br/>
        <w:t>f 16440/19568/16480 16441/19567/16479 16446/19575/16486</w:t>
        <w:br/>
        <w:t>f 16445/19573/16484 16434/19561/16475 16433/19562/16476</w:t>
        <w:br/>
        <w:t>f 16448/19576/16487 16445/19573/16484 16433/19562/16476</w:t>
        <w:br/>
        <w:t>f 16450/19577/16488 16429/19560/16474 16444/19572/16483</w:t>
        <w:br/>
        <w:t>f 16449/19578/16489 16450/19577/16488 16444/19572/16483</w:t>
        <w:br/>
        <w:t>f 16432/19557/16471 16429/19560/16474 16450/19577/16488</w:t>
        <w:br/>
        <w:t>f 16434/19561/16475 16430/19559/16473 16431/19558/16472</w:t>
        <w:br/>
        <w:t>f 16454/19579/16490 16453/19580/16491 16452/19581/16492</w:t>
        <w:br/>
        <w:t>f 16451/19582/16493 16454/19579/16490 16452/19581/16492</w:t>
        <w:br/>
        <w:t>f 16456/19583/16494 16455/19584/16476 16451/19582/16493</w:t>
        <w:br/>
        <w:t>f 16460/19585/16495 16459/19586/16496 16458/19587/16496</w:t>
        <w:br/>
        <w:t>f 16457/19588/16497 16460/19585/16495 16458/19587/16496</w:t>
        <w:br/>
        <w:t>f 16463/19589/16498 16462/19590/16499 16461/19591/16499</w:t>
        <w:br/>
        <w:t>f 16464/19592/16498 16463/19589/16498 16461/19591/16499</w:t>
        <w:br/>
        <w:t>f 16453/19580/16491 16466/19593/16500 16465/19594/16501</w:t>
        <w:br/>
        <w:t>f 16452/19581/16492 16453/19580/16491 16465/19594/16501</w:t>
        <w:br/>
        <w:t>f 16459/19586/16496 16461/19591/16499 16462/19590/16499</w:t>
        <w:br/>
        <w:t>f 16458/19587/16496 16459/19586/16496 16462/19590/16499</w:t>
        <w:br/>
        <w:t>f 16456/19583/16494 16452/19581/16492 16465/19594/16501</w:t>
        <w:br/>
        <w:t>f 16467/19595/16502 16456/19583/16494 16465/19594/16501</w:t>
        <w:br/>
        <w:t>f 16469/19596/16503 16468/19597/16503 16463/19589/16498</w:t>
        <w:br/>
        <w:t>f 16464/19592/16498 16469/19596/16503 16463/19589/16498</w:t>
        <w:br/>
        <w:t>f 16467/19595/16502 16470/19598/16487 16455/19584/16476</w:t>
        <w:br/>
        <w:t>f 16456/19583/16494 16467/19595/16502 16455/19584/16476</w:t>
        <w:br/>
        <w:t>f 16466/19593/16500 16453/19580/16491 16472/19599/16488</w:t>
        <w:br/>
        <w:t>f 16471/19600/16489 16466/19593/16500 16472/19599/16488</w:t>
        <w:br/>
        <w:t>f 16454/19579/16490 16472/19599/16488 16453/19580/16491</w:t>
        <w:br/>
        <w:t>f 16456/19583/16494 16451/19582/16493 16452/19581/16492</w:t>
        <w:br/>
        <w:t>f 17438/19601/16504 17437/19602/16504 17436/19603/16505</w:t>
        <w:br/>
        <w:t>f 17435/19604/16506 17438/19601/16504 17436/19603/16505</w:t>
        <w:br/>
        <w:t>f 17441/19605/16507 17440/19606/16508 17439/19607/16509</w:t>
        <w:br/>
        <w:t>f 17444/19608/16510 17443/19609/16511 17442/19610/16512</w:t>
        <w:br/>
        <w:t>f 17445/19611/16513 17444/19608/16510 17442/19610/16512</w:t>
        <w:br/>
        <w:t>f 17449/19612/16514 17448/19613/16514 17447/19614/16515</w:t>
        <w:br/>
        <w:t>f 17446/19615/16516 17449/19612/16514 17447/19614/16515</w:t>
        <w:br/>
        <w:t>f 17448/19613/16514 17449/19612/16514 17451/19616/16517</w:t>
        <w:br/>
        <w:t>f 17450/19617/16518 17448/19613/16514 17451/19616/16517</w:t>
        <w:br/>
        <w:t>f 17450/19617/16518 17451/19616/16517 17452/19618/16519</w:t>
        <w:br/>
        <w:t>f 17453/19619/16520 17450/19617/16518 17452/19618/16519</w:t>
        <w:br/>
        <w:t>f 17442/19610/16512 17455/19620/16521 17454/19621/16522</w:t>
        <w:br/>
        <w:t>f 17452/19618/16519 17457/19622/16523 17456/19623/16523</w:t>
        <w:br/>
        <w:t>f 17453/19619/16520 17452/19618/16519 17456/19623/16523</w:t>
        <w:br/>
        <w:t>f 17459/19624/16524 17456/19623/16523 17457/19622/16523</w:t>
        <w:br/>
        <w:t>f 17458/19625/16524 17459/19624/16524 17457/19622/16523</w:t>
        <w:br/>
        <w:t>f 17454/19621/16522 17445/19611/16513 17442/19610/16512</w:t>
        <w:br/>
        <w:t>f 17460/19626/16525 17442/19610/16512 17443/19609/16511</w:t>
        <w:br/>
        <w:t>f 17464/19627/16526 17463/19628/16527 17462/19629/16527</w:t>
        <w:br/>
        <w:t>f 17461/19630/16528 17464/19627/16526 17462/19629/16527</w:t>
        <w:br/>
        <w:t>f 17466/19631/16529 17464/19627/16526 17461/19630/16528</w:t>
        <w:br/>
        <w:t>f 17465/19632/16529 17466/19631/16529 17461/19630/16528</w:t>
        <w:br/>
        <w:t>f 17468/19633/16530 17467/19634/16531 17460/19626/16525</w:t>
        <w:br/>
        <w:t>f 17469/19635/16530 17468/19633/16530 17460/19626/16525</w:t>
        <w:br/>
        <w:t>f 17473/19636/16532 17472/19637/16533 17471/19638/16533</w:t>
        <w:br/>
        <w:t>f 17470/19639/16534 17473/19636/16532 17471/19638/16533</w:t>
        <w:br/>
        <w:t>f 17442/19610/16512 17460/19626/16525 17467/19634/16531</w:t>
        <w:br/>
        <w:t>f 17466/19631/16529 17465/19632/16529 17435/19604/16506</w:t>
        <w:br/>
        <w:t>f 17436/19603/16505 17466/19631/16529 17435/19604/16506</w:t>
        <w:br/>
        <w:t>f 17477/19640/16535 17476/19641/16536 17475/19642/16536</w:t>
        <w:br/>
        <w:t>f 17474/19643/16535 17477/19640/16535 17475/19642/16536</w:t>
        <w:br/>
        <w:t>f 17474/19643/16535 17446/19615/16516 17447/19614/16515</w:t>
        <w:br/>
        <w:t>f 17477/19640/16535 17474/19643/16535 17447/19614/16515</w:t>
        <w:br/>
        <w:t>f 17481/19644/16537 17480/19645/16537 17479/19646/16538</w:t>
        <w:br/>
        <w:t>f 17478/19647/16538 17481/19644/16537 17479/19646/16538</w:t>
        <w:br/>
        <w:t>f 17483/19648/16539 17482/19649/16540 17442/19610/16512</w:t>
        <w:br/>
        <w:t>f 17484/19650/16541 17483/19648/16539 17442/19610/16512</w:t>
        <w:br/>
        <w:t>f 17486/19651/16542 17483/19648/16539 17484/19650/16541</w:t>
        <w:br/>
        <w:t>f 17485/19652/16542 17486/19651/16542 17484/19650/16541</w:t>
        <w:br/>
        <w:t>f 17490/19653/16543 17489/19654/16544 17488/19655/16545</w:t>
        <w:br/>
        <w:t>f 17487/19656/16543 17490/19653/16543 17488/19655/16545</w:t>
        <w:br/>
        <w:t>f 17492/19657/16546 17490/19653/16543 17487/19656/16543</w:t>
        <w:br/>
        <w:t>f 17491/19658/16546 17492/19657/16546 17487/19656/16543</w:t>
        <w:br/>
        <w:t>f 17492/19657/16546 17491/19658/16546 17480/19645/16537</w:t>
        <w:br/>
        <w:t>f 17481/19644/16537 17492/19657/16546 17480/19645/16537</w:t>
        <w:br/>
        <w:t>f 17496/19659/16547 17495/19660/16548 17494/19661/16549</w:t>
        <w:br/>
        <w:t>f 17493/19662/16550 17496/19659/16547 17494/19661/16549</w:t>
        <w:br/>
        <w:t>f 17459/19624/16524 17458/19625/16524 17495/19660/16548</w:t>
        <w:br/>
        <w:t>f 17496/19659/16547 17459/19624/16524 17495/19660/16548</w:t>
        <w:br/>
        <w:t>f 17467/19634/16531 17484/19650/16541 17442/19610/16512</w:t>
        <w:br/>
        <w:t>f 17455/19620/16521 17442/19610/16512 17482/19649/16540</w:t>
        <w:br/>
        <w:t>f 17497/19663/16551 17486/19651/16542 17485/19652/16542</w:t>
        <w:br/>
        <w:t>f 17439/19607/16509 17440/19606/16508 17443/19609/16511</w:t>
        <w:br/>
        <w:t>f 17444/19608/16510 17439/19607/16509 17443/19609/16511</w:t>
        <w:br/>
        <w:t>f 17500/19664/16552 17499/19665/16553 17498/19666/16554</w:t>
        <w:br/>
        <w:t>f 17503/19667/16555 17502/19668/16556 17501/19669/16557</w:t>
        <w:br/>
        <w:t>f 17504/19670/16557 17503/19667/16555 17501/19669/16557</w:t>
        <w:br/>
        <w:t>f 17506/19671/16558 17505/19672/16559 17502/19668/16556</w:t>
        <w:br/>
        <w:t>f 17503/19667/16555 17506/19671/16558 17502/19668/16556</w:t>
        <w:br/>
        <w:t>f 17508/19673/16560 17499/19665/16553 17507/19674/16561</w:t>
        <w:br/>
        <w:t>f 17505/19672/16559 17506/19671/16558 17509/19675/16562</w:t>
        <w:br/>
        <w:t>f 17510/19676/16563 17505/19672/16559 17509/19675/16562</w:t>
        <w:br/>
        <w:t>f 17513/19677/16564 17512/19678/16565 17511/19679/16566</w:t>
        <w:br/>
        <w:t>f 17514/19680/16567 17513/19677/16564 17511/19679/16566</w:t>
        <w:br/>
        <w:t>f 17499/19665/16553 17516/19681/16568 17515/19682/16569</w:t>
        <w:br/>
        <w:t>f 17510/19676/16563 17509/19675/16562 17514/19680/16567</w:t>
        <w:br/>
        <w:t>f 17511/19679/16566 17510/19676/16563 17514/19680/16567</w:t>
        <w:br/>
        <w:t>f 17512/19678/16565 17513/19677/16564 17517/19683/16570</w:t>
        <w:br/>
        <w:t>f 17518/19684/16571 17512/19678/16565 17517/19683/16570</w:t>
        <w:br/>
        <w:t>f 17519/19685/16572 17518/19684/16571 17517/19683/16570</w:t>
        <w:br/>
        <w:t>f 17520/19686/16572 17519/19685/16572 17517/19683/16570</w:t>
        <w:br/>
        <w:t>f 17521/19687/16573 17499/19665/16553 17515/19682/16569</w:t>
        <w:br/>
        <w:t>f 17522/19688/16574 17499/19665/16553 17521/19687/16573</w:t>
        <w:br/>
        <w:t>f 17523/19689/16575 17519/19685/16572 17520/19686/16572</w:t>
        <w:br/>
        <w:t>f 17524/19690/16576 17523/19689/16575 17520/19686/16572</w:t>
        <w:br/>
        <w:t>f 17525/19691/16577 17523/19689/16575 17524/19690/16576</w:t>
        <w:br/>
        <w:t>f 17526/19692/16578 17525/19691/16577 17524/19690/16576</w:t>
        <w:br/>
        <w:t>f 17499/19665/16553 17522/19688/16574 17527/19693/16579</w:t>
        <w:br/>
        <w:t>f 17531/19694/16580 17530/19695/16581 17529/19696/16582</w:t>
        <w:br/>
        <w:t>f 17528/19697/16583 17531/19694/16580 17529/19696/16582</w:t>
        <w:br/>
        <w:t>f 17528/19697/16583 17525/19691/16577 17526/19692/16578</w:t>
        <w:br/>
        <w:t>f 17531/19694/16580 17528/19697/16583 17526/19692/16578</w:t>
        <w:br/>
        <w:t>f 17516/19681/16568 17499/19665/16553 17508/19673/16560</w:t>
        <w:br/>
        <w:t>f 17532/19698/16584 17507/19674/16561 17499/19665/16553</w:t>
        <w:br/>
        <w:t>f 17499/19665/16553 17500/19664/16552 17532/19698/16584</w:t>
        <w:br/>
        <w:t>f 17530/19695/16581 17504/19670/16557 17501/19669/16557</w:t>
        <w:br/>
        <w:t>f 17529/19696/16582 17530/19695/16581 17501/19669/16557</w:t>
        <w:br/>
        <w:t>f 17533/19699/16585 17498/19666/16554 17499/19665/16553</w:t>
        <w:br/>
        <w:t>f 17534/19700/16586 17533/19699/16585 17499/19665/16553</w:t>
        <w:br/>
        <w:t>f 17499/19665/16553 17527/19693/16579 17534/19700/16586</w:t>
        <w:br/>
        <w:t>f 18694/19701/16587 18693/19702/16588 18692/19703/16589</w:t>
        <w:br/>
        <w:t>f 18695/19704/16590 18694/19701/16587 18692/19703/16589</w:t>
        <w:br/>
        <w:t>f 18698/19705/16591 18697/19706/16587 18696/19707/16590</w:t>
        <w:br/>
        <w:t>f 18699/19708/16592 18698/19705/16591 18696/19707/16590</w:t>
        <w:br/>
        <w:t>f 18701/19709/16593 18700/19710/16594 18698/19705/16591</w:t>
        <w:br/>
        <w:t>f 18699/19708/16592 18701/19709/16593 18698/19705/16591</w:t>
        <w:br/>
        <w:t>f 18702/19711/16595 18700/19710/16594 18701/19709/16593</w:t>
        <w:br/>
        <w:t>f 18703/19712/16596 18702/19711/16595 18701/19709/16593</w:t>
        <w:br/>
        <w:t>f 18704/19713/16597 18702/19711/16595 18703/19712/16596</w:t>
        <w:br/>
        <w:t>f 18705/19714/16598 18704/19713/16597 18703/19712/16596</w:t>
        <w:br/>
        <w:t>f 18707/19715/16599 18706/19716/16600 18704/19713/16597</w:t>
        <w:br/>
        <w:t>f 18705/19714/16598 18707/19715/16599 18704/19713/16597</w:t>
        <w:br/>
        <w:t>f 18708/19717/16601 18706/19716/16600 18707/19715/16599</w:t>
        <w:br/>
        <w:t>f 18709/19718/16602 18708/19717/16601 18707/19715/16599</w:t>
        <w:br/>
        <w:t>f 18693/19702/16588 18708/19717/16601 18709/19718/16602</w:t>
        <w:br/>
        <w:t>f 18692/19703/16589 18693/19702/16588 18709/19718/16602</w:t>
        <w:br/>
        <w:t>f 18711/19719/16603 18710/19720/16604 18693/19702/16588</w:t>
        <w:br/>
        <w:t>f 18694/19701/16587 18711/19719/16603 18693/19702/16588</w:t>
        <w:br/>
        <w:t>f 18698/19705/16591 18713/19721/16605 18712/19722/16603</w:t>
        <w:br/>
        <w:t>f 18697/19706/16587 18698/19705/16591 18712/19722/16603</w:t>
        <w:br/>
        <w:t>f 18714/19723/16606 18713/19721/16605 18698/19705/16591</w:t>
        <w:br/>
        <w:t>f 18700/19710/16594 18714/19723/16606 18698/19705/16591</w:t>
        <w:br/>
        <w:t>f 18702/19711/16595 18715/19724/16607 18714/19723/16606</w:t>
        <w:br/>
        <w:t>f 18700/19710/16594 18702/19711/16595 18714/19723/16606</w:t>
        <w:br/>
        <w:t>f 18704/19713/16597 18716/19725/16608 18715/19724/16607</w:t>
        <w:br/>
        <w:t>f 18702/19711/16595 18704/19713/16597 18715/19724/16607</w:t>
        <w:br/>
        <w:t>f 18717/19726/16609 18716/19725/16608 18704/19713/16597</w:t>
        <w:br/>
        <w:t>f 18706/19716/16600 18717/19726/16609 18704/19713/16597</w:t>
        <w:br/>
        <w:t>f 18718/19727/16610 18717/19726/16609 18706/19716/16600</w:t>
        <w:br/>
        <w:t>f 18708/19717/16601 18718/19727/16610 18706/19716/16600</w:t>
        <w:br/>
        <w:t>f 18710/19720/16604 18718/19727/16610 18708/19717/16601</w:t>
        <w:br/>
        <w:t>f 18693/19702/16588 18710/19720/16604 18708/19717/16601</w:t>
        <w:br/>
        <w:t>f 18711/19719/16603 18720/19728/16611 18719/19729/16612</w:t>
        <w:br/>
        <w:t>f 18710/19720/16604 18711/19719/16603 18719/19729/16612</w:t>
        <w:br/>
        <w:t>f 18713/19721/16605 18722/19730/16613 18721/19731/16614</w:t>
        <w:br/>
        <w:t>f 18712/19722/16603 18713/19721/16605 18721/19731/16614</w:t>
        <w:br/>
        <w:t>f 18714/19723/16606 18723/19732/16615 18722/19730/16613</w:t>
        <w:br/>
        <w:t>f 18713/19721/16605 18714/19723/16606 18722/19730/16613</w:t>
        <w:br/>
        <w:t>f 18715/19724/16607 18724/19733/16616 18723/19732/16615</w:t>
        <w:br/>
        <w:t>f 18714/19723/16606 18715/19724/16607 18723/19732/16615</w:t>
        <w:br/>
        <w:t>f 18716/19725/16608 18725/19734/16617 18724/19733/16616</w:t>
        <w:br/>
        <w:t>f 18715/19724/16607 18716/19725/16608 18724/19733/16616</w:t>
        <w:br/>
        <w:t>f 18726/19735/16618 18725/19734/16617 18716/19725/16608</w:t>
        <w:br/>
        <w:t>f 18717/19726/16609 18726/19735/16618 18716/19725/16608</w:t>
        <w:br/>
        <w:t>f 18727/19736/16619 18726/19735/16618 18717/19726/16609</w:t>
        <w:br/>
        <w:t>f 18718/19727/16610 18727/19736/16619 18717/19726/16609</w:t>
        <w:br/>
        <w:t>f 18710/19720/16604 18719/19729/16612 18727/19736/16619</w:t>
        <w:br/>
        <w:t>f 18718/19727/16610 18710/19720/16604 18727/19736/16619</w:t>
        <w:br/>
        <w:t>f 18695/19704/16590 18692/19703/16589 18728/19737/1246</w:t>
        <w:br/>
        <w:t>f 18699/19708/16592 18696/19707/16590 18728/19737/1246</w:t>
        <w:br/>
        <w:t>f 18701/19709/16593 18699/19708/16592 18728/19737/1246</w:t>
        <w:br/>
        <w:t>f 18703/19712/16596 18701/19709/16593 18728/19737/1246</w:t>
        <w:br/>
        <w:t>f 18705/19714/16598 18703/19712/16596 18728/19737/1246</w:t>
        <w:br/>
        <w:t>f 18707/19715/16599 18705/19714/16598 18728/19737/1246</w:t>
        <w:br/>
        <w:t>f 18709/19718/16602 18707/19715/16599 18728/19737/1246</w:t>
        <w:br/>
        <w:t>f 18692/19703/16589 18709/19718/16602 18728/19737/1246</w:t>
        <w:br/>
        <w:t>f 18719/19729/16612 18720/19728/16611 18729/19738/1247</w:t>
        <w:br/>
        <w:t>f 18721/19731/16614 18722/19730/16613 18729/19738/1247</w:t>
        <w:br/>
        <w:t>f 18722/19730/16613 18723/19732/16615 18729/19738/1247</w:t>
        <w:br/>
        <w:t>f 18723/19732/16615 18724/19733/16616 18729/19738/1247</w:t>
        <w:br/>
        <w:t>f 18724/19733/16616 18725/19734/16617 18729/19738/1247</w:t>
        <w:br/>
        <w:t>f 18725/19734/16617 18726/19735/16618 18729/19738/1247</w:t>
        <w:br/>
        <w:t>f 18726/19735/16618 18727/19736/16619 18729/19738/1247</w:t>
        <w:br/>
        <w:t>f 18727/19736/16619 18719/19729/16612 18729/19738/1247</w:t>
        <w:br/>
        <w:t>f 20615/19739/16587 20614/19740/16620 20613/19741/16589</w:t>
        <w:br/>
        <w:t>f 20616/19742/16621 20615/19739/16587 20613/19741/16589</w:t>
        <w:br/>
        <w:t>f 20619/19743/16591 20618/19744/16587 20617/19745/16622</w:t>
        <w:br/>
        <w:t>f 20620/19746/16592 20619/19743/16591 20617/19745/16622</w:t>
        <w:br/>
        <w:t>f 20622/19747/16593 20621/19748/16594 20619/19743/16591</w:t>
        <w:br/>
        <w:t>f 20620/19746/16592 20622/19747/16593 20619/19743/16591</w:t>
        <w:br/>
        <w:t>f 20623/19749/16623 20621/19748/16594 20622/19747/16593</w:t>
        <w:br/>
        <w:t>f 20624/19750/16596 20623/19749/16623 20622/19747/16593</w:t>
        <w:br/>
        <w:t>f 20626/19751/16598 20625/19752/16597 20623/19749/16623</w:t>
        <w:br/>
        <w:t>f 20624/19750/16596 20626/19751/16598 20623/19749/16623</w:t>
        <w:br/>
        <w:t>f 20628/19753/16599 20627/19754/16624 20625/19752/16597</w:t>
        <w:br/>
        <w:t>f 20626/19751/16598 20628/19753/16599 20625/19752/16597</w:t>
        <w:br/>
        <w:t>f 20630/19755/16625 20629/19756/16626 20627/19754/16624</w:t>
        <w:br/>
        <w:t>f 20628/19753/16599 20630/19755/16625 20627/19754/16624</w:t>
        <w:br/>
        <w:t>f 20614/19740/16620 20629/19756/16626 20630/19755/16625</w:t>
        <w:br/>
        <w:t>f 20613/19741/16589 20614/19740/16620 20630/19755/16625</w:t>
        <w:br/>
        <w:t>f 20632/19757/16603 20631/19758/16627 20614/19740/16620</w:t>
        <w:br/>
        <w:t>f 20615/19739/16587 20632/19757/16603 20614/19740/16620</w:t>
        <w:br/>
        <w:t>f 20634/19759/16628 20633/19760/16603 20618/19744/16587</w:t>
        <w:br/>
        <w:t>f 20619/19743/16591 20634/19759/16628 20618/19744/16587</w:t>
        <w:br/>
        <w:t>f 20621/19748/16594 20635/19761/16629 20634/19759/16628</w:t>
        <w:br/>
        <w:t>f 20619/19743/16591 20621/19748/16594 20634/19759/16628</w:t>
        <w:br/>
        <w:t>f 20623/19749/16623 20636/19762/16607 20635/19761/16629</w:t>
        <w:br/>
        <w:t>f 20621/19748/16594 20623/19749/16623 20635/19761/16629</w:t>
        <w:br/>
        <w:t>f 20625/19752/16597 20637/19763/16630 20636/19762/16607</w:t>
        <w:br/>
        <w:t>f 20623/19749/16623 20625/19752/16597 20636/19762/16607</w:t>
        <w:br/>
        <w:t>f 20638/19764/16631 20637/19763/16630 20625/19752/16597</w:t>
        <w:br/>
        <w:t>f 20627/19754/16624 20638/19764/16631 20625/19752/16597</w:t>
        <w:br/>
        <w:t>f 20639/19765/16632 20638/19764/16631 20627/19754/16624</w:t>
        <w:br/>
        <w:t>f 20629/19756/16626 20639/19765/16632 20627/19754/16624</w:t>
        <w:br/>
        <w:t>f 20631/19758/16627 20639/19765/16632 20629/19756/16626</w:t>
        <w:br/>
        <w:t>f 20614/19740/16620 20631/19758/16627 20629/19756/16626</w:t>
        <w:br/>
        <w:t>f 20641/19766/16614 20640/19767/16612 20631/19758/16627</w:t>
        <w:br/>
        <w:t>f 20632/19757/16603 20641/19766/16614 20631/19758/16627</w:t>
        <w:br/>
        <w:t>f 20634/19759/16628 20643/19768/16633 20642/19769/16634</w:t>
        <w:br/>
        <w:t>f 20633/19760/16603 20634/19759/16628 20642/19769/16634</w:t>
        <w:br/>
        <w:t>f 20644/19770/16615 20643/19768/16633 20634/19759/16628</w:t>
        <w:br/>
        <w:t>f 20635/19761/16629 20644/19770/16615 20634/19759/16628</w:t>
        <w:br/>
        <w:t>f 20636/19762/16607 20645/19771/16616 20644/19770/16615</w:t>
        <w:br/>
        <w:t>f 20635/19761/16629 20636/19762/16607 20644/19770/16615</w:t>
        <w:br/>
        <w:t>f 20646/19772/16635 20645/19771/16616 20636/19762/16607</w:t>
        <w:br/>
        <w:t>f 20637/19763/16630 20646/19772/16635 20636/19762/16607</w:t>
        <w:br/>
        <w:t>f 20647/19773/16636 20646/19772/16635 20637/19763/16630</w:t>
        <w:br/>
        <w:t>f 20638/19764/16631 20647/19773/16636 20637/19763/16630</w:t>
        <w:br/>
        <w:t>f 20648/19774/16619 20647/19773/16636 20638/19764/16631</w:t>
        <w:br/>
        <w:t>f 20639/19765/16632 20648/19774/16619 20638/19764/16631</w:t>
        <w:br/>
        <w:t>f 20631/19758/16627 20640/19767/16612 20648/19774/16619</w:t>
        <w:br/>
        <w:t>f 20639/19765/16632 20631/19758/16627 20648/19774/16619</w:t>
        <w:br/>
        <w:t>f 20616/19742/16621 20613/19741/16589 20649/19775/1246</w:t>
        <w:br/>
        <w:t>f 20620/19746/16592 20617/19745/16622 20649/19775/1246</w:t>
        <w:br/>
        <w:t>f 20622/19747/16593 20620/19746/16592 20649/19775/1246</w:t>
        <w:br/>
        <w:t>f 20624/19750/16596 20622/19747/16593 20649/19775/1246</w:t>
        <w:br/>
        <w:t>f 20626/19751/16598 20624/19750/16596 20649/19775/1246</w:t>
        <w:br/>
        <w:t>f 20628/19753/16599 20626/19751/16598 20649/19775/1246</w:t>
        <w:br/>
        <w:t>f 20630/19755/16625 20628/19753/16599 20649/19775/1246</w:t>
        <w:br/>
        <w:t>f 20613/19741/16589 20630/19755/16625 20649/19775/1246</w:t>
        <w:br/>
        <w:t>f 20640/19767/16612 20641/19766/16614 20650/19776/1247</w:t>
        <w:br/>
        <w:t>f 20642/19769/16634 20643/19768/16633 20650/19776/1247</w:t>
        <w:br/>
        <w:t>f 20643/19768/16633 20644/19770/16615 20650/19776/1247</w:t>
        <w:br/>
        <w:t>f 20644/19770/16615 20645/19771/16616 20650/19776/1247</w:t>
        <w:br/>
        <w:t>f 20645/19771/16616 20646/19772/16635 20650/19776/1247</w:t>
        <w:br/>
        <w:t>f 20646/19772/16635 20647/19773/16636 20650/19776/1247</w:t>
        <w:br/>
        <w:t>f 20647/19773/16636 20648/19774/16619 20650/19776/1247</w:t>
        <w:br/>
        <w:t>f 20648/19774/16619 20640/19767/16612 20650/19776/1247</w:t>
        <w:br/>
        <w:t>f 23131/19777/16637 23130/19778/16637 23129/19779/16637</w:t>
        <w:br/>
        <w:t>f 23135/19780/16638 23134/19781/16639 23133/19782/16639</w:t>
        <w:br/>
        <w:t>f 23132/19783/16640 23135/19780/16638 23133/19782/16639</w:t>
        <w:br/>
        <w:t>f 23137/19784/16641 23135/19780/16638 23132/19783/16640</w:t>
        <w:br/>
        <w:t>f 23136/19785/16642 23137/19784/16641 23132/19783/16640</w:t>
        <w:br/>
        <w:t>f 23130/19778/16637 23131/19777/16637 23138/19786/16637</w:t>
        <w:br/>
        <w:t>f 23130/19778/16637 23138/19786/16637 23139/19787/16637</w:t>
        <w:br/>
        <w:t>f 23130/19778/16637 23139/19787/16637 23140/19788/16637</w:t>
        <w:br/>
        <w:t>f 23140/19788/16637 23141/19789/16637 23130/19778/16637</w:t>
        <w:br/>
        <w:t>f 23130/19778/16637 23141/19789/16637 23142/19790/16637</w:t>
        <w:br/>
        <w:t>f 23146/19791/16643 23145/19792/16644 23144/19793/16645</w:t>
        <w:br/>
        <w:t>f 23143/19794/16646 23146/19791/16643 23144/19793/16645</w:t>
        <w:br/>
        <w:t>f 23144/19793/16645 23148/19795/16647 23147/19796/16648</w:t>
        <w:br/>
        <w:t>f 23143/19794/16646 23144/19793/16645 23147/19796/16648</w:t>
        <w:br/>
        <w:t>f 23150/19797/16649 23149/19798/16649 23145/19792/16644</w:t>
        <w:br/>
        <w:t>f 23146/19791/16643 23150/19797/16649 23145/19792/16644</w:t>
        <w:br/>
        <w:t>f 23152/19799/16650 23151/19800/16650 23149/19798/16649</w:t>
        <w:br/>
        <w:t>f 23150/19797/16649 23152/19799/16650 23149/19798/16649</w:t>
        <w:br/>
        <w:t>f 23151/19800/16650 23152/19799/16650 23137/19784/16641</w:t>
        <w:br/>
        <w:t>f 23136/19785/16642 23151/19800/16650 23137/19784/16641</w:t>
        <w:br/>
        <w:t>f 23134/19781/16639 23154/19801/16651 23153/19802/16652</w:t>
        <w:br/>
        <w:t>f 23133/19782/16639 23134/19781/16639 23153/19802/16652</w:t>
        <w:br/>
        <w:t>f 23130/19778/16637 23155/19803/16637 23129/19779/16637</w:t>
        <w:br/>
        <w:t>f 23154/19801/16651 23157/19804/16653 23156/19805/16653</w:t>
        <w:br/>
        <w:t>f 23153/19802/16652 23154/19801/16651 23156/19805/16653</w:t>
        <w:br/>
        <w:t>f 23156/19805/16653 23157/19804/16653 23159/19806/16654</w:t>
        <w:br/>
        <w:t>f 23158/19807/16654 23156/19805/16653 23159/19806/16654</w:t>
        <w:br/>
        <w:t>f 23158/19807/16654 23159/19806/16654 23161/19808/16655</w:t>
        <w:br/>
        <w:t>f 23160/19809/16655 23158/19807/16654 23161/19808/16655</w:t>
        <w:br/>
        <w:t>f 23163/19810/16637 23130/19778/16637 23162/19811/16637</w:t>
        <w:br/>
        <w:t>f 23164/19812/16637 23130/19778/16637 23163/19810/16637</w:t>
        <w:br/>
        <w:t>f 23130/19778/16637 23164/19812/16637 23155/19803/16637</w:t>
        <w:br/>
        <w:t>f 23165/19813/16637 23162/19811/16637 23130/19778/16637</w:t>
        <w:br/>
        <w:t>f 23165/19813/16637 23130/19778/16637 23142/19790/16637</w:t>
        <w:br/>
        <w:t>f 23148/19795/16647 23160/19809/16655 23161/19808/16655</w:t>
        <w:br/>
        <w:t>f 23147/19796/16648 23148/19795/16647 23161/19808/16655</w:t>
        <w:br/>
        <w:t>f 23950/19814/16656 23949/19815/16656 23948/19816/16656</w:t>
        <w:br/>
        <w:t>f 23953/19817/16656 23952/19818/16656 23951/19819/16656</w:t>
        <w:br/>
        <w:t>f 23948/19816/16656 23949/19815/16656 23954/19820/16656</w:t>
        <w:br/>
        <w:t>f 23949/19815/16656 23955/19821/16656 23954/19820/16656</w:t>
        <w:br/>
        <w:t>f 23954/19820/16656 23955/19821/16656 23952/19818/16656</w:t>
        <w:br/>
        <w:t>f 23951/19819/16656 23952/19818/16656 23955/19821/16656</w:t>
        <w:br/>
        <w:t>f 1073/19822/1212 1072/19823/1217 1071/19824/1215</w:t>
        <w:br/>
        <w:t>f 1070/19825/6020 1073/19822/1212 1071/19824/1215</w:t>
        <w:br/>
        <w:t>f 1077/19826/1213 1076/19827/1214 1075/19828/1217</w:t>
        <w:br/>
        <w:t>f 1074/19829/1212 1077/19826/1213 1075/19828/1217</w:t>
        <w:br/>
        <w:t>f 1079/19830/5866 1078/19831/1226 1076/19827/1214</w:t>
        <w:br/>
        <w:t>f 1077/19826/1213 1079/19830/5866 1076/19827/1214</w:t>
        <w:br/>
        <w:t>f 1081/19832/8095 1080/19833/1224 1078/19831/1226</w:t>
        <w:br/>
        <w:t>f 1079/19830/5866 1081/19832/8095 1078/19831/1226</w:t>
        <w:br/>
        <w:t>f 1082/19834/7319 1080/19833/1224 1081/19832/8095</w:t>
        <w:br/>
        <w:t>f 1083/19835/1223 1082/19834/7319 1081/19832/8095</w:t>
        <w:br/>
        <w:t>f 1085/19836/1221 1084/19837/1220 1082/19834/7319</w:t>
        <w:br/>
        <w:t>f 1083/19835/1223 1085/19836/1221 1082/19834/7319</w:t>
        <w:br/>
        <w:t>f 1087/19838/1219 1086/19839/1218 1084/19837/1220</w:t>
        <w:br/>
        <w:t>f 1085/19836/1221 1087/19838/1219 1084/19837/1220</w:t>
        <w:br/>
        <w:t>f 1071/19824/1215 1086/19839/1218 1087/19838/1219</w:t>
        <w:br/>
        <w:t>f 1070/19825/6020 1071/19824/1215 1087/19838/1219</w:t>
        <w:br/>
        <w:t>f 1089/19840/1231 1088/19841/1230 1071/19824/1215</w:t>
        <w:br/>
        <w:t>f 1072/19823/1217 1089/19840/1231 1071/19824/1215</w:t>
        <w:br/>
        <w:t>f 1076/19827/1214 1091/19842/1229 1090/19843/1231</w:t>
        <w:br/>
        <w:t>f 1075/19828/1217 1076/19827/1214 1090/19843/1231</w:t>
        <w:br/>
        <w:t>f 1078/19831/1226 1092/19844/1236 1091/19842/1229</w:t>
        <w:br/>
        <w:t>f 1076/19827/1214 1078/19831/1226 1091/19842/1229</w:t>
        <w:br/>
        <w:t>f 1080/19833/1224 1093/19845/5854 1092/19844/1236</w:t>
        <w:br/>
        <w:t>f 1078/19831/1226 1080/19833/1224 1092/19844/1236</w:t>
        <w:br/>
        <w:t>f 1082/19834/7319 1094/19846/1234 1093/19845/5854</w:t>
        <w:br/>
        <w:t>f 1080/19833/1224 1082/19834/7319 1093/19845/5854</w:t>
        <w:br/>
        <w:t>f 1095/19847/1233 1094/19846/1234 1082/19834/7319</w:t>
        <w:br/>
        <w:t>f 1084/19837/1220 1095/19847/1233 1082/19834/7319</w:t>
        <w:br/>
        <w:t>f 1096/19848/1232 1095/19847/1233 1084/19837/1220</w:t>
        <w:br/>
        <w:t>f 1086/19839/1218 1096/19848/1232 1084/19837/1220</w:t>
        <w:br/>
        <w:t>f 1088/19841/1230 1096/19848/1232 1086/19839/1218</w:t>
        <w:br/>
        <w:t>f 1071/19824/1215 1088/19841/1230 1086/19839/1218</w:t>
        <w:br/>
        <w:t>f 1098/19849/12516 1097/19850/1431 1088/19841/1230</w:t>
        <w:br/>
        <w:t>f 1089/19840/1231 1098/19849/12516 1088/19841/1230</w:t>
        <w:br/>
        <w:t>f 1100/19851/1238 1099/19852/1428 1090/19843/1231</w:t>
        <w:br/>
        <w:t>f 1091/19842/1229 1100/19851/1238 1090/19843/1231</w:t>
        <w:br/>
        <w:t>f 1092/19844/1236 1101/19853/5874 1100/19851/1238</w:t>
        <w:br/>
        <w:t>f 1091/19842/1229 1092/19844/1236 1100/19851/1238</w:t>
        <w:br/>
        <w:t>f 1093/19845/5854 1102/19854/6028 1101/19853/5874</w:t>
        <w:br/>
        <w:t>f 1092/19844/1236 1093/19845/5854 1101/19853/5874</w:t>
        <w:br/>
        <w:t>f 1094/19846/1234 1103/19855/7323 1102/19854/6028</w:t>
        <w:br/>
        <w:t>f 1093/19845/5854 1094/19846/1234 1102/19854/6028</w:t>
        <w:br/>
        <w:t>f 1104/19856/1433 1103/19855/7323 1094/19846/1234</w:t>
        <w:br/>
        <w:t>f 1095/19847/1233 1104/19856/1433 1094/19846/1234</w:t>
        <w:br/>
        <w:t>f 1105/19857/1241 1104/19856/1433 1095/19847/1233</w:t>
        <w:br/>
        <w:t>f 1096/19848/1232 1105/19857/1241 1095/19847/1233</w:t>
        <w:br/>
        <w:t>f 1088/19841/1230 1097/19850/1431 1105/19857/1241</w:t>
        <w:br/>
        <w:t>f 1096/19848/1232 1088/19841/1230 1105/19857/1241</w:t>
        <w:br/>
        <w:t>f 1073/19822/1212 1070/19825/6020 1106/19858/1246</w:t>
        <w:br/>
        <w:t>f 1077/19826/1213 1074/19829/1212 1106/19858/1246</w:t>
        <w:br/>
        <w:t>f 1079/19830/5866 1077/19826/1213 1106/19858/1246</w:t>
        <w:br/>
        <w:t>f 1081/19832/8095 1079/19830/5866 1106/19858/1246</w:t>
        <w:br/>
        <w:t>f 1083/19835/1223 1081/19832/8095 1106/19858/1246</w:t>
        <w:br/>
        <w:t>f 1085/19836/1221 1083/19835/1223 1106/19858/1246</w:t>
        <w:br/>
        <w:t>f 1087/19838/1219 1085/19836/1221 1106/19858/1246</w:t>
        <w:br/>
        <w:t>f 1070/19825/6020 1087/19838/1219 1106/19858/1246</w:t>
        <w:br/>
        <w:t>f 1097/19850/1431 1098/19849/12516 1107/19859/1247</w:t>
        <w:br/>
        <w:t>f 1099/19852/1428 1100/19851/1238 1107/19859/1247</w:t>
        <w:br/>
        <w:t>f 1100/19851/1238 1101/19853/5874 1107/19859/1247</w:t>
        <w:br/>
        <w:t>f 1101/19853/5874 1102/19854/6028 1107/19859/1247</w:t>
        <w:br/>
        <w:t>f 1102/19854/6028 1103/19855/7323 1107/19859/1247</w:t>
        <w:br/>
        <w:t>f 1103/19855/7323 1104/19856/1433 1107/19859/1247</w:t>
        <w:br/>
        <w:t>f 1104/19856/1433 1105/19857/1241 1107/19859/1247</w:t>
        <w:br/>
        <w:t>f 1105/19857/1241 1097/19850/1431 1107/19859/1247</w:t>
        <w:br/>
        <w:t>f 16580/19860/1214 16579/19861/1217 16578/19862/1212</w:t>
        <w:br/>
        <w:t>f 16577/19863/1213 16580/19860/1214 16578/19862/1212</w:t>
        <w:br/>
        <w:t>f 16584/19864/1217 16583/19865/1215 16582/19866/6020</w:t>
        <w:br/>
        <w:t>f 16581/19867/6370 16584/19864/1217 16582/19866/6020</w:t>
        <w:br/>
        <w:t>f 16586/19868/1218 16585/19869/1219 16582/19866/6020</w:t>
        <w:br/>
        <w:t>f 16583/19865/1215 16586/19868/1218 16582/19866/6020</w:t>
        <w:br/>
        <w:t>f 16586/19868/1218 16588/19870/1220 16587/19871/1221</w:t>
        <w:br/>
        <w:t>f 16585/19869/1219 16586/19868/1218 16587/19871/1221</w:t>
        <w:br/>
        <w:t>f 16590/19872/7319 16589/19873/1223 16587/19871/1221</w:t>
        <w:br/>
        <w:t>f 16588/19870/1220 16590/19872/7319 16587/19871/1221</w:t>
        <w:br/>
        <w:t>f 16590/19872/7319 16592/19874/1224 16591/19875/12128</w:t>
        <w:br/>
        <w:t>f 16589/19873/1223 16590/19872/7319 16591/19875/12128</w:t>
        <w:br/>
        <w:t>f 16592/19874/1224 16594/19876/1226 16593/19877/5866</w:t>
        <w:br/>
        <w:t>f 16591/19875/12128 16592/19874/1224 16593/19877/5866</w:t>
        <w:br/>
        <w:t>f 16580/19860/1214 16577/19863/1213 16593/19877/5866</w:t>
        <w:br/>
        <w:t>f 16594/19876/1226 16580/19860/1214 16593/19877/5866</w:t>
        <w:br/>
        <w:t>f 16595/19878/1231 16579/19861/1217 16580/19860/1214</w:t>
        <w:br/>
        <w:t>f 16596/19879/1229 16595/19878/1231 16580/19860/1214</w:t>
        <w:br/>
        <w:t>f 16598/19880/1231 16597/19881/1230 16583/19865/1215</w:t>
        <w:br/>
        <w:t>f 16584/19864/1217 16598/19880/1231 16583/19865/1215</w:t>
        <w:br/>
        <w:t>f 16597/19881/1230 16599/19882/1232 16586/19868/1218</w:t>
        <w:br/>
        <w:t>f 16583/19865/1215 16597/19881/1230 16586/19868/1218</w:t>
        <w:br/>
        <w:t>f 16599/19882/1232 16600/19883/1233 16588/19870/1220</w:t>
        <w:br/>
        <w:t>f 16586/19868/1218 16599/19882/1232 16588/19870/1220</w:t>
        <w:br/>
        <w:t>f 16600/19883/1233 16601/19884/1234 16590/19872/7319</w:t>
        <w:br/>
        <w:t>f 16588/19870/1220 16600/19883/1233 16590/19872/7319</w:t>
        <w:br/>
        <w:t>f 16602/19885/5854 16592/19874/1224 16590/19872/7319</w:t>
        <w:br/>
        <w:t>f 16601/19884/1234 16602/19885/5854 16590/19872/7319</w:t>
        <w:br/>
        <w:t>f 16603/19886/1236 16594/19876/1226 16592/19874/1224</w:t>
        <w:br/>
        <w:t>f 16602/19885/5854 16603/19886/1236 16592/19874/1224</w:t>
        <w:br/>
        <w:t>f 16596/19879/1229 16580/19860/1214 16594/19876/1226</w:t>
        <w:br/>
        <w:t>f 16603/19886/1236 16596/19879/1229 16594/19876/1226</w:t>
        <w:br/>
        <w:t>f 16604/19887/1428 16595/19878/1231 16596/19879/1229</w:t>
        <w:br/>
        <w:t>f 16605/19888/1238 16604/19887/1428 16596/19879/1229</w:t>
        <w:br/>
        <w:t>f 16606/19889/1431 16597/19881/1230 16598/19880/1231</w:t>
        <w:br/>
        <w:t>f 16607/19890/1428 16606/19889/1431 16598/19880/1231</w:t>
        <w:br/>
        <w:t>f 16606/19889/1431 16608/19891/1241 16599/19882/1232</w:t>
        <w:br/>
        <w:t>f 16597/19881/1230 16606/19889/1431 16599/19882/1232</w:t>
        <w:br/>
        <w:t>f 16609/19892/1433 16600/19883/1233 16599/19882/1232</w:t>
        <w:br/>
        <w:t>f 16608/19891/1241 16609/19892/1433 16599/19882/1232</w:t>
        <w:br/>
        <w:t>f 16609/19892/1433 16610/19893/7323 16601/19884/1234</w:t>
        <w:br/>
        <w:t>f 16600/19883/1233 16609/19892/1433 16601/19884/1234</w:t>
        <w:br/>
        <w:t>f 16611/19894/6028 16602/19885/5854 16601/19884/1234</w:t>
        <w:br/>
        <w:t>f 16610/19893/7323 16611/19894/6028 16601/19884/1234</w:t>
        <w:br/>
        <w:t>f 16612/19895/5874 16603/19886/1236 16602/19885/5854</w:t>
        <w:br/>
        <w:t>f 16611/19894/6028 16612/19895/5874 16602/19885/5854</w:t>
        <w:br/>
        <w:t>f 16612/19895/5874 16605/19888/1238 16596/19879/1229</w:t>
        <w:br/>
        <w:t>f 16603/19886/1236 16612/19895/5874 16596/19879/1229</w:t>
        <w:br/>
        <w:t>f 16578/19862/1212 16613/19896/1246 16577/19863/1213</w:t>
        <w:br/>
        <w:t>f 16582/19866/6020 16613/19896/1246 16581/19867/6370</w:t>
        <w:br/>
        <w:t>f 16585/19869/1219 16613/19896/1246 16582/19866/6020</w:t>
        <w:br/>
        <w:t>f 16587/19871/1221 16613/19896/1246 16585/19869/1219</w:t>
        <w:br/>
        <w:t>f 16589/19873/1223 16613/19896/1246 16587/19871/1221</w:t>
        <w:br/>
        <w:t>f 16591/19875/12128 16613/19896/1246 16589/19873/1223</w:t>
        <w:br/>
        <w:t>f 16593/19877/5866 16613/19896/1246 16591/19875/12128</w:t>
        <w:br/>
        <w:t>f 16577/19863/1213 16613/19896/1246 16593/19877/5866</w:t>
        <w:br/>
        <w:t>f 16605/19888/1238 16614/19897/1247 16604/19887/1428</w:t>
        <w:br/>
        <w:t>f 16607/19890/1428 16614/19897/1247 16606/19889/1431</w:t>
        <w:br/>
        <w:t>f 16606/19889/1431 16614/19897/1247 16608/19891/1241</w:t>
        <w:br/>
        <w:t>f 16608/19891/1241 16614/19897/1247 16609/19892/1433</w:t>
        <w:br/>
        <w:t>f 16609/19892/1433 16614/19897/1247 16610/19893/7323</w:t>
        <w:br/>
        <w:t>f 16610/19893/7323 16614/19897/1247 16611/19894/6028</w:t>
        <w:br/>
        <w:t>f 16611/19894/6028 16614/19897/1247 16612/19895/5874</w:t>
        <w:br/>
        <w:t>f 16612/19895/5874 16614/19897/1247 16605/19888/1238</w:t>
        <w:br/>
        <w:t>f 21869/19898/16657 21868/19899/16658 21867/19900/16659</w:t>
        <w:br/>
        <w:t>f 21866/19901/16659 21869/19898/16657 21867/19900/16659</w:t>
        <w:br/>
        <w:t>f 21867/19900/16659 21871/19902/16660 21870/19903/16661</w:t>
        <w:br/>
        <w:t>f 21866/19901/16659 21867/19900/16659 21870/19903/16661</w:t>
        <w:br/>
        <w:t>f 21869/19898/16657 21873/19904/16662 21872/19905/16662</w:t>
        <w:br/>
        <w:t>f 21868/19899/16658 21869/19898/16657 21872/19905/16662</w:t>
        <w:br/>
        <w:t>f 21875/19906/16663 21874/19907/16664 21870/19903/16661</w:t>
        <w:br/>
        <w:t>f 21871/19902/16660 21875/19906/16663 21870/19903/16661</w:t>
        <w:br/>
        <w:t>f 21877/19908/16665 21874/19907/16664 21875/19906/16663</w:t>
        <w:br/>
        <w:t>f 21876/19909/16665 21877/19908/16665 21875/19906/16663</w:t>
        <w:br/>
        <w:t>f 21879/19910/16666 21878/19911/16666 21872/19905/16662</w:t>
        <w:br/>
        <w:t>f 21873/19904/16662 21879/19910/16666 21872/19905/16662</w:t>
        <w:br/>
        <w:t>f 21881/19912/16667 21877/19908/16665 21876/19909/16665</w:t>
        <w:br/>
        <w:t>f 21880/19913/16667 21881/19912/16667 21876/19909/16665</w:t>
        <w:br/>
        <w:t>f 21881/19912/16667 21880/19913/16667 21883/19914/16668</w:t>
        <w:br/>
        <w:t>f 21882/19915/16668 21881/19912/16667 21883/19914/16668</w:t>
        <w:br/>
        <w:t>f 21882/19915/16668 21883/19914/16668 21885/19916/16669</w:t>
        <w:br/>
        <w:t>f 21884/19917/16670 21882/19915/16668 21885/19916/16669</w:t>
        <w:br/>
        <w:t>f 21887/19918/16671 21886/19919/16672 21884/19917/16670</w:t>
        <w:br/>
        <w:t>f 21885/19916/16669 21887/19918/16671 21884/19917/16670</w:t>
        <w:br/>
        <w:t>f 21889/19920/16673 21886/19919/16672 21887/19918/16671</w:t>
        <w:br/>
        <w:t>f 21888/19921/16674 21889/19920/16673 21887/19918/16671</w:t>
        <w:br/>
        <w:t>f 21891/19922/16675 21889/19920/16673 21888/19921/16674</w:t>
        <w:br/>
        <w:t>f 21890/19923/16675 21891/19922/16675 21888/19921/16674</w:t>
        <w:br/>
        <w:t>f 21893/19924/16676 21891/19922/16675 21890/19923/16675</w:t>
        <w:br/>
        <w:t>f 21892/19925/16677 21893/19924/16676 21890/19923/16675</w:t>
        <w:br/>
        <w:t>f 21878/19911/16666 21879/19910/16666 21893/19924/16676</w:t>
        <w:br/>
        <w:t>f 21892/19925/16677 21878/19911/16666 21893/19924/16676</w:t>
        <w:br/>
        <w:t>f 21897/19926/16678 21896/19927/16679 21895/19928/16680</w:t>
        <w:br/>
        <w:t>f 21894/19929/16681 21897/19926/16678 21895/19928/16680</w:t>
        <w:br/>
        <w:t>f 21900/19930/16682 21869/19898/16683 21899/19931/16684</w:t>
        <w:br/>
        <w:t>f 21898/19932/16685 21900/19930/16682 21899/19931/16684</w:t>
        <w:br/>
        <w:t>f 21900/19930/16682 21901/19933/16686 21869/19898/16683</w:t>
        <w:br/>
        <w:t>f 21902/19934/16687 21897/19926/16678 21894/19929/16681</w:t>
        <w:br/>
        <w:t>f 21900/19930/16682 21898/19932/16685 21904/19935/16688</w:t>
        <w:br/>
        <w:t>f 21903/19936/16689 21900/19930/16682 21904/19935/16688</w:t>
        <w:br/>
        <w:t>f 21897/19926/16678 21906/19937/16690 21905/19938/16691</w:t>
        <w:br/>
        <w:t>f 21896/19927/16679 21897/19926/16678 21905/19938/16691</w:t>
        <w:br/>
        <w:t>f 21903/19936/16689 21901/19933/16686 21900/19930/16682</w:t>
        <w:br/>
        <w:t>f 21902/19934/16687 21906/19937/16690 21897/19926/16678</w:t>
        <w:br/>
        <w:t>f 21906/19937/16690 21908/19939/16692 21907/19940/16693</w:t>
        <w:br/>
        <w:t>f 21905/19938/16691 21906/19937/16690 21907/19940/16693</w:t>
        <w:br/>
        <w:t>f 21903/19936/16689 21904/19935/16688 21910/19941/16694</w:t>
        <w:br/>
        <w:t>f 21909/19942/16694 21903/19936/16689 21910/19941/16694</w:t>
        <w:br/>
        <w:t>f 21907/19940/16693 21908/19939/16692 21912/19943/16695</w:t>
        <w:br/>
        <w:t>f 21911/19944/16696 21907/19940/16693 21912/19943/16695</w:t>
        <w:br/>
        <w:t>f 21910/19941/16694 21914/19945/16697 21913/19946/16698</w:t>
        <w:br/>
        <w:t>f 21909/19942/16694 21910/19941/16694 21913/19946/16698</w:t>
        <w:br/>
        <w:t>f 21886/19919/16672 21915/19947/16699 21884/19917/16670</w:t>
        <w:br/>
        <w:t>f 21886/19919/16672 21889/19920/16673 21915/19947/16699</w:t>
        <w:br/>
        <w:t>f 21915/19947/16699 21911/19944/16696 21912/19943/16695</w:t>
        <w:br/>
        <w:t>f 21884/19917/16670 21915/19947/16699 21912/19943/16695</w:t>
        <w:br/>
        <w:t>f 21913/19946/16698 21914/19945/16697 21915/19947/16699</w:t>
        <w:br/>
        <w:t>f 21889/19920/16673 21913/19946/16698 21915/19947/16699</w:t>
        <w:br/>
        <w:t>f 22727/19948/16700 22726/19949/16701 22725/19950/16702</w:t>
        <w:br/>
        <w:t>f 22724/19951/16700 22727/19948/16700 22725/19950/16702</w:t>
        <w:br/>
        <w:t>f 22727/19948/16700 22724/19951/16700 22729/19952/16703</w:t>
        <w:br/>
        <w:t>f 22728/19953/16703 22727/19948/16700 22729/19952/16703</w:t>
        <w:br/>
        <w:t>f 22725/19950/16702 22726/19949/16701 22731/19954/16704</w:t>
        <w:br/>
        <w:t>f 22730/19955/16705 22725/19950/16702 22731/19954/16704</w:t>
        <w:br/>
        <w:t>f 22729/19952/16703 22733/19956/16706 22732/19957/16707</w:t>
        <w:br/>
        <w:t>f 22728/19953/16703 22729/19952/16703 22732/19957/16707</w:t>
        <w:br/>
        <w:t>f 22735/19958/16708 22734/19959/16708 22732/19957/16707</w:t>
        <w:br/>
        <w:t>f 22733/19956/16706 22735/19958/16708 22732/19957/16707</w:t>
        <w:br/>
        <w:t>f 22731/19954/16704 22737/19960/16709 22736/19961/16709</w:t>
        <w:br/>
        <w:t>f 22730/19955/16705 22731/19954/16704 22736/19961/16709</w:t>
        <w:br/>
        <w:t>f 22739/19962/16710 22738/19963/16710 22734/19959/16708</w:t>
        <w:br/>
        <w:t>f 22735/19958/16708 22739/19962/16710 22734/19959/16708</w:t>
        <w:br/>
        <w:t>f 22741/19964/16711 22738/19963/16710 22739/19962/16710</w:t>
        <w:br/>
        <w:t>f 22740/19965/16711 22741/19964/16711 22739/19962/16710</w:t>
        <w:br/>
        <w:t>f 22743/19966/16712 22741/19964/16711 22740/19965/16711</w:t>
        <w:br/>
        <w:t>f 22742/19967/16713 22743/19966/16712 22740/19965/16711</w:t>
        <w:br/>
        <w:t>f 22745/19968/16714 22743/19966/16712 22742/19967/16713</w:t>
        <w:br/>
        <w:t>f 22744/19969/16715 22745/19968/16714 22742/19967/16713</w:t>
        <w:br/>
        <w:t>f 22747/19970/16716 22746/19971/16717 22745/19968/16714</w:t>
        <w:br/>
        <w:t>f 22744/19969/16715 22747/19970/16716 22745/19968/16714</w:t>
        <w:br/>
        <w:t>f 22749/19972/16718 22748/19973/16718 22746/19971/16717</w:t>
        <w:br/>
        <w:t>f 22747/19970/16716 22749/19972/16718 22746/19971/16717</w:t>
        <w:br/>
        <w:t>f 22751/19974/16719 22750/19975/16720 22748/19973/16718</w:t>
        <w:br/>
        <w:t>f 22749/19972/16718 22751/19974/16719 22748/19973/16718</w:t>
        <w:br/>
        <w:t>f 22751/19974/16719 22736/19961/16709 22737/19960/16709</w:t>
        <w:br/>
        <w:t>f 22750/19975/16720 22751/19974/16719 22737/19960/16709</w:t>
        <w:br/>
        <w:t>f 22755/19976/16721 22754/19977/16722 22753/19978/16723</w:t>
        <w:br/>
        <w:t>f 22752/19979/16724 22755/19976/16721 22753/19978/16723</w:t>
        <w:br/>
        <w:t>f 22758/19980/16725 22725/19950/16726 22757/19981/16727</w:t>
        <w:br/>
        <w:t>f 22756/19982/16728 22758/19980/16725 22757/19981/16727</w:t>
        <w:br/>
        <w:t>f 22757/19981/16727 22725/19950/16726 22759/19983/16729</w:t>
        <w:br/>
        <w:t>f 22760/19984/16730 22754/19977/16722 22755/19976/16721</w:t>
        <w:br/>
        <w:t>f 22762/19985/16731 22756/19982/16728 22757/19981/16727</w:t>
        <w:br/>
        <w:t>f 22761/19986/16732 22762/19985/16731 22757/19981/16727</w:t>
        <w:br/>
        <w:t>f 22764/19987/16733 22763/19988/16734 22755/19976/16721</w:t>
        <w:br/>
        <w:t>f 22752/19979/16724 22764/19987/16733 22755/19976/16721</w:t>
        <w:br/>
        <w:t>f 22761/19986/16732 22757/19981/16727 22759/19983/16729</w:t>
        <w:br/>
        <w:t>f 22760/19984/16730 22755/19976/16721 22763/19988/16734</w:t>
        <w:br/>
        <w:t>f 22766/19989/16735 22765/19990/16735 22763/19988/16734</w:t>
        <w:br/>
        <w:t>f 22764/19987/16733 22766/19989/16735 22763/19988/16734</w:t>
        <w:br/>
        <w:t>f 22761/19986/16732 22768/19991/16736 22767/19992/16736</w:t>
        <w:br/>
        <w:t>f 22762/19985/16731 22761/19986/16732 22767/19992/16736</w:t>
        <w:br/>
        <w:t>f 22766/19989/16735 22770/19993/16737 22769/19994/16738</w:t>
        <w:br/>
        <w:t>f 22765/19990/16735 22766/19989/16735 22769/19994/16738</w:t>
        <w:br/>
        <w:t>f 22772/19995/16739 22771/19996/16740 22767/19992/16736</w:t>
        <w:br/>
        <w:t>f 22768/19991/16736 22772/19995/16739 22767/19992/16736</w:t>
        <w:br/>
        <w:t>f 22744/19969/16715 22742/19967/16713 22773/19997/16741</w:t>
        <w:br/>
        <w:t>f 22744/19969/16715 22773/19997/16741 22747/19970/16716</w:t>
        <w:br/>
        <w:t>f 22769/19994/16738 22770/19993/16737 22773/19997/16741</w:t>
        <w:br/>
        <w:t>f 22742/19967/16713 22769/19994/16738 22773/19997/16741</w:t>
        <w:br/>
        <w:t>f 22772/19995/16739 22747/19970/16716 22773/19997/16741</w:t>
        <w:br/>
        <w:t>f 22771/19996/16740 22772/19995/16739 22773/19997/16741</w:t>
        <w:br/>
        <w:t>f 2134/19998/16742 2133/19999/16743 2132/20000/16744</w:t>
        <w:br/>
        <w:t>f 2138/20001/16745 2137/20002/16746 2136/20003/16747</w:t>
        <w:br/>
        <w:t>f 2135/20004/16745 2138/20001/16745 2136/20003/16747</w:t>
        <w:br/>
        <w:t>f 2140/20005/16748 2138/20001/16745 2135/20004/16745</w:t>
        <w:br/>
        <w:t>f 2139/20006/16749 2140/20005/16748 2135/20004/16745</w:t>
        <w:br/>
        <w:t>f 2133/19999/16743 2134/19998/16742 2141/20007/16750</w:t>
        <w:br/>
        <w:t>f 2133/19999/16743 2141/20007/16750 2142/20008/16751</w:t>
        <w:br/>
        <w:t>f 2133/19999/16743 2142/20008/16751 2143/20009/16752</w:t>
        <w:br/>
        <w:t>f 2143/20009/16752 2144/20010/16753 2133/19999/16743</w:t>
        <w:br/>
        <w:t>f 2133/19999/16743 2144/20010/16753 2145/20011/16754</w:t>
        <w:br/>
        <w:t>f 2149/20012/16755 2148/20013/16756 2147/20014/16757</w:t>
        <w:br/>
        <w:t>f 2146/20015/16757 2149/20012/16755 2147/20014/16757</w:t>
        <w:br/>
        <w:t>f 2151/20016/16758 2150/20017/16759 2146/20015/16757</w:t>
        <w:br/>
        <w:t>f 2147/20014/16757 2151/20016/16758 2146/20015/16757</w:t>
        <w:br/>
        <w:t>f 2153/20018/16760 2152/20019/16761 2148/20013/16756</w:t>
        <w:br/>
        <w:t>f 2149/20012/16755 2153/20018/16760 2148/20013/16756</w:t>
        <w:br/>
        <w:t>f 2155/20020/16762 2152/20019/16761 2153/20018/16760</w:t>
        <w:br/>
        <w:t>f 2154/20021/16763 2155/20020/16762 2153/20018/16760</w:t>
        <w:br/>
        <w:t>f 2154/20021/16763 2140/20005/16748 2139/20006/16749</w:t>
        <w:br/>
        <w:t>f 2155/20020/16762 2154/20021/16763 2139/20006/16749</w:t>
        <w:br/>
        <w:t>f 2137/20002/16746 2157/20022/16764 2156/20023/16764</w:t>
        <w:br/>
        <w:t>f 2136/20003/16747 2137/20002/16746 2156/20023/16764</w:t>
        <w:br/>
        <w:t>f 2133/19999/16743 2158/20024/16765 2132/20000/16744</w:t>
        <w:br/>
        <w:t>f 2157/20022/16764 2160/20025/16766 2159/20026/16767</w:t>
        <w:br/>
        <w:t>f 2156/20023/16764 2157/20022/16764 2159/20026/16767</w:t>
        <w:br/>
        <w:t>f 2159/20026/16767 2160/20025/16766 2162/20027/16768</w:t>
        <w:br/>
        <w:t>f 2161/20028/16768 2159/20026/16767 2162/20027/16768</w:t>
        <w:br/>
        <w:t>f 2161/20028/16768 2162/20027/16768 2164/20029/16769</w:t>
        <w:br/>
        <w:t>f 2163/20030/16769 2161/20028/16768 2164/20029/16769</w:t>
        <w:br/>
        <w:t>f 2166/20031/16770 2133/19999/16743 2165/20032/16771</w:t>
        <w:br/>
        <w:t>f 2167/20033/16772 2133/19999/16743 2166/20031/16770</w:t>
        <w:br/>
        <w:t>f 2133/19999/16743 2167/20033/16772 2158/20024/16765</w:t>
        <w:br/>
        <w:t>f 2168/20034/16773 2165/20032/16771 2133/19999/16743</w:t>
        <w:br/>
        <w:t>f 2168/20034/16773 2133/19999/16743 2145/20011/16754</w:t>
        <w:br/>
        <w:t>f 2150/20017/16759 2151/20016/16758 2163/20030/16769</w:t>
        <w:br/>
        <w:t>f 2164/20029/16769 2150/20017/16759 2163/20030/16769</w:t>
        <w:br/>
        <w:t>f 2321/20035/1217 2320/20036/1212 2319/20037/1213</w:t>
        <w:br/>
        <w:t>f 2322/20038/1214 2321/20035/1217 2319/20037/1213</w:t>
        <w:br/>
        <w:t>f 2326/20039/1217 2325/20040/1215 2324/20041/6020</w:t>
        <w:br/>
        <w:t>f 2323/20042/6370 2326/20039/1217 2324/20041/6020</w:t>
        <w:br/>
        <w:t>f 2325/20040/1215 2328/20043/1218 2327/20044/1219</w:t>
        <w:br/>
        <w:t>f 2324/20041/6020 2325/20040/1215 2327/20044/1219</w:t>
        <w:br/>
        <w:t>f 2330/20045/16774 2329/20046/16775 2327/20044/1219</w:t>
        <w:br/>
        <w:t>f 2328/20043/1218 2330/20045/16774 2327/20044/1219</w:t>
        <w:br/>
        <w:t>f 2332/20047/16776 2331/20048/16777 2329/20046/16775</w:t>
        <w:br/>
        <w:t>f 2330/20045/16774 2332/20047/16776 2329/20046/16775</w:t>
        <w:br/>
        <w:t>f 2332/20047/16776 2334/20049/1226 2333/20050/5866</w:t>
        <w:br/>
        <w:t>f 2331/20048/16777 2332/20047/16776 2333/20050/5866</w:t>
        <w:br/>
        <w:t>f 2322/20038/1214 2319/20037/1213 2333/20050/5866</w:t>
        <w:br/>
        <w:t>f 2334/20049/1226 2322/20038/1214 2333/20050/5866</w:t>
        <w:br/>
        <w:t>f 2335/20051/1231 2321/20035/1217 2322/20038/1214</w:t>
        <w:br/>
        <w:t>f 2336/20052/1229 2335/20051/1231 2322/20038/1214</w:t>
        <w:br/>
        <w:t>f 2338/20053/1231 2337/20054/1230 2325/20040/1215</w:t>
        <w:br/>
        <w:t>f 2326/20039/1217 2338/20053/1231 2325/20040/1215</w:t>
        <w:br/>
        <w:t>f 2337/20054/1230 2339/20055/1232 2328/20043/1218</w:t>
        <w:br/>
        <w:t>f 2325/20040/1215 2337/20054/1230 2328/20043/1218</w:t>
        <w:br/>
        <w:t>f 2340/20056/16778 2330/20045/16774 2328/20043/1218</w:t>
        <w:br/>
        <w:t>f 2339/20055/1232 2340/20056/16778 2328/20043/1218</w:t>
        <w:br/>
        <w:t>f 2342/20057/16779 2332/20047/16776 2330/20045/16774</w:t>
        <w:br/>
        <w:t>f 2341/20058/16779 2342/20057/16779 2330/20045/16774</w:t>
        <w:br/>
        <w:t>f 2344/20059/16780 2343/20060/1236 2334/20049/1226</w:t>
        <w:br/>
        <w:t>f 2332/20047/16776 2344/20059/16780 2334/20049/1226</w:t>
        <w:br/>
        <w:t>f 2336/20052/1229 2322/20038/1214 2334/20049/1226</w:t>
        <w:br/>
        <w:t>f 2343/20060/1236 2336/20052/1229 2334/20049/1226</w:t>
        <w:br/>
        <w:t>f 2346/20061/1238 2345/20062/1428 2335/20051/1231</w:t>
        <w:br/>
        <w:t>f 2336/20052/1229 2346/20061/1238 2335/20051/1231</w:t>
        <w:br/>
        <w:t>f 2348/20063/1428 2347/20064/1431 2337/20054/1230</w:t>
        <w:br/>
        <w:t>f 2338/20053/1231 2348/20063/1428 2337/20054/1230</w:t>
        <w:br/>
        <w:t>f 2347/20064/1431 2349/20065/1241 2339/20055/1232</w:t>
        <w:br/>
        <w:t>f 2337/20054/1230 2347/20064/1431 2339/20055/1232</w:t>
        <w:br/>
        <w:t>f 2350/20066/16781 2340/20056/16778 2339/20055/1232</w:t>
        <w:br/>
        <w:t>f 2349/20065/1241 2350/20066/16781 2339/20055/1232</w:t>
        <w:br/>
        <w:t>f 2351/20067/16782 2342/20057/16779 2341/20058/16779</w:t>
        <w:br/>
        <w:t>f 2350/20066/16781 2351/20067/16782 2341/20058/16779</w:t>
        <w:br/>
        <w:t>f 2351/20067/16782 2352/20068/5874 2343/20060/1236</w:t>
        <w:br/>
        <w:t>f 2344/20059/16780 2351/20067/16782 2343/20060/1236</w:t>
        <w:br/>
        <w:t>f 2352/20068/5874 2346/20061/1238 2336/20052/1229</w:t>
        <w:br/>
        <w:t>f 2343/20060/1236 2352/20068/5874 2336/20052/1229</w:t>
        <w:br/>
        <w:t>f 2320/20036/1212 2353/20069/16783 2319/20037/1213</w:t>
        <w:br/>
        <w:t>f 2324/20041/6020 2353/20069/16783 2323/20042/6370</w:t>
        <w:br/>
        <w:t>f 2327/20044/1219 2353/20069/16783 2324/20041/6020</w:t>
        <w:br/>
        <w:t>f 2329/20046/16775 2353/20069/16783 2327/20044/1219</w:t>
        <w:br/>
        <w:t>f 2331/20048/16777 2353/20069/16783 2329/20046/16775</w:t>
        <w:br/>
        <w:t>f 2333/20050/5866 2353/20069/16783 2331/20048/16777</w:t>
        <w:br/>
        <w:t>f 2319/20037/1213 2353/20069/16783 2333/20050/5866</w:t>
        <w:br/>
        <w:t>f 2346/20061/1238 2354/20070/16784 2345/20062/1428</w:t>
        <w:br/>
        <w:t>f 2348/20063/1428 2354/20070/16784 2347/20064/1431</w:t>
        <w:br/>
        <w:t>f 2347/20064/1431 2354/20070/16784 2349/20065/1241</w:t>
        <w:br/>
        <w:t>f 2349/20065/1241 2354/20070/16784 2350/20066/16781</w:t>
        <w:br/>
        <w:t>f 2354/20070/16784 2351/20067/16782 2350/20066/16781</w:t>
        <w:br/>
        <w:t>f 2351/20067/16782 2354/20070/16784 2352/20068/5874</w:t>
        <w:br/>
        <w:t>f 2352/20068/5874 2354/20070/16784 2346/20061/1238</w:t>
        <w:br/>
        <w:t>f 17225/20071/16785 17224/20072/16786 17223/20073/16787</w:t>
        <w:br/>
        <w:t>f 17222/20074/16788 17225/20071/16785 17223/20073/16787</w:t>
        <w:br/>
        <w:t>f 17227/20075/16789 17222/20074/16788 17226/20076/16790</w:t>
        <w:br/>
        <w:t>f 17227/20075/16789 17226/20076/16790 17229/20077/16791</w:t>
        <w:br/>
        <w:t>f 17228/20078/16792 17227/20075/16789 17229/20077/16791</w:t>
        <w:br/>
        <w:t>f 17232/20079/16793 17227/20075/16794 17231/20080/16793</w:t>
        <w:br/>
        <w:t>f 17230/20081/16793 17232/20079/16793 17231/20080/16793</w:t>
        <w:br/>
        <w:t>f 17222/20074/16788 17223/20073/16787 17233/20082/16795</w:t>
        <w:br/>
        <w:t>f 17226/20076/16790 17222/20074/16788 17233/20082/16795</w:t>
        <w:br/>
        <w:t>f 17224/20072/16786 17235/20083/16796 17234/20084/16797</w:t>
        <w:br/>
        <w:t>f 17223/20073/16787 17224/20072/16786 17234/20084/16797</w:t>
        <w:br/>
        <w:t>f 17238/20085/16798 17234/20084/16797 17237/20086/16799</w:t>
        <w:br/>
        <w:t>f 17236/20087/16800 17238/20085/16798 17237/20086/16799</w:t>
        <w:br/>
        <w:t>f 17234/20084/16797 17235/20083/16796 17239/20088/16801</w:t>
        <w:br/>
        <w:t>f 17237/20086/16799 17234/20084/16797 17239/20088/16801</w:t>
        <w:br/>
        <w:t>f 17238/20085/16798 17233/20082/16795 17223/20073/16787</w:t>
        <w:br/>
        <w:t>f 17234/20084/16797 17238/20085/16798 17223/20073/16787</w:t>
        <w:br/>
        <w:t>f 17243/20089/16802 17242/20090/16803 17241/20091/16804</w:t>
        <w:br/>
        <w:t>f 17240/20092/16805 17243/20089/16802 17241/20091/16804</w:t>
        <w:br/>
        <w:t>f 17236/20087/16800 17243/20089/16802 17240/20092/16805</w:t>
        <w:br/>
        <w:t>f 17238/20085/16798 17236/20087/16800 17240/20092/16805</w:t>
        <w:br/>
        <w:t>f 17233/20082/16795 17238/20085/16798 17240/20092/16805</w:t>
        <w:br/>
        <w:t>f 17241/20091/16804 17233/20082/16795 17240/20092/16805</w:t>
        <w:br/>
        <w:t>f 17226/20076/16790 17233/20082/16795 17241/20091/16804</w:t>
        <w:br/>
        <w:t>f 17229/20077/16791 17226/20076/16790 17241/20091/16804</w:t>
        <w:br/>
        <w:t>f 17229/20077/16791 17241/20091/16804 17242/20090/16803</w:t>
        <w:br/>
        <w:t>f 17244/20093/16806 17229/20077/16791 17242/20090/16803</w:t>
        <w:br/>
        <w:t>f 17228/20078/16792 17229/20077/16791 17244/20093/16806</w:t>
        <w:br/>
        <w:t>f 17245/20094/16807 17228/20078/16792 17244/20093/16806</w:t>
        <w:br/>
        <w:t>f 17248/20095/16808 17247/20096/16809 17246/20097/16810</w:t>
        <w:br/>
        <w:t>f 17227/20075/16789 17248/20095/16808 17246/20097/16810</w:t>
        <w:br/>
        <w:t>f 17250/20098/16811 17249/20099/16812 17246/20097/16810</w:t>
        <w:br/>
        <w:t>f 17247/20096/16809 17250/20098/16811 17246/20097/16810</w:t>
        <w:br/>
        <w:t>f 17250/20098/16811 17252/20100/16813 17251/20101/16814</w:t>
        <w:br/>
        <w:t>f 17249/20099/16812 17250/20098/16811 17251/20101/16814</w:t>
        <w:br/>
        <w:t>f 17225/20071/16785 17222/20074/16788 17249/20099/16812</w:t>
        <w:br/>
        <w:t>f 17251/20101/16814 17225/20071/16785 17249/20099/16812</w:t>
        <w:br/>
        <w:t>f 17222/20074/16788 17227/20075/16789 17246/20097/16810</w:t>
        <w:br/>
        <w:t>f 17249/20099/16812 17222/20074/16788 17246/20097/16810</w:t>
        <w:br/>
        <w:t>f 17256/20102/16815 17255/20103/16786 17254/20104/16785</w:t>
        <w:br/>
        <w:t>f 17253/20105/16816 17256/20102/16815 17254/20104/16785</w:t>
        <w:br/>
        <w:t>f 17258/20106/16817 17257/20107/16818 17253/20105/16816</w:t>
        <w:br/>
        <w:t>f 17258/20106/16817 17260/20108/16819 17259/20109/16820</w:t>
        <w:br/>
        <w:t>f 17257/20107/16818 17258/20106/16817 17259/20109/16820</w:t>
        <w:br/>
        <w:t>f 17263/20110/16821 17262/20111/16821 17261/20112/16821</w:t>
        <w:br/>
        <w:t>f 17258/20106/16822 17263/20110/16821 17261/20112/16821</w:t>
        <w:br/>
        <w:t>f 17264/20113/16823 17256/20102/16815 17253/20105/16816</w:t>
        <w:br/>
        <w:t>f 17257/20107/16818 17264/20113/16823 17253/20105/16816</w:t>
        <w:br/>
        <w:t>f 17255/20103/16786 17256/20102/16815 17266/20114/16824</w:t>
        <w:br/>
        <w:t>f 17265/20115/16796 17255/20103/16786 17266/20114/16824</w:t>
        <w:br/>
        <w:t>f 17269/20116/16825 17266/20114/16824 17268/20117/16826</w:t>
        <w:br/>
        <w:t>f 17267/20118/16827 17269/20116/16825 17268/20117/16826</w:t>
        <w:br/>
        <w:t>f 17266/20114/16824 17269/20116/16825 17270/20119/16828</w:t>
        <w:br/>
        <w:t>f 17265/20115/16796 17266/20114/16824 17270/20119/16828</w:t>
        <w:br/>
        <w:t>f 17268/20117/16826 17266/20114/16824 17256/20102/16815</w:t>
        <w:br/>
        <w:t>f 17264/20113/16823 17268/20117/16826 17256/20102/16815</w:t>
        <w:br/>
        <w:t>f 17274/20120/16829 17273/20121/16830 17272/20122/16831</w:t>
        <w:br/>
        <w:t>f 17271/20123/16832 17274/20120/16829 17272/20122/16831</w:t>
        <w:br/>
        <w:t>f 17267/20118/16827 17268/20117/16826 17273/20121/16830</w:t>
        <w:br/>
        <w:t>f 17274/20120/16829 17267/20118/16827 17273/20121/16830</w:t>
        <w:br/>
        <w:t>f 17264/20113/16823 17272/20122/16831 17273/20121/16830</w:t>
        <w:br/>
        <w:t>f 17268/20117/16826 17264/20113/16823 17273/20121/16830</w:t>
        <w:br/>
        <w:t>f 17257/20107/16818 17259/20109/16820 17272/20122/16831</w:t>
        <w:br/>
        <w:t>f 17264/20113/16823 17257/20107/16818 17272/20122/16831</w:t>
        <w:br/>
        <w:t>f 17271/20123/16832 17272/20122/16831 17259/20109/16820</w:t>
        <w:br/>
        <w:t>f 17275/20124/16833 17271/20123/16832 17259/20109/16820</w:t>
        <w:br/>
        <w:t>f 17260/20108/16819 17276/20125/16834 17275/20124/16833</w:t>
        <w:br/>
        <w:t>f 17259/20109/16820 17260/20108/16819 17275/20124/16833</w:t>
        <w:br/>
        <w:t>f 17279/20126/16835 17258/20106/16817 17278/20127/16836</w:t>
        <w:br/>
        <w:t>f 17277/20128/16837 17279/20126/16835 17278/20127/16836</w:t>
        <w:br/>
        <w:t>f 17278/20127/16836 17281/20129/16838 17280/20130/16839</w:t>
        <w:br/>
        <w:t>f 17277/20128/16837 17278/20127/16836 17280/20130/16839</w:t>
        <w:br/>
        <w:t>f 17280/20130/16839 17281/20129/16838 17283/20131/16840</w:t>
        <w:br/>
        <w:t>f 17282/20132/16841 17280/20130/16839 17283/20131/16840</w:t>
        <w:br/>
        <w:t>f 17254/20104/16785 17283/20131/16840 17281/20129/16838</w:t>
        <w:br/>
        <w:t>f 17253/20105/16816 17254/20104/16785 17281/20129/16838</w:t>
        <w:br/>
        <w:t>f 17253/20105/16816 17281/20129/16838 17278/20127/16836</w:t>
        <w:br/>
        <w:t>f 17258/20106/16817 17253/20105/16816 17278/20127/16836</w:t>
        <w:br/>
        <w:t>f 18499/20133/16842 18498/20134/16843 18497/20135/16844</w:t>
        <w:br/>
        <w:t>f 18496/20136/16845 18499/20133/16842 18497/20135/16844</w:t>
        <w:br/>
        <w:t>f 18499/20133/16842 18501/20137/16846 18500/20138/16847</w:t>
        <w:br/>
        <w:t>f 18501/20137/16846 18503/20139/16848 18502/20140/16849</w:t>
        <w:br/>
        <w:t>f 18500/20138/16847 18501/20137/16846 18502/20140/16849</w:t>
        <w:br/>
        <w:t>f 18503/20139/16848 18501/20137/16846 18505/20141/16850</w:t>
        <w:br/>
        <w:t>f 18504/20142/16851 18503/20139/16848 18505/20141/16850</w:t>
        <w:br/>
        <w:t>f 18500/20138/16847 18502/20140/16849 18507/20143/16852</w:t>
        <w:br/>
        <w:t>f 18506/20144/16853 18500/20138/16847 18507/20143/16852</w:t>
        <w:br/>
        <w:t>f 18506/20144/16853 18507/20143/16852 18509/20145/16854</w:t>
        <w:br/>
        <w:t>f 18508/20146/16855 18506/20144/16853 18509/20145/16854</w:t>
        <w:br/>
        <w:t>f 18508/20146/16855 18509/20145/16854 18511/20147/16856</w:t>
        <w:br/>
        <w:t>f 18510/20148/16857 18508/20146/16855 18511/20147/16856</w:t>
        <w:br/>
        <w:t>f 18506/20144/16853 18512/20149/16858 18499/20133/16842</w:t>
        <w:br/>
        <w:t>f 18500/20138/16847 18506/20144/16853 18499/20133/16842</w:t>
        <w:br/>
        <w:t>f 18512/20149/16858 18506/20144/16853 18508/20146/16855</w:t>
        <w:br/>
        <w:t>f 18496/20136/16845 18505/20141/16850 18501/20137/16846</w:t>
        <w:br/>
        <w:t>f 18499/20133/16842 18496/20136/16845 18501/20137/16846</w:t>
        <w:br/>
        <w:t>f 18496/20136/16845 18513/20150/16859 18505/20141/16850</w:t>
        <w:br/>
        <w:t>f 18515/20151/16860 18514/20152/16861 18513/20150/16859</w:t>
        <w:br/>
        <w:t>f 18496/20136/16845 18515/20151/16860 18513/20150/16859</w:t>
        <w:br/>
        <w:t>f 18516/20153/16862 18514/20152/16861 18515/20151/16860</w:t>
        <w:br/>
        <w:t>f 18498/20134/16843 18499/20133/16842 18512/20149/16858</w:t>
        <w:br/>
        <w:t>f 18517/20154/16863 18498/20134/16843 18512/20149/16858</w:t>
        <w:br/>
        <w:t>f 18517/20154/16863 18519/20155/16864 18518/20156/16865</w:t>
        <w:br/>
        <w:t>f 18520/20157/16866 18518/20156/16865 18519/20155/16864</w:t>
        <w:br/>
        <w:t>f 18520/20157/16866 18519/20155/16864 18521/20158/16867</w:t>
        <w:br/>
        <w:t>f 18522/20159/16868 18520/20157/16866 18521/20158/16867</w:t>
        <w:br/>
        <w:t>f 18521/20158/16867 18519/20155/16864 18517/20154/16863</w:t>
        <w:br/>
        <w:t>f 18512/20149/16858 18521/20158/16867 18517/20154/16863</w:t>
        <w:br/>
        <w:t>f 18512/20149/16858 18508/20146/16855 18510/20148/16857</w:t>
        <w:br/>
        <w:t>f 18521/20158/16867 18512/20149/16858 18510/20148/16857</w:t>
        <w:br/>
        <w:t>f 18521/20158/16867 18510/20148/16857 18523/20160/16869</w:t>
        <w:br/>
        <w:t>f 18524/20161/16870 18498/20134/16843 18517/20154/16863</w:t>
        <w:br/>
        <w:t>f 18524/20161/16870 18497/20135/16844 18498/20134/16843</w:t>
        <w:br/>
        <w:t>f 18496/20136/16845 18497/20135/16844 18525/20162/16871</w:t>
        <w:br/>
        <w:t>f 18515/20151/16860 18496/20136/16845 18525/20162/16871</w:t>
        <w:br/>
        <w:t>f 18525/20162/16871 18527/20163/16872 18526/20164/16873</w:t>
        <w:br/>
        <w:t>f 18515/20151/16860 18525/20162/16871 18526/20164/16873</w:t>
        <w:br/>
        <w:t>f 18531/20165/16874 18530/20166/16873 18529/20167/16875</w:t>
        <w:br/>
        <w:t>f 18528/20168/16876 18531/20165/16874 18529/20167/16875</w:t>
        <w:br/>
        <w:t>f 18528/20168/16876 18529/20167/16875 18518/20156/16865</w:t>
        <w:br/>
        <w:t>f 18528/20168/16876 18520/20157/16866 18522/20159/16868</w:t>
        <w:br/>
        <w:t>f 18531/20165/16874 18528/20168/16876 18522/20159/16868</w:t>
        <w:br/>
        <w:t>f 18528/20168/16876 18518/20156/16865 18520/20157/16866</w:t>
        <w:br/>
        <w:t>f 18533/20169/16877 18531/20165/16874 18532/20170/16878</w:t>
        <w:br/>
        <w:t>f 18530/20166/16873 18531/20165/16874 18533/20169/16877</w:t>
        <w:br/>
        <w:t>f 18534/20171/16879 18530/20166/16873 18533/20169/16877</w:t>
        <w:br/>
        <w:t>f 18535/20172/16880 18532/20170/16878 18531/20165/16874</w:t>
        <w:br/>
        <w:t>f 18522/20159/16868 18535/20172/16880 18531/20165/16874</w:t>
        <w:br/>
        <w:t>f 18515/20151/16860 18526/20164/16873 18536/20173/16881</w:t>
        <w:br/>
        <w:t>f 18516/20153/16862 18515/20151/16860 18536/20173/16881</w:t>
        <w:br/>
        <w:t>f 18516/20153/16862 18536/20173/16881 18538/20174/16882</w:t>
        <w:br/>
        <w:t>f 18537/20175/16883 18516/20153/16862 18538/20174/16882</w:t>
        <w:br/>
        <w:t>f 18539/20176/16884 18514/20152/16861 18516/20153/16862</w:t>
        <w:br/>
        <w:t>f 18537/20175/16883 18539/20176/16884 18516/20153/16862</w:t>
        <w:br/>
        <w:t>f 18542/20177/16881 18534/20171/16879 18541/20178/16885</w:t>
        <w:br/>
        <w:t>f 18540/20179/16886 18542/20177/16881 18541/20178/16885</w:t>
        <w:br/>
        <w:t>f 18543/20180/16887 18541/20178/16885 18534/20171/16879</w:t>
        <w:br/>
        <w:t>f 18533/20169/16877 18543/20180/16887 18534/20171/16879</w:t>
        <w:br/>
        <w:t>f 18544/20181/16888 18543/20180/16887 18533/20169/16877</w:t>
        <w:br/>
        <w:t>f 18532/20170/16878 18544/20181/16888 18533/20169/16877</w:t>
        <w:br/>
        <w:t>f 18545/20182/16889 18540/20179/16886 18541/20178/16885</w:t>
        <w:br/>
        <w:t>f 18546/20183/16890 18545/20182/16889 18541/20178/16885</w:t>
        <w:br/>
        <w:t>f 18543/20180/16887 18546/20183/16890 18541/20178/16885</w:t>
        <w:br/>
        <w:t>f 18530/20166/16873 18534/20171/16879 18542/20177/16881</w:t>
        <w:br/>
        <w:t>f 18525/20162/16871 18524/20161/16870 18527/20163/16872</w:t>
        <w:br/>
        <w:t>f 18525/20162/16871 18497/20135/16844 18524/20161/16870</w:t>
        <w:br/>
        <w:t>f 18549/20184/16891 18548/20185/16892 18547/20186/16893</w:t>
        <w:br/>
        <w:t>f 18549/20184/16891 18550/20187/16894 18548/20185/16892</w:t>
        <w:br/>
        <w:t>f 18548/20185/16892 18550/20187/16894 18551/20188/16895</w:t>
        <w:br/>
        <w:t>f 18548/20185/16892 18551/20188/16895 18552/20189/16896</w:t>
        <w:br/>
        <w:t>f 18552/20189/16896 18554/20190/16897 18553/20191/16898</w:t>
        <w:br/>
        <w:t>f 18555/20192/16899 18552/20189/16896 18553/20191/16898</w:t>
        <w:br/>
        <w:t>f 18552/20189/16896 18556/20193/16900 18554/20190/16897</w:t>
        <w:br/>
        <w:t>f 18555/20192/16899 18548/20185/16892 18552/20189/16896</w:t>
        <w:br/>
        <w:t>f 18558/20194/16901 18551/20188/16895 18550/20187/16894</w:t>
        <w:br/>
        <w:t>f 18557/20195/16902 18558/20194/16901 18550/20187/16894</w:t>
        <w:br/>
        <w:t>f 18551/20188/16895 18558/20194/16901 18559/20196/16903</w:t>
        <w:br/>
        <w:t>f 18556/20193/16900 18552/20189/16896 18551/20188/16895</w:t>
        <w:br/>
        <w:t>f 18559/20196/16903 18556/20193/16900 18551/20188/16895</w:t>
        <w:br/>
        <w:t>f 18562/20197/16900 18561/20198/16904 18560/20199/16905</w:t>
        <w:br/>
        <w:t>f 18565/20200/16901 18564/20201/16902 18563/20202/16906</w:t>
        <w:br/>
        <w:t>f 18568/20203/16907 18567/20204/16908 18566/20205/16909</w:t>
        <w:br/>
        <w:t>f 18570/20206/16910 18550/20187/16894 18549/20184/16891</w:t>
        <w:br/>
        <w:t>f 18569/20207/16911 18570/20206/16910 18549/20184/16891</w:t>
        <w:br/>
        <w:t>f 18550/20187/16894 18570/20206/16910 18557/20195/16902</w:t>
        <w:br/>
        <w:t>f 18549/20184/16891 18547/20186/16893 18572/20208/16912</w:t>
        <w:br/>
        <w:t>f 18571/20209/16913 18549/20184/16891 18572/20208/16912</w:t>
        <w:br/>
        <w:t>f 18575/20210/16913 18574/20211/16914 18573/20212/16915</w:t>
        <w:br/>
        <w:t>f 18572/20208/16912 18547/20186/16893 18576/20213/16916</w:t>
        <w:br/>
        <w:t>f 18578/20214/16917 18576/20213/16916 18547/20186/16893</w:t>
        <w:br/>
        <w:t>f 18577/20215/16918 18578/20214/16917 18547/20186/16893</w:t>
        <w:br/>
        <w:t>f 18578/20214/16917 18577/20215/16918 18579/20216/16919</w:t>
        <w:br/>
        <w:t>f 18548/20185/16892 18577/20215/16918 18547/20186/16893</w:t>
        <w:br/>
        <w:t>f 18575/20210/16913 18573/20212/16915 18566/20205/16909</w:t>
        <w:br/>
        <w:t>f 18567/20204/16908 18575/20210/16913 18566/20205/16909</w:t>
        <w:br/>
        <w:t>f 18569/20207/16911 18549/20184/16891 18571/20209/16913</w:t>
        <w:br/>
        <w:t>f 18580/20217/16920 18577/20215/16918 18548/20185/16892</w:t>
        <w:br/>
        <w:t>f 18580/20217/16920 18548/20185/16892 18555/20192/16899</w:t>
        <w:br/>
        <w:t>f 18514/20152/16861 18539/20176/16884 18581/20218/16921</w:t>
        <w:br/>
        <w:t>f 18513/20150/16859 18514/20152/16861 18581/20218/16921</w:t>
        <w:br/>
        <w:t>f 18513/20150/16859 18581/20218/16921 18504/20142/16851</w:t>
        <w:br/>
        <w:t>f 18505/20141/16850 18513/20150/16859 18504/20142/16851</w:t>
        <w:br/>
        <w:t>f 18582/20219/16922 18504/20142/16851 18581/20218/16921</w:t>
        <w:br/>
        <w:t>f 18584/20220/16923 18560/20199/16905 18582/20219/16922</w:t>
        <w:br/>
        <w:t>f 18583/20221/16924 18584/20220/16923 18582/20219/16922</w:t>
        <w:br/>
        <w:t>f 18586/20222/16925 18584/20220/16923 18583/20221/16924</w:t>
        <w:br/>
        <w:t>f 18585/20223/16889 18586/20222/16925 18583/20221/16924</w:t>
        <w:br/>
        <w:t>f 18588/20224/16926 18587/20225/16927 18545/20182/16889</w:t>
        <w:br/>
        <w:t>f 18546/20183/16890 18588/20224/16926 18545/20182/16889</w:t>
        <w:br/>
        <w:t>f 18590/20226/16898 18589/20227/16897 18584/20220/16923</w:t>
        <w:br/>
        <w:t>f 18582/20219/16922 18581/20218/16921 18539/20176/16884</w:t>
        <w:br/>
        <w:t>f 18583/20221/16924 18582/20219/16922 18539/20176/16884</w:t>
        <w:br/>
        <w:t>f 18537/20175/16883 18583/20221/16924 18539/20176/16884</w:t>
        <w:br/>
        <w:t>f 18582/20219/16922 18560/20199/16905 18563/20202/16906</w:t>
        <w:br/>
        <w:t>f 18591/20228/16928 18582/20219/16922 18563/20202/16906</w:t>
        <w:br/>
        <w:t>f 18566/20205/16909 18592/20229/16929 18591/20228/16928</w:t>
        <w:br/>
        <w:t>f 18563/20202/16906 18566/20205/16909 18591/20228/16928</w:t>
        <w:br/>
        <w:t>f 18507/20143/16852 18592/20229/16929 18509/20145/16854</w:t>
        <w:br/>
        <w:t>f 18592/20229/16929 18566/20205/16909 18573/20212/16915</w:t>
        <w:br/>
        <w:t>f 18593/20230/16930 18592/20229/16929 18573/20212/16915</w:t>
        <w:br/>
        <w:t>f 18593/20230/16930 18511/20147/16856 18509/20145/16854</w:t>
        <w:br/>
        <w:t>f 18592/20229/16929 18593/20230/16930 18509/20145/16854</w:t>
        <w:br/>
        <w:t>f 18502/20140/16849 18591/20228/16928 18592/20229/16929</w:t>
        <w:br/>
        <w:t>f 18507/20143/16852 18502/20140/16849 18592/20229/16929</w:t>
        <w:br/>
        <w:t>f 18591/20228/16928 18502/20140/16849 18503/20139/16848</w:t>
        <w:br/>
        <w:t>f 18591/20228/16928 18503/20139/16848 18504/20142/16851</w:t>
        <w:br/>
        <w:t>f 18582/20219/16922 18591/20228/16928 18504/20142/16851</w:t>
        <w:br/>
        <w:t>f 18532/20170/16878 18535/20172/16880 18594/20231/16931</w:t>
        <w:br/>
        <w:t>f 18544/20181/16888 18532/20170/16878 18594/20231/16931</w:t>
        <w:br/>
        <w:t>f 18594/20231/16931 18596/20232/16932 18595/20233/16933</w:t>
        <w:br/>
        <w:t>f 18596/20232/16932 18594/20231/16931 18535/20172/16880</w:t>
        <w:br/>
        <w:t>f 18597/20234/16934 18596/20232/16932 18535/20172/16880</w:t>
        <w:br/>
        <w:t>f 18598/20235/16935 18596/20232/16932 18597/20234/16934</w:t>
        <w:br/>
        <w:t>f 18523/20160/16869 18598/20235/16935 18597/20234/16934</w:t>
        <w:br/>
        <w:t>f 18593/20230/16930 18595/20233/16933 18596/20232/16932</w:t>
        <w:br/>
        <w:t>f 18598/20235/16935 18593/20230/16930 18596/20232/16932</w:t>
        <w:br/>
        <w:t>f 18511/20147/16856 18593/20230/16930 18598/20235/16935</w:t>
        <w:br/>
        <w:t>f 18595/20233/16933 18593/20230/16930 18573/20212/16915</w:t>
        <w:br/>
        <w:t>f 18599/20236/16936 18595/20233/16933 18573/20212/16915</w:t>
        <w:br/>
        <w:t>f 18511/20147/16856 18598/20235/16935 18523/20160/16869</w:t>
        <w:br/>
        <w:t>f 18510/20148/16857 18511/20147/16856 18523/20160/16869</w:t>
        <w:br/>
        <w:t>f 18535/20172/16880 18522/20159/16868 18597/20234/16934</w:t>
        <w:br/>
        <w:t>f 18523/20160/16869 18597/20234/16934 18522/20159/16868</w:t>
        <w:br/>
        <w:t>f 18521/20158/16867 18523/20160/16869 18522/20159/16868</w:t>
        <w:br/>
        <w:t>f 18599/20236/16936 18588/20224/16926 18546/20183/16890</w:t>
        <w:br/>
        <w:t>f 18595/20233/16933 18599/20236/16936 18546/20183/16890</w:t>
        <w:br/>
        <w:t>f 18544/20181/16888 18594/20231/16931 18595/20233/16933</w:t>
        <w:br/>
        <w:t>f 18546/20183/16890 18544/20181/16888 18595/20233/16933</w:t>
        <w:br/>
        <w:t>f 18546/20183/16890 18543/20180/16887 18544/20181/16888</w:t>
        <w:br/>
        <w:t>f 18600/20237/16937 18579/20216/16919 18577/20215/16918</w:t>
        <w:br/>
        <w:t>f 18580/20217/16920 18600/20237/16937 18577/20215/16918</w:t>
        <w:br/>
        <w:t>f 18602/20238/16938 18601/20239/16939 18580/20217/16920</w:t>
        <w:br/>
        <w:t>f 18555/20192/16899 18602/20238/16938 18580/20217/16920</w:t>
        <w:br/>
        <w:t>f 18600/20237/16937 18580/20217/16920 18601/20239/16939</w:t>
        <w:br/>
        <w:t>f 18604/20240/16940 18603/20241/16919 18588/20224/16926</w:t>
        <w:br/>
        <w:t>f 18599/20236/16936 18604/20240/16940 18588/20224/16926</w:t>
        <w:br/>
        <w:t>f 18602/20238/16938 18555/20192/16899 18553/20191/16898</w:t>
        <w:br/>
        <w:t>f 18537/20175/16883 18538/20174/16882 18585/20223/16889</w:t>
        <w:br/>
        <w:t>f 18583/20221/16924 18537/20175/16883 18585/20223/16889</w:t>
        <w:br/>
        <w:t>f 18565/20200/16901 18563/20202/16906 18560/20199/16905</w:t>
        <w:br/>
        <w:t>f 18561/20198/16904 18565/20200/16901 18560/20199/16905</w:t>
        <w:br/>
        <w:t>f 18568/20203/16907 18566/20205/16909 18563/20202/16906</w:t>
        <w:br/>
        <w:t>f 18564/20201/16902 18568/20203/16907 18563/20202/16906</w:t>
        <w:br/>
        <w:t>f 18599/20236/16936 18573/20212/16915 18574/20211/16914</w:t>
        <w:br/>
        <w:t>f 18605/20242/16941 18599/20236/16936 18574/20211/16914</w:t>
        <w:br/>
        <w:t>f 18604/20240/16940 18599/20236/16936 18605/20242/16941</w:t>
        <w:br/>
        <w:t>f 18606/20243/16937 18588/20224/16926 18603/20241/16919</w:t>
        <w:br/>
        <w:t>f 18587/20225/16927 18588/20224/16926 18606/20243/16937</w:t>
        <w:br/>
        <w:t>f 18607/20244/16942 18587/20225/16927 18606/20243/16937</w:t>
        <w:br/>
        <w:t>f 18608/20245/16938 18587/20225/16927 18607/20244/16942</w:t>
        <w:br/>
        <w:t>f 18584/20220/16923 18586/20222/16925 18609/20246/16938</w:t>
        <w:br/>
        <w:t>f 18590/20226/16898 18584/20220/16923 18609/20246/16938</w:t>
        <w:br/>
        <w:t>f 18584/20220/16923 18589/20227/16897 18562/20197/16900</w:t>
        <w:br/>
        <w:t>f 18560/20199/16905 18584/20220/16923 18562/20197/16900</w:t>
        <w:br/>
        <w:t>f 234/20247/1214 233/20248/1217 232/20249/6370</w:t>
        <w:br/>
        <w:t>f 231/20250/5847 234/20247/1214 232/20249/6370</w:t>
        <w:br/>
        <w:t>f 238/20251/1217 237/20252/1215 236/20253/6020</w:t>
        <w:br/>
        <w:t>f 235/20254/1212 238/20251/1217 236/20253/6020</w:t>
        <w:br/>
        <w:t>f 237/20252/1215 240/20255/1218 239/20256/1219</w:t>
        <w:br/>
        <w:t>f 236/20253/6020 237/20252/1215 239/20256/1219</w:t>
        <w:br/>
        <w:t>f 242/20257/1220 241/20258/1221 239/20256/1219</w:t>
        <w:br/>
        <w:t>f 240/20255/1218 242/20257/1220 239/20256/1219</w:t>
        <w:br/>
        <w:t>f 244/20259/1222 243/20260/5852 241/20258/1221</w:t>
        <w:br/>
        <w:t>f 242/20257/1220 244/20259/1222 241/20258/1221</w:t>
        <w:br/>
        <w:t>f 246/20261/1224 245/20262/8095 243/20260/5852</w:t>
        <w:br/>
        <w:t>f 244/20259/1222 246/20261/1224 243/20260/5852</w:t>
        <w:br/>
        <w:t>f 248/20263/1226 247/20264/5866 245/20262/8095</w:t>
        <w:br/>
        <w:t>f 246/20261/1224 248/20263/1226 245/20262/8095</w:t>
        <w:br/>
        <w:t>f 234/20247/1214 231/20250/5847 247/20264/5866</w:t>
        <w:br/>
        <w:t>f 248/20263/1226 234/20247/1214 247/20264/5866</w:t>
        <w:br/>
        <w:t>f 249/20265/1421 233/20248/1217 234/20247/1214</w:t>
        <w:br/>
        <w:t>f 250/20266/1229 249/20265/1421 234/20247/1214</w:t>
        <w:br/>
        <w:t>f 252/20267/1421 251/20268/1423 237/20252/1215</w:t>
        <w:br/>
        <w:t>f 238/20251/1217 252/20267/1421 237/20252/1215</w:t>
        <w:br/>
        <w:t>f 251/20268/1423 253/20269/1232 240/20255/1218</w:t>
        <w:br/>
        <w:t>f 237/20252/1215 251/20268/1423 240/20255/1218</w:t>
        <w:br/>
        <w:t>f 253/20269/1232 254/20270/16943 242/20257/1220</w:t>
        <w:br/>
        <w:t>f 240/20255/1218 253/20269/1232 242/20257/1220</w:t>
        <w:br/>
        <w:t>f 254/20270/16943 255/20271/16944 244/20259/1222</w:t>
        <w:br/>
        <w:t>f 242/20257/1220 254/20270/16943 244/20259/1222</w:t>
        <w:br/>
        <w:t>f 256/20272/5854 246/20261/1224 244/20259/1222</w:t>
        <w:br/>
        <w:t>f 255/20271/16944 256/20272/5854 244/20259/1222</w:t>
        <w:br/>
        <w:t>f 257/20273/1236 248/20263/1226 246/20261/1224</w:t>
        <w:br/>
        <w:t>f 256/20272/5854 257/20273/1236 246/20261/1224</w:t>
        <w:br/>
        <w:t>f 250/20266/1229 234/20247/1214 248/20263/1226</w:t>
        <w:br/>
        <w:t>f 257/20273/1236 250/20266/1229 248/20263/1226</w:t>
        <w:br/>
        <w:t>f 258/20274/1428 249/20265/1421 250/20266/1229</w:t>
        <w:br/>
        <w:t>f 259/20275/16945 258/20274/1428 250/20266/1229</w:t>
        <w:br/>
        <w:t>f 260/20276/16946 251/20268/1423 252/20267/1421</w:t>
        <w:br/>
        <w:t>f 261/20277/1430 260/20276/16946 252/20267/1421</w:t>
        <w:br/>
        <w:t>f 260/20276/16946 262/20278/5857 253/20269/1232</w:t>
        <w:br/>
        <w:t>f 251/20268/1423 260/20276/16946 253/20269/1232</w:t>
        <w:br/>
        <w:t>f 262/20278/5857 263/20279/1433 254/20270/16943</w:t>
        <w:br/>
        <w:t>f 253/20269/1232 262/20278/5857 254/20270/16943</w:t>
        <w:br/>
        <w:t>f 263/20279/1433 264/20280/5859 255/20271/16944</w:t>
        <w:br/>
        <w:t>f 254/20270/16943 263/20279/1433 255/20271/16944</w:t>
        <w:br/>
        <w:t>f 265/20281/6028 256/20272/5854 255/20271/16944</w:t>
        <w:br/>
        <w:t>f 264/20280/5859 265/20281/6028 255/20271/16944</w:t>
        <w:br/>
        <w:t>f 266/20282/7371 257/20273/1236 256/20272/5854</w:t>
        <w:br/>
        <w:t>f 265/20281/6028 266/20282/7371 256/20272/5854</w:t>
        <w:br/>
        <w:t>f 259/20275/16945 250/20266/1229 257/20273/1236</w:t>
        <w:br/>
        <w:t>f 266/20282/7371 259/20275/16945 257/20273/1236</w:t>
        <w:br/>
        <w:t>f 232/20249/6370 267/20283/1246 231/20250/5847</w:t>
        <w:br/>
        <w:t>f 236/20253/6020 267/20283/1246 235/20254/1212</w:t>
        <w:br/>
        <w:t>f 239/20256/1219 267/20283/1246 236/20253/6020</w:t>
        <w:br/>
        <w:t>f 241/20258/1221 267/20283/1246 239/20256/1219</w:t>
        <w:br/>
        <w:t>f 243/20260/5852 267/20283/1246 241/20258/1221</w:t>
        <w:br/>
        <w:t>f 245/20262/8095 267/20283/1246 243/20260/5852</w:t>
        <w:br/>
        <w:t>f 247/20264/5866 267/20283/1246 245/20262/8095</w:t>
        <w:br/>
        <w:t>f 231/20250/5847 267/20283/1246 247/20264/5866</w:t>
        <w:br/>
        <w:t>f 259/20275/16945 268/20284/1247 258/20274/1428</w:t>
        <w:br/>
        <w:t>f 261/20277/1430 268/20284/1247 260/20276/16946</w:t>
        <w:br/>
        <w:t>f 260/20276/16946 268/20284/1247 262/20278/5857</w:t>
        <w:br/>
        <w:t>f 262/20278/5857 268/20284/1247 263/20279/1433</w:t>
        <w:br/>
        <w:t>f 263/20279/1433 268/20284/1247 264/20280/5859</w:t>
        <w:br/>
        <w:t>f 264/20280/5859 268/20284/1247 265/20281/6028</w:t>
        <w:br/>
        <w:t>f 265/20281/6028 268/20284/1247 266/20282/7371</w:t>
        <w:br/>
        <w:t>f 266/20282/7371 268/20284/1247 259/20275/16945</w:t>
        <w:br/>
        <w:t>f 16372/20285/16947 16371/20286/16948 16370/20287/16949</w:t>
        <w:br/>
        <w:t>f 16369/20288/16950 16372/20285/16947 16370/20287/16949</w:t>
        <w:br/>
        <w:t>f 16376/20289/16951 16375/20290/16952 16374/20291/16953</w:t>
        <w:br/>
        <w:t>f 16373/20292/16954 16376/20289/16951 16374/20291/16953</w:t>
        <w:br/>
        <w:t>f 16380/20293/16955 16379/20294/16956 16378/20295/16957</w:t>
        <w:br/>
        <w:t>f 16377/20296/16958 16380/20293/16955 16378/20295/16957</w:t>
        <w:br/>
        <w:t>f 16384/20297/16959 16383/20298/16960 16382/20299/16961</w:t>
        <w:br/>
        <w:t>f 16381/20300/16962 16384/20297/16959 16382/20299/16961</w:t>
        <w:br/>
        <w:t>f 16388/20301/16963 16387/20302/16964 16386/20303/16964</w:t>
        <w:br/>
        <w:t>f 16385/20304/16965 16388/20301/16963 16386/20303/16964</w:t>
        <w:br/>
        <w:t>f 16392/20305/16966 16391/20306/16967 16390/20307/16968</w:t>
        <w:br/>
        <w:t>f 16389/20308/16969 16392/20305/16966 16390/20307/16968</w:t>
        <w:br/>
        <w:t>f 16380/20293/16955 16377/20296/16958 16394/20309/16970</w:t>
        <w:br/>
        <w:t>f 16393/20310/16971 16380/20293/16955 16394/20309/16970</w:t>
        <w:br/>
        <w:t>f 16388/20301/16963 16385/20304/16965 16396/20311/16972</w:t>
        <w:br/>
        <w:t>f 16395/20312/16972 16388/20301/16963 16396/20311/16972</w:t>
        <w:br/>
        <w:t>f 16398/20313/16973 16375/20290/16952 16376/20289/16951</w:t>
        <w:br/>
        <w:t>f 16397/20314/16974 16398/20313/16973 16376/20289/16951</w:t>
        <w:br/>
        <w:t>f 16400/20315/16975 16371/20286/16948 16372/20285/16947</w:t>
        <w:br/>
        <w:t>f 16399/20316/16976 16400/20315/16975 16372/20285/16947</w:t>
        <w:br/>
        <w:t>f 16404/20317/16977 16403/20318/16978 16402/20319/16959</w:t>
        <w:br/>
        <w:t>f 16401/20320/16979 16404/20317/16977 16402/20319/16959</w:t>
        <w:br/>
        <w:t>f 16408/20321/16980 16407/20322/16981 16406/20323/16982</w:t>
        <w:br/>
        <w:t>f 16405/20324/16983 16408/20321/16980 16406/20323/16982</w:t>
        <w:br/>
        <w:t>f 16402/20319/16959 16403/20318/16978 16410/20325/16984</w:t>
        <w:br/>
        <w:t>f 16409/20326/16985 16402/20319/16959 16410/20325/16984</w:t>
        <w:br/>
        <w:t>f 16412/20327/16986 16383/20298/16960 16384/20297/16959</w:t>
        <w:br/>
        <w:t>f 16411/20328/16987 16412/20327/16986 16384/20297/16959</w:t>
        <w:br/>
        <w:t>f 16389/20308/16969 16390/20307/16968 16414/20329/16988</w:t>
        <w:br/>
        <w:t>f 16413/20330/16989 16389/20308/16969 16414/20329/16988</w:t>
        <w:br/>
        <w:t>f 16416/20331/16990 16408/20321/16980 16405/20324/16983</w:t>
        <w:br/>
        <w:t>f 16415/20332/16991 16416/20331/16990 16405/20324/16983</w:t>
        <w:br/>
        <w:t>f 16418/20333/16992 16417/20334/16993 16409/20326/16985</w:t>
        <w:br/>
        <w:t>f 16410/20325/16984 16418/20333/16992 16409/20326/16985</w:t>
        <w:br/>
        <w:t>f 16419/20335/16994 16412/20327/16986 16411/20328/16987</w:t>
        <w:br/>
        <w:t>f 16417/20334/16993 16419/20335/16994 16411/20328/16987</w:t>
        <w:br/>
        <w:t>f 16421/20336/16995 16372/20285/16947 16369/20288/16950</w:t>
        <w:br/>
        <w:t>f 16420/20337/16996 16421/20336/16995 16369/20288/16950</w:t>
        <w:br/>
        <w:t>f 16399/20316/16976 16372/20285/16947 16421/20336/16995</w:t>
        <w:br/>
        <w:t>f 16422/20338/16997 16399/20316/16976 16421/20336/16995</w:t>
        <w:br/>
        <w:t>f 16424/20339/16998 16423/20340/16999 16413/20330/16989</w:t>
        <w:br/>
        <w:t>f 16414/20329/16988 16424/20339/16998 16413/20330/16989</w:t>
        <w:br/>
        <w:t>f 16425/20341/17000 16416/20331/16990 16415/20332/16991</w:t>
        <w:br/>
        <w:t>f 16423/20340/16999 16425/20341/17000 16415/20332/16991</w:t>
        <w:br/>
        <w:t>f 16427/20342/17001 16380/20293/16955 16393/20310/16971</w:t>
        <w:br/>
        <w:t>f 16426/20343/17002 16427/20342/17001 16393/20310/16971</w:t>
        <w:br/>
        <w:t>f 16427/20342/17001 16428/20344/17003 16379/20294/16956</w:t>
        <w:br/>
        <w:t>f 16380/20293/16955 16427/20342/17001 16379/20294/16956</w:t>
        <w:br/>
        <w:t>f 17286/20345/1217 17285/20346/6370 17284/20347/17004</w:t>
        <w:br/>
        <w:t>f 17287/20348/1214 17286/20345/1217 17284/20347/17004</w:t>
        <w:br/>
        <w:t>f 17291/20349/1217 17290/20350/1215 17289/20351/6020</w:t>
        <w:br/>
        <w:t>f 17288/20352/6370 17291/20349/1217 17289/20351/6020</w:t>
        <w:br/>
        <w:t>f 17293/20353/1218 17292/20354/1219 17289/20351/6020</w:t>
        <w:br/>
        <w:t>f 17290/20350/1215 17293/20353/1218 17289/20351/6020</w:t>
        <w:br/>
        <w:t>f 17295/20355/1220 17294/20356/1221 17292/20354/1219</w:t>
        <w:br/>
        <w:t>f 17293/20353/1218 17295/20355/1220 17292/20354/1219</w:t>
        <w:br/>
        <w:t>f 17297/20357/1222 17296/20358/1223 17294/20356/1221</w:t>
        <w:br/>
        <w:t>f 17295/20355/1220 17297/20357/1222 17294/20356/1221</w:t>
        <w:br/>
        <w:t>f 17297/20357/1222 17299/20359/1224 17298/20360/8095</w:t>
        <w:br/>
        <w:t>f 17296/20358/1223 17297/20357/1222 17298/20360/8095</w:t>
        <w:br/>
        <w:t>f 17299/20359/1224 17301/20361/1226 17300/20362/5866</w:t>
        <w:br/>
        <w:t>f 17298/20360/8095 17299/20359/1224 17300/20362/5866</w:t>
        <w:br/>
        <w:t>f 17301/20361/1226 17287/20348/1214 17284/20347/17004</w:t>
        <w:br/>
        <w:t>f 17300/20362/5866 17301/20361/1226 17284/20347/17004</w:t>
        <w:br/>
        <w:t>f 17302/20363/1231 17286/20345/1217 17287/20348/1214</w:t>
        <w:br/>
        <w:t>f 17303/20364/1229 17302/20363/1231 17287/20348/1214</w:t>
        <w:br/>
        <w:t>f 17305/20365/1231 17304/20366/1230 17290/20350/1215</w:t>
        <w:br/>
        <w:t>f 17291/20349/1217 17305/20365/1231 17290/20350/1215</w:t>
        <w:br/>
        <w:t>f 17306/20367/1232 17293/20353/1218 17290/20350/1215</w:t>
        <w:br/>
        <w:t>f 17304/20366/1230 17306/20367/1232 17290/20350/1215</w:t>
        <w:br/>
        <w:t>f 17306/20367/1232 17307/20368/1233 17295/20355/1220</w:t>
        <w:br/>
        <w:t>f 17293/20353/1218 17306/20367/1232 17295/20355/1220</w:t>
        <w:br/>
        <w:t>f 17308/20369/1234 17297/20357/1222 17295/20355/1220</w:t>
        <w:br/>
        <w:t>f 17307/20368/1233 17308/20369/1234 17295/20355/1220</w:t>
        <w:br/>
        <w:t>f 17309/20370/5854 17299/20359/1224 17297/20357/1222</w:t>
        <w:br/>
        <w:t>f 17308/20369/1234 17309/20370/5854 17297/20357/1222</w:t>
        <w:br/>
        <w:t>f 17310/20371/1236 17301/20361/1226 17299/20359/1224</w:t>
        <w:br/>
        <w:t>f 17309/20370/5854 17310/20371/1236 17299/20359/1224</w:t>
        <w:br/>
        <w:t>f 17310/20371/1236 17303/20364/1229 17287/20348/1214</w:t>
        <w:br/>
        <w:t>f 17301/20361/1226 17310/20371/1236 17287/20348/1214</w:t>
        <w:br/>
        <w:t>f 17312/20372/1238 17311/20373/1428 17302/20363/1231</w:t>
        <w:br/>
        <w:t>f 17303/20364/1229 17312/20372/1238 17302/20363/1231</w:t>
        <w:br/>
        <w:t>f 17313/20374/1431 17304/20366/1230 17305/20365/1231</w:t>
        <w:br/>
        <w:t>f 17314/20375/1428 17313/20374/1431 17305/20365/1231</w:t>
        <w:br/>
        <w:t>f 17315/20376/6026 17306/20367/1232 17304/20366/1230</w:t>
        <w:br/>
        <w:t>f 17313/20374/1431 17315/20376/6026 17304/20366/1230</w:t>
        <w:br/>
        <w:t>f 17315/20376/6026 17316/20377/1433 17307/20368/1233</w:t>
        <w:br/>
        <w:t>f 17306/20367/1232 17315/20376/6026 17307/20368/1233</w:t>
        <w:br/>
        <w:t>f 17316/20377/1433 17317/20378/5859 17308/20369/1234</w:t>
        <w:br/>
        <w:t>f 17307/20368/1233 17316/20377/1433 17308/20369/1234</w:t>
        <w:br/>
        <w:t>f 17318/20379/6028 17309/20370/5854 17308/20369/1234</w:t>
        <w:br/>
        <w:t>f 17317/20378/5859 17318/20379/6028 17308/20369/1234</w:t>
        <w:br/>
        <w:t>f 17319/20380/5874 17310/20371/1236 17309/20370/5854</w:t>
        <w:br/>
        <w:t>f 17318/20379/6028 17319/20380/5874 17309/20370/5854</w:t>
        <w:br/>
        <w:t>f 17319/20380/5874 17312/20372/1238 17303/20364/1229</w:t>
        <w:br/>
        <w:t>f 17310/20371/1236 17319/20380/5874 17303/20364/1229</w:t>
        <w:br/>
        <w:t>f 17285/20346/6370 17320/20381/7373 17284/20347/17004</w:t>
        <w:br/>
        <w:t>f 17289/20351/6020 17320/20381/7373 17288/20352/6370</w:t>
        <w:br/>
        <w:t>f 17292/20354/1219 17320/20381/7373 17289/20351/6020</w:t>
        <w:br/>
        <w:t>f 17294/20356/1221 17320/20381/7373 17292/20354/1219</w:t>
        <w:br/>
        <w:t>f 17296/20358/1223 17320/20381/7373 17294/20356/1221</w:t>
        <w:br/>
        <w:t>f 17298/20360/8095 17320/20381/7373 17296/20358/1223</w:t>
        <w:br/>
        <w:t>f 17300/20362/5866 17320/20381/7373 17298/20360/8095</w:t>
        <w:br/>
        <w:t>f 17284/20347/17004 17320/20381/7373 17300/20362/5866</w:t>
        <w:br/>
        <w:t>f 17312/20372/1238 17321/20382/1247 17311/20373/1428</w:t>
        <w:br/>
        <w:t>f 17314/20375/1428 17321/20382/1247 17313/20374/1431</w:t>
        <w:br/>
        <w:t>f 17313/20374/1431 17321/20382/1247 17315/20376/6026</w:t>
        <w:br/>
        <w:t>f 17315/20376/6026 17321/20382/1247 17316/20377/1433</w:t>
        <w:br/>
        <w:t>f 17316/20377/1433 17321/20382/1247 17317/20378/5859</w:t>
        <w:br/>
        <w:t>f 17317/20378/5859 17321/20382/1247 17318/20379/6028</w:t>
        <w:br/>
        <w:t>f 17318/20379/6028 17321/20382/1247 17319/20380/5874</w:t>
        <w:br/>
        <w:t>f 17319/20380/5874 17321/20382/1247 17312/20372/1238</w:t>
        <w:br/>
        <w:t>f 18159/20383/17005 18158/20384/17006 18157/20385/17007</w:t>
        <w:br/>
        <w:t>f 18156/20386/17008 18159/20383/17005 18157/20385/17007</w:t>
        <w:br/>
        <w:t>f 18161/20387/17009 18160/20388/17010 18156/20386/17008</w:t>
        <w:br/>
        <w:t>f 18157/20385/17007 18161/20387/17009 18156/20386/17008</w:t>
        <w:br/>
        <w:t>f 18163/20389/17011 18162/20390/17011 18160/20388/17010</w:t>
        <w:br/>
        <w:t>f 18161/20387/17009 18163/20389/17011 18160/20388/17010</w:t>
        <w:br/>
        <w:t>f 18165/20391/17012 18164/20392/17013 18162/20390/17011</w:t>
        <w:br/>
        <w:t>f 18163/20389/17011 18165/20391/17012 18162/20390/17011</w:t>
        <w:br/>
        <w:t>f 18167/20393/17014 18166/20394/17014 18164/20392/17013</w:t>
        <w:br/>
        <w:t>f 18165/20391/17012 18167/20393/17014 18164/20392/17013</w:t>
        <w:br/>
        <w:t>f 18169/20395/17015 18168/20396/17015 18166/20394/17014</w:t>
        <w:br/>
        <w:t>f 18167/20393/17014 18169/20395/17015 18166/20394/17014</w:t>
        <w:br/>
        <w:t>f 18171/20397/17016 18170/20398/17016 18168/20396/17015</w:t>
        <w:br/>
        <w:t>f 18169/20395/17015 18171/20397/17016 18168/20396/17015</w:t>
        <w:br/>
        <w:t>f 18173/20399/17017 18172/20400/17018 18170/20398/17016</w:t>
        <w:br/>
        <w:t>f 18171/20397/17016 18173/20399/17017 18170/20398/17016</w:t>
        <w:br/>
        <w:t>f 18173/20399/17017 18175/20401/17019 18174/20402/17019</w:t>
        <w:br/>
        <w:t>f 18172/20400/17018 18173/20399/17017 18174/20402/17019</w:t>
        <w:br/>
        <w:t>f 18175/20401/17019 18177/20403/17020 18176/20404/17020</w:t>
        <w:br/>
        <w:t>f 18174/20402/17019 18175/20401/17019 18176/20404/17020</w:t>
        <w:br/>
        <w:t>f 18177/20403/17020 18179/20405/17021 18178/20406/17022</w:t>
        <w:br/>
        <w:t>f 18176/20404/17020 18177/20403/17020 18178/20406/17022</w:t>
        <w:br/>
        <w:t>f 18179/20405/17021 18181/20407/17023 18180/20408/17024</w:t>
        <w:br/>
        <w:t>f 18178/20406/17022 18179/20405/17021 18180/20408/17024</w:t>
        <w:br/>
        <w:t>f 18181/20407/17023 18183/20409/17025 18182/20410/17026</w:t>
        <w:br/>
        <w:t>f 18180/20408/17024 18181/20407/17023 18182/20410/17026</w:t>
        <w:br/>
        <w:t>f 18183/20409/17025 18185/20411/17027 18184/20412/17028</w:t>
        <w:br/>
        <w:t>f 18182/20410/17026 18183/20409/17025 18184/20412/17028</w:t>
        <w:br/>
        <w:t>f 18185/20411/17027 18158/20384/17006 18159/20383/17005</w:t>
        <w:br/>
        <w:t>f 18184/20412/17028 18185/20411/17027 18159/20383/17005</w:t>
        <w:br/>
        <w:t>f 18158/20384/17006 18187/20413/17029 18186/20414/17030</w:t>
        <w:br/>
        <w:t>f 18157/20385/17007 18158/20384/17006 18186/20414/17030</w:t>
        <w:br/>
        <w:t>f 18157/20385/17007 18186/20414/17030 18188/20415/17031</w:t>
        <w:br/>
        <w:t>f 18161/20387/17009 18157/20385/17007 18188/20415/17031</w:t>
        <w:br/>
        <w:t>f 18161/20387/17009 18188/20415/17031 18190/20416/17032</w:t>
        <w:br/>
        <w:t>f 18189/20417/17032 18161/20387/17009 18190/20416/17032</w:t>
        <w:br/>
        <w:t>f 18189/20417/17032 18190/20416/17032 18192/20418/17033</w:t>
        <w:br/>
        <w:t>f 18191/20419/17033 18189/20417/17032 18192/20418/17033</w:t>
        <w:br/>
        <w:t>f 18191/20419/17033 18192/20418/17033 18194/20420/17034</w:t>
        <w:br/>
        <w:t>f 18193/20421/17034 18191/20419/17033 18194/20420/17034</w:t>
        <w:br/>
        <w:t>f 18193/20421/17034 18194/20420/17034 18196/20422/17035</w:t>
        <w:br/>
        <w:t>f 18195/20423/17035 18193/20421/17034 18196/20422/17035</w:t>
        <w:br/>
        <w:t>f 18195/20423/17035 18196/20422/17035 18198/20424/17036</w:t>
        <w:br/>
        <w:t>f 18197/20425/17036 18195/20423/17035 18198/20424/17036</w:t>
        <w:br/>
        <w:t>f 18197/20425/17036 18198/20424/17036 18200/20426/17037</w:t>
        <w:br/>
        <w:t>f 18199/20427/17038 18197/20425/17036 18200/20426/17037</w:t>
        <w:br/>
        <w:t>f 18202/20428/17039 18199/20427/17038 18200/20426/17037</w:t>
        <w:br/>
        <w:t>f 18201/20429/17039 18202/20428/17039 18200/20426/17037</w:t>
        <w:br/>
        <w:t>f 18204/20430/17040 18202/20428/17039 18201/20429/17039</w:t>
        <w:br/>
        <w:t>f 18203/20431/17040 18204/20430/17040 18201/20429/17039</w:t>
        <w:br/>
        <w:t>f 18179/20405/17021 18204/20430/17040 18203/20431/17040</w:t>
        <w:br/>
        <w:t>f 18205/20432/17041 18179/20405/17021 18203/20431/17040</w:t>
        <w:br/>
        <w:t>f 18181/20407/17023 18179/20405/17021 18205/20432/17041</w:t>
        <w:br/>
        <w:t>f 18206/20433/17042 18181/20407/17023 18205/20432/17041</w:t>
        <w:br/>
        <w:t>f 18183/20409/17025 18181/20407/17023 18206/20433/17042</w:t>
        <w:br/>
        <w:t>f 18207/20434/17043 18183/20409/17025 18206/20433/17042</w:t>
        <w:br/>
        <w:t>f 18185/20411/17027 18183/20409/17025 18207/20434/17043</w:t>
        <w:br/>
        <w:t>f 18208/20435/17044 18185/20411/17027 18207/20434/17043</w:t>
        <w:br/>
        <w:t>f 18158/20384/17006 18185/20411/17027 18208/20435/17044</w:t>
        <w:br/>
        <w:t>f 18187/20413/17029 18158/20384/17006 18208/20435/17044</w:t>
        <w:br/>
        <w:t>f 18212/20436/17045 18211/20437/17046 18210/20438/17047</w:t>
        <w:br/>
        <w:t>f 18209/20439/17048 18212/20436/17045 18210/20438/17047</w:t>
        <w:br/>
        <w:t>f 18211/20437/17046 18214/20440/17049 18213/20441/17050</w:t>
        <w:br/>
        <w:t>f 18210/20438/17047 18211/20437/17046 18213/20441/17050</w:t>
        <w:br/>
        <w:t>f 18214/20440/17049 18216/20442/17051 18215/20443/17051</w:t>
        <w:br/>
        <w:t>f 18213/20441/17050 18214/20440/17049 18215/20443/17051</w:t>
        <w:br/>
        <w:t>f 18216/20442/17051 18218/20444/17052 18217/20445/17052</w:t>
        <w:br/>
        <w:t>f 18215/20443/17051 18216/20442/17051 18217/20445/17052</w:t>
        <w:br/>
        <w:t>f 18218/20444/17052 18220/20446/17053 18219/20447/17053</w:t>
        <w:br/>
        <w:t>f 18217/20445/17052 18218/20444/17052 18219/20447/17053</w:t>
        <w:br/>
        <w:t>f 18220/20446/17053 18222/20448/17054 18221/20449/17054</w:t>
        <w:br/>
        <w:t>f 18219/20447/17053 18220/20446/17053 18221/20449/17054</w:t>
        <w:br/>
        <w:t>f 18222/20448/17054 18224/20450/17055 18223/20451/17056</w:t>
        <w:br/>
        <w:t>f 18221/20449/17054 18222/20448/17054 18223/20451/17056</w:t>
        <w:br/>
        <w:t>f 18224/20450/17055 18226/20452/17057 18225/20453/17057</w:t>
        <w:br/>
        <w:t>f 18223/20451/17056 18224/20450/17055 18225/20453/17057</w:t>
        <w:br/>
        <w:t>f 18225/20453/17057 18226/20452/17057 18228/20454/17058</w:t>
        <w:br/>
        <w:t>f 18227/20455/17058 18225/20453/17057 18228/20454/17058</w:t>
        <w:br/>
        <w:t>f 18227/20455/17058 18228/20454/17058 18230/20456/17059</w:t>
        <w:br/>
        <w:t>f 18229/20457/17059 18227/20455/17058 18230/20456/17059</w:t>
        <w:br/>
        <w:t>f 18229/20457/17059 18230/20456/17059 18232/20458/17060</w:t>
        <w:br/>
        <w:t>f 18231/20459/17061 18229/20457/17059 18232/20458/17060</w:t>
        <w:br/>
        <w:t>f 18231/20459/17061 18232/20458/17060 18234/20460/17062</w:t>
        <w:br/>
        <w:t>f 18233/20461/17063 18231/20459/17061 18234/20460/17062</w:t>
        <w:br/>
        <w:t>f 18233/20461/17063 18234/20460/17062 18236/20462/17064</w:t>
        <w:br/>
        <w:t>f 18235/20463/17065 18233/20461/17063 18236/20462/17064</w:t>
        <w:br/>
        <w:t>f 18235/20463/17065 18236/20462/17064 18238/20464/17066</w:t>
        <w:br/>
        <w:t>f 18237/20465/17067 18235/20463/17065 18238/20464/17066</w:t>
        <w:br/>
        <w:t>f 18237/20465/17067 18238/20464/17066 18212/20436/17045</w:t>
        <w:br/>
        <w:t>f 18209/20439/17048 18237/20465/17067 18212/20436/17045</w:t>
        <w:br/>
        <w:t>f 18240/20466/17068 18239/20467/17069 18209/20439/17048</w:t>
        <w:br/>
        <w:t>f 18210/20438/17047 18240/20466/17068 18209/20439/17048</w:t>
        <w:br/>
        <w:t>f 18241/20468/17070 18240/20466/17068 18210/20438/17047</w:t>
        <w:br/>
        <w:t>f 18213/20441/17050 18241/20468/17070 18210/20438/17047</w:t>
        <w:br/>
        <w:t>f 18243/20469/17071 18241/20468/17070 18213/20441/17050</w:t>
        <w:br/>
        <w:t>f 18242/20470/17071 18243/20469/17071 18213/20441/17050</w:t>
        <w:br/>
        <w:t>f 18245/20471/17072 18243/20469/17071 18242/20470/17071</w:t>
        <w:br/>
        <w:t>f 18244/20472/17073 18245/20471/17072 18242/20470/17071</w:t>
        <w:br/>
        <w:t>f 18247/20473/17074 18245/20471/17072 18244/20472/17073</w:t>
        <w:br/>
        <w:t>f 18246/20474/17074 18247/20473/17074 18244/20472/17073</w:t>
        <w:br/>
        <w:t>f 18249/20475/17075 18247/20473/17074 18246/20474/17074</w:t>
        <w:br/>
        <w:t>f 18248/20476/17075 18249/20475/17075 18246/20474/17074</w:t>
        <w:br/>
        <w:t>f 18251/20477/17076 18249/20475/17075 18248/20476/17075</w:t>
        <w:br/>
        <w:t>f 18250/20478/17076 18251/20477/17076 18248/20476/17075</w:t>
        <w:br/>
        <w:t>f 18253/20479/17077 18251/20477/17076 18250/20478/17076</w:t>
        <w:br/>
        <w:t>f 18252/20480/17078 18253/20479/17077 18250/20478/17076</w:t>
        <w:br/>
        <w:t>f 18255/20481/17079 18254/20482/17079 18253/20479/17077</w:t>
        <w:br/>
        <w:t>f 18252/20480/17078 18255/20481/17079 18253/20479/17077</w:t>
        <w:br/>
        <w:t>f 18257/20483/17080 18256/20484/17080 18254/20482/17079</w:t>
        <w:br/>
        <w:t>f 18255/20481/17079 18257/20483/17080 18254/20482/17079</w:t>
        <w:br/>
        <w:t>f 18231/20459/17061 18258/20485/17081 18256/20484/17080</w:t>
        <w:br/>
        <w:t>f 18257/20483/17080 18231/20459/17061 18256/20484/17080</w:t>
        <w:br/>
        <w:t>f 18233/20461/17063 18259/20486/17082 18258/20485/17081</w:t>
        <w:br/>
        <w:t>f 18231/20459/17061 18233/20461/17063 18258/20485/17081</w:t>
        <w:br/>
        <w:t>f 18235/20463/17065 18260/20487/17083 18259/20486/17082</w:t>
        <w:br/>
        <w:t>f 18233/20461/17063 18235/20463/17065 18259/20486/17082</w:t>
        <w:br/>
        <w:t>f 18237/20465/17067 18261/20488/17084 18260/20487/17083</w:t>
        <w:br/>
        <w:t>f 18235/20463/17065 18237/20465/17067 18260/20487/17083</w:t>
        <w:br/>
        <w:t>f 18261/20488/17084 18237/20465/17067 18209/20439/17048</w:t>
        <w:br/>
        <w:t>f 18239/20467/17069 18261/20488/17084 18209/20439/17048</w:t>
        <w:br/>
        <w:t>f 18780/20489/1211 18779/20490/1215 18778/20491/6020</w:t>
        <w:br/>
        <w:t>f 18781/20492/1410 18780/20489/1211 18778/20491/6020</w:t>
        <w:br/>
        <w:t>f 18785/20493/1213 18784/20494/1214 18783/20495/1211</w:t>
        <w:br/>
        <w:t>f 18782/20496/17085 18785/20493/1213 18783/20495/1211</w:t>
        <w:br/>
        <w:t>f 18787/20497/5866 18786/20498/1226 18784/20494/1214</w:t>
        <w:br/>
        <w:t>f 18785/20493/1213 18787/20497/5866 18784/20494/1214</w:t>
        <w:br/>
        <w:t>f 18788/20499/1224 18786/20498/1226 18787/20497/5866</w:t>
        <w:br/>
        <w:t>f 18789/20500/8095 18788/20499/1224 18787/20497/5866</w:t>
        <w:br/>
        <w:t>f 18790/20501/1222 18788/20499/1224 18789/20500/8095</w:t>
        <w:br/>
        <w:t>f 18791/20502/7365 18790/20501/1222 18789/20500/8095</w:t>
        <w:br/>
        <w:t>f 18793/20503/1221 18792/20504/1220 18790/20501/1222</w:t>
        <w:br/>
        <w:t>f 18791/20502/7365 18793/20503/1221 18790/20501/1222</w:t>
        <w:br/>
        <w:t>f 18795/20505/1219 18794/20506/1218 18792/20504/1220</w:t>
        <w:br/>
        <w:t>f 18793/20503/1221 18795/20505/1219 18792/20504/1220</w:t>
        <w:br/>
        <w:t>f 18779/20490/1215 18794/20506/1218 18795/20505/1219</w:t>
        <w:br/>
        <w:t>f 18778/20491/6020 18779/20490/1215 18795/20505/1219</w:t>
        <w:br/>
        <w:t>f 18797/20507/1231 18796/20508/1230 18779/20490/1215</w:t>
        <w:br/>
        <w:t>f 18780/20489/1211 18797/20507/1231 18779/20490/1215</w:t>
        <w:br/>
        <w:t>f 18799/20509/1229 18798/20510/1231 18783/20495/1211</w:t>
        <w:br/>
        <w:t>f 18784/20494/1214 18799/20509/1229 18783/20495/1211</w:t>
        <w:br/>
        <w:t>f 18786/20498/1226 18800/20511/1236 18799/20509/1229</w:t>
        <w:br/>
        <w:t>f 18784/20494/1214 18786/20498/1226 18799/20509/1229</w:t>
        <w:br/>
        <w:t>f 18788/20499/1224 18801/20512/5854 18800/20511/1236</w:t>
        <w:br/>
        <w:t>f 18786/20498/1226 18788/20499/1224 18800/20511/1236</w:t>
        <w:br/>
        <w:t>f 18790/20501/1222 18802/20513/1234 18801/20512/5854</w:t>
        <w:br/>
        <w:t>f 18788/20499/1224 18790/20501/1222 18801/20512/5854</w:t>
        <w:br/>
        <w:t>f 18803/20514/1233 18802/20513/1234 18790/20501/1222</w:t>
        <w:br/>
        <w:t>f 18792/20504/1220 18803/20514/1233 18790/20501/1222</w:t>
        <w:br/>
        <w:t>f 18804/20515/1232 18803/20514/1233 18792/20504/1220</w:t>
        <w:br/>
        <w:t>f 18794/20506/1218 18804/20515/1232 18792/20504/1220</w:t>
        <w:br/>
        <w:t>f 18796/20508/1230 18804/20515/1232 18794/20506/1218</w:t>
        <w:br/>
        <w:t>f 18779/20490/1215 18796/20508/1230 18794/20506/1218</w:t>
        <w:br/>
        <w:t>f 18797/20507/1231 18806/20516/12516 18805/20517/1239</w:t>
        <w:br/>
        <w:t>f 18796/20508/1230 18797/20507/1231 18805/20517/1239</w:t>
        <w:br/>
        <w:t>f 18808/20518/1238 18807/20519/12516 18798/20510/1231</w:t>
        <w:br/>
        <w:t>f 18799/20509/1229 18808/20518/1238 18798/20510/1231</w:t>
        <w:br/>
        <w:t>f 18809/20520/5874 18808/20518/1238 18799/20509/1229</w:t>
        <w:br/>
        <w:t>f 18800/20511/1236 18809/20520/5874 18799/20509/1229</w:t>
        <w:br/>
        <w:t>f 18801/20512/5854 18810/20521/6028 18809/20520/5874</w:t>
        <w:br/>
        <w:t>f 18800/20511/1236 18801/20512/5854 18809/20520/5874</w:t>
        <w:br/>
        <w:t>f 18802/20513/1234 18811/20522/7323 18810/20521/6028</w:t>
        <w:br/>
        <w:t>f 18801/20512/5854 18802/20513/1234 18810/20521/6028</w:t>
        <w:br/>
        <w:t>f 18812/20523/5876 18811/20522/7323 18802/20513/1234</w:t>
        <w:br/>
        <w:t>f 18803/20514/1233 18812/20523/5876 18802/20513/1234</w:t>
        <w:br/>
        <w:t>f 18813/20524/1241 18812/20523/5876 18803/20514/1233</w:t>
        <w:br/>
        <w:t>f 18804/20515/1232 18813/20524/1241 18803/20514/1233</w:t>
        <w:br/>
        <w:t>f 18796/20508/1230 18805/20517/1239 18813/20524/1241</w:t>
        <w:br/>
        <w:t>f 18804/20515/1232 18796/20508/1230 18813/20524/1241</w:t>
        <w:br/>
        <w:t>f 18781/20492/1410 18778/20491/6020 18814/20525/1246</w:t>
        <w:br/>
        <w:t>f 18785/20493/1213 18782/20496/17085 18814/20525/1246</w:t>
        <w:br/>
        <w:t>f 18787/20497/5866 18785/20493/1213 18814/20525/1246</w:t>
        <w:br/>
        <w:t>f 18789/20500/8095 18787/20497/5866 18814/20525/1246</w:t>
        <w:br/>
        <w:t>f 18791/20502/7365 18789/20500/8095 18814/20525/1246</w:t>
        <w:br/>
        <w:t>f 18793/20503/1221 18791/20502/7365 18814/20525/1246</w:t>
        <w:br/>
        <w:t>f 18795/20505/1219 18793/20503/1221 18814/20525/1246</w:t>
        <w:br/>
        <w:t>f 18778/20491/6020 18795/20505/1219 18814/20525/1246</w:t>
        <w:br/>
        <w:t>f 18805/20517/1239 18806/20516/12516 18815/20526/1247</w:t>
        <w:br/>
        <w:t>f 18807/20519/12516 18808/20518/1238 18815/20526/1247</w:t>
        <w:br/>
        <w:t>f 18808/20518/1238 18809/20520/5874 18815/20526/1247</w:t>
        <w:br/>
        <w:t>f 18809/20520/5874 18810/20521/6028 18815/20526/1247</w:t>
        <w:br/>
        <w:t>f 18810/20521/6028 18811/20522/7323 18815/20526/1247</w:t>
        <w:br/>
        <w:t>f 18811/20522/7323 18812/20523/5876 18815/20526/1247</w:t>
        <w:br/>
        <w:t>f 18812/20523/5876 18813/20524/1241 18815/20526/1247</w:t>
        <w:br/>
        <w:t>f 18813/20524/1241 18805/20517/1239 18815/20526/1247</w:t>
        <w:br/>
        <w:t>f 18857/20527/17086 18856/20528/17087 18855/20529/17088</w:t>
        <w:br/>
        <w:t>f 18854/20530/17089 18857/20527/17086 18855/20529/17088</w:t>
        <w:br/>
        <w:t>f 18857/20527/17086 18854/20530/17089 18858/20531/17090</w:t>
        <w:br/>
        <w:t>f 18859/20532/17091 18857/20527/17086 18858/20531/17090</w:t>
        <w:br/>
        <w:t>f 18861/20533/17092 18859/20532/17091 18858/20531/17090</w:t>
        <w:br/>
        <w:t>f 18860/20534/17093 18861/20533/17092 18858/20531/17090</w:t>
        <w:br/>
        <w:t>f 18861/20533/17092 18860/20534/17093 18862/20535/17094</w:t>
        <w:br/>
        <w:t>f 18863/20536/17095 18861/20533/17092 18862/20535/17094</w:t>
        <w:br/>
        <w:t>f 18867/20537/17096 18866/20538/17095 18865/20539/17097</w:t>
        <w:br/>
        <w:t>f 18864/20540/17098 18867/20537/17096 18865/20539/17097</w:t>
        <w:br/>
        <w:t>f 18867/20537/17096 18864/20540/17098 18868/20541/17099</w:t>
        <w:br/>
        <w:t>f 18869/20542/17100 18867/20537/17096 18868/20541/17099</w:t>
        <w:br/>
        <w:t>f 18871/20543/17101 18869/20542/17100 18868/20541/17099</w:t>
        <w:br/>
        <w:t>f 18870/20544/17102 18871/20543/17101 18868/20541/17099</w:t>
        <w:br/>
        <w:t>f 18871/20543/17101 18870/20544/17102 18855/20529/17088</w:t>
        <w:br/>
        <w:t>f 18856/20528/17087 18871/20543/17101 18855/20529/17088</w:t>
        <w:br/>
        <w:t>f 18872/20545/17103 18856/20528/17087 18857/20527/17086</w:t>
        <w:br/>
        <w:t>f 18873/20546/17104 18872/20545/17103 18857/20527/17086</w:t>
        <w:br/>
        <w:t>f 18857/20527/17086 18859/20532/17091 18874/20547/17105</w:t>
        <w:br/>
        <w:t>f 18873/20546/17104 18857/20527/17086 18874/20547/17105</w:t>
        <w:br/>
        <w:t>f 18859/20532/17091 18861/20533/17092 18875/20548/17106</w:t>
        <w:br/>
        <w:t>f 18874/20547/17105 18859/20532/17091 18875/20548/17106</w:t>
        <w:br/>
        <w:t>f 18875/20548/17106 18861/20533/17092 18863/20536/17095</w:t>
        <w:br/>
        <w:t>f 18876/20549/17107 18875/20548/17106 18863/20536/17095</w:t>
        <w:br/>
        <w:t>f 18878/20550/17107 18866/20538/17095 18867/20537/17096</w:t>
        <w:br/>
        <w:t>f 18877/20551/17108 18878/20550/17107 18867/20537/17096</w:t>
        <w:br/>
        <w:t>f 18877/20551/17108 18867/20537/17096 18869/20542/17100</w:t>
        <w:br/>
        <w:t>f 18879/20552/17109 18877/20551/17108 18869/20542/17100</w:t>
        <w:br/>
        <w:t>f 18869/20542/17100 18871/20543/17101 18880/20553/17110</w:t>
        <w:br/>
        <w:t>f 18879/20552/17109 18869/20542/17100 18880/20553/17110</w:t>
        <w:br/>
        <w:t>f 18871/20543/17101 18856/20528/17087 18872/20545/17103</w:t>
        <w:br/>
        <w:t>f 18880/20553/17110 18871/20543/17101 18872/20545/17103</w:t>
        <w:br/>
        <w:t>f 18883/20554/17111 18882/20555/17112 18881/20556/17111</w:t>
        <w:br/>
        <w:t>f 18883/20554/17111 18884/20557/17113 18882/20555/17112</w:t>
        <w:br/>
        <w:t>f 18883/20554/17111 18885/20558/17113 18884/20557/17113</w:t>
        <w:br/>
        <w:t>f 18883/20554/17111 18886/20559/17111 18885/20558/17113</w:t>
        <w:br/>
        <w:t>f 18883/20554/17111 18887/20560/17114 18886/20559/17111</w:t>
        <w:br/>
        <w:t>f 18883/20554/17111 18888/20561/17114 18887/20560/17114</w:t>
        <w:br/>
        <w:t>f 18883/20554/17111 18889/20562/17111 18888/20561/17114</w:t>
        <w:br/>
        <w:t>f 18883/20554/17111 18881/20556/17111 18889/20562/17111</w:t>
        <w:br/>
        <w:t>f 18893/20563/17115 18892/20564/17116 18891/20565/17117</w:t>
        <w:br/>
        <w:t>f 18890/20566/17118 18893/20563/17115 18891/20565/17117</w:t>
        <w:br/>
        <w:t>f 18891/20565/17117 18895/20567/17119 18894/20568/17120</w:t>
        <w:br/>
        <w:t>f 18890/20566/17118 18891/20565/17117 18894/20568/17120</w:t>
        <w:br/>
        <w:t>f 18894/20568/17120 18895/20567/17119 18897/20569/17121</w:t>
        <w:br/>
        <w:t>f 18896/20570/17122 18894/20568/17120 18897/20569/17121</w:t>
        <w:br/>
        <w:t>f 18897/20569/17121 18899/20571/17123 18898/20572/17124</w:t>
        <w:br/>
        <w:t>f 18896/20570/17122 18897/20569/17121 18898/20572/17124</w:t>
        <w:br/>
        <w:t>f 18903/20573/17125 18902/20574/17123 18901/20575/17126</w:t>
        <w:br/>
        <w:t>f 18900/20576/17127 18903/20573/17125 18901/20575/17126</w:t>
        <w:br/>
        <w:t>f 18901/20575/17126 18905/20577/17128 18904/20578/17129</w:t>
        <w:br/>
        <w:t>f 18900/20576/17127 18901/20575/17126 18904/20578/17129</w:t>
        <w:br/>
        <w:t>f 18904/20578/17129 18905/20577/17128 18907/20579/17130</w:t>
        <w:br/>
        <w:t>f 18906/20580/17131 18904/20578/17129 18907/20579/17130</w:t>
        <w:br/>
        <w:t>f 18907/20579/17130 18892/20564/17116 18893/20563/17115</w:t>
        <w:br/>
        <w:t>f 18906/20580/17131 18907/20579/17130 18893/20563/17115</w:t>
        <w:br/>
        <w:t>f 18892/20564/17116 18909/20581/17132 18908/20582/17133</w:t>
        <w:br/>
        <w:t>f 18891/20565/17117 18892/20564/17116 18908/20582/17133</w:t>
        <w:br/>
        <w:t>f 18891/20565/17117 18908/20582/17133 18910/20583/17134</w:t>
        <w:br/>
        <w:t>f 18895/20567/17119 18891/20565/17117 18910/20583/17134</w:t>
        <w:br/>
        <w:t>f 18895/20567/17119 18910/20583/17134 18911/20584/17135</w:t>
        <w:br/>
        <w:t>f 18897/20569/17121 18895/20567/17119 18911/20584/17135</w:t>
        <w:br/>
        <w:t>f 18899/20571/17123 18897/20569/17121 18911/20584/17135</w:t>
        <w:br/>
        <w:t>f 18912/20585/17136 18899/20571/17123 18911/20584/17135</w:t>
        <w:br/>
        <w:t>f 18902/20574/17123 18914/20586/17137 18913/20587/17138</w:t>
        <w:br/>
        <w:t>f 18901/20575/17126 18902/20574/17123 18913/20587/17138</w:t>
        <w:br/>
        <w:t>f 18905/20577/17128 18901/20575/17126 18913/20587/17138</w:t>
        <w:br/>
        <w:t>f 18915/20588/17139 18905/20577/17128 18913/20587/17138</w:t>
        <w:br/>
        <w:t>f 18905/20577/17128 18915/20588/17139 18916/20589/17140</w:t>
        <w:br/>
        <w:t>f 18907/20579/17130 18905/20577/17128 18916/20589/17140</w:t>
        <w:br/>
        <w:t>f 18907/20579/17130 18916/20589/17140 18909/20581/17132</w:t>
        <w:br/>
        <w:t>f 18892/20564/17116 18907/20579/17130 18909/20581/17132</w:t>
        <w:br/>
        <w:t>f 18919/20590/17141 18918/20591/17141 18917/20592/17142</w:t>
        <w:br/>
        <w:t>f 18919/20590/17141 18917/20592/17142 18920/20593/17143</w:t>
        <w:br/>
        <w:t>f 18919/20590/17141 18920/20593/17143 18921/20594/17143</w:t>
        <w:br/>
        <w:t>f 18919/20590/17141 18921/20594/17143 18922/20595/17142</w:t>
        <w:br/>
        <w:t>f 18919/20590/17141 18922/20595/17142 18923/20596/17144</w:t>
        <w:br/>
        <w:t>f 18919/20590/17141 18923/20596/17144 18924/20597/17144</w:t>
        <w:br/>
        <w:t>f 18919/20590/17141 18924/20597/17144 18925/20598/17141</w:t>
        <w:br/>
        <w:t>f 18919/20590/17141 18925/20598/17141 18918/20591/17141</w:t>
        <w:br/>
        <w:t>f 19232/20599/17145 19231/20600/17146 19230/20601/17147</w:t>
        <w:br/>
        <w:t>f 19229/20602/17148 19232/20599/17145 19230/20601/17147</w:t>
        <w:br/>
        <w:t>f 19236/20603/17149 19235/20604/17150 19234/20605/17151</w:t>
        <w:br/>
        <w:t>f 19233/20606/17152 19236/20603/17149 19234/20605/17151</w:t>
        <w:br/>
        <w:t>f 19240/20607/17153 19239/20608/17154 19238/20609/17155</w:t>
        <w:br/>
        <w:t>f 19237/20610/17156 19240/20607/17153 19238/20609/17155</w:t>
        <w:br/>
        <w:t>f 19244/20611/17157 19243/20612/17158 19242/20613/17159</w:t>
        <w:br/>
        <w:t>f 19241/20614/17160 19244/20611/17157 19242/20613/17159</w:t>
        <w:br/>
        <w:t>f 19248/20615/17161 19247/20616/17162 19246/20617/17163</w:t>
        <w:br/>
        <w:t>f 19245/20618/17163 19248/20615/17161 19246/20617/17163</w:t>
        <w:br/>
        <w:t>f 19252/20619/17164 19251/20620/17165 19250/20621/17166</w:t>
        <w:br/>
        <w:t>f 19249/20622/17167 19252/20619/17164 19250/20621/17166</w:t>
        <w:br/>
        <w:t>f 19254/20623/17168 19239/20608/17154 19240/20607/17153</w:t>
        <w:br/>
        <w:t>f 19253/20624/17169 19254/20623/17168 19240/20607/17153</w:t>
        <w:br/>
        <w:t>f 19256/20625/17170 19247/20616/17162 19248/20615/17161</w:t>
        <w:br/>
        <w:t>f 19255/20626/17170 19256/20625/17170 19248/20615/17161</w:t>
        <w:br/>
        <w:t>f 19236/20603/17149 19233/20606/17152 19258/20627/17171</w:t>
        <w:br/>
        <w:t>f 19257/20628/17172 19236/20603/17149 19258/20627/17171</w:t>
        <w:br/>
        <w:t>f 19260/20629/17173 19259/20630/17174 19230/20601/17147</w:t>
        <w:br/>
        <w:t>f 19231/20600/17146 19260/20629/17173 19230/20601/17147</w:t>
        <w:br/>
        <w:t>f 19264/20631/17175 19263/20632/17176 19262/20633/17159</w:t>
        <w:br/>
        <w:t>f 19261/20634/17177 19264/20631/17175 19262/20633/17159</w:t>
        <w:br/>
        <w:t>f 19268/20635/17178 19267/20636/17179 19266/20637/17180</w:t>
        <w:br/>
        <w:t>f 19265/20638/17181 19268/20635/17178 19266/20637/17180</w:t>
        <w:br/>
        <w:t>f 19262/20633/17159 19270/20639/17182 19269/20640/17183</w:t>
        <w:br/>
        <w:t>f 19261/20634/17177 19262/20633/17159 19269/20640/17183</w:t>
        <w:br/>
        <w:t>f 19242/20613/17159 19243/20612/17158 19272/20641/17184</w:t>
        <w:br/>
        <w:t>f 19271/20642/17185 19242/20613/17159 19272/20641/17184</w:t>
        <w:br/>
        <w:t>f 19249/20622/17167 19274/20643/17186 19273/20644/17187</w:t>
        <w:br/>
        <w:t>f 19252/20619/17164 19249/20622/17167 19273/20644/17187</w:t>
        <w:br/>
        <w:t>f 19265/20638/17181 19266/20637/17180 19276/20645/17188</w:t>
        <w:br/>
        <w:t>f 19275/20646/17186 19265/20638/17181 19276/20645/17188</w:t>
        <w:br/>
        <w:t>f 19270/20639/17182 19278/20647/17189 19277/20648/17190</w:t>
        <w:br/>
        <w:t>f 19269/20640/17183 19270/20639/17182 19277/20648/17190</w:t>
        <w:br/>
        <w:t>f 19271/20642/17185 19272/20641/17184 19279/20649/17191</w:t>
        <w:br/>
        <w:t>f 19278/20647/17192 19271/20642/17185 19279/20649/17191</w:t>
        <w:br/>
        <w:t>f 19281/20650/17193 19280/20651/17194 19229/20602/17148</w:t>
        <w:br/>
        <w:t>f 19230/20601/17147 19281/20650/17193 19229/20602/17148</w:t>
        <w:br/>
        <w:t>f 19259/20630/17174 19282/20652/17195 19281/20650/17193</w:t>
        <w:br/>
        <w:t>f 19230/20601/17147 19259/20630/17174 19281/20650/17193</w:t>
        <w:br/>
        <w:t>f 19274/20643/17186 19284/20653/17196 19283/20654/17197</w:t>
        <w:br/>
        <w:t>f 19273/20644/17187 19274/20643/17186 19283/20654/17197</w:t>
        <w:br/>
        <w:t>f 19275/20646/17186 19276/20645/17188 19285/20655/17198</w:t>
        <w:br/>
        <w:t>f 19284/20653/17196 19275/20646/17186 19285/20655/17198</w:t>
        <w:br/>
        <w:t>f 19253/20624/17169 19240/20607/17153 19287/20656/17199</w:t>
        <w:br/>
        <w:t>f 19286/20657/17200 19253/20624/17169 19287/20656/17199</w:t>
        <w:br/>
        <w:t>f 19287/20656/17199 19240/20607/17153 19237/20610/17156</w:t>
        <w:br/>
        <w:t>f 19288/20658/17201 19287/20656/17199 19237/20610/17156</w:t>
        <w:br/>
        <w:t>f 22837/20659/17202 22836/20660/17046 22835/20661/17047</w:t>
        <w:br/>
        <w:t>f 22834/20662/17203 22837/20659/17202 22835/20661/17047</w:t>
        <w:br/>
        <w:t>f 22836/20660/17046 22839/20663/17049 22838/20664/17050</w:t>
        <w:br/>
        <w:t>f 22835/20661/17047 22836/20660/17046 22838/20664/17050</w:t>
        <w:br/>
        <w:t>f 22839/20663/17049 22841/20665/17051 22840/20666/17051</w:t>
        <w:br/>
        <w:t>f 22838/20664/17050 22839/20663/17049 22840/20666/17051</w:t>
        <w:br/>
        <w:t>f 22841/20665/17051 22843/20667/17052 22842/20668/17052</w:t>
        <w:br/>
        <w:t>f 22840/20666/17051 22841/20665/17051 22842/20668/17052</w:t>
        <w:br/>
        <w:t>f 22843/20667/17052 22845/20669/17053 22844/20670/17053</w:t>
        <w:br/>
        <w:t>f 22842/20668/17052 22843/20667/17052 22844/20670/17053</w:t>
        <w:br/>
        <w:t>f 22845/20669/17053 22847/20671/17054 22846/20672/17204</w:t>
        <w:br/>
        <w:t>f 22844/20670/17053 22845/20669/17053 22846/20672/17204</w:t>
        <w:br/>
        <w:t>f 22847/20671/17054 22849/20673/17055 22848/20674/17055</w:t>
        <w:br/>
        <w:t>f 22846/20672/17204 22847/20671/17054 22848/20674/17055</w:t>
        <w:br/>
        <w:t>f 22849/20673/17055 22851/20675/17205 22850/20676/17205</w:t>
        <w:br/>
        <w:t>f 22848/20674/17055 22849/20673/17055 22850/20676/17205</w:t>
        <w:br/>
        <w:t>f 22850/20676/17205 22851/20675/17205 22853/20677/17058</w:t>
        <w:br/>
        <w:t>f 22852/20678/17058 22850/20676/17205 22853/20677/17058</w:t>
        <w:br/>
        <w:t>f 22852/20678/17058 22853/20677/17058 22855/20679/17059</w:t>
        <w:br/>
        <w:t>f 22854/20680/17059 22852/20678/17058 22855/20679/17059</w:t>
        <w:br/>
        <w:t>f 22854/20680/17059 22855/20679/17059 22857/20681/17060</w:t>
        <w:br/>
        <w:t>f 22856/20682/17061 22854/20680/17059 22857/20681/17060</w:t>
        <w:br/>
        <w:t>f 22856/20682/17061 22857/20681/17060 22859/20683/17062</w:t>
        <w:br/>
        <w:t>f 22858/20684/17063 22856/20682/17061 22859/20683/17062</w:t>
        <w:br/>
        <w:t>f 22858/20684/17063 22859/20683/17062 22861/20685/17064</w:t>
        <w:br/>
        <w:t>f 22860/20686/17065 22858/20684/17063 22861/20685/17064</w:t>
        <w:br/>
        <w:t>f 22860/20686/17065 22861/20685/17064 22863/20687/17206</w:t>
        <w:br/>
        <w:t>f 22862/20688/17207 22860/20686/17065 22863/20687/17206</w:t>
        <w:br/>
        <w:t>f 22862/20688/17207 22863/20687/17206 22837/20659/17202</w:t>
        <w:br/>
        <w:t>f 22834/20662/17203 22862/20688/17207 22837/20659/17202</w:t>
        <w:br/>
        <w:t>f 22865/20689/17068 22864/20690/17208 22834/20662/17203</w:t>
        <w:br/>
        <w:t>f 22835/20661/17047 22865/20689/17068 22834/20662/17203</w:t>
        <w:br/>
        <w:t>f 22866/20691/17070 22865/20689/17068 22835/20661/17047</w:t>
        <w:br/>
        <w:t>f 22838/20664/17050 22866/20691/17070 22835/20661/17047</w:t>
        <w:br/>
        <w:t>f 22868/20692/17071 22866/20691/17070 22838/20664/17050</w:t>
        <w:br/>
        <w:t>f 22867/20693/17071 22868/20692/17071 22838/20664/17050</w:t>
        <w:br/>
        <w:t>f 22870/20694/17072 22868/20692/17071 22867/20693/17071</w:t>
        <w:br/>
        <w:t>f 22869/20695/17073 22870/20694/17072 22867/20693/17071</w:t>
        <w:br/>
        <w:t>f 22872/20696/17074 22870/20694/17072 22869/20695/17073</w:t>
        <w:br/>
        <w:t>f 22871/20697/17074 22872/20696/17074 22869/20695/17073</w:t>
        <w:br/>
        <w:t>f 22874/20698/17209 22872/20696/17074 22871/20697/17074</w:t>
        <w:br/>
        <w:t>f 22873/20699/17209 22874/20698/17209 22871/20697/17074</w:t>
        <w:br/>
        <w:t>f 22876/20700/17076 22874/20698/17209 22873/20699/17209</w:t>
        <w:br/>
        <w:t>f 22875/20701/17076 22876/20700/17076 22873/20699/17209</w:t>
        <w:br/>
        <w:t>f 22878/20702/17210 22876/20700/17076 22875/20701/17076</w:t>
        <w:br/>
        <w:t>f 22877/20703/17078 22878/20702/17210 22875/20701/17076</w:t>
        <w:br/>
        <w:t>f 22880/20704/17079 22879/20705/17079 22878/20702/17210</w:t>
        <w:br/>
        <w:t>f 22877/20703/17078 22880/20704/17079 22878/20702/17210</w:t>
        <w:br/>
        <w:t>f 22882/20706/17080 22881/20707/17211 22879/20705/17079</w:t>
        <w:br/>
        <w:t>f 22880/20704/17079 22882/20706/17080 22879/20705/17079</w:t>
        <w:br/>
        <w:t>f 22856/20682/17061 22883/20708/17081 22881/20707/17211</w:t>
        <w:br/>
        <w:t>f 22882/20706/17080 22856/20682/17061 22881/20707/17211</w:t>
        <w:br/>
        <w:t>f 22858/20684/17063 22884/20709/17082 22883/20708/17081</w:t>
        <w:br/>
        <w:t>f 22856/20682/17061 22858/20684/17063 22883/20708/17081</w:t>
        <w:br/>
        <w:t>f 22860/20686/17065 22885/20710/17083 22884/20709/17082</w:t>
        <w:br/>
        <w:t>f 22858/20684/17063 22860/20686/17065 22884/20709/17082</w:t>
        <w:br/>
        <w:t>f 22862/20688/17207 22886/20711/17084 22885/20710/17083</w:t>
        <w:br/>
        <w:t>f 22860/20686/17065 22862/20688/17207 22885/20710/17083</w:t>
        <w:br/>
        <w:t>f 22886/20711/17084 22862/20688/17207 22834/20662/17203</w:t>
        <w:br/>
        <w:t>f 22864/20690/17208 22886/20711/17084 22834/20662/17203</w:t>
        <w:br/>
        <w:t>f 22890/20712/17212 22889/20713/17213 22888/20714/17007</w:t>
        <w:br/>
        <w:t>f 22887/20715/17008 22890/20712/17212 22888/20714/17007</w:t>
        <w:br/>
        <w:t>f 22892/20716/17009 22891/20717/17010 22887/20715/17008</w:t>
        <w:br/>
        <w:t>f 22888/20714/17007 22892/20716/17009 22887/20715/17008</w:t>
        <w:br/>
        <w:t>f 22894/20718/17214 22893/20719/17011 22891/20717/17010</w:t>
        <w:br/>
        <w:t>f 22892/20716/17009 22894/20718/17214 22891/20717/17010</w:t>
        <w:br/>
        <w:t>f 22896/20720/17012 22895/20721/17012 22893/20719/17011</w:t>
        <w:br/>
        <w:t>f 22894/20718/17214 22896/20720/17012 22893/20719/17011</w:t>
        <w:br/>
        <w:t>f 22898/20722/17014 22897/20723/17014 22895/20721/17012</w:t>
        <w:br/>
        <w:t>f 22896/20720/17012 22898/20722/17014 22895/20721/17012</w:t>
        <w:br/>
        <w:t>f 22900/20724/17015 22899/20725/17015 22897/20723/17014</w:t>
        <w:br/>
        <w:t>f 22898/20722/17014 22900/20724/17015 22897/20723/17014</w:t>
        <w:br/>
        <w:t>f 22902/20726/17016 22901/20727/17016 22899/20725/17015</w:t>
        <w:br/>
        <w:t>f 22900/20724/17015 22902/20726/17016 22899/20725/17015</w:t>
        <w:br/>
        <w:t>f 22904/20728/17018 22903/20729/17017 22901/20727/17016</w:t>
        <w:br/>
        <w:t>f 22902/20726/17016 22904/20728/17018 22901/20727/17016</w:t>
        <w:br/>
        <w:t>f 22904/20728/17018 22906/20730/17019 22905/20731/17019</w:t>
        <w:br/>
        <w:t>f 22903/20729/17017 22904/20728/17018 22905/20731/17019</w:t>
        <w:br/>
        <w:t>f 22906/20730/17019 22908/20732/17020 22907/20733/17020</w:t>
        <w:br/>
        <w:t>f 22905/20731/17019 22906/20730/17019 22907/20733/17020</w:t>
        <w:br/>
        <w:t>f 22908/20732/17020 22910/20734/17021 22909/20735/17022</w:t>
        <w:br/>
        <w:t>f 22907/20733/17020 22908/20732/17020 22909/20735/17022</w:t>
        <w:br/>
        <w:t>f 22910/20734/17021 22912/20736/17023 22911/20737/17024</w:t>
        <w:br/>
        <w:t>f 22909/20735/17022 22910/20734/17021 22911/20737/17024</w:t>
        <w:br/>
        <w:t>f 22912/20736/17023 22914/20738/17025 22913/20739/17026</w:t>
        <w:br/>
        <w:t>f 22911/20737/17024 22912/20736/17023 22913/20739/17026</w:t>
        <w:br/>
        <w:t>f 22914/20738/17025 22916/20740/17215 22915/20741/17028</w:t>
        <w:br/>
        <w:t>f 22913/20739/17026 22914/20738/17025 22915/20741/17028</w:t>
        <w:br/>
        <w:t>f 22916/20740/17215 22889/20713/17213 22890/20712/17212</w:t>
        <w:br/>
        <w:t>f 22915/20741/17028 22916/20740/17215 22890/20712/17212</w:t>
        <w:br/>
        <w:t>f 22889/20713/17213 22918/20742/17216 22917/20743/17030</w:t>
        <w:br/>
        <w:t>f 22888/20714/17007 22889/20713/17213 22917/20743/17030</w:t>
        <w:br/>
        <w:t>f 22888/20714/17007 22917/20743/17030 22919/20744/17217</w:t>
        <w:br/>
        <w:t>f 22892/20716/17009 22888/20714/17007 22919/20744/17217</w:t>
        <w:br/>
        <w:t>f 22892/20716/17009 22919/20744/17217 22921/20745/17032</w:t>
        <w:br/>
        <w:t>f 22920/20746/17032 22892/20716/17009 22921/20745/17032</w:t>
        <w:br/>
        <w:t>f 22920/20746/17032 22921/20745/17032 22923/20747/17033</w:t>
        <w:br/>
        <w:t>f 22922/20748/17033 22920/20746/17032 22923/20747/17033</w:t>
        <w:br/>
        <w:t>f 22922/20748/17033 22923/20747/17033 22925/20749/17034</w:t>
        <w:br/>
        <w:t>f 22924/20750/17034 22922/20748/17033 22925/20749/17034</w:t>
        <w:br/>
        <w:t>f 22924/20750/17034 22925/20749/17034 22927/20751/17035</w:t>
        <w:br/>
        <w:t>f 22926/20752/17218 22924/20750/17034 22927/20751/17035</w:t>
        <w:br/>
        <w:t>f 22926/20752/17218 22927/20751/17035 22929/20753/17036</w:t>
        <w:br/>
        <w:t>f 22928/20754/17219 22926/20752/17218 22929/20753/17036</w:t>
        <w:br/>
        <w:t>f 22928/20754/17219 22929/20753/17036 22931/20755/17220</w:t>
        <w:br/>
        <w:t>f 22930/20756/17038 22928/20754/17219 22931/20755/17220</w:t>
        <w:br/>
        <w:t>f 22933/20757/17039 22930/20756/17038 22931/20755/17220</w:t>
        <w:br/>
        <w:t>f 22932/20758/17221 22933/20757/17039 22931/20755/17220</w:t>
        <w:br/>
        <w:t>f 22935/20759/17040 22933/20757/17039 22932/20758/17221</w:t>
        <w:br/>
        <w:t>f 22934/20760/17040 22935/20759/17040 22932/20758/17221</w:t>
        <w:br/>
        <w:t>f 22910/20734/17021 22935/20759/17040 22934/20760/17040</w:t>
        <w:br/>
        <w:t>f 22936/20761/17041 22910/20734/17021 22934/20760/17040</w:t>
        <w:br/>
        <w:t>f 22912/20736/17023 22910/20734/17021 22936/20761/17041</w:t>
        <w:br/>
        <w:t>f 22937/20762/17042 22912/20736/17023 22936/20761/17041</w:t>
        <w:br/>
        <w:t>f 22914/20738/17025 22912/20736/17023 22937/20762/17042</w:t>
        <w:br/>
        <w:t>f 22938/20763/17043 22914/20738/17025 22937/20762/17042</w:t>
        <w:br/>
        <w:t>f 22916/20740/17215 22914/20738/17025 22938/20763/17043</w:t>
        <w:br/>
        <w:t>f 22939/20764/17044 22916/20740/17215 22938/20763/17043</w:t>
        <w:br/>
        <w:t>f 22889/20713/17213 22916/20740/17215 22939/20764/17044</w:t>
        <w:br/>
        <w:t>f 22918/20742/17216 22889/20713/17213 22939/20764/17044</w:t>
        <w:br/>
        <w:t>f 23389/20765/6370 23388/20766/1211 23387/20767/1215</w:t>
        <w:br/>
        <w:t>f 23386/20768/1412 23389/20765/6370 23387/20767/1215</w:t>
        <w:br/>
        <w:t>f 23393/20769/1213 23392/20770/1214 23391/20771/1217</w:t>
        <w:br/>
        <w:t>f 23390/20772/6370 23393/20769/1213 23391/20771/1217</w:t>
        <w:br/>
        <w:t>f 23395/20773/5866 23394/20774/6374 23392/20770/1214</w:t>
        <w:br/>
        <w:t>f 23393/20769/1213 23395/20773/5866 23392/20770/1214</w:t>
        <w:br/>
        <w:t>f 23397/20775/8095 23396/20776/1224 23394/20774/6374</w:t>
        <w:br/>
        <w:t>f 23395/20773/5866 23397/20775/8095 23394/20774/6374</w:t>
        <w:br/>
        <w:t>f 23398/20777/7319 23396/20776/1224 23397/20775/8095</w:t>
        <w:br/>
        <w:t>f 23399/20778/7365 23398/20777/7319 23397/20775/8095</w:t>
        <w:br/>
        <w:t>f 23401/20779/17222 23400/20780/1220 23398/20777/7319</w:t>
        <w:br/>
        <w:t>f 23399/20778/7365 23401/20779/17222 23398/20777/7319</w:t>
        <w:br/>
        <w:t>f 23403/20781/1219 23402/20782/1218 23400/20780/1220</w:t>
        <w:br/>
        <w:t>f 23401/20779/17222 23403/20781/1219 23400/20780/1220</w:t>
        <w:br/>
        <w:t>f 23387/20767/1215 23402/20782/1218 23403/20781/1219</w:t>
        <w:br/>
        <w:t>f 23386/20768/1412 23387/20767/1215 23403/20781/1219</w:t>
        <w:br/>
        <w:t>f 23405/20783/17223 23404/20784/17224 23387/20767/1215</w:t>
        <w:br/>
        <w:t>f 23388/20766/1211 23405/20783/17223 23387/20767/1215</w:t>
        <w:br/>
        <w:t>f 23392/20770/1214 23407/20785/1229 23406/20786/1421</w:t>
        <w:br/>
        <w:t>f 23391/20771/1217 23392/20770/1214 23406/20786/1421</w:t>
        <w:br/>
        <w:t>f 23394/20774/6374 23408/20787/1236 23407/20785/1229</w:t>
        <w:br/>
        <w:t>f 23392/20770/1214 23394/20774/6374 23407/20785/1229</w:t>
        <w:br/>
        <w:t>f 23396/20776/1224 23409/20788/1426 23408/20787/1236</w:t>
        <w:br/>
        <w:t>f 23394/20774/6374 23396/20776/1224 23408/20787/1236</w:t>
        <w:br/>
        <w:t>f 23398/20777/7319 23410/20789/16944 23409/20788/1426</w:t>
        <w:br/>
        <w:t>f 23396/20776/1224 23398/20777/7319 23409/20788/1426</w:t>
        <w:br/>
        <w:t>f 23411/20790/1233 23410/20789/16944 23398/20777/7319</w:t>
        <w:br/>
        <w:t>f 23400/20780/1220 23411/20790/1233 23398/20777/7319</w:t>
        <w:br/>
        <w:t>f 23412/20791/1232 23411/20790/1233 23400/20780/1220</w:t>
        <w:br/>
        <w:t>f 23402/20782/1218 23412/20791/1232 23400/20780/1220</w:t>
        <w:br/>
        <w:t>f 23404/20784/17224 23412/20791/1232 23402/20782/1218</w:t>
        <w:br/>
        <w:t>f 23387/20767/1215 23404/20784/17224 23402/20782/1218</w:t>
        <w:br/>
        <w:t>f 23414/20792/1428 23413/20793/1431 23404/20784/17224</w:t>
        <w:br/>
        <w:t>f 23405/20783/17223 23414/20792/1428 23404/20784/17224</w:t>
        <w:br/>
        <w:t>f 23416/20794/6024 23415/20795/1430 23406/20786/1421</w:t>
        <w:br/>
        <w:t>f 23407/20785/1229 23416/20794/6024 23406/20786/1421</w:t>
        <w:br/>
        <w:t>f 23408/20787/1236 23417/20796/7371 23416/20794/6024</w:t>
        <w:br/>
        <w:t>f 23407/20785/1229 23408/20787/1236 23416/20794/6024</w:t>
        <w:br/>
        <w:t>f 23409/20788/1426 23418/20797/6028 23417/20796/7371</w:t>
        <w:br/>
        <w:t>f 23408/20787/1236 23409/20788/1426 23417/20796/7371</w:t>
        <w:br/>
        <w:t>f 23410/20789/16944 23419/20798/5859 23418/20797/6028</w:t>
        <w:br/>
        <w:t>f 23409/20788/1426 23410/20789/16944 23418/20797/6028</w:t>
        <w:br/>
        <w:t>f 23420/20799/1433 23419/20798/5859 23410/20789/16944</w:t>
        <w:br/>
        <w:t>f 23411/20790/1233 23420/20799/1433 23410/20789/16944</w:t>
        <w:br/>
        <w:t>f 23421/20800/5857 23420/20799/1433 23411/20790/1233</w:t>
        <w:br/>
        <w:t>f 23412/20791/1232 23421/20800/5857 23411/20790/1233</w:t>
        <w:br/>
        <w:t>f 23404/20784/17224 23413/20793/1431 23421/20800/5857</w:t>
        <w:br/>
        <w:t>f 23412/20791/1232 23404/20784/17224 23421/20800/5857</w:t>
        <w:br/>
        <w:t>f 23389/20765/6370 23386/20768/1412 23422/20801/1246</w:t>
        <w:br/>
        <w:t>f 23393/20769/1213 23390/20772/6370 23422/20801/1246</w:t>
        <w:br/>
        <w:t>f 23395/20773/5866 23393/20769/1213 23422/20801/1246</w:t>
        <w:br/>
        <w:t>f 23397/20775/8095 23395/20773/5866 23422/20801/1246</w:t>
        <w:br/>
        <w:t>f 23399/20778/7365 23397/20775/8095 23422/20801/1246</w:t>
        <w:br/>
        <w:t>f 23401/20779/17222 23399/20778/7365 23422/20801/1246</w:t>
        <w:br/>
        <w:t>f 23403/20781/1219 23401/20779/17222 23422/20801/1246</w:t>
        <w:br/>
        <w:t>f 23386/20768/1412 23403/20781/1219 23422/20801/1246</w:t>
        <w:br/>
        <w:t>f 23413/20793/1431 23414/20792/1428 23423/20802/1247</w:t>
        <w:br/>
        <w:t>f 23415/20795/1430 23416/20794/6024 23423/20802/1247</w:t>
        <w:br/>
        <w:t>f 23416/20794/6024 23417/20796/7371 23423/20802/1247</w:t>
        <w:br/>
        <w:t>f 23417/20796/7371 23418/20797/6028 23423/20802/1247</w:t>
        <w:br/>
        <w:t>f 23418/20797/6028 23419/20798/5859 23423/20802/1247</w:t>
        <w:br/>
        <w:t>f 23419/20798/5859 23420/20799/1433 23423/20802/1247</w:t>
        <w:br/>
        <w:t>f 23420/20799/1433 23421/20800/5857 23423/20802/1247</w:t>
        <w:br/>
        <w:t>f 23421/20800/5857 23413/20793/1431 23423/20802/1247</w:t>
        <w:br/>
        <w:t>f 2171/20803/17225 2170/20804/17226 2169/20805/17226</w:t>
        <w:br/>
        <w:t>f 2172/20806/17227 2171/20803/17225 2169/20805/17226</w:t>
        <w:br/>
        <w:t>f 2170/20804/17226 2174/20807/17228 2173/20808/17228</w:t>
        <w:br/>
        <w:t>f 2169/20805/17226 2170/20804/17226 2173/20808/17228</w:t>
        <w:br/>
        <w:t>f 2173/20808/17228 2174/20807/17228 2176/20809/17229</w:t>
        <w:br/>
        <w:t>f 2175/20810/17229 2173/20808/17228 2176/20809/17229</w:t>
        <w:br/>
        <w:t>f 2178/20811/17230 2175/20810/17229 2176/20809/17229</w:t>
        <w:br/>
        <w:t>f 2177/20812/17230 2178/20811/17230 2176/20809/17229</w:t>
        <w:br/>
        <w:t>f 2181/20813/17231 2180/20814/17232 2179/20815/17231</w:t>
        <w:br/>
        <w:t>f 2179/20815/17231 2183/20816/17233 2182/20817/17234</w:t>
        <w:br/>
        <w:t>f 2181/20813/17231 2179/20815/17231 2182/20817/17234</w:t>
        <w:br/>
        <w:t>f 2183/20816/17233 2185/20818/17235 2184/20819/17236</w:t>
        <w:br/>
        <w:t>f 2182/20817/17234 2183/20816/17233 2184/20819/17236</w:t>
        <w:br/>
        <w:t>f 2186/20820/17237 2184/20819/17236 2185/20818/17235</w:t>
        <w:br/>
        <w:t>f 2171/20803/17225 2172/20806/17227 2187/20821/17238</w:t>
        <w:br/>
        <w:t>f 2188/20822/17239 2171/20803/17225 2187/20821/17238</w:t>
        <w:br/>
        <w:t>f 2188/20822/17239 2187/20821/17238 2189/20823/17240</w:t>
        <w:br/>
        <w:t>f 2190/20824/17240 2188/20822/17239 2189/20823/17240</w:t>
        <w:br/>
        <w:t>f 2192/20825/17241 2190/20824/17240 2189/20823/17240</w:t>
        <w:br/>
        <w:t>f 2191/20826/17241 2192/20825/17241 2189/20823/17240</w:t>
        <w:br/>
        <w:t>f 2194/20827/17242 2193/20828/17242 2192/20825/17241</w:t>
        <w:br/>
        <w:t>f 2191/20826/17241 2194/20827/17242 2192/20825/17241</w:t>
        <w:br/>
        <w:t>f 2599/20829/17243 2598/20830/17244 2597/20831/17245</w:t>
        <w:br/>
        <w:t>f 2596/20832/17245 2599/20829/17243 2597/20831/17245</w:t>
        <w:br/>
        <w:t>f 2601/20833/17246 2598/20830/17244 2599/20829/17243</w:t>
        <w:br/>
        <w:t>f 2600/20834/17247 2601/20833/17246 2599/20829/17243</w:t>
        <w:br/>
        <w:t>f 2597/20831/17245 2603/20835/17248 2602/20836/17248</w:t>
        <w:br/>
        <w:t>f 2596/20832/17245 2597/20831/17245 2602/20836/17248</w:t>
        <w:br/>
        <w:t>f 2603/20835/17248 2605/20837/17249 2604/20838/17249</w:t>
        <w:br/>
        <w:t>f 2602/20836/17248 2603/20835/17248 2604/20838/17249</w:t>
        <w:br/>
        <w:t>f 2607/20839/17250 2601/20833/17246 2600/20834/17247</w:t>
        <w:br/>
        <w:t>f 2606/20840/17251 2607/20839/17250 2600/20834/17247</w:t>
        <w:br/>
        <w:t>f 2609/20841/17252 2607/20839/17250 2606/20840/17251</w:t>
        <w:br/>
        <w:t>f 2608/20842/17252 2609/20841/17252 2606/20840/17251</w:t>
        <w:br/>
        <w:t>f 2609/20841/17252 2608/20842/17252 2610/20843/17253</w:t>
        <w:br/>
        <w:t>f 2611/20844/17253 2609/20841/17252 2610/20843/17253</w:t>
        <w:br/>
        <w:t>f 2613/20845/17254 2612/20846/17255 2611/20844/17253</w:t>
        <w:br/>
        <w:t>f 2610/20843/17253 2613/20845/17254 2611/20844/17253</w:t>
        <w:br/>
        <w:t>f 2616/20847/17256 2615/20848/17257 2614/20849/17257</w:t>
        <w:br/>
        <w:t>f 2614/20849/17257 2615/20848/17257 2617/20850/17258</w:t>
        <w:br/>
        <w:t>f 2618/20851/17259 2614/20849/17257 2617/20850/17258</w:t>
        <w:br/>
        <w:t>f 2620/20852/17260 2619/20853/17261 2618/20851/17259</w:t>
        <w:br/>
        <w:t>f 2617/20850/17258 2620/20852/17260 2618/20851/17259</w:t>
        <w:br/>
        <w:t>f 2620/20852/17260 2621/20854/17262 2619/20853/17261</w:t>
        <w:br/>
        <w:t>f 20508/20855/17263 20507/20856/17264 20506/20857/17264</w:t>
        <w:br/>
        <w:t>f 20505/20858/17265 20508/20855/17263 20506/20857/17264</w:t>
        <w:br/>
        <w:t>f 20508/20855/17263 20505/20858/17265 20510/20859/17266</w:t>
        <w:br/>
        <w:t>f 20509/20860/17267 20508/20855/17263 20510/20859/17266</w:t>
        <w:br/>
        <w:t>f 20512/20861/17268 20511/20862/17268 20506/20857/17264</w:t>
        <w:br/>
        <w:t>f 20507/20856/17264 20512/20861/17268 20506/20857/17264</w:t>
        <w:br/>
        <w:t>f 20514/20863/17269 20513/20864/17270 20511/20862/17268</w:t>
        <w:br/>
        <w:t>f 20512/20861/17268 20514/20863/17269 20511/20862/17268</w:t>
        <w:br/>
        <w:t>f 20509/20860/17267 20510/20859/17266 20516/20865/17271</w:t>
        <w:br/>
        <w:t>f 20515/20866/17272 20509/20860/17267 20516/20865/17271</w:t>
        <w:br/>
        <w:t>f 20515/20866/17272 20516/20865/17271 20518/20867/17273</w:t>
        <w:br/>
        <w:t>f 20517/20868/17273 20515/20866/17272 20518/20867/17273</w:t>
        <w:br/>
        <w:t>f 20518/20867/17273 20520/20869/17274 20519/20870/17275</w:t>
        <w:br/>
        <w:t>f 20517/20868/17273 20518/20867/17273 20519/20870/17275</w:t>
        <w:br/>
        <w:t>f 20522/20871/17276 20519/20870/17275 20520/20869/17274</w:t>
        <w:br/>
        <w:t>f 20521/20872/17277 20522/20871/17276 20520/20869/17274</w:t>
        <w:br/>
        <w:t>f 20525/20873/17278 20524/20874/17279 20523/20875/17279</w:t>
        <w:br/>
        <w:t>f 20524/20874/17279 20527/20876/17280 20526/20877/17281</w:t>
        <w:br/>
        <w:t>f 20523/20875/17279 20524/20874/17279 20526/20877/17281</w:t>
        <w:br/>
        <w:t>f 20527/20876/17280 20529/20878/17282 20528/20879/17283</w:t>
        <w:br/>
        <w:t>f 20526/20877/17281 20527/20876/17280 20528/20879/17283</w:t>
        <w:br/>
        <w:t>f 20528/20879/17283 20529/20878/17282 20530/20880/17284</w:t>
        <w:br/>
        <w:t>f 1002/20881/17285 1001/20882/17285 1000/20883/17286</w:t>
        <w:br/>
        <w:t>f 1003/20884/17286 1002/20881/17285 1000/20883/17286</w:t>
        <w:br/>
        <w:t>f 1005/20885/17287 1004/20886/17287 1003/20884/17286</w:t>
        <w:br/>
        <w:t>f 1000/20883/17286 1005/20885/17287 1003/20884/17286</w:t>
        <w:br/>
        <w:t>f 1007/20887/17288 1004/20886/17287 1005/20885/17287</w:t>
        <w:br/>
        <w:t>f 1006/20888/17289 1007/20887/17288 1005/20885/17287</w:t>
        <w:br/>
        <w:t>f 1006/20888/17289 1009/20889/17290 1008/20890/17290</w:t>
        <w:br/>
        <w:t>f 1007/20887/17288 1006/20888/17289 1008/20890/17290</w:t>
        <w:br/>
        <w:t>f 1009/20889/17290 1011/20891/17291 1010/20892/17291</w:t>
        <w:br/>
        <w:t>f 1008/20890/17290 1009/20889/17290 1010/20892/17291</w:t>
        <w:br/>
        <w:t>f 1013/20893/17292 1010/20892/17291 1011/20891/17291</w:t>
        <w:br/>
        <w:t>f 1012/20894/17292 1013/20893/17292 1011/20891/17291</w:t>
        <w:br/>
        <w:t>f 1015/20895/17293 1013/20893/17292 1012/20894/17292</w:t>
        <w:br/>
        <w:t>f 1014/20896/17294 1015/20895/17293 1012/20894/17292</w:t>
        <w:br/>
        <w:t>f 1017/20897/17295 1015/20895/17293 1014/20896/17294</w:t>
        <w:br/>
        <w:t>f 1016/20898/17296 1017/20897/17295 1014/20896/17294</w:t>
        <w:br/>
        <w:t>f 1017/20897/17295 1016/20898/17296 1018/20899/17297</w:t>
        <w:br/>
        <w:t>f 1019/20900/17298 1017/20897/17295 1018/20899/17297</w:t>
        <w:br/>
        <w:t>f 1021/20901/17299 1019/20900/17298 1018/20899/17297</w:t>
        <w:br/>
        <w:t>f 1020/20902/17299 1021/20901/17299 1018/20899/17297</w:t>
        <w:br/>
        <w:t>f 1001/20882/17285 1002/20881/17285 1021/20901/17299</w:t>
        <w:br/>
        <w:t>f 1020/20902/17299 1001/20882/17285 1021/20901/17299</w:t>
        <w:br/>
        <w:t>f 1024/20903/17300 1023/20904/17301 1022/20905/17302</w:t>
        <w:br/>
        <w:t>f 1025/20906/17303 1024/20903/17300 1022/20905/17302</w:t>
        <w:br/>
        <w:t>f 1022/20905/17302 1023/20904/17301 1027/20907/17304</w:t>
        <w:br/>
        <w:t>f 1026/20908/17305 1022/20905/17302 1027/20907/17304</w:t>
        <w:br/>
        <w:t>f 1029/20909/17305 1028/20910/17304 1026/20908/17305</w:t>
        <w:br/>
        <w:t>f 1027/20907/17304 1029/20909/17305 1026/20908/17305</w:t>
        <w:br/>
        <w:t>f 1031/20911/17306 1030/20912/17307 1028/20910/17304</w:t>
        <w:br/>
        <w:t>f 1029/20909/17305 1031/20911/17306 1028/20910/17304</w:t>
        <w:br/>
        <w:t>f 1031/20911/17306 1032/20913/17308 1030/20912/17307</w:t>
        <w:br/>
        <w:t>f 1035/20914/17309 1034/20915/17310 1033/20916/17311</w:t>
        <w:br/>
        <w:t>f 1036/20917/17309 1035/20914/17309 1033/20916/17311</w:t>
        <w:br/>
        <w:t>f 1034/20915/17310 1038/20918/17312 1037/20919/17313</w:t>
        <w:br/>
        <w:t>f 1033/20916/17311 1034/20915/17310 1037/20919/17313</w:t>
        <w:br/>
        <w:t>f 1038/20918/17312 1040/20920/17314 1039/20921/17315</w:t>
        <w:br/>
        <w:t>f 1037/20919/17313 1038/20918/17312 1039/20921/17315</w:t>
        <w:br/>
        <w:t>f 1039/20921/17315 1040/20920/17314 1042/20922/17316</w:t>
        <w:br/>
        <w:t>f 1041/20923/17317 1039/20921/17315 1042/20922/17316</w:t>
        <w:br/>
        <w:t>f 1041/20923/17317 1042/20922/17316 1044/20924/17318</w:t>
        <w:br/>
        <w:t>f 1043/20925/17319 1041/20923/17317 1044/20924/17318</w:t>
        <w:br/>
        <w:t>f 1043/20925/17319 1044/20924/17318 1046/20926/17320</w:t>
        <w:br/>
        <w:t>f 1045/20927/17320 1043/20925/17319 1046/20926/17320</w:t>
        <w:br/>
        <w:t>f 1046/20926/17320 1048/20928/17321 1047/20929/17322</w:t>
        <w:br/>
        <w:t>f 1045/20927/17320 1046/20926/17320 1047/20929/17322</w:t>
        <w:br/>
        <w:t>f 1047/20929/17322 1048/20928/17321 1050/20930/17323</w:t>
        <w:br/>
        <w:t>f 1049/20931/17324 1047/20929/17322 1050/20930/17323</w:t>
        <w:br/>
        <w:t>f 1049/20931/17324 1050/20930/17323 1052/20932/17325</w:t>
        <w:br/>
        <w:t>f 1051/20933/17325 1049/20931/17324 1052/20932/17325</w:t>
        <w:br/>
        <w:t>f 1051/20933/17325 1052/20932/17325 1054/20934/17326</w:t>
        <w:br/>
        <w:t>f 1053/20935/17326 1051/20933/17325 1054/20934/17326</w:t>
        <w:br/>
        <w:t>f 1053/20935/17326 1054/20934/17326 1056/20936/17327</w:t>
        <w:br/>
        <w:t>f 1055/20937/17328 1053/20935/17326 1056/20936/17327</w:t>
        <w:br/>
        <w:t>f 1055/20937/17328 1056/20936/17327 1035/20914/17309</w:t>
        <w:br/>
        <w:t>f 1036/20917/17309 1055/20937/17328 1035/20914/17309</w:t>
        <w:br/>
        <w:t>f 1059/20938/17329 1058/20939/17329 1057/20940/17329</w:t>
        <w:br/>
        <w:t>f 1057/20940/17329 1058/20939/17329 1060/20941/17330</w:t>
        <w:br/>
        <w:t>f 1060/20941/17330 1058/20939/17329 1061/20942/17330</w:t>
        <w:br/>
        <w:t>f 1061/20942/17330 1058/20939/17329 1062/20943/17330</w:t>
        <w:br/>
        <w:t>f 1062/20943/17330 1058/20939/17329 1063/20944/17330</w:t>
        <w:br/>
        <w:t>f 1063/20944/17330 1058/20939/17329 1064/20945/17329</w:t>
        <w:br/>
        <w:t>f 1064/20945/17329 1058/20939/17329 1065/20946/17329</w:t>
        <w:br/>
        <w:t>f 1065/20946/17329 1058/20939/17329 1066/20947/17331</w:t>
        <w:br/>
        <w:t>f 1066/20947/17331 1058/20939/17329 1067/20948/17329</w:t>
        <w:br/>
        <w:t>f 1067/20948/17329 1058/20939/17329 1068/20949/17329</w:t>
        <w:br/>
        <w:t>f 1068/20949/17329 1058/20939/17329 1069/20950/17330</w:t>
        <w:br/>
        <w:t>f 1069/20950/17330 1058/20939/17329 1059/20938/17329</w:t>
        <w:br/>
        <w:t>f 18302/20951/17332 18301/20952/17332 18300/20953/17333</w:t>
        <w:br/>
        <w:t>f 18303/20954/17334 18302/20951/17332 18300/20953/17333</w:t>
        <w:br/>
        <w:t>f 18305/20955/17335 18303/20954/17334 18300/20953/17333</w:t>
        <w:br/>
        <w:t>f 18304/20956/17336 18305/20955/17335 18300/20953/17333</w:t>
        <w:br/>
        <w:t>f 18305/20955/17335 18304/20956/17336 18306/20957/17337</w:t>
        <w:br/>
        <w:t>f 18307/20958/17337 18305/20955/17335 18306/20957/17337</w:t>
        <w:br/>
        <w:t>f 18309/20959/17338 18307/20958/17337 18306/20957/17337</w:t>
        <w:br/>
        <w:t>f 18308/20960/17339 18309/20959/17338 18306/20957/17337</w:t>
        <w:br/>
        <w:t>f 18311/20961/17340 18309/20959/17338 18308/20960/17339</w:t>
        <w:br/>
        <w:t>f 18310/20962/17341 18311/20961/17340 18308/20960/17339</w:t>
        <w:br/>
        <w:t>f 18313/20963/17342 18311/20961/17340 18310/20962/17341</w:t>
        <w:br/>
        <w:t>f 18312/20964/17343 18313/20963/17342 18310/20962/17341</w:t>
        <w:br/>
        <w:t>f 18313/20963/17342 18312/20964/17343 18314/20965/17344</w:t>
        <w:br/>
        <w:t>f 18315/20966/17345 18313/20963/17342 18314/20965/17344</w:t>
        <w:br/>
        <w:t>f 18317/20967/17346 18315/20966/17345 18314/20965/17344</w:t>
        <w:br/>
        <w:t>f 18316/20968/17347 18317/20967/17346 18314/20965/17344</w:t>
        <w:br/>
        <w:t>f 18319/20969/17348 18317/20967/17346 18316/20968/17347</w:t>
        <w:br/>
        <w:t>f 18318/20970/17349 18319/20969/17348 18316/20968/17347</w:t>
        <w:br/>
        <w:t>f 18321/20971/17350 18319/20969/17348 18318/20970/17349</w:t>
        <w:br/>
        <w:t>f 18320/20972/17351 18321/20971/17350 18318/20970/17349</w:t>
        <w:br/>
        <w:t>f 18323/20973/17352 18321/20971/17350 18320/20972/17351</w:t>
        <w:br/>
        <w:t>f 18322/20974/17353 18323/20973/17352 18320/20972/17351</w:t>
        <w:br/>
        <w:t>f 18302/20951/17332 18323/20973/17352 18322/20974/17353</w:t>
        <w:br/>
        <w:t>f 18301/20952/17332 18302/20951/17332 18322/20974/17353</w:t>
        <w:br/>
        <w:t>f 18326/20975/17354 18325/20976/17354 18324/20977/17355</w:t>
        <w:br/>
        <w:t>f 18325/20976/17354 18327/20978/17355 18324/20977/17355</w:t>
        <w:br/>
        <w:t>f 18327/20978/17355 18328/20979/17355 18324/20977/17355</w:t>
        <w:br/>
        <w:t>f 18328/20979/17355 18329/20980/17354 18324/20977/17355</w:t>
        <w:br/>
        <w:t>f 18329/20980/17354 18330/20981/17354 18324/20977/17355</w:t>
        <w:br/>
        <w:t>f 18330/20981/17354 18331/20982/17355 18324/20977/17355</w:t>
        <w:br/>
        <w:t>f 18331/20982/17355 18332/20983/17355 18324/20977/17355</w:t>
        <w:br/>
        <w:t>f 18332/20983/17355 18333/20984/17354 18324/20977/17355</w:t>
        <w:br/>
        <w:t>f 18333/20984/17354 18334/20985/17355 18324/20977/17355</w:t>
        <w:br/>
        <w:t>f 18334/20985/17355 18335/20986/17356 18324/20977/17355</w:t>
        <w:br/>
        <w:t>f 18335/20986/17356 18336/20987/17355 18324/20977/17355</w:t>
        <w:br/>
        <w:t>f 18336/20987/17355 18326/20975/17354 18324/20977/17355</w:t>
        <w:br/>
        <w:t>f 18437/20988/17357 18436/20989/17358 18435/20990/17359</w:t>
        <w:br/>
        <w:t>f 18434/20991/17360 18437/20988/17357 18435/20990/17359</w:t>
        <w:br/>
        <w:t>f 18436/20989/17358 18437/20988/17357 18439/20992/17361</w:t>
        <w:br/>
        <w:t>f 18438/20993/17362 18436/20989/17358 18439/20992/17361</w:t>
        <w:br/>
        <w:t>f 18443/20994/17363 18442/20995/17364 18441/20996/17365</w:t>
        <w:br/>
        <w:t>f 18440/20997/17366 18443/20994/17363 18441/20996/17365</w:t>
        <w:br/>
        <w:t>f 18447/20998/17367 18446/20999/17367 18445/21000/17368</w:t>
        <w:br/>
        <w:t>f 18444/21001/17368 18447/20998/17367 18445/21000/17368</w:t>
        <w:br/>
        <w:t>f 18451/21002/17369 18450/21003/17370 18449/21004/17371</w:t>
        <w:br/>
        <w:t>f 18448/21005/17372 18451/21002/17369 18449/21004/17371</w:t>
        <w:br/>
        <w:t>f 18450/21003/17370 18453/21006/17373 18452/21007/17374</w:t>
        <w:br/>
        <w:t>f 18449/21004/17371 18450/21003/17370 18452/21007/17374</w:t>
        <w:br/>
        <w:t>f 18457/21008/17375 18456/21009/17376 18455/21010/17377</w:t>
        <w:br/>
        <w:t>f 18454/21011/17378 18457/21008/17375 18455/21010/17377</w:t>
        <w:br/>
        <w:t>f 18448/21005/17372 18449/21004/17371 18459/21012/17379</w:t>
        <w:br/>
        <w:t>f 18458/21013/17380 18448/21005/17372 18459/21012/17379</w:t>
        <w:br/>
        <w:t>f 18461/21014/17381 18436/20989/17358 18438/20993/17362</w:t>
        <w:br/>
        <w:t>f 18460/21015/17382 18461/21014/17381 18438/20993/17362</w:t>
        <w:br/>
        <w:t>f 18465/21016/17383 18464/21017/17384 18463/21018/17385</w:t>
        <w:br/>
        <w:t>f 18462/21019/17383 18465/21016/17383 18463/21018/17385</w:t>
        <w:br/>
        <w:t>f 18437/20988/17357 18467/21020/17386 18466/21021/17387</w:t>
        <w:br/>
        <w:t>f 18439/20992/17361 18437/20988/17357 18466/21021/17387</w:t>
        <w:br/>
        <w:t>f 18469/21022/17388 18468/21023/17389 18450/21003/17370</w:t>
        <w:br/>
        <w:t>f 18451/21002/17369 18469/21022/17388 18450/21003/17370</w:t>
        <w:br/>
        <w:t>f 18464/21017/17384 18471/21024/17390 18470/21025/17391</w:t>
        <w:br/>
        <w:t>f 18463/21018/17385 18464/21017/17384 18470/21025/17391</w:t>
        <w:br/>
        <w:t>f 18473/21026/17392 18472/21027/17393 18456/21009/17376</w:t>
        <w:br/>
        <w:t>f 18457/21008/17375 18473/21026/17392 18456/21009/17376</w:t>
        <w:br/>
        <w:t>f 18456/21009/17376 18475/21028/17394 18474/21029/17395</w:t>
        <w:br/>
        <w:t>f 18455/21010/17377 18456/21009/17376 18474/21029/17395</w:t>
        <w:br/>
        <w:t>f 18477/21030/17396 18476/21031/17397 18457/21008/17375</w:t>
        <w:br/>
        <w:t>f 18454/21011/17378 18477/21030/17396 18457/21008/17375</w:t>
        <w:br/>
        <w:t>f 18449/21004/17371 18452/21007/17374 18478/21032/17398</w:t>
        <w:br/>
        <w:t>f 18459/21012/17379 18449/21004/17371 18478/21032/17398</w:t>
        <w:br/>
        <w:t>f 18480/21033/17399 18446/20999/17367 18447/20998/17367</w:t>
        <w:br/>
        <w:t>f 18479/21034/17400 18480/21033/17399 18447/20998/17367</w:t>
        <w:br/>
        <w:t>f 18474/21029/17395 18435/20990/17359 18436/20989/17358</w:t>
        <w:br/>
        <w:t>f 18455/21010/17377 18474/21029/17395 18436/20989/17358</w:t>
        <w:br/>
        <w:t>f 18438/20993/17362 18440/20997/17401 18481/21035/17402</w:t>
        <w:br/>
        <w:t>f 18460/21015/17382 18438/20993/17362 18481/21035/17402</w:t>
        <w:br/>
        <w:t>f 18478/21032/17398 18482/21036/17403 18464/21017/17384</w:t>
        <w:br/>
        <w:t>f 18459/21012/17379 18478/21032/17398 18464/21017/17384</w:t>
        <w:br/>
        <w:t>f 18486/21037/17404 18485/21038/17404 18484/21039/17405</w:t>
        <w:br/>
        <w:t>f 18483/21040/17405 18486/21037/17404 18484/21039/17405</w:t>
        <w:br/>
        <w:t>f 18437/20988/17357 18434/20991/17360 18487/21041/17406</w:t>
        <w:br/>
        <w:t>f 18467/21020/17386 18437/20988/17357 18487/21041/17406</w:t>
        <w:br/>
        <w:t>f 18489/21042/17407 18441/20996/17365 18442/20995/17364</w:t>
        <w:br/>
        <w:t>f 18488/21043/17407 18489/21042/17407 18442/20995/17364</w:t>
        <w:br/>
        <w:t>f 18490/21044/17408 18453/21006/17373 18450/21003/17370</w:t>
        <w:br/>
        <w:t>f 18468/21023/17389 18490/21044/17408 18450/21003/17370</w:t>
        <w:br/>
        <w:t>f 18444/21001/17368 18445/21000/17368 18489/21042/17407</w:t>
        <w:br/>
        <w:t>f 18488/21043/17407 18444/21001/17368 18489/21042/17407</w:t>
        <w:br/>
        <w:t>f 18482/21036/17403 18491/21045/17409 18471/21024/17390</w:t>
        <w:br/>
        <w:t>f 18464/21017/17384 18482/21036/17403 18471/21024/17390</w:t>
        <w:br/>
        <w:t>f 18493/21046/17410 18485/21038/17404 18486/21037/17404</w:t>
        <w:br/>
        <w:t>f 18492/21047/17411 18493/21046/17410 18486/21037/17404</w:t>
        <w:br/>
        <w:t>f 18472/21027/17393 18494/21048/17412 18475/21028/17394</w:t>
        <w:br/>
        <w:t>f 18456/21009/17376 18472/21027/17393 18475/21028/17394</w:t>
        <w:br/>
        <w:t>f 18457/21008/17375 18476/21031/17397 18495/21049/17410</w:t>
        <w:br/>
        <w:t>f 18473/21026/17392 18457/21008/17375 18495/21049/17410</w:t>
        <w:br/>
        <w:t>f 18948/21050/17413 18947/21051/17414 18946/21052/17415</w:t>
        <w:br/>
        <w:t>f 18949/21053/17413 18948/21050/17413 18946/21052/17415</w:t>
        <w:br/>
        <w:t>f 18947/21051/17414 18951/21054/17416 18950/21055/17416</w:t>
        <w:br/>
        <w:t>f 18946/21052/17415 18947/21051/17414 18950/21055/17416</w:t>
        <w:br/>
        <w:t>f 18950/21055/17416 18951/21054/17416 18953/21056/17417</w:t>
        <w:br/>
        <w:t>f 18952/21057/17418 18950/21055/17416 18953/21056/17417</w:t>
        <w:br/>
        <w:t>f 18952/21057/17418 18953/21056/17417 18955/21058/17419</w:t>
        <w:br/>
        <w:t>f 18954/21059/17420 18952/21057/17418 18955/21058/17419</w:t>
        <w:br/>
        <w:t>f 18954/21059/17420 18955/21058/17419 18957/21060/17421</w:t>
        <w:br/>
        <w:t>f 18956/21061/17422 18954/21059/17420 18957/21060/17421</w:t>
        <w:br/>
        <w:t>f 18956/21061/17422 18957/21060/17421 18959/21062/17423</w:t>
        <w:br/>
        <w:t>f 18958/21063/17424 18956/21061/17422 18959/21062/17423</w:t>
        <w:br/>
        <w:t>f 18958/21063/17424 18959/21062/17423 18961/21064/17425</w:t>
        <w:br/>
        <w:t>f 18960/21065/17426 18958/21063/17424 18961/21064/17425</w:t>
        <w:br/>
        <w:t>f 18960/21065/17426 18961/21064/17425 18963/21066/17427</w:t>
        <w:br/>
        <w:t>f 18962/21067/17428 18960/21065/17426 18963/21066/17427</w:t>
        <w:br/>
        <w:t>f 18963/21066/17427 18965/21068/17429 18964/21069/17430</w:t>
        <w:br/>
        <w:t>f 18962/21067/17428 18963/21066/17427 18964/21069/17430</w:t>
        <w:br/>
        <w:t>f 18964/21069/17430 18965/21068/17429 18967/21070/17431</w:t>
        <w:br/>
        <w:t>f 18966/21071/17431 18964/21069/17430 18967/21070/17431</w:t>
        <w:br/>
        <w:t>f 18949/21053/17413 18966/21071/17431 18967/21070/17431</w:t>
        <w:br/>
        <w:t>f 18948/21050/17413 18949/21053/17413 18967/21070/17431</w:t>
        <w:br/>
        <w:t>f 18970/21072/17432 18969/21073/17433 18968/21074/17434</w:t>
        <w:br/>
        <w:t>f 18971/21075/17435 18970/21072/17432 18968/21074/17434</w:t>
        <w:br/>
        <w:t>f 18968/21074/17434 18973/21076/17436 18972/21077/17437</w:t>
        <w:br/>
        <w:t>f 18971/21075/17435 18968/21074/17434 18972/21077/17437</w:t>
        <w:br/>
        <w:t>f 18973/21076/17436 18975/21078/17436 18974/21079/17438</w:t>
        <w:br/>
        <w:t>f 18972/21077/17437 18973/21076/17436 18974/21079/17438</w:t>
        <w:br/>
        <w:t>f 18975/21078/17436 18977/21080/17439 18976/21081/17440</w:t>
        <w:br/>
        <w:t>f 18974/21079/17438 18975/21078/17436 18976/21081/17440</w:t>
        <w:br/>
        <w:t>f 18976/21081/17440 18977/21080/17439 18978/21082/17438</w:t>
        <w:br/>
        <w:t>f 18982/21083/17441 18981/21084/17442 18980/21085/17443</w:t>
        <w:br/>
        <w:t>f 18979/21086/17444 18982/21083/17441 18980/21085/17443</w:t>
        <w:br/>
        <w:t>f 18979/21086/17444 18984/21087/17445 18983/21088/17446</w:t>
        <w:br/>
        <w:t>f 18982/21083/17441 18979/21086/17444 18983/21088/17446</w:t>
        <w:br/>
        <w:t>f 18988/21089/17447 18987/21090/17448 18986/21091/17449</w:t>
        <w:br/>
        <w:t>f 18985/21092/17449 18988/21089/17447 18986/21091/17449</w:t>
        <w:br/>
        <w:t>f 18992/21093/17450 18991/21094/17451 18990/21095/17451</w:t>
        <w:br/>
        <w:t>f 18989/21096/17450 18992/21093/17450 18990/21095/17451</w:t>
        <w:br/>
        <w:t>f 18996/21097/17452 18995/21098/17453 18994/21099/17454</w:t>
        <w:br/>
        <w:t>f 18993/21100/17455 18996/21097/17452 18994/21099/17454</w:t>
        <w:br/>
        <w:t>f 18998/21101/17456 18997/21102/17457 18995/21098/17453</w:t>
        <w:br/>
        <w:t>f 18996/21097/17452 18998/21101/17456 18995/21098/17453</w:t>
        <w:br/>
        <w:t>f 19002/21103/17458 19001/21104/17459 19000/21105/17460</w:t>
        <w:br/>
        <w:t>f 18999/21106/17461 19002/21103/17458 19000/21105/17460</w:t>
        <w:br/>
        <w:t>f 18993/21100/17455 19004/21107/17462 19003/21108/17463</w:t>
        <w:br/>
        <w:t>f 18996/21097/17452 18993/21100/17455 19003/21108/17463</w:t>
        <w:br/>
        <w:t>f 19006/21109/17464 19005/21110/17465 18984/21087/17445</w:t>
        <w:br/>
        <w:t>f 18979/21086/17444 19006/21109/17464 18984/21087/17445</w:t>
        <w:br/>
        <w:t>f 19010/21111/17466 19009/21112/17466 19008/21113/17467</w:t>
        <w:br/>
        <w:t>f 19007/21114/17468 19010/21111/17466 19008/21113/17467</w:t>
        <w:br/>
        <w:t>f 19012/21115/17469 19011/21116/17470 18982/21083/17441</w:t>
        <w:br/>
        <w:t>f 18983/21088/17446 19012/21115/17469 18982/21083/17441</w:t>
        <w:br/>
        <w:t>f 19014/21117/17471 18994/21099/17454 18995/21098/17453</w:t>
        <w:br/>
        <w:t>f 19013/21118/17472 19014/21117/17471 18995/21098/17453</w:t>
        <w:br/>
        <w:t>f 19016/21119/17473 19015/21120/17474 19007/21114/17468</w:t>
        <w:br/>
        <w:t>f 19008/21113/17467 19016/21119/17473 19007/21114/17468</w:t>
        <w:br/>
        <w:t>f 19018/21121/17475 19002/21103/17458 18999/21106/17461</w:t>
        <w:br/>
        <w:t>f 19017/21122/17476 19018/21121/17475 18999/21106/17461</w:t>
        <w:br/>
        <w:t>f 18999/21106/17461 19000/21105/17460 19020/21123/17477</w:t>
        <w:br/>
        <w:t>f 19019/21124/17478 18999/21106/17461 19020/21123/17477</w:t>
        <w:br/>
        <w:t>f 19002/21103/17458 19022/21125/17479 19021/21126/17480</w:t>
        <w:br/>
        <w:t>f 19001/21104/17459 19002/21103/17458 19021/21126/17480</w:t>
        <w:br/>
        <w:t>f 18996/21097/17452 19003/21108/17463 19023/21127/17481</w:t>
        <w:br/>
        <w:t>f 18998/21101/17456 18996/21097/17452 19023/21127/17481</w:t>
        <w:br/>
        <w:t>f 18990/21095/17451 18991/21094/17451 19025/21128/17482</w:t>
        <w:br/>
        <w:t>f 19024/21129/17483 18990/21095/17451 19025/21128/17482</w:t>
        <w:br/>
        <w:t>f 18979/21086/17444 18980/21085/17443 19020/21123/17477</w:t>
        <w:br/>
        <w:t>f 19000/21105/17460 18979/21086/17444 19020/21123/17477</w:t>
        <w:br/>
        <w:t>f 18984/21087/17445 19005/21110/17465 19026/21130/17484</w:t>
        <w:br/>
        <w:t>f 18987/21090/17485 18984/21087/17445 19026/21130/17484</w:t>
        <w:br/>
        <w:t>f 19007/21114/17468 19027/21131/17486 19023/21127/17481</w:t>
        <w:br/>
        <w:t>f 19003/21108/17463 19007/21114/17468 19023/21127/17481</w:t>
        <w:br/>
        <w:t>f 19031/21132/17487 19030/21133/17488 19029/21134/17489</w:t>
        <w:br/>
        <w:t>f 19028/21135/17487 19031/21132/17487 19029/21134/17489</w:t>
        <w:br/>
        <w:t>f 18982/21083/17441 19011/21116/17470 19032/21136/17490</w:t>
        <w:br/>
        <w:t>f 18981/21084/17442 18982/21083/17441 19032/21136/17490</w:t>
        <w:br/>
        <w:t>f 18985/21092/17449 18986/21091/17449 19034/21137/17491</w:t>
        <w:br/>
        <w:t>f 19033/21138/17492 18985/21092/17449 19034/21137/17491</w:t>
        <w:br/>
        <w:t>f 18995/21098/17453 18997/21102/17457 19035/21139/17493</w:t>
        <w:br/>
        <w:t>f 19013/21118/17472 18995/21098/17453 19035/21139/17493</w:t>
        <w:br/>
        <w:t>f 18989/21096/17450 19033/21138/17492 19034/21137/17491</w:t>
        <w:br/>
        <w:t>f 18992/21093/17450 18989/21096/17450 19034/21137/17491</w:t>
        <w:br/>
        <w:t>f 19015/21120/17474 19036/21140/17494 19027/21131/17486</w:t>
        <w:br/>
        <w:t>f 19007/21114/17468 19015/21120/17474 19027/21131/17486</w:t>
        <w:br/>
        <w:t>f 19031/21132/17487 19028/21135/17487 19038/21141/17495</w:t>
        <w:br/>
        <w:t>f 19037/21142/17496 19031/21132/17487 19038/21141/17495</w:t>
        <w:br/>
        <w:t>f 19017/21122/17476 18999/21106/17461 19019/21124/17478</w:t>
        <w:br/>
        <w:t>f 19039/21143/17497 19017/21122/17476 19019/21124/17478</w:t>
        <w:br/>
        <w:t>f 19002/21103/17458 19018/21121/17475 19040/21144/17498</w:t>
        <w:br/>
        <w:t>f 19022/21125/17479 19002/21103/17458 19040/21144/17498</w:t>
        <w:br/>
        <w:t>f 15095/21145/17499 15094/21146/17500 15093/21147/17501</w:t>
        <w:br/>
        <w:t>f 15092/21148/17502 15095/21145/17499 15093/21147/17501</w:t>
        <w:br/>
        <w:t>f 15099/21149/17503 15098/21150/17504 15097/21151/17505</w:t>
        <w:br/>
        <w:t>f 15096/21152/17506 15099/21149/17503 15097/21151/17505</w:t>
        <w:br/>
        <w:t>f 15101/21153/17507 15093/21147/17501 15094/21146/17500</w:t>
        <w:br/>
        <w:t>f 15100/21154/17508 15101/21153/17507 15094/21146/17500</w:t>
        <w:br/>
        <w:t>f 15105/21155/17509 15104/21156/17510 15103/21157/17511</w:t>
        <w:br/>
        <w:t>f 15102/21158/17512 15105/21155/17509 15103/21157/17511</w:t>
        <w:br/>
        <w:t>f 15109/21159/17513 15108/21160/17514 15107/21161/17515</w:t>
        <w:br/>
        <w:t>f 15106/21162/17516 15109/21159/17513 15107/21161/17515</w:t>
        <w:br/>
        <w:t>f 15113/21163/17517 15112/21164/17518 15111/21165/17519</w:t>
        <w:br/>
        <w:t>f 15110/21166/17520 15113/21163/17517 15111/21165/17519</w:t>
        <w:br/>
        <w:t>f 15117/21167/17521 15116/21168/17522 15115/21169/17523</w:t>
        <w:br/>
        <w:t>f 15114/21170/17524 15117/21167/17521 15115/21169/17523</w:t>
        <w:br/>
        <w:t>f 15121/21171/17525 15120/21172/17526 15119/21173/17527</w:t>
        <w:br/>
        <w:t>f 15118/21174/17528 15121/21171/17525 15119/21173/17527</w:t>
        <w:br/>
        <w:t>f 15112/21164/17518 15123/21175/17529 15122/21176/17530</w:t>
        <w:br/>
        <w:t>f 15111/21165/17519 15112/21164/17518 15122/21176/17530</w:t>
        <w:br/>
        <w:t>f 15097/21151/17505 15121/21171/17525 15118/21174/17528</w:t>
        <w:br/>
        <w:t>f 15096/21152/17506 15097/21151/17505 15118/21174/17528</w:t>
        <w:br/>
        <w:t>f 15093/21147/17501 15101/21153/17507 15110/21166/17520</w:t>
        <w:br/>
        <w:t>f 15111/21165/17519 15093/21147/17501 15110/21166/17520</w:t>
        <w:br/>
        <w:t>f 15102/21158/17512 15103/21157/17511 15116/21168/17522</w:t>
        <w:br/>
        <w:t>f 15117/21167/17521 15102/21158/17512 15116/21168/17522</w:t>
        <w:br/>
        <w:t>f 15111/21165/17519 15122/21176/17530 15092/21148/17502</w:t>
        <w:br/>
        <w:t>f 15093/21147/17501 15111/21165/17519 15092/21148/17502</w:t>
        <w:br/>
        <w:t>f 15127/21177/17531 15126/21178/17532 15125/21179/17533</w:t>
        <w:br/>
        <w:t>f 15124/21180/17534 15127/21177/17531 15125/21179/17533</w:t>
        <w:br/>
        <w:t>f 15130/21181/17535 15129/21182/17536 15128/21183/17537</w:t>
        <w:br/>
        <w:t>f 15131/21184/17538 15130/21181/17535 15128/21183/17537</w:t>
        <w:br/>
        <w:t>f 15135/21185/17539 15134/21186/17540 15133/21187/17541</w:t>
        <w:br/>
        <w:t>f 15132/21188/17542 15135/21185/17539 15133/21187/17541</w:t>
        <w:br/>
        <w:t>f 15139/21189/17543 15138/21190/17544 15137/21191/17545</w:t>
        <w:br/>
        <w:t>f 15136/21192/17546 15139/21189/17543 15137/21191/17545</w:t>
        <w:br/>
        <w:t>f 15143/21193/17547 15142/21194/17548 15141/21195/17549</w:t>
        <w:br/>
        <w:t>f 15140/21196/17550 15143/21193/17547 15141/21195/17549</w:t>
        <w:br/>
        <w:t>f 15147/21197/17551 15146/21198/17552 15145/21199/17553</w:t>
        <w:br/>
        <w:t>f 15144/21200/17554 15147/21197/17551 15145/21199/17553</w:t>
        <w:br/>
        <w:t>f 15149/21201/17555 15147/21197/17551 15144/21200/17554</w:t>
        <w:br/>
        <w:t>f 15148/21202/17556 15149/21201/17555 15144/21200/17554</w:t>
        <w:br/>
        <w:t>f 15126/21178/17532 15127/21177/17531 15106/21162/17516</w:t>
        <w:br/>
        <w:t>f 15107/21161/17515 15126/21178/17532 15106/21162/17516</w:t>
        <w:br/>
        <w:t>f 15120/21172/17526 15131/21184/17538 15128/21183/17537</w:t>
        <w:br/>
        <w:t>f 15119/21173/17527 15120/21172/17526 15128/21183/17537</w:t>
        <w:br/>
        <w:t>f 15114/21170/17524 15115/21169/17523 15140/21196/17550</w:t>
        <w:br/>
        <w:t>f 15141/21195/17549 15114/21170/17524 15140/21196/17550</w:t>
        <w:br/>
        <w:t>f 15123/21175/17529 15112/21164/17518 15144/21200/17554</w:t>
        <w:br/>
        <w:t>f 15145/21199/17553 15123/21175/17529 15144/21200/17554</w:t>
        <w:br/>
        <w:t>f 15112/21164/17518 15113/21163/17517 15148/21202/17556</w:t>
        <w:br/>
        <w:t>f 15144/21200/17554 15112/21164/17518 15148/21202/17556</w:t>
        <w:br/>
        <w:t>f 15138/21190/17544 15139/21189/17543 15151/21203/17557</w:t>
        <w:br/>
        <w:t>f 15150/21204/17558 15138/21190/17544 15151/21203/17557</w:t>
        <w:br/>
        <w:t>f 15155/21205/17559 15154/21206/17560 15153/21207/17561</w:t>
        <w:br/>
        <w:t>f 15152/21208/17562 15155/21205/17559 15153/21207/17561</w:t>
        <w:br/>
        <w:t>f 15159/21209/17563 15158/21210/17564 15157/21211/17565</w:t>
        <w:br/>
        <w:t>f 15156/21212/17566 15159/21209/17563 15157/21211/17565</w:t>
        <w:br/>
        <w:t>f 15154/21206/17560 15161/21213/17567 15160/21214/17568</w:t>
        <w:br/>
        <w:t>f 15153/21207/17561 15154/21206/17560 15160/21214/17568</w:t>
        <w:br/>
        <w:t>f 15169/21215/17569 15168/21216/17570 15167/21217/17571</w:t>
        <w:br/>
        <w:t>f 15166/21218/17572 15169/21215/17569 15167/21217/17571</w:t>
        <w:br/>
        <w:t>f 15173/21219/17573 15172/21220/17574 15171/21221/17575</w:t>
        <w:br/>
        <w:t>f 15170/21222/17576 15173/21219/17573 15171/21221/17575</w:t>
        <w:br/>
        <w:t>f 15168/21216/17570 15175/21223/17577 15174/21224/17578</w:t>
        <w:br/>
        <w:t>f 15167/21217/17571 15168/21216/17570 15174/21224/17578</w:t>
        <w:br/>
        <w:t>f 15179/21225/17579 15178/21226/17580 15177/21227/17581</w:t>
        <w:br/>
        <w:t>f 15176/21228/17582 15179/21225/17579 15177/21227/17581</w:t>
        <w:br/>
        <w:t>f 15183/21229/17583 15182/21230/17584 15181/21231/17585</w:t>
        <w:br/>
        <w:t>f 15180/21232/17586 15183/21229/17583 15181/21231/17585</w:t>
        <w:br/>
        <w:t>f 15169/21215/17569 15190/21233/17587 15168/21216/17570</w:t>
        <w:br/>
        <w:t>f 15193/21234/17588 15192/21235/17589 15191/21236/17590</w:t>
        <w:br/>
        <w:t>f 15197/21237/17591 15196/21238/17592 15195/21239/17593</w:t>
        <w:br/>
        <w:t>f 15194/21240/17594 15197/21237/17591 15195/21239/17593</w:t>
        <w:br/>
        <w:t>f 15201/21241/17595 15200/21242/17596 15199/21243/17597</w:t>
        <w:br/>
        <w:t>f 15198/21244/17598 15201/21241/17595 15199/21243/17597</w:t>
        <w:br/>
        <w:t>f 15182/21230/17584 15203/21245/17599 15202/21246/17600</w:t>
        <w:br/>
        <w:t>f 15181/21231/17585 15182/21230/17584 15202/21246/17600</w:t>
        <w:br/>
        <w:t>f 15207/21247/17601 15206/21248/17602 15205/21249/17603</w:t>
        <w:br/>
        <w:t>f 15204/21250/17604 15207/21247/17601 15205/21249/17603</w:t>
        <w:br/>
        <w:t>f 15192/21235/17589 15193/21234/17588 15209/21251/17605</w:t>
        <w:br/>
        <w:t>f 15208/21252/17606 15192/21235/17589 15209/21251/17605</w:t>
        <w:br/>
        <w:t>f 15215/21253/17607 15196/21238/17592 15197/21237/17591</w:t>
        <w:br/>
        <w:t>f 15214/21254/17608 15215/21253/17607 15197/21237/17591</w:t>
        <w:br/>
        <w:t>f 15217/21255/17609 15200/21242/17596 15201/21241/17595</w:t>
        <w:br/>
        <w:t>f 15216/21256/17610 15217/21255/17609 15201/21241/17595</w:t>
        <w:br/>
        <w:t>f 15221/21257/17611 15220/21258/17612 15219/21259/17613</w:t>
        <w:br/>
        <w:t>f 15218/21260/17614 15221/21257/17611 15219/21259/17613</w:t>
        <w:br/>
        <w:t>f 15217/21255/17609 15229/21261/17615 15228/21262/17616</w:t>
        <w:br/>
        <w:t>f 15200/21242/17596 15217/21255/17609 15228/21262/17616</w:t>
        <w:br/>
        <w:t>f 15199/21243/17597 15231/21263/17617 15230/21264/17618</w:t>
        <w:br/>
        <w:t>f 15178/21226/17580 15199/21243/17597 15230/21264/17618</w:t>
        <w:br/>
        <w:t>f 15196/21238/17592 15215/21253/17607 15216/21256/17610</w:t>
        <w:br/>
        <w:t>f 15201/21241/17595 15196/21238/17592 15216/21256/17610</w:t>
        <w:br/>
        <w:t>f 15179/21225/17579 15195/21239/17593 15198/21244/17598</w:t>
        <w:br/>
        <w:t>f 15233/21265/17577 15179/21225/17579 15176/21228/17582</w:t>
        <w:br/>
        <w:t>f 15232/21266/17578 15233/21265/17577 15176/21228/17582</w:t>
        <w:br/>
        <w:t>f 15237/21267/17567 15236/21268/17619 15235/21269/17620</w:t>
        <w:br/>
        <w:t>f 15234/21270/17568 15237/21267/17567 15235/21269/17620</w:t>
        <w:br/>
        <w:t>f 15239/21271/17508 15105/21155/17509 15102/21158/17512</w:t>
        <w:br/>
        <w:t>f 15238/21272/17507 15239/21271/17508 15102/21158/17512</w:t>
        <w:br/>
        <w:t>f 15238/21272/17507 15102/21158/17512 15117/21167/17521</w:t>
        <w:br/>
        <w:t>f 15240/21273/17520 15238/21272/17507 15117/21167/17521</w:t>
        <w:br/>
        <w:t>f 15240/21273/17520 15117/21167/17521 15114/21170/17524</w:t>
        <w:br/>
        <w:t>f 15241/21274/17517 15240/21273/17520 15114/21170/17524</w:t>
        <w:br/>
        <w:t>f 15241/21274/17517 15114/21170/17524 15141/21195/17549</w:t>
        <w:br/>
        <w:t>f 15242/21275/17556 15241/21274/17517 15141/21195/17549</w:t>
        <w:br/>
        <w:t>f 15242/21275/17556 15141/21195/17549 15142/21194/17548</w:t>
        <w:br/>
        <w:t>f 15243/21276/17555 15242/21275/17556 15142/21194/17548</w:t>
        <w:br/>
        <w:t>f 15247/21277/17621 15246/21278/17622 15245/21279/17623</w:t>
        <w:br/>
        <w:t>f 15244/21280/17624 15247/21277/17621 15245/21279/17623</w:t>
        <w:br/>
        <w:t>f 15108/21160/17514 15109/21159/17513 15251/21281/17625</w:t>
        <w:br/>
        <w:t>f 15250/21282/17626 15108/21160/17514 15251/21281/17625</w:t>
        <w:br/>
        <w:t>f 15253/21283/17627 15252/21284/17628 15250/21282/17626</w:t>
        <w:br/>
        <w:t>f 15251/21281/17625 15253/21283/17627 15250/21282/17626</w:t>
        <w:br/>
        <w:t>f 15257/21285/17629 15256/21286/17630 15255/21287/17631</w:t>
        <w:br/>
        <w:t>f 15254/21288/17632 15257/21285/17629 15255/21287/17631</w:t>
        <w:br/>
        <w:t>f 15261/21289/17633 15260/21290/17634 15259/21291/17635</w:t>
        <w:br/>
        <w:t>f 15258/21292/17636 15261/21289/17633 15259/21291/17635</w:t>
        <w:br/>
        <w:t>f 15265/21293/17637 15264/21294/17638 15263/21295/17639</w:t>
        <w:br/>
        <w:t>f 15262/21296/17640 15265/21293/17637 15263/21295/17639</w:t>
        <w:br/>
        <w:t>f 15267/21297/17641 15266/21298/17642 15264/21294/17638</w:t>
        <w:br/>
        <w:t>f 15265/21293/17637 15267/21297/17641 15264/21294/17638</w:t>
        <w:br/>
        <w:t>f 15178/21226/17580 15230/21264/17618 15268/21299/17643</w:t>
        <w:br/>
        <w:t>f 15177/21227/17581 15178/21226/17580 15268/21299/17643</w:t>
        <w:br/>
        <w:t>f 15150/21204/17558 15151/21203/17557 15270/21300/17644</w:t>
        <w:br/>
        <w:t>f 15269/21301/17645 15150/21204/17558 15270/21300/17644</w:t>
        <w:br/>
        <w:t>f 15272/21302/17646 15150/21204/17558 15269/21301/17645</w:t>
        <w:br/>
        <w:t>f 15271/21303/17647 15272/21302/17646 15269/21301/17645</w:t>
        <w:br/>
        <w:t>f 15274/21304/17648 15272/21302/17646 15271/21303/17647</w:t>
        <w:br/>
        <w:t>f 15273/21305/17649 15274/21304/17648 15271/21303/17647</w:t>
        <w:br/>
        <w:t>f 15273/21305/17649 15276/21306/17650 15275/21307/17651</w:t>
        <w:br/>
        <w:t>f 15274/21304/17648 15273/21305/17649 15275/21307/17651</w:t>
        <w:br/>
        <w:t>f 15276/21306/17650 15278/21308/17652 15277/21309/17653</w:t>
        <w:br/>
        <w:t>f 15275/21307/17651 15276/21306/17650 15277/21309/17653</w:t>
        <w:br/>
        <w:t>f 15278/21308/17652 15280/21310/17654 15279/21311/17655</w:t>
        <w:br/>
        <w:t>f 15277/21309/17653 15278/21308/17652 15279/21311/17655</w:t>
        <w:br/>
        <w:t>f 15282/21312/17656 15281/21313/17657 15180/21232/17586</w:t>
        <w:br/>
        <w:t>f 15181/21231/17585 15282/21312/17656 15180/21232/17586</w:t>
        <w:br/>
        <w:t>f 15245/21279/17623 15246/21278/17622 15283/21314/17658</w:t>
        <w:br/>
        <w:t>f 15286/21315/17659 15285/21316/17660 15284/21317/17661</w:t>
        <w:br/>
        <w:t>f 15287/21318/17662 15286/21315/17659 15284/21317/17661</w:t>
        <w:br/>
        <w:t>f 15289/21319/17663 15287/21318/17662 15284/21317/17661</w:t>
        <w:br/>
        <w:t>f 15288/21320/17664 15289/21319/17663 15284/21317/17661</w:t>
        <w:br/>
        <w:t>f 15297/21321/17665 15296/21322/17666 15295/21323/17667</w:t>
        <w:br/>
        <w:t>f 15294/21324/17668 15297/21321/17665 15295/21323/17667</w:t>
        <w:br/>
        <w:t>f 15300/21325/17669 15299/21326/17670 15298/21327/17671</w:t>
        <w:br/>
        <w:t>f 15302/21328/17672 15301/21329/17673 15296/21322/17666</w:t>
        <w:br/>
        <w:t>f 15297/21321/17665 15302/21328/17672 15296/21322/17666</w:t>
        <w:br/>
        <w:t>f 15306/21330/17674 15305/21331/17675 15304/21332/17676</w:t>
        <w:br/>
        <w:t>f 15303/21333/17677 15306/21330/17674 15304/21332/17676</w:t>
        <w:br/>
        <w:t>f 15305/21331/17675 15306/21330/17674 15308/21334/17678</w:t>
        <w:br/>
        <w:t>f 15307/21335/17679 15305/21331/17675 15308/21334/17678</w:t>
        <w:br/>
        <w:t>f 15312/21336/17680 15311/21337/17681 15310/21338/17682</w:t>
        <w:br/>
        <w:t>f 15309/21339/17683 15312/21336/17680 15310/21338/17682</w:t>
        <w:br/>
        <w:t>f 15316/21340/17684 15315/21341/17685 15314/21342/17686</w:t>
        <w:br/>
        <w:t>f 15313/21343/17687 15316/21340/17684 15314/21342/17686</w:t>
        <w:br/>
        <w:t>f 15319/21344/17688 15314/21342/17686 15318/21345/17689</w:t>
        <w:br/>
        <w:t>f 15317/21346/17690 15319/21344/17688 15318/21345/17689</w:t>
        <w:br/>
        <w:t>f 15322/21347/17691 15321/21348/17692 15320/21349/17693</w:t>
        <w:br/>
        <w:t>f 15266/21298/17642 15267/21297/17641 15324/21350/17694</w:t>
        <w:br/>
        <w:t>f 15323/21351/17695 15266/21298/17642 15324/21350/17694</w:t>
        <w:br/>
        <w:t>f 15326/21352/17696 15325/21353/17697 15322/21347/17691</w:t>
        <w:br/>
        <w:t>f 15320/21349/17693 15326/21352/17696 15322/21347/17691</w:t>
        <w:br/>
        <w:t>f 15328/21354/17698 15294/21324/17668 15327/21355/17699</w:t>
        <w:br/>
        <w:t>f 15305/21331/17675 15330/21356/17700 15329/21357/17701</w:t>
        <w:br/>
        <w:t>f 15304/21332/17676 15305/21331/17675 15329/21357/17701</w:t>
        <w:br/>
        <w:t>f 15305/21331/17675 15307/21335/17679 15330/21356/17700</w:t>
        <w:br/>
        <w:t>f 15333/21358/17702 15332/21359/17703 15331/21360/17704</w:t>
        <w:br/>
        <w:t>f 15287/21318/17662 15289/21319/17663 15334/21361/17705</w:t>
        <w:br/>
        <w:t>f 15334/21361/17705 15286/21315/17659 15287/21318/17662</w:t>
        <w:br/>
        <w:t>f 15335/21362/17706 15318/21345/17689 15322/21347/17691</w:t>
        <w:br/>
        <w:t>f 15335/21362/17706 15322/21347/17691 15336/21363/17707</w:t>
        <w:br/>
        <w:t>f 15340/21364/17708 15339/21365/17709 15338/21366/17710</w:t>
        <w:br/>
        <w:t>f 15337/21367/17711 15340/21364/17708 15338/21366/17710</w:t>
        <w:br/>
        <w:t>f 15124/21180/17534 15125/21179/17533 15338/21366/17710</w:t>
        <w:br/>
        <w:t>f 15341/21368/17712 15124/21180/17534 15338/21366/17710</w:t>
        <w:br/>
        <w:t>f 15129/21182/17536 15130/21181/17535 15343/21369/17713</w:t>
        <w:br/>
        <w:t>f 15342/21370/17714 15129/21182/17536 15343/21369/17713</w:t>
        <w:br/>
        <w:t>f 15347/21371/17715 15346/21372/17716 15345/21373/17717</w:t>
        <w:br/>
        <w:t>f 15344/21374/17718 15347/21371/17715 15345/21373/17717</w:t>
        <w:br/>
        <w:t>f 15351/21375/17719 15350/21376/17720 15349/21377/17721</w:t>
        <w:br/>
        <w:t>f 15348/21378/17722 15351/21375/17719 15349/21377/17721</w:t>
        <w:br/>
        <w:t>f 15355/21379/17723 15354/21380/17724 15353/21381/17725</w:t>
        <w:br/>
        <w:t>f 15352/21382/17726 15355/21379/17723 15353/21381/17725</w:t>
        <w:br/>
        <w:t>f 15353/21381/17725 15354/21380/17724 15357/21383/17727</w:t>
        <w:br/>
        <w:t>f 15356/21384/17728 15353/21381/17725 15357/21383/17727</w:t>
        <w:br/>
        <w:t>f 15361/21385/15750 15360/21386/15753 15359/21387/17729</w:t>
        <w:br/>
        <w:t>f 15358/21388/17730 15361/21385/15750 15359/21387/17729</w:t>
        <w:br/>
        <w:t>f 15363/21389/17731 15359/21387/17729 15360/21386/15753</w:t>
        <w:br/>
        <w:t>f 15362/21390/15755 15363/21389/17731 15360/21386/15753</w:t>
        <w:br/>
        <w:t>f 15367/21391/17732 15366/21392/15757 15365/21393/17733</w:t>
        <w:br/>
        <w:t>f 15364/21394/17734 15367/21391/17732 15365/21393/17733</w:t>
        <w:br/>
        <w:t>f 8627/18748/17735 15370/21395/17736 15369/21396/17737</w:t>
        <w:br/>
        <w:t>f 15368/21397/17738 8627/18748/17735 15369/21396/17737</w:t>
        <w:br/>
        <w:t>f 15372/21398/17739 15371/21399/17740 15367/21391/17732</w:t>
        <w:br/>
        <w:t>f 15364/21394/17734 15372/21398/17739 15367/21391/17732</w:t>
        <w:br/>
        <w:t>f 15370/21395/17736 15371/21399/17740 15372/21398/17739</w:t>
        <w:br/>
        <w:t>f 15369/21396/17737 15370/21395/17736 15372/21398/17739</w:t>
        <w:br/>
        <w:t>f 15362/21390/15755 15374/21400/17741 15373/21401/17738</w:t>
        <w:br/>
        <w:t>f 15363/21389/17731 15362/21390/15755 15373/21401/17738</w:t>
        <w:br/>
        <w:t>f 15376/21402/17742 15368/21397/17738 15369/21396/17737</w:t>
        <w:br/>
        <w:t>f 15375/21403/17743 15376/21402/17742 15369/21396/17737</w:t>
        <w:br/>
        <w:t>f 15377/21404/17744 15375/21403/17743 15369/21396/17737</w:t>
        <w:br/>
        <w:t>f 15372/21398/17739 15377/21404/17744 15369/21396/17737</w:t>
        <w:br/>
        <w:t>f 15379/21405/17745 15378/21406/17746 15364/21394/17734</w:t>
        <w:br/>
        <w:t>f 15365/21393/17733 15379/21405/17745 15364/21394/17734</w:t>
        <w:br/>
        <w:t>f 15359/21387/17729 15363/21389/17731 15381/21407/17747</w:t>
        <w:br/>
        <w:t>f 15380/21408/17748 15359/21387/17729 15381/21407/17747</w:t>
        <w:br/>
        <w:t>f 15382/21409/17749 15363/21389/17731 15373/21401/17738</w:t>
        <w:br/>
        <w:t>f 15378/21406/17746 15377/21404/17744 15372/21398/17739</w:t>
        <w:br/>
        <w:t>f 15364/21394/17734 15378/21406/17746 15372/21398/17739</w:t>
        <w:br/>
        <w:t>f 15380/21408/17748 15383/21410/17750 15358/21388/17730</w:t>
        <w:br/>
        <w:t>f 15359/21387/17729 15380/21408/17748 15358/21388/17730</w:t>
        <w:br/>
        <w:t>f 15363/21389/17731 15382/21409/17749 15381/21407/17747</w:t>
        <w:br/>
        <w:t>f 15382/21409/17749 15349/21377/17721 15350/21376/17720</w:t>
        <w:br/>
        <w:t>f 15384/21411/17751 15382/21409/17749 15350/21376/17720</w:t>
        <w:br/>
        <w:t>f 15380/21408/17748 15381/21407/17747 15386/21412/17752</w:t>
        <w:br/>
        <w:t>f 15385/21413/17753 15380/21408/17748 15386/21412/17752</w:t>
        <w:br/>
        <w:t>f 15388/21414/17754 15387/21415/17755 15345/21373/17717</w:t>
        <w:br/>
        <w:t>f 15346/21372/17716 15388/21414/17754 15345/21373/17717</w:t>
        <w:br/>
        <w:t>f 15392/21416/17756 15391/21417/17757 15390/21418/17758</w:t>
        <w:br/>
        <w:t>f 15389/21419/17759 15392/21416/17756 15390/21418/17758</w:t>
        <w:br/>
        <w:t>f 15365/21393/17733 15394/21420/11803 15393/21421/17760</w:t>
        <w:br/>
        <w:t>f 15365/21393/17733 15395/21422/17761 15394/21420/11803</w:t>
        <w:br/>
        <w:t>f 15395/21422/17761 15392/21416/17756 15389/21419/17759</w:t>
        <w:br/>
        <w:t>f 15394/21420/11803 15395/21422/17761 15389/21419/17759</w:t>
        <w:br/>
        <w:t>f 15381/21407/17747 15382/21409/17749 15384/21411/17751</w:t>
        <w:br/>
        <w:t>f 15386/21412/17752 15381/21407/17747 15384/21411/17751</w:t>
        <w:br/>
        <w:t>f 15358/21388/17730 15397/21423/17762 15396/21424/15787</w:t>
        <w:br/>
        <w:t>f 15361/21385/15750 15358/21388/17730 15396/21424/15787</w:t>
        <w:br/>
        <w:t>f 15125/21179/17533 15398/21425/17763 15337/21367/17711</w:t>
        <w:br/>
        <w:t>f 15338/21366/17710 15125/21179/17533 15337/21367/17711</w:t>
        <w:br/>
        <w:t>f 15143/21193/17547 15351/21375/17719 15348/21378/17722</w:t>
        <w:br/>
        <w:t>f 15142/21194/17548 15143/21193/17547 15348/21378/17722</w:t>
        <w:br/>
        <w:t>f 15146/21198/17552 15147/21197/17551 15354/21380/17724</w:t>
        <w:br/>
        <w:t>f 15355/21379/17723 15146/21198/17552 15354/21380/17724</w:t>
        <w:br/>
        <w:t>f 15147/21197/17551 15149/21201/17555 15357/21383/17727</w:t>
        <w:br/>
        <w:t>f 15354/21380/17724 15147/21197/17551 15357/21383/17727</w:t>
        <w:br/>
        <w:t>f 15401/21426/17764 15385/21413/17753 15400/21427/17765</w:t>
        <w:br/>
        <w:t>f 15399/21428/17766 15401/21426/17764 15400/21427/17765</w:t>
        <w:br/>
        <w:t>f 15383/21410/17750 15380/21408/17748 15385/21413/17753</w:t>
        <w:br/>
        <w:t>f 15401/21426/17764 15383/21410/17750 15385/21413/17753</w:t>
        <w:br/>
        <w:t>f 15383/21410/17750 15402/21429/17767 15397/21423/17762</w:t>
        <w:br/>
        <w:t>f 15358/21388/17730 15383/21410/17750 15397/21423/17762</w:t>
        <w:br/>
        <w:t>f 15404/21430/17768 15401/21426/17764 15399/21428/17766</w:t>
        <w:br/>
        <w:t>f 15403/21431/17769 15404/21430/17768 15399/21428/17766</w:t>
        <w:br/>
        <w:t>f 15402/21429/17767 15383/21410/17750 15401/21426/17764</w:t>
        <w:br/>
        <w:t>f 15404/21430/17768 15402/21429/17767 15401/21426/17764</w:t>
        <w:br/>
        <w:t>f 15385/21413/17753 15386/21412/17752 15405/21432/17770</w:t>
        <w:br/>
        <w:t>f 15400/21427/17765 15385/21413/17753 15405/21432/17770</w:t>
        <w:br/>
        <w:t>f 15406/21433/17771 15405/21432/17770 15386/21412/17752</w:t>
        <w:br/>
        <w:t>f 15384/21411/17751 15406/21433/17771 15386/21412/17752</w:t>
        <w:br/>
        <w:t>f 15382/21409/17749 15373/21401/17738 15407/21434/17772</w:t>
        <w:br/>
        <w:t>f 15409/21435/17728 15408/21436/17727 15348/21378/17722</w:t>
        <w:br/>
        <w:t>f 15349/21377/17721 15409/21435/17728 15348/21378/17722</w:t>
        <w:br/>
        <w:t>f 15142/21194/17548 15348/21378/17722 15408/21436/17727</w:t>
        <w:br/>
        <w:t>f 15243/21276/17555 15142/21194/17548 15408/21436/17727</w:t>
        <w:br/>
        <w:t>f 15352/21382/17726 15340/21364/17708 15337/21367/17711</w:t>
        <w:br/>
        <w:t>f 15355/21379/17723 15352/21382/17726 15337/21367/17711</w:t>
        <w:br/>
        <w:t>f 15398/21425/17763 15146/21198/17552 15355/21379/17723</w:t>
        <w:br/>
        <w:t>f 15337/21367/17711 15398/21425/17763 15355/21379/17723</w:t>
        <w:br/>
        <w:t>f 15412/21437/17773 15411/21438/17774 15410/21439/17775</w:t>
        <w:br/>
        <w:t>f 15414/21440/17776 15413/21441/17777 15387/21415/17755</w:t>
        <w:br/>
        <w:t>f 15388/21414/17754 15414/21440/17776 15387/21415/17755</w:t>
        <w:br/>
        <w:t>f 15413/21441/17777 15414/21440/17776 15415/21442/17778</w:t>
        <w:br/>
        <w:t>f 15349/21377/17721 15382/21409/17749 15407/21434/17772</w:t>
        <w:br/>
        <w:t>f 15409/21435/17728 15349/21377/17721 15407/21434/17772</w:t>
        <w:br/>
        <w:t>f 15356/21384/17728 15376/21402/17742 15375/21403/17743</w:t>
        <w:br/>
        <w:t>f 15353/21381/17725 15356/21384/17728 15375/21403/17743</w:t>
        <w:br/>
        <w:t>f 15352/21382/17726 15353/21381/17725 15375/21403/17743</w:t>
        <w:br/>
        <w:t>f 15377/21404/17744 15352/21382/17726 15375/21403/17743</w:t>
        <w:br/>
        <w:t>f 15340/21364/17708 15352/21382/17726 15377/21404/17744</w:t>
        <w:br/>
        <w:t>f 15378/21406/17746 15340/21364/17708 15377/21404/17744</w:t>
        <w:br/>
        <w:t>f 15339/21365/17709 15340/21364/17708 15378/21406/17746</w:t>
        <w:br/>
        <w:t>f 15379/21405/17745 15339/21365/17709 15378/21406/17746</w:t>
        <w:br/>
        <w:t>f 15379/21405/17745 15365/21393/17733 15393/21421/17760</w:t>
        <w:br/>
        <w:t>f 15416/21443/17779 15389/21419/17759 15390/21418/17758</w:t>
        <w:br/>
        <w:t>f 15417/21444/11216 15379/21405/17745 15393/21421/17760</w:t>
        <w:br/>
        <w:t>f 15341/21368/17712 15338/21366/17710 15339/21365/17709</w:t>
        <w:br/>
        <w:t>f 15418/21445/17780 15341/21368/17712 15339/21365/17709</w:t>
        <w:br/>
        <w:t>f 15420/21446/11220 15342/21370/17714 15343/21369/17713</w:t>
        <w:br/>
        <w:t>f 15419/21447/11221 15420/21446/11220 15343/21369/17713</w:t>
        <w:br/>
        <w:t>f 15342/21370/17714 15420/21446/11220 15421/21448/17781</w:t>
        <w:br/>
        <w:t>f 15423/21449/17782 15132/21188/17542 15422/21450/17783</w:t>
        <w:br/>
        <w:t>f 15421/21448/17781 15423/21449/17782 15422/21450/17783</w:t>
        <w:br/>
        <w:t>f 15404/21430/17768 15403/21431/17769 15424/21451/17784</w:t>
        <w:br/>
        <w:t>f 15424/21451/17784 15402/21429/17767 15404/21430/17768</w:t>
        <w:br/>
        <w:t>f 15425/21452/17785 15397/21423/17762 15402/21429/17767</w:t>
        <w:br/>
        <w:t>f 15424/21451/17784 15425/21452/17785 15402/21429/17767</w:t>
        <w:br/>
        <w:t>f 15426/21453/15811 15396/21424/15787 15397/21423/17762</w:t>
        <w:br/>
        <w:t>f 15425/21452/17785 15426/21453/15811 15397/21423/17762</w:t>
        <w:br/>
        <w:t>f 15428/21454/17786 15333/21358/17702 15427/21455/17787</w:t>
        <w:br/>
        <w:t>f 15430/21456/17788 15429/21457/17789 15209/21251/17605</w:t>
        <w:br/>
        <w:t>f 15193/21234/17588 15430/21456/17788 15209/21251/17605</w:t>
        <w:br/>
        <w:t>f 15284/21317/17661 15208/21252/17606 15288/21320/17664</w:t>
        <w:br/>
        <w:t>f 15429/21457/17789 15428/21454/17786 15427/21455/17787</w:t>
        <w:br/>
        <w:t>f 15432/21458/17790 15431/21459/17791 15193/21234/17588</w:t>
        <w:br/>
        <w:t>f 15298/21327/17671 15244/21280/17624 15300/21325/17669</w:t>
        <w:br/>
        <w:t>f 15308/21334/17678 15306/21330/17674 15218/21260/17614</w:t>
        <w:br/>
        <w:t>f 15217/21255/17609 15312/21336/17680 15436/21460/17792</w:t>
        <w:br/>
        <w:t>f 15311/21337/17681 15312/21336/17680 15216/21256/17610</w:t>
        <w:br/>
        <w:t>f 15215/21253/17607 15437/21461/17793 15311/21337/17681</w:t>
        <w:br/>
        <w:t>f 15216/21256/17610 15215/21253/17607 15311/21337/17681</w:t>
        <w:br/>
        <w:t>f 15318/21345/17689 15314/21342/17686 15206/21248/17602</w:t>
        <w:br/>
        <w:t>f 15207/21247/17601 15318/21345/17689 15206/21248/17602</w:t>
        <w:br/>
        <w:t>f 15321/21348/17692 15318/21345/17689 15207/21247/17601</w:t>
        <w:br/>
        <w:t>f 15438/21462/17794 15323/21351/17695 15324/21350/17694</w:t>
        <w:br/>
        <w:t>f 15439/21463/17795 15208/21252/17606 15284/21317/17661</w:t>
        <w:br/>
        <w:t>f 15285/21316/17660 15439/21463/17795 15284/21317/17661</w:t>
        <w:br/>
        <w:t>f 15441/21464/17796 15438/21462/17794 15440/21465/17797</w:t>
        <w:br/>
        <w:t>f 15321/21348/17692 15441/21464/17796 15320/21349/17693</w:t>
        <w:br/>
        <w:t>f 15321/21348/17692 15442/21466/17798 15266/21298/17642</w:t>
        <w:br/>
        <w:t>f 15322/21347/17691 15318/21345/17689 15321/21348/17692</w:t>
        <w:br/>
        <w:t>f 15300/21325/17669 15303/21333/17677 15304/21332/17676</w:t>
        <w:br/>
        <w:t>f 15221/21257/17611 15306/21330/17674 15303/21333/17677</w:t>
        <w:br/>
        <w:t>f 15444/21467/17799 15443/21468/17800 15231/21263/17617</w:t>
        <w:br/>
        <w:t>f 15228/21262/17616 15444/21467/17799 15231/21263/17617</w:t>
        <w:br/>
        <w:t>f 15447/21469/17801 15446/21470/17802 15445/21471/17803</w:t>
        <w:br/>
        <w:t>f 15312/21336/17680 15217/21255/17609 15216/21256/17610</w:t>
        <w:br/>
        <w:t>f 15312/21336/17680 15309/21339/17683 15448/21472/17804</w:t>
        <w:br/>
        <w:t>f 15449/21473/17805 15448/21472/17804 15309/21339/17683</w:t>
        <w:br/>
        <w:t>f 15311/21337/17681 15450/21474/17806 15310/21338/17682</w:t>
        <w:br/>
        <w:t>f 15312/21336/17680 15448/21472/17804 15436/21460/17792</w:t>
        <w:br/>
        <w:t>f 15449/21473/17805 15447/21469/17801 15448/21472/17804</w:t>
        <w:br/>
        <w:t>f 15436/21460/17792 15445/21471/17803 15229/21261/17615</w:t>
        <w:br/>
        <w:t>f 15447/21469/17801 15445/21471/17803 15436/21460/17792</w:t>
        <w:br/>
        <w:t>f 15448/21472/17804 15447/21469/17801 15436/21460/17792</w:t>
        <w:br/>
        <w:t>f 15104/21156/17510 15105/21155/17509 15235/21269/17620</w:t>
        <w:br/>
        <w:t>f 15451/21475/17807 15104/21156/17510 15235/21269/17620</w:t>
        <w:br/>
        <w:t>f 15300/21325/17669 15244/21280/17624 15221/21257/17611</w:t>
        <w:br/>
        <w:t>f 15303/21333/17677 15300/21325/17669 15221/21257/17611</w:t>
        <w:br/>
        <w:t>f 15220/21258/17612 15221/21257/17611 15244/21280/17624</w:t>
        <w:br/>
        <w:t>f 15245/21279/17623 15220/21258/17612 15244/21280/17624</w:t>
        <w:br/>
        <w:t>f 15202/21246/17600 15220/21258/17612 15245/21279/17623</w:t>
        <w:br/>
        <w:t>f 15283/21314/17658 15202/21246/17600 15245/21279/17623</w:t>
        <w:br/>
        <w:t>f 15454/21476/17808 15299/21326/17670 15304/21332/17676</w:t>
        <w:br/>
        <w:t>f 15453/21477/17809 15454/21476/17808 15304/21332/17676</w:t>
        <w:br/>
        <w:t>f 15299/21326/17670 15300/21325/17669 15304/21332/17676</w:t>
        <w:br/>
        <w:t>f 15246/21278/17622 15247/21277/17621 15456/21478/17810</w:t>
        <w:br/>
        <w:t>f 15455/21479/17811 15246/21278/17622 15456/21478/17810</w:t>
        <w:br/>
        <w:t>f 15457/21480/17812 15246/21278/17622 15455/21479/17811</w:t>
        <w:br/>
        <w:t>f 15458/21481/17813 15299/21326/17670 15454/21476/17808</w:t>
        <w:br/>
        <w:t>f 15295/21323/17667 15298/21327/17671 15299/21326/17670</w:t>
        <w:br/>
        <w:t>f 15294/21324/17668 15295/21323/17667 15299/21326/17670</w:t>
        <w:br/>
        <w:t>f 15247/21277/17621 15298/21327/17671 15295/21323/17667</w:t>
        <w:br/>
        <w:t>f 15427/21455/17787 15288/21320/17664 15209/21251/17605</w:t>
        <w:br/>
        <w:t>f 15289/21319/17663 15288/21320/17664 15427/21455/17787</w:t>
        <w:br/>
        <w:t>f 15333/21358/17702 15289/21319/17663 15427/21455/17787</w:t>
        <w:br/>
        <w:t>f 15429/21457/17789 15427/21455/17787 15209/21251/17605</w:t>
        <w:br/>
        <w:t>f 15440/21465/17797 15326/21352/17696 15320/21349/17693</w:t>
        <w:br/>
        <w:t>f 15441/21464/17796 15440/21465/17797 15320/21349/17693</w:t>
        <w:br/>
        <w:t>f 15323/21351/17695 15321/21348/17692 15266/21298/17642</w:t>
        <w:br/>
        <w:t>f 15306/21330/17674 15221/21257/17611 15218/21260/17614</w:t>
        <w:br/>
        <w:t>f 15394/21420/11803 15389/21419/17759 15459/21482/10933</w:t>
        <w:br/>
        <w:t>f 15289/21319/17663 15333/21358/17702 15331/21360/17704</w:t>
        <w:br/>
        <w:t>f 15321/21348/17692 15323/21351/17695 15441/21464/17796</w:t>
        <w:br/>
        <w:t>f 15215/21253/17607 15214/21254/17608 15460/21483/17685</w:t>
        <w:br/>
        <w:t>f 15437/21461/17793 15215/21253/17607 15460/21483/17685</w:t>
        <w:br/>
        <w:t>f 15437/21461/17793 15460/21483/17685 15462/21484/17684</w:t>
        <w:br/>
        <w:t>f 15461/21485/17814 15437/21461/17793 15462/21484/17684</w:t>
        <w:br/>
        <w:t>f 15461/21485/17814 15450/21474/17806 15311/21337/17681</w:t>
        <w:br/>
        <w:t>f 15437/21461/17793 15461/21485/17814 15311/21337/17681</w:t>
        <w:br/>
        <w:t>f 15463/21486/17815 15310/21338/17682 15450/21474/17806</w:t>
        <w:br/>
        <w:t>f 15464/21487/17816 15309/21339/17683 15310/21338/17682</w:t>
        <w:br/>
        <w:t>f 15466/21488/17817 15464/21487/17818 15465/21489/17819</w:t>
        <w:br/>
        <w:t>f 15467/21490/17820 15466/21488/17817 15465/21489/17819</w:t>
        <w:br/>
        <w:t>f 15468/21491/17608 15206/21248/17602 15314/21342/17686</w:t>
        <w:br/>
        <w:t>f 15315/21341/17685 15468/21491/17608 15314/21342/17686</w:t>
        <w:br/>
        <w:t>f 15206/21248/17602 15468/21491/17608 15469/21492/17591</w:t>
        <w:br/>
        <w:t>f 15205/21249/17603 15206/21248/17602 15469/21492/17591</w:t>
        <w:br/>
        <w:t>f 15168/21216/17570 15470/21493/17594 15175/21223/17577</w:t>
        <w:br/>
        <w:t>f 15168/21216/17570 15190/21233/17587 15470/21493/17594</w:t>
        <w:br/>
        <w:t>f 15217/21255/17609 15436/21460/17792 15229/21261/17615</w:t>
        <w:br/>
        <w:t>f 15331/21360/17704 15332/21359/17703 15471/21494/17821</w:t>
        <w:br/>
        <w:t>f 15326/21352/17696 15440/21465/17797 15473/21495/17822</w:t>
        <w:br/>
        <w:t>f 15472/21496/17823 15326/21352/17696 15473/21495/17822</w:t>
        <w:br/>
        <w:t>f 15438/21462/17794 15474/21497/17824 15473/21495/17822</w:t>
        <w:br/>
        <w:t>f 15440/21465/17797 15438/21462/17794 15473/21495/17822</w:t>
        <w:br/>
        <w:t>f 15478/21498/17825 15477/21499/17825 15476/21500/17826</w:t>
        <w:br/>
        <w:t>f 15475/21501/17827 15478/21498/17825 15476/21500/17826</w:t>
        <w:br/>
        <w:t>f 15480/21502/17828 15479/21503/17828 15475/21501/17827</w:t>
        <w:br/>
        <w:t>f 15476/21500/17826 15480/21502/17828 15475/21501/17827</w:t>
        <w:br/>
        <w:t>f 15479/21503/17828 15480/21502/17828 15482/21504/17829</w:t>
        <w:br/>
        <w:t>f 15481/21505/17829 15479/21503/17828 15482/21504/17829</w:t>
        <w:br/>
        <w:t>f 15486/21506/17830 15485/21507/17831 15484/21508/17831</w:t>
        <w:br/>
        <w:t>f 15483/21509/17830 15486/21506/17830 15484/21508/17831</w:t>
        <w:br/>
        <w:t>f 15485/21507/17831 15474/21497/17824 15438/21462/17794</w:t>
        <w:br/>
        <w:t>f 15484/21508/17831 15485/21507/17831 15438/21462/17794</w:t>
        <w:br/>
        <w:t>f 15487/21510/17832 15329/21357/17701 15330/21356/17700</w:t>
        <w:br/>
        <w:t>f 15491/21511/17833 15490/21512/17834 15489/21513/17834</w:t>
        <w:br/>
        <w:t>f 15488/21514/17835 15491/21511/17833 15489/21513/17834</w:t>
        <w:br/>
        <w:t>f 15494/21515/17836 15493/21516/17837 15492/21517/17838</w:t>
        <w:br/>
        <w:t>f 15446/21470/17839 15494/21515/17836 15492/21517/17838</w:t>
        <w:br/>
        <w:t>f 15467/21490/17820 15495/21518/17840 15493/21516/17837</w:t>
        <w:br/>
        <w:t>f 15494/21515/17836 15467/21490/17820 15493/21516/17837</w:t>
        <w:br/>
        <w:t>f 15326/21352/17696 15472/21496/17823 15325/21353/17697</w:t>
        <w:br/>
        <w:t>f 15487/21510/17841 15489/21513/17834 15490/21512/17834</w:t>
        <w:br/>
        <w:t>f 15428/21454/17786 15332/21359/17703 15333/21358/17702</w:t>
        <w:br/>
        <w:t>f 15190/21233/17587 15496/21519/17842 15204/21250/17604</w:t>
        <w:br/>
        <w:t>f 15205/21249/17603 15190/21233/17587 15204/21250/17604</w:t>
        <w:br/>
        <w:t>f 15194/21240/17594 15195/21239/17593 15233/21265/17577</w:t>
        <w:br/>
        <w:t>f 15198/21244/17598 15199/21243/17597 15178/21226/17580</w:t>
        <w:br/>
        <w:t>f 15203/21245/17599 15219/21259/17613 15220/21258/17612</w:t>
        <w:br/>
        <w:t>f 15202/21246/17600 15203/21245/17599 15220/21258/17612</w:t>
        <w:br/>
        <w:t>f 15231/21263/17617 15199/21243/17597 15200/21242/17596</w:t>
        <w:br/>
        <w:t>f 15228/21262/17616 15231/21263/17617 15200/21242/17596</w:t>
        <w:br/>
        <w:t>f 15198/21244/17598 15195/21239/17593 15196/21238/17592</w:t>
        <w:br/>
        <w:t>f 15201/21241/17595 15198/21244/17598 15196/21238/17592</w:t>
        <w:br/>
        <w:t>f 15262/21296/17640 15263/21295/17639 15260/21290/17634</w:t>
        <w:br/>
        <w:t>f 15261/21289/17633 15262/21296/17640 15260/21290/17634</w:t>
        <w:br/>
        <w:t>f 15497/21520/17843 15230/21264/17618 15231/21263/17617</w:t>
        <w:br/>
        <w:t>f 15443/21468/17800 15497/21520/17843 15231/21263/17617</w:t>
        <w:br/>
        <w:t>f 15283/21314/17658 15282/21312/17656 15181/21231/17585</w:t>
        <w:br/>
        <w:t>f 15202/21246/17600 15283/21314/17658 15181/21231/17585</w:t>
        <w:br/>
        <w:t>f 15470/21493/17594 15190/21233/17587 15205/21249/17603</w:t>
        <w:br/>
        <w:t>f 15469/21492/17591 15470/21493/17594 15205/21249/17603</w:t>
        <w:br/>
        <w:t>f 15498/21521/17844 15138/21190/17544 15150/21204/17558</w:t>
        <w:br/>
        <w:t>f 15272/21302/17646 15498/21521/17844 15150/21204/17558</w:t>
        <w:br/>
        <w:t>f 15499/21522/17845 15498/21521/17844 15272/21302/17646</w:t>
        <w:br/>
        <w:t>f 15274/21304/17648 15499/21522/17845 15272/21302/17646</w:t>
        <w:br/>
        <w:t>f 15500/21523/17846 15499/21522/17845 15274/21304/17648</w:t>
        <w:br/>
        <w:t>f 15275/21307/17651 15500/21523/17846 15274/21304/17648</w:t>
        <w:br/>
        <w:t>f 15501/21524/17847 15500/21523/17846 15275/21307/17651</w:t>
        <w:br/>
        <w:t>f 15277/21309/17653 15501/21524/17847 15275/21307/17651</w:t>
        <w:br/>
        <w:t>f 15504/21525/17848 15503/21526/17849 15279/21311/17655</w:t>
        <w:br/>
        <w:t>f 15502/21527/17850 15504/21525/17848 15279/21311/17655</w:t>
        <w:br/>
        <w:t>f 15506/21528/17851 15505/21529/17852 15281/21313/17657</w:t>
        <w:br/>
        <w:t>f 15282/21312/17656 15506/21528/17851 15281/21313/17657</w:t>
        <w:br/>
        <w:t>f 15457/21480/17812 15506/21528/17851 15282/21312/17656</w:t>
        <w:br/>
        <w:t>f 15283/21314/17658 15457/21480/17812 15282/21312/17656</w:t>
        <w:br/>
        <w:t>f 15296/21322/17666 15247/21277/17621 15295/21323/17667</w:t>
        <w:br/>
        <w:t>f 15247/21277/17621 15296/21322/17666 15301/21329/17673</w:t>
        <w:br/>
        <w:t>f 15456/21478/17810 15247/21277/17621 15301/21329/17673</w:t>
        <w:br/>
        <w:t>f 15247/21277/17621 15244/21280/17624 15298/21327/17671</w:t>
        <w:br/>
        <w:t>f 15283/21314/17658 15246/21278/17622 15457/21480/17812</w:t>
        <w:br/>
        <w:t>f 15430/21456/17788 15193/21234/17588 15431/21459/17791</w:t>
        <w:br/>
        <w:t>f 15288/21320/17664 15208/21252/17606 15209/21251/17605</w:t>
        <w:br/>
        <w:t>f 15233/21265/17577 15195/21239/17593 15179/21225/17579</w:t>
        <w:br/>
        <w:t>f 15198/21244/17598 15178/21226/17580 15179/21225/17579</w:t>
        <w:br/>
        <w:t>f 15416/21443/17779 15508/21530/17853 15389/21419/17759</w:t>
        <w:br/>
        <w:t>f 15389/21419/17759 15508/21530/17853 15509/21531/17854</w:t>
        <w:br/>
        <w:t>f 15169/21215/17569 15496/21519/17842 15190/21233/17587</w:t>
        <w:br/>
        <w:t>f 15511/21532/15871 15510/21533/15870 15391/21417/17757</w:t>
        <w:br/>
        <w:t>f 15392/21416/17756 15511/21532/15871 15391/21417/17757</w:t>
        <w:br/>
        <w:t>f 15512/21534/15872 15511/21532/15871 15392/21416/17756</w:t>
        <w:br/>
        <w:t>f 15395/21422/17761 15512/21534/15872 15392/21416/17756</w:t>
        <w:br/>
        <w:t>f 15366/21392/15757 15512/21534/15872 15395/21422/17761</w:t>
        <w:br/>
        <w:t>f 15365/21393/17733 15366/21392/15757 15395/21422/17761</w:t>
        <w:br/>
        <w:t>f 15166/21218/17572 15167/21217/17571 15514/21535/17855</w:t>
        <w:br/>
        <w:t>f 15513/21536/17856 15166/21218/17572 15514/21535/17855</w:t>
        <w:br/>
        <w:t>f 15167/21217/17571 15174/21224/17578 15515/21537/17857</w:t>
        <w:br/>
        <w:t>f 15514/21535/17855 15167/21217/17571 15515/21537/17857</w:t>
        <w:br/>
        <w:t>f 15232/21266/17578 15176/21228/17582 15517/21538/17858</w:t>
        <w:br/>
        <w:t>f 15516/21539/17859 15232/21266/17578 15517/21538/17858</w:t>
        <w:br/>
        <w:t>f 15518/21540/17860 15517/21538/17858 15176/21228/17582</w:t>
        <w:br/>
        <w:t>f 15177/21227/17581 15518/21540/17860 15176/21228/17582</w:t>
        <w:br/>
        <w:t>f 15519/21541/17861 15518/21540/17860 15177/21227/17581</w:t>
        <w:br/>
        <w:t>f 15268/21299/17643 15519/21541/17861 15177/21227/17581</w:t>
        <w:br/>
        <w:t>f 15521/21542/17862 15183/21229/17583 15180/21232/17586</w:t>
        <w:br/>
        <w:t>f 15520/21543/17863 15521/21542/17862 15180/21232/17586</w:t>
        <w:br/>
        <w:t>f 15281/21313/17657 15522/21544/17864 15520/21543/17863</w:t>
        <w:br/>
        <w:t>f 15180/21232/17586 15281/21313/17657 15520/21543/17863</w:t>
        <w:br/>
        <w:t>f 15505/21529/17852 15523/21545/17865 15522/21544/17864</w:t>
        <w:br/>
        <w:t>f 15281/21313/17657 15505/21529/17852 15522/21544/17864</w:t>
        <w:br/>
        <w:t>f 15527/21546/17866 15170/21222/17576 15171/21221/17575</w:t>
        <w:br/>
        <w:t>f 15528/21547/17867 15527/21546/17866 15171/21221/17575</w:t>
        <w:br/>
        <w:t>f 15530/21548/17868 15529/21549/17869 15258/21292/17636</w:t>
        <w:br/>
        <w:t>f 15259/21291/17635 15530/21548/17868 15258/21292/17636</w:t>
        <w:br/>
        <w:t>f 15513/21536/17856 15514/21535/17855 15154/21206/17560</w:t>
        <w:br/>
        <w:t>f 15155/21205/17559 15513/21536/17856 15154/21206/17560</w:t>
        <w:br/>
        <w:t>f 15514/21535/17855 15515/21537/17857 15161/21213/17567</w:t>
        <w:br/>
        <w:t>f 15154/21206/17560 15514/21535/17855 15161/21213/17567</w:t>
        <w:br/>
        <w:t>f 15516/21539/17859 15517/21538/17858 15236/21268/17619</w:t>
        <w:br/>
        <w:t>f 15237/21267/17567 15516/21539/17859 15236/21268/17619</w:t>
        <w:br/>
        <w:t>f 15531/21550/17870 15236/21268/17619 15517/21538/17858</w:t>
        <w:br/>
        <w:t>f 15518/21540/17860 15531/21550/17870 15517/21538/17858</w:t>
        <w:br/>
        <w:t>f 15532/21551/17871 15531/21550/17870 15518/21540/17860</w:t>
        <w:br/>
        <w:t>f 15519/21541/17861 15532/21551/17871 15518/21540/17860</w:t>
        <w:br/>
        <w:t>f 15534/21552/17872 15521/21542/17862 15520/21543/17863</w:t>
        <w:br/>
        <w:t>f 15533/21553/17873 15534/21552/17872 15520/21543/17863</w:t>
        <w:br/>
        <w:t>f 15522/21544/17864 15502/21527/17850 15533/21553/17873</w:t>
        <w:br/>
        <w:t>f 15520/21543/17863 15522/21544/17864 15533/21553/17873</w:t>
        <w:br/>
        <w:t>f 15523/21545/17865 15504/21525/17848 15502/21527/17850</w:t>
        <w:br/>
        <w:t>f 15522/21544/17864 15523/21545/17865 15502/21527/17850</w:t>
        <w:br/>
        <w:t>f 15156/21212/17566 15527/21546/17866 15528/21547/17867</w:t>
        <w:br/>
        <w:t>f 15159/21209/17563 15156/21212/17566 15528/21547/17867</w:t>
        <w:br/>
        <w:t>f 15256/21286/17630 15257/21285/17629 15529/21549/17869</w:t>
        <w:br/>
        <w:t>f 15530/21548/17868 15256/21286/17630 15529/21549/17869</w:t>
        <w:br/>
        <w:t>f 15503/21526/17849 15501/21524/17847 15277/21309/17653</w:t>
        <w:br/>
        <w:t>f 15279/21311/17655 15503/21526/17849 15277/21309/17653</w:t>
        <w:br/>
        <w:t>f 15099/21149/17503 15157/21211/17565 15158/21210/17564</w:t>
        <w:br/>
        <w:t>f 15098/21150/17504 15099/21149/17503 15158/21210/17564</w:t>
        <w:br/>
        <w:t>f 15252/21284/17628 15253/21283/17627 15254/21288/17632</w:t>
        <w:br/>
        <w:t>f 15255/21287/17631 15252/21284/17628 15254/21288/17632</w:t>
        <w:br/>
        <w:t>f 15152/21208/17562 15153/21207/17561 15094/21146/17500</w:t>
        <w:br/>
        <w:t>f 15095/21145/17499 15152/21208/17562 15094/21146/17500</w:t>
        <w:br/>
        <w:t>f 15153/21207/17561 15160/21214/17568 15100/21154/17508</w:t>
        <w:br/>
        <w:t>f 15094/21146/17500 15153/21207/17561 15100/21154/17508</w:t>
        <w:br/>
        <w:t>f 15234/21270/17568 15235/21269/17620 15105/21155/17509</w:t>
        <w:br/>
        <w:t>f 15239/21271/17508 15234/21270/17568 15105/21155/17509</w:t>
        <w:br/>
        <w:t>f 15279/21311/17655 15280/21310/17654 15533/21553/17873</w:t>
        <w:br/>
        <w:t>f 15280/21310/17654 15534/21552/17872 15533/21553/17873</w:t>
        <w:br/>
        <w:t>f 15537/21554/17874 15451/21475/17807 15531/21550/17870</w:t>
        <w:br/>
        <w:t>f 15532/21551/17871 15537/21554/17874 15531/21550/17870</w:t>
        <w:br/>
        <w:t>f 15451/21475/17807 15235/21269/17620 15236/21268/17619</w:t>
        <w:br/>
        <w:t>f 15531/21550/17870 15451/21475/17807 15236/21268/17619</w:t>
        <w:br/>
        <w:t>f 15208/21252/17606 15439/21463/17795 15538/21555/17875</w:t>
        <w:br/>
        <w:t>f 15192/21235/17589 15208/21252/17606 15538/21555/17875</w:t>
        <w:br/>
        <w:t>f 15192/21235/17589 15538/21555/17875 15539/21556/17876</w:t>
        <w:br/>
        <w:t>f 15191/21236/17590 15192/21235/17589 15539/21556/17876</w:t>
        <w:br/>
        <w:t>f 15539/21556/17876 15172/21220/17574 15173/21219/17573</w:t>
        <w:br/>
        <w:t>f 15191/21236/17590 15539/21556/17876 15173/21219/17573</w:t>
        <w:br/>
        <w:t>f 15339/21365/17709 15379/21405/17745 15417/21444/11216</w:t>
        <w:br/>
        <w:t>f 15418/21445/17780 15339/21365/17709 15417/21444/11216</w:t>
        <w:br/>
        <w:t>f 15421/21448/17781 15422/21450/17783 15129/21182/17536</w:t>
        <w:br/>
        <w:t>f 15342/21370/17714 15421/21448/17781 15129/21182/17536</w:t>
        <w:br/>
        <w:t>f 15126/21178/17532 15540/21557/17877 15398/21425/17763</w:t>
        <w:br/>
        <w:t>f 15125/21179/17533 15126/21178/17532 15398/21425/17763</w:t>
        <w:br/>
        <w:t>f 15540/21557/17877 15126/21178/17532 15107/21161/17515</w:t>
        <w:br/>
        <w:t>f 15541/21558/17878 15540/21557/17877 15107/21161/17515</w:t>
        <w:br/>
        <w:t>f 15108/21160/17514 15542/21559/17879 15541/21558/17878</w:t>
        <w:br/>
        <w:t>f 15107/21161/17515 15108/21160/17514 15541/21558/17878</w:t>
        <w:br/>
        <w:t>f 15542/21559/17879 15108/21160/17514 15250/21282/17626</w:t>
        <w:br/>
        <w:t>f 15543/21560/17880 15542/21559/17879 15250/21282/17626</w:t>
        <w:br/>
        <w:t>f 15252/21284/17628 15544/21561/17881 15543/21560/17880</w:t>
        <w:br/>
        <w:t>f 15250/21282/17626 15252/21284/17628 15543/21560/17880</w:t>
        <w:br/>
        <w:t>f 15544/21561/17881 15252/21284/17628 15255/21287/17631</w:t>
        <w:br/>
        <w:t>f 15545/21562/17882 15544/21561/17881 15255/21287/17631</w:t>
        <w:br/>
        <w:t>f 15256/21286/17630 15546/21563/17883 15545/21562/17882</w:t>
        <w:br/>
        <w:t>f 15255/21287/17631 15256/21286/17630 15545/21562/17882</w:t>
        <w:br/>
        <w:t>f 15546/21563/17883 15256/21286/17630 15530/21548/17868</w:t>
        <w:br/>
        <w:t>f 15547/21564/17884 15546/21563/17883 15530/21548/17868</w:t>
        <w:br/>
        <w:t>f 15547/21564/17884 15530/21548/17868 15259/21291/17635</w:t>
        <w:br/>
        <w:t>f 15548/21565/17885 15547/21564/17884 15259/21291/17635</w:t>
        <w:br/>
        <w:t>f 15260/21290/17634 15549/21566/17886 15548/21565/17885</w:t>
        <w:br/>
        <w:t>f 15259/21291/17635 15260/21290/17634 15548/21565/17885</w:t>
        <w:br/>
        <w:t>f 15263/21295/17639 15550/21567/17887 15549/21566/17886</w:t>
        <w:br/>
        <w:t>f 15260/21290/17634 15263/21295/17639 15549/21566/17886</w:t>
        <w:br/>
        <w:t>f 15264/21294/17638 15551/21568/17888 15550/21567/17887</w:t>
        <w:br/>
        <w:t>f 15263/21295/17639 15264/21294/17638 15550/21567/17887</w:t>
        <w:br/>
        <w:t>f 15266/21298/17642 15442/21466/17798 15551/21568/17888</w:t>
        <w:br/>
        <w:t>f 15264/21294/17638 15266/21298/17642 15551/21568/17888</w:t>
        <w:br/>
        <w:t>f 15438/21462/17794 15441/21464/17796 15323/21351/17695</w:t>
        <w:br/>
        <w:t>f 15146/21198/17552 15398/21425/17763 15540/21557/17877</w:t>
        <w:br/>
        <w:t>f 15145/21199/17553 15146/21198/17552 15540/21557/17877</w:t>
        <w:br/>
        <w:t>f 15541/21558/17878 15123/21175/17529 15145/21199/17553</w:t>
        <w:br/>
        <w:t>f 15540/21557/17877 15541/21558/17878 15145/21199/17553</w:t>
        <w:br/>
        <w:t>f 15542/21559/17879 15122/21176/17530 15123/21175/17529</w:t>
        <w:br/>
        <w:t>f 15541/21558/17878 15542/21559/17879 15123/21175/17529</w:t>
        <w:br/>
        <w:t>f 15122/21176/17530 15542/21559/17879 15543/21560/17880</w:t>
        <w:br/>
        <w:t>f 15092/21148/17502 15122/21176/17530 15543/21560/17880</w:t>
        <w:br/>
        <w:t>f 15544/21561/17881 15095/21145/17499 15092/21148/17502</w:t>
        <w:br/>
        <w:t>f 15543/21560/17880 15544/21561/17881 15092/21148/17502</w:t>
        <w:br/>
        <w:t>f 15095/21145/17499 15544/21561/17881 15545/21562/17882</w:t>
        <w:br/>
        <w:t>f 15152/21208/17562 15095/21145/17499 15545/21562/17882</w:t>
        <w:br/>
        <w:t>f 15546/21563/17883 15155/21205/17559 15152/21208/17562</w:t>
        <w:br/>
        <w:t>f 15545/21562/17882 15546/21563/17883 15152/21208/17562</w:t>
        <w:br/>
        <w:t>f 15155/21205/17559 15546/21563/17883 15547/21564/17884</w:t>
        <w:br/>
        <w:t>f 15513/21536/17856 15155/21205/17559 15547/21564/17884</w:t>
        <w:br/>
        <w:t>f 15513/21536/17856 15547/21564/17884 15548/21565/17885</w:t>
        <w:br/>
        <w:t>f 15166/21218/17572 15513/21536/17856 15548/21565/17885</w:t>
        <w:br/>
        <w:t>f 15549/21566/17886 15169/21215/17569 15166/21218/17572</w:t>
        <w:br/>
        <w:t>f 15548/21565/17885 15549/21566/17886 15166/21218/17572</w:t>
        <w:br/>
        <w:t>f 15550/21567/17887 15496/21519/17842 15169/21215/17569</w:t>
        <w:br/>
        <w:t>f 15549/21566/17886 15550/21567/17887 15169/21215/17569</w:t>
        <w:br/>
        <w:t>f 15551/21568/17888 15204/21250/17604 15496/21519/17842</w:t>
        <w:br/>
        <w:t>f 15550/21567/17887 15551/21568/17888 15496/21519/17842</w:t>
        <w:br/>
        <w:t>f 15204/21250/17604 15551/21568/17888 15442/21466/17798</w:t>
        <w:br/>
        <w:t>f 15207/21247/17601 15204/21250/17604 15442/21466/17798</w:t>
        <w:br/>
        <w:t>f 15321/21348/17692 15207/21247/17601 15442/21466/17798</w:t>
        <w:br/>
        <w:t>f 15135/21185/17539 15132/21188/17542 15423/21449/17782</w:t>
        <w:br/>
        <w:t>f 15566/21569/17889 15135/21185/17539 15423/21449/17782</w:t>
        <w:br/>
        <w:t>f 15134/21186/17540 15567/21570/17890 15133/21187/17541</w:t>
        <w:br/>
        <w:t>f 15570/21571/17891 15569/21572/17892 15567/21570/17890</w:t>
        <w:br/>
        <w:t>f 15568/21573/17893 15570/21571/17891 15567/21570/17890</w:t>
        <w:br/>
        <w:t>f 15572/21574/17894 15570/21571/17891 15568/21573/17893</w:t>
        <w:br/>
        <w:t>f 15571/21575/17895 15572/21574/17894 15568/21573/17893</w:t>
        <w:br/>
        <w:t>f 15574/21576/17896 15572/21574/17894 15571/21575/17895</w:t>
        <w:br/>
        <w:t>f 15573/21577/17897 15574/21576/17896 15571/21575/17895</w:t>
        <w:br/>
        <w:t>f 15573/21577/17897 15576/21578/17898 15575/21579/17899</w:t>
        <w:br/>
        <w:t>f 15574/21576/17896 15573/21577/17897 15575/21579/17899</w:t>
        <w:br/>
        <w:t>f 15578/21580/17900 15575/21579/17899 15576/21578/17898</w:t>
        <w:br/>
        <w:t>f 15577/21581/17901 15578/21580/17900 15576/21578/17898</w:t>
        <w:br/>
        <w:t>f 15580/21582/17902 15578/21580/17900 15577/21581/17901</w:t>
        <w:br/>
        <w:t>f 15579/21583/17903 15580/21582/17902 15577/21581/17901</w:t>
        <w:br/>
        <w:t>f 15582/21584/17904 15580/21582/17902 15579/21583/17903</w:t>
        <w:br/>
        <w:t>f 15581/21585/17905 15582/21584/17904 15579/21583/17903</w:t>
        <w:br/>
        <w:t>f 15581/21585/17905 15584/21586/17906 15583/21587/17907</w:t>
        <w:br/>
        <w:t>f 15582/21584/17904 15581/21585/17905 15583/21587/17907</w:t>
        <w:br/>
        <w:t>f 15584/21586/17906 15431/21459/17791 15432/21458/17790</w:t>
        <w:br/>
        <w:t>f 15583/21587/17907 15584/21586/17906 15432/21458/17790</w:t>
        <w:br/>
        <w:t>f 15585/21588/17908 15422/21450/17783 15132/21188/17542</w:t>
        <w:br/>
        <w:t>f 15133/21187/17541 15585/21588/17908 15132/21188/17542</w:t>
        <w:br/>
        <w:t>f 15569/21572/17892 15585/21588/17908 15133/21187/17541</w:t>
        <w:br/>
        <w:t>f 15567/21570/17890 15569/21572/17892 15133/21187/17541</w:t>
        <w:br/>
        <w:t>f 15128/21183/17537 15129/21182/17536 15422/21450/17783</w:t>
        <w:br/>
        <w:t>f 15585/21588/17908 15128/21183/17537 15422/21450/17783</w:t>
        <w:br/>
        <w:t>f 15119/21173/17527 15128/21183/17537 15585/21588/17908</w:t>
        <w:br/>
        <w:t>f 15569/21572/17892 15119/21173/17527 15585/21588/17908</w:t>
        <w:br/>
        <w:t>f 15118/21174/17528 15119/21173/17527 15569/21572/17892</w:t>
        <w:br/>
        <w:t>f 15570/21571/17891 15118/21174/17528 15569/21572/17892</w:t>
        <w:br/>
        <w:t>f 15096/21152/17506 15118/21174/17528 15570/21571/17891</w:t>
        <w:br/>
        <w:t>f 15572/21574/17894 15096/21152/17506 15570/21571/17891</w:t>
        <w:br/>
        <w:t>f 15574/21576/17896 15099/21149/17503 15096/21152/17506</w:t>
        <w:br/>
        <w:t>f 15572/21574/17894 15574/21576/17896 15096/21152/17506</w:t>
        <w:br/>
        <w:t>f 15574/21576/17896 15575/21579/17899 15157/21211/17565</w:t>
        <w:br/>
        <w:t>f 15099/21149/17503 15574/21576/17896 15157/21211/17565</w:t>
        <w:br/>
        <w:t>f 15156/21212/17566 15157/21211/17565 15575/21579/17899</w:t>
        <w:br/>
        <w:t>f 15578/21580/17900 15156/21212/17566 15575/21579/17899</w:t>
        <w:br/>
        <w:t>f 15578/21580/17900 15580/21582/17902 15527/21546/17866</w:t>
        <w:br/>
        <w:t>f 15156/21212/17566 15578/21580/17900 15527/21546/17866</w:t>
        <w:br/>
        <w:t>f 15580/21582/17902 15582/21584/17904 15170/21222/17576</w:t>
        <w:br/>
        <w:t>f 15527/21546/17866 15580/21582/17902 15170/21222/17576</w:t>
        <w:br/>
        <w:t>f 15173/21219/17573 15170/21222/17576 15582/21584/17904</w:t>
        <w:br/>
        <w:t>f 15583/21587/17907 15173/21219/17573 15582/21584/17904</w:t>
        <w:br/>
        <w:t>f 15191/21236/17590 15173/21219/17573 15583/21587/17907</w:t>
        <w:br/>
        <w:t>f 15432/21458/17790 15191/21236/17590 15583/21587/17907</w:t>
        <w:br/>
        <w:t>f 15191/21236/17590 15432/21458/17790 15193/21234/17588</w:t>
        <w:br/>
        <w:t>f 15498/21521/17844 15137/21191/17545 15138/21190/17544</w:t>
        <w:br/>
        <w:t>f 15229/21261/17615 15445/21471/17803 15446/21470/17802</w:t>
        <w:br/>
        <w:t>f 15596/21589/17909 15229/21261/17615 15446/21470/17802</w:t>
        <w:br/>
        <w:t>f 15228/21262/17616 15229/21261/17615 15596/21589/17909</w:t>
        <w:br/>
        <w:t>f 15444/21467/17799 15228/21262/17616 15596/21589/17909</w:t>
        <w:br/>
        <w:t>f 15597/21590/17910 15268/21299/17643 15230/21264/17618</w:t>
        <w:br/>
        <w:t>f 15497/21520/17843 15597/21590/17910 15230/21264/17618</w:t>
        <w:br/>
        <w:t>f 15598/21591/17911 15519/21541/17861 15268/21299/17643</w:t>
        <w:br/>
        <w:t>f 15597/21590/17910 15598/21591/17911 15268/21299/17643</w:t>
        <w:br/>
        <w:t>f 15599/21592/17912 15532/21551/17871 15519/21541/17861</w:t>
        <w:br/>
        <w:t>f 15598/21591/17911 15599/21592/17912 15519/21541/17861</w:t>
        <w:br/>
        <w:t>f 15532/21551/17871 15599/21592/17912 15600/21593/17913</w:t>
        <w:br/>
        <w:t>f 15537/21554/17874 15532/21551/17871 15600/21593/17913</w:t>
        <w:br/>
        <w:t>f 15399/21428/17766 15400/21427/17765 15602/21594/17914</w:t>
        <w:br/>
        <w:t>f 15601/21595/17915 15399/21428/17766 15602/21594/17914</w:t>
        <w:br/>
        <w:t>f 15399/21428/17766 15601/21595/17915 15603/21596/17916</w:t>
        <w:br/>
        <w:t>f 15403/21431/17769 15399/21428/17766 15603/21596/17916</w:t>
        <w:br/>
        <w:t>f 15605/21597/17917 15604/21598/17918 15415/21442/17778</w:t>
        <w:br/>
        <w:t>f 15415/21442/17778 15604/21598/17918 15606/21599/17919</w:t>
        <w:br/>
        <w:t>f 15413/21441/17777 15415/21442/17778 15606/21599/17919</w:t>
        <w:br/>
        <w:t>f 15607/21600/17920 15413/21441/17777 15606/21599/17919</w:t>
        <w:br/>
        <w:t>f 15387/21415/17755 15413/21441/17777 15607/21600/17920</w:t>
        <w:br/>
        <w:t>f 15608/21601/17921 15387/21415/17755 15607/21600/17920</w:t>
        <w:br/>
        <w:t>f 15345/21373/17717 15387/21415/17755 15608/21601/17921</w:t>
        <w:br/>
        <w:t>f 15609/21602/17922 15345/21373/17717 15608/21601/17921</w:t>
        <w:br/>
        <w:t>f 15270/21300/17644 15344/21374/17718 15611/21603/17923</w:t>
        <w:br/>
        <w:t>f 15610/21604/17924 15270/21300/17644 15611/21603/17923</w:t>
        <w:br/>
        <w:t>f 15269/21301/17645 15270/21300/17644 15610/21604/17924</w:t>
        <w:br/>
        <w:t>f 15612/21605/17925 15269/21301/17645 15610/21604/17924</w:t>
        <w:br/>
        <w:t>f 15612/21605/17925 15613/21606/17926 15271/21303/17647</w:t>
        <w:br/>
        <w:t>f 15269/21301/17645 15612/21605/17925 15271/21303/17647</w:t>
        <w:br/>
        <w:t>f 15271/21303/17647 15613/21606/17926 15614/21607/17927</w:t>
        <w:br/>
        <w:t>f 15273/21305/17649 15271/21303/17647 15614/21607/17927</w:t>
        <w:br/>
        <w:t>f 15273/21305/17649 15614/21607/17927 15615/21608/17928</w:t>
        <w:br/>
        <w:t>f 15276/21306/17650 15273/21305/17649 15615/21608/17928</w:t>
        <w:br/>
        <w:t>f 15616/21609/17929 15278/21308/17652 15276/21306/17650</w:t>
        <w:br/>
        <w:t>f 15615/21608/17928 15616/21609/17929 15276/21306/17650</w:t>
        <w:br/>
        <w:t>f 15616/21609/17929 15617/21610/17930 15280/21310/17654</w:t>
        <w:br/>
        <w:t>f 15278/21308/17652 15616/21609/17929 15280/21310/17654</w:t>
        <w:br/>
        <w:t>f 15617/21610/17930 15618/21611/17931 15534/21552/17872</w:t>
        <w:br/>
        <w:t>f 15534/21552/17872 15618/21611/17931 15619/21612/17932</w:t>
        <w:br/>
        <w:t>f 15521/21542/17862 15534/21552/17872 15619/21612/17932</w:t>
        <w:br/>
        <w:t>f 15620/21613/17933 15183/21229/17583 15521/21542/17862</w:t>
        <w:br/>
        <w:t>f 15619/21612/17932 15620/21613/17933 15521/21542/17862</w:t>
        <w:br/>
        <w:t>f 15621/21614/17934 15182/21230/17584 15183/21229/17583</w:t>
        <w:br/>
        <w:t>f 15620/21613/17933 15621/21614/17934 15183/21229/17583</w:t>
        <w:br/>
        <w:t>f 15621/21614/17934 15622/21615/17935 15203/21245/17599</w:t>
        <w:br/>
        <w:t>f 15182/21230/17584 15621/21614/17934 15203/21245/17599</w:t>
        <w:br/>
        <w:t>f 15622/21615/17935 15623/21616/17936 15219/21259/17613</w:t>
        <w:br/>
        <w:t>f 15203/21245/17599 15622/21615/17935 15219/21259/17613</w:t>
        <w:br/>
        <w:t>f 15623/21616/17936 15624/21617/17937 15218/21260/17614</w:t>
        <w:br/>
        <w:t>f 15219/21259/17613 15623/21616/17936 15218/21260/17614</w:t>
        <w:br/>
        <w:t>f 15625/21618/17938 15308/21334/17678 15218/21260/17614</w:t>
        <w:br/>
        <w:t>f 15624/21617/17937 15625/21618/17938 15218/21260/17614</w:t>
        <w:br/>
        <w:t>f 15626/21619/17939 15602/21594/17914 15400/21427/17765</w:t>
        <w:br/>
        <w:t>f 15405/21432/17770 15626/21619/17939 15400/21427/17765</w:t>
        <w:br/>
        <w:t>f 15627/21620/17940 15626/21619/17939 15405/21432/17770</w:t>
        <w:br/>
        <w:t>f 15406/21433/17771 15627/21620/17940 15405/21432/17770</w:t>
        <w:br/>
        <w:t>f 15629/21621/17941 15627/21620/17940 15406/21433/17771</w:t>
        <w:br/>
        <w:t>f 15628/21622/17942 15629/21621/17941 15406/21433/17771</w:t>
        <w:br/>
        <w:t>f 15631/21623/17943 15629/21621/17941 15628/21622/17942</w:t>
        <w:br/>
        <w:t>f 15630/21624/17944 15631/21623/17943 15628/21622/17942</w:t>
        <w:br/>
        <w:t>f 15633/21625/17945 15631/21623/17943 15630/21624/17944</w:t>
        <w:br/>
        <w:t>f 15632/21626/17946 15633/21625/17945 15630/21624/17944</w:t>
        <w:br/>
        <w:t>f 15635/21627/17947 15633/21625/17945 15632/21626/17946</w:t>
        <w:br/>
        <w:t>f 15634/21628/17948 15635/21627/17947 15632/21626/17946</w:t>
        <w:br/>
        <w:t>f 15635/21627/17947 15634/21628/17948 15637/21629/17949</w:t>
        <w:br/>
        <w:t>f 15636/21630/17950 15635/21627/17947 15637/21629/17949</w:t>
        <w:br/>
        <w:t>f 15639/21631/17951 15638/21632/17952 15636/21630/17950</w:t>
        <w:br/>
        <w:t>f 15637/21629/17949 15639/21631/17951 15636/21630/17950</w:t>
        <w:br/>
        <w:t>f 15641/21633/17953 15640/21634/17954 15638/21632/17952</w:t>
        <w:br/>
        <w:t>f 15639/21631/17951 15641/21633/17953 15638/21632/17952</w:t>
        <w:br/>
        <w:t>f 15643/21635/17955 15642/21636/17956 15640/21634/17954</w:t>
        <w:br/>
        <w:t>f 15641/21633/17953 15643/21635/17955 15640/21634/17954</w:t>
        <w:br/>
        <w:t>f 15642/21636/17956 15643/21635/17955 15537/21554/17874</w:t>
        <w:br/>
        <w:t>f 15600/21593/17913 15642/21636/17956 15537/21554/17874</w:t>
        <w:br/>
        <w:t>f 15307/21335/17679 15308/21334/17678 15625/21618/17938</w:t>
        <w:br/>
        <w:t>f 15644/21637/17957 15491/21511/17833 15307/21335/17679</w:t>
        <w:br/>
        <w:t>f 15625/21618/17938 15644/21637/17957 15307/21335/17679</w:t>
        <w:br/>
        <w:t>f 15384/21411/17751 15350/21376/17720 15628/21622/17942</w:t>
        <w:br/>
        <w:t>f 15406/21433/17771 15384/21411/17751 15628/21622/17942</w:t>
        <w:br/>
        <w:t>f 15630/21624/17944 15628/21622/17942 15350/21376/17720</w:t>
        <w:br/>
        <w:t>f 15351/21375/17719 15630/21624/17944 15350/21376/17720</w:t>
        <w:br/>
        <w:t>f 15632/21626/17946 15630/21624/17944 15351/21375/17719</w:t>
        <w:br/>
        <w:t>f 15143/21193/17547 15632/21626/17946 15351/21375/17719</w:t>
        <w:br/>
        <w:t>f 15634/21628/17948 15632/21626/17946 15143/21193/17547</w:t>
        <w:br/>
        <w:t>f 15140/21196/17550 15634/21628/17948 15143/21193/17547</w:t>
        <w:br/>
        <w:t>f 15634/21628/17948 15140/21196/17550 15115/21169/17523</w:t>
        <w:br/>
        <w:t>f 15637/21629/17949 15634/21628/17948 15115/21169/17523</w:t>
        <w:br/>
        <w:t>f 15116/21168/17522 15639/21631/17951 15637/21629/17949</w:t>
        <w:br/>
        <w:t>f 15115/21169/17523 15116/21168/17522 15637/21629/17949</w:t>
        <w:br/>
        <w:t>f 15639/21631/17951 15116/21168/17522 15103/21157/17511</w:t>
        <w:br/>
        <w:t>f 15641/21633/17953 15639/21631/17951 15103/21157/17511</w:t>
        <w:br/>
        <w:t>f 15104/21156/17510 15643/21635/17955 15641/21633/17953</w:t>
        <w:br/>
        <w:t>f 15103/21157/17511 15104/21156/17510 15641/21633/17953</w:t>
        <w:br/>
        <w:t>f 15643/21635/17955 15104/21156/17510 15451/21475/17807</w:t>
        <w:br/>
        <w:t>f 15537/21554/17874 15643/21635/17955 15451/21475/17807</w:t>
        <w:br/>
        <w:t>f 15609/21602/17922 15611/21603/17923 15344/21374/17718</w:t>
        <w:br/>
        <w:t>f 15345/21373/17717 15609/21602/17922 15344/21374/17718</w:t>
        <w:br/>
        <w:t>f 15347/21371/17715 15410/21439/17775 15411/21438/17774</w:t>
        <w:br/>
        <w:t>f 15346/21372/17716 15347/21371/17715 15411/21438/17774</w:t>
        <w:br/>
        <w:t>f 15136/21192/17546 15412/21437/17773 15410/21439/17775</w:t>
        <w:br/>
        <w:t>f 15139/21189/17543 15136/21192/17546 15410/21439/17775</w:t>
        <w:br/>
        <w:t>f 15139/21189/17543 15410/21439/17775 15347/21371/17715</w:t>
        <w:br/>
        <w:t>f 15151/21203/17557 15139/21189/17543 15347/21371/17715</w:t>
        <w:br/>
        <w:t>f 15151/21203/17557 15347/21371/17715 15344/21374/17718</w:t>
        <w:br/>
        <w:t>f 15270/21300/17644 15151/21203/17557 15344/21374/17718</w:t>
        <w:br/>
        <w:t>f 15279/21311/17655 15533/21553/17873 15502/21527/17850</w:t>
        <w:br/>
        <w:t>f 15617/21610/17930 15534/21552/17872 15280/21310/17654</w:t>
        <w:br/>
        <w:t>f 19520/21638/17958 19519/21639/17959 19500/21640/17960</w:t>
        <w:br/>
        <w:t>f 359/21641/1217 358/21642/1212 357/21643/1213</w:t>
        <w:br/>
        <w:t>f 360/21644/1214 359/21641/1217 357/21643/1213</w:t>
        <w:br/>
        <w:t>f 364/21645/1217 363/21646/1215 362/21647/6020</w:t>
        <w:br/>
        <w:t>f 361/21648/1212 364/21645/1217 362/21647/6020</w:t>
        <w:br/>
        <w:t>f 366/21649/1218 365/21650/1219 362/21647/6020</w:t>
        <w:br/>
        <w:t>f 363/21646/1215 366/21649/1218 362/21647/6020</w:t>
        <w:br/>
        <w:t>f 366/21649/1218 368/21651/1220 367/21652/1221</w:t>
        <w:br/>
        <w:t>f 365/21650/1219 366/21649/1218 367/21652/1221</w:t>
        <w:br/>
        <w:t>f 370/21653/7319 369/21654/1223 367/21652/1221</w:t>
        <w:br/>
        <w:t>f 368/21651/1220 370/21653/7319 367/21652/1221</w:t>
        <w:br/>
        <w:t>f 370/21653/7319 372/21655/1224 371/21656/8095</w:t>
        <w:br/>
        <w:t>f 369/21654/1223 370/21653/7319 371/21656/8095</w:t>
        <w:br/>
        <w:t>f 372/21655/1224 374/21657/1226 373/21658/5866</w:t>
        <w:br/>
        <w:t>f 371/21656/8095 372/21655/1224 373/21658/5866</w:t>
        <w:br/>
        <w:t>f 360/21644/1214 357/21643/1213 373/21658/5866</w:t>
        <w:br/>
        <w:t>f 374/21657/1226 360/21644/1214 373/21658/5866</w:t>
        <w:br/>
        <w:t>f 375/21659/1231 359/21641/1217 360/21644/1214</w:t>
        <w:br/>
        <w:t>f 376/21660/1229 375/21659/1231 360/21644/1214</w:t>
        <w:br/>
        <w:t>f 378/21661/1231 377/21662/1230 363/21646/1215</w:t>
        <w:br/>
        <w:t>f 364/21645/1217 378/21661/1231 363/21646/1215</w:t>
        <w:br/>
        <w:t>f 379/21663/1232 366/21649/1218 363/21646/1215</w:t>
        <w:br/>
        <w:t>f 377/21662/1230 379/21663/1232 363/21646/1215</w:t>
        <w:br/>
        <w:t>f 380/21664/1233 368/21651/1220 366/21649/1218</w:t>
        <w:br/>
        <w:t>f 379/21663/1232 380/21664/1233 366/21649/1218</w:t>
        <w:br/>
        <w:t>f 380/21664/1233 381/21665/1234 370/21653/7319</w:t>
        <w:br/>
        <w:t>f 368/21651/1220 380/21664/1233 370/21653/7319</w:t>
        <w:br/>
        <w:t>f 382/21666/5854 372/21655/1224 370/21653/7319</w:t>
        <w:br/>
        <w:t>f 381/21665/1234 382/21666/5854 370/21653/7319</w:t>
        <w:br/>
        <w:t>f 382/21666/5854 383/21667/1236 374/21657/1226</w:t>
        <w:br/>
        <w:t>f 372/21655/1224 382/21666/5854 374/21657/1226</w:t>
        <w:br/>
        <w:t>f 376/21660/1229 360/21644/1214 374/21657/1226</w:t>
        <w:br/>
        <w:t>f 383/21667/1236 376/21660/1229 374/21657/1226</w:t>
        <w:br/>
        <w:t>f 385/21668/1238 384/21669/1428 375/21659/1231</w:t>
        <w:br/>
        <w:t>f 376/21660/1229 385/21668/1238 375/21659/1231</w:t>
        <w:br/>
        <w:t>f 386/21670/1431 377/21662/1230 378/21661/1231</w:t>
        <w:br/>
        <w:t>f 387/21671/1428 386/21670/1431 378/21661/1231</w:t>
        <w:br/>
        <w:t>f 388/21672/1241 379/21663/1232 377/21662/1230</w:t>
        <w:br/>
        <w:t>f 386/21670/1431 388/21672/1241 377/21662/1230</w:t>
        <w:br/>
        <w:t>f 388/21672/1241 389/21673/1433 380/21664/1233</w:t>
        <w:br/>
        <w:t>f 379/21663/1232 388/21672/1241 380/21664/1233</w:t>
        <w:br/>
        <w:t>f 389/21673/1433 390/21674/7323 381/21665/1234</w:t>
        <w:br/>
        <w:t>f 380/21664/1233 389/21673/1433 381/21665/1234</w:t>
        <w:br/>
        <w:t>f 391/21675/6028 382/21666/5854 381/21665/1234</w:t>
        <w:br/>
        <w:t>f 390/21674/7323 391/21675/6028 381/21665/1234</w:t>
        <w:br/>
        <w:t>f 392/21676/5874 383/21667/1236 382/21666/5854</w:t>
        <w:br/>
        <w:t>f 391/21675/6028 392/21676/5874 382/21666/5854</w:t>
        <w:br/>
        <w:t>f 392/21676/5874 385/21668/1238 376/21660/1229</w:t>
        <w:br/>
        <w:t>f 383/21667/1236 392/21676/5874 376/21660/1229</w:t>
        <w:br/>
        <w:t>f 358/21642/1212 393/21677/1246 357/21643/1213</w:t>
        <w:br/>
        <w:t>f 362/21647/6020 393/21677/1246 361/21648/1212</w:t>
        <w:br/>
        <w:t>f 365/21650/1219 393/21677/1246 362/21647/6020</w:t>
        <w:br/>
        <w:t>f 367/21652/1221 393/21677/1246 365/21650/1219</w:t>
        <w:br/>
        <w:t>f 369/21654/1223 393/21677/1246 367/21652/1221</w:t>
        <w:br/>
        <w:t>f 371/21656/8095 393/21677/1246 369/21654/1223</w:t>
        <w:br/>
        <w:t>f 373/21658/5866 393/21677/1246 371/21656/8095</w:t>
        <w:br/>
        <w:t>f 357/21643/1213 393/21677/1246 373/21658/5866</w:t>
        <w:br/>
        <w:t>f 385/21668/1238 394/21678/1247 384/21669/1428</w:t>
        <w:br/>
        <w:t>f 387/21671/1428 394/21678/1247 386/21670/1431</w:t>
        <w:br/>
        <w:t>f 386/21670/1431 394/21678/1247 388/21672/1241</w:t>
        <w:br/>
        <w:t>f 388/21672/1241 394/21678/1247 389/21673/1433</w:t>
        <w:br/>
        <w:t>f 389/21673/1433 394/21678/1247 390/21674/7323</w:t>
        <w:br/>
        <w:t>f 390/21674/7323 394/21678/1247 391/21675/6028</w:t>
        <w:br/>
        <w:t>f 391/21675/6028 394/21678/1247 392/21676/5874</w:t>
        <w:br/>
        <w:t>f 392/21676/5874 394/21678/1247 385/21668/1238</w:t>
        <w:br/>
        <w:t>f 2389/21679/17961 2388/21680/12014 2387/21681/12014</w:t>
        <w:br/>
        <w:t>f 2386/21682/17961 2389/21679/17961 2387/21681/12014</w:t>
        <w:br/>
        <w:t>f 2388/21680/12014 2391/21683/12013 2390/21684/12013</w:t>
        <w:br/>
        <w:t>f 2387/21681/12014 2388/21680/12014 2390/21684/12013</w:t>
        <w:br/>
        <w:t>f 2393/21685/12012 2392/21686/12011 2390/21684/12013</w:t>
        <w:br/>
        <w:t>f 2391/21683/12013 2393/21685/12012 2390/21684/12013</w:t>
        <w:br/>
        <w:t>f 2395/21687/12010 2394/21688/12010 2392/21686/12011</w:t>
        <w:br/>
        <w:t>f 2393/21685/12012 2395/21687/12010 2392/21686/12011</w:t>
        <w:br/>
        <w:t>f 2395/21687/12010 2397/21689/17962 2396/21690/12009</w:t>
        <w:br/>
        <w:t>f 2394/21688/12010 2395/21687/12010 2396/21690/12009</w:t>
        <w:br/>
        <w:t>f 2397/21689/17962 2399/21691/12008 2398/21692/12008</w:t>
        <w:br/>
        <w:t>f 2396/21690/12009 2397/21689/17962 2398/21692/12008</w:t>
        <w:br/>
        <w:t>f 2401/21693/12005 2400/21694/12005 2398/21692/12008</w:t>
        <w:br/>
        <w:t>f 2399/21691/12008 2401/21693/12005 2398/21692/12008</w:t>
        <w:br/>
        <w:t>f 2403/21695/17963 2402/21696/17963 2400/21694/12005</w:t>
        <w:br/>
        <w:t>f 2401/21693/12005 2403/21695/17963 2400/21694/12005</w:t>
        <w:br/>
        <w:t>f 2405/21697/12027 2404/21698/12027 2402/21696/17963</w:t>
        <w:br/>
        <w:t>f 2403/21695/17963 2405/21697/12027 2402/21696/17963</w:t>
        <w:br/>
        <w:t>f 2405/21697/12027 2407/21699/17964 2406/21700/17964</w:t>
        <w:br/>
        <w:t>f 2404/21698/12027 2405/21697/12027 2406/21700/17964</w:t>
        <w:br/>
        <w:t>f 2407/21699/17964 2409/21701/12024 2408/21702/12024</w:t>
        <w:br/>
        <w:t>f 2406/21700/17964 2407/21699/17964 2408/21702/12024</w:t>
        <w:br/>
        <w:t>f 2411/21703/12023 2410/21704/12023 2408/21702/12024</w:t>
        <w:br/>
        <w:t>f 2409/21701/12024 2411/21703/12023 2408/21702/12024</w:t>
        <w:br/>
        <w:t>f 2413/21705/12022 2412/21706/12022 2410/21704/12023</w:t>
        <w:br/>
        <w:t>f 2411/21703/12023 2413/21705/12022 2410/21704/12023</w:t>
        <w:br/>
        <w:t>f 2417/21707/12022 2416/21708/12021 2415/21709/12021</w:t>
        <w:br/>
        <w:t>f 2414/21710/12022 2417/21707/12022 2415/21709/12021</w:t>
        <w:br/>
        <w:t>f 2419/21711/12020 2418/21712/12020 2415/21709/12021</w:t>
        <w:br/>
        <w:t>f 2416/21708/12021 2419/21711/12020 2415/21709/12021</w:t>
        <w:br/>
        <w:t>f 2419/21711/12020 2421/21713/12019 2420/21714/12019</w:t>
        <w:br/>
        <w:t>f 2418/21712/12020 2419/21711/12020 2420/21714/12019</w:t>
        <w:br/>
        <w:t>f 2421/21713/12019 2423/21715/12018 2422/21716/12018</w:t>
        <w:br/>
        <w:t>f 2420/21714/12019 2421/21713/12019 2422/21716/12018</w:t>
        <w:br/>
        <w:t>f 2423/21715/12018 2425/21717/17965 2424/21718/17966</w:t>
        <w:br/>
        <w:t>f 2422/21716/12018 2423/21715/12018 2424/21718/17966</w:t>
        <w:br/>
        <w:t>f 2427/21719/12016 2426/21720/17967 2424/21718/17966</w:t>
        <w:br/>
        <w:t>f 2425/21717/17965 2427/21719/12016 2424/21718/17966</w:t>
        <w:br/>
        <w:t>f 2427/21719/12016 2389/21679/17961 2386/21682/17961</w:t>
        <w:br/>
        <w:t>f 2426/21720/17967 2427/21719/12016 2386/21682/17961</w:t>
        <w:br/>
        <w:t>f 2431/21721/12037 2430/21722/17968 2429/21723/17968</w:t>
        <w:br/>
        <w:t>f 2428/21724/12037 2431/21721/12037 2429/21723/17968</w:t>
        <w:br/>
        <w:t>f 2433/21725/12036 2431/21721/12037 2428/21724/12037</w:t>
        <w:br/>
        <w:t>f 2432/21726/12036 2433/21725/12036 2428/21724/12037</w:t>
        <w:br/>
        <w:t>f 2433/21725/12036 2432/21726/12036 2434/21727/12035</w:t>
        <w:br/>
        <w:t>f 2435/21728/17969 2433/21725/12036 2434/21727/12035</w:t>
        <w:br/>
        <w:t>f 2435/21728/17969 2434/21727/12035 2436/21729/12034</w:t>
        <w:br/>
        <w:t>f 2437/21730/12034 2435/21728/17969 2436/21729/12034</w:t>
        <w:br/>
        <w:t>f 2439/21731/12032 2437/21730/12034 2436/21729/12034</w:t>
        <w:br/>
        <w:t>f 2438/21732/12033 2439/21731/12032 2436/21729/12034</w:t>
        <w:br/>
        <w:t>f 2441/21733/12031 2439/21731/12032 2438/21732/12033</w:t>
        <w:br/>
        <w:t>f 2440/21734/12031 2441/21733/12031 2438/21732/12033</w:t>
        <w:br/>
        <w:t>f 2443/21735/12030 2441/21733/12031 2440/21734/12031</w:t>
        <w:br/>
        <w:t>f 2442/21736/12030 2443/21735/12030 2440/21734/12031</w:t>
        <w:br/>
        <w:t>f 2445/21737/17970 2443/21735/12030 2442/21736/12030</w:t>
        <w:br/>
        <w:t>f 2444/21738/17970 2445/21737/17970 2442/21736/12030</w:t>
        <w:br/>
        <w:t>f 2447/21739/12051 2445/21737/17970 2444/21738/17970</w:t>
        <w:br/>
        <w:t>f 2446/21740/17971 2447/21739/12051 2444/21738/17970</w:t>
        <w:br/>
        <w:t>f 2447/21739/12051 2446/21740/17971 2448/21741/12050</w:t>
        <w:br/>
        <w:t>f 2449/21742/12050 2447/21739/12051 2448/21741/12050</w:t>
        <w:br/>
        <w:t>f 2449/21742/12050 2448/21741/12050 2450/21743/17972</w:t>
        <w:br/>
        <w:t>f 2451/21744/17972 2449/21742/12050 2450/21743/17972</w:t>
        <w:br/>
        <w:t>f 2451/21744/17972 2450/21743/17972 2452/21745/12048</w:t>
        <w:br/>
        <w:t>f 2453/21746/12048 2451/21744/17972 2452/21745/12048</w:t>
        <w:br/>
        <w:t>f 2453/21746/12048 2452/21745/12048 2454/21747/12047</w:t>
        <w:br/>
        <w:t>f 2455/21748/12047 2453/21746/12048 2454/21747/12047</w:t>
        <w:br/>
        <w:t>f 2458/21749/12047 2457/21750/12047 2456/21751/12046</w:t>
        <w:br/>
        <w:t>f 2459/21752/12046 2458/21749/12047 2456/21751/12046</w:t>
        <w:br/>
        <w:t>f 2461/21753/12044 2459/21752/12046 2456/21751/12046</w:t>
        <w:br/>
        <w:t>f 2460/21754/12044 2461/21753/12044 2456/21751/12046</w:t>
        <w:br/>
        <w:t>f 2463/21755/12043 2461/21753/12044 2460/21754/12044</w:t>
        <w:br/>
        <w:t>f 2462/21756/12043 2463/21755/12043 2460/21754/12044</w:t>
        <w:br/>
        <w:t>f 2463/21755/12043 2462/21756/12043 2464/21757/17973</w:t>
        <w:br/>
        <w:t>f 2465/21758/17973 2463/21755/12043 2464/21757/17973</w:t>
        <w:br/>
        <w:t>f 2465/21758/17973 2464/21757/17973 2466/21759/12041</w:t>
        <w:br/>
        <w:t>f 2467/21760/12041 2465/21758/17973 2466/21759/12041</w:t>
        <w:br/>
        <w:t>f 2467/21760/12041 2466/21759/12041 2468/21761/12039</w:t>
        <w:br/>
        <w:t>f 2469/21762/12039 2467/21760/12041 2468/21761/12039</w:t>
        <w:br/>
        <w:t>f 2430/21722/17968 2469/21762/12039 2468/21761/12039</w:t>
        <w:br/>
        <w:t>f 2429/21723/17968 2430/21722/17968 2468/21761/12039</w:t>
        <w:br/>
        <w:t>f 2472/21763/12061 2471/21764/12061 2470/21765/12060</w:t>
        <w:br/>
        <w:t>f 2473/21766/12060 2472/21763/12061 2470/21765/12060</w:t>
        <w:br/>
        <w:t>f 2475/21767/12059 2473/21766/12060 2470/21765/12060</w:t>
        <w:br/>
        <w:t>f 2474/21768/12059 2475/21767/12059 2470/21765/12060</w:t>
        <w:br/>
        <w:t>f 2477/21769/12057 2475/21767/12059 2474/21768/12059</w:t>
        <w:br/>
        <w:t>f 2476/21770/12057 2477/21769/12057 2474/21768/12059</w:t>
        <w:br/>
        <w:t>f 2479/21771/12056 2477/21769/12057 2476/21770/12057</w:t>
        <w:br/>
        <w:t>f 2478/21772/12056 2479/21771/12056 2476/21770/12057</w:t>
        <w:br/>
        <w:t>f 2481/21773/17974 2479/21771/12056 2478/21772/12056</w:t>
        <w:br/>
        <w:t>f 2480/21774/17974 2481/21773/17974 2478/21772/12056</w:t>
        <w:br/>
        <w:t>f 2483/21775/17975 2481/21773/17974 2480/21774/17974</w:t>
        <w:br/>
        <w:t>f 2482/21776/12054 2483/21775/17975 2480/21774/17974</w:t>
        <w:br/>
        <w:t>f 2485/21777/12053 2483/21775/17975 2482/21776/12054</w:t>
        <w:br/>
        <w:t>f 2484/21778/12053 2485/21777/12053 2482/21776/12054</w:t>
        <w:br/>
        <w:t>f 2487/21779/12052 2485/21777/12053 2484/21778/12053</w:t>
        <w:br/>
        <w:t>f 2486/21780/12052 2487/21779/12052 2484/21778/12053</w:t>
        <w:br/>
        <w:t>f 2489/21781/12074 2487/21779/12052 2486/21780/12052</w:t>
        <w:br/>
        <w:t>f 2488/21782/12074 2489/21781/12074 2486/21780/12052</w:t>
        <w:br/>
        <w:t>f 2491/21783/12073 2489/21781/12074 2488/21782/12074</w:t>
        <w:br/>
        <w:t>f 2490/21784/12073 2491/21783/12073 2488/21782/12074</w:t>
        <w:br/>
        <w:t>f 2491/21783/12073 2490/21784/12073 2492/21785/12072</w:t>
        <w:br/>
        <w:t>f 2493/21786/12072 2491/21783/12073 2492/21785/12072</w:t>
        <w:br/>
        <w:t>f 2493/21786/12072 2492/21785/12072 2494/21787/17976</w:t>
        <w:br/>
        <w:t>f 2495/21788/17976 2493/21786/12072 2494/21787/17976</w:t>
        <w:br/>
        <w:t>f 2495/21788/17976 2494/21787/17976 2496/21789/12070</w:t>
        <w:br/>
        <w:t>f 2497/21790/12070 2495/21788/17976 2496/21789/12070</w:t>
        <w:br/>
        <w:t>f 2500/21791/12070 2499/21792/17977 2498/21793/12068</w:t>
        <w:br/>
        <w:t>f 2501/21794/12068 2500/21791/12070 2498/21793/12068</w:t>
        <w:br/>
        <w:t>f 2501/21794/12068 2498/21793/12068 2502/21795/12067</w:t>
        <w:br/>
        <w:t>f 2503/21796/12067 2501/21794/12068 2502/21795/12067</w:t>
        <w:br/>
        <w:t>f 2503/21796/12067 2502/21795/12067 2504/21797/17978</w:t>
        <w:br/>
        <w:t>f 2505/21798/17978 2503/21796/12067 2504/21797/17978</w:t>
        <w:br/>
        <w:t>f 2505/21798/17978 2504/21797/17978 2506/21799/12064</w:t>
        <w:br/>
        <w:t>f 2507/21800/12064 2505/21798/17978 2506/21799/12064</w:t>
        <w:br/>
        <w:t>f 2509/21801/12063 2507/21800/12064 2506/21799/12064</w:t>
        <w:br/>
        <w:t>f 2508/21802/12063 2509/21801/12063 2506/21799/12064</w:t>
        <w:br/>
        <w:t>f 2509/21801/12063 2508/21802/12063 2510/21803/12062</w:t>
        <w:br/>
        <w:t>f 2511/21804/12062 2509/21801/12063 2510/21803/12062</w:t>
        <w:br/>
        <w:t>f 2511/21804/12062 2510/21803/12062 2471/21764/12061</w:t>
        <w:br/>
        <w:t>f 2472/21763/12061 2511/21804/12062 2471/21764/12061</w:t>
        <w:br/>
        <w:t>f 2515/21805/17979 2514/21806/12084 2513/21807/12084</w:t>
        <w:br/>
        <w:t>f 2512/21808/17980 2515/21805/17979 2513/21807/12084</w:t>
        <w:br/>
        <w:t>f 2515/21805/17979 2512/21808/17980 2516/21809/17981</w:t>
        <w:br/>
        <w:t>f 2517/21810/17981 2515/21805/17979 2516/21809/17981</w:t>
        <w:br/>
        <w:t>f 2517/21810/17981 2516/21809/17981 2518/21811/17982</w:t>
        <w:br/>
        <w:t>f 2519/21812/12081 2517/21810/17981 2518/21811/17982</w:t>
        <w:br/>
        <w:t>f 2519/21812/12081 2518/21811/17982 2520/21813/12080</w:t>
        <w:br/>
        <w:t>f 2521/21814/12080 2519/21812/12081 2520/21813/12080</w:t>
        <w:br/>
        <w:t>f 2521/21814/12080 2520/21813/12080 2522/21815/12078</w:t>
        <w:br/>
        <w:t>f 2523/21816/12079 2521/21814/12080 2522/21815/12078</w:t>
        <w:br/>
        <w:t>f 2525/21817/17983 2523/21816/12079 2522/21815/12078</w:t>
        <w:br/>
        <w:t>f 2524/21818/17983 2525/21817/17983 2522/21815/12078</w:t>
        <w:br/>
        <w:t>f 2527/21819/17984 2525/21817/17983 2524/21818/17983</w:t>
        <w:br/>
        <w:t>f 2526/21820/17984 2527/21819/17984 2524/21818/17983</w:t>
        <w:br/>
        <w:t>f 2529/21821/12075 2527/21819/17984 2526/21820/17984</w:t>
        <w:br/>
        <w:t>f 2528/21822/12075 2529/21821/12075 2526/21820/17984</w:t>
        <w:br/>
        <w:t>f 2531/21823/12099 2529/21821/12075 2528/21822/12075</w:t>
        <w:br/>
        <w:t>f 2530/21824/12099 2531/21823/12099 2528/21822/12075</w:t>
        <w:br/>
        <w:t>f 2531/21823/12099 2530/21824/12099 2532/21825/17985</w:t>
        <w:br/>
        <w:t>f 2533/21826/17985 2531/21823/12099 2532/21825/17985</w:t>
        <w:br/>
        <w:t>f 2533/21826/17985 2532/21825/17985 2534/21827/12095</w:t>
        <w:br/>
        <w:t>f 2535/21828/12095 2533/21826/17985 2534/21827/12095</w:t>
        <w:br/>
        <w:t>f 2537/21829/17986 2535/21828/12095 2534/21827/12095</w:t>
        <w:br/>
        <w:t>f 2536/21830/17986 2537/21829/17986 2534/21827/12095</w:t>
        <w:br/>
        <w:t>f 2539/21831/12092 2537/21829/17986 2536/21830/17986</w:t>
        <w:br/>
        <w:t>f 2538/21832/12092 2539/21831/12092 2536/21830/17986</w:t>
        <w:br/>
        <w:t>f 2543/21833/12091 2542/21834/12092 2541/21835/12092</w:t>
        <w:br/>
        <w:t>f 2540/21836/12091 2543/21833/12091 2541/21835/12092</w:t>
        <w:br/>
        <w:t>f 2545/21837/12090 2543/21833/12091 2540/21836/12091</w:t>
        <w:br/>
        <w:t>f 2544/21838/17987 2545/21837/12090 2540/21836/12091</w:t>
        <w:br/>
        <w:t>f 2547/21839/12089 2545/21837/12090 2544/21838/17987</w:t>
        <w:br/>
        <w:t>f 2546/21840/12089 2547/21839/12089 2544/21838/17987</w:t>
        <w:br/>
        <w:t>f 2549/21841/12087 2547/21839/12089 2546/21840/12089</w:t>
        <w:br/>
        <w:t>f 2548/21842/12087 2549/21841/12087 2546/21840/12089</w:t>
        <w:br/>
        <w:t>f 2549/21841/12087 2548/21842/12087 2550/21843/17988</w:t>
        <w:br/>
        <w:t>f 2551/21844/17989 2549/21841/12087 2550/21843/17988</w:t>
        <w:br/>
        <w:t>f 2553/21845/17990 2551/21844/17989 2550/21843/17988</w:t>
        <w:br/>
        <w:t>f 2552/21846/12085 2553/21845/17990 2550/21843/17988</w:t>
        <w:br/>
        <w:t>f 2553/21845/17990 2552/21846/12085 2513/21807/12084</w:t>
        <w:br/>
        <w:t>f 2514/21806/12084 2553/21845/17990 2513/21807/12084</w:t>
        <w:br/>
        <w:t>f 2556/21847/17991 2555/21848/17991 2554/21849/12109</w:t>
        <w:br/>
        <w:t>f 2557/21850/12109 2556/21847/17991 2554/21849/12109</w:t>
        <w:br/>
        <w:t>f 2557/21850/12109 2554/21849/12109 2558/21851/12108</w:t>
        <w:br/>
        <w:t>f 2559/21852/12108 2557/21850/12109 2558/21851/12108</w:t>
        <w:br/>
        <w:t>f 2561/21853/12107 2559/21852/12108 2558/21851/12108</w:t>
        <w:br/>
        <w:t>f 2560/21854/12107 2561/21853/12107 2558/21851/12108</w:t>
        <w:br/>
        <w:t>f 2563/21855/12105 2561/21853/12107 2560/21854/12107</w:t>
        <w:br/>
        <w:t>f 2562/21856/12105 2563/21855/12105 2560/21854/12107</w:t>
        <w:br/>
        <w:t>f 2563/21855/12105 2562/21856/12105 2564/21857/12104</w:t>
        <w:br/>
        <w:t>f 2565/21858/12104 2563/21855/12105 2564/21857/12104</w:t>
        <w:br/>
        <w:t>f 2565/21858/12104 2564/21857/12104 2566/21859/12103</w:t>
        <w:br/>
        <w:t>f 2567/21860/12103 2565/21858/12104 2566/21859/12103</w:t>
        <w:br/>
        <w:t>f 2567/21860/12103 2566/21859/12103 2568/21861/12101</w:t>
        <w:br/>
        <w:t>f 2569/21862/12101 2567/21860/12103 2568/21861/12101</w:t>
        <w:br/>
        <w:t>f 2569/21862/12101 2568/21861/12101 2570/21863/17992</w:t>
        <w:br/>
        <w:t>f 2571/21864/17992 2569/21862/12101 2570/21863/17992</w:t>
        <w:br/>
        <w:t>f 2571/21864/17992 2570/21863/17992 2572/21865/12127</w:t>
        <w:br/>
        <w:t>f 2573/21866/12127 2571/21864/17992 2572/21865/12127</w:t>
        <w:br/>
        <w:t>f 2575/21867/12126 2573/21866/12127 2572/21865/12127</w:t>
        <w:br/>
        <w:t>f 2574/21868/17993 2575/21867/12126 2572/21865/12127</w:t>
        <w:br/>
        <w:t>f 2577/21869/12124 2575/21867/12126 2574/21868/17993</w:t>
        <w:br/>
        <w:t>f 2576/21870/17994 2577/21869/12124 2574/21868/17993</w:t>
        <w:br/>
        <w:t>f 2579/21871/12122 2577/21869/12124 2576/21870/17994</w:t>
        <w:br/>
        <w:t>f 2578/21872/12123 2579/21871/12122 2576/21870/17994</w:t>
        <w:br/>
        <w:t>f 2581/21873/17995 2579/21871/12122 2578/21872/12123</w:t>
        <w:br/>
        <w:t>f 2580/21874/17995 2581/21873/17995 2578/21872/12123</w:t>
        <w:br/>
        <w:t>f 2585/21875/12119 2584/21876/17995 2583/21877/17996</w:t>
        <w:br/>
        <w:t>f 2582/21878/12120 2585/21875/12119 2583/21877/17996</w:t>
        <w:br/>
        <w:t>f 2585/21875/12119 2582/21878/12120 2586/21879/17997</w:t>
        <w:br/>
        <w:t>f 2587/21880/17997 2585/21875/12119 2586/21879/17997</w:t>
        <w:br/>
        <w:t>f 2587/21880/17997 2586/21879/17997 2588/21881/12116</w:t>
        <w:br/>
        <w:t>f 2589/21882/12115 2587/21880/17997 2588/21881/12116</w:t>
        <w:br/>
        <w:t>f 2591/21883/12114 2589/21882/12115 2588/21881/12116</w:t>
        <w:br/>
        <w:t>f 2590/21884/17998 2591/21883/12114 2588/21881/12116</w:t>
        <w:br/>
        <w:t>f 2593/21885/17999 2591/21883/12114 2590/21884/17998</w:t>
        <w:br/>
        <w:t>f 2592/21886/12112 2593/21885/17999 2590/21884/17998</w:t>
        <w:br/>
        <w:t>f 2595/21887/12111 2593/21885/17999 2592/21886/12112</w:t>
        <w:br/>
        <w:t>f 2594/21888/12111 2595/21887/12111 2592/21886/12112</w:t>
        <w:br/>
        <w:t>f 2556/21847/17991 2595/21887/12111 2594/21888/12111</w:t>
        <w:br/>
        <w:t>f 2555/21848/17991 2556/21847/17991 2594/21888/12111</w:t>
        <w:br/>
        <w:t>f 9922/21889/18000 9921/21890/18001 9920/21891/18002</w:t>
        <w:br/>
        <w:t>f 9925/21892/18000 9924/21893/18003 9923/21894/18004</w:t>
        <w:br/>
        <w:t>f 9921/21890/18001 9922/21889/18000 9926/21895/18005</w:t>
        <w:br/>
        <w:t>f 9927/21896/18006 9926/21895/18005 9922/21889/18000</w:t>
        <w:br/>
        <w:t>f 9929/21897/18007 9928/21898/18008 9925/21892/18000</w:t>
        <w:br/>
        <w:t>f 9925/21892/18000 9931/21899/18009 9930/21900/18010</w:t>
        <w:br/>
        <w:t>f 9929/21897/18007 9925/21892/18000 9930/21900/18010</w:t>
        <w:br/>
        <w:t>f 9923/21894/18004 9931/21899/18009 9925/21892/18000</w:t>
        <w:br/>
        <w:t>f 9922/21889/18000 9920/21891/18002 9932/21901/18011</w:t>
        <w:br/>
        <w:t>f 9936/21902/18012 9935/21903/18013 9934/21904/18014</w:t>
        <w:br/>
        <w:t>f 9933/21905/18015 9936/21902/18012 9934/21904/18014</w:t>
        <w:br/>
        <w:t>f 9940/21906/18016 9939/21907/18017 9938/21908/18018</w:t>
        <w:br/>
        <w:t>f 9937/21909/18019 9940/21906/18016 9938/21908/18018</w:t>
        <w:br/>
        <w:t>f 9942/21910/18020 9940/21906/18016 9937/21909/18019</w:t>
        <w:br/>
        <w:t>f 9941/21911/18021 9942/21910/18020 9937/21909/18019</w:t>
        <w:br/>
        <w:t>f 9944/21912/18022 9942/21910/18020 9941/21911/18021</w:t>
        <w:br/>
        <w:t>f 9943/21913/18023 9944/21912/18022 9941/21911/18021</w:t>
        <w:br/>
        <w:t>f 9946/21914/18024 9944/21912/18022 9943/21913/18023</w:t>
        <w:br/>
        <w:t>f 9945/21915/18025 9946/21914/18024 9943/21913/18023</w:t>
        <w:br/>
        <w:t>f 9946/21914/18024 9945/21915/18025 9947/21916/18026</w:t>
        <w:br/>
        <w:t>f 9948/21917/18027 9946/21914/18024 9947/21916/18026</w:t>
        <w:br/>
        <w:t>f 9952/21918/18028 9951/21919/18029 9950/21920/18030</w:t>
        <w:br/>
        <w:t>f 9949/21921/18031 9952/21918/18028 9950/21920/18030</w:t>
        <w:br/>
        <w:t>f 9954/21922/18032 9949/21921/18031 9950/21920/18030</w:t>
        <w:br/>
        <w:t>f 9953/21923/18033 9954/21922/18032 9950/21920/18030</w:t>
        <w:br/>
        <w:t>f 9958/21924/18034 9957/21925/18035 9956/21926/18036</w:t>
        <w:br/>
        <w:t>f 9955/21927/18037 9958/21924/18034 9956/21926/18036</w:t>
        <w:br/>
        <w:t>f 9962/21928/18038 9961/21929/18039 9960/21930/18040</w:t>
        <w:br/>
        <w:t>f 9959/21931/18041 9962/21928/18038 9960/21930/18040</w:t>
        <w:br/>
        <w:t>f 9964/21932/18042 9963/21933/18043 9961/21929/18039</w:t>
        <w:br/>
        <w:t>f 9962/21928/18038 9964/21932/18042 9961/21929/18039</w:t>
        <w:br/>
        <w:t>f 9967/21934/18044 9966/21935/18045 9965/21936/18046</w:t>
        <w:br/>
        <w:t>f 9970/21937/18047 9969/21938/18048 9968/21939/18049</w:t>
        <w:br/>
        <w:t>f 9965/21936/18046 9970/21937/18047 9968/21939/18049</w:t>
        <w:br/>
        <w:t>f 9973/21940/18050 9972/21941/18051 9971/21942/18052</w:t>
        <w:br/>
        <w:t>f 9950/21920/18030 9974/21943/18053 9953/21923/18033</w:t>
        <w:br/>
        <w:t>f 9933/21905/18015 9976/21944/18054 9975/21945/18055</w:t>
        <w:br/>
        <w:t>f 9976/21944/18054 9933/21905/18015 9934/21904/18014</w:t>
        <w:br/>
        <w:t>f 9964/21932/18042 9967/21934/18044 9963/21933/18043</w:t>
        <w:br/>
        <w:t>f 9964/21932/18042 9971/21942/18052 9972/21941/18051</w:t>
        <w:br/>
        <w:t>f 9977/21946/18056 9936/21902/18012 9933/21905/18015</w:t>
        <w:br/>
        <w:t>f 9975/21945/18055 9977/21946/18056 9933/21905/18015</w:t>
        <w:br/>
        <w:t>f 9925/21892/18000 9978/21947/18057 9924/21893/18003</w:t>
        <w:br/>
        <w:t>f 9979/21948/18058 9936/21902/18012 9977/21946/18056</w:t>
        <w:br/>
        <w:t>f 9979/21948/18058 9939/21907/18017 9940/21906/18016</w:t>
        <w:br/>
        <w:t>f 9980/21949/18059 9979/21948/18058 9940/21906/18016</w:t>
        <w:br/>
        <w:t>f 9980/21949/18059 9940/21906/18016 9942/21910/18020</w:t>
        <w:br/>
        <w:t>f 9981/21950/18060 9980/21949/18059 9942/21910/18020</w:t>
        <w:br/>
        <w:t>f 9944/21912/18022 9981/21950/18060 9942/21910/18020</w:t>
        <w:br/>
        <w:t>f 9981/21950/18060 9944/21912/18022 9946/21914/18024</w:t>
        <w:br/>
        <w:t>f 9982/21951/18061 9981/21950/18060 9946/21914/18024</w:t>
        <w:br/>
        <w:t>f 9948/21917/18027 9982/21951/18061 9946/21914/18024</w:t>
        <w:br/>
        <w:t>f 9984/21952/18062 9983/21953/18063 9982/21951/18061</w:t>
        <w:br/>
        <w:t>f 9954/21922/18032 9985/21954/18064 9949/21921/18031</w:t>
        <w:br/>
        <w:t>f 9956/21926/18036 9986/21955/18065 9955/21927/18037</w:t>
        <w:br/>
        <w:t>f 9986/21955/18065 9956/21926/18036 9987/21956/18066</w:t>
        <w:br/>
        <w:t>f 9988/21957/18067 9961/21929/18039 9963/21933/18043</w:t>
        <w:br/>
        <w:t>f 9968/21939/18049 9988/21957/18067 9963/21933/18043</w:t>
        <w:br/>
        <w:t>f 9965/21936/18046 9968/21939/18049 9963/21933/18043</w:t>
        <w:br/>
        <w:t>f 9989/21958/18068 9970/21937/18047 9965/21936/18046</w:t>
        <w:br/>
        <w:t>f 9966/21935/18045 9989/21958/18068 9965/21936/18046</w:t>
        <w:br/>
        <w:t>f 9991/21959/18069 9935/21903/18013 9936/21902/18012</w:t>
        <w:br/>
        <w:t>f 9990/21960/18070 9991/21959/18069 9936/21902/18012</w:t>
        <w:br/>
        <w:t>f 9966/21935/18045 9973/21940/18050 9989/21958/18068</w:t>
        <w:br/>
        <w:t>f 9967/21934/18044 9965/21936/18046 9963/21933/18043</w:t>
        <w:br/>
        <w:t>f 9984/21952/18062 9951/21919/18029 9952/21918/18028</w:t>
        <w:br/>
        <w:t>f 9983/21953/18063 9952/21918/18028 9949/21921/18031</w:t>
        <w:br/>
        <w:t>f 9953/21923/18033 9992/21961/18071 9954/21922/18032</w:t>
        <w:br/>
        <w:t>f 9992/21961/18071 9985/21954/18064 9954/21922/18032</w:t>
        <w:br/>
        <w:t>f 9927/21896/18006 9922/21889/18000 9993/21962/18072</w:t>
        <w:br/>
        <w:t>f 9996/21963/18073 9995/21964/18064 9994/21965/18074</w:t>
        <w:br/>
        <w:t>f 9955/21927/18037 9986/21955/18065 9997/21966/18075</w:t>
        <w:br/>
        <w:t>f 9955/21927/18037 9997/21966/18075 9998/21967/18076</w:t>
        <w:br/>
        <w:t>f 9955/21927/18037 9998/21967/18076 9999/21968/18077</w:t>
        <w:br/>
        <w:t>f 9958/21924/18034 9955/21927/18037 9999/21968/18077</w:t>
        <w:br/>
        <w:t>f 9939/21907/18017 9979/21948/18058 9977/21946/18056</w:t>
        <w:br/>
        <w:t>f 9975/21945/18055 9938/21908/18018 9939/21907/18017</w:t>
        <w:br/>
        <w:t>f 9977/21946/18056 9975/21945/18055 9939/21907/18017</w:t>
        <w:br/>
        <w:t>f 9975/21945/18055 9976/21944/18054 10000/21969/18078</w:t>
        <w:br/>
        <w:t>f 9938/21908/18018 9975/21945/18055 10000/21969/18078</w:t>
        <w:br/>
        <w:t>f 9952/21918/18028 9983/21953/18063 9984/21952/18062</w:t>
        <w:br/>
        <w:t>f 9948/21917/18027 9947/21916/18026 9951/21919/18029</w:t>
        <w:br/>
        <w:t>f 9984/21952/18062 9948/21917/18027 9951/21919/18029</w:t>
        <w:br/>
        <w:t>f 9982/21951/18061 9948/21917/18027 9984/21952/18062</w:t>
        <w:br/>
        <w:t>f 9979/21948/18058 9990/21960/18070 9936/21902/18012</w:t>
        <w:br/>
        <w:t>f 9949/21921/18031 9985/21954/18064 9983/21953/18063</w:t>
        <w:br/>
        <w:t>f 9960/21930/18040 9988/21957/18067 9986/21955/18065</w:t>
        <w:br/>
        <w:t>f 9987/21956/18066 9960/21930/18040 9986/21955/18065</w:t>
        <w:br/>
        <w:t>f 9959/21931/18041 9960/21930/18040 9987/21956/18066</w:t>
        <w:br/>
        <w:t>f 10001/21970/18079 9959/21931/18041 9987/21956/18066</w:t>
        <w:br/>
        <w:t>f 10003/21971/18080 10002/21972/18081 9957/21925/18035</w:t>
        <w:br/>
        <w:t>f 9958/21924/18034 10003/21971/18080 9957/21925/18035</w:t>
        <w:br/>
        <w:t>f 9988/21957/18067 9960/21930/18040 9961/21929/18039</w:t>
        <w:br/>
        <w:t>f 10004/21973/18082 9962/21928/18038 9959/21931/18041</w:t>
        <w:br/>
        <w:t>f 10002/21972/18081 10001/21970/18079 9957/21925/18035</w:t>
        <w:br/>
        <w:t>f 9962/21928/18038 10004/21973/18082 10005/21974/18083</w:t>
        <w:br/>
        <w:t>f 9964/21932/18042 9962/21928/18038 10005/21974/18083</w:t>
        <w:br/>
        <w:t>f 10005/21974/18083 9971/21942/18052 9964/21932/18042</w:t>
        <w:br/>
        <w:t>f 10001/21970/18079 10002/21972/18081 10004/21973/18082</w:t>
        <w:br/>
        <w:t>f 9959/21931/18041 10001/21970/18079 10004/21973/18082</w:t>
        <w:br/>
        <w:t>f 10006/21975/18084 9937/21909/18019 9938/21908/18018</w:t>
        <w:br/>
        <w:t>f 10000/21969/18078 10006/21975/18084 9938/21908/18018</w:t>
        <w:br/>
        <w:t>f 9941/21911/18021 9937/21909/18019 10006/21975/18084</w:t>
        <w:br/>
        <w:t>f 10007/21976/18085 9941/21911/18021 10006/21975/18084</w:t>
        <w:br/>
        <w:t>f 10007/21976/18085 9943/21913/18023 9941/21911/18021</w:t>
        <w:br/>
        <w:t>f 9945/21915/18025 9943/21913/18023 10007/21976/18085</w:t>
        <w:br/>
        <w:t>f 10008/21977/18086 9945/21915/18025 10007/21976/18085</w:t>
        <w:br/>
        <w:t>f 9947/21916/18026 9945/21915/18025 10008/21977/18086</w:t>
        <w:br/>
        <w:t>f 9987/21956/18066 9956/21926/18036 9957/21925/18035</w:t>
        <w:br/>
        <w:t>f 10001/21970/18079 9987/21956/18066 9957/21925/18035</w:t>
        <w:br/>
        <w:t>f 9974/21943/18053 9950/21920/18030 9951/21919/18029</w:t>
        <w:br/>
        <w:t>f 10009/21978/18087 9974/21943/18053 9951/21919/18029</w:t>
        <w:br/>
        <w:t>f 9951/21919/18029 9947/21916/18026 10008/21977/18086</w:t>
        <w:br/>
        <w:t>f 10009/21978/18087 9951/21919/18029 10008/21977/18086</w:t>
        <w:br/>
        <w:t>f 9958/21924/18034 9999/21968/18077 10003/21971/18080</w:t>
        <w:br/>
        <w:t>f 9964/21932/18042 9972/21941/18051 9967/21934/18044</w:t>
        <w:br/>
        <w:t>f 9973/21940/18050 9966/21935/18045 9967/21934/18044</w:t>
        <w:br/>
        <w:t>f 9972/21941/18051 9973/21940/18050 9967/21934/18044</w:t>
        <w:br/>
        <w:t>f 14744/21979/18088 14743/21980/18089 14742/21981/18089</w:t>
        <w:br/>
        <w:t>f 14746/21982/18090 14745/21983/18091 9971/21942/18052</w:t>
        <w:br/>
        <w:t>f 14749/21984/18092 14748/21985/18093 14747/21986/18094</w:t>
        <w:br/>
        <w:t>f 14751/21987/18095 14750/21988/18096 10009/21978/18087</w:t>
        <w:br/>
        <w:t>f 9976/21944/18054 14752/21989/18097 10000/21969/18078</w:t>
        <w:br/>
        <w:t>f 10006/21975/18084 14752/21989/18097 10007/21976/18085</w:t>
        <w:br/>
        <w:t>f 10007/21976/18085 14752/21989/18097 10008/21977/18086</w:t>
        <w:br/>
        <w:t>f 10008/21977/18086 14752/21989/18097 10009/21978/18087</w:t>
        <w:br/>
        <w:t>f 10004/21973/18082 14753/21990/18098 10005/21974/18083</w:t>
        <w:br/>
        <w:t>f 10003/21971/18080 14752/21989/18097 10002/21972/18081</w:t>
        <w:br/>
        <w:t>f 10005/21974/18083 14753/21990/18098 9971/21942/18052</w:t>
        <w:br/>
        <w:t>f 10000/21969/18078 14752/21989/18097 10006/21975/18084</w:t>
        <w:br/>
        <w:t>f 10002/21972/18081 14752/21989/18097 10004/21973/18082</w:t>
        <w:br/>
        <w:t>f 14755/21991/18099 14752/21989/18100 14754/21992/18101</w:t>
        <w:br/>
        <w:t>f 14754/21992/18101 14752/21989/18100 14756/21993/18102</w:t>
        <w:br/>
        <w:t>f 14752/21989/18100 14755/21991/18099 14757/21994/18103</w:t>
        <w:br/>
        <w:t>f 14758/21995/18103 14752/21989/18100 14757/21994/18103</w:t>
        <w:br/>
        <w:t>f 14756/21993/18102 14752/21989/18100 14760/21996/18104</w:t>
        <w:br/>
        <w:t>f 14759/21997/18105 14756/21993/18102 14760/21996/18104</w:t>
        <w:br/>
        <w:t>f 14762/21998/18106 14753/21990/18107 14761/21999/18108</w:t>
        <w:br/>
        <w:t>f 14763/22000/18109 14753/21990/18107 14762/21998/18106</w:t>
        <w:br/>
        <w:t>f 14753/21990/18107 14765/22001/18110 14764/22002/18110</w:t>
        <w:br/>
        <w:t>f 14761/21999/18108 14753/21990/18107 14764/22002/18110</w:t>
        <w:br/>
        <w:t>f 14753/21990/18107 14763/22000/18109 14766/22003/18111</w:t>
        <w:br/>
        <w:t>f 14767/22004/18111 14753/21990/18107 14766/22003/18111</w:t>
        <w:br/>
        <w:t>f 14770/22005/17820 14769/22006/18112 14768/22007/17840</w:t>
        <w:br/>
        <w:t>f 9971/21942/18052 14753/21990/18098 14746/21982/18090</w:t>
        <w:br/>
        <w:t>f 14744/21979/18088 14752/21989/18097 9976/21944/18054</w:t>
        <w:br/>
        <w:t>f 14749/21984/18092 14753/21990/18098 14770/22005/17820</w:t>
        <w:br/>
        <w:t>f 10009/21978/18087 14752/21989/18097 14751/21987/18095</w:t>
        <w:br/>
        <w:t>f 14794/22008/18113 14750/21988/18096 14751/21987/18095</w:t>
        <w:br/>
        <w:t>f 14749/21984/18092 14770/22005/17820 14748/21985/18093</w:t>
        <w:br/>
        <w:t>f 14795/22009/18114 14745/21983/18091 14746/21982/18090</w:t>
        <w:br/>
        <w:t>f 14744/21979/18088 9976/21944/18054 14796/22010/18115</w:t>
        <w:br/>
        <w:t>f 15165/22011/18116 15164/22012/18117 15163/22013/18118</w:t>
        <w:br/>
        <w:t>f 15162/22014/18119 15165/22011/18116 15163/22013/18118</w:t>
        <w:br/>
        <w:t>f 15187/22015/18120 15186/22016/18121 15185/22017/18122</w:t>
        <w:br/>
        <w:t>f 15184/22018/18123 15187/22015/18120 15185/22017/18122</w:t>
        <w:br/>
        <w:t>f 15186/22016/18121 15187/22015/18120 15189/22019/18124</w:t>
        <w:br/>
        <w:t>f 15188/22020/18125 15186/22016/18121 15189/22019/18124</w:t>
        <w:br/>
        <w:t>f 15213/22021/18126 15212/22022/18127 15211/22023/18128</w:t>
        <w:br/>
        <w:t>f 15210/22024/18129 15213/22021/18126 15211/22023/18128</w:t>
        <w:br/>
        <w:t>f 15225/22025/18130 15224/22026/18131 15223/22027/18132</w:t>
        <w:br/>
        <w:t>f 15222/22028/18133 15225/22025/18130 15223/22027/18132</w:t>
        <w:br/>
        <w:t>f 15227/22029/18134 15226/22030/18135 15210/22024/18129</w:t>
        <w:br/>
        <w:t>f 15211/22023/18128 15227/22029/18134 15210/22024/18129</w:t>
        <w:br/>
        <w:t>f 15227/22029/18134 15249/22031/18136 15248/22032/18137</w:t>
        <w:br/>
        <w:t>f 15222/22028/18133 15227/22029/18134 15248/22032/18137</w:t>
        <w:br/>
        <w:t>f 15226/22030/18135 15227/22029/18134 15222/22028/18133</w:t>
        <w:br/>
        <w:t>f 15223/22027/18132 15226/22030/18135 15222/22028/18133</w:t>
        <w:br/>
        <w:t>f 15293/22033/18138 15292/22034/18139 15291/22035/18140</w:t>
        <w:br/>
        <w:t>f 15290/22036/18141 15293/22033/18138 15291/22035/18140</w:t>
        <w:br/>
        <w:t>f 15293/22033/18138 15213/22021/18126 15210/22024/18129</w:t>
        <w:br/>
        <w:t>f 15292/22034/18139 15293/22033/18138 15210/22024/18129</w:t>
        <w:br/>
        <w:t>f 15226/22030/18135 15433/22037/18142 15292/22034/18139</w:t>
        <w:br/>
        <w:t>f 15210/22024/18129 15226/22030/18135 15292/22034/18139</w:t>
        <w:br/>
        <w:t>f 15435/22038/18143 15223/22027/18132 15224/22026/18131</w:t>
        <w:br/>
        <w:t>f 15434/22039/18144 15435/22038/18143 15224/22026/18131</w:t>
        <w:br/>
        <w:t>f 15452/22040/18145 15189/22019/18124 15187/22015/18120</w:t>
        <w:br/>
        <w:t>f 15249/22031/18136 15452/22040/18145 15187/22015/18120</w:t>
        <w:br/>
        <w:t>f 15211/22023/18128 15452/22040/18145 15249/22031/18136</w:t>
        <w:br/>
        <w:t>f 15227/22029/18134 15211/22023/18128 15249/22031/18136</w:t>
        <w:br/>
        <w:t>f 15249/22031/18136 15187/22015/18120 15184/22018/18123</w:t>
        <w:br/>
        <w:t>f 15248/22032/18137 15249/22031/18136 15184/22018/18123</w:t>
        <w:br/>
        <w:t>f 15222/22028/18133 15248/22032/18137 15507/22041/18146</w:t>
        <w:br/>
        <w:t>f 15225/22025/18130 15222/22028/18133 15507/22041/18146</w:t>
        <w:br/>
        <w:t>f 15186/22016/18121 15525/22042/18147 15524/22043/18148</w:t>
        <w:br/>
        <w:t>f 15185/22017/18122 15186/22016/18121 15524/22043/18148</w:t>
        <w:br/>
        <w:t>f 15525/22042/18147 15186/22016/18121 15188/22020/18125</w:t>
        <w:br/>
        <w:t>f 15526/22044/18149 15525/22042/18147 15188/22020/18125</w:t>
        <w:br/>
        <w:t>f 15525/22042/18147 15165/22011/18116 15162/22014/18119</w:t>
        <w:br/>
        <w:t>f 15524/22043/18148 15525/22042/18147 15162/22014/18119</w:t>
        <w:br/>
        <w:t>f 15164/22012/18117 15536/22045/18150 15535/22046/18151</w:t>
        <w:br/>
        <w:t>f 15163/22013/18118 15164/22012/18117 15535/22046/18151</w:t>
        <w:br/>
        <w:t>f 15212/22022/18127 15552/22047/18152 15452/22040/18145</w:t>
        <w:br/>
        <w:t>f 15211/22023/18128 15212/22022/18127 15452/22040/18145</w:t>
        <w:br/>
        <w:t>f 15552/22047/18152 15553/22048/18153 15189/22019/18124</w:t>
        <w:br/>
        <w:t>f 15452/22040/18145 15552/22047/18152 15189/22019/18124</w:t>
        <w:br/>
        <w:t>f 15188/22020/18125 15189/22019/18124 15553/22048/18153</w:t>
        <w:br/>
        <w:t>f 15554/22049/18154 15188/22020/18125 15553/22048/18153</w:t>
        <w:br/>
        <w:t>f 15526/22044/18149 15188/22020/18125 15554/22049/18154</w:t>
        <w:br/>
        <w:t>f 15555/22050/18155 15526/22044/18149 15554/22049/18154</w:t>
        <w:br/>
        <w:t>f 15557/22051/18156 15526/22044/18149 15555/22050/18155</w:t>
        <w:br/>
        <w:t>f 15556/22052/18157 15557/22051/18156 15555/22050/18155</w:t>
        <w:br/>
        <w:t>f 15559/22053/18158 15557/22051/18156 15556/22052/18157</w:t>
        <w:br/>
        <w:t>f 15558/22054/18159 15559/22053/18158 15556/22052/18157</w:t>
        <w:br/>
        <w:t>f 15560/22055/18160 15559/22053/18158 15558/22054/18159</w:t>
        <w:br/>
        <w:t>f 15562/22056/18161 15536/22045/18150 15560/22055/18160</w:t>
        <w:br/>
        <w:t>f 15561/22057/18162 15562/22056/18161 15560/22055/18160</w:t>
        <w:br/>
        <w:t>f 15565/22058/18163 15564/22059/18164 15563/22060/18165</w:t>
        <w:br/>
        <w:t>f 15587/22061/18166 15586/22062/18167 15565/22058/18163</w:t>
        <w:br/>
        <w:t>f 15589/22063/18168 15586/22062/18167 15587/22061/18166</w:t>
        <w:br/>
        <w:t>f 15588/22064/18169 15589/22063/18168 15587/22061/18166</w:t>
        <w:br/>
        <w:t>f 15591/22065/18170 15589/22063/18168 15588/22064/18169</w:t>
        <w:br/>
        <w:t>f 15590/22066/18171 15591/22065/18170 15588/22064/18169</w:t>
        <w:br/>
        <w:t>f 15562/22056/18161 15591/22065/18170 15590/22066/18171</w:t>
        <w:br/>
        <w:t>f 15592/22067/18172 15562/22056/18161 15590/22066/18171</w:t>
        <w:br/>
        <w:t>f 15536/22045/18150 15562/22056/18161 15592/22067/18172</w:t>
        <w:br/>
        <w:t>f 15535/22046/18151 15536/22045/18150 15592/22067/18172</w:t>
        <w:br/>
        <w:t>f 15565/22058/18163 15586/22062/18167 15593/22068/18173</w:t>
        <w:br/>
        <w:t>f 15564/22059/18164 15565/22058/18163 15593/22068/18173</w:t>
        <w:br/>
        <w:t>f 15586/22062/18167 15589/22063/18168 15594/22069/18174</w:t>
        <w:br/>
        <w:t>f 15593/22068/18173 15586/22062/18167 15594/22069/18174</w:t>
        <w:br/>
        <w:t>f 15595/22070/18175 15594/22069/18174 15589/22063/18168</w:t>
        <w:br/>
        <w:t>f 15591/22065/18170 15595/22070/18175 15589/22063/18168</w:t>
        <w:br/>
        <w:t>f 15561/22057/18162 15595/22070/18175 15591/22065/18170</w:t>
        <w:br/>
        <w:t>f 15562/22056/18161 15561/22057/18162 15591/22065/18170</w:t>
        <w:br/>
        <w:t>f 15559/22053/18158 15560/22055/18160 15536/22045/18150</w:t>
        <w:br/>
        <w:t>f 15164/22012/18117 15559/22053/18158 15536/22045/18150</w:t>
        <w:br/>
        <w:t>f 15557/22051/18156 15559/22053/18158 15164/22012/18117</w:t>
        <w:br/>
        <w:t>f 15165/22011/18116 15557/22051/18156 15164/22012/18117</w:t>
        <w:br/>
        <w:t>f 15526/22044/18149 15557/22051/18156 15165/22011/18116</w:t>
        <w:br/>
        <w:t>f 15525/22042/18147 15526/22044/18149 15165/22011/18116</w:t>
        <w:br/>
        <w:t>f 15248/22032/18137 15184/22018/18123 16096/22071/18176</w:t>
        <w:br/>
        <w:t>f 15507/22041/18146 15248/22032/18137 16096/22071/18176</w:t>
        <w:br/>
        <w:t>f 16097/22072/18177 16096/22071/18176 15184/22018/18123</w:t>
        <w:br/>
        <w:t>f 15185/22017/18122 16097/22072/18177 15184/22018/18123</w:t>
        <w:br/>
        <w:t>f 16098/22073/18178 16097/22072/18177 15185/22017/18122</w:t>
        <w:br/>
        <w:t>f 15524/22043/18148 16098/22073/18178 15185/22017/18122</w:t>
        <w:br/>
        <w:t>f 16099/22074/18179 16098/22073/18178 15524/22043/18148</w:t>
        <w:br/>
        <w:t>f 15162/22014/18119 16099/22074/18179 15524/22043/18148</w:t>
        <w:br/>
        <w:t>f 15162/22014/18119 15163/22013/18118 16100/22075/18180</w:t>
        <w:br/>
        <w:t>f 16099/22074/18179 15162/22014/18119 16100/22075/18180</w:t>
        <w:br/>
        <w:t>f 15535/22046/18151 16100/22075/18180 15163/22013/18118</w:t>
        <w:br/>
        <w:t>f 16101/22076/18181 15291/22035/18140 15292/22034/18139</w:t>
        <w:br/>
        <w:t>f 15433/22037/18142 16101/22076/18181 15292/22034/18139</w:t>
        <w:br/>
        <w:t>f 15434/22039/18144 16103/22077/18182 16102/22078/18183</w:t>
        <w:br/>
        <w:t>f 15435/22038/18143 15434/22039/18144 16102/22078/18183</w:t>
        <w:br/>
        <w:t>f 15433/22037/18142 15226/22030/18135 15223/22027/18132</w:t>
        <w:br/>
        <w:t>f 15435/22038/18143 15433/22037/18142 15223/22027/18132</w:t>
        <w:br/>
        <w:t>f 16101/22076/18181 15433/22037/18142 15435/22038/18143</w:t>
        <w:br/>
        <w:t>f 16102/22078/18183 16101/22076/18181 15435/22038/18143</w:t>
        <w:br/>
        <w:t>f 9978/21947/18057 9925/21892/18000 16104/22079/18184</w:t>
        <w:br/>
        <w:t>f 9925/21892/18000 16105/22080/18185 16104/22079/18184</w:t>
        <w:br/>
        <w:t>f 9998/21967/18076 9996/21963/18073 9999/21968/18077</w:t>
        <w:br/>
        <w:t>f 9997/21966/18075 9995/21964/18064 9996/21963/18073</w:t>
        <w:br/>
        <w:t>f 9998/21967/18076 9997/21966/18075 9996/21963/18073</w:t>
        <w:br/>
        <w:t>f 19384/22081/18186 19383/22082/18187 19382/22083/18188</w:t>
        <w:br/>
        <w:t>f 19381/22084/18189 19384/22081/18186 19382/22083/18188</w:t>
        <w:br/>
        <w:t>f 19386/22085/18190 19382/22083/18188 19385/22086/18191</w:t>
        <w:br/>
        <w:t>f 19387/22087/18192 19385/22086/18191 19383/22082/18187</w:t>
        <w:br/>
        <w:t>f 19387/22087/18192 19383/22082/18187 19388/22088/18193</w:t>
        <w:br/>
        <w:t>f 19389/22089/18194 19388/22088/18193 19383/22082/18187</w:t>
        <w:br/>
        <w:t>f 19390/22090/18195 19389/22089/18194 19383/22082/18187</w:t>
        <w:br/>
        <w:t>f 19388/22088/18193 19389/22089/18194 19391/22091/18196</w:t>
        <w:br/>
        <w:t>f 19382/22083/18188 19383/22082/18187 19385/22086/18191</w:t>
        <w:br/>
        <w:t>f 19392/22092/18197 19390/22090/18195 19383/22082/18187</w:t>
        <w:br/>
        <w:t>f 19395/22093/18198 19394/22094/18199 19393/22095/18200</w:t>
        <w:br/>
        <w:t>f 19397/22096/18201 19395/22093/18198 19396/22097/18202</w:t>
        <w:br/>
        <w:t>f 19399/22098/18203 19398/22099/18204 19397/22096/18201</w:t>
        <w:br/>
        <w:t>f 19396/22097/18202 19399/22098/18203 19397/22096/18201</w:t>
        <w:br/>
        <w:t>f 19398/22099/18204 19399/22098/18203 19400/22100/18205</w:t>
        <w:br/>
        <w:t>f 19395/22093/18198 19397/22096/18201 19394/22094/18199</w:t>
        <w:br/>
        <w:t>f 19393/22095/18200 19402/22101/18206 19401/22102/18207</w:t>
        <w:br/>
        <w:t>f 19396/22097/18202 19393/22095/18200 19401/22102/18207</w:t>
        <w:br/>
        <w:t>f 19393/22095/18200 19396/22097/18202 19395/22093/18198</w:t>
        <w:br/>
        <w:t>f 19392/22092/18197 19383/22082/18187 19384/22081/18186</w:t>
        <w:br/>
        <w:t>f 19396/22097/18202 19401/22102/18207 19399/22098/18203</w:t>
        <w:br/>
        <w:t>f 19405/22103/18208 19404/22104/18209 19403/22105/18210</w:t>
        <w:br/>
        <w:t>f 19408/22106/18211 19407/22107/18212 19406/22108/18213</w:t>
        <w:br/>
        <w:t>f 19412/22109/18214 19411/22110/18215 19410/22111/18216</w:t>
        <w:br/>
        <w:t>f 19409/22112/18217 19412/22109/18214 19410/22111/18216</w:t>
        <w:br/>
        <w:t>f 19416/22113/18218 19415/22114/18219 19414/22115/18220</w:t>
        <w:br/>
        <w:t>f 19413/22116/18221 19416/22113/18218 19414/22115/18220</w:t>
        <w:br/>
        <w:t>f 19415/22114/18219 19417/22117/18222 19414/22115/18220</w:t>
        <w:br/>
        <w:t>f 19419/22118/18223 19415/22114/18219 19416/22113/18218</w:t>
        <w:br/>
        <w:t>f 19418/22119/18224 19419/22118/18223 19416/22113/18218</w:t>
        <w:br/>
        <w:t>f 19421/22120/18225 19420/22121/18226 19415/22114/18219</w:t>
        <w:br/>
        <w:t>f 19421/22120/18225 19423/22122/18227 19422/22123/18227</w:t>
        <w:br/>
        <w:t>f 19420/22121/18226 19421/22120/18225 19422/22123/18227</w:t>
        <w:br/>
        <w:t>f 19415/22114/18219 19419/22118/18223 19421/22120/18225</w:t>
        <w:br/>
        <w:t>f 19427/22124/18228 19426/22125/18229 19425/22126/18230</w:t>
        <w:br/>
        <w:t>f 19424/22127/18231 19427/22124/18228 19425/22126/18230</w:t>
        <w:br/>
        <w:t>f 19428/22128/18232 19426/22125/18229 19427/22124/18228</w:t>
        <w:br/>
        <w:t>f 19431/22129/18233 19430/22130/18233 19429/22131/18234</w:t>
        <w:br/>
        <w:t>f 19432/22132/18235 19431/22129/18233 19429/22131/18234</w:t>
        <w:br/>
        <w:t>f 19436/22133/18236 19435/22134/18237 19434/22135/18238</w:t>
        <w:br/>
        <w:t>f 19433/22136/18239 19436/22133/18236 19434/22135/18238</w:t>
        <w:br/>
        <w:t>f 19437/22137/18240 19406/22108/18213 19407/22107/18212</w:t>
        <w:br/>
        <w:t>f 19405/22103/18208 19439/22138/18241 19438/22139/18242</w:t>
        <w:br/>
        <w:t>f 19404/22104/18209 19405/22103/18208 19438/22139/18242</w:t>
        <w:br/>
        <w:t>f 19405/22103/18208 19440/22140/18243 19439/22138/18241</w:t>
        <w:br/>
        <w:t>f 19444/22141/18244 19443/22142/18244 19442/22143/18245</w:t>
        <w:br/>
        <w:t>f 19441/22144/18246 19444/22141/18244 19442/22143/18245</w:t>
        <w:br/>
        <w:t>f 19414/22115/18220 19447/22145/18247 19446/22146/18248</w:t>
        <w:br/>
        <w:t>f 19445/22147/18248 19414/22115/18220 19446/22146/18248</w:t>
        <w:br/>
        <w:t>f 19449/22148/18249 19448/22149/18250 19447/22145/18247</w:t>
        <w:br/>
        <w:t>f 19414/22115/18220 19449/22148/18249 19447/22145/18247</w:t>
        <w:br/>
        <w:t>f 19449/22148/18249 19451/22150/18251 19450/22151/18252</w:t>
        <w:br/>
        <w:t>f 19448/22149/18250 19449/22148/18249 19450/22151/18252</w:t>
        <w:br/>
        <w:t>f 19453/22152/18253 19452/22153/18253 19450/22151/18252</w:t>
        <w:br/>
        <w:t>f 19451/22150/18251 19453/22152/18253 19450/22151/18252</w:t>
        <w:br/>
        <w:t>f 19457/22154/18254 19456/22155/18255 19455/22156/18256</w:t>
        <w:br/>
        <w:t>f 19454/22157/18254 19457/22154/18254 19455/22156/18256</w:t>
        <w:br/>
        <w:t>f 19459/22158/18257 19458/22159/18257 19445/22147/18248</w:t>
        <w:br/>
        <w:t>f 19446/22146/18248 19459/22158/18257 19445/22147/18248</w:t>
        <w:br/>
        <w:t>f 19444/22141/18244 19461/22160/18258 19460/22161/18258</w:t>
        <w:br/>
        <w:t>f 19443/22142/18244 19444/22141/18244 19460/22161/18258</w:t>
        <w:br/>
        <w:t>f 19465/22162/18259 19464/22163/18259 19463/22164/18260</w:t>
        <w:br/>
        <w:t>f 19462/22165/18261 19465/22162/18259 19463/22164/18260</w:t>
        <w:br/>
        <w:t>f 19468/22166/18262 19467/22167/18263 19466/22168/18264</w:t>
        <w:br/>
        <w:t>f 19472/22169/18265 19471/22170/18266 19470/22171/18267</w:t>
        <w:br/>
        <w:t>f 19469/22172/18268 19472/22169/18265 19470/22171/18267</w:t>
        <w:br/>
        <w:t>f 19476/22173/18269 19475/22174/18269 19474/22175/18270</w:t>
        <w:br/>
        <w:t>f 19473/22176/18270 19476/22173/18269 19474/22175/18270</w:t>
        <w:br/>
        <w:t>f 19480/22177/18271 19479/22178/18272 19478/22179/18273</w:t>
        <w:br/>
        <w:t>f 19477/22180/18274 19480/22177/18271 19478/22179/18273</w:t>
        <w:br/>
        <w:t>f 19482/22181/18275 19477/22180/18274 19478/22179/18273</w:t>
        <w:br/>
        <w:t>f 19481/22182/18276 19482/22181/18275 19478/22179/18273</w:t>
        <w:br/>
        <w:t>f 19482/22181/18275 19481/22182/18276 19484/22183/18277</w:t>
        <w:br/>
        <w:t>f 19483/22184/18278 19482/22181/18275 19484/22183/18277</w:t>
        <w:br/>
        <w:t>f 19476/22173/18269 19486/22185/18279 19485/22186/18280</w:t>
        <w:br/>
        <w:t>f 19475/22174/18269 19476/22173/18269 19485/22186/18280</w:t>
        <w:br/>
        <w:t>f 19494/22187/18281 19493/22188/18282 19492/22189/18283</w:t>
        <w:br/>
        <w:t>f 19497/22190/18284 19496/22191/18285 19495/22192/18286</w:t>
        <w:br/>
        <w:t>f 19499/22193/18287 19496/22191/18285 19497/22190/18284</w:t>
        <w:br/>
        <w:t>f 19498/22194/18288 19499/22193/18287 19497/22190/18284</w:t>
        <w:br/>
        <w:t>f 19505/22195/18289 19504/22196/18290 19503/22197/18291</w:t>
        <w:br/>
        <w:t>f 19503/22197/18291 19504/22196/18290 19507/22198/18292</w:t>
        <w:br/>
        <w:t>f 19506/22199/18293 19503/22197/18291 19507/22198/18292</w:t>
        <w:br/>
        <w:t>f 19511/22200/18256 19510/22201/18255 19509/22202/18294</w:t>
        <w:br/>
        <w:t>f 19508/22203/18295 19511/22200/18256 19509/22202/18294</w:t>
        <w:br/>
        <w:t>f 19507/22198/18292 19499/22193/18287 19511/22200/18256</w:t>
        <w:br/>
        <w:t>f 19508/22203/18295 19507/22198/18292 19511/22200/18256</w:t>
        <w:br/>
        <w:t>f 19573/22204/18296 19516/22205/18297 19517/22206/18298</w:t>
        <w:br/>
        <w:t>f 19572/22207/18299 19573/22204/18296 19517/22206/18298</w:t>
        <w:br/>
        <w:t>f 19574/22208/18300 19572/22207/18299 19517/22206/18298</w:t>
        <w:br/>
        <w:t>f 19492/22189/18283 19574/22208/18300 19517/22206/18298</w:t>
        <w:br/>
        <w:t>f 19574/22208/18300 19492/22189/18283 19493/22188/18282</w:t>
        <w:br/>
        <w:t>f 19539/22209/18301 19543/22210/18302 19572/22207/18299</w:t>
        <w:br/>
        <w:t>f 19576/22211/18303 19575/22212/18304 19572/22207/18299</w:t>
        <w:br/>
        <w:t>f 19574/22208/18300 19576/22211/18303 19572/22207/18299</w:t>
        <w:br/>
        <w:t>f 19574/22208/18300 19493/22188/18282 19577/22213/18305</w:t>
        <w:br/>
        <w:t>f 19576/22211/18303 19574/22208/18300 19577/22213/18305</w:t>
        <w:br/>
        <w:t>f 19579/22214/18306 19577/22213/18305 19493/22188/18282</w:t>
        <w:br/>
        <w:t>f 19578/22215/18307 19579/22214/18306 19493/22188/18282</w:t>
        <w:br/>
        <w:t>f 19581/22216/18308 19575/22212/18304 19580/22217/18309</w:t>
        <w:br/>
        <w:t>f 19582/22218/18310 19524/22219/18311 19575/22212/18304</w:t>
        <w:br/>
        <w:t>f 19576/22211/18303 19582/22218/18310 19575/22212/18304</w:t>
        <w:br/>
        <w:t>f 19583/22220/18312 19582/22218/18310 19576/22211/18303</w:t>
        <w:br/>
        <w:t>f 19577/22213/18305 19583/22220/18312 19576/22211/18303</w:t>
        <w:br/>
        <w:t>f 19577/22213/18305 19579/22214/18306 19584/22221/18313</w:t>
        <w:br/>
        <w:t>f 19583/22220/18312 19577/22213/18305 19584/22221/18313</w:t>
        <w:br/>
        <w:t>f 19579/22214/18306 19578/22215/18307 19586/22222/18314</w:t>
        <w:br/>
        <w:t>f 19585/22223/18315 19579/22214/18306 19586/22222/18314</w:t>
        <w:br/>
        <w:t>f 19584/22221/18313 19579/22214/18306 19585/22223/18315</w:t>
        <w:br/>
        <w:t>f 19587/22224/18316 19584/22221/18313 19585/22223/18315</w:t>
        <w:br/>
        <w:t>f 19591/22225/18317 19590/22226/18318 19589/22227/18319</w:t>
        <w:br/>
        <w:t>f 19588/22228/18320 19591/22225/18317 19589/22227/18319</w:t>
        <w:br/>
        <w:t>f 19593/22229/18321 19592/22230/18322 19590/22226/18318</w:t>
        <w:br/>
        <w:t>f 19591/22225/18317 19593/22229/18321 19590/22226/18318</w:t>
        <w:br/>
        <w:t>f 19592/22230/18322 19593/22229/18321 19595/22231/18323</w:t>
        <w:br/>
        <w:t>f 19594/22232/18324 19592/22230/18322 19595/22231/18323</w:t>
        <w:br/>
        <w:t>f 19597/22233/18325 19596/22234/18326 19594/22232/18324</w:t>
        <w:br/>
        <w:t>f 19595/22231/18323 19597/22233/18325 19594/22232/18324</w:t>
        <w:br/>
        <w:t>f 19596/22234/18326 19597/22233/18325 19599/22235/18327</w:t>
        <w:br/>
        <w:t>f 19598/22236/18328 19596/22234/18326 19599/22235/18327</w:t>
        <w:br/>
        <w:t>f 19603/22237/18329 19602/22238/18328 19601/22239/18327</w:t>
        <w:br/>
        <w:t>f 19600/22240/18330 19603/22237/18329 19601/22239/18327</w:t>
        <w:br/>
        <w:t>f 19603/22237/18329 19600/22240/18330 19605/22241/18331</w:t>
        <w:br/>
        <w:t>f 19604/22242/18332 19603/22237/18329 19605/22241/18331</w:t>
        <w:br/>
        <w:t>f 19607/22243/18333 19604/22242/18332 19605/22241/18331</w:t>
        <w:br/>
        <w:t>f 19606/22244/18334 19607/22243/18333 19605/22241/18331</w:t>
        <w:br/>
        <w:t>f 19520/21638/17958 19526/22245/18335 19609/22246/18336</w:t>
        <w:br/>
        <w:t>f 19608/22247/18337 19520/21638/17958 19609/22246/18336</w:t>
        <w:br/>
        <w:t>f 19608/22247/18337 19541/22248/18338 19533/22249/18339</w:t>
        <w:br/>
        <w:t>f 19610/22250/18340 19608/22247/18337 19534/22251/18341</w:t>
        <w:br/>
        <w:t>f 19606/22244/18334 19519/21639/17959 19520/21638/17958</w:t>
        <w:br/>
        <w:t>f 19608/22247/18337 19606/22244/18334 19520/21638/17958</w:t>
        <w:br/>
        <w:t>f 19534/22251/18341 19548/22252/18342 19610/22250/18340</w:t>
        <w:br/>
        <w:t>f 19608/22247/18337 19610/22250/18340 19607/22243/18333</w:t>
        <w:br/>
        <w:t>f 19606/22244/18334 19608/22247/18337 19607/22243/18333</w:t>
        <w:br/>
        <w:t>f 19610/22250/18340 19562/22253/18343 19611/22254/18344</w:t>
        <w:br/>
        <w:t>f 19607/22243/18333 19610/22250/18340 19611/22254/18344</w:t>
        <w:br/>
        <w:t>f 19607/22243/18333 19611/22254/18344 19612/22255/18345</w:t>
        <w:br/>
        <w:t>f 19604/22242/18332 19607/22243/18333 19612/22255/18345</w:t>
        <w:br/>
        <w:t>f 19604/22242/18332 19612/22255/18345 19613/22256/18346</w:t>
        <w:br/>
        <w:t>f 19603/22237/18329 19604/22242/18332 19613/22256/18346</w:t>
        <w:br/>
        <w:t>f 19603/22237/18329 19613/22256/18346 19614/22257/18347</w:t>
        <w:br/>
        <w:t>f 19602/22238/18328 19603/22237/18329 19614/22257/18347</w:t>
        <w:br/>
        <w:t>f 19615/22258/18348 19524/22219/18311 19582/22218/18310</w:t>
        <w:br/>
        <w:t>f 19582/22218/18310 19583/22220/18312 19616/22259/18349</w:t>
        <w:br/>
        <w:t>f 19615/22258/18348 19582/22218/18310 19616/22259/18349</w:t>
        <w:br/>
        <w:t>f 19583/22220/18312 19584/22221/18313 19617/22260/18350</w:t>
        <w:br/>
        <w:t>f 19616/22259/18349 19583/22220/18312 19617/22260/18350</w:t>
        <w:br/>
        <w:t>f 19587/22224/18316 19618/22261/18351 19617/22260/18350</w:t>
        <w:br/>
        <w:t>f 19584/22221/18313 19587/22224/18316 19617/22260/18350</w:t>
        <w:br/>
        <w:t>f 19621/22262/18352 19620/22263/18353 19619/22264/18354</w:t>
        <w:br/>
        <w:t>f 19562/22253/18343 19622/22265/18355 19611/22254/18344</w:t>
        <w:br/>
        <w:t>f 19623/22266/18356 19612/22255/18345 19611/22254/18344</w:t>
        <w:br/>
        <w:t>f 19622/22265/18355 19623/22266/18356 19611/22254/18344</w:t>
        <w:br/>
        <w:t>f 19612/22255/18345 19623/22266/18356 19624/22267/18357</w:t>
        <w:br/>
        <w:t>f 19613/22256/18346 19612/22255/18345 19624/22267/18357</w:t>
        <w:br/>
        <w:t>f 19614/22257/18347 19613/22256/18346 19624/22267/18357</w:t>
        <w:br/>
        <w:t>f 19625/22268/18358 19614/22257/18347 19624/22267/18357</w:t>
        <w:br/>
        <w:t>f 19618/22261/18351 19627/22269/18359 19626/22270/18360</w:t>
        <w:br/>
        <w:t>f 19622/22265/18355 19629/22271/18361 19628/22272/18362</w:t>
        <w:br/>
        <w:t>f 19623/22266/18356 19622/22265/18355 19628/22272/18362</w:t>
        <w:br/>
        <w:t>f 19633/22273/18363 19632/22274/18364 19631/22275/18365</w:t>
        <w:br/>
        <w:t>f 19630/22276/18366 19633/22273/18363 19631/22275/18365</w:t>
        <w:br/>
        <w:t>f 19635/22277/18367 19633/22273/18363 19630/22276/18366</w:t>
        <w:br/>
        <w:t>f 19634/22278/18368 19635/22277/18367 19630/22276/18366</w:t>
        <w:br/>
        <w:t>f 19634/22278/18368 19626/22270/18360 19636/22279/18369</w:t>
        <w:br/>
        <w:t>f 19635/22277/18367 19634/22278/18368 19636/22279/18369</w:t>
        <w:br/>
        <w:t>f 19637/22280/18370 19636/22279/18369 19626/22270/18360</w:t>
        <w:br/>
        <w:t>f 19627/22269/18359 19637/22280/18370 19626/22270/18360</w:t>
        <w:br/>
        <w:t>f 19639/22281/18371 19631/22275/18365 19632/22274/18364</w:t>
        <w:br/>
        <w:t>f 19638/22282/18372 19639/22281/18371 19632/22274/18364</w:t>
        <w:br/>
        <w:t>f 19640/22283/18373 19629/22271/18361 19639/22281/18371</w:t>
        <w:br/>
        <w:t>f 19638/22282/18372 19640/22283/18373 19639/22281/18371</w:t>
        <w:br/>
        <w:t>f 19629/22271/18361 19640/22283/18373 19641/22284/18374</w:t>
        <w:br/>
        <w:t>f 19628/22272/18362 19629/22271/18361 19641/22284/18374</w:t>
        <w:br/>
        <w:t>f 19628/22272/18362 19641/22284/18374 19643/22285/18375</w:t>
        <w:br/>
        <w:t>f 19642/22286/18376 19628/22272/18362 19643/22285/18375</w:t>
        <w:br/>
        <w:t>f 19642/22286/18376 19643/22285/18375 19645/22287/18377</w:t>
        <w:br/>
        <w:t>f 19644/22288/18378 19642/22286/18376 19645/22287/18377</w:t>
        <w:br/>
        <w:t>f 19644/22288/18378 19645/22287/18377 19647/22289/18379</w:t>
        <w:br/>
        <w:t>f 19646/22290/18380 19644/22288/18378 19647/22289/18379</w:t>
        <w:br/>
        <w:t>f 19632/22274/18364 19633/22273/18363 19649/22291/18381</w:t>
        <w:br/>
        <w:t>f 19648/22292/18382 19632/22274/18364 19649/22291/18381</w:t>
        <w:br/>
        <w:t>f 19648/22292/18382 19650/22293/18383 19638/22282/18372</w:t>
        <w:br/>
        <w:t>f 19632/22274/18364 19648/22292/18382 19638/22282/18372</w:t>
        <w:br/>
        <w:t>f 19651/22294/18384 19640/22283/18373 19638/22282/18372</w:t>
        <w:br/>
        <w:t>f 19650/22293/18383 19651/22294/18384 19638/22282/18372</w:t>
        <w:br/>
        <w:t>f 19640/22283/18373 19651/22294/18384 19652/22295/18385</w:t>
        <w:br/>
        <w:t>f 19641/22284/18374 19640/22283/18373 19652/22295/18385</w:t>
        <w:br/>
        <w:t>f 19641/22284/18374 19652/22295/18385 19653/22296/18386</w:t>
        <w:br/>
        <w:t>f 19643/22285/18375 19641/22284/18374 19653/22296/18386</w:t>
        <w:br/>
        <w:t>f 19643/22285/18375 19653/22296/18386 19654/22297/18387</w:t>
        <w:br/>
        <w:t>f 19645/22287/18377 19643/22285/18375 19654/22297/18387</w:t>
        <w:br/>
        <w:t>f 19645/22287/18377 19654/22297/18387 19655/22298/18388</w:t>
        <w:br/>
        <w:t>f 19647/22289/18379 19645/22287/18377 19655/22298/18388</w:t>
        <w:br/>
        <w:t>f 19674/22299/18389 19673/22300/18390 19668/22301/18391</w:t>
        <w:br/>
        <w:t>f 19668/22301/18391 19672/22302/18392 19675/22303/18393</w:t>
        <w:br/>
        <w:t>f 19678/22304/18394 19674/22299/18389 19677/22305/18395</w:t>
        <w:br/>
        <w:t>f 19676/22306/18394 19678/22304/18394 19677/22305/18395</w:t>
        <w:br/>
        <w:t>f 19677/22305/18395 19674/22299/18389 19668/22301/18391</w:t>
        <w:br/>
        <w:t>f 19682/22307/15293 19681/22308/15292 19680/22309/18396</w:t>
        <w:br/>
        <w:t>f 19679/22310/18397 19682/22307/15293 19680/22309/18396</w:t>
        <w:br/>
        <w:t>f 19684/22311/18398 19680/22309/18396 19681/22308/15292</w:t>
        <w:br/>
        <w:t>f 19683/22312/15290 19684/22311/18398 19681/22308/15292</w:t>
        <w:br/>
        <w:t>f 19686/22313/18399 19684/22311/18398 19683/22312/15290</w:t>
        <w:br/>
        <w:t>f 19685/22314/18400 19686/22313/18399 19683/22312/15290</w:t>
        <w:br/>
        <w:t>f 19685/22314/18400 19688/22315/15291 19687/22316/18401</w:t>
        <w:br/>
        <w:t>f 19686/22313/18399 19685/22314/18400 19687/22316/18401</w:t>
        <w:br/>
        <w:t>f 19687/22316/18401 19688/22315/15291 19689/22317/18402</w:t>
        <w:br/>
        <w:t>f 19672/22302/18403 19687/22316/18401 19689/22317/18402</w:t>
        <w:br/>
        <w:t>f 19587/22224/18316 19585/22223/18315 19704/22318/18404</w:t>
        <w:br/>
        <w:t>f 19703/22319/15076 19587/22224/18316 19704/22318/18404</w:t>
        <w:br/>
        <w:t>f 19589/22227/18319 19705/22320/15299 19704/22318/18404</w:t>
        <w:br/>
        <w:t>f 19585/22223/18315 19589/22227/18319 19704/22318/18404</w:t>
        <w:br/>
        <w:t>f 19705/22320/15299 19589/22227/18319 19590/22226/18318</w:t>
        <w:br/>
        <w:t>f 19706/22321/15302 19705/22320/15299 19590/22226/18318</w:t>
        <w:br/>
        <w:t>f 19706/22321/15302 19590/22226/18318 19592/22230/18322</w:t>
        <w:br/>
        <w:t>f 19707/22322/15305 19706/22321/15302 19592/22230/18322</w:t>
        <w:br/>
        <w:t>f 19592/22230/18322 19594/22232/18324 19708/22323/15308</w:t>
        <w:br/>
        <w:t>f 19707/22322/15305 19592/22230/18322 19708/22323/15308</w:t>
        <w:br/>
        <w:t>f 19594/22232/18324 19596/22234/18326 19709/22324/18405</w:t>
        <w:br/>
        <w:t>f 19708/22323/15308 19594/22232/18324 19709/22324/18405</w:t>
        <w:br/>
        <w:t>f 19596/22234/18326 19598/22236/18328 19710/22325/18406</w:t>
        <w:br/>
        <w:t>f 19709/22324/18405 19596/22234/18326 19710/22325/18406</w:t>
        <w:br/>
        <w:t>f 19712/22326/15082 19602/22238/18328 19614/22257/18347</w:t>
        <w:br/>
        <w:t>f 19711/22327/15078 19712/22326/15082 19614/22257/18347</w:t>
        <w:br/>
        <w:t>f 19714/22328/18407 19713/22329/15079 19711/22327/15078</w:t>
        <w:br/>
        <w:t>f 19614/22257/18347 19714/22328/18407 19711/22327/15078</w:t>
        <w:br/>
        <w:t>f 19713/22329/18408 19625/22268/18358 19646/22290/18380</w:t>
        <w:br/>
        <w:t>f 19715/22330/18409 19713/22329/18408 19646/22290/18380</w:t>
        <w:br/>
        <w:t>f 19727/22331/18410 19726/22332/15295 19725/22333/18411</w:t>
        <w:br/>
        <w:t>f 19724/22334/18412 19727/22331/18410 19725/22333/18411</w:t>
        <w:br/>
        <w:t>f 19724/22334/18412 19729/22335/18413 19728/22336/18414</w:t>
        <w:br/>
        <w:t>f 19727/22331/18410 19724/22334/18412 19728/22336/18414</w:t>
        <w:br/>
        <w:t>f 19729/22335/18413 19731/22337/18415 19730/22338/15282</w:t>
        <w:br/>
        <w:t>f 19728/22336/18414 19729/22335/18413 19730/22338/15282</w:t>
        <w:br/>
        <w:t>f 19730/22338/15282 19731/22337/18415 19691/22339/18416</w:t>
        <w:br/>
        <w:t>f 19732/22340/15287 19730/22338/15282 19691/22339/18416</w:t>
        <w:br/>
        <w:t>f 19691/22339/18416 19669/22341/18417 19733/22342/18418</w:t>
        <w:br/>
        <w:t>f 19732/22340/15287 19691/22339/18416 19733/22342/18418</w:t>
        <w:br/>
        <w:t>f 19992/22343/18419 19991/22344/18420 19990/22345/18421</w:t>
        <w:br/>
        <w:t>f 19989/22346/18419 19992/22343/18419 19990/22345/18421</w:t>
        <w:br/>
        <w:t>f 19672/22302/18403 19689/22317/18402 19994/22347/18422</w:t>
        <w:br/>
        <w:t>f 19993/22348/18422 19672/22302/18403 19994/22347/18422</w:t>
        <w:br/>
        <w:t>f 19998/22349/18423 19997/22350/18424 19996/22351/18424</w:t>
        <w:br/>
        <w:t>f 19995/22352/18423 19998/22349/18423 19996/22351/18424</w:t>
        <w:br/>
        <w:t>f 20000/22353/18425 19992/22343/18419 19989/22346/18419</w:t>
        <w:br/>
        <w:t>f 19999/22354/18426 20000/22353/18425 19989/22346/18419</w:t>
        <w:br/>
        <w:t>f 19668/22301/18391 19673/22300/18390 19669/22341/18417</w:t>
        <w:br/>
        <w:t>f 19991/22344/18420 19733/22342/18418 19669/22341/18417</w:t>
        <w:br/>
        <w:t>f 19990/22345/18421 19991/22344/18420 19669/22341/18417</w:t>
        <w:br/>
        <w:t>f 19668/22301/18391 19675/22303/18393 19677/22305/18395</w:t>
        <w:br/>
        <w:t>f 19998/22349/18423 19995/22352/18423 19993/22348/18422</w:t>
        <w:br/>
        <w:t>f 19994/22347/18422 19998/22349/18423 19993/22348/18422</w:t>
        <w:br/>
        <w:t>f 20019/22355/18427 20018/22356/18428 20017/22357/18429</w:t>
        <w:br/>
        <w:t>f 20016/22358/18427 20019/22355/18427 20017/22357/18429</w:t>
        <w:br/>
        <w:t>f 20022/22359/18430 20021/22360/18431 20020/22361/15116</w:t>
        <w:br/>
        <w:t>f 20024/22362/15106 20023/22363/15107 20022/22359/18430</w:t>
        <w:br/>
        <w:t>f 20020/22361/15116 20024/22362/15106 20022/22359/18430</w:t>
        <w:br/>
        <w:t>f 20027/22364/15114 20026/22365/15109 20025/22366/15112</w:t>
        <w:br/>
        <w:t>f 20028/22367/18432 20019/22355/18427 20016/22358/18427</w:t>
        <w:br/>
        <w:t>f 20021/22360/18431 20029/22368/18433 20027/22364/15114</w:t>
        <w:br/>
        <w:t>f 20020/22361/15116 20021/22360/18431 20027/22364/15114</w:t>
        <w:br/>
        <w:t>f 20058/22369/18434 20057/22370/18435 20056/22371/18434</w:t>
        <w:br/>
        <w:t>f 20017/22357/18429 20018/22356/18428 20058/22369/18434</w:t>
        <w:br/>
        <w:t>f 20056/22371/18434 20017/22357/18429 20058/22369/18434</w:t>
        <w:br/>
        <w:t>f 20102/22372/18436 20101/22373/18437 20100/22374/18438</w:t>
        <w:br/>
        <w:t>f 20099/22375/18438 20102/22372/18436 20100/22374/18438</w:t>
        <w:br/>
        <w:t>f 20117/22376/18439 20116/22377/18440 20115/22378/18441</w:t>
        <w:br/>
        <w:t>f 20137/22379/18442 20136/22380/18443 20135/22381/18444</w:t>
        <w:br/>
        <w:t>f 20134/22382/18442 20137/22379/18442 20135/22381/18444</w:t>
        <w:br/>
        <w:t>f 20164/22383/15215 20163/22384/15217 20162/22385/18445</w:t>
        <w:br/>
        <w:t>f 20161/22386/18446 20164/22383/15215 20162/22385/18445</w:t>
        <w:br/>
        <w:t>f 20161/22386/18446 20168/22387/18447 20164/22383/15215</w:t>
        <w:br/>
        <w:t>f 20171/22388/15223 20162/22385/18445 20163/22384/15217</w:t>
        <w:br/>
        <w:t>f 20170/22389/18448 20171/22388/15223 20163/22384/15217</w:t>
        <w:br/>
        <w:t>f 20174/22390/15222 20173/22391/15221 20172/22392/18449</w:t>
        <w:br/>
        <w:t>f 20192/22393/18450 20191/22394/15232 20190/22395/15231</w:t>
        <w:br/>
        <w:t>f 20189/22396/15234 20192/22393/18450 20190/22395/15231</w:t>
        <w:br/>
        <w:t>f 20198/22397/18451 20197/22398/18452 20196/22399/15224</w:t>
        <w:br/>
        <w:t>f 20195/22400/15235 20198/22397/18451 20196/22399/15224</w:t>
        <w:br/>
        <w:t>f 20211/22401/18453 20210/22402/18454 20209/22403/18455</w:t>
        <w:br/>
        <w:t>f 20208/22404/15245 20211/22401/18453 20209/22403/18455</w:t>
        <w:br/>
        <w:t>f 20214/22405/18456 20211/22401/18453 20208/22404/15245</w:t>
        <w:br/>
        <w:t>f 20214/22405/18456 20208/22404/15245 20216/22406/15236</w:t>
        <w:br/>
        <w:t>f 20215/22407/18457 20214/22405/18456 20216/22406/15236</w:t>
        <w:br/>
        <w:t>f 20218/22408/18458 20209/22403/18455 20210/22402/18454</w:t>
        <w:br/>
        <w:t>f 20217/22409/15246 20218/22408/18458 20210/22402/18454</w:t>
        <w:br/>
        <w:t>f 20225/22410/18459 20224/22411/18460 20223/22412/15247</w:t>
        <w:br/>
        <w:t>f 20222/22413/15249 20225/22410/18459 20223/22412/15247</w:t>
        <w:br/>
        <w:t>f 20225/22410/18459 20222/22413/15249 20229/22414/15250</w:t>
        <w:br/>
        <w:t>f 20228/22415/18461 20225/22410/18459 20229/22414/15250</w:t>
        <w:br/>
        <w:t>f 20229/22414/15250 20230/22416/15148 20228/22415/18461</w:t>
        <w:br/>
        <w:t>f 20233/22417/18462 20232/22418/18463 20231/22419/18462</w:t>
        <w:br/>
        <w:t>f 20100/22374/18438 20253/22420/18464 20099/22375/18438</w:t>
        <w:br/>
        <w:t>f 20225/22410/18459 20228/22415/18461 20232/22418/18465</w:t>
        <w:br/>
        <w:t>f 20224/22411/18460 20225/22410/18459 20232/22418/18465</w:t>
        <w:br/>
        <w:t>f 20115/22378/18441 20255/22421/18466 20254/22422/18467</w:t>
        <w:br/>
        <w:t>f 20135/22381/18444 20257/22423/18468 20256/22424/18469</w:t>
        <w:br/>
        <w:t>f 20117/22376/18439 20115/22378/18441 20260/22425/18470</w:t>
        <w:br/>
        <w:t>f 20262/22426/18471 20102/22372/18436 20261/22427/18472</w:t>
        <w:br/>
        <w:t>f 20198/22397/18451 20265/22428/18473 20189/22396/15234</w:t>
        <w:br/>
        <w:t>f 20197/22398/18452 20198/22397/18451 20189/22396/15234</w:t>
        <w:br/>
        <w:t>f 20116/22377/18440 20255/22421/18466 20115/22378/18441</w:t>
        <w:br/>
        <w:t>f 20136/22380/18443 20257/22423/18468 20135/22381/18444</w:t>
        <w:br/>
        <w:t>f 20137/22379/18442 20134/22382/18442 20266/22429/18474</w:t>
        <w:br/>
        <w:t>f 20262/22426/18471 20101/22373/18437 20102/22372/18436</w:t>
        <w:br/>
        <w:t>f 20272/22430/15248 20223/22412/15247 20224/22411/18460</w:t>
        <w:br/>
        <w:t>f 20271/22431/15150 20272/22430/15248 20224/22411/18460</w:t>
        <w:br/>
        <w:t>f 19587/22224/18316 19703/22319/15076 20322/22432/15086</w:t>
        <w:br/>
        <w:t>f 19618/22261/18351 19587/22224/18316 20322/22432/15086</w:t>
        <w:br/>
        <w:t>f 20322/22432/15086 20323/22433/15088 19627/22269/18359</w:t>
        <w:br/>
        <w:t>f 19618/22261/18351 20322/22432/15086 19627/22269/18359</w:t>
        <w:br/>
        <w:t>f 20336/22434/18475 19578/22215/18307 19493/22188/18282</w:t>
        <w:br/>
        <w:t>f 19494/22187/18281 20336/22434/18475 19493/22188/18282</w:t>
        <w:br/>
        <w:t>f 20337/22435/18476 19586/22222/18314 19578/22215/18307</w:t>
        <w:br/>
        <w:t>f 20336/22434/18475 20337/22435/18476 19578/22215/18307</w:t>
        <w:br/>
        <w:t>f 19600/22240/18330 19601/22239/18327 20339/22436/18289</w:t>
        <w:br/>
        <w:t>f 20338/22437/18477 19600/22240/18330 20339/22436/18289</w:t>
        <w:br/>
        <w:t>f 19605/22241/18331 19600/22240/18330 20338/22437/18477</w:t>
        <w:br/>
        <w:t>f 20340/22438/18478 19605/22241/18331 20338/22437/18477</w:t>
        <w:br/>
        <w:t>f 19605/22241/18331 20340/22438/18478 19519/21639/17959</w:t>
        <w:br/>
        <w:t>f 19606/22244/18334 19605/22241/18331 19519/21639/17959</w:t>
        <w:br/>
        <w:t>f 19548/22252/18342 19562/22253/18343 19610/22250/18340</w:t>
        <w:br/>
        <w:t>f 19608/22247/18337 19533/22249/18339 19534/22251/18341</w:t>
        <w:br/>
        <w:t>f 20353/22439/18479 19575/22212/18304 19581/22216/18308</w:t>
        <w:br/>
        <w:t>f 19572/22207/18299 19538/22440/18480 19539/22209/18301</w:t>
        <w:br/>
        <w:t>f 19629/22271/18361 19622/22265/18355 19619/22264/18354</w:t>
        <w:br/>
        <w:t>f 19639/22281/18371 19629/22271/18361 19619/22264/18354</w:t>
        <w:br/>
        <w:t>f 19631/22275/18365 19639/22281/18371 19619/22264/18354</w:t>
        <w:br/>
        <w:t>f 19615/22258/18348 19631/22275/18365 19619/22264/18354</w:t>
        <w:br/>
        <w:t>f 19523/22441/18481 19524/22219/18311 19615/22258/18348</w:t>
        <w:br/>
        <w:t>f 19630/22276/18366 19631/22275/18365 19615/22258/18348</w:t>
        <w:br/>
        <w:t>f 19616/22259/18349 19630/22276/18366 19615/22258/18348</w:t>
        <w:br/>
        <w:t>f 19634/22278/18368 19630/22276/18366 19616/22259/18349</w:t>
        <w:br/>
        <w:t>f 19617/22260/18350 19634/22278/18368 19616/22259/18349</w:t>
        <w:br/>
        <w:t>f 19626/22270/18360 19634/22278/18368 19617/22260/18350</w:t>
        <w:br/>
        <w:t>f 19618/22261/18351 19626/22270/18360 19617/22260/18350</w:t>
        <w:br/>
        <w:t>f 19644/22288/18378 19646/22290/18380 19625/22268/18358</w:t>
        <w:br/>
        <w:t>f 19644/22288/18378 19625/22268/18358 19624/22267/18357</w:t>
        <w:br/>
        <w:t>f 19642/22286/18376 19644/22288/18378 19624/22267/18357</w:t>
        <w:br/>
        <w:t>f 19642/22286/18376 19624/22267/18357 19623/22266/18356</w:t>
        <w:br/>
        <w:t>f 19628/22272/18362 19642/22286/18376 19623/22266/18356</w:t>
        <w:br/>
        <w:t>f 19622/22265/18355 19621/22262/18352 19619/22264/18354</w:t>
        <w:br/>
        <w:t>f 19572/22207/18299 19575/22212/18304 19538/22440/18480</w:t>
        <w:br/>
        <w:t>f 19622/22265/18355 19562/22253/18343 19621/22262/18352</w:t>
        <w:br/>
        <w:t>f 19619/22264/18354 19523/22441/18481 19615/22258/18348</w:t>
        <w:br/>
        <w:t>f 19651/22294/18384 19650/22293/18383 20357/22442/18482</w:t>
        <w:br/>
        <w:t>f 20356/22443/18483 19651/22294/18384 20357/22442/18482</w:t>
        <w:br/>
        <w:t>f 19687/22316/18401 20358/22444/18484 19686/22313/18399</w:t>
        <w:br/>
        <w:t>f 19724/22334/18412 19725/22333/18411 19655/22298/18388</w:t>
        <w:br/>
        <w:t>f 19654/22297/18387 19724/22334/18412 19655/22298/18388</w:t>
        <w:br/>
        <w:t>f 19653/22296/18386 19729/22335/18413 19724/22334/18412</w:t>
        <w:br/>
        <w:t>f 19654/22297/18387 19653/22296/18386 19724/22334/18412</w:t>
        <w:br/>
        <w:t>f 19652/22295/18385 19731/22337/18415 19729/22335/18413</w:t>
        <w:br/>
        <w:t>f 19586/22222/18314 20337/22435/18476 20369/22445/18485</w:t>
        <w:br/>
        <w:t>f 19588/22228/18320 19586/22222/18314 20369/22445/18485</w:t>
        <w:br/>
        <w:t>f 20373/22446/18486 20372/22447/18486 20371/22448/18487</w:t>
        <w:br/>
        <w:t>f 20370/22449/18487 20373/22446/18486 20371/22448/18487</w:t>
        <w:br/>
        <w:t>f 20375/22450/18488 19591/22225/18317 19588/22228/18320</w:t>
        <w:br/>
        <w:t>f 20374/22451/18489 20375/22450/18488 19588/22228/18320</w:t>
        <w:br/>
        <w:t>f 20377/22452/18490 20372/22447/18486 20373/22446/18486</w:t>
        <w:br/>
        <w:t>f 20376/22453/18490 20377/22452/18490 20373/22446/18486</w:t>
        <w:br/>
        <w:t>f 20379/22454/18491 20377/22452/18490 20376/22453/18490</w:t>
        <w:br/>
        <w:t>f 20378/22455/18491 20379/22454/18491 20376/22453/18490</w:t>
        <w:br/>
        <w:t>f 19591/22225/18317 20375/22450/18488 20381/22456/18492</w:t>
        <w:br/>
        <w:t>f 20380/22457/18493 19591/22225/18317 20381/22456/18492</w:t>
        <w:br/>
        <w:t>f 20383/22458/18494 20379/22454/18491 20378/22455/18491</w:t>
        <w:br/>
        <w:t>f 20382/22459/18494 20383/22458/18494 20378/22455/18491</w:t>
        <w:br/>
        <w:t>f 20381/22456/18492 20385/22460/18495 20384/22461/18495</w:t>
        <w:br/>
        <w:t>f 20380/22457/18493 20381/22456/18492 20384/22461/18495</w:t>
        <w:br/>
        <w:t>f 20389/22462/18496 20388/22463/18497 20387/22464/18498</w:t>
        <w:br/>
        <w:t>f 20386/22465/18499 20389/22462/18496 20387/22464/18498</w:t>
        <w:br/>
        <w:t>f 20385/22460/18495 20391/22466/18500 20390/22467/18501</w:t>
        <w:br/>
        <w:t>f 20384/22461/18495 20385/22460/18495 20390/22467/18501</w:t>
        <w:br/>
        <w:t>f 20393/22468/18502 20389/22462/18496 20386/22465/18499</w:t>
        <w:br/>
        <w:t>f 20392/22469/18502 20393/22468/18502 20386/22465/18499</w:t>
        <w:br/>
        <w:t>f 20390/22467/18501 20391/22466/18500 20395/22470/15321</w:t>
        <w:br/>
        <w:t>f 20394/22471/18503 20390/22467/18501 20395/22470/15321</w:t>
        <w:br/>
        <w:t>f 19585/22223/18315 19586/22222/18314 19588/22228/18320</w:t>
        <w:br/>
        <w:t>f 19589/22227/18319 19585/22223/18315 19588/22228/18320</w:t>
        <w:br/>
        <w:t>f 19494/22187/18281 19492/22189/18283 19489/22472/18504</w:t>
        <w:br/>
        <w:t>f 19386/22085/18190 19381/22084/18189 19382/22083/18188</w:t>
        <w:br/>
        <w:t>f 20340/22438/18478 19500/21640/17960 19519/21639/17959</w:t>
        <w:br/>
        <w:t>f 19405/22103/18208 19441/22144/18246 19440/22140/18243</w:t>
        <w:br/>
        <w:t>f 19472/22169/18265 19469/22172/18268 19468/22166/18262</w:t>
        <w:br/>
        <w:t>f 19402/22101/18206 20396/22473/18505 19401/22102/18207</w:t>
        <w:br/>
        <w:t>f 19467/22167/18263 19464/22163/18259 19465/22162/18259</w:t>
        <w:br/>
        <w:t>f 19466/22168/18264 19467/22167/18263 19465/22162/18259</w:t>
        <w:br/>
        <w:t>f 20397/22474/18506 19649/22291/18381 19633/22273/18363</w:t>
        <w:br/>
        <w:t>f 19635/22277/18367 20397/22474/18506 19633/22273/18363</w:t>
        <w:br/>
        <w:t>f 19635/22277/18367 19636/22279/18369 20398/22475/18507</w:t>
        <w:br/>
        <w:t>f 20397/22474/18506 19635/22277/18367 20398/22475/18507</w:t>
        <w:br/>
        <w:t>f 20399/22476/18508 20398/22475/18507 19636/22279/18369</w:t>
        <w:br/>
        <w:t>f 19637/22280/18370 20399/22476/18508 19636/22279/18369</w:t>
        <w:br/>
        <w:t>f 19684/22311/18398 19649/22291/18381 20397/22474/18506</w:t>
        <w:br/>
        <w:t>f 19680/22309/18396 19684/22311/18398 20397/22474/18506</w:t>
        <w:br/>
        <w:t>f 20398/22475/18507 19680/22309/18396 20397/22474/18506</w:t>
        <w:br/>
        <w:t>f 19679/22310/18397 19680/22309/18396 20398/22475/18507</w:t>
        <w:br/>
        <w:t>f 20399/22476/18508 19679/22310/18397 20398/22475/18507</w:t>
        <w:br/>
        <w:t>f 19684/22311/18398 19686/22313/18399 19649/22291/18381</w:t>
        <w:br/>
        <w:t>f 19652/22295/18385 19729/22335/18413 19653/22296/18386</w:t>
        <w:br/>
        <w:t>f 20356/22443/18483 20357/22442/18482 20400/22477/18509</w:t>
        <w:br/>
        <w:t>f 20404/22478/18510 20358/22444/18484 19666/22479/18511</w:t>
        <w:br/>
        <w:t>f 19731/22337/18415 19652/22295/18385 19651/22294/18384</w:t>
        <w:br/>
        <w:t>f 20356/22443/18483 19731/22337/18415 19651/22294/18384</w:t>
        <w:br/>
        <w:t>f 19691/22339/18416 20356/22443/18483 20400/22477/18509</w:t>
        <w:br/>
        <w:t>f 19648/22292/18382 20358/22444/18484 20357/22442/18482</w:t>
        <w:br/>
        <w:t>f 19650/22293/18383 19648/22292/18382 20357/22442/18482</w:t>
        <w:br/>
        <w:t>f 20357/22442/18482 20358/22444/18484 20404/22478/18510</w:t>
        <w:br/>
        <w:t>f 19691/22339/18416 19731/22337/18415 20356/22443/18483</w:t>
        <w:br/>
        <w:t>f 19648/22292/18382 19649/22291/18381 19686/22313/18399</w:t>
        <w:br/>
        <w:t>f 20358/22444/18484 19648/22292/18382 19686/22313/18399</w:t>
        <w:br/>
        <w:t>f 20192/22393/18450 20189/22396/15234 20265/22428/18473</w:t>
        <w:br/>
        <w:t>f 20224/22411/18460 20232/22418/18465 20271/22431/15150</w:t>
        <w:br/>
        <w:t>f 20026/22365/15109 20027/22364/15114 20029/22368/18433</w:t>
        <w:br/>
        <w:t>f 20408/22480/15218 20164/22383/15215 20168/22387/18447</w:t>
        <w:br/>
        <w:t>f 20412/22481/18512 20411/22482/18513 20410/22483/18514</w:t>
        <w:br/>
        <w:t>f 20410/22483/18514 20411/22482/18513 20413/22484/18515</w:t>
        <w:br/>
        <w:t>f 20416/22485/18516 20415/22486/18517 20414/22487/18518</w:t>
        <w:br/>
        <w:t>f 20418/22488/18519 20417/22489/18520 20415/22486/18517</w:t>
        <w:br/>
        <w:t>f 20421/22490/18521 20420/22491/18521 20417/22489/18520</w:t>
        <w:br/>
        <w:t>f 20419/22492/18522 20421/22490/18521 20417/22489/18520</w:t>
        <w:br/>
        <w:t>f 20422/22493/18523 20413/22484/18515 20420/22491/18521</w:t>
        <w:br/>
        <w:t>f 20421/22490/18521 20422/22493/18523 20420/22491/18521</w:t>
        <w:br/>
        <w:t>f 20425/22494/18524 20424/22495/18525 20423/22496/18526</w:t>
        <w:br/>
        <w:t>f 20428/22497/18527 20427/22498/18528 20426/22499/18529</w:t>
        <w:br/>
        <w:t>f 20430/22500/18530 20426/22499/18529 20429/22501/18531</w:t>
        <w:br/>
        <w:t>f 20419/22492/18522 20417/22489/18520 20418/22488/18519</w:t>
        <w:br/>
        <w:t>f 20424/22495/18525 20431/22502/18532 20429/22501/18531</w:t>
        <w:br/>
        <w:t>f 20423/22496/18526 20424/22495/18525 20429/22501/18531</w:t>
        <w:br/>
        <w:t>f 20432/22503/18533 20427/22498/18528 20428/22497/18527</w:t>
        <w:br/>
        <w:t>f 20414/22487/18518 20415/22486/18517 20433/22504/18534</w:t>
        <w:br/>
        <w:t>f 20435/22505/18535 20427/22498/18528 20434/22506/18536</w:t>
        <w:br/>
        <w:t>f 20433/22504/18534 20437/22507/18535 20436/22508/18537</w:t>
        <w:br/>
        <w:t>f 20427/22498/18528 20432/22503/18533 20438/22509/18538</w:t>
        <w:br/>
        <w:t>f 20427/22498/18528 20438/22509/18538 20434/22506/18536</w:t>
        <w:br/>
        <w:t>f 20433/22504/18534 20415/22486/18517 20437/22507/18535</w:t>
        <w:br/>
        <w:t>f 20428/22497/18527 20426/22499/18529 20430/22500/18530</w:t>
        <w:br/>
        <w:t>f 20430/22500/18530 20429/22501/18531 20431/22502/18532</w:t>
        <w:br/>
        <w:t>f 20410/22483/18514 20413/22484/18515 20422/22493/18523</w:t>
        <w:br/>
        <w:t>f 20418/22488/18519 20415/22486/18517 20416/22485/18516</w:t>
        <w:br/>
        <w:t>f 19468/22166/18262 19428/22128/18232 19472/22169/18265</w:t>
        <w:br/>
        <w:t>f 19441/22144/18246 19442/22143/18245 19440/22140/18243</w:t>
        <w:br/>
        <w:t>f 20440/22510/18242 19470/22171/18267 19424/22127/18231</w:t>
        <w:br/>
        <w:t>f 20439/22511/18209 20440/22510/18242 19424/22127/18231</w:t>
        <w:br/>
        <w:t>f 20442/22512/18513 20441/22513/18539 20425/22494/18524</w:t>
        <w:br/>
        <w:t>f 20423/22496/18526 20442/22512/18513 20425/22494/18524</w:t>
        <w:br/>
        <w:t>f 19409/22112/18217 19410/22111/18216 19418/22119/18224</w:t>
        <w:br/>
        <w:t>f 19416/22113/18218 19409/22112/18217 19418/22119/18224</w:t>
        <w:br/>
        <w:t>f 20443/22514/18540 19409/22112/18217 19416/22113/18218</w:t>
        <w:br/>
        <w:t>f 19413/22116/18221 20443/22514/18540 19416/22113/18218</w:t>
        <w:br/>
        <w:t>f 19411/22110/18215 19412/22109/18214 19403/22105/18210</w:t>
        <w:br/>
        <w:t>f 19412/22109/18214 20445/22515/18541 20444/22516/18542</w:t>
        <w:br/>
        <w:t>f 19405/22103/18208 19412/22109/18214 20444/22516/18542</w:t>
        <w:br/>
        <w:t>f 19420/22121/18226 19417/22117/18222 19415/22114/18219</w:t>
        <w:br/>
        <w:t>f 19426/22125/18229 20447/22517/18543 20446/22518/18544</w:t>
        <w:br/>
        <w:t>f 19425/22126/18230 19426/22125/18229 20446/22518/18544</w:t>
        <w:br/>
        <w:t>f 20449/22519/18545 19432/22132/18235 20448/22520/18546</w:t>
        <w:br/>
        <w:t>f 20452/22521/18547 20451/22522/18548 20450/22523/18549</w:t>
        <w:br/>
        <w:t>f 20453/22524/18550 20452/22521/18547 20450/22523/18549</w:t>
        <w:br/>
        <w:t>f 19429/22131/18234 20448/22520/18546 19432/22132/18235</w:t>
        <w:br/>
        <w:t>f 19412/22109/18214 19405/22103/18208 19403/22105/18210</w:t>
        <w:br/>
        <w:t>f 19473/22176/18270 19474/22175/18270 19479/22178/18272</w:t>
        <w:br/>
        <w:t>f 19480/22177/18271 19473/22176/18270 19479/22178/18272</w:t>
        <w:br/>
        <w:t>f 20454/22525/18551 20449/22519/18545 20448/22520/18546</w:t>
        <w:br/>
        <w:t>f 20455/22526/18552 20369/22445/18485 19495/22192/18286</w:t>
        <w:br/>
        <w:t>f 19496/22191/18285 20455/22526/18552 19495/22192/18286</w:t>
        <w:br/>
        <w:t>f 20456/22527/18553 20455/22526/18552 19496/22191/18285</w:t>
        <w:br/>
        <w:t>f 19499/22193/18287 20456/22527/18553 19496/22191/18285</w:t>
        <w:br/>
        <w:t>f 20457/22528/18554 20456/22527/18553 19499/22193/18287</w:t>
        <w:br/>
        <w:t>f 19507/22198/18292 20457/22528/18554 19499/22193/18287</w:t>
        <w:br/>
        <w:t>f 20387/22464/18498 19504/22196/18290 20458/22529/18555</w:t>
        <w:br/>
        <w:t>f 20386/22465/18499 20387/22464/18498 20458/22529/18555</w:t>
        <w:br/>
        <w:t>f 20458/22529/18555 20459/22530/18327 20386/22465/18499</w:t>
        <w:br/>
        <w:t>f 19504/22196/18290 20387/22464/18498 20457/22528/18554</w:t>
        <w:br/>
        <w:t>f 19507/22198/18292 19504/22196/18290 20457/22528/18554</w:t>
        <w:br/>
        <w:t>f 20383/22458/18494 20382/22459/18494 20387/22464/18498</w:t>
        <w:br/>
        <w:t>f 20388/22463/18497 20383/22458/18494 20387/22464/18498</w:t>
        <w:br/>
        <w:t>f 20445/22515/18541 19412/22109/18214 19409/22112/18217</w:t>
        <w:br/>
        <w:t>f 20443/22514/18540 20445/22515/18541 19409/22112/18217</w:t>
        <w:br/>
        <w:t>f 20444/22516/18542 20445/22515/18541 19408/22106/18211</w:t>
        <w:br/>
        <w:t>f 19408/22106/18211 20445/22515/18541 20443/22514/18540</w:t>
        <w:br/>
        <w:t>f 19407/22107/18212 19408/22106/18211 20443/22514/18540</w:t>
        <w:br/>
        <w:t>f 19407/22107/18212 20443/22514/18540 19413/22116/18221</w:t>
        <w:br/>
        <w:t>f 19437/22137/18240 19407/22107/18212 19413/22116/18221</w:t>
        <w:br/>
        <w:t>f 19437/22137/18240 19413/22116/18221 19414/22115/18220</w:t>
        <w:br/>
        <w:t>f 19435/22134/18237 20461/22531/18556 20460/22532/18557</w:t>
        <w:br/>
        <w:t>f 19434/22135/18238 19435/22134/18237 20460/22532/18557</w:t>
        <w:br/>
        <w:t>f 20447/22517/18543 19426/22125/18229 19428/22128/18232</w:t>
        <w:br/>
        <w:t>f 20462/22533/18558 20447/22517/18543 19428/22128/18232</w:t>
        <w:br/>
        <w:t>f 20461/22531/18556 20450/22523/18549 20451/22522/18548</w:t>
        <w:br/>
        <w:t>f 20460/22532/18557 20461/22531/18556 20451/22522/18548</w:t>
        <w:br/>
        <w:t>f 20453/22524/18550 20462/22533/18558 19428/22128/18232</w:t>
        <w:br/>
        <w:t>f 20447/22517/18543 19435/22134/18237 19436/22133/18236</w:t>
        <w:br/>
        <w:t>f 20446/22518/18544 20447/22517/18543 19436/22133/18236</w:t>
        <w:br/>
        <w:t>f 19435/22134/18237 20447/22517/18543 20462/22533/18558</w:t>
        <w:br/>
        <w:t>f 20461/22531/18556 19435/22134/18237 20462/22533/18558</w:t>
        <w:br/>
        <w:t>f 20453/22524/18550 20450/22523/18549 20461/22531/18556</w:t>
        <w:br/>
        <w:t>f 20462/22533/18558 20453/22524/18550 20461/22531/18556</w:t>
        <w:br/>
        <w:t>f 19433/22136/18239 19434/22135/18238 20448/22520/18546</w:t>
        <w:br/>
        <w:t>f 19429/22131/18234 19433/22136/18239 20448/22520/18546</w:t>
        <w:br/>
        <w:t>f 20454/22525/18551 20448/22520/18546 19434/22135/18238</w:t>
        <w:br/>
        <w:t>f 20460/22532/18557 20454/22525/18551 19434/22135/18238</w:t>
        <w:br/>
        <w:t>f 20451/22522/18548 20454/22525/18551 20460/22532/18557</w:t>
        <w:br/>
        <w:t>f 20337/22435/18476 19495/22192/18286 20369/22445/18485</w:t>
        <w:br/>
        <w:t>f 20577/22534/1217 20576/22535/6370 20575/22536/1213</w:t>
        <w:br/>
        <w:t>f 20578/22537/1214 20577/22534/1217 20575/22536/1213</w:t>
        <w:br/>
        <w:t>f 20582/22538/1217 20581/22539/1215 20580/22540/6020</w:t>
        <w:br/>
        <w:t>f 20579/22541/1212 20582/22538/1217 20580/22540/6020</w:t>
        <w:br/>
        <w:t>f 20581/22539/1215 20584/22542/1218 20583/22543/1219</w:t>
        <w:br/>
        <w:t>f 20580/22540/6020 20581/22539/1215 20583/22543/1219</w:t>
        <w:br/>
        <w:t>f 20586/22544/1220 20585/22545/1221 20583/22543/1219</w:t>
        <w:br/>
        <w:t>f 20584/22542/1218 20586/22544/1220 20583/22543/1219</w:t>
        <w:br/>
        <w:t>f 20588/22546/7319 20587/22547/1223 20585/22545/1221</w:t>
        <w:br/>
        <w:t>f 20586/22544/1220 20588/22546/7319 20585/22545/1221</w:t>
        <w:br/>
        <w:t>f 20588/22546/7319 20590/22548/1224 20589/22549/8095</w:t>
        <w:br/>
        <w:t>f 20587/22547/1223 20588/22546/7319 20589/22549/8095</w:t>
        <w:br/>
        <w:t>f 20590/22548/1224 20592/22550/1226 20591/22551/5866</w:t>
        <w:br/>
        <w:t>f 20589/22549/8095 20590/22548/1224 20591/22551/5866</w:t>
        <w:br/>
        <w:t>f 20578/22537/1214 20575/22536/1213 20591/22551/5866</w:t>
        <w:br/>
        <w:t>f 20592/22550/1226 20578/22537/1214 20591/22551/5866</w:t>
        <w:br/>
        <w:t>f 20593/22552/1231 20577/22534/1217 20578/22537/1214</w:t>
        <w:br/>
        <w:t>f 20594/22553/1229 20593/22552/1231 20578/22537/1214</w:t>
        <w:br/>
        <w:t>f 20596/22554/1231 20595/22555/1230 20581/22539/1215</w:t>
        <w:br/>
        <w:t>f 20582/22538/1217 20596/22554/1231 20581/22539/1215</w:t>
        <w:br/>
        <w:t>f 20595/22555/1230 20597/22556/1232 20584/22542/1218</w:t>
        <w:br/>
        <w:t>f 20581/22539/1215 20595/22555/1230 20584/22542/1218</w:t>
        <w:br/>
        <w:t>f 20597/22556/1232 20598/22557/1233 20586/22544/1220</w:t>
        <w:br/>
        <w:t>f 20584/22542/1218 20597/22556/1232 20586/22544/1220</w:t>
        <w:br/>
        <w:t>f 20598/22557/1233 20599/22558/1234 20588/22546/7319</w:t>
        <w:br/>
        <w:t>f 20586/22544/1220 20598/22557/1233 20588/22546/7319</w:t>
        <w:br/>
        <w:t>f 20600/22559/5854 20590/22548/1224 20588/22546/7319</w:t>
        <w:br/>
        <w:t>f 20599/22558/1234 20600/22559/5854 20588/22546/7319</w:t>
        <w:br/>
        <w:t>f 20601/22560/1236 20592/22550/1226 20590/22548/1224</w:t>
        <w:br/>
        <w:t>f 20600/22559/5854 20601/22560/1236 20590/22548/1224</w:t>
        <w:br/>
        <w:t>f 20594/22553/1229 20578/22537/1214 20592/22550/1226</w:t>
        <w:br/>
        <w:t>f 20601/22560/1236 20594/22553/1229 20592/22550/1226</w:t>
        <w:br/>
        <w:t>f 20602/22561/1428 20593/22552/1231 20594/22553/1229</w:t>
        <w:br/>
        <w:t>f 20603/22562/1238 20602/22561/1428 20594/22553/1229</w:t>
        <w:br/>
        <w:t>f 20605/22563/1428 20604/22564/1431 20595/22555/1230</w:t>
        <w:br/>
        <w:t>f 20596/22554/1231 20605/22563/1428 20595/22555/1230</w:t>
        <w:br/>
        <w:t>f 20606/22565/1241 20597/22556/1232 20595/22555/1230</w:t>
        <w:br/>
        <w:t>f 20604/22564/1431 20606/22565/1241 20595/22555/1230</w:t>
        <w:br/>
        <w:t>f 20606/22565/1241 20607/22566/1433 20598/22557/1233</w:t>
        <w:br/>
        <w:t>f 20597/22556/1232 20606/22565/1241 20598/22557/1233</w:t>
        <w:br/>
        <w:t>f 20607/22566/1433 20608/22567/7323 20599/22558/1234</w:t>
        <w:br/>
        <w:t>f 20598/22557/1233 20607/22566/1433 20599/22558/1234</w:t>
        <w:br/>
        <w:t>f 20609/22568/6028 20600/22559/5854 20599/22558/1234</w:t>
        <w:br/>
        <w:t>f 20608/22567/7323 20609/22568/6028 20599/22558/1234</w:t>
        <w:br/>
        <w:t>f 20610/22569/5874 20601/22560/1236 20600/22559/5854</w:t>
        <w:br/>
        <w:t>f 20609/22568/6028 20610/22569/5874 20600/22559/5854</w:t>
        <w:br/>
        <w:t>f 20603/22562/1238 20594/22553/1229 20601/22560/1236</w:t>
        <w:br/>
        <w:t>f 20610/22569/5874 20603/22562/1238 20601/22560/1236</w:t>
        <w:br/>
        <w:t>f 20576/22535/6370 20611/22570/1246 20575/22536/1213</w:t>
        <w:br/>
        <w:t>f 20580/22540/6020 20611/22570/1246 20579/22541/1212</w:t>
        <w:br/>
        <w:t>f 20583/22543/1219 20611/22570/1246 20580/22540/6020</w:t>
        <w:br/>
        <w:t>f 20585/22545/1221 20611/22570/1246 20583/22543/1219</w:t>
        <w:br/>
        <w:t>f 20587/22547/1223 20611/22570/1246 20585/22545/1221</w:t>
        <w:br/>
        <w:t>f 20589/22549/8095 20611/22570/1246 20587/22547/1223</w:t>
        <w:br/>
        <w:t>f 20591/22551/5866 20611/22570/1246 20589/22549/8095</w:t>
        <w:br/>
        <w:t>f 20575/22536/1213 20611/22570/1246 20591/22551/5866</w:t>
        <w:br/>
        <w:t>f 20603/22562/1238 20612/22571/1247 20602/22561/1428</w:t>
        <w:br/>
        <w:t>f 20605/22563/1428 20612/22571/1247 20604/22564/1431</w:t>
        <w:br/>
        <w:t>f 20604/22564/1431 20612/22571/1247 20606/22565/1241</w:t>
        <w:br/>
        <w:t>f 20606/22565/1241 20612/22571/1247 20607/22566/1433</w:t>
        <w:br/>
        <w:t>f 20607/22566/1433 20612/22571/1247 20608/22567/7323</w:t>
        <w:br/>
        <w:t>f 20608/22567/7323 20612/22571/1247 20609/22568/6028</w:t>
        <w:br/>
        <w:t>f 20609/22568/6028 20612/22571/1247 20610/22569/5874</w:t>
        <w:br/>
        <w:t>f 20610/22569/5874 20612/22571/1247 20603/22562/1238</w:t>
        <w:br/>
        <w:t>f 23426/22572/1217 23425/22573/1212 23424/22574/1213</w:t>
        <w:br/>
        <w:t>f 23427/22575/1214 23426/22572/1217 23424/22574/1213</w:t>
        <w:br/>
        <w:t>f 23431/22576/1217 23430/22577/1215 23429/22578/6020</w:t>
        <w:br/>
        <w:t>f 23428/22579/1212 23431/22576/1217 23429/22578/6020</w:t>
        <w:br/>
        <w:t>f 23430/22577/1215 23433/22580/1218 23432/22581/1219</w:t>
        <w:br/>
        <w:t>f 23429/22578/6020 23430/22577/1215 23432/22581/1219</w:t>
        <w:br/>
        <w:t>f 23433/22580/1218 23435/22582/1220 23434/22583/1221</w:t>
        <w:br/>
        <w:t>f 23432/22581/1219 23433/22580/1218 23434/22583/1221</w:t>
        <w:br/>
        <w:t>f 23437/22584/1222 23436/22585/1223 23434/22583/1221</w:t>
        <w:br/>
        <w:t>f 23435/22582/1220 23437/22584/1222 23434/22583/1221</w:t>
        <w:br/>
        <w:t>f 23439/22586/1224 23438/22587/8095 23436/22585/1223</w:t>
        <w:br/>
        <w:t>f 23437/22584/1222 23439/22586/1224 23436/22585/1223</w:t>
        <w:br/>
        <w:t>f 23439/22586/1224 23441/22588/1226 23440/22589/5866</w:t>
        <w:br/>
        <w:t>f 23438/22587/8095 23439/22586/1224 23440/22589/5866</w:t>
        <w:br/>
        <w:t>f 23427/22575/1214 23424/22574/1213 23440/22589/5866</w:t>
        <w:br/>
        <w:t>f 23441/22588/1226 23427/22575/1214 23440/22589/5866</w:t>
        <w:br/>
        <w:t>f 23442/22590/1231 23426/22572/1217 23427/22575/1214</w:t>
        <w:br/>
        <w:t>f 23443/22591/1229 23442/22590/1231 23427/22575/1214</w:t>
        <w:br/>
        <w:t>f 23445/22592/1231 23444/22593/1230 23430/22577/1215</w:t>
        <w:br/>
        <w:t>f 23431/22576/1217 23445/22592/1231 23430/22577/1215</w:t>
        <w:br/>
        <w:t>f 23444/22593/1230 23446/22594/1232 23433/22580/1218</w:t>
        <w:br/>
        <w:t>f 23430/22577/1215 23444/22593/1230 23433/22580/1218</w:t>
        <w:br/>
        <w:t>f 23446/22594/1232 23447/22595/1233 23435/22582/1220</w:t>
        <w:br/>
        <w:t>f 23433/22580/1218 23446/22594/1232 23435/22582/1220</w:t>
        <w:br/>
        <w:t>f 23447/22595/1233 23448/22596/1234 23437/22584/1222</w:t>
        <w:br/>
        <w:t>f 23435/22582/1220 23447/22595/1233 23437/22584/1222</w:t>
        <w:br/>
        <w:t>f 23449/22597/5854 23439/22586/1224 23437/22584/1222</w:t>
        <w:br/>
        <w:t>f 23448/22596/1234 23449/22597/5854 23437/22584/1222</w:t>
        <w:br/>
        <w:t>f 23450/22598/1236 23441/22588/1226 23439/22586/1224</w:t>
        <w:br/>
        <w:t>f 23449/22597/5854 23450/22598/1236 23439/22586/1224</w:t>
        <w:br/>
        <w:t>f 23443/22591/1229 23427/22575/1214 23441/22588/1226</w:t>
        <w:br/>
        <w:t>f 23450/22598/1236 23443/22591/1229 23441/22588/1226</w:t>
        <w:br/>
        <w:t>f 23452/22599/1238 23451/22600/1428 23442/22590/1231</w:t>
        <w:br/>
        <w:t>f 23443/22591/1229 23452/22599/1238 23442/22590/1231</w:t>
        <w:br/>
        <w:t>f 23453/22601/1431 23444/22593/1230 23445/22592/1231</w:t>
        <w:br/>
        <w:t>f 23454/22602/1428 23453/22601/1431 23445/22592/1231</w:t>
        <w:br/>
        <w:t>f 23455/22603/1241 23446/22594/1232 23444/22593/1230</w:t>
        <w:br/>
        <w:t>f 23453/22601/1431 23455/22603/1241 23444/22593/1230</w:t>
        <w:br/>
        <w:t>f 23455/22603/1241 23456/22604/1433 23447/22595/1233</w:t>
        <w:br/>
        <w:t>f 23446/22594/1232 23455/22603/1241 23447/22595/1233</w:t>
        <w:br/>
        <w:t>f 23456/22604/1433 23457/22605/7323 23448/22596/1234</w:t>
        <w:br/>
        <w:t>f 23447/22595/1233 23456/22604/1433 23448/22596/1234</w:t>
        <w:br/>
        <w:t>f 23457/22605/7323 23458/22606/6028 23449/22597/5854</w:t>
        <w:br/>
        <w:t>f 23448/22596/1234 23457/22605/7323 23449/22597/5854</w:t>
        <w:br/>
        <w:t>f 23459/22607/5874 23450/22598/1236 23449/22597/5854</w:t>
        <w:br/>
        <w:t>f 23458/22606/6028 23459/22607/5874 23449/22597/5854</w:t>
        <w:br/>
        <w:t>f 23459/22607/5874 23452/22599/1238 23443/22591/1229</w:t>
        <w:br/>
        <w:t>f 23450/22598/1236 23459/22607/5874 23443/22591/1229</w:t>
        <w:br/>
        <w:t>f 23425/22573/1212 23460/22608/1246 23424/22574/1213</w:t>
        <w:br/>
        <w:t>f 23429/22578/6020 23460/22608/1246 23428/22579/1212</w:t>
        <w:br/>
        <w:t>f 23432/22581/1219 23460/22608/1246 23429/22578/6020</w:t>
        <w:br/>
        <w:t>f 23434/22583/1221 23460/22608/1246 23432/22581/1219</w:t>
        <w:br/>
        <w:t>f 23436/22585/1223 23460/22608/1246 23434/22583/1221</w:t>
        <w:br/>
        <w:t>f 23438/22587/8095 23460/22608/1246 23436/22585/1223</w:t>
        <w:br/>
        <w:t>f 23440/22589/5866 23460/22608/1246 23438/22587/8095</w:t>
        <w:br/>
        <w:t>f 23424/22574/1213 23460/22608/1246 23440/22589/5866</w:t>
        <w:br/>
        <w:t>f 23452/22599/1238 23461/22609/1247 23451/22600/1428</w:t>
        <w:br/>
        <w:t>f 23454/22602/1428 23461/22609/1247 23453/22601/1431</w:t>
        <w:br/>
        <w:t>f 23453/22601/1431 23461/22609/1247 23455/22603/1241</w:t>
        <w:br/>
        <w:t>f 23455/22603/1241 23461/22609/1247 23456/22604/1433</w:t>
        <w:br/>
        <w:t>f 23456/22604/1433 23461/22609/1247 23457/22605/7323</w:t>
        <w:br/>
        <w:t>f 23457/22605/7323 23461/22609/1247 23458/22606/6028</w:t>
        <w:br/>
        <w:t>f 23458/22606/6028 23461/22609/1247 23459/22607/5874</w:t>
        <w:br/>
        <w:t>f 23459/22607/5874 23461/22609/1247 23452/22599/1238</w:t>
        <w:br/>
        <w:t>f 780/22610/18559 779/22611/18560 778/22612/18560</w:t>
        <w:br/>
        <w:t>f 777/22613/18559 780/22610/18559 778/22612/18560</w:t>
        <w:br/>
        <w:t>f 784/22614/18561 783/22615/18561 782/22616/18562</w:t>
        <w:br/>
        <w:t>f 781/22617/18563 784/22614/18561 782/22616/18562</w:t>
        <w:br/>
        <w:t>f 788/22618/18564 787/22619/18565 786/22620/18566</w:t>
        <w:br/>
        <w:t>f 785/22621/18564 788/22618/18564 786/22620/18566</w:t>
        <w:br/>
        <w:t>f 791/22622/18567 790/22623/18568 789/22624/18567</w:t>
        <w:br/>
        <w:t>f 794/22625/18569 793/22626/18570 792/22627/18570</w:t>
        <w:br/>
        <w:t>f 794/22625/18569 786/22620/18566 787/22619/18565</w:t>
        <w:br/>
        <w:t>f 781/22617/18563 782/22616/18562 790/22623/18571</w:t>
        <w:br/>
        <w:t>f 796/22628/18572 792/22627/18570 793/22626/18570</w:t>
        <w:br/>
        <w:t>f 795/22629/18573 796/22628/18572 793/22626/18570</w:t>
        <w:br/>
        <w:t>f 14325/22630/18574 14324/22631/18575 14323/22632/18576</w:t>
        <w:br/>
        <w:t>f 14322/22633/18577 14325/22630/18574 14323/22632/18576</w:t>
        <w:br/>
        <w:t>f 14324/22631/18575 14325/22630/18574 14327/22634/18578</w:t>
        <w:br/>
        <w:t>f 14326/22635/18579 14324/22631/18575 14327/22634/18578</w:t>
        <w:br/>
        <w:t>f 14330/22636/18580 14329/22637/18581 14328/22638/18582</w:t>
        <w:br/>
        <w:t>f 14327/22634/18578 14330/22636/18580 14328/22638/18582</w:t>
        <w:br/>
        <w:t>f 14334/22639/17701 14333/22640/18583 14332/22641/18584</w:t>
        <w:br/>
        <w:t>f 14331/22642/18585 14334/22639/17701 14332/22641/18584</w:t>
        <w:br/>
        <w:t>f 14334/22639/17701 14331/22642/18585 14335/22643/17699</w:t>
        <w:br/>
        <w:t>f 14337/22644/18586 14336/22645/18587 14335/22643/17699</w:t>
        <w:br/>
        <w:t>f 14331/22642/18585 14337/22644/18586 14335/22643/17699</w:t>
        <w:br/>
        <w:t>f 14331/22642/18585 14332/22641/18584 14339/22646/18588</w:t>
        <w:br/>
        <w:t>f 14338/22647/18589 14331/22642/18585 14339/22646/18588</w:t>
        <w:br/>
        <w:t>f 14340/22648/18590 14337/22644/18586 14331/22642/18585</w:t>
        <w:br/>
        <w:t>f 14338/22647/18589 14340/22648/18590 14331/22642/18585</w:t>
        <w:br/>
        <w:t>f 14325/22630/18574 14322/22633/18577 14342/22649/18591</w:t>
        <w:br/>
        <w:t>f 14341/22650/18592 14325/22630/18574 14342/22649/18591</w:t>
        <w:br/>
        <w:t>f 14343/22651/18593 14327/22634/18578 14325/22630/18574</w:t>
        <w:br/>
        <w:t>f 14341/22650/18592 14343/22651/18593 14325/22630/18574</w:t>
        <w:br/>
        <w:t>f 14327/22634/18578 14343/22651/18593 14344/22652/18594</w:t>
        <w:br/>
        <w:t>f 14330/22636/18580 14327/22634/18578 14344/22652/18594</w:t>
        <w:br/>
        <w:t>f 14348/22653/18595 14347/22654/18595 14346/22655/18596</w:t>
        <w:br/>
        <w:t>f 14345/22656/18596 14348/22653/18595 14346/22655/18596</w:t>
        <w:br/>
        <w:t>f 14348/22653/18595 14350/22657/18597 14349/22658/18597</w:t>
        <w:br/>
        <w:t>f 14347/22654/18595 14348/22653/18595 14349/22658/18597</w:t>
        <w:br/>
        <w:t>f 14354/22659/18598 14353/22660/18599 14352/22661/18600</w:t>
        <w:br/>
        <w:t>f 14351/22662/18601 14354/22659/18598 14352/22661/18600</w:t>
        <w:br/>
        <w:t>f 14350/22657/18597 14356/22663/18602 14355/22664/18602</w:t>
        <w:br/>
        <w:t>f 14349/22658/18597 14350/22657/18597 14355/22664/18602</w:t>
        <w:br/>
        <w:t>f 14360/22665/18603 14359/22666/18604 14358/22667/18605</w:t>
        <w:br/>
        <w:t>f 14357/22668/18606 14360/22665/18603 14358/22667/18605</w:t>
        <w:br/>
        <w:t>f 14362/22669/18607 14361/22670/18608 14359/22666/18604</w:t>
        <w:br/>
        <w:t>f 14360/22665/18603 14362/22669/18607 14359/22666/18604</w:t>
        <w:br/>
        <w:t>f 14366/22671/17806 14365/22672/18609 14364/22673/18610</w:t>
        <w:br/>
        <w:t>f 14363/22674/17818 14366/22671/17806 14364/22673/18610</w:t>
        <w:br/>
        <w:t>f 14364/22673/18610 14357/22668/18606 14358/22667/18605</w:t>
        <w:br/>
        <w:t>f 14363/22674/17818 14364/22673/18610 14358/22667/18605</w:t>
        <w:br/>
        <w:t>f 14365/22672/18609 14366/22671/17806 14368/22675/18611</w:t>
        <w:br/>
        <w:t>f 14367/22676/18612 14365/22672/18609 14368/22675/18611</w:t>
        <w:br/>
        <w:t>f 14368/22675/18611 14370/22677/18613 14369/22678/18614</w:t>
        <w:br/>
        <w:t>f 14367/22676/18612 14368/22675/18611 14369/22678/18614</w:t>
        <w:br/>
        <w:t>f 14374/22679/18615 14373/22680/17684 14372/22681/17688</w:t>
        <w:br/>
        <w:t>f 14371/22682/18616 14374/22679/18615 14372/22681/17688</w:t>
        <w:br/>
        <w:t>f 14378/22683/17706 14377/22684/18617 14376/22685/18618</w:t>
        <w:br/>
        <w:t>f 14375/22686/18619 14378/22683/17706 14376/22685/18618</w:t>
        <w:br/>
        <w:t>f 14372/22681/17688 14378/22683/17706 14375/22686/18619</w:t>
        <w:br/>
        <w:t>f 14371/22682/18616 14372/22681/17688 14375/22686/18619</w:t>
        <w:br/>
        <w:t>f 14382/22687/18620 14381/22688/18621 14380/22689/18622</w:t>
        <w:br/>
        <w:t>f 14379/22690/18623 14382/22687/18620 14380/22689/18622</w:t>
        <w:br/>
        <w:t>f 14379/22690/18623 14383/22691/18624 14382/22687/18620</w:t>
        <w:br/>
        <w:t>f 14361/22670/18608 14362/22669/18607 14385/22692/18625</w:t>
        <w:br/>
        <w:t>f 14384/22693/18626 14361/22670/18608 14385/22692/18625</w:t>
        <w:br/>
        <w:t>f 14387/22694/18627 14386/22695/18628 14351/22662/18629</w:t>
        <w:br/>
        <w:t>f 14389/22696/18622 14388/22697/18630 14386/22695/18628</w:t>
        <w:br/>
        <w:t>f 14351/22662/18629 14386/22695/18628 14388/22697/18630</w:t>
        <w:br/>
        <w:t>f 14386/22695/18628 14392/22698/18631 14391/22699/18632</w:t>
        <w:br/>
        <w:t>f 14390/22700/18633 14386/22695/18628 14391/22699/18632</w:t>
        <w:br/>
        <w:t>f 14394/22701/18634 14391/22699/18632 14392/22698/18631</w:t>
        <w:br/>
        <w:t>f 14393/22702/18635 14394/22701/18634 14392/22698/18631</w:t>
        <w:br/>
        <w:t>f 14393/22702/18635 14396/22703/18636 14395/22704/18637</w:t>
        <w:br/>
        <w:t>f 14394/22701/18634 14393/22702/18635 14395/22704/18637</w:t>
        <w:br/>
        <w:t>f 14398/22705/18638 14397/22706/18639 14393/22702/18635</w:t>
        <w:br/>
        <w:t>f 14400/22707/18640 14393/22702/18635 14399/22708/18604</w:t>
        <w:br/>
        <w:t>f 14393/22702/18635 14397/22706/18639 14399/22708/18604</w:t>
        <w:br/>
        <w:t>f 14390/22700/18633 14391/22699/18632 14402/22709/18641</w:t>
        <w:br/>
        <w:t>f 14401/22710/18642 14390/22700/18633 14402/22709/18641</w:t>
        <w:br/>
        <w:t>f 14402/22709/18641 14391/22699/18632 14394/22701/18634</w:t>
        <w:br/>
        <w:t>f 14395/22704/18637 14402/22709/18641 14394/22701/18634</w:t>
        <w:br/>
        <w:t>f 14404/22711/18623 14389/22696/18622 14401/22710/18642</w:t>
        <w:br/>
        <w:t>f 14403/22712/18643 14404/22711/18623 14401/22710/18642</w:t>
        <w:br/>
        <w:t>f 14395/22704/18637 14400/22707/18644 14406/22713/18645</w:t>
        <w:br/>
        <w:t>f 14405/22714/18646 14395/22704/18637 14406/22713/18645</w:t>
        <w:br/>
        <w:t>f 14403/22712/18643 14401/22710/18642 14402/22709/18641</w:t>
        <w:br/>
        <w:t>f 14407/22715/18647 14403/22712/18643 14402/22709/18641</w:t>
        <w:br/>
        <w:t>f 14405/22714/18646 14407/22715/18647 14402/22709/18641</w:t>
        <w:br/>
        <w:t>f 14395/22704/18637 14405/22714/18646 14402/22709/18641</w:t>
        <w:br/>
        <w:t>f 14410/22716/18646 14409/22717/18648 14408/22718/18649</w:t>
        <w:br/>
        <w:t>f 14408/22718/18649 14409/22717/18648 14411/22719/18650</w:t>
        <w:br/>
        <w:t>f 14379/22690/18623 14411/22719/18650 14383/22691/18624</w:t>
        <w:br/>
        <w:t>f 14412/22720/18651 14410/22716/18646 14384/22693/18652</w:t>
        <w:br/>
        <w:t>f 14381/22688/18621 14382/22687/18620 14414/22721/18653</w:t>
        <w:br/>
        <w:t>f 14413/22722/18654 14381/22688/18621 14414/22721/18653</w:t>
        <w:br/>
        <w:t>f 14415/22723/18655 14414/22721/18653 14382/22687/18620</w:t>
        <w:br/>
        <w:t>f 14416/22724/18656 14415/22723/18655 14382/22687/18620</w:t>
        <w:br/>
        <w:t>f 14419/22725/18657 14418/22726/18658 14417/22727/18659</w:t>
        <w:br/>
        <w:t>f 14360/22665/18603 14421/22728/18660 14420/22729/18661</w:t>
        <w:br/>
        <w:t>f 14362/22669/18607 14360/22665/18603 14420/22729/18661</w:t>
        <w:br/>
        <w:t>f 14360/22665/18603 14357/22668/18606 14422/22730/18662</w:t>
        <w:br/>
        <w:t>f 14421/22728/18660 14360/22665/18603 14422/22730/18662</w:t>
        <w:br/>
        <w:t>f 14357/22668/18606 14364/22673/18610 14423/22731/18663</w:t>
        <w:br/>
        <w:t>f 14422/22730/18662 14357/22668/18606 14423/22731/18663</w:t>
        <w:br/>
        <w:t>f 14364/22673/18610 14365/22672/18609 14424/22732/18664</w:t>
        <w:br/>
        <w:t>f 14423/22731/18663 14364/22673/18610 14424/22732/18664</w:t>
        <w:br/>
        <w:t>f 14365/22672/18609 14367/22676/18612 14425/22733/18665</w:t>
        <w:br/>
        <w:t>f 14424/22732/18664 14365/22672/18609 14425/22733/18665</w:t>
        <w:br/>
        <w:t>f 14367/22676/18612 14369/22678/18614 14426/22734/18666</w:t>
        <w:br/>
        <w:t>f 14425/22733/18665 14367/22676/18612 14426/22734/18666</w:t>
        <w:br/>
        <w:t>f 14429/22735/18666 14428/22736/18614 14371/22682/18616</w:t>
        <w:br/>
        <w:t>f 14427/22737/18667 14429/22735/18666 14371/22682/18616</w:t>
        <w:br/>
        <w:t>f 14427/22737/18667 14371/22682/18616 14375/22686/18619</w:t>
        <w:br/>
        <w:t>f 14430/22738/18668 14427/22737/18667 14375/22686/18619</w:t>
        <w:br/>
        <w:t>f 14430/22738/18668 14375/22686/18619 14376/22685/18618</w:t>
        <w:br/>
        <w:t>f 14431/22739/18669 14430/22738/18668 14376/22685/18618</w:t>
        <w:br/>
        <w:t>f 14433/22740/18670 14420/22729/18661 14432/22741/18671</w:t>
        <w:br/>
        <w:t>f 14432/22741/18671 14420/22729/18661 14421/22728/18660</w:t>
        <w:br/>
        <w:t>f 14434/22742/18672 14432/22741/18671 14421/22728/18660</w:t>
        <w:br/>
        <w:t>f 14434/22742/18672 14421/22728/18660 14422/22730/18662</w:t>
        <w:br/>
        <w:t>f 14415/22723/18655 14435/22743/18673 14414/22721/18653</w:t>
        <w:br/>
        <w:t>f 14435/22743/18673 14413/22722/18654 14414/22721/18653</w:t>
        <w:br/>
        <w:t>f 14338/22647/18589 14339/22646/18588 14437/22744/18674</w:t>
        <w:br/>
        <w:t>f 14436/22745/18675 14338/22647/18589 14437/22744/18674</w:t>
        <w:br/>
        <w:t>f 14437/22744/18674 14438/22746/18676 14436/22745/18675</w:t>
        <w:br/>
        <w:t>f 14417/22727/18659 14418/22726/18658 14440/22747/18677</w:t>
        <w:br/>
        <w:t>f 14439/22748/18678 14417/22727/18659 14440/22747/18677</w:t>
        <w:br/>
        <w:t>f 14440/22747/18677 14441/22749/18679 14416/22724/18656</w:t>
        <w:br/>
        <w:t>f 14439/22748/18678 14440/22747/18677 14416/22724/18656</w:t>
        <w:br/>
        <w:t>f 14416/22724/18656 14441/22749/18679 14415/22723/18655</w:t>
        <w:br/>
        <w:t>f 14435/22743/18673 14415/22723/18655 14443/22750/18680</w:t>
        <w:br/>
        <w:t>f 14442/22751/18681 14435/22743/18673 14443/22750/18680</w:t>
        <w:br/>
        <w:t>f 14415/22723/18655 14441/22749/18679 14444/22752/18682</w:t>
        <w:br/>
        <w:t>f 14448/22753/18683 14447/22754/18684 14446/22755/18115</w:t>
        <w:br/>
        <w:t>f 14445/22756/18685 14448/22753/18683 14446/22755/18115</w:t>
        <w:br/>
        <w:t>f 14450/22757/18686 14448/22753/18683 14445/22756/18685</w:t>
        <w:br/>
        <w:t>f 14449/22758/18687 14450/22757/18686 14445/22756/18685</w:t>
        <w:br/>
        <w:t>f 14454/22759/18688 14453/22760/18689 14452/22761/18690</w:t>
        <w:br/>
        <w:t>f 14451/22762/18688 14454/22759/18688 14452/22761/18690</w:t>
        <w:br/>
        <w:t>f 14456/22763/18691 14455/22764/18692 14454/22759/18688</w:t>
        <w:br/>
        <w:t>f 14451/22762/18688 14456/22763/18691 14454/22759/18688</w:t>
        <w:br/>
        <w:t>f 14460/22765/18693 14459/22766/18694 14458/22767/18694</w:t>
        <w:br/>
        <w:t>f 14457/22768/18695 14460/22765/18693 14458/22767/18694</w:t>
        <w:br/>
        <w:t>f 14464/22769/18696 14463/22770/18697 14462/22771/18698</w:t>
        <w:br/>
        <w:t>f 14461/22772/18699 14464/22769/18696 14462/22771/18698</w:t>
        <w:br/>
        <w:t>f 14466/22773/18700 14376/22685/18618 14377/22684/18617</w:t>
        <w:br/>
        <w:t>f 14465/22774/18701 14466/22773/18700 14377/22684/18617</w:t>
        <w:br/>
        <w:t>f 14468/22775/18702 14466/22773/18700 14465/22774/18701</w:t>
        <w:br/>
        <w:t>f 14467/22776/18703 14468/22775/18702 14465/22774/18701</w:t>
        <w:br/>
        <w:t>f 14447/22754/18684 14448/22753/18683 14470/22777/18704</w:t>
        <w:br/>
        <w:t>f 14469/22778/18705 14447/22754/18684 14470/22777/18704</w:t>
        <w:br/>
        <w:t>f 14473/22779/18706 14472/22780/18707 14471/22781/18708</w:t>
        <w:br/>
        <w:t>f 14467/22776/18703 14475/22782/18709 14474/22783/18710</w:t>
        <w:br/>
        <w:t>f 14468/22775/18702 14467/22776/18703 14474/22783/18710</w:t>
        <w:br/>
        <w:t>f 14479/22784/18711 14478/22785/18712 14477/22786/18713</w:t>
        <w:br/>
        <w:t>f 14476/22787/18714 14479/22784/18711 14477/22786/18713</w:t>
        <w:br/>
        <w:t>f 14482/22788/18715 14479/22784/18711 14481/22789/18716</w:t>
        <w:br/>
        <w:t>f 14480/22790/18717 14482/22788/18715 14481/22789/18716</w:t>
        <w:br/>
        <w:t>f 14479/22784/18711 14482/22788/18715 14483/22791/18718</w:t>
        <w:br/>
        <w:t>f 14478/22785/18712 14479/22784/18711 14483/22791/18718</w:t>
        <w:br/>
        <w:t>f 14452/22761/18690 14457/22768/18695 14481/22789/18716</w:t>
        <w:br/>
        <w:t>f 14457/22768/18695 14484/22792/18719 14481/22789/18716</w:t>
        <w:br/>
        <w:t>f 14481/22789/18716 14484/22792/18719 14485/22793/18720</w:t>
        <w:br/>
        <w:t>f 14487/22794/18721 14486/22795/18722 14478/22785/18712</w:t>
        <w:br/>
        <w:t>f 14483/22791/18718 14487/22794/18721 14478/22785/18712</w:t>
        <w:br/>
        <w:t>f 14481/22789/18716 14485/22793/18720 14488/22796/18723</w:t>
        <w:br/>
        <w:t>f 14480/22790/18717 14481/22789/18716 14488/22796/18723</w:t>
        <w:br/>
        <w:t>f 14489/22797/18724 14482/22788/18715 14480/22790/18717</w:t>
        <w:br/>
        <w:t>f 14488/22796/18723 14489/22797/18724 14480/22790/18717</w:t>
        <w:br/>
        <w:t>f 14483/22791/18718 14482/22788/18715 14489/22797/18724</w:t>
        <w:br/>
        <w:t>f 14487/22794/18721 14483/22791/18718 14489/22797/18724</w:t>
        <w:br/>
        <w:t>f 14488/22796/18723 14485/22793/18720 14491/22798/18725</w:t>
        <w:br/>
        <w:t>f 14490/22799/18726 14488/22796/18723 14491/22798/18725</w:t>
        <w:br/>
        <w:t>f 14487/22794/18721 14493/22800/18727 14492/22801/18728</w:t>
        <w:br/>
        <w:t>f 14486/22795/18722 14487/22794/18721 14492/22801/18728</w:t>
        <w:br/>
        <w:t>f 14489/22797/18724 14488/22796/18723 14490/22799/18726</w:t>
        <w:br/>
        <w:t>f 14494/22802/18729 14489/22797/18724 14490/22799/18726</w:t>
        <w:br/>
        <w:t>f 14493/22800/18727 14487/22794/18721 14489/22797/18724</w:t>
        <w:br/>
        <w:t>f 14494/22802/18729 14493/22800/18727 14489/22797/18724</w:t>
        <w:br/>
        <w:t>f 14497/22803/18730 14496/22804/18729 14495/22805/18731</w:t>
        <w:br/>
        <w:t>f 14496/22804/18729 14498/22806/18732 14495/22805/18731</w:t>
        <w:br/>
        <w:t>f 14501/22807/18733 14500/22808/18734 14499/22809/18733</w:t>
        <w:br/>
        <w:t>f 14504/22810/18735 14503/22811/18736 14502/22812/18736</w:t>
        <w:br/>
        <w:t>f 14505/22813/18737 14470/22777/18704 14448/22753/18683</w:t>
        <w:br/>
        <w:t>f 14450/22757/18686 14505/22813/18737 14448/22753/18683</w:t>
        <w:br/>
        <w:t>f 14470/22777/18704 14505/22813/18737 14507/22814/18738</w:t>
        <w:br/>
        <w:t>f 14506/22815/18739 14470/22777/18704 14507/22814/18738</w:t>
        <w:br/>
        <w:t>f 14509/22816/18740 14508/22817/18741 14468/22775/18702</w:t>
        <w:br/>
        <w:t>f 14474/22783/18710 14509/22816/18740 14468/22775/18702</w:t>
        <w:br/>
        <w:t>f 14508/22817/18741 14510/22818/18742 14466/22773/18700</w:t>
        <w:br/>
        <w:t>f 14468/22775/18702 14508/22817/18741 14466/22773/18700</w:t>
        <w:br/>
        <w:t>f 14431/22739/18669 14376/22685/18618 14466/22773/18700</w:t>
        <w:br/>
        <w:t>f 14510/22818/18742 14431/22739/18669 14466/22773/18700</w:t>
        <w:br/>
        <w:t>f 14512/22819/18743 14508/22817/18741 14509/22816/18740</w:t>
        <w:br/>
        <w:t>f 14511/22820/18744 14512/22819/18743 14509/22816/18740</w:t>
        <w:br/>
        <w:t>f 14510/22818/18742 14508/22817/18741 14512/22819/18743</w:t>
        <w:br/>
        <w:t>f 14513/22821/18745 14510/22818/18742 14512/22819/18743</w:t>
        <w:br/>
        <w:t>f 14514/22822/18746 14431/22739/18669 14510/22818/18742</w:t>
        <w:br/>
        <w:t>f 14513/22821/18745 14514/22822/18746 14510/22818/18742</w:t>
        <w:br/>
        <w:t>f 14516/22823/18747 14515/22824/18748 14507/22814/18738</w:t>
        <w:br/>
        <w:t>f 14505/22813/18737 14516/22823/18747 14507/22814/18738</w:t>
        <w:br/>
        <w:t>f 14450/22757/18686 14517/22825/18749 14516/22823/18747</w:t>
        <w:br/>
        <w:t>f 14505/22813/18737 14450/22757/18686 14516/22823/18747</w:t>
        <w:br/>
        <w:t>f 14517/22825/18749 14450/22757/18686 14449/22758/18687</w:t>
        <w:br/>
        <w:t>f 14518/22826/18750 14517/22825/18749 14449/22758/18687</w:t>
        <w:br/>
        <w:t>f 14517/22825/18749 14520/22827/18751 14519/22828/18752</w:t>
        <w:br/>
        <w:t>f 14516/22823/18747 14517/22825/18749 14519/22828/18752</w:t>
        <w:br/>
        <w:t>f 14521/22829/18753 14515/22824/18748 14516/22823/18747</w:t>
        <w:br/>
        <w:t>f 14519/22828/18752 14521/22829/18753 14516/22823/18747</w:t>
        <w:br/>
        <w:t>f 14524/22830/18754 14523/22831/18755 14522/22832/18756</w:t>
        <w:br/>
        <w:t>f 14524/22830/18754 14526/22833/18757 14525/22834/18758</w:t>
        <w:br/>
        <w:t>f 14526/22833/18757 14515/22824/18748 14525/22834/18758</w:t>
        <w:br/>
        <w:t>f 14509/22816/18740 14474/22783/18710 14527/22835/18759</w:t>
        <w:br/>
        <w:t>f 14511/22820/18744 14509/22816/18740 14527/22835/18759</w:t>
        <w:br/>
        <w:t>f 14511/22820/18744 14522/22832/18756 14528/22836/18760</w:t>
        <w:br/>
        <w:t>f 14445/22756/18685 14446/22755/18115 14329/22637/18581</w:t>
        <w:br/>
        <w:t>f 14330/22636/18580 14445/22756/18685 14329/22637/18581</w:t>
        <w:br/>
        <w:t>f 14449/22758/18687 14445/22756/18685 14330/22636/18580</w:t>
        <w:br/>
        <w:t>f 14344/22652/18594 14449/22758/18687 14330/22636/18580</w:t>
        <w:br/>
        <w:t>f 14449/22758/18687 14344/22652/18594 14529/22837/18761</w:t>
        <w:br/>
        <w:t>f 14518/22826/18750 14449/22758/18687 14529/22837/18761</w:t>
        <w:br/>
        <w:t>f 14344/22652/18594 14343/22651/18593 14530/22838/18762</w:t>
        <w:br/>
        <w:t>f 14529/22837/18761 14344/22652/18594 14530/22838/18762</w:t>
        <w:br/>
        <w:t>f 14343/22651/18593 14341/22650/18592 14531/22839/18763</w:t>
        <w:br/>
        <w:t>f 14530/22838/18762 14343/22651/18593 14531/22839/18763</w:t>
        <w:br/>
        <w:t>f 14341/22650/18592 14342/22649/18591 14532/22840/18764</w:t>
        <w:br/>
        <w:t>f 14531/22839/18763 14341/22650/18592 14532/22840/18764</w:t>
        <w:br/>
        <w:t>f 14340/22648/18590 14338/22647/18589 14436/22745/18675</w:t>
        <w:br/>
        <w:t>f 14533/22841/18765 14340/22648/18590 14436/22745/18675</w:t>
        <w:br/>
        <w:t>f 14536/22842/18766 14535/22843/18767 14531/22839/18763</w:t>
        <w:br/>
        <w:t>f 14534/22844/18768 14536/22842/18766 14531/22839/18763</w:t>
        <w:br/>
        <w:t>f 14537/22845/18769 14520/22827/18751 14518/22826/18750</w:t>
        <w:br/>
        <w:t>f 14529/22837/18761 14537/22845/18769 14518/22826/18750</w:t>
        <w:br/>
        <w:t>f 14520/22827/18751 14537/22845/18769 14538/22846/18770</w:t>
        <w:br/>
        <w:t>f 14519/22828/18752 14520/22827/18751 14538/22846/18770</w:t>
        <w:br/>
        <w:t>f 14519/22828/18752 14538/22846/18770 14539/22847/18771</w:t>
        <w:br/>
        <w:t>f 14521/22829/18753 14519/22828/18752 14539/22847/18771</w:t>
        <w:br/>
        <w:t>f 14543/22848/18772 14542/22849/18773 14541/22850/18774</w:t>
        <w:br/>
        <w:t>f 14540/22851/18775 14543/22848/18772 14541/22850/18774</w:t>
        <w:br/>
        <w:t>f 14546/22852/18776 14545/22853/18777 14544/22854/18778</w:t>
        <w:br/>
        <w:t>f 14548/22855/18779 14547/22856/18780 14545/22853/18777</w:t>
        <w:br/>
        <w:t>f 14550/22857/18781 14549/22858/18782 14541/22850/18774</w:t>
        <w:br/>
        <w:t>f 14542/22849/18773 14550/22857/18781 14541/22850/18774</w:t>
        <w:br/>
        <w:t>f 14547/22856/18780 14548/22855/18779 14552/22859/18783</w:t>
        <w:br/>
        <w:t>f 14551/22860/18784 14547/22856/18780 14552/22859/18783</w:t>
        <w:br/>
        <w:t>f 14554/22861/18785 14553/22862/18786 14549/22858/18782</w:t>
        <w:br/>
        <w:t>f 14550/22857/18781 14554/22861/18785 14549/22858/18782</w:t>
        <w:br/>
        <w:t>f 14533/22841/18765 14436/22745/18675 14555/22863/18787</w:t>
        <w:br/>
        <w:t>f 14436/22745/18675 14438/22746/18676 14556/22864/18788</w:t>
        <w:br/>
        <w:t>f 14555/22863/18787 14436/22745/18675 14556/22864/18788</w:t>
        <w:br/>
        <w:t>f 14558/22865/18789 14551/22860/18784 14557/22866/18790</w:t>
        <w:br/>
        <w:t>f 14560/22867/18791 14539/22847/18771 14544/22854/18778</w:t>
        <w:br/>
        <w:t>f 14559/22868/18792 14560/22867/18791 14544/22854/18778</w:t>
        <w:br/>
        <w:t>f 14561/22869/18793 14521/22829/18753 14539/22847/18771</w:t>
        <w:br/>
        <w:t>f 14560/22867/18791 14561/22869/18793 14539/22847/18771</w:t>
        <w:br/>
        <w:t>f 14547/22856/18780 14562/22870/18794 14559/22868/18792</w:t>
        <w:br/>
        <w:t>f 14544/22854/18778 14547/22856/18780 14559/22868/18792</w:t>
        <w:br/>
        <w:t>f 14563/22871/18795 14562/22870/18794 14547/22856/18780</w:t>
        <w:br/>
        <w:t>f 14551/22860/18784 14563/22871/18795 14547/22856/18780</w:t>
        <w:br/>
        <w:t>f 14551/22860/18784 14558/22865/18789 14564/22872/18796</w:t>
        <w:br/>
        <w:t>f 14563/22871/18795 14551/22860/18784 14564/22872/18796</w:t>
        <w:br/>
        <w:t>f 14422/22730/18662 14423/22731/18663 14565/22873/18797</w:t>
        <w:br/>
        <w:t>f 14434/22742/18672 14422/22730/18662 14565/22873/18797</w:t>
        <w:br/>
        <w:t>f 14423/22731/18663 14424/22732/18664 14566/22874/18798</w:t>
        <w:br/>
        <w:t>f 14565/22873/18797 14423/22731/18663 14566/22874/18798</w:t>
        <w:br/>
        <w:t>f 14424/22732/18664 14425/22733/18665 14567/22875/18799</w:t>
        <w:br/>
        <w:t>f 14566/22874/18798 14424/22732/18664 14567/22875/18799</w:t>
        <w:br/>
        <w:t>f 14425/22733/18665 14426/22734/18666 14568/22876/18800</w:t>
        <w:br/>
        <w:t>f 14567/22875/18799 14425/22733/18665 14568/22876/18800</w:t>
        <w:br/>
        <w:t>f 14570/22877/18800 14429/22735/18666 14427/22737/18667</w:t>
        <w:br/>
        <w:t>f 14569/22878/18801 14570/22877/18800 14427/22737/18667</w:t>
        <w:br/>
        <w:t>f 14571/22879/18802 14569/22878/18801 14427/22737/18667</w:t>
        <w:br/>
        <w:t>f 14430/22738/18668 14571/22879/18802 14427/22737/18667</w:t>
        <w:br/>
        <w:t>f 14431/22739/18669 14514/22822/18746 14571/22879/18802</w:t>
        <w:br/>
        <w:t>f 14430/22738/18668 14431/22739/18669 14571/22879/18802</w:t>
        <w:br/>
        <w:t>f 14569/22878/18801 14573/22880/18803 14572/22881/18804</w:t>
        <w:br/>
        <w:t>f 14570/22877/18800 14569/22878/18801 14572/22881/18804</w:t>
        <w:br/>
        <w:t>f 14575/22882/18805 14572/22881/18804 14573/22880/18803</w:t>
        <w:br/>
        <w:t>f 14574/22883/18806 14575/22882/18805 14573/22880/18803</w:t>
        <w:br/>
        <w:t>f 14577/22884/18807 14575/22882/18805 14574/22883/18806</w:t>
        <w:br/>
        <w:t>f 14576/22885/18808 14577/22884/18807 14574/22883/18806</w:t>
        <w:br/>
        <w:t>f 14579/22886/18809 14577/22884/18807 14576/22885/18808</w:t>
        <w:br/>
        <w:t>f 14578/22887/18810 14579/22886/18809 14576/22885/18808</w:t>
        <w:br/>
        <w:t>f 14582/22888/18811 14566/22874/18798 14581/22889/18812</w:t>
        <w:br/>
        <w:t>f 14580/22890/18813 14582/22888/18811 14581/22889/18812</w:t>
        <w:br/>
        <w:t>f 14582/22888/18811 14580/22890/18813 14584/22891/18814</w:t>
        <w:br/>
        <w:t>f 14583/22892/18815 14582/22888/18811 14584/22891/18814</w:t>
        <w:br/>
        <w:t>f 14586/22893/18816 14585/22894/18817 14583/22892/18815</w:t>
        <w:br/>
        <w:t>f 14584/22891/18814 14586/22893/18816 14583/22892/18815</w:t>
        <w:br/>
        <w:t>f 14571/22879/18802 14587/22895/18818 14574/22883/18806</w:t>
        <w:br/>
        <w:t>f 14573/22880/18803 14571/22879/18802 14574/22883/18806</w:t>
        <w:br/>
        <w:t>f 14576/22885/18808 14574/22883/18806 14587/22895/18818</w:t>
        <w:br/>
        <w:t>f 14588/22896/18819 14576/22885/18808 14587/22895/18818</w:t>
        <w:br/>
        <w:t>f 14578/22887/18810 14576/22885/18808 14588/22896/18819</w:t>
        <w:br/>
        <w:t>f 14589/22897/18820 14578/22887/18810 14588/22896/18819</w:t>
        <w:br/>
        <w:t>f 14566/22874/18798 14567/22875/18799 14581/22889/18812</w:t>
        <w:br/>
        <w:t>f 14573/22880/18803 14569/22878/18801 14571/22879/18802</w:t>
        <w:br/>
        <w:t>f 14434/22742/18672 14591/22898/18821 14590/22899/18822</w:t>
        <w:br/>
        <w:t>f 14432/22741/18671 14434/22742/18672 14590/22899/18822</w:t>
        <w:br/>
        <w:t>f 14565/22873/18797 14591/22898/18821 14434/22742/18672</w:t>
        <w:br/>
        <w:t>f 14590/22899/18822 14583/22892/18815 14585/22894/18817</w:t>
        <w:br/>
        <w:t>f 14592/22900/18823 14590/22899/18822 14585/22894/18817</w:t>
        <w:br/>
        <w:t>f 14592/22900/18823 14419/22725/18657 14432/22741/18671</w:t>
        <w:br/>
        <w:t>f 14590/22899/18822 14592/22900/18823 14432/22741/18671</w:t>
        <w:br/>
        <w:t>f 14385/22692/18625 14362/22669/18607 14420/22729/18661</w:t>
        <w:br/>
        <w:t>f 14433/22740/18670 14385/22692/18625 14420/22729/18661</w:t>
        <w:br/>
        <w:t>f 14593/22901/18824 14514/22822/18746 14513/22821/18745</w:t>
        <w:br/>
        <w:t>f 14512/22819/18743 14593/22901/18824 14513/22821/18745</w:t>
        <w:br/>
        <w:t>f 14594/22902/18825 14593/22901/18824 14512/22819/18743</w:t>
        <w:br/>
        <w:t>f 14511/22820/18744 14594/22902/18825 14512/22819/18743</w:t>
        <w:br/>
        <w:t>f 14594/22902/18825 14528/22836/18760 14595/22903/18826</w:t>
        <w:br/>
        <w:t>f 14589/22897/18820 14594/22902/18825 14595/22903/18826</w:t>
        <w:br/>
        <w:t>f 14587/22895/18818 14514/22822/18746 14593/22901/18824</w:t>
        <w:br/>
        <w:t>f 14588/22896/18819 14587/22895/18818 14593/22901/18824</w:t>
        <w:br/>
        <w:t>f 14593/22901/18824 14594/22902/18825 14589/22897/18820</w:t>
        <w:br/>
        <w:t>f 14588/22896/18819 14593/22901/18824 14589/22897/18820</w:t>
        <w:br/>
        <w:t>f 14587/22895/18818 14571/22879/18802 14514/22822/18746</w:t>
        <w:br/>
        <w:t>f 14589/22897/18820 14595/22903/18826 14596/22904/18827</w:t>
        <w:br/>
        <w:t>f 14578/22887/18810 14589/22897/18820 14596/22904/18827</w:t>
        <w:br/>
        <w:t>f 14597/22905/18828 14579/22886/18809 14578/22887/18810</w:t>
        <w:br/>
        <w:t>f 14596/22904/18827 14597/22905/18828 14578/22887/18810</w:t>
        <w:br/>
        <w:t>f 14586/22893/18816 14599/22906/18829 14598/22907/18830</w:t>
        <w:br/>
        <w:t>f 14585/22894/18817 14586/22893/18816 14598/22907/18830</w:t>
        <w:br/>
        <w:t>f 14600/22908/18831 14592/22900/18823 14585/22894/18817</w:t>
        <w:br/>
        <w:t>f 14598/22907/18830 14600/22908/18831 14585/22894/18817</w:t>
        <w:br/>
        <w:t>f 14531/22839/18763 14532/22840/18764 14534/22844/18768</w:t>
        <w:br/>
        <w:t>f 14602/22909/18832 14543/22848/18772 14540/22851/18775</w:t>
        <w:br/>
        <w:t>f 14601/22910/18833 14602/22909/18832 14540/22851/18775</w:t>
        <w:br/>
        <w:t>f 14545/22853/18777 14546/22852/18776 14601/22910/18833</w:t>
        <w:br/>
        <w:t>f 14540/22851/18775 14545/22853/18777 14601/22910/18833</w:t>
        <w:br/>
        <w:t>f 14545/22853/18777 14540/22851/18775 14541/22850/18774</w:t>
        <w:br/>
        <w:t>f 14548/22855/18779 14545/22853/18777 14541/22850/18774</w:t>
        <w:br/>
        <w:t>f 14549/22858/18782 14552/22859/18783 14548/22855/18779</w:t>
        <w:br/>
        <w:t>f 14541/22850/18774 14549/22858/18782 14548/22855/18779</w:t>
        <w:br/>
        <w:t>f 14553/22862/18786 14557/22866/18790 14552/22859/18783</w:t>
        <w:br/>
        <w:t>f 14549/22858/18782 14553/22862/18786 14552/22859/18783</w:t>
        <w:br/>
        <w:t>f 14530/22838/18762 14531/22839/18763 14535/22843/18767</w:t>
        <w:br/>
        <w:t>f 14603/22911/18834 14534/22844/18768 14532/22840/18764</w:t>
        <w:br/>
        <w:t>f 14443/22750/18680 14604/22912/18835 14442/22751/18681</w:t>
        <w:br/>
        <w:t>f 14558/22865/18789 14443/22750/18680 14444/22752/18682</w:t>
        <w:br/>
        <w:t>f 14564/22872/18796 14558/22865/18789 14444/22752/18682</w:t>
        <w:br/>
        <w:t>f 14604/22912/18835 14556/22864/18788 14438/22746/18676</w:t>
        <w:br/>
        <w:t>f 14442/22751/18681 14604/22912/18835 14438/22746/18676</w:t>
        <w:br/>
        <w:t>f 14437/22744/18674 14435/22743/18673 14442/22751/18681</w:t>
        <w:br/>
        <w:t>f 14438/22746/18676 14437/22744/18674 14442/22751/18681</w:t>
        <w:br/>
        <w:t>f 14515/22824/18748 14521/22829/18753 14561/22869/18793</w:t>
        <w:br/>
        <w:t>f 14592/22900/18823 14600/22908/18831 14419/22725/18657</w:t>
        <w:br/>
        <w:t>f 14605/22913/18804 14581/22889/18812 14567/22875/18799</w:t>
        <w:br/>
        <w:t>f 14568/22876/18800 14605/22913/18804 14567/22875/18799</w:t>
        <w:br/>
        <w:t>f 14605/22913/18804 14606/22914/18805 14580/22890/18813</w:t>
        <w:br/>
        <w:t>f 14581/22889/18812 14605/22913/18804 14580/22890/18813</w:t>
        <w:br/>
        <w:t>f 14607/22915/18836 14584/22891/18814 14580/22890/18813</w:t>
        <w:br/>
        <w:t>f 14606/22914/18805 14607/22915/18836 14580/22890/18813</w:t>
        <w:br/>
        <w:t>f 14608/22916/18809 14586/22893/18816 14584/22891/18814</w:t>
        <w:br/>
        <w:t>f 14607/22915/18836 14608/22916/18809 14584/22891/18814</w:t>
        <w:br/>
        <w:t>f 14608/22916/18809 14609/22917/18828 14599/22906/18829</w:t>
        <w:br/>
        <w:t>f 14586/22893/18816 14608/22916/18809 14599/22906/18829</w:t>
        <w:br/>
        <w:t>f 14543/22848/18772 14602/22909/18832 14530/22838/18762</w:t>
        <w:br/>
        <w:t>f 14535/22843/18767 14543/22848/18772 14530/22838/18762</w:t>
        <w:br/>
        <w:t>f 14542/22849/18773 14543/22848/18772 14535/22843/18767</w:t>
        <w:br/>
        <w:t>f 14536/22842/18766 14542/22849/18773 14535/22843/18767</w:t>
        <w:br/>
        <w:t>f 14542/22849/18773 14536/22842/18766 14610/22918/18837</w:t>
        <w:br/>
        <w:t>f 14550/22857/18781 14542/22849/18773 14610/22918/18837</w:t>
        <w:br/>
        <w:t>f 14546/22852/18776 14544/22854/18778 14539/22847/18771</w:t>
        <w:br/>
        <w:t>f 14546/22852/18776 14538/22846/18770 14537/22845/18769</w:t>
        <w:br/>
        <w:t>f 14601/22910/18833 14546/22852/18776 14537/22845/18769</w:t>
        <w:br/>
        <w:t>f 14529/22837/18761 14602/22909/18832 14601/22910/18833</w:t>
        <w:br/>
        <w:t>f 14537/22845/18769 14529/22837/18761 14601/22910/18833</w:t>
        <w:br/>
        <w:t>f 14529/22837/18761 14530/22838/18762 14602/22909/18832</w:t>
        <w:br/>
        <w:t>f 14546/22852/18776 14539/22847/18771 14538/22846/18770</w:t>
        <w:br/>
        <w:t>f 14533/22841/18765 14555/22863/18787 14554/22861/18785</w:t>
        <w:br/>
        <w:t>f 14611/22919/18838 14533/22841/18765 14554/22861/18785</w:t>
        <w:br/>
        <w:t>f 14553/22862/18786 14554/22861/18785 14555/22863/18787</w:t>
        <w:br/>
        <w:t>f 14556/22864/18788 14553/22862/18786 14555/22863/18787</w:t>
        <w:br/>
        <w:t>f 14557/22866/18790 14553/22862/18786 14556/22864/18788</w:t>
        <w:br/>
        <w:t>f 14604/22912/18835 14557/22866/18790 14556/22864/18788</w:t>
        <w:br/>
        <w:t>f 14443/22750/18680 14558/22865/18789 14604/22912/18835</w:t>
        <w:br/>
        <w:t>f 14558/22865/18789 14557/22866/18790 14604/22912/18835</w:t>
        <w:br/>
        <w:t>f 14547/22856/18780 14544/22854/18778 14545/22853/18777</w:t>
        <w:br/>
        <w:t>f 14551/22860/18784 14552/22859/18783 14557/22866/18790</w:t>
        <w:br/>
        <w:t>f 14526/22833/18757 14506/22815/18739 14507/22814/18738</w:t>
        <w:br/>
        <w:t>f 14515/22824/18748 14526/22833/18757 14507/22814/18738</w:t>
        <w:br/>
        <w:t>f 14612/22920/18839 14470/22777/18704 14472/22780/18707</w:t>
        <w:br/>
        <w:t>f 14473/22779/18706 14612/22920/18839 14472/22780/18707</w:t>
        <w:br/>
        <w:t>f 14517/22825/18749 14518/22826/18750 14520/22827/18751</w:t>
        <w:br/>
        <w:t>f 14390/22700/18633 14401/22710/18642 14389/22696/18622</w:t>
        <w:br/>
        <w:t>f 14386/22695/18628 14390/22700/18633 14389/22696/18622</w:t>
        <w:br/>
        <w:t>f 14381/22688/18621 14332/22641/18584 14333/22640/18583</w:t>
        <w:br/>
        <w:t>f 14380/22689/18622 14381/22688/18621 14333/22640/18583</w:t>
        <w:br/>
        <w:t>f 14332/22641/18584 14381/22688/18621 14413/22722/18654</w:t>
        <w:br/>
        <w:t>f 14339/22646/18588 14332/22641/18584 14413/22722/18654</w:t>
        <w:br/>
        <w:t>f 14437/22744/18674 14339/22646/18588 14413/22722/18654</w:t>
        <w:br/>
        <w:t>f 14435/22743/18673 14437/22744/18674 14413/22722/18654</w:t>
        <w:br/>
        <w:t>f 14475/22782/18709 14613/22921/18840 14474/22783/18710</w:t>
        <w:br/>
        <w:t>f 14527/22835/18759 14522/22832/18756 14511/22820/18744</w:t>
        <w:br/>
        <w:t>f 14385/22692/18625 14614/22922/18841 14384/22693/18626</w:t>
        <w:br/>
        <w:t>f 14417/22727/18659 14385/22692/18625 14433/22740/18670</w:t>
        <w:br/>
        <w:t>f 14419/22725/18657 14417/22727/18659 14433/22740/18670</w:t>
        <w:br/>
        <w:t>f 14419/22725/18657 14433/22740/18670 14432/22741/18671</w:t>
        <w:br/>
        <w:t>f 14616/22923/18842 14615/22924/18843 14440/22747/18677</w:t>
        <w:br/>
        <w:t>f 14418/22726/18658 14616/22923/18842 14440/22747/18677</w:t>
        <w:br/>
        <w:t>f 14615/22924/18843 14617/22925/18844 14441/22749/18679</w:t>
        <w:br/>
        <w:t>f 14440/22747/18677 14615/22924/18843 14441/22749/18679</w:t>
        <w:br/>
        <w:t>f 14618/22926/18845 14564/22872/18796 14444/22752/18682</w:t>
        <w:br/>
        <w:t>f 14619/22927/18846 14618/22926/18845 14444/22752/18682</w:t>
        <w:br/>
        <w:t>f 14620/22928/18847 14616/22923/18842 14418/22726/18658</w:t>
        <w:br/>
        <w:t>f 14600/22908/18831 14620/22928/18847 14418/22726/18658</w:t>
        <w:br/>
        <w:t>f 14523/22831/18755 14622/22929/18848 14621/22930/18849</w:t>
        <w:br/>
        <w:t>f 14522/22832/18756 14523/22831/18755 14621/22930/18849</w:t>
        <w:br/>
        <w:t>f 14525/22834/18758 14623/22931/18850 14622/22929/18848</w:t>
        <w:br/>
        <w:t>f 14523/22831/18755 14525/22834/18758 14622/22929/18848</w:t>
        <w:br/>
        <w:t>f 14560/22867/18791 14625/22932/18851 14624/22933/18852</w:t>
        <w:br/>
        <w:t>f 14561/22869/18793 14560/22867/18791 14624/22933/18852</w:t>
        <w:br/>
        <w:t>f 14522/22832/18756 14621/22930/18849 14626/22934/18853</w:t>
        <w:br/>
        <w:t>f 14528/22836/18760 14522/22832/18756 14626/22934/18853</w:t>
        <w:br/>
        <w:t>f 14559/22868/18792 14627/22935/18854 14625/22932/18851</w:t>
        <w:br/>
        <w:t>f 14560/22867/18791 14559/22868/18792 14625/22932/18851</w:t>
        <w:br/>
        <w:t>f 14562/22870/18794 14628/22936/18855 14627/22935/18854</w:t>
        <w:br/>
        <w:t>f 14559/22868/18792 14562/22870/18794 14627/22935/18854</w:t>
        <w:br/>
        <w:t>f 14563/22871/18795 14629/22937/18856 14628/22936/18855</w:t>
        <w:br/>
        <w:t>f 14562/22870/18794 14563/22871/18795 14628/22936/18855</w:t>
        <w:br/>
        <w:t>f 14564/22872/18796 14618/22926/18845 14629/22937/18856</w:t>
        <w:br/>
        <w:t>f 14563/22871/18795 14564/22872/18796 14629/22937/18856</w:t>
        <w:br/>
        <w:t>f 14528/22836/18760 14626/22934/18853 14630/22938/18857</w:t>
        <w:br/>
        <w:t>f 14595/22903/18826 14528/22836/18760 14630/22938/18857</w:t>
        <w:br/>
        <w:t>f 14630/22938/18857 14631/22939/18858 14596/22904/18827</w:t>
        <w:br/>
        <w:t>f 14595/22903/18826 14630/22938/18857 14596/22904/18827</w:t>
        <w:br/>
        <w:t>f 14631/22939/18858 14632/22940/18859 14597/22905/18828</w:t>
        <w:br/>
        <w:t>f 14596/22904/18827 14631/22939/18858 14597/22905/18828</w:t>
        <w:br/>
        <w:t>f 14634/22941/18859 14633/22942/18860 14599/22906/18829</w:t>
        <w:br/>
        <w:t>f 14609/22917/18828 14634/22941/18859 14599/22906/18829</w:t>
        <w:br/>
        <w:t>f 14633/22942/18860 14635/22943/18861 14598/22907/18830</w:t>
        <w:br/>
        <w:t>f 14599/22906/18829 14633/22942/18860 14598/22907/18830</w:t>
        <w:br/>
        <w:t>f 14635/22943/18861 14620/22928/18847 14600/22908/18831</w:t>
        <w:br/>
        <w:t>f 14598/22907/18830 14635/22943/18861 14600/22908/18831</w:t>
        <w:br/>
        <w:t>f 14617/22925/18844 14619/22927/18846 14444/22752/18682</w:t>
        <w:br/>
        <w:t>f 14441/22749/18679 14617/22925/18844 14444/22752/18682</w:t>
        <w:br/>
        <w:t>f 14561/22869/18793 14624/22933/18852 14623/22931/18850</w:t>
        <w:br/>
        <w:t>f 14525/22834/18758 14561/22869/18793 14623/22931/18850</w:t>
        <w:br/>
        <w:t>f 14636/22944/18862 14615/22924/18843 14616/22923/18842</w:t>
        <w:br/>
        <w:t>f 14637/22945/18863 14636/22944/18862 14616/22923/18842</w:t>
        <w:br/>
        <w:t>f 14615/22924/18843 14636/22944/18862 14638/22946/18864</w:t>
        <w:br/>
        <w:t>f 14617/22925/18844 14615/22924/18843 14638/22946/18864</w:t>
        <w:br/>
        <w:t>f 14619/22927/18846 14640/22947/18865 14639/22948/18866</w:t>
        <w:br/>
        <w:t>f 14618/22926/18845 14619/22927/18846 14639/22948/18866</w:t>
        <w:br/>
        <w:t>f 14641/22949/18867 14637/22945/18863 14616/22923/18842</w:t>
        <w:br/>
        <w:t>f 14620/22928/18847 14641/22949/18867 14616/22923/18842</w:t>
        <w:br/>
        <w:t>f 14642/22950/18868 14621/22930/18849 14622/22929/18848</w:t>
        <w:br/>
        <w:t>f 14643/22951/18869 14642/22950/18868 14622/22929/18848</w:t>
        <w:br/>
        <w:t>f 14644/22952/18870 14643/22951/18869 14622/22929/18848</w:t>
        <w:br/>
        <w:t>f 14623/22931/18850 14644/22952/18870 14622/22929/18848</w:t>
        <w:br/>
        <w:t>f 14646/22953/18871 14645/22954/18872 14624/22933/18852</w:t>
        <w:br/>
        <w:t>f 14625/22932/18851 14646/22953/18871 14624/22933/18852</w:t>
        <w:br/>
        <w:t>f 14621/22930/18849 14642/22950/18868 14647/22955/18873</w:t>
        <w:br/>
        <w:t>f 14626/22934/18853 14621/22930/18849 14647/22955/18873</w:t>
        <w:br/>
        <w:t>f 14648/22956/18874 14646/22953/18871 14625/22932/18851</w:t>
        <w:br/>
        <w:t>f 14627/22935/18854 14648/22956/18874 14625/22932/18851</w:t>
        <w:br/>
        <w:t>f 14649/22957/18875 14648/22956/18874 14627/22935/18854</w:t>
        <w:br/>
        <w:t>f 14628/22936/18855 14649/22957/18875 14627/22935/18854</w:t>
        <w:br/>
        <w:t>f 14629/22937/18856 14650/22958/18876 14649/22957/18875</w:t>
        <w:br/>
        <w:t>f 14628/22936/18855 14629/22937/18856 14649/22957/18875</w:t>
        <w:br/>
        <w:t>f 14618/22926/18845 14639/22948/18866 14650/22958/18876</w:t>
        <w:br/>
        <w:t>f 14629/22937/18856 14618/22926/18845 14650/22958/18876</w:t>
        <w:br/>
        <w:t>f 14626/22934/18853 14647/22955/18873 14651/22959/18877</w:t>
        <w:br/>
        <w:t>f 14630/22938/18857 14626/22934/18853 14651/22959/18877</w:t>
        <w:br/>
        <w:t>f 14630/22938/18857 14651/22959/18877 14652/22960/18878</w:t>
        <w:br/>
        <w:t>f 14631/22939/18858 14630/22938/18857 14652/22960/18878</w:t>
        <w:br/>
        <w:t>f 14631/22939/18858 14652/22960/18878 14653/22961/18879</w:t>
        <w:br/>
        <w:t>f 14632/22940/18859 14631/22939/18858 14653/22961/18879</w:t>
        <w:br/>
        <w:t>f 14655/22962/18880 14654/22963/18881 14633/22942/18860</w:t>
        <w:br/>
        <w:t>f 14634/22941/18859 14655/22962/18880 14633/22942/18860</w:t>
        <w:br/>
        <w:t>f 14654/22963/18881 14656/22964/18882 14635/22943/18861</w:t>
        <w:br/>
        <w:t>f 14633/22942/18860 14654/22963/18881 14635/22943/18861</w:t>
        <w:br/>
        <w:t>f 14656/22964/18882 14641/22949/18867 14620/22928/18847</w:t>
        <w:br/>
        <w:t>f 14635/22943/18861 14656/22964/18882 14620/22928/18847</w:t>
        <w:br/>
        <w:t>f 14617/22925/18844 14638/22946/18864 14640/22947/18865</w:t>
        <w:br/>
        <w:t>f 14619/22927/18846 14617/22925/18844 14640/22947/18865</w:t>
        <w:br/>
        <w:t>f 14645/22954/18872 14644/22952/18870 14623/22931/18850</w:t>
        <w:br/>
        <w:t>f 14624/22933/18852 14645/22954/18872 14623/22931/18850</w:t>
        <w:br/>
        <w:t>f 14657/22965/18883 14636/22944/18862 14637/22945/18863</w:t>
        <w:br/>
        <w:t>f 14658/22966/18884 14657/22965/18883 14637/22945/18863</w:t>
        <w:br/>
        <w:t>f 14659/22967/18885 14638/22946/18864 14636/22944/18862</w:t>
        <w:br/>
        <w:t>f 14657/22965/18883 14659/22967/18885 14636/22944/18862</w:t>
        <w:br/>
        <w:t>f 14661/22968/18886 14660/22969/18887 14639/22948/18866</w:t>
        <w:br/>
        <w:t>f 14640/22947/18865 14661/22968/18886 14639/22948/18866</w:t>
        <w:br/>
        <w:t>f 14658/22966/18884 14637/22945/18863 14641/22949/18867</w:t>
        <w:br/>
        <w:t>f 14662/22970/18888 14658/22966/18884 14641/22949/18867</w:t>
        <w:br/>
        <w:t>f 14664/22971/18889 14663/22972/18890 14642/22950/18868</w:t>
        <w:br/>
        <w:t>f 14643/22951/18869 14664/22971/18889 14642/22950/18868</w:t>
        <w:br/>
        <w:t>f 14665/22973/18891 14664/22971/18889 14643/22951/18869</w:t>
        <w:br/>
        <w:t>f 14644/22952/18870 14665/22973/18891 14643/22951/18869</w:t>
        <w:br/>
        <w:t>f 14667/22974/18892 14666/22975/18893 14645/22954/18872</w:t>
        <w:br/>
        <w:t>f 14646/22953/18871 14667/22974/18892 14645/22954/18872</w:t>
        <w:br/>
        <w:t>f 14668/22976/18894 14647/22955/18873 14642/22950/18868</w:t>
        <w:br/>
        <w:t>f 14663/22972/18890 14668/22976/18894 14642/22950/18868</w:t>
        <w:br/>
        <w:t>f 14669/22977/18895 14667/22974/18892 14646/22953/18871</w:t>
        <w:br/>
        <w:t>f 14648/22956/18874 14669/22977/18895 14646/22953/18871</w:t>
        <w:br/>
        <w:t>f 14670/22978/18896 14669/22977/18895 14648/22956/18874</w:t>
        <w:br/>
        <w:t>f 14649/22957/18875 14670/22978/18896 14648/22956/18874</w:t>
        <w:br/>
        <w:t>f 14671/22979/18897 14670/22978/18896 14649/22957/18875</w:t>
        <w:br/>
        <w:t>f 14650/22958/18876 14671/22979/18897 14649/22957/18875</w:t>
        <w:br/>
        <w:t>f 14671/22979/18897 14650/22958/18876 14639/22948/18866</w:t>
        <w:br/>
        <w:t>f 14660/22969/18887 14671/22979/18897 14639/22948/18866</w:t>
        <w:br/>
        <w:t>f 14672/22980/18898 14651/22959/18877 14647/22955/18873</w:t>
        <w:br/>
        <w:t>f 14668/22976/18894 14672/22980/18898 14647/22955/18873</w:t>
        <w:br/>
        <w:t>f 14672/22980/18898 14673/22981/18899 14652/22960/18878</w:t>
        <w:br/>
        <w:t>f 14651/22959/18877 14672/22980/18898 14652/22960/18878</w:t>
        <w:br/>
        <w:t>f 14673/22981/18899 14674/22982/18900 14653/22961/18879</w:t>
        <w:br/>
        <w:t>f 14652/22960/18878 14673/22981/18899 14653/22961/18879</w:t>
        <w:br/>
        <w:t>f 14655/22962/18880 14676/22983/18900 14675/22984/18901</w:t>
        <w:br/>
        <w:t>f 14654/22963/18881 14655/22962/18880 14675/22984/18901</w:t>
        <w:br/>
        <w:t>f 14675/22984/18901 14677/22985/18902 14656/22964/18882</w:t>
        <w:br/>
        <w:t>f 14654/22963/18881 14675/22984/18901 14656/22964/18882</w:t>
        <w:br/>
        <w:t>f 14677/22985/18902 14662/22970/18888 14641/22949/18867</w:t>
        <w:br/>
        <w:t>f 14656/22964/18882 14677/22985/18902 14641/22949/18867</w:t>
        <w:br/>
        <w:t>f 14661/22968/18886 14640/22947/18865 14638/22946/18864</w:t>
        <w:br/>
        <w:t>f 14659/22967/18885 14661/22968/18886 14638/22946/18864</w:t>
        <w:br/>
        <w:t>f 14666/22975/18893 14665/22973/18891 14644/22952/18870</w:t>
        <w:br/>
        <w:t>f 14645/22954/18872 14666/22975/18893 14644/22952/18870</w:t>
        <w:br/>
        <w:t>f 14680/22986/18903 14679/22987/18904 14678/22988/18905</w:t>
        <w:br/>
        <w:t>f 14681/22989/18905 14680/22986/18903 14678/22988/18905</w:t>
        <w:br/>
        <w:t>f 14680/22986/18903 14683/22990/18906 14682/22991/18906</w:t>
        <w:br/>
        <w:t>f 14679/22987/18904 14680/22986/18903 14682/22991/18906</w:t>
        <w:br/>
        <w:t>f 14687/22992/18907 14686/22993/18908 14685/22994/18909</w:t>
        <w:br/>
        <w:t>f 14684/22995/18907 14687/22992/18907 14685/22994/18909</w:t>
        <w:br/>
        <w:t>f 14689/22996/18910 14688/22997/18910 14681/22989/18905</w:t>
        <w:br/>
        <w:t>f 14678/22988/18905 14689/22996/18910 14681/22989/18905</w:t>
        <w:br/>
        <w:t>f 14693/22998/18911 14692/22999/18912 14691/23000/18913</w:t>
        <w:br/>
        <w:t>f 14690/23001/18914 14693/22998/18911 14691/23000/18913</w:t>
        <w:br/>
        <w:t>f 14695/23002/18915 14694/23003/18916 14693/22998/18911</w:t>
        <w:br/>
        <w:t>f 14690/23001/18914 14695/23002/18915 14693/22998/18911</w:t>
        <w:br/>
        <w:t>f 14699/23004/18917 14698/23005/18917 14697/23006/18918</w:t>
        <w:br/>
        <w:t>f 14696/23007/18919 14699/23004/18917 14697/23006/18918</w:t>
        <w:br/>
        <w:t>f 14692/22999/18912 14701/23008/18920 14700/23009/18921</w:t>
        <w:br/>
        <w:t>f 14691/23000/18913 14692/22999/18912 14700/23009/18921</w:t>
        <w:br/>
        <w:t>f 14703/23010/18922 14702/23011/18923 14698/23005/18917</w:t>
        <w:br/>
        <w:t>f 14699/23004/18917 14703/23010/18922 14698/23005/18917</w:t>
        <w:br/>
        <w:t>f 14705/23012/18924 14704/23013/18924 14702/23011/18923</w:t>
        <w:br/>
        <w:t>f 14703/23010/18922 14705/23012/18924 14702/23011/18923</w:t>
        <w:br/>
        <w:t>f 14707/23014/18925 14704/23013/18924 14705/23012/18924</w:t>
        <w:br/>
        <w:t>f 14706/23015/18926 14707/23014/18925 14705/23012/18924</w:t>
        <w:br/>
        <w:t>f 14686/22993/18908 14707/23014/18925 14706/23015/18926</w:t>
        <w:br/>
        <w:t>f 14685/22994/18909 14686/22993/18908 14706/23015/18926</w:t>
        <w:br/>
        <w:t>f 14701/23008/18920 14709/23016/18927 14708/23017/18928</w:t>
        <w:br/>
        <w:t>f 14700/23009/18921 14701/23008/18920 14708/23017/18928</w:t>
        <w:br/>
        <w:t>f 14709/23016/18927 14711/23018/18929 14710/23019/18930</w:t>
        <w:br/>
        <w:t>f 14708/23017/18928 14709/23016/18927 14710/23019/18930</w:t>
        <w:br/>
        <w:t>f 14711/23018/18929 14713/23020/18931 14712/23021/18931</w:t>
        <w:br/>
        <w:t>f 14710/23019/18930 14711/23018/18929 14712/23021/18931</w:t>
        <w:br/>
        <w:t>f 14717/23022/18931 14716/23023/18931 14715/23024/18932</w:t>
        <w:br/>
        <w:t>f 14714/23025/18933 14717/23022/18931 14715/23024/18932</w:t>
        <w:br/>
        <w:t>f 14714/23025/18933 14715/23024/18932 14719/23026/18934</w:t>
        <w:br/>
        <w:t>f 14718/23027/18935 14714/23025/18933 14719/23026/18934</w:t>
        <w:br/>
        <w:t>f 14718/23027/18935 14719/23026/18934 14688/22997/18910</w:t>
        <w:br/>
        <w:t>f 14689/22996/18910 14718/23027/18935 14688/22997/18910</w:t>
        <w:br/>
        <w:t>f 14683/22990/18906 14687/22992/18907 14684/22995/18907</w:t>
        <w:br/>
        <w:t>f 14682/22991/18906 14683/22990/18906 14684/22995/18907</w:t>
        <w:br/>
        <w:t>f 14696/23007/18919 14697/23006/18918 14694/23003/18916</w:t>
        <w:br/>
        <w:t>f 14695/23002/18915 14696/23007/18919 14694/23003/18916</w:t>
        <w:br/>
        <w:t>f 14722/23028/18936 14721/23029/18937 14720/23030/18938</w:t>
        <w:br/>
        <w:t>f 14720/23030/18938 14721/23029/18937 14723/23031/18939</w:t>
        <w:br/>
        <w:t>f 14725/23032/18940 14721/23029/18937 14724/23033/18941</w:t>
        <w:br/>
        <w:t>f 14726/23034/18942 14721/23029/18937 14722/23028/18936</w:t>
        <w:br/>
        <w:t>f 14729/23035/18943 14728/23036/18944 14727/23037/18945</w:t>
        <w:br/>
        <w:t>f 14730/23038/18946 14728/23036/18944 14729/23035/18943</w:t>
        <w:br/>
        <w:t>f 14732/23039/18947 14728/23036/18944 14731/23040/18948</w:t>
        <w:br/>
        <w:t>f 14727/23037/18945 14728/23036/18944 14733/23041/18949</w:t>
        <w:br/>
        <w:t>f 14734/23042/18950 14728/23036/18944 14732/23039/18947</w:t>
        <w:br/>
        <w:t>f 14735/23043/18951 14721/23029/18937 14734/23042/18950</w:t>
        <w:br/>
        <w:t>f 14736/23044/18952 14721/23029/18937 14735/23043/18951</w:t>
        <w:br/>
        <w:t>f 14724/23033/18941 14721/23029/18937 14736/23044/18952</w:t>
        <w:br/>
        <w:t>f 14733/23041/18949 14728/23036/18944 14737/23045/18953</w:t>
        <w:br/>
        <w:t>f 14737/23045/18953 14728/23036/18944 14738/23046/18954</w:t>
        <w:br/>
        <w:t>f 14738/23046/18954 14728/23036/18944 14739/23047/18955</w:t>
        <w:br/>
        <w:t>f 14739/23047/18955 14728/23036/18944 14740/23048/18956</w:t>
        <w:br/>
        <w:t>f 14740/23048/18956 14728/23036/18944 14741/23049/18957</w:t>
        <w:br/>
        <w:t>f 14741/23049/18957 14721/23029/18937 14726/23034/18942</w:t>
        <w:br/>
        <w:t>f 14723/23031/18939 14721/23029/18937 14725/23032/18940</w:t>
        <w:br/>
        <w:t>f 14731/23040/18948 14728/23036/18944 14730/23038/18946</w:t>
        <w:br/>
        <w:t>f 14461/22772/18699 14462/22771/18698 14455/22764/18692</w:t>
        <w:br/>
        <w:t>f 14456/22763/18691 14461/22772/18699 14455/22764/18692</w:t>
        <w:br/>
        <w:t>f 14453/22760/18689 14460/22765/18693 14457/22768/18695</w:t>
        <w:br/>
        <w:t>f 14452/22761/18690 14453/22760/18689 14457/22768/18695</w:t>
        <w:br/>
        <w:t>f 14345/22656/18596 14346/22655/18596 14351/22662/18601</w:t>
        <w:br/>
        <w:t>f 14352/22661/18600 14345/22656/18596 14351/22662/18601</w:t>
        <w:br/>
        <w:t>f 14356/22663/18602 14773/23050/18958 14772/23051/18958</w:t>
        <w:br/>
        <w:t>f 14355/22664/18602 14356/22663/18602 14772/23051/18958</w:t>
        <w:br/>
        <w:t>f 14785/23052/18959 14784/23053/18960 14783/23054/18961</w:t>
        <w:br/>
        <w:t>f 14789/23055/18962 14788/23056/18963 14787/23057/18964</w:t>
        <w:br/>
        <w:t>f 14786/23058/18965 14789/23055/18962 14787/23057/18964</w:t>
        <w:br/>
        <w:t>f 14788/23056/18963 14611/22919/18838 14603/22911/18834</w:t>
        <w:br/>
        <w:t>f 14787/23057/18964 14788/23056/18963 14603/22911/18834</w:t>
        <w:br/>
        <w:t>f 14785/23052/18959 14786/23058/18965 14790/23059/18966</w:t>
        <w:br/>
        <w:t>f 14791/23060/18967 14785/23052/18959 14790/23059/18966</w:t>
        <w:br/>
        <w:t>f 14793/23061/18968 14792/23062/18969 14336/22645/18587</w:t>
        <w:br/>
        <w:t>f 14337/22644/18586 14340/22648/18590 14788/23056/18963</w:t>
        <w:br/>
        <w:t>f 14789/23055/18962 14337/22644/18586 14788/23056/18963</w:t>
        <w:br/>
        <w:t>f 14342/22649/18591 14790/23059/18966 14786/23058/18965</w:t>
        <w:br/>
        <w:t>f 14787/23057/18964 14342/22649/18591 14786/23058/18965</w:t>
        <w:br/>
        <w:t>f 14532/22840/18764 14342/22649/18591 14787/23057/18964</w:t>
        <w:br/>
        <w:t>f 14603/22911/18834 14532/22840/18764 14787/23057/18964</w:t>
        <w:br/>
        <w:t>f 14611/22919/18838 14788/23056/18963 14340/22648/18590</w:t>
        <w:br/>
        <w:t>f 14533/22841/18765 14611/22919/18838 14340/22648/18590</w:t>
        <w:br/>
        <w:t>f 14610/22918/18837 14603/22911/18834 14611/22919/18838</w:t>
        <w:br/>
        <w:t>f 14536/22842/18766 14534/22844/18768 14603/22911/18834</w:t>
        <w:br/>
        <w:t>f 14610/22918/18837 14536/22842/18766 14603/22911/18834</w:t>
        <w:br/>
        <w:t>f 14611/22919/18838 14554/22861/18785 14550/22857/18781</w:t>
        <w:br/>
        <w:t>f 14610/22918/18837 14611/22919/18838 14550/22857/18781</w:t>
        <w:br/>
        <w:t>f 14479/22784/18711 14476/22787/18714 14452/22761/18690</w:t>
        <w:br/>
        <w:t>f 14481/22789/18716 14479/22784/18711 14452/22761/18690</w:t>
        <w:br/>
        <w:t>f 14456/22763/18691 14478/22785/18712 14461/22772/18699</w:t>
        <w:br/>
        <w:t>f 14797/23063/18703 14464/22769/18696 14478/22785/18712</w:t>
        <w:br/>
        <w:t>f 14478/22785/18712 14464/22769/18696 14461/22772/18699</w:t>
        <w:br/>
        <w:t>f 14392/22698/18631 14798/23064/18970 14398/22705/18638</w:t>
        <w:br/>
        <w:t>f 14393/22702/18635 14392/22698/18631 14398/22705/18638</w:t>
        <w:br/>
        <w:t>f 14392/22698/18631 14386/22695/18628 14387/22694/18627</w:t>
        <w:br/>
        <w:t>f 14798/23064/18970 14392/22698/18631 14387/22694/18627</w:t>
        <w:br/>
        <w:t>f 14582/22888/18811 14591/22898/18821 14565/22873/18797</w:t>
        <w:br/>
        <w:t>f 14566/22874/18798 14582/22888/18811 14565/22873/18797</w:t>
        <w:br/>
        <w:t>f 14591/22898/18821 14582/22888/18811 14583/22892/18815</w:t>
        <w:br/>
        <w:t>f 14590/22899/18822 14591/22898/18821 14583/22892/18815</w:t>
        <w:br/>
        <w:t>f 14527/22835/18759 14524/22830/18754 14522/22832/18756</w:t>
        <w:br/>
        <w:t>f 14524/22830/18754 14525/22834/18758 14523/22831/18755</w:t>
        <w:br/>
        <w:t>f 14594/22902/18825 14511/22820/18744 14528/22836/18760</w:t>
        <w:br/>
        <w:t>f 14515/22824/18748 14561/22869/18793 14525/22834/18758</w:t>
        <w:br/>
        <w:t>f 14600/22908/18831 14418/22726/18658 14419/22725/18657</w:t>
        <w:br/>
        <w:t>f 14415/22723/18655 14444/22752/18682 14443/22750/18680</w:t>
        <w:br/>
        <w:t>f 14497/22803/18730 14495/22805/18731 14504/22810/18735</w:t>
        <w:br/>
        <w:t>f 14498/22806/18732 14500/22808/18971 14495/22805/18731</w:t>
        <w:br/>
        <w:t>f 14409/22717/18648 14383/22691/18624 14411/22719/18650</w:t>
        <w:br/>
        <w:t>f 14410/22716/18646 14412/22720/18651 14409/22717/18648</w:t>
        <w:br/>
        <w:t>f 14326/22635/18579 14327/22634/18578 14328/22638/18582</w:t>
        <w:br/>
        <w:t>f 14446/22755/18115 15091/23065/18972 14329/22637/18581</w:t>
        <w:br/>
        <w:t>f 14783/23054/18961 14793/23061/18968 14789/23055/18962</w:t>
        <w:br/>
        <w:t>f 14786/23058/18965 14783/23054/18961 14789/23055/18962</w:t>
        <w:br/>
        <w:t>f 14789/23055/18962 14793/23061/18968 14336/22645/18587</w:t>
        <w:br/>
        <w:t>f 14337/22644/18586 14789/23055/18962 14336/22645/18587</w:t>
        <w:br/>
        <w:t>f 15648/23066/18160 15647/23067/18973 15646/23068/18973</w:t>
        <w:br/>
        <w:t>f 15645/23069/18974 15648/23066/18160 15646/23068/18973</w:t>
        <w:br/>
        <w:t>f 15650/23070/18975 15649/23071/18162 15648/23066/18160</w:t>
        <w:br/>
        <w:t>f 15645/23069/18974 15650/23070/18975 15648/23066/18160</w:t>
        <w:br/>
        <w:t>f 15649/23071/18162 15650/23070/18975 15651/23072/18976</w:t>
        <w:br/>
        <w:t>f 15652/23073/18175 15649/23071/18162 15651/23072/18976</w:t>
        <w:br/>
        <w:t>f 15655/23074/18977 15654/23075/18978 15653/23076/18979</w:t>
        <w:br/>
        <w:t>f 15656/23077/17895 15655/23074/18977 15653/23076/18979</w:t>
        <w:br/>
        <w:t>f 15656/23077/17895 15653/23076/18979 15657/23078/18980</w:t>
        <w:br/>
        <w:t>f 15658/23079/18981 15656/23077/17895 15657/23078/18980</w:t>
        <w:br/>
        <w:t>f 15660/23080/17898 15658/23079/18981 15657/23078/18980</w:t>
        <w:br/>
        <w:t>f 15659/23081/18982 15660/23080/17898 15657/23078/18980</w:t>
        <w:br/>
        <w:t>f 15652/23073/18175 15651/23072/18976 15661/23082/18983</w:t>
        <w:br/>
        <w:t>f 15662/23083/18174 15652/23073/18175 15661/23082/18983</w:t>
        <w:br/>
        <w:t>f 15664/23084/18984 15663/23085/18985 15654/23075/18978</w:t>
        <w:br/>
        <w:t>f 15665/23086/18986 15664/23084/18984 15654/23075/18978</w:t>
        <w:br/>
        <w:t>f 15669/23087/18987 15668/23088/18988 15667/23089/18988</w:t>
        <w:br/>
        <w:t>f 15666/23090/18989 15669/23087/18987 15667/23089/18988</w:t>
        <w:br/>
        <w:t>f 15669/23087/18987 15666/23090/18989 15663/23085/18985</w:t>
        <w:br/>
        <w:t>f 15670/23091/18990 15669/23087/18987 15663/23085/18985</w:t>
        <w:br/>
        <w:t>f 15672/23092/18991 15671/23093/18991 15662/23083/18174</w:t>
        <w:br/>
        <w:t>f 15661/23082/18983 15672/23092/18991 15662/23083/18174</w:t>
        <w:br/>
        <w:t>f 15674/23094/18992 15673/23095/18992 15671/23093/18991</w:t>
        <w:br/>
        <w:t>f 15672/23092/18991 15674/23094/18992 15671/23093/18991</w:t>
        <w:br/>
        <w:t>f 15677/23096/18993 15676/23097/18994 15675/23098/18995</w:t>
        <w:br/>
        <w:t>f 15678/23099/18995 15677/23096/18993 15675/23098/18995</w:t>
        <w:br/>
        <w:t>f 15678/23099/18995 15675/23098/18995 15646/23068/18973</w:t>
        <w:br/>
        <w:t>f 15647/23067/18973 15678/23099/18995 15646/23068/18973</w:t>
        <w:br/>
        <w:t>f 15680/23100/17901 15660/23080/17898 15659/23081/18982</w:t>
        <w:br/>
        <w:t>f 15679/23101/18996 15680/23100/17901 15659/23081/18982</w:t>
        <w:br/>
        <w:t>f 15680/23100/17901 15679/23101/18996 15681/23102/18997</w:t>
        <w:br/>
        <w:t>f 15682/23103/18998 15680/23100/17901 15681/23102/18997</w:t>
        <w:br/>
        <w:t>f 15686/23104/18999 15685/23105/19000 15684/23106/19001</w:t>
        <w:br/>
        <w:t>f 15683/23107/18999 15686/23104/18999 15684/23106/19001</w:t>
        <w:br/>
        <w:t>f 15686/23104/18999 15683/23107/18999 15687/23108/19002</w:t>
        <w:br/>
        <w:t>f 15688/23109/19003 15686/23104/18999 15687/23108/19002</w:t>
        <w:br/>
        <w:t>f 15677/23096/18993 15688/23109/19003 15687/23108/19002</w:t>
        <w:br/>
        <w:t>f 15676/23097/18994 15677/23096/18993 15687/23108/19002</w:t>
        <w:br/>
        <w:t>f 15690/23110/17905 15682/23103/18998 15681/23102/18997</w:t>
        <w:br/>
        <w:t>f 15689/23111/19004 15690/23110/17905 15681/23102/18997</w:t>
        <w:br/>
        <w:t>f 15692/23112/17906 15690/23110/17905 15689/23111/19004</w:t>
        <w:br/>
        <w:t>f 15691/23113/19005 15692/23112/17906 15689/23111/19004</w:t>
        <w:br/>
        <w:t>f 15694/23114/17791 15692/23112/17906 15691/23113/19005</w:t>
        <w:br/>
        <w:t>f 15693/23115/19006 15694/23114/17791 15691/23113/19005</w:t>
        <w:br/>
        <w:t>f 15668/23088/18988 15696/23116/19007 15695/23117/19007</w:t>
        <w:br/>
        <w:t>f 15667/23089/18988 15668/23088/18988 15695/23117/19007</w:t>
        <w:br/>
        <w:t>f 15698/23118/19008 15697/23119/19008 15673/23095/18992</w:t>
        <w:br/>
        <w:t>f 15674/23094/18992 15698/23118/19008 15673/23095/18992</w:t>
        <w:br/>
        <w:t>f 15702/23120/19009 15701/23121/19010 15700/23122/19011</w:t>
        <w:br/>
        <w:t>f 15699/23123/19009 15702/23120/19009 15700/23122/19011</w:t>
        <w:br/>
        <w:t>f 15704/23124/19012 15702/23120/19009 15699/23123/19009</w:t>
        <w:br/>
        <w:t>f 15703/23125/19012 15704/23124/19012 15699/23123/19009</w:t>
        <w:br/>
        <w:t>f 15684/23106/19001 15685/23105/19000 15704/23124/19012</w:t>
        <w:br/>
        <w:t>f 15703/23125/19012 15684/23106/19001 15704/23124/19012</w:t>
        <w:br/>
        <w:t>f 15706/23126/19013 15694/23114/17791 15693/23115/19006</w:t>
        <w:br/>
        <w:t>f 15705/23127/19013 15706/23126/19013 15693/23115/19006</w:t>
        <w:br/>
        <w:t>f 15708/23128/19014 15706/23126/19013 15705/23127/19013</w:t>
        <w:br/>
        <w:t>f 15707/23129/19015 15708/23128/19014 15705/23127/19013</w:t>
        <w:br/>
        <w:t>f 15710/23130/19016 15709/23131/19016 15708/23128/19014</w:t>
        <w:br/>
        <w:t>f 15707/23129/19015 15710/23130/19016 15708/23128/19014</w:t>
        <w:br/>
        <w:t>f 15700/23122/19011 15713/23132/18138 15712/23133/18141</w:t>
        <w:br/>
        <w:t>f 15711/23134/19017 15700/23122/19011 15712/23133/18141</w:t>
        <w:br/>
        <w:t>f 15715/23135/19018 15714/23136/19018 15709/23131/19016</w:t>
        <w:br/>
        <w:t>f 15710/23130/19016 15715/23135/19018 15709/23131/19016</w:t>
        <w:br/>
        <w:t>f 15717/23137/19019 15714/23136/19018 15715/23135/19018</w:t>
        <w:br/>
        <w:t>f 15716/23138/19020 15717/23137/19019 15715/23135/19018</w:t>
        <w:br/>
        <w:t>f 15720/23139/17926 15719/23140/19021 15718/23141/19022</w:t>
        <w:br/>
        <w:t>f 15721/23142/17927 15720/23139/17926 15718/23141/19022</w:t>
        <w:br/>
        <w:t>f 15721/23142/17927 15718/23141/19022 15722/23143/19023</w:t>
        <w:br/>
        <w:t>f 15723/23144/19024 15721/23142/17927 15722/23143/19023</w:t>
        <w:br/>
        <w:t>f 15723/23144/19024 15722/23143/19023 15724/23145/19025</w:t>
        <w:br/>
        <w:t>f 15725/23146/19026 15723/23144/19024 15724/23145/19025</w:t>
        <w:br/>
        <w:t>f 15728/23147/19027 15727/23148/19027 15726/23149/19028</w:t>
        <w:br/>
        <w:t>f 15729/23150/19028 15728/23147/19027 15726/23149/19028</w:t>
        <w:br/>
        <w:t>f 15731/23151/19029 15729/23150/19028 15726/23149/19028</w:t>
        <w:br/>
        <w:t>f 15730/23152/19029 15731/23151/19029 15726/23149/19028</w:t>
        <w:br/>
        <w:t>f 15733/23153/19030 15731/23151/19029 15730/23152/19029</w:t>
        <w:br/>
        <w:t>f 15732/23154/19031 15733/23153/19030 15730/23152/19029</w:t>
        <w:br/>
        <w:t>f 15733/23153/19030 15732/23154/19031 15734/23155/19032</w:t>
        <w:br/>
        <w:t>f 15735/23156/17947 15733/23153/19030 15734/23155/19032</w:t>
        <w:br/>
        <w:t>f 15737/23157/19033 15735/23156/17947 15734/23155/19032</w:t>
        <w:br/>
        <w:t>f 15736/23158/19034 15737/23157/19033 15734/23155/19032</w:t>
        <w:br/>
        <w:t>f 15720/23139/17926 15739/23159/19035 15738/23160/19035</w:t>
        <w:br/>
        <w:t>f 15719/23140/19021 15720/23139/17926 15738/23160/19035</w:t>
        <w:br/>
        <w:t>f 15739/23159/19035 15741/23161/19036 15740/23162/19037</w:t>
        <w:br/>
        <w:t>f 15738/23160/19035 15739/23159/19035 15740/23162/19037</w:t>
        <w:br/>
        <w:t>f 15727/23148/19027 15728/23147/19027 15743/23163/19038</w:t>
        <w:br/>
        <w:t>f 15742/23164/19038 15727/23148/19027 15743/23163/19038</w:t>
        <w:br/>
        <w:t>f 15725/23146/19026 15724/23145/19025 15744/23165/19039</w:t>
        <w:br/>
        <w:t>f 15745/23166/17930 15725/23146/19026 15744/23165/19039</w:t>
        <w:br/>
        <w:t>f 15747/23167/17943 15737/23157/19033 15736/23158/19034</w:t>
        <w:br/>
        <w:t>f 15746/23168/19040 15747/23167/17943 15736/23158/19034</w:t>
        <w:br/>
        <w:t>f 15741/23161/19036 15749/23169/19041 15748/23170/19041</w:t>
        <w:br/>
        <w:t>f 15740/23162/19037 15741/23161/19036 15748/23170/19041</w:t>
        <w:br/>
        <w:t>f 15753/23171/19042 15752/23172/19043 15751/23173/19043</w:t>
        <w:br/>
        <w:t>f 15750/23174/19044 15753/23171/19042 15751/23173/19043</w:t>
        <w:br/>
        <w:t>f 15755/23175/19045 15754/23176/19046 15753/23171/19042</w:t>
        <w:br/>
        <w:t>f 15750/23174/19044 15755/23175/19045 15753/23171/19042</w:t>
        <w:br/>
        <w:t>f 15759/23177/19047 15758/23178/19048 15757/23179/19049</w:t>
        <w:br/>
        <w:t>f 15756/23180/17917 15759/23177/19047 15757/23179/19049</w:t>
        <w:br/>
        <w:t>f 15761/23181/19050 15760/23182/19051 15757/23179/19049</w:t>
        <w:br/>
        <w:t>f 15758/23178/19048 15761/23181/19050 15757/23179/19049</w:t>
        <w:br/>
        <w:t>f 15752/23172/19043 15763/23183/19052 15762/23184/19053</w:t>
        <w:br/>
        <w:t>f 15751/23173/19043 15752/23172/19043 15762/23184/19053</w:t>
        <w:br/>
        <w:t>f 15765/23185/19054 15760/23182/19051 15761/23181/19050</w:t>
        <w:br/>
        <w:t>f 15764/23186/19055 15765/23185/19054 15761/23181/19050</w:t>
        <w:br/>
        <w:t>f 15767/23187/19056 15765/23185/19054 15764/23186/19055</w:t>
        <w:br/>
        <w:t>f 15766/23188/19056 15767/23187/19056 15764/23186/19055</w:t>
        <w:br/>
        <w:t>f 15769/23189/19057 15767/23187/19056 15766/23188/19056</w:t>
        <w:br/>
        <w:t>f 15768/23190/19057 15769/23189/19057 15766/23188/19056</w:t>
        <w:br/>
        <w:t>f 15773/23191/19058 15772/23192/17941 15771/23193/19059</w:t>
        <w:br/>
        <w:t>f 15770/23194/19060 15773/23191/19058 15771/23193/19059</w:t>
        <w:br/>
        <w:t>f 15763/23183/19052 15773/23191/19058 15770/23194/19060</w:t>
        <w:br/>
        <w:t>f 15762/23184/19053 15763/23183/19052 15770/23194/19060</w:t>
        <w:br/>
        <w:t>f 15749/23169/19041 15769/23189/19057 15768/23190/19057</w:t>
        <w:br/>
        <w:t>f 15748/23170/19041 15749/23169/19041 15768/23190/19057</w:t>
        <w:br/>
        <w:t>f 15772/23192/17941 15747/23167/17943 15746/23168/19040</w:t>
        <w:br/>
        <w:t>f 15771/23193/19059 15772/23192/17941 15746/23168/19040</w:t>
        <w:br/>
        <w:t>f 15776/23195/19061 15775/23196/19061 15774/23197/19062</w:t>
        <w:br/>
        <w:t>f 15778/23198/19063 15777/23199/19064 15775/23196/19061</w:t>
        <w:br/>
        <w:t>f 15776/23195/19061 15778/23198/19063 15775/23196/19061</w:t>
        <w:br/>
        <w:t>f 15780/23200/17799 15777/23199/19064 15778/23198/19063</w:t>
        <w:br/>
        <w:t>f 15779/23201/19065 15780/23200/17799 15778/23198/19063</w:t>
        <w:br/>
        <w:t>f 15784/23202/19066 15783/23203/19067 15782/23204/19068</w:t>
        <w:br/>
        <w:t>f 15781/23205/19068 15784/23202/19066 15782/23204/19068</w:t>
        <w:br/>
        <w:t>f 15786/23206/19069 15783/23203/19067 15784/23202/19066</w:t>
        <w:br/>
        <w:t>f 15785/23207/19069 15786/23206/19069 15784/23202/19066</w:t>
        <w:br/>
        <w:t>f 15787/23208/19070 15786/23206/19069 15785/23207/19069</w:t>
        <w:br/>
        <w:t>f 15781/23205/19068 15782/23204/19068 15789/23209/19071</w:t>
        <w:br/>
        <w:t>f 15788/23210/19072 15781/23205/19068 15789/23209/19071</w:t>
        <w:br/>
        <w:t>f 15791/23211/19073 15780/23200/17799 15779/23201/19065</w:t>
        <w:br/>
        <w:t>f 15790/23212/19074 15791/23211/19073 15779/23201/19065</w:t>
        <w:br/>
        <w:t>f 15795/23213/19075 15794/23214/19076 15793/23215/19076</w:t>
        <w:br/>
        <w:t>f 15792/23216/19075 15795/23213/19075 15793/23215/19076</w:t>
        <w:br/>
        <w:t>f 15789/23209/19071 15795/23213/19075 15792/23216/19075</w:t>
        <w:br/>
        <w:t>f 15788/23210/19072 15789/23209/19071 15792/23216/19075</w:t>
        <w:br/>
        <w:t>f 15797/23217/19077 15796/23218/19078 15791/23211/19073</w:t>
        <w:br/>
        <w:t>f 15790/23212/19074 15797/23217/19077 15791/23211/19073</w:t>
        <w:br/>
        <w:t>f 15799/23219/19079 15798/23220/19080 15796/23218/19078</w:t>
        <w:br/>
        <w:t>f 15797/23217/19077 15799/23219/19079 15796/23218/19078</w:t>
        <w:br/>
        <w:t>f 15801/23221/19081 15800/23222/19081 15742/23164/19038</w:t>
        <w:br/>
        <w:t>f 15743/23163/19038 15801/23221/19081 15742/23164/19038</w:t>
        <w:br/>
        <w:t>f 15803/23223/19082 15802/23224/19083 15745/23166/17930</w:t>
        <w:br/>
        <w:t>f 15744/23165/19039 15803/23223/19082 15745/23166/17930</w:t>
        <w:br/>
        <w:t>f 15798/23220/19080 15799/23219/19079 15804/23225/19084</w:t>
        <w:br/>
        <w:t>f 15805/23226/17911 15798/23220/19080 15804/23225/19084</w:t>
        <w:br/>
        <w:t>f 15807/23227/19085 15806/23228/19086 15793/23215/19076</w:t>
        <w:br/>
        <w:t>f 15794/23214/19076 15807/23227/19085 15793/23215/19076</w:t>
        <w:br/>
        <w:t>f 15800/23222/19081 15801/23221/19081 15805/23226/17911</w:t>
        <w:br/>
        <w:t>f 15804/23225/19084 15800/23222/19081 15805/23226/17911</w:t>
        <w:br/>
        <w:t>f 15802/23224/19083 15803/23223/19082 15806/23228/19086</w:t>
        <w:br/>
        <w:t>f 15807/23227/19085 15802/23224/19083 15806/23228/19086</w:t>
        <w:br/>
        <w:t>f 15811/23229/19087 15810/23230/18144 15809/23231/18131</w:t>
        <w:br/>
        <w:t>f 15808/23232/19088 15811/23229/19087 15809/23231/18131</w:t>
        <w:br/>
        <w:t>f 15813/23233/19089 15812/23234/19089 15810/23230/18144</w:t>
        <w:br/>
        <w:t>f 15811/23229/19087 15813/23233/19089 15810/23230/18144</w:t>
        <w:br/>
        <w:t>f 15817/23235/19090 15816/23236/19091 15815/23237/19092</w:t>
        <w:br/>
        <w:t>f 15814/23238/19090 15817/23235/19090 15815/23237/19092</w:t>
        <w:br/>
        <w:t>f 15819/23239/19093 15817/23235/19090 15814/23238/19090</w:t>
        <w:br/>
        <w:t>f 15818/23240/19093 15819/23239/19093 15814/23238/19090</w:t>
        <w:br/>
        <w:t>f 15823/23241/19094 15822/23242/19094 15821/23243/19095</w:t>
        <w:br/>
        <w:t>f 15820/23244/19096 15823/23241/19094 15821/23243/19095</w:t>
        <w:br/>
        <w:t>f 15821/23243/19095 15825/23245/19097 15824/23246/19097</w:t>
        <w:br/>
        <w:t>f 15820/23244/19096 15821/23243/19095 15824/23246/19097</w:t>
        <w:br/>
        <w:t>f 15829/23247/19098 15828/23248/19099 15827/23249/19100</w:t>
        <w:br/>
        <w:t>f 15826/23250/19101 15829/23247/19098 15827/23249/19100</w:t>
        <w:br/>
        <w:t>f 15831/23251/19102 15829/23247/19098 15826/23250/19101</w:t>
        <w:br/>
        <w:t>f 15830/23252/19102 15831/23251/19102 15826/23250/19101</w:t>
        <w:br/>
        <w:t>f 15819/23239/19093 15818/23240/19093 15832/23253/19103</w:t>
        <w:br/>
        <w:t>f 15833/23254/19104 15819/23239/19093 15832/23253/19103</w:t>
        <w:br/>
        <w:t>f 15836/23255/19105 15835/23256/17811 15832/23253/19103</w:t>
        <w:br/>
        <w:t>f 15834/23257/19106 15836/23255/19105 15832/23253/19103</w:t>
        <w:br/>
        <w:t>f 15839/23258/17851 15838/23259/17812 15834/23257/19106</w:t>
        <w:br/>
        <w:t>f 15837/23260/19107 15839/23258/17851 15834/23257/19106</w:t>
        <w:br/>
        <w:t>f 15841/23261/18130 15840/23262/19108 15808/23232/19088</w:t>
        <w:br/>
        <w:t>f 15809/23231/18131 15841/23261/18130 15808/23232/19088</w:t>
        <w:br/>
        <w:t>f 15841/23261/18130 15843/23263/18146 15842/23264/19109</w:t>
        <w:br/>
        <w:t>f 15840/23262/19108 15841/23261/18130 15842/23264/19109</w:t>
        <w:br/>
        <w:t>f 15843/23263/18146 15845/23265/19110 15844/23266/19110</w:t>
        <w:br/>
        <w:t>f 15842/23264/19109 15843/23263/18146 15844/23266/19110</w:t>
        <w:br/>
        <w:t>f 15845/23265/19110 15847/23267/19111 15846/23268/19112</w:t>
        <w:br/>
        <w:t>f 15844/23266/19110 15845/23265/19110 15846/23268/19112</w:t>
        <w:br/>
        <w:t>f 15849/23269/17852 15839/23258/17851 15837/23260/19107</w:t>
        <w:br/>
        <w:t>f 15848/23270/19113 15849/23269/17852 15837/23260/19107</w:t>
        <w:br/>
        <w:t>f 15847/23267/19111 15851/23271/19114 15850/23272/19114</w:t>
        <w:br/>
        <w:t>f 15846/23268/19112 15847/23267/19111 15850/23272/19114</w:t>
        <w:br/>
        <w:t>f 15853/23273/17865 15849/23269/17852 15848/23270/19113</w:t>
        <w:br/>
        <w:t>f 15852/23274/19115 15853/23273/17865 15848/23270/19113</w:t>
        <w:br/>
        <w:t>f 15851/23271/19114 15855/23275/19116 15854/23276/19116</w:t>
        <w:br/>
        <w:t>f 15850/23272/19114 15851/23271/19114 15854/23276/19116</w:t>
        <w:br/>
        <w:t>f 15857/23277/17848 15853/23273/17865 15852/23274/19115</w:t>
        <w:br/>
        <w:t>f 15856/23278/19117 15857/23277/17848 15852/23274/19115</w:t>
        <w:br/>
        <w:t>f 15855/23275/19116 15859/23279/18180 15858/23280/19118</w:t>
        <w:br/>
        <w:t>f 15854/23276/19116 15855/23275/19116 15858/23280/19118</w:t>
        <w:br/>
        <w:t>f 15861/23281/17849 15857/23277/17848 15856/23278/19117</w:t>
        <w:br/>
        <w:t>f 15860/23282/19119 15861/23281/17849 15856/23278/19117</w:t>
        <w:br/>
        <w:t>f 15859/23279/18180 15863/23283/19120 15862/23284/19121</w:t>
        <w:br/>
        <w:t>f 15858/23280/19118 15859/23279/18180 15862/23284/19121</w:t>
        <w:br/>
        <w:t>f 15865/23285/19122 15861/23281/17849 15860/23282/19119</w:t>
        <w:br/>
        <w:t>f 15864/23286/19123 15865/23285/19122 15860/23282/19119</w:t>
        <w:br/>
        <w:t>f 15863/23283/19120 15867/23287/19124 15866/23288/19125</w:t>
        <w:br/>
        <w:t>f 15862/23284/19121 15863/23283/19120 15866/23288/19125</w:t>
        <w:br/>
        <w:t>f 15869/23289/17846 15865/23285/19122 15864/23286/19123</w:t>
        <w:br/>
        <w:t>f 15868/23290/19126 15869/23289/17846 15864/23286/19123</w:t>
        <w:br/>
        <w:t>f 15867/23287/19124 15871/23291/18171 15870/23292/19127</w:t>
        <w:br/>
        <w:t>f 15866/23288/19125 15867/23287/19124 15870/23292/19127</w:t>
        <w:br/>
        <w:t>f 15873/23293/19128 15869/23289/17846 15868/23290/19126</w:t>
        <w:br/>
        <w:t>f 15872/23294/19129 15873/23293/19128 15868/23290/19126</w:t>
        <w:br/>
        <w:t>f 15871/23291/18171 15875/23295/19130 15874/23296/19131</w:t>
        <w:br/>
        <w:t>f 15870/23292/19127 15871/23291/18171 15874/23296/19131</w:t>
        <w:br/>
        <w:t>f 15877/23297/19132 15873/23293/19128 15872/23294/19129</w:t>
        <w:br/>
        <w:t>f 15876/23298/19132 15877/23297/19132 15872/23294/19129</w:t>
        <w:br/>
        <w:t>f 15875/23295/19130 15831/23251/19102 15830/23252/19102</w:t>
        <w:br/>
        <w:t>f 15874/23296/19131 15875/23295/19130 15830/23252/19102</w:t>
        <w:br/>
        <w:t>f 15825/23245/19097 15877/23297/19132 15876/23298/19132</w:t>
        <w:br/>
        <w:t>f 15824/23246/19097 15825/23245/19097 15876/23298/19132</w:t>
        <w:br/>
        <w:t>f 15880/23299/19133 15879/23300/19134 15878/23301/19135</w:t>
        <w:br/>
        <w:t>f 15881/23302/19135 15880/23299/19133 15878/23301/19135</w:t>
        <w:br/>
        <w:t>f 15879/23300/19134 15884/23303/17534 15883/23304/17712</w:t>
        <w:br/>
        <w:t>f 15882/23305/19136 15879/23300/19134 15883/23304/17712</w:t>
        <w:br/>
        <w:t>f 15882/23305/19136 15883/23304/17712 15886/23306/17780</w:t>
        <w:br/>
        <w:t>f 15885/23307/11217 15882/23305/19136 15886/23306/17780</w:t>
        <w:br/>
        <w:t>f 15889/23308/17538 15888/23309/19137 15887/23310/19138</w:t>
        <w:br/>
        <w:t>f 15890/23311/17535 15889/23308/17538 15887/23310/19138</w:t>
        <w:br/>
        <w:t>f 15890/23311/17535 15887/23310/19138 15891/23312/19139</w:t>
        <w:br/>
        <w:t>f 15892/23313/19140 15890/23311/17535 15891/23312/19139</w:t>
        <w:br/>
        <w:t>f 15894/23314/19141 15892/23313/19140 15891/23312/19139</w:t>
        <w:br/>
        <w:t>f 15893/23315/19141 15894/23314/19141 15891/23312/19139</w:t>
        <w:br/>
        <w:t>f 15881/23302/19135 15878/23301/19135 15895/23316/19142</w:t>
        <w:br/>
        <w:t>f 15896/23317/19143 15881/23302/19135 15895/23316/19142</w:t>
        <w:br/>
        <w:t>f 15889/23308/17538 15898/23318/19144 15897/23319/19145</w:t>
        <w:br/>
        <w:t>f 15888/23309/19137 15889/23308/17538 15897/23319/19145</w:t>
        <w:br/>
        <w:t>f 15898/23318/19144 15900/23320/19146 15899/23321/19146</w:t>
        <w:br/>
        <w:t>f 15897/23319/19145 15898/23318/19144 15899/23321/19146</w:t>
        <w:br/>
        <w:t>f 15896/23317/19143 15895/23316/19142 15901/23322/19147</w:t>
        <w:br/>
        <w:t>f 15902/23323/19147 15896/23317/19143 15901/23322/19147</w:t>
        <w:br/>
        <w:t>f 15904/23324/19148 15902/23323/19147 15901/23322/19147</w:t>
        <w:br/>
        <w:t>f 15903/23325/19149 15904/23324/19148 15901/23322/19147</w:t>
        <w:br/>
        <w:t>f 15900/23320/19146 15906/23326/19150 15905/23327/19150</w:t>
        <w:br/>
        <w:t>f 15899/23321/19146 15900/23320/19146 15905/23327/19150</w:t>
        <w:br/>
        <w:t>f 15908/23328/19151 15907/23329/19151 15905/23327/19150</w:t>
        <w:br/>
        <w:t>f 15906/23326/19150 15908/23328/19151 15905/23327/19150</w:t>
        <w:br/>
        <w:t>f 15910/23330/17627 15904/23324/19148 15903/23325/19149</w:t>
        <w:br/>
        <w:t>f 15909/23331/19152 15910/23330/17627 15903/23325/19149</w:t>
        <w:br/>
        <w:t>f 15912/23332/17632 15910/23330/17627 15909/23331/19152</w:t>
        <w:br/>
        <w:t>f 15911/23333/19153 15912/23332/17632 15909/23331/19152</w:t>
        <w:br/>
        <w:t>f 15914/23334/19154 15913/23335/19154 15907/23329/19151</w:t>
        <w:br/>
        <w:t>f 15908/23328/19151 15914/23334/19154 15907/23329/19151</w:t>
        <w:br/>
        <w:t>f 15912/23332/17632 15911/23333/19153 15915/23336/19155</w:t>
        <w:br/>
        <w:t>f 15916/23337/19156 15912/23332/17632 15915/23336/19155</w:t>
        <w:br/>
        <w:t>f 15914/23334/19154 15918/23338/19157 15917/23339/19157</w:t>
        <w:br/>
        <w:t>f 15913/23335/19154 15914/23334/19154 15917/23339/19157</w:t>
        <w:br/>
        <w:t>f 15920/23340/19158 15919/23341/19159 15917/23339/19157</w:t>
        <w:br/>
        <w:t>f 15918/23338/19157 15920/23340/19158 15917/23339/19157</w:t>
        <w:br/>
        <w:t>f 15922/23342/17869 15916/23337/19156 15915/23336/19155</w:t>
        <w:br/>
        <w:t>f 15921/23343/19160 15922/23342/17869 15915/23336/19155</w:t>
        <w:br/>
        <w:t>f 15922/23342/17869 15921/23343/19160 15923/23344/19161</w:t>
        <w:br/>
        <w:t>f 15924/23345/17636 15922/23342/17869 15923/23344/19161</w:t>
        <w:br/>
        <w:t>f 15926/23346/19162 15925/23347/19163 15919/23341/19159</w:t>
        <w:br/>
        <w:t>f 15920/23340/19158 15926/23346/19162 15919/23341/19159</w:t>
        <w:br/>
        <w:t>f 15928/23348/17633 15924/23345/17636 15923/23344/19161</w:t>
        <w:br/>
        <w:t>f 15927/23349/19164 15928/23348/17633 15923/23344/19161</w:t>
        <w:br/>
        <w:t>f 15930/23350/19165 15929/23351/19165 15925/23347/19163</w:t>
        <w:br/>
        <w:t>f 15926/23346/19162 15930/23350/19165 15925/23347/19163</w:t>
        <w:br/>
        <w:t>f 15930/23350/19165 15932/23352/19166 15931/23353/19166</w:t>
        <w:br/>
        <w:t>f 15929/23351/19165 15930/23350/19165 15931/23353/19166</w:t>
        <w:br/>
        <w:t>f 15928/23348/17633 15927/23349/19164 15933/23354/19167</w:t>
        <w:br/>
        <w:t>f 15934/23355/19168 15928/23348/17633 15933/23354/19167</w:t>
        <w:br/>
        <w:t>f 15931/23353/19166 15932/23352/19166 15936/23356/19169</w:t>
        <w:br/>
        <w:t>f 15935/23357/19169 15931/23353/19166 15936/23356/19169</w:t>
        <w:br/>
        <w:t>f 15938/23358/17637 15934/23355/19168 15933/23354/19167</w:t>
        <w:br/>
        <w:t>f 15937/23359/19170 15938/23358/17637 15933/23354/19167</w:t>
        <w:br/>
        <w:t>f 15935/23357/19169 15936/23356/19169 15940/23360/19171</w:t>
        <w:br/>
        <w:t>f 15939/23361/19171 15935/23357/19169 15940/23360/19171</w:t>
        <w:br/>
        <w:t>f 15942/23362/17641 15938/23358/17637 15937/23359/19170</w:t>
        <w:br/>
        <w:t>f 15941/23363/19172 15942/23362/17641 15937/23359/19170</w:t>
        <w:br/>
        <w:t>f 15939/23361/19171 15940/23360/19171 15943/23364/18184</w:t>
        <w:br/>
        <w:t>f 15944/23365/19173 15942/23362/17641 15941/23363/19172</w:t>
        <w:br/>
        <w:t>f 15948/23366/19174 15947/23367/19174 15946/23368/19175</w:t>
        <w:br/>
        <w:t>f 15945/23369/19175 15948/23366/19174 15946/23368/19175</w:t>
        <w:br/>
        <w:t>f 15945/23369/19175 15946/23368/19175 15950/23370/19176</w:t>
        <w:br/>
        <w:t>f 15949/23371/19176 15945/23369/19175 15950/23370/19176</w:t>
        <w:br/>
        <w:t>f 15954/23372/19177 15953/23373/19178 15952/23374/19179</w:t>
        <w:br/>
        <w:t>f 15951/23375/19179 15954/23372/19177 15952/23374/19179</w:t>
        <w:br/>
        <w:t>f 15958/23376/19180 15957/23377/19180 15956/23378/19181</w:t>
        <w:br/>
        <w:t>f 15955/23379/19182 15958/23376/19180 15956/23378/19181</w:t>
        <w:br/>
        <w:t>f 15962/23380/19183 15961/23381/19184 15960/23382/19184</w:t>
        <w:br/>
        <w:t>f 15959/23383/19185 15962/23380/19183 15960/23382/19184</w:t>
        <w:br/>
        <w:t>f 15965/23384/19186 15964/23385/19186 15963/23386/19187</w:t>
        <w:br/>
        <w:t>f 15966/23387/19187 15965/23384/19186 15963/23386/19187</w:t>
        <w:br/>
        <w:t>f 15969/23388/19188 15968/23389/19189 15967/23390/19189</w:t>
        <w:br/>
        <w:t>f 15970/23391/19188 15969/23388/19188 15967/23390/19189</w:t>
        <w:br/>
        <w:t>f 15972/23392/19190 15971/23393/19191 15953/23373/19178</w:t>
        <w:br/>
        <w:t>f 15954/23372/19177 15972/23392/19190 15953/23373/19178</w:t>
        <w:br/>
        <w:t>f 15949/23371/19176 15950/23370/19176 15951/23375/19179</w:t>
        <w:br/>
        <w:t>f 15952/23374/19179 15949/23371/19176 15951/23375/19179</w:t>
        <w:br/>
        <w:t>f 15968/23389/19189 15966/23387/19187 15963/23386/19187</w:t>
        <w:br/>
        <w:t>f 15967/23390/19189 15968/23389/19189 15963/23386/19187</w:t>
        <w:br/>
        <w:t>f 15974/23394/19192 15973/23395/19193 15964/23385/19186</w:t>
        <w:br/>
        <w:t>f 15965/23384/19186 15974/23394/19192 15964/23385/19186</w:t>
        <w:br/>
        <w:t>f 15970/23391/19188 15976/23396/19194 15975/23397/19195</w:t>
        <w:br/>
        <w:t>f 15969/23388/19188 15970/23391/19188 15975/23397/19195</w:t>
        <w:br/>
        <w:t>f 15980/23398/19196 15979/23399/19197 15978/23400/19197</w:t>
        <w:br/>
        <w:t>f 15977/23401/19196 15980/23398/19196 15978/23400/19197</w:t>
        <w:br/>
        <w:t>f 15984/23402/19198 15983/23403/11158 15982/23404/19199</w:t>
        <w:br/>
        <w:t>f 15981/23405/19200 15984/23402/19198 15982/23404/19199</w:t>
        <w:br/>
        <w:t>f 15986/23406/19201 15984/23402/19198 15981/23405/19200</w:t>
        <w:br/>
        <w:t>f 15985/23407/19201 15986/23406/19201 15981/23405/19200</w:t>
        <w:br/>
        <w:t>f 15971/23393/19191 15972/23392/19190 15988/23408/19202</w:t>
        <w:br/>
        <w:t>f 15987/23409/19203 15971/23393/19191 15988/23408/19202</w:t>
        <w:br/>
        <w:t>f 15992/23410/19204 15991/23411/19205 15990/23412/19205</w:t>
        <w:br/>
        <w:t>f 15989/23413/19206 15992/23410/19204 15990/23412/19205</w:t>
        <w:br/>
        <w:t>f 15991/23411/19205 15994/23414/19207 15993/23415/19207</w:t>
        <w:br/>
        <w:t>f 15990/23412/19205 15991/23411/19205 15993/23415/19207</w:t>
        <w:br/>
        <w:t>f 15996/23416/19208 15993/23415/19207 15994/23414/19207</w:t>
        <w:br/>
        <w:t>f 15995/23417/19208 15996/23416/19208 15994/23414/19207</w:t>
        <w:br/>
        <w:t>f 15976/23396/19194 15996/23416/19208 15995/23417/19208</w:t>
        <w:br/>
        <w:t>f 15975/23397/19195 15976/23396/19194 15995/23417/19208</w:t>
        <w:br/>
        <w:t>f 15989/23413/19206 15986/23406/19201 15985/23407/19201</w:t>
        <w:br/>
        <w:t>f 15992/23410/19204 15989/23413/19206 15985/23407/19201</w:t>
        <w:br/>
        <w:t>f 16000/23418/19209 15999/23419/19210 15998/23420/19211</w:t>
        <w:br/>
        <w:t>f 15997/23421/19211 16000/23418/19209 15998/23420/19211</w:t>
        <w:br/>
        <w:t>f 16002/23422/19212 15997/23421/19211 15998/23420/19211</w:t>
        <w:br/>
        <w:t>f 16001/23423/19213 16002/23422/19212 15998/23420/19211</w:t>
        <w:br/>
        <w:t>f 16006/23424/19214 16005/23425/19215 16004/23426/19216</w:t>
        <w:br/>
        <w:t>f 16003/23427/19214 16006/23424/19214 16004/23426/19216</w:t>
        <w:br/>
        <w:t>f 16008/23428/19217 16007/23429/19218 15973/23395/19193</w:t>
        <w:br/>
        <w:t>f 15974/23394/19192 16008/23428/19217 15973/23395/19193</w:t>
        <w:br/>
        <w:t>f 16003/23427/19214 16010/23430/19219 16009/23431/19219</w:t>
        <w:br/>
        <w:t>f 16006/23424/19214 16003/23427/19214 16009/23431/19219</w:t>
        <w:br/>
        <w:t>f 16014/23432/19220 16013/23433/19221 16012/23434/19221</w:t>
        <w:br/>
        <w:t>f 16011/23435/19222 16014/23432/19220 16012/23434/19221</w:t>
        <w:br/>
        <w:t>f 16016/23436/19223 16015/23437/19223 16014/23432/19220</w:t>
        <w:br/>
        <w:t>f 16011/23435/19222 16016/23436/19223 16014/23432/19220</w:t>
        <w:br/>
        <w:t>f 16018/23438/19224 16015/23437/19223 16016/23436/19223</w:t>
        <w:br/>
        <w:t>f 16017/23439/19224 16018/23438/19224 16016/23436/19223</w:t>
        <w:br/>
        <w:t>f 16019/23440/19225 16018/23438/19224 16017/23439/19224</w:t>
        <w:br/>
        <w:t>f 16021/23441/19226 16020/23442/19226 15999/23419/19210</w:t>
        <w:br/>
        <w:t>f 16000/23418/19209 16021/23441/19226 15999/23419/19210</w:t>
        <w:br/>
        <w:t>f 16005/23425/19215 16002/23422/19212 16001/23423/19213</w:t>
        <w:br/>
        <w:t>f 16004/23426/19216 16005/23425/19215 16001/23423/19213</w:t>
        <w:br/>
        <w:t>f 16023/23443/19227 15962/23380/19183 15959/23383/19185</w:t>
        <w:br/>
        <w:t>f 16022/23444/19228 16023/23443/19227 15959/23383/19185</w:t>
        <w:br/>
        <w:t>f 16022/23444/19228 16012/23434/19221 16013/23433/19221</w:t>
        <w:br/>
        <w:t>f 16023/23443/19227 16022/23444/19228 16013/23433/19221</w:t>
        <w:br/>
        <w:t>f 16025/23445/19229 16024/23446/19230 16009/23431/19219</w:t>
        <w:br/>
        <w:t>f 16010/23430/19219 16025/23445/19229 16009/23431/19219</w:t>
        <w:br/>
        <w:t>f 15961/23381/19184 16027/23447/19231 16026/23448/19232</w:t>
        <w:br/>
        <w:t>f 15960/23382/19184 15961/23381/19184 16026/23448/19232</w:t>
        <w:br/>
        <w:t>f 16029/23449/19233 16028/23450/19233 16024/23446/19230</w:t>
        <w:br/>
        <w:t>f 16025/23445/19229 16029/23449/19233 16024/23446/19230</w:t>
        <w:br/>
        <w:t>f 16027/23447/19231 15957/23377/19180 15958/23376/19180</w:t>
        <w:br/>
        <w:t>f 16026/23448/19232 16027/23447/19231 15958/23376/19180</w:t>
        <w:br/>
        <w:t>f 15955/23379/19182 15956/23378/19181 15947/23367/19174</w:t>
        <w:br/>
        <w:t>f 15948/23366/19174 15955/23379/19182 15947/23367/19174</w:t>
        <w:br/>
        <w:t>f 16033/23451/19234 16032/23452/19234 16031/23453/19235</w:t>
        <w:br/>
        <w:t>f 16030/23454/19235 16033/23451/19234 16031/23453/19235</w:t>
        <w:br/>
        <w:t>f 16035/23455/11222 16032/23452/19234 16033/23451/19234</w:t>
        <w:br/>
        <w:t>f 16034/23456/19236 16035/23455/11222 16033/23451/19234</w:t>
        <w:br/>
        <w:t>f 16037/23457/19237 16036/23458/19237 16030/23454/19235</w:t>
        <w:br/>
        <w:t>f 16031/23453/19235 16037/23457/19237 16030/23454/19235</w:t>
        <w:br/>
        <w:t>f 16036/23458/19237 16037/23457/19237 16038/23459/19238</w:t>
        <w:br/>
        <w:t>f 16039/23460/19238 16036/23458/19237 16038/23459/19238</w:t>
        <w:br/>
        <w:t>f 16038/23459/19238 16041/23461/19239 16040/23462/19239</w:t>
        <w:br/>
        <w:t>f 16039/23460/19238 16038/23459/19238 16040/23462/19239</w:t>
        <w:br/>
        <w:t>f 16043/23463/19240 16040/23462/19239 16041/23461/19239</w:t>
        <w:br/>
        <w:t>f 16042/23464/19240 16043/23463/19240 16041/23461/19239</w:t>
        <w:br/>
        <w:t>f 16045/23465/19241 16044/23466/19241 16043/23463/19240</w:t>
        <w:br/>
        <w:t>f 16042/23464/19240 16045/23465/19241 16043/23463/19240</w:t>
        <w:br/>
        <w:t>f 16047/23467/19242 16046/23468/19243 16044/23466/19241</w:t>
        <w:br/>
        <w:t>f 16045/23465/19241 16047/23467/19242 16044/23466/19241</w:t>
        <w:br/>
        <w:t>f 16049/23469/19244 16046/23468/19243 16047/23467/19242</w:t>
        <w:br/>
        <w:t>f 16048/23470/19244 16049/23469/19244 16047/23467/19242</w:t>
        <w:br/>
        <w:t>f 16051/23471/19245 16050/23472/19246 16049/23469/19244</w:t>
        <w:br/>
        <w:t>f 16048/23470/19244 16051/23471/19245 16049/23469/19244</w:t>
        <w:br/>
        <w:t>f 16053/23473/19247 16052/23474/19247 16050/23472/19246</w:t>
        <w:br/>
        <w:t>f 16051/23471/19245 16053/23473/19247 16050/23472/19246</w:t>
        <w:br/>
        <w:t>f 16052/23474/19247 16053/23473/19247 16054/23475/19248</w:t>
        <w:br/>
        <w:t>f 16055/23476/19248 16052/23474/19247 16054/23475/19248</w:t>
        <w:br/>
        <w:t>f 16055/23476/19248 16054/23475/19248 16056/23477/19249</w:t>
        <w:br/>
        <w:t>f 16057/23478/19250 16055/23476/19248 16056/23477/19249</w:t>
        <w:br/>
        <w:t>f 16057/23478/19250 16056/23477/19249 16058/23479/19251</w:t>
        <w:br/>
        <w:t>f 16059/23480/19251 16057/23478/19250 16058/23479/19251</w:t>
        <w:br/>
        <w:t>f 16061/23481/19252 16059/23480/19251 16058/23479/19251</w:t>
        <w:br/>
        <w:t>f 16060/23482/19252 16061/23481/19252 16058/23479/19251</w:t>
        <w:br/>
        <w:t>f 16065/23483/18185 16064/23484/19253 16063/23485/19253</w:t>
        <w:br/>
        <w:t>f 16062/23486/19254 16065/23483/18185 16063/23485/19253</w:t>
        <w:br/>
        <w:t>f 16069/23487/19255 16068/23488/19256 16067/23489/19256</w:t>
        <w:br/>
        <w:t>f 16066/23490/19255 16069/23487/19255 16067/23489/19256</w:t>
        <w:br/>
        <w:t>f 16073/23491/19257 16072/23492/19258 16071/23493/19258</w:t>
        <w:br/>
        <w:t>f 16070/23494/19259 16073/23491/19257 16071/23493/19258</w:t>
        <w:br/>
        <w:t>f 15977/23401/19196 16075/23495/19260 16074/23496/19261</w:t>
        <w:br/>
        <w:t>f 15980/23398/19196 15977/23401/19196 16074/23496/19261</w:t>
        <w:br/>
        <w:t>f 16073/23491/19257 16070/23494/19259 16074/23496/19261</w:t>
        <w:br/>
        <w:t>f 16075/23495/19260 16073/23491/19257 16074/23496/19261</w:t>
        <w:br/>
        <w:t>f 16077/23497/19262 16071/23493/19258 16072/23492/19258</w:t>
        <w:br/>
        <w:t>f 16076/23498/19262 16077/23497/19262 16072/23492/19258</w:t>
        <w:br/>
        <w:t>f 16079/23499/19263 16077/23497/19262 16076/23498/19262</w:t>
        <w:br/>
        <w:t>f 16078/23500/19264 16079/23499/19263 16076/23498/19262</w:t>
        <w:br/>
        <w:t>f 16081/23501/19265 16079/23499/19263 16078/23500/19264</w:t>
        <w:br/>
        <w:t>f 16080/23502/19265 16081/23501/19265 16078/23500/19264</w:t>
        <w:br/>
        <w:t>f 16083/23503/19266 16081/23501/19265 16080/23502/19265</w:t>
        <w:br/>
        <w:t>f 16082/23504/19266 16083/23503/19266 16080/23502/19265</w:t>
        <w:br/>
        <w:t>f 16085/23505/19267 16083/23503/19266 16082/23504/19266</w:t>
        <w:br/>
        <w:t>f 16084/23506/19267 16085/23505/19267 16082/23504/19266</w:t>
        <w:br/>
        <w:t>f 16087/23507/19268 16085/23505/19267 16084/23506/19267</w:t>
        <w:br/>
        <w:t>f 16086/23508/19268 16087/23507/19268 16084/23506/19267</w:t>
        <w:br/>
        <w:t>f 16089/23509/19269 16087/23507/19268 16086/23508/19268</w:t>
        <w:br/>
        <w:t>f 16088/23510/19270 16089/23509/19269 16086/23508/19268</w:t>
        <w:br/>
        <w:t>f 16091/23511/19271 16089/23509/19269 16088/23510/19270</w:t>
        <w:br/>
        <w:t>f 16090/23512/19271 16091/23511/19271 16088/23510/19270</w:t>
        <w:br/>
        <w:t>f 16093/23513/19272 16091/23511/19271 16090/23512/19271</w:t>
        <w:br/>
        <w:t>f 16092/23514/19272 16093/23513/19272 16090/23512/19271</w:t>
        <w:br/>
        <w:t>f 16095/23515/19273 16093/23513/19272 16092/23514/19272</w:t>
        <w:br/>
        <w:t>f 16094/23516/19273 16095/23515/19273 16092/23514/19272</w:t>
        <w:br/>
        <w:t>f 16066/23490/19255 16095/23515/19273 16094/23516/19273</w:t>
        <w:br/>
        <w:t>f 16069/23487/19255 16066/23490/19255 16094/23516/19273</w:t>
        <w:br/>
        <w:t>f 16028/23450/19233 16029/23449/19233 16007/23429/19218</w:t>
        <w:br/>
        <w:t>f 16008/23428/19217 16028/23450/19233 16007/23429/19218</w:t>
        <w:br/>
        <w:t>f 14785/23052/18959 14783/23054/18961 14786/23058/18965</w:t>
        <w:br/>
        <w:t>f 16165/23517/19274 16164/23518/19275 16163/23519/19276</w:t>
        <w:br/>
        <w:t>f 16162/23520/19277 16165/23517/19274 16163/23519/19276</w:t>
        <w:br/>
        <w:t>f 16167/23521/19278 16163/23519/19276 16164/23518/19275</w:t>
        <w:br/>
        <w:t>f 16166/23522/19278 16167/23521/19278 16164/23518/19275</w:t>
        <w:br/>
        <w:t>f 16169/23523/19279 16167/23521/19278 16166/23522/19278</w:t>
        <w:br/>
        <w:t>f 16168/23524/19280 16169/23523/19279 16166/23522/19278</w:t>
        <w:br/>
        <w:t>f 16171/23525/19281 16170/23526/19281 16169/23523/19279</w:t>
        <w:br/>
        <w:t>f 16168/23524/19280 16171/23525/19281 16169/23523/19279</w:t>
        <w:br/>
        <w:t>f 16173/23527/19282 16172/23528/19282 16170/23526/19281</w:t>
        <w:br/>
        <w:t>f 16171/23525/19281 16173/23527/19282 16170/23526/19281</w:t>
        <w:br/>
        <w:t>f 16175/23529/19283 16174/23530/19284 16172/23528/19282</w:t>
        <w:br/>
        <w:t>f 16173/23527/19282 16175/23529/19283 16172/23528/19282</w:t>
        <w:br/>
        <w:t>f 16179/23531/19285 16178/23532/19285 16177/23533/19286</w:t>
        <w:br/>
        <w:t>f 16176/23534/19284 16179/23531/19285 16177/23533/19286</w:t>
        <w:br/>
        <w:t>f 16162/23520/19277 16181/23535/19287 16180/23536/19287</w:t>
        <w:br/>
        <w:t>f 16165/23517/19274 16162/23520/19277 16180/23536/19287</w:t>
        <w:br/>
        <w:t>f 16181/23535/19287 16183/23537/19288 16182/23538/19289</w:t>
        <w:br/>
        <w:t>f 16180/23536/19287 16181/23535/19287 16182/23538/19289</w:t>
        <w:br/>
        <w:t>f 16178/23532/19285 16179/23531/19285 16182/23538/19289</w:t>
        <w:br/>
        <w:t>f 16183/23537/19288 16178/23532/19285 16182/23538/19289</w:t>
        <w:br/>
        <w:t>f 16186/23539/19290 16185/23540/19291 16184/23541/19292</w:t>
        <w:br/>
        <w:t>f 16184/23541/19292 16185/23540/19291 16187/23542/19290</w:t>
        <w:br/>
        <w:t>f 16187/23542/19290 16185/23540/19291 16188/23543/19293</w:t>
        <w:br/>
        <w:t>f 16188/23543/19293 16185/23540/19291 16189/23544/19293</w:t>
        <w:br/>
        <w:t>f 16189/23544/19293 16185/23540/19291 16190/23545/19294</w:t>
        <w:br/>
        <w:t>f 16190/23545/19294 16185/23540/19291 16191/23546/19295</w:t>
        <w:br/>
        <w:t>f 16191/23546/19295 16185/23540/19291 16192/23547/19296</w:t>
        <w:br/>
        <w:t>f 16192/23547/19296 16185/23540/19291 16193/23548/19297</w:t>
        <w:br/>
        <w:t>f 16196/23549/19298 16195/23550/19299 16194/23551/19300</w:t>
        <w:br/>
        <w:t>f 16194/23551/19300 16195/23550/19299 16197/23552/19301</w:t>
        <w:br/>
        <w:t>f 16197/23552/19301 16195/23550/19299 16198/23553/19302</w:t>
        <w:br/>
        <w:t>f 16198/23553/19302 16195/23550/19299 16199/23554/19302</w:t>
        <w:br/>
        <w:t>f 16199/23554/19302 16195/23550/19299 16200/23555/19303</w:t>
        <w:br/>
        <w:t>f 16200/23555/19303 16195/23550/19299 16201/23556/19304</w:t>
        <w:br/>
        <w:t>f 16201/23556/19304 16195/23550/19299 16202/23557/19305</w:t>
        <w:br/>
        <w:t>f 16202/23557/19305 16195/23550/19299 16203/23558/19306</w:t>
        <w:br/>
        <w:t>f 19489/22472/18504 19488/23559/19307 19487/23560/18241</w:t>
        <w:br/>
        <w:t>f 19487/23560/18241 19491/23561/19308 19490/23562/18242</w:t>
        <w:br/>
        <w:t>f 19502/23563/19309 19501/23564/19310 19500/21640/17960</w:t>
        <w:br/>
        <w:t>f 19513/23565/18267 19490/23562/18242 19491/23561/19308</w:t>
        <w:br/>
        <w:t>f 19512/23566/19311 19513/23565/18267 19491/23561/19308</w:t>
        <w:br/>
        <w:t>f 19517/22206/18298 19516/22205/18297 19515/23567/19312</w:t>
        <w:br/>
        <w:t>f 19514/23568/19313 19517/22206/18298 19515/23567/19312</w:t>
        <w:br/>
        <w:t>f 19518/23569/19314 19520/21638/17958 19500/21640/17960</w:t>
        <w:br/>
        <w:t>f 19524/22219/18311 19523/22441/18481 19522/23570/19315</w:t>
        <w:br/>
        <w:t>f 19521/23571/19316 19524/22219/18311 19522/23570/19315</w:t>
        <w:br/>
        <w:t>f 19513/23565/18267 19512/23566/19311 19525/23572/18268</w:t>
        <w:br/>
        <w:t>f 19518/23569/19314 19527/23573/19317 19526/22245/18335</w:t>
        <w:br/>
        <w:t>f 19520/21638/17958 19518/23569/19314 19526/22245/18335</w:t>
        <w:br/>
        <w:t>f 19530/23574/19318 19529/23575/19318 19528/23576/19318</w:t>
        <w:br/>
        <w:t>f 19531/23577/19318 19530/23574/19318 19528/23576/19318</w:t>
        <w:br/>
        <w:t>f 19535/23578/19319 19534/22251/18341 19533/22249/18339</w:t>
        <w:br/>
        <w:t>f 19532/23579/19320 19535/23578/19319 19533/22249/18339</w:t>
        <w:br/>
        <w:t>f 19539/22209/18301 19538/22440/18480 19537/23580/19321</w:t>
        <w:br/>
        <w:t>f 19536/23581/19322 19539/22209/18301 19537/23580/19321</w:t>
        <w:br/>
        <w:t>f 19532/23579/19320 19533/22249/18339 19541/22248/18338</w:t>
        <w:br/>
        <w:t>f 19540/23582/19323 19532/23579/19320 19541/22248/18338</w:t>
        <w:br/>
        <w:t>f 19543/22210/18302 19539/22209/18301 19536/23581/19322</w:t>
        <w:br/>
        <w:t>f 19542/23583/19324 19543/22210/18302 19536/23581/19322</w:t>
        <w:br/>
        <w:t>f 19529/23575/19318 19545/23584/19318 19544/23585/19318</w:t>
        <w:br/>
        <w:t>f 19528/23576/19318 19529/23575/19318 19544/23585/19318</w:t>
        <w:br/>
        <w:t>f 19546/23586/19325 19527/23573/19317 19518/23569/19314</w:t>
        <w:br/>
        <w:t>f 19515/23567/19312 19527/23573/19317 19546/23586/19325</w:t>
        <w:br/>
        <w:t>f 19547/23587/19326 19515/23567/19312 19546/23586/19325</w:t>
        <w:br/>
        <w:t>f 19514/23568/19313 19515/23567/19312 19547/23587/19326</w:t>
        <w:br/>
        <w:t>f 19535/23578/19319 19549/23588/19327 19548/22252/18342</w:t>
        <w:br/>
        <w:t>f 19534/22251/18341 19535/23578/19319 19548/22252/18342</w:t>
        <w:br/>
        <w:t>f 19551/23589/19328 19550/23590/19329 19530/23574/19318</w:t>
        <w:br/>
        <w:t>f 19531/23577/19318 19551/23589/19328 19530/23574/19318</w:t>
        <w:br/>
        <w:t>f 19553/23591/19330 19552/23592/19330 19537/23580/19321</w:t>
        <w:br/>
        <w:t>f 19538/22440/18480 19553/23591/19330 19537/23580/19321</w:t>
        <w:br/>
        <w:t>f 19555/23593/19331 19543/22210/18302 19542/23583/19324</w:t>
        <w:br/>
        <w:t>f 19554/23594/19331 19555/23593/19331 19542/23583/19324</w:t>
        <w:br/>
        <w:t>f 19545/23584/19318 19527/23573/19317 19515/23567/19312</w:t>
        <w:br/>
        <w:t>f 19544/23585/19318 19545/23584/19318 19515/23567/19312</w:t>
        <w:br/>
        <w:t>f 19540/23582/19323 19541/22248/18338 19557/23595/19332</w:t>
        <w:br/>
        <w:t>f 19556/23596/19332 19540/23582/19323 19557/23595/19332</w:t>
        <w:br/>
        <w:t>f 19550/23590/19329 19551/23589/19328 19558/23597/19333</w:t>
        <w:br/>
        <w:t>f 19559/23598/19334 19550/23590/19329 19558/23597/19333</w:t>
        <w:br/>
        <w:t>f 19563/23599/19335 19562/22253/19336 19561/23600/19337</w:t>
        <w:br/>
        <w:t>f 19560/23601/19338 19563/23599/19335 19561/23600/19337</w:t>
        <w:br/>
        <w:t>f 19567/23602/19339 19566/23603/19339 19565/23604/19340</w:t>
        <w:br/>
        <w:t>f 19564/23605/19339 19567/23602/19339 19565/23604/19340</w:t>
        <w:br/>
        <w:t>f 19523/22441/18481 19569/23606/19341 19568/23607/19341</w:t>
        <w:br/>
        <w:t>f 19522/23570/19315 19523/22441/18481 19568/23607/19341</w:t>
        <w:br/>
        <w:t>f 19551/23589/19328 19570/23608/19342 19558/23597/19333</w:t>
        <w:br/>
        <w:t>f 19559/23598/19334 19571/23609/19343 19550/23590/19329</w:t>
        <w:br/>
        <w:t>f 19569/23606/19341 19562/22253/19336 19563/23599/19335</w:t>
        <w:br/>
        <w:t>f 19568/23607/19341 19569/23606/19341 19563/23599/19335</w:t>
        <w:br/>
        <w:t>f 19659/23610/19344 19658/23611/19345 19657/23612/19346</w:t>
        <w:br/>
        <w:t>f 19656/23613/19347 19659/23610/19344 19657/23612/19346</w:t>
        <w:br/>
        <w:t>f 19657/23612/19346 19661/23614/19348 19660/23615/19349</w:t>
        <w:br/>
        <w:t>f 19656/23613/19347 19657/23612/19346 19660/23615/19349</w:t>
        <w:br/>
        <w:t>f 19663/23616/19350 19661/23614/19348 19657/23612/19346</w:t>
        <w:br/>
        <w:t>f 19662/23617/19351 19663/23616/19350 19657/23612/19346</w:t>
        <w:br/>
        <w:t>f 19658/23611/19345 19665/23618/19352 19664/23619/19353</w:t>
        <w:br/>
        <w:t>f 19667/23620/19354 19666/22479/18511 19665/23618/19352</w:t>
        <w:br/>
        <w:t>f 19658/23611/19345 19667/23620/19354 19665/23618/19352</w:t>
        <w:br/>
        <w:t>f 19669/22341/18417 19663/23616/19350 19662/23617/19351</w:t>
        <w:br/>
        <w:t>f 19668/22301/18391 19669/22341/18417 19662/23617/19351</w:t>
        <w:br/>
        <w:t>f 19672/22302/18403 19671/23621/19355 19670/23622/19356</w:t>
        <w:br/>
        <w:t>f 19664/23619/19353 19672/22302/18403 19670/23622/19356</w:t>
        <w:br/>
        <w:t>f 19665/23618/19352 19687/22316/18401 19672/22302/18403</w:t>
        <w:br/>
        <w:t>f 19664/23619/19353 19665/23618/19352 19672/22302/18403</w:t>
        <w:br/>
        <w:t>f 19669/22341/18417 19691/22339/18416 19690/23623/19357</w:t>
        <w:br/>
        <w:t>f 19663/23616/19350 19669/22341/18417 19690/23623/19357</w:t>
        <w:br/>
        <w:t>f 19695/23624/19358 19694/23625/19358 19693/23626/19359</w:t>
        <w:br/>
        <w:t>f 19692/23627/19359 19695/23624/19358 19693/23626/19359</w:t>
        <w:br/>
        <w:t>f 19699/23628/19360 19698/23629/19361 19697/23630/19362</w:t>
        <w:br/>
        <w:t>f 19696/23631/19363 19699/23628/19360 19697/23630/19362</w:t>
        <w:br/>
        <w:t>f 19696/23631/19363 19697/23630/19362 19700/23632/19364</w:t>
        <w:br/>
        <w:t>f 19694/23625/19358 19695/23624/19358 19702/23633/19365</w:t>
        <w:br/>
        <w:t>f 19701/23634/19366 19694/23625/19358 19702/23633/19365</w:t>
        <w:br/>
        <w:t>f 19719/23635/19367 19718/23636/19368 19717/23637/18379</w:t>
        <w:br/>
        <w:t>f 19716/23638/19369 19719/23635/19367 19717/23637/18379</w:t>
        <w:br/>
        <w:t>f 19723/23639/19370 19722/23640/18379 19721/23641/19371</w:t>
        <w:br/>
        <w:t>f 19720/23642/19372 19723/23639/19370 19721/23641/19371</w:t>
        <w:br/>
        <w:t>f 19701/23634/19366 19702/23633/19365 19734/23643/19373</w:t>
        <w:br/>
        <w:t>f 19738/23644/19374 19737/23645/19374 19736/23646/19375</w:t>
        <w:br/>
        <w:t>f 19735/23647/19375 19738/23644/19374 19736/23646/19375</w:t>
        <w:br/>
        <w:t>f 19739/23648/19376 19737/23645/19374 19738/23644/19374</w:t>
        <w:br/>
        <w:t>f 19740/23649/19376 19739/23648/19376 19738/23644/19374</w:t>
        <w:br/>
        <w:t>f 19739/23648/19376 19740/23649/19376 19742/23650/19377</w:t>
        <w:br/>
        <w:t>f 19741/23651/19377 19739/23648/19376 19742/23650/19377</w:t>
        <w:br/>
        <w:t>f 19742/23650/19377 19744/23652/19378 19743/23653/19378</w:t>
        <w:br/>
        <w:t>f 19741/23651/19377 19742/23650/19377 19743/23653/19378</w:t>
        <w:br/>
        <w:t>f 19746/23654/19379 19745/23655/19379 19743/23653/19378</w:t>
        <w:br/>
        <w:t>f 19744/23652/19378 19746/23654/19379 19743/23653/19378</w:t>
        <w:br/>
        <w:t>f 19748/23656/19380 19747/23657/19380 19745/23655/19379</w:t>
        <w:br/>
        <w:t>f 19746/23654/19379 19748/23656/19380 19745/23655/19379</w:t>
        <w:br/>
        <w:t>f 19751/23658/19381 19719/23635/19367 19750/23659/19382</w:t>
        <w:br/>
        <w:t>f 19749/23660/15084 19751/23658/19381 19750/23659/19382</w:t>
        <w:br/>
        <w:t>f 19752/23661/19383 19750/23659/19382 19747/23657/19380</w:t>
        <w:br/>
        <w:t>f 19748/23656/19380 19752/23661/19383 19747/23657/19380</w:t>
        <w:br/>
        <w:t>f 19698/23629/19361 19699/23628/19360 19753/23662/19384</w:t>
        <w:br/>
        <w:t>f 19756/23663/19385 19753/23662/19384 19755/23664/19386</w:t>
        <w:br/>
        <w:t>f 19754/23665/19386 19756/23663/19385 19755/23664/19386</w:t>
        <w:br/>
        <w:t>f 19760/23666/19387 19759/23667/19388 19758/23668/19389</w:t>
        <w:br/>
        <w:t>f 19757/23669/19390 19760/23666/19387 19758/23668/19389</w:t>
        <w:br/>
        <w:t>f 19763/23670/19391 19762/23671/19392 19761/23672/19393</w:t>
        <w:br/>
        <w:t>f 19763/23670/19391 19765/23673/19394 19764/23674/19395</w:t>
        <w:br/>
        <w:t>f 19762/23671/19392 19763/23670/19391 19764/23674/19395</w:t>
        <w:br/>
        <w:t>f 19757/23669/19390 19767/23675/19396 19766/23676/19397</w:t>
        <w:br/>
        <w:t>f 19760/23666/19387 19757/23669/19390 19766/23676/19397</w:t>
        <w:br/>
        <w:t>f 19766/23676/19397 19767/23675/19396 19769/23677/19398</w:t>
        <w:br/>
        <w:t>f 19768/23678/19399 19766/23676/19397 19769/23677/19398</w:t>
        <w:br/>
        <w:t>f 19772/23679/19400 19771/23680/19401 19770/23681/19402</w:t>
        <w:br/>
        <w:t>f 19776/23682/19403 19775/23683/19404 19774/23684/19405</w:t>
        <w:br/>
        <w:t>f 19773/23685/19406 19776/23682/19403 19774/23684/19405</w:t>
        <w:br/>
        <w:t>f 19775/23683/19404 19778/23686/19407 19777/23687/19408</w:t>
        <w:br/>
        <w:t>f 19774/23684/19405 19775/23683/19404 19777/23687/19408</w:t>
        <w:br/>
        <w:t>f 19778/23686/19407 19780/23688/19409 19779/23689/19410</w:t>
        <w:br/>
        <w:t>f 19777/23687/19408 19778/23686/19407 19779/23689/19410</w:t>
        <w:br/>
        <w:t>f 19779/23689/19410 19780/23688/19409 19782/23690/19411</w:t>
        <w:br/>
        <w:t>f 19781/23691/19412 19779/23689/19410 19782/23690/19411</w:t>
        <w:br/>
        <w:t>f 19781/23691/19412 19782/23690/19411 19784/23692/19413</w:t>
        <w:br/>
        <w:t>f 19783/23693/19414 19781/23691/19412 19784/23692/19413</w:t>
        <w:br/>
        <w:t>f 19783/23693/19414 19784/23692/19413 19786/23694/19415</w:t>
        <w:br/>
        <w:t>f 19785/23695/19416 19783/23693/19414 19786/23694/19415</w:t>
        <w:br/>
        <w:t>f 19788/23696/19417 19787/23697/19418 19785/23695/19416</w:t>
        <w:br/>
        <w:t>f 19786/23694/19415 19788/23696/19417 19785/23695/19416</w:t>
        <w:br/>
        <w:t>f 19791/23698/19419 19790/23699/19420 19787/23697/19418</w:t>
        <w:br/>
        <w:t>f 19789/23700/19421 19791/23698/19419 19787/23697/19418</w:t>
        <w:br/>
        <w:t>f 19787/23697/19418 19793/23701/19422 19792/23702/19423</w:t>
        <w:br/>
        <w:t>f 19785/23695/19416 19787/23697/19418 19792/23702/19423</w:t>
        <w:br/>
        <w:t>f 19794/23703/19424 19793/23701/19422 19787/23697/19418</w:t>
        <w:br/>
        <w:t>f 19790/23699/19420 19794/23703/19424 19787/23697/19418</w:t>
        <w:br/>
        <w:t>f 19789/23700/19421 19787/23697/19418 19788/23696/19417</w:t>
        <w:br/>
        <w:t>f 19793/23701/19422 19796/23704/19425 19795/23705/19426</w:t>
        <w:br/>
        <w:t>f 19792/23702/19423 19793/23701/19422 19795/23705/19426</w:t>
        <w:br/>
        <w:t>f 19794/23703/19424 19797/23706/19427 19796/23704/19425</w:t>
        <w:br/>
        <w:t>f 19793/23701/19422 19794/23703/19424 19796/23704/19425</w:t>
        <w:br/>
        <w:t>f 19801/23707/19428 19800/23708/19429 19799/23709/19430</w:t>
        <w:br/>
        <w:t>f 19798/23710/19431 19801/23707/19428 19799/23709/19430</w:t>
        <w:br/>
        <w:t>f 19805/23711/19432 19804/23712/19433 19803/23713/19434</w:t>
        <w:br/>
        <w:t>f 19802/23714/19435 19805/23711/19432 19803/23713/19434</w:t>
        <w:br/>
        <w:t>f 19773/23685/19406 19807/23715/19436 19806/23716/19437</w:t>
        <w:br/>
        <w:t>f 19801/23707/19428 19773/23685/19406 19806/23716/19437</w:t>
        <w:br/>
        <w:t>f 19774/23684/19405 19808/23717/19438 19807/23715/19436</w:t>
        <w:br/>
        <w:t>f 19773/23685/19406 19774/23684/19405 19807/23715/19436</w:t>
        <w:br/>
        <w:t>f 19777/23687/19408 19809/23718/19439 19808/23717/19438</w:t>
        <w:br/>
        <w:t>f 19774/23684/19405 19777/23687/19408 19808/23717/19438</w:t>
        <w:br/>
        <w:t>f 19810/23719/19440 19809/23718/19439 19777/23687/19408</w:t>
        <w:br/>
        <w:t>f 19779/23689/19410 19810/23719/19440 19777/23687/19408</w:t>
        <w:br/>
        <w:t>f 19811/23720/19441 19810/23719/19440 19779/23689/19410</w:t>
        <w:br/>
        <w:t>f 19781/23691/19412 19811/23720/19441 19779/23689/19410</w:t>
        <w:br/>
        <w:t>f 19812/23721/19442 19811/23720/19441 19781/23691/19412</w:t>
        <w:br/>
        <w:t>f 19783/23693/19414 19812/23721/19442 19781/23691/19412</w:t>
        <w:br/>
        <w:t>f 19785/23695/19416 19792/23702/19423 19812/23721/19442</w:t>
        <w:br/>
        <w:t>f 19783/23693/19414 19785/23695/19416 19812/23721/19442</w:t>
        <w:br/>
        <w:t>f 19802/23714/19435 19803/23713/19434 19800/23708/19429</w:t>
        <w:br/>
        <w:t>f 19801/23707/19428 19802/23714/19435 19800/23708/19429</w:t>
        <w:br/>
        <w:t>f 19815/23722/19443 19814/23723/19444 19806/23716/19437</w:t>
        <w:br/>
        <w:t>f 19813/23724/19444 19815/23722/19443 19806/23716/19437</w:t>
        <w:br/>
        <w:t>f 19816/23725/19445 19805/23711/19432 19806/23716/19437</w:t>
        <w:br/>
        <w:t>f 19807/23715/19436 19816/23725/19445 19806/23716/19437</w:t>
        <w:br/>
        <w:t>f 19817/23726/19446 19816/23725/19445 19807/23715/19436</w:t>
        <w:br/>
        <w:t>f 19808/23717/19438 19817/23726/19446 19807/23715/19436</w:t>
        <w:br/>
        <w:t>f 19818/23727/19447 19817/23726/19446 19808/23717/19438</w:t>
        <w:br/>
        <w:t>f 19809/23718/19439 19818/23727/19447 19808/23717/19438</w:t>
        <w:br/>
        <w:t>f 19810/23719/19440 19819/23728/19448 19818/23727/19447</w:t>
        <w:br/>
        <w:t>f 19809/23718/19439 19810/23719/19440 19818/23727/19447</w:t>
        <w:br/>
        <w:t>f 19811/23720/19441 19820/23729/19449 19819/23728/19448</w:t>
        <w:br/>
        <w:t>f 19810/23719/19440 19811/23720/19441 19819/23728/19448</w:t>
        <w:br/>
        <w:t>f 19812/23721/19442 19821/23730/19450 19820/23729/19449</w:t>
        <w:br/>
        <w:t>f 19811/23720/19441 19812/23721/19442 19820/23729/19449</w:t>
        <w:br/>
        <w:t>f 19792/23702/19423 19795/23705/19426 19821/23730/19450</w:t>
        <w:br/>
        <w:t>f 19812/23721/19442 19792/23702/19423 19821/23730/19450</w:t>
        <w:br/>
        <w:t>f 19822/23731/19451 19816/23725/19445 19817/23726/19446</w:t>
        <w:br/>
        <w:t>f 19817/23726/19446 19818/23727/19447 19823/23732/19452</w:t>
        <w:br/>
        <w:t>f 19822/23731/19451 19817/23726/19446 19823/23732/19452</w:t>
        <w:br/>
        <w:t>f 19824/23733/19453 19823/23732/19452 19818/23727/19447</w:t>
        <w:br/>
        <w:t>f 19819/23728/19448 19824/23733/19453 19818/23727/19447</w:t>
        <w:br/>
        <w:t>f 19824/23733/19453 19819/23728/19448 19820/23729/19449</w:t>
        <w:br/>
        <w:t>f 19825/23734/19454 19824/23733/19453 19820/23729/19449</w:t>
        <w:br/>
        <w:t>f 19825/23734/19454 19820/23729/19449 19821/23730/19450</w:t>
        <w:br/>
        <w:t>f 19826/23735/19455 19825/23734/19454 19821/23730/19450</w:t>
        <w:br/>
        <w:t>f 19826/23735/19455 19821/23730/19450 19795/23705/19426</w:t>
        <w:br/>
        <w:t>f 19826/23735/19455 19795/23705/19426 19796/23704/19425</w:t>
        <w:br/>
        <w:t>f 19827/23736/19456 19826/23735/19455 19796/23704/19425</w:t>
        <w:br/>
        <w:t>f 19816/23725/19445 19822/23731/19451 19828/23737/19457</w:t>
        <w:br/>
        <w:t>f 19805/23711/19432 19816/23725/19445 19828/23737/19457</w:t>
        <w:br/>
        <w:t>f 19805/23711/19432 19828/23737/19457 19829/23738/19458</w:t>
        <w:br/>
        <w:t>f 19804/23712/19433 19805/23711/19432 19829/23738/19458</w:t>
        <w:br/>
        <w:t>f 19797/23706/19427 19830/23739/19459 19827/23736/19456</w:t>
        <w:br/>
        <w:t>f 19796/23704/19425 19797/23706/19427 19827/23736/19456</w:t>
        <w:br/>
        <w:t>f 19828/23737/19457 19831/23740/19460 19829/23738/19458</w:t>
        <w:br/>
        <w:t>f 19832/23741/19461 19831/23740/19460 19828/23737/19457</w:t>
        <w:br/>
        <w:t>f 19822/23731/19451 19832/23741/19461 19828/23737/19457</w:t>
        <w:br/>
        <w:t>f 19824/23733/19453 19834/23742/19462 19833/23743/19463</w:t>
        <w:br/>
        <w:t>f 19823/23732/19452 19824/23733/19453 19833/23743/19463</w:t>
        <w:br/>
        <w:t>f 19833/23743/19463 19832/23741/19461 19822/23731/19451</w:t>
        <w:br/>
        <w:t>f 19823/23732/19452 19833/23743/19463 19822/23731/19451</w:t>
        <w:br/>
        <w:t>f 19834/23742/19462 19824/23733/19453 19825/23734/19454</w:t>
        <w:br/>
        <w:t>f 19835/23744/19464 19834/23742/19462 19825/23734/19454</w:t>
        <w:br/>
        <w:t>f 19826/23735/19455 19836/23745/19465 19835/23744/19464</w:t>
        <w:br/>
        <w:t>f 19825/23734/19454 19826/23735/19455 19835/23744/19464</w:t>
        <w:br/>
        <w:t>f 19827/23736/19456 19837/23746/19466 19836/23745/19465</w:t>
        <w:br/>
        <w:t>f 19826/23735/19455 19827/23736/19456 19836/23745/19465</w:t>
        <w:br/>
        <w:t>f 19827/23736/19456 19830/23739/19459 19837/23746/19466</w:t>
        <w:br/>
        <w:t>f 19840/23747/19467 19837/23746/19466 19839/23748/19468</w:t>
        <w:br/>
        <w:t>f 19838/23749/19469 19840/23747/19467 19839/23748/19468</w:t>
        <w:br/>
        <w:t>f 19841/23750/19470 19836/23745/19465 19837/23746/19466</w:t>
        <w:br/>
        <w:t>f 19840/23747/19467 19841/23750/19470 19837/23746/19466</w:t>
        <w:br/>
        <w:t>f 19836/23745/19465 19841/23750/19470 19842/23751/19471</w:t>
        <w:br/>
        <w:t>f 19835/23744/19464 19836/23745/19465 19842/23751/19471</w:t>
        <w:br/>
        <w:t>f 19842/23751/19471 19843/23752/19472 19834/23742/19462</w:t>
        <w:br/>
        <w:t>f 19835/23744/19464 19842/23751/19471 19834/23742/19462</w:t>
        <w:br/>
        <w:t>f 19844/23753/19473 19833/23743/19463 19834/23742/19462</w:t>
        <w:br/>
        <w:t>f 19843/23752/19472 19844/23753/19473 19834/23742/19462</w:t>
        <w:br/>
        <w:t>f 19845/23754/19474 19832/23741/19461 19833/23743/19463</w:t>
        <w:br/>
        <w:t>f 19844/23753/19473 19845/23754/19474 19833/23743/19463</w:t>
        <w:br/>
        <w:t>f 19846/23755/19475 19831/23740/19460 19832/23741/19461</w:t>
        <w:br/>
        <w:t>f 19845/23754/19474 19846/23755/19475 19832/23741/19461</w:t>
        <w:br/>
        <w:t>f 19846/23755/19475 19847/23756/19476 19829/23738/19458</w:t>
        <w:br/>
        <w:t>f 19831/23740/19460 19846/23755/19475 19829/23738/19458</w:t>
        <w:br/>
        <w:t>f 19850/23757/19477 19849/23758/19478 19848/23759/19479</w:t>
        <w:br/>
        <w:t>f 19852/23760/19480 19849/23758/19478 19850/23757/19477</w:t>
        <w:br/>
        <w:t>f 19851/23761/19481 19852/23760/19480 19850/23757/19477</w:t>
        <w:br/>
        <w:t>f 19804/23712/19433 19846/23755/19475 19854/23762/19482</w:t>
        <w:br/>
        <w:t>f 19853/23763/19483 19804/23712/19433 19854/23762/19482</w:t>
        <w:br/>
        <w:t>f 19854/23762/19482 19846/23755/19475 19845/23754/19474</w:t>
        <w:br/>
        <w:t>f 19855/23764/19484 19854/23762/19482 19845/23754/19474</w:t>
        <w:br/>
        <w:t>f 19855/23764/19484 19845/23754/19474 19844/23753/19473</w:t>
        <w:br/>
        <w:t>f 19856/23765/19485 19855/23764/19484 19844/23753/19473</w:t>
        <w:br/>
        <w:t>f 19856/23765/19485 19844/23753/19473 19843/23752/19472</w:t>
        <w:br/>
        <w:t>f 19857/23766/19486 19856/23765/19485 19843/23752/19472</w:t>
        <w:br/>
        <w:t>f 19843/23752/19472 19842/23751/19471 19858/23767/19487</w:t>
        <w:br/>
        <w:t>f 19857/23766/19486 19843/23752/19472 19858/23767/19487</w:t>
        <w:br/>
        <w:t>f 19842/23751/19471 19841/23750/19470 19859/23768/19488</w:t>
        <w:br/>
        <w:t>f 19858/23767/19487 19842/23751/19471 19859/23768/19488</w:t>
        <w:br/>
        <w:t>f 19841/23750/19470 19840/23747/19467 19860/23769/19489</w:t>
        <w:br/>
        <w:t>f 19859/23768/19488 19841/23750/19470 19860/23769/19489</w:t>
        <w:br/>
        <w:t>f 19860/23769/19489 19840/23747/19467 19797/23706/19427</w:t>
        <w:br/>
        <w:t>f 19861/23770/19490 19860/23769/19489 19797/23706/19427</w:t>
        <w:br/>
        <w:t>f 19862/23771/19491 19716/23638/19369 19717/23637/18379</w:t>
        <w:br/>
        <w:t>f 19790/23699/19420 19791/23698/19419 19848/23759/19479</w:t>
        <w:br/>
        <w:t>f 19849/23758/19478 19790/23699/19420 19848/23759/19479</w:t>
        <w:br/>
        <w:t>f 19849/23758/19478 19852/23760/19480 19794/23703/19424</w:t>
        <w:br/>
        <w:t>f 19790/23699/19420 19849/23758/19478 19794/23703/19424</w:t>
        <w:br/>
        <w:t>f 19852/23760/19480 19861/23770/19490 19797/23706/19427</w:t>
        <w:br/>
        <w:t>f 19794/23703/19424 19852/23760/19480 19797/23706/19427</w:t>
        <w:br/>
        <w:t>f 19865/23772/19492 19864/23773/19493 19863/23774/19494</w:t>
        <w:br/>
        <w:t>f 19854/23762/19482 19867/23775/19495 19866/23776/19496</w:t>
        <w:br/>
        <w:t>f 19863/23774/19494 19854/23762/19482 19866/23776/19496</w:t>
        <w:br/>
        <w:t>f 19866/23776/19496 19855/23764/19484 19856/23765/19485</w:t>
        <w:br/>
        <w:t>f 19868/23777/19497 19866/23776/19496 19856/23765/19485</w:t>
        <w:br/>
        <w:t>f 19868/23777/19497 19856/23765/19485 19870/23778/19498</w:t>
        <w:br/>
        <w:t>f 19869/23779/19498 19868/23777/19497 19870/23778/19498</w:t>
        <w:br/>
        <w:t>f 19869/23779/19498 19870/23778/19498 19872/23780/19499</w:t>
        <w:br/>
        <w:t>f 19871/23781/19500 19869/23779/19498 19872/23780/19499</w:t>
        <w:br/>
        <w:t>f 19858/23767/19487 19859/23768/19488 19873/23782/19501</w:t>
        <w:br/>
        <w:t>f 19871/23781/19500 19858/23767/19487 19873/23782/19501</w:t>
        <w:br/>
        <w:t>f 19859/23768/19488 19860/23769/19489 19874/23783/19502</w:t>
        <w:br/>
        <w:t>f 19873/23782/19501 19859/23768/19488 19874/23783/19502</w:t>
        <w:br/>
        <w:t>f 19860/23769/19489 19861/23770/19490 19875/23784/19503</w:t>
        <w:br/>
        <w:t>f 19874/23783/19502 19860/23769/19489 19875/23784/19503</w:t>
        <w:br/>
        <w:t>f 19861/23770/19490 19852/23760/19480 19851/23761/19481</w:t>
        <w:br/>
        <w:t>f 19875/23784/19503 19861/23770/19490 19851/23761/19481</w:t>
        <w:br/>
        <w:t>f 19800/23708/19429 19877/23785/19504 19876/23786/19505</w:t>
        <w:br/>
        <w:t>f 19799/23709/19430 19800/23708/19429 19876/23786/19505</w:t>
        <w:br/>
        <w:t>f 19878/23787/19506 19803/23713/19434 19804/23712/19433</w:t>
        <w:br/>
        <w:t>f 19853/23763/19483 19878/23787/19506 19804/23712/19433</w:t>
        <w:br/>
        <w:t>f 19877/23785/19504 19800/23708/19429 19878/23787/19506</w:t>
        <w:br/>
        <w:t>f 19863/23774/19494 19880/23788/19507 19879/23789/19508</w:t>
        <w:br/>
        <w:t>f 19865/23772/19492 19863/23774/19494 19879/23789/19508</w:t>
        <w:br/>
        <w:t>f 19880/23788/19507 19863/23774/19494 19866/23776/19496</w:t>
        <w:br/>
        <w:t>f 19874/23783/19502 19883/23790/19509 19882/23791/19510</w:t>
        <w:br/>
        <w:t>f 19881/23792/19511 19874/23783/19502 19882/23791/19510</w:t>
        <w:br/>
        <w:t>f 19873/23782/19501 19874/23783/19502 19881/23792/19511</w:t>
        <w:br/>
        <w:t>f 19885/23793/19512 19884/23794/19513 19881/23792/19511</w:t>
        <w:br/>
        <w:t>f 19882/23791/19510 19885/23793/19512 19881/23792/19511</w:t>
        <w:br/>
        <w:t>f 19884/23794/19513 19886/23795/19514 19873/23782/19501</w:t>
        <w:br/>
        <w:t>f 19881/23792/19511 19884/23794/19513 19873/23782/19501</w:t>
        <w:br/>
        <w:t>f 19880/23788/19507 19888/23796/19515 19887/23797/19516</w:t>
        <w:br/>
        <w:t>f 19879/23789/19508 19880/23788/19507 19887/23797/19516</w:t>
        <w:br/>
        <w:t>f 19888/23796/19515 19880/23788/19507 19866/23776/19496</w:t>
        <w:br/>
        <w:t>f 19889/23798/19517 19888/23796/19515 19866/23776/19496</w:t>
        <w:br/>
        <w:t>f 19889/23798/19517 19866/23776/19496 19868/23777/19497</w:t>
        <w:br/>
        <w:t>f 19890/23799/19518 19889/23798/19517 19868/23777/19497</w:t>
        <w:br/>
        <w:t>f 19892/23800/19519 19873/23782/19501 19886/23795/19514</w:t>
        <w:br/>
        <w:t>f 19891/23801/19520 19892/23800/19519 19886/23795/19514</w:t>
        <w:br/>
        <w:t>f 19890/23799/19518 19868/23777/19497 19894/23802/19521</w:t>
        <w:br/>
        <w:t>f 19893/23803/19522 19890/23799/19518 19894/23802/19521</w:t>
        <w:br/>
        <w:t>f 19894/23802/19521 19892/23800/19519 19891/23801/19520</w:t>
        <w:br/>
        <w:t>f 19893/23803/19522 19894/23802/19521 19891/23801/19520</w:t>
        <w:br/>
        <w:t>f 19897/23804/19523 19896/23805/19481 19895/23806/19477</w:t>
        <w:br/>
        <w:t>f 19895/23806/19477 19899/23807/19479 19898/23808/19524</w:t>
        <w:br/>
        <w:t>f 19897/23804/19523 19895/23806/19477 19898/23808/19524</w:t>
        <w:br/>
        <w:t>f 19901/23809/19525 19900/23810/19526 19887/23797/19516</w:t>
        <w:br/>
        <w:t>f 19888/23796/19515 19901/23809/19525 19887/23797/19516</w:t>
        <w:br/>
        <w:t>f 19888/23796/19515 19889/23798/19517 19902/23811/19527</w:t>
        <w:br/>
        <w:t>f 19901/23809/19525 19888/23796/19515 19902/23811/19527</w:t>
        <w:br/>
        <w:t>f 19889/23798/19517 19890/23799/19518 19903/23812/19528</w:t>
        <w:br/>
        <w:t>f 19902/23811/19527 19889/23798/19517 19903/23812/19528</w:t>
        <w:br/>
        <w:t>f 19890/23799/19518 19893/23803/19522 19904/23813/19529</w:t>
        <w:br/>
        <w:t>f 19903/23812/19528 19890/23799/19518 19904/23813/19529</w:t>
        <w:br/>
        <w:t>f 19905/23814/19530 19904/23813/19529 19893/23803/19522</w:t>
        <w:br/>
        <w:t>f 19891/23801/19520 19905/23814/19530 19893/23803/19522</w:t>
        <w:br/>
        <w:t>f 19891/23801/19520 19886/23795/19514 19906/23815/19531</w:t>
        <w:br/>
        <w:t>f 19905/23814/19530 19891/23801/19520 19906/23815/19531</w:t>
        <w:br/>
        <w:t>f 19906/23815/19531 19886/23795/19514 19884/23794/19513</w:t>
        <w:br/>
        <w:t>f 19907/23816/19532 19906/23815/19531 19884/23794/19513</w:t>
        <w:br/>
        <w:t>f 19885/23793/19512 19908/23817/19533 19907/23816/19532</w:t>
        <w:br/>
        <w:t>f 19884/23794/19513 19885/23793/19512 19907/23816/19532</w:t>
        <w:br/>
        <w:t>f 19910/23818/19534 19907/23816/19532 19908/23817/19533</w:t>
        <w:br/>
        <w:t>f 19909/23819/19535 19910/23818/19534 19908/23817/19533</w:t>
        <w:br/>
        <w:t>f 19911/23820/19536 19906/23815/19531 19907/23816/19532</w:t>
        <w:br/>
        <w:t>f 19910/23818/19534 19911/23820/19536 19907/23816/19532</w:t>
        <w:br/>
        <w:t>f 19912/23821/19537 19905/23814/19530 19906/23815/19531</w:t>
        <w:br/>
        <w:t>f 19911/23820/19536 19912/23821/19537 19906/23815/19531</w:t>
        <w:br/>
        <w:t>f 19913/23822/19538 19904/23813/19529 19905/23814/19530</w:t>
        <w:br/>
        <w:t>f 19912/23821/19537 19913/23822/19538 19905/23814/19530</w:t>
        <w:br/>
        <w:t>f 19903/23812/19528 19904/23813/19529 19913/23822/19538</w:t>
        <w:br/>
        <w:t>f 19914/23823/19539 19903/23812/19528 19913/23822/19538</w:t>
        <w:br/>
        <w:t>f 19902/23811/19527 19903/23812/19528 19914/23823/19539</w:t>
        <w:br/>
        <w:t>f 19915/23824/19540 19902/23811/19527 19914/23823/19539</w:t>
        <w:br/>
        <w:t>f 19901/23809/19525 19902/23811/19527 19915/23824/19540</w:t>
        <w:br/>
        <w:t>f 19916/23825/19541 19901/23809/19525 19915/23824/19540</w:t>
        <w:br/>
        <w:t>f 19900/23810/19526 19901/23809/19525 19916/23825/19541</w:t>
        <w:br/>
        <w:t>f 19917/23826/19542 19900/23810/19526 19916/23825/19541</w:t>
        <w:br/>
        <w:t>f 19878/23787/19506 19864/23773/19493 19865/23772/19492</w:t>
        <w:br/>
        <w:t>f 19921/23827/19543 19920/23828/19543 19919/23829/19544</w:t>
        <w:br/>
        <w:t>f 19918/23830/19544 19921/23827/19543 19919/23829/19544</w:t>
        <w:br/>
        <w:t>f 19925/23831/19545 19924/23832/19545 19923/23833/19546</w:t>
        <w:br/>
        <w:t>f 19922/23834/19547 19925/23831/19545 19923/23833/19546</w:t>
        <w:br/>
        <w:t>f 19925/23831/19545 19927/23835/19548 19926/23836/19548</w:t>
        <w:br/>
        <w:t>f 19924/23832/19545 19925/23831/19545 19926/23836/19548</w:t>
        <w:br/>
        <w:t>f 19929/23837/19549 19928/23838/19549 19926/23836/19548</w:t>
        <w:br/>
        <w:t>f 19927/23835/19548 19929/23837/19549 19926/23836/19548</w:t>
        <w:br/>
        <w:t>f 19769/23677/19398 19931/23839/19550 19930/23840/19551</w:t>
        <w:br/>
        <w:t>f 19768/23678/19399 19769/23677/19398 19930/23840/19551</w:t>
        <w:br/>
        <w:t>f 19759/23667/19388 19933/23841/19552 19932/23842/19553</w:t>
        <w:br/>
        <w:t>f 19758/23668/19389 19759/23667/19388 19932/23842/19553</w:t>
        <w:br/>
        <w:t>f 19937/23843/19554 19936/23844/19555 19935/23845/19555</w:t>
        <w:br/>
        <w:t>f 19934/23846/19554 19937/23843/19554 19935/23845/19555</w:t>
        <w:br/>
        <w:t>f 19939/23847/19556 19938/23848/19557 19935/23845/19555</w:t>
        <w:br/>
        <w:t>f 19936/23844/19555 19939/23847/19556 19935/23845/19555</w:t>
        <w:br/>
        <w:t>f 19941/23849/19558 19938/23848/19557 19939/23847/19556</w:t>
        <w:br/>
        <w:t>f 19940/23850/19558 19941/23849/19558 19939/23847/19556</w:t>
        <w:br/>
        <w:t>f 19945/23851/19559 19944/23852/19560 19943/23853/19560</w:t>
        <w:br/>
        <w:t>f 19942/23854/19561 19945/23851/19559 19943/23853/19560</w:t>
        <w:br/>
        <w:t>f 19947/23855/19562 19945/23851/19559 19942/23854/19561</w:t>
        <w:br/>
        <w:t>f 19946/23856/19563 19947/23855/19562 19942/23854/19561</w:t>
        <w:br/>
        <w:t>f 19947/23855/19562 19946/23856/19563 19949/23857/19564</w:t>
        <w:br/>
        <w:t>f 19948/23858/19564 19947/23855/19562 19949/23857/19564</w:t>
        <w:br/>
        <w:t>f 19953/23859/19565 19952/23860/19566 19951/23861/19566</w:t>
        <w:br/>
        <w:t>f 19950/23862/19565 19953/23859/19565 19951/23861/19566</w:t>
        <w:br/>
        <w:t>f 19955/23863/19567 19954/23864/19568 19953/23859/19565</w:t>
        <w:br/>
        <w:t>f 19950/23862/19565 19955/23863/19567 19953/23859/19565</w:t>
        <w:br/>
        <w:t>f 19954/23864/19568 19955/23863/19567 19957/23865/19569</w:t>
        <w:br/>
        <w:t>f 19956/23866/19569 19954/23864/19568 19957/23865/19569</w:t>
        <w:br/>
        <w:t>f 19961/23867/19570 19960/23868/19570 19959/23869/19571</w:t>
        <w:br/>
        <w:t>f 19958/23870/19571 19961/23867/19570 19959/23869/19571</w:t>
        <w:br/>
        <w:t>f 19934/23846/19554 19960/23868/19570 19961/23867/19570</w:t>
        <w:br/>
        <w:t>f 19937/23843/19554 19934/23846/19554 19961/23867/19570</w:t>
        <w:br/>
        <w:t>f 19965/23871/19481 19964/23872/19572 19963/23873/19573</w:t>
        <w:br/>
        <w:t>f 19962/23874/19506 19965/23871/19481 19963/23873/19573</w:t>
        <w:br/>
        <w:t>f 19969/23875/19574 19968/23876/19575 19967/23877/19576</w:t>
        <w:br/>
        <w:t>f 19966/23878/19577 19969/23875/19574 19967/23877/19576</w:t>
        <w:br/>
        <w:t>f 19970/23879/1246 19969/23875/19574 19966/23878/19577</w:t>
        <w:br/>
        <w:t>f 19971/23880/1246 19970/23879/1246 19966/23878/19577</w:t>
        <w:br/>
        <w:t>f 19973/23881/1246 19972/23882/1246 19970/23879/1246</w:t>
        <w:br/>
        <w:t>f 19971/23880/1246 19973/23881/1246 19970/23879/1246</w:t>
        <w:br/>
        <w:t>f 19977/23883/1246 19976/23884/1246 19975/23885/1246</w:t>
        <w:br/>
        <w:t>f 19974/23886/1246 19977/23883/1246 19975/23885/1246</w:t>
        <w:br/>
        <w:t>f 19976/23884/1246 19979/23887/1246 19978/23888/1246</w:t>
        <w:br/>
        <w:t>f 19975/23885/1246 19976/23884/1246 19978/23888/1246</w:t>
        <w:br/>
        <w:t>f 19983/23889/1246 19982/23890/1246 19981/23891/1246</w:t>
        <w:br/>
        <w:t>f 19980/23892/1246 19983/23889/1246 19981/23891/1246</w:t>
        <w:br/>
        <w:t>f 19986/23893/1246 19985/23894/1246 19984/23895/1246</w:t>
        <w:br/>
        <w:t>f 19987/23896/1246 19986/23893/1246 19984/23895/1246</w:t>
        <w:br/>
        <w:t>f 19985/23894/1246 19986/23893/1246 19988/23897/1246</w:t>
        <w:br/>
        <w:t>f 19987/23896/1246 19984/23895/1246 19981/23891/1246</w:t>
        <w:br/>
        <w:t>f 19982/23890/1246 19987/23896/1246 19981/23891/1246</w:t>
        <w:br/>
        <w:t>f 20001/23898/19578 19772/23679/19400 19770/23681/19402</w:t>
        <w:br/>
        <w:t>f 19761/23672/19393 20001/23898/19578 19770/23681/19402</w:t>
        <w:br/>
        <w:t>f 19932/23842/19553 19933/23841/19552 19754/23665/19386</w:t>
        <w:br/>
        <w:t>f 19755/23664/19386 19932/23842/19553 19754/23665/19386</w:t>
        <w:br/>
        <w:t>f 19958/23870/19571 19959/23869/19571 19956/23866/19569</w:t>
        <w:br/>
        <w:t>f 19957/23865/19569 19958/23870/19571 19956/23866/19569</w:t>
        <w:br/>
        <w:t>f 19973/23881/1246 19977/23883/1246 19974/23886/1246</w:t>
        <w:br/>
        <w:t>f 19972/23882/1246 19973/23881/1246 19974/23886/1246</w:t>
        <w:br/>
        <w:t>f 19944/23852/19560 19941/23849/19558 19940/23850/19558</w:t>
        <w:br/>
        <w:t>f 19943/23853/19560 19944/23852/19560 19940/23850/19558</w:t>
        <w:br/>
        <w:t>f 19765/23673/19394 19930/23840/19551 19931/23839/19550</w:t>
        <w:br/>
        <w:t>f 19764/23674/19395 19765/23673/19394 19931/23839/19550</w:t>
        <w:br/>
        <w:t>f 20297/23899/19579 20296/23900/19580 20295/23901/19581</w:t>
        <w:br/>
        <w:t>f 20300/23902/18424 20299/23903/19582 20298/23904/18424</w:t>
        <w:br/>
        <w:t>f 20303/23905/19583 20302/23906/19584 20301/23907/19584</w:t>
        <w:br/>
        <w:t>f 20306/23908/19585 20305/23909/19586 20304/23910/19586</w:t>
        <w:br/>
        <w:t>f 20308/23911/19587 20307/23912/19588 20301/23907/19584</w:t>
        <w:br/>
        <w:t>f 20302/23906/19584 20308/23911/19587 20301/23907/19584</w:t>
        <w:br/>
        <w:t>f 19768/23678/19399 20309/23913/19589 19766/23676/19397</w:t>
        <w:br/>
        <w:t>f 19933/23841/19552 19759/23667/19388 20310/23914/19590</w:t>
        <w:br/>
        <w:t>f 20313/23915/19591 20312/23916/19592 20311/23917/19593</w:t>
        <w:br/>
        <w:t>f 20315/23918/19594 20314/23919/19595 20304/23910/19586</w:t>
        <w:br/>
        <w:t>f 20305/23909/19586 20315/23918/19594 20304/23910/19586</w:t>
        <w:br/>
        <w:t>f 20295/23901/19581 20296/23900/19580 20316/23920/19596</w:t>
        <w:br/>
        <w:t>f 20316/23920/19596 20296/23900/19580 20310/23914/19590</w:t>
        <w:br/>
        <w:t>f 19759/23667/19388 20316/23920/19596 20310/23914/19590</w:t>
        <w:br/>
        <w:t>f 20316/23920/19596 19759/23667/19388 20317/23921/19597</w:t>
        <w:br/>
        <w:t>f 20299/23903/19582 20311/23917/19593 20312/23916/19592</w:t>
        <w:br/>
        <w:t>f 20318/23922/19598 20299/23903/19582 20312/23916/19592</w:t>
        <w:br/>
        <w:t>f 20319/23923/19599 19760/23666/19387 19766/23676/19397</w:t>
        <w:br/>
        <w:t>f 20309/23913/19589 20319/23923/19599 19766/23676/19397</w:t>
        <w:br/>
        <w:t>f 20299/23903/19582 19760/23666/19387 20319/23923/19599</w:t>
        <w:br/>
        <w:t>f 20311/23917/19593 20299/23903/19582 20319/23923/19599</w:t>
        <w:br/>
        <w:t>f 20299/23903/19582 20320/23924/19600 19760/23666/19387</w:t>
        <w:br/>
        <w:t>f 20320/23924/19600 20314/23919/19595 19760/23666/19387</w:t>
        <w:br/>
        <w:t>f 20321/23925/19601 19760/23666/19387 20314/23919/19595</w:t>
        <w:br/>
        <w:t>f 20315/23918/19594 20321/23925/19601 20314/23919/19595</w:t>
        <w:br/>
        <w:t>f 20321/23925/19601 20307/23912/19588 19760/23666/19387</w:t>
        <w:br/>
        <w:t>f 20307/23912/19588 20317/23921/19597 19759/23667/19388</w:t>
        <w:br/>
        <w:t>f 19760/23666/19387 20307/23912/19588 19759/23667/19388</w:t>
        <w:br/>
        <w:t>f 20317/23921/19597 20307/23912/19588 20308/23911/19587</w:t>
        <w:br/>
        <w:t>f 19798/23710/19431 19776/23682/19403 19773/23685/19406</w:t>
        <w:br/>
        <w:t>f 19801/23707/19428 19798/23710/19431 19773/23685/19406</w:t>
        <w:br/>
        <w:t>f 19735/23647/19375 19736/23646/19375 19701/23634/19366</w:t>
        <w:br/>
        <w:t>f 19734/23643/19373 19735/23647/19375 19701/23634/19366</w:t>
        <w:br/>
        <w:t>f 20354/23926/19602 19501/23564/19310 19525/23572/18268</w:t>
        <w:br/>
        <w:t>f 19512/23566/19311 20354/23926/19602 19525/23572/18268</w:t>
        <w:br/>
        <w:t>f 19512/23566/19311 19491/23561/19308 20355/23927/19603</w:t>
        <w:br/>
        <w:t>f 20354/23926/19602 19512/23566/19311 20355/23927/19603</w:t>
        <w:br/>
        <w:t>f 19488/23559/19307 20355/23927/19603 19491/23561/19308</w:t>
        <w:br/>
        <w:t>f 19487/23560/18241 19488/23559/19307 19491/23561/19308</w:t>
        <w:br/>
        <w:t>f 19800/23708/19429 19803/23713/19434 19878/23787/19506</w:t>
        <w:br/>
        <w:t>f 20362/23928/19604 20361/23929/19604 20360/23930/19604</w:t>
        <w:br/>
        <w:t>f 20359/23931/19604 20362/23928/19604 20360/23930/19604</w:t>
        <w:br/>
        <w:t>f 20364/23932/19363 20363/23933/19364 19692/23627/19359</w:t>
        <w:br/>
        <w:t>f 19693/23626/19359 20364/23932/19363 19692/23627/19359</w:t>
        <w:br/>
        <w:t>f 19877/23785/19504 20366/23934/19566 20365/23935/19566</w:t>
        <w:br/>
        <w:t>f 19876/23786/19505 19877/23785/19504 20365/23935/19566</w:t>
        <w:br/>
        <w:t>f 19967/23877/19576 19968/23876/19575 19963/23873/19573</w:t>
        <w:br/>
        <w:t>f 19964/23872/19572 19967/23877/19576 19963/23873/19573</w:t>
        <w:br/>
        <w:t>f 19949/23857/19564 19897/23804/19523 19898/23808/19524</w:t>
        <w:br/>
        <w:t>f 19948/23858/19564 19949/23857/19564 19898/23808/19524</w:t>
        <w:br/>
        <w:t>f 19772/23679/19400 19720/23642/19372 19721/23641/19371</w:t>
        <w:br/>
        <w:t>f 19771/23680/19401 19772/23679/19400 19721/23641/19371</w:t>
        <w:br/>
        <w:t>f 19922/23834/19547 19923/23833/19546 19918/23830/19544</w:t>
        <w:br/>
        <w:t>f 19919/23829/19544 19922/23834/19547 19918/23830/19544</w:t>
        <w:br/>
        <w:t>f 19853/23763/19483 19854/23762/19482 19863/23774/19494</w:t>
        <w:br/>
        <w:t>f 19864/23773/19493 19853/23763/19483 19863/23774/19494</w:t>
        <w:br/>
        <w:t>f 19878/23787/19506 19853/23763/19483 19864/23773/19493</w:t>
        <w:br/>
        <w:t>f 19874/23783/19502 19875/23784/19503 19883/23790/19509</w:t>
        <w:br/>
        <w:t>f 19883/23790/19509 19875/23784/19503 19851/23761/19481</w:t>
        <w:br/>
        <w:t>f 19698/23629/19361 19753/23662/19384 19756/23663/19385</w:t>
        <w:br/>
        <w:t>f 19762/23671/19392 20001/23898/19578 19761/23672/19393</w:t>
        <w:br/>
        <w:t>f 19492/22189/18283 19517/22206/18298 19514/23568/19313</w:t>
        <w:br/>
        <w:t>f 19489/22472/18504 19492/22189/18283 19514/23568/19313</w:t>
        <w:br/>
        <w:t>f 20403/23936/19605 20402/23937/19605 20401/23938/19605</w:t>
        <w:br/>
        <w:t>f 19660/23615/19349 20403/23936/19605 20401/23938/19605</w:t>
        <w:br/>
        <w:t>f 19667/23620/19354 19658/23611/19345 19659/23610/19344</w:t>
        <w:br/>
        <w:t>f 20404/22478/18510 19667/23620/19354 19659/23610/19344</w:t>
        <w:br/>
        <w:t>f 20405/23939/19606 20400/22477/18509 19660/23615/19349</w:t>
        <w:br/>
        <w:t>f 19661/23614/19348 20405/23939/19606 19660/23615/19349</w:t>
        <w:br/>
        <w:t>f 20404/22478/18510 19659/23610/19344 20407/23940/19607</w:t>
        <w:br/>
        <w:t>f 20406/23941/19608 20404/22478/18510 20407/23940/19607</w:t>
        <w:br/>
        <w:t>f 19663/23616/19350 19690/23623/19357 19661/23614/19348</w:t>
        <w:br/>
        <w:t>f 19664/23619/19353 19670/23622/19356 19657/23612/19346</w:t>
        <w:br/>
        <w:t>f 19658/23611/19345 19664/23619/19353 19657/23612/19346</w:t>
        <w:br/>
        <w:t>f 19501/23564/19310 19518/23569/19314 19500/21640/17960</w:t>
        <w:br/>
        <w:t>f 20354/23926/19602 19546/23586/19325 19518/23569/19314</w:t>
        <w:br/>
        <w:t>f 19501/23564/19310 20354/23926/19602 19518/23569/19314</w:t>
        <w:br/>
        <w:t>f 20355/23927/19603 19547/23587/19326 19546/23586/19325</w:t>
        <w:br/>
        <w:t>f 20354/23926/19602 20355/23927/19603 19546/23586/19325</w:t>
        <w:br/>
        <w:t>f 19514/23568/19313 19547/23587/19326 20355/23927/19603</w:t>
        <w:br/>
        <w:t>f 19488/23559/19307 19514/23568/19313 20355/23927/19603</w:t>
        <w:br/>
        <w:t>f 19489/22472/18504 19514/23568/19313 19488/23559/19307</w:t>
        <w:br/>
        <w:t>f 20466/23942/19609 20465/23943/19610 20464/23944/19610</w:t>
        <w:br/>
        <w:t>f 20463/23945/19609 20466/23942/19609 20464/23944/19610</w:t>
        <w:br/>
        <w:t>f 20468/23946/19611 20464/23944/19610 20465/23943/19610</w:t>
        <w:br/>
        <w:t>f 20467/23947/19611 20468/23946/19611 20465/23943/19610</w:t>
        <w:br/>
        <w:t>f 20470/23948/19612 20468/23946/19611 20467/23947/19611</w:t>
        <w:br/>
        <w:t>f 20469/23949/19612 20470/23948/19612 20467/23947/19611</w:t>
        <w:br/>
        <w:t>f 20472/23950/19613 20471/23951/19613 20470/23948/19612</w:t>
        <w:br/>
        <w:t>f 20469/23949/19612 20472/23950/19613 20470/23948/19612</w:t>
        <w:br/>
        <w:t>f 20474/23952/19614 20473/23953/19614 20471/23951/19613</w:t>
        <w:br/>
        <w:t>f 20472/23950/19613 20474/23952/19614 20471/23951/19613</w:t>
        <w:br/>
        <w:t>f 20476/23954/19615 20475/23955/19615 20473/23953/19614</w:t>
        <w:br/>
        <w:t>f 20474/23952/19614 20476/23954/19615 20473/23953/19614</w:t>
        <w:br/>
        <w:t>f 20480/23956/19616 20479/23957/19617 20478/23958/19615</w:t>
        <w:br/>
        <w:t>f 20477/23959/19615 20480/23956/19616 20478/23958/19615</w:t>
        <w:br/>
        <w:t>f 20463/23945/19609 20482/23960/19618 20481/23961/19619</w:t>
        <w:br/>
        <w:t>f 20466/23942/19609 20463/23945/19609 20481/23961/19619</w:t>
        <w:br/>
        <w:t>f 20482/23960/19618 20484/23962/19620 20483/23963/19621</w:t>
        <w:br/>
        <w:t>f 20481/23961/19619 20482/23960/19618 20483/23963/19621</w:t>
        <w:br/>
        <w:t>f 20479/23957/19617 20480/23956/19616 20483/23963/19621</w:t>
        <w:br/>
        <w:t>f 20484/23962/19620 20479/23957/19617 20483/23963/19621</w:t>
        <w:br/>
        <w:t>f 20487/23964/19622 20486/23965/19623 20485/23966/19624</w:t>
        <w:br/>
        <w:t>f 20485/23966/19624 20486/23965/19623 20488/23967/19625</w:t>
        <w:br/>
        <w:t>f 20488/23967/19625 20486/23965/19623 20489/23968/19626</w:t>
        <w:br/>
        <w:t>f 20489/23968/19626 20486/23965/19623 20490/23969/19627</w:t>
        <w:br/>
        <w:t>f 20490/23969/19627 20486/23965/19623 20491/23970/19628</w:t>
        <w:br/>
        <w:t>f 20491/23970/19628 20486/23965/19623 20492/23971/19629</w:t>
        <w:br/>
        <w:t>f 20492/23971/19629 20486/23965/19623 20493/23972/19630</w:t>
        <w:br/>
        <w:t>f 20493/23972/19630 20486/23965/19623 20494/23973/19631</w:t>
        <w:br/>
        <w:t>f 20497/23974/19632 20496/23975/19633 20495/23976/19634</w:t>
        <w:br/>
        <w:t>f 20495/23976/19634 20496/23975/19633 20498/23977/19635</w:t>
        <w:br/>
        <w:t>f 20498/23977/19635 20496/23975/19633 20499/23978/19636</w:t>
        <w:br/>
        <w:t>f 20499/23978/19636 20496/23975/19633 20500/23979/19637</w:t>
        <w:br/>
        <w:t>f 20500/23979/19637 20496/23975/19633 20501/23980/19638</w:t>
        <w:br/>
        <w:t>f 20501/23980/19638 20496/23975/19633 20502/23981/19639</w:t>
        <w:br/>
        <w:t>f 20502/23981/19639 20496/23975/19633 20503/23982/19640</w:t>
        <w:br/>
        <w:t>f 20503/23982/19640 20496/23975/19633 20504/23983/19641</w:t>
        <w:br/>
        <w:t>f 22669/23984/19642 22668/23985/19643 22667/23986/19643</w:t>
        <w:br/>
        <w:t>f 22666/23987/19642 22669/23984/19642 22667/23986/19643</w:t>
        <w:br/>
        <w:t>f 22673/23988/19644 22672/23989/19644 22671/23990/19645</w:t>
        <w:br/>
        <w:t>f 22670/23991/19645 22673/23988/19644 22671/23990/19645</w:t>
        <w:br/>
        <w:t>f 22677/23992/19646 22676/23993/19647 22675/23994/19647</w:t>
        <w:br/>
        <w:t>f 22674/23995/19646 22677/23992/19646 22675/23994/19647</w:t>
        <w:br/>
        <w:t>f 22680/23996/19648 22679/23997/19649 22678/23998/19648</w:t>
        <w:br/>
        <w:t>f 22683/23999/19650 22682/24000/19651 22681/24001/19651</w:t>
        <w:br/>
        <w:t>f 22683/23999/19650 22675/23994/19647 22676/23993/19647</w:t>
        <w:br/>
        <w:t>f 22670/23991/19645 22671/23990/19645 22679/23997/19652</w:t>
        <w:br/>
        <w:t>f 22685/24002/19653 22681/24001/19651 22682/24000/19651</w:t>
        <w:br/>
        <w:t>f 22684/24003/19654 22685/24002/19653 22682/24000/19651</w:t>
        <w:br/>
        <w:t>f 23168/24004/19655 23167/24005/19655 23166/24006/19656</w:t>
        <w:br/>
        <w:t>f 23169/24007/19656 23168/24004/19655 23166/24006/19656</w:t>
        <w:br/>
        <w:t>f 23171/24008/19657 23170/24009/19657 23167/24005/19655</w:t>
        <w:br/>
        <w:t>f 23168/24004/19655 23171/24008/19657 23167/24005/19655</w:t>
        <w:br/>
        <w:t>f 23171/24008/19657 23173/24010/19658 23172/24011/19658</w:t>
        <w:br/>
        <w:t>f 23170/24009/19657 23171/24008/19657 23172/24011/19658</w:t>
        <w:br/>
        <w:t>f 23175/24012/19659 23174/24013/19659 23172/24011/19658</w:t>
        <w:br/>
        <w:t>f 23173/24010/19658 23175/24012/19659 23172/24011/19658</w:t>
        <w:br/>
        <w:t>f 23177/24014/19660 23176/24015/19660 23174/24013/19659</w:t>
        <w:br/>
        <w:t>f 23175/24012/19659 23177/24014/19660 23174/24013/19659</w:t>
        <w:br/>
        <w:t>f 23179/24016/19661 23178/24017/19661 23176/24015/19660</w:t>
        <w:br/>
        <w:t>f 23177/24014/19660 23179/24016/19661 23176/24015/19660</w:t>
        <w:br/>
        <w:t>f 23181/24018/19662 23180/24019/19663 23178/24017/19661</w:t>
        <w:br/>
        <w:t>f 23179/24016/19661 23181/24018/19662 23178/24017/19661</w:t>
        <w:br/>
        <w:t>f 23183/24020/19664 23182/24021/19664 23180/24019/19663</w:t>
        <w:br/>
        <w:t>f 23181/24018/19662 23183/24020/19664 23180/24019/19663</w:t>
        <w:br/>
        <w:t>f 23183/24020/19664 23185/24022/19665 23184/24023/19665</w:t>
        <w:br/>
        <w:t>f 23182/24021/19664 23183/24020/19664 23184/24023/19665</w:t>
        <w:br/>
        <w:t>f 23187/24024/19666 23186/24025/19666 23184/24023/19665</w:t>
        <w:br/>
        <w:t>f 23185/24022/19665 23187/24024/19666 23184/24023/19665</w:t>
        <w:br/>
        <w:t>f 23187/24024/19666 23189/24026/19667 23188/24027/19667</w:t>
        <w:br/>
        <w:t>f 23186/24025/19666 23187/24024/19666 23188/24027/19667</w:t>
        <w:br/>
        <w:t>f 23189/24026/19667 23191/24028/19668 23190/24029/19668</w:t>
        <w:br/>
        <w:t>f 23188/24027/19667 23189/24026/19667 23190/24029/19668</w:t>
        <w:br/>
        <w:t>f 23191/24028/19668 23193/24030/19669 23192/24031/19669</w:t>
        <w:br/>
        <w:t>f 23190/24029/19668 23191/24028/19668 23192/24031/19669</w:t>
        <w:br/>
        <w:t>f 23197/24032/19669 23196/24033/19670 23195/24034/19670</w:t>
        <w:br/>
        <w:t>f 23194/24035/19669 23197/24032/19669 23195/24034/19670</w:t>
        <w:br/>
        <w:t>f 23196/24033/19670 23199/24036/19671 23198/24037/19671</w:t>
        <w:br/>
        <w:t>f 23195/24034/19670 23196/24033/19670 23198/24037/19671</w:t>
        <w:br/>
        <w:t>f 23199/24036/19671 23201/24038/19672 23200/24039/19672</w:t>
        <w:br/>
        <w:t>f 23198/24037/19671 23199/24036/19671 23200/24039/19672</w:t>
        <w:br/>
        <w:t>f 23205/24040/19673 23204/24041/19674 23203/24042/19674</w:t>
        <w:br/>
        <w:t>f 23202/24043/19673 23205/24040/19673 23203/24042/19674</w:t>
        <w:br/>
        <w:t>f 23204/24041/19674 23207/24044/19675 23206/24045/19675</w:t>
        <w:br/>
        <w:t>f 23203/24042/19674 23204/24041/19674 23206/24045/19675</w:t>
        <w:br/>
        <w:t>f 23207/24044/19675 23209/24046/19676 23208/24047/19676</w:t>
        <w:br/>
        <w:t>f 23206/24045/19675 23207/24044/19675 23208/24047/19676</w:t>
        <w:br/>
        <w:t>f 23209/24046/19676 23169/24007/19656 23166/24006/19656</w:t>
        <w:br/>
        <w:t>f 23208/24047/19676 23209/24046/19676 23166/24006/19656</w:t>
        <w:br/>
        <w:t>f 23213/24048/19677 23212/24049/19678 23211/24050/19678</w:t>
        <w:br/>
        <w:t>f 23210/24051/19677 23213/24048/19677 23211/24050/19678</w:t>
        <w:br/>
        <w:t>f 23215/24052/19679 23213/24048/19677 23210/24051/19677</w:t>
        <w:br/>
        <w:t>f 23214/24053/19679 23215/24052/19679 23210/24051/19677</w:t>
        <w:br/>
        <w:t>f 23217/24054/19680 23215/24052/19679 23214/24053/19679</w:t>
        <w:br/>
        <w:t>f 23216/24055/19681 23217/24054/19680 23214/24053/19679</w:t>
        <w:br/>
        <w:t>f 23217/24054/19680 23216/24055/19681 23218/24056/19682</w:t>
        <w:br/>
        <w:t>f 23219/24057/19682 23217/24054/19680 23218/24056/19682</w:t>
        <w:br/>
        <w:t>f 23221/24058/19683 23219/24057/19682 23218/24056/19682</w:t>
        <w:br/>
        <w:t>f 23220/24059/19683 23221/24058/19683 23218/24056/19682</w:t>
        <w:br/>
        <w:t>f 23223/24060/19684 23221/24058/19683 23220/24059/19683</w:t>
        <w:br/>
        <w:t>f 23222/24061/19685 23223/24060/19684 23220/24059/19683</w:t>
        <w:br/>
        <w:t>f 23225/24062/19686 23223/24060/19684 23222/24061/19685</w:t>
        <w:br/>
        <w:t>f 23224/24063/19686 23225/24062/19686 23222/24061/19685</w:t>
        <w:br/>
        <w:t>f 23225/24062/19686 23224/24063/19686 23226/24064/19687</w:t>
        <w:br/>
        <w:t>f 23227/24065/19687 23225/24062/19686 23226/24064/19687</w:t>
        <w:br/>
        <w:t>f 23229/24066/19688 23227/24065/19687 23226/24064/19687</w:t>
        <w:br/>
        <w:t>f 23228/24067/19689 23229/24066/19688 23226/24064/19687</w:t>
        <w:br/>
        <w:t>f 23229/24066/19688 23228/24067/19689 23230/24068/19690</w:t>
        <w:br/>
        <w:t>f 23231/24069/19690 23229/24066/19688 23230/24068/19690</w:t>
        <w:br/>
        <w:t>f 23231/24069/19690 23230/24068/19690 23232/24070/19691</w:t>
        <w:br/>
        <w:t>f 23233/24071/19691 23231/24069/19690 23232/24070/19691</w:t>
        <w:br/>
        <w:t>f 23233/24071/19691 23232/24070/19691 23234/24072/19692</w:t>
        <w:br/>
        <w:t>f 23235/24073/19692 23233/24071/19691 23234/24072/19692</w:t>
        <w:br/>
        <w:t>f 23235/24073/19692 23234/24072/19692 23236/24074/19693</w:t>
        <w:br/>
        <w:t>f 23237/24075/19693 23235/24073/19692 23236/24074/19693</w:t>
        <w:br/>
        <w:t>f 23240/24076/19693 23239/24077/19693 23238/24078/19694</w:t>
        <w:br/>
        <w:t>f 23241/24079/19694 23240/24076/19693 23238/24078/19694</w:t>
        <w:br/>
        <w:t>f 23241/24079/19694 23238/24078/19694 23242/24080/19695</w:t>
        <w:br/>
        <w:t>f 23243/24081/19696 23241/24079/19694 23242/24080/19695</w:t>
        <w:br/>
        <w:t>f 23243/24081/19696 23242/24080/19695 23244/24082/19697</w:t>
        <w:br/>
        <w:t>f 23245/24083/19698 23243/24081/19696 23244/24082/19697</w:t>
        <w:br/>
        <w:t>f 23249/24084/19699 23248/24085/19699 23247/24086/19700</w:t>
        <w:br/>
        <w:t>f 23246/24087/19701 23249/24084/19699 23247/24086/19700</w:t>
        <w:br/>
        <w:t>f 23251/24088/19702 23248/24085/19699 23249/24084/19699</w:t>
        <w:br/>
        <w:t>f 23250/24089/19703 23251/24088/19702 23249/24084/19699</w:t>
        <w:br/>
        <w:t>f 23253/24090/19704 23251/24088/19702 23250/24089/19703</w:t>
        <w:br/>
        <w:t>f 23252/24091/19704 23253/24090/19704 23250/24089/19703</w:t>
        <w:br/>
        <w:t>f 23253/24090/19704 23252/24091/19704 23211/24050/19678</w:t>
        <w:br/>
        <w:t>f 23212/24049/19678 23253/24090/19704 23211/24050/19678</w:t>
        <w:br/>
        <w:t>f 23257/24092/19705 23256/24093/19706 23255/24094/19706</w:t>
        <w:br/>
        <w:t>f 23254/24095/19705 23257/24092/19705 23255/24094/19706</w:t>
        <w:br/>
        <w:t>f 23257/24092/19705 23254/24095/19705 23258/24096/19707</w:t>
        <w:br/>
        <w:t>f 23259/24097/19707 23257/24092/19705 23258/24096/19707</w:t>
        <w:br/>
        <w:t>f 23259/24097/19707 23258/24096/19707 23260/24098/19708</w:t>
        <w:br/>
        <w:t>f 23261/24099/19708 23259/24097/19707 23260/24098/19708</w:t>
        <w:br/>
        <w:t>f 23261/24099/19708 23260/24098/19708 23262/24100/19709</w:t>
        <w:br/>
        <w:t>f 23263/24101/19709 23261/24099/19708 23262/24100/19709</w:t>
        <w:br/>
        <w:t>f 23263/24101/19709 23262/24100/19709 23264/24102/19710</w:t>
        <w:br/>
        <w:t>f 23265/24103/19710 23263/24101/19709 23264/24102/19710</w:t>
        <w:br/>
        <w:t>f 23265/24103/19710 23264/24102/19710 23266/24104/19711</w:t>
        <w:br/>
        <w:t>f 23267/24105/19712 23265/24103/19710 23266/24104/19711</w:t>
        <w:br/>
        <w:t>f 23267/24105/19712 23266/24104/19711 23268/24106/19713</w:t>
        <w:br/>
        <w:t>f 23269/24107/19713 23267/24105/19712 23268/24106/19713</w:t>
        <w:br/>
        <w:t>f 23271/24108/19714 23269/24107/19713 23268/24106/19713</w:t>
        <w:br/>
        <w:t>f 23270/24109/19714 23271/24108/19714 23268/24106/19713</w:t>
        <w:br/>
        <w:t>f 23271/24108/19714 23270/24109/19714 23272/24110/19715</w:t>
        <w:br/>
        <w:t>f 23273/24111/19716 23271/24108/19714 23272/24110/19715</w:t>
        <w:br/>
        <w:t>f 23273/24111/19716 23272/24110/19715 23274/24112/19717</w:t>
        <w:br/>
        <w:t>f 23275/24113/19717 23273/24111/19716 23274/24112/19717</w:t>
        <w:br/>
        <w:t>f 23275/24113/19717 23274/24112/19717 23276/24114/19718</w:t>
        <w:br/>
        <w:t>f 23277/24115/19719 23275/24113/19717 23276/24114/19718</w:t>
        <w:br/>
        <w:t>f 23279/24116/19720 23277/24115/19719 23276/24114/19718</w:t>
        <w:br/>
        <w:t>f 23278/24117/19720 23279/24116/19720 23276/24114/19718</w:t>
        <w:br/>
        <w:t>f 23281/24118/19721 23279/24116/19720 23278/24117/19720</w:t>
        <w:br/>
        <w:t>f 23280/24119/19721 23281/24118/19721 23278/24117/19720</w:t>
        <w:br/>
        <w:t>f 23285/24120/19722 23284/24121/19721 23283/24122/19721</w:t>
        <w:br/>
        <w:t>f 23282/24123/19723 23285/24120/19722 23283/24122/19721</w:t>
        <w:br/>
        <w:t>f 23287/24124/19724 23285/24120/19722 23282/24123/19723</w:t>
        <w:br/>
        <w:t>f 23286/24125/19724 23287/24124/19724 23282/24123/19723</w:t>
        <w:br/>
        <w:t>f 23287/24124/19724 23286/24125/19724 23288/24126/19725</w:t>
        <w:br/>
        <w:t>f 23289/24127/19726 23287/24124/19724 23288/24126/19725</w:t>
        <w:br/>
        <w:t>f 23293/24128/19727 23292/24129/19727 23291/24130/19728</w:t>
        <w:br/>
        <w:t>f 23290/24131/19729 23293/24128/19727 23291/24130/19728</w:t>
        <w:br/>
        <w:t>f 23295/24132/19730 23292/24129/19727 23293/24128/19727</w:t>
        <w:br/>
        <w:t>f 23294/24133/19730 23295/24132/19730 23293/24128/19727</w:t>
        <w:br/>
        <w:t>f 23297/24134/19731 23295/24132/19730 23294/24133/19730</w:t>
        <w:br/>
        <w:t>f 23296/24135/19731 23297/24134/19731 23294/24133/19730</w:t>
        <w:br/>
        <w:t>f 23256/24093/19706 23297/24134/19731 23296/24135/19731</w:t>
        <w:br/>
        <w:t>f 23255/24094/19706 23256/24093/19706 23296/24135/19731</w:t>
        <w:br/>
        <w:t>f 23301/24136/19732 23300/24137/19733 23299/24138/19733</w:t>
        <w:br/>
        <w:t>f 23298/24139/19732 23301/24136/19732 23299/24138/19733</w:t>
        <w:br/>
        <w:t>f 23303/24140/19734 23301/24136/19732 23298/24139/19732</w:t>
        <w:br/>
        <w:t>f 23302/24141/19734 23303/24140/19734 23298/24139/19732</w:t>
        <w:br/>
        <w:t>f 23303/24140/19734 23302/24141/19734 23304/24142/19735</w:t>
        <w:br/>
        <w:t>f 23305/24143/19735 23303/24140/19734 23304/24142/19735</w:t>
        <w:br/>
        <w:t>f 23305/24143/19735 23304/24142/19735 23306/24144/19736</w:t>
        <w:br/>
        <w:t>f 23307/24145/19736 23305/24143/19735 23306/24144/19736</w:t>
        <w:br/>
        <w:t>f 23307/24145/19736 23306/24144/19736 23308/24146/19737</w:t>
        <w:br/>
        <w:t>f 23309/24147/19737 23307/24145/19736 23308/24146/19737</w:t>
        <w:br/>
        <w:t>f 23309/24147/19737 23308/24146/19737 23310/24148/19738</w:t>
        <w:br/>
        <w:t>f 23311/24149/19738 23309/24147/19737 23310/24148/19738</w:t>
        <w:br/>
        <w:t>f 23313/24150/19739 23311/24149/19738 23310/24148/19738</w:t>
        <w:br/>
        <w:t>f 23312/24151/19739 23313/24150/19739 23310/24148/19738</w:t>
        <w:br/>
        <w:t>f 23315/24152/19740 23313/24150/19739 23312/24151/19739</w:t>
        <w:br/>
        <w:t>f 23314/24153/19741 23315/24152/19740 23312/24151/19739</w:t>
        <w:br/>
        <w:t>f 23317/24154/19742 23315/24152/19740 23314/24153/19741</w:t>
        <w:br/>
        <w:t>f 23316/24155/19742 23317/24154/19742 23314/24153/19741</w:t>
        <w:br/>
        <w:t>f 23317/24154/19742 23316/24155/19742 23318/24156/19743</w:t>
        <w:br/>
        <w:t>f 23319/24157/19743 23317/24154/19742 23318/24156/19743</w:t>
        <w:br/>
        <w:t>f 23319/24157/19743 23318/24156/19743 23320/24158/19744</w:t>
        <w:br/>
        <w:t>f 23321/24159/19744 23319/24157/19743 23320/24158/19744</w:t>
        <w:br/>
        <w:t>f 23323/24160/19745 23321/24159/19744 23320/24158/19744</w:t>
        <w:br/>
        <w:t>f 23322/24161/19745 23323/24160/19745 23320/24158/19744</w:t>
        <w:br/>
        <w:t>f 23325/24162/19746 23323/24160/19745 23322/24161/19745</w:t>
        <w:br/>
        <w:t>f 23324/24163/19746 23325/24162/19746 23322/24161/19745</w:t>
        <w:br/>
        <w:t>f 23329/24164/19747 23328/24165/19746 23327/24166/19746</w:t>
        <w:br/>
        <w:t>f 23326/24167/19747 23329/24164/19747 23327/24166/19746</w:t>
        <w:br/>
        <w:t>f 23331/24168/19748 23329/24164/19747 23326/24167/19747</w:t>
        <w:br/>
        <w:t>f 23330/24169/19749 23331/24168/19748 23326/24167/19747</w:t>
        <w:br/>
        <w:t>f 23333/24170/19750 23331/24168/19748 23330/24169/19749</w:t>
        <w:br/>
        <w:t>f 23332/24171/19751 23333/24170/19750 23330/24169/19749</w:t>
        <w:br/>
        <w:t>f 23337/24172/19752 23336/24173/19753 23335/24174/19754</w:t>
        <w:br/>
        <w:t>f 23334/24175/19752 23337/24172/19752 23335/24174/19754</w:t>
        <w:br/>
        <w:t>f 23339/24176/19755 23338/24177/19756 23337/24172/19752</w:t>
        <w:br/>
        <w:t>f 23334/24175/19752 23339/24176/19755 23337/24172/19752</w:t>
        <w:br/>
        <w:t>f 23341/24178/19757 23338/24177/19756 23339/24176/19755</w:t>
        <w:br/>
        <w:t>f 23340/24179/19758 23341/24178/19757 23339/24176/19755</w:t>
        <w:br/>
        <w:t>f 23300/24137/19733 23341/24178/19757 23340/24179/19758</w:t>
        <w:br/>
        <w:t>f 23299/24138/19733 23300/24137/19733 23340/24179/19758</w:t>
        <w:br/>
        <w:t>f 23344/24180/19759 23343/24181/19759 23342/24182/19760</w:t>
        <w:br/>
        <w:t>f 23345/24183/19760 23344/24180/19759 23342/24182/19760</w:t>
        <w:br/>
        <w:t>f 23347/24184/19761 23345/24183/19760 23342/24182/19760</w:t>
        <w:br/>
        <w:t>f 23346/24185/19761 23347/24184/19761 23342/24182/19760</w:t>
        <w:br/>
        <w:t>f 23349/24186/19762 23347/24184/19761 23346/24185/19761</w:t>
        <w:br/>
        <w:t>f 23348/24187/19762 23349/24186/19762 23346/24185/19761</w:t>
        <w:br/>
        <w:t>f 23351/24188/19763 23349/24186/19762 23348/24187/19762</w:t>
        <w:br/>
        <w:t>f 23350/24189/19763 23351/24188/19763 23348/24187/19762</w:t>
        <w:br/>
        <w:t>f 23353/24190/19764 23351/24188/19763 23350/24189/19763</w:t>
        <w:br/>
        <w:t>f 23352/24191/19764 23353/24190/19764 23350/24189/19763</w:t>
        <w:br/>
        <w:t>f 23355/24192/19765 23353/24190/19764 23352/24191/19764</w:t>
        <w:br/>
        <w:t>f 23354/24193/19765 23355/24192/19765 23352/24191/19764</w:t>
        <w:br/>
        <w:t>f 23357/24194/19766 23355/24192/19765 23354/24193/19765</w:t>
        <w:br/>
        <w:t>f 23356/24195/19766 23357/24194/19766 23354/24193/19765</w:t>
        <w:br/>
        <w:t>f 23359/24196/19767 23357/24194/19766 23356/24195/19766</w:t>
        <w:br/>
        <w:t>f 23358/24197/19768 23359/24196/19767 23356/24195/19766</w:t>
        <w:br/>
        <w:t>f 23359/24196/19767 23358/24197/19768 23360/24198/19769</w:t>
        <w:br/>
        <w:t>f 23361/24199/19770 23359/24196/19767 23360/24198/19769</w:t>
        <w:br/>
        <w:t>f 23363/24200/19771 23361/24199/19770 23360/24198/19769</w:t>
        <w:br/>
        <w:t>f 23362/24201/19771 23363/24200/19771 23360/24198/19769</w:t>
        <w:br/>
        <w:t>f 23363/24200/19771 23362/24201/19771 23364/24202/19772</w:t>
        <w:br/>
        <w:t>f 23365/24203/19772 23363/24200/19771 23364/24202/19772</w:t>
        <w:br/>
        <w:t>f 23365/24203/19772 23364/24202/19772 23366/24204/19773</w:t>
        <w:br/>
        <w:t>f 23367/24205/19773 23365/24203/19772 23366/24204/19773</w:t>
        <w:br/>
        <w:t>f 23367/24205/19773 23366/24204/19773 23368/24206/19774</w:t>
        <w:br/>
        <w:t>f 23369/24207/19774 23367/24205/19773 23368/24206/19774</w:t>
        <w:br/>
        <w:t>f 23372/24208/19774 23371/24209/19774 23370/24210/19775</w:t>
        <w:br/>
        <w:t>f 23373/24211/19775 23372/24208/19774 23370/24210/19775</w:t>
        <w:br/>
        <w:t>f 23373/24211/19775 23370/24210/19775 23374/24212/19776</w:t>
        <w:br/>
        <w:t>f 23375/24213/19777 23373/24211/19775 23374/24212/19776</w:t>
        <w:br/>
        <w:t>f 23377/24214/19778 23375/24213/19777 23374/24212/19776</w:t>
        <w:br/>
        <w:t>f 23376/24215/19779 23377/24214/19778 23374/24212/19776</w:t>
        <w:br/>
        <w:t>f 23381/24216/19780 23380/24217/19781 23379/24218/19782</w:t>
        <w:br/>
        <w:t>f 23378/24219/19783 23381/24216/19780 23379/24218/19782</w:t>
        <w:br/>
        <w:t>f 23383/24220/19784 23382/24221/19785 23381/24216/19780</w:t>
        <w:br/>
        <w:t>f 23378/24219/19783 23383/24220/19784 23381/24216/19780</w:t>
        <w:br/>
        <w:t>f 23382/24221/19785 23383/24220/19784 23384/24222/19786</w:t>
        <w:br/>
        <w:t>f 23385/24223/19786 23382/24221/19785 23384/24222/19786</w:t>
        <w:br/>
        <w:t>f 23344/24180/19759 23385/24223/19786 23384/24222/19786</w:t>
        <w:br/>
        <w:t>f 23343/24181/19759 23344/24180/19759 23384/24222/19786</w:t>
        <w:br/>
        <w:t>f 23202/24043/19673 23200/24039/19672 23201/24038/19672</w:t>
        <w:br/>
        <w:t>f 23205/24040/19673 23202/24043/19673 23201/24038/19672</w:t>
        <w:br/>
        <w:t>f 23245/24083/19698 23244/24082/19697 23246/24087/19701</w:t>
        <w:br/>
        <w:t>f 23247/24086/19700 23245/24083/19698 23246/24087/19701</w:t>
        <w:br/>
        <w:t>f 23289/24127/19726 23288/24126/19725 23290/24131/19729</w:t>
        <w:br/>
        <w:t>f 23291/24130/19728 23289/24127/19726 23290/24131/19729</w:t>
        <w:br/>
        <w:t>f 23336/24173/19753 23333/24170/19750 23332/24171/19751</w:t>
        <w:br/>
        <w:t>f 23335/24174/19754 23336/24173/19753 23332/24171/19751</w:t>
        <w:br/>
        <w:t>f 23380/24217/19781 23377/24214/19778 23376/24215/19779</w:t>
        <w:br/>
        <w:t>f 23379/24218/19782 23380/24217/19781 23376/24215/19779</w:t>
        <w:br/>
        <w:t>f 19667/23620/19354 20404/22478/18510 19666/22479/18511</w:t>
        <w:br/>
        <w:t>f 20405/23939/19606 19691/22339/18416 20400/22477/18509</w:t>
        <w:br/>
        <w:t>usemtl MI_Aodaili_Hair_104</w:t>
        <w:br/>
        <w:t>f 24227/24224/19787 24226/24225/19787 24225/24226/19788</w:t>
        <w:br/>
        <w:t>f 24224/24227/19789 24227/24224/19787 24225/24226/19788</w:t>
        <w:br/>
        <w:t>f 24231/24228/19790 24230/24229/19791 24229/24230/19792</w:t>
        <w:br/>
        <w:t>f 24228/24231/19793 24231/24228/19790 24229/24230/19792</w:t>
        <w:br/>
        <w:t>f 24226/24225/19787 24227/24224/19787 24233/24232/19794</w:t>
        <w:br/>
        <w:t>f 24232/24233/19794 24226/24225/19787 24233/24232/19794</w:t>
        <w:br/>
        <w:t>f 24235/24234/19795 24234/24235/19796 24230/24229/19791</w:t>
        <w:br/>
        <w:t>f 24231/24228/19790 24235/24234/19795 24230/24229/19791</w:t>
        <w:br/>
        <w:t>f 24238/24236/19797 24237/24237/19798 24236/24238/19799</w:t>
        <w:br/>
        <w:t>f 24239/24239/19800 24238/24236/19797 24236/24238/19799</w:t>
        <w:br/>
        <w:t>f 24242/24240/19801 24241/24241/19801 24240/24242/19802</w:t>
        <w:br/>
        <w:t>f 24243/24243/19803 24242/24240/19801 24240/24242/19802</w:t>
        <w:br/>
        <w:t>f 24246/24244/19804 24245/24245/19804 24244/24246/19805</w:t>
        <w:br/>
        <w:t>f 24247/24247/19806 24246/24244/19804 24244/24246/19805</w:t>
        <w:br/>
        <w:t>f 24249/24248/19807 24248/24249/19808 24237/24237/19798</w:t>
        <w:br/>
        <w:t>f 24238/24236/19797 24249/24248/19807 24237/24237/19798</w:t>
        <w:br/>
        <w:t>f 24242/24240/19801 24251/24250/19809 24250/24251/19810</w:t>
        <w:br/>
        <w:t>f 24241/24241/19801 24242/24240/19801 24250/24251/19810</w:t>
        <w:br/>
        <w:t>f 24253/24252/19811 24252/24253/19812 24245/24245/19804</w:t>
        <w:br/>
        <w:t>f 24246/24244/19804 24253/24252/19811 24245/24245/19804</w:t>
        <w:br/>
        <w:t>f 24255/24254/19813 24254/24255/19814 24248/24249/19808</w:t>
        <w:br/>
        <w:t>f 24249/24248/19807 24255/24254/19813 24248/24249/19808</w:t>
        <w:br/>
        <w:t>f 24256/24256/19815 24250/24251/19810 24251/24250/19809</w:t>
        <w:br/>
        <w:t>f 24257/24257/19816 24256/24256/19815 24251/24250/19809</w:t>
        <w:br/>
        <w:t>f 24252/24253/19812 24253/24252/19811 24259/24258/19817</w:t>
        <w:br/>
        <w:t>f 24258/24259/19818 24252/24253/19812 24259/24258/19817</w:t>
        <w:br/>
        <w:t>f 24261/24260/19819 24260/24261/19820 24254/24255/19814</w:t>
        <w:br/>
        <w:t>f 24255/24254/19813 24261/24260/19819 24254/24255/19814</w:t>
        <w:br/>
        <w:t>f 24262/24262/19821 24256/24256/19815 24257/24257/19816</w:t>
        <w:br/>
        <w:t>f 24263/24263/19822 24262/24262/19821 24257/24257/19816</w:t>
        <w:br/>
        <w:t>f 24258/24259/19818 24259/24258/19817 24265/24264/19823</w:t>
        <w:br/>
        <w:t>f 24264/24265/19824 24258/24259/19818 24265/24264/19823</w:t>
        <w:br/>
        <w:t>f 24267/24266/19825 24266/24267/19826 24260/24261/19820</w:t>
        <w:br/>
        <w:t>f 24261/24260/19819 24267/24266/19825 24260/24261/19820</w:t>
        <w:br/>
        <w:t>f 24268/24268/19827 24262/24262/19821 24263/24263/19822</w:t>
        <w:br/>
        <w:t>f 24269/24269/19828 24268/24268/19827 24263/24263/19822</w:t>
        <w:br/>
        <w:t>f 24264/24265/19824 24265/24264/19823 24271/24270/19829</w:t>
        <w:br/>
        <w:t>f 24270/24271/19830 24264/24265/19824 24271/24270/19829</w:t>
        <w:br/>
        <w:t>f 24273/24272/19831 24272/24273/19832 24266/24267/19826</w:t>
        <w:br/>
        <w:t>f 24267/24266/19825 24273/24272/19831 24266/24267/19826</w:t>
        <w:br/>
        <w:t>f 24274/24274/19833 24268/24268/19827 24269/24269/19828</w:t>
        <w:br/>
        <w:t>f 24275/24275/19834 24274/24274/19833 24269/24269/19828</w:t>
        <w:br/>
        <w:t>f 24271/24270/19829 24277/24276/19835 24276/24277/19836</w:t>
        <w:br/>
        <w:t>f 24270/24271/19830 24271/24270/19829 24276/24277/19836</w:t>
        <w:br/>
        <w:t>f 24279/24278/19837 24278/24279/19838 24272/24273/19832</w:t>
        <w:br/>
        <w:t>f 24273/24272/19831 24279/24278/19837 24272/24273/19832</w:t>
        <w:br/>
        <w:t>f 24275/24275/19834 24281/24280/19839 24280/24281/19840</w:t>
        <w:br/>
        <w:t>f 24274/24274/19833 24275/24275/19834 24280/24281/19840</w:t>
        <w:br/>
        <w:t>f 24277/24276/19835 24283/24282/19841 24282/24283/19842</w:t>
        <w:br/>
        <w:t>f 24276/24277/19836 24277/24276/19835 24282/24283/19842</w:t>
        <w:br/>
        <w:t>f 24285/24284/19843 24284/24285/19844 24278/24279/19838</w:t>
        <w:br/>
        <w:t>f 24279/24278/19837 24285/24284/19843 24278/24279/19838</w:t>
        <w:br/>
        <w:t>f 24281/24280/19839 24287/24286/19845 24286/24287/19846</w:t>
        <w:br/>
        <w:t>f 24280/24281/19840 24281/24280/19839 24286/24287/19846</w:t>
        <w:br/>
        <w:t>f 24283/24282/19841 24289/24288/19847 24288/24289/19848</w:t>
        <w:br/>
        <w:t>f 24282/24283/19842 24283/24282/19841 24288/24289/19848</w:t>
        <w:br/>
        <w:t>f 24293/24290/19849 24292/24291/19850 24291/24292/19851</w:t>
        <w:br/>
        <w:t>f 24290/24293/19852 24293/24290/19849 24291/24292/19851</w:t>
        <w:br/>
        <w:t>f 24288/24289/19848 24295/24294/19853 24294/24295/19854</w:t>
        <w:br/>
        <w:t>f 24297/24296/19855 24296/24297/19856 24292/24291/19850</w:t>
        <w:br/>
        <w:t>f 24293/24290/19849 24297/24296/19855 24292/24291/19850</w:t>
        <w:br/>
        <w:t>f 24301/24298/19857 24300/24299/19858 24299/24300/19859</w:t>
        <w:br/>
        <w:t>f 24298/24301/19860 24301/24298/19857 24299/24300/19859</w:t>
        <w:br/>
        <w:t>f 24304/24302/19861 24303/24303/19862 24302/24304/19863</w:t>
        <w:br/>
        <w:t>f 24305/24305/19864 24304/24302/19861 24302/24304/19863</w:t>
        <w:br/>
        <w:t>f 24298/24301/19860 24299/24300/19859 24307/24306/19865</w:t>
        <w:br/>
        <w:t>f 24306/24307/19866 24298/24301/19860 24307/24306/19865</w:t>
        <w:br/>
        <w:t>f 24302/24304/19863 24303/24303/19862 24309/24308/19867</w:t>
        <w:br/>
        <w:t>f 24308/24309/19868 24302/24304/19863 24309/24308/19867</w:t>
        <w:br/>
        <w:t>f 24307/24306/19865 24311/24310/19869 24310/24311/19870</w:t>
        <w:br/>
        <w:t>f 24306/24307/19866 24307/24306/19865 24310/24311/19870</w:t>
        <w:br/>
        <w:t>f 24309/24308/19867 24313/24312/19871 24312/24313/19872</w:t>
        <w:br/>
        <w:t>f 24308/24309/19868 24309/24308/19867 24312/24313/19872</w:t>
        <w:br/>
        <w:t>f 24312/24313/19872 24313/24312/19871 24315/24314/19873</w:t>
        <w:br/>
        <w:t>f 24314/24315/19874 24312/24313/19872 24315/24314/19873</w:t>
        <w:br/>
        <w:t>f 24319/24316/19875 24318/24317/19876 24317/24318/19877</w:t>
        <w:br/>
        <w:t>f 24316/24319/19877 24319/24316/19875 24317/24318/19877</w:t>
        <w:br/>
        <w:t>f 24314/24315/19874 24315/24314/19873 24321/24320/19878</w:t>
        <w:br/>
        <w:t>f 24320/24321/19879 24314/24315/19874 24321/24320/19878</w:t>
        <w:br/>
        <w:t>f 24325/24322/19880 24324/24323/19881 24323/24324/19882</w:t>
        <w:br/>
        <w:t>f 24322/24325/19882 24325/24322/19880 24323/24324/19882</w:t>
        <w:br/>
        <w:t>f 24328/24326/19883 24327/24327/19884 24326/24328/19885</w:t>
        <w:br/>
        <w:t>f 24329/24329/19886 24328/24326/19883 24326/24328/19885</w:t>
        <w:br/>
        <w:t>f 24333/24330/19887 24332/24331/19887 24331/24332/19888</w:t>
        <w:br/>
        <w:t>f 24330/24333/19889 24333/24330/19887 24331/24332/19888</w:t>
        <w:br/>
        <w:t>f 24336/24334/19890 24335/24335/19891 24334/24336/19892</w:t>
        <w:br/>
        <w:t>f 24338/24337/19893 24337/24338/19893 24332/24331/19887</w:t>
        <w:br/>
        <w:t>f 24333/24330/19887 24338/24337/19893 24332/24331/19887</w:t>
        <w:br/>
        <w:t>f 24342/24339/19894 24341/24340/19895 24340/24341/19896</w:t>
        <w:br/>
        <w:t>f 24339/24342/19896 24342/24339/19894 24340/24341/19896</w:t>
        <w:br/>
        <w:t>f 24345/24343/19897 24344/24344/19898 24343/24345/19899</w:t>
        <w:br/>
        <w:t>f 24334/24336/19892 24345/24343/19897 24343/24345/19899</w:t>
        <w:br/>
        <w:t>f 24338/24337/19893 24347/24346/19900 24346/24347/19901</w:t>
        <w:br/>
        <w:t>f 24337/24338/19893 24338/24337/19893 24346/24347/19901</w:t>
        <w:br/>
        <w:t>f 24349/24348/19902 24348/24349/19903 24339/24342/19896</w:t>
        <w:br/>
        <w:t>f 24340/24341/19896 24349/24348/19902 24339/24342/19896</w:t>
        <w:br/>
        <w:t>f 24350/24350/19904 24343/24345/19899 24344/24344/19898</w:t>
        <w:br/>
        <w:t>f 24351/24351/19905 24350/24350/19904 24344/24344/19898</w:t>
        <w:br/>
        <w:t>f 24355/24352/19906 24354/24353/19907 24353/24354/19907</w:t>
        <w:br/>
        <w:t>f 24352/24355/19906 24355/24352/19906 24353/24354/19907</w:t>
        <w:br/>
        <w:t>f 24359/24356/19908 24358/24357/19908 24357/24358/19909</w:t>
        <w:br/>
        <w:t>f 24356/24359/19910 24359/24356/19908 24357/24358/19909</w:t>
        <w:br/>
        <w:t>f 24363/24360/19911 24362/24361/19912 24361/24362/19913</w:t>
        <w:br/>
        <w:t>f 24360/24363/19914 24363/24360/19911 24361/24362/19913</w:t>
        <w:br/>
        <w:t>f 24354/24353/19907 24365/24364/19915 24364/24365/19915</w:t>
        <w:br/>
        <w:t>f 24353/24354/19907 24354/24353/19907 24364/24365/19915</w:t>
        <w:br/>
        <w:t>f 24367/24366/19916 24366/24367/19917 24356/24359/19910</w:t>
        <w:br/>
        <w:t>f 24357/24358/19909 24367/24366/19916 24356/24359/19910</w:t>
        <w:br/>
        <w:t>f 24368/24368/19918 24362/24361/19912 24363/24360/19911</w:t>
        <w:br/>
        <w:t>f 24369/24369/19918 24368/24368/19918 24363/24360/19911</w:t>
        <w:br/>
        <w:t>f 24372/24370/19919 24371/24371/19919 24370/24372/19920</w:t>
        <w:br/>
        <w:t>f 24373/24373/19920 24372/24370/19919 24370/24372/19920</w:t>
        <w:br/>
        <w:t>f 24377/24374/19921 24376/24375/19922 24375/24376/19923</w:t>
        <w:br/>
        <w:t>f 24374/24377/19924 24377/24374/19921 24375/24376/19923</w:t>
        <w:br/>
        <w:t>f 24381/24378/19925 24380/24379/19926 24379/24380/19927</w:t>
        <w:br/>
        <w:t>f 24378/24381/19928 24381/24378/19925 24379/24380/19927</w:t>
        <w:br/>
        <w:t>f 24385/24382/19929 24384/24383/19929 24383/24384/19930</w:t>
        <w:br/>
        <w:t>f 24382/24385/19931 24385/24382/19929 24383/24384/19930</w:t>
        <w:br/>
        <w:t>f 24375/24376/19923 24387/24386/19932 24386/24387/19933</w:t>
        <w:br/>
        <w:t>f 24374/24377/19924 24375/24376/19923 24386/24387/19933</w:t>
        <w:br/>
        <w:t>f 24380/24379/19926 24389/24388/19934 24388/24389/19935</w:t>
        <w:br/>
        <w:t>f 24379/24380/19927 24380/24379/19926 24388/24389/19935</w:t>
        <w:br/>
        <w:t>f 24393/24390/19936 24392/24391/19936 24391/24392/19937</w:t>
        <w:br/>
        <w:t>f 24390/24393/19938 24393/24390/19936 24391/24392/19937</w:t>
        <w:br/>
        <w:t>f 24397/24394/19939 24396/24395/19940 24395/24396/19941</w:t>
        <w:br/>
        <w:t>f 24394/24397/19942 24397/24394/19939 24395/24396/19941</w:t>
        <w:br/>
        <w:t>f 24400/24398/19943 24399/24399/19944 24398/24400/19945</w:t>
        <w:br/>
        <w:t>f 24401/24401/19946 24400/24398/19943 24398/24400/19945</w:t>
        <w:br/>
        <w:t>f 24404/24402/19947 24403/24403/19948 24402/24404/19948</w:t>
        <w:br/>
        <w:t>f 24405/24405/19947 24404/24402/19947 24402/24404/19948</w:t>
        <w:br/>
        <w:t>f 24409/24406/19949 24408/24407/19950 24407/24408/19951</w:t>
        <w:br/>
        <w:t>f 24406/24409/19952 24409/24406/19949 24407/24408/19951</w:t>
        <w:br/>
        <w:t>f 24413/24410/19953 24412/24411/19953 24411/24412/19954</w:t>
        <w:br/>
        <w:t>f 24410/24413/19954 24413/24410/19953 24411/24412/19954</w:t>
        <w:br/>
        <w:t>f 24416/24414/19955 24415/24415/19956 24414/24416/19957</w:t>
        <w:br/>
        <w:t>f 24419/24417/19958 24418/24418/19959 24417/24419/19960</w:t>
        <w:br/>
        <w:t>f 24422/24420/19961 24421/24421/19961 24420/24422/19962</w:t>
        <w:br/>
        <w:t>f 24287/24286/19845 24424/24423/19963 24423/24424/19964</w:t>
        <w:br/>
        <w:t>f 24427/24425/19965 24426/24426/19966 24425/24427/19967</w:t>
        <w:br/>
        <w:t>f 24428/24428/19968 24427/24425/19965 24425/24427/19967</w:t>
        <w:br/>
        <w:t>f 24430/24429/19969 24429/24430/19970 24426/24426/19966</w:t>
        <w:br/>
        <w:t>f 24427/24425/19965 24430/24429/19969 24426/24426/19966</w:t>
        <w:br/>
        <w:t>f 24430/24429/19969 24432/24431/19971 24431/24432/19972</w:t>
        <w:br/>
        <w:t>f 24429/24430/19970 24430/24429/19969 24431/24432/19972</w:t>
        <w:br/>
        <w:t>f 24432/24431/19971 24434/24433/19973 24433/24434/19974</w:t>
        <w:br/>
        <w:t>f 24431/24432/19972 24432/24431/19971 24433/24434/19974</w:t>
        <w:br/>
        <w:t>f 24434/24433/19973 24436/24435/19975 24435/24436/19976</w:t>
        <w:br/>
        <w:t>f 24433/24434/19974 24434/24433/19973 24435/24436/19976</w:t>
        <w:br/>
        <w:t>f 24440/24437/19977 24439/24438/19978 24438/24439/19979</w:t>
        <w:br/>
        <w:t>f 24437/24440/19980 24440/24437/19977 24438/24439/19979</w:t>
        <w:br/>
        <w:t>f 24442/24441/19981 24441/24442/19982 24341/24340/19895</w:t>
        <w:br/>
        <w:t>f 24342/24339/19894 24442/24441/19981 24341/24340/19895</w:t>
        <w:br/>
        <w:t>f 24300/24299/19858 24301/24298/19857 24444/24443/19983</w:t>
        <w:br/>
        <w:t>f 24443/24444/19984 24300/24299/19858 24444/24443/19983</w:t>
        <w:br/>
        <w:t>f 24445/24445/19985 24310/24311/19870 24311/24310/19869</w:t>
        <w:br/>
        <w:t>f 24299/24300/19859 24447/24446/19986 24446/24447/19987</w:t>
        <w:br/>
        <w:t>f 24307/24306/19865 24299/24300/19859 24446/24447/19987</w:t>
        <w:br/>
        <w:t>f 24300/24299/19858 24448/24448/19988 24447/24446/19986</w:t>
        <w:br/>
        <w:t>f 24299/24300/19859 24300/24299/19858 24447/24446/19986</w:t>
        <w:br/>
        <w:t>f 24443/24444/19984 24449/24449/19989 24448/24448/19988</w:t>
        <w:br/>
        <w:t>f 24300/24299/19858 24443/24444/19984 24448/24448/19988</w:t>
        <w:br/>
        <w:t>f 24287/24286/19845 24423/24424/19964 24450/24450/19990</w:t>
        <w:br/>
        <w:t>f 24426/24426/19966 24452/24451/19991 24451/24452/19992</w:t>
        <w:br/>
        <w:t>f 24425/24427/19967 24426/24426/19966 24451/24452/19992</w:t>
        <w:br/>
        <w:t>f 24429/24430/19970 24446/24447/19987 24452/24451/19991</w:t>
        <w:br/>
        <w:t>f 24426/24426/19966 24429/24430/19970 24452/24451/19991</w:t>
        <w:br/>
        <w:t>f 24431/24432/19972 24453/24453/19993 24446/24447/19987</w:t>
        <w:br/>
        <w:t>f 24429/24430/19970 24431/24432/19972 24446/24447/19987</w:t>
        <w:br/>
        <w:t>f 24431/24432/19972 24433/24434/19974 24454/24454/19994</w:t>
        <w:br/>
        <w:t>f 24453/24453/19993 24431/24432/19972 24454/24454/19994</w:t>
        <w:br/>
        <w:t>f 24455/24455/19995 24454/24454/19994 24433/24434/19974</w:t>
        <w:br/>
        <w:t>f 24435/24436/19976 24455/24455/19995 24433/24434/19974</w:t>
        <w:br/>
        <w:t>f 24437/24440/19980 24457/24456/19996 24456/24457/19997</w:t>
        <w:br/>
        <w:t>f 24440/24437/19977 24437/24440/19980 24456/24457/19997</w:t>
        <w:br/>
        <w:t>f 24442/24441/19981 24342/24339/19894 24458/24458/19998</w:t>
        <w:br/>
        <w:t>f 24342/24339/19999 24460/24459/20000 24459/24460/20000</w:t>
        <w:br/>
        <w:t>f 24462/24461/20001 24461/24462/20001 24459/24460/20000</w:t>
        <w:br/>
        <w:t>f 24460/24459/20000 24462/24461/20001 24459/24460/20000</w:t>
        <w:br/>
        <w:t>f 24466/24463/20002 24465/24464/20003 24464/24465/20003</w:t>
        <w:br/>
        <w:t>f 24463/24466/20002 24466/24463/20002 24464/24465/20003</w:t>
        <w:br/>
        <w:t>f 24289/24288/19847 24468/24467/20004 24467/24468/20005</w:t>
        <w:br/>
        <w:t>f 24288/24289/19848 24289/24288/19847 24467/24468/20005</w:t>
        <w:br/>
        <w:t>f 24472/24469/20006 24471/24470/20007 24470/24471/20008</w:t>
        <w:br/>
        <w:t>f 24469/24472/20009 24472/24469/20006 24470/24471/20008</w:t>
        <w:br/>
        <w:t>f 24471/24470/20007 24474/24473/20010 24473/24474/20011</w:t>
        <w:br/>
        <w:t>f 24470/24471/20008 24471/24470/20007 24473/24474/20011</w:t>
        <w:br/>
        <w:t>f 24473/24474/20011 24474/24473/20010 24475/24475/20012</w:t>
        <w:br/>
        <w:t>f 24288/24289/19848 24467/24468/20005 24295/24294/19853</w:t>
        <w:br/>
        <w:t>f 24469/24472/20009 24470/24471/20008 24303/24303/19862</w:t>
        <w:br/>
        <w:t>f 24304/24302/19861 24469/24472/20009 24303/24303/19862</w:t>
        <w:br/>
        <w:t>f 24470/24471/20008 24473/24474/20011 24309/24308/19867</w:t>
        <w:br/>
        <w:t>f 24303/24303/19862 24470/24471/20008 24309/24308/19867</w:t>
        <w:br/>
        <w:t>f 24473/24474/20011 24475/24475/20012 24313/24312/19871</w:t>
        <w:br/>
        <w:t>f 24309/24308/19867 24473/24474/20011 24313/24312/19871</w:t>
        <w:br/>
        <w:t>f 24475/24475/20012 24476/24476/20013 24315/24314/19873</w:t>
        <w:br/>
        <w:t>f 24313/24312/19871 24475/24475/20012 24315/24314/19873</w:t>
        <w:br/>
        <w:t>f 24476/24476/20013 24477/24477/20014 24321/24320/19878</w:t>
        <w:br/>
        <w:t>f 24315/24314/19873 24476/24476/20013 24321/24320/19878</w:t>
        <w:br/>
        <w:t>f 24479/24478/20015 24478/24479/20016 24328/24326/19883</w:t>
        <w:br/>
        <w:t>f 24329/24329/19886 24479/24478/20015 24328/24326/19883</w:t>
        <w:br/>
        <w:t>f 24335/24335/19891 24480/24480/20017 24345/24343/19897</w:t>
        <w:br/>
        <w:t>f 24335/24335/19891 24345/24343/19897 24334/24336/19892</w:t>
        <w:br/>
        <w:t>f 24483/24481/20018 24482/24482/20018 24481/24483/20019</w:t>
        <w:br/>
        <w:t>f 24239/24239/19800 24483/24481/20018 24481/24483/20019</w:t>
        <w:br/>
        <w:t>f 24243/24243/19803 24240/24242/19802 24485/24484/20020</w:t>
        <w:br/>
        <w:t>f 24484/24485/20020 24243/24243/19803 24485/24484/20020</w:t>
        <w:br/>
        <w:t>f 24487/24486/20021 24486/24487/20022 24234/24235/19796</w:t>
        <w:br/>
        <w:t>f 24235/24234/19795 24487/24486/20021 24234/24235/19796</w:t>
        <w:br/>
        <w:t>f 24490/24488/20023 24489/24489/20024 24488/24490/20024</w:t>
        <w:br/>
        <w:t>f 24491/24491/20025 24490/24488/20023 24488/24490/20024</w:t>
        <w:br/>
        <w:t>f 24489/24489/20024 24493/24492/20026 24492/24493/20026</w:t>
        <w:br/>
        <w:t>f 24488/24490/20024 24489/24489/20024 24492/24493/20026</w:t>
        <w:br/>
        <w:t>f 24481/24483/20019 24494/24494/20027 24238/24236/19797</w:t>
        <w:br/>
        <w:t>f 24239/24239/19800 24481/24483/20019 24238/24236/19797</w:t>
        <w:br/>
        <w:t>f 24238/24236/19797 24494/24494/20027 24250/24251/19810</w:t>
        <w:br/>
        <w:t>f 24249/24248/19807 24238/24236/19797 24250/24251/19810</w:t>
        <w:br/>
        <w:t>f 24250/24251/19810 24256/24256/19815 24255/24254/19813</w:t>
        <w:br/>
        <w:t>f 24249/24248/19807 24250/24251/19810 24255/24254/19813</w:t>
        <w:br/>
        <w:t>f 24256/24256/19815 24262/24262/19821 24261/24260/19819</w:t>
        <w:br/>
        <w:t>f 24255/24254/19813 24256/24256/19815 24261/24260/19819</w:t>
        <w:br/>
        <w:t>f 24262/24262/19821 24268/24268/19827 24267/24266/19825</w:t>
        <w:br/>
        <w:t>f 24261/24260/19819 24262/24262/19821 24267/24266/19825</w:t>
        <w:br/>
        <w:t>f 24268/24268/19827 24274/24274/19833 24273/24272/19831</w:t>
        <w:br/>
        <w:t>f 24267/24266/19825 24268/24268/19827 24273/24272/19831</w:t>
        <w:br/>
        <w:t>f 24274/24274/19833 24280/24281/19840 24279/24278/19837</w:t>
        <w:br/>
        <w:t>f 24273/24272/19831 24274/24274/19833 24279/24278/19837</w:t>
        <w:br/>
        <w:t>f 24286/24287/19846 24285/24284/19843 24279/24278/19837</w:t>
        <w:br/>
        <w:t>f 24280/24281/19840 24286/24287/19846 24279/24278/19837</w:t>
        <w:br/>
        <w:t>f 24286/24287/19846 24444/24443/19983 24290/24293/19852</w:t>
        <w:br/>
        <w:t>f 24285/24284/19843 24286/24287/19846 24290/24293/19852</w:t>
        <w:br/>
        <w:t>f 24301/24298/19857 24298/24301/19860 24297/24296/19855</w:t>
        <w:br/>
        <w:t>f 24293/24290/19849 24301/24298/19857 24297/24296/19855</w:t>
        <w:br/>
        <w:t>f 24298/24301/19860 24496/24495/20028 24495/24496/20029</w:t>
        <w:br/>
        <w:t>f 24297/24296/19855 24298/24301/19860 24495/24496/20029</w:t>
        <w:br/>
        <w:t>f 24499/24497/20030 24498/24498/20030 24497/24499/20031</w:t>
        <w:br/>
        <w:t>f 24500/24500/20032 24499/24497/20030 24497/24499/20031</w:t>
        <w:br/>
        <w:t>f 24499/24497/20030 24502/24501/20033 24501/24502/20033</w:t>
        <w:br/>
        <w:t>f 24498/24498/20030 24499/24497/20030 24501/24502/20033</w:t>
        <w:br/>
        <w:t>f 24502/24501/20033 24504/24503/20034 24503/24504/20034</w:t>
        <w:br/>
        <w:t>f 24501/24502/20033 24502/24501/20033 24503/24504/20034</w:t>
        <w:br/>
        <w:t>f 24508/24505/20035 24507/24506/20036 24506/24507/20037</w:t>
        <w:br/>
        <w:t>f 24505/24508/20038 24508/24505/20035 24506/24507/20037</w:t>
        <w:br/>
        <w:t>f 24505/24508/20038 24511/24509/20039 24510/24510/20040</w:t>
        <w:br/>
        <w:t>f 24509/24511/20041 24505/24508/20038 24510/24510/20040</w:t>
        <w:br/>
        <w:t>f 24515/24512/20042 24514/24513/19921 24513/24514/20043</w:t>
        <w:br/>
        <w:t>f 24512/24515/20044 24515/24512/20042 24513/24514/20043</w:t>
        <w:br/>
        <w:t>f 24513/24514/20043 24517/24516/20045 24516/24517/20046</w:t>
        <w:br/>
        <w:t>f 24512/24515/20044 24513/24514/20043 24516/24517/20046</w:t>
        <w:br/>
        <w:t>f 24521/24518/19942 24520/24519/20047 24519/24520/20048</w:t>
        <w:br/>
        <w:t>f 24518/24521/20049 24521/24518/19942 24519/24520/20048</w:t>
        <w:br/>
        <w:t>f 24525/24522/19952 24524/24523/19951 24523/24524/20050</w:t>
        <w:br/>
        <w:t>f 24522/24525/20051 24525/24522/19952 24523/24524/20050</w:t>
        <w:br/>
        <w:t>f 24528/24526/20052 24527/24527/20053 24526/24528/19960</w:t>
        <w:br/>
        <w:t>f 24405/24405/19947 24530/24529/20054 24529/24530/20055</w:t>
        <w:br/>
        <w:t>f 24404/24402/19947 24405/24405/19947 24529/24530/20055</w:t>
        <w:br/>
        <w:t>f 24534/24531/20056 24533/24532/20057 24532/24533/20058</w:t>
        <w:br/>
        <w:t>f 24531/24534/20059 24534/24531/20056 24532/24533/20058</w:t>
        <w:br/>
        <w:t>f 24538/24535/20060 24537/24536/20061 24536/24537/20062</w:t>
        <w:br/>
        <w:t>f 24535/24538/20062 24538/24535/20060 24536/24537/20062</w:t>
        <w:br/>
        <w:t>f 24542/24539/20058 24541/24540/20057 24540/24541/20063</w:t>
        <w:br/>
        <w:t>f 24539/24542/20064 24542/24539/20058 24540/24541/20063</w:t>
        <w:br/>
        <w:t>f 24545/24543/20065 24231/24228/19790 24228/24231/19793</w:t>
        <w:br/>
        <w:t>f 24543/24544/20066 24231/24228/19790 24545/24543/20065</w:t>
        <w:br/>
        <w:t>f 24545/24543/20065 24544/24545/20067 24543/24544/20066</w:t>
        <w:br/>
        <w:t>f 24235/24234/19795 24231/24228/19790 24543/24544/20066</w:t>
        <w:br/>
        <w:t>f 24546/24546/20068 24235/24234/19795 24543/24544/20066</w:t>
        <w:br/>
        <w:t>f 24550/24547/20069 24549/24548/20070 24548/24549/20071</w:t>
        <w:br/>
        <w:t>f 24547/24550/20072 24550/24547/20069 24548/24549/20071</w:t>
        <w:br/>
        <w:t>f 24552/24551/20073 24277/24276/19835 24271/24270/19829</w:t>
        <w:br/>
        <w:t>f 24551/24552/20074 24552/24551/20073 24271/24270/19829</w:t>
        <w:br/>
        <w:t>f 24277/24276/19835 24552/24551/20073 24553/24553/20075</w:t>
        <w:br/>
        <w:t>f 24283/24282/19841 24277/24276/19835 24553/24553/20075</w:t>
        <w:br/>
        <w:t>f 24289/24288/19847 24283/24282/19841 24553/24553/20075</w:t>
        <w:br/>
        <w:t>f 24554/24554/20076 24289/24288/19847 24553/24553/20075</w:t>
        <w:br/>
        <w:t>f 24556/24555/20077 24472/24469/20006 24468/24467/20004</w:t>
        <w:br/>
        <w:t>f 24555/24556/20078 24556/24555/20077 24468/24467/20004</w:t>
        <w:br/>
        <w:t>f 24557/24557/20079 24471/24470/20007 24472/24469/20006</w:t>
        <w:br/>
        <w:t>f 24556/24555/20077 24557/24557/20079 24472/24469/20006</w:t>
        <w:br/>
        <w:t>f 24558/24558/20080 24474/24473/20010 24471/24470/20007</w:t>
        <w:br/>
        <w:t>f 24557/24557/20079 24558/24558/20080 24471/24470/20007</w:t>
        <w:br/>
        <w:t>f 24559/24559/20081 24475/24475/20012 24474/24473/20010</w:t>
        <w:br/>
        <w:t>f 24558/24558/20080 24559/24559/20081 24474/24473/20010</w:t>
        <w:br/>
        <w:t>f 24560/24560/20082 24476/24476/20013 24475/24475/20012</w:t>
        <w:br/>
        <w:t>f 24559/24559/20081 24560/24560/20082 24475/24475/20012</w:t>
        <w:br/>
        <w:t>f 24562/24561/20083 24479/24478/20015 24477/24477/20014</w:t>
        <w:br/>
        <w:t>f 24561/24562/20084 24562/24561/20083 24477/24477/20014</w:t>
        <w:br/>
        <w:t>f 24564/24563/20085 24480/24480/20017 24478/24479/20016</w:t>
        <w:br/>
        <w:t>f 24563/24564/20086 24564/24563/20085 24478/24479/20016</w:t>
        <w:br/>
        <w:t>f 24565/24565/20087 24345/24343/19897 24480/24480/20017</w:t>
        <w:br/>
        <w:t>f 24564/24563/20085 24565/24565/20087 24480/24480/20017</w:t>
        <w:br/>
        <w:t>f 24344/24344/19898 24345/24343/19897 24565/24565/20087</w:t>
        <w:br/>
        <w:t>f 24566/24566/20088 24344/24344/19898 24565/24565/20087</w:t>
        <w:br/>
        <w:t>f 24360/24363/19914 24351/24351/19905 24568/24567/20089</w:t>
        <w:br/>
        <w:t>f 24567/24568/20090 24360/24363/19914 24568/24567/20089</w:t>
        <w:br/>
        <w:t>f 24381/24378/19925 24571/24569/20091 24570/24570/20091</w:t>
        <w:br/>
        <w:t>f 24569/24571/20092 24381/24378/19925 24570/24570/20091</w:t>
        <w:br/>
        <w:t>f 24380/24379/19926 24381/24378/19925 24569/24571/20092</w:t>
        <w:br/>
        <w:t>f 24572/24572/20093 24380/24379/19926 24569/24571/20092</w:t>
        <w:br/>
        <w:t>f 24575/24573/20094 24574/24574/20094 24389/24388/19934</w:t>
        <w:br/>
        <w:t>f 24573/24575/20095 24575/24573/20094 24389/24388/19934</w:t>
        <w:br/>
        <w:t>f 24579/24576/20096 24578/24577/20096 24577/24578/20097</w:t>
        <w:br/>
        <w:t>f 24576/24579/20097 24579/24576/20096 24577/24578/20097</w:t>
        <w:br/>
        <w:t>f 24583/24580/20098 24582/24581/20099 24581/24582/20100</w:t>
        <w:br/>
        <w:t>f 24580/24583/20101 24583/24580/20098 24581/24582/20100</w:t>
        <w:br/>
        <w:t>f 24586/24584/19956 24585/24585/20102 24584/24586/19957</w:t>
        <w:br/>
        <w:t>f 24550/24547/20069 24487/24486/20021 24587/24587/20103</w:t>
        <w:br/>
        <w:t>f 24549/24548/20070 24550/24547/20069 24587/24587/20103</w:t>
        <w:br/>
        <w:t>f 24589/24588/20104 24582/24581/20099 24583/24580/20098</w:t>
        <w:br/>
        <w:t>f 24588/24589/20105 24589/24588/20104 24583/24580/20098</w:t>
        <w:br/>
        <w:t>f 24322/24325/19882 24323/24324/19882 24318/24317/19876</w:t>
        <w:br/>
        <w:t>f 24319/24316/19875 24322/24325/19882 24318/24317/19876</w:t>
        <w:br/>
        <w:t>f 24329/24329/19886 24326/24328/19885 24320/24321/19879</w:t>
        <w:br/>
        <w:t>f 24321/24320/19878 24329/24329/19886 24320/24321/19879</w:t>
        <w:br/>
        <w:t>f 24436/24435/19975 24439/24438/19978 24440/24437/19977</w:t>
        <w:br/>
        <w:t>f 24435/24436/19976 24436/24435/19975 24440/24437/19977</w:t>
        <w:br/>
        <w:t>f 24440/24437/19977 24456/24457/19997 24455/24455/19995</w:t>
        <w:br/>
        <w:t>f 24435/24436/19976 24440/24437/19977 24455/24455/19995</w:t>
        <w:br/>
        <w:t>f 24465/24464/20003 24445/24445/19985 24590/24590/20106</w:t>
        <w:br/>
        <w:t>f 24464/24465/20003 24465/24464/20003 24590/24590/20106</w:t>
        <w:br/>
        <w:t>f 24477/24477/20014 24479/24478/20015 24329/24329/19886</w:t>
        <w:br/>
        <w:t>f 24321/24320/19878 24477/24477/20014 24329/24329/19886</w:t>
        <w:br/>
        <w:t>f 24476/24476/20013 24560/24560/20082 24561/24562/20084</w:t>
        <w:br/>
        <w:t>f 24477/24477/20014 24476/24476/20013 24561/24562/20084</w:t>
        <w:br/>
        <w:t>f 24330/24333/19889 24331/24332/19888 24324/24323/19881</w:t>
        <w:br/>
        <w:t>f 24325/24322/19880 24330/24333/19889 24324/24323/19881</w:t>
        <w:br/>
        <w:t>f 24328/24326/19883 24335/24335/19891 24336/24334/19890</w:t>
        <w:br/>
        <w:t>f 24327/24327/19884 24328/24326/19883 24336/24334/19890</w:t>
        <w:br/>
        <w:t>f 24441/24442/19982 24442/24441/19981 24437/24440/19980</w:t>
        <w:br/>
        <w:t>f 24438/24439/19979 24441/24442/19982 24437/24440/19980</w:t>
        <w:br/>
        <w:t>f 24442/24441/19981 24458/24458/19998 24457/24456/19996</w:t>
        <w:br/>
        <w:t>f 24437/24440/19980 24442/24441/19981 24457/24456/19996</w:t>
        <w:br/>
        <w:t>f 24463/24466/20002 24461/24462/20001 24462/24461/20001</w:t>
        <w:br/>
        <w:t>f 24466/24463/20002 24463/24466/20002 24462/24461/20001</w:t>
        <w:br/>
        <w:t>f 24478/24479/20016 24480/24480/20017 24335/24335/19891</w:t>
        <w:br/>
        <w:t>f 24328/24326/19883 24478/24479/20016 24335/24335/19891</w:t>
        <w:br/>
        <w:t>f 24500/24500/20032 24330/24333/19889 24325/24322/19880</w:t>
        <w:br/>
        <w:t>f 24591/24591/20107 24500/24500/20032 24325/24322/19880</w:t>
        <w:br/>
        <w:t>f 24479/24478/20015 24562/24561/20083 24563/24564/20086</w:t>
        <w:br/>
        <w:t>f 24478/24479/20016 24479/24478/20015 24563/24564/20086</w:t>
        <w:br/>
        <w:t>f 24414/24416/19957 24529/24530/20055 24530/24529/20054</w:t>
        <w:br/>
        <w:t>f 24416/24414/19955 24414/24416/19957 24530/24529/20054</w:t>
        <w:br/>
        <w:t>f 24533/24532/20057 24534/24531/20056 24418/24418/19959</w:t>
        <w:br/>
        <w:t>f 24419/24417/19958 24533/24532/20057 24418/24418/19959</w:t>
        <w:br/>
        <w:t>f 24422/24420/19961 24537/24536/20061 24538/24535/20060</w:t>
        <w:br/>
        <w:t>f 24421/24421/19961 24422/24420/19961 24538/24535/20060</w:t>
        <w:br/>
        <w:t>f 24540/24541/20063 24541/24540/20057 24527/24527/20053</w:t>
        <w:br/>
        <w:t>f 24528/24526/20052 24540/24541/20063 24527/24527/20053</w:t>
        <w:br/>
        <w:t>f 24585/24585/20102 24589/24588/20104 24592/24592/20055</w:t>
        <w:br/>
        <w:t>f 24584/24586/19957 24585/24585/20102 24592/24592/20055</w:t>
        <w:br/>
        <w:t>f 24295/24294/19853 24304/24302/19861 24305/24305/19864</w:t>
        <w:br/>
        <w:t>f 24294/24295/19854 24295/24294/19853 24305/24305/19864</w:t>
        <w:br/>
        <w:t>f 24428/24428/19968 24425/24427/19967 24423/24424/19964</w:t>
        <w:br/>
        <w:t>f 24424/24423/19963 24428/24428/19968 24423/24424/19964</w:t>
        <w:br/>
        <w:t>f 24286/24287/19846 24287/24286/19845 24443/24444/19984</w:t>
        <w:br/>
        <w:t>f 24444/24443/19983 24286/24287/19846 24443/24444/19984</w:t>
        <w:br/>
        <w:t>f 24443/24444/19984 24287/24286/19845 24449/24449/19989</w:t>
        <w:br/>
        <w:t>f 24425/24427/19967 24451/24452/19992 24450/24450/19990</w:t>
        <w:br/>
        <w:t>f 24423/24424/19964 24425/24427/19967 24450/24450/19990</w:t>
        <w:br/>
        <w:t>f 24468/24467/20004 24472/24469/20006 24469/24472/20009</w:t>
        <w:br/>
        <w:t>f 24467/24468/20005 24468/24467/20004 24469/24472/20009</w:t>
        <w:br/>
        <w:t>f 24304/24302/19861 24295/24294/19853 24467/24468/20005</w:t>
        <w:br/>
        <w:t>f 24469/24472/20009 24304/24302/19861 24467/24468/20005</w:t>
        <w:br/>
        <w:t>f 24444/24443/19983 24301/24298/19857 24293/24290/19849</w:t>
        <w:br/>
        <w:t>f 24290/24293/19852 24444/24443/19983 24293/24290/19849</w:t>
        <w:br/>
        <w:t>f 24289/24288/19847 24554/24554/20076 24555/24556/20078</w:t>
        <w:br/>
        <w:t>f 24468/24467/20004 24289/24288/19847 24555/24556/20078</w:t>
        <w:br/>
        <w:t>f 24453/24453/19993 24311/24310/19869 24307/24306/19865</w:t>
        <w:br/>
        <w:t>f 24446/24447/19987 24453/24453/19993 24307/24306/19865</w:t>
        <w:br/>
        <w:t>f 24453/24453/19993 24590/24590/20106 24445/24445/19985</w:t>
        <w:br/>
        <w:t>f 24311/24310/19869 24453/24453/19993 24445/24445/19985</w:t>
        <w:br/>
        <w:t>f 24596/24593/20108 24595/24594/20109 24594/24595/20110</w:t>
        <w:br/>
        <w:t>f 24593/24596/20111 24596/24593/20108 24594/24595/20110</w:t>
        <w:br/>
        <w:t>f 24284/24285/19844 24285/24284/19843 24290/24293/19852</w:t>
        <w:br/>
        <w:t>f 24291/24292/19851 24284/24285/19844 24290/24293/19852</w:t>
        <w:br/>
        <w:t>f 24492/24493/20026 24493/24492/20026 24482/24482/20018</w:t>
        <w:br/>
        <w:t>f 24483/24481/20018 24492/24493/20026 24482/24482/20018</w:t>
        <w:br/>
        <w:t>f 24232/24233/19794 24233/24232/19794 24484/24485/20020</w:t>
        <w:br/>
        <w:t>f 24485/24484/20020 24232/24233/19794 24484/24485/20020</w:t>
        <w:br/>
        <w:t>f 24247/24247/19806 24244/24246/19805 24486/24487/20022</w:t>
        <w:br/>
        <w:t>f 24487/24486/20021 24247/24247/19806 24486/24487/20022</w:t>
        <w:br/>
        <w:t>f 24487/24486/20021 24235/24234/19795 24546/24546/20068</w:t>
        <w:br/>
        <w:t>f 24587/24587/20103 24487/24486/20021 24546/24546/20068</w:t>
        <w:br/>
        <w:t>f 24316/24319/19877 24317/24318/19877 24595/24594/20109</w:t>
        <w:br/>
        <w:t>f 24596/24593/20108 24316/24319/19877 24595/24594/20109</w:t>
        <w:br/>
        <w:t>f 24347/24346/19900 24355/24352/19906 24352/24355/19906</w:t>
        <w:br/>
        <w:t>f 24346/24347/19901 24347/24346/19900 24352/24355/19906</w:t>
        <w:br/>
        <w:t>f 24358/24357/19908 24359/24356/19908 24348/24349/19903</w:t>
        <w:br/>
        <w:t>f 24349/24348/19902 24358/24357/19908 24348/24349/19903</w:t>
        <w:br/>
        <w:t>f 24360/24363/19914 24361/24362/19913 24350/24350/19904</w:t>
        <w:br/>
        <w:t>f 24351/24351/19905 24360/24363/19914 24350/24350/19904</w:t>
        <w:br/>
        <w:t>f 24507/24506/20036 24508/24505/20035 24503/24504/20034</w:t>
        <w:br/>
        <w:t>f 24504/24503/20034 24507/24506/20036 24503/24504/20034</w:t>
        <w:br/>
        <w:t>f 24351/24351/19905 24344/24344/19898 24566/24566/20088</w:t>
        <w:br/>
        <w:t>f 24568/24567/20089 24351/24351/19905 24566/24566/20088</w:t>
        <w:br/>
        <w:t>f 24363/24360/19911 24360/24363/19914 24567/24568/20090</w:t>
        <w:br/>
        <w:t>f 24597/24597/20112 24363/24360/19911 24567/24568/20090</w:t>
        <w:br/>
        <w:t>f 24373/24373/19920 24370/24372/19920 24364/24365/19915</w:t>
        <w:br/>
        <w:t>f 24365/24364/19915 24373/24373/19920 24364/24365/19915</w:t>
        <w:br/>
        <w:t>f 24376/24375/19922 24377/24374/19921 24366/24367/19917</w:t>
        <w:br/>
        <w:t>f 24367/24366/19916 24376/24375/19922 24366/24367/19917</w:t>
        <w:br/>
        <w:t>f 24369/24369/19918 24381/24378/19925 24378/24381/19928</w:t>
        <w:br/>
        <w:t>f 24368/24368/19918 24369/24369/19918 24378/24381/19928</w:t>
        <w:br/>
        <w:t>f 24514/24513/19921 24515/24512/20042 24509/24511/20041</w:t>
        <w:br/>
        <w:t>f 24510/24510/20040 24514/24513/19921 24509/24511/20041</w:t>
        <w:br/>
        <w:t>f 24571/24569/20091 24363/24360/19911 24597/24597/20112</w:t>
        <w:br/>
        <w:t>f 24570/24570/20091 24571/24569/20091 24597/24597/20112</w:t>
        <w:br/>
        <w:t>f 24599/24598/20113 24598/24599/20114 24547/24550/20072</w:t>
        <w:br/>
        <w:t>f 24548/24549/20071 24599/24598/20113 24547/24550/20072</w:t>
        <w:br/>
        <w:t>f 24600/24600/20115 24259/24258/19817 24598/24599/20114</w:t>
        <w:br/>
        <w:t>f 24599/24598/20113 24600/24600/20115 24598/24599/20114</w:t>
        <w:br/>
        <w:t>f 24601/24601/20116 24265/24264/19823 24259/24258/19817</w:t>
        <w:br/>
        <w:t>f 24600/24600/20115 24601/24601/20116 24259/24258/19817</w:t>
        <w:br/>
        <w:t>f 24551/24552/20074 24271/24270/19829 24265/24264/19823</w:t>
        <w:br/>
        <w:t>f 24601/24601/20116 24551/24552/20074 24265/24264/19823</w:t>
        <w:br/>
        <w:t>f 24554/24554/20076 24602/24602/20117 24555/24556/20078</w:t>
        <w:br/>
        <w:t>f 24602/24602/20117 24603/24603/20118 24556/24555/20077</w:t>
        <w:br/>
        <w:t>f 24555/24556/20078 24602/24602/20117 24556/24555/20077</w:t>
        <w:br/>
        <w:t>f 24557/24557/20079 24604/24604/20119 24558/24558/20080</w:t>
        <w:br/>
        <w:t>f 24496/24495/20028 24606/24605/20120 24605/24606/20121</w:t>
        <w:br/>
        <w:t>f 24495/24496/20029 24496/24495/20028 24605/24606/20121</w:t>
        <w:br/>
        <w:t>f 24310/24311/20122 24608/24607/20123 24607/24608/20123</w:t>
        <w:br/>
        <w:t>f 24605/24606/20124 24310/24311/20122 24607/24608/20123</w:t>
        <w:br/>
        <w:t>f 24608/24607/20123 24610/24609/20125 24609/24610/20126</w:t>
        <w:br/>
        <w:t>f 24607/24608/20123 24608/24607/20123 24609/24610/20126</w:t>
        <w:br/>
        <w:t>f 24614/24611/20126 24613/24612/20127 24612/24613/20127</w:t>
        <w:br/>
        <w:t>f 24611/24614/20126 24614/24611/20126 24612/24613/20127</w:t>
        <w:br/>
        <w:t>f 24591/24591/20107 24325/24322/19880 24612/24613/20127</w:t>
        <w:br/>
        <w:t>f 24613/24612/20127 24591/24591/20107 24612/24613/20127</w:t>
        <w:br/>
        <w:t>f 24617/24615/20128 24616/24616/20129 24615/24617/20130</w:t>
        <w:br/>
        <w:t>f 24618/24618/20130 24617/24615/20128 24615/24617/20130</w:t>
        <w:br/>
        <w:t>f 24621/24619/20131 24620/24620/20131 24619/24621/20108</w:t>
        <w:br/>
        <w:t>f 24622/24622/20132 24621/24619/20131 24619/24621/20108</w:t>
        <w:br/>
        <w:t>f 24626/24623/20133 24625/24624/20134 24624/24625/20135</w:t>
        <w:br/>
        <w:t>f 24623/24626/20136 24626/24623/20133 24624/24625/20135</w:t>
        <w:br/>
        <w:t>f 24629/24627/20137 24628/24628/20137 24627/24629/20138</w:t>
        <w:br/>
        <w:t>f 24630/24630/20138 24629/24627/20137 24627/24629/20138</w:t>
        <w:br/>
        <w:t>f 24634/24631/20139 24633/24632/20140 24632/24633/20141</w:t>
        <w:br/>
        <w:t>f 24631/24634/20141 24634/24631/20139 24632/24633/20141</w:t>
        <w:br/>
        <w:t>f 24638/24635/20142 24637/24636/20142 24636/24637/20143</w:t>
        <w:br/>
        <w:t>f 24635/24638/20143 24638/24635/20142 24636/24637/20143</w:t>
        <w:br/>
        <w:t>f 24629/24627/20137 24640/24639/20144 24639/24640/20144</w:t>
        <w:br/>
        <w:t>f 24628/24628/20137 24629/24627/20137 24639/24640/20144</w:t>
        <w:br/>
        <w:t>f 24642/24641/20145 24641/24642/20146 24637/24636/20142</w:t>
        <w:br/>
        <w:t>f 24638/24635/20142 24642/24641/20145 24637/24636/20142</w:t>
        <w:br/>
        <w:t>f 24645/24643/20147 24644/24644/20148 24643/24645/20147</w:t>
        <w:br/>
        <w:t>f 24648/24646/20149 24647/24647/20150 24646/24648/20151</w:t>
        <w:br/>
        <w:t>f 24651/24649/20152 24650/24650/20153 24649/24651/20154</w:t>
        <w:br/>
        <w:t>f 24654/24652/20155 24653/24653/20156 24652/24654/20155</w:t>
        <w:br/>
        <w:t>f 24658/24655/20157 24657/24656/20158 24656/24657/20158</w:t>
        <w:br/>
        <w:t>f 24655/24658/20157 24658/24655/20157 24656/24657/20158</w:t>
        <w:br/>
        <w:t>f 24662/24659/20159 24661/24660/20159 24660/24661/20160</w:t>
        <w:br/>
        <w:t>f 24659/24662/20160 24662/24659/20159 24660/24661/20160</w:t>
        <w:br/>
        <w:t>f 24665/24663/20161 24664/24664/20162 24663/24665/20162</w:t>
        <w:br/>
        <w:t>f 24666/24666/20163 24665/24663/20161 24663/24665/20162</w:t>
        <w:br/>
        <w:t>f 24670/24667/20164 24669/24668/20165 24668/24669/20165</w:t>
        <w:br/>
        <w:t>f 24667/24670/20164 24670/24667/20164 24668/24669/20165</w:t>
        <w:br/>
        <w:t>f 24672/24671/20111 24671/24672/20166 24618/24618/20130</w:t>
        <w:br/>
        <w:t>f 24615/24617/20130 24672/24671/20111 24618/24618/20130</w:t>
        <w:br/>
        <w:t>f 24619/24621/20108 24673/24673/20167 24622/24622/20132</w:t>
        <w:br/>
        <w:t>f 24623/24626/20168 24676/24674/20169 24675/24675/20029</w:t>
        <w:br/>
        <w:t>f 24674/24676/20170 24623/24626/20168 24675/24675/20029</w:t>
        <w:br/>
        <w:t>f 24671/24672/20166 24672/24671/20111 24678/24677/20171</w:t>
        <w:br/>
        <w:t>f 24677/24678/20172 24671/24672/20166 24678/24677/20171</w:t>
        <w:br/>
        <w:t>f 24675/24675/20029 24676/24674/20169 24679/24679/20173</w:t>
        <w:br/>
        <w:t>f 24617/24615/20128 24681/24680/20174 24680/24681/20175</w:t>
        <w:br/>
        <w:t>f 24616/24616/20129 24617/24615/20128 24680/24681/20175</w:t>
        <w:br/>
        <w:t>f 24620/24620/20131 24621/24619/20131 24683/24682/20176</w:t>
        <w:br/>
        <w:t>f 24682/24683/20176 24620/24620/20131 24683/24682/20176</w:t>
        <w:br/>
        <w:t>f 24625/24624/20134 24685/24684/20177 24684/24685/20177</w:t>
        <w:br/>
        <w:t>f 24624/24625/20135 24625/24624/20134 24684/24685/20177</w:t>
        <w:br/>
        <w:t>f 24681/24680/20174 24687/24686/20178 24686/24687/20178</w:t>
        <w:br/>
        <w:t>f 24680/24681/20175 24681/24680/20174 24686/24687/20178</w:t>
        <w:br/>
        <w:t>f 24682/24683/20176 24683/24682/20176 24689/24688/20179</w:t>
        <w:br/>
        <w:t>f 24688/24689/20179 24682/24683/20176 24689/24688/20179</w:t>
        <w:br/>
        <w:t>f 24685/24684/20177 24691/24690/20180 24690/24691/20180</w:t>
        <w:br/>
        <w:t>f 24684/24685/20177 24685/24684/20177 24690/24691/20180</w:t>
        <w:br/>
        <w:t>f 24694/24692/20181 24693/24693/20181 24692/24694/20182</w:t>
        <w:br/>
        <w:t>f 24695/24695/20183 24694/24692/20181 24692/24694/20182</w:t>
        <w:br/>
        <w:t>f 24699/24696/20184 24698/24697/20185 24697/24698/20186</w:t>
        <w:br/>
        <w:t>f 24696/24699/20184 24699/24696/20184 24697/24698/20186</w:t>
        <w:br/>
        <w:t>f 24703/24700/20187 24702/24701/20187 24701/24702/20188</w:t>
        <w:br/>
        <w:t>f 24700/24703/20188 24703/24700/20187 24701/24702/20188</w:t>
        <w:br/>
        <w:t>f 24707/24704/20189 24706/24705/20190 24705/24706/20191</w:t>
        <w:br/>
        <w:t>f 24704/24707/20192 24707/24704/20189 24705/24706/20191</w:t>
        <w:br/>
        <w:t>f 24710/24708/20193 24709/24709/20193 24708/24710/20194</w:t>
        <w:br/>
        <w:t>f 24711/24711/20194 24710/24708/20193 24708/24710/20194</w:t>
        <w:br/>
        <w:t>f 24634/24631/20139 24713/24712/20195 24712/24713/20195</w:t>
        <w:br/>
        <w:t>f 24633/24632/20140 24634/24631/20139 24712/24713/20195</w:t>
        <w:br/>
        <w:t>f 24715/24714/20196 24714/24715/20196 24693/24693/20181</w:t>
        <w:br/>
        <w:t>f 24694/24692/20181 24715/24714/20196 24693/24693/20181</w:t>
        <w:br/>
        <w:t>f 24688/24689/20179 24689/24688/20179 24631/24634/20141</w:t>
        <w:br/>
        <w:t>f 24632/24633/20141 24688/24689/20179 24631/24634/20141</w:t>
        <w:br/>
        <w:t>f 24627/24629/20138 24686/24687/20178 24687/24686/20178</w:t>
        <w:br/>
        <w:t>f 24630/24630/20138 24627/24629/20138 24687/24686/20178</w:t>
        <w:br/>
        <w:t>f 24636/24637/20143 24690/24691/20180 24691/24690/20180</w:t>
        <w:br/>
        <w:t>f 24635/24638/20143 24636/24637/20143 24691/24690/20180</w:t>
        <w:br/>
        <w:t>f 24692/24694/20182 24716/24716/20197 24695/24695/20183</w:t>
        <w:br/>
        <w:t>f 24640/24639/20144 24699/24696/20184 24696/24699/20184</w:t>
        <w:br/>
        <w:t>f 24639/24640/20144 24640/24639/20144 24696/24699/20184</w:t>
        <w:br/>
        <w:t>f 24711/24711/20194 24708/24710/20194 24641/24642/20146</w:t>
        <w:br/>
        <w:t>f 24642/24641/20145 24711/24711/20194 24641/24642/20146</w:t>
        <w:br/>
        <w:t>f 24704/24707/20192 24712/24713/20195 24713/24712/20195</w:t>
        <w:br/>
        <w:t>f 24707/24704/20189 24704/24707/20192 24713/24712/20195</w:t>
        <w:br/>
        <w:t>f 24700/24703/20188 24701/24702/20188 24714/24715/20196</w:t>
        <w:br/>
        <w:t>f 24715/24714/20196 24700/24703/20188 24714/24715/20196</w:t>
        <w:br/>
        <w:t>f 24698/24697/20185 24658/24655/20157 24655/24658/20157</w:t>
        <w:br/>
        <w:t>f 24697/24698/20186 24698/24697/20185 24655/24658/20157</w:t>
        <w:br/>
        <w:t>f 24661/24660/20159 24662/24659/20159 24702/24701/20187</w:t>
        <w:br/>
        <w:t>f 24703/24700/20187 24661/24660/20159 24702/24701/20187</w:t>
        <w:br/>
        <w:t>f 24706/24705/20190 24665/24663/20161 24666/24666/20163</w:t>
        <w:br/>
        <w:t>f 24705/24706/20191 24706/24705/20190 24666/24666/20163</w:t>
        <w:br/>
        <w:t>f 24667/24670/20164 24709/24709/20193 24710/24708/20193</w:t>
        <w:br/>
        <w:t>f 24670/24667/20164 24667/24670/20164 24710/24708/20193</w:t>
        <w:br/>
        <w:t>f 24643/24645/20147 24656/24657/20158 24657/24656/20158</w:t>
        <w:br/>
        <w:t>f 24645/24643/20147 24643/24645/20147 24657/24656/20158</w:t>
        <w:br/>
        <w:t>f 24660/24661/20160 24648/24646/20149 24646/24648/20151</w:t>
        <w:br/>
        <w:t>f 24659/24662/20160 24660/24661/20160 24646/24648/20151</w:t>
        <w:br/>
        <w:t>f 24651/24649/20152 24649/24651/20154 24663/24665/20162</w:t>
        <w:br/>
        <w:t>f 24664/24664/20162 24651/24649/20152 24663/24665/20162</w:t>
        <w:br/>
        <w:t>f 24669/24668/20165 24654/24652/20155 24652/24654/20155</w:t>
        <w:br/>
        <w:t>f 24668/24669/20165 24669/24668/20165 24652/24654/20155</w:t>
        <w:br/>
        <w:t>f 24720/24717/20198 24719/24718/20199 24718/24719/20200</w:t>
        <w:br/>
        <w:t>f 24717/24720/20198 24720/24717/20198 24718/24719/20200</w:t>
        <w:br/>
        <w:t>f 24723/24721/20201 24722/24722/20201 24721/24723/20202</w:t>
        <w:br/>
        <w:t>f 24724/24724/20203 24723/24721/20201 24721/24723/20202</w:t>
        <w:br/>
        <w:t>f 24717/24720/20198 24726/24725/20204 24725/24726/20205</w:t>
        <w:br/>
        <w:t>f 24720/24717/20198 24717/24720/20198 24725/24726/20205</w:t>
        <w:br/>
        <w:t>f 24730/24727/20206 24729/24728/20207 24728/24729/20208</w:t>
        <w:br/>
        <w:t>f 24727/24730/20206 24730/24727/20206 24728/24729/20208</w:t>
        <w:br/>
        <w:t>f 24724/24724/20203 24721/24723/20202 24732/24731/20209</w:t>
        <w:br/>
        <w:t>f 24731/24732/20209 24724/24724/20203 24732/24731/20209</w:t>
        <w:br/>
        <w:t>f 24735/24733/20210 24734/24734/20211 24733/24735/20212</w:t>
        <w:br/>
        <w:t>f 24736/24736/20210 24735/24733/20210 24733/24735/20212</w:t>
        <w:br/>
        <w:t>f 24739/24737/20213 24738/24738/20213 24737/24739/20214</w:t>
        <w:br/>
        <w:t>f 24740/24740/20214 24739/24737/20213 24737/24739/20214</w:t>
        <w:br/>
        <w:t>f 24744/24741/20215 24743/24742/20216 24742/24743/20216</w:t>
        <w:br/>
        <w:t>f 24741/24744/20215 24744/24741/20215 24742/24743/20216</w:t>
        <w:br/>
        <w:t>f 24748/24745/20217 24747/24746/20218 24746/24747/20219</w:t>
        <w:br/>
        <w:t>f 24745/24748/20217 24748/24745/20217 24746/24747/20219</w:t>
        <w:br/>
        <w:t>f 24750/24749/20220 24749/24750/20221 24738/24738/20213</w:t>
        <w:br/>
        <w:t>f 24739/24737/20213 24750/24749/20220 24738/24738/20213</w:t>
        <w:br/>
        <w:t>f 24743/24742/20216 24752/24751/20222 24751/24752/20223</w:t>
        <w:br/>
        <w:t>f 24742/24743/20216 24743/24742/20216 24751/24752/20223</w:t>
        <w:br/>
        <w:t>f 24756/24753/20224 24755/24754/20225 24754/24755/20226</w:t>
        <w:br/>
        <w:t>f 24753/24756/20227 24756/24753/20224 24754/24755/20226</w:t>
        <w:br/>
        <w:t>f 24760/24757/20228 24759/24758/20228 24758/24759/20229</w:t>
        <w:br/>
        <w:t>f 24757/24760/20229 24760/24757/20228 24758/24759/20229</w:t>
        <w:br/>
        <w:t>f 24764/24761/20230 24763/24762/20231 24762/24763/20231</w:t>
        <w:br/>
        <w:t>f 24761/24764/20230 24764/24761/20230 24762/24763/20231</w:t>
        <w:br/>
        <w:t>f 24767/24765/20232 24766/24766/20232 24765/24767/20233</w:t>
        <w:br/>
        <w:t>f 24770/24768/20234 24769/24769/20235 24768/24770/20236</w:t>
        <w:br/>
        <w:t>f 24773/24771/20237 24772/24772/20238 24771/24773/20239</w:t>
        <w:br/>
        <w:t>f 24777/24774/20080 24776/24775/20240 24775/24776/20241</w:t>
        <w:br/>
        <w:t>f 24774/24777/20241 24777/24774/20080 24775/24776/20241</w:t>
        <w:br/>
        <w:t>f 24774/24777/20241 24775/24776/20241 24779/24778/20242</w:t>
        <w:br/>
        <w:t>f 24778/24779/20242 24774/24777/20241 24779/24778/20242</w:t>
        <w:br/>
        <w:t>f 24782/24780/20243 24781/24781/20244 24780/24782/20245</w:t>
        <w:br/>
        <w:t>f 24783/24783/20245 24782/24780/20243 24780/24782/20245</w:t>
        <w:br/>
        <w:t>f 24785/24784/20246 24784/24785/20247 24781/24781/20244</w:t>
        <w:br/>
        <w:t>f 24782/24780/20243 24785/24784/20246 24781/24781/20244</w:t>
        <w:br/>
        <w:t>f 24789/24786/20248 24788/24787/20249 24787/24788/20250</w:t>
        <w:br/>
        <w:t>f 24786/24789/20251 24789/24786/20248 24787/24788/20250</w:t>
        <w:br/>
        <w:t>f 24792/24790/20252 24791/24791/20253 24790/24792/20254</w:t>
        <w:br/>
        <w:t>f 24794/24793/20255 24793/24794/20255 24766/24766/20232</w:t>
        <w:br/>
        <w:t>f 24767/24765/20232 24794/24793/20255 24766/24766/20232</w:t>
        <w:br/>
        <w:t>f 24770/24768/20234 24768/24770/20236 24796/24795/20256</w:t>
        <w:br/>
        <w:t>f 24795/24796/20256 24770/24768/20234 24796/24795/20256</w:t>
        <w:br/>
        <w:t>f 24771/24773/20239 24798/24797/20257 24797/24798/20257</w:t>
        <w:br/>
        <w:t>f 24773/24771/20237 24771/24773/20239 24797/24798/20257</w:t>
        <w:br/>
        <w:t>f 24792/24790/20252 24790/24792/20254 24800/24799/20258</w:t>
        <w:br/>
        <w:t>f 24799/24800/20258 24792/24790/20252 24800/24799/20258</w:t>
        <w:br/>
        <w:t>f 24801/24801/20259 24735/24733/20210 24736/24736/20210</w:t>
        <w:br/>
        <w:t>f 24802/24802/20259 24801/24801/20259 24736/24736/20210</w:t>
        <w:br/>
        <w:t>f 24804/24803/20260 24803/24804/20261 24740/24740/20214</w:t>
        <w:br/>
        <w:t>f 24737/24739/20214 24804/24803/20260 24740/24740/20214</w:t>
        <w:br/>
        <w:t>f 24806/24805/20262 24744/24741/20215 24741/24744/20215</w:t>
        <w:br/>
        <w:t>f 24805/24806/20262 24806/24805/20262 24741/24744/20215</w:t>
        <w:br/>
        <w:t>f 24783/24783/20245 24780/24782/20245 24807/24807/20263</w:t>
        <w:br/>
        <w:t>f 24808/24808/20264 24783/24783/20245 24807/24807/20263</w:t>
        <w:br/>
        <w:t>f 24812/24809/20265 24811/24810/20266 24810/24811/20266</w:t>
        <w:br/>
        <w:t>f 24809/24812/20267 24812/24809/20265 24810/24811/20266</w:t>
        <w:br/>
        <w:t>f 24816/24813/20268 24815/24814/20269 24814/24815/20270</w:t>
        <w:br/>
        <w:t>f 24813/24816/20270 24816/24813/20268 24814/24815/20270</w:t>
        <w:br/>
        <w:t>f 24820/24817/20271 24819/24818/20272 24818/24819/20272</w:t>
        <w:br/>
        <w:t>f 24817/24820/20271 24820/24817/20271 24818/24819/20272</w:t>
        <w:br/>
        <w:t>f 24824/24821/20273 24823/24822/20273 24822/24823/20274</w:t>
        <w:br/>
        <w:t>f 24821/24824/20274 24824/24821/20273 24822/24823/20274</w:t>
        <w:br/>
        <w:t>f 24827/24825/20275 24826/24826/20276 24825/24827/20277</w:t>
        <w:br/>
        <w:t>f 24828/24828/20278 24827/24825/20275 24825/24827/20277</w:t>
        <w:br/>
        <w:t>f 24832/24829/20279 24831/24830/19851 24830/24831/20280</w:t>
        <w:br/>
        <w:t>f 24829/24832/20280 24832/24829/20279 24830/24831/20280</w:t>
        <w:br/>
        <w:t>f 24834/24833/20281 24828/24828/20278 24825/24827/20277</w:t>
        <w:br/>
        <w:t>f 24833/24834/20282 24834/24833/20281 24825/24827/20277</w:t>
        <w:br/>
        <w:t>f 24756/24753/20224 24748/24745/20217 24745/24748/20217</w:t>
        <w:br/>
        <w:t>f 24755/24754/20225 24756/24753/20224 24745/24748/20217</w:t>
        <w:br/>
        <w:t>f 24836/24835/20283 24835/24836/20283 24757/24760/20229</w:t>
        <w:br/>
        <w:t>f 24758/24759/20229 24836/24835/20283 24757/24760/20229</w:t>
        <w:br/>
        <w:t>f 24763/24762/20231 24838/24837/20284 24837/24838/20284</w:t>
        <w:br/>
        <w:t>f 24762/24763/20231 24763/24762/20231 24837/24838/20284</w:t>
        <w:br/>
        <w:t>f 24840/24839/20285 24839/24840/20285 24786/24789/20251</w:t>
        <w:br/>
        <w:t>f 24787/24788/20250 24840/24839/20285 24786/24789/20251</w:t>
        <w:br/>
        <w:t>f 24753/24756/20227 24754/24755/20226 24793/24794/20255</w:t>
        <w:br/>
        <w:t>f 24794/24793/20255 24753/24756/20227 24793/24794/20255</w:t>
        <w:br/>
        <w:t>f 24836/24835/20283 24795/24796/20256 24796/24795/20256</w:t>
        <w:br/>
        <w:t>f 24835/24836/20283 24836/24835/20283 24796/24795/20256</w:t>
        <w:br/>
        <w:t>f 24798/24797/20257 24837/24838/20284 24838/24837/20284</w:t>
        <w:br/>
        <w:t>f 24797/24798/20257 24798/24797/20257 24838/24837/20284</w:t>
        <w:br/>
        <w:t>f 24839/24840/20285 24840/24839/20285 24799/24800/20258</w:t>
        <w:br/>
        <w:t>f 24800/24799/20258 24839/24840/20285 24799/24800/20258</w:t>
        <w:br/>
        <w:t>f 24747/24746/20218 24733/24735/20212 24734/24734/20211</w:t>
        <w:br/>
        <w:t>f 24746/24747/20219 24747/24746/20218 24734/24734/20211</w:t>
        <w:br/>
        <w:t>f 24759/24758/20228 24760/24757/20228 24749/24750/20221</w:t>
        <w:br/>
        <w:t>f 24750/24749/20220 24759/24758/20228 24749/24750/20221</w:t>
        <w:br/>
        <w:t>f 24752/24751/20222 24764/24761/20230 24761/24764/20230</w:t>
        <w:br/>
        <w:t>f 24751/24752/20223 24752/24751/20222 24761/24764/20230</w:t>
        <w:br/>
        <w:t>f 24788/24787/20249 24789/24786/20248 24784/24785/20247</w:t>
        <w:br/>
        <w:t>f 24747/24746/20286 24788/24787/20249 24784/24785/20247</w:t>
        <w:br/>
        <w:t>f 24719/24718/20199 24842/24841/20287 24841/24842/20288</w:t>
        <w:br/>
        <w:t>f 24718/24719/20200 24719/24718/20199 24841/24842/20288</w:t>
        <w:br/>
        <w:t>f 24723/24721/20201 24844/24843/20289 24843/24844/20289</w:t>
        <w:br/>
        <w:t>f 24722/24722/20201 24723/24721/20201 24843/24844/20289</w:t>
        <w:br/>
        <w:t>f 24845/24845/20119 24842/24841/20287 24719/24718/20199</w:t>
        <w:br/>
        <w:t>f 24777/24774/20080 24845/24845/20119 24719/24718/20199</w:t>
        <w:br/>
        <w:t>f 24847/24846/20290 24730/24727/20206 24727/24730/20206</w:t>
        <w:br/>
        <w:t>f 24846/24847/20290 24847/24846/20290 24727/24730/20206</w:t>
        <w:br/>
        <w:t>f 24826/24826/20276 24841/24842/20288 24842/24841/20287</w:t>
        <w:br/>
        <w:t>f 24825/24827/20277 24826/24826/20276 24842/24841/20287</w:t>
        <w:br/>
        <w:t>f 24832/24829/20279 24848/24848/19844 24831/24830/19851</w:t>
        <w:br/>
        <w:t>f 24843/24844/20289 24844/24843/20289 24829/24832/20280</w:t>
        <w:br/>
        <w:t>f 24830/24831/20280 24843/24844/20289 24829/24832/20280</w:t>
        <w:br/>
        <w:t>f 24834/24833/20281 24849/24849/20291 24828/24828/20278</w:t>
        <w:br/>
        <w:t>f 24842/24841/20287 24845/24845/20119 24833/24834/20282</w:t>
        <w:br/>
        <w:t>f 24825/24827/20277 24842/24841/20287 24833/24834/20282</w:t>
        <w:br/>
        <w:t>f 24852/24850/20282 24851/24851/20292 24850/24852/20293</w:t>
        <w:br/>
        <w:t>f 24856/24853/20294 24855/24854/20294 24854/24855/20077</w:t>
        <w:br/>
        <w:t>f 24853/24856/20282 24856/24853/20294 24854/24855/20077</w:t>
        <w:br/>
        <w:t>f 24859/24857/20295 24858/24858/20296 24857/24859/20297</w:t>
        <w:br/>
        <w:t>f 24860/24860/20295 24859/24857/20295 24857/24859/20297</w:t>
        <w:br/>
        <w:t>f 24863/24861/20298 24862/24862/20298 24861/24863/20299</w:t>
        <w:br/>
        <w:t>f 24864/24864/20299 24863/24861/20298 24861/24863/20299</w:t>
        <w:br/>
        <w:t>f 24868/24865/20300 24867/24866/20301 24866/24867/20302</w:t>
        <w:br/>
        <w:t>f 24865/24868/20302 24868/24865/20300 24866/24867/20302</w:t>
        <w:br/>
        <w:t>f 24858/24858/20296 24870/24869/20303 24869/24870/20304</w:t>
        <w:br/>
        <w:t>f 24857/24859/20297 24858/24858/20296 24869/24870/20304</w:t>
        <w:br/>
        <w:t>f 24872/24871/20305 24871/24872/20305 24862/24862/20298</w:t>
        <w:br/>
        <w:t>f 24863/24861/20298 24872/24871/20305 24862/24862/20298</w:t>
        <w:br/>
        <w:t>f 24867/24866/20301 24868/24865/20300 24874/24873/20306</w:t>
        <w:br/>
        <w:t>f 24873/24874/20306 24867/24866/20301 24874/24873/20306</w:t>
        <w:br/>
        <w:t>f 24878/24875/20307 24877/24876/20308 24876/24877/20309</w:t>
        <w:br/>
        <w:t>f 24875/24878/20310 24878/24875/20307 24876/24877/20309</w:t>
        <w:br/>
        <w:t>f 24882/24879/20311 24881/24880/20311 24880/24881/20312</w:t>
        <w:br/>
        <w:t>f 24879/24882/20312 24882/24879/20311 24880/24881/20312</w:t>
        <w:br/>
        <w:t>f 24886/24883/20313 24885/24884/20314 24884/24885/20315</w:t>
        <w:br/>
        <w:t>f 24883/24886/20315 24886/24883/20313 24884/24885/20315</w:t>
        <w:br/>
        <w:t>f 24889/24887/20316 24888/24888/20317 24887/24889/20318</w:t>
        <w:br/>
        <w:t>f 24890/24890/20318 24889/24887/20316 24887/24889/20318</w:t>
        <w:br/>
        <w:t>f 24894/24891/20319 24893/24892/20320 24892/24893/20321</w:t>
        <w:br/>
        <w:t>f 24891/24894/20322 24894/24891/20319 24892/24893/20321</w:t>
        <w:br/>
        <w:t>f 24896/24895/20323 24894/24891/20319 24891/24894/20322</w:t>
        <w:br/>
        <w:t>f 24895/24896/20324 24896/24895/20323 24891/24894/20322</w:t>
        <w:br/>
        <w:t>f 24900/24897/20325 24899/24898/20325 24898/24899/20326</w:t>
        <w:br/>
        <w:t>f 24897/24900/20326 24900/24897/20325 24898/24899/20326</w:t>
        <w:br/>
        <w:t>f 24902/24901/20327 24901/24902/20328 24893/24892/20320</w:t>
        <w:br/>
        <w:t>f 24894/24891/20319 24902/24901/20327 24893/24892/20320</w:t>
        <w:br/>
        <w:t>f 24906/24903/20329 24905/24904/20330 24904/24905/20330</w:t>
        <w:br/>
        <w:t>f 24903/24906/20329 24906/24903/20329 24904/24905/20330</w:t>
        <w:br/>
        <w:t>f 24909/24907/20331 24908/24908/20332 24907/24909/20332</w:t>
        <w:br/>
        <w:t>f 24910/24910/20331 24909/24907/20331 24907/24909/20332</w:t>
        <w:br/>
        <w:t>f 24913/24911/20333 24912/24912/20334 24911/24913/20335</w:t>
        <w:br/>
        <w:t>f 24914/24914/20333 24913/24911/20333 24911/24913/20335</w:t>
        <w:br/>
        <w:t>f 24912/24912/20334 24916/24915/20336 24915/24916/20337</w:t>
        <w:br/>
        <w:t>f 24911/24913/20335 24912/24912/20334 24915/24916/20337</w:t>
        <w:br/>
        <w:t>f 24903/24906/20329 24918/24917/20338 24917/24918/20338</w:t>
        <w:br/>
        <w:t>f 24906/24903/20329 24903/24906/20329 24917/24918/20338</w:t>
        <w:br/>
        <w:t>f 24922/24919/20339 24921/24920/20340 24920/24921/20340</w:t>
        <w:br/>
        <w:t>f 24919/24922/20339 24922/24919/20339 24920/24921/20340</w:t>
        <w:br/>
        <w:t>f 24894/24891/20319 24896/24895/20323 24923/24923/20341</w:t>
        <w:br/>
        <w:t>f 24902/24901/20327 24894/24891/20319 24923/24923/20341</w:t>
        <w:br/>
        <w:t>f 24927/24924/20342 24926/24925/20342 24925/24926/20343</w:t>
        <w:br/>
        <w:t>f 24924/24927/20344 24927/24924/20342 24925/24926/20343</w:t>
        <w:br/>
        <w:t>f 24928/24928/20345 24859/24857/20295 24860/24860/20295</w:t>
        <w:br/>
        <w:t>f 24929/24929/20345 24928/24928/20345 24860/24860/20295</w:t>
        <w:br/>
        <w:t>f 24931/24930/20346 24930/24931/20346 24864/24864/20299</w:t>
        <w:br/>
        <w:t>f 24861/24863/20299 24931/24930/20346 24864/24864/20299</w:t>
        <w:br/>
        <w:t>f 24865/24868/20302 24866/24867/20302 24924/24927/20344</w:t>
        <w:br/>
        <w:t>f 24925/24926/20343 24865/24868/20302 24924/24927/20344</w:t>
        <w:br/>
        <w:t>f 24908/24908/20332 24913/24911/20333 24914/24914/20333</w:t>
        <w:br/>
        <w:t>f 24907/24909/20332 24908/24908/20332 24914/24914/20333</w:t>
        <w:br/>
        <w:t>f 24870/24869/20303 24878/24875/20307 24875/24878/20310</w:t>
        <w:br/>
        <w:t>f 24869/24870/20304 24870/24869/20303 24875/24878/20310</w:t>
        <w:br/>
        <w:t>f 24879/24882/20312 24880/24881/20312 24871/24872/20305</w:t>
        <w:br/>
        <w:t>f 24872/24871/20305 24879/24882/20312 24871/24872/20305</w:t>
        <w:br/>
        <w:t>f 24933/24932/20347 24932/24933/20348 24873/24874/20306</w:t>
        <w:br/>
        <w:t>f 24874/24873/20306 24933/24932/20347 24873/24874/20306</w:t>
        <w:br/>
        <w:t>f 24916/24915/20336 24935/24934/20349 24934/24935/20307</w:t>
        <w:br/>
        <w:t>f 24915/24916/20337 24916/24915/20336 24934/24935/20307</w:t>
        <w:br/>
        <w:t>f 24877/24876/20308 24937/24936/20350 24936/24937/20351</w:t>
        <w:br/>
        <w:t>f 24876/24877/20309 24877/24876/20308 24936/24937/20351</w:t>
        <w:br/>
        <w:t>f 24939/24938/20352 24938/24939/20353 24881/24880/20311</w:t>
        <w:br/>
        <w:t>f 24882/24879/20311 24939/24938/20352 24881/24880/20311</w:t>
        <w:br/>
        <w:t>f 24932/24933/20348 24933/24932/20347 24941/24940/20354</w:t>
        <w:br/>
        <w:t>f 24940/24941/20354 24932/24933/20348 24941/24940/20354</w:t>
        <w:br/>
        <w:t>f 24943/24942/20308 24934/24935/20307 24935/24934/20349</w:t>
        <w:br/>
        <w:t>f 24942/24943/20355 24943/24942/20308 24935/24934/20349</w:t>
        <w:br/>
        <w:t>f 24930/24931/20346 24931/24930/20346 24855/24854/20294</w:t>
        <w:br/>
        <w:t>f 24856/24853/20294 24930/24931/20346 24855/24854/20294</w:t>
        <w:br/>
        <w:t>f 24851/24851/20292 24928/24928/20345 24929/24929/20345</w:t>
        <w:br/>
        <w:t>f 24850/24852/20293 24851/24851/20292 24929/24929/20345</w:t>
        <w:br/>
        <w:t>f 24927/24924/20342 24944/24944/20356 24926/24925/20342</w:t>
        <w:br/>
        <w:t>f 24947/24945/20357 24946/24946/20358 24945/24947/20359</w:t>
        <w:br/>
        <w:t>f 24948/24948/20360 24947/24945/20357 24945/24947/20359</w:t>
        <w:br/>
        <w:t>f 24952/24949/20361 24951/24950/20362 24950/24951/20363</w:t>
        <w:br/>
        <w:t>f 24949/24952/20363 24952/24949/20361 24950/24951/20363</w:t>
        <w:br/>
        <w:t>f 24948/24948/20360 24945/24947/20359 24953/24953/20068</w:t>
        <w:br/>
        <w:t>f 24954/24954/20364 24948/24948/20360 24953/24953/20068</w:t>
        <w:br/>
        <w:t>f 24946/24946/20358 24956/24955/20365 24955/24956/20366</w:t>
        <w:br/>
        <w:t>f 24945/24947/20359 24946/24946/20358 24955/24956/20366</w:t>
        <w:br/>
        <w:t>f 24949/24952/20363 24950/24951/20363 24958/24957/20367</w:t>
        <w:br/>
        <w:t>f 24957/24958/20368 24949/24952/20363 24958/24957/20367</w:t>
        <w:br/>
        <w:t>f 24945/24947/20359 24955/24956/20366 24959/24959/20103</w:t>
        <w:br/>
        <w:t>f 24953/24953/20068 24945/24947/20359 24959/24959/20103</w:t>
        <w:br/>
        <w:t>f 24956/24955/20365 24961/24960/20369 24960/24961/20370</w:t>
        <w:br/>
        <w:t>f 24955/24956/20366 24956/24955/20365 24960/24961/20370</w:t>
        <w:br/>
        <w:t>f 24957/24958/20368 24958/24957/20367 24963/24962/20371</w:t>
        <w:br/>
        <w:t>f 24962/24963/20371 24957/24958/20368 24963/24962/20371</w:t>
        <w:br/>
        <w:t>f 24955/24956/20366 24960/24961/20370 24964/24964/20372</w:t>
        <w:br/>
        <w:t>f 24959/24959/20103 24955/24956/20366 24964/24964/20372</w:t>
        <w:br/>
        <w:t>f 24961/24960/20369 24966/24965/20373 24965/24966/20374</w:t>
        <w:br/>
        <w:t>f 24960/24961/20370 24961/24960/20369 24965/24966/20374</w:t>
        <w:br/>
        <w:t>f 24962/24963/20371 24963/24962/20371 24968/24967/20375</w:t>
        <w:br/>
        <w:t>f 24967/24968/20375 24962/24963/20371 24968/24967/20375</w:t>
        <w:br/>
        <w:t>f 24960/24961/20370 24965/24966/20374 24969/24969/20071</w:t>
        <w:br/>
        <w:t>f 24964/24964/20372 24960/24961/20370 24969/24969/20071</w:t>
        <w:br/>
        <w:t>f 24966/24965/20373 24971/24970/20376 24970/24971/20377</w:t>
        <w:br/>
        <w:t>f 24965/24966/20374 24966/24965/20373 24970/24971/20377</w:t>
        <w:br/>
        <w:t>f 24967/24968/20375 24968/24967/20375 24973/24972/20378</w:t>
        <w:br/>
        <w:t>f 24972/24973/20379 24967/24968/20375 24973/24972/20378</w:t>
        <w:br/>
        <w:t>f 24965/24966/20374 24970/24971/20377 24974/24974/20380</w:t>
        <w:br/>
        <w:t>f 24969/24969/20071 24965/24966/20374 24974/24974/20380</w:t>
        <w:br/>
        <w:t>f 24971/24970/20376 24976/24975/20381 24975/24976/20382</w:t>
        <w:br/>
        <w:t>f 24970/24971/20377 24971/24970/20376 24975/24976/20382</w:t>
        <w:br/>
        <w:t>f 24972/24973/20379 24973/24972/20378 24978/24977/20383</w:t>
        <w:br/>
        <w:t>f 24977/24978/20384 24972/24973/20379 24978/24977/20383</w:t>
        <w:br/>
        <w:t>f 24970/24971/20377 24975/24976/20382 24979/24979/20115</w:t>
        <w:br/>
        <w:t>f 24974/24974/20380 24970/24971/20377 24979/24979/20115</w:t>
        <w:br/>
        <w:t>f 24976/24975/20381 24981/24980/20385 24980/24981/20386</w:t>
        <w:br/>
        <w:t>f 24975/24976/20382 24976/24975/20381 24980/24981/20386</w:t>
        <w:br/>
        <w:t>f 24977/24978/20384 24978/24977/20383 24983/24982/20387</w:t>
        <w:br/>
        <w:t>f 24982/24983/20387 24977/24978/20384 24983/24982/20387</w:t>
        <w:br/>
        <w:t>f 24975/24976/20382 24980/24981/20386 24984/24984/20388</w:t>
        <w:br/>
        <w:t>f 24979/24979/20115 24975/24976/20382 24984/24984/20388</w:t>
        <w:br/>
        <w:t>f 24981/24980/20385 24986/24985/20389 24985/24986/20390</w:t>
        <w:br/>
        <w:t>f 24980/24981/20386 24981/24980/20385 24985/24986/20390</w:t>
        <w:br/>
        <w:t>f 24982/24983/20387 24983/24982/20387 24988/24987/20391</w:t>
        <w:br/>
        <w:t>f 24987/24988/20391 24982/24983/20387 24988/24987/20391</w:t>
        <w:br/>
        <w:t>f 24980/24981/20386 24990/24989/20392 24989/24990/20074</w:t>
        <w:br/>
        <w:t>f 24984/24984/20388 24980/24981/20386 24989/24990/20074</w:t>
        <w:br/>
        <w:t>f 24986/24985/20389 24992/24991/20393 24991/24992/20393</w:t>
        <w:br/>
        <w:t>f 24985/24986/20390 24986/24985/20389 24991/24992/20393</w:t>
        <w:br/>
        <w:t>f 24987/24988/20391 24988/24987/20391 24994/24993/20394</w:t>
        <w:br/>
        <w:t>f 24993/24994/20394 24987/24988/20391 24994/24993/20394</w:t>
        <w:br/>
        <w:t>f 24990/24989/20392 24996/24995/20395 24995/24996/20073</w:t>
        <w:br/>
        <w:t>f 24989/24990/20074 24990/24989/20392 24995/24996/20073</w:t>
        <w:br/>
        <w:t>f 24999/24997/20396 24998/24998/20397 24997/24999/20398</w:t>
        <w:br/>
        <w:t>f 25000/25000/20396 24999/24997/20396 24997/24999/20398</w:t>
        <w:br/>
        <w:t>f 25004/25001/20399 25003/25002/20399 25002/25003/20400</w:t>
        <w:br/>
        <w:t>f 25001/25004/20401 25004/25001/20399 25002/25003/20400</w:t>
        <w:br/>
        <w:t>f 25007/25005/20402 25006/25006/20403 25005/25007/20404</w:t>
        <w:br/>
        <w:t>f 25008/25008/20405 25007/25005/20402 25005/25007/20404</w:t>
        <w:br/>
        <w:t>f 24998/24998/20397 25010/25009/20406 25009/25010/20407</w:t>
        <w:br/>
        <w:t>f 24997/24999/20398 24998/24998/20397 25009/25010/20407</w:t>
        <w:br/>
        <w:t>f 25001/25004/20401 25002/25003/20400 25012/25011/20408</w:t>
        <w:br/>
        <w:t>f 25011/25012/20409 25001/25004/20401 25012/25011/20408</w:t>
        <w:br/>
        <w:t>f 25014/25013/20410 25013/25014/20411 25012/25011/20408</w:t>
        <w:br/>
        <w:t>f 25006/25006/20403 25016/25015/20412 25015/25016/20413</w:t>
        <w:br/>
        <w:t>f 25005/25007/20404 25006/25006/20403 25015/25016/20413</w:t>
        <w:br/>
        <w:t>f 25010/25009/20406 25018/25017/20414 25017/25018/20414</w:t>
        <w:br/>
        <w:t>f 25009/25010/20407 25010/25009/20406 25017/25018/20414</w:t>
        <w:br/>
        <w:t>f 25011/25012/20409 25012/25011/20408 25020/25019/20415</w:t>
        <w:br/>
        <w:t>f 25019/25020/20416 25011/25012/20409 25020/25019/20415</w:t>
        <w:br/>
        <w:t>f 25012/25011/20408 25013/25014/20411 25021/25021/20417</w:t>
        <w:br/>
        <w:t>f 25020/25019/20415 25012/25011/20408 25021/25021/20417</w:t>
        <w:br/>
        <w:t>f 25016/25015/20412 25023/25022/20418 25022/25023/20418</w:t>
        <w:br/>
        <w:t>f 25024/25024/20419 25016/25015/20412 25022/25023/20418</w:t>
        <w:br/>
        <w:t>f 25018/25017/20414 25026/25025/20420 25025/25026/20421</w:t>
        <w:br/>
        <w:t>f 25017/25018/20414 25018/25017/20414 25025/25026/20421</w:t>
        <w:br/>
        <w:t>f 25019/25020/20416 25020/25019/20415 25028/25027/20422</w:t>
        <w:br/>
        <w:t>f 25027/25028/20423 25019/25020/20416 25028/25027/20422</w:t>
        <w:br/>
        <w:t>f 25020/25019/20415 25021/25021/20417 25029/25029/20424</w:t>
        <w:br/>
        <w:t>f 25028/25027/20422 25020/25019/20415 25029/25029/20424</w:t>
        <w:br/>
        <w:t>f 25023/25022/20418 25031/25030/20425 25030/25031/20425</w:t>
        <w:br/>
        <w:t>f 25022/25023/20418 25023/25022/20418 25030/25031/20425</w:t>
        <w:br/>
        <w:t>f 25026/25025/20420 25033/25032/20426 25032/25033/20426</w:t>
        <w:br/>
        <w:t>f 25025/25026/20421 25026/25025/20420 25032/25033/20426</w:t>
        <w:br/>
        <w:t>f 25027/25028/20423 25028/25027/20422 25035/25034/20427</w:t>
        <w:br/>
        <w:t>f 25034/25035/20427 25027/25028/20423 25035/25034/20427</w:t>
        <w:br/>
        <w:t>f 25028/25027/20422 25029/25029/20424 25037/25036/20428</w:t>
        <w:br/>
        <w:t>f 25036/25037/20428 25028/25027/20422 25037/25036/20428</w:t>
        <w:br/>
        <w:t>f 25031/25030/20425 25039/25038/20429 25038/25039/20429</w:t>
        <w:br/>
        <w:t>f 25030/25031/20425 25031/25030/20425 25038/25039/20429</w:t>
        <w:br/>
        <w:t>f 25033/25032/20426 25041/25040/20430 25040/25041/20431</w:t>
        <w:br/>
        <w:t>f 25032/25033/20426 25033/25032/20426 25040/25041/20431</w:t>
        <w:br/>
        <w:t>f 25034/25035/20427 25035/25034/20427 25043/25042/20432</w:t>
        <w:br/>
        <w:t>f 25042/25043/20432 25034/25035/20427 25043/25042/20432</w:t>
        <w:br/>
        <w:t>f 25036/25037/20428 25037/25036/20428 25045/25044/20433</w:t>
        <w:br/>
        <w:t>f 25044/25045/20433 25036/25037/20428 25045/25044/20433</w:t>
        <w:br/>
        <w:t>f 25039/25038/20429 25047/25046/20434 25046/25047/20435</w:t>
        <w:br/>
        <w:t>f 25038/25039/20429 25039/25038/20429 25046/25047/20435</w:t>
        <w:br/>
        <w:t>f 25040/25041/20431 25041/25040/20430 25049/25048/20436</w:t>
        <w:br/>
        <w:t>f 25048/25049/20437 25040/25041/20431 25049/25048/20436</w:t>
        <w:br/>
        <w:t>f 25042/25043/20432 25043/25042/20432 25051/25050/20438</w:t>
        <w:br/>
        <w:t>f 25050/25051/20439 25042/25043/20432 25051/25050/20438</w:t>
        <w:br/>
        <w:t>f 25044/25045/20433 25045/25044/20433 25053/25052/20440</w:t>
        <w:br/>
        <w:t>f 25052/25053/20441 25044/25045/20433 25053/25052/20440</w:t>
        <w:br/>
        <w:t>f 25047/25046/20434 25055/25054/20442 25054/25055/20443</w:t>
        <w:br/>
        <w:t>f 25046/25047/20435 25047/25046/20434 25054/25055/20443</w:t>
        <w:br/>
        <w:t>f 25048/25049/20437 25049/25048/20436 25057/25056/20444</w:t>
        <w:br/>
        <w:t>f 25056/25057/20445 25048/25049/20437 25057/25056/20444</w:t>
        <w:br/>
        <w:t>f 25050/25051/20439 25051/25050/20438 25059/25058/20446</w:t>
        <w:br/>
        <w:t>f 25058/25059/20446 25050/25051/20439 25059/25058/20446</w:t>
        <w:br/>
        <w:t>f 25052/25053/20441 25053/25052/20440 25061/25060/20447</w:t>
        <w:br/>
        <w:t>f 25060/25061/20448 25052/25053/20441 25061/25060/20447</w:t>
        <w:br/>
        <w:t>f 25055/25054/20442 25063/25062/20449 25062/25063/20447</w:t>
        <w:br/>
        <w:t>f 25064/25064/20450 25055/25054/20442 25062/25063/20447</w:t>
        <w:br/>
        <w:t>f 25056/25057/20445 25057/25056/20444 25066/25065/20451</w:t>
        <w:br/>
        <w:t>f 25065/25066/20451 25056/25057/20445 25066/25065/20451</w:t>
        <w:br/>
        <w:t>f 25058/25059/20446 25059/25058/20446 25068/25067/20452</w:t>
        <w:br/>
        <w:t>f 25067/25068/20452 25058/25059/20446 25068/25067/20452</w:t>
        <w:br/>
        <w:t>f 25061/25060/20447 25070/25069/20453 25069/25070/20454</w:t>
        <w:br/>
        <w:t>f 25060/25061/20448 25061/25060/20447 25069/25070/20454</w:t>
        <w:br/>
        <w:t>f 25063/25062/20449 25072/25071/20455 25071/25072/20453</w:t>
        <w:br/>
        <w:t>f 25062/25063/20447 25063/25062/20449 25071/25072/20453</w:t>
        <w:br/>
        <w:t>f 25065/25066/20451 25066/25065/20451 25074/25073/20456</w:t>
        <w:br/>
        <w:t>f 25073/25074/20456 25065/25066/20451 25074/25073/20456</w:t>
        <w:br/>
        <w:t>f 25067/25068/20452 25068/25067/20452 25076/25075/20457</w:t>
        <w:br/>
        <w:t>f 25075/25076/20457 25067/25068/20452 25076/25075/20457</w:t>
        <w:br/>
        <w:t>f 25070/25069/20453 25078/25077/20458 25077/25078/20459</w:t>
        <w:br/>
        <w:t>f 25069/25070/20454 25070/25069/20453 25077/25078/20459</w:t>
        <w:br/>
        <w:t>f 25072/25071/20455 25080/25079/20460 25079/25080/20458</w:t>
        <w:br/>
        <w:t>f 25071/25072/20453 25072/25071/20455 25079/25080/20458</w:t>
        <w:br/>
        <w:t>f 25073/25074/20456 25074/25073/20456 25082/25081/20461</w:t>
        <w:br/>
        <w:t>f 25081/25082/20461 25073/25074/20456 25082/25081/20461</w:t>
        <w:br/>
        <w:t>f 25075/25076/20457 25076/25075/20457 25084/25083/20462</w:t>
        <w:br/>
        <w:t>f 25083/25084/20463 25075/25076/20457 25084/25083/20462</w:t>
        <w:br/>
        <w:t>f 25078/25077/20458 25086/25085/20464 25085/25086/20465</w:t>
        <w:br/>
        <w:t>f 25077/25078/20459 25078/25077/20458 25085/25086/20465</w:t>
        <w:br/>
        <w:t>f 25080/25079/20460 25088/25087/20466 25087/25088/20464</w:t>
        <w:br/>
        <w:t>f 25079/25080/20458 25080/25079/20460 25087/25088/20464</w:t>
        <w:br/>
        <w:t>f 25082/25081/20461 25090/25089/20467 25089/25090/20467</w:t>
        <w:br/>
        <w:t>f 25081/25082/20461 25082/25081/20461 25089/25090/20467</w:t>
        <w:br/>
        <w:t>f 25083/25084/20463 25084/25083/20462 25092/25091/20468</w:t>
        <w:br/>
        <w:t>f 25091/25092/20468 25083/25084/20463 25092/25091/20468</w:t>
        <w:br/>
        <w:t>f 25086/25085/20464 25094/25093/20469 25093/25094/20470</w:t>
        <w:br/>
        <w:t>f 25085/25086/20465 25086/25085/20464 25093/25094/20470</w:t>
        <w:br/>
        <w:t>f 25088/25087/20466 25096/25095/20471 25095/25096/20469</w:t>
        <w:br/>
        <w:t>f 25087/25088/20464 25088/25087/20466 25095/25096/20469</w:t>
        <w:br/>
        <w:t>f 25089/25090/20467 25090/25089/20467 25098/25097/20472</w:t>
        <w:br/>
        <w:t>f 25097/25098/20473 25089/25090/20467 25098/25097/20472</w:t>
        <w:br/>
        <w:t>f 25091/25092/20468 25092/25091/20468 25100/25099/20474</w:t>
        <w:br/>
        <w:t>f 25099/25100/20475 25091/25092/20468 25100/25099/20474</w:t>
        <w:br/>
        <w:t>f 25094/25093/20469 25102/25101/20476 25101/25102/20477</w:t>
        <w:br/>
        <w:t>f 25093/25094/20470 25094/25093/20469 25101/25102/20477</w:t>
        <w:br/>
        <w:t>f 25096/25095/20471 25104/25103/20478 25103/25104/20476</w:t>
        <w:br/>
        <w:t>f 25095/25096/20469 25096/25095/20471 25103/25104/20476</w:t>
        <w:br/>
        <w:t>f 25097/25098/20473 25098/25097/20472 25106/25105/20479</w:t>
        <w:br/>
        <w:t>f 25105/25106/20480 25097/25098/20473 25106/25105/20479</w:t>
        <w:br/>
        <w:t>f 25099/25100/20475 25100/25099/20474 25108/25107/20481</w:t>
        <w:br/>
        <w:t>f 25107/25108/20481 25099/25100/20475 25108/25107/20481</w:t>
        <w:br/>
        <w:t>f 25102/25101/20476 25110/25109/20482 25109/25110/20483</w:t>
        <w:br/>
        <w:t>f 25101/25102/20477 25102/25101/20476 25109/25110/20483</w:t>
        <w:br/>
        <w:t>f 25103/25104/20476 25104/25103/20478 25112/25111/20484</w:t>
        <w:br/>
        <w:t>f 25111/25112/20482 25103/25104/20476 25112/25111/20484</w:t>
        <w:br/>
        <w:t>f 25105/25106/20480 25106/25105/20479 25114/25113/20485</w:t>
        <w:br/>
        <w:t>f 25113/25114/20486 25105/25106/20480 25114/25113/20485</w:t>
        <w:br/>
        <w:t>f 25108/25107/20481 25116/25115/20487 25115/25116/20488</w:t>
        <w:br/>
        <w:t>f 25107/25108/20481 25108/25107/20481 25115/25116/20488</w:t>
        <w:br/>
        <w:t>f 25110/25109/20482 25118/25117/20489 25117/25118/20490</w:t>
        <w:br/>
        <w:t>f 25109/25110/20483 25110/25109/20482 25117/25118/20490</w:t>
        <w:br/>
        <w:t>f 25111/25112/20482 25112/25111/20484 25120/25119/20491</w:t>
        <w:br/>
        <w:t>f 25119/25120/20492 25111/25112/20482 25120/25119/20491</w:t>
        <w:br/>
        <w:t>f 25113/25114/20486 25114/25113/20485 25121/25121/20493</w:t>
        <w:br/>
        <w:t>f 25115/25116/20488 25116/25115/20487 25122/25122/20494</w:t>
        <w:br/>
        <w:t>f 25117/25118/20490 25118/25117/20489 25123/25123/20495</w:t>
        <w:br/>
        <w:t>f 25119/25120/20492 25120/25119/20491 25124/25124/20496</w:t>
        <w:br/>
        <w:t>f 24992/24991/20393 24999/24997/20396 25000/25000/20396</w:t>
        <w:br/>
        <w:t>f 24991/24992/20393 24992/24991/20393 25000/25000/20396</w:t>
        <w:br/>
        <w:t>f 25003/25002/20399 25004/25001/20399 24993/24994/20394</w:t>
        <w:br/>
        <w:t>f 24994/24993/20394 25003/25002/20399 24993/24994/20394</w:t>
        <w:br/>
        <w:t>f 24996/24995/20395 25007/25005/20402 25125/25125/20075</w:t>
        <w:br/>
        <w:t>f 24995/24996/20073 24996/24995/20395 25125/25125/20075</w:t>
        <w:br/>
        <w:t>f 25016/25015/20412 25024/25024/20419 25015/25016/20413</w:t>
        <w:br/>
        <w:t>f 25012/25011/20408 25002/25003/20400 25014/25013/20410</w:t>
        <w:br/>
        <w:t>f 24849/24849/20291 25126/25126/20497 24827/24825/20275</w:t>
        <w:br/>
        <w:t>f 24828/24828/20278 24849/24849/20291 24827/24825/20275</w:t>
        <w:br/>
        <w:t>f 24811/24810/20266 24803/24804/20261 24804/24803/20260</w:t>
        <w:br/>
        <w:t>f 24810/24811/20266 24811/24810/20266 24804/24803/20260</w:t>
        <w:br/>
        <w:t>f 24801/24801/20259 24802/24802/20259 24813/24816/20270</w:t>
        <w:br/>
        <w:t>f 24814/24815/20270 24801/24801/20259 24813/24816/20270</w:t>
        <w:br/>
        <w:t>f 24819/24818/20272 24806/24805/20262 24805/24806/20262</w:t>
        <w:br/>
        <w:t>f 24818/24819/20272 24819/24818/20272 24805/24806/20262</w:t>
        <w:br/>
        <w:t>f 24808/24808/20264 24807/24807/20263 24821/24824/20274</w:t>
        <w:br/>
        <w:t>f 24822/24823/20274 24808/24808/20264 24821/24824/20274</w:t>
        <w:br/>
        <w:t>f 24726/24725/20204 24815/24814/20269 24816/24813/20268</w:t>
        <w:br/>
        <w:t>f 24725/24726/20205 24726/24725/20204 24816/24813/20268</w:t>
        <w:br/>
        <w:t>f 24729/24728/20207 24812/24809/20265 24809/24812/20267</w:t>
        <w:br/>
        <w:t>f 24728/24729/20208 24729/24728/20207 24809/24812/20267</w:t>
        <w:br/>
        <w:t>f 24732/24731/20209 24820/24817/20271 24817/24820/20271</w:t>
        <w:br/>
        <w:t>f 24731/24732/20209 24732/24731/20209 24817/24820/20271</w:t>
        <w:br/>
        <w:t>f 24823/24822/20273 24824/24821/20273 24778/24779/20242</w:t>
        <w:br/>
        <w:t>f 24779/24778/20242 24823/24822/20273 24778/24779/20242</w:t>
        <w:br/>
        <w:t>f 25130/25127/20498 25129/25128/20499 25128/25129/20500</w:t>
        <w:br/>
        <w:t>f 25127/25130/20501 25130/25127/20498 25128/25129/20500</w:t>
        <w:br/>
        <w:t>f 25134/25131/20502 25133/25132/20503 25132/25133/20504</w:t>
        <w:br/>
        <w:t>f 25131/25134/20505 25134/25131/20502 25132/25133/20504</w:t>
        <w:br/>
        <w:t>f 25138/25135/20506 25137/25136/20507 25136/25137/20508</w:t>
        <w:br/>
        <w:t>f 25135/25138/20509 25138/25135/20506 25136/25137/20508</w:t>
        <w:br/>
        <w:t>f 25140/25139/20510 25129/25128/20499 25130/25127/20498</w:t>
        <w:br/>
        <w:t>f 25139/25140/20511 25140/25139/20510 25130/25127/20498</w:t>
        <w:br/>
        <w:t>f 25142/25141/20512 25141/25142/20513 25133/25132/20503</w:t>
        <w:br/>
        <w:t>f 25134/25131/20502 25142/25141/20512 25133/25132/20503</w:t>
        <w:br/>
        <w:t>f 25144/25143/20514 25138/25135/20506 25135/25138/20509</w:t>
        <w:br/>
        <w:t>f 25143/25144/20515 25144/25143/20514 25135/25138/20509</w:t>
        <w:br/>
        <w:t>f 25146/25145/20516 25140/25139/20510 25139/25140/20511</w:t>
        <w:br/>
        <w:t>f 25145/25146/20517 25146/25145/20516 25139/25140/20511</w:t>
        <w:br/>
        <w:t>f 25148/25147/20518 25147/25148/20519 25141/25142/20513</w:t>
        <w:br/>
        <w:t>f 25142/25141/20512 25148/25147/20518 25141/25142/20513</w:t>
        <w:br/>
        <w:t>f 25149/25149/20520 25144/25143/20514 25143/25144/20515</w:t>
        <w:br/>
        <w:t>f 25150/25150/20521 25149/25149/20520 25143/25144/20515</w:t>
        <w:br/>
        <w:t>f 25146/25145/20516 25145/25146/20517 25151/25151/20522</w:t>
        <w:br/>
        <w:t>f 25152/25152/20523 25146/25145/20516 25151/25151/20522</w:t>
        <w:br/>
        <w:t>f 25153/25153/20524 25147/25148/20519 25148/25147/20518</w:t>
        <w:br/>
        <w:t>f 25154/25154/20525 25153/25153/20524 25148/25147/20518</w:t>
        <w:br/>
        <w:t>f 25155/25155/20526 25149/25149/20520 25150/25150/20521</w:t>
        <w:br/>
        <w:t>f 25156/25156/20527 25155/25155/20526 25150/25150/20521</w:t>
        <w:br/>
        <w:t>f 25152/25152/20523 25151/25151/20522 25157/25157/20528</w:t>
        <w:br/>
        <w:t>f 25158/25158/20529 25152/25152/20523 25157/25157/20528</w:t>
        <w:br/>
        <w:t>f 25159/25159/20530 25153/25153/20524 25154/25154/20525</w:t>
        <w:br/>
        <w:t>f 25160/25160/20531 25159/25159/20530 25154/25154/20525</w:t>
        <w:br/>
        <w:t>f 25161/25161/20532 25155/25155/20526 25156/25156/20527</w:t>
        <w:br/>
        <w:t>f 25162/25162/20533 25161/25161/20532 25156/25156/20527</w:t>
        <w:br/>
        <w:t>f 25158/25158/20529 25157/25157/20528 25163/25163/20534</w:t>
        <w:br/>
        <w:t>f 25164/25164/20535 25158/25158/20529 25163/25163/20534</w:t>
        <w:br/>
        <w:t>f 25166/25165/20536 25165/25166/20537 25159/25159/20530</w:t>
        <w:br/>
        <w:t>f 25160/25160/20531 25166/25165/20536 25159/25159/20530</w:t>
        <w:br/>
        <w:t>f 25169/25167/20538 25168/25168/20539 25167/25169/20539</w:t>
        <w:br/>
        <w:t>f 25170/25170/20538 25169/25167/20538 25167/25169/20539</w:t>
        <w:br/>
        <w:t>f 25163/25163/20534 25172/25171/20540 25171/25172/20541</w:t>
        <w:br/>
        <w:t>f 25164/25164/20535 25163/25163/20534 25171/25172/20541</w:t>
        <w:br/>
        <w:t>f 25174/25173/20542 25173/25174/20543 25165/25166/20537</w:t>
        <w:br/>
        <w:t>f 25166/25165/20536 25174/25173/20542 25165/25166/20537</w:t>
        <w:br/>
        <w:t>f 25178/25175/20544 25177/25176/20545 25176/25177/20546</w:t>
        <w:br/>
        <w:t>f 25175/25178/20547 25178/25175/20544 25176/25177/20546</w:t>
        <w:br/>
        <w:t>f 25180/25179/20548 25179/25180/20549 25171/25172/20541</w:t>
        <w:br/>
        <w:t>f 25172/25171/20540 25180/25179/20548 25171/25172/20541</w:t>
        <w:br/>
        <w:t>f 25182/25181/20550 25181/25182/20551 25173/25174/20543</w:t>
        <w:br/>
        <w:t>f 25174/25173/20542 25182/25181/20550 25173/25174/20543</w:t>
        <w:br/>
        <w:t>f 25183/25183/20552 25176/25177/20546 25177/25176/20545</w:t>
        <w:br/>
        <w:t>f 25184/25184/20553 25183/25183/20552 25177/25176/20545</w:t>
        <w:br/>
        <w:t>f 25186/25185/20554 25185/25186/20555 25179/25180/20549</w:t>
        <w:br/>
        <w:t>f 25180/25179/20548 25186/25185/20554 25179/25180/20549</w:t>
        <w:br/>
        <w:t>f 25188/25187/20556 25187/25188/20557 25181/25182/20551</w:t>
        <w:br/>
        <w:t>f 25182/25181/20550 25188/25187/20556 25181/25182/20551</w:t>
        <w:br/>
        <w:t>f 25190/25189/20558 25183/25183/20552 25184/25184/20553</w:t>
        <w:br/>
        <w:t>f 25189/25190/20559 25190/25189/20558 25184/25184/20553</w:t>
        <w:br/>
        <w:t>f 25192/25191/20560 25191/25192/20561 25185/25186/20555</w:t>
        <w:br/>
        <w:t>f 25186/25185/20554 25192/25191/20560 25185/25186/20555</w:t>
        <w:br/>
        <w:t>f 25194/25193/20562 25193/25194/20563 25187/25188/20557</w:t>
        <w:br/>
        <w:t>f 25188/25187/20556 25194/25193/20562 25187/25188/20557</w:t>
        <w:br/>
        <w:t>f 25196/25195/20564 25190/25189/20558 25189/25190/20559</w:t>
        <w:br/>
        <w:t>f 25195/25196/20564 25196/25195/20564 25189/25190/20559</w:t>
        <w:br/>
        <w:t>f 25197/25197/20565 25191/25192/20561 25192/25191/20560</w:t>
        <w:br/>
        <w:t>f 25198/25198/20566 25197/25197/20565 25192/25191/20560</w:t>
        <w:br/>
        <w:t>f 25200/25199/20567 25199/25200/20568 25193/25194/20563</w:t>
        <w:br/>
        <w:t>f 25194/25193/20562 25200/25199/20567 25193/25194/20563</w:t>
        <w:br/>
        <w:t>f 25202/25201/20569 25196/25195/20564 25195/25196/20564</w:t>
        <w:br/>
        <w:t>f 25201/25202/20570 25202/25201/20569 25195/25196/20564</w:t>
        <w:br/>
        <w:t>f 25206/25203/20571 25205/25204/20572 25204/25205/20573</w:t>
        <w:br/>
        <w:t>f 25203/25206/20574 25206/25203/20571 25204/25205/20573</w:t>
        <w:br/>
        <w:t>f 25210/25207/20575 25209/25208/20576 25208/25209/20577</w:t>
        <w:br/>
        <w:t>f 25207/25210/20578 25210/25207/20575 25208/25209/20577</w:t>
        <w:br/>
        <w:t>f 25214/25211/20579 25213/25212/20580 25212/25213/20580</w:t>
        <w:br/>
        <w:t>f 25211/25214/20579 25214/25211/20579 25212/25213/20580</w:t>
        <w:br/>
        <w:t>f 25203/25206/20574 25216/25215/20581 25215/25216/20582</w:t>
        <w:br/>
        <w:t>f 25206/25203/20571 25203/25206/20574 25215/25216/20582</w:t>
        <w:br/>
        <w:t>f 25210/25207/20575 25218/25217/20583 25217/25218/20584</w:t>
        <w:br/>
        <w:t>f 25209/25208/20576 25210/25207/20575 25217/25218/20584</w:t>
        <w:br/>
        <w:t>f 25222/25219/20585 25221/25220/20586 25220/25221/20587</w:t>
        <w:br/>
        <w:t>f 25219/25222/20588 25222/25219/20585 25220/25221/20587</w:t>
        <w:br/>
        <w:t>f 25226/25223/20589 25225/25224/20590 25224/25225/20591</w:t>
        <w:br/>
        <w:t>f 25223/25226/20592 25226/25223/20589 25224/25225/20591</w:t>
        <w:br/>
        <w:t>f 25230/25227/20593 25229/25228/20594 25228/25229/20595</w:t>
        <w:br/>
        <w:t>f 25227/25230/20596 25230/25227/20593 25228/25229/20595</w:t>
        <w:br/>
        <w:t>f 25234/25231/20597 25233/25232/20585 25232/25233/20588</w:t>
        <w:br/>
        <w:t>f 25231/25234/20598 25234/25231/20597 25232/25233/20588</w:t>
        <w:br/>
        <w:t>f 25236/25235/20599 25226/25223/20589 25223/25226/20592</w:t>
        <w:br/>
        <w:t>f 25235/25236/20600 25236/25235/20599 25223/25226/20592</w:t>
        <w:br/>
        <w:t>f 25238/25237/20601 25230/25227/20593 25227/25230/20596</w:t>
        <w:br/>
        <w:t>f 25237/25238/20602 25238/25237/20601 25227/25230/20596</w:t>
        <w:br/>
        <w:t>f 25240/25239/20603 25234/25231/20597 25231/25234/20598</w:t>
        <w:br/>
        <w:t>f 25239/25240/20604 25240/25239/20603 25231/25234/20598</w:t>
        <w:br/>
        <w:t>f 25242/25241/20605 25236/25235/20599 25235/25236/20600</w:t>
        <w:br/>
        <w:t>f 25241/25242/20606 25242/25241/20605 25235/25236/20600</w:t>
        <w:br/>
        <w:t>f 25244/25243/20607 25243/25244/20608 25238/25237/20601</w:t>
        <w:br/>
        <w:t>f 25237/25238/20602 25244/25243/20607 25238/25237/20601</w:t>
        <w:br/>
        <w:t>f 25246/25245/20609 25240/25239/20603 25239/25240/20604</w:t>
        <w:br/>
        <w:t>f 25245/25246/20610 25246/25245/20609 25239/25240/20604</w:t>
        <w:br/>
        <w:t>f 25248/25247/20611 25242/25241/20605 25241/25242/20606</w:t>
        <w:br/>
        <w:t>f 25247/25248/20612 25248/25247/20611 25241/25242/20606</w:t>
        <w:br/>
        <w:t>f 25250/25249/20613 25249/25250/20614 25243/25244/20608</w:t>
        <w:br/>
        <w:t>f 25244/25243/20607 25250/25249/20613 25243/25244/20608</w:t>
        <w:br/>
        <w:t>f 25252/25251/20615 25246/25245/20609 25245/25246/20610</w:t>
        <w:br/>
        <w:t>f 25251/25252/20616 25252/25251/20615 25245/25246/20610</w:t>
        <w:br/>
        <w:t>f 25254/25253/20617 25253/25254/20618 25249/25250/20614</w:t>
        <w:br/>
        <w:t>f 25250/25249/20613 25254/25253/20617 25249/25250/20614</w:t>
        <w:br/>
        <w:t>f 25256/25255/20619 25252/25251/20615 25251/25252/20616</w:t>
        <w:br/>
        <w:t>f 25255/25256/20620 25256/25255/20619 25251/25252/20616</w:t>
        <w:br/>
        <w:t>f 25258/25257/20621 25257/25258/20622 25253/25254/20618</w:t>
        <w:br/>
        <w:t>f 25254/25253/20617 25258/25257/20621 25253/25254/20618</w:t>
        <w:br/>
        <w:t>f 25260/25259/20623 25256/25255/20619 25255/25256/20620</w:t>
        <w:br/>
        <w:t>f 25259/25260/20624 25260/25259/20623 25255/25256/20620</w:t>
        <w:br/>
        <w:t>f 25262/25261/20625 25261/25262/20626 25257/25258/20622</w:t>
        <w:br/>
        <w:t>f 25258/25257/20621 25262/25261/20625 25257/25258/20622</w:t>
        <w:br/>
        <w:t>f 25266/25263/20627 25265/25264/20628 25264/25265/20629</w:t>
        <w:br/>
        <w:t>f 25263/25266/20630 25266/25263/20627 25264/25265/20629</w:t>
        <w:br/>
        <w:t>f 25270/25267/20631 25269/25268/20632 25268/25269/20633</w:t>
        <w:br/>
        <w:t>f 25267/25270/20634 25270/25267/20631 25268/25269/20633</w:t>
        <w:br/>
        <w:t>f 25274/25271/20635 25273/25272/20636 25272/25273/20637</w:t>
        <w:br/>
        <w:t>f 25271/25274/20638 25274/25271/20635 25272/25273/20637</w:t>
        <w:br/>
        <w:t>f 25278/25275/20639 25277/25276/20640 25276/25277/20641</w:t>
        <w:br/>
        <w:t>f 25275/25278/20642 25278/25275/20639 25276/25277/20641</w:t>
        <w:br/>
        <w:t>f 25280/25279/20643 25278/25275/20639 25275/25278/20642</w:t>
        <w:br/>
        <w:t>f 25279/25280/20644 25280/25279/20643 25275/25278/20642</w:t>
        <w:br/>
        <w:t>f 25282/25281/20645 25280/25279/20643 25279/25280/20644</w:t>
        <w:br/>
        <w:t>f 25281/25282/20646 25282/25281/20645 25279/25280/20644</w:t>
        <w:br/>
        <w:t>f 25281/25282/20646 25284/25283/20647 25283/25284/20648</w:t>
        <w:br/>
        <w:t>f 25282/25281/20645 25281/25282/20646 25283/25284/20648</w:t>
        <w:br/>
        <w:t>f 25287/25285/20649 25286/25286/20650 25284/25283/20647</w:t>
        <w:br/>
        <w:t>f 25285/25287/20651 25287/25285/20649 25284/25283/20647</w:t>
        <w:br/>
        <w:t>f 25287/25285/20649 25288/25288/20652 25286/25286/20650</w:t>
        <w:br/>
        <w:t>f 25133/25132/20503 25130/25127/20498 25127/25130/20501</w:t>
        <w:br/>
        <w:t>f 25132/25133/20504 25133/25132/20503 25127/25130/20501</w:t>
        <w:br/>
        <w:t>f 25130/25127/20498 25133/25132/20503 25141/25142/20513</w:t>
        <w:br/>
        <w:t>f 25139/25140/20511 25130/25127/20498 25141/25142/20513</w:t>
        <w:br/>
        <w:t>f 25145/25146/20517 25139/25140/20511 25141/25142/20513</w:t>
        <w:br/>
        <w:t>f 25147/25148/20519 25145/25146/20517 25141/25142/20513</w:t>
        <w:br/>
        <w:t>f 25151/25151/20522 25145/25146/20517 25147/25148/20519</w:t>
        <w:br/>
        <w:t>f 25153/25153/20524 25151/25151/20522 25147/25148/20519</w:t>
        <w:br/>
        <w:t>f 25157/25157/20528 25151/25151/20522 25153/25153/20524</w:t>
        <w:br/>
        <w:t>f 25159/25159/20530 25157/25157/20528 25153/25153/20524</w:t>
        <w:br/>
        <w:t>f 25157/25157/20528 25159/25159/20530 25165/25166/20537</w:t>
        <w:br/>
        <w:t>f 25163/25163/20534 25157/25157/20528 25165/25166/20537</w:t>
        <w:br/>
        <w:t>f 25173/25174/20543 25172/25171/20540 25163/25163/20534</w:t>
        <w:br/>
        <w:t>f 25165/25166/20537 25173/25174/20543 25163/25163/20534</w:t>
        <w:br/>
        <w:t>f 25181/25182/20551 25180/25179/20548 25172/25171/20540</w:t>
        <w:br/>
        <w:t>f 25173/25174/20543 25181/25182/20551 25172/25171/20540</w:t>
        <w:br/>
        <w:t>f 25187/25188/20557 25186/25185/20554 25180/25179/20548</w:t>
        <w:br/>
        <w:t>f 25181/25182/20551 25187/25188/20557 25180/25179/20548</w:t>
        <w:br/>
        <w:t>f 25193/25194/20563 25192/25191/20560 25186/25185/20554</w:t>
        <w:br/>
        <w:t>f 25187/25188/20557 25193/25194/20563 25186/25185/20554</w:t>
        <w:br/>
        <w:t>f 25199/25200/20568 25198/25198/20566 25192/25191/20560</w:t>
        <w:br/>
        <w:t>f 25193/25194/20563 25199/25200/20568 25192/25191/20560</w:t>
        <w:br/>
        <w:t>f 25209/25208/20576 25203/25206/20574 25204/25205/20573</w:t>
        <w:br/>
        <w:t>f 25208/25209/20577 25209/25208/20576 25204/25205/20573</w:t>
        <w:br/>
        <w:t>f 25217/25218/20584 25216/25215/20581 25203/25206/20574</w:t>
        <w:br/>
        <w:t>f 25209/25208/20576 25217/25218/20584 25203/25206/20574</w:t>
        <w:br/>
        <w:t>f 25219/25222/20588 25220/25221/20587 25225/25224/20590</w:t>
        <w:br/>
        <w:t>f 25226/25223/20589 25219/25222/20588 25225/25224/20590</w:t>
        <w:br/>
        <w:t>f 25291/25289/20588 25290/25290/20653 25289/25291/20654</w:t>
        <w:br/>
        <w:t>f 25293/25292/20604 25289/25291/20654 25290/25290/20653</w:t>
        <w:br/>
        <w:t>f 25292/25293/20655 25293/25292/20604 25290/25290/20653</w:t>
        <w:br/>
        <w:t>f 25295/25294/20610 25293/25292/20604 25292/25293/20655</w:t>
        <w:br/>
        <w:t>f 25294/25295/20656 25295/25294/20610 25292/25293/20655</w:t>
        <w:br/>
        <w:t>f 25297/25296/20657 25295/25294/20610 25294/25295/20656</w:t>
        <w:br/>
        <w:t>f 25296/25297/20658 25297/25296/20657 25294/25295/20656</w:t>
        <w:br/>
        <w:t>f 25299/25298/20620 25297/25296/20657 25296/25297/20658</w:t>
        <w:br/>
        <w:t>f 25298/25299/20659 25299/25298/20620 25296/25297/20658</w:t>
        <w:br/>
        <w:t>f 25301/25300/20660 25299/25298/20620 25298/25299/20659</w:t>
        <w:br/>
        <w:t>f 25300/25301/20661 25301/25300/20660 25298/25299/20659</w:t>
        <w:br/>
        <w:t>f 25303/25302/20662 25134/25131/20502 25131/25134/20505</w:t>
        <w:br/>
        <w:t>f 25302/25303/20663 25303/25302/20662 25131/25134/20505</w:t>
        <w:br/>
        <w:t>f 25304/25304/20664 25142/25141/20512 25134/25131/20502</w:t>
        <w:br/>
        <w:t>f 25303/25302/20662 25304/25304/20664 25134/25131/20502</w:t>
        <w:br/>
        <w:t>f 25142/25141/20512 25304/25304/20664 25305/25305/20665</w:t>
        <w:br/>
        <w:t>f 25148/25147/20518 25142/25141/20512 25305/25305/20665</w:t>
        <w:br/>
        <w:t>f 25148/25147/20518 25305/25305/20665 25306/25306/20666</w:t>
        <w:br/>
        <w:t>f 25154/25154/20525 25148/25147/20518 25306/25306/20666</w:t>
        <w:br/>
        <w:t>f 25160/25160/20531 25154/25154/20525 25306/25306/20666</w:t>
        <w:br/>
        <w:t>f 25307/25307/20667 25160/25160/20531 25306/25306/20666</w:t>
        <w:br/>
        <w:t>f 25166/25165/20536 25160/25160/20531 25307/25307/20667</w:t>
        <w:br/>
        <w:t>f 25308/25308/20668 25166/25165/20536 25307/25307/20667</w:t>
        <w:br/>
        <w:t>f 25309/25309/20669 25174/25173/20542 25166/25165/20536</w:t>
        <w:br/>
        <w:t>f 25308/25308/20668 25309/25309/20669 25166/25165/20536</w:t>
        <w:br/>
        <w:t>f 25309/25309/20669 25310/25310/20670 25182/25181/20550</w:t>
        <w:br/>
        <w:t>f 25174/25173/20542 25309/25309/20669 25182/25181/20550</w:t>
        <w:br/>
        <w:t>f 25311/25311/20671 25188/25187/20556 25182/25181/20550</w:t>
        <w:br/>
        <w:t>f 25310/25310/20670 25311/25311/20671 25182/25181/20550</w:t>
        <w:br/>
        <w:t>f 25312/25312/20672 25194/25193/20562 25188/25187/20556</w:t>
        <w:br/>
        <w:t>f 25311/25311/20671 25312/25312/20672 25188/25187/20556</w:t>
        <w:br/>
        <w:t>f 25313/25313/20673 25200/25199/20567 25194/25193/20562</w:t>
        <w:br/>
        <w:t>f 25312/25312/20672 25313/25313/20673 25194/25193/20562</w:t>
        <w:br/>
        <w:t>f 25210/25207/20575 25207/25210/20578 25315/25314/20674</w:t>
        <w:br/>
        <w:t>f 25314/25315/20675 25210/25207/20575 25315/25314/20674</w:t>
        <w:br/>
        <w:t>f 25314/25315/20675 25316/25316/20676 25218/25217/20583</w:t>
        <w:br/>
        <w:t>f 25210/25207/20575 25314/25315/20675 25218/25217/20583</w:t>
        <w:br/>
        <w:t>f 25223/25226/20592 25224/25225/20591 25318/25317/20677</w:t>
        <w:br/>
        <w:t>f 25317/25318/20678 25223/25226/20592 25318/25317/20677</w:t>
        <w:br/>
        <w:t>f 25235/25236/20600 25223/25226/20592 25317/25318/20678</w:t>
        <w:br/>
        <w:t>f 25319/25319/20679 25235/25236/20600 25317/25318/20678</w:t>
        <w:br/>
        <w:t>f 25241/25242/20606 25235/25236/20600 25319/25319/20679</w:t>
        <w:br/>
        <w:t>f 25320/25320/20680 25241/25242/20606 25319/25319/20679</w:t>
        <w:br/>
        <w:t>f 25247/25248/20612 25241/25242/20606 25320/25320/20680</w:t>
        <w:br/>
        <w:t>f 25321/25321/20681 25247/25248/20612 25320/25320/20680</w:t>
        <w:br/>
        <w:t>f 25322/25322/20682 25219/25222/20588 25226/25223/20589</w:t>
        <w:br/>
        <w:t>f 25236/25235/20599 25322/25322/20682 25226/25223/20589</w:t>
        <w:br/>
        <w:t>f 25325/25323/20683 25324/25324/20684 25323/25325/20685</w:t>
        <w:br/>
        <w:t>f 25327/25326/20686 25325/25323/20683 25323/25325/20685</w:t>
        <w:br/>
        <w:t>f 25326/25327/20687 25327/25326/20686 25323/25325/20685</w:t>
        <w:br/>
        <w:t>f 25331/25328/20688 25330/25329/20689 25329/25330/20690</w:t>
        <w:br/>
        <w:t>f 25328/25331/20691 25331/25328/20688 25329/25330/20690</w:t>
        <w:br/>
        <w:t>f 25333/25332/20692 25331/25328/20688 25328/25331/20691</w:t>
        <w:br/>
        <w:t>f 25332/25333/20693 25333/25332/20692 25328/25331/20691</w:t>
        <w:br/>
        <w:t>f 25335/25334/20694 25334/25335/20695 25333/25332/20692</w:t>
        <w:br/>
        <w:t>f 25332/25333/20693 25335/25334/20694 25333/25332/20692</w:t>
        <w:br/>
        <w:t>f 25337/25336/20696 25336/25337/20697 25334/25335/20695</w:t>
        <w:br/>
        <w:t>f 25335/25334/20694 25337/25336/20696 25334/25335/20695</w:t>
        <w:br/>
        <w:t>f 25339/25338/20698 25338/25339/20699 25336/25337/20697</w:t>
        <w:br/>
        <w:t>f 25337/25336/20696 25339/25338/20698 25336/25337/20697</w:t>
        <w:br/>
        <w:t>f 25341/25340/20700 25340/25341/20065 25137/25136/20507</w:t>
        <w:br/>
        <w:t>f 25138/25135/20506 25341/25340/20700 25137/25136/20507</w:t>
        <w:br/>
        <w:t>f 25342/25342/20701 25341/25340/20700 25138/25135/20506</w:t>
        <w:br/>
        <w:t>f 25144/25143/20514 25342/25342/20701 25138/25135/20506</w:t>
        <w:br/>
        <w:t>f 25343/25343/20702 25342/25342/20701 25144/25143/20514</w:t>
        <w:br/>
        <w:t>f 25149/25149/20520 25343/25343/20702 25144/25143/20514</w:t>
        <w:br/>
        <w:t>f 25346/25344/20690 25345/25345/20703 25344/25346/20704</w:t>
        <w:br/>
        <w:t>f 25348/25347/20693 25347/25348/20691 25229/25228/20594</w:t>
        <w:br/>
        <w:t>f 25230/25227/20593 25348/25347/20693 25229/25228/20594</w:t>
        <w:br/>
        <w:t>f 25350/25349/20694 25348/25347/20693 25349/25350/20705</w:t>
        <w:br/>
        <w:t>f 25350/25349/20694 25349/25350/20705 25352/25351/20706</w:t>
        <w:br/>
        <w:t>f 25351/25352/20707 25350/25349/20694 25352/25351/20706</w:t>
        <w:br/>
        <w:t>f 25351/25352/20707 25352/25351/20706 25354/25353/20708</w:t>
        <w:br/>
        <w:t>f 25353/25354/20709 25351/25352/20707 25354/25353/20708</w:t>
        <w:br/>
        <w:t>f 25253/25254/20618 25355/25355/20710 25354/25353/20708</w:t>
        <w:br/>
        <w:t>f 25249/25250/20614 25253/25254/20618 25354/25353/20708</w:t>
        <w:br/>
        <w:t>f 25257/25258/20622 25356/25356/20711 25355/25355/20710</w:t>
        <w:br/>
        <w:t>f 25253/25254/20618 25257/25258/20622 25355/25355/20710</w:t>
        <w:br/>
        <w:t>f 25261/25262/20626 25357/25357/20712 25356/25356/20711</w:t>
        <w:br/>
        <w:t>f 25257/25258/20622 25261/25262/20626 25356/25356/20711</w:t>
        <w:br/>
        <w:t>f 25273/25272/20636 25359/25358/20713 25358/25359/20714</w:t>
        <w:br/>
        <w:t>f 25272/25273/20637 25273/25272/20636 25358/25359/20714</w:t>
        <w:br/>
        <w:t>f 25363/25360/20715 25362/25361/20716 25361/25362/20717</w:t>
        <w:br/>
        <w:t>f 25360/25363/20718 25363/25360/20715 25361/25362/20717</w:t>
        <w:br/>
        <w:t>f 25365/25364/20719 25364/25365/20720 25362/25361/20716</w:t>
        <w:br/>
        <w:t>f 25363/25360/20715 25365/25364/20719 25362/25361/20716</w:t>
        <w:br/>
        <w:t>f 25364/25365/20720 25365/25364/20719 25366/25366/20721</w:t>
        <w:br/>
        <w:t>f 25367/25367/20722 25364/25365/20720 25366/25366/20721</w:t>
        <w:br/>
        <w:t>f 25369/25368/20723 25367/25367/20722 25366/25366/20721</w:t>
        <w:br/>
        <w:t>f 25368/25369/20724 25369/25368/20723 25366/25366/20721</w:t>
        <w:br/>
        <w:t>f 25371/25370/20725 25369/25368/20723 25368/25369/20724</w:t>
        <w:br/>
        <w:t>f 25370/25371/20726 25371/25370/20725 25368/25369/20724</w:t>
        <w:br/>
        <w:t>f 25372/25372/20727 25371/25370/20725 25370/25371/20726</w:t>
        <w:br/>
        <w:t>f 25162/25162/20533 25178/25175/20544 25175/25178/20547</w:t>
        <w:br/>
        <w:t>f 25161/25161/20532 25162/25162/20533 25175/25178/20547</w:t>
        <w:br/>
        <w:t>f 25375/25373/20728 25374/25374/20729 25373/25375/20730</w:t>
        <w:br/>
        <w:t>f 25376/25376/20728 25375/25373/20728 25373/25375/20730</w:t>
        <w:br/>
        <w:t>f 25170/25170/20538 25375/25373/20728 25376/25376/20728</w:t>
        <w:br/>
        <w:t>f 25169/25167/20538 25170/25170/20538 25376/25376/20728</w:t>
        <w:br/>
        <w:t>f 25168/25168/20539 25378/25377/20731 25377/25378/20731</w:t>
        <w:br/>
        <w:t>f 25167/25169/20539 25168/25168/20539 25377/25378/20731</w:t>
        <w:br/>
        <w:t>f 25380/25379/20732 25377/25378/20731 25378/25377/20731</w:t>
        <w:br/>
        <w:t>f 25379/25380/20732 25380/25379/20732 25378/25377/20731</w:t>
        <w:br/>
        <w:t>f 25382/25381/20733 25380/25379/20732 25379/25380/20732</w:t>
        <w:br/>
        <w:t>f 25381/25382/20733 25382/25381/20733 25379/25380/20732</w:t>
        <w:br/>
        <w:t>f 25384/25383/20734 25382/25381/20733 25381/25382/20733</w:t>
        <w:br/>
        <w:t>f 25383/25384/20734 25384/25383/20734 25381/25382/20733</w:t>
        <w:br/>
        <w:t>f 25386/25385/20735 25384/25383/20734 25383/25384/20734</w:t>
        <w:br/>
        <w:t>f 25385/25386/20736 25386/25385/20735 25383/25384/20734</w:t>
        <w:br/>
        <w:t>f 25390/25387/20737 25389/25388/20738 25388/25389/20739</w:t>
        <w:br/>
        <w:t>f 25387/25390/20740 25390/25387/20737 25388/25389/20739</w:t>
        <w:br/>
        <w:t>f 25392/25391/20741 25391/25392/20742 25330/25329/20689</w:t>
        <w:br/>
        <w:t>f 25331/25328/20688 25392/25391/20741 25330/25329/20689</w:t>
        <w:br/>
        <w:t>f 25393/25393/20743 25392/25391/20741 25331/25328/20688</w:t>
        <w:br/>
        <w:t>f 25333/25332/20692 25393/25393/20743 25331/25328/20688</w:t>
        <w:br/>
        <w:t>f 25394/25394/20744 25393/25393/20743 25333/25332/20692</w:t>
        <w:br/>
        <w:t>f 25334/25335/20695 25394/25394/20744 25333/25332/20692</w:t>
        <w:br/>
        <w:t>f 25336/25337/20697 25395/25395/20745 25394/25394/20744</w:t>
        <w:br/>
        <w:t>f 25334/25335/20695 25336/25337/20697 25394/25394/20744</w:t>
        <w:br/>
        <w:t>f 25338/25339/20699 25396/25396/20746 25395/25395/20745</w:t>
        <w:br/>
        <w:t>f 25336/25337/20697 25338/25339/20699 25395/25395/20745</w:t>
        <w:br/>
        <w:t>f 25398/25397/20630 25397/25398/20747 25269/25268/20632</w:t>
        <w:br/>
        <w:t>f 25270/25267/20631 25398/25397/20630 25269/25268/20632</w:t>
        <w:br/>
        <w:t>f 25267/25270/20634 25399/25399/20748 25276/25277/20641</w:t>
        <w:br/>
        <w:t>f 25270/25267/20631 25267/25270/20634 25276/25277/20641</w:t>
        <w:br/>
        <w:t>f 25401/25400/20749 25400/25401/20750 25279/25280/20644</w:t>
        <w:br/>
        <w:t>f 25275/25278/20642 25401/25400/20749 25279/25280/20644</w:t>
        <w:br/>
        <w:t>f 25400/25401/20750 25402/25402/20751 25281/25282/20646</w:t>
        <w:br/>
        <w:t>f 25279/25280/20644 25400/25401/20750 25281/25282/20646</w:t>
        <w:br/>
        <w:t>f 25402/25402/20751 25285/25287/20651 25284/25283/20647</w:t>
        <w:br/>
        <w:t>f 25281/25282/20646 25402/25402/20751 25284/25283/20647</w:t>
        <w:br/>
        <w:t>f 25286/25286/20650 25403/25403/20752 25283/25284/20648</w:t>
        <w:br/>
        <w:t>f 25284/25283/20647 25286/25286/20650 25283/25284/20648</w:t>
        <w:br/>
        <w:t>f 25288/25288/20652 25403/25403/20752 25286/25286/20650</w:t>
        <w:br/>
        <w:t>f 25405/25404/20753 25404/25405/20754 25292/25293/20655</w:t>
        <w:br/>
        <w:t>f 25290/25290/20653 25405/25404/20753 25292/25293/20655</w:t>
        <w:br/>
        <w:t>f 25325/25323/20683 25327/25326/20686 25294/25295/20656</w:t>
        <w:br/>
        <w:t>f 25292/25293/20655 25325/25323/20683 25294/25295/20656</w:t>
        <w:br/>
        <w:t>f 25327/25326/20686 25406/25406/20755 25296/25297/20658</w:t>
        <w:br/>
        <w:t>f 25294/25295/20656 25327/25326/20686 25296/25297/20658</w:t>
        <w:br/>
        <w:t>f 25406/25406/20755 25407/25407/20756 25298/25299/20659</w:t>
        <w:br/>
        <w:t>f 25296/25297/20658 25406/25406/20755 25298/25299/20659</w:t>
        <w:br/>
        <w:t>f 25407/25407/20756 25408/25408/20757 25300/25301/20661</w:t>
        <w:br/>
        <w:t>f 25298/25299/20659 25407/25407/20756 25300/25301/20661</w:t>
        <w:br/>
        <w:t>f 25349/25350/20705 25238/25237/20601 25243/25244/20608</w:t>
        <w:br/>
        <w:t>f 25352/25351/20706 25349/25350/20705 25243/25244/20608</w:t>
        <w:br/>
        <w:t>f 25352/25351/20706 25243/25244/20608 25249/25250/20614</w:t>
        <w:br/>
        <w:t>f 25354/25353/20708 25352/25351/20706 25249/25250/20614</w:t>
        <w:br/>
        <w:t>f 25355/25355/20710 25409/25409/20758 25353/25354/20709</w:t>
        <w:br/>
        <w:t>f 25354/25353/20708 25355/25355/20710 25353/25354/20709</w:t>
        <w:br/>
        <w:t>f 25356/25356/20711 25410/25410/20759 25409/25409/20758</w:t>
        <w:br/>
        <w:t>f 25355/25355/20710 25356/25356/20711 25409/25409/20758</w:t>
        <w:br/>
        <w:t>f 25357/25357/20712 25411/25411/20760 25410/25410/20759</w:t>
        <w:br/>
        <w:t>f 25356/25356/20711 25357/25357/20712 25410/25410/20759</w:t>
        <w:br/>
        <w:t>f 25359/25358/20713 25413/25412/20761 25412/25413/20762</w:t>
        <w:br/>
        <w:t>f 25358/25359/20714 25359/25358/20713 25412/25413/20762</w:t>
        <w:br/>
        <w:t>f 25362/25361/20716 25415/25414/20763 25414/25415/20764</w:t>
        <w:br/>
        <w:t>f 25361/25362/20717 25362/25361/20716 25414/25415/20764</w:t>
        <w:br/>
        <w:t>f 25415/25414/20763 25362/25361/20716 25364/25365/20720</w:t>
        <w:br/>
        <w:t>f 25416/25416/20765 25415/25414/20763 25364/25365/20720</w:t>
        <w:br/>
        <w:t>f 25416/25416/20765 25364/25365/20720 25367/25367/20722</w:t>
        <w:br/>
        <w:t>f 25417/25417/20766 25416/25416/20765 25367/25367/20722</w:t>
        <w:br/>
        <w:t>f 25418/25418/20767 25417/25417/20766 25367/25367/20722</w:t>
        <w:br/>
        <w:t>f 25369/25368/20723 25418/25418/20767 25367/25367/20722</w:t>
        <w:br/>
        <w:t>f 25419/25419/20768 25418/25418/20767 25369/25368/20723</w:t>
        <w:br/>
        <w:t>f 25371/25370/20725 25419/25419/20768 25369/25368/20723</w:t>
        <w:br/>
        <w:t>f 25372/25372/20727 25419/25419/20768 25371/25370/20725</w:t>
        <w:br/>
        <w:t>f 25423/25420/20769 25422/25421/20770 25421/25422/20771</w:t>
        <w:br/>
        <w:t>f 25420/25423/20769 25423/25420/20769 25421/25422/20771</w:t>
        <w:br/>
        <w:t>f 25422/25421/20770 25425/25424/20772 25424/25425/20773</w:t>
        <w:br/>
        <w:t>f 25421/25422/20771 25422/25421/20770 25424/25425/20773</w:t>
        <w:br/>
        <w:t>f 25427/25426/20774 25426/25427/20775 25424/25425/20773</w:t>
        <w:br/>
        <w:t>f 25425/25424/20772 25427/25426/20774 25424/25425/20773</w:t>
        <w:br/>
        <w:t>f 25429/25428/20776 25428/25429/20777 25426/25427/20775</w:t>
        <w:br/>
        <w:t>f 25427/25426/20774 25429/25428/20776 25426/25427/20775</w:t>
        <w:br/>
        <w:t>f 25433/25430/20778 25432/25431/20779 25431/25432/20780</w:t>
        <w:br/>
        <w:t>f 25430/25433/20781 25433/25430/20778 25431/25432/20780</w:t>
        <w:br/>
        <w:t>f 25437/25434/20782 25436/25435/20783 25435/25436/20784</w:t>
        <w:br/>
        <w:t>f 25434/25437/20785 25437/25434/20782 25435/25436/20784</w:t>
        <w:br/>
        <w:t>f 25439/25438/20786 25438/25439/20787 25436/25435/20783</w:t>
        <w:br/>
        <w:t>f 25437/25434/20782 25439/25438/20786 25436/25435/20783</w:t>
        <w:br/>
        <w:t>f 25441/25440/20788 25440/25441/20789 25438/25439/20787</w:t>
        <w:br/>
        <w:t>f 25439/25438/20786 25441/25440/20788 25438/25439/20787</w:t>
        <w:br/>
        <w:t>f 25443/25442/20790 25442/25443/20791 25440/25441/20789</w:t>
        <w:br/>
        <w:t>f 25441/25440/20788 25443/25442/20790 25440/25441/20789</w:t>
        <w:br/>
        <w:t>f 25444/25444/20792 25442/25443/20791 25419/25419/20793</w:t>
        <w:br/>
        <w:t>f 25447/25445/20794 25446/25446/20795 25445/25447/20796</w:t>
        <w:br/>
        <w:t>f 25447/25445/20794 25449/25448/20797 25448/25449/20798</w:t>
        <w:br/>
        <w:t>f 25446/25446/20795 25447/25445/20794 25448/25449/20798</w:t>
        <w:br/>
        <w:t>f 25368/25369/20724 25366/25366/20721 25450/25450/20799</w:t>
        <w:br/>
        <w:t>f 25448/25449/20800 25368/25369/20724 25450/25450/20799</w:t>
        <w:br/>
        <w:t>f 25366/25366/20721 25365/25364/20719 25451/25451/20801</w:t>
        <w:br/>
        <w:t>f 25450/25450/20799 25366/25366/20721 25451/25451/20801</w:t>
        <w:br/>
        <w:t>f 25365/25364/20719 25363/25360/20715 25452/25452/20802</w:t>
        <w:br/>
        <w:t>f 25451/25451/20801 25365/25364/20719 25452/25452/20802</w:t>
        <w:br/>
        <w:t>f 25363/25360/20715 25360/25363/20718 25453/25453/20803</w:t>
        <w:br/>
        <w:t>f 25452/25452/20802 25363/25360/20715 25453/25453/20803</w:t>
        <w:br/>
        <w:t>f 25455/25454/20804 25327/25326/20686 25326/25327/20687</w:t>
        <w:br/>
        <w:t>f 25454/25455/20804 25455/25454/20804 25326/25327/20687</w:t>
        <w:br/>
        <w:t>f 25457/25456/20805 25455/25454/20804 25454/25455/20804</w:t>
        <w:br/>
        <w:t>f 25456/25457/20806 25457/25456/20805 25454/25455/20804</w:t>
        <w:br/>
        <w:t>f 25459/25458/20807 25457/25456/20805 25456/25457/20806</w:t>
        <w:br/>
        <w:t>f 25458/25459/20775 25459/25458/20807 25456/25457/20806</w:t>
        <w:br/>
        <w:t>f 25463/25460/20808 25462/25461/20809 25461/25462/20810</w:t>
        <w:br/>
        <w:t>f 25460/25463/20780 25463/25460/20808 25461/25462/20810</w:t>
        <w:br/>
        <w:t>f 25401/25400/20749 25466/25464/20811 25465/25465/20779</w:t>
        <w:br/>
        <w:t>f 25464/25466/20784 25401/25400/20749 25465/25465/20779</w:t>
        <w:br/>
        <w:t>f 25400/25401/20750 25401/25400/20749 25464/25466/20784</w:t>
        <w:br/>
        <w:t>f 25467/25467/20783 25400/25401/20750 25464/25466/20784</w:t>
        <w:br/>
        <w:t>f 25400/25401/20750 25467/25467/20783 25468/25468/20787</w:t>
        <w:br/>
        <w:t>f 25402/25402/20751 25400/25401/20750 25468/25468/20787</w:t>
        <w:br/>
        <w:t>f 25402/25402/20751 25468/25468/20787 25469/25469/20812</w:t>
        <w:br/>
        <w:t>f 25285/25287/20651 25402/25402/20751 25469/25469/20812</w:t>
        <w:br/>
        <w:t>f 25470/25470/20791 25287/25285/20649 25285/25287/20651</w:t>
        <w:br/>
        <w:t>f 25469/25469/20812 25470/25470/20791 25285/25287/20651</w:t>
        <w:br/>
        <w:t>f 25288/25288/20652 25287/25285/20649 25470/25470/20791</w:t>
        <w:br/>
        <w:t>f 25473/25471/20813 25472/25472/20752 25471/25473/20796</w:t>
        <w:br/>
        <w:t>f 25474/25474/20648 25472/25472/20752 25473/25471/20813</w:t>
        <w:br/>
        <w:t>f 25475/25475/20814 25474/25474/20648 25473/25471/20813</w:t>
        <w:br/>
        <w:t>f 25478/25476/20645 25474/25474/20815 25477/25477/20798</w:t>
        <w:br/>
        <w:t>f 25476/25478/20816 25478/25476/20645 25477/25477/20798</w:t>
        <w:br/>
        <w:t>f 25481/25479/20817 25478/25476/20818 25480/25480/20799</w:t>
        <w:br/>
        <w:t>f 25479/25481/20801 25481/25479/20817 25480/25480/20799</w:t>
        <w:br/>
        <w:t>f 25483/25482/20819 25481/25479/20817 25479/25481/20801</w:t>
        <w:br/>
        <w:t>f 25482/25483/20802 25483/25482/20819 25479/25481/20801</w:t>
        <w:br/>
        <w:t>f 25487/25484/20630 25486/25485/20820 25485/25486/20803</w:t>
        <w:br/>
        <w:t>f 25484/25487/20821 25487/25484/20630 25485/25486/20803</w:t>
        <w:br/>
        <w:t>f 25490/25488/20822 25489/25489/20823 25248/25247/20611</w:t>
        <w:br/>
        <w:t>f 25488/25490/20824 25490/25488/20822 25248/25247/20611</w:t>
        <w:br/>
        <w:t>f 25492/25491/20825 25490/25488/20822 25488/25490/20824</w:t>
        <w:br/>
        <w:t>f 25491/25492/20826 25492/25491/20825 25488/25490/20824</w:t>
        <w:br/>
        <w:t>f 25491/25492/20826 25494/25493/20827 25493/25494/20828</w:t>
        <w:br/>
        <w:t>f 25492/25491/20825 25491/25492/20826 25493/25494/20828</w:t>
        <w:br/>
        <w:t>f 25496/25495/20829 25247/25248/20612 25321/25321/20681</w:t>
        <w:br/>
        <w:t>f 25495/25496/20830 25496/25495/20829 25321/25321/20681</w:t>
        <w:br/>
        <w:t>f 25498/25497/20831 25496/25495/20829 25495/25496/20830</w:t>
        <w:br/>
        <w:t>f 25497/25498/20832 25498/25497/20831 25495/25496/20830</w:t>
        <w:br/>
        <w:t>f 25497/25498/20832 25500/25499/20833 25499/25500/20834</w:t>
        <w:br/>
        <w:t>f 25498/25497/20831 25497/25498/20832 25499/25500/20834</w:t>
        <w:br/>
        <w:t>f 25500/25499/20833 25502/25501/20835 25501/25502/20836</w:t>
        <w:br/>
        <w:t>f 25499/25500/20834 25500/25499/20833 25501/25502/20836</w:t>
        <w:br/>
        <w:t>f 25505/25503/20837 25504/25504/20838 25503/25505/20839</w:t>
        <w:br/>
        <w:t>f 25506/25506/20840 25505/25503/20837 25503/25505/20839</w:t>
        <w:br/>
        <w:t>f 25507/25507/20841 25505/25503/20837 25506/25506/20840</w:t>
        <w:br/>
        <w:t>f 25508/25508/20842 25507/25507/20841 25506/25506/20840</w:t>
        <w:br/>
        <w:t>f 25510/25509/20843 25509/25510/20844 25507/25507/20841</w:t>
        <w:br/>
        <w:t>f 25508/25508/20842 25510/25509/20843 25507/25507/20841</w:t>
        <w:br/>
        <w:t>f 25513/25511/20845 25512/25512/20846 25511/25513/20847</w:t>
        <w:br/>
        <w:t>f 25515/25514/20848 25514/25515/20849 25501/25502/20836</w:t>
        <w:br/>
        <w:t>f 25504/25504/20838 25515/25514/20848 25501/25502/20836</w:t>
        <w:br/>
        <w:t>f 25504/25504/20838 25505/25503/20837 25516/25516/20850</w:t>
        <w:br/>
        <w:t>f 25515/25514/20848 25504/25504/20838 25516/25516/20850</w:t>
        <w:br/>
        <w:t>f 25505/25503/20837 25507/25507/20841 25517/25517/20851</w:t>
        <w:br/>
        <w:t>f 25516/25516/20850 25505/25503/20837 25517/25517/20851</w:t>
        <w:br/>
        <w:t>f 25519/25518/20852 25518/25519/20853 25338/25339/20699</w:t>
        <w:br/>
        <w:t>f 25339/25338/20698 25519/25518/20852 25338/25339/20699</w:t>
        <w:br/>
        <w:t>f 25518/25519/20853 25519/25518/20852 25521/25520/20854</w:t>
        <w:br/>
        <w:t>f 25520/25521/20855 25518/25519/20853 25521/25520/20854</w:t>
        <w:br/>
        <w:t>f 25520/25521/20855 25521/25520/20854 25523/25522/20856</w:t>
        <w:br/>
        <w:t>f 25522/25523/20857 25520/25521/20855 25523/25522/20856</w:t>
        <w:br/>
        <w:t>f 25522/25523/20857 25523/25522/20856 25525/25524/20858</w:t>
        <w:br/>
        <w:t>f 25524/25525/20859 25522/25523/20857 25525/25524/20858</w:t>
        <w:br/>
        <w:t>f 25529/25526/20860 25528/25527/20861 25527/25528/20862</w:t>
        <w:br/>
        <w:t>f 25526/25529/20863 25529/25526/20860 25527/25528/20862</w:t>
        <w:br/>
        <w:t>f 25531/25530/20864 25529/25526/20860 25526/25529/20863</w:t>
        <w:br/>
        <w:t>f 25530/25531/20865 25531/25530/20864 25526/25529/20863</w:t>
        <w:br/>
        <w:t>f 25533/25532/20866 25531/25530/20864 25530/25531/20865</w:t>
        <w:br/>
        <w:t>f 25532/25533/20867 25533/25532/20866 25530/25531/20865</w:t>
        <w:br/>
        <w:t>f 25518/25519/20853 25534/25534/20868 25396/25396/20746</w:t>
        <w:br/>
        <w:t>f 25338/25339/20699 25518/25519/20853 25396/25396/20746</w:t>
        <w:br/>
        <w:t>f 25520/25521/20855 25535/25535/20869 25534/25534/20868</w:t>
        <w:br/>
        <w:t>f 25518/25519/20853 25520/25521/20855 25534/25534/20868</w:t>
        <w:br/>
        <w:t>f 25536/25536/20870 25535/25535/20869 25520/25521/20855</w:t>
        <w:br/>
        <w:t>f 25522/25523/20857 25536/25536/20870 25520/25521/20855</w:t>
        <w:br/>
        <w:t>f 25522/25523/20857 25524/25525/20859 25537/25537/20871</w:t>
        <w:br/>
        <w:t>f 25536/25536/20870 25522/25523/20857 25537/25537/20871</w:t>
        <w:br/>
        <w:t>f 25539/25538/20872 25538/25539/20873 25528/25527/20861</w:t>
        <w:br/>
        <w:t>f 25529/25526/20860 25539/25538/20872 25528/25527/20861</w:t>
        <w:br/>
        <w:t>f 25540/25540/20874 25539/25538/20872 25529/25526/20860</w:t>
        <w:br/>
        <w:t>f 25531/25530/20864 25540/25540/20874 25529/25526/20860</w:t>
        <w:br/>
        <w:t>f 25541/25541/20875 25540/25540/20874 25531/25530/20864</w:t>
        <w:br/>
        <w:t>f 25533/25532/20866 25541/25541/20875 25531/25530/20864</w:t>
        <w:br/>
        <w:t>f 25545/25542/20876 25544/25543/20877 25543/25544/20878</w:t>
        <w:br/>
        <w:t>f 25542/25545/20879 25545/25542/20876 25543/25544/20878</w:t>
        <w:br/>
        <w:t>f 25547/25546/20880 25546/25547/20881 25544/25543/20877</w:t>
        <w:br/>
        <w:t>f 25545/25542/20876 25547/25546/20880 25544/25543/20877</w:t>
        <w:br/>
        <w:t>f 25551/25548/20882 25550/25549/20883 25549/25550/20884</w:t>
        <w:br/>
        <w:t>f 25548/25551/20885 25551/25548/20882 25549/25550/20884</w:t>
        <w:br/>
        <w:t>f 25548/25551/20885 25549/25550/20884 25552/25552/20886</w:t>
        <w:br/>
        <w:t>f 25553/25553/20886 25548/25551/20885 25552/25552/20886</w:t>
        <w:br/>
        <w:t>f 25553/25553/20886 25552/25552/20886 25555/25554/20887</w:t>
        <w:br/>
        <w:t>f 25554/25555/20887 25553/25553/20886 25555/25554/20887</w:t>
        <w:br/>
        <w:t>f 25247/25248/20612 25496/25495/20829 25488/25490/20824</w:t>
        <w:br/>
        <w:t>f 25248/25247/20611 25247/25248/20612 25488/25490/20824</w:t>
        <w:br/>
        <w:t>f 25496/25495/20829 25498/25497/20831 25491/25492/20826</w:t>
        <w:br/>
        <w:t>f 25488/25490/20824 25496/25495/20829 25491/25492/20826</w:t>
        <w:br/>
        <w:t>f 25498/25497/20831 25499/25500/20834 25494/25493/20827</w:t>
        <w:br/>
        <w:t>f 25491/25492/20826 25498/25497/20831 25494/25493/20827</w:t>
        <w:br/>
        <w:t>f 25556/25556/20888 25493/25494/20828 25494/25493/20827</w:t>
        <w:br/>
        <w:t>f 25514/25515/20849 25556/25556/20888 25494/25493/20827</w:t>
        <w:br/>
        <w:t>f 25507/25507/20841 25509/25510/20844 25557/25557/20889</w:t>
        <w:br/>
        <w:t>f 25517/25517/20851 25507/25507/20841 25557/25557/20889</w:t>
        <w:br/>
        <w:t>f 25560/25558/20890 25559/25559/20891 25512/25512/20846</w:t>
        <w:br/>
        <w:t>f 25558/25560/20892 25560/25558/20890 25512/25512/20846</w:t>
        <w:br/>
        <w:t>f 25564/25561/20893 25563/25562/20894 25562/25563/20895</w:t>
        <w:br/>
        <w:t>f 25561/25564/20896 25564/25561/20893 25562/25563/20895</w:t>
        <w:br/>
        <w:t>f 25567/25565/20897 25566/25566/20898 25565/25567/20899</w:t>
        <w:br/>
        <w:t>f 25569/25568/20900 25568/25569/20901 25561/25564/20896</w:t>
        <w:br/>
        <w:t>f 25562/25563/20895 25569/25568/20900 25561/25564/20896</w:t>
        <w:br/>
        <w:t>f 25571/25570/20902 25570/25571/20903 25568/25569/20901</w:t>
        <w:br/>
        <w:t>f 25569/25568/20900 25571/25570/20902 25568/25569/20901</w:t>
        <w:br/>
        <w:t>f 25573/25572/20904 25572/25573/20905 25570/25571/20906</w:t>
        <w:br/>
        <w:t>f 25527/25528/20862 25573/25572/20904 25570/25571/20906</w:t>
        <w:br/>
        <w:t>f 25577/25574/20907 25576/25575/20907 25575/25576/20908</w:t>
        <w:br/>
        <w:t>f 25574/25577/20908 25577/25574/20907 25575/25576/20908</w:t>
        <w:br/>
        <w:t>f 25574/25577/20908 25575/25576/20908 25579/25578/20909</w:t>
        <w:br/>
        <w:t>f 25578/25579/20910 25574/25577/20908 25579/25578/20909</w:t>
        <w:br/>
        <w:t>f 25583/25580/20911 25582/25581/20893 25581/25582/20896</w:t>
        <w:br/>
        <w:t>f 25580/25583/20912 25583/25580/20911 25581/25582/20896</w:t>
        <w:br/>
        <w:t>f 25586/25584/20913 25585/25585/20914 25584/25586/20915</w:t>
        <w:br/>
        <w:t>f 25580/25583/20912 25581/25582/20896 25588/25587/20916</w:t>
        <w:br/>
        <w:t>f 25587/25588/20917 25580/25583/20912 25588/25587/20916</w:t>
        <w:br/>
        <w:t>f 25590/25589/20906 25589/25590/20918 25587/25588/20917</w:t>
        <w:br/>
        <w:t>f 25588/25587/20916 25590/25589/20906 25587/25588/20917</w:t>
        <w:br/>
        <w:t>f 25592/25591/20905 25591/25592/20919 25589/25590/20918</w:t>
        <w:br/>
        <w:t>f 25590/25589/20906 25592/25591/20905 25589/25590/20918</w:t>
        <w:br/>
        <w:t>f 25593/25593/20920 25591/25592/20919 25550/25549/20883</w:t>
        <w:br/>
        <w:t>f 25551/25548/20882 25593/25593/20920 25550/25549/20883</w:t>
        <w:br/>
        <w:t>f 25576/25575/20907 25577/25574/20907 25595/25594/20921</w:t>
        <w:br/>
        <w:t>f 25594/25595/20922 25576/25575/20907 25595/25594/20921</w:t>
        <w:br/>
        <w:t>f 25550/25549/20883 25596/25596/20923 25549/25550/20884</w:t>
        <w:br/>
        <w:t>f 25236/25235/20599 25242/25241/20605 25597/25597/20924</w:t>
        <w:br/>
        <w:t>f 25322/25322/20682 25236/25235/20599 25597/25597/20924</w:t>
        <w:br/>
        <w:t>f 25242/25241/20605 25248/25247/20611 25489/25489/20823</w:t>
        <w:br/>
        <w:t>f 25597/25597/20924 25242/25241/20605 25489/25489/20823</w:t>
        <w:br/>
        <w:t>f 25291/25289/20588 25405/25404/20753 25290/25290/20653</w:t>
        <w:br/>
        <w:t>f 25601/25598/20925 25600/25599/20926 25599/25600/20927</w:t>
        <w:br/>
        <w:t>f 25598/25601/20928 25601/25598/20925 25599/25600/20927</w:t>
        <w:br/>
        <w:t>f 25598/25601/20928 25599/25600/20927 25603/25602/20929</w:t>
        <w:br/>
        <w:t>f 25602/25603/20930 25598/25601/20928 25603/25602/20929</w:t>
        <w:br/>
        <w:t>f 25602/25603/20930 25603/25602/20929 25605/25604/20931</w:t>
        <w:br/>
        <w:t>f 25604/25605/20932 25602/25603/20930 25605/25604/20931</w:t>
        <w:br/>
        <w:t>f 25604/25605/20932 25605/25604/20931 25607/25606/20933</w:t>
        <w:br/>
        <w:t>f 25606/25607/20911 25604/25605/20932 25607/25606/20933</w:t>
        <w:br/>
        <w:t>f 25611/25608/20934 25610/25609/20935 25609/25610/20936</w:t>
        <w:br/>
        <w:t>f 25608/25611/20937 25611/25608/20934 25609/25610/20936</w:t>
        <w:br/>
        <w:t>f 25614/25612/20938 25613/25613/20939 25612/25614/20940</w:t>
        <w:br/>
        <w:t>f 25615/25615/20940 25614/25612/20938 25612/25614/20940</w:t>
        <w:br/>
        <w:t>f 25619/25616/20941 25618/25617/20941 25617/25618/20942</w:t>
        <w:br/>
        <w:t>f 25616/25619/20943 25619/25616/20941 25617/25618/20942</w:t>
        <w:br/>
        <w:t>f 25622/25620/20944 25621/25621/20944 25620/25622/20945</w:t>
        <w:br/>
        <w:t>f 25625/25623/20946 25624/25624/20947 25623/25625/20948</w:t>
        <w:br/>
        <w:t>f 25626/25626/20949 25625/25623/20946 25623/25625/20948</w:t>
        <w:br/>
        <w:t>f 25629/25627/20950 25628/25628/20951 25627/25629/20951</w:t>
        <w:br/>
        <w:t>f 25630/25630/20950 25629/25627/20950 25627/25629/20951</w:t>
        <w:br/>
        <w:t>f 25634/25631/20952 25633/25632/20952 25632/25633/20953</w:t>
        <w:br/>
        <w:t>f 25631/25634/20953 25634/25631/20952 25632/25633/20953</w:t>
        <w:br/>
        <w:t>f 25638/25635/20954 25637/25636/20955 25636/25637/20956</w:t>
        <w:br/>
        <w:t>f 25635/25638/20956 25638/25635/20954 25636/25637/20956</w:t>
        <w:br/>
        <w:t>f 25635/25638/20956 25636/25637/20956 25640/25639/20957</w:t>
        <w:br/>
        <w:t>f 25639/25640/20920 25635/25638/20956 25640/25639/20957</w:t>
        <w:br/>
        <w:t>f 25644/25641/20958 25643/25642/20888 25642/25643/20959</w:t>
        <w:br/>
        <w:t>f 25641/25644/20958 25644/25641/20958 25642/25643/20959</w:t>
        <w:br/>
        <w:t>f 25646/25645/20960 25644/25641/20958 25641/25644/20958</w:t>
        <w:br/>
        <w:t>f 25645/25646/20961 25646/25645/20960 25641/25644/20958</w:t>
        <w:br/>
        <w:t>f 25612/25614/20940 25648/25647/20962 25647/25648/20962</w:t>
        <w:br/>
        <w:t>f 25615/25615/20940 25612/25614/20940 25647/25648/20962</w:t>
        <w:br/>
        <w:t>f 25629/25627/20950 25630/25630/20950 25649/25649/20963</w:t>
        <w:br/>
        <w:t>f 25653/25650/20964 25652/25651/20965 25651/25652/20966</w:t>
        <w:br/>
        <w:t>f 25650/25653/20964 25653/25650/20964 25651/25652/20966</w:t>
        <w:br/>
        <w:t>f 25657/25654/20967 25656/25655/20967 25655/25656/20968</w:t>
        <w:br/>
        <w:t>f 25654/25657/20968 25657/25654/20967 25655/25656/20968</w:t>
        <w:br/>
        <w:t>f 25659/25658/20969 25653/25650/20964 25650/25653/20964</w:t>
        <w:br/>
        <w:t>f 25658/25659/20969 25659/25658/20969 25650/25653/20964</w:t>
        <w:br/>
        <w:t>f 25661/25660/20970 25660/25661/20970 25656/25655/20967</w:t>
        <w:br/>
        <w:t>f 25657/25654/20967 25661/25660/20970 25656/25655/20967</w:t>
        <w:br/>
        <w:t>f 25663/25662/20971 25659/25658/20969 25658/25659/20969</w:t>
        <w:br/>
        <w:t>f 25662/25663/20971 25663/25662/20971 25658/25659/20969</w:t>
        <w:br/>
        <w:t>f 25660/25661/20970 25661/25660/20970 25664/25664/20972</w:t>
        <w:br/>
        <w:t>f 25665/25665/20972 25660/25661/20970 25664/25664/20972</w:t>
        <w:br/>
        <w:t>f 25662/25663/20971 25667/25666/20973 25666/25667/20974</w:t>
        <w:br/>
        <w:t>f 25663/25662/20971 25662/25663/20971 25666/25667/20974</w:t>
        <w:br/>
        <w:t>f 25671/25668/20975 25670/25669/20976 25669/25670/20977</w:t>
        <w:br/>
        <w:t>f 25668/25671/20975 25671/25668/20975 25669/25670/20977</w:t>
        <w:br/>
        <w:t>f 25674/25672/20978 25673/25673/20979 25672/25674/20980</w:t>
        <w:br/>
        <w:t>f 25675/25675/20978 25674/25672/20978 25672/25674/20980</w:t>
        <w:br/>
        <w:t>f 25676/25676/20981 25671/25668/20975 25668/25671/20975</w:t>
        <w:br/>
        <w:t>f 25677/25677/20981 25676/25676/20981 25668/25671/20975</w:t>
        <w:br/>
        <w:t>f 25679/25678/20982 25678/25679/20983 25674/25672/20978</w:t>
        <w:br/>
        <w:t>f 25675/25675/20978 25679/25678/20982 25674/25672/20978</w:t>
        <w:br/>
        <w:t>f 25680/25680/20984 25676/25676/20981 25677/25677/20981</w:t>
        <w:br/>
        <w:t>f 25681/25681/20984 25680/25680/20984 25677/25677/20981</w:t>
        <w:br/>
        <w:t>f 25683/25682/20985 25682/25683/20985 25678/25679/20983</w:t>
        <w:br/>
        <w:t>f 25679/25678/20982 25683/25682/20985 25678/25679/20983</w:t>
        <w:br/>
        <w:t>f 25680/25680/20984 25681/25681/20984 25684/25684/20986</w:t>
        <w:br/>
        <w:t>f 25685/25685/20986 25680/25680/20984 25684/25684/20986</w:t>
        <w:br/>
        <w:t>f 25687/25686/20987 25686/25687/20988 25682/25683/20985</w:t>
        <w:br/>
        <w:t>f 25683/25682/20985 25687/25686/20987 25682/25683/20985</w:t>
        <w:br/>
        <w:t>f 25685/25685/20986 25684/25684/20986 25688/25688/20989</w:t>
        <w:br/>
        <w:t>f 25689/25689/20989 25685/25685/20986 25688/25688/20989</w:t>
        <w:br/>
        <w:t>f 25690/25690/20990 25686/25687/20988 25687/25686/20987</w:t>
        <w:br/>
        <w:t>f 25691/25691/20991 25689/25689/20989 25688/25688/20989</w:t>
        <w:br/>
        <w:t>f 25667/25666/20973 25672/25674/20980 25673/25673/20979</w:t>
        <w:br/>
        <w:t>f 25666/25667/20974 25667/25666/20973 25673/25673/20979</w:t>
        <w:br/>
        <w:t>f 25670/25669/20976 25665/25665/20972 25664/25664/20972</w:t>
        <w:br/>
        <w:t>f 25669/25670/20977 25670/25669/20976 25664/25664/20972</w:t>
        <w:br/>
        <w:t>f 25230/25227/20593 25238/25237/20601 25349/25350/20705</w:t>
        <w:br/>
        <w:t>f 25348/25347/20693 25230/25227/20593 25349/25350/20705</w:t>
        <w:br/>
        <w:t>f 25198/25198/20566 25204/25205/20573 25205/25204/20572</w:t>
        <w:br/>
        <w:t>f 25197/25197/20565 25198/25198/20566 25205/25204/20572</w:t>
        <w:br/>
        <w:t>f 25199/25200/20568 25200/25199/20567 25207/25210/20578</w:t>
        <w:br/>
        <w:t>f 25208/25209/20577 25199/25200/20568 25207/25210/20578</w:t>
        <w:br/>
        <w:t>f 25213/25212/20580 25202/25201/20569 25201/25202/20570</w:t>
        <w:br/>
        <w:t>f 25212/25213/20580 25213/25212/20580 25201/25202/20570</w:t>
        <w:br/>
        <w:t>f 25198/25198/20566 25199/25200/20568 25208/25209/20577</w:t>
        <w:br/>
        <w:t>f 25204/25205/20573 25198/25198/20566 25208/25209/20577</w:t>
        <w:br/>
        <w:t>f 25207/25210/20578 25200/25199/20567 25313/25313/20673</w:t>
        <w:br/>
        <w:t>f 25315/25314/20674 25207/25210/20578 25313/25313/20673</w:t>
        <w:br/>
        <w:t>f 25389/25388/20738 25386/25385/20735 25385/25386/20736</w:t>
        <w:br/>
        <w:t>f 25388/25389/20739 25389/25388/20738 25385/25386/20736</w:t>
        <w:br/>
        <w:t>f 25228/25229/20595 25229/25228/20594 25692/25692/20992</w:t>
        <w:br/>
        <w:t>f 25694/25693/20993 25214/25211/20579 25211/25214/20579</w:t>
        <w:br/>
        <w:t>f 25693/25694/20993 25694/25693/20993 25211/25214/20579</w:t>
        <w:br/>
        <w:t>f 25344/25346/20704 25229/25228/20594 25347/25348/20691</w:t>
        <w:br/>
        <w:t>f 25698/25695/20994 25697/25696/20526 25696/25697/20532</w:t>
        <w:br/>
        <w:t>f 25695/25698/20995 25698/25695/20994 25696/25697/20532</w:t>
        <w:br/>
        <w:t>f 25700/25699/20547 25699/25700/20996 25695/25698/20995</w:t>
        <w:br/>
        <w:t>f 25696/25697/20532 25700/25699/20547 25695/25698/20995</w:t>
        <w:br/>
        <w:t>f 25703/25701/20546 25702/25702/20552 25701/25703/20997</w:t>
        <w:br/>
        <w:t>f 25704/25704/20998 25703/25701/20546 25701/25703/20997</w:t>
        <w:br/>
        <w:t>f 25702/25702/20552 25706/25705/20558 25705/25706/20999</w:t>
        <w:br/>
        <w:t>f 25701/25703/20997 25702/25702/20552 25705/25706/20999</w:t>
        <w:br/>
        <w:t>f 25706/25705/20558 25708/25707/21000 25707/25708/21001</w:t>
        <w:br/>
        <w:t>f 25705/25706/20999 25706/25705/20558 25707/25708/21001</w:t>
        <w:br/>
        <w:t>f 25711/25709/21002 25710/25710/21003 25709/25711/21003</w:t>
        <w:br/>
        <w:t>f 25712/25712/21004 25711/25709/21002 25709/25711/21003</w:t>
        <w:br/>
        <w:t>f 25710/25710/21003 25714/25713/21005 25713/25714/21005</w:t>
        <w:br/>
        <w:t>f 25709/25711/21003 25710/25710/21003 25713/25714/21005</w:t>
        <w:br/>
        <w:t>f 25713/25714/21005 25714/25713/21005 25716/25715/21006</w:t>
        <w:br/>
        <w:t>f 25715/25716/21006 25713/25714/21005 25716/25715/21006</w:t>
        <w:br/>
        <w:t>f 25719/25717/21007 25718/25718/21008 25717/25719/21009</w:t>
        <w:br/>
        <w:t>f 25715/25716/21006 25716/25715/21006 25721/25720/21010</w:t>
        <w:br/>
        <w:t>f 25720/25721/21010 25715/25716/21006 25721/25720/21010</w:t>
        <w:br/>
        <w:t>f 25724/25722/21011 25723/25723/21012 25722/25724/21013</w:t>
        <w:br/>
        <w:t>f 25725/25725/21014 25724/25722/21011 25722/25724/21013</w:t>
        <w:br/>
        <w:t>f 25728/25726/21015 25727/25727/21016 25726/25728/21017</w:t>
        <w:br/>
        <w:t>f 25718/25718/21008 25728/25726/21015 25726/25728/21017</w:t>
        <w:br/>
        <w:t>f 25720/25721/21010 25721/25720/21010 25730/25729/21018</w:t>
        <w:br/>
        <w:t>f 25729/25730/21018 25720/25721/21010 25730/25729/21018</w:t>
        <w:br/>
        <w:t>f 25732/25731/21019 25731/25732/21020 25722/25724/21013</w:t>
        <w:br/>
        <w:t>f 25723/25723/21012 25732/25731/21019 25722/25724/21013</w:t>
        <w:br/>
        <w:t>f 25735/25733/21021 25734/25734/21022 25733/25735/21023</w:t>
        <w:br/>
        <w:t>f 25737/25736/21024 25736/25737/21024 25729/25730/21018</w:t>
        <w:br/>
        <w:t>f 25730/25729/21018 25737/25736/21024 25729/25730/21018</w:t>
        <w:br/>
        <w:t>f 25731/25732/21020 25732/25731/21019 25739/25738/21025</w:t>
        <w:br/>
        <w:t>f 25738/25739/21026 25731/25732/21020 25739/25738/21025</w:t>
        <w:br/>
        <w:t>f 25736/25737/21024 25737/25736/21024 25741/25740/21027</w:t>
        <w:br/>
        <w:t>f 25740/25741/21027 25736/25737/21024 25741/25740/21027</w:t>
        <w:br/>
        <w:t>f 25738/25739/21026 25739/25738/21025 25743/25742/21028</w:t>
        <w:br/>
        <w:t>f 25742/25743/21029 25738/25739/21026 25743/25742/21028</w:t>
        <w:br/>
        <w:t>f 25740/25741/21027 25741/25740/21027 25745/25744/21030</w:t>
        <w:br/>
        <w:t>f 25744/25745/21030 25740/25741/21027 25745/25744/21030</w:t>
        <w:br/>
        <w:t>f 25743/25742/21028 25747/25746/21031 25746/25747/21032</w:t>
        <w:br/>
        <w:t>f 25742/25743/21029 25743/25742/21028 25746/25747/21032</w:t>
        <w:br/>
        <w:t>f 25749/25748/21033 25748/25749/21034 25744/25745/21030</w:t>
        <w:br/>
        <w:t>f 25745/25744/21030 25749/25748/21033 25744/25745/21030</w:t>
        <w:br/>
        <w:t>f 25747/25746/21031 25751/25750/21035 25750/25751/21036</w:t>
        <w:br/>
        <w:t>f 25746/25747/21032 25747/25746/21031 25750/25751/21036</w:t>
        <w:br/>
        <w:t>f 25753/25752/21037 25752/25753/21038 25748/25749/21034</w:t>
        <w:br/>
        <w:t>f 25749/25748/21033 25753/25752/21037 25748/25749/21034</w:t>
        <w:br/>
        <w:t>f 25751/25750/21035 25755/25754/21039 25754/25755/21040</w:t>
        <w:br/>
        <w:t>f 25750/25751/21036 25751/25750/21035 25754/25755/21040</w:t>
        <w:br/>
        <w:t>f 25757/25756/21041 25756/25757/21042 25752/25753/21038</w:t>
        <w:br/>
        <w:t>f 25753/25752/21037 25757/25756/21041 25752/25753/21038</w:t>
        <w:br/>
        <w:t>f 25760/25758/21039 25759/25759/21043 25758/25760/21043</w:t>
        <w:br/>
        <w:t>f 25761/25761/21040 25760/25758/21039 25758/25760/21043</w:t>
        <w:br/>
        <w:t>f 25766/25762/21044 25763/25763/21045 25762/25764/21044</w:t>
        <w:br/>
        <w:t>f 25764/25765/21046 25763/25763/21045 25766/25762/21044</w:t>
        <w:br/>
        <w:t>f 25766/25762/21044 25765/25766/21047 25764/25765/21046</w:t>
        <w:br/>
        <w:t>f 25768/25767/21048 25767/25768/21049 25756/25757/21042</w:t>
        <w:br/>
        <w:t>f 25757/25756/21041 25768/25767/21048 25756/25757/21042</w:t>
        <w:br/>
        <w:t>f 25759/25759/21043 25770/25769/21050 25769/25770/21050</w:t>
        <w:br/>
        <w:t>f 25758/25760/21043 25759/25759/21043 25769/25770/21050</w:t>
        <w:br/>
        <w:t>f 25762/25764/21044 25772/25771/21051 25771/25772/21051</w:t>
        <w:br/>
        <w:t>f 25766/25762/21044 25762/25764/21044 25771/25772/21051</w:t>
        <w:br/>
        <w:t>f 25767/25768/21049 25768/25767/21048 25774/25773/21052</w:t>
        <w:br/>
        <w:t>f 25773/25774/21053 25767/25768/21049 25774/25773/21052</w:t>
        <w:br/>
        <w:t>f 25770/25769/21050 25776/25775/21054 25775/25776/21055</w:t>
        <w:br/>
        <w:t>f 25769/25770/21050 25770/25769/21050 25775/25776/21055</w:t>
        <w:br/>
        <w:t>f 25772/25771/21051 25778/25777/21056 25777/25778/21057</w:t>
        <w:br/>
        <w:t>f 25771/25772/21051 25772/25771/21051 25777/25778/21057</w:t>
        <w:br/>
        <w:t>f 25782/25779/21058 25781/25780/21059 25780/25781/21060</w:t>
        <w:br/>
        <w:t>f 25779/25782/21061 25782/25779/21058 25780/25781/21060</w:t>
        <w:br/>
        <w:t>f 25785/25783/21062 25784/25784/21063 25783/25785/21064</w:t>
        <w:br/>
        <w:t>f 25786/25786/21062 25785/25783/21062 25783/25785/21064</w:t>
        <w:br/>
        <w:t>f 25790/25787/21065 25789/25788/21066 25788/25789/21067</w:t>
        <w:br/>
        <w:t>f 25787/25790/21065 25790/25787/21065 25788/25789/21067</w:t>
        <w:br/>
        <w:t>f 25793/25791/21068 25792/25792/21069 25791/25793/21070</w:t>
        <w:br/>
        <w:t>f 25794/25794/21071 25793/25791/21068 25791/25793/21070</w:t>
        <w:br/>
        <w:t>f 25798/25795/21072 25797/25796/21073 25796/25797/21074</w:t>
        <w:br/>
        <w:t>f 25795/25798/21075 25798/25795/21072 25796/25797/21074</w:t>
        <w:br/>
        <w:t>f 25800/25799/21076 25799/25800/21077 25797/25796/21073</w:t>
        <w:br/>
        <w:t>f 25798/25795/21072 25800/25799/21076 25797/25796/21073</w:t>
        <w:br/>
        <w:t>f 25793/25791/21068 25794/25794/21071 25779/25782/21061</w:t>
        <w:br/>
        <w:t>f 25780/25781/21060 25793/25791/21068 25779/25782/21061</w:t>
        <w:br/>
        <w:t>f 25795/25798/21075 25783/25785/21064 25784/25784/21063</w:t>
        <w:br/>
        <w:t>f 25798/25795/21072 25795/25798/21075 25784/25784/21063</w:t>
        <w:br/>
        <w:t>f 25803/25801/21078 25802/25802/21079 25801/25803/21080</w:t>
        <w:br/>
        <w:t>f 25804/25804/21081 25803/25801/21078 25801/25803/21080</w:t>
        <w:br/>
        <w:t>f 25806/25805/21082 25805/25806/21083 25719/25717/21007</w:t>
        <w:br/>
        <w:t>f 25805/25806/21083 25807/25807/21084 25718/25718/21008</w:t>
        <w:br/>
        <w:t>f 25719/25717/21007 25805/25806/21083 25718/25718/21008</w:t>
        <w:br/>
        <w:t>f 25807/25807/21084 25808/25808/21085 25728/25726/21015</w:t>
        <w:br/>
        <w:t>f 25718/25718/21008 25807/25807/21084 25728/25726/21015</w:t>
        <w:br/>
        <w:t>f 25808/25808/21085 25810/25809/21086 25809/25810/21087</w:t>
        <w:br/>
        <w:t>f 25728/25726/21015 25808/25808/21085 25809/25810/21087</w:t>
        <w:br/>
        <w:t>f 25810/25809/21086 25812/25811/21088 25811/25812/21089</w:t>
        <w:br/>
        <w:t>f 25809/25810/21087 25810/25809/21086 25811/25812/21089</w:t>
        <w:br/>
        <w:t>f 25812/25811/21088 25814/25813/21090 25813/25814/21091</w:t>
        <w:br/>
        <w:t>f 25811/25812/21089 25812/25811/21088 25813/25814/21091</w:t>
        <w:br/>
        <w:t>f 25814/25813/21090 25816/25815/21092 25815/25816/21092</w:t>
        <w:br/>
        <w:t>f 25813/25814/21091 25814/25813/21090 25815/25816/21092</w:t>
        <w:br/>
        <w:t>f 25816/25815/21092 25818/25817/21093 25817/25818/21093</w:t>
        <w:br/>
        <w:t>f 25815/25816/21092 25816/25815/21092 25817/25818/21093</w:t>
        <w:br/>
        <w:t>f 25820/25819/21094 25819/25820/21095 25817/25818/21093</w:t>
        <w:br/>
        <w:t>f 25818/25817/21093 25820/25819/21094 25817/25818/21093</w:t>
        <w:br/>
        <w:t>f 25823/25821/21042 25822/25822/21096 25821/25823/21095</w:t>
        <w:br/>
        <w:t>f 25824/25824/21038 25823/25821/21042 25821/25823/21095</w:t>
        <w:br/>
        <w:t>f 25826/25825/21049 25825/25826/21097 25822/25822/21096</w:t>
        <w:br/>
        <w:t>f 25823/25821/21042 25826/25825/21049 25822/25822/21096</w:t>
        <w:br/>
        <w:t>f 25825/25826/21097 25826/25825/21049 25828/25827/21053</w:t>
        <w:br/>
        <w:t>f 25827/25828/21098 25825/25826/21097 25828/25827/21053</w:t>
        <w:br/>
        <w:t>f 25804/25804/21081 25801/25803/21080 25829/25829/21099</w:t>
        <w:br/>
        <w:t>f 25830/25830/21058 25804/25804/21081 25829/25829/21099</w:t>
        <w:br/>
        <w:t>f 25802/25802/21079 25803/25801/21078 25832/25831/21100</w:t>
        <w:br/>
        <w:t>f 25831/25832/21101 25802/25802/21079 25832/25831/21100</w:t>
        <w:br/>
        <w:t>f 25798/25795/21072 25784/25784/21063 25789/25788/21102</w:t>
        <w:br/>
        <w:t>f 25800/25799/21076 25798/25795/21072 25789/25788/21102</w:t>
        <w:br/>
        <w:t>f 25728/25726/21015 25809/25810/21087 25833/25833/21103</w:t>
        <w:br/>
        <w:t>f 25727/25727/21016 25728/25726/21015 25833/25833/21103</w:t>
        <w:br/>
        <w:t>f 25809/25810/21087 25811/25812/21089 25834/25834/21104</w:t>
        <w:br/>
        <w:t>f 25833/25833/21103 25809/25810/21087 25834/25834/21104</w:t>
        <w:br/>
        <w:t>f 25811/25812/21089 25813/25814/21091 25835/25835/21105</w:t>
        <w:br/>
        <w:t>f 25834/25834/21104 25811/25812/21089 25835/25835/21105</w:t>
        <w:br/>
        <w:t>f 25813/25814/21091 25837/25836/21106 25836/25837/21107</w:t>
        <w:br/>
        <w:t>f 25835/25835/21105 25813/25814/21091 25836/25837/21107</w:t>
        <w:br/>
        <w:t>f 25837/25836/21106 25839/25838/21108 25838/25839/21109</w:t>
        <w:br/>
        <w:t>f 25836/25837/21107 25837/25836/21106 25838/25839/21109</w:t>
        <w:br/>
        <w:t>f 25839/25838/21108 25841/25840/21046 25840/25841/21045</w:t>
        <w:br/>
        <w:t>f 25838/25839/21109 25839/25838/21108 25840/25841/21045</w:t>
        <w:br/>
        <w:t>f 25844/25842/21019 25843/25843/21012 25842/25844/21110</w:t>
        <w:br/>
        <w:t>f 25734/25734/21022 25845/25845/21111 25733/25735/21023</w:t>
        <w:br/>
        <w:t>f 25846/25846/21112 25733/25735/21023 25845/25845/21111</w:t>
        <w:br/>
        <w:t>f 25847/25847/21104 25846/25846/21112 25845/25845/21111</w:t>
        <w:br/>
        <w:t>f 25848/25848/21113 25846/25846/21112 25847/25847/21104</w:t>
        <w:br/>
        <w:t>f 25849/25849/21113 25848/25848/21113 25847/25847/21104</w:t>
        <w:br/>
        <w:t>f 25850/25850/21114 25848/25848/21113 25849/25849/21113</w:t>
        <w:br/>
        <w:t>f 25851/25851/21114 25850/25850/21114 25849/25849/21113</w:t>
        <w:br/>
        <w:t>f 25852/25852/21115 25850/25850/21114 25851/25851/21114</w:t>
        <w:br/>
        <w:t>f 25853/25853/21115 25852/25852/21115 25851/25851/21114</w:t>
        <w:br/>
        <w:t>f 25854/25854/21116 25852/25852/21115 25853/25853/21115</w:t>
        <w:br/>
        <w:t>f 25855/25855/21116 25854/25854/21116 25853/25853/21115</w:t>
        <w:br/>
        <w:t>f 25859/25856/21039 25858/25857/21117 25857/25858/21118</w:t>
        <w:br/>
        <w:t>f 25856/25859/21119 25859/25856/21039 25857/25858/21118</w:t>
        <w:br/>
        <w:t>f 25858/25857/21117 25861/25860/21031 25860/25861/21120</w:t>
        <w:br/>
        <w:t>f 25857/25858/21118 25858/25857/21117 25860/25861/21120</w:t>
        <w:br/>
        <w:t>f 25861/25860/21031 25863/25862/21028 25862/25863/21121</w:t>
        <w:br/>
        <w:t>f 25860/25861/21120 25861/25860/21031 25862/25863/21121</w:t>
        <w:br/>
        <w:t>f 25865/25864/21122 25864/25865/21123 25862/25863/21121</w:t>
        <w:br/>
        <w:t>f 25863/25862/21028 25865/25864/21122 25862/25863/21121</w:t>
        <w:br/>
        <w:t>f 25844/25842/21019 25842/25844/21110 25864/25865/21123</w:t>
        <w:br/>
        <w:t>f 25865/25864/21122 25844/25842/21019 25864/25865/21123</w:t>
        <w:br/>
        <w:t>f 25869/25866/21124 25868/25867/21124 25867/25868/21125</w:t>
        <w:br/>
        <w:t>f 25866/25869/21125 25869/25866/21124 25867/25868/21125</w:t>
        <w:br/>
        <w:t>f 25856/25859/21119 25871/25870/21126 25870/25871/21127</w:t>
        <w:br/>
        <w:t>f 25859/25856/21039 25856/25859/21119 25870/25871/21127</w:t>
        <w:br/>
        <w:t>f 25854/25854/21116 25855/25855/21116 25873/25872/21128</w:t>
        <w:br/>
        <w:t>f 25872/25873/21128 25854/25854/21116 25873/25872/21128</w:t>
        <w:br/>
        <w:t>f 25866/25869/21125 25867/25868/21125 25875/25874/21129</w:t>
        <w:br/>
        <w:t>f 25874/25875/21129 25866/25869/21125 25875/25874/21129</w:t>
        <w:br/>
        <w:t>f 25871/25870/21126 25877/25876/21130 25876/25877/21131</w:t>
        <w:br/>
        <w:t>f 25870/25871/21127 25871/25870/21126 25876/25877/21131</w:t>
        <w:br/>
        <w:t>f 25872/25873/21128 25873/25872/21128 25879/25878/21132</w:t>
        <w:br/>
        <w:t>f 25878/25879/21133 25872/25873/21128 25879/25878/21132</w:t>
        <w:br/>
        <w:t>f 25874/25875/21129 25875/25874/21129 25881/25880/21134</w:t>
        <w:br/>
        <w:t>f 25880/25881/21134 25874/25875/21129 25881/25880/21134</w:t>
        <w:br/>
        <w:t>f 25877/25876/21130 25883/25882/21135 25882/25883/21136</w:t>
        <w:br/>
        <w:t>f 25876/25877/21131 25877/25876/21130 25882/25883/21136</w:t>
        <w:br/>
        <w:t>f 25878/25879/21133 25879/25878/21132 25885/25884/21137</w:t>
        <w:br/>
        <w:t>f 25884/25885/21137 25878/25879/21133 25885/25884/21137</w:t>
        <w:br/>
        <w:t>f 25880/25881/21134 25881/25880/21134 25886/25886/21138</w:t>
        <w:br/>
        <w:t>f 25882/25883/21136 25883/25882/21135 25887/25887/21139</w:t>
        <w:br/>
        <w:t>f 25884/25885/21137 25885/25884/21137 25888/25888/21140</w:t>
        <w:br/>
        <w:t>f 25890/25889/21141 25889/25890/21142 25856/25859/21119</w:t>
        <w:br/>
        <w:t>f 25857/25858/21118 25890/25889/21141 25856/25859/21119</w:t>
        <w:br/>
        <w:t>f 25891/25891/21143 25890/25889/21141 25857/25858/21118</w:t>
        <w:br/>
        <w:t>f 25860/25861/21120 25891/25891/21143 25857/25858/21118</w:t>
        <w:br/>
        <w:t>f 25892/25892/21144 25891/25891/21143 25860/25861/21120</w:t>
        <w:br/>
        <w:t>f 25862/25863/21121 25892/25892/21144 25860/25861/21120</w:t>
        <w:br/>
        <w:t>f 25893/25893/21145 25892/25892/21144 25862/25863/21121</w:t>
        <w:br/>
        <w:t>f 25864/25865/21123 25893/25893/21145 25862/25863/21121</w:t>
        <w:br/>
        <w:t>f 25894/25894/21146 25893/25893/21145 25864/25865/21123</w:t>
        <w:br/>
        <w:t>f 25842/25844/21110 25894/25894/21146 25864/25865/21123</w:t>
        <w:br/>
        <w:t>f 25889/25890/21142 25895/25895/21147 25871/25870/21126</w:t>
        <w:br/>
        <w:t>f 25856/25859/21119 25889/25890/21142 25871/25870/21126</w:t>
        <w:br/>
        <w:t>f 25895/25895/21147 25896/25896/21148 25877/25876/21130</w:t>
        <w:br/>
        <w:t>f 25871/25870/21126 25895/25895/21147 25877/25876/21130</w:t>
        <w:br/>
        <w:t>f 25896/25896/21148 25897/25897/21149 25883/25882/21135</w:t>
        <w:br/>
        <w:t>f 25877/25876/21130 25896/25896/21148 25883/25882/21135</w:t>
        <w:br/>
        <w:t>f 25883/25882/21135 25897/25897/21149 25887/25887/21139</w:t>
        <w:br/>
        <w:t>f 25781/25780/21059 25782/25779/21058 25773/25774/21053</w:t>
        <w:br/>
        <w:t>f 25774/25773/21052 25781/25780/21059 25773/25774/21053</w:t>
        <w:br/>
        <w:t>f 25776/25775/21054 25785/25783/21062 25786/25786/21062</w:t>
        <w:br/>
        <w:t>f 25775/25776/21055 25776/25775/21054 25786/25786/21062</w:t>
        <w:br/>
        <w:t>f 25778/25777/21056 25790/25787/21065 25787/25790/21065</w:t>
        <w:br/>
        <w:t>f 25776/25775/21054 25778/25777/21056 25787/25790/21065</w:t>
        <w:br/>
        <w:t>f 25830/25830/21058 25829/25829/21099 25827/25828/21098</w:t>
        <w:br/>
        <w:t>f 25828/25827/21053 25830/25830/21058 25827/25828/21098</w:t>
        <w:br/>
        <w:t>f 25792/25792/21069 25898/25898/21150 25791/25793/21070</w:t>
        <w:br/>
        <w:t>f 25797/25796/21073 25899/25899/21151 25796/25797/21074</w:t>
        <w:br/>
        <w:t>f 25799/25800/21077 25899/25899/21151 25797/25796/21073</w:t>
        <w:br/>
        <w:t>f 25832/25831/21100 25900/25900/21152 25831/25832/21101</w:t>
        <w:br/>
        <w:t>f 25843/25843/21012 25894/25894/21146 25842/25844/21110</w:t>
        <w:br/>
        <w:t>f 25708/25707/21000 25711/25709/21002 25712/25712/21004</w:t>
        <w:br/>
        <w:t>f 25707/25708/21001 25708/25707/21000 25712/25712/21004</w:t>
        <w:br/>
        <w:t>f 25700/25699/20547 25703/25701/20546 25704/25704/20998</w:t>
        <w:br/>
        <w:t>f 25699/25700/20996 25700/25699/20547 25704/25704/20998</w:t>
        <w:br/>
        <w:t>f 25902/25901/21153 25901/25902/21154 25725/25725/21014</w:t>
        <w:br/>
        <w:t>f 25903/25903/21153 25902/25901/21153 25725/25725/21014</w:t>
        <w:br/>
        <w:t>f 25903/25903/21153 25905/25904/21155 25904/25905/21156</w:t>
        <w:br/>
        <w:t>f 25902/25901/21153 25903/25903/21153 25904/25905/21156</w:t>
        <w:br/>
        <w:t>f 25905/25904/21155 25907/25906/21157 25906/25907/21157</w:t>
        <w:br/>
        <w:t>f 25904/25905/21156 25905/25904/21155 25906/25907/21157</w:t>
        <w:br/>
        <w:t>f 25907/25906/21157 25909/25908/21158 25908/25909/21158</w:t>
        <w:br/>
        <w:t>f 25906/25907/21157 25907/25906/21157 25908/25909/21158</w:t>
        <w:br/>
        <w:t>f 25908/25909/21158 25909/25908/21158 25910/25910/21159</w:t>
        <w:br/>
        <w:t>f 25912/25911/21021 25911/25912/21160 25726/25728/21017</w:t>
        <w:br/>
        <w:t>f 25727/25727/21016 25912/25911/21021 25726/25728/21017</w:t>
        <w:br/>
        <w:t>f 25726/25728/21017 25717/25719/21009 25718/25718/21008</w:t>
        <w:br/>
        <w:t>f 25216/25215/20581 25220/25221/20587 25221/25220/20586</w:t>
        <w:br/>
        <w:t>f 25215/25216/20582 25216/25215/20581 25221/25220/20586</w:t>
        <w:br/>
        <w:t>f 25218/25217/20583 25224/25225/20591 25225/25224/20590</w:t>
        <w:br/>
        <w:t>f 25217/25218/20584 25218/25217/20583 25225/25224/20590</w:t>
        <w:br/>
        <w:t>f 25225/25224/20590 25220/25221/20587 25216/25215/20581</w:t>
        <w:br/>
        <w:t>f 25217/25218/20584 25225/25224/20590 25216/25215/20581</w:t>
        <w:br/>
        <w:t>f 25316/25316/20676 25318/25317/20677 25224/25225/20591</w:t>
        <w:br/>
        <w:t>f 25218/25217/20583 25316/25316/20676 25224/25225/20591</w:t>
        <w:br/>
        <w:t>f 25330/25329/20689 25387/25390/20740 25913/25913/21161</w:t>
        <w:br/>
        <w:t>f 25329/25330/20690 25330/25329/20689 25913/25913/21161</w:t>
        <w:br/>
        <w:t>f 25391/25392/20742 25390/25387/20737 25387/25390/20740</w:t>
        <w:br/>
        <w:t>f 25330/25329/20689 25391/25392/20742 25387/25390/20740</w:t>
        <w:br/>
        <w:t>f 25693/25694/20993 25228/25229/20595 25692/25692/20992</w:t>
        <w:br/>
        <w:t>f 25694/25693/20993 25693/25694/20993 25692/25692/20992</w:t>
        <w:br/>
        <w:t>f 25901/25902/21154 25724/25722/21011 25725/25725/21014</w:t>
        <w:br/>
        <w:t>f 25344/25346/20704 25347/25348/20691 25346/25344/20690</w:t>
        <w:br/>
        <w:t>f 25322/25322/20682 25597/25597/20924 25914/25914/21162</w:t>
        <w:br/>
        <w:t>f 25554/25555/20887 25555/25554/20887 25914/25914/21162</w:t>
        <w:br/>
        <w:t>f 25597/25597/20924 25554/25555/20887 25914/25914/21162</w:t>
        <w:br/>
        <w:t>f 25915/25915/21163 25343/25343/20702 25149/25149/20520</w:t>
        <w:br/>
        <w:t>f 25155/25155/20526 25915/25915/21163 25149/25149/20520</w:t>
        <w:br/>
        <w:t>f 25616/25619/20943 25617/25618/20942 25613/25613/20939</w:t>
        <w:br/>
        <w:t>f 25614/25612/20938 25616/25619/20943 25613/25613/20939</w:t>
        <w:br/>
        <w:t>f 25633/25632/20952 25634/25631/20952 25624/25624/20947</w:t>
        <w:br/>
        <w:t>f 25625/25623/20946 25633/25632/20952 25624/25624/20947</w:t>
        <w:br/>
        <w:t>f 25637/25636/20955 25638/25635/20954 25631/25634/20953</w:t>
        <w:br/>
        <w:t>f 25632/25633/20953 25637/25636/20955 25631/25634/20953</w:t>
        <w:br/>
        <w:t>f 25648/25647/20962 25646/25645/20960 25645/25646/20961</w:t>
        <w:br/>
        <w:t>f 25647/25648/20962 25648/25647/20962 25645/25646/20961</w:t>
        <w:br/>
        <w:t>f 25621/25621/20944 25622/25620/20944 25618/25617/20941</w:t>
        <w:br/>
        <w:t>f 25619/25616/20941 25621/25621/20944 25618/25617/20941</w:t>
        <w:br/>
        <w:t>f 25623/25625/20948 25627/25629/20951 25628/25628/20951</w:t>
        <w:br/>
        <w:t>f 25626/25626/20949 25623/25625/20948 25628/25628/20951</w:t>
        <w:br/>
        <w:t>f 25502/25501/20835 25503/25505/20839 25504/25504/20838</w:t>
        <w:br/>
        <w:t>f 25501/25502/20836 25502/25501/20835 25504/25504/20838</w:t>
        <w:br/>
        <w:t>f 25527/25528/20862 25528/25527/20861 25524/25525/20859</w:t>
        <w:br/>
        <w:t>f 25525/25524/20858 25527/25528/20862 25524/25525/20859</w:t>
        <w:br/>
        <w:t>f 25524/25525/20859 25528/25527/20861 25538/25539/20873</w:t>
        <w:br/>
        <w:t>f 25537/25537/20871 25524/25525/20859 25538/25539/20873</w:t>
        <w:br/>
        <w:t>f 25594/25595/20922 25595/25594/20921 25572/25573/20905</w:t>
        <w:br/>
        <w:t>f 25573/25572/20904 25594/25595/20922 25572/25573/20905</w:t>
        <w:br/>
        <w:t>f 25514/25515/20849 25494/25493/20827 25499/25500/20834</w:t>
        <w:br/>
        <w:t>f 25501/25502/20836 25514/25515/20849 25499/25500/20834</w:t>
        <w:br/>
        <w:t>f 25596/25596/20923 25550/25549/20883 25591/25592/20919</w:t>
        <w:br/>
        <w:t>f 25592/25591/20905 25596/25596/20923 25591/25592/20919</w:t>
        <w:br/>
        <w:t>f 25335/25334/20694 25916/25916/21164 25337/25336/20696</w:t>
        <w:br/>
        <w:t>f 25337/25336/20696 25916/25916/21164 25578/25579/20910</w:t>
        <w:br/>
        <w:t>f 25579/25578/20909 25337/25336/20696 25578/25579/20910</w:t>
        <w:br/>
        <w:t>f 25919/25917/21165 25918/25918/21166 25917/25919/21167</w:t>
        <w:br/>
        <w:t>f 25918/25918/21166 25423/25420/20769 25420/25423/20769</w:t>
        <w:br/>
        <w:t>f 25917/25919/21167 25918/25918/21166 25420/25423/20769</w:t>
        <w:br/>
        <w:t>f 25265/25264/20628 25260/25259/20623 25259/25260/20624</w:t>
        <w:br/>
        <w:t>f 25264/25265/20629 25265/25264/20628 25259/25260/20624</w:t>
        <w:br/>
        <w:t>f 25269/25268/20632 25300/25301/20661 25408/25408/20757</w:t>
        <w:br/>
        <w:t>f 25268/25269/20633 25269/25268/20632 25408/25408/20757</w:t>
        <w:br/>
        <w:t>f 25261/25262/20626 25262/25261/20625 25271/25274/20638</w:t>
        <w:br/>
        <w:t>f 25272/25273/20637 25261/25262/20626 25271/25274/20638</w:t>
        <w:br/>
        <w:t>f 25357/25357/20712 25261/25262/20626 25272/25273/20637</w:t>
        <w:br/>
        <w:t>f 25358/25359/20714 25357/25357/20712 25272/25273/20637</w:t>
        <w:br/>
        <w:t>f 25397/25398/20747 25301/25300/20660 25300/25301/20661</w:t>
        <w:br/>
        <w:t>f 25269/25268/20632 25397/25398/20747 25300/25301/20661</w:t>
        <w:br/>
        <w:t>f 25411/25411/20760 25357/25357/20712 25358/25359/20714</w:t>
        <w:br/>
        <w:t>f 25412/25413/20762 25411/25411/20760 25358/25359/20714</w:t>
        <w:br/>
        <w:t>f 25430/25433/20781 25431/25432/20780 25428/25429/20777</w:t>
        <w:br/>
        <w:t>f 25429/25428/20776 25430/25433/20781 25428/25429/20777</w:t>
        <w:br/>
        <w:t>f 25462/25461/20809 25459/25458/20807 25458/25459/20775</w:t>
        <w:br/>
        <w:t>f 25461/25462/20810 25462/25461/20809 25458/25459/20775</w:t>
        <w:br/>
        <w:t>f 25277/25276/20640 25398/25397/20630 25270/25267/20631</w:t>
        <w:br/>
        <w:t>f 25276/25277/20641 25277/25276/20640 25270/25267/20631</w:t>
        <w:br/>
        <w:t>f 25359/25358/20713 25273/25272/20636 25360/25363/20718</w:t>
        <w:br/>
        <w:t>f 25361/25362/20717 25359/25358/20713 25360/25363/20718</w:t>
        <w:br/>
        <w:t>f 25399/25399/20748 25401/25400/20749 25275/25278/20642</w:t>
        <w:br/>
        <w:t>f 25276/25277/20641 25399/25399/20748 25275/25278/20642</w:t>
        <w:br/>
        <w:t>f 25413/25412/20761 25359/25358/20713 25361/25362/20717</w:t>
        <w:br/>
        <w:t>f 25414/25415/20764 25413/25412/20761 25361/25362/20717</w:t>
        <w:br/>
        <w:t>f 25434/25437/20785 25435/25436/20784 25432/25431/20779</w:t>
        <w:br/>
        <w:t>f 25433/25430/20778 25434/25437/20785 25432/25431/20779</w:t>
        <w:br/>
        <w:t>f 25360/25363/20718 25273/25272/20636 25920/25920/20821</w:t>
        <w:br/>
        <w:t>f 25453/25453/20803 25360/25363/20718 25920/25920/20821</w:t>
        <w:br/>
        <w:t>f 25466/25464/20811 25463/25460/20808 25460/25463/20780</w:t>
        <w:br/>
        <w:t>f 25465/25465/20779 25466/25464/20811 25460/25463/20780</w:t>
        <w:br/>
        <w:t>f 25486/25485/20820 25483/25482/20819 25482/25483/20802</w:t>
        <w:br/>
        <w:t>f 25485/25486/20803 25486/25485/20820 25482/25483/20802</w:t>
        <w:br/>
        <w:t>f 25652/25651/20965 25266/25263/20627 25263/25266/20630</w:t>
        <w:br/>
        <w:t>f 25651/25652/20966 25652/25651/20965 25263/25266/20630</w:t>
        <w:br/>
        <w:t>f 25922/25921/20636 25921/25922/20635 25654/25657/20968</w:t>
        <w:br/>
        <w:t>f 25655/25656/20968 25922/25921/20636 25654/25657/20968</w:t>
        <w:br/>
        <w:t>f 25923/25923/21168 25559/25559/20891 25509/25510/20844</w:t>
        <w:br/>
        <w:t>f 25510/25509/20843 25923/25923/21168 25509/25510/20844</w:t>
        <w:br/>
        <w:t>f 25532/25533/20867 25547/25546/20880 25545/25542/20876</w:t>
        <w:br/>
        <w:t>f 25533/25532/20866 25532/25533/20867 25545/25542/20876</w:t>
        <w:br/>
        <w:t>f 25533/25532/20866 25545/25542/20876 25542/25545/20879</w:t>
        <w:br/>
        <w:t>f 25541/25541/20875 25533/25532/20866 25542/25545/20879</w:t>
        <w:br/>
        <w:t>f 25509/25510/20844 25559/25559/20891 25560/25558/20890</w:t>
        <w:br/>
        <w:t>f 25557/25557/20889 25509/25510/20844 25560/25558/20890</w:t>
        <w:br/>
        <w:t>f 25564/25561/20893 25925/25924/21169 25924/25925/21170</w:t>
        <w:br/>
        <w:t>f 25563/25562/20894 25564/25561/20893 25924/25925/21170</w:t>
        <w:br/>
        <w:t>f 25927/25926/20934 25926/25927/21169 25582/25581/20893</w:t>
        <w:br/>
        <w:t>f 25583/25580/20911 25927/25926/20934 25582/25581/20893</w:t>
        <w:br/>
        <w:t>f 25610/25609/20935 25611/25608/20934 25606/25607/20911</w:t>
        <w:br/>
        <w:t>f 25607/25606/20933 25610/25609/20935 25606/25607/20911</w:t>
        <w:br/>
        <w:t>f 25559/25559/20891 25923/25923/21168 25511/25513/20847</w:t>
        <w:br/>
        <w:t>f 25512/25512/20846 25559/25559/20891 25511/25513/20847</w:t>
        <w:br/>
        <w:t>f 25544/25543/20877 25928/25928/21171 25543/25544/20878</w:t>
        <w:br/>
        <w:t>f 25546/25547/20881 25928/25928/21171 25544/25543/20877</w:t>
        <w:br/>
        <w:t>f 25512/25512/20846 25513/25511/20845 25558/25560/20892</w:t>
        <w:br/>
        <w:t>f 25566/25566/20898 25924/25925/21170 25925/25924/21169</w:t>
        <w:br/>
        <w:t>f 25565/25567/20899 25566/25566/20898 25925/25924/21169</w:t>
        <w:br/>
        <w:t>f 25926/25927/21169 25927/25926/20934 25584/25586/20915</w:t>
        <w:br/>
        <w:t>f 25585/25585/20914 25926/25927/21169 25584/25586/20915</w:t>
        <w:br/>
        <w:t>f 25609/25610/20936 25929/25929/21172 25608/25611/20937</w:t>
        <w:br/>
        <w:t>f 25387/25390/20740 25931/25930/20739 25930/25931/21173</w:t>
        <w:br/>
        <w:t>f 25913/25913/21161 25387/25390/20740 25930/25931/21173</w:t>
        <w:br/>
        <w:t>f 24890/24890/20318 24887/24889/20318 24897/24900/20326</w:t>
        <w:br/>
        <w:t>f 24898/24899/20326 24890/24890/20318 24897/24900/20326</w:t>
        <w:br/>
        <w:t>f 25933/25932/21174 25932/25933/21174 24901/24902/20328</w:t>
        <w:br/>
        <w:t>f 24902/24901/20327 25933/25932/21174 24901/24902/20328</w:t>
        <w:br/>
        <w:t>f 24905/24904/20330 24922/24919/20339 24919/24922/20339</w:t>
        <w:br/>
        <w:t>f 24904/24905/20330 24905/24904/20330 24919/24922/20339</w:t>
        <w:br/>
        <w:t>f 24883/24886/20315 24884/24885/20315 24902/24901/20327</w:t>
        <w:br/>
        <w:t>f 24923/24923/20341 24883/24886/20315 24902/24901/20327</w:t>
        <w:br/>
        <w:t>f 24940/24941/20354 24941/24940/20354 24885/24884/20314</w:t>
        <w:br/>
        <w:t>f 24886/24883/20313 24940/24941/20354 24885/24884/20314</w:t>
        <w:br/>
        <w:t>f 24918/24917/20338 24943/24942/20308 24942/24943/20355</w:t>
        <w:br/>
        <w:t>f 24917/24918/20338 24918/24917/20338 24942/24943/20355</w:t>
        <w:br/>
        <w:t>f 24899/24898/20325 24900/24897/20325 24936/24937/20351</w:t>
        <w:br/>
        <w:t>f 24937/24936/20350 24899/24898/20325 24936/24937/20351</w:t>
        <w:br/>
        <w:t>f 25932/25933/21174 25933/25932/21174 24938/24939/20353</w:t>
        <w:br/>
        <w:t>f 24939/24938/20352 25932/25933/21174 24938/24939/20353</w:t>
        <w:br/>
        <w:t>f 24889/24887/20316 25934/25934/21175 24888/24888/20317</w:t>
        <w:br/>
        <w:t>f 24892/24893/20321 25935/25935/21176 24891/24894/20322</w:t>
        <w:br/>
        <w:t>f 24891/24894/20322 25936/25936/21177 24895/24896/20324</w:t>
        <w:br/>
        <w:t>f 24921/24920/20340 25937/25937/21178 24920/24921/20340</w:t>
        <w:br/>
        <w:t>f 25941/25938/21179 25940/25939/21179 25939/25940/21180</w:t>
        <w:br/>
        <w:t>f 25938/25941/21181 25941/25938/21179 25939/25940/21180</w:t>
        <w:br/>
        <w:t>f 25938/25941/21181 25939/25940/21180 25943/25942/21182</w:t>
        <w:br/>
        <w:t>f 25942/25943/21182 25938/25941/21181 25943/25942/21182</w:t>
        <w:br/>
        <w:t>f 25945/25944/21183 25944/25945/21184 25942/25943/21182</w:t>
        <w:br/>
        <w:t>f 25943/25942/21182 25945/25944/21183 25942/25943/21182</w:t>
        <w:br/>
        <w:t>f 25944/25945/21184 25945/25944/21183 25947/25946/21185</w:t>
        <w:br/>
        <w:t>f 25946/25947/21185 25944/25945/21184 25947/25946/21185</w:t>
        <w:br/>
        <w:t>f 25949/25948/21186 25948/25949/21187 25940/25939/21179</w:t>
        <w:br/>
        <w:t>f 25941/25938/21179 25949/25948/21186 25940/25939/21179</w:t>
        <w:br/>
        <w:t>f 25948/25949/21187 25949/25948/21186 25951/25950/21188</w:t>
        <w:br/>
        <w:t>f 25950/25951/21188 25948/25949/21187 25951/25950/21188</w:t>
        <w:br/>
        <w:t>f 25953/25952/21189 25952/25953/21189 25950/25951/21188</w:t>
        <w:br/>
        <w:t>f 25951/25950/21188 25953/25952/21189 25950/25951/21188</w:t>
        <w:br/>
        <w:t>f 25953/25952/21189 25955/25954/21190 25954/25955/21190</w:t>
        <w:br/>
        <w:t>f 25952/25953/21189 25953/25952/21189 25954/25955/21190</w:t>
        <w:br/>
        <w:t>f 25955/25954/21190 25957/25956/21191 25956/25957/21191</w:t>
        <w:br/>
        <w:t>f 25954/25955/21190 25955/25954/21190 25956/25957/21191</w:t>
        <w:br/>
        <w:t>f 25957/25956/21191 25959/25958/21192 25958/25959/21193</w:t>
        <w:br/>
        <w:t>f 25956/25957/21191 25957/25956/21191 25958/25959/21193</w:t>
        <w:br/>
        <w:t>f 25958/25959/21193 25959/25958/21192 25960/25960/21194</w:t>
        <w:br/>
        <w:t>f 24371/24371/19919 24372/24370/19919 24382/24385/19931</w:t>
        <w:br/>
        <w:t>f 24383/24384/19930 24371/24371/19919 24382/24385/19931</w:t>
        <w:br/>
        <w:t>f 24387/24386/19932 24397/24394/19939 24394/24397/19942</w:t>
        <w:br/>
        <w:t>f 24386/24387/19933 24387/24386/19932 24394/24397/19942</w:t>
        <w:br/>
        <w:t>f 24389/24388/19934 24398/24400/19945 24399/24399/19944</w:t>
        <w:br/>
        <w:t>f 24388/24389/19935 24389/24388/19934 24399/24399/19944</w:t>
        <w:br/>
        <w:t>f 24517/24516/20045 24521/24518/19942 24518/24521/20049</w:t>
        <w:br/>
        <w:t>f 24516/24517/20046 24517/24516/20045 24518/24521/20049</w:t>
        <w:br/>
        <w:t>f 24572/24572/20093 24573/24575/20095 24389/24388/19934</w:t>
        <w:br/>
        <w:t>f 24380/24379/19926 24572/24572/20093 24389/24388/19934</w:t>
        <w:br/>
        <w:t>f 24384/24383/19929 24385/24382/19929 24390/24393/19938</w:t>
        <w:br/>
        <w:t>f 24391/24392/19937 24384/24383/19929 24390/24393/19938</w:t>
        <w:br/>
        <w:t>f 24396/24395/19940 24409/24406/19949 24406/24409/19952</w:t>
        <w:br/>
        <w:t>f 24395/24396/19941 24396/24395/19940 24406/24409/19952</w:t>
        <w:br/>
        <w:t>f 24412/24411/19953 24413/24410/19953 24400/24398/19943</w:t>
        <w:br/>
        <w:t>f 24401/24401/19946 24412/24411/19953 24400/24398/19943</w:t>
        <w:br/>
        <w:t>f 24520/24519/20047 24525/24522/19952 24522/24525/20051</w:t>
        <w:br/>
        <w:t>f 24519/24520/20048 24520/24519/20047 24522/24525/20051</w:t>
        <w:br/>
        <w:t>f 24574/24574/20094 24575/24573/20094 24576/24579/20097</w:t>
        <w:br/>
        <w:t>f 24577/24578/20097 24574/24574/20094 24576/24579/20097</w:t>
        <w:br/>
        <w:t>f 24392/24391/19936 24393/24390/19936 24402/24404/19948</w:t>
        <w:br/>
        <w:t>f 24403/24403/19948 24392/24391/19936 24402/24404/19948</w:t>
        <w:br/>
        <w:t>f 24531/24534/20059 24532/24533/20058 24407/24408/19951</w:t>
        <w:br/>
        <w:t>f 24408/24407/19950 24531/24534/20059 24407/24408/19951</w:t>
        <w:br/>
        <w:t>f 24535/24538/20062 24536/24537/20062 24410/24413/19954</w:t>
        <w:br/>
        <w:t>f 24411/24412/19954 24535/24538/20062 24410/24413/19954</w:t>
        <w:br/>
        <w:t>f 24524/24523/19951 24542/24539/20058 24539/24542/20064</w:t>
        <w:br/>
        <w:t>f 24523/24524/20050 24524/24523/19951 24539/24542/20064</w:t>
        <w:br/>
        <w:t>f 24578/24577/20096 24579/24576/20096 24580/24583/20101</w:t>
        <w:br/>
        <w:t>f 24581/24582/20100 24578/24577/20096 24580/24583/20101</w:t>
        <w:br/>
        <w:t>f 25964/25961/21195 25963/25962/21196 25962/25963/21197</w:t>
        <w:br/>
        <w:t>f 25961/25964/21198 25964/25961/21195 25962/25963/21197</w:t>
        <w:br/>
        <w:t>f 25966/25965/21199 25965/25966/21199 25963/25962/21196</w:t>
        <w:br/>
        <w:t>f 25964/25961/21195 25966/25965/21199 25963/25962/21196</w:t>
        <w:br/>
        <w:t>f 25968/25967/21200 25967/25968/21201 25961/25964/21198</w:t>
        <w:br/>
        <w:t>f 25962/25963/21197 25968/25967/21200 25961/25964/21198</w:t>
        <w:br/>
        <w:t>f 25970/25969/21202 25967/25968/21201 25968/25967/21200</w:t>
        <w:br/>
        <w:t>f 25969/25970/21203 25970/25969/21202 25968/25967/21200</w:t>
        <w:br/>
        <w:t>f 25969/25970/21203 25972/25971/21204 25971/25972/21205</w:t>
        <w:br/>
        <w:t>f 25970/25969/21202 25969/25970/21203 25971/25972/21205</w:t>
        <w:br/>
        <w:t>f 25974/25973/21206 25971/25972/21205 25972/25971/21204</w:t>
        <w:br/>
        <w:t>f 25973/25974/21206 25974/25973/21206 25972/25971/21204</w:t>
        <w:br/>
        <w:t>f 25973/25974/21206 25976/25975/21207 25975/25976/21207</w:t>
        <w:br/>
        <w:t>f 25974/25973/21206 25973/25974/21206 25975/25976/21207</w:t>
        <w:br/>
        <w:t>f 25978/25977/21208 25975/25976/21207 25976/25975/21207</w:t>
        <w:br/>
        <w:t>f 25977/25978/21208 25978/25977/21208 25976/25975/21207</w:t>
        <w:br/>
        <w:t>f 25978/25977/21208 25977/25978/21208 25979/25979/21209</w:t>
        <w:br/>
        <w:t>f 25982/25980/21210 25981/25981/21211 25980/25982/21212</w:t>
        <w:br/>
        <w:t>f 25981/25981/21211 25983/25983/21213 25980/25982/21212</w:t>
        <w:br/>
        <w:t>f 25986/25984/21214 25985/25985/21214 25984/25986/21215</w:t>
        <w:br/>
        <w:t>f 25989/25987/21216 25988/25988/21217 25987/25989/21218</w:t>
        <w:br/>
        <w:t>f 25992/25990/21219 25991/25991/21220 25990/25992/21221</w:t>
        <w:br/>
        <w:t>f 25990/25992/21221 25991/25991/21220 25993/25993/21222</w:t>
        <w:br/>
        <w:t>f 25997/25994/21223 25996/25995/21224 25995/25996/21225</w:t>
        <w:br/>
        <w:t>f 25994/25997/21226 25997/25994/21223 25995/25996/21225</w:t>
        <w:br/>
        <w:t>f 26000/25998/21227 25999/25999/21228 25998/26000/21229</w:t>
        <w:br/>
        <w:t>f 26001/26001/21229 26000/25998/21227 25998/26000/21229</w:t>
        <w:br/>
        <w:t>f 26003/26002/21230 26002/26003/21231 25995/25996/21225</w:t>
        <w:br/>
        <w:t>f 25996/25995/21224 26003/26002/21230 25995/25996/21225</w:t>
        <w:br/>
        <w:t>f 26006/26004/21232 26005/26005/21233 26004/26006/21234</w:t>
        <w:br/>
        <w:t>f 26009/26007/21235 26008/26008/21236 26007/26009/21237</w:t>
        <w:br/>
        <w:t>f 26012/26010/21238 26011/26011/21239 26010/26012/21240</w:t>
        <w:br/>
        <w:t>f 26015/26013/21241 26014/26014/21242 26013/26015/21243</w:t>
        <w:br/>
        <w:t>f 26018/26016/21244 26017/26017/21245 26016/26018/21246</w:t>
        <w:br/>
        <w:t>f 26009/26007/21235 26007/26009/21237 26019/26019/21247</w:t>
        <w:br/>
        <w:t>f 26022/26020/21248 26021/26021/21249 26020/26022/21250</w:t>
        <w:br/>
        <w:t>f 25997/25994/21223 26024/26023/21251 26023/26024/21252</w:t>
        <w:br/>
        <w:t>f 25996/25995/21224 25997/25994/21223 26023/26024/21252</w:t>
        <w:br/>
        <w:t>f 26027/26025/21253 26026/26026/21254 26025/26027/21255</w:t>
        <w:br/>
        <w:t>f 26031/26028/21256 26030/26029/21257 26029/26030/21258</w:t>
        <w:br/>
        <w:t>f 26028/26031/21258 26031/26028/21256 26029/26030/21258</w:t>
        <w:br/>
        <w:t>f 26035/26032/21259 26034/26033/21260 26033/26034/21260</w:t>
        <w:br/>
        <w:t>f 26032/26035/21259 26035/26032/21259 26033/26034/21260</w:t>
        <w:br/>
        <w:t>f 26038/26036/21261 26037/26037/21262 26036/26038/21263</w:t>
        <w:br/>
        <w:t>f 26041/26039/21264 26040/26040/21265 26039/26041/21266</w:t>
        <w:br/>
        <w:t>f 26044/26042/21267 26043/26043/21268 26042/26044/21269</w:t>
        <w:br/>
        <w:t>f 26048/26045/21270 26047/26046/21271 26046/26047/21272</w:t>
        <w:br/>
        <w:t>f 26045/26048/21273 26048/26045/21270 26046/26047/21272</w:t>
        <w:br/>
        <w:t>f 26049/26049/21274 26035/26032/21259 26032/26035/21259</w:t>
        <w:br/>
        <w:t>f 26050/26050/21274 26049/26049/21274 26032/26035/21259</w:t>
        <w:br/>
        <w:t>f 26053/26051/21275 26003/26002/21247 26052/26052/21276</w:t>
        <w:br/>
        <w:t>f 26051/26053/21277 26053/26051/21275 26052/26052/21276</w:t>
        <w:br/>
        <w:t>f 26000/25998/21227 26054/26054/21278 25999/25999/21228</w:t>
        <w:br/>
        <w:t>f 26058/26055/21279 26057/26056/21280 26056/26057/21281</w:t>
        <w:br/>
        <w:t>f 26055/26058/21282 26058/26055/21279 26056/26057/21281</w:t>
        <w:br/>
        <w:t>f 26060/26059/21283 26059/26060/21283 26030/26029/21257</w:t>
        <w:br/>
        <w:t>f 26031/26028/21256 26060/26059/21283 26030/26029/21257</w:t>
        <w:br/>
        <w:t>f 26061/26061/21284 26048/26045/21270 26045/26048/21273</w:t>
        <w:br/>
        <w:t>f 26065/26062/21285 26064/26063/21286 26063/26064/21286</w:t>
        <w:br/>
        <w:t>f 26062/26065/21287 26065/26062/21285 26063/26064/21286</w:t>
        <w:br/>
        <w:t>f 26069/26066/21288 26068/26067/21289 26067/26068/21290</w:t>
        <w:br/>
        <w:t>f 26066/26069/21291 26069/26066/21288 26067/26068/21290</w:t>
        <w:br/>
        <w:t>f 26062/26065/21287 26071/26070/21292 26070/26071/21292</w:t>
        <w:br/>
        <w:t>f 26065/26062/21285 26062/26065/21287 26070/26071/21292</w:t>
        <w:br/>
        <w:t>f 26043/26043/21268 26044/26042/21267 26072/26072/21293</w:t>
        <w:br/>
        <w:t>f 26073/26073/21294 26043/26043/21268 26072/26072/21293</w:t>
        <w:br/>
        <w:t>f 26076/26074/21295 26075/26075/21296 26074/26076/21297</w:t>
        <w:br/>
        <w:t>f 26040/26040/21265 26076/26074/21295 26074/26076/21297</w:t>
        <w:br/>
        <w:t>f 26078/26077/21298 26061/26061/21284 26077/26078/21299</w:t>
        <w:br/>
        <w:t>f 26070/26071/21292 26071/26070/21292 26079/26079/21300</w:t>
        <w:br/>
        <w:t>f 26081/26080/21301 26080/26081/21302 26049/26049/21274</w:t>
        <w:br/>
        <w:t>f 26050/26050/21274 26081/26080/21301 26049/26049/21274</w:t>
        <w:br/>
        <w:t>f 26084/26082/21303 26083/26083/21304 26082/26084/21304</w:t>
        <w:br/>
        <w:t>f 26085/26085/21303 26084/26082/21303 26082/26084/21304</w:t>
        <w:br/>
        <w:t>f 26088/26086/21305 26087/26087/21306 26086/26088/21305</w:t>
        <w:br/>
        <w:t>f 26059/26060/21283 26060/26059/21283 26090/26089/21307</w:t>
        <w:br/>
        <w:t>f 26089/26090/21308 26059/26060/21283 26090/26089/21307</w:t>
        <w:br/>
        <w:t>f 26094/26091/21309 26093/26092/21310 26092/26093/21311</w:t>
        <w:br/>
        <w:t>f 26091/26094/21312 26094/26091/21309 26092/26093/21311</w:t>
        <w:br/>
        <w:t>f 26097/26095/21270 26096/26096/21313 26095/26097/21314</w:t>
        <w:br/>
        <w:t>f 26097/26095/21270 26095/26097/21314 26099/26098/21315</w:t>
        <w:br/>
        <w:t>f 26098/26099/21316 26097/26095/21270 26099/26098/21315</w:t>
        <w:br/>
        <w:t>f 26087/26087/21317 26101/26100/21318 26100/26101/21319</w:t>
        <w:br/>
        <w:t>f 26066/26069/21291 26067/26068/21290 26102/26102/21320</w:t>
        <w:br/>
        <w:t>f 26096/26096/21313 26100/26101/21319 26095/26097/21314</w:t>
        <w:br/>
        <w:t>f 26009/26007/21235 26019/26019/21247 26103/26103/21321</w:t>
        <w:br/>
        <w:t>f 26104/26104/21322 26080/26081/21302 26081/26080/21301</w:t>
        <w:br/>
        <w:t>f 26082/26084/21304 26083/26083/21304 26106/26105/21302</w:t>
        <w:br/>
        <w:t>f 26105/26106/21323 26082/26084/21304 26106/26105/21302</w:t>
        <w:br/>
        <w:t>f 26072/26072/21293 26108/26107/21324 26107/26108/21324</w:t>
        <w:br/>
        <w:t>f 26073/26073/21294 26072/26072/21293 26107/26108/21324</w:t>
        <w:br/>
        <w:t>f 26111/26109/21325 26110/26110/21290 26109/26111/21289</w:t>
        <w:br/>
        <w:t>f 26112/26112/21326 26111/26109/21325 26109/26111/21289</w:t>
        <w:br/>
        <w:t>f 26074/26076/21297 26075/26075/21296 26113/26113/21327</w:t>
        <w:br/>
        <w:t>f 26024/26023/21251 26114/26114/21328 26023/26024/21252</w:t>
        <w:br/>
        <w:t>f 26115/26115/21329 26099/26098/21315 26095/26097/21314</w:t>
        <w:br/>
        <w:t>f 26100/26101/21319 26115/26115/21329 26095/26097/21314</w:t>
        <w:br/>
        <w:t>f 26056/26057/21281 26057/26056/21280 26094/26091/21309</w:t>
        <w:br/>
        <w:t>f 26038/26036/21261 26116/26116/21330 26037/26037/21262</w:t>
        <w:br/>
        <w:t>f 26054/26054/21278 26119/26117/21331 26118/26118/21332</w:t>
        <w:br/>
        <w:t>f 26117/26119/21333 26054/26054/21278 26118/26118/21332</w:t>
        <w:br/>
        <w:t>f 26114/26114/21328 26053/26051/21275 26051/26053/21277</w:t>
        <w:br/>
        <w:t>f 26123/26120/21334 26122/26121/21335 26121/26122/21336</w:t>
        <w:br/>
        <w:t>f 26120/26123/21337 26123/26120/21334 26121/26122/21336</w:t>
        <w:br/>
        <w:t>f 26058/26055/21279 26124/26124/21338 26057/26056/21280</w:t>
        <w:br/>
        <w:t>f 26112/26112/21326 26120/26123/21337 26121/26122/21336</w:t>
        <w:br/>
        <w:t>f 26111/26109/21325 26112/26112/21326 26121/26122/21336</w:t>
        <w:br/>
        <w:t>f 26126/26125/21320 26110/26110/21290 26111/26109/21325</w:t>
        <w:br/>
        <w:t>f 26125/26126/21339 26126/26125/21320 26111/26109/21325</w:t>
        <w:br/>
        <w:t>f 26127/26127/21340 26125/26126/21339 26111/26109/21325</w:t>
        <w:br/>
        <w:t>f 26121/26122/21336 26127/26127/21340 26111/26109/21325</w:t>
        <w:br/>
        <w:t>f 26038/26036/21261 26128/26128/21341 26116/26116/21330</w:t>
        <w:br/>
        <w:t>f 26127/26127/21340 26121/26122/21336 26122/26121/21335</w:t>
        <w:br/>
        <w:t>f 26129/26129/21342 26127/26127/21340 26122/26121/21335</w:t>
        <w:br/>
        <w:t>f 26093/26092/21310 26130/26130/21343 26092/26093/21311</w:t>
        <w:br/>
        <w:t>f 26131/26131/21344 26119/26117/21331 26054/26054/21278</w:t>
        <w:br/>
        <w:t>f 26128/26128/21341 26133/26132/21345 26132/26133/21345</w:t>
        <w:br/>
        <w:t>f 26116/26116/21330 26128/26128/21341 26132/26133/21345</w:t>
        <w:br/>
        <w:t>f 26093/26092/21310 26135/26134/21346 26134/26135/21347</w:t>
        <w:br/>
        <w:t>f 26119/26117/21331 26137/26136/21348 26136/26137/21349</w:t>
        <w:br/>
        <w:t>f 26118/26118/21332 26119/26117/21331 26136/26137/21349</w:t>
        <w:br/>
        <w:t>f 26139/26138/21350 26138/26139/21351 26131/26131/21344</w:t>
        <w:br/>
        <w:t>f 26142/26140/21352 26141/26141/21353 26140/26142/21354</w:t>
        <w:br/>
        <w:t>f 26125/26126/21339 26127/26127/21340 26141/26141/21353</w:t>
        <w:br/>
        <w:t>f 26131/26131/21344 26143/26143/21355 26137/26136/21348</w:t>
        <w:br/>
        <w:t>f 26119/26117/21331 26131/26131/21344 26137/26136/21348</w:t>
        <w:br/>
        <w:t>f 26134/26135/21347 26144/26144/21356 26130/26130/21343</w:t>
        <w:br/>
        <w:t>f 26138/26139/21351 26145/26145/21357 26143/26143/21355</w:t>
        <w:br/>
        <w:t>f 26131/26131/21344 26138/26139/21351 26143/26143/21355</w:t>
        <w:br/>
        <w:t>f 26148/26146/21358 26147/26147/21359 26146/26148/21360</w:t>
        <w:br/>
        <w:t>f 26135/26134/21346 26150/26149/21361 26149/26150/21362</w:t>
        <w:br/>
        <w:t>f 26134/26135/21347 26135/26134/21346 26149/26150/21362</w:t>
        <w:br/>
        <w:t>f 26133/26132/21345 26152/26151/21363 26151/26152/21363</w:t>
        <w:br/>
        <w:t>f 26132/26133/21345 26133/26132/21345 26151/26152/21363</w:t>
        <w:br/>
        <w:t>f 26154/26153/21364 26136/26137/21349 26137/26136/21348</w:t>
        <w:br/>
        <w:t>f 26153/26154/21365 26154/26153/21364 26137/26136/21348</w:t>
        <w:br/>
        <w:t>f 26143/26143/21355 26155/26155/21366 26153/26154/21365</w:t>
        <w:br/>
        <w:t>f 26137/26136/21348 26143/26143/21355 26153/26154/21365</w:t>
        <w:br/>
        <w:t>f 26149/26150/21362 26157/26156/21367 26156/26157/21368</w:t>
        <w:br/>
        <w:t>f 26144/26144/21356 26149/26150/21362 26156/26157/21368</w:t>
        <w:br/>
        <w:t>f 26145/26145/21357 26158/26158/21369 26155/26155/21366</w:t>
        <w:br/>
        <w:t>f 26143/26143/21355 26145/26145/21357 26155/26155/21366</w:t>
        <w:br/>
        <w:t>f 26150/26149/21361 26159/26159/21370 26157/26156/21367</w:t>
        <w:br/>
        <w:t>f 26149/26150/21362 26150/26149/21361 26157/26156/21367</w:t>
        <w:br/>
        <w:t>f 26161/26160/21371 26154/26153/21364 26153/26154/21365</w:t>
        <w:br/>
        <w:t>f 26160/26161/21372 26161/26160/21371 26153/26154/21365</w:t>
        <w:br/>
        <w:t>f 26152/26151/21363 26163/26162/21373 26162/26163/21373</w:t>
        <w:br/>
        <w:t>f 26151/26152/21363 26152/26151/21363 26162/26163/21373</w:t>
        <w:br/>
        <w:t>f 26155/26155/21366 26164/26164/21374 26160/26161/21372</w:t>
        <w:br/>
        <w:t>f 26153/26154/21365 26155/26155/21366 26160/26161/21372</w:t>
        <w:br/>
        <w:t>f 26160/26161/21372 26166/26165/21375 26165/26166/21375</w:t>
        <w:br/>
        <w:t>f 26161/26160/21371 26160/26161/21372 26165/26166/21375</w:t>
        <w:br/>
        <w:t>f 26157/26156/21367 26168/26167/21376 26167/26168/21377</w:t>
        <w:br/>
        <w:t>f 26156/26157/21368 26157/26156/21367 26167/26168/21377</w:t>
        <w:br/>
        <w:t>f 26158/26158/21369 26169/26169/21378 26164/26164/21374</w:t>
        <w:br/>
        <w:t>f 26155/26155/21366 26158/26158/21369 26164/26164/21374</w:t>
        <w:br/>
        <w:t>f 26171/26170/21379 26170/26171/21380 26160/26161/21372</w:t>
        <w:br/>
        <w:t>f 26164/26164/21374 26171/26170/21379 26160/26161/21372</w:t>
        <w:br/>
        <w:t>f 26173/26172/21381 26172/26173/21381 26165/26166/21375</w:t>
        <w:br/>
        <w:t>f 26166/26165/21375 26173/26172/21381 26165/26166/21375</w:t>
        <w:br/>
        <w:t>f 26175/26174/21378 26162/26163/21373 26163/26162/21373</w:t>
        <w:br/>
        <w:t>f 26174/26175/21382 26175/26174/21378 26163/26162/21373</w:t>
        <w:br/>
        <w:t>f 26176/26176/21383 26168/26167/21376 26157/26156/21367</w:t>
        <w:br/>
        <w:t>f 26159/26159/21370 26176/26176/21383 26157/26156/21367</w:t>
        <w:br/>
        <w:t>f 26169/26169/21378 26177/26177/21384 26171/26170/21379</w:t>
        <w:br/>
        <w:t>f 26164/26164/21374 26169/26169/21378 26171/26170/21379</w:t>
        <w:br/>
        <w:t>f 26172/26173/21381 26173/26172/21381 26178/26178/21385</w:t>
        <w:br/>
        <w:t>f 26179/26179/21386 26172/26173/21381 26178/26178/21385</w:t>
        <w:br/>
        <w:t>f 26171/26170/21379 26181/26180/21387 26180/26181/21388</w:t>
        <w:br/>
        <w:t>f 26170/26171/21380 26171/26170/21379 26180/26181/21388</w:t>
        <w:br/>
        <w:t>f 26178/26178/21385 26183/26182/21389 26182/26183/21390</w:t>
        <w:br/>
        <w:t>f 26179/26179/21386 26178/26178/21385 26182/26183/21390</w:t>
        <w:br/>
        <w:t>f 26174/26175/21382 26185/26184/21391 26184/26185/21391</w:t>
        <w:br/>
        <w:t>f 26175/26174/21378 26174/26175/21382 26184/26185/21391</w:t>
        <w:br/>
        <w:t>f 26168/26167/21376 26187/26186/21392 26186/26187/21393</w:t>
        <w:br/>
        <w:t>f 26167/26168/21377 26168/26167/21376 26186/26187/21393</w:t>
        <w:br/>
        <w:t>f 26188/26188/21394 26181/26180/21387 26171/26170/21379</w:t>
        <w:br/>
        <w:t>f 26177/26177/21384 26188/26188/21394 26171/26170/21379</w:t>
        <w:br/>
        <w:t>f 26190/26189/21395 26184/26185/21391 26185/26184/21391</w:t>
        <w:br/>
        <w:t>f 26189/26190/21395 26190/26189/21395 26185/26184/21391</w:t>
        <w:br/>
        <w:t>f 26191/26191/21396 26187/26186/21392 26168/26167/21376</w:t>
        <w:br/>
        <w:t>f 26176/26176/21383 26191/26191/21396 26168/26167/21376</w:t>
        <w:br/>
        <w:t>f 26193/26192/21397 26192/26193/21398 26186/26187/21393</w:t>
        <w:br/>
        <w:t>f 26187/26186/21392 26193/26192/21397 26186/26187/21393</w:t>
        <w:br/>
        <w:t>f 26181/26180/21387 26195/26194/21399 26194/26195/21400</w:t>
        <w:br/>
        <w:t>f 26180/26181/21388 26181/26180/21387 26194/26195/21400</w:t>
        <w:br/>
        <w:t>f 26181/26180/21387 26188/26188/21394 26196/26196/21401</w:t>
        <w:br/>
        <w:t>f 26195/26194/21399 26181/26180/21387 26196/26196/21401</w:t>
        <w:br/>
        <w:t>f 26195/26194/21399 26196/26196/21401 26197/26197/21402</w:t>
        <w:br/>
        <w:t>f 26200/26198/21403 26199/26199/21403 26198/26200/21404</w:t>
        <w:br/>
        <w:t>f 26201/26201/21405 26193/26192/21397 26187/26186/21392</w:t>
        <w:br/>
        <w:t>f 26191/26191/21396 26201/26201/21405 26187/26186/21392</w:t>
        <w:br/>
        <w:t>f 26189/26190/21395 26199/26199/21403 26200/26198/21403</w:t>
        <w:br/>
        <w:t>f 26190/26189/21395 26189/26190/21395 26200/26198/21403</w:t>
        <w:br/>
        <w:t>f 26205/26202/21406 26204/26203/21407 26203/26204/21408</w:t>
        <w:br/>
        <w:t>f 26202/26205/21409 26205/26202/21406 26203/26204/21408</w:t>
        <w:br/>
        <w:t>f 26204/26203/21407 26205/26202/21406 26193/26192/21397</w:t>
        <w:br/>
        <w:t>f 26201/26201/21405 26204/26203/21407 26193/26192/21397</w:t>
        <w:br/>
        <w:t>f 26131/26131/21344 26054/26054/21278 26139/26138/21350</w:t>
        <w:br/>
        <w:t>f 26054/26054/21278 26117/26119/21333 26206/26206/21223</w:t>
        <w:br/>
        <w:t>f 26139/26138/21350 26054/26054/21278 26000/25998/21227</w:t>
        <w:br/>
        <w:t>f 26087/26087/21317 26100/26101/21319 26096/26096/21313</w:t>
        <w:br/>
        <w:t>f 26209/26207/21410 26208/26208/21411 26207/26209/21412</w:t>
        <w:br/>
        <w:t>f 26100/26101/21319 26101/26100/21318 26210/26210/21413</w:t>
        <w:br/>
        <w:t>f 26115/26115/21329 26100/26101/21319 26210/26210/21413</w:t>
        <w:br/>
        <w:t>f 26212/26211/21414 26211/26212/21414 26010/26012/21240</w:t>
        <w:br/>
        <w:t>f 26011/26011/21239 26212/26211/21414 26010/26012/21240</w:t>
        <w:br/>
        <w:t>f 26015/26013/21241 26214/26213/21415 26213/26214/21415</w:t>
        <w:br/>
        <w:t>f 26014/26014/21242 26015/26013/21241 26213/26214/21415</w:t>
        <w:br/>
        <w:t>f 26216/26215/21416 26021/26021/21249 26022/26020/21248</w:t>
        <w:br/>
        <w:t>f 26215/26216/21417 26216/26215/21416 26022/26020/21248</w:t>
        <w:br/>
        <w:t>f 26218/26217/21418 26217/26218/21418 26016/26018/21246</w:t>
        <w:br/>
        <w:t>f 26017/26017/21245 26218/26217/21418 26016/26018/21246</w:t>
        <w:br/>
        <w:t>f 26028/26031/21258 26029/26030/21258 26220/26219/21419</w:t>
        <w:br/>
        <w:t>f 26219/26220/21419 26028/26031/21258 26220/26219/21419</w:t>
        <w:br/>
        <w:t>f 26222/26221/21420 26033/26034/21260 26034/26033/21260</w:t>
        <w:br/>
        <w:t>f 26221/26222/21421 26222/26221/21420 26034/26033/21260</w:t>
        <w:br/>
        <w:t>f 26225/26223/21422 26224/26224/21423 26223/26225/21424</w:t>
        <w:br/>
        <w:t>f 26041/26039/21264 26039/26041/21266 26227/26226/21425</w:t>
        <w:br/>
        <w:t>f 26226/26227/21425 26041/26039/21264 26227/26226/21425</w:t>
        <w:br/>
        <w:t>f 26225/26223/21422 26216/26215/21416 26224/26224/21423</w:t>
        <w:br/>
        <w:t>f 26213/26214/21415 26214/26213/21415 26222/26221/21420</w:t>
        <w:br/>
        <w:t>f 26221/26222/21421 26213/26214/21415 26222/26221/21420</w:t>
        <w:br/>
        <w:t>f 26219/26220/21419 26220/26219/21419 26211/26212/21414</w:t>
        <w:br/>
        <w:t>f 26212/26211/21414 26219/26220/21419 26211/26212/21414</w:t>
        <w:br/>
        <w:t>f 26226/26227/21425 26227/26226/21425 26217/26218/21418</w:t>
        <w:br/>
        <w:t>f 26218/26217/21418 26226/26227/21425 26217/26218/21418</w:t>
        <w:br/>
        <w:t>f 26046/26047/21272 26047/26046/21271 26068/26067/21289</w:t>
        <w:br/>
        <w:t>f 26069/26066/21288 26046/26047/21272 26068/26067/21289</w:t>
        <w:br/>
        <w:t>f 26085/26085/21303 26063/26064/21286 26064/26063/21286</w:t>
        <w:br/>
        <w:t>f 26084/26082/21303 26085/26085/21303 26064/26063/21286</w:t>
        <w:br/>
        <w:t>f 26115/26115/21329 26210/26210/21413 26123/26120/21334</w:t>
        <w:br/>
        <w:t>f 26120/26123/21337 26115/26115/21329 26123/26120/21334</w:t>
        <w:br/>
        <w:t>f 26099/26098/21315 26115/26115/21329 26120/26123/21337</w:t>
        <w:br/>
        <w:t>f 26112/26112/21326 26099/26098/21315 26120/26123/21337</w:t>
        <w:br/>
        <w:t>f 26098/26099/21316 26099/26098/21315 26112/26112/21326</w:t>
        <w:br/>
        <w:t>f 26109/26111/21289 26098/26099/21316 26112/26112/21326</w:t>
        <w:br/>
        <w:t>f 26229/26228/21426 26066/26069/21427 26228/26229/21426</w:t>
        <w:br/>
        <w:t>f 26230/26230/21322 26105/26106/21323 26106/26105/21302</w:t>
        <w:br/>
        <w:t>f 26061/26061/21284 26078/26077/21298 26048/26045/21270</w:t>
        <w:br/>
        <w:t>f 26074/26076/21297 26126/26125/21320 26231/26231/21428</w:t>
        <w:br/>
        <w:t>f 26042/26044/21269 26225/26223/21422 26223/26225/21424</w:t>
        <w:br/>
        <w:t>f 26044/26042/21267 26042/26044/21269 26223/26225/21424</w:t>
        <w:br/>
        <w:t>f 26041/26039/21264 26076/26074/21295 26040/26040/21265</w:t>
        <w:br/>
        <w:t>f 26216/26215/21416 26215/26216/21417 26224/26224/21423</w:t>
        <w:br/>
        <w:t>f 26146/26148/21429 26141/26141/21353 26127/26127/21340</w:t>
        <w:br/>
        <w:t>f 26146/26148/21429 26127/26127/21340 26129/26129/21342</w:t>
        <w:br/>
        <w:t>f 26142/26140/21352 26140/26142/21354 26232/26232/21430</w:t>
        <w:br/>
        <w:t>f 26148/26146/21358 26140/26142/21354 26141/26141/21353</w:t>
        <w:br/>
        <w:t>f 26125/26126/21339 26141/26141/21353 26142/26140/21352</w:t>
        <w:br/>
        <w:t>f 26205/26202/21406 26202/26205/21409 26234/26233/21431</w:t>
        <w:br/>
        <w:t>f 26233/26234/21432 26205/26202/21406 26234/26233/21431</w:t>
        <w:br/>
        <w:t>f 26233/26234/21432 26193/26192/21397 26205/26202/21406</w:t>
        <w:br/>
        <w:t>f 26234/26233/21431 26202/26205/21409 26235/26235/21433</w:t>
        <w:br/>
        <w:t>f 26203/26204/21408 26235/26235/21433 26202/26205/21409</w:t>
        <w:br/>
        <w:t>f 26178/26178/21385 26197/26197/21402 26183/26182/21389</w:t>
        <w:br/>
        <w:t>f 26238/26236/21434 26237/26237/21247 26236/26238/21275</w:t>
        <w:br/>
        <w:t>f 26236/26238/21275 26240/26239/21328 26239/26240/21435</w:t>
        <w:br/>
        <w:t>f 26238/26236/21434 26236/26238/21275 26239/26240/21435</w:t>
        <w:br/>
        <w:t>f 26239/26240/21435 26240/26239/21328 26242/26241/21436</w:t>
        <w:br/>
        <w:t>f 26241/26242/21437 26239/26240/21435 26242/26241/21436</w:t>
        <w:br/>
        <w:t>f 26244/26243/21438 26140/26142/21354 26243/26244/21439</w:t>
        <w:br/>
        <w:t>f 26246/26245/21440 26238/26236/21434 26239/26240/21435</w:t>
        <w:br/>
        <w:t>f 26245/26246/21441 26246/26245/21440 26239/26240/21435</w:t>
        <w:br/>
        <w:t>f 26243/26244/21439 26140/26142/21354 26148/26146/21358</w:t>
        <w:br/>
        <w:t>f 26247/26247/21442 26243/26244/21439 26148/26146/21358</w:t>
        <w:br/>
        <w:t>f 26241/26242/21437 26242/26241/21436 26249/26248/21443</w:t>
        <w:br/>
        <w:t>f 26248/26249/21444 26241/26242/21437 26249/26248/21443</w:t>
        <w:br/>
        <w:t>f 26253/26250/21445 26252/26251/21446 26251/26252/21447</w:t>
        <w:br/>
        <w:t>f 26250/26253/21448 26253/26250/21445 26251/26252/21447</w:t>
        <w:br/>
        <w:t>f 26245/26246/21441 26239/26240/21435 26241/26242/21437</w:t>
        <w:br/>
        <w:t>f 26254/26254/21449 26245/26246/21441 26241/26242/21437</w:t>
        <w:br/>
        <w:t>f 26257/26255/21450 26256/26256/21451 26255/26257/21451</w:t>
        <w:br/>
        <w:t>f 26260/26258/21452 26259/26259/21452 26258/26260/21453</w:t>
        <w:br/>
        <w:t>f 26263/26261/21454 26262/26262/21455 26261/26263/21456</w:t>
        <w:br/>
        <w:t>f 26266/26264/21454 26265/26265/21457 26264/26266/21458</w:t>
        <w:br/>
        <w:t>f 26268/26267/21459 26243/26244/21439 26247/26247/21442</w:t>
        <w:br/>
        <w:t>f 26267/26268/21460 26268/26267/21459 26247/26247/21442</w:t>
        <w:br/>
        <w:t>f 26248/26249/21444 26249/26248/21443 26270/26269/21461</w:t>
        <w:br/>
        <w:t>f 26269/26270/21462 26248/26249/21444 26270/26269/21461</w:t>
        <w:br/>
        <w:t>f 26252/26251/21446 26253/26250/21445 26272/26271/21463</w:t>
        <w:br/>
        <w:t>f 26271/26272/21464 26252/26251/21446 26272/26271/21463</w:t>
        <w:br/>
        <w:t>f 26274/26273/21465 26255/26257/21451 26256/26256/21451</w:t>
        <w:br/>
        <w:t>f 26273/26274/21465 26274/26273/21465 26256/26256/21451</w:t>
        <w:br/>
        <w:t>f 26276/26275/21466 26259/26259/21452 26260/26258/21452</w:t>
        <w:br/>
        <w:t>f 26275/26276/21466 26276/26275/21466 26260/26258/21452</w:t>
        <w:br/>
        <w:t>f 26264/26266/21458 26265/26265/21457 26278/26277/21467</w:t>
        <w:br/>
        <w:t>f 26277/26278/21468 26264/26266/21458 26278/26277/21467</w:t>
        <w:br/>
        <w:t>f 26261/26263/21456 26262/26262/21455 26280/26279/21469</w:t>
        <w:br/>
        <w:t>f 26279/26280/21470 26261/26263/21456 26280/26279/21469</w:t>
        <w:br/>
        <w:t>f 26248/26249/21444 26254/26254/21449 26241/26242/21437</w:t>
        <w:br/>
        <w:t>f 26284/26281/21471 26283/26282/21472 26282/26283/21472</w:t>
        <w:br/>
        <w:t>f 26281/26284/21471 26284/26281/21471 26282/26283/21472</w:t>
        <w:br/>
        <w:t>f 26288/26285/21473 26287/26286/21474 26286/26287/21475</w:t>
        <w:br/>
        <w:t>f 26285/26288/21476 26288/26285/21473 26286/26287/21475</w:t>
        <w:br/>
        <w:t>f 26292/26289/21477 26291/26290/21477 26290/26291/21478</w:t>
        <w:br/>
        <w:t>f 26289/26292/21478 26292/26289/21477 26290/26291/21478</w:t>
        <w:br/>
        <w:t>f 26269/26270/21462 26270/26269/21461 26294/26293/21479</w:t>
        <w:br/>
        <w:t>f 26293/26294/21480 26269/26270/21462 26294/26293/21479</w:t>
        <w:br/>
        <w:t>f 26296/26295/21481 26251/26252/21447 26252/26251/21446</w:t>
        <w:br/>
        <w:t>f 26295/26296/21482 26296/26295/21481 26252/26251/21446</w:t>
        <w:br/>
        <w:t>f 26298/26297/21483 26267/26268/21460 26297/26298/21484</w:t>
        <w:br/>
        <w:t>f 26302/26299/21485 26301/26300/21485 26300/26301/21486</w:t>
        <w:br/>
        <w:t>f 26299/26302/21486 26302/26299/21485 26300/26301/21486</w:t>
        <w:br/>
        <w:t>f 26272/26271/21463 26298/26297/21483 26303/26303/21487</w:t>
        <w:br/>
        <w:t>f 26271/26272/21464 26272/26271/21463 26303/26303/21487</w:t>
        <w:br/>
        <w:t>f 26248/26249/21444 26304/26304/21488 26254/26254/21449</w:t>
        <w:br/>
        <w:t>f 26285/26288/21476 26286/26287/21475 26306/26305/21489</w:t>
        <w:br/>
        <w:t>f 26305/26306/21489 26285/26288/21476 26306/26305/21489</w:t>
        <w:br/>
        <w:t>f 26309/26307/21396 26296/26295/21481 26308/26308/21490</w:t>
        <w:br/>
        <w:t>f 26307/26309/21491 26309/26307/21396 26308/26308/21490</w:t>
        <w:br/>
        <w:t>f 26311/26310/21492 26284/26281/21471 26281/26284/21471</w:t>
        <w:br/>
        <w:t>f 26310/26311/21492 26311/26310/21492 26281/26284/21471</w:t>
        <w:br/>
        <w:t>f 26289/26292/21478 26290/26291/21478 26313/26312/21493</w:t>
        <w:br/>
        <w:t>f 26312/26313/21494 26289/26292/21478 26313/26312/21493</w:t>
        <w:br/>
        <w:t>f 26248/26249/21444 26269/26270/21462 26314/26314/21495</w:t>
        <w:br/>
        <w:t>f 26304/26304/21488 26248/26249/21444 26314/26314/21495</w:t>
        <w:br/>
        <w:t>f 26316/26315/21496 26299/26302/21486 26300/26301/21486</w:t>
        <w:br/>
        <w:t>f 26315/26316/21497 26316/26315/21496 26300/26301/21486</w:t>
        <w:br/>
        <w:t>f 26308/26308/21490 26296/26295/21481 26295/26296/21482</w:t>
        <w:br/>
        <w:t>f 26293/26294/21480 26294/26293/21479 26317/26317/21498</w:t>
        <w:br/>
        <w:t>f 26295/26296/21482 26252/26251/21446 26271/26272/21464</w:t>
        <w:br/>
        <w:t>f 26306/26305/21489 26319/26318/21499 26318/26319/21500</w:t>
        <w:br/>
        <w:t>f 26305/26306/21489 26306/26305/21489 26318/26319/21500</w:t>
        <w:br/>
        <w:t>f 26307/26309/21491 26321/26320/21501 26320/26321/21407</w:t>
        <w:br/>
        <w:t>f 26323/26322/21502 26311/26310/21492 26310/26311/21492</w:t>
        <w:br/>
        <w:t>f 26322/26323/21503 26323/26322/21502 26310/26311/21492</w:t>
        <w:br/>
        <w:t>f 26327/26324/21504 26326/26325/21505 26325/26326/21506</w:t>
        <w:br/>
        <w:t>f 26324/26327/21507 26327/26324/21504 26325/26326/21506</w:t>
        <w:br/>
        <w:t>f 26331/26328/21508 26330/26329/21507 26329/26330/21509</w:t>
        <w:br/>
        <w:t>f 26328/26331/21510 26331/26328/21508 26329/26330/21509</w:t>
        <w:br/>
        <w:t>f 26297/26298/21484 26332/26332/21511 26303/26303/21487</w:t>
        <w:br/>
        <w:t>f 26298/26297/21483 26297/26298/21484 26303/26303/21487</w:t>
        <w:br/>
        <w:t>f 26334/26333/21512 26333/26334/21513 26326/26325/21505</w:t>
        <w:br/>
        <w:t>f 26327/26324/21504 26334/26333/21512 26326/26325/21505</w:t>
        <w:br/>
        <w:t>f 26327/26324/21504 26324/26327/21507 26336/26335/21514</w:t>
        <w:br/>
        <w:t>f 26335/26336/21515 26327/26324/21504 26336/26335/21514</w:t>
        <w:br/>
        <w:t>f 26340/26337/21516 26339/26338/21517 26338/26339/21518</w:t>
        <w:br/>
        <w:t>f 26337/26340/21519 26340/26337/21516 26338/26339/21518</w:t>
        <w:br/>
        <w:t>f 26293/26294/21480 26317/26317/21498 26342/26341/21520</w:t>
        <w:br/>
        <w:t>f 26341/26342/21521 26293/26294/21480 26342/26341/21520</w:t>
        <w:br/>
        <w:t>f 26334/26333/21512 26327/26324/21504 26335/26336/21515</w:t>
        <w:br/>
        <w:t>f 26343/26343/21522 26334/26333/21512 26335/26336/21515</w:t>
        <w:br/>
        <w:t>f 26346/26344/21523 26345/26345/21524 26344/26346/21525</w:t>
        <w:br/>
        <w:t>f 26350/26347/21526 26349/26348/21527 26348/26349/21528</w:t>
        <w:br/>
        <w:t>f 26347/26350/21526 26350/26347/21526 26348/26349/21528</w:t>
        <w:br/>
        <w:t>f 26330/26329/21507 26331/26328/21508 26352/26351/21529</w:t>
        <w:br/>
        <w:t>f 26351/26352/21530 26330/26329/21507 26352/26351/21529</w:t>
        <w:br/>
        <w:t>f 26354/26353/21531 26340/26337/21516 26337/26340/21519</w:t>
        <w:br/>
        <w:t>f 26353/26354/21532 26354/26353/21531 26337/26340/21519</w:t>
        <w:br/>
        <w:t>f 26316/26315/21496 26356/26355/21511 26355/26356/21533</w:t>
        <w:br/>
        <w:t>f 26357/26357/21534 26321/26320/21501 26308/26308/21490</w:t>
        <w:br/>
        <w:t>f 26360/26358/21518 26359/26359/21535 26358/26360/21519</w:t>
        <w:br/>
        <w:t>f 26312/26313/21494 26313/26312/21493 26362/26361/21536</w:t>
        <w:br/>
        <w:t>f 26361/26362/21537 26312/26313/21494 26362/26361/21536</w:t>
        <w:br/>
        <w:t>f 26366/26363/21538 26365/26364/21539 26364/26365/21540</w:t>
        <w:br/>
        <w:t>f 26363/26366/21541 26366/26363/21538 26364/26365/21540</w:t>
        <w:br/>
        <w:t>f 26357/26357/21534 26368/26367/21542 26367/26368/21543</w:t>
        <w:br/>
        <w:t>f 26323/26322/21502 26322/26323/21503 26369/26369/21542</w:t>
        <w:br/>
        <w:t>f 26344/26346/21525 26371/26370/21544 26370/26371/21545</w:t>
        <w:br/>
        <w:t>f 26320/26321/21407 26321/26320/21501 26373/26372/21546</w:t>
        <w:br/>
        <w:t>f 26372/26373/21408 26320/26321/21407 26373/26372/21546</w:t>
        <w:br/>
        <w:t>f 26350/26347/21526 26347/26350/21526 26375/26374/21547</w:t>
        <w:br/>
        <w:t>f 26374/26375/21547 26350/26347/21526 26375/26374/21547</w:t>
        <w:br/>
        <w:t>f 26379/26376/21548 26378/26377/21549 26377/26378/21550</w:t>
        <w:br/>
        <w:t>f 26376/26379/21540 26379/26376/21548 26377/26378/21550</w:t>
        <w:br/>
        <w:t>f 26383/26380/21551 26382/26381/21552 26381/26382/21553</w:t>
        <w:br/>
        <w:t>f 26380/26383/21554 26383/26380/21551 26381/26382/21553</w:t>
        <w:br/>
        <w:t>f 26304/26304/21488 26314/26314/21495 26384/26384/21555</w:t>
        <w:br/>
        <w:t>f 26386/26385/21556 26358/26360/21519 26359/26359/21535</w:t>
        <w:br/>
        <w:t>f 26385/26386/21557 26386/26385/21556 26359/26359/21535</w:t>
        <w:br/>
        <w:t>f 26314/26314/21495 26269/26270/21462 26387/26387/21558</w:t>
        <w:br/>
        <w:t>f 26389/26388/21559 26388/26389/21532 26358/26360/21519</w:t>
        <w:br/>
        <w:t>f 26386/26385/21556 26389/26388/21559 26358/26360/21519</w:t>
        <w:br/>
        <w:t>f 26387/26387/21558 26269/26270/21462 26293/26294/21480</w:t>
        <w:br/>
        <w:t>f 26390/26390/21560 26387/26387/21558 26293/26294/21480</w:t>
        <w:br/>
        <w:t>f 26355/26356/21533 26392/26391/21561 26391/26392/21562</w:t>
        <w:br/>
        <w:t>f 26393/26393/21563 26341/26342/21521 26342/26341/21520</w:t>
        <w:br/>
        <w:t>f 26397/26394/21564 26396/26395/21565 26395/26396/21566</w:t>
        <w:br/>
        <w:t>f 26394/26397/21567 26397/26394/21564 26395/26396/21566</w:t>
        <w:br/>
        <w:t>f 26399/26398/21568 26398/26399/21569 26373/26372/21546</w:t>
        <w:br/>
        <w:t>f 26402/26400/21553 26401/26401/21570 26400/26402/21571</w:t>
        <w:br/>
        <w:t>f 26364/26365/21540 26404/26403/21572 26403/26404/21573</w:t>
        <w:br/>
        <w:t>f 26363/26366/21541 26364/26365/21540 26403/26404/21573</w:t>
        <w:br/>
        <w:t>f 26377/26378/21550 26406/26405/21574 26405/26406/21575</w:t>
        <w:br/>
        <w:t>f 26376/26379/21540 26377/26378/21550 26405/26406/21575</w:t>
        <w:br/>
        <w:t>f 26387/26387/21558 26384/26384/21555 26314/26314/21495</w:t>
        <w:br/>
        <w:t>f 26399/26398/21568 26367/26368/21543 26407/26407/21576</w:t>
        <w:br/>
        <w:t>f 26409/26408/21577 26408/26409/21578 26332/26332/21511</w:t>
        <w:br/>
        <w:t>f 26411/26410/21433 26373/26372/21546 26410/26411/21579</w:t>
        <w:br/>
        <w:t>f 26412/26412/21580 26363/26366/21541 26403/26404/21573</w:t>
        <w:br/>
        <w:t>f 26369/26369/21542 26391/26392/21562 26413/26413/21543</w:t>
        <w:br/>
        <w:t>f 26408/26409/21578 26414/26414/21561 26332/26332/21511</w:t>
        <w:br/>
        <w:t>f 26182/26183/21390 26183/26182/21389 26415/26415/21581</w:t>
        <w:br/>
        <w:t>f 26403/26404/21573 26404/26403/21572 26416/26416/21582</w:t>
        <w:br/>
        <w:t>f 26391/26392/21562 26392/26391/21561 26413/26413/21543</w:t>
        <w:br/>
        <w:t>f 26395/26396/21566 26396/26395/21565 26418/26417/21583</w:t>
        <w:br/>
        <w:t>f 26417/26418/21584 26395/26396/21566 26418/26417/21583</w:t>
        <w:br/>
        <w:t>f 26420/26419/21585 26183/26182/21389 26419/26420/21586</w:t>
        <w:br/>
        <w:t>f 26422/26421/21582 26405/26406/21575 26406/26405/21574</w:t>
        <w:br/>
        <w:t>f 26421/26422/21587 26422/26421/21582 26406/26405/21574</w:t>
        <w:br/>
        <w:t>f 26406/26405/21574 26423/26423/21588 26421/26422/21587</w:t>
        <w:br/>
        <w:t>f 26414/26414/21561 26408/26409/21578 26424/26424/21589</w:t>
        <w:br/>
        <w:t>f 26367/26368/21543 26414/26414/21561 26424/26424/21589</w:t>
        <w:br/>
        <w:t>f 26398/26399/21569 26410/26411/21579 26373/26372/21546</w:t>
        <w:br/>
        <w:t>f 26398/26399/21569 26399/26398/21568 26407/26407/21576</w:t>
        <w:br/>
        <w:t>f 26425/26425/21590 26398/26399/21569 26407/26407/21576</w:t>
        <w:br/>
        <w:t>f 26429/26426/21585 26428/26427/21586 26427/26428/21591</w:t>
        <w:br/>
        <w:t>f 26426/26429/21592 26429/26426/21585 26427/26428/21591</w:t>
        <w:br/>
        <w:t>f 26390/26390/21560 26293/26294/21480 26341/26342/21521</w:t>
        <w:br/>
        <w:t>f 26430/26430/21593 26390/26390/21560 26341/26342/21521</w:t>
        <w:br/>
        <w:t>f 26407/26407/21576 26367/26368/21543 26424/26424/21589</w:t>
        <w:br/>
        <w:t>f 26431/26431/21594 26407/26407/21576 26424/26424/21589</w:t>
        <w:br/>
        <w:t>f 26433/26432/21595 26422/26421/21582 26421/26422/21587</w:t>
        <w:br/>
        <w:t>f 26432/26433/21596 26433/26432/21595 26421/26422/21587</w:t>
        <w:br/>
        <w:t>f 26434/26434/21597 26341/26342/21521 26393/26393/21563</w:t>
        <w:br/>
        <w:t>f 26437/26435/21598 26436/26436/21599 26435/26437/21600</w:t>
        <w:br/>
        <w:t>f 26401/26401/21570 26437/26435/21598 26435/26437/21600</w:t>
        <w:br/>
        <w:t>f 26426/26429/21592 26427/26428/21591 26439/26438/21601</w:t>
        <w:br/>
        <w:t>f 26438/26439/21602 26426/26429/21592 26439/26438/21601</w:t>
        <w:br/>
        <w:t>f 26429/26426/21585 26426/26429/21592 26440/26440/21581</w:t>
        <w:br/>
        <w:t>f 26442/26441/21603 26441/26442/21604 26425/26425/21590</w:t>
        <w:br/>
        <w:t>f 26407/26407/21576 26431/26431/21594 26443/26443/21605</w:t>
        <w:br/>
        <w:t>f 26425/26425/21590 26407/26407/21576 26443/26443/21605</w:t>
        <w:br/>
        <w:t>f 26444/26444/21606 26440/26440/21581 26438/26439/21602</w:t>
        <w:br/>
        <w:t>f 26446/26445/21607 26445/26446/21608 26433/26432/21595</w:t>
        <w:br/>
        <w:t>f 26432/26433/21596 26446/26445/21607 26433/26432/21595</w:t>
        <w:br/>
        <w:t>f 26448/26447/21609 26417/26418/21584 26418/26417/21583</w:t>
        <w:br/>
        <w:t>f 26447/26448/21610 26448/26447/21609 26418/26417/21583</w:t>
        <w:br/>
        <w:t>f 26436/26436/21599 26449/26449/21611 26435/26437/21600</w:t>
        <w:br/>
        <w:t>f 26423/26423/21588 26451/26450/21612 26450/26451/21613</w:t>
        <w:br/>
        <w:t>f 26438/26439/21602 26439/26438/21601 26452/26452/21614</w:t>
        <w:br/>
        <w:t>f 26432/26433/21596 26421/26422/21587 26453/26453/21615</w:t>
        <w:br/>
        <w:t>f 26425/26425/21590 26443/26443/21605 26442/26441/21603</w:t>
        <w:br/>
        <w:t>f 26444/26444/21606 26438/26439/21602 26452/26452/21614</w:t>
        <w:br/>
        <w:t>f 26455/26454/21616 26454/26455/21617 26445/26446/21608</w:t>
        <w:br/>
        <w:t>f 26446/26445/21607 26455/26454/21616 26445/26446/21608</w:t>
        <w:br/>
        <w:t>f 26458/26456/21614 26457/26457/21618 26456/26458/21606</w:t>
        <w:br/>
        <w:t>f 26460/26459/21619 26459/26460/21620 26454/26455/21617</w:t>
        <w:br/>
        <w:t>f 26455/26454/21616 26460/26459/21619 26454/26455/21617</w:t>
        <w:br/>
        <w:t>f 26458/26456/21614 26462/26461/21621 26461/26462/21622</w:t>
        <w:br/>
        <w:t>f 26457/26457/21618 26458/26456/21614 26461/26462/21622</w:t>
        <w:br/>
        <w:t>f 26453/26453/21615 26463/26463/21623 26446/26445/21607</w:t>
        <w:br/>
        <w:t>f 26432/26433/21596 26453/26453/21615 26446/26445/21607</w:t>
        <w:br/>
        <w:t>f 26466/26464/21581 26465/26465/21624 26464/26466/21625</w:t>
        <w:br/>
        <w:t>f 26469/26467/21593 26468/26468/21626 26467/26469/21627</w:t>
        <w:br/>
        <w:t>f 26450/26451/21613 26470/26470/21628 26423/26423/21588</w:t>
        <w:br/>
        <w:t>f 26471/26471/21629 26465/26465/21624 26457/26457/21618</w:t>
        <w:br/>
        <w:t>f 26423/26423/21588 26470/26470/21628 26472/26472/21630</w:t>
        <w:br/>
        <w:t>f 26453/26453/21615 26423/26423/21588 26472/26472/21630</w:t>
        <w:br/>
        <w:t>f 26455/26454/21616 26446/26445/21607 26463/26463/21623</w:t>
        <w:br/>
        <w:t>f 26473/26473/21631 26455/26454/21616 26463/26463/21623</w:t>
        <w:br/>
        <w:t>f 26460/26459/21619 26455/26454/21616 26473/26473/21631</w:t>
        <w:br/>
        <w:t>f 26474/26474/21632 26460/26459/21619 26473/26473/21631</w:t>
        <w:br/>
        <w:t>f 26464/26466/21625 26476/26475/21633 26475/26476/21634</w:t>
        <w:br/>
        <w:t>f 26453/26453/21615 26472/26472/21630 26477/26477/21635</w:t>
        <w:br/>
        <w:t>f 26463/26463/21623 26453/26453/21615 26477/26477/21635</w:t>
        <w:br/>
        <w:t>f 26463/26463/21623 26477/26477/21635 26478/26478/21636</w:t>
        <w:br/>
        <w:t>f 26473/26473/21631 26463/26463/21623 26478/26478/21636</w:t>
        <w:br/>
        <w:t>f 26465/26465/21624 26480/26479/21637 26479/26480/21638</w:t>
        <w:br/>
        <w:t>f 26482/26481/21639 26475/26476/21640 26481/26482/21641</w:t>
        <w:br/>
        <w:t>f 26474/26474/21632 26478/26478/21636 26483/26483/21642</w:t>
        <w:br/>
        <w:t>f 26484/26484/21643 26480/26479/21637 26471/26471/21629</w:t>
        <w:br/>
        <w:t>f 26486/26485/21644 26485/26486/21645 26480/26479/21637</w:t>
        <w:br/>
        <w:t>f 26478/26478/21636 26477/26477/21635 26487/26487/21646</w:t>
        <w:br/>
        <w:t>f 26488/26488/21647 26483/26483/21642 26484/26484/21643</w:t>
        <w:br/>
        <w:t>f 26489/26489/21648 26477/26477/21635 26472/26472/21630</w:t>
        <w:br/>
        <w:t>f 26478/26478/21636 26487/26487/21646 26490/26490/21649</w:t>
        <w:br/>
        <w:t>f 26483/26483/21642 26478/26478/21636 26490/26490/21649</w:t>
        <w:br/>
        <w:t>f 26491/26491/21650 26487/26487/21646 26477/26477/21635</w:t>
        <w:br/>
        <w:t>f 26480/26479/21637 26484/26484/21643 26492/26492/21651</w:t>
        <w:br/>
        <w:t>f 26486/26485/21644 26480/26479/21637 26492/26492/21651</w:t>
        <w:br/>
        <w:t>f 26492/26492/21651 26484/26484/21643 26483/26483/21642</w:t>
        <w:br/>
        <w:t>f 26490/26490/21649 26492/26492/21651 26483/26483/21642</w:t>
        <w:br/>
        <w:t>f 26494/26493/21652 26493/26494/21653 26487/26487/21646</w:t>
        <w:br/>
        <w:t>f 26495/26495/21654 26493/26494/21653 26494/26493/21652</w:t>
        <w:br/>
        <w:t>f 26497/26496/21655 26492/26492/21651 26496/26497/21656</w:t>
        <w:br/>
        <w:t>f 26500/26498/21657 26499/26499/21658 26498/26500/21659</w:t>
        <w:br/>
        <w:t>f 26298/26297/21483 26268/26267/21459 26267/26268/21460</w:t>
        <w:br/>
        <w:t>f 26386/26385/21556 26502/26501/21660 26501/26502/21661</w:t>
        <w:br/>
        <w:t>f 26389/26388/21559 26386/26385/21556 26501/26502/21661</w:t>
        <w:br/>
        <w:t>f 26402/26400/21553 26388/26389/21532 26389/26388/21559</w:t>
        <w:br/>
        <w:t>f 26437/26435/21598 26402/26400/21553 26389/26388/21559</w:t>
        <w:br/>
        <w:t>f 26354/26353/21531 26353/26354/21532 26381/26382/21553</w:t>
        <w:br/>
        <w:t>f 26382/26381/21552 26354/26353/21531 26381/26382/21553</w:t>
        <w:br/>
        <w:t>f 26504/26503/21662 26503/26504/21663 26449/26449/21664</w:t>
        <w:br/>
        <w:t>f 26436/26436/21599 26437/26435/21598 26389/26388/21559</w:t>
        <w:br/>
        <w:t>f 26501/26502/21661 26436/26436/21599 26389/26388/21559</w:t>
        <w:br/>
        <w:t>f 26283/26282/21472 26274/26273/21465 26273/26274/21465</w:t>
        <w:br/>
        <w:t>f 26282/26283/21472 26283/26282/21472 26273/26274/21465</w:t>
        <w:br/>
        <w:t>f 26288/26285/21473 26276/26275/21466 26275/26276/21466</w:t>
        <w:br/>
        <w:t>f 26287/26286/21474 26288/26285/21473 26275/26276/21466</w:t>
        <w:br/>
        <w:t>f 26277/26278/21468 26278/26277/21467 26291/26290/21477</w:t>
        <w:br/>
        <w:t>f 26292/26289/21477 26277/26278/21468 26291/26290/21477</w:t>
        <w:br/>
        <w:t>f 26279/26280/21470 26280/26279/21469 26301/26300/21485</w:t>
        <w:br/>
        <w:t>f 26302/26299/21485 26279/26280/21470 26301/26300/21485</w:t>
        <w:br/>
        <w:t>f 26488/26488/21647 26474/26474/21632 26483/26483/21642</w:t>
        <w:br/>
        <w:t>f 26369/26369/21542 26322/26323/21503 26391/26392/21562</w:t>
        <w:br/>
        <w:t>f 26355/26356/21533 26356/26355/21511 26392/26391/21561</w:t>
        <w:br/>
        <w:t>f 26357/26357/21534 26295/26296/21482 26368/26367/21542</w:t>
        <w:br/>
        <w:t>f 26447/26448/21610 26418/26417/21583 26401/26401/21570</w:t>
        <w:br/>
        <w:t>f 26435/26437/21600 26447/26448/21610 26401/26401/21570</w:t>
        <w:br/>
        <w:t>f 26396/26395/21565 26400/26402/21571 26401/26401/21570</w:t>
        <w:br/>
        <w:t>f 26418/26417/21583 26396/26395/21565 26401/26401/21570</w:t>
        <w:br/>
        <w:t>f 26335/26336/21515 26336/26335/21514 26365/26364/21539</w:t>
        <w:br/>
        <w:t>f 26366/26363/21538 26335/26336/21515 26365/26364/21539</w:t>
        <w:br/>
        <w:t>f 26343/26343/21522 26335/26336/21515 26366/26363/21538</w:t>
        <w:br/>
        <w:t>f 26374/26375/21547 26375/26374/21547 26505/26505/21665</w:t>
        <w:br/>
        <w:t>f 26370/26371/21545 26396/26395/21565 26397/26394/21564</w:t>
        <w:br/>
        <w:t>f 26351/26352/21530 26352/26351/21529 26378/26377/21549</w:t>
        <w:br/>
        <w:t>f 26379/26376/21548 26351/26352/21530 26378/26377/21549</w:t>
        <w:br/>
        <w:t>f 26383/26380/21551 26380/26383/21554 26506/26506/21565</w:t>
        <w:br/>
        <w:t>f 26507/26507/21666 26441/26442/21604 26442/26441/21603</w:t>
        <w:br/>
        <w:t>f 26509/26508/21667 26508/26509/21668 26459/26460/21620</w:t>
        <w:br/>
        <w:t>f 26460/26459/21619 26509/26508/21667 26459/26460/21620</w:t>
        <w:br/>
        <w:t>f 26509/26508/21667 26460/26459/21619 26474/26474/21632</w:t>
        <w:br/>
        <w:t>f 26488/26488/21647 26509/26508/21667 26474/26474/21632</w:t>
        <w:br/>
        <w:t>f 26411/26410/21433 26410/26411/21579 26427/26428/21591</w:t>
        <w:br/>
        <w:t>f 26428/26427/21586 26411/26410/21433 26427/26428/21591</w:t>
        <w:br/>
        <w:t>f 26441/26442/21604 26427/26428/21591 26410/26411/21579</w:t>
        <w:br/>
        <w:t>f 26507/26507/21666 26510/26510/21669 26439/26438/21601</w:t>
        <w:br/>
        <w:t>f 26441/26442/21604 26507/26507/21666 26439/26438/21601</w:t>
        <w:br/>
        <w:t>f 26462/26461/21621 26508/26509/21668 26509/26508/21667</w:t>
        <w:br/>
        <w:t>f 26461/26462/21622 26462/26461/21621 26509/26508/21667</w:t>
        <w:br/>
        <w:t>f 26488/26488/21647 26471/26471/21629 26461/26462/21622</w:t>
        <w:br/>
        <w:t>f 26509/26508/21667 26488/26488/21647 26461/26462/21622</w:t>
        <w:br/>
        <w:t>f 26512/26511/21670 26511/26512/21671 26235/26235/21433</w:t>
        <w:br/>
        <w:t>f 26439/26438/21601 26427/26428/21591 26441/26442/21604</w:t>
        <w:br/>
        <w:t>f 26425/26425/21590 26441/26442/21604 26398/26399/21569</w:t>
        <w:br/>
        <w:t>f 26496/26497/21656 26513/26513/21672 26486/26485/21644</w:t>
        <w:br/>
        <w:t>f 26394/26397/21567 26451/26450/21612 26406/26405/21574</w:t>
        <w:br/>
        <w:t>f 26450/26451/21613 26451/26450/21612 26395/26396/21566</w:t>
        <w:br/>
        <w:t>f 26417/26418/21584 26450/26451/21613 26395/26396/21566</w:t>
        <w:br/>
        <w:t>f 26514/26514/21673 26450/26451/21613 26417/26418/21584</w:t>
        <w:br/>
        <w:t>f 26448/26447/21609 26514/26514/21673 26417/26418/21584</w:t>
        <w:br/>
        <w:t>f 26518/26515/21674 26517/26516/21675 26516/26517/21676</w:t>
        <w:br/>
        <w:t>f 26515/26518/21677 26518/26515/21674 26516/26517/21676</w:t>
        <w:br/>
        <w:t>f 26521/26519/21678 26520/26520/21679 26519/26521/21680</w:t>
        <w:br/>
        <w:t>f 26522/26522/21678 26521/26519/21678 26519/26521/21680</w:t>
        <w:br/>
        <w:t>f 26525/26523/21681 26524/26524/21682 26523/26525/21683</w:t>
        <w:br/>
        <w:t>f 26526/26526/21684 26525/26523/21681 26523/26525/21683</w:t>
        <w:br/>
        <w:t>f 26529/26527/21685 26528/26528/21686 26527/26529/21687</w:t>
        <w:br/>
        <w:t>f 26532/26530/21688 26531/26531/21682 26530/26532/21689</w:t>
        <w:br/>
        <w:t>f 26535/26533/21690 26534/26534/21691 26533/26535/21692</w:t>
        <w:br/>
        <w:t>f 26538/26536/21693 26537/26537/21694 26536/26538/21693</w:t>
        <w:br/>
        <w:t>f 26541/26539/21695 26540/26540/21696 26539/26541/21696</w:t>
        <w:br/>
        <w:t>f 26532/26530/21688 26542/26542/21697 26531/26531/21682</w:t>
        <w:br/>
        <w:t>f 26545/26543/21698 26544/26544/21699 26543/26545/21698</w:t>
        <w:br/>
        <w:t>f 26516/26517/21676 26517/26516/21675 26546/26546/21700</w:t>
        <w:br/>
        <w:t>f 26549/26547/21701 26548/26548/21702 26547/26549/21703</w:t>
        <w:br/>
        <w:t>f 26553/26550/21704 26552/26551/21705 26551/26552/21705</w:t>
        <w:br/>
        <w:t>f 26550/26553/21704 26553/26550/21704 26551/26552/21705</w:t>
        <w:br/>
        <w:t>f 26557/26554/21706 26556/26555/21707 26555/26556/21707</w:t>
        <w:br/>
        <w:t>f 26554/26557/21706 26557/26554/21706 26555/26556/21707</w:t>
        <w:br/>
        <w:t>f 26560/26558/21680 26559/26559/21708 26558/26560/21709</w:t>
        <w:br/>
        <w:t>f 26563/26561/21710 26562/26562/21711 26561/26563/21712</w:t>
        <w:br/>
        <w:t>f 26566/26564/21713 26565/26565/21714 26564/26566/21715</w:t>
        <w:br/>
        <w:t>f 26570/26567/21716 26569/26568/21717 26568/26569/21718</w:t>
        <w:br/>
        <w:t>f 26567/26570/21719 26570/26567/21716 26568/26569/21718</w:t>
        <w:br/>
        <w:t>f 26556/26555/21707 26572/26571/21720 26571/26572/21720</w:t>
        <w:br/>
        <w:t>f 26555/26556/21707 26556/26555/21707 26571/26572/21720</w:t>
        <w:br/>
        <w:t>f 26574/26573/21721 26526/26526/21684 26573/26574/21722</w:t>
        <w:br/>
        <w:t>f 26519/26521/21680 26520/26520/21679 26575/26575/21723</w:t>
        <w:br/>
        <w:t>f 26579/26576/21703 26578/26577/21702 26577/26578/21724</w:t>
        <w:br/>
        <w:t>f 26576/26579/21725 26579/26576/21703 26577/26578/21724</w:t>
        <w:br/>
        <w:t>f 26581/26580/21726 26553/26550/21704 26550/26553/21704</w:t>
        <w:br/>
        <w:t>f 26580/26581/21726 26581/26580/21726 26550/26553/21704</w:t>
        <w:br/>
        <w:t>f 26582/26582/21727 26567/26570/21719 26568/26569/21718</w:t>
        <w:br/>
        <w:t>f 26586/26583/21728 26585/26584/21728 26584/26585/21729</w:t>
        <w:br/>
        <w:t>f 26583/26586/21729 26586/26583/21728 26584/26585/21729</w:t>
        <w:br/>
        <w:t>f 26590/26587/21730 26589/26588/21731 26588/26589/21732</w:t>
        <w:br/>
        <w:t>f 26587/26590/21733 26590/26587/21730 26588/26589/21732</w:t>
        <w:br/>
        <w:t>f 26592/26591/21734 26591/26592/21734 26585/26584/21728</w:t>
        <w:br/>
        <w:t>f 26586/26583/21728 26592/26591/21734 26585/26584/21728</w:t>
        <w:br/>
        <w:t>f 26564/26566/21715 26594/26593/21735 26593/26594/21735</w:t>
        <w:br/>
        <w:t>f 26566/26564/21713 26564/26566/21715 26593/26594/21735</w:t>
        <w:br/>
        <w:t>f 26597/26595/21736 26561/26563/21712 26596/26596/21737</w:t>
        <w:br/>
        <w:t>f 26595/26597/21738 26597/26595/21736 26596/26596/21737</w:t>
        <w:br/>
        <w:t>f 26599/26598/21739 26598/26599/21740 26582/26582/21727</w:t>
        <w:br/>
        <w:t>f 26592/26591/21734 26600/26600/21741 26591/26592/21734</w:t>
        <w:br/>
        <w:t>f 26572/26571/21720 26602/26601/21742 26601/26602/21743</w:t>
        <w:br/>
        <w:t>f 26571/26572/21720 26572/26571/21720 26601/26602/21743</w:t>
        <w:br/>
        <w:t>f 26605/26603/21744 26604/26604/21744 26603/26605/21745</w:t>
        <w:br/>
        <w:t>f 26606/26606/21745 26605/26603/21744 26603/26605/21745</w:t>
        <w:br/>
        <w:t>f 26609/26607/21746 26608/26608/21746 26607/26609/21747</w:t>
        <w:br/>
        <w:t>f 26580/26581/21726 26611/26610/21748 26610/26611/21748</w:t>
        <w:br/>
        <w:t>f 26581/26580/21726 26580/26581/21726 26610/26611/21748</w:t>
        <w:br/>
        <w:t>f 26615/26612/21749 26614/26613/21750 26613/26614/21751</w:t>
        <w:br/>
        <w:t>f 26612/26615/21752 26615/26612/21749 26613/26614/21751</w:t>
        <w:br/>
        <w:t>f 26618/26616/21753 26617/26617/21754 26616/26618/21739</w:t>
        <w:br/>
        <w:t>f 26618/26616/21753 26620/26619/21717 26619/26620/21755</w:t>
        <w:br/>
        <w:t>f 26617/26617/21754 26618/26616/21753 26619/26620/21755</w:t>
        <w:br/>
        <w:t>f 26607/26609/21756 26622/26621/21757 26621/26622/21758</w:t>
        <w:br/>
        <w:t>f 26589/26588/21731 26623/26623/21759 26588/26589/21732</w:t>
        <w:br/>
        <w:t>f 26616/26618/21739 26617/26617/21754 26622/26621/21757</w:t>
        <w:br/>
        <w:t>f 26532/26530/21688 26624/26624/21760 26542/26542/21697</w:t>
        <w:br/>
        <w:t>f 26626/26625/21760 26601/26602/21743 26602/26601/21742</w:t>
        <w:br/>
        <w:t>f 26625/26626/21761 26626/26625/21760 26602/26601/21742</w:t>
        <w:br/>
        <w:t>f 26628/26627/21742 26606/26606/21745 26603/26605/21745</w:t>
        <w:br/>
        <w:t>f 26627/26628/21762 26628/26627/21742 26603/26605/21745</w:t>
        <w:br/>
        <w:t>f 26593/26594/21735 26594/26593/21735 26630/26629/21763</w:t>
        <w:br/>
        <w:t>f 26629/26630/21763 26593/26594/21735 26630/26629/21763</w:t>
        <w:br/>
        <w:t>f 26634/26631/21764 26633/26632/21733 26632/26633/21732</w:t>
        <w:br/>
        <w:t>f 26631/26634/21765 26634/26631/21764 26632/26633/21732</w:t>
        <w:br/>
        <w:t>f 26596/26596/21737 26635/26635/21766 26595/26597/21738</w:t>
        <w:br/>
        <w:t>f 26546/26546/21700 26637/26636/21767 26636/26637/21768</w:t>
        <w:br/>
        <w:t>f 26638/26638/21769 26622/26621/21757 26617/26617/21754</w:t>
        <w:br/>
        <w:t>f 26619/26620/21755 26638/26638/21769 26617/26617/21754</w:t>
        <w:br/>
        <w:t>f 26639/26639/21770 26615/26612/21749 26612/26615/21752</w:t>
        <w:br/>
        <w:t>f 26641/26640/21771 26560/26558/21680 26640/26641/21772</w:t>
        <w:br/>
        <w:t>f 26575/26575/21723 26644/26642/21773 26643/26643/21774</w:t>
        <w:br/>
        <w:t>f 26642/26644/21775 26575/26575/21723 26643/26643/21774</w:t>
        <w:br/>
        <w:t>f 26645/26645/21776 26574/26573/21721 26573/26574/21722</w:t>
        <w:br/>
        <w:t>f 26649/26646/21777 26648/26647/21778 26647/26648/21779</w:t>
        <w:br/>
        <w:t>f 26646/26649/21780 26649/26646/21777 26647/26648/21779</w:t>
        <w:br/>
        <w:t>f 26579/26576/21703 26576/26579/21725 26650/26650/21781</w:t>
        <w:br/>
        <w:t>f 26634/26631/21764 26631/26634/21765 26647/26648/21779</w:t>
        <w:br/>
        <w:t>f 26648/26647/21778 26634/26631/21764 26647/26648/21779</w:t>
        <w:br/>
        <w:t>f 26652/26651/21759 26651/26652/21782 26631/26634/21765</w:t>
        <w:br/>
        <w:t>f 26632/26633/21732 26652/26651/21759 26631/26634/21765</w:t>
        <w:br/>
        <w:t>f 26498/26500/21659 26499/26499/21658 26654/26653/21783</w:t>
        <w:br/>
        <w:t>f 26653/26654/21783 26498/26500/21659 26654/26653/21783</w:t>
        <w:br/>
        <w:t>f 26657/26655/21697 26656/26656/21760 26655/26657/21784</w:t>
        <w:br/>
        <w:t>f 26655/26657/21784 26658/26658/21785 26657/26655/21697</w:t>
        <w:br/>
        <w:t>f 26659/26659/21786 26647/26648/21779 26631/26634/21765</w:t>
        <w:br/>
        <w:t>f 26651/26652/21782 26659/26659/21786 26631/26634/21765</w:t>
        <w:br/>
        <w:t>f 26641/26640/21771 26640/26641/21772 26660/26660/21787</w:t>
        <w:br/>
        <w:t>f 26659/26659/21786 26661/26661/21788 26646/26649/21780</w:t>
        <w:br/>
        <w:t>f 26647/26648/21779 26659/26659/21786 26646/26649/21780</w:t>
        <w:br/>
        <w:t>f 26612/26615/21752 26663/26662/21789 26662/26663/21790</w:t>
        <w:br/>
        <w:t>f 26664/26664/21791 26575/26575/21723 26642/26644/21775</w:t>
        <w:br/>
        <w:t>f 26666/26665/21792 26665/26666/21792 26653/26654/21783</w:t>
        <w:br/>
        <w:t>f 26654/26653/21783 26666/26665/21792 26653/26654/21783</w:t>
        <w:br/>
        <w:t>f 26668/26667/21770 26667/26668/21793 26651/26652/21782</w:t>
        <w:br/>
        <w:t>f 26652/26651/21759 26668/26667/21770 26651/26652/21782</w:t>
        <w:br/>
        <w:t>f 26671/26669/21794 26670/26670/21795 26669/26671/21796</w:t>
        <w:br/>
        <w:t>f 26655/26657/21784 26673/26672/21797 26672/26673/21798</w:t>
        <w:br/>
        <w:t>f 26658/26658/21785 26655/26657/21784 26675/26674/21799</w:t>
        <w:br/>
        <w:t>f 26674/26675/21768 26658/26658/21785 26675/26674/21799</w:t>
        <w:br/>
        <w:t>f 26677/26676/21800 26334/26333/21512 26343/26343/21522</w:t>
        <w:br/>
        <w:t>f 26676/26677/21801 26677/26676/21800 26343/26343/21522</w:t>
        <w:br/>
        <w:t>f 26660/26660/21787 26640/26641/21772 26679/26678/21802</w:t>
        <w:br/>
        <w:t>f 26678/26679/21802 26660/26660/21787 26679/26678/21802</w:t>
        <w:br/>
        <w:t>f 26639/26639/21770 26612/26615/21752 26680/26680/21803</w:t>
        <w:br/>
        <w:t>f 26642/26644/21775 26643/26643/21774 26682/26681/21804</w:t>
        <w:br/>
        <w:t>f 26681/26682/21805 26642/26644/21775 26682/26681/21804</w:t>
        <w:br/>
        <w:t>f 26685/26683/21806 26684/26684/21807 26683/26685/21808</w:t>
        <w:br/>
        <w:t>f 26363/26366/21541 26687/26686/21809 26686/26687/21810</w:t>
        <w:br/>
        <w:t>f 26366/26363/21538 26363/26366/21541 26686/26687/21810</w:t>
        <w:br/>
        <w:t>f 26689/26688/21811 26664/26664/21791 26688/26689/21812</w:t>
        <w:br/>
        <w:t>f 26667/26668/21793 26691/26690/21813 26690/26691/21814</w:t>
        <w:br/>
        <w:t>f 26695/26692/21815 26694/26693/21815 26693/26694/21816</w:t>
        <w:br/>
        <w:t>f 26692/26695/21817 26695/26692/21815 26693/26694/21816</w:t>
        <w:br/>
        <w:t>f 26651/26652/21782 26690/26691/21814 26659/26659/21786</w:t>
        <w:br/>
        <w:t>f 26696/26696/21817 26685/26683/21806 26683/26685/21808</w:t>
        <w:br/>
        <w:t>f 26664/26664/21791 26642/26644/21775 26681/26682/21805</w:t>
        <w:br/>
        <w:t>f 26697/26697/21818 26664/26664/21791 26681/26682/21805</w:t>
        <w:br/>
        <w:t>f 26662/26663/21790 26663/26662/21789 26699/26698/21819</w:t>
        <w:br/>
        <w:t>f 26698/26699/21820 26662/26663/21790 26699/26698/21819</w:t>
        <w:br/>
        <w:t>f 26701/26700/21821 26675/26674/21799 26700/26701/21822</w:t>
        <w:br/>
        <w:t>f 26703/26702/21823 26696/26696/21817 26702/26703/21824</w:t>
        <w:br/>
        <w:t>f 26683/26685/21808 26705/26704/21825 26704/26705/21826</w:t>
        <w:br/>
        <w:t>f 26708/26706/21827 26707/26707/21828 26706/26708/21829</w:t>
        <w:br/>
        <w:t>f 26655/26657/21784 26709/26709/21830 26675/26674/21799</w:t>
        <w:br/>
        <w:t>f 26712/26710/21831 26711/26711/21832 26710/26712/21832</w:t>
        <w:br/>
        <w:t>f 26715/26713/21833 26714/26714/21834 26713/26715/21834</w:t>
        <w:br/>
        <w:t>f 26688/26689/21812 26664/26664/21791 26697/26697/21818</w:t>
        <w:br/>
        <w:t>f 26716/26716/21835 26688/26689/21812 26697/26697/21818</w:t>
        <w:br/>
        <w:t>f 26717/26717/21836 26670/26670/21795 26690/26691/21814</w:t>
        <w:br/>
        <w:t>f 26720/26718/21837 26719/26719/21838 26718/26720/21837</w:t>
        <w:br/>
        <w:t>f 26680/26680/21803 26662/26663/21790 26698/26699/21820</w:t>
        <w:br/>
        <w:t>f 26721/26721/21839 26680/26680/21803 26698/26699/21820</w:t>
        <w:br/>
        <w:t>f 26687/26686/21809 26363/26366/21541 26412/26412/21580</w:t>
        <w:br/>
        <w:t>f 26722/26722/21840 26687/26686/21809 26412/26412/21580</w:t>
        <w:br/>
        <w:t>f 26678/26679/21802 26679/26678/21802 26724/26723/21841</w:t>
        <w:br/>
        <w:t>f 26723/26724/21842 26678/26679/21802 26724/26723/21841</w:t>
        <w:br/>
        <w:t>f 26728/26725/21843 26727/26726/21803 26726/26727/21839</w:t>
        <w:br/>
        <w:t>f 26725/26728/21844 26728/26725/21843 26726/26727/21839</w:t>
        <w:br/>
        <w:t>f 26681/26682/21805 26682/26681/21804 26730/26729/21845</w:t>
        <w:br/>
        <w:t>f 26729/26730/21846 26681/26682/21805 26730/26729/21845</w:t>
        <w:br/>
        <w:t>f 26734/26731/21847 26733/26732/21848 26732/26733/21849</w:t>
        <w:br/>
        <w:t>f 26731/26734/21850 26734/26731/21847 26732/26733/21849</w:t>
        <w:br/>
        <w:t>f 26722/26722/21840 26412/26412/21580 26735/26735/21851</w:t>
        <w:br/>
        <w:t>f 26736/26736/21852 26701/26700/21821 26700/26701/21822</w:t>
        <w:br/>
        <w:t>f 26697/26697/21818 26729/26730/21846 26737/26737/21853</w:t>
        <w:br/>
        <w:t>f 26698/26699/21820 26699/26698/21819 26739/26738/21854</w:t>
        <w:br/>
        <w:t>f 26738/26739/21855 26698/26699/21820 26739/26738/21854</w:t>
        <w:br/>
        <w:t>f 26743/26740/21856 26742/26741/21857 26741/26742/21858</w:t>
        <w:br/>
        <w:t>f 26740/26743/21859 26743/26740/21856 26741/26742/21858</w:t>
        <w:br/>
        <w:t>f 26435/26437/21600 26745/26744/21860 26744/26745/21861</w:t>
        <w:br/>
        <w:t>f 26700/26701/21822 26675/26674/21799 26747/26746/21862</w:t>
        <w:br/>
        <w:t>f 26746/26747/21863 26700/26701/21822 26747/26746/21862</w:t>
        <w:br/>
        <w:t>f 26750/26748/21864 26749/26749/21865 26748/26750/21866</w:t>
        <w:br/>
        <w:t>f 26754/26751/21867 26753/26752/21868 26752/26753/21869</w:t>
        <w:br/>
        <w:t>f 26751/26754/21870 26754/26751/21867 26752/26753/21869</w:t>
        <w:br/>
        <w:t>f 26745/26744/21860 26734/26731/21847 26731/26734/21850</w:t>
        <w:br/>
        <w:t>f 26716/26716/21835 26697/26697/21818 26755/26755/21871</w:t>
        <w:br/>
        <w:t>f 26721/26721/21839 26738/26739/21855 26756/26756/21872</w:t>
        <w:br/>
        <w:t>f 26759/26757/21873 26758/26758/21874 26757/26759/21875</w:t>
        <w:br/>
        <w:t>f 26729/26730/21846 26730/26729/21845 26761/26760/21876</w:t>
        <w:br/>
        <w:t>f 26760/26761/21877 26729/26730/21846 26761/26760/21876</w:t>
        <w:br/>
        <w:t>f 26735/26735/21851 26764/26762/21558 26763/26763/21560</w:t>
        <w:br/>
        <w:t>f 26762/26764/21878 26735/26735/21851 26763/26763/21560</w:t>
        <w:br/>
        <w:t>f 26767/26765/21879 26766/26766/21867 26765/26767/21880</w:t>
        <w:br/>
        <w:t>f 26770/26768/21881 26736/26736/21852 26769/26769/21882</w:t>
        <w:br/>
        <w:t>f 26768/26770/21883 26770/26768/21881 26769/26769/21882</w:t>
        <w:br/>
        <w:t>f 26723/26724/21842 26724/26723/21841 26772/26771/21884</w:t>
        <w:br/>
        <w:t>f 26771/26772/21885 26723/26724/21842 26772/26771/21884</w:t>
        <w:br/>
        <w:t>f 26773/26773/21886 26741/26742/21858 26742/26741/21857</w:t>
        <w:br/>
        <w:t>f 26776/26774/21887 26775/26775/21888 26774/26776/21889</w:t>
        <w:br/>
        <w:t>f 26737/26737/21853 26729/26730/21846 26760/26761/21877</w:t>
        <w:br/>
        <w:t>f 26777/26777/21890 26737/26737/21853 26760/26761/21877</w:t>
        <w:br/>
        <w:t>f 26781/26778/21891 26780/26779/21892 26779/26780/21893</w:t>
        <w:br/>
        <w:t>f 26778/26781/21894 26781/26778/21891 26779/26780/21893</w:t>
        <w:br/>
        <w:t>f 26769/26769/21882 26700/26701/21822 26746/26747/21863</w:t>
        <w:br/>
        <w:t>f 26782/26782/21895 26769/26769/21882 26746/26747/21863</w:t>
        <w:br/>
        <w:t>f 26763/26763/21560 26469/26467/21593 26467/26469/21627</w:t>
        <w:br/>
        <w:t>f 26762/26764/21878 26763/26763/21560 26467/26469/21627</w:t>
        <w:br/>
        <w:t>f 26785/26783/21896 26784/26784/21897 26783/26785/21898</w:t>
        <w:br/>
        <w:t>f 26761/26760/21876 26786/26786/21899 26760/26761/21877</w:t>
        <w:br/>
        <w:t>f 26787/26787/21900 26770/26768/21881 26768/26770/21883</w:t>
        <w:br/>
        <w:t>f 26791/26788/21901 26790/26789/21863 26789/26790/21902</w:t>
        <w:br/>
        <w:t>f 26788/26791/21903 26791/26788/21901 26789/26790/21902</w:t>
        <w:br/>
        <w:t>f 26739/26738/21854 26792/26792/21904 26738/26739/21855</w:t>
        <w:br/>
        <w:t>f 26795/26793/21905 26794/26794/21906 26793/26795/21907</w:t>
        <w:br/>
        <w:t>f 26755/26755/21871 26737/26737/21853 26777/26777/21890</w:t>
        <w:br/>
        <w:t>f 26796/26796/21908 26755/26755/21871 26777/26777/21890</w:t>
        <w:br/>
        <w:t>f 26799/26797/21909 26798/26798/21910 26797/26799/21911</w:t>
        <w:br/>
        <w:t>f 26760/26761/21877 26801/26800/21912 26800/26801/21913</w:t>
        <w:br/>
        <w:t>f 26777/26777/21890 26760/26761/21877 26800/26801/21913</w:t>
        <w:br/>
        <w:t>f 26514/26514/21673 26803/26802/21914 26802/26803/21915</w:t>
        <w:br/>
        <w:t>f 26470/26470/21628 26514/26514/21673 26802/26803/21915</w:t>
        <w:br/>
        <w:t>f 26805/26804/21916 26804/26805/21917 26786/26786/21899</w:t>
        <w:br/>
        <w:t>f 26807/26806/21918 26806/26807/21919 26774/26776/21889</w:t>
        <w:br/>
        <w:t>f 26810/26808/21871 26809/26809/21908 26808/26810/21920</w:t>
        <w:br/>
        <w:t>f 26771/26772/21885 26810/26808/21871 26808/26810/21920</w:t>
        <w:br/>
        <w:t>f 26756/26756/21872 26792/26792/21904 26811/26811/21921</w:t>
        <w:br/>
        <w:t>f 26784/26784/21897 26814/26812/21872 26813/26813/21921</w:t>
        <w:br/>
        <w:t>f 26812/26814/21922 26784/26784/21897 26813/26813/21921</w:t>
        <w:br/>
        <w:t>f 26818/26815/21923 26817/26816/21924 26816/26817/21925</w:t>
        <w:br/>
        <w:t>f 26815/26818/21925 26818/26815/21923 26816/26817/21925</w:t>
        <w:br/>
        <w:t>f 26821/26819/21926 26820/26820/21927 26819/26821/21928</w:t>
        <w:br/>
        <w:t>f 26768/26770/21883 26769/26769/21882 26782/26782/21895</w:t>
        <w:br/>
        <w:t>f 26822/26822/21929 26768/26770/21883 26782/26782/21895</w:t>
        <w:br/>
        <w:t>f 26796/26796/21908 26777/26777/21890 26800/26801/21913</w:t>
        <w:br/>
        <w:t>f 26823/26823/21930 26796/26796/21908 26800/26801/21913</w:t>
        <w:br/>
        <w:t>f 26825/26824/21931 26821/26819/21926 26819/26821/21928</w:t>
        <w:br/>
        <w:t>f 26824/26825/21932 26825/26824/21931 26819/26821/21928</w:t>
        <w:br/>
        <w:t>f 26827/26826/21933 26826/26827/21934 26804/26805/21917</w:t>
        <w:br/>
        <w:t>f 26828/26828/21935 26825/26824/21931 26824/26825/21932</w:t>
        <w:br/>
        <w:t>f 26830/26829/21936 26826/26827/21934 26829/26830/21937</w:t>
        <w:br/>
        <w:t>f 26831/26831/21938 26830/26829/21936 26829/26830/21937</w:t>
        <w:br/>
        <w:t>f 26801/26800/21912 26833/26832/21939 26832/26833/21940</w:t>
        <w:br/>
        <w:t>f 26800/26801/21913 26801/26800/21912 26832/26833/21940</w:t>
        <w:br/>
        <w:t>f 26835/26834/21941 26828/26828/21935 26824/26825/21932</w:t>
        <w:br/>
        <w:t>f 26834/26835/21942 26835/26834/21941 26824/26825/21932</w:t>
        <w:br/>
        <w:t>f 26838/26836/21943 26837/26837/21944 26836/26838/21945</w:t>
        <w:br/>
        <w:t>f 26839/26839/21946 26472/26472/21630 26470/26470/21628</w:t>
        <w:br/>
        <w:t>f 26802/26803/21915 26839/26839/21946 26470/26470/21628</w:t>
        <w:br/>
        <w:t>f 26831/26831/21938 26838/26836/21943 26836/26838/21945</w:t>
        <w:br/>
        <w:t>f 26830/26829/21936 26831/26831/21938 26836/26838/21945</w:t>
        <w:br/>
        <w:t>f 26791/26788/21901 26788/26791/21903 26840/26840/21947</w:t>
        <w:br/>
        <w:t>f 26808/26810/21920 26809/26809/21908 26842/26841/21930</w:t>
        <w:br/>
        <w:t>f 26841/26842/21948 26808/26810/21920 26842/26841/21930</w:t>
        <w:br/>
        <w:t>f 26844/26843/21949 26843/26844/21950 26837/26837/21944</w:t>
        <w:br/>
        <w:t>f 26847/26845/21951 26846/26846/21952 26845/26847/21953</w:t>
        <w:br/>
        <w:t>f 26768/26770/21883 26849/26848/21954 26848/26849/21878</w:t>
        <w:br/>
        <w:t>f 26819/26821/21928 26768/26770/21883 26848/26849/21878</w:t>
        <w:br/>
        <w:t>f 26850/26850/21955 26482/26481/21639 26481/26482/21641</w:t>
        <w:br/>
        <w:t>f 26771/26772/21885 26851/26851/21956 26792/26792/21904</w:t>
        <w:br/>
        <w:t>f 26800/26801/21913 26832/26833/21940 26852/26852/21957</w:t>
        <w:br/>
        <w:t>f 26823/26823/21930 26800/26801/21913 26852/26852/21957</w:t>
        <w:br/>
        <w:t>f 26822/26822/21929 26853/26853/21851 26768/26770/21883</w:t>
        <w:br/>
        <w:t>f 26816/26817/21925 26854/26854/21958 26815/26818/21925</w:t>
        <w:br/>
        <w:t>f 26832/26833/21940 26833/26832/21939 26856/26855/21959</w:t>
        <w:br/>
        <w:t>f 26855/26856/21960 26832/26833/21940 26856/26855/21959</w:t>
        <w:br/>
        <w:t>f 26859/26857/21961 26847/26845/21951 26858/26858/21962</w:t>
        <w:br/>
        <w:t>f 26857/26859/21963 26859/26857/21961 26858/26858/21962</w:t>
        <w:br/>
        <w:t>f 26783/26785/21898 26812/26814/21922 26860/26860/21964</w:t>
        <w:br/>
        <w:t>f 26863/26861/21965 26862/26862/21639 26861/26863/21966</w:t>
        <w:br/>
        <w:t>f 26824/26825/21932 26819/26821/21928 26848/26849/21878</w:t>
        <w:br/>
        <w:t>f 26841/26842/21948 26842/26841/21930 26865/26864/21967</w:t>
        <w:br/>
        <w:t>f 26864/26865/21967 26841/26842/21948 26865/26864/21967</w:t>
        <w:br/>
        <w:t>f 26850/26850/21955 26866/26866/21968 26482/26481/21639</w:t>
        <w:br/>
        <w:t>f 26867/26867/21969 26861/26863/21966 26862/26862/21639</w:t>
        <w:br/>
        <w:t>f 26845/26847/21953 26869/26868/21970 26868/26869/21971</w:t>
        <w:br/>
        <w:t>f 26847/26845/21951 26845/26847/21953 26868/26869/21971</w:t>
        <w:br/>
        <w:t>f 26792/26792/21904 26851/26851/21956 26870/26870/21972</w:t>
        <w:br/>
        <w:t>f 26811/26811/21921 26792/26792/21904 26870/26870/21972</w:t>
        <w:br/>
        <w:t>f 26802/26803/21915 26803/26802/21914 26871/26871/21973</w:t>
        <w:br/>
        <w:t>f 26808/26810/21920 26841/26842/21948 26872/26872/21974</w:t>
        <w:br/>
        <w:t>f 26851/26851/21956 26808/26810/21920 26872/26872/21974</w:t>
        <w:br/>
        <w:t>f 26812/26814/21922 26813/26813/21921 26874/26873/21975</w:t>
        <w:br/>
        <w:t>f 26873/26874/21976 26812/26814/21922 26874/26873/21975</w:t>
        <w:br/>
        <w:t>f 26876/26875/21977 26875/26876/21978 26855/26856/21960</w:t>
        <w:br/>
        <w:t>f 26856/26855/21959 26876/26875/21977 26855/26856/21960</w:t>
        <w:br/>
        <w:t>f 26878/26877/21979 26861/26863/21966 26877/26878/21980</w:t>
        <w:br/>
        <w:t>f 26806/26807/21919 26860/26860/21964 26869/26868/21970</w:t>
        <w:br/>
        <w:t>f 26861/26863/21966 26867/26867/21969 26879/26879/21981</w:t>
        <w:br/>
        <w:t>f 26877/26878/21980 26861/26863/21966 26879/26879/21981</w:t>
        <w:br/>
        <w:t>f 26877/26878/21980 26875/26876/21978 26876/26875/21977</w:t>
        <w:br/>
        <w:t>f 26878/26877/21979 26877/26878/21980 26876/26875/21977</w:t>
        <w:br/>
        <w:t>f 26855/26856/21960 26875/26876/21978 26881/26880/21982</w:t>
        <w:br/>
        <w:t>f 26880/26881/21983 26855/26856/21960 26881/26880/21982</w:t>
        <w:br/>
        <w:t>f 26882/26882/21984 26866/26866/21968 26850/26850/21955</w:t>
        <w:br/>
        <w:t>f 26883/26883/21985 26513/26513/21672 26496/26497/21656</w:t>
        <w:br/>
        <w:t>f 26885/26884/21986 26884/26885/21987 26850/26850/21955</w:t>
        <w:br/>
        <w:t>f 26513/26513/21672 26885/26884/21986 26850/26850/21955</w:t>
        <w:br/>
        <w:t>f 26875/26876/21978 26877/26878/21980 26879/26879/21981</w:t>
        <w:br/>
        <w:t>f 26881/26880/21982 26875/26876/21978 26879/26879/21981</w:t>
        <w:br/>
        <w:t>f 26888/26886/21981 26887/26887/21988 26886/26888/21989</w:t>
        <w:br/>
        <w:t>f 26802/26803/21915 26889/26889/21990 26839/26839/21946</w:t>
        <w:br/>
        <w:t>f 26891/26890/21991 26888/26886/21981 26890/26891/21992</w:t>
        <w:br/>
        <w:t>f 26851/26851/21956 26872/26872/21974 26892/26892/21993</w:t>
        <w:br/>
        <w:t>f 26870/26870/21972 26851/26851/21956 26892/26892/21993</w:t>
        <w:br/>
        <w:t>f 26894/26893/21994 26887/26887/21988 26893/26894/21995</w:t>
        <w:br/>
        <w:t>f 26895/26895/21996 26866/26866/21968 26882/26882/21984</w:t>
        <w:br/>
        <w:t>f 26492/26492/21651 26494/26493/21652 26896/26896/21997</w:t>
        <w:br/>
        <w:t>f 26496/26497/21656 26492/26492/21651 26896/26896/21997</w:t>
        <w:br/>
        <w:t>f 26873/26874/21976 26874/26873/21975 26898/26897/21998</w:t>
        <w:br/>
        <w:t>f 26897/26898/21999 26873/26874/21976 26898/26897/21998</w:t>
        <w:br/>
        <w:t>f 26891/26890/21991 26890/26891/21992 26900/26899/22000</w:t>
        <w:br/>
        <w:t>f 26899/26900/22000 26891/26890/21991 26900/26899/22000</w:t>
        <w:br/>
        <w:t>f 26860/26860/21964 26873/26874/21976 26901/26901/22001</w:t>
        <w:br/>
        <w:t>f 26893/26894/21995 26903/26902/22002 26902/26903/22003</w:t>
        <w:br/>
        <w:t>f 26894/26893/21994 26893/26894/21995 26902/26903/22003</w:t>
        <w:br/>
        <w:t>f 26904/26904/22004 26892/26892/21993 26872/26872/21974</w:t>
        <w:br/>
        <w:t>f 26905/26905/22005 26904/26904/22004 26872/26872/21974</w:t>
        <w:br/>
        <w:t>f 26496/26497/21656 26896/26896/21997 26906/26906/22006</w:t>
        <w:br/>
        <w:t>f 26883/26883/21985 26496/26497/21656 26906/26906/22006</w:t>
        <w:br/>
        <w:t>f 26907/26907/22007 26858/26858/21962 26847/26845/21951</w:t>
        <w:br/>
        <w:t>f 26868/26869/21971 26907/26907/22007 26847/26845/21951</w:t>
        <w:br/>
        <w:t>f 26902/26903/22003 26903/26902/22002 26909/26908/22008</w:t>
        <w:br/>
        <w:t>f 26908/26909/22009 26902/26903/22003 26909/26908/22008</w:t>
        <w:br/>
        <w:t>f 26885/26884/21986 26910/26910/22010 26884/26885/21987</w:t>
        <w:br/>
        <w:t>f 26885/26884/21986 26883/26883/21985 26906/26906/22006</w:t>
        <w:br/>
        <w:t>f 26911/26911/22011 26885/26884/21986 26906/26906/22006</w:t>
        <w:br/>
        <w:t>f 26908/26909/22009 26909/26908/22008 26904/26904/22004</w:t>
        <w:br/>
        <w:t>f 26905/26905/22005 26908/26909/22009 26904/26904/22004</w:t>
        <w:br/>
        <w:t>f 26897/26898/21999 26898/26897/21998 26913/26912/22004</w:t>
        <w:br/>
        <w:t>f 26912/26913/22012 26897/26898/21999 26913/26912/22004</w:t>
        <w:br/>
        <w:t>f 26869/26868/21970 26901/26901/22001 26868/26869/21971</w:t>
        <w:br/>
        <w:t>f 26915/26914/22013 26914/26915/22014 26895/26895/21996</w:t>
        <w:br/>
        <w:t>f 26494/26493/21652 26491/26491/21650 26916/26916/22015</w:t>
        <w:br/>
        <w:t>f 26896/26896/21997 26494/26493/21652 26916/26916/22015</w:t>
        <w:br/>
        <w:t>f 26489/26489/21648 26839/26839/21946 26917/26917/22016</w:t>
        <w:br/>
        <w:t>f 26918/26918/22017 26912/26913/22012 26913/26912/22004</w:t>
        <w:br/>
        <w:t>f 26918/26918/22017 26920/26919/22018 26919/26920/22019</w:t>
        <w:br/>
        <w:t>f 26489/26489/21648 26916/26916/22015 26491/26491/21650</w:t>
        <w:br/>
        <w:t>f 26922/26921/22020 26921/26922/22021 26858/26858/21962</w:t>
        <w:br/>
        <w:t>f 26907/26907/22007 26922/26921/22020 26858/26858/21962</w:t>
        <w:br/>
        <w:t>f 26889/26889/21990 26923/26923/22022 26917/26917/22016</w:t>
        <w:br/>
        <w:t>f 26901/26901/22001 26873/26874/21976 26897/26898/21999</w:t>
        <w:br/>
        <w:t>f 26924/26924/22023 26906/26906/22006 26896/26896/21997</w:t>
        <w:br/>
        <w:t>f 26906/26906/22006 26924/26924/22023 26925/26925/22024</w:t>
        <w:br/>
        <w:t>f 26911/26911/22011 26906/26906/22006 26925/26925/22024</w:t>
        <w:br/>
        <w:t>f 26926/26926/22025 26917/26917/22016 26922/26921/22020</w:t>
        <w:br/>
        <w:t>f 26911/26911/22011 26925/26925/22024 26919/26920/22019</w:t>
        <w:br/>
        <w:t>f 26910/26910/22010 26911/26911/22011 26919/26920/22019</w:t>
        <w:br/>
        <w:t>f 26924/26924/22023 26916/26916/22015 26917/26917/22016</w:t>
        <w:br/>
        <w:t>f 26926/26926/22025 26924/26924/22023 26917/26917/22016</w:t>
        <w:br/>
        <w:t>f 26868/26869/21971 26901/26901/22001 26927/26927/22026</w:t>
        <w:br/>
        <w:t>f 26907/26907/22007 26868/26869/21971 26927/26927/22026</w:t>
        <w:br/>
        <w:t>f 26927/26927/22026 26897/26898/21999 26912/26913/22012</w:t>
        <w:br/>
        <w:t>f 26928/26928/22027 26927/26927/22026 26912/26913/22012</w:t>
        <w:br/>
        <w:t>f 26922/26921/22020 26907/26907/22007 26928/26928/22027</w:t>
        <w:br/>
        <w:t>f 26918/26918/22017 26919/26920/22019 26925/26925/22024</w:t>
        <w:br/>
        <w:t>f 26929/26929/22028 26918/26918/22017 26925/26925/22024</w:t>
        <w:br/>
        <w:t>f 26928/26928/22027 26912/26913/22012 26929/26929/22028</w:t>
        <w:br/>
        <w:t>f 26925/26925/22024 26924/26924/22023 26926/26926/22025</w:t>
        <w:br/>
        <w:t>f 26926/26926/22025 26922/26921/22020 26929/26929/22028</w:t>
        <w:br/>
        <w:t>f 26664/26664/21791 26689/26688/21811 26575/26575/21723</w:t>
        <w:br/>
        <w:t>f 26930/26930/22029 26758/26758/21874 26759/26757/21873</w:t>
        <w:br/>
        <w:t>f 26696/26696/21817 26931/26931/22030 26685/26683/21806</w:t>
        <w:br/>
        <w:t>f 26685/26683/21806 26931/26931/22030 26932/26932/22031</w:t>
        <w:br/>
        <w:t>f 26685/26683/21806 26932/26932/22031 26684/26684/21807</w:t>
        <w:br/>
        <w:t>f 26334/26333/21512 26677/26676/21800 26665/26666/21792</w:t>
        <w:br/>
        <w:t>f 26666/26665/21792 26334/26333/21512 26665/26666/21792</w:t>
        <w:br/>
        <w:t>f 26933/26933/22032 26704/26705/21826 26733/26732/21848</w:t>
        <w:br/>
        <w:t>f 26934/26934/22033 26933/26933/22032 26734/26731/21847</w:t>
        <w:br/>
        <w:t>f 26745/26744/21860 26934/26934/22033 26734/26731/21847</w:t>
        <w:br/>
        <w:t>f 26936/26935/22034 26934/26934/22033 26745/26744/21860</w:t>
        <w:br/>
        <w:t>f 26935/26936/22035 26936/26935/22034 26745/26744/21860</w:t>
        <w:br/>
        <w:t>f 26702/26703/21824 26683/26685/21808 26933/26933/22032</w:t>
        <w:br/>
        <w:t>f 26934/26934/22033 26702/26703/21824 26933/26933/22032</w:t>
        <w:br/>
        <w:t>f 26703/26702/21823 26702/26703/21824 26934/26934/22033</w:t>
        <w:br/>
        <w:t>f 26936/26935/22034 26703/26702/21823 26934/26934/22033</w:t>
        <w:br/>
        <w:t>f 26694/26693/21815 26695/26692/21815 26503/26504/21663</w:t>
        <w:br/>
        <w:t>f 26504/26503/21662 26694/26693/21815 26503/26504/21663</w:t>
        <w:br/>
        <w:t>f 26385/26386/21557 26937/26937/22036 26502/26501/21660</w:t>
        <w:br/>
        <w:t>f 26386/26385/21556 26385/26386/21557 26502/26501/21660</w:t>
        <w:br/>
        <w:t>f 26575/26575/21723 26520/26520/21679 26644/26642/21773</w:t>
        <w:br/>
        <w:t>f 26689/26688/21811 26519/26521/21680 26575/26575/21723</w:t>
        <w:br/>
        <w:t>f 26513/26513/21672 26850/26850/21955 26481/26482/21641</w:t>
        <w:br/>
        <w:t>f 26778/26781/21894 26779/26780/21893 26938/26938/22037</w:t>
        <w:br/>
        <w:t>f 26794/26794/21906 26778/26781/21894 26938/26938/22037</w:t>
        <w:br/>
        <w:t>f 26748/26750/21866 26749/26749/21865 26939/26939/22038</w:t>
        <w:br/>
        <w:t>f 26790/26789/21863 26754/26751/21867 26751/26754/21870</w:t>
        <w:br/>
        <w:t>f 26789/26790/21902 26790/26789/21863 26751/26754/21870</w:t>
        <w:br/>
        <w:t>f 26940/26940/22039 26798/26798/21910 26799/26797/21909</w:t>
        <w:br/>
        <w:t>f 26941/26941/22040 26798/26798/21910 26940/26940/22039</w:t>
        <w:br/>
        <w:t>f 26942/26942/22041 26798/26798/21910 26941/26941/22040</w:t>
        <w:br/>
        <w:t>f 26779/26780/21893 26797/26799/21911 26938/26938/22037</w:t>
        <w:br/>
        <w:t>f 26767/26765/21879 26798/26798/21910 26942/26942/22041</w:t>
        <w:br/>
        <w:t>f 26806/26807/21919 26783/26785/21898 26860/26860/21964</w:t>
        <w:br/>
        <w:t>f 26774/26776/21889 26806/26807/21919 26869/26868/21970</w:t>
        <w:br/>
        <w:t>f 26869/26868/21970 26860/26860/21964 26901/26901/22001</w:t>
        <w:br/>
        <w:t>f 26860/26860/21964 26812/26814/21922 26873/26874/21976</w:t>
        <w:br/>
        <w:t>f 26783/26785/21898 26784/26784/21897 26812/26814/21922</w:t>
        <w:br/>
        <w:t>f 26607/26609/21756 26616/26618/21739 26622/26621/21757</w:t>
        <w:br/>
        <w:t>f 26742/26741/21857 26743/26740/21856 26671/26669/21794</w:t>
        <w:br/>
        <w:t>f 26669/26671/21796 26742/26741/21857 26671/26669/21794</w:t>
        <w:br/>
        <w:t>f 26741/26742/21858 26807/26806/21918 26775/26775/21888</w:t>
        <w:br/>
        <w:t>f 26740/26743/21859 26741/26742/21858 26775/26775/21888</w:t>
        <w:br/>
        <w:t>f 26691/26690/21813 26785/26783/21896 26943/26943/22042</w:t>
        <w:br/>
        <w:t>f 26717/26717/21836 26691/26690/21813 26943/26943/22042</w:t>
        <w:br/>
        <w:t>f 26741/26742/21858 26773/26773/21886 26807/26806/21918</w:t>
        <w:br/>
        <w:t>f 26774/26776/21889 26775/26775/21888 26807/26806/21918</w:t>
        <w:br/>
        <w:t>f 26807/26806/21918 26773/26773/21886 26806/26807/21919</w:t>
        <w:br/>
        <w:t>f 26725/26728/21844 26726/26727/21839 26814/26812/21872</w:t>
        <w:br/>
        <w:t>f 26784/26784/21897 26725/26728/21844 26814/26812/21872</w:t>
        <w:br/>
        <w:t>f 26945/26944/22043 26610/26611/21748 26611/26610/21748</w:t>
        <w:br/>
        <w:t>f 26944/26945/22044 26945/26944/22043 26611/26610/21748</w:t>
        <w:br/>
        <w:t>f 26622/26621/21757 26638/26638/21769 26946/26946/22045</w:t>
        <w:br/>
        <w:t>f 26621/26622/21758 26622/26621/21757 26946/26946/22045</w:t>
        <w:br/>
        <w:t>f 26343/26343/21522 26366/26363/21538 26686/26687/21810</w:t>
        <w:br/>
        <w:t>f 26676/26677/21801 26343/26343/21522 26686/26687/21810</w:t>
        <w:br/>
        <w:t>f 26732/26733/21849 26930/26930/22029 26731/26734/21850</w:t>
        <w:br/>
        <w:t>f 26948/26947/22046 26744/26745/21861 26947/26948/22047</w:t>
        <w:br/>
        <w:t>f 26948/26947/22046 26447/26448/21610 26435/26437/21600</w:t>
        <w:br/>
        <w:t>f 26744/26745/21861 26948/26947/22046 26435/26437/21600</w:t>
        <w:br/>
        <w:t>f 26950/26949/22048 26533/26535/21692 26534/26534/21691</w:t>
        <w:br/>
        <w:t>f 26949/26950/22049 26950/26949/22048 26534/26534/21691</w:t>
        <w:br/>
        <w:t>f 26538/26536/21693 26536/26538/21693 26952/26951/22050</w:t>
        <w:br/>
        <w:t>f 26951/26952/22050 26538/26536/21693 26952/26951/22050</w:t>
        <w:br/>
        <w:t>f 26954/26953/22051 26953/26954/22052 26545/26543/21698</w:t>
        <w:br/>
        <w:t>f 26543/26545/21698 26954/26953/22051 26545/26543/21698</w:t>
        <w:br/>
        <w:t>f 26540/26540/21696 26956/26955/22053 26955/26956/22053</w:t>
        <w:br/>
        <w:t>f 26539/26541/21696 26540/26540/21696 26955/26956/22053</w:t>
        <w:br/>
        <w:t>f 26552/26551/21705 26958/26957/22054 26957/26958/22055</w:t>
        <w:br/>
        <w:t>f 26551/26552/21705 26552/26551/21705 26957/26958/22055</w:t>
        <w:br/>
        <w:t>f 26960/26959/22056 26959/26960/22056 26557/26554/21706</w:t>
        <w:br/>
        <w:t>f 26554/26557/21706 26960/26959/22056 26557/26554/21706</w:t>
        <w:br/>
        <w:t>f 26963/26961/22057 26962/26962/22058 26961/26963/22059</w:t>
        <w:br/>
        <w:t>f 26965/26964/22060 26562/26562/21711 26563/26561/21710</w:t>
        <w:br/>
        <w:t>f 26964/26965/22060 26965/26964/22060 26563/26561/21710</w:t>
        <w:br/>
        <w:t>f 26963/26961/22057 26961/26963/22059 26954/26953/22051</w:t>
        <w:br/>
        <w:t>f 26960/26959/22056 26951/26952/22050 26952/26951/22050</w:t>
        <w:br/>
        <w:t>f 26959/26960/22056 26960/26959/22056 26952/26951/22050</w:t>
        <w:br/>
        <w:t>f 26958/26957/22054 26950/26949/22048 26949/26950/22049</w:t>
        <w:br/>
        <w:t>f 26957/26958/22055 26958/26957/22054 26949/26950/22049</w:t>
        <w:br/>
        <w:t>f 26956/26955/22053 26965/26964/22060 26964/26965/22060</w:t>
        <w:br/>
        <w:t>f 26955/26956/22053 26956/26955/22053 26964/26965/22060</w:t>
        <w:br/>
        <w:t>f 26785/26783/21896 26725/26728/21844 26784/26784/21897</w:t>
        <w:br/>
        <w:t>f 26691/26690/21813 26728/26725/21843 26725/26728/21844</w:t>
        <w:br/>
        <w:t>f 26785/26783/21896 26691/26690/21813 26725/26728/21844</w:t>
        <w:br/>
        <w:t>f 26570/26567/21716 26590/26587/21730 26587/26590/21733</w:t>
        <w:br/>
        <w:t>f 26569/26568/21717 26570/26567/21716 26587/26590/21733</w:t>
        <w:br/>
        <w:t>f 26604/26604/21744 26605/26603/21744 26583/26586/21729</w:t>
        <w:br/>
        <w:t>f 26584/26585/21729 26604/26604/21744 26583/26586/21729</w:t>
        <w:br/>
        <w:t>f 26649/26646/21777 26946/26946/22045 26638/26638/21769</w:t>
        <w:br/>
        <w:t>f 26648/26647/21778 26649/26646/21777 26638/26638/21769</w:t>
        <w:br/>
        <w:t>f 26648/26647/21778 26638/26638/21769 26619/26620/21755</w:t>
        <w:br/>
        <w:t>f 26634/26631/21764 26648/26647/21778 26619/26620/21755</w:t>
        <w:br/>
        <w:t>f 26620/26619/21717 26633/26632/21733 26634/26631/21764</w:t>
        <w:br/>
        <w:t>f 26619/26620/21755 26620/26619/21717 26634/26631/21764</w:t>
        <w:br/>
        <w:t>f 26967/26966/22061 26966/26967/22061 26589/26588/22062</w:t>
        <w:br/>
        <w:t>f 26968/26968/21761 26628/26627/21742 26627/26628/21762</w:t>
        <w:br/>
        <w:t>f 26871/26871/21973 26857/26859/21963 26923/26923/22022</w:t>
        <w:br/>
        <w:t>f 26889/26889/21990 26871/26871/21973 26923/26923/22022</w:t>
        <w:br/>
        <w:t>f 26969/26969/22063 26859/26857/21961 26857/26859/21963</w:t>
        <w:br/>
        <w:t>f 26871/26871/21973 26969/26969/22063 26857/26859/21963</w:t>
        <w:br/>
        <w:t>f 26972/26970/21770 26971/26971/21759 26970/26972/22064</w:t>
        <w:br/>
        <w:t>f 26921/26922/22021 26917/26917/22016 26923/26923/22022</w:t>
        <w:br/>
        <w:t>f 26921/26922/22021 26923/26923/22022 26857/26859/21963</w:t>
        <w:br/>
        <w:t>f 26858/26858/21962 26921/26922/22021 26857/26859/21963</w:t>
        <w:br/>
        <w:t>f 26895/26895/21996 26882/26882/21984 26915/26914/22013</w:t>
        <w:br/>
        <w:t>f 26919/26920/22019 26914/26915/22065 26910/26910/22010</w:t>
        <w:br/>
        <w:t>f 26919/26920/22019 26920/26919/22018 26914/26915/22065</w:t>
        <w:br/>
        <w:t>f 26885/26884/21986 26513/26513/21672 26883/26883/21985</w:t>
        <w:br/>
        <w:t>f 26924/26924/22023 26896/26896/21997 26916/26916/22015</w:t>
        <w:br/>
        <w:t>f 26917/26917/22016 26839/26839/21946 26889/26889/21990</w:t>
        <w:br/>
        <w:t>f 26922/26921/22020 26917/26917/22016 26921/26922/22021</w:t>
        <w:br/>
        <w:t>f 26803/26802/21914 26514/26514/21673 26448/26447/21609</w:t>
        <w:br/>
        <w:t>f 26969/26969/22063 26974/26973/22066 26973/26974/22067</w:t>
        <w:br/>
        <w:t>f 26973/26974/22067 26975/26975/22068 26859/26857/21961</w:t>
        <w:br/>
        <w:t>f 26969/26969/22063 26973/26974/22067 26859/26857/21961</w:t>
        <w:br/>
        <w:t>f 26859/26857/21961 26793/26795/21907 26846/26846/21952</w:t>
        <w:br/>
        <w:t>f 26794/26794/21906 26938/26938/22037 26846/26846/21952</w:t>
        <w:br/>
        <w:t>f 26793/26795/21907 26794/26794/21906 26846/26846/21952</w:t>
        <w:br/>
        <w:t>f 26938/26938/22037 26767/26765/22069 26845/26847/21953</w:t>
        <w:br/>
        <w:t>f 26846/26846/21952 26938/26938/22037 26845/26847/21953</w:t>
        <w:br/>
        <w:t>f 26774/26776/21889 26869/26868/21970 26845/26847/21953</w:t>
        <w:br/>
        <w:t>f 26582/26582/21727 26568/26569/21718 26599/26598/21739</w:t>
        <w:br/>
        <w:t>f 26596/26596/21737 26970/26972/22064 26971/26971/21759</w:t>
        <w:br/>
        <w:t>f 26565/26565/21714 26962/26962/22058 26963/26961/22057</w:t>
        <w:br/>
        <w:t>f 26566/26564/21713 26962/26962/22058 26565/26565/21714</w:t>
        <w:br/>
        <w:t>f 26563/26561/21710 26561/26563/21712 26597/26595/21736</w:t>
        <w:br/>
        <w:t>f 26954/26953/22051 26961/26963/22059 26953/26954/22052</w:t>
        <w:br/>
        <w:t>f 26727/26726/21803 26728/26725/21843 26667/26668/21793</w:t>
        <w:br/>
        <w:t>f 26668/26667/21770 26727/26726/21803 26667/26668/21793</w:t>
        <w:br/>
        <w:t>f 26785/26783/21896 26783/26785/21898 26943/26943/22042</w:t>
        <w:br/>
        <w:t>f 26670/26670/21795 26659/26659/21786 26690/26691/21814</w:t>
        <w:br/>
        <w:t>f 26670/26670/21795 26661/26661/21788 26659/26659/21786</w:t>
        <w:br/>
        <w:t>f 26976/26976/22070 26661/26661/21788 26670/26670/21795</w:t>
        <w:br/>
        <w:t>f 26976/26976/22070 26670/26670/21795 26671/26669/21794</w:t>
        <w:br/>
        <w:t>f 26773/26773/21886 26783/26785/21898 26806/26807/21919</w:t>
        <w:br/>
        <w:t>f 26773/26773/21886 26742/26741/21857 26943/26943/22042</w:t>
        <w:br/>
        <w:t>f 26742/26741/21857 26977/26977/22071 26717/26717/21836</w:t>
        <w:br/>
        <w:t>f 26943/26943/22042 26742/26741/21857 26717/26717/21836</w:t>
        <w:br/>
        <w:t>f 26977/26977/22071 26978/26978/22072 26717/26717/21836</w:t>
        <w:br/>
        <w:t>f 26667/26668/21793 26728/26725/21843 26691/26690/21813</w:t>
        <w:br/>
        <w:t>f 26717/26717/21836 26690/26691/21814 26691/26690/21813</w:t>
        <w:br/>
        <w:t>f 26651/26652/21782 26667/26668/21793 26690/26691/21814</w:t>
        <w:br/>
        <w:t>f 26886/26888/21989 26887/26887/21988 26894/26893/21994</w:t>
        <w:br/>
        <w:t>f 26979/26979/22073 26886/26888/21989 26894/26893/21994</w:t>
        <w:br/>
        <w:t>f 26902/26903/22003 26979/26979/22073 26894/26893/21994</w:t>
        <w:br/>
        <w:t>f 26980/26980/22074 26979/26979/22073 26902/26903/22003</w:t>
        <w:br/>
        <w:t>f 26908/26909/22009 26980/26980/22074 26902/26903/22003</w:t>
        <w:br/>
        <w:t>f 26841/26842/21948 26981/26981/22075 26905/26905/22005</w:t>
        <w:br/>
        <w:t>f 26872/26872/21974 26841/26842/21948 26905/26905/22005</w:t>
        <w:br/>
        <w:t>f 26918/26918/22017 26913/26912/22004 26920/26919/22018</w:t>
        <w:br/>
        <w:t>f 26983/26982/21322 26982/26983/21321 26238/26236/21434</w:t>
        <w:br/>
        <w:t>f 26246/26245/21440 26983/26982/21322 26238/26236/21434</w:t>
        <w:br/>
        <w:t>f 26237/26237/21247 26238/26236/21434 26982/26983/21321</w:t>
        <w:br/>
        <w:t>f 26984/26984/22076 26089/26090/21308 26090/26089/21307</w:t>
        <w:br/>
        <w:t>f 26655/26657/21784 26985/26985/22077 26673/26672/21797</w:t>
        <w:br/>
        <w:t>f 26655/26657/21784 26656/26656/21760 26985/26985/22077</w:t>
        <w:br/>
        <w:t>f 26983/26982/21322 26986/26986/22078 26982/26983/21321</w:t>
        <w:br/>
        <w:t>f 26244/26243/21438 26232/26232/21430 26140/26142/21354</w:t>
        <w:br/>
        <w:t>f 26480/26479/21637 26476/26475/21633 26479/26480/21638</w:t>
        <w:br/>
        <w:t>f 26485/26486/21645 26486/26485/21644 26987/26987/22079</w:t>
        <w:br/>
        <w:t>f 26481/26482/21641 26486/26485/21644 26513/26513/21672</w:t>
        <w:br/>
        <w:t>f 26890/26891/21992 26888/26886/21981 26886/26888/21989</w:t>
        <w:br/>
        <w:t>f 26419/26420/21586 26183/26182/21389 26197/26197/21402</w:t>
        <w:br/>
        <w:t>f 26398/26399/21569 26441/26442/21604 26410/26411/21579</w:t>
        <w:br/>
        <w:t>f 26399/26398/21568 26373/26372/21546 26321/26320/21501</w:t>
        <w:br/>
        <w:t>f 26399/26398/21568 26357/26357/21534 26367/26368/21543</w:t>
        <w:br/>
        <w:t>f 26234/26233/21431 26235/26235/21433 26511/26512/21671</w:t>
        <w:br/>
        <w:t>f 26195/26194/21399 26197/26197/21402 26194/26195/21400</w:t>
        <w:br/>
        <w:t>f 26438/26439/21602 26440/26440/21581 26426/26429/21592</w:t>
        <w:br/>
        <w:t>f 26484/26484/21643 26471/26471/21629 26488/26488/21647</w:t>
        <w:br/>
        <w:t>f 26142/26140/21352 26988/26988/22080 26090/26089/21307</w:t>
        <w:br/>
        <w:t>f 26125/26126/21339 26231/26231/21428 26126/26125/21320</w:t>
        <w:br/>
        <w:t>f 26989/26989/21346 26988/26988/22080 26142/26140/21352</w:t>
        <w:br/>
        <w:t>f 26232/26232/21430 26989/26989/21346 26142/26140/21352</w:t>
        <w:br/>
        <w:t>f 26991/26990/21370 26990/26991/22081 26244/26243/21438</w:t>
        <w:br/>
        <w:t>f 26250/26253/21448 26991/26990/21370 26244/26243/21438</w:t>
        <w:br/>
        <w:t>f 26992/26992/22082 26991/26990/21370 26250/26253/21448</w:t>
        <w:br/>
        <w:t>f 26251/26252/21447 26992/26992/22082 26250/26253/21448</w:t>
        <w:br/>
        <w:t>f 26296/26295/21481 26309/26307/21396 26992/26992/22082</w:t>
        <w:br/>
        <w:t>f 26251/26252/21447 26296/26295/21481 26992/26992/22082</w:t>
        <w:br/>
        <w:t>f 26990/26991/22081 26989/26989/21346 26232/26232/21430</w:t>
        <w:br/>
        <w:t>f 26244/26243/21438 26990/26991/22081 26232/26232/21430</w:t>
        <w:br/>
        <w:t>f 26372/26373/21408 26373/26372/21546 26411/26410/21433</w:t>
        <w:br/>
        <w:t>f 26142/26140/21352 26231/26231/21428 26125/26126/21339</w:t>
        <w:br/>
        <w:t>f 26832/26833/21940 26855/26856/21960 26880/26881/21983</w:t>
        <w:br/>
        <w:t>f 26852/26852/21957 26832/26833/21940 26880/26881/21983</w:t>
        <w:br/>
        <w:t>f 26900/26899/22000 26864/26865/21967 26865/26864/21967</w:t>
        <w:br/>
        <w:t>f 26899/26900/22000 26900/26899/22000 26865/26864/21967</w:t>
        <w:br/>
        <w:t>f 26981/26981/22075 26980/26980/22074 26905/26905/22005</w:t>
        <w:br/>
        <w:t>f 26925/26925/22024 26926/26926/22025 26929/26929/22028</w:t>
        <w:br/>
        <w:t>f 26974/26973/22066 26448/26447/21609 26447/26448/21610</w:t>
        <w:br/>
        <w:t>f 26973/26974/22067 26974/26973/22066 26948/26947/22046</w:t>
        <w:br/>
        <w:t>f 26947/26948/22047 26973/26974/22067 26948/26947/22046</w:t>
        <w:br/>
        <w:t>f 26975/26975/22068 26973/26974/22067 26759/26757/22083</w:t>
        <w:br/>
        <w:t>f 26993/26993/22084 26244/26243/21438 26243/26244/21439</w:t>
        <w:br/>
        <w:t>f 26268/26267/21459 26993/26993/22084 26243/26244/21439</w:t>
        <w:br/>
        <w:t>f 26250/26253/21448 26244/26243/21438 26993/26993/22084</w:t>
        <w:br/>
        <w:t>f 26253/26250/21445 26250/26253/21448 26993/26993/22084</w:t>
        <w:br/>
        <w:t>f 26253/26250/21445 26993/26993/22084 26268/26267/21459</w:t>
        <w:br/>
        <w:t>f 26272/26271/21463 26253/26250/21445 26268/26267/21459</w:t>
        <w:br/>
        <w:t>f 26268/26267/21459 26298/26297/21483 26272/26271/21463</w:t>
        <w:br/>
        <w:t>f 26996/26994/22085 26995/26995/22086 26994/26996/22087</w:t>
        <w:br/>
        <w:t>f 26996/26994/22085 26994/26996/22087 26998/26997/22088</w:t>
        <w:br/>
        <w:t>f 26997/26998/22089 26996/26994/22085 26998/26997/22088</w:t>
        <w:br/>
        <w:t>f 26994/26996/22087 26995/26995/22086 26999/26999/22090</w:t>
        <w:br/>
        <w:t>f 27002/27000/22091 27001/27001/22092 27000/27002/22093</w:t>
        <w:br/>
        <w:t>f 26999/26999/22090 27003/27003/22094 26998/26997/22088</w:t>
        <w:br/>
        <w:t>f 26994/26996/22087 26999/26999/22090 26998/26997/22088</w:t>
        <w:br/>
        <w:t>f 27002/27000/22091 27000/27002/22093 27004/27004/22095</w:t>
        <w:br/>
        <w:t>f 27005/27005/22096 27002/27000/22091 27004/27004/22095</w:t>
        <w:br/>
        <w:t>f 27008/27006/22097 27007/27007/22098 27006/27008/22099</w:t>
        <w:br/>
        <w:t>f 27011/27009/22100 27010/27010/22101 27009/27011/22102</w:t>
        <w:br/>
        <w:t>f 27010/27010/22101 27012/27012/22103 27009/27011/22102</w:t>
        <w:br/>
        <w:t>f 27016/27013/22104 27015/27014/22105 27014/27015/22106</w:t>
        <w:br/>
        <w:t>f 27013/27016/22107 27016/27013/22104 27014/27015/22106</w:t>
        <w:br/>
        <w:t>f 27018/27017/22108 27010/27010/22101 27011/27009/22100</w:t>
        <w:br/>
        <w:t>f 27017/27018/22109 27018/27017/22108 27011/27009/22100</w:t>
        <w:br/>
        <w:t>f 27007/27007/22098 27020/27019/22110 27019/27020/22111</w:t>
        <w:br/>
        <w:t>f 27013/27016/22107 27014/27015/22106 27022/27021/22112</w:t>
        <w:br/>
        <w:t>f 27021/27022/22113 27013/27016/22107 27022/27021/22112</w:t>
        <w:br/>
        <w:t>f 27010/27010/22101 27018/27017/22108 27020/27019/22110</w:t>
        <w:br/>
        <w:t>f 27012/27012/22103 27010/27010/22101 27020/27019/22110</w:t>
        <w:br/>
        <w:t>f 27026/27023/22114 27025/27024/22115 27024/27025/22116</w:t>
        <w:br/>
        <w:t>f 27023/27026/22117 27026/27023/22114 27024/27025/22116</w:t>
        <w:br/>
        <w:t>f 27028/27027/22118 27025/27024/22115 27026/27023/22114</w:t>
        <w:br/>
        <w:t>f 27027/27028/22119 27028/27027/22118 27026/27023/22114</w:t>
        <w:br/>
        <w:t>f 27031/27029/22120 27030/27030/22121 27029/27031/22122</w:t>
        <w:br/>
        <w:t>f 27030/27030/22121 27028/27027/22118 27027/27028/22119</w:t>
        <w:br/>
        <w:t>f 27029/27031/22122 27030/27030/22121 27027/27028/22119</w:t>
        <w:br/>
        <w:t>f 27033/27032/22123 27016/27013/22104 27013/27016/22107</w:t>
        <w:br/>
        <w:t>f 27032/27033/22124 27033/27032/22123 27013/27016/22107</w:t>
        <w:br/>
        <w:t>f 27032/27033/22124 27013/27016/22107 27021/27022/22113</w:t>
        <w:br/>
        <w:t>f 27034/27034/22125 27032/27033/22124 27021/27022/22113</w:t>
        <w:br/>
        <w:t>f 27036/27035/22126 27026/27023/22114 27023/27026/22117</w:t>
        <w:br/>
        <w:t>f 27035/27036/22127 27036/27035/22126 27023/27026/22117</w:t>
        <w:br/>
        <w:t>f 27027/27028/22119 27026/27023/22114 27036/27035/22126</w:t>
        <w:br/>
        <w:t>f 27037/27037/22128 27027/27028/22119 27036/27035/22126</w:t>
        <w:br/>
        <w:t>f 27031/27029/22120 27029/27031/22122 27038/27038/22129</w:t>
        <w:br/>
        <w:t>f 27029/27031/22122 27027/27028/22119 27037/27037/22128</w:t>
        <w:br/>
        <w:t>f 27039/27039/22130 27029/27031/22122 27037/27037/22128</w:t>
        <w:br/>
        <w:t>f 27041/27040/22131 27033/27032/22123 27032/27033/22124</w:t>
        <w:br/>
        <w:t>f 27040/27041/22132 27041/27040/22131 27032/27033/22124</w:t>
        <w:br/>
        <w:t>f 27040/27041/22132 27032/27033/22124 27034/27034/22125</w:t>
        <w:br/>
        <w:t>f 27042/27042/22133 27040/27041/22132 27034/27034/22125</w:t>
        <w:br/>
        <w:t>f 27044/27043/22134 27036/27035/22126 27035/27036/22127</w:t>
        <w:br/>
        <w:t>f 27043/27044/22134 27044/27043/22134 27035/27036/22127</w:t>
        <w:br/>
        <w:t>f 27037/27037/22128 27036/27035/22126 27046/27045/22135</w:t>
        <w:br/>
        <w:t>f 27045/27046/22136 27037/27037/22128 27046/27045/22135</w:t>
        <w:br/>
        <w:t>f 27040/27041/22132 27048/27047/22137 27047/27048/22138</w:t>
        <w:br/>
        <w:t>f 27041/27040/22131 27040/27041/22132 27047/27048/22138</w:t>
        <w:br/>
        <w:t>f 27038/27038/22129 27039/27039/22130 27050/27049/22139</w:t>
        <w:br/>
        <w:t>f 27049/27050/22140 27038/27038/22129 27050/27049/22139</w:t>
        <w:br/>
        <w:t>f 27039/27039/22130 27037/27037/22128 27045/27046/22136</w:t>
        <w:br/>
        <w:t>f 27050/27049/22139 27039/27039/22130 27045/27046/22136</w:t>
        <w:br/>
        <w:t>f 27042/27042/22133 27051/27051/22141 27048/27047/22137</w:t>
        <w:br/>
        <w:t>f 27040/27041/22132 27042/27042/22133 27048/27047/22137</w:t>
        <w:br/>
        <w:t>f 27043/27044/22134 27053/27052/22142 27052/27053/22142</w:t>
        <w:br/>
        <w:t>f 27044/27043/22134 27043/27044/22134 27052/27053/22142</w:t>
        <w:br/>
        <w:t>f 26529/26527/21685 27048/27047/22137 26528/26528/21686</w:t>
        <w:br/>
        <w:t>f 27045/27046/22136 27046/27045/22135 27055/27054/22143</w:t>
        <w:br/>
        <w:t>f 27054/27055/22144 27045/27046/22136 27055/27054/22143</w:t>
        <w:br/>
        <w:t>f 27049/27050/22140 27050/27049/22139 27057/27056/22145</w:t>
        <w:br/>
        <w:t>f 27056/27057/22146 27049/27050/22140 27057/27056/22145</w:t>
        <w:br/>
        <w:t>f 27050/27049/22139 27045/27046/22136 27054/27055/22144</w:t>
        <w:br/>
        <w:t>f 27057/27056/22145 27050/27049/22139 27054/27055/22144</w:t>
        <w:br/>
        <w:t>f 27052/27053/22142 27053/27052/22142 26558/26560/21709</w:t>
        <w:br/>
        <w:t>f 26559/26559/21708 27052/27053/22142 26558/26560/21709</w:t>
        <w:br/>
        <w:t>f 27054/27055/22144 27055/27054/22143 26614/26613/21750</w:t>
        <w:br/>
        <w:t>f 26615/26612/21749 27054/27055/22144 26614/26613/21750</w:t>
        <w:br/>
        <w:t>f 27057/27056/22145 26577/26578/21724 26578/26577/21702</w:t>
        <w:br/>
        <w:t>f 27056/27057/22146 27057/27056/22145 26578/26577/21702</w:t>
        <w:br/>
        <w:t>f 26577/26578/21724 27054/27055/22144 26615/26612/21749</w:t>
        <w:br/>
        <w:t>f 27020/27019/22110 27058/27058/22147 27019/27020/22111</w:t>
        <w:br/>
        <w:t>f 27014/27015/22106 26998/26997/22088 27003/27003/22094</w:t>
        <w:br/>
        <w:t>f 27022/27021/22112 27014/27015/22106 27003/27003/22094</w:t>
        <w:br/>
        <w:t>f 26997/26998/22089 26998/26997/22088 27014/27015/22106</w:t>
        <w:br/>
        <w:t>f 27015/27014/22105 26997/26998/22089 27014/27015/22106</w:t>
        <w:br/>
        <w:t>f 27004/27004/22095 27024/27025/22116 27025/27024/22115</w:t>
        <w:br/>
        <w:t>f 27005/27005/22096 27004/27004/22095 27025/27024/22115</w:t>
        <w:br/>
        <w:t>f 27018/27017/22108 27005/27005/22096 27025/27024/22115</w:t>
        <w:br/>
        <w:t>f 27028/27027/22118 27018/27017/22108 27025/27024/22115</w:t>
        <w:br/>
        <w:t>f 27020/27019/22110 27018/27017/22108 27028/27027/22118</w:t>
        <w:br/>
        <w:t>f 27030/27030/22121 27020/27019/22110 27028/27027/22118</w:t>
        <w:br/>
        <w:t>f 27051/27051/22141 27059/27059/22148 27048/27047/22137</w:t>
        <w:br/>
        <w:t>f 25982/25980/21210 27061/27060/22149 27060/27061/22150</w:t>
        <w:br/>
        <w:t>f 25981/25981/21211 25982/25980/21210 27060/27061/22150</w:t>
        <w:br/>
        <w:t>f 25983/25983/21213 25981/25981/21211 27060/27061/22150</w:t>
        <w:br/>
        <w:t>f 27062/27062/22151 25983/25983/21213 27060/27061/22150</w:t>
        <w:br/>
        <w:t>f 27063/27063/22152 25985/25985/21214 25986/25984/21214</w:t>
        <w:br/>
        <w:t>f 27064/27064/22153 27063/27063/22152 25986/25984/21214</w:t>
        <w:br/>
        <w:t>f 27068/27065/22154 27067/27066/22155 27066/27067/22156</w:t>
        <w:br/>
        <w:t>f 27065/27068/22157 27068/27065/22154 27066/27067/22156</w:t>
        <w:br/>
        <w:t>f 27070/27069/22158 27069/27070/22159 25992/25990/21219</w:t>
        <w:br/>
        <w:t>f 25990/25992/21221 27070/27069/22158 25992/25990/21219</w:t>
        <w:br/>
        <w:t>f 27072/27071/22160 27071/27072/22160 25987/25989/21218</w:t>
        <w:br/>
        <w:t>f 25988/25988/21217 27072/27071/22160 25987/25989/21218</w:t>
        <w:br/>
        <w:t>f 27067/27066/22155 27074/27073/22161 27073/27074/22162</w:t>
        <w:br/>
        <w:t>f 27066/27067/22156 27067/27066/22155 27073/27074/22162</w:t>
        <w:br/>
        <w:t>f 27075/27075/22163 27070/27069/22158 25990/25992/21221</w:t>
        <w:br/>
        <w:t>f 25993/25993/21222 27075/27075/22163 25990/25992/21221</w:t>
        <w:br/>
        <w:t>f 27079/27076/22164 27078/27077/22165 27077/27078/22166</w:t>
        <w:br/>
        <w:t>f 27076/27079/22167 27079/27076/22164 27077/27078/22166</w:t>
        <w:br/>
        <w:t>f 27081/27080/22168 27080/27081/22169 27079/27076/22164</w:t>
        <w:br/>
        <w:t>f 27076/27079/22167 27081/27080/22168 27079/27076/22164</w:t>
        <w:br/>
        <w:t>f 27085/27082/22170 27084/27083/22171 27083/27084/22172</w:t>
        <w:br/>
        <w:t>f 27082/27085/22173 27085/27082/22170 27083/27084/22172</w:t>
        <w:br/>
        <w:t>f 27083/27084/22172 27084/27083/22171 27080/27081/22169</w:t>
        <w:br/>
        <w:t>f 27081/27080/22168 27083/27084/22172 27080/27081/22169</w:t>
        <w:br/>
        <w:t>f 27087/27086/22174 27086/27087/22175 27067/27066/22155</w:t>
        <w:br/>
        <w:t>f 27068/27065/22154 27087/27086/22174 27067/27066/22155</w:t>
        <w:br/>
        <w:t>f 27086/27087/22175 27088/27088/22176 27074/27073/22161</w:t>
        <w:br/>
        <w:t>f 27067/27066/22155 27086/27087/22175 27074/27073/22161</w:t>
        <w:br/>
        <w:t>f 27090/27089/22177 27089/27090/22178 27078/27077/22165</w:t>
        <w:br/>
        <w:t>f 27080/27081/22169 27092/27091/22179 27091/27092/22180</w:t>
        <w:br/>
        <w:t>f 27079/27076/22164 27080/27081/22169 27091/27092/22180</w:t>
        <w:br/>
        <w:t>f 27094/27093/22181 27084/27083/22171 27085/27082/22170</w:t>
        <w:br/>
        <w:t>f 27093/27094/22182 27094/27093/22181 27085/27082/22170</w:t>
        <w:br/>
        <w:t>f 27084/27083/22171 27094/27093/22181 27092/27091/22179</w:t>
        <w:br/>
        <w:t>f 27080/27081/22169 27084/27083/22171 27092/27091/22179</w:t>
        <w:br/>
        <w:t>f 27096/27095/22183 27095/27096/22184 27086/27087/22175</w:t>
        <w:br/>
        <w:t>f 27087/27086/22174 27096/27095/22183 27086/27087/22175</w:t>
        <w:br/>
        <w:t>f 27095/27096/22184 27097/27097/22185 27088/27088/22176</w:t>
        <w:br/>
        <w:t>f 27086/27087/22175 27095/27096/22184 27088/27088/22176</w:t>
        <w:br/>
        <w:t>f 27099/27098/22186 27098/27099/22187 27089/27090/22178</w:t>
        <w:br/>
        <w:t>f 27092/27091/22179 27101/27100/22188 27100/27101/22189</w:t>
        <w:br/>
        <w:t>f 27091/27092/22180 27092/27091/22179 27100/27101/22189</w:t>
        <w:br/>
        <w:t>f 27093/27094/22182 27103/27102/22190 27102/27103/22191</w:t>
        <w:br/>
        <w:t>f 27094/27093/22181 27093/27094/22182 27102/27103/22191</w:t>
        <w:br/>
        <w:t>f 27094/27093/22181 27102/27103/22191 27101/27100/22188</w:t>
        <w:br/>
        <w:t>f 27092/27091/22179 27094/27093/22181 27101/27100/22188</w:t>
        <w:br/>
        <w:t>f 27105/27104/22192 27104/27105/22193 27097/27097/22185</w:t>
        <w:br/>
        <w:t>f 27095/27096/22184 27105/27104/22192 27097/27097/22185</w:t>
        <w:br/>
        <w:t>f 27107/27106/22194 27106/27107/22195 27098/27099/22187</w:t>
        <w:br/>
        <w:t>f 27099/27098/22186 27107/27106/22194 27098/27099/22187</w:t>
        <w:br/>
        <w:t>f 27101/27100/22188 27109/27108/22196 27108/27109/22197</w:t>
        <w:br/>
        <w:t>f 27100/27101/22189 27101/27100/22188 27108/27109/22197</w:t>
        <w:br/>
        <w:t>f 27111/27110/22198 27102/27103/22191 27103/27102/22190</w:t>
        <w:br/>
        <w:t>f 27110/27111/22199 27111/27110/22198 27103/27102/22190</w:t>
        <w:br/>
        <w:t>f 27102/27103/22191 27111/27110/22198 27109/27108/22196</w:t>
        <w:br/>
        <w:t>f 27101/27100/22188 27102/27103/22191 27109/27108/22196</w:t>
        <w:br/>
        <w:t>f 27082/27085/22173 27083/27084/22172 27071/27072/22160</w:t>
        <w:br/>
        <w:t>f 27072/27071/22160 27082/27085/22173 27071/27072/22160</w:t>
        <w:br/>
        <w:t>f 27066/27067/22156 27073/27074/22162 27062/27062/22151</w:t>
        <w:br/>
        <w:t>f 27060/27061/22150 27066/27067/22156 27062/27062/22151</w:t>
        <w:br/>
        <w:t>f 27061/27060/22149 27065/27068/22157 27066/27067/22156</w:t>
        <w:br/>
        <w:t>f 27060/27061/22150 27061/27060/22149 27066/27067/22156</w:t>
        <w:br/>
        <w:t>f 27076/27079/22167 27077/27078/22166 27063/27063/22152</w:t>
        <w:br/>
        <w:t>f 27064/27064/22153 27076/27079/22167 27063/27063/22152</w:t>
        <w:br/>
        <w:t>f 27076/27079/22167 27064/27064/22153 27070/27069/22158</w:t>
        <w:br/>
        <w:t>f 27081/27080/22168 27076/27079/22167 27070/27069/22158</w:t>
        <w:br/>
        <w:t>f 27075/27075/22163 27083/27084/22172 27081/27080/22168</w:t>
        <w:br/>
        <w:t>f 27070/27069/22158 27075/27075/22163 27081/27080/22168</w:t>
        <w:br/>
        <w:t>f 27112/27112/22200 27105/27104/22192 27095/27096/22184</w:t>
        <w:br/>
        <w:t>f 27096/27095/22183 27112/27112/22200 27095/27096/22184</w:t>
        <w:br/>
        <w:t>f 26055/26058/21282 26056/26057/21281 27111/27110/22198</w:t>
        <w:br/>
        <w:t>f 27110/27111/22199 26055/26058/21282 27111/27110/22198</w:t>
        <w:br/>
        <w:t>f 27111/27110/22198 26056/26057/21281 26094/26091/21309</w:t>
        <w:br/>
        <w:t>f 27109/27108/22196 27111/27110/22198 26094/26091/21309</w:t>
        <w:br/>
        <w:t>f 27109/27108/22196 26094/26091/21309 26091/26094/21312</w:t>
        <w:br/>
        <w:t>f 27108/27109/22197 27109/27108/22196 26091/26094/21312</w:t>
        <w:br/>
        <w:t>f 27113/27113/22201 27106/27107/22195 27107/27106/22194</w:t>
        <w:br/>
        <w:t>f 26036/26038/21263 27113/27113/22201 27107/27106/22194</w:t>
        <w:br/>
        <w:t>f 26006/26004/21232 27105/27104/22192 27112/27112/22200</w:t>
        <w:br/>
        <w:t>f 27114/27114/22202 27105/27104/22192 26004/26006/21234</w:t>
        <w:br/>
        <w:t>f 26006/26004/21232 26004/26006/21234 27105/27104/22192</w:t>
        <w:br/>
        <w:t>f 26529/26527/21685 27047/27048/22138 27048/27047/22137</w:t>
        <w:br/>
        <w:t>f 27104/27105/22193 27105/27104/22192 27114/27114/22202</w:t>
        <w:br/>
        <w:t>f 27048/27047/22137 27059/27059/22148 26528/26528/21686</w:t>
        <w:br/>
        <w:t>f 27118/27115/22203 27117/27116/22204 27116/27117/22205</w:t>
        <w:br/>
        <w:t>f 27115/27118/22206 27118/27115/22203 27116/27117/22205</w:t>
        <w:br/>
        <w:t>f 27122/27119/22207 27121/27120/22208 27120/27121/22209</w:t>
        <w:br/>
        <w:t>f 27119/27122/22210 27122/27119/22207 27120/27121/22209</w:t>
        <w:br/>
        <w:t>f 27119/27122/22210 27120/27121/22209 27124/27123/22211</w:t>
        <w:br/>
        <w:t>f 27123/27124/22212 27119/27122/22210 27124/27123/22211</w:t>
        <w:br/>
        <w:t>f 27124/27123/22211 27126/27125/22213 27125/27126/22214</w:t>
        <w:br/>
        <w:t>f 27123/27124/22212 27124/27123/22211 27125/27126/22214</w:t>
        <w:br/>
        <w:t>f 27126/27125/22213 27128/27127/22215 27127/27128/22216</w:t>
        <w:br/>
        <w:t>f 27125/27126/22214 27126/27125/22213 27127/27128/22216</w:t>
        <w:br/>
        <w:t>f 27119/27122/22210 26359/26359/21535 26360/26358/21518</w:t>
        <w:br/>
        <w:t>f 27122/27119/22207 27119/27122/22210 26360/26358/21518</w:t>
        <w:br/>
        <w:t>f 27129/27129/22217 27120/27121/22209 27121/27120/22208</w:t>
        <w:br/>
        <w:t>f 26359/26359/21535 27119/27122/22210 27123/27124/22212</w:t>
        <w:br/>
        <w:t>f 26385/26386/21557 26359/26359/21535 27123/27124/22212</w:t>
        <w:br/>
        <w:t>f 27120/27121/22209 27129/27129/22217 27124/27123/22211</w:t>
        <w:br/>
        <w:t>f 27124/27123/22211 27129/27129/22217 27126/27125/22213</w:t>
        <w:br/>
        <w:t>f 26693/26694/21816 26385/26386/21557 27123/27124/22212</w:t>
        <w:br/>
        <w:t>f 27125/27126/22214 26693/26694/21816 27123/27124/22212</w:t>
        <w:br/>
        <w:t>f 27130/27130/22218 26693/26694/21816 27125/27126/22214</w:t>
        <w:br/>
        <w:t>f 27127/27128/22216 27130/27130/22218 27125/27126/22214</w:t>
        <w:br/>
        <w:t>f 27131/27131/22219 27128/27127/22215 27126/27125/22213</w:t>
        <w:br/>
        <w:t>f 27133/27132/22220 27132/27133/22220 27117/27116/22204</w:t>
        <w:br/>
        <w:t>f 27118/27115/22203 27133/27132/22220 27117/27116/22204</w:t>
        <w:br/>
        <w:t>f 27134/27134/22221 27115/27118/22206 27116/27117/22205</w:t>
        <w:br/>
        <w:t>f 27138/27135/22222 27137/27136/22223 27136/27137/22223</w:t>
        <w:br/>
        <w:t>f 27135/27138/22222 27138/27135/22222 27136/27137/22223</w:t>
        <w:br/>
        <w:t>f 27142/27139/22224 27141/27140/22225 27140/27141/22226</w:t>
        <w:br/>
        <w:t>f 27139/27142/22227 27142/27139/22224 27140/27141/22226</w:t>
        <w:br/>
        <w:t>f 27146/27143/22228 27145/27144/22229 27144/27145/22230</w:t>
        <w:br/>
        <w:t>f 27143/27146/22230 27146/27143/22228 27144/27145/22230</w:t>
        <w:br/>
        <w:t>f 27142/27139/22224 27139/27142/22227 27147/27147/22231</w:t>
        <w:br/>
        <w:t>f 27143/27146/22230 27144/27145/22230 27148/27148/22232</w:t>
        <w:br/>
        <w:t>f 27135/27138/22222 27150/27149/22233 27149/27150/22234</w:t>
        <w:br/>
        <w:t>f 27138/27135/22222 27135/27138/22222 27149/27150/22234</w:t>
        <w:br/>
        <w:t>f 27140/27141/22226 27141/27140/22225 26499/26499/21658</w:t>
        <w:br/>
        <w:t>f 26500/26498/21657 27140/27141/22226 26499/26499/21658</w:t>
        <w:br/>
        <w:t>f 27136/27137/22223 27137/27136/22223 27151/27151/22235</w:t>
        <w:br/>
        <w:t>f 27145/27144/22229 27146/27143/22228 26932/26932/22031</w:t>
        <w:br/>
        <w:t>f 26931/26931/22030 27145/27144/22229 26932/26932/22031</w:t>
        <w:br/>
        <w:t>f 27155/27152/22236 27154/27153/22237 27153/27154/22238</w:t>
        <w:br/>
        <w:t>f 27152/27155/22239 27155/27152/22236 27153/27154/22238</w:t>
        <w:br/>
        <w:t>f 27159/27156/22240 27158/27157/22241 27157/27158/22242</w:t>
        <w:br/>
        <w:t>f 27156/27159/22243 27159/27156/22240 27157/27158/22242</w:t>
        <w:br/>
        <w:t>f 27163/27160/22244 27162/27161/22245 27161/27162/22246</w:t>
        <w:br/>
        <w:t>f 27160/27163/22247 27163/27160/22244 27161/27162/22246</w:t>
        <w:br/>
        <w:t>f 27167/27164/22248 27166/27165/22249 27165/27166/22249</w:t>
        <w:br/>
        <w:t>f 27164/27167/22248 27167/27164/22248 27165/27166/22249</w:t>
        <w:br/>
        <w:t>f 27171/27168/22250 27170/27169/22251 27169/27170/22252</w:t>
        <w:br/>
        <w:t>f 27168/27171/22246 27171/27168/22250 27169/27170/22252</w:t>
        <w:br/>
        <w:t>f 27158/27157/22241 27172/27172/22253 27157/27158/22242</w:t>
        <w:br/>
        <w:t>f 27152/27155/22239 27173/27173/22254 27155/27152/22236</w:t>
        <w:br/>
        <w:t>f 26329/26330/21509 27159/27156/22240 27156/27159/22243</w:t>
        <w:br/>
        <w:t>f 26328/26331/21510 26329/26330/21509 27156/27159/22243</w:t>
        <w:br/>
        <w:t>f 27163/27160/22244 27174/27174/22255 27162/27161/22245</w:t>
        <w:br/>
        <w:t>f 27164/27167/22248 27175/27175/22256 27167/27164/22248</w:t>
        <w:br/>
        <w:t>f 26326/26325/21505 27153/27154/22238 27154/27153/22237</w:t>
        <w:br/>
        <w:t>f 26325/26326/21506 26326/26325/21505 27154/27153/22237</w:t>
        <w:br/>
        <w:t>f 27176/27176/22257 27170/27169/22251 27171/27168/22250</w:t>
        <w:br/>
        <w:t>f 26333/26334/21513 27165/27166/22249 27166/27165/22249</w:t>
        <w:br/>
        <w:t>f 26326/26325/21505 26333/26334/21513 27166/27165/22249</w:t>
        <w:br/>
        <w:t>f 27160/27163/22247 27161/27162/22246 27177/27177/21527</w:t>
        <w:br/>
        <w:t>f 26346/26344/21523 27160/27163/22247 27177/27177/21527</w:t>
        <w:br/>
        <w:t>f 27168/27171/22246 27169/27170/22252 26348/26349/21528</w:t>
        <w:br/>
        <w:t>f 26349/26348/21527 27168/27171/22246 26348/26349/21528</w:t>
        <w:br/>
        <w:t>f 27181/27178/22258 27180/27179/22259 27179/27180/22260</w:t>
        <w:br/>
        <w:t>f 27178/27181/22260 27181/27178/22258 27179/27180/22260</w:t>
        <w:br/>
        <w:t>f 27185/27182/22261 27184/27183/22262 27183/27184/22262</w:t>
        <w:br/>
        <w:t>f 27182/27185/22263 27185/27182/22261 27183/27184/22262</w:t>
        <w:br/>
        <w:t>f 27189/27186/22264 27188/27187/22265 27187/27188/22265</w:t>
        <w:br/>
        <w:t>f 27186/27189/22264 27189/27186/22264 27187/27188/22265</w:t>
        <w:br/>
        <w:t>f 27193/27190/22266 27192/27191/22266 27191/27192/22267</w:t>
        <w:br/>
        <w:t>f 27190/27193/22267 27193/27190/22266 27191/27192/22267</w:t>
        <w:br/>
        <w:t>f 26706/26708/21829 26707/26707/21828 27178/27181/22260</w:t>
        <w:br/>
        <w:t>f 27179/27180/22260 26706/26708/21829 27178/27181/22260</w:t>
        <w:br/>
        <w:t>f 27186/27189/22264 26710/26712/21832 26711/26711/21832</w:t>
        <w:br/>
        <w:t>f 27189/27186/22264 27186/27189/22264 26711/26711/21832</w:t>
        <w:br/>
        <w:t>f 26720/26718/21837 26718/26720/21837 27190/27193/22267</w:t>
        <w:br/>
        <w:t>f 27191/27192/22267 26720/26718/21837 27190/27193/22267</w:t>
        <w:br/>
        <w:t>f 26714/26714/21834 27183/27184/22262 27184/27183/22262</w:t>
        <w:br/>
        <w:t>f 26713/26715/21834 26714/26714/21834 27184/27183/22262</w:t>
        <w:br/>
        <w:t>f 27182/27185/22263 26780/26779/21892 26781/26778/21891</w:t>
        <w:br/>
        <w:t>f 27181/27178/22268 27182/27185/22263 26781/26778/21891</w:t>
        <w:br/>
        <w:t>f 27180/27179/22259 27181/27178/22258 27194/27194/22269</w:t>
        <w:br/>
        <w:t>f 26750/26748/21864 27180/27179/22259 27194/27194/22269</w:t>
        <w:br/>
        <w:t>f 26753/26752/21868 27187/27188/22265 27188/27187/22265</w:t>
        <w:br/>
        <w:t>f 26752/26753/21869 26753/26752/21868 27188/27187/22265</w:t>
        <w:br/>
        <w:t>f 27192/27191/22266 27193/27190/22266 26941/26941/22040</w:t>
        <w:br/>
        <w:t>f 26940/26940/22039 27192/27191/22266 26941/26941/22040</w:t>
        <w:br/>
        <w:t>f 26467/26469/21627 26468/26468/21626 27195/27195/22270</w:t>
        <w:br/>
        <w:t>f 26834/26835/21942 27196/27196/22271 26835/26834/21941</w:t>
        <w:br/>
        <w:t>f 26467/26469/21627 27195/27195/22270 27197/27197/22272</w:t>
        <w:br/>
        <w:t>f 26475/26476/21634 26476/26475/21633 26987/26987/22079</w:t>
        <w:br/>
        <w:t>f 26476/26475/21633 26464/26466/21625 26479/26480/21638</w:t>
        <w:br/>
        <w:t>f 26464/26466/21625 26465/26465/21624 26479/26480/21638</w:t>
        <w:br/>
        <w:t>f 26457/26457/21618 27199/27198/22273 27198/27199/22273</w:t>
        <w:br/>
        <w:t>f 27200/27200/22274 26465/26465/21624 26466/26464/21581</w:t>
        <w:br/>
        <w:t>f 26415/26415/21581 26183/26182/21389 26420/26419/21585</w:t>
        <w:br/>
        <w:t>f 26546/26546/21700 26517/26516/21675 26637/26636/21767</w:t>
        <w:br/>
        <w:t>f 26573/26574/21722 26526/26526/21684 26523/26525/21683</w:t>
        <w:br/>
        <w:t>f 26655/26657/21784 26672/26673/21798 26709/26709/21830</w:t>
        <w:br/>
        <w:t>f 26675/26674/21799 26709/26709/21830 26747/26746/21862</w:t>
        <w:br/>
        <w:t>f 26935/26936/22035 26745/26744/21860 26435/26437/21600</w:t>
        <w:br/>
        <w:t>f 26696/26696/21817 26683/26685/21808 26702/26703/21824</w:t>
        <w:br/>
        <w:t>f 26437/26435/21598 26401/26401/21570 26402/26400/21553</w:t>
        <w:br/>
        <w:t>f 26859/26857/21961 26846/26846/21952 26847/26845/21951</w:t>
        <w:br/>
        <w:t>f 26871/26871/21973 26803/26802/21914 26969/26969/22063</w:t>
        <w:br/>
        <w:t>f 26489/26489/21648 26917/26917/22016 26916/26916/22015</w:t>
        <w:br/>
        <w:t>f 26494/26493/21652 26487/26487/21646 26491/26491/21650</w:t>
        <w:br/>
        <w:t>f 26491/26491/21650 26477/26477/21635 26489/26489/21648</w:t>
        <w:br/>
        <w:t>f 26453/26453/21615 26421/26422/21587 26423/26423/21588</w:t>
        <w:br/>
        <w:t>f 26394/26397/21567 26395/26396/21566 26451/26450/21612</w:t>
        <w:br/>
        <w:t>f 26451/26450/21612 26423/26423/21588 26406/26405/21574</w:t>
        <w:br/>
        <w:t>f 26344/26346/21525 26345/26345/21524 26371/26370/21544</w:t>
        <w:br/>
        <w:t>f 26346/26344/21523 27177/27177/21527 26345/26345/21524</w:t>
        <w:br/>
        <w:t>f 26370/26371/21545 26371/26370/21544 26396/26395/21565</w:t>
        <w:br/>
        <w:t>f 26974/26973/22066 26447/26448/21610 26948/26947/22046</w:t>
        <w:br/>
        <w:t>f 26803/26802/21914 26448/26447/21609 26974/26973/22066</w:t>
        <w:br/>
        <w:t>f 26489/26489/21648 26472/26472/21630 26839/26839/21946</w:t>
        <w:br/>
        <w:t>f 26803/26802/21914 26974/26973/22066 26969/26969/22063</w:t>
        <w:br/>
        <w:t>f 26802/26803/21915 26871/26871/21973 26889/26889/21990</w:t>
        <w:br/>
        <w:t>f 26450/26451/21613 26514/26514/21673 26470/26470/21628</w:t>
        <w:br/>
        <w:t>f 26745/26744/21860 26731/26734/21850 26744/26745/21861</w:t>
        <w:br/>
        <w:t>f 26759/26757/21873 26744/26745/21861 26731/26734/21850</w:t>
        <w:br/>
        <w:t>f 26773/26773/21886 26943/26943/22042 26783/26785/21898</w:t>
        <w:br/>
        <w:t>f 26928/26928/22027 26907/26907/22007 26927/26927/22026</w:t>
        <w:br/>
        <w:t>f 26929/26929/22028 26922/26921/22020 26928/26928/22027</w:t>
        <w:br/>
        <w:t>f 26929/26929/22028 26912/26913/22012 26918/26918/22017</w:t>
        <w:br/>
        <w:t>f 26901/26901/22001 26897/26898/21999 26927/26927/22026</w:t>
        <w:br/>
        <w:t>f 26771/26772/21885 26808/26810/21920 26851/26851/21956</w:t>
        <w:br/>
        <w:t>f 26723/26724/21842 26771/26772/21885 26792/26792/21904</w:t>
        <w:br/>
        <w:t>f 26697/26697/21818 26681/26682/21805 26729/26730/21846</w:t>
        <w:br/>
        <w:t>f 26641/26640/21771 26559/26559/21708 26560/26558/21680</w:t>
        <w:br/>
        <w:t>f 26577/26578/21724 26615/26612/21749 26576/26579/21725</w:t>
        <w:br/>
        <w:t>f 26612/26615/21752 26613/26614/21751 26663/26662/21789</w:t>
        <w:br/>
        <w:t>f 26756/26756/21872 26738/26739/21855 26792/26792/21904</w:t>
        <w:br/>
        <w:t>f 26721/26721/21839 26698/26699/21820 26738/26739/21855</w:t>
        <w:br/>
        <w:t>f 26465/26465/21624 26471/26471/21629 26480/26479/21637</w:t>
        <w:br/>
        <w:t>f 26471/26471/21629 26457/26457/21618 26461/26462/21622</w:t>
        <w:br/>
        <w:t>f 27201/27201/22275 26439/26438/21601 26510/26510/21669</w:t>
        <w:br/>
        <w:t>f 26474/26474/21632 26473/26473/21631 26478/26478/21636</w:t>
        <w:br/>
        <w:t>f 26332/26332/21511 26297/26298/21484 26409/26408/21577</w:t>
        <w:br/>
        <w:t>f 26315/26316/21497 26356/26355/21511 26316/26315/21496</w:t>
        <w:br/>
        <w:t>f 26357/26357/21534 26399/26398/21568 26321/26320/21501</w:t>
        <w:br/>
        <w:t>f 26295/26296/21482 26271/26272/21464 26368/26367/21542</w:t>
        <w:br/>
        <w:t>f 26308/26308/21490 26295/26296/21482 26357/26357/21534</w:t>
        <w:br/>
        <w:t>f 26307/26309/21491 26308/26308/21490 26321/26320/21501</w:t>
        <w:br/>
        <w:t>f 26057/26056/21280 26135/26134/21346 26093/26092/21310</w:t>
        <w:br/>
        <w:t>f 26093/26092/21310 26134/26135/21347 26130/26130/21343</w:t>
        <w:br/>
        <w:t>f 26134/26135/21347 26149/26150/21362 26144/26144/21356</w:t>
        <w:br/>
        <w:t>f 26233/26234/21432 26192/26193/21398 26193/26192/21397</w:t>
        <w:br/>
        <w:t>f 26094/26091/21309 26057/26056/21280 26093/26092/21310</w:t>
        <w:br/>
        <w:t>f 26036/26038/21263 26037/26037/21262 27113/27113/22201</w:t>
        <w:br/>
        <w:t>f 26885/26884/21986 26911/26911/22011 26910/26910/22010</w:t>
        <w:br/>
        <w:t>f 26905/26905/22005 26980/26980/22074 26908/26909/22009</w:t>
        <w:br/>
        <w:t>f 26755/26755/21871 26697/26697/21818 26737/26737/21853</w:t>
        <w:br/>
        <w:t>f 26680/26680/21803 26612/26615/21752 26662/26663/21790</w:t>
        <w:br/>
        <w:t>f 27038/27038/22129 27029/27031/22122 27039/27039/22130</w:t>
        <w:br/>
        <w:t>f 27031/27029/22120 27058/27058/22147 27030/27030/22121</w:t>
        <w:br/>
        <w:t>f 27020/27019/22110 27030/27030/22121 27058/27058/22147</w:t>
        <w:br/>
        <w:t>f 27007/27007/22098 27019/27020/22111 27006/27008/22099</w:t>
        <w:br/>
        <w:t>f 26761/26760/21876 26805/26804/21916 26786/26786/21899</w:t>
        <w:br/>
        <w:t>f 26827/26826/21933 26829/26830/21937 26826/26827/21934</w:t>
        <w:br/>
        <w:t>f 26805/26804/21916 26827/26826/21933 26804/26805/21917</w:t>
        <w:br/>
        <w:t>f 26878/26877/21979 26863/26861/21965 26861/26863/21966</w:t>
        <w:br/>
        <w:t>f 26838/26836/21943 26844/26843/21949 26837/26837/21944</w:t>
        <w:br/>
        <w:t>f 27090/27089/22177 27078/27077/22165 27079/27076/22164</w:t>
        <w:br/>
        <w:t>f 27099/27098/22186 27089/27090/22178 27090/27089/22177</w:t>
        <w:br/>
        <w:t>f 27057/27056/22145 27054/27055/22144 26577/26578/21724</w:t>
        <w:br/>
        <w:t>f 26701/26700/21821 26674/26675/21768 26675/26674/21799</w:t>
        <w:br/>
        <w:t>f 26736/26736/21852 26700/26701/21822 26769/26769/21882</w:t>
        <w:br/>
        <w:t>f 26768/26770/21883 26819/26821/21928 26820/26820/21927</w:t>
        <w:br/>
        <w:t>f 26787/26787/21900 26768/26770/21883 26820/26820/21927</w:t>
        <w:br/>
        <w:t>f 26824/26825/21932 26848/26849/21878 26834/26835/21942</w:t>
        <w:br/>
        <w:t>f 26501/26502/21661 26449/26449/21611 26436/26436/21599</w:t>
        <w:br/>
        <w:t>f 26933/26933/22032 26733/26732/21848 26734/26731/21847</w:t>
        <w:br/>
        <w:t>f 26683/26685/21808 26704/26705/21826 26933/26933/22032</w:t>
        <w:br/>
        <w:t>f 26683/26685/21808 26684/26684/21807 26705/26704/21825</w:t>
        <w:br/>
        <w:t>f 26731/26734/21850 26930/26930/22029 26759/26757/21873</w:t>
        <w:br/>
        <w:t>f 27202/27202/22276 26817/26816/21924 26818/26815/21923</w:t>
        <w:br/>
        <w:t>f 26795/26793/21905 26939/26939/22038 26794/26794/21906</w:t>
        <w:br/>
        <w:t>f 26750/26748/21864 27194/27194/22269 26749/26749/21865</w:t>
        <w:br/>
        <w:t>f 26939/26939/22038 26749/26749/21865 26794/26794/21906</w:t>
        <w:br/>
        <w:t>f 26430/26430/21593 26341/26342/21521 26434/26434/21597</w:t>
        <w:br/>
        <w:t>f 26469/26467/21593 27203/27203/22277 26468/26468/21626</w:t>
        <w:br/>
        <w:t>f 27207/27204/22278 27206/27205/22279 27205/27206/22280</w:t>
        <w:br/>
        <w:t>f 27204/27207/22281 27207/27204/22278 27205/27206/22280</w:t>
        <w:br/>
        <w:t>f 27206/27205/22279 27207/27204/22278 27209/27208/22282</w:t>
        <w:br/>
        <w:t>f 27208/27209/22283 27206/27205/22279 27209/27208/22282</w:t>
        <w:br/>
        <w:t>f 27207/27204/22278 27204/27207/22281 27210/27210/22284</w:t>
        <w:br/>
        <w:t>f 27211/27211/22285 27207/27204/22278 27210/27210/22284</w:t>
        <w:br/>
        <w:t>f 27213/27212/22286 27205/27206/22280 27206/27205/22279</w:t>
        <w:br/>
        <w:t>f 27212/27213/22287 27213/27212/22286 27206/27205/22279</w:t>
        <w:br/>
        <w:t>f 27205/27206/22280 27215/27214/22288 27214/27215/22289</w:t>
        <w:br/>
        <w:t>f 27204/27207/22281 27205/27206/22280 27214/27215/22289</w:t>
        <w:br/>
        <w:t>f 27216/27216/22290 27209/27208/22282 27207/27204/22278</w:t>
        <w:br/>
        <w:t>f 27211/27211/22285 27216/27216/22290 27207/27204/22278</w:t>
        <w:br/>
        <w:t>f 27212/27213/22287 27206/27205/22279 27208/27209/22283</w:t>
        <w:br/>
        <w:t>f 27217/27217/22291 27212/27213/22287 27208/27209/22283</w:t>
        <w:br/>
        <w:t>f 27204/27207/22281 27218/27218/22292 27210/27210/22284</w:t>
        <w:br/>
        <w:t>f 27219/27219/22293 27215/27214/22288 27205/27206/22280</w:t>
        <w:br/>
        <w:t>f 27213/27212/22286 27219/27219/22293 27205/27206/22280</w:t>
        <w:br/>
        <w:t>f 27208/27209/22283 27221/27220/22294 27220/27221/22295</w:t>
        <w:br/>
        <w:t>f 27209/27208/22282 27222/27222/22296 27221/27220/22294</w:t>
        <w:br/>
        <w:t>f 27224/27223/22297 27211/27211/22285 27223/27224/22298</w:t>
        <w:br/>
        <w:t>f 27226/27225/22299 27214/27215/22289 27215/27214/22288</w:t>
        <w:br/>
        <w:t>f 27225/27226/22300 27226/27225/22299 27215/27214/22288</w:t>
        <w:br/>
        <w:t>f 27223/27224/22298 27211/27211/22285 27210/27210/22284</w:t>
        <w:br/>
        <w:t>f 27227/27227/22301 27218/27218/22292 27214/27215/22289</w:t>
        <w:br/>
        <w:t>f 27226/27225/22299 27227/27227/22301 27214/27215/22289</w:t>
        <w:br/>
        <w:t>f 27218/27218/22292 27228/27228/22302 27210/27210/22284</w:t>
        <w:br/>
        <w:t>f 27230/27229/22303 27213/27212/22286 27212/27213/22287</w:t>
        <w:br/>
        <w:t>f 27229/27230/22304 27230/27229/22303 27212/27213/22287</w:t>
        <w:br/>
        <w:t>f 27217/27217/22291 27208/27209/22283 27220/27221/22295</w:t>
        <w:br/>
        <w:t>f 27231/27231/22305 27217/27217/22291 27220/27221/22295</w:t>
        <w:br/>
        <w:t>f 27215/27214/22288 27219/27219/22293 27232/27232/22306</w:t>
        <w:br/>
        <w:t>f 27225/27226/22300 27215/27214/22288 27232/27232/22306</w:t>
        <w:br/>
        <w:t>f 27233/27233/22307 27222/27222/22296 27216/27216/22290</w:t>
        <w:br/>
        <w:t>f 27224/27223/22297 27233/27233/22307 27216/27216/22290</w:t>
        <w:br/>
        <w:t>f 27235/27234/22308 27226/27225/22299 27225/27226/22300</w:t>
        <w:br/>
        <w:t>f 27234/27235/22309 27235/27234/22308 27225/27226/22300</w:t>
        <w:br/>
        <w:t>f 27235/27234/22308 27236/27236/22310 27226/27225/22299</w:t>
        <w:br/>
        <w:t>f 27236/27236/22310 27237/27237/22311 27226/27225/22299</w:t>
        <w:br/>
        <w:t>f 27237/27237/22311 27238/27238/22312 27226/27225/22299</w:t>
        <w:br/>
        <w:t>f 27229/27230/22304 27212/27213/22287 27217/27217/22291</w:t>
        <w:br/>
        <w:t>f 27239/27239/22313 27229/27230/22304 27217/27217/22291</w:t>
        <w:br/>
        <w:t>f 27218/27218/22292 27240/27240/22314 27228/27228/22302</w:t>
        <w:br/>
        <w:t>f 27234/27235/22309 27225/27226/22300 27232/27232/22306</w:t>
        <w:br/>
        <w:t>f 27241/27241/22315 27234/27235/22309 27232/27232/22306</w:t>
        <w:br/>
        <w:t>f 27242/27242/22316 27219/27219/22293 27213/27212/22286</w:t>
        <w:br/>
        <w:t>f 27230/27229/22303 27242/27242/22316 27213/27212/22286</w:t>
        <w:br/>
        <w:t>f 27238/27238/22312 27227/27227/22301 27226/27225/22299</w:t>
        <w:br/>
        <w:t>f 27238/27238/22312 27243/27243/22317 27227/27227/22301</w:t>
        <w:br/>
        <w:t>f 27245/27244/22318 27228/27228/22302 27244/27245/22319</w:t>
        <w:br/>
        <w:t>f 27240/27240/22314 27227/27227/22301 27243/27243/22317</w:t>
        <w:br/>
        <w:t>f 27247/27246/22320 27224/27223/22297 27223/27224/22298</w:t>
        <w:br/>
        <w:t>f 27246/27247/22321 27247/27246/22320 27223/27224/22298</w:t>
        <w:br/>
        <w:t>f 27248/27248/22322 27232/27232/22306 27219/27219/22293</w:t>
        <w:br/>
        <w:t>f 27242/27242/22316 27248/27248/22322 27219/27219/22293</w:t>
        <w:br/>
        <w:t>f 27249/27249/22323 27233/27233/22307 27247/27246/22320</w:t>
        <w:br/>
        <w:t>f 27241/27241/22315 27232/27232/22306 27248/27248/22322</w:t>
        <w:br/>
        <w:t>f 27250/27250/22324 27241/27241/22315 27248/27248/22322</w:t>
        <w:br/>
        <w:t>f 27251/27251/22325 27221/27220/22294 27222/27222/22296</w:t>
        <w:br/>
        <w:t>f 27240/27240/22314 27252/27252/22326 27228/27228/22302</w:t>
        <w:br/>
        <w:t>f 27220/27221/22295 27251/27251/22325 27253/27253/22327</w:t>
        <w:br/>
        <w:t>f 27251/27251/22325 27222/27222/22296 27233/27233/22307</w:t>
        <w:br/>
        <w:t>f 27257/27254/22328 27256/27255/22328 27255/27256/22329</w:t>
        <w:br/>
        <w:t>f 27254/27257/22330 27257/27254/22328 27255/27256/22329</w:t>
        <w:br/>
        <w:t>f 27260/27258/22331 27259/27259/22332 27258/27260/22333</w:t>
        <w:br/>
        <w:t>f 27255/27256/22329 27259/27259/22332 27260/27258/22331</w:t>
        <w:br/>
        <w:t>f 27254/27257/22330 27255/27256/22329 27260/27258/22331</w:t>
        <w:br/>
        <w:t>f 27262/27261/22334 27240/27240/22314 27243/27243/22317</w:t>
        <w:br/>
        <w:t>f 27261/27262/22335 27262/27261/22334 27243/27243/22317</w:t>
        <w:br/>
        <w:t>f 27266/27263/22336 27265/27264/22336 27264/27265/22337</w:t>
        <w:br/>
        <w:t>f 27263/27266/22338 27266/27263/22336 27264/27265/22337</w:t>
        <w:br/>
        <w:t>f 27258/27260/22333 27268/27267/22339 27267/27268/22340</w:t>
        <w:br/>
        <w:t>f 27260/27258/22331 27258/27260/22333 27267/27268/22340</w:t>
        <w:br/>
        <w:t>f 27239/27239/22313 27217/27217/22291 27231/27231/22305</w:t>
        <w:br/>
        <w:t>f 27269/27269/22341 27239/27239/22313 27231/27231/22305</w:t>
        <w:br/>
        <w:t>f 27246/27247/22321 27245/27244/22318 27270/27270/22342</w:t>
        <w:br/>
        <w:t>f 27240/27240/22314 27262/27261/22334 27271/27271/22343</w:t>
        <w:br/>
        <w:t>f 27233/27233/22307 27272/27272/22344 27251/27251/22325</w:t>
        <w:br/>
        <w:t>f 27276/27273/22345 27275/27274/22345 27274/27275/22346</w:t>
        <w:br/>
        <w:t>f 27273/27276/22347 27276/27273/22345 27274/27275/22346</w:t>
        <w:br/>
        <w:t>f 27280/27277/22348 27279/27278/22304 27278/27279/22349</w:t>
        <w:br/>
        <w:t>f 27277/27280/22350 27280/27277/22348 27278/27279/22349</w:t>
        <w:br/>
        <w:t>f 27284/27281/22351 27283/27282/22352 27282/27283/22353</w:t>
        <w:br/>
        <w:t>f 27281/27284/22353 27284/27281/22351 27282/27283/22353</w:t>
        <w:br/>
        <w:t>f 27286/27285/22316 27280/27277/22348 27277/27280/22350</w:t>
        <w:br/>
        <w:t>f 27285/27286/22354 27286/27285/22316 27277/27280/22350</w:t>
        <w:br/>
        <w:t>f 27289/27287/22355 27268/27267/22339 27288/27288/22356</w:t>
        <w:br/>
        <w:t>f 27287/27289/22356 27289/27287/22355 27288/27288/22356</w:t>
        <w:br/>
        <w:t>f 27281/27284/22353 27282/27283/22353 27291/27290/22357</w:t>
        <w:br/>
        <w:t>f 27290/27291/22358 27281/27284/22353 27291/27290/22357</w:t>
        <w:br/>
        <w:t>f 27228/27228/22302 27252/27252/22326 27244/27245/22319</w:t>
        <w:br/>
        <w:t>f 27231/27231/22305 27220/27221/22295 27253/27253/22327</w:t>
        <w:br/>
        <w:t>f 27292/27292/22359 27231/27231/22305 27253/27253/22327</w:t>
        <w:br/>
        <w:t>f 27296/27293/22360 27295/27294/22324 27294/27295/22322</w:t>
        <w:br/>
        <w:t>f 27293/27296/22361 27296/27293/22360 27294/27295/22322</w:t>
        <w:br/>
        <w:t>f 27283/27282/22352 27284/27281/22351 27297/27297/22362</w:t>
        <w:br/>
        <w:t>f 27300/27298/22343 27299/27299/22334 27298/27300/22363</w:t>
        <w:br/>
        <w:t>f 27294/27295/22322 27286/27285/22316 27285/27286/22354</w:t>
        <w:br/>
        <w:t>f 27293/27296/22361 27294/27295/22322 27285/27286/22354</w:t>
        <w:br/>
        <w:t>f 27303/27301/22364 27302/27302/22365 27301/27303/22366</w:t>
        <w:br/>
        <w:t>f 27304/27304/22367 27303/27301/22364 27301/27303/22366</w:t>
        <w:br/>
        <w:t>f 27279/27278/22304 27306/27305/22368 27305/27306/22369</w:t>
        <w:br/>
        <w:t>f 27278/27279/22349 27279/27278/22304 27305/27306/22369</w:t>
        <w:br/>
        <w:t>f 27272/27272/22344 27302/27302/22365 27307/27307/22370</w:t>
        <w:br/>
        <w:t>f 27308/27308/22371 27302/27302/22365 27303/27301/22364</w:t>
        <w:br/>
        <w:t>f 27268/27267/22339 27289/27287/22355 27267/27268/22340</w:t>
        <w:br/>
        <w:t>f 27309/27309/22372 27303/27301/22364 27304/27304/22367</w:t>
        <w:br/>
        <w:t>f 27312/27310/22373 27311/27311/22374 27310/27312/22375</w:t>
        <w:br/>
        <w:t>f 27308/27308/22371 27313/27313/22376 27307/27307/22370</w:t>
        <w:br/>
        <w:t>f 27302/27302/22365 27308/27308/22371 27307/27307/22370</w:t>
        <w:br/>
        <w:t>f 27290/27291/22358 27291/27290/22357 27315/27314/22377</w:t>
        <w:br/>
        <w:t>f 27314/27315/22378 27290/27291/22358 27315/27314/22377</w:t>
        <w:br/>
        <w:t>f 27318/27316/22379 27317/27317/22380 27316/27318/22381</w:t>
        <w:br/>
        <w:t>f 27321/27319/22382 27320/27320/22382 27319/27321/22383</w:t>
        <w:br/>
        <w:t>f 27245/27244/22318 27244/27245/22319 27322/27322/22384</w:t>
        <w:br/>
        <w:t>f 27270/27270/22342 27245/27244/22318 27322/27322/22384</w:t>
        <w:br/>
        <w:t>f 27311/27311/22374 27325/27323/22385 27324/27324/22386</w:t>
        <w:br/>
        <w:t>f 27323/27325/22387 27311/27311/22374 27324/27324/22386</w:t>
        <w:br/>
        <w:t>f 27326/27326/22388 27251/27251/22325 27272/27272/22344</w:t>
        <w:br/>
        <w:t>f 27312/27310/22373 27327/27327/22389 27311/27311/22374</w:t>
        <w:br/>
        <w:t>f 27331/27328/22356 27330/27329/22390 27329/27330/22391</w:t>
        <w:br/>
        <w:t>f 27328/27331/22356 27331/27328/22356 27329/27330/22391</w:t>
        <w:br/>
        <w:t>f 27311/27311/22374 27327/27327/22389 27325/27323/22385</w:t>
        <w:br/>
        <w:t>f 27231/27231/22305 27292/27292/22359 27332/27332/22392</w:t>
        <w:br/>
        <w:t>f 27269/27269/22341 27231/27231/22305 27332/27332/22392</w:t>
        <w:br/>
        <w:t>f 27327/27327/22389 27333/27333/22393 27325/27323/22385</w:t>
        <w:br/>
        <w:t>f 27336/27334/22394 27335/27335/22395 27318/27316/22379</w:t>
        <w:br/>
        <w:t>f 27334/27336/22396 27336/27334/22394 27318/27316/22379</w:t>
        <w:br/>
        <w:t>f 27339/27337/22397 27338/27338/22398 27337/27339/22399</w:t>
        <w:br/>
        <w:t>f 27253/27253/22327 27341/27340/22400 27340/27341/22401</w:t>
        <w:br/>
        <w:t>f 27292/27292/22359 27253/27253/22327 27340/27341/22401</w:t>
        <w:br/>
        <w:t>f 27343/27342/22402 27324/27324/22386 27325/27323/22385</w:t>
        <w:br/>
        <w:t>f 27342/27343/22403 27343/27342/22402 27325/27323/22385</w:t>
        <w:br/>
        <w:t>f 27345/27344/22404 27335/27335/22395 27336/27334/22394</w:t>
        <w:br/>
        <w:t>f 27344/27345/22404 27345/27344/22404 27336/27334/22394</w:t>
        <w:br/>
        <w:t>f 27347/27346/22405 27244/27245/22319 27346/27347/22406</w:t>
        <w:br/>
        <w:t>f 27306/27305/22368 27349/27348/22341 27348/27349/22407</w:t>
        <w:br/>
        <w:t>f 27305/27306/22369 27306/27305/22368 27348/27349/22407</w:t>
        <w:br/>
        <w:t>f 27351/27350/22408 27296/27293/22360 27293/27296/22361</w:t>
        <w:br/>
        <w:t>f 27350/27351/22409 27351/27350/22408 27293/27296/22361</w:t>
        <w:br/>
        <w:t>f 27353/27352/22410 27342/27343/22403 27352/27353/22411</w:t>
        <w:br/>
        <w:t>f 27342/27343/22403 27325/27323/22385 27338/27338/22412</w:t>
        <w:br/>
        <w:t>f 27352/27353/22411 27342/27343/22403 27338/27338/22412</w:t>
        <w:br/>
        <w:t>f 27353/27352/22410 27354/27354/22413 27342/27343/22403</w:t>
        <w:br/>
        <w:t>f 27314/27315/22378 27315/27314/22377 27356/27355/22414</w:t>
        <w:br/>
        <w:t>f 27355/27356/22414 27314/27315/22378 27356/27355/22414</w:t>
        <w:br/>
        <w:t>f 27321/27319/22382 27357/27357/22415 27320/27320/22382</w:t>
        <w:br/>
        <w:t>f 27285/27286/22354 27277/27280/22350 27359/27358/22416</w:t>
        <w:br/>
        <w:t>f 27358/27359/22417 27285/27286/22354 27359/27358/22416</w:t>
        <w:br/>
        <w:t>f 27277/27280/22350 27278/27279/22349 27360/27360/22418</w:t>
        <w:br/>
        <w:t>f 27359/27358/22416 27277/27280/22350 27360/27360/22418</w:t>
        <w:br/>
        <w:t>f 27316/27318/22381 27317/27317/22380 27361/27361/22419</w:t>
        <w:br/>
        <w:t>f 27293/27296/22361 27285/27286/22354 27358/27359/22417</w:t>
        <w:br/>
        <w:t>f 27350/27351/22409 27293/27296/22361 27358/27359/22417</w:t>
        <w:br/>
        <w:t>f 27334/27336/22396 27318/27316/22379 27316/27318/22381</w:t>
        <w:br/>
        <w:t>f 27362/27362/22420 27334/27336/22396 27316/27318/22381</w:t>
        <w:br/>
        <w:t>f 27366/27363/22421 27365/27364/22422 27364/27365/22423</w:t>
        <w:br/>
        <w:t>f 27363/27366/22424 27366/27363/22421 27364/27365/22423</w:t>
        <w:br/>
        <w:t>f 27370/27367/22425 27369/27368/22426 27368/27369/22427</w:t>
        <w:br/>
        <w:t>f 27367/27370/22428 27370/27367/22425 27368/27369/22427</w:t>
        <w:br/>
        <w:t>f 27244/27245/22319 27347/27346/22405 27371/27371/22429</w:t>
        <w:br/>
        <w:t>f 27322/27322/22384 27244/27245/22319 27371/27371/22429</w:t>
        <w:br/>
        <w:t>f 27366/27363/22421 27374/27372/22430 27373/27373/22431</w:t>
        <w:br/>
        <w:t>f 27372/27374/22432 27366/27363/22421 27373/27373/22431</w:t>
        <w:br/>
        <w:t>f 27368/27369/22427 27336/27334/22394 27334/27336/22396</w:t>
        <w:br/>
        <w:t>f 27377/27375/22433 27330/27329/22390 27376/27376/22434</w:t>
        <w:br/>
        <w:t>f 27375/27377/22435 27377/27375/22433 27376/27376/22434</w:t>
        <w:br/>
        <w:t>f 27278/27279/22349 27305/27306/22369 27378/27378/22436</w:t>
        <w:br/>
        <w:t>f 27360/27360/22418 27278/27279/22349 27378/27378/22436</w:t>
        <w:br/>
        <w:t>f 27380/27379/22437 27342/27343/22403 27354/27354/22413</w:t>
        <w:br/>
        <w:t>f 27379/27380/22438 27380/27379/22437 27354/27354/22413</w:t>
        <w:br/>
        <w:t>f 27330/27329/22390 27377/27375/22433 27329/27330/22391</w:t>
        <w:br/>
        <w:t>f 27365/27364/22422 27366/27363/22421 27382/27381/22439</w:t>
        <w:br/>
        <w:t>f 27381/27382/22440 27365/27364/22422 27382/27381/22439</w:t>
        <w:br/>
        <w:t>f 27383/27383/22441 27343/27342/22402 27342/27343/22403</w:t>
        <w:br/>
        <w:t>f 27380/27379/22437 27383/27383/22441 27342/27343/22403</w:t>
        <w:br/>
        <w:t>f 27385/27384/22442 27384/27385/22443 27334/27336/22396</w:t>
        <w:br/>
        <w:t>f 27387/27386/22444 27361/27361/22419 27386/27387/22445</w:t>
        <w:br/>
        <w:t>f 27364/27365/22423 27389/27388/22446 27388/27389/22447</w:t>
        <w:br/>
        <w:t>f 27391/27390/22448 27351/27350/22408 27350/27351/22409</w:t>
        <w:br/>
        <w:t>f 27390/27391/22449 27391/27390/22448 27350/27351/22409</w:t>
        <w:br/>
        <w:t>f 27392/27392/22450 27355/27356/22414 27356/27355/22414</w:t>
        <w:br/>
        <w:t>f 27394/27393/22451 27348/27349/22407 27349/27348/22341</w:t>
        <w:br/>
        <w:t>f 27393/27394/22392 27394/27393/22451 27349/27348/22341</w:t>
        <w:br/>
        <w:t>f 27380/27379/22437 27379/27380/22438 27396/27395/22452</w:t>
        <w:br/>
        <w:t>f 27395/27396/22453 27380/27379/22437 27396/27395/22452</w:t>
        <w:br/>
        <w:t>f 27305/27306/22369 27348/27349/22407 27397/27397/22454</w:t>
        <w:br/>
        <w:t>f 27378/27378/22436 27305/27306/22369 27397/27397/22454</w:t>
        <w:br/>
        <w:t>f 27399/27398/22455 27398/27399/22455 27384/27385/22443</w:t>
        <w:br/>
        <w:t>f 27385/27384/22442 27399/27398/22455 27384/27385/22443</w:t>
        <w:br/>
        <w:t>f 27401/27400/22456 27388/27389/22447 27400/27401/22457</w:t>
        <w:br/>
        <w:t>f 27362/27362/22420 27316/27318/22381 27403/27402/22458</w:t>
        <w:br/>
        <w:t>f 27402/27403/22459 27362/27362/22420 27403/27402/22458</w:t>
        <w:br/>
        <w:t>f 27407/27404/22460 27406/27405/22460 27405/27406/22461</w:t>
        <w:br/>
        <w:t>f 27404/27407/22462 27407/27404/22460 27405/27406/22461</w:t>
        <w:br/>
        <w:t>f 27390/27391/22449 27350/27351/22409 27358/27359/22417</w:t>
        <w:br/>
        <w:t>f 27408/27408/22463 27390/27391/22449 27358/27359/22417</w:t>
        <w:br/>
        <w:t>f 27411/27409/22464 27410/27410/22465 27409/27411/22466</w:t>
        <w:br/>
        <w:t>f 27389/27388/22467 27411/27409/22464 27409/27411/22466</w:t>
        <w:br/>
        <w:t>f 27414/27412/22468 27413/27413/22469 27412/27414/22470</w:t>
        <w:br/>
        <w:t>f 27403/27402/22458 27361/27361/22419 27387/27386/22444</w:t>
        <w:br/>
        <w:t>f 27415/27415/22471 27403/27402/22458 27387/27386/22444</w:t>
        <w:br/>
        <w:t>f 27388/27389/22447 27389/27388/22446 27416/27416/22472</w:t>
        <w:br/>
        <w:t>f 27419/27417/22473 27418/27418/22474 27417/27419/22475</w:t>
        <w:br/>
        <w:t>f 27375/27377/22435 27376/27376/22434 27420/27420/22476</w:t>
        <w:br/>
        <w:t>f 27414/27412/22468 27401/27400/22456 27400/27401/22457</w:t>
        <w:br/>
        <w:t>f 27421/27421/22477 27395/27396/22453 27396/27395/22452</w:t>
        <w:br/>
        <w:t>f 27334/27336/22396 27423/27422/22478 27422/27423/22479</w:t>
        <w:br/>
        <w:t>f 27410/27410/22465 27424/27424/22480 27409/27411/22466</w:t>
        <w:br/>
        <w:t>f 27391/27390/22448 27390/27391/22449 27425/27425/22481</w:t>
        <w:br/>
        <w:t>f 27386/27387/22445 27371/27371/22429 27387/27386/22444</w:t>
        <w:br/>
        <w:t>f 27383/27383/22441 27380/27379/22437 27395/27396/22453</w:t>
        <w:br/>
        <w:t>f 27426/27426/22482 27383/27383/22441 27395/27396/22453</w:t>
        <w:br/>
        <w:t>f 27429/27427/22483 27428/27428/22484 27427/27429/22485</w:t>
        <w:br/>
        <w:t>f 27375/27377/22435 27420/27420/22476 27431/27430/22486</w:t>
        <w:br/>
        <w:t>f 27430/27431/22487 27375/27377/22435 27431/27430/22486</w:t>
        <w:br/>
        <w:t>f 27434/27432/22488 27433/27433/22489 27432/27434/22490</w:t>
        <w:br/>
        <w:t>f 27413/27413/22469 27434/27432/22488 27432/27434/22490</w:t>
        <w:br/>
        <w:t>f 27436/27435/22491 27435/27436/22492 27410/27410/22465</w:t>
        <w:br/>
        <w:t>f 27411/27409/22464 27436/27435/22491 27410/27410/22465</w:t>
        <w:br/>
        <w:t>f 27359/27358/22416 27437/27437/22493 27408/27408/22463</w:t>
        <w:br/>
        <w:t>f 27358/27359/22417 27359/27358/22416 27408/27408/22463</w:t>
        <w:br/>
        <w:t>f 27425/27425/22481 27390/27391/22449 27438/27438/22494</w:t>
        <w:br/>
        <w:t>f 27421/27421/22477 27439/27439/22495 27395/27396/22453</w:t>
        <w:br/>
        <w:t>f 27348/27349/22407 27394/27393/22451 27440/27440/22496</w:t>
        <w:br/>
        <w:t>f 27397/27397/22454 27348/27349/22407 27440/27440/22496</w:t>
        <w:br/>
        <w:t>f 27434/27432/22488 27442/27441/22497 27441/27442/22498</w:t>
        <w:br/>
        <w:t>f 27359/27358/22416 27360/27360/22418 27443/27443/22499</w:t>
        <w:br/>
        <w:t>f 27437/27437/22493 27359/27358/22416 27443/27443/22499</w:t>
        <w:br/>
        <w:t>f 27445/27444/22500 27432/27434/22490 27433/27433/22489</w:t>
        <w:br/>
        <w:t>f 27444/27445/22501 27445/27444/22500 27433/27433/22489</w:t>
        <w:br/>
        <w:t>f 27428/27428/22484 27447/27446/22502 27446/27447/22503</w:t>
        <w:br/>
        <w:t>f 27438/27438/22494 27390/27391/22449 27448/27448/22504</w:t>
        <w:br/>
        <w:t>f 27431/27430/22486 27450/27449/22505 27449/27450/22505</w:t>
        <w:br/>
        <w:t>f 27430/27431/22487 27431/27430/22486 27449/27450/22505</w:t>
        <w:br/>
        <w:t>f 27454/27451/22506 27453/27452/22507 27452/27453/22508</w:t>
        <w:br/>
        <w:t>f 27451/27454/22509 27454/27451/22506 27452/27453/22508</w:t>
        <w:br/>
        <w:t>f 27395/27396/22453 27439/27439/22495 27456/27455/22510</w:t>
        <w:br/>
        <w:t>f 27455/27456/22511 27395/27396/22453 27456/27455/22510</w:t>
        <w:br/>
        <w:t>f 27435/27436/22492 27458/27457/22512 27457/27458/22513</w:t>
        <w:br/>
        <w:t>f 27457/27458/22513 27459/27459/22514 27424/27424/22480</w:t>
        <w:br/>
        <w:t>f 27402/27403/22459 27403/27402/22458 27460/27460/22515</w:t>
        <w:br/>
        <w:t>f 27360/27360/22418 27378/27378/22436 27461/27461/22516</w:t>
        <w:br/>
        <w:t>f 27443/27443/22499 27360/27360/22418 27461/27461/22516</w:t>
        <w:br/>
        <w:t>f 27462/27462/22517 27423/27422/22478 27362/27362/22420</w:t>
        <w:br/>
        <w:t>f 27466/27463/22518 27465/27464/22519 27464/27465/22519</w:t>
        <w:br/>
        <w:t>f 27463/27466/22520 27466/27463/22518 27464/27465/22519</w:t>
        <w:br/>
        <w:t>f 27415/27415/22471 27387/27386/22444 27468/27467/22521</w:t>
        <w:br/>
        <w:t>f 27467/27468/22522 27415/27415/22471 27468/27467/22521</w:t>
        <w:br/>
        <w:t>f 27470/27469/22523 27390/27391/22449 27408/27408/22463</w:t>
        <w:br/>
        <w:t>f 27469/27470/22524 27470/27469/22523 27408/27408/22463</w:t>
        <w:br/>
        <w:t>f 27448/27448/22504 27390/27391/22449 27470/27469/22523</w:t>
        <w:br/>
        <w:t>f 27433/27433/22489 27434/27432/22488 27441/27442/22498</w:t>
        <w:br/>
        <w:t>f 27471/27471/22525 27433/27433/22489 27441/27442/22498</w:t>
        <w:br/>
        <w:t>f 27426/27426/22482 27395/27396/22453 27455/27456/22511</w:t>
        <w:br/>
        <w:t>f 27472/27472/22526 27426/27426/22482 27455/27456/22511</w:t>
        <w:br/>
        <w:t>f 27474/27473/22527 27473/27474/22528 27446/27447/22503</w:t>
        <w:br/>
        <w:t>f 27447/27446/22502 27474/27473/22527 27446/27447/22503</w:t>
        <w:br/>
        <w:t>f 27447/27446/22502 27475/27475/22529 27474/27473/22527</w:t>
        <w:br/>
        <w:t>f 27378/27378/22436 27397/27397/22454 27476/27476/22530</w:t>
        <w:br/>
        <w:t>f 27461/27461/22516 27378/27378/22436 27476/27476/22530</w:t>
        <w:br/>
        <w:t>f 27477/27477/22531 27455/27456/22511 27456/27455/22510</w:t>
        <w:br/>
        <w:t>f 27422/27423/22479 27423/27422/22478 27479/27478/22532</w:t>
        <w:br/>
        <w:t>f 27478/27479/22533 27422/27423/22479 27479/27478/22532</w:t>
        <w:br/>
        <w:t>f 27482/27480/22534 27481/27481/22535 27480/27482/22536</w:t>
        <w:br/>
        <w:t>f 27486/27483/22537 27485/27484/22538 27484/27485/22538</w:t>
        <w:br/>
        <w:t>f 27483/27486/22539 27486/27483/22537 27484/27485/22538</w:t>
        <w:br/>
        <w:t>f 27448/27448/22504 27470/27469/22523 27487/27487/22540</w:t>
        <w:br/>
        <w:t>f 27490/27488/22541 27489/27489/22542 27488/27490/22542</w:t>
        <w:br/>
        <w:t>f 27444/27445/22501 27433/27433/22489 27491/27491/22543</w:t>
        <w:br/>
        <w:t>f 27493/27492/22544 27492/27493/22545 27427/27429/22485</w:t>
        <w:br/>
        <w:t>f 27444/27445/22501 27494/27494/22546 27445/27444/22500</w:t>
        <w:br/>
        <w:t>f 27496/27495/22547 27482/27480/22534 27495/27496/22548</w:t>
        <w:br/>
        <w:t>f 27427/27429/22485 27498/27497/22549 27497/27498/22550</w:t>
        <w:br/>
        <w:t>f 27428/27428/22484 27446/27447/22503 27499/27499/22551</w:t>
        <w:br/>
        <w:t>f 27498/27497/22549 27428/27428/22484 27499/27499/22551</w:t>
        <w:br/>
        <w:t>f 27469/27470/22524 27437/27437/22493 27500/27500/22552</w:t>
        <w:br/>
        <w:t>f 27502/27501/22553 27475/27475/22529 27501/27502/22554</w:t>
        <w:br/>
        <w:t>f 27506/27503/22555 27505/27504/22556 27504/27505/22557</w:t>
        <w:br/>
        <w:t>f 27503/27506/22558 27506/27503/22555 27504/27505/22557</w:t>
        <w:br/>
        <w:t>f 27397/27397/22454 27440/27440/22496 27507/27507/22559</w:t>
        <w:br/>
        <w:t>f 27476/27476/22530 27397/27397/22454 27507/27507/22559</w:t>
        <w:br/>
        <w:t>f 27423/27422/22478 27462/27462/22517 27508/27508/22560</w:t>
        <w:br/>
        <w:t>f 27479/27478/22532 27423/27422/22478 27508/27508/22560</w:t>
        <w:br/>
        <w:t>f 27509/27509/22561 27462/27462/22517 27402/27403/22459</w:t>
        <w:br/>
        <w:t>f 27460/27460/22515 27509/27509/22561 27402/27403/22459</w:t>
        <w:br/>
        <w:t>f 27499/27499/22551 27446/27447/22503 27473/27474/22528</w:t>
        <w:br/>
        <w:t>f 27510/27510/22562 27499/27499/22551 27473/27474/22528</w:t>
        <w:br/>
        <w:t>f 27512/27511/22563 27496/27495/22547 27495/27496/22548</w:t>
        <w:br/>
        <w:t>f 27511/27512/22564 27512/27511/22563 27495/27496/22548</w:t>
        <w:br/>
        <w:t>f 27515/27513/22565 27514/27514/22566 27513/27515/22567</w:t>
        <w:br/>
        <w:t>f 27514/27514/22566 27455/27456/22511 27490/27488/22568</w:t>
        <w:br/>
        <w:t>f 27460/27460/22515 27415/27415/22471 27467/27468/22522</w:t>
        <w:br/>
        <w:t>f 27516/27516/22569 27460/27460/22515 27467/27468/22522</w:t>
        <w:br/>
        <w:t>f 27517/27517/22570 27505/27504/22556 27506/27503/22555</w:t>
        <w:br/>
        <w:t>f 27518/27518/22571 27487/27487/22540 27470/27469/22523</w:t>
        <w:br/>
        <w:t>f 27520/27519/22572 27519/27520/22573 27487/27487/22540</w:t>
        <w:br/>
        <w:t>f 27518/27518/22571 27520/27519/22572 27487/27487/22540</w:t>
        <w:br/>
        <w:t>f 27472/27472/22526 27455/27456/22511 27514/27514/22566</w:t>
        <w:br/>
        <w:t>f 27521/27521/22574 27472/27472/22526 27514/27514/22566</w:t>
        <w:br/>
        <w:t>f 27443/27443/22499 27522/27522/22575 27500/27500/22552</w:t>
        <w:br/>
        <w:t>f 27437/27437/22493 27443/27443/22499 27500/27500/22552</w:t>
        <w:br/>
        <w:t>f 27523/27523/22576 27512/27511/22563 27511/27512/22564</w:t>
        <w:br/>
        <w:t>f 27525/27524/22577 27524/27525/22578 27503/27506/22558</w:t>
        <w:br/>
        <w:t>f 27504/27505/22557 27525/27524/22577 27503/27506/22558</w:t>
        <w:br/>
        <w:t>f 27518/27518/22571 27469/27470/22524 27526/27526/22579</w:t>
        <w:br/>
        <w:t>f 27478/27479/22533 27479/27478/22532 27528/27527/22580</w:t>
        <w:br/>
        <w:t>f 27527/27528/22581 27478/27479/22533 27528/27527/22580</w:t>
        <w:br/>
        <w:t>f 27529/27529/22582 27444/27445/22501 27491/27491/22543</w:t>
        <w:br/>
        <w:t>f 27515/27513/22565 27530/27530/22583 27514/27514/22566</w:t>
        <w:br/>
        <w:t>f 27461/27461/22516 27531/27531/22584 27522/27522/22575</w:t>
        <w:br/>
        <w:t>f 27443/27443/22499 27461/27461/22516 27522/27522/22575</w:t>
        <w:br/>
        <w:t>f 27533/27532/22585 27517/27517/22570 27532/27533/22586</w:t>
        <w:br/>
        <w:t>f 27505/27504/22556 27534/27534/22587 27504/27505/22557</w:t>
        <w:br/>
        <w:t>f 27461/27461/22516 27476/27476/22530 27535/27535/22588</w:t>
        <w:br/>
        <w:t>f 27531/27531/22584 27461/27461/22516 27535/27535/22588</w:t>
        <w:br/>
        <w:t>f 27509/27509/22561 27460/27460/22515 27516/27516/22569</w:t>
        <w:br/>
        <w:t>f 27536/27536/22589 27509/27509/22561 27516/27516/22569</w:t>
        <w:br/>
        <w:t>f 27539/27537/22590 27538/27538/22591 27537/27539/22592</w:t>
        <w:br/>
        <w:t>f 27540/27540/22593 27539/27537/22590 27537/27539/22592</w:t>
        <w:br/>
        <w:t>f 27542/27541/22594 27541/27542/22595 27532/27533/22596</w:t>
        <w:br/>
        <w:t>f 27528/27527/22580 27479/27478/22532 27508/27508/22560</w:t>
        <w:br/>
        <w:t>f 27543/27543/22597 27528/27527/22580 27508/27508/22560</w:t>
        <w:br/>
        <w:t>f 27547/27544/22598 27546/27545/22599 27545/27546/22600</w:t>
        <w:br/>
        <w:t>f 27544/27547/22601 27547/27544/22598 27545/27546/22600</w:t>
        <w:br/>
        <w:t>f 27548/27548/22602 27508/27508/22560 27462/27462/22517</w:t>
        <w:br/>
        <w:t>f 27509/27509/22561 27548/27548/22602 27462/27462/22517</w:t>
        <w:br/>
        <w:t>f 27507/27507/22559 27535/27535/22588 27476/27476/22530</w:t>
        <w:br/>
        <w:t>f 27549/27549/22603 27525/27524/22577 27504/27505/22557</w:t>
        <w:br/>
        <w:t>f 27534/27534/22587 27549/27549/22603 27504/27505/22557</w:t>
        <w:br/>
        <w:t>f 27533/27532/22585 27550/27550/22604 27505/27504/22556</w:t>
        <w:br/>
        <w:t>f 27527/27528/22581 27528/27527/22580 27552/27551/22605</w:t>
        <w:br/>
        <w:t>f 27551/27552/22606 27527/27528/22581 27552/27551/22605</w:t>
        <w:br/>
        <w:t>f 27554/27553/22607 27537/27539/22592 27553/27554/22608</w:t>
        <w:br/>
        <w:t>f 27507/27507/22559 27555/27555/22609 27535/27535/22588</w:t>
        <w:br/>
        <w:t>f 27514/27514/22566 27530/27530/22583 27521/27521/22574</w:t>
        <w:br/>
        <w:t>f 27543/27543/22597 27508/27508/22560 27548/27548/22602</w:t>
        <w:br/>
        <w:t>f 27556/27556/22610 27543/27543/22597 27548/27548/22602</w:t>
        <w:br/>
        <w:t>f 27546/27545/22599 27558/27557/22611 27557/27558/22612</w:t>
        <w:br/>
        <w:t>f 27545/27546/22600 27546/27545/22599 27557/27558/22612</w:t>
        <w:br/>
        <w:t>f 27559/27559/22613 27552/27551/22605 27528/27527/22580</w:t>
        <w:br/>
        <w:t>f 27543/27543/22597 27559/27559/22613 27528/27527/22580</w:t>
        <w:br/>
        <w:t>f 27561/27560/22614 27529/27529/22582 27560/27561/22615</w:t>
        <w:br/>
        <w:t>f 27548/27548/22602 27509/27509/22561 27536/27536/22589</w:t>
        <w:br/>
        <w:t>f 27562/27562/22616 27548/27548/22602 27536/27536/22589</w:t>
        <w:br/>
        <w:t>f 27555/27555/22609 27507/27507/22559 27564/27563/22617</w:t>
        <w:br/>
        <w:t>f 27563/27564/22618 27555/27555/22609 27564/27563/22617</w:t>
        <w:br/>
        <w:t>f 27531/27531/22584 27535/27535/22588 27555/27555/22609</w:t>
        <w:br/>
        <w:t>f 27565/27565/22619 27531/27531/22584 27555/27555/22609</w:t>
        <w:br/>
        <w:t>f 27518/27518/22571 27566/27566/22620 27520/27519/22572</w:t>
        <w:br/>
        <w:t>f 27469/27470/22524 27500/27500/22552 27526/27526/22579</w:t>
        <w:br/>
        <w:t>f 27569/27567/22621 27568/27568/22622 27567/27569/22623</w:t>
        <w:br/>
        <w:t>f 27532/27533/22586 27569/27567/22621 27567/27569/22623</w:t>
        <w:br/>
        <w:t>f 27571/27570/22624 27549/27549/22603 27570/27571/22625</w:t>
        <w:br/>
        <w:t>f 27572/27572/22626 27533/27532/22585 27567/27569/22623</w:t>
        <w:br/>
        <w:t>f 27534/27534/22587 27573/27573/22627 27570/27571/22625</w:t>
        <w:br/>
        <w:t>f 27574/27574/22628 27559/27559/22613 27543/27543/22597</w:t>
        <w:br/>
        <w:t>f 27556/27556/22610 27574/27574/22628 27543/27543/22597</w:t>
        <w:br/>
        <w:t>f 27518/27518/22571 27526/27526/22579 27575/27575/22629</w:t>
        <w:br/>
        <w:t>f 27522/27522/22575 27531/27531/22584 27565/27565/22619</w:t>
        <w:br/>
        <w:t>f 27576/27576/22630 27522/27522/22575 27565/27565/22619</w:t>
        <w:br/>
        <w:t>f 27554/27553/22607 27553/27554/22608 27577/27577/22631</w:t>
        <w:br/>
        <w:t>f 27578/27578/22632 27554/27553/22607 27577/27577/22631</w:t>
        <w:br/>
        <w:t>f 27552/27551/22605 27580/27579/22633 27579/27580/22634</w:t>
        <w:br/>
        <w:t>f 27584/27581/22635 27583/27582/22636 27582/27583/22637</w:t>
        <w:br/>
        <w:t>f 27581/27584/22638 27584/27581/22635 27582/27583/22637</w:t>
        <w:br/>
        <w:t>f 27562/27562/22616 27556/27556/22610 27548/27548/22602</w:t>
        <w:br/>
        <w:t>f 27587/27585/22639 27586/27586/22640 27585/27587/22639</w:t>
        <w:br/>
        <w:t>f 27500/27500/22552 27576/27576/22630 27588/27588/22641</w:t>
        <w:br/>
        <w:t>f 27564/27563/22617 27590/27589/22642 27589/27590/22643</w:t>
        <w:br/>
        <w:t>f 27571/27570/22624 27592/27591/22644 27591/27592/22645</w:t>
        <w:br/>
        <w:t>f 27565/27565/22619 27555/27555/22609 27563/27564/22618</w:t>
        <w:br/>
        <w:t>f 27593/27593/22646 27565/27565/22619 27563/27564/22618</w:t>
        <w:br/>
        <w:t>f 27562/27562/22616 27574/27574/22628 27556/27556/22610</w:t>
        <w:br/>
        <w:t>f 27550/27550/22604 27594/27594/22647 27573/27573/22627</w:t>
        <w:br/>
        <w:t>f 27493/27492/22544 27497/27498/22550 27595/27595/22648</w:t>
        <w:br/>
        <w:t>f 27499/27499/22551 27510/27510/22562 27596/27596/22649</w:t>
        <w:br/>
        <w:t>f 27498/27497/22549 27499/27499/22551 27595/27595/22648</w:t>
        <w:br/>
        <w:t>f 27497/27498/22550 27498/27497/22549 27595/27595/22648</w:t>
        <w:br/>
        <w:t>f 27495/27496/22548 27480/27482/22536 27595/27595/22650</w:t>
        <w:br/>
        <w:t>f 27524/27525/22578 27525/27524/22577 27595/27595/22650</w:t>
        <w:br/>
        <w:t>f 27599/27597/22651 27598/27598/22652 27597/27599/22651</w:t>
        <w:br/>
        <w:t>f 27601/27600/22653 27566/27566/22620 27600/27601/22654</w:t>
        <w:br/>
        <w:t>f 27570/27571/22625 27602/27602/22655 27592/27591/22644</w:t>
        <w:br/>
        <w:t>f 27525/27524/22577 27549/27549/22603 27595/27595/22650</w:t>
        <w:br/>
        <w:t>f 27511/27512/22564 27495/27496/22548 27595/27595/22650</w:t>
        <w:br/>
        <w:t>f 27604/27603/22656 27584/27581/22635 27603/27604/22657</w:t>
        <w:br/>
        <w:t>f 27605/27605/22658 27511/27512/22564 27595/27595/22650</w:t>
        <w:br/>
        <w:t>f 27574/27574/22628 27606/27606/22659 27559/27559/22613</w:t>
        <w:br/>
        <w:t>f 27538/27538/22591 27539/27537/22590 27595/27595/22660</w:t>
        <w:br/>
        <w:t>f 27526/27526/22579 27588/27588/22641 27600/27601/22654</w:t>
        <w:br/>
        <w:t>f 27610/27607/22661 27609/27608/22662 27608/27609/22663</w:t>
        <w:br/>
        <w:t>f 27607/27610/22664 27610/27607/22661 27608/27609/22663</w:t>
        <w:br/>
        <w:t>f 27549/27549/22603 27571/27570/22624 27595/27595/22650</w:t>
        <w:br/>
        <w:t>f 27614/27611/22665 27613/27612/22666 27612/27613/22667</w:t>
        <w:br/>
        <w:t>f 27611/27614/22668 27614/27611/22665 27612/27613/22667</w:t>
        <w:br/>
        <w:t>f 27571/27570/22624 27591/27592/22645 27595/27595/22650</w:t>
        <w:br/>
        <w:t>f 27553/27554/22608 27538/27538/22591 27595/27595/22660</w:t>
        <w:br/>
        <w:t>f 27578/27578/22632 27577/27577/22631 27616/27615/22669</w:t>
        <w:br/>
        <w:t>f 27615/27616/22670 27578/27578/22632 27616/27615/22669</w:t>
        <w:br/>
        <w:t>f 27618/27617/22671 27613/27612/22672 27617/27618/22673</w:t>
        <w:br/>
        <w:t>f 27590/27589/22642 27618/27617/22671 27617/27618/22673</w:t>
        <w:br/>
        <w:t>f 27610/27607/22661 27607/27610/22664 27595/27595/22650</w:t>
        <w:br/>
        <w:t>f 27607/27610/22664 27619/27619/22674 27595/27595/22650</w:t>
        <w:br/>
        <w:t>f 27621/27620/22675 27587/27585/22639 27585/27587/22639</w:t>
        <w:br/>
        <w:t>f 27620/27621/22675 27621/27620/22675 27585/27587/22639</w:t>
        <w:br/>
        <w:t>f 27577/27577/22631 27553/27554/22608 27595/27595/22660</w:t>
        <w:br/>
        <w:t>f 27606/27606/22659 27574/27574/22628 27562/27562/22616</w:t>
        <w:br/>
        <w:t>f 27622/27622/22676 27606/27606/22659 27562/27562/22616</w:t>
        <w:br/>
        <w:t>f 27599/27597/22651 27597/27599/22651 27623/27623/22677</w:t>
        <w:br/>
        <w:t>f 27608/27609/22663 27609/27608/22662 27625/27624/22678</w:t>
        <w:br/>
        <w:t>f 27624/27625/22679 27608/27609/22663 27625/27624/22678</w:t>
        <w:br/>
        <w:t>f 27604/27603/22656 27628/27626/22680 27627/27627/22681</w:t>
        <w:br/>
        <w:t>f 27626/27628/22682 27604/27603/22656 27627/27627/22681</w:t>
        <w:br/>
        <w:t>f 27619/27619/22674 27629/27629/22683 27595/27595/22650</w:t>
        <w:br/>
        <w:t>f 27616/27615/22669 27577/27577/22631 27595/27595/22660</w:t>
        <w:br/>
        <w:t>f 27633/27630/22684 27632/27631/22685 27631/27632/22686</w:t>
        <w:br/>
        <w:t>f 27630/27633/22687 27633/27630/22684 27631/27632/22686</w:t>
        <w:br/>
        <w:t>f 27636/27634/22688 27635/27635/22689 27634/27636/22690</w:t>
        <w:br/>
        <w:t>f 27613/27612/22666 27614/27611/22665 27638/27637/22691</w:t>
        <w:br/>
        <w:t>f 27637/27638/22692 27613/27612/22666 27638/27637/22691</w:t>
        <w:br/>
        <w:t>f 27639/27639/22693 27636/27634/22688 27595/27595/22694</w:t>
        <w:br/>
        <w:t>f 27619/27619/22674 27607/27610/22664 27608/27609/22663</w:t>
        <w:br/>
        <w:t>f 27640/27640/22695 27619/27619/22674 27608/27609/22663</w:t>
        <w:br/>
        <w:t>f 27629/27629/22683 27641/27641/22696 27595/27595/22650</w:t>
        <w:br/>
        <w:t>f 27642/27642/22697 27589/27590/22643 27590/27589/22642</w:t>
        <w:br/>
        <w:t>f 27644/27643/22698 27643/27644/22699 27595/27595/22660</w:t>
        <w:br/>
        <w:t>f 27645/27645/22700 27639/27639/22693 27595/27595/22694</w:t>
        <w:br/>
        <w:t>f 27646/27646/22701 27644/27643/22702 27634/27636/22703</w:t>
        <w:br/>
        <w:t>f 27594/27594/22647 27572/27572/22626 27647/27647/22704</w:t>
        <w:br/>
        <w:t>f 27649/27648/22705 27648/27649/22706 27635/27635/22689</w:t>
        <w:br/>
        <w:t>f 27636/27634/22688 27649/27648/22705 27635/27635/22689</w:t>
        <w:br/>
        <w:t>f 27651/27650/22707 27650/27651/22707 27596/27596/22708</w:t>
        <w:br/>
        <w:t>f 27653/27652/22709 27652/27653/22710 27595/27595/22660</w:t>
        <w:br/>
        <w:t>f 27652/27653/22710 27654/27654/22711 27595/27595/22660</w:t>
        <w:br/>
        <w:t>f 27643/27644/22699 27655/27655/22712 27595/27595/22660</w:t>
        <w:br/>
        <w:t>f 27656/27656/22713 27653/27652/22709 27595/27595/22660</w:t>
        <w:br/>
        <w:t>f 27576/27576/22630 27565/27565/22619 27593/27593/22646</w:t>
        <w:br/>
        <w:t>f 27657/27657/22714 27576/27576/22630 27593/27593/22646</w:t>
        <w:br/>
        <w:t>f 27628/27626/22680 27604/27603/22656 27658/27658/22715</w:t>
        <w:br/>
        <w:t>f 27655/27655/22712 27659/27659/22716 27595/27595/22660</w:t>
        <w:br/>
        <w:t>f 27660/27660/22717 27656/27656/22713 27595/27595/22660</w:t>
        <w:br/>
        <w:t>f 27662/27661/22718 27579/27580/22634 27580/27579/22633</w:t>
        <w:br/>
        <w:t>f 27661/27662/22719 27662/27661/22718 27580/27579/22633</w:t>
        <w:br/>
        <w:t>f 27664/27663/22720 27627/27627/22681 27628/27626/22680</w:t>
        <w:br/>
        <w:t>f 27663/27664/22721 27664/27663/22720 27628/27626/22680</w:t>
        <w:br/>
        <w:t>f 27665/27665/22722 27614/27611/22665 27611/27614/22668</w:t>
        <w:br/>
        <w:t>f 27603/27604/22657 27666/27666/22723 27658/27658/22715</w:t>
        <w:br/>
        <w:t>f 27640/27640/22695 27608/27609/22663 27624/27625/22679</w:t>
        <w:br/>
        <w:t>f 27667/27667/22724 27640/27640/22695 27624/27625/22679</w:t>
        <w:br/>
        <w:t>f 27639/27639/22693 27649/27648/22705 27636/27634/22688</w:t>
        <w:br/>
        <w:t>f 27614/27611/22665 27665/27665/22722 27668/27668/22725</w:t>
        <w:br/>
        <w:t>f 27638/27637/22691 27614/27611/22665 27668/27668/22725</w:t>
        <w:br/>
        <w:t>f 27669/27669/22726 27601/27600/22653 27600/27601/22654</w:t>
        <w:br/>
        <w:t>f 27672/27670/22727 27671/27671/22728 27670/27672/22729</w:t>
        <w:br/>
        <w:t>f 27629/27629/22683 27619/27619/22674 27673/27673/22730</w:t>
        <w:br/>
        <w:t>f 27677/27674/22731 27676/27675/22732 27675/27676/22733</w:t>
        <w:br/>
        <w:t>f 27674/27677/22734 27677/27674/22731 27675/27676/22733</w:t>
        <w:br/>
        <w:t>f 27680/27678/22735 27679/27679/22735 27678/27680/22736</w:t>
        <w:br/>
        <w:t>f 27681/27681/22737 27680/27678/22735 27678/27680/22736</w:t>
        <w:br/>
        <w:t>f 27682/27682/22738 27590/27589/22642 27617/27618/22673</w:t>
        <w:br/>
        <w:t>f 27684/27683/22739 27621/27620/22675 27620/27621/22675</w:t>
        <w:br/>
        <w:t>f 27683/27684/22740 27684/27683/22739 27620/27621/22675</w:t>
        <w:br/>
        <w:t>f 27588/27588/22641 27576/27576/22630 27657/27657/22714</w:t>
        <w:br/>
        <w:t>f 27685/27685/22741 27588/27588/22641 27657/27657/22714</w:t>
        <w:br/>
        <w:t>f 27689/27686/22742 27688/27687/22743 27687/27688/22744</w:t>
        <w:br/>
        <w:t>f 27686/27689/22745 27689/27686/22742 27687/27688/22744</w:t>
        <w:br/>
        <w:t>f 27691/27690/22746 27664/27663/22720 27663/27664/22721</w:t>
        <w:br/>
        <w:t>f 27690/27691/22747 27691/27690/22746 27663/27664/22721</w:t>
        <w:br/>
        <w:t>f 27606/27606/22659 27692/27692/22748 27661/27662/22719</w:t>
        <w:br/>
        <w:t>f 27580/27579/22633 27606/27606/22659 27661/27662/22719</w:t>
        <w:br/>
        <w:t>f 27663/27664/22721 27628/27626/22680 27658/27658/22715</w:t>
        <w:br/>
        <w:t>f 27693/27693/22749 27663/27664/22721 27658/27658/22715</w:t>
        <w:br/>
        <w:t>f 27694/27694/22750 27666/27666/22723 27639/27639/22693</w:t>
        <w:br/>
        <w:t>f 27645/27645/22700 27694/27694/22750 27639/27639/22693</w:t>
        <w:br/>
        <w:t>f 27658/27658/22715 27694/27694/22750 27693/27693/22749</w:t>
        <w:br/>
        <w:t>f 27673/27673/22730 27640/27640/22695 27695/27695/22751</w:t>
        <w:br/>
        <w:t>f 27697/27696/22752 27594/27594/22647 27696/27697/22753</w:t>
        <w:br/>
        <w:t>f 27699/27698/22754 27637/27638/22692 27638/27637/22691</w:t>
        <w:br/>
        <w:t>f 27698/27699/22755 27699/27698/22754 27638/27637/22691</w:t>
        <w:br/>
        <w:t>f 27701/27700/22756 27669/27669/22726 27700/27701/22757</w:t>
        <w:br/>
        <w:t>f 27700/27701/22757 27600/27601/22654 27588/27588/22641</w:t>
        <w:br/>
        <w:t>f 27685/27685/22741 27700/27701/22757 27588/27588/22641</w:t>
        <w:br/>
        <w:t>f 27650/27651/22707 27651/27650/22707 27703/27702/22758</w:t>
        <w:br/>
        <w:t>f 27702/27703/22758 27650/27651/22707 27703/27702/22758</w:t>
        <w:br/>
        <w:t>f 27704/27704/22759 27641/27641/22696 27629/27629/22683</w:t>
        <w:br/>
        <w:t>f 27673/27673/22730 27704/27704/22759 27629/27629/22683</w:t>
        <w:br/>
        <w:t>f 27622/27622/22676 27705/27705/22760 27692/27692/22748</w:t>
        <w:br/>
        <w:t>f 27606/27606/22659 27622/27622/22676 27692/27692/22748</w:t>
        <w:br/>
        <w:t>f 27707/27706/22761 27706/27707/22762 27682/27682/22738</w:t>
        <w:br/>
        <w:t>f 27690/27691/22747 27663/27664/22721 27709/27708/22763</w:t>
        <w:br/>
        <w:t>f 27708/27709/22763 27690/27691/22747 27709/27708/22763</w:t>
        <w:br/>
        <w:t>f 27668/27668/22725 27710/27710/22764 27638/27637/22691</w:t>
        <w:br/>
        <w:t>f 27654/27654/22711 27652/27653/22710 27712/27711/22765</w:t>
        <w:br/>
        <w:t>f 27711/27712/22766 27654/27654/22711 27712/27711/22765</w:t>
        <w:br/>
        <w:t>f 27643/27644/22699 27714/27713/22767 27713/27714/22768</w:t>
        <w:br/>
        <w:t>f 27702/27703/22758 27703/27702/22758 27708/27709/22763</w:t>
        <w:br/>
        <w:t>f 27709/27708/22763 27702/27703/22758 27708/27709/22763</w:t>
        <w:br/>
        <w:t>f 27644/27643/22702 27646/27646/22701 27716/27715/22769</w:t>
        <w:br/>
        <w:t>f 27715/27716/22769 27644/27643/22702 27716/27715/22769</w:t>
        <w:br/>
        <w:t>f 27718/27717/22770 27684/27683/22739 27683/27684/22740</w:t>
        <w:br/>
        <w:t>f 27717/27718/22770 27718/27717/22770 27683/27684/22740</w:t>
        <w:br/>
        <w:t>f 27720/27719/22771 27662/27661/22718 27661/27662/22719</w:t>
        <w:br/>
        <w:t>f 27719/27720/22772 27720/27719/22771 27661/27662/22719</w:t>
        <w:br/>
        <w:t>f 27711/27712/22766 27712/27711/22765 27722/27721/22773</w:t>
        <w:br/>
        <w:t>f 27721/27722/22774 27711/27712/22766 27722/27721/22773</w:t>
        <w:br/>
        <w:t>f 27686/27689/22745 27687/27688/22744 27721/27722/22774</w:t>
        <w:br/>
        <w:t>f 27722/27721/22773 27686/27689/22745 27721/27722/22774</w:t>
        <w:br/>
        <w:t>f 27670/27672/22729 27698/27699/22755 27672/27670/22727</w:t>
        <w:br/>
        <w:t>f 27725/27723/22775 27724/27724/22776 27723/27725/22777</w:t>
        <w:br/>
        <w:t>f 27726/27726/22778 27712/27711/22765 27652/27653/22710</w:t>
        <w:br/>
        <w:t>f 27653/27652/22709 27726/27726/22778 27652/27653/22710</w:t>
        <w:br/>
        <w:t>f 27655/27655/22712 27643/27644/22699 27727/27727/22779</w:t>
        <w:br/>
        <w:t>f 27731/27728/22780 27730/27729/22781 27729/27730/22781</w:t>
        <w:br/>
        <w:t>f 27728/27731/22782 27731/27728/22780 27729/27730/22781</w:t>
        <w:br/>
        <w:t>f 27673/27673/22730 27732/27732/22783 27704/27704/22759</w:t>
        <w:br/>
        <w:t>f 27734/27733/22784 27718/27717/22770 27717/27718/22770</w:t>
        <w:br/>
        <w:t>f 27733/27734/22784 27734/27733/22784 27717/27718/22770</w:t>
        <w:br/>
        <w:t>f 27707/27706/22761 27699/27698/22754 27735/27735/22785</w:t>
        <w:br/>
        <w:t>f 27722/27721/22773 27726/27726/22778 27736/27736/22786</w:t>
        <w:br/>
        <w:t>f 27715/27716/22769 27716/27715/22769 27738/27737/22787</w:t>
        <w:br/>
        <w:t>f 27737/27738/22788 27715/27716/22769 27738/27737/22787</w:t>
        <w:br/>
        <w:t>f 27713/27714/22768 27737/27738/22788 27739/27739/22789</w:t>
        <w:br/>
        <w:t>f 27707/27706/22761 27740/27740/22790 27706/27707/22762</w:t>
        <w:br/>
        <w:t>f 27701/27700/22791 27734/27733/22784 27733/27734/22784</w:t>
        <w:br/>
        <w:t>f 27686/27689/22745 27742/27741/22792 27741/27742/22793</w:t>
        <w:br/>
        <w:t>f 27689/27686/22742 27686/27689/22745 27741/27742/22793</w:t>
        <w:br/>
        <w:t>f 27653/27652/22709 27656/27656/22713 27743/27743/22794</w:t>
        <w:br/>
        <w:t>f 27726/27726/22778 27653/27652/22709 27743/27743/22794</w:t>
        <w:br/>
        <w:t>f 27742/27741/22792 27686/27689/22745 27722/27721/22773</w:t>
        <w:br/>
        <w:t>f 27736/27736/22786 27742/27741/22792 27722/27721/22773</w:t>
        <w:br/>
        <w:t>f 27661/27662/22719 27692/27692/22748 27744/27744/22795</w:t>
        <w:br/>
        <w:t>f 27719/27720/22772 27661/27662/22719 27744/27744/22795</w:t>
        <w:br/>
        <w:t>f 27670/27672/22729 27746/27745/22796 27745/27746/22797</w:t>
        <w:br/>
        <w:t>f 27698/27699/22755 27670/27672/22729 27745/27746/22797</w:t>
        <w:br/>
        <w:t>f 27727/27727/22779 27747/27747/22798 27659/27659/22716</w:t>
        <w:br/>
        <w:t>f 27655/27655/22712 27727/27727/22779 27659/27659/22716</w:t>
        <w:br/>
        <w:t>f 27656/27656/22713 27660/27660/22717 27748/27748/22799</w:t>
        <w:br/>
        <w:t>f 27743/27743/22794 27656/27656/22713 27748/27748/22799</w:t>
        <w:br/>
        <w:t>f 27751/27749/22800 27750/27750/22801 27749/27751/22802</w:t>
        <w:br/>
        <w:t>f 27752/27752/22803 27701/27700/22756 27751/27749/22800</w:t>
        <w:br/>
        <w:t>f 27727/27727/22779 27754/27753/22804 27753/27754/22805</w:t>
        <w:br/>
        <w:t>f 27735/27735/22785 27699/27698/22754 27698/27699/22755</w:t>
        <w:br/>
        <w:t>f 27755/27755/22806 27735/27735/22785 27698/27699/22755</w:t>
        <w:br/>
        <w:t>f 27705/27705/22760 27756/27756/22807 27744/27744/22795</w:t>
        <w:br/>
        <w:t>f 27692/27692/22748 27705/27705/22760 27744/27744/22795</w:t>
        <w:br/>
        <w:t>f 27726/27726/22778 27743/27743/22794 27757/27757/22808</w:t>
        <w:br/>
        <w:t>f 27736/27736/22786 27726/27726/22778 27757/27757/22808</w:t>
        <w:br/>
        <w:t>f 27758/27758/22809 27725/27723/22775 27723/27725/22777</w:t>
        <w:br/>
        <w:t>f 27760/27759/22810 27720/27719/22771 27719/27720/22772</w:t>
        <w:br/>
        <w:t>f 27759/27760/22811 27760/27759/22810 27719/27720/22772</w:t>
        <w:br/>
        <w:t>f 27749/27751/22802 27707/27706/22761 27735/27735/22785</w:t>
        <w:br/>
        <w:t>f 27743/27743/22794 27748/27748/22799 27761/27761/22812</w:t>
        <w:br/>
        <w:t>f 27757/27757/22808 27743/27743/22794 27761/27761/22812</w:t>
        <w:br/>
        <w:t>f 27747/27747/22798 27727/27727/22779 27753/27754/22805</w:t>
        <w:br/>
        <w:t>f 27762/27762/22813 27747/27747/22798 27753/27754/22805</w:t>
        <w:br/>
        <w:t>f 27763/27763/22814 27742/27741/22792 27736/27736/22786</w:t>
        <w:br/>
        <w:t>f 27757/27757/22808 27763/27763/22814 27736/27736/22786</w:t>
        <w:br/>
        <w:t>f 27742/27741/22792 27764/27764/22815 27741/27742/22793</w:t>
        <w:br/>
        <w:t>f 27698/27699/22755 27765/27765/22816 27755/27755/22806</w:t>
        <w:br/>
        <w:t>f 27751/27749/22800 27749/27751/22802 27767/27766/22817</w:t>
        <w:br/>
        <w:t>f 27766/27767/22818 27751/27749/22800 27767/27766/22817</w:t>
        <w:br/>
        <w:t>f 27767/27766/22817 27735/27735/22785 27768/27768/22819</w:t>
        <w:br/>
        <w:t>f 27759/27760/22811 27719/27720/22772 27744/27744/22795</w:t>
        <w:br/>
        <w:t>f 27769/27769/22820 27759/27760/22811 27744/27744/22795</w:t>
        <w:br/>
        <w:t>f 27771/27770/22821 27758/27758/22809 27770/27771/22822</w:t>
        <w:br/>
        <w:t>f 27752/27752/22803 27751/27749/22800 27766/27767/22818</w:t>
        <w:br/>
        <w:t>f 27772/27772/22823 27752/27752/22803 27766/27767/22818</w:t>
        <w:br/>
        <w:t>f 27776/27773/22824 27775/27774/22825 27774/27775/22826</w:t>
        <w:br/>
        <w:t>f 27773/27776/22827 27776/27773/22824 27774/27775/22826</w:t>
        <w:br/>
        <w:t>f 27780/27777/22828 27779/27778/22829 27778/27779/22830</w:t>
        <w:br/>
        <w:t>f 27777/27780/22831 27780/27777/22828 27778/27779/22830</w:t>
        <w:br/>
        <w:t>f 27783/27781/22832 27771/27770/22821 27782/27782/22833</w:t>
        <w:br/>
        <w:t>f 27781/27783/22834 27783/27781/22832 27782/27782/22833</w:t>
        <w:br/>
        <w:t>f 27776/27773/22824 27785/27784/22835 27784/27785/22836</w:t>
        <w:br/>
        <w:t>f 27787/27786/22837 27760/27759/22810 27759/27760/22811</w:t>
        <w:br/>
        <w:t>f 27786/27787/22838 27787/27786/22837 27759/27760/22811</w:t>
        <w:br/>
        <w:t>f 27769/27769/22820 27744/27744/22795 27756/27756/22807</w:t>
        <w:br/>
        <w:t>f 27788/27788/22839 27769/27769/22820 27756/27756/22807</w:t>
        <w:br/>
        <w:t>f 27792/27789/22840 27791/27790/22841 27790/27791/22841</w:t>
        <w:br/>
        <w:t>f 27789/27792/22842 27792/27789/22840 27790/27791/22841</w:t>
        <w:br/>
        <w:t>f 27766/27767/22818 27767/27766/22817 27793/27793/22843</w:t>
        <w:br/>
        <w:t>f 27755/27755/22806 27794/27794/22844 27768/27768/22819</w:t>
        <w:br/>
        <w:t>f 27798/27795/22845 27797/27796/22846 27796/27797/22847</w:t>
        <w:br/>
        <w:t>f 27795/27798/22848 27798/27795/22845 27796/27797/22847</w:t>
        <w:br/>
        <w:t>f 27799/27799/22849 27780/27777/22828 27777/27780/22831</w:t>
        <w:br/>
        <w:t>f 27772/27772/22823 27766/27767/22818 27793/27793/22843</w:t>
        <w:br/>
        <w:t>f 27800/27800/22850 27772/27772/22823 27793/27793/22843</w:t>
        <w:br/>
        <w:t>f 27785/27784/22835 27776/27773/22824 27773/27776/22827</w:t>
        <w:br/>
        <w:t>f 27801/27801/22851 27785/27784/22835 27773/27776/22827</w:t>
        <w:br/>
        <w:t>f 27804/27802/22852 27803/27803/22853 27802/27804/22854</w:t>
        <w:br/>
        <w:t>f 27791/27790/22841 27805/27805/22855 27804/27802/22852</w:t>
        <w:br/>
        <w:t>f 27790/27791/22841 27791/27790/22841 27804/27802/22852</w:t>
        <w:br/>
        <w:t>f 27797/27796/22846 27807/27806/22856 27806/27807/22857</w:t>
        <w:br/>
        <w:t>f 27796/27797/22847 27797/27796/22846 27806/27807/22857</w:t>
        <w:br/>
        <w:t>f 27808/27808/22858 27802/27804/22854 27803/27803/22853</w:t>
        <w:br/>
        <w:t>f 27807/27806/22856 27810/27809/22859 27809/27810/22860</w:t>
        <w:br/>
        <w:t>f 27806/27807/22857 27807/27806/22856 27809/27810/22860</w:t>
        <w:br/>
        <w:t>f 27765/27765/22816 27795/27798/22848 27811/27811/22861</w:t>
        <w:br/>
        <w:t>f 27794/27794/22844 27765/27765/22816 27811/27811/22861</w:t>
        <w:br/>
        <w:t>f 27786/27787/22838 27759/27760/22811 27769/27769/22820</w:t>
        <w:br/>
        <w:t>f 27812/27812/22862 27786/27787/22838 27769/27769/22820</w:t>
        <w:br/>
        <w:t>f 27813/27813/22863 27793/27793/22843 27768/27768/22819</w:t>
        <w:br/>
        <w:t>f 27794/27794/22844 27813/27813/22863 27768/27768/22819</w:t>
        <w:br/>
        <w:t>f 27800/27800/22850 27793/27793/22843 27813/27813/22863</w:t>
        <w:br/>
        <w:t>f 27814/27814/22864 27800/27800/22850 27813/27813/22863</w:t>
        <w:br/>
        <w:t>f 27811/27811/22861 27795/27798/22848 27796/27797/22847</w:t>
        <w:br/>
        <w:t>f 27815/27815/22865 27811/27811/22861 27796/27797/22847</w:t>
        <w:br/>
        <w:t>f 27817/27816/22866 27816/27817/22867 27787/27786/22837</w:t>
        <w:br/>
        <w:t>f 27786/27787/22838 27817/27816/22866 27787/27786/22837</w:t>
        <w:br/>
        <w:t>f 27788/27788/22839 27818/27818/22868 27812/27812/22862</w:t>
        <w:br/>
        <w:t>f 27769/27769/22820 27788/27788/22839 27812/27812/22862</w:t>
        <w:br/>
        <w:t>f 27796/27797/22847 27806/27807/22857 27819/27819/22869</w:t>
        <w:br/>
        <w:t>f 27815/27815/22865 27796/27797/22847 27819/27819/22869</w:t>
        <w:br/>
        <w:t>f 27820/27820/22870 27813/27813/22863 27794/27794/22844</w:t>
        <w:br/>
        <w:t>f 27811/27811/22861 27820/27820/22870 27794/27794/22844</w:t>
        <w:br/>
        <w:t>f 27822/27821/22871 27821/27822/22872 27816/27817/22867</w:t>
        <w:br/>
        <w:t>f 27817/27816/22866 27822/27821/22871 27816/27817/22867</w:t>
        <w:br/>
        <w:t>f 27814/27814/22864 27813/27813/22863 27820/27820/22870</w:t>
        <w:br/>
        <w:t>f 27823/27823/22873 27814/27814/22864 27820/27820/22870</w:t>
        <w:br/>
        <w:t>f 27820/27820/22870 27811/27811/22861 27815/27815/22865</w:t>
        <w:br/>
        <w:t>f 27824/27824/22874 27820/27820/22870 27815/27815/22865</w:t>
        <w:br/>
        <w:t>f 27809/27810/22860 27825/27825/22875 27806/27807/22857</w:t>
        <w:br/>
        <w:t>f 27827/27826/22876 27826/27827/22877 27821/27822/22872</w:t>
        <w:br/>
        <w:t>f 27822/27821/22871 27827/27826/22876 27821/27822/22872</w:t>
        <w:br/>
        <w:t>f 27825/27825/22875 27809/27810/22860 27827/27826/22876</w:t>
        <w:br/>
        <w:t>f 27815/27815/22865 27819/27819/22869 27828/27828/22878</w:t>
        <w:br/>
        <w:t>f 27824/27824/22874 27815/27815/22865 27828/27828/22878</w:t>
        <w:br/>
        <w:t>f 27786/27787/22838 27812/27812/22862 27829/27829/22879</w:t>
        <w:br/>
        <w:t>f 27817/27816/22866 27786/27787/22838 27829/27829/22879</w:t>
        <w:br/>
        <w:t>f 27823/27823/22873 27820/27820/22870 27824/27824/22874</w:t>
        <w:br/>
        <w:t>f 27823/27823/22873 27824/27824/22874 27828/27828/22878</w:t>
        <w:br/>
        <w:t>f 27830/27830/22880 27829/27829/22879 27812/27812/22862</w:t>
        <w:br/>
        <w:t>f 27818/27818/22868 27830/27830/22880 27812/27812/22862</w:t>
        <w:br/>
        <w:t>f 27823/27823/22873 27828/27828/22878 27832/27831/22881</w:t>
        <w:br/>
        <w:t>f 27831/27832/22882 27823/27823/22873 27832/27831/22881</w:t>
        <w:br/>
        <w:t>f 27828/27828/22878 27819/27819/22869 27832/27831/22881</w:t>
        <w:br/>
        <w:t>f 27833/27833/22883 27822/27821/22871 27817/27816/22866</w:t>
        <w:br/>
        <w:t>f 27829/27829/22879 27833/27833/22883 27817/27816/22866</w:t>
        <w:br/>
        <w:t>f 27827/27826/22876 27822/27821/22871 27833/27833/22883</w:t>
        <w:br/>
        <w:t>f 27834/27834/22884 27827/27826/22876 27833/27833/22883</w:t>
        <w:br/>
        <w:t>f 27827/27826/22876 27834/27834/22884 27832/27831/22881</w:t>
        <w:br/>
        <w:t>f 27825/27825/22875 27827/27826/22876 27832/27831/22881</w:t>
        <w:br/>
        <w:t>f 27831/27832/22882 27832/27831/22881 27834/27834/22884</w:t>
        <w:br/>
        <w:t>f 27835/27835/22885 27831/27832/22882 27834/27834/22884</w:t>
        <w:br/>
        <w:t>f 27829/27829/22879 27830/27830/22880 27836/27836/22886</w:t>
        <w:br/>
        <w:t>f 27833/27833/22883 27829/27829/22879 27836/27836/22886</w:t>
        <w:br/>
        <w:t>f 27834/27834/22884 27833/27833/22883 27836/27836/22886</w:t>
        <w:br/>
        <w:t>f 27835/27835/22885 27834/27834/22884 27836/27836/22886</w:t>
        <w:br/>
        <w:t>f 27837/27837/22887 27370/27367/22425 27367/27370/22428</w:t>
        <w:br/>
        <w:t>f 27841/27838/22888 27840/27839/22889 27839/27840/22890</w:t>
        <w:br/>
        <w:t>f 27838/27841/22891 27841/27838/22888 27839/27840/22890</w:t>
        <w:br/>
        <w:t>f 27478/27479/22533 27843/27842/22892 27842/27843/22893</w:t>
        <w:br/>
        <w:t>f 27844/27844/22894 27507/27507/22559 27440/27440/22496</w:t>
        <w:br/>
        <w:t>f 27527/27528/22581 27845/27845/22895 27843/27842/22892</w:t>
        <w:br/>
        <w:t>f 27846/27846/22896 27564/27563/22617 27507/27507/22559</w:t>
        <w:br/>
        <w:t>f 27844/27844/22894 27846/27846/22896 27507/27507/22559</w:t>
        <w:br/>
        <w:t>f 27846/27846/22896 27618/27617/22671 27564/27563/22617</w:t>
        <w:br/>
        <w:t>f 27849/27847/22897 27848/27848/22898 27847/27849/22899</w:t>
        <w:br/>
        <w:t>f 27850/27850/22900 27849/27847/22897 27847/27849/22899</w:t>
        <w:br/>
        <w:t>f 27613/27612/22672 27618/27617/22671 27846/27846/22896</w:t>
        <w:br/>
        <w:t>f 27851/27851/22901 27613/27612/22672 27846/27846/22896</w:t>
        <w:br/>
        <w:t>f 27680/27678/22735 27848/27848/22898 27849/27847/22897</w:t>
        <w:br/>
        <w:t>f 27679/27679/22735 27680/27678/22735 27849/27847/22897</w:t>
        <w:br/>
        <w:t>f 27630/27633/22687 27853/27852/22902 27852/27853/22903</w:t>
        <w:br/>
        <w:t>f 27633/27630/22684 27630/27633/22687 27852/27853/22903</w:t>
        <w:br/>
        <w:t>f 27676/27675/22732 27855/27854/22904 27854/27855/22905</w:t>
        <w:br/>
        <w:t>f 27675/27676/22733 27676/27675/22732 27854/27855/22905</w:t>
        <w:br/>
        <w:t>f 27855/27854/22904 27857/27856/22906 27856/27857/22907</w:t>
        <w:br/>
        <w:t>f 27854/27855/22905 27855/27854/22904 27856/27857/22907</w:t>
        <w:br/>
        <w:t>f 27792/27789/22840 27859/27858/22908 27858/27859/22909</w:t>
        <w:br/>
        <w:t>f 27863/27860/22910 27862/27861/22911 27861/27862/22912</w:t>
        <w:br/>
        <w:t>f 27860/27863/22912 27863/27860/22910 27861/27862/22912</w:t>
        <w:br/>
        <w:t>f 27787/27786/22837 27816/27817/22867 27865/27864/22913</w:t>
        <w:br/>
        <w:t>f 27864/27865/22914 27787/27786/22837 27865/27864/22913</w:t>
        <w:br/>
        <w:t>f 27821/27822/22872 27866/27866/22915 27865/27864/22913</w:t>
        <w:br/>
        <w:t>f 27816/27817/22867 27821/27822/22872 27865/27864/22913</w:t>
        <w:br/>
        <w:t>f 27292/27292/22359 27340/27341/22401 27867/27867/22916</w:t>
        <w:br/>
        <w:t>f 27332/27332/22392 27292/27292/22359 27867/27867/22916</w:t>
        <w:br/>
        <w:t>f 27853/27852/22902 27845/27845/22895 27551/27552/22606</w:t>
        <w:br/>
        <w:t>f 27868/27868/22917 27557/27558/22612 27558/27557/22611</w:t>
        <w:br/>
        <w:t>f 27366/27363/22421 27372/27374/22432 27869/27869/22918</w:t>
        <w:br/>
        <w:t>f 27382/27381/22439 27366/27363/22421 27869/27869/22918</w:t>
        <w:br/>
        <w:t>f 27871/27870/22919 27440/27440/22496 27394/27393/22451</w:t>
        <w:br/>
        <w:t>f 27870/27871/22920 27871/27870/22919 27394/27393/22451</w:t>
        <w:br/>
        <w:t>f 27451/27454/22509 27872/27872/22921 27454/27451/22506</w:t>
        <w:br/>
        <w:t>f 27870/27871/22920 27394/27393/22451 27393/27394/22392</w:t>
        <w:br/>
        <w:t>f 27873/27873/22916 27870/27871/22920 27393/27394/22392</w:t>
        <w:br/>
        <w:t>f 27840/27839/22889 27452/27453/22508 27453/27452/22507</w:t>
        <w:br/>
        <w:t>f 27839/27840/22890 27840/27839/22889 27453/27452/22507</w:t>
        <w:br/>
        <w:t>f 27544/27547/22601 27872/27872/22921 27874/27874/22922</w:t>
        <w:br/>
        <w:t>f 27547/27544/22598 27544/27547/22601 27874/27874/22922</w:t>
        <w:br/>
        <w:t>f 27844/27844/22894 27440/27440/22496 27871/27870/22919</w:t>
        <w:br/>
        <w:t>f 27875/27875/22923 27844/27844/22894 27871/27870/22919</w:t>
        <w:br/>
        <w:t>f 27868/27868/22917 27877/27876/22924 27876/27877/22925</w:t>
        <w:br/>
        <w:t>f 27868/27868/22917 27558/27557/22611 27877/27876/22924</w:t>
        <w:br/>
        <w:t>f 27881/27878/22926 27880/27879/22927 27879/27880/22928</w:t>
        <w:br/>
        <w:t>f 27878/27881/22929 27881/27878/22926 27879/27880/22928</w:t>
        <w:br/>
        <w:t>f 27877/27876/22924 27878/27881/22929 27879/27880/22928</w:t>
        <w:br/>
        <w:t>f 27876/27877/22925 27877/27876/22924 27879/27880/22928</w:t>
        <w:br/>
        <w:t>f 27670/27672/22729 27882/27882/22930 27746/27745/22796</w:t>
        <w:br/>
        <w:t>f 27882/27882/22930 27883/27883/22931 27746/27745/22796</w:t>
        <w:br/>
        <w:t>f 27745/27746/22797 27798/27795/22845 27795/27798/22848</w:t>
        <w:br/>
        <w:t>f 27765/27765/22816 27745/27746/22797 27795/27798/22848</w:t>
        <w:br/>
        <w:t>f 27745/27746/22797 27883/27883/22931 27798/27795/22845</w:t>
        <w:br/>
        <w:t>f 27884/27884/22932 27797/27796/22846 27798/27795/22845</w:t>
        <w:br/>
        <w:t>f 27883/27883/22931 27884/27884/22932 27798/27795/22845</w:t>
        <w:br/>
        <w:t>f 27826/27827/22877 27809/27810/22860 27885/27885/22933</w:t>
        <w:br/>
        <w:t>f 27888/27886/22934 27887/27887/22935 27886/27888/22936</w:t>
        <w:br/>
        <w:t>f 27826/27827/22877 27889/27889/22937 27866/27866/22915</w:t>
        <w:br/>
        <w:t>f 27821/27822/22872 27826/27827/22877 27866/27866/22915</w:t>
        <w:br/>
        <w:t>f 27890/27890/22938 27785/27784/22835 27801/27801/22851</w:t>
        <w:br/>
        <w:t>f 27808/27808/22858 27890/27890/22938 27801/27801/22851</w:t>
        <w:br/>
        <w:t>f 27892/27891/22939 27865/27864/22913 27891/27892/22940</w:t>
        <w:br/>
        <w:t>f 27893/27893/22941 27886/27888/22936 27864/27865/22914</w:t>
        <w:br/>
        <w:t>f 27681/27681/22737 27678/27680/22736 27729/27730/22781</w:t>
        <w:br/>
        <w:t>f 27730/27729/22781 27681/27681/22737 27729/27730/22781</w:t>
        <w:br/>
        <w:t>f 27435/27436/22492 27436/27435/22491 27895/27894/22942</w:t>
        <w:br/>
        <w:t>f 27894/27895/22943 27435/27436/22492 27895/27894/22942</w:t>
        <w:br/>
        <w:t>f 27418/27418/22944 27842/27843/22893 27896/27896/22945</w:t>
        <w:br/>
        <w:t>f 27385/27384/22442 27334/27336/22396 27422/27423/22479</w:t>
        <w:br/>
        <w:t>f 27418/27418/22944 27385/27384/22442 27422/27423/22479</w:t>
        <w:br/>
        <w:t>f 27418/27418/22944 27478/27479/22533 27842/27843/22893</w:t>
        <w:br/>
        <w:t>f 27894/27895/22943 27897/27897/22946 27458/27457/22512</w:t>
        <w:br/>
        <w:t>f 27435/27436/22492 27894/27895/22943 27458/27457/22512</w:t>
        <w:br/>
        <w:t>f 27897/27897/22946 27850/27850/22900 27458/27457/22512</w:t>
        <w:br/>
        <w:t>f 27850/27850/22900 27847/27849/22899 27458/27457/22512</w:t>
        <w:br/>
        <w:t>f 27551/27552/22606 27852/27853/22903 27853/27852/22902</w:t>
        <w:br/>
        <w:t>f 27720/27719/22771 27887/27887/22935 27632/27631/22685</w:t>
        <w:br/>
        <w:t>f 27662/27661/22718 27720/27719/22771 27632/27631/22685</w:t>
        <w:br/>
        <w:t>f 27837/27837/22947 27898/27898/22948 27345/27344/22404</w:t>
        <w:br/>
        <w:t>f 27344/27345/22404 27837/27837/22947 27345/27344/22404</w:t>
        <w:br/>
        <w:t>f 27307/27307/22370 27313/27313/22376 27326/27326/22388</w:t>
        <w:br/>
        <w:t>f 27889/27889/22937 27885/27885/22933 27900/27899/22949</w:t>
        <w:br/>
        <w:t>f 27899/27900/22950 27889/27889/22937 27900/27899/22949</w:t>
        <w:br/>
        <w:t>f 27307/27307/22370 27326/27326/22388 27272/27272/22344</w:t>
        <w:br/>
        <w:t>f 27838/27841/22891 27374/27372/22430 27841/27838/22888</w:t>
        <w:br/>
        <w:t>f 27326/27326/22388 27341/27340/22400 27253/27253/22327</w:t>
        <w:br/>
        <w:t>f 27903/27901/22951 27902/27902/22952 27901/27903/22953</w:t>
        <w:br/>
        <w:t>f 27805/27805/22855 27777/27780/22831 27778/27779/22830</w:t>
        <w:br/>
        <w:t>f 27905/27904/22954 27807/27806/22856 27904/27905/22955</w:t>
        <w:br/>
        <w:t>f 27797/27796/22846 27906/27906/22956 27904/27905/22955</w:t>
        <w:br/>
        <w:t>f 27856/27857/22907 27857/27856/22906 27908/27907/22957</w:t>
        <w:br/>
        <w:t>f 27907/27908/22958 27856/27857/22907 27908/27907/22957</w:t>
        <w:br/>
        <w:t>f 27841/27838/22888 27374/27372/22430 27412/27414/22470</w:t>
        <w:br/>
        <w:t>f 27910/27909/22959 27909/27910/22960 27413/27413/22469</w:t>
        <w:br/>
        <w:t>f 27432/27434/22490 27910/27909/22959 27413/27413/22469</w:t>
        <w:br/>
        <w:t>f 27374/27372/22430 27366/27363/22421 27363/27366/22424</w:t>
        <w:br/>
        <w:t>f 27445/27444/22500 27451/27454/22509 27452/27453/22508</w:t>
        <w:br/>
        <w:t>f 27911/27911/22961 27494/27494/22546 27529/27529/22582</w:t>
        <w:br/>
        <w:t>f 27561/27560/22614 27911/27911/22961 27529/27529/22582</w:t>
        <w:br/>
        <w:t>f 27584/27581/22635 27912/27912/22962 27561/27560/22963</w:t>
        <w:br/>
        <w:t>f 27626/27628/22682 27913/27913/22964 27584/27581/22635</w:t>
        <w:br/>
        <w:t>f 27604/27603/22656 27626/27628/22682 27584/27581/22635</w:t>
        <w:br/>
        <w:t>f 27914/27914/22440 27367/27370/22428 27417/27419/22965</w:t>
        <w:br/>
        <w:t>f 27916/27915/22966 27457/27458/22513 27458/27457/22512</w:t>
        <w:br/>
        <w:t>f 27915/27916/22967 27916/27915/22966 27458/27457/22512</w:t>
        <w:br/>
        <w:t>f 27363/27366/22424 27388/27389/22447 27401/27400/22456</w:t>
        <w:br/>
        <w:t>f 27412/27414/22470 27363/27366/22424 27401/27400/22456</w:t>
        <w:br/>
        <w:t>f 27424/27424/22480 27459/27459/22514 27918/27917/22968</w:t>
        <w:br/>
        <w:t>f 27917/27918/22969 27424/27424/22480 27918/27917/22968</w:t>
        <w:br/>
        <w:t>f 27409/27411/22466 27917/27918/22969 27429/27427/22483</w:t>
        <w:br/>
        <w:t>f 27389/27388/22467 27429/27427/22483 27919/27919/22970</w:t>
        <w:br/>
        <w:t>f 27921/27920/22971 27799/27799/22849 27901/27903/22953</w:t>
        <w:br/>
        <w:t>f 27920/27921/22972 27921/27920/22971 27901/27903/22953</w:t>
        <w:br/>
        <w:t>f 27924/27922/22973 27923/27923/22974 27922/27924/22975</w:t>
        <w:br/>
        <w:t>f 27928/27925/22976 27927/27926/22977 27926/27927/22978</w:t>
        <w:br/>
        <w:t>f 27925/27928/22979 27928/27925/22976 27926/27927/22978</w:t>
        <w:br/>
        <w:t>f 27416/27416/22472 27929/27929/22980 27481/27481/22535</w:t>
        <w:br/>
        <w:t>f 27482/27480/22534 27416/27416/22472 27481/27481/22535</w:t>
        <w:br/>
        <w:t>f 27400/27401/22457 27416/27416/22472 27482/27480/22534</w:t>
        <w:br/>
        <w:t>f 27496/27495/22547 27400/27401/22457 27482/27480/22534</w:t>
        <w:br/>
        <w:t>f 27442/27441/22497 27400/27401/22457 27496/27495/22547</w:t>
        <w:br/>
        <w:t>f 27512/27511/22563 27442/27441/22497 27496/27495/22547</w:t>
        <w:br/>
        <w:t>f 27441/27442/22498 27512/27511/22563 27523/27523/22576</w:t>
        <w:br/>
        <w:t>f 27471/27471/22525 27441/27442/22498 27523/27523/22576</w:t>
        <w:br/>
        <w:t>f 27537/27539/22592 27471/27471/22525 27523/27523/22576</w:t>
        <w:br/>
        <w:t>f 27491/27491/22543 27471/27471/22525 27554/27553/22607</w:t>
        <w:br/>
        <w:t>f 27560/27561/22615 27554/27553/22607 27578/27578/22632</w:t>
        <w:br/>
        <w:t>f 27930/27930/22981 27578/27578/22632 27615/27616/22670</w:t>
        <w:br/>
        <w:t>f 27581/27584/22638 27582/27583/22637 27648/27649/22706</w:t>
        <w:br/>
        <w:t>f 27649/27648/22705 27581/27584/22638 27648/27649/22706</w:t>
        <w:br/>
        <w:t>f 27603/27604/22657 27581/27584/22638 27649/27648/22705</w:t>
        <w:br/>
        <w:t>f 27919/27919/22970 27427/27429/22485 27492/27493/22545</w:t>
        <w:br/>
        <w:t>f 27689/27686/22742 27855/27854/22904 27676/27675/22732</w:t>
        <w:br/>
        <w:t>f 27688/27687/22743 27689/27686/22742 27676/27675/22732</w:t>
        <w:br/>
        <w:t>f 27677/27674/22731 27688/27687/22743 27676/27675/22732</w:t>
        <w:br/>
        <w:t>f 27664/27663/22720 27691/27690/22746 27881/27878/22926</w:t>
        <w:br/>
        <w:t>f 27878/27881/22929 27664/27663/22720 27881/27878/22926</w:t>
        <w:br/>
        <w:t>f 27627/27627/22681 27664/27663/22720 27877/27876/22924</w:t>
        <w:br/>
        <w:t>f 27626/27628/22682 27877/27876/22924 27558/27557/22611</w:t>
        <w:br/>
        <w:t>f 27913/27913/22964 27626/27628/22682 27558/27557/22611</w:t>
        <w:br/>
        <w:t>f 27911/27911/22961 27913/27913/22964 27931/27931/22982</w:t>
        <w:br/>
        <w:t>f 27547/27544/22598 27911/27911/22961 27931/27931/22982</w:t>
        <w:br/>
        <w:t>f 27494/27494/22546 27911/27911/22961 27547/27544/22598</w:t>
        <w:br/>
        <w:t>f 27874/27874/22922 27494/27494/22546 27547/27544/22598</w:t>
        <w:br/>
        <w:t>f 27932/27932/22983 27364/27365/22423 27406/27405/22460</w:t>
        <w:br/>
        <w:t>f 27407/27404/22460 27932/27932/22983 27406/27405/22460</w:t>
        <w:br/>
        <w:t>f 27647/27647/22704 27567/27569/22623 27568/27568/22622</w:t>
        <w:br/>
        <w:t>f 27933/27933/22984 27647/27647/22704 27568/27568/22622</w:t>
        <w:br/>
        <w:t>f 27935/27934/22985 27933/27933/22984 27934/27935/22986</w:t>
        <w:br/>
        <w:t>f 27936/27936/22987 27862/27861/22911 27863/27860/22910</w:t>
        <w:br/>
        <w:t>f 27723/27725/22777 27937/27937/22988 27776/27773/22824</w:t>
        <w:br/>
        <w:t>f 27939/27938/22989 27785/27784/22990 27938/27939/22991</w:t>
        <w:br/>
        <w:t>f 27781/27783/22834 27782/27782/22833 27941/27940/22992</w:t>
        <w:br/>
        <w:t>f 27940/27941/22992 27781/27783/22834 27941/27940/22992</w:t>
        <w:br/>
        <w:t>f 27920/27921/22972 27901/27903/22953 27902/27902/22952</w:t>
        <w:br/>
        <w:t>f 27922/27924/22993 27943/27942/22994 27942/27943/22995</w:t>
        <w:br/>
        <w:t>f 27764/27764/22815 27908/27907/22957 27857/27856/22906</w:t>
        <w:br/>
        <w:t>f 27741/27742/22793 27857/27856/22906 27855/27854/22904</w:t>
        <w:br/>
        <w:t>f 27602/27602/22655 27573/27573/22627 27594/27594/22647</w:t>
        <w:br/>
        <w:t>f 27697/27696/22752 27602/27602/22655 27594/27594/22647</w:t>
        <w:br/>
        <w:t>f 27624/27625/22679 27625/27624/22678 27697/27696/22996</w:t>
        <w:br/>
        <w:t>f 27725/27723/22775 27624/27625/22679 27697/27696/22996</w:t>
        <w:br/>
        <w:t>f 27667/27667/22724 27725/27723/22775 27758/27758/22809</w:t>
        <w:br/>
        <w:t>f 27695/27695/22751 27667/27667/22724 27771/27770/22821</w:t>
        <w:br/>
        <w:t>f 27732/27732/22783 27695/27695/22751 27783/27781/22832</w:t>
        <w:br/>
        <w:t>f 27737/27738/22788 27738/27737/22787 27779/27778/22829</w:t>
        <w:br/>
        <w:t>f 27780/27777/22828 27737/27738/22788 27779/27778/22829</w:t>
        <w:br/>
        <w:t>f 27739/27739/22789 27780/27777/22828 27799/27799/22849</w:t>
        <w:br/>
        <w:t>f 27753/27754/22805 27739/27739/22789 27923/27923/22974</w:t>
        <w:br/>
        <w:t>f 27762/27762/22813 27753/27754/22805 27923/27923/22974</w:t>
        <w:br/>
        <w:t>f 27924/27922/22973 27762/27762/22813 27923/27923/22974</w:t>
        <w:br/>
        <w:t>f 27944/27944/22997 27761/27761/22998 27927/27926/22977</w:t>
        <w:br/>
        <w:t>f 27928/27925/22976 27944/27944/22997 27927/27926/22977</w:t>
        <w:br/>
        <w:t>f 27915/27916/22999 27542/27541/22594 27502/27501/22553</w:t>
        <w:br/>
        <w:t>f 27633/27630/22684 27662/27661/22718 27632/27631/22685</w:t>
        <w:br/>
        <w:t>f 27579/27580/22634 27633/27630/22684 27852/27853/22903</w:t>
        <w:br/>
        <w:t>f 27892/27891/22939 27893/27893/22941 27864/27865/22914</w:t>
        <w:br/>
        <w:t>f 27865/27864/22913 27892/27891/22939 27864/27865/22914</w:t>
        <w:br/>
        <w:t>f 27866/27866/22915 27945/27945/23000 27891/27892/22940</w:t>
        <w:br/>
        <w:t>f 27865/27864/22913 27866/27866/22915 27891/27892/22940</w:t>
        <w:br/>
        <w:t>f 27810/27809/22859 27905/27904/22954 27900/27899/22949</w:t>
        <w:br/>
        <w:t>f 27885/27885/22933 27810/27809/22859 27900/27899/22949</w:t>
        <w:br/>
        <w:t>f 27720/27719/22771 27886/27888/22936 27887/27887/22935</w:t>
        <w:br/>
        <w:t>f 27889/27889/22937 27899/27900/22950 27945/27945/23000</w:t>
        <w:br/>
        <w:t>f 27866/27866/22915 27889/27889/22937 27945/27945/23000</w:t>
        <w:br/>
        <w:t>f 27760/27759/22810 27787/27786/22837 27864/27865/22914</w:t>
        <w:br/>
        <w:t>f 27886/27888/22936 27760/27759/22810 27864/27865/22914</w:t>
        <w:br/>
        <w:t>f 27887/27887/22935 27946/27946/23001 27631/27632/22686</w:t>
        <w:br/>
        <w:t>f 27889/27889/22937 27826/27827/22877 27885/27885/22933</w:t>
        <w:br/>
        <w:t>f 27807/27806/22856 27905/27904/22954 27810/27809/22859</w:t>
        <w:br/>
        <w:t>f 27551/27552/22606 27579/27580/22634 27852/27853/22903</w:t>
        <w:br/>
        <w:t>f 27422/27423/22479 27478/27479/22533 27418/27418/22944</w:t>
        <w:br/>
        <w:t>f 27527/27528/22581 27551/27552/22606 27845/27845/22895</w:t>
        <w:br/>
        <w:t>f 27478/27479/22533 27527/27528/22581 27843/27842/22892</w:t>
        <w:br/>
        <w:t>f 27457/27458/22513 27502/27501/22553 27459/27459/22514</w:t>
        <w:br/>
        <w:t>f 27887/27887/22935 27631/27632/22686 27632/27631/22685</w:t>
        <w:br/>
        <w:t>f 27888/27886/22934 27946/27946/23001 27887/27887/22935</w:t>
        <w:br/>
        <w:t>f 27888/27886/22934 27886/27888/22936 27893/27893/22941</w:t>
        <w:br/>
        <w:t>f 27885/27885/22933 27809/27810/22860 27810/27809/22859</w:t>
        <w:br/>
        <w:t>f 27827/27826/22876 27809/27810/22860 27826/27827/22877</w:t>
        <w:br/>
        <w:t>f 27797/27796/22846 27904/27905/22955 27807/27806/22856</w:t>
        <w:br/>
        <w:t>f 27799/27799/22849 27777/27780/22831 27901/27903/22953</w:t>
        <w:br/>
        <w:t>f 27903/27901/22951 27901/27903/22953 27777/27780/22831</w:t>
        <w:br/>
        <w:t>f 27921/27920/22971 27739/27739/22789 27799/27799/22849</w:t>
        <w:br/>
        <w:t>f 27753/27754/22805 27713/27714/22768 27739/27739/22789</w:t>
        <w:br/>
        <w:t>f 27727/27727/22779 27643/27644/22699 27713/27714/22768</w:t>
        <w:br/>
        <w:t>f 27643/27644/22699 27644/27643/22698 27714/27713/22767</w:t>
        <w:br/>
        <w:t>f 27713/27714/22768 27714/27713/22767 27737/27738/22788</w:t>
        <w:br/>
        <w:t>f 27739/27739/22789 27737/27738/22788 27780/27777/22828</w:t>
        <w:br/>
        <w:t>f 27695/27695/22751 27640/27640/22695 27667/27667/22724</w:t>
        <w:br/>
        <w:t>f 27673/27673/22730 27619/27619/22674 27640/27640/22695</w:t>
        <w:br/>
        <w:t>f 27673/27673/22730 27695/27695/22751 27732/27732/22783</w:t>
        <w:br/>
        <w:t>f 27783/27781/22832 27695/27695/22751 27771/27770/22821</w:t>
        <w:br/>
        <w:t>f 27771/27770/22821 27770/27771/22822 27782/27782/22833</w:t>
        <w:br/>
        <w:t>f 27939/27938/22989 27770/27771/22822 27785/27784/22990</w:t>
        <w:br/>
        <w:t>f 27776/27773/22824 27770/27771/22822 27723/27725/22777</w:t>
        <w:br/>
        <w:t>f 27776/27773/22824 27937/27937/22988 27775/27774/22825</w:t>
        <w:br/>
        <w:t>f 27936/27936/22987 27696/27697/22753 27862/27861/22911</w:t>
        <w:br/>
        <w:t>f 27758/27758/22809 27723/27725/22777 27770/27771/22822</w:t>
        <w:br/>
        <w:t>f 27723/27725/22777 27724/27724/22776 27937/27937/22988</w:t>
        <w:br/>
        <w:t>f 27697/27696/22752 27696/27697/22753 27936/27936/22987</w:t>
        <w:br/>
        <w:t>f 27935/27934/22985 27647/27647/22704 27933/27933/22984</w:t>
        <w:br/>
        <w:t>f 27594/27594/22647 27647/27647/22704 27696/27697/22753</w:t>
        <w:br/>
        <w:t>f 27572/27572/22626 27594/27594/22647 27550/27550/22604</w:t>
        <w:br/>
        <w:t>f 27533/27532/22585 27572/27572/22626 27550/27550/22604</w:t>
        <w:br/>
        <w:t>f 27572/27572/22626 27567/27569/22623 27647/27647/22704</w:t>
        <w:br/>
        <w:t>f 27570/27571/22625 27573/27573/22627 27602/27602/22655</w:t>
        <w:br/>
        <w:t>f 27571/27570/22624 27570/27571/22625 27592/27591/22644</w:t>
        <w:br/>
        <w:t>f 27947/27947/23002 27573/27573/22627 27534/27534/22587</w:t>
        <w:br/>
        <w:t>f 27505/27504/22556 27550/27550/22604 27534/27534/22587</w:t>
        <w:br/>
        <w:t>f 27570/27571/22625 27549/27549/22603 27534/27534/22587</w:t>
        <w:br/>
        <w:t>f 27475/27475/22529 27533/27532/22585 27505/27504/22556</w:t>
        <w:br/>
        <w:t>f 27501/27502/22554 27475/27475/22529 27447/27446/22502</w:t>
        <w:br/>
        <w:t>f 27533/27532/22585 27532/27533/22586 27567/27569/22623</w:t>
        <w:br/>
        <w:t>f 27542/27541/22594 27532/27533/22596 27502/27501/22553</w:t>
        <w:br/>
        <w:t>f 27502/27501/22553 27532/27533/22596 27475/27475/22529</w:t>
        <w:br/>
        <w:t>f 27435/27436/22492 27457/27458/22513 27410/27410/22465</w:t>
        <w:br/>
        <w:t>f 27410/27410/22465 27457/27458/22513 27424/27424/22480</w:t>
        <w:br/>
        <w:t>f 27409/27411/22466 27424/27424/22480 27917/27918/22969</w:t>
        <w:br/>
        <w:t>f 27429/27427/22483 27917/27918/22969 27428/27428/22484</w:t>
        <w:br/>
        <w:t>f 27917/27918/22969 27447/27446/22502 27428/27428/22484</w:t>
        <w:br/>
        <w:t>f 27493/27492/22544 27427/27429/22485 27497/27498/22550</w:t>
        <w:br/>
        <w:t>f 27416/27416/22472 27389/27388/22446 27929/27929/22980</w:t>
        <w:br/>
        <w:t>f 27364/27365/22423 27932/27932/22983 27389/27388/22446</w:t>
        <w:br/>
        <w:t>f 27389/27388/22467 27409/27411/22466 27429/27427/22483</w:t>
        <w:br/>
        <w:t>f 27919/27919/22970 27429/27427/22483 27427/27429/22485</w:t>
        <w:br/>
        <w:t>f 27427/27429/22485 27428/27428/22484 27498/27497/22549</w:t>
        <w:br/>
        <w:t>f 27667/27667/22724 27624/27625/22679 27725/27723/22775</w:t>
        <w:br/>
        <w:t>f 27771/27770/22821 27667/27667/22724 27758/27758/22809</w:t>
        <w:br/>
        <w:t>f 27712/27711/22765 27726/27726/22778 27722/27721/22773</w:t>
        <w:br/>
        <w:t>f 27689/27686/22742 27741/27742/22793 27855/27854/22904</w:t>
        <w:br/>
        <w:t>f 27922/27924/22993 27921/27920/23003 27943/27942/22994</w:t>
        <w:br/>
        <w:t>f 27922/27924/22993 27942/27943/22995 27858/27859/22909</w:t>
        <w:br/>
        <w:t>f 27742/27741/22792 27763/27763/22814 27764/27764/22815</w:t>
        <w:br/>
        <w:t>f 27764/27764/22815 27926/27927/23004 27908/27907/22957</w:t>
        <w:br/>
        <w:t>f 27666/27666/22723 27649/27648/22705 27639/27639/22693</w:t>
        <w:br/>
        <w:t>f 27649/27648/22705 27666/27666/22723 27603/27604/22657</w:t>
        <w:br/>
        <w:t>f 27666/27666/22723 27694/27694/22750 27658/27658/22715</w:t>
        <w:br/>
        <w:t>f 27658/27658/22715 27604/27603/22656 27603/27604/22657</w:t>
        <w:br/>
        <w:t>f 27603/27604/22657 27584/27581/22635 27581/27584/22638</w:t>
        <w:br/>
        <w:t>f 27877/27876/22924 27664/27663/22720 27878/27881/22929</w:t>
        <w:br/>
        <w:t>f 27626/27628/22682 27627/27627/22681 27877/27876/22924</w:t>
        <w:br/>
        <w:t>f 27913/27913/22964 27558/27557/22611 27546/27545/22599</w:t>
        <w:br/>
        <w:t>f 27913/27913/22964 27911/27911/22961 27584/27581/22635</w:t>
        <w:br/>
        <w:t>f 27554/27553/22607 27471/27471/22525 27537/27539/22592</w:t>
        <w:br/>
        <w:t>f 27441/27442/22498 27442/27441/22497 27512/27511/22563</w:t>
        <w:br/>
        <w:t>f 27495/27496/22548 27482/27480/22534 27480/27482/22536</w:t>
        <w:br/>
        <w:t>f 27523/27523/22576 27511/27512/22564 27605/27605/22658</w:t>
        <w:br/>
        <w:t>f 27400/27401/22457 27388/27389/22447 27416/27416/22472</w:t>
        <w:br/>
        <w:t>f 27414/27412/22468 27400/27401/22457 27442/27441/22497</w:t>
        <w:br/>
        <w:t>f 27363/27366/22424 27364/27365/22423 27388/27389/22447</w:t>
        <w:br/>
        <w:t>f 27412/27414/22470 27401/27400/22456 27414/27412/22468</w:t>
        <w:br/>
        <w:t>f 27414/27412/22468 27434/27432/22488 27413/27413/22469</w:t>
        <w:br/>
        <w:t>f 27451/27454/22509 27494/27494/22546 27874/27874/22922</w:t>
        <w:br/>
        <w:t>f 27432/27434/22490 27452/27453/22508 27840/27839/22889</w:t>
        <w:br/>
        <w:t>f 27432/27434/22490 27445/27444/22500 27452/27453/22508</w:t>
        <w:br/>
        <w:t>f 27529/27529/22582 27491/27491/22543 27560/27561/22615</w:t>
        <w:br/>
        <w:t>f 27561/27560/22614 27560/27561/22615 27930/27930/22981</w:t>
        <w:br/>
        <w:t>f 27445/27444/22500 27494/27494/22546 27451/27454/22509</w:t>
        <w:br/>
        <w:t>f 27451/27454/22509 27874/27874/22922 27872/27872/22921</w:t>
        <w:br/>
        <w:t>f 27326/27326/22388 27253/27253/22327 27251/27251/22325</w:t>
        <w:br/>
        <w:t>f 27272/27272/22344 27301/27303/22366 27302/27302/22365</w:t>
        <w:br/>
        <w:t>f 27233/27233/22307 27249/27249/22323 27272/27272/22344</w:t>
        <w:br/>
        <w:t>f 27247/27246/22320 27233/27233/22307 27224/27223/22297</w:t>
        <w:br/>
        <w:t>f 27220/27221/22295 27221/27220/22294 27251/27251/22325</w:t>
        <w:br/>
        <w:t>f 27208/27209/22283 27209/27208/22282 27221/27220/22294</w:t>
        <w:br/>
        <w:t>f 27326/27326/22388 27313/27313/22376 27898/27898/22948</w:t>
        <w:br/>
        <w:t>f 27462/27462/22517 27362/27362/22420 27402/27403/22459</w:t>
        <w:br/>
        <w:t>f 27920/27921/22972 27902/27902/22952 27948/27948/23005</w:t>
        <w:br/>
        <w:t>f 27741/27742/22793 27764/27764/22815 27857/27856/22906</w:t>
        <w:br/>
        <w:t>f 27671/27671/22728 27882/27882/22930 27670/27672/22729</w:t>
        <w:br/>
        <w:t>f 27951/27949/22722 27950/27950/23006 27949/27951/22728</w:t>
        <w:br/>
        <w:t>f 27665/27665/22722 27671/27671/23007 27668/27668/22725</w:t>
        <w:br/>
        <w:t>f 27444/27445/22501 27529/27529/22582 27494/27494/22546</w:t>
        <w:br/>
        <w:t>f 27491/27491/22543 27433/27433/22489 27471/27471/22525</w:t>
        <w:br/>
        <w:t>f 27930/27930/22981 27560/27561/22615 27578/27578/22632</w:t>
        <w:br/>
        <w:t>f 27560/27561/22615 27491/27491/22543 27554/27553/22607</w:t>
        <w:br/>
        <w:t>f 27553/27554/22608 27537/27539/22592 27538/27538/22591</w:t>
        <w:br/>
        <w:t>f 27805/27805/22855 27778/27779/22830 27803/27803/22853</w:t>
        <w:br/>
        <w:t>f 27804/27802/22852 27805/27805/22855 27803/27803/22853</w:t>
        <w:br/>
        <w:t>f 27808/27808/22858 27803/27803/22853 27890/27890/22938</w:t>
        <w:br/>
        <w:t>f 27789/27792/22842 27859/27858/22908 27792/27789/22840</w:t>
        <w:br/>
        <w:t>f 27374/27372/22430 27363/27366/22424 27412/27414/22470</w:t>
        <w:br/>
        <w:t>f 27838/27841/22891 27373/27373/22431 27374/27372/22430</w:t>
        <w:br/>
        <w:t>f 27841/27838/22888 27412/27414/22470 27413/27413/22469</w:t>
        <w:br/>
        <w:t>f 27434/27432/22488 27414/27412/22468 27442/27441/22497</w:t>
        <w:br/>
        <w:t>f 27298/27300/22363 27310/27312/22375 27311/27311/22374</w:t>
        <w:br/>
        <w:t>f 27954/27952/23008 27953/27953/22572 27952/27954/22620</w:t>
        <w:br/>
        <w:t>f 27700/27701/22757 27669/27669/22726 27600/27601/22654</w:t>
        <w:br/>
        <w:t>f 27751/27749/22800 27701/27700/22756 27750/27750/22801</w:t>
        <w:br/>
        <w:t>f 27749/27751/22802 27750/27750/22801 27740/27740/22790</w:t>
        <w:br/>
        <w:t>f 27749/27751/22802 27740/27740/22790 27707/27706/22761</w:t>
        <w:br/>
        <w:t>f 27749/27751/22802 27735/27735/22785 27767/27766/22817</w:t>
        <w:br/>
        <w:t>f 27642/27642/22697 27590/27589/22642 27682/27682/22738</w:t>
        <w:br/>
        <w:t>f 27564/27563/22617 27618/27617/22671 27590/27589/22642</w:t>
        <w:br/>
        <w:t>f 27682/27682/22738 27617/27618/22673 27699/27698/22754</w:t>
        <w:br/>
        <w:t>f 27768/27768/22819 27735/27735/22785 27755/27755/22806</w:t>
        <w:br/>
        <w:t>f 27755/27755/22806 27765/27765/22816 27794/27794/22844</w:t>
        <w:br/>
        <w:t>f 27793/27793/22843 27767/27766/22817 27768/27768/22819</w:t>
        <w:br/>
        <w:t>f 27746/27745/22796 27883/27883/22931 27745/27746/22797</w:t>
        <w:br/>
        <w:t>f 27308/27308/22371 27303/27301/22364 27318/27316/22379</w:t>
        <w:br/>
        <w:t>f 27317/27317/22380 27955/27955/23009 27361/27361/22419</w:t>
        <w:br/>
        <w:t>f 27318/27316/22379 27303/27301/22364 27317/27317/22380</w:t>
        <w:br/>
        <w:t>f 27316/27318/22381 27361/27361/22419 27403/27402/22458</w:t>
        <w:br/>
        <w:t>f 27460/27460/22515 27403/27402/22458 27415/27415/22471</w:t>
        <w:br/>
        <w:t>f 27387/27386/22444 27371/27371/22429 27468/27467/22521</w:t>
        <w:br/>
        <w:t>f 27386/27387/22445 27361/27361/22419 27955/27955/23009</w:t>
        <w:br/>
        <w:t>f 27317/27317/22380 27309/27309/22372 27955/27955/23009</w:t>
        <w:br/>
        <w:t>f 27317/27317/22380 27303/27301/22364 27309/27309/22372</w:t>
        <w:br/>
        <w:t>f 27245/27244/22318 27210/27210/22284 27228/27228/22302</w:t>
        <w:br/>
        <w:t>f 27223/27224/22298 27210/27210/22284 27245/27244/22318</w:t>
        <w:br/>
        <w:t>f 27958/27956/23010 27957/27957/23011 27956/27958/23012</w:t>
        <w:br/>
        <w:t>f 27962/27959/23013 27961/27960/23014 27960/27961/23015</w:t>
        <w:br/>
        <w:t>f 27959/27962/23016 27962/27959/23013 27960/27961/23015</w:t>
        <w:br/>
        <w:t>f 27964/27963/23017 27963/27964/23018 27961/27960/23014</w:t>
        <w:br/>
        <w:t>f 27962/27959/23013 27964/27963/23017 27961/27960/23014</w:t>
        <w:br/>
        <w:t>f 27964/27963/23017 27966/27965/23019 27965/27966/23020</w:t>
        <w:br/>
        <w:t>f 27963/27964/23018 27964/27963/23017 27965/27966/23020</w:t>
        <w:br/>
        <w:t>f 27969/27967/23021 27968/27968/23021 27967/27969/23022</w:t>
        <w:br/>
        <w:t>f 27972/27970/23023 27971/27971/23024 27970/27972/23025</w:t>
        <w:br/>
        <w:t>f 27973/27973/23026 27972/27970/23023 27970/27972/23025</w:t>
        <w:br/>
        <w:t>f 27977/27974/23027 27976/27975/23028 27975/27976/23029</w:t>
        <w:br/>
        <w:t>f 27974/27977/23030 27977/27974/23027 27975/27976/23029</w:t>
        <w:br/>
        <w:t>f 27979/27978/23031 27971/27971/23024 27972/27970/23023</w:t>
        <w:br/>
        <w:t>f 27978/27979/23032 27979/27978/23031 27972/27970/23023</w:t>
        <w:br/>
        <w:t>f 27981/27980/23033 27979/27978/23031 27978/27979/23032</w:t>
        <w:br/>
        <w:t>f 27980/27981/23034 27981/27980/23033 27978/27979/23032</w:t>
        <w:br/>
        <w:t>f 27985/27982/23035 27984/27983/23036 27983/27984/23036</w:t>
        <w:br/>
        <w:t>f 27982/27985/23037 27985/27982/23035 27983/27984/23036</w:t>
        <w:br/>
        <w:t>f 27986/27986/23038 27971/27971/23024 27974/27977/23030</w:t>
        <w:br/>
        <w:t>f 27975/27976/23029 27986/27986/23038 27974/27977/23030</w:t>
        <w:br/>
        <w:t>f 27970/27972/23025 27971/27971/23024 27986/27986/23038</w:t>
        <w:br/>
        <w:t>f 27987/27987/23039 27970/27972/23025 27986/27986/23038</w:t>
        <w:br/>
        <w:t>f 27991/27988/23040 27990/27989/23041 27989/27990/23042</w:t>
        <w:br/>
        <w:t>f 27988/27991/23043 27991/27988/23040 27989/27990/23042</w:t>
        <w:br/>
        <w:t>f 27994/27992/23044 27993/27993/23045 27992/27994/23046</w:t>
        <w:br/>
        <w:t>f 27995/27995/23011 27994/27992/23044 27992/27994/23046</w:t>
        <w:br/>
        <w:t>f 27993/27993/23045 27997/27996/23047 27996/27997/23048</w:t>
        <w:br/>
        <w:t>f 27992/27994/23046 27993/27993/23045 27996/27997/23048</w:t>
        <w:br/>
        <w:t>f 28001/27998/23049 28000/27999/23050 27999/28000/23051</w:t>
        <w:br/>
        <w:t>f 27998/28001/23052 28001/27998/23049 27999/28000/23051</w:t>
        <w:br/>
        <w:t>f 28005/28002/23053 28004/28003/23053 28003/28004/23054</w:t>
        <w:br/>
        <w:t>f 28002/28005/23054 28005/28002/23053 28003/28004/23054</w:t>
        <w:br/>
        <w:t>f 27998/28001/23052 28007/28006/23055 28006/28007/23056</w:t>
        <w:br/>
        <w:t>f 28001/27998/23049 27998/28001/23052 28006/28007/23056</w:t>
        <w:br/>
        <w:t>f 27958/27956/23010 27956/27958/23012 28008/28008/23057</w:t>
        <w:br/>
        <w:t>f 27968/27968/23021 27969/27967/23021 28010/28009/23058</w:t>
        <w:br/>
        <w:t>f 28009/28010/23059 27968/27968/23021 28010/28009/23058</w:t>
        <w:br/>
        <w:t>f 28013/28011/23060 28012/28012/23061 28011/28013/23062</w:t>
        <w:br/>
        <w:t>f 28014/28014/23063 28013/28011/23060 28011/28013/23062</w:t>
        <w:br/>
        <w:t>f 27973/27973/23026 27970/27972/23025 27988/27991/23043</w:t>
        <w:br/>
        <w:t>f 28015/28015/23064 27973/27973/23026 27988/27991/23043</w:t>
        <w:br/>
        <w:t>f 27987/27987/23039 27991/27988/23040 27988/27991/23043</w:t>
        <w:br/>
        <w:t>f 27970/27972/23025 27987/27987/23039 27988/27991/23043</w:t>
        <w:br/>
        <w:t>f 28018/28016/23065 28017/28017/23066 28016/28018/23067</w:t>
        <w:br/>
        <w:t>f 28019/28019/23068 28018/28016/23065 28016/28018/23067</w:t>
        <w:br/>
        <w:t>f 27957/27957/23011 28020/28020/23069 28017/28017/23066</w:t>
        <w:br/>
        <w:t>f 28018/28016/23065 27957/27957/23011 28017/28017/23066</w:t>
        <w:br/>
        <w:t>f 27981/27980/23033 27980/27981/23034 28021/28021/23070</w:t>
        <w:br/>
        <w:t>f 28022/28022/23071 27981/27980/23033 28021/28021/23070</w:t>
        <w:br/>
        <w:t>f 28025/28023/23072 28024/28024/23073 28023/28025/23074</w:t>
        <w:br/>
        <w:t>f 28028/28026/23075 28027/28027/23076 28026/28028/23077</w:t>
        <w:br/>
        <w:t>f 28031/28029/23078 28030/28030/23079 28029/28031/23080</w:t>
        <w:br/>
        <w:t>f 28032/28032/23081 27965/27966/23020 27966/27965/23019</w:t>
        <w:br/>
        <w:t>f 28033/28033/23081 28032/28032/23081 27966/27965/23019</w:t>
        <w:br/>
        <w:t>f 28009/28010/23059 28010/28009/23058 28032/28032/23081</w:t>
        <w:br/>
        <w:t>f 28033/28033/23081 28009/28010/23059 28032/28032/23081</w:t>
        <w:br/>
        <w:t>f 27976/27975/23028 27977/27974/23027 28034/28034/23082</w:t>
        <w:br/>
        <w:t>f 28035/28035/23083 27976/27975/23028 28034/28034/23082</w:t>
        <w:br/>
        <w:t>f 28013/28011/23060 28035/28035/23083 28034/28034/23082</w:t>
        <w:br/>
        <w:t>f 28012/28012/23061 28013/28011/23060 28034/28034/23082</w:t>
        <w:br/>
        <w:t>f 28021/28021/23070 27985/27982/23035 27982/27985/23037</w:t>
        <w:br/>
        <w:t>f 28022/28022/23071 28021/28021/23070 27982/27985/23037</w:t>
        <w:br/>
        <w:t>f 28011/28013/23062 28036/28036/23084 28014/28014/23063</w:t>
        <w:br/>
        <w:t>f 28039/28037/23085 28038/28038/23086 28037/28039/23086</w:t>
        <w:br/>
        <w:t>f 28041/28040/23087 28040/28041/23088 28007/28006/23055</w:t>
        <w:br/>
        <w:t>f 27998/28001/23052 28041/28040/23087 28007/28006/23055</w:t>
        <w:br/>
        <w:t>f 27999/28000/23051 28042/28042/23089 28041/28040/23087</w:t>
        <w:br/>
        <w:t>f 27998/28001/23052 27999/28000/23051 28041/28040/23087</w:t>
        <w:br/>
        <w:t>f 27956/27958/23012 27960/27961/23015 27961/27960/23014</w:t>
        <w:br/>
        <w:t>f 28008/28008/23057 27956/27958/23012 27961/27960/23014</w:t>
        <w:br/>
        <w:t>f 28044/28043/23090 28008/28008/23057 27961/27960/23014</w:t>
        <w:br/>
        <w:t>f 28043/28044/23091 28044/28043/23090 27961/27960/23014</w:t>
        <w:br/>
        <w:t>f 28046/28045/23092 28045/28046/23093 28044/28043/23090</w:t>
        <w:br/>
        <w:t>f 28043/28044/23091 28046/28045/23092 28044/28043/23090</w:t>
        <w:br/>
        <w:t>f 28045/28046/23093 28046/28045/23092 28048/28047/23094</w:t>
        <w:br/>
        <w:t>f 28047/28048/23094 28045/28046/23093 28048/28047/23094</w:t>
        <w:br/>
        <w:t>f 28047/28048/23094 28048/28047/23094 28050/28049/23095</w:t>
        <w:br/>
        <w:t>f 28049/28050/23095 28047/28048/23094 28050/28049/23095</w:t>
        <w:br/>
        <w:t>f 28052/28051/23096 28051/28052/23096 28049/28050/23095</w:t>
        <w:br/>
        <w:t>f 28050/28049/23095 28052/28051/23096 28049/28050/23095</w:t>
        <w:br/>
        <w:t>f 27993/27993/23045 27994/27992/23044 28054/28053/23097</w:t>
        <w:br/>
        <w:t>f 28053/28054/23098 27993/27993/23045 28054/28053/23097</w:t>
        <w:br/>
        <w:t>f 28053/28054/23098 28055/28055/23099 27997/27996/23047</w:t>
        <w:br/>
        <w:t>f 27993/27993/23045 28053/28054/23098 27997/27996/23047</w:t>
        <w:br/>
        <w:t>f 28025/28023/23072 28023/28025/23074 28056/28056/23100</w:t>
        <w:br/>
        <w:t>f 27960/27961/23015 28019/28019/23068 27959/27962/23016</w:t>
        <w:br/>
        <w:t>f 27959/27962/23016 28019/28019/23068 28016/28018/23067</w:t>
        <w:br/>
        <w:t>f 28060/28057/23101 28059/28058/23101 28058/28059/23102</w:t>
        <w:br/>
        <w:t>f 28057/28060/23103 28060/28057/23101 28058/28059/23102</w:t>
        <w:br/>
        <w:t>f 28059/28058/23101 28060/28057/23101 28062/28061/23104</w:t>
        <w:br/>
        <w:t>f 28061/28062/23104 28059/28058/23101 28062/28061/23104</w:t>
        <w:br/>
        <w:t>f 28061/28062/23104 28062/28061/23104 28064/28063/23105</w:t>
        <w:br/>
        <w:t>f 28063/28064/23105 28061/28062/23104 28064/28063/23105</w:t>
        <w:br/>
        <w:t>f 28066/28065/23106 28065/28066/23106 28063/28064/23105</w:t>
        <w:br/>
        <w:t>f 28064/28063/23105 28066/28065/23106 28063/28064/23105</w:t>
        <w:br/>
        <w:t>f 28065/28066/23106 28066/28065/23106 28068/28067/23107</w:t>
        <w:br/>
        <w:t>f 28067/28068/23107 28065/28066/23106 28068/28067/23107</w:t>
        <w:br/>
        <w:t>f 28067/28068/23107 28068/28067/23107 28069/28069/23108</w:t>
        <w:br/>
        <w:t>f 28070/28070/23109 28067/28068/23107 28069/28069/23108</w:t>
        <w:br/>
        <w:t>f 28070/28070/23109 28069/28069/23108 28071/28071/23110</w:t>
        <w:br/>
        <w:t>f 28072/28072/23111 28070/28070/23109 28071/28071/23110</w:t>
        <w:br/>
        <w:t>f 28075/28073/23112 28074/28074/23113 28073/28075/23114</w:t>
        <w:br/>
        <w:t>f 28076/28076/23115 28075/28073/23112 28073/28075/23114</w:t>
        <w:br/>
        <w:t>f 28079/28077/23116 28078/28078/23037 28074/28074/23113</w:t>
        <w:br/>
        <w:t>f 28077/28079/23117 28079/28077/23116 28074/28074/23113</w:t>
        <w:br/>
        <w:t>f 28077/28079/23118 28082/28080/23119 28081/28081/23120</w:t>
        <w:br/>
        <w:t>f 28080/28082/23121 28077/28079/23118 28081/28081/23120</w:t>
        <w:br/>
        <w:t>f 28082/28080/23119 28084/28083/23122 28083/28084/23123</w:t>
        <w:br/>
        <w:t>f 28081/28081/23120 28082/28080/23119 28083/28084/23123</w:t>
        <w:br/>
        <w:t>f 28084/28083/23122 28086/28085/23124 28085/28086/23125</w:t>
        <w:br/>
        <w:t>f 28083/28084/23123 28084/28083/23122 28085/28086/23125</w:t>
        <w:br/>
        <w:t>f 28090/28087/23126 28089/28088/23127 28088/28089/23128</w:t>
        <w:br/>
        <w:t>f 28087/28090/23126 28090/28087/23126 28088/28089/23128</w:t>
        <w:br/>
        <w:t>f 28090/28087/23126 28087/28090/23126 28092/28091/23129</w:t>
        <w:br/>
        <w:t>f 28091/28092/23129 28090/28087/23126 28092/28091/23129</w:t>
        <w:br/>
        <w:t>f 28094/28093/23130 28093/28094/23130 28091/28092/23129</w:t>
        <w:br/>
        <w:t>f 28092/28091/23129 28094/28093/23130 28091/28092/23129</w:t>
        <w:br/>
        <w:t>f 28093/28094/23130 28094/28093/23130 28095/28095/23131</w:t>
        <w:br/>
        <w:t>f 28096/28096/23131 28093/28094/23130 28095/28095/23131</w:t>
        <w:br/>
        <w:t>f 28098/28097/23132 28096/28096/23131 28095/28095/23131</w:t>
        <w:br/>
        <w:t>f 28097/28098/23132 28098/28097/23132 28095/28095/23131</w:t>
        <w:br/>
        <w:t>f 28099/28099/23133 28098/28097/23132 28097/28098/23132</w:t>
        <w:br/>
        <w:t>f 28014/28014/23063 28036/28036/23084 28100/28100/23134</w:t>
        <w:br/>
        <w:t>f 28100/28100/23134 28101/28101/23135 28013/28011/23060</w:t>
        <w:br/>
        <w:t>f 28014/28014/23063 28100/28100/23134 28013/28011/23060</w:t>
        <w:br/>
        <w:t>f 28101/28101/23135 28102/28102/23136 28035/28035/23083</w:t>
        <w:br/>
        <w:t>f 28013/28011/23060 28101/28101/23135 28035/28035/23083</w:t>
        <w:br/>
        <w:t>f 28102/28102/23136 28103/28103/23137 27976/27975/23028</w:t>
        <w:br/>
        <w:t>f 28035/28035/23083 28102/28102/23136 27976/27975/23028</w:t>
        <w:br/>
        <w:t>f 28103/28103/23137 28104/28104/23138 27975/27976/23029</w:t>
        <w:br/>
        <w:t>f 27976/27975/23028 28103/28103/23137 27975/27976/23029</w:t>
        <w:br/>
        <w:t>f 27986/27986/23038 27975/27976/23029 28104/28104/23138</w:t>
        <w:br/>
        <w:t>f 28105/28105/23139 27986/27986/23038 28104/28104/23138</w:t>
        <w:br/>
        <w:t>f 27987/27987/23039 27986/27986/23038 28105/28105/23139</w:t>
        <w:br/>
        <w:t>f 28106/28106/23140 27987/27987/23039 28105/28105/23139</w:t>
        <w:br/>
        <w:t>f 28106/28106/23140 28107/28107/23141 27991/27988/23040</w:t>
        <w:br/>
        <w:t>f 27987/27987/23039 28106/28106/23140 27991/27988/23040</w:t>
        <w:br/>
        <w:t>f 28109/28108/23142 28108/28109/23143 28057/28060/23103</w:t>
        <w:br/>
        <w:t>f 28058/28059/23102 28109/28108/23142 28057/28060/23103</w:t>
        <w:br/>
        <w:t>f 27989/27990/23042 28110/28110/23144 28015/28015/23064</w:t>
        <w:br/>
        <w:t>f 27988/27991/23043 27989/27990/23042 28015/28015/23064</w:t>
        <w:br/>
        <w:t>f 27990/27989/23041 27991/27988/23040 28107/28107/23141</w:t>
        <w:br/>
        <w:t>f 28111/28111/23145 27990/27989/23041 28107/28107/23141</w:t>
        <w:br/>
        <w:t>f 28113/28112/23146 28016/28018/23067 28017/28017/23066</w:t>
        <w:br/>
        <w:t>f 28112/28113/23147 28113/28112/23146 28017/28017/23066</w:t>
        <w:br/>
        <w:t>f 28023/28025/23074 28115/28114/23148 28114/28115/23149</w:t>
        <w:br/>
        <w:t>f 28056/28056/23100 28023/28025/23074 28114/28115/23149</w:t>
        <w:br/>
        <w:t>f 28115/28114/23148 28023/28025/23074 28024/28024/23073</w:t>
        <w:br/>
        <w:t>f 28116/28116/23150 28115/28114/23148 28024/28024/23073</w:t>
        <w:br/>
        <w:t>f 28118/28117/23151 28117/28118/23152 28026/28028/23077</w:t>
        <w:br/>
        <w:t>f 28027/28027/23076 28118/28117/23151 28026/28028/23077</w:t>
        <w:br/>
        <w:t>f 28120/28119/23153 28119/28120/23153 28037/28039/23086</w:t>
        <w:br/>
        <w:t>f 28038/28038/23086 28120/28119/23153 28037/28039/23086</w:t>
        <w:br/>
        <w:t>f 28030/28030/23079 28122/28121/23154 28121/28122/23155</w:t>
        <w:br/>
        <w:t>f 28029/28031/23080 28030/28030/23079 28121/28122/23155</w:t>
        <w:br/>
        <w:t>f 28124/28123/23156 28123/28124/23156 28002/28005/23054</w:t>
        <w:br/>
        <w:t>f 28003/28004/23054 28124/28123/23156 28002/28005/23054</w:t>
        <w:br/>
        <w:t>f 27997/27996/23047 28115/28114/23148 28116/28116/23150</w:t>
        <w:br/>
        <w:t>f 27996/27997/23048 27997/27996/23047 28116/28116/23150</w:t>
        <w:br/>
        <w:t>f 28117/28118/23152 28118/28117/23151 28123/28124/23156</w:t>
        <w:br/>
        <w:t>f 28124/28123/23156 28117/28118/23152 28123/28124/23156</w:t>
        <w:br/>
        <w:t>f 28007/28006/23055 28040/28041/23088 28119/28120/23153</w:t>
        <w:br/>
        <w:t>f 28120/28119/23153 28007/28006/23055 28119/28120/23153</w:t>
        <w:br/>
        <w:t>f 28007/28006/23055 28121/28122/23155 28122/28121/23154</w:t>
        <w:br/>
        <w:t>f 28006/28007/23056 28007/28006/23055 28122/28121/23154</w:t>
        <w:br/>
        <w:t>f 28115/28114/23148 27997/27996/23047 28055/28055/23099</w:t>
        <w:br/>
        <w:t>f 28114/28115/23149 28115/28114/23148 28055/28055/23099</w:t>
        <w:br/>
        <w:t>f 28125/28125/23157 27983/27984/23036 27984/27983/23036</w:t>
        <w:br/>
        <w:t>f 28126/28126/23158 28075/28073/23112 28076/28076/23115</w:t>
        <w:br/>
        <w:t>f 28052/28051/23096 28127/28127/23159 28051/28052/23096</w:t>
        <w:br/>
        <w:t>f 28072/28072/23111 28071/28071/23110 28128/28128/23160</w:t>
        <w:br/>
        <w:t>f 28017/28017/23066 28020/28020/23069 28129/28129/23161</w:t>
        <w:br/>
        <w:t>f 28112/28113/23147 28017/28017/23066 28129/28129/23161</w:t>
        <w:br/>
        <w:t>f 28020/28020/23069 27957/27957/23011 27958/27956/23010</w:t>
        <w:br/>
        <w:t>f 28132/28130/23162 28131/28131/23163 28130/28132/23164</w:t>
        <w:br/>
        <w:t>f 28133/28133/23165 28132/28130/23162 28130/28132/23164</w:t>
        <w:br/>
        <w:t>f 28137/28134/23166 28136/28135/23167 28135/28136/23168</w:t>
        <w:br/>
        <w:t>f 28134/28137/23169 28137/28134/23166 28135/28136/23168</w:t>
        <w:br/>
        <w:t>f 28139/28138/23170 28135/28136/23168 28136/28135/23167</w:t>
        <w:br/>
        <w:t>f 28138/28139/23171 28139/28138/23170 28136/28135/23167</w:t>
        <w:br/>
        <w:t>f 28141/28140/23172 28139/28138/23170 28138/28139/23171</w:t>
        <w:br/>
        <w:t>f 28140/28141/23173 28141/28140/23172 28138/28139/23171</w:t>
        <w:br/>
        <w:t>f 28144/28142/23174 28143/28143/23175 28142/28144/23176</w:t>
        <w:br/>
        <w:t>f 28148/28145/23177 28147/28146/23177 28146/28147/23178</w:t>
        <w:br/>
        <w:t>f 28145/28148/23178 28148/28145/23177 28146/28147/23178</w:t>
        <w:br/>
        <w:t>f 28151/28149/23179 28150/28150/23179 28149/28151/23180</w:t>
        <w:br/>
        <w:t>f 28155/28152/23181 28154/28153/23181 28153/28154/23182</w:t>
        <w:br/>
        <w:t>f 28152/28155/23182 28155/28152/23181 28153/28154/23182</w:t>
        <w:br/>
        <w:t>f 28158/28156/23183 28157/28157/23184 28156/28158/23184</w:t>
        <w:br/>
        <w:t>f 28159/28159/23183 28158/28156/23183 28156/28158/23184</w:t>
        <w:br/>
        <w:t>f 28152/28155/23182 28153/28154/23182 28161/28160/23185</w:t>
        <w:br/>
        <w:t>f 28160/28161/23186 28152/28155/23182 28161/28160/23185</w:t>
        <w:br/>
        <w:t>f 28159/28159/23183 28163/28162/23187 28162/28163/23188</w:t>
        <w:br/>
        <w:t>f 28158/28156/23183 28159/28159/23183 28162/28163/23188</w:t>
        <w:br/>
        <w:t>f 28160/28161/23186 28161/28160/23185 28165/28164/23189</w:t>
        <w:br/>
        <w:t>f 28164/28165/23189 28160/28161/23186 28165/28164/23189</w:t>
        <w:br/>
        <w:t>f 28166/28166/23190 28162/28163/23188 28163/28162/23187</w:t>
        <w:br/>
        <w:t>f 28167/28167/23190 28166/28166/23190 28163/28162/23187</w:t>
        <w:br/>
        <w:t>f 28169/28168/23191 28168/28169/23191 28150/28150/23179</w:t>
        <w:br/>
        <w:t>f 28151/28149/23179 28169/28168/23191 28150/28150/23179</w:t>
        <w:br/>
        <w:t>f 28143/28143/23175 28172/28170/23192 28171/28171/23193</w:t>
        <w:br/>
        <w:t>f 28170/28172/23194 28143/28143/23175 28171/28171/23193</w:t>
        <w:br/>
        <w:t>f 28176/28173/23195 28175/28174/23196 28174/28175/23197</w:t>
        <w:br/>
        <w:t>f 28173/28176/23195 28176/28173/23195 28174/28175/23197</w:t>
        <w:br/>
        <w:t>f 28147/28146/23177 28148/28145/23177 28154/28153/23181</w:t>
        <w:br/>
        <w:t>f 28155/28152/23181 28147/28146/23177 28154/28153/23181</w:t>
        <w:br/>
        <w:t>f 28134/28137/23169 28133/28133/23165 28130/28132/23164</w:t>
        <w:br/>
        <w:t>f 28137/28134/23166 28134/28137/23169 28130/28132/23164</w:t>
        <w:br/>
        <w:t>f 28156/28158/23184 28157/28157/23184 28178/28177/23198</w:t>
        <w:br/>
        <w:t>f 28177/28178/23198 28156/28158/23184 28178/28177/23198</w:t>
        <w:br/>
        <w:t>f 28178/28177/23198 28180/28179/23199 28179/28180/23200</w:t>
        <w:br/>
        <w:t>f 28177/28178/23198 28178/28177/23198 28179/28180/23200</w:t>
        <w:br/>
        <w:t>f 28175/28174/23196 28181/28181/23201 28174/28175/23197</w:t>
        <w:br/>
        <w:t>f 28164/28165/23189 28165/28164/23189 28183/28182/23202</w:t>
        <w:br/>
        <w:t>f 28182/28183/23202 28164/28165/23189 28183/28182/23202</w:t>
        <w:br/>
        <w:t>f 28185/28184/23203 28141/28140/23172 28140/28141/23173</w:t>
        <w:br/>
        <w:t>f 28184/28185/23204 28185/28184/23203 28140/28141/23173</w:t>
        <w:br/>
        <w:t>f 28186/28186/23205 28166/28166/23190 28167/28167/23190</w:t>
        <w:br/>
        <w:t>f 28187/28187/23205 28186/28186/23205 28167/28167/23190</w:t>
        <w:br/>
        <w:t>f 28189/28188/23206 28188/28189/23206 28182/28183/23202</w:t>
        <w:br/>
        <w:t>f 28183/28182/23202 28189/28188/23206 28182/28183/23202</w:t>
        <w:br/>
        <w:t>f 28191/28190/23207 28185/28184/23203 28184/28185/23204</w:t>
        <w:br/>
        <w:t>f 28190/28191/23208 28191/28190/23207 28184/28185/23204</w:t>
        <w:br/>
        <w:t>f 28187/28187/23205 28193/28192/23209 28192/28193/23209</w:t>
        <w:br/>
        <w:t>f 28186/28186/23205 28187/28187/23205 28192/28193/23209</w:t>
        <w:br/>
        <w:t>f 28142/28144/23176 28143/28143/23175 28170/28172/23194</w:t>
        <w:br/>
        <w:t>f 28194/28194/23210 28142/28144/23176 28170/28172/23194</w:t>
        <w:br/>
        <w:t>f 28184/28185/23204 28196/28195/23211 28195/28196/23212</w:t>
        <w:br/>
        <w:t>f 28190/28191/23208 28184/28185/23204 28195/28196/23212</w:t>
        <w:br/>
        <w:t>f 28184/28185/23204 28140/28141/23173 28197/28197/23213</w:t>
        <w:br/>
        <w:t>f 28196/28195/23211 28184/28185/23204 28197/28197/23213</w:t>
        <w:br/>
        <w:t>f 28140/28141/23173 28138/28139/23171 28198/28198/23214</w:t>
        <w:br/>
        <w:t>f 28197/28197/23213 28140/28141/23173 28198/28198/23214</w:t>
        <w:br/>
        <w:t>f 28138/28139/23171 28136/28135/23167 28199/28199/23215</w:t>
        <w:br/>
        <w:t>f 28198/28198/23214 28138/28139/23171 28199/28199/23215</w:t>
        <w:br/>
        <w:t>f 28200/28200/23216 28199/28199/23215 28136/28135/23167</w:t>
        <w:br/>
        <w:t>f 28137/28134/23166 28200/28200/23216 28136/28135/23167</w:t>
        <w:br/>
        <w:t>f 28137/28134/23166 28130/28132/23164 28201/28201/23217</w:t>
        <w:br/>
        <w:t>f 28200/28200/23216 28137/28134/23166 28201/28201/23217</w:t>
        <w:br/>
        <w:t>f 28130/28132/23164 28131/28131/23163 28202/28202/23218</w:t>
        <w:br/>
        <w:t>f 28201/28201/23217 28130/28132/23164 28202/28202/23218</w:t>
        <w:br/>
        <w:t>f 28144/28142/23174 28172/28170/23192 28143/28143/23175</w:t>
        <w:br/>
        <w:t>f 28190/28191/23208 28170/28172/23194 28171/28171/23193</w:t>
        <w:br/>
        <w:t>f 28191/28190/23207 28190/28191/23208 28171/28171/23193</w:t>
        <w:br/>
        <w:t>f 28194/28194/23210 28170/28172/23194 28190/28191/23208</w:t>
        <w:br/>
        <w:t>f 28195/28196/23212 28194/28194/23210 28190/28191/23208</w:t>
        <w:br/>
        <w:t>f 28173/28176/23195 28192/28193/23209 28193/28192/23209</w:t>
        <w:br/>
        <w:t>f 28176/28173/23195 28173/28176/23195 28193/28192/23209</w:t>
        <w:br/>
        <w:t>f 28188/28189/23206 28189/28188/23206 28168/28169/23191</w:t>
        <w:br/>
        <w:t>f 28169/28168/23191 28188/28189/23206 28168/28169/23191</w:t>
        <w:br/>
        <w:t>f 28206/28203/23219 28205/28204/23220 28204/28205/23221</w:t>
        <w:br/>
        <w:t>f 28203/28206/23222 28206/28203/23219 28204/28205/23221</w:t>
        <w:br/>
        <w:t>f 28205/28204/23220 28206/28203/23219 28208/28207/23223</w:t>
        <w:br/>
        <w:t>f 28207/28208/23224 28205/28204/23220 28208/28207/23223</w:t>
        <w:br/>
        <w:t>f 28211/28209/23225 28210/28210/23226 28209/28211/23227</w:t>
        <w:br/>
        <w:t>f 28215/28212/23228 28214/28213/23229 28213/28214/23230</w:t>
        <w:br/>
        <w:t>f 28212/28215/23231 28215/28212/23228 28213/28214/23230</w:t>
        <w:br/>
        <w:t>f 28219/28216/23232 28218/28217/23233 28217/28218/23233</w:t>
        <w:br/>
        <w:t>f 28216/28219/23234 28219/28216/23232 28217/28218/23233</w:t>
        <w:br/>
        <w:t>f 28222/28220/23235 28221/28221/23236 28220/28222/23235</w:t>
        <w:br/>
        <w:t>f 28224/28223/23237 28217/28218/23233 28218/28217/23233</w:t>
        <w:br/>
        <w:t>f 28223/28224/23237 28224/28223/23237 28218/28217/23233</w:t>
        <w:br/>
        <w:t>f 28228/28225/23238 28227/28226/23239 28226/28227/23240</w:t>
        <w:br/>
        <w:t>f 28225/28228/23240 28228/28225/23238 28226/28227/23240</w:t>
        <w:br/>
        <w:t>f 28232/28229/23241 28231/28230/23242 28230/28231/23242</w:t>
        <w:br/>
        <w:t>f 28229/28232/23241 28232/28229/23241 28230/28231/23242</w:t>
        <w:br/>
        <w:t>f 28236/28233/23243 28235/28234/23243 28234/28235/23244</w:t>
        <w:br/>
        <w:t>f 28233/28236/23244 28236/28233/23243 28234/28235/23244</w:t>
        <w:br/>
        <w:t>f 28238/28237/23245 28237/28238/23246 28207/28208/23224</w:t>
        <w:br/>
        <w:t>f 28208/28207/23223 28238/28237/23245 28207/28208/23224</w:t>
        <w:br/>
        <w:t>f 28227/28226/23239 28228/28225/23238 28240/28239/23247</w:t>
        <w:br/>
        <w:t>f 28239/28240/23247 28227/28226/23239 28240/28239/23247</w:t>
        <w:br/>
        <w:t>f 28242/28241/23248 28224/28223/23237 28223/28224/23237</w:t>
        <w:br/>
        <w:t>f 28241/28242/23248 28242/28241/23248 28223/28224/23237</w:t>
        <w:br/>
        <w:t>f 28222/28220/23235 28220/28222/23235 28232/28229/23241</w:t>
        <w:br/>
        <w:t>f 28229/28232/23241 28222/28220/23235 28232/28229/23241</w:t>
        <w:br/>
        <w:t>f 28215/28212/23228 28243/28243/23249 28209/28211/23227</w:t>
        <w:br/>
        <w:t>f 28214/28213/23229 28215/28212/23228 28209/28211/23227</w:t>
        <w:br/>
        <w:t>f 28233/28236/23244 28234/28235/23244 28245/28244/23250</w:t>
        <w:br/>
        <w:t>f 28244/28245/23251 28233/28236/23244 28245/28244/23250</w:t>
        <w:br/>
        <w:t>f 28225/28228/23240 28226/28227/23240 28246/28246/23252</w:t>
        <w:br/>
        <w:t>f 28247/28247/23252 28225/28228/23240 28246/28246/23252</w:t>
        <w:br/>
        <w:t>f 28244/28245/23251 28245/28244/23250 28248/28248/23253</w:t>
        <w:br/>
        <w:t>f 28250/28249/23254 28242/28241/23248 28241/28242/23248</w:t>
        <w:br/>
        <w:t>f 28249/28250/23254 28250/28249/23254 28241/28242/23248</w:t>
        <w:br/>
        <w:t>f 28252/28251/23255 28251/28252/23256 28237/28238/23246</w:t>
        <w:br/>
        <w:t>f 28238/28237/23245 28252/28251/23255 28237/28238/23246</w:t>
        <w:br/>
        <w:t>f 28239/28240/23247 28240/28239/23247 28254/28253/23257</w:t>
        <w:br/>
        <w:t>f 28253/28254/23257 28239/28240/23247 28254/28253/23257</w:t>
        <w:br/>
        <w:t>f 28231/28230/23242 28250/28249/23254 28249/28250/23254</w:t>
        <w:br/>
        <w:t>f 28230/28231/23242 28231/28230/23242 28249/28250/23254</w:t>
        <w:br/>
        <w:t>f 28212/28215/23231 28213/28214/23230 28251/28252/23256</w:t>
        <w:br/>
        <w:t>f 28252/28251/23255 28212/28215/23231 28251/28252/23256</w:t>
        <w:br/>
        <w:t>f 28253/28254/23257 28254/28253/23257 28235/28234/23243</w:t>
        <w:br/>
        <w:t>f 28236/28233/23243 28253/28254/23257 28235/28234/23243</w:t>
        <w:br/>
        <w:t>f 28214/28213/23229 28209/28211/23227 28210/28210/23226</w:t>
        <w:br/>
        <w:t>f 28255/28255/23258 28214/28213/23229 28210/28210/23226</w:t>
        <w:br/>
        <w:t>f 28214/28213/23229 28255/28255/23258 28256/28256/23259</w:t>
        <w:br/>
        <w:t>f 28213/28214/23230 28214/28213/23229 28256/28256/23259</w:t>
        <w:br/>
        <w:t>f 28213/28214/23230 28256/28256/23259 28257/28257/23260</w:t>
        <w:br/>
        <w:t>f 28251/28252/23256 28213/28214/23230 28257/28257/23260</w:t>
        <w:br/>
        <w:t>f 28251/28252/23256 28257/28257/23260 28258/28258/23261</w:t>
        <w:br/>
        <w:t>f 28237/28238/23246 28251/28252/23256 28258/28258/23261</w:t>
        <w:br/>
        <w:t>f 28237/28238/23246 28258/28258/23261 28259/28259/23262</w:t>
        <w:br/>
        <w:t>f 28207/28208/23224 28237/28238/23246 28259/28259/23262</w:t>
        <w:br/>
        <w:t>f 28260/28260/23263 28205/28204/23220 28207/28208/23224</w:t>
        <w:br/>
        <w:t>f 28259/28259/23262 28260/28260/23263 28207/28208/23224</w:t>
        <w:br/>
        <w:t>f 28205/28204/23220 28260/28260/23263 28261/28261/23264</w:t>
        <w:br/>
        <w:t>f 28204/28205/23221 28205/28204/23220 28261/28261/23264</w:t>
        <w:br/>
        <w:t>f 28211/28209/23225 28209/28211/23227 28243/28243/23249</w:t>
        <w:br/>
        <w:t>f 27252/27252/22326 27346/27347/22406 27244/27245/22319</w:t>
        <w:br/>
        <w:t>f 27218/27218/22292 27227/27227/22301 27240/27240/22314</w:t>
        <w:br/>
        <w:t>f 27246/27247/22321 27223/27224/22298 27245/27244/22318</w:t>
        <w:br/>
        <w:t>f 27224/27223/22297 27216/27216/22290 27211/27211/22285</w:t>
        <w:br/>
        <w:t>f 27209/27208/22282 27216/27216/22290 27222/27222/22296</w:t>
        <w:br/>
        <w:t>f 27204/27207/22281 27214/27215/22289 27218/27218/22292</w:t>
        <w:br/>
        <w:t>f 27334/27336/22396 27362/27362/22420 27423/27422/22478</w:t>
        <w:br/>
        <w:t>f 27469/27470/22524 27408/27408/22463 27437/27437/22493</w:t>
        <w:br/>
        <w:t>f 27575/27575/22629 27526/27526/22579 27600/27601/22654</w:t>
        <w:br/>
        <w:t>f 27518/27518/22571 27470/27469/22523 27469/27470/22524</w:t>
        <w:br/>
        <w:t>f 27500/27500/22552 27522/27522/22575 27576/27576/22630</w:t>
        <w:br/>
        <w:t>f 27526/27526/22579 27500/27500/22552 27588/27588/22641</w:t>
        <w:br/>
        <w:t>f 27706/27707/22762 27642/27642/22697 27682/27682/22738</w:t>
        <w:br/>
        <w:t>f 27707/27706/22761 27682/27682/22738 27699/27698/22754</w:t>
        <w:br/>
        <w:t>f 27698/27699/22755 27745/27746/22797 27765/27765/22816</w:t>
        <w:br/>
        <w:t>f 27819/27819/22869 27825/27825/22875 27832/27831/22881</w:t>
        <w:br/>
        <w:t>f 27825/27825/22875 27819/27819/22869 27806/27807/22857</w:t>
        <w:br/>
        <w:t>f 27720/27719/22771 27760/27759/22810 27886/27888/22936</w:t>
        <w:br/>
        <w:t>f 27579/27580/22634 27662/27661/22718 27633/27630/22684</w:t>
        <w:br/>
        <w:t>f 27551/27552/22606 27552/27551/22605 27579/27580/22634</w:t>
        <w:br/>
        <w:t>f 27552/27551/22605 27559/27559/22613 27580/27579/22633</w:t>
        <w:br/>
        <w:t>f 27606/27606/22659 27580/27579/22633 27559/27559/22613</w:t>
        <w:br/>
        <w:t>f 28817/28262/23265 28816/28263/23266 28815/28264/23267</w:t>
        <w:br/>
        <w:t>f 28814/28265/23268 28817/28262/23265 28815/28264/23267</w:t>
        <w:br/>
        <w:t>f 28819/28266/23269 28818/28267/23270 28814/28265/23268</w:t>
        <w:br/>
        <w:t>f 28815/28264/23267 28819/28266/23269 28814/28265/23268</w:t>
        <w:br/>
        <w:t>f 28818/28267/23270 28822/28268/23271 28821/28269/23272</w:t>
        <w:br/>
        <w:t>f 28820/28270/23273 28818/28267/23270 28821/28269/23272</w:t>
        <w:br/>
        <w:t>f 28826/28271/23274 28825/28272/23275 28824/28273/23276</w:t>
        <w:br/>
        <w:t>f 28823/28274/23277 28826/28271/23274 28824/28273/23276</w:t>
        <w:br/>
        <w:t>f 28829/28275/23278 28828/28276/23279 28827/28277/23280</w:t>
        <w:br/>
        <w:t>f 28822/28268/23271 28829/28275/23278 28827/28277/23280</w:t>
        <w:br/>
        <w:t>f 28828/28276/23279 28831/28278/23281 28830/28279/23282</w:t>
        <w:br/>
        <w:t>f 28827/28277/23280 28828/28276/23279 28830/28279/23282</w:t>
        <w:br/>
        <w:t>f 28835/28280/23283 28834/28281/23284 28833/28282/23285</w:t>
        <w:br/>
        <w:t>f 28832/28283/23286 28835/28280/23283 28833/28282/23285</w:t>
        <w:br/>
        <w:t>f 28816/28263/23266 28825/28272/23275 28826/28271/23274</w:t>
        <w:br/>
        <w:t>f 28815/28264/23267 28816/28263/23266 28826/28271/23274</w:t>
        <w:br/>
        <w:t>f 28814/28265/23268 28837/28284/23287 28836/28285/23288</w:t>
        <w:br/>
        <w:t>f 28817/28262/23265 28814/28265/23268 28836/28285/23288</w:t>
        <w:br/>
        <w:t>f 28839/28286/23289 28838/28287/23290 28832/28283/23286</w:t>
        <w:br/>
        <w:t>f 28833/28282/23285 28839/28286/23289 28832/28283/23286</w:t>
        <w:br/>
        <w:t>f 28843/28288/23291 28842/28289/23292 28841/28290/23293</w:t>
        <w:br/>
        <w:t>f 28840/28291/23294 28843/28288/23291 28841/28290/23293</w:t>
        <w:br/>
        <w:t>f 28818/28267/23270 28820/28270/23273 28837/28284/23287</w:t>
        <w:br/>
        <w:t>f 28814/28265/23268 28818/28267/23270 28837/28284/23287</w:t>
        <w:br/>
        <w:t>f 28824/28273/23276 28831/28278/23281 28828/28276/23279</w:t>
        <w:br/>
        <w:t>f 28823/28274/23277 28824/28273/23276 28828/28276/23279</w:t>
        <w:br/>
        <w:t>f 28822/28268/23271 28827/28277/23280 28841/28290/23293</w:t>
        <w:br/>
        <w:t>f 28821/28269/23272 28822/28268/23271 28841/28290/23293</w:t>
        <w:br/>
        <w:t>f 28846/28292/23295 28845/28293/23296 28844/28294/23297</w:t>
        <w:br/>
        <w:t>f 28834/28281/23284 28846/28292/23295 28844/28294/23297</w:t>
        <w:br/>
        <w:t>f 28822/28268/23271 28818/28267/23270 28819/28266/23269</w:t>
        <w:br/>
        <w:t>f 28829/28275/23278 28822/28268/23271 28819/28266/23269</w:t>
        <w:br/>
        <w:t>f 28849/28295/23298 28848/28296/23299 28847/28297/23300</w:t>
        <w:br/>
        <w:t>f 28852/28298/23301 28851/28299/23302 28850/28300/23303</w:t>
        <w:br/>
        <w:t>f 28854/28301/23304 28853/28302/23305 28850/28300/23303</w:t>
        <w:br/>
        <w:t>f 28851/28299/23302 28854/28301/23304 28850/28300/23303</w:t>
        <w:br/>
        <w:t>f 28855/28303/23306 28849/28295/23298 28847/28297/23300</w:t>
        <w:br/>
        <w:t>f 28852/28298/23301 28857/28304/23307 28856/28305/23308</w:t>
        <w:br/>
        <w:t>f 28851/28299/23302 28852/28298/23301 28856/28305/23308</w:t>
        <w:br/>
        <w:t>f 28853/28302/23305 28854/28301/23304 28849/28295/23298</w:t>
        <w:br/>
        <w:t>f 28855/28303/23306 28853/28302/23305 28849/28295/23298</w:t>
        <w:br/>
        <w:t>f 28861/28306/23309 28860/28307/23310 28859/28308/23311</w:t>
        <w:br/>
        <w:t>f 28858/28309/23312 28861/28306/23309 28859/28308/23311</w:t>
        <w:br/>
        <w:t>f 28858/28309/23312 28859/28308/23311 28862/28310/23313</w:t>
        <w:br/>
        <w:t>f 28863/28311/23314 28858/28309/23312 28862/28310/23313</w:t>
        <w:br/>
        <w:t>f 28839/28286/23289 28833/28282/23285 28865/28312/23315</w:t>
        <w:br/>
        <w:t>f 28864/28313/23316 28839/28286/23289 28865/28312/23315</w:t>
        <w:br/>
        <w:t>f 28844/28294/23297 28867/28314/23317 28866/28315/23318</w:t>
        <w:br/>
        <w:t>f 28865/28312/23315 28844/28294/23297 28866/28315/23318</w:t>
        <w:br/>
        <w:t>f 28870/28316/23319 28869/28317/23320 28845/28293/23296</w:t>
        <w:br/>
        <w:t>f 28868/28318/23321 28870/28316/23319 28845/28293/23296</w:t>
        <w:br/>
        <w:t>f 28872/28319/23322 28871/28320/23323 28866/28315/23318</w:t>
        <w:br/>
        <w:t>f 28867/28314/23317 28872/28319/23322 28866/28315/23318</w:t>
        <w:br/>
        <w:t>f 28864/28313/23316 28874/28321/23324 28873/28322/23325</w:t>
        <w:br/>
        <w:t>f 28839/28286/23289 28864/28313/23316 28873/28322/23325</w:t>
        <w:br/>
        <w:t>f 28876/28323/23326 28866/28315/23318 28871/28320/23323</w:t>
        <w:br/>
        <w:t>f 28875/28324/23327 28876/28323/23326 28871/28320/23323</w:t>
        <w:br/>
        <w:t>f 28876/28323/23326 28864/28313/23316 28865/28312/23315</w:t>
        <w:br/>
        <w:t>f 28866/28315/23318 28876/28323/23326 28865/28312/23315</w:t>
        <w:br/>
        <w:t>f 28839/28286/23289 28873/28322/23325 28877/28325/23328</w:t>
        <w:br/>
        <w:t>f 28838/28287/23290 28839/28286/23289 28877/28325/23328</w:t>
        <w:br/>
        <w:t>f 28872/28319/23322 28867/28314/23317 28869/28317/23320</w:t>
        <w:br/>
        <w:t>f 28833/28282/23285 28834/28281/23284 28844/28294/23297</w:t>
        <w:br/>
        <w:t>f 28865/28312/23315 28833/28282/23285 28844/28294/23297</w:t>
        <w:br/>
        <w:t>f 28875/28324/23327 28871/28320/23323 28878/28326/23329</w:t>
        <w:br/>
        <w:t>f 28879/28327/23330 28875/28324/23327 28878/28326/23329</w:t>
        <w:br/>
        <w:t>f 28871/28320/23323 28872/28319/23322 28880/28328/23331</w:t>
        <w:br/>
        <w:t>f 28878/28326/23329 28871/28320/23323 28880/28328/23331</w:t>
        <w:br/>
        <w:t>f 28880/28328/23331 28883/28329/23332 28882/28330/23333</w:t>
        <w:br/>
        <w:t>f 28881/28331/23334 28880/28328/23331 28882/28330/23333</w:t>
        <w:br/>
        <w:t>f 28883/28329/23332 28885/28332/23335 28884/28333/23336</w:t>
        <w:br/>
        <w:t>f 28882/28330/23333 28883/28329/23332 28884/28333/23336</w:t>
        <w:br/>
        <w:t>f 28857/28304/23307 28886/28334/23337 28856/28305/23308</w:t>
        <w:br/>
        <w:t>f 28851/28299/23302 28856/28305/23308 28887/28335/23338</w:t>
        <w:br/>
        <w:t>f 28854/28301/23304 28851/28299/23302 28887/28335/23338</w:t>
        <w:br/>
        <w:t>f 28882/28330/23333 28884/28333/23336 28848/28296/23299</w:t>
        <w:br/>
        <w:t>f 28888/28336/23339 28882/28330/23333 28848/28296/23299</w:t>
        <w:br/>
        <w:t>f 28881/28331/23334 28887/28335/23338 28856/28305/23308</w:t>
        <w:br/>
        <w:t>f 28886/28334/23337 28881/28331/23334 28856/28305/23308</w:t>
        <w:br/>
        <w:t>f 28881/28331/23334 28882/28330/23333 28888/28336/23339</w:t>
        <w:br/>
        <w:t>f 28887/28335/23338 28881/28331/23334 28888/28336/23339</w:t>
        <w:br/>
        <w:t>f 28849/28295/23298 28888/28336/23339 28848/28296/23299</w:t>
        <w:br/>
        <w:t>f 28859/28308/23311 28860/28307/23310 28850/28300/23303</w:t>
        <w:br/>
        <w:t>f 28853/28302/23305 28862/28310/23313 28859/28308/23311</w:t>
        <w:br/>
        <w:t>f 28850/28300/23303 28853/28302/23305 28859/28308/23311</w:t>
        <w:br/>
        <w:t>f 28890/28337/23340 28889/28338/23341 28862/28310/23313</w:t>
        <w:br/>
        <w:t>f 28853/28302/23305 28890/28337/23340 28862/28310/23313</w:t>
        <w:br/>
        <w:t>f 28889/28338/23341 28890/28337/23340 28891/28339/23342</w:t>
        <w:br/>
        <w:t>f 28892/28340/23343 28889/28338/23341 28891/28339/23342</w:t>
        <w:br/>
        <w:t>f 28855/28303/23306 28891/28339/23342 28890/28337/23340</w:t>
        <w:br/>
        <w:t>f 28863/28311/23314 28862/28310/23313 28889/28338/23341</w:t>
        <w:br/>
        <w:t>f 28892/28340/23343 28863/28311/23314 28889/28338/23341</w:t>
        <w:br/>
        <w:t>f 28887/28335/23338 28888/28336/23339 28849/28295/23298</w:t>
        <w:br/>
        <w:t>f 28854/28301/23304 28887/28335/23338 28849/28295/23298</w:t>
        <w:br/>
        <w:t>f 28844/28294/23297 28845/28293/23296 28869/28317/23320</w:t>
        <w:br/>
        <w:t>f 28867/28314/23317 28844/28294/23297 28869/28317/23320</w:t>
        <w:br/>
        <w:t>f 28834/28281/23284 28835/28280/23283 28893/28341/23344</w:t>
        <w:br/>
        <w:t>f 28846/28292/23295 28834/28281/23284 28893/28341/23344</w:t>
        <w:br/>
        <w:t>f 28846/28292/23295 28893/28341/23344 28895/28342/23345</w:t>
        <w:br/>
        <w:t>f 28894/28343/23346 28846/28292/23295 28895/28342/23345</w:t>
        <w:br/>
        <w:t>f 28870/28316/23319 28896/28344/23347 28869/28317/23320</w:t>
        <w:br/>
        <w:t>f 28855/28303/23306 28890/28337/23340 28853/28302/23305</w:t>
        <w:br/>
        <w:t>f 28886/28334/23337 28857/28304/23307 28879/28327/23330</w:t>
        <w:br/>
        <w:t>f 28878/28326/23329 28886/28334/23337 28879/28327/23330</w:t>
        <w:br/>
        <w:t>f 28880/28328/23331 28881/28331/23334 28886/28334/23337</w:t>
        <w:br/>
        <w:t>f 28878/28326/23329 28880/28328/23331 28886/28334/23337</w:t>
        <w:br/>
        <w:t>f 28883/28329/23332 28880/28328/23331 28872/28319/23322</w:t>
        <w:br/>
        <w:t>f 28869/28317/23320 28883/28329/23332 28872/28319/23322</w:t>
        <w:br/>
        <w:t>f 28896/28344/23347 28885/28332/23335 28883/28329/23332</w:t>
        <w:br/>
        <w:t>f 28869/28317/23320 28896/28344/23347 28883/28329/23332</w:t>
        <w:br/>
        <w:t>f 28876/28323/23326 28875/28324/23327 28874/28321/23324</w:t>
        <w:br/>
        <w:t>f 28864/28313/23316 28876/28323/23326 28874/28321/23324</w:t>
        <w:br/>
        <w:t>f 28845/28293/23296 28846/28292/23295 28894/28343/23346</w:t>
        <w:br/>
        <w:t>f 28868/28318/23321 28845/28293/23296 28894/28343/23346</w:t>
        <w:br/>
        <w:t>f 28815/28264/23267 28826/28271/23274 28819/28266/23269</w:t>
        <w:br/>
        <w:t>f 28826/28271/23274 28823/28274/23277 28829/28275/23278</w:t>
        <w:br/>
        <w:t>f 28819/28266/23269 28826/28271/23274 28829/28275/23278</w:t>
        <w:br/>
        <w:t>f 28829/28275/23278 28823/28274/23277 28828/28276/23279</w:t>
        <w:br/>
        <w:t>f 28835/28280/23283 28832/28283/23286 28820/28270/23273</w:t>
        <w:br/>
        <w:t>f 28821/28269/23272 28835/28280/23283 28820/28270/23273</w:t>
        <w:br/>
        <w:t>f 28837/28284/23287 28838/28287/23290 28877/28325/23328</w:t>
        <w:br/>
        <w:t>f 28836/28285/23288 28837/28284/23287 28877/28325/23328</w:t>
        <w:br/>
        <w:t>f 28827/28277/23280 28830/28279/23282 28840/28291/23294</w:t>
        <w:br/>
        <w:t>f 28841/28290/23293 28827/28277/23280 28840/28291/23294</w:t>
        <w:br/>
        <w:t>f 28820/28270/23273 28832/28283/23286 28838/28287/23290</w:t>
        <w:br/>
        <w:t>f 28837/28284/23287 28820/28270/23273 28838/28287/23290</w:t>
        <w:br/>
        <w:t>f 28842/28289/23292 28835/28280/23283 28821/28269/23272</w:t>
        <w:br/>
        <w:t>f 28841/28290/23293 28842/28289/23292 28821/28269/23272</w:t>
        <w:br/>
        <w:t>f 29452/28345/23348 29451/28346/23349 29450/28347/23350</w:t>
        <w:br/>
        <w:t>f 29449/28348/23351 29452/28345/23348 29450/28347/23350</w:t>
        <w:br/>
        <w:t>f 29451/28346/23349 29454/28349/23352 29453/28350/23353</w:t>
        <w:br/>
        <w:t>f 29450/28347/23350 29451/28346/23349 29453/28350/23353</w:t>
        <w:br/>
        <w:t>f 29454/28349/23352 29457/28351/23354 29456/28352/23355</w:t>
        <w:br/>
        <w:t>f 29455/28353/23356 29454/28349/23352 29456/28352/23355</w:t>
        <w:br/>
        <w:t>f 29461/28354/23357 29460/28355/23358 29459/28356/23359</w:t>
        <w:br/>
        <w:t>f 29458/28357/23360 29461/28354/23357 29459/28356/23359</w:t>
        <w:br/>
        <w:t>f 29464/28358/23361 29463/28359/23362 29462/28360/23363</w:t>
        <w:br/>
        <w:t>f 29455/28353/23356 29464/28358/23361 29462/28360/23363</w:t>
        <w:br/>
        <w:t>f 29463/28359/23362 29464/28358/23361 29466/28361/23364</w:t>
        <w:br/>
        <w:t>f 29465/28362/23365 29463/28359/23362 29466/28361/23364</w:t>
        <w:br/>
        <w:t>f 29469/28363/23366 29468/28364/23367 29467/28365/23368</w:t>
        <w:br/>
        <w:t>f 29470/28366/23369 29469/28363/23366 29467/28365/23368</w:t>
        <w:br/>
        <w:t>f 29449/28348/23351 29450/28347/23350 29461/28354/23357</w:t>
        <w:br/>
        <w:t>f 29458/28357/23360 29449/28348/23351 29461/28354/23357</w:t>
        <w:br/>
        <w:t>f 29451/28346/23349 29452/28345/23348 29472/28367/23370</w:t>
        <w:br/>
        <w:t>f 29471/28368/23371 29451/28346/23349 29472/28367/23370</w:t>
        <w:br/>
        <w:t>f 29474/28369/23372 29468/28364/23367 29469/28363/23366</w:t>
        <w:br/>
        <w:t>f 29473/28370/23373 29474/28369/23372 29469/28363/23366</w:t>
        <w:br/>
        <w:t>f 29478/28371/23374 29477/28372/23375 29476/28373/23376</w:t>
        <w:br/>
        <w:t>f 29475/28374/23377 29478/28371/23374 29476/28373/23376</w:t>
        <w:br/>
        <w:t>f 29454/28349/23352 29451/28346/23349 29471/28368/23371</w:t>
        <w:br/>
        <w:t>f 29457/28351/23354 29454/28349/23352 29471/28368/23371</w:t>
        <w:br/>
        <w:t>f 29459/28356/23359 29460/28355/23358 29463/28359/23362</w:t>
        <w:br/>
        <w:t>f 29465/28362/23365 29459/28356/23359 29463/28359/23362</w:t>
        <w:br/>
        <w:t>f 29455/28353/23356 29456/28352/23355 29476/28373/23376</w:t>
        <w:br/>
        <w:t>f 29464/28358/23361 29455/28353/23356 29476/28373/23376</w:t>
        <w:br/>
        <w:t>f 29481/28375/23378 29480/28376/23379 29479/28377/23380</w:t>
        <w:br/>
        <w:t>f 29467/28365/23368 29481/28375/23378 29479/28377/23380</w:t>
        <w:br/>
        <w:t>f 29453/28350/23353 29454/28349/23352 29455/28353/23356</w:t>
        <w:br/>
        <w:t>f 29462/28360/23363 29453/28350/23353 29455/28353/23356</w:t>
        <w:br/>
        <w:t>f 29484/28378/23381 29483/28379/23382 29482/28380/23383</w:t>
        <w:br/>
        <w:t>f 29487/28381/23384 29486/28382/23385 29485/28383/23386</w:t>
        <w:br/>
        <w:t>f 29486/28382/23385 29489/28384/23387 29488/28385/23388</w:t>
        <w:br/>
        <w:t>f 29485/28383/23386 29486/28382/23385 29488/28385/23388</w:t>
        <w:br/>
        <w:t>f 29490/28386/23389 29483/28379/23382 29484/28378/23381</w:t>
        <w:br/>
        <w:t>f 29487/28381/23384 29485/28383/23386 29492/28387/23390</w:t>
        <w:br/>
        <w:t>f 29491/28388/23391 29487/28381/23384 29492/28387/23390</w:t>
        <w:br/>
        <w:t>f 29489/28384/23387 29490/28386/23389 29484/28378/23381</w:t>
        <w:br/>
        <w:t>f 29488/28385/23388 29489/28384/23387 29484/28378/23381</w:t>
        <w:br/>
        <w:t>f 29496/28389/23392 29495/28390/23393 29494/28391/23394</w:t>
        <w:br/>
        <w:t>f 29493/28392/23395 29496/28389/23392 29494/28391/23394</w:t>
        <w:br/>
        <w:t>f 29497/28393/23396 29494/28391/23394 29495/28390/23393</w:t>
        <w:br/>
        <w:t>f 29498/28394/23397 29497/28393/23396 29495/28390/23393</w:t>
        <w:br/>
        <w:t>f 29474/28369/23372 29500/28395/23398 29499/28396/23399</w:t>
        <w:br/>
        <w:t>f 29468/28364/23367 29474/28369/23372 29499/28396/23399</w:t>
        <w:br/>
        <w:t>f 29499/28396/23399 29502/28397/23400 29501/28398/23401</w:t>
        <w:br/>
        <w:t>f 29481/28375/23378 29499/28396/23399 29501/28398/23401</w:t>
        <w:br/>
        <w:t>f 29480/28376/23379 29505/28399/23402 29504/28400/23403</w:t>
        <w:br/>
        <w:t>f 29503/28401/23404 29480/28376/23379 29504/28400/23403</w:t>
        <w:br/>
        <w:t>f 29502/28397/23400 29507/28402/23405 29506/28403/23406</w:t>
        <w:br/>
        <w:t>f 29501/28398/23401 29502/28397/23400 29506/28403/23406</w:t>
        <w:br/>
        <w:t>f 29500/28395/23398 29474/28369/23372 29508/28404/23407</w:t>
        <w:br/>
        <w:t>f 29509/28405/23408 29500/28395/23398 29508/28404/23407</w:t>
        <w:br/>
        <w:t>f 29511/28406/23409 29510/28407/23410 29507/28402/23405</w:t>
        <w:br/>
        <w:t>f 29502/28397/23400 29511/28406/23409 29507/28402/23405</w:t>
        <w:br/>
        <w:t>f 29511/28406/23409 29502/28397/23400 29499/28396/23399</w:t>
        <w:br/>
        <w:t>f 29500/28395/23398 29511/28406/23409 29499/28396/23399</w:t>
        <w:br/>
        <w:t>f 29474/28369/23372 29473/28370/23373 29512/28408/23411</w:t>
        <w:br/>
        <w:t>f 29508/28404/23407 29474/28369/23372 29512/28408/23411</w:t>
        <w:br/>
        <w:t>f 29506/28403/23406 29505/28399/23402 29501/28398/23401</w:t>
        <w:br/>
        <w:t>f 29468/28364/23367 29499/28396/23399 29481/28375/23378</w:t>
        <w:br/>
        <w:t>f 29467/28365/23368 29468/28364/23367 29481/28375/23378</w:t>
        <w:br/>
        <w:t>f 29513/28409/23412 29507/28402/23405 29510/28407/23410</w:t>
        <w:br/>
        <w:t>f 29514/28410/23413 29513/28409/23412 29510/28407/23410</w:t>
        <w:br/>
        <w:t>f 29515/28411/23414 29506/28403/23406 29507/28402/23405</w:t>
        <w:br/>
        <w:t>f 29513/28409/23412 29515/28411/23414 29507/28402/23405</w:t>
        <w:br/>
        <w:t>f 29515/28411/23414 29518/28412/23415 29517/28413/23416</w:t>
        <w:br/>
        <w:t>f 29516/28414/23417 29515/28411/23414 29517/28413/23416</w:t>
        <w:br/>
        <w:t>f 29516/28414/23417 29517/28413/23416 29520/28415/23418</w:t>
        <w:br/>
        <w:t>f 29519/28416/23419 29516/28414/23417 29520/28415/23418</w:t>
        <w:br/>
        <w:t>f 29491/28388/23391 29492/28387/23390 29521/28417/23420</w:t>
        <w:br/>
        <w:t>f 29485/28383/23386 29488/28385/23388 29522/28418/23421</w:t>
        <w:br/>
        <w:t>f 29492/28387/23390 29485/28383/23386 29522/28418/23421</w:t>
        <w:br/>
        <w:t>f 29517/28413/23416 29523/28419/23422 29482/28380/23383</w:t>
        <w:br/>
        <w:t>f 29520/28415/23418 29517/28413/23416 29482/28380/23383</w:t>
        <w:br/>
        <w:t>f 29492/28387/23390 29522/28418/23421 29518/28412/23415</w:t>
        <w:br/>
        <w:t>f 29521/28417/23420 29492/28387/23390 29518/28412/23415</w:t>
        <w:br/>
        <w:t>f 29523/28419/23422 29517/28413/23416 29518/28412/23415</w:t>
        <w:br/>
        <w:t>f 29522/28418/23421 29523/28419/23422 29518/28412/23415</w:t>
        <w:br/>
        <w:t>f 29484/28378/23381 29482/28380/23383 29523/28419/23422</w:t>
        <w:br/>
        <w:t>f 29494/28391/23394 29486/28382/23385 29493/28392/23395</w:t>
        <w:br/>
        <w:t>f 29489/28384/23387 29486/28382/23385 29494/28391/23394</w:t>
        <w:br/>
        <w:t>f 29497/28393/23396 29489/28384/23387 29494/28391/23394</w:t>
        <w:br/>
        <w:t>f 29497/28393/23396 29525/28420/23423 29524/28421/23424</w:t>
        <w:br/>
        <w:t>f 29489/28384/23387 29497/28393/23396 29524/28421/23424</w:t>
        <w:br/>
        <w:t>f 29525/28420/23423 29526/28422/23425 29524/28421/23424</w:t>
        <w:br/>
        <w:t>f 29527/28423/23426 29526/28422/23425 29525/28420/23423</w:t>
        <w:br/>
        <w:t>f 29528/28424/23427 29524/28421/23424 29526/28422/23425</w:t>
        <w:br/>
        <w:t>f 29498/28394/23397 29527/28423/23426 29525/28420/23423</w:t>
        <w:br/>
        <w:t>f 29497/28393/23396 29498/28394/23397 29525/28420/23423</w:t>
        <w:br/>
        <w:t>f 29522/28418/23421 29488/28385/23388 29484/28378/23381</w:t>
        <w:br/>
        <w:t>f 29523/28419/23422 29522/28418/23421 29484/28378/23381</w:t>
        <w:br/>
        <w:t>f 29481/28375/23378 29501/28398/23401 29505/28399/23402</w:t>
        <w:br/>
        <w:t>f 29480/28376/23379 29481/28375/23378 29505/28399/23402</w:t>
        <w:br/>
        <w:t>f 29467/28365/23368 29479/28377/23380 29529/28425/23428</w:t>
        <w:br/>
        <w:t>f 29470/28366/23369 29467/28365/23368 29529/28425/23428</w:t>
        <w:br/>
        <w:t>f 29479/28377/23380 29530/28426/23429 29478/28371/23374</w:t>
        <w:br/>
        <w:t>f 29475/28374/23377 29479/28377/23380 29478/28371/23374</w:t>
        <w:br/>
        <w:t>f 29504/28400/23403 29505/28399/23402 29531/28427/23430</w:t>
        <w:br/>
        <w:t>f 29490/28386/23389 29489/28384/23387 29524/28421/23424</w:t>
        <w:br/>
        <w:t>f 29514/28410/23413 29491/28388/23391 29521/28417/23420</w:t>
        <w:br/>
        <w:t>f 29513/28409/23412 29514/28410/23413 29521/28417/23420</w:t>
        <w:br/>
        <w:t>f 29513/28409/23412 29521/28417/23420 29518/28412/23415</w:t>
        <w:br/>
        <w:t>f 29515/28411/23414 29513/28409/23412 29518/28412/23415</w:t>
        <w:br/>
        <w:t>f 29516/28414/23417 29505/28399/23402 29506/28403/23406</w:t>
        <w:br/>
        <w:t>f 29515/28411/23414 29516/28414/23417 29506/28403/23406</w:t>
        <w:br/>
        <w:t>f 29505/28399/23402 29516/28414/23417 29519/28416/23419</w:t>
        <w:br/>
        <w:t>f 29531/28427/23430 29505/28399/23402 29519/28416/23419</w:t>
        <w:br/>
        <w:t>f 29509/28405/23408 29510/28407/23410 29511/28406/23409</w:t>
        <w:br/>
        <w:t>f 29500/28395/23398 29509/28405/23408 29511/28406/23409</w:t>
        <w:br/>
        <w:t>f 29480/28376/23379 29503/28401/23404 29530/28426/23429</w:t>
        <w:br/>
        <w:t>f 29479/28377/23380 29480/28376/23379 29530/28426/23429</w:t>
        <w:br/>
        <w:t>f 29450/28347/23350 29453/28350/23353 29461/28354/23357</w:t>
        <w:br/>
        <w:t>f 29462/28360/23363 29460/28355/23358 29461/28354/23357</w:t>
        <w:br/>
        <w:t>f 29453/28350/23353 29462/28360/23363 29461/28354/23357</w:t>
        <w:br/>
        <w:t>f 29462/28360/23363 29463/28359/23362 29460/28355/23358</w:t>
        <w:br/>
        <w:t>f 29457/28351/23354 29469/28363/23366 29470/28366/23369</w:t>
        <w:br/>
        <w:t>f 29456/28352/23355 29457/28351/23354 29470/28366/23369</w:t>
        <w:br/>
        <w:t>f 29471/28368/23371 29472/28367/23370 29512/28408/23411</w:t>
        <w:br/>
        <w:t>f 29473/28370/23373 29471/28368/23371 29512/28408/23411</w:t>
        <w:br/>
        <w:t>f 29477/28372/23375 29466/28361/23364 29464/28358/23361</w:t>
        <w:br/>
        <w:t>f 29476/28373/23376 29477/28372/23375 29464/28358/23361</w:t>
        <w:br/>
        <w:t>f 29457/28351/23354 29471/28368/23371 29473/28370/23373</w:t>
        <w:br/>
        <w:t>f 29469/28363/23366 29457/28351/23354 29473/28370/23373</w:t>
        <w:br/>
        <w:t>f 29456/28352/23355 29470/28366/23369 29475/28374/23377</w:t>
        <w:br/>
        <w:t>f 29476/28373/23376 29456/28352/23355 29475/28374/23377</w:t>
        <w:br/>
        <w:t>f 28265/28428/23431 28264/28429/23432 28263/28430/23433</w:t>
        <w:br/>
        <w:t>f 28262/28431/23434 28265/28428/23431 28263/28430/23433</w:t>
        <w:br/>
        <w:t>f 28265/28428/23431 28267/28432/23435 28266/28433/23436</w:t>
        <w:br/>
        <w:t>f 28264/28429/23432 28265/28428/23431 28266/28433/23436</w:t>
        <w:br/>
        <w:t>f 28271/28434/23437 28270/28435/23438 28269/28436/23439</w:t>
        <w:br/>
        <w:t>f 28268/28437/23440 28271/28434/23437 28269/28436/23439</w:t>
        <w:br/>
        <w:t>f 28273/28438/23441 28272/28439/23442 28269/28436/23439</w:t>
        <w:br/>
        <w:t>f 28270/28435/23438 28273/28438/23441 28269/28436/23439</w:t>
        <w:br/>
        <w:t>f 28277/28440/23443 28276/28441/23444 28275/28442/23445</w:t>
        <w:br/>
        <w:t>f 28274/28443/23446 28277/28440/23443 28275/28442/23445</w:t>
        <w:br/>
        <w:t>f 28279/28444/23447 28278/28445/23448 28274/28443/23446</w:t>
        <w:br/>
        <w:t>f 28275/28442/23445 28279/28444/23447 28274/28443/23446</w:t>
        <w:br/>
        <w:t>f 28283/28446/23449 28282/28447/23450 28281/28448/23451</w:t>
        <w:br/>
        <w:t>f 28280/28449/23452 28283/28446/23449 28281/28448/23451</w:t>
        <w:br/>
        <w:t>f 28287/28450/23453 28286/28451/23454 28285/28452/23455</w:t>
        <w:br/>
        <w:t>f 28284/28453/23456 28287/28450/23453 28285/28452/23455</w:t>
        <w:br/>
        <w:t>f 28286/28451/23454 28289/28454/23457 28288/28455/23458</w:t>
        <w:br/>
        <w:t>f 28285/28452/23455 28286/28451/23454 28288/28455/23458</w:t>
        <w:br/>
        <w:t>f 28293/28456/23459 28292/28457/23460 28291/28458/23461</w:t>
        <w:br/>
        <w:t>f 28290/28459/23462 28293/28456/23459 28291/28458/23461</w:t>
        <w:br/>
        <w:t>f 28296/28460/23463 28295/28461/23464 28294/28462/23465</w:t>
        <w:br/>
        <w:t>f 28262/28431/23434 28296/28460/23463 28294/28462/23465</w:t>
        <w:br/>
        <w:t>f 28300/28463/23466 28299/28464/23467 28298/28465/23467</w:t>
        <w:br/>
        <w:t>f 28297/28466/23468 28300/28463/23466 28298/28465/23467</w:t>
        <w:br/>
        <w:t>f 28273/28438/23441 28270/28435/23438 28301/28467/23469</w:t>
        <w:br/>
        <w:t>f 28297/28466/23468 28273/28438/23441 28301/28467/23469</w:t>
        <w:br/>
        <w:t>f 28270/28435/23438 28271/28434/23437 28302/28468/23470</w:t>
        <w:br/>
        <w:t>f 28301/28467/23469 28270/28435/23438 28302/28468/23470</w:t>
        <w:br/>
        <w:t>f 28267/28432/23435 28265/28428/23431 28304/28469/23471</w:t>
        <w:br/>
        <w:t>f 28303/28470/23471 28267/28432/23435 28304/28469/23471</w:t>
        <w:br/>
        <w:t>f 28265/28428/23431 28262/28431/23434 28294/28462/23465</w:t>
        <w:br/>
        <w:t>f 28305/28471/23472 28265/28428/23431 28294/28462/23465</w:t>
        <w:br/>
        <w:t>f 28307/28472/23473 28306/28473/23474 28269/28436/23439</w:t>
        <w:br/>
        <w:t>f 28272/28439/23442 28307/28472/23473 28269/28436/23439</w:t>
        <w:br/>
        <w:t>f 28309/28474/23475 28269/28436/23439 28306/28473/23474</w:t>
        <w:br/>
        <w:t>f 28308/28475/23476 28309/28474/23475 28306/28473/23474</w:t>
        <w:br/>
        <w:t>f 28264/28429/23432 28266/28433/23436 28311/28476/23476</w:t>
        <w:br/>
        <w:t>f 28310/28477/23477 28264/28429/23432 28311/28476/23476</w:t>
        <w:br/>
        <w:t>f 28315/28478/23478 28314/28479/23479 28313/28480/23480</w:t>
        <w:br/>
        <w:t>f 28312/28481/23481 28315/28478/23478 28313/28480/23480</w:t>
        <w:br/>
        <w:t>f 28317/28482/23482 28316/28483/23483 28314/28479/23479</w:t>
        <w:br/>
        <w:t>f 28315/28478/23478 28317/28482/23482 28314/28479/23479</w:t>
        <w:br/>
        <w:t>f 28320/28484/23484 28319/28485/23485 28307/28472/23473</w:t>
        <w:br/>
        <w:t>f 28318/28486/23486 28320/28484/23484 28307/28472/23473</w:t>
        <w:br/>
        <w:t>f 28323/28487/23487 28322/28488/23488 28321/28489/23489</w:t>
        <w:br/>
        <w:t>f 28318/28486/23486 28323/28487/23487 28321/28489/23489</w:t>
        <w:br/>
        <w:t>f 28325/28490/23490 28324/28491/23491 28321/28489/23489</w:t>
        <w:br/>
        <w:t>f 28322/28488/23488 28325/28490/23490 28321/28489/23489</w:t>
        <w:br/>
        <w:t>f 28327/28492/23492 28326/28493/23480 28324/28491/23491</w:t>
        <w:br/>
        <w:t>f 28325/28490/23490 28327/28492/23492 28324/28491/23491</w:t>
        <w:br/>
        <w:t>f 28329/28494/23493 28328/28495/23494 28316/28483/23483</w:t>
        <w:br/>
        <w:t>f 28317/28482/23482 28329/28494/23493 28316/28483/23483</w:t>
        <w:br/>
        <w:t>f 28330/28496/23495 28328/28495/23494 28329/28494/23493</w:t>
        <w:br/>
        <w:t>f 28334/28497/23496 28333/28498/23497 28332/28499/23498</w:t>
        <w:br/>
        <w:t>f 28331/28500/23499 28334/28497/23496 28332/28499/23498</w:t>
        <w:br/>
        <w:t>f 28336/28501/23500 28335/28502/23501 28333/28498/23497</w:t>
        <w:br/>
        <w:t>f 28334/28497/23496 28336/28501/23500 28333/28498/23497</w:t>
        <w:br/>
        <w:t>f 28340/28503/23502 28339/28504/23503 28338/28505/23504</w:t>
        <w:br/>
        <w:t>f 28337/28506/23505 28340/28503/23502 28338/28505/23504</w:t>
        <w:br/>
        <w:t>f 28339/28504/23503 28342/28507/23506 28341/28508/23507</w:t>
        <w:br/>
        <w:t>f 28338/28505/23504 28339/28504/23503 28341/28508/23507</w:t>
        <w:br/>
        <w:t>f 28344/28509/23508 28343/28510/23509 28341/28508/23507</w:t>
        <w:br/>
        <w:t>f 28342/28507/23506 28344/28509/23508 28341/28508/23507</w:t>
        <w:br/>
        <w:t>f 28346/28511/23510 28345/28512/23498 28343/28510/23509</w:t>
        <w:br/>
        <w:t>f 28344/28509/23508 28346/28511/23510 28343/28510/23509</w:t>
        <w:br/>
        <w:t>f 28348/28513/23511 28347/28514/23512 28335/28502/23501</w:t>
        <w:br/>
        <w:t>f 28336/28501/23500 28348/28513/23511 28335/28502/23501</w:t>
        <w:br/>
        <w:t>f 28350/28515/23513 28347/28514/23512 28348/28513/23511</w:t>
        <w:br/>
        <w:t>f 28349/28516/23514 28350/28515/23513 28348/28513/23511</w:t>
        <w:br/>
        <w:t>f 28352/28517/23515 28350/28515/23513 28349/28516/23514</w:t>
        <w:br/>
        <w:t>f 28351/28518/23516 28352/28517/23515 28349/28516/23514</w:t>
        <w:br/>
        <w:t>f 28354/28519/23517 28340/28503/23502 28337/28506/23505</w:t>
        <w:br/>
        <w:t>f 28353/28520/23515 28354/28519/23517 28337/28506/23505</w:t>
        <w:br/>
        <w:t>f 28358/28521/23518 28357/28522/23519 28356/28523/23520</w:t>
        <w:br/>
        <w:t>f 28355/28524/23521 28358/28521/23518 28356/28523/23520</w:t>
        <w:br/>
        <w:t>f 28360/28525/23522 28359/28526/23523 28357/28522/23519</w:t>
        <w:br/>
        <w:t>f 28358/28521/23518 28360/28525/23522 28357/28522/23519</w:t>
        <w:br/>
        <w:t>f 28364/28527/23524 28363/28528/23525 28362/28529/23526</w:t>
        <w:br/>
        <w:t>f 28361/28530/23527 28364/28527/23524 28362/28529/23526</w:t>
        <w:br/>
        <w:t>f 28366/28531/23528 28365/28532/23529 28362/28529/23526</w:t>
        <w:br/>
        <w:t>f 28363/28528/23525 28366/28531/23528 28362/28529/23526</w:t>
        <w:br/>
        <w:t>f 28368/28533/23530 28367/28534/23531 28365/28532/23529</w:t>
        <w:br/>
        <w:t>f 28366/28531/23528 28368/28533/23530 28365/28532/23529</w:t>
        <w:br/>
        <w:t>f 28370/28535/23532 28369/28536/23520 28367/28534/23531</w:t>
        <w:br/>
        <w:t>f 28368/28533/23530 28370/28535/23532 28367/28534/23531</w:t>
        <w:br/>
        <w:t>f 28360/28525/23522 28372/28537/23533 28371/28538/23534</w:t>
        <w:br/>
        <w:t>f 28359/28526/23523 28360/28525/23522 28371/28538/23534</w:t>
        <w:br/>
        <w:t>f 28374/28539/23535 28371/28538/23534 28372/28537/23533</w:t>
        <w:br/>
        <w:t>f 28373/28540/23536 28374/28539/23535 28372/28537/23533</w:t>
        <w:br/>
        <w:t>f 28376/28541/23537 28374/28539/23535 28373/28540/23536</w:t>
        <w:br/>
        <w:t>f 28375/28542/23538 28376/28541/23537 28373/28540/23536</w:t>
        <w:br/>
        <w:t>f 28378/28543/23538 28364/28527/23524 28361/28530/23527</w:t>
        <w:br/>
        <w:t>f 28377/28544/23537 28378/28543/23538 28361/28530/23527</w:t>
        <w:br/>
        <w:t>f 28382/28545/23539 28381/28546/23540 28380/28547/23541</w:t>
        <w:br/>
        <w:t>f 28379/28548/23542 28382/28545/23539 28380/28547/23541</w:t>
        <w:br/>
        <w:t>f 28381/28546/23540 28383/28549/23543 28380/28547/23541</w:t>
        <w:br/>
        <w:t>f 28387/28550/23544 28386/28551/23545 28385/28552/23546</w:t>
        <w:br/>
        <w:t>f 28384/28553/23547 28387/28550/23544 28385/28552/23546</w:t>
        <w:br/>
        <w:t>f 28387/28550/23544 28388/28554/23548 28386/28551/23545</w:t>
        <w:br/>
        <w:t>f 28390/28555/23549 28389/28556/23550 28388/28554/23548</w:t>
        <w:br/>
        <w:t>f 28387/28550/23544 28390/28555/23549 28388/28554/23548</w:t>
        <w:br/>
        <w:t>f 28392/28557/23551 28391/28558/23552 28389/28556/23550</w:t>
        <w:br/>
        <w:t>f 28381/28546/23540 28394/28559/23553 28393/28560/23554</w:t>
        <w:br/>
        <w:t>f 28383/28549/23543 28381/28546/23540 28393/28560/23554</w:t>
        <w:br/>
        <w:t>f 28395/28561/23555 28393/28560/23554 28394/28559/23553</w:t>
        <w:br/>
        <w:t>f 28398/28562/23556 28395/28561/23555 28397/28563/23557</w:t>
        <w:br/>
        <w:t>f 28396/28564/23558 28398/28562/23556 28397/28563/23557</w:t>
        <w:br/>
        <w:t>f 28384/28553/23547 28385/28552/23546 28399/28565/23559</w:t>
        <w:br/>
        <w:t>f 28402/28566/23560 28401/28567/23561 28400/28568/23562</w:t>
        <w:br/>
        <w:t>f 28403/28569/23563 28402/28566/23560 28400/28568/23562</w:t>
        <w:br/>
        <w:t>f 28401/28567/23561 28405/28570/23564 28404/28571/23565</w:t>
        <w:br/>
        <w:t>f 28400/28568/23562 28401/28567/23561 28404/28571/23565</w:t>
        <w:br/>
        <w:t>f 28409/28572/23566 28408/28573/23567 28407/28574/23568</w:t>
        <w:br/>
        <w:t>f 28406/28575/23569 28409/28572/23566 28407/28574/23568</w:t>
        <w:br/>
        <w:t>f 28406/28575/23569 28407/28574/23568 28411/28576/23570</w:t>
        <w:br/>
        <w:t>f 28410/28577/23571 28406/28575/23569 28411/28576/23570</w:t>
        <w:br/>
        <w:t>f 28410/28577/23571 28411/28576/23570 28413/28578/23572</w:t>
        <w:br/>
        <w:t>f 28412/28579/23573 28410/28577/23571 28413/28578/23572</w:t>
        <w:br/>
        <w:t>f 28412/28579/23573 28413/28578/23572 28415/28580/23574</w:t>
        <w:br/>
        <w:t>f 28414/28581/23575 28412/28579/23573 28415/28580/23574</w:t>
        <w:br/>
        <w:t>f 28417/28582/23576 28414/28581/23575 28415/28580/23574</w:t>
        <w:br/>
        <w:t>f 28416/28583/23577 28417/28582/23576 28415/28580/23574</w:t>
        <w:br/>
        <w:t>f 28419/28584/23578 28417/28582/23576 28416/28583/23577</w:t>
        <w:br/>
        <w:t>f 28418/28585/23579 28419/28584/23578 28416/28583/23577</w:t>
        <w:br/>
        <w:t>f 28423/28586/23580 28422/28587/23581 28421/28588/23582</w:t>
        <w:br/>
        <w:t>f 28420/28589/23583 28423/28586/23580 28421/28588/23582</w:t>
        <w:br/>
        <w:t>f 28423/28586/23580 28420/28589/23583 28424/28590/23584</w:t>
        <w:br/>
        <w:t>f 28425/28591/23585 28423/28586/23580 28424/28590/23584</w:t>
        <w:br/>
        <w:t>f 28427/28592/23586 28425/28591/23585 28424/28590/23584</w:t>
        <w:br/>
        <w:t>f 28426/28593/23587 28427/28592/23586 28424/28590/23584</w:t>
        <w:br/>
        <w:t>f 28403/28569/23563 28427/28592/23586 28426/28593/23587</w:t>
        <w:br/>
        <w:t>f 28402/28566/23560 28403/28569/23563 28426/28593/23587</w:t>
        <w:br/>
        <w:t>f 28429/28594/23588 28428/28595/23589 28402/28566/23560</w:t>
        <w:br/>
        <w:t>f 28426/28593/23587 28429/28594/23588 28402/28566/23560</w:t>
        <w:br/>
        <w:t>f 28429/28594/23588 28426/28593/23587 28424/28590/23584</w:t>
        <w:br/>
        <w:t>f 28430/28596/23590 28429/28594/23588 28424/28590/23584</w:t>
        <w:br/>
        <w:t>f 28430/28596/23590 28424/28590/23584 28420/28589/23583</w:t>
        <w:br/>
        <w:t>f 28431/28597/23591 28430/28596/23590 28420/28589/23583</w:t>
        <w:br/>
        <w:t>f 28421/28588/23582 28432/28598/23592 28431/28597/23591</w:t>
        <w:br/>
        <w:t>f 28420/28589/23583 28421/28588/23582 28431/28597/23591</w:t>
        <w:br/>
        <w:t>f 28416/28583/23577 28434/28599/23593 28433/28600/23592</w:t>
        <w:br/>
        <w:t>f 28418/28585/23579 28416/28583/23577 28433/28600/23592</w:t>
        <w:br/>
        <w:t>f 28415/28580/23574 28435/28601/23594 28434/28599/23593</w:t>
        <w:br/>
        <w:t>f 28416/28583/23577 28415/28580/23574 28434/28599/23593</w:t>
        <w:br/>
        <w:t>f 28415/28580/23574 28413/28578/23572 28320/28484/23484</w:t>
        <w:br/>
        <w:t>f 28435/28601/23594 28415/28580/23574 28320/28484/23484</w:t>
        <w:br/>
        <w:t>f 28413/28578/23572 28411/28576/23570 28319/28485/23485</w:t>
        <w:br/>
        <w:t>f 28320/28484/23484 28413/28578/23572 28319/28485/23485</w:t>
        <w:br/>
        <w:t>f 28411/28576/23570 28407/28574/23568 28436/28602/23595</w:t>
        <w:br/>
        <w:t>f 28319/28485/23485 28411/28576/23570 28436/28602/23595</w:t>
        <w:br/>
        <w:t>f 28407/28574/23568 28408/28573/23567 28437/28603/23596</w:t>
        <w:br/>
        <w:t>f 28436/28602/23595 28407/28574/23568 28437/28603/23596</w:t>
        <w:br/>
        <w:t>f 28405/28570/23564 28401/28567/23561 28439/28604/23597</w:t>
        <w:br/>
        <w:t>f 28438/28605/23596 28405/28570/23564 28439/28604/23597</w:t>
        <w:br/>
        <w:t>f 28401/28567/23561 28402/28566/23560 28428/28595/23589</w:t>
        <w:br/>
        <w:t>f 28439/28604/23597 28401/28567/23561 28428/28595/23589</w:t>
        <w:br/>
        <w:t>f 28347/28514/23512 28329/28494/23493 28317/28482/23482</w:t>
        <w:br/>
        <w:t>f 28335/28502/23501 28347/28514/23512 28317/28482/23482</w:t>
        <w:br/>
        <w:t>f 28335/28502/23501 28317/28482/23482 28315/28478/23478</w:t>
        <w:br/>
        <w:t>f 28333/28498/23497 28335/28502/23501 28315/28478/23478</w:t>
        <w:br/>
        <w:t>f 28333/28498/23497 28315/28478/23478 28312/28481/23481</w:t>
        <w:br/>
        <w:t>f 28332/28499/23498 28333/28498/23497 28312/28481/23481</w:t>
        <w:br/>
        <w:t>f 28345/28512/23498 28327/28492/23492 28325/28490/23490</w:t>
        <w:br/>
        <w:t>f 28343/28510/23509 28345/28512/23498 28325/28490/23490</w:t>
        <w:br/>
        <w:t>f 28343/28510/23509 28325/28490/23490 28322/28488/23488</w:t>
        <w:br/>
        <w:t>f 28341/28508/23507 28343/28510/23509 28322/28488/23488</w:t>
        <w:br/>
        <w:t>f 28323/28487/23487 28338/28505/23504 28341/28508/23507</w:t>
        <w:br/>
        <w:t>f 28322/28488/23488 28323/28487/23487 28341/28508/23507</w:t>
        <w:br/>
        <w:t>f 28369/28536/23520 28346/28511/23510 28344/28509/23508</w:t>
        <w:br/>
        <w:t>f 28367/28534/23531 28369/28536/23520 28344/28509/23508</w:t>
        <w:br/>
        <w:t>f 28367/28534/23531 28344/28509/23508 28342/28507/23506</w:t>
        <w:br/>
        <w:t>f 28365/28532/23529 28367/28534/23531 28342/28507/23506</w:t>
        <w:br/>
        <w:t>f 28365/28532/23529 28342/28507/23506 28339/28504/23503</w:t>
        <w:br/>
        <w:t>f 28362/28529/23526 28365/28532/23529 28339/28504/23503</w:t>
        <w:br/>
        <w:t>f 28339/28504/23503 28340/28503/23502 28361/28530/23527</w:t>
        <w:br/>
        <w:t>f 28362/28529/23526 28339/28504/23503 28361/28530/23527</w:t>
        <w:br/>
        <w:t>f 28340/28503/23502 28354/28519/23517 28377/28544/23537</w:t>
        <w:br/>
        <w:t>f 28361/28530/23527 28340/28503/23502 28377/28544/23537</w:t>
        <w:br/>
        <w:t>f 28351/28518/23516 28349/28516/23514 28374/28539/23535</w:t>
        <w:br/>
        <w:t>f 28376/28541/23537 28351/28518/23516 28374/28539/23535</w:t>
        <w:br/>
        <w:t>f 28349/28516/23514 28348/28513/23511 28371/28538/23534</w:t>
        <w:br/>
        <w:t>f 28374/28539/23535 28349/28516/23514 28371/28538/23534</w:t>
        <w:br/>
        <w:t>f 28348/28513/23511 28336/28501/23500 28359/28526/23523</w:t>
        <w:br/>
        <w:t>f 28371/28538/23534 28348/28513/23511 28359/28526/23523</w:t>
        <w:br/>
        <w:t>f 28359/28526/23523 28336/28501/23500 28334/28497/23496</w:t>
        <w:br/>
        <w:t>f 28357/28522/23519 28359/28526/23523 28334/28497/23496</w:t>
        <w:br/>
        <w:t>f 28357/28522/23519 28334/28497/23496 28331/28500/23499</w:t>
        <w:br/>
        <w:t>f 28356/28523/23520 28357/28522/23519 28331/28500/23499</w:t>
        <w:br/>
        <w:t>f 28293/28456/23459 28290/28459/23462 28440/28606/23598</w:t>
        <w:br/>
        <w:t>f 28276/28441/23444 28441/28607/23599 28275/28442/23445</w:t>
        <w:br/>
        <w:t>f 28275/28442/23445 28441/28607/23599 28279/28444/23447</w:t>
        <w:br/>
        <w:t>f 28283/28446/23449 28442/28608/23600 28282/28447/23450</w:t>
        <w:br/>
        <w:t>f 28444/28609/23601 28443/28610/23602 28286/28451/23603</w:t>
        <w:br/>
        <w:t>f 28286/28451/23454 28445/28611/23604 28289/28454/23457</w:t>
        <w:br/>
        <w:t>f 28446/28612/23605 28381/28546/23540 28382/28545/23539</w:t>
        <w:br/>
        <w:t>f 28447/28613/23606 28387/28550/23544 28384/28553/23547</w:t>
        <w:br/>
        <w:t>f 28448/28614/23607 28392/28557/23608 28387/28550/23544</w:t>
        <w:br/>
        <w:t>f 28446/28612/23605 28394/28559/23553 28381/28546/23540</w:t>
        <w:br/>
        <w:t>f 28450/28615/23609 28397/28563/23610 28449/28616/23611</w:t>
        <w:br/>
        <w:t>f 28391/28558/23552 28370/28535/23532 28368/28533/23530</w:t>
        <w:br/>
        <w:t>f 28389/28556/23550 28391/28558/23552 28368/28533/23530</w:t>
        <w:br/>
        <w:t>f 28389/28556/23550 28368/28533/23530 28366/28531/23528</w:t>
        <w:br/>
        <w:t>f 28388/28554/23548 28389/28556/23550 28366/28531/23528</w:t>
        <w:br/>
        <w:t>f 28388/28554/23548 28366/28531/23528 28363/28528/23525</w:t>
        <w:br/>
        <w:t>f 28386/28551/23545 28388/28554/23548 28363/28528/23525</w:t>
        <w:br/>
        <w:t>f 28386/28551/23545 28363/28528/23525 28364/28527/23524</w:t>
        <w:br/>
        <w:t>f 28385/28552/23546 28386/28551/23545 28364/28527/23524</w:t>
        <w:br/>
        <w:t>f 28364/28527/23524 28378/28543/23538 28399/28565/23559</w:t>
        <w:br/>
        <w:t>f 28385/28552/23546 28364/28527/23524 28399/28565/23559</w:t>
        <w:br/>
        <w:t>f 28375/28542/23538 28373/28540/23536 28395/28561/23555</w:t>
        <w:br/>
        <w:t>f 28398/28562/23556 28375/28542/23538 28395/28561/23555</w:t>
        <w:br/>
        <w:t>f 28373/28540/23536 28372/28537/23533 28393/28560/23554</w:t>
        <w:br/>
        <w:t>f 28395/28561/23555 28373/28540/23536 28393/28560/23554</w:t>
        <w:br/>
        <w:t>f 28372/28537/23533 28360/28525/23522 28383/28549/23543</w:t>
        <w:br/>
        <w:t>f 28393/28560/23554 28372/28537/23533 28383/28549/23543</w:t>
        <w:br/>
        <w:t>f 28360/28525/23522 28358/28521/23518 28380/28547/23541</w:t>
        <w:br/>
        <w:t>f 28383/28549/23543 28360/28525/23522 28380/28547/23541</w:t>
        <w:br/>
        <w:t>f 28380/28547/23541 28358/28521/23518 28355/28524/23521</w:t>
        <w:br/>
        <w:t>f 28379/28548/23542 28380/28547/23541 28355/28524/23521</w:t>
        <w:br/>
        <w:t>f 28295/28461/23464 28277/28440/23443 28274/28443/23446</w:t>
        <w:br/>
        <w:t>f 28294/28462/23465 28295/28461/23464 28274/28443/23446</w:t>
        <w:br/>
        <w:t>f 28292/28457/23460 28300/28463/23466 28297/28466/23468</w:t>
        <w:br/>
        <w:t>f 28288/28455/23458 28292/28457/23460 28297/28466/23468</w:t>
        <w:br/>
        <w:t>f 28297/28466/23468 28301/28467/23469 28285/28452/23455</w:t>
        <w:br/>
        <w:t>f 28288/28455/23458 28297/28466/23468 28285/28452/23455</w:t>
        <w:br/>
        <w:t>f 28301/28467/23469 28302/28468/23470 28284/28453/23456</w:t>
        <w:br/>
        <w:t>f 28285/28452/23455 28301/28467/23469 28284/28453/23456</w:t>
        <w:br/>
        <w:t>f 28303/28470/23471 28304/28469/23471 28280/28449/23452</w:t>
        <w:br/>
        <w:t>f 28281/28448/23451 28303/28470/23471 28280/28449/23452</w:t>
        <w:br/>
        <w:t>f 28305/28471/23472 28294/28462/23465 28274/28443/23446</w:t>
        <w:br/>
        <w:t>f 28278/28445/23448 28305/28471/23472 28274/28443/23446</w:t>
        <w:br/>
        <w:t>f 28264/28429/23432 28310/28477/23477 28451/28617/23612</w:t>
        <w:br/>
        <w:t>f 28263/28430/23433 28264/28429/23432 28451/28617/23612</w:t>
        <w:br/>
        <w:t>f 28329/28494/23493 28347/28514/23512 28350/28515/23513</w:t>
        <w:br/>
        <w:t>f 28330/28496/23495 28329/28494/23493 28350/28515/23513</w:t>
        <w:br/>
        <w:t>f 28262/28431/23434 28453/28618/23613 28452/28619/23614</w:t>
        <w:br/>
        <w:t>f 28296/28460/23463 28262/28431/23434 28452/28619/23614</w:t>
        <w:br/>
        <w:t>f 28337/28506/23505 28338/28505/23504 28323/28487/23487</w:t>
        <w:br/>
        <w:t>f 28454/28620/23615 28337/28506/23505 28323/28487/23487</w:t>
        <w:br/>
        <w:t>f 28456/28621/23616 28452/28619/23614 28453/28618/23613</w:t>
        <w:br/>
        <w:t>f 28455/28622/23617 28456/28621/23616 28453/28618/23613</w:t>
        <w:br/>
        <w:t>f 28460/28623/23618 28459/28624/23619 28458/28625/23619</w:t>
        <w:br/>
        <w:t>f 28457/28626/23620 28460/28623/23618 28458/28625/23619</w:t>
        <w:br/>
        <w:t>f 28299/28464/23467 28462/28627/23621 28461/28628/23622</w:t>
        <w:br/>
        <w:t>f 28298/28465/23467 28299/28464/23467 28461/28628/23622</w:t>
        <w:br/>
        <w:t>f 28454/28620/23615 28463/28629/23623 28353/28520/23515</w:t>
        <w:br/>
        <w:t>f 28337/28506/23505 28454/28620/23615 28353/28520/23515</w:t>
        <w:br/>
        <w:t>f 28464/28630/23623 28330/28496/23495 28350/28515/23513</w:t>
        <w:br/>
        <w:t>f 28352/28517/23515 28464/28630/23623 28350/28515/23513</w:t>
        <w:br/>
        <w:t>f 28429/28594/23588 28328/28495/23494 28451/28617/23612</w:t>
        <w:br/>
        <w:t>f 28428/28595/23589 28429/28594/23588 28451/28617/23612</w:t>
        <w:br/>
        <w:t>f 28306/28473/23474 28307/28472/23473 28319/28485/23485</w:t>
        <w:br/>
        <w:t>f 28436/28602/23595 28306/28473/23474 28319/28485/23485</w:t>
        <w:br/>
        <w:t>f 28308/28475/23476 28306/28473/23474 28436/28602/23595</w:t>
        <w:br/>
        <w:t>f 28437/28603/23596 28308/28475/23476 28436/28602/23595</w:t>
        <w:br/>
        <w:t>f 28310/28477/23477 28311/28476/23476 28438/28605/23596</w:t>
        <w:br/>
        <w:t>f 28439/28604/23597 28310/28477/23477 28438/28605/23596</w:t>
        <w:br/>
        <w:t>f 28314/28479/23479 28431/28597/23591 28432/28598/23592</w:t>
        <w:br/>
        <w:t>f 28313/28480/23480 28314/28479/23479 28432/28598/23592</w:t>
        <w:br/>
        <w:t>f 28316/28483/23483 28430/28596/23590 28431/28597/23591</w:t>
        <w:br/>
        <w:t>f 28314/28479/23479 28316/28483/23483 28431/28597/23591</w:t>
        <w:br/>
        <w:t>f 28307/28472/23473 28272/28439/23442 28454/28620/23615</w:t>
        <w:br/>
        <w:t>f 28318/28486/23486 28307/28472/23473 28454/28620/23615</w:t>
        <w:br/>
        <w:t>f 28318/28486/23486 28321/28489/23489 28435/28601/23594</w:t>
        <w:br/>
        <w:t>f 28320/28484/23484 28318/28486/23486 28435/28601/23594</w:t>
        <w:br/>
        <w:t>f 28324/28491/23491 28434/28599/23593 28435/28601/23594</w:t>
        <w:br/>
        <w:t>f 28321/28489/23489 28324/28491/23491 28435/28601/23594</w:t>
        <w:br/>
        <w:t>f 28326/28493/23480 28433/28600/23592 28434/28599/23593</w:t>
        <w:br/>
        <w:t>f 28324/28491/23491 28326/28493/23480 28434/28599/23593</w:t>
        <w:br/>
        <w:t>f 28328/28495/23494 28429/28594/23588 28430/28596/23590</w:t>
        <w:br/>
        <w:t>f 28316/28483/23483 28328/28495/23494 28430/28596/23590</w:t>
        <w:br/>
        <w:t>f 28451/28617/23612 28310/28477/23477 28439/28604/23597</w:t>
        <w:br/>
        <w:t>f 28428/28595/23589 28451/28617/23612 28439/28604/23597</w:t>
        <w:br/>
        <w:t>f 28451/28617/23612 28328/28495/23494 28330/28496/23495</w:t>
        <w:br/>
        <w:t>f 28263/28430/23433 28451/28617/23612 28330/28496/23495</w:t>
        <w:br/>
        <w:t>f 28318/28486/23486 28454/28620/23615 28323/28487/23487</w:t>
        <w:br/>
        <w:t>f 28467/28631/23624 28466/28632/23625 28465/28633/23626</w:t>
        <w:br/>
        <w:t>f 28468/28634/23627 28467/28631/23624 28465/28633/23626</w:t>
        <w:br/>
        <w:t>f 28467/28631/23624 28468/28634/23627 28469/28635/23628</w:t>
        <w:br/>
        <w:t>f 28470/28636/23629 28467/28631/23624 28469/28635/23628</w:t>
        <w:br/>
        <w:t>f 28469/28635/23628 28472/28637/23630 28471/28638/23631</w:t>
        <w:br/>
        <w:t>f 28470/28636/23629 28469/28635/23628 28471/28638/23631</w:t>
        <w:br/>
        <w:t>f 28472/28637/23630 28474/28639/23632 28473/28640/23633</w:t>
        <w:br/>
        <w:t>f 28471/28638/23631 28472/28637/23630 28473/28640/23633</w:t>
        <w:br/>
        <w:t>f 28478/28641/23634 28477/28642/23635 28476/28643/23636</w:t>
        <w:br/>
        <w:t>f 28475/28644/23637 28478/28641/23634 28476/28643/23636</w:t>
        <w:br/>
        <w:t>f 28482/28645/23638 28481/28646/23639 28480/28647/23640</w:t>
        <w:br/>
        <w:t>f 28479/28648/23641 28482/28645/23638 28480/28647/23640</w:t>
        <w:br/>
        <w:t>f 28480/28647/23640 28484/28649/23642 28483/28650/23643</w:t>
        <w:br/>
        <w:t>f 28479/28648/23641 28480/28647/23640 28483/28650/23643</w:t>
        <w:br/>
        <w:t>f 28470/28636/23629 28483/28650/23643 28484/28649/23642</w:t>
        <w:br/>
        <w:t>f 28473/28640/23633 28485/28651/23644 28471/28638/23631</w:t>
        <w:br/>
        <w:t>f 28487/28652/23645 28473/28640/23633 28486/28653/23646</w:t>
        <w:br/>
        <w:t>f 28488/28654/23647 28487/28652/23645 28486/28653/23646</w:t>
        <w:br/>
        <w:t>f 28490/28655/23648 28487/28652/23645 28488/28654/23647</w:t>
        <w:br/>
        <w:t>f 28489/28656/23649 28490/28655/23648 28488/28654/23647</w:t>
        <w:br/>
        <w:t>f 28471/28638/23631 28485/28651/23644 28490/28655/23648</w:t>
        <w:br/>
        <w:t>f 28491/28657/23650 28471/28638/23631 28490/28655/23648</w:t>
        <w:br/>
        <w:t>f 28493/28658/23651 28492/28659/23652 28471/28638/23631</w:t>
        <w:br/>
        <w:t>f 28490/28655/23648 28495/28660/23653 28494/28661/23654</w:t>
        <w:br/>
        <w:t>f 28491/28657/23650 28490/28655/23648 28494/28661/23654</w:t>
        <w:br/>
        <w:t>f 28495/28660/23653 28490/28655/23648 28489/28656/23649</w:t>
        <w:br/>
        <w:t>f 28492/28659/23652 28491/28657/23650 28494/28661/23654</w:t>
        <w:br/>
        <w:t>f 28494/28661/23654 28497/28662/23655 28496/28663/23656</w:t>
        <w:br/>
        <w:t>f 28492/28659/23652 28494/28661/23654 28496/28663/23656</w:t>
        <w:br/>
        <w:t>f 28492/28659/23652 28496/28663/23656 28499/28664/23657</w:t>
        <w:br/>
        <w:t>f 28498/28665/23658 28492/28659/23652 28499/28664/23657</w:t>
        <w:br/>
        <w:t>f 28503/28666/23659 28502/28667/23660 28501/28668/23661</w:t>
        <w:br/>
        <w:t>f 28500/28669/23661 28503/28666/23659 28501/28668/23661</w:t>
        <w:br/>
        <w:t>f 28483/28650/23662 28499/28664/23657 28505/28670/23663</w:t>
        <w:br/>
        <w:t>f 28504/28671/23664 28483/28650/23662 28505/28670/23663</w:t>
        <w:br/>
        <w:t>f 28496/28663/23656 28506/28672/23665 28505/28670/23663</w:t>
        <w:br/>
        <w:t>f 28499/28664/23657 28496/28663/23656 28505/28670/23663</w:t>
        <w:br/>
        <w:t>f 28508/28673/23666 28496/28663/23656 28497/28662/23655</w:t>
        <w:br/>
        <w:t>f 28507/28674/23667 28508/28673/23666 28497/28662/23655</w:t>
        <w:br/>
        <w:t>f 28511/28675/23668 28510/28676/23669 28509/28677/23670</w:t>
        <w:br/>
        <w:t>f 28510/28676/23669 28511/28675/23668 28512/28678/23671</w:t>
        <w:br/>
        <w:t>f 28513/28679/23672 28510/28676/23669 28512/28678/23671</w:t>
        <w:br/>
        <w:t>f 28515/28680/23673 28513/28679/23672 28512/28678/23671</w:t>
        <w:br/>
        <w:t>f 28514/28681/23674 28515/28680/23673 28512/28678/23671</w:t>
        <w:br/>
        <w:t>f 28517/28682/23675 28515/28680/23673 28514/28681/23674</w:t>
        <w:br/>
        <w:t>f 28516/28683/23676 28517/28682/23675 28514/28681/23674</w:t>
        <w:br/>
        <w:t>f 28468/28634/23627 28465/28633/23626 28509/28677/23670</w:t>
        <w:br/>
        <w:t>f 28510/28676/23669 28468/28634/23627 28509/28677/23670</w:t>
        <w:br/>
        <w:t>f 28510/28676/23669 28518/28684/23677 28469/28635/23628</w:t>
        <w:br/>
        <w:t>f 28468/28634/23627 28510/28676/23669 28469/28635/23628</w:t>
        <w:br/>
        <w:t>f 28519/28685/23678 28472/28637/23630 28469/28635/23628</w:t>
        <w:br/>
        <w:t>f 28518/28684/23677 28519/28685/23678 28469/28635/23628</w:t>
        <w:br/>
        <w:t>f 28519/28685/23678 28520/28686/23679 28474/28639/23632</w:t>
        <w:br/>
        <w:t>f 28472/28637/23630 28519/28685/23678 28474/28639/23632</w:t>
        <w:br/>
        <w:t>f 28483/28650/23643 28522/28687/23680 28521/28688/23681</w:t>
        <w:br/>
        <w:t>f 28524/28689/23682 28477/28642/23635 28523/28690/23683</w:t>
        <w:br/>
        <w:t>f 28523/28690/23683 28477/28642/23635 28525/28691/23684</w:t>
        <w:br/>
        <w:t>f 28525/28691/23684 28477/28642/23635 28478/28641/23634</w:t>
        <w:br/>
        <w:t>f 28529/28692/23685 28528/28693/23686 28527/28694/23687</w:t>
        <w:br/>
        <w:t>f 28526/28695/23688 28529/28692/23685 28527/28694/23687</w:t>
        <w:br/>
        <w:t>f 28530/28696/23689 28526/28695/23688 28527/28694/23687</w:t>
        <w:br/>
        <w:t>f 28531/28697/23690 28530/28696/23689 28527/28694/23687</w:t>
        <w:br/>
        <w:t>f 28533/28698/23691 28532/28699/23692 28530/28696/23689</w:t>
        <w:br/>
        <w:t>f 28531/28697/23690 28533/28698/23691 28530/28696/23689</w:t>
        <w:br/>
        <w:t>f 28533/28698/23691 28479/28648/23641 28521/28688/23681</w:t>
        <w:br/>
        <w:t>f 28532/28699/23692 28533/28698/23691 28521/28688/23681</w:t>
        <w:br/>
        <w:t>f 28522/28687/23680 28534/28700/23693 28532/28699/23692</w:t>
        <w:br/>
        <w:t>f 28521/28688/23681 28522/28687/23680 28532/28699/23692</w:t>
        <w:br/>
        <w:t>f 28535/28701/23694 28508/28673/23666 28507/28674/23667</w:t>
        <w:br/>
        <w:t>f 28535/28701/23694 28534/28700/23693 28522/28687/23680</w:t>
        <w:br/>
        <w:t>f 28505/28670/23695 28535/28701/23694 28522/28687/23680</w:t>
        <w:br/>
        <w:t>f 28534/28700/23693 28536/28702/23696 28530/28696/23689</w:t>
        <w:br/>
        <w:t>f 28532/28699/23692 28534/28700/23693 28530/28696/23689</w:t>
        <w:br/>
        <w:t>f 28537/28703/23697 28526/28695/23688 28530/28696/23689</w:t>
        <w:br/>
        <w:t>f 28536/28702/23696 28537/28703/23697 28530/28696/23689</w:t>
        <w:br/>
        <w:t>f 28537/28703/23697 28529/28692/23685 28526/28695/23688</w:t>
        <w:br/>
        <w:t>f 28540/28704/23696 28539/28705/23694 28538/28706/23698</w:t>
        <w:br/>
        <w:t>f 28541/28707/23699 28475/28644/23637 28476/28643/23636</w:t>
        <w:br/>
        <w:t>f 28545/28708/23700 28544/28709/23701 28543/28710/23702</w:t>
        <w:br/>
        <w:t>f 28542/28711/23703 28545/28708/23700 28543/28710/23702</w:t>
        <w:br/>
        <w:t>f 28482/28645/23638 28546/28712/23704 28481/28646/23639</w:t>
        <w:br/>
        <w:t>f 28550/28713/23705 28549/28714/23706 28548/28715/23707</w:t>
        <w:br/>
        <w:t>f 28547/28716/23708 28550/28713/23705 28548/28715/23707</w:t>
        <w:br/>
        <w:t>f 28552/28717/23709 28551/28718/23710 28548/28715/23707</w:t>
        <w:br/>
        <w:t>f 28549/28714/23706 28552/28717/23709 28548/28715/23707</w:t>
        <w:br/>
        <w:t>f 28549/28714/23706 28553/28719/23711 28552/28717/23709</w:t>
        <w:br/>
        <w:t>f 28541/28707/23699 28555/28720/23712 28554/28721/23713</w:t>
        <w:br/>
        <w:t>f 28545/28708/23700 28541/28707/23699 28554/28721/23713</w:t>
        <w:br/>
        <w:t>f 28553/28719/23711 28479/28648/23641 28533/28698/23691</w:t>
        <w:br/>
        <w:t>f 28531/28697/23690 28552/28717/23709 28553/28719/23711</w:t>
        <w:br/>
        <w:t>f 28533/28698/23691 28531/28697/23690 28553/28719/23711</w:t>
        <w:br/>
        <w:t>f 28527/28694/23687 28551/28718/23710 28552/28717/23709</w:t>
        <w:br/>
        <w:t>f 28531/28697/23690 28527/28694/23687 28552/28717/23709</w:t>
        <w:br/>
        <w:t>f 28556/28722/23714 28527/28694/23687 28528/28693/23686</w:t>
        <w:br/>
        <w:t>f 28556/28722/23714 28528/28693/23686 28558/28723/23715</w:t>
        <w:br/>
        <w:t>f 28557/28724/23716 28556/28722/23714 28558/28723/23715</w:t>
        <w:br/>
        <w:t>f 28557/28724/23716 28558/28723/23715 28560/28725/23717</w:t>
        <w:br/>
        <w:t>f 28559/28726/23718 28557/28724/23716 28560/28725/23717</w:t>
        <w:br/>
        <w:t>f 28564/28727/23719 28563/28728/23720 28562/28729/23721</w:t>
        <w:br/>
        <w:t>f 28561/28730/23722 28564/28727/23719 28562/28729/23721</w:t>
        <w:br/>
        <w:t>f 28563/28728/23720 28564/28727/23719 28565/28731/23723</w:t>
        <w:br/>
        <w:t>f 28567/28732/23724 28566/28733/23725 28565/28731/23723</w:t>
        <w:br/>
        <w:t>f 28564/28727/23719 28567/28732/23724 28565/28731/23723</w:t>
        <w:br/>
        <w:t>f 28564/28727/23719 28561/28730/23722 28568/28734/23726</w:t>
        <w:br/>
        <w:t>f 28567/28732/23724 28564/28727/23719 28568/28734/23726</w:t>
        <w:br/>
        <w:t>f 28568/28734/23726 28561/28730/23722 28569/28735/23727</w:t>
        <w:br/>
        <w:t>f 28570/28736/23728 28565/28731/23723 28566/28733/23725</w:t>
        <w:br/>
        <w:t>f 28571/28737/23729 28563/28728/23720 28565/28731/23723</w:t>
        <w:br/>
        <w:t>f 28570/28736/23728 28571/28737/23729 28565/28731/23723</w:t>
        <w:br/>
        <w:t>f 28572/28738/23730 28559/28726/23718 28560/28725/23717</w:t>
        <w:br/>
        <w:t>f 28573/28739/23731 28572/28738/23730 28560/28725/23717</w:t>
        <w:br/>
        <w:t>f 28543/28710/23732 28547/28716/23733 28574/28740/23734</w:t>
        <w:br/>
        <w:t>f 28576/28741/23735 28574/28740/23734 28547/28716/23733</w:t>
        <w:br/>
        <w:t>f 28575/28742/23736 28576/28741/23735 28547/28716/23733</w:t>
        <w:br/>
        <w:t>f 28578/28743/23737 28542/28711/23703 28543/28710/23702</w:t>
        <w:br/>
        <w:t>f 28577/28744/23738 28578/28743/23737 28543/28710/23702</w:t>
        <w:br/>
        <w:t>f 28578/28743/23737 28577/28744/23738 28576/28741/23739</w:t>
        <w:br/>
        <w:t>f 28579/28745/23740 28547/28716/23741 28563/28728/23720</w:t>
        <w:br/>
        <w:t>f 28583/28746/23742 28582/28747/23743 28581/28748/23744</w:t>
        <w:br/>
        <w:t>f 28580/28749/23745 28583/28746/23742 28581/28748/23744</w:t>
        <w:br/>
        <w:t>f 28563/28728/23720 28571/28737/23729 28584/28750/23746</w:t>
        <w:br/>
        <w:t>f 28579/28745/23740 28563/28728/23720 28584/28750/23746</w:t>
        <w:br/>
        <w:t>f 28586/28751/23747 28581/28748/23744 28582/28747/23743</w:t>
        <w:br/>
        <w:t>f 28585/28752/23748 28586/28751/23747 28582/28747/23743</w:t>
        <w:br/>
        <w:t>f 28584/28750/23746 28571/28737/23729 28588/28753/23749</w:t>
        <w:br/>
        <w:t>f 28587/28754/23750 28584/28750/23746 28588/28753/23749</w:t>
        <w:br/>
        <w:t>f 28570/28736/23728 28589/28755/23751 28571/28737/23729</w:t>
        <w:br/>
        <w:t>f 28589/28755/23752 28572/28738/23730 28573/28739/23731</w:t>
        <w:br/>
        <w:t>f 28590/28756/23753 28589/28755/23752 28573/28739/23731</w:t>
        <w:br/>
        <w:t>f 28586/28751/23747 28585/28752/23748 28592/28757/23754</w:t>
        <w:br/>
        <w:t>f 28591/28758/23755 28586/28751/23747 28592/28757/23754</w:t>
        <w:br/>
        <w:t>f 28587/28754/23750 28588/28753/23749 28593/28759/23756</w:t>
        <w:br/>
        <w:t>f 28596/28760/23757 28571/28737/23729 28595/28761/23758</w:t>
        <w:br/>
        <w:t>f 28594/28762/23759 28596/28760/23757 28595/28761/23758</w:t>
        <w:br/>
        <w:t>f 28600/28763/23760 28599/28764/23761 28598/28765/23762</w:t>
        <w:br/>
        <w:t>f 28597/28766/23760 28600/28763/23760 28598/28765/23762</w:t>
        <w:br/>
        <w:t>f 28602/28767/23763 28598/28765/23762 28599/28764/23761</w:t>
        <w:br/>
        <w:t>f 28601/28768/23764 28602/28767/23763 28599/28764/23761</w:t>
        <w:br/>
        <w:t>f 28595/28761/23758 28590/28756/23753 28603/28769/23765</w:t>
        <w:br/>
        <w:t>f 28594/28762/23759 28595/28761/23758 28603/28769/23765</w:t>
        <w:br/>
        <w:t>f 28605/28770/23766 28596/28760/23757 28594/28762/23759</w:t>
        <w:br/>
        <w:t>f 28604/28771/23767 28605/28770/23766 28594/28762/23759</w:t>
        <w:br/>
        <w:t>f 28601/28768/23764 28599/28764/23761 28604/28771/23767</w:t>
        <w:br/>
        <w:t>f 28606/28772/23768 28601/28768/23764 28604/28771/23767</w:t>
        <w:br/>
        <w:t>f 28594/28762/23759 28603/28769/23765 28608/28773/23769</w:t>
        <w:br/>
        <w:t>f 28607/28774/23770 28594/28762/23759 28608/28773/23769</w:t>
        <w:br/>
        <w:t>f 28608/28773/23771 28609/28775/23772 28606/28772/23768</w:t>
        <w:br/>
        <w:t>f 28604/28771/23767 28608/28773/23771 28606/28772/23768</w:t>
        <w:br/>
        <w:t>f 28606/28772/23768 28611/28776/23773 28610/28777/23774</w:t>
        <w:br/>
        <w:t>f 28601/28768/23764 28606/28772/23768 28610/28777/23774</w:t>
        <w:br/>
        <w:t>f 28609/28775/23772 28611/28776/23773 28606/28772/23768</w:t>
        <w:br/>
        <w:t>f 28612/28778/23775 28602/28767/23763 28601/28768/23764</w:t>
        <w:br/>
        <w:t>f 28610/28777/23774 28612/28778/23775 28601/28768/23764</w:t>
        <w:br/>
        <w:t>f 28593/28759/23756 28588/28753/23749 28598/28765/23762</w:t>
        <w:br/>
        <w:t>f 28613/28779/23776 28593/28759/23756 28598/28765/23762</w:t>
        <w:br/>
        <w:t>f 28593/28759/23756 28613/28779/23776 28614/28780/23777</w:t>
        <w:br/>
        <w:t>f 28616/28781/23778 28613/28779/23776 28598/28765/23762</w:t>
        <w:br/>
        <w:t>f 28615/28782/23779 28616/28781/23778 28598/28765/23762</w:t>
        <w:br/>
        <w:t>f 28617/28783/23780 28614/28780/23777 28613/28779/23776</w:t>
        <w:br/>
        <w:t>f 28616/28781/23778 28617/28783/23780 28613/28779/23776</w:t>
        <w:br/>
        <w:t>f 28619/28784/23781 28615/28782/23779 28618/28785/23782</w:t>
        <w:br/>
        <w:t>f 28621/28786/23783 28620/28787/23784 28617/28783/23780</w:t>
        <w:br/>
        <w:t>f 28616/28781/23778 28621/28786/23783 28617/28783/23780</w:t>
        <w:br/>
        <w:t>f 28622/28788/23785 28617/28783/23780 28620/28787/23784</w:t>
        <w:br/>
        <w:t>f 28623/28789/23786 28614/28780/23777 28617/28783/23780</w:t>
        <w:br/>
        <w:t>f 28622/28788/23785 28623/28789/23786 28617/28783/23780</w:t>
        <w:br/>
        <w:t>f 28626/28790/23787 28591/28758/23755 28625/28791/23788</w:t>
        <w:br/>
        <w:t>f 28624/28792/23789 28626/28790/23787 28625/28791/23788</w:t>
        <w:br/>
        <w:t>f 28622/28788/23785 28628/28793/23790 28627/28794/23791</w:t>
        <w:br/>
        <w:t>f 28623/28789/23786 28622/28788/23785 28627/28794/23791</w:t>
        <w:br/>
        <w:t>f 28626/28790/23787 28624/28792/23789 28630/28795/23792</w:t>
        <w:br/>
        <w:t>f 28629/28796/23793 28626/28790/23787 28630/28795/23792</w:t>
        <w:br/>
        <w:t>f 28631/28797/23794 28620/28787/23784 28621/28786/23783</w:t>
        <w:br/>
        <w:t>f 28633/28798/23795 28619/28784/23781 28618/28785/23782</w:t>
        <w:br/>
        <w:t>f 28632/28799/23796 28633/28798/23795 28618/28785/23782</w:t>
        <w:br/>
        <w:t>f 28628/28793/23790 28622/28788/23785 28620/28787/23784</w:t>
        <w:br/>
        <w:t>f 28634/28800/23797 28628/28793/23790 28620/28787/23784</w:t>
        <w:br/>
        <w:t>f 28637/28801/23798 28627/28794/23799 28636/28802/23800</w:t>
        <w:br/>
        <w:t>f 28635/28803/23801 28637/28801/23798 28636/28802/23800</w:t>
        <w:br/>
        <w:t>f 28629/28796/23793 28627/28794/23799 28637/28801/23798</w:t>
        <w:br/>
        <w:t>f 28638/28804/23802 28635/28803/23801 28636/28802/23800</w:t>
        <w:br/>
        <w:t>f 28631/28797/23794 28634/28800/23797 28620/28787/23784</w:t>
        <w:br/>
        <w:t>f 28555/28720/23803 28479/28648/23641 28553/28719/23711</w:t>
        <w:br/>
        <w:t>f 28544/28709/23701 28545/28708/23700 28553/28719/23711</w:t>
        <w:br/>
        <w:t>f 28483/28650/23643 28521/28688/23681 28479/28648/23641</w:t>
        <w:br/>
        <w:t>f 28503/28666/23804 28524/28689/23682 28523/28690/23683</w:t>
        <w:br/>
        <w:t>f 28502/28667/23660 28503/28666/23659 28639/28805/23805</w:t>
        <w:br/>
        <w:t>f 28471/28638/23631 28492/28659/23652 28498/28665/23658</w:t>
        <w:br/>
        <w:t>f 28571/28737/23729 28596/28760/23757 28588/28753/23749</w:t>
        <w:br/>
        <w:t>f 28616/28781/23778 28615/28782/23779 28621/28786/23783</w:t>
        <w:br/>
        <w:t>f 28541/28707/23699 28545/28708/23700 28542/28711/23703</w:t>
        <w:br/>
        <w:t>f 28542/28711/23703 28475/28644/23637 28541/28707/23699</w:t>
        <w:br/>
        <w:t>f 28643/28806/23806 28642/28807/23807 28641/28808/23808</w:t>
        <w:br/>
        <w:t>f 28640/28809/23809 28643/28806/23806 28641/28808/23808</w:t>
        <w:br/>
        <w:t>f 28645/28810/23810 28644/28811/23811 28641/28808/23808</w:t>
        <w:br/>
        <w:t>f 28642/28807/23807 28645/28810/23810 28641/28808/23808</w:t>
        <w:br/>
        <w:t>f 28644/28811/23811 28645/28810/23810 28647/28812/23812</w:t>
        <w:br/>
        <w:t>f 28646/28813/23813 28644/28811/23811 28647/28812/23812</w:t>
        <w:br/>
        <w:t>f 28646/28813/23813 28647/28812/23812 28649/28814/23814</w:t>
        <w:br/>
        <w:t>f 28648/28815/23815 28646/28813/23813 28649/28814/23814</w:t>
        <w:br/>
        <w:t>f 28651/28816/23816 28642/28807/23807 28650/28817/23817</w:t>
        <w:br/>
        <w:t>f 28650/28817/23817 28642/28807/23807 28652/28818/23634</w:t>
        <w:br/>
        <w:t>f 28643/28806/23806 28652/28818/23634 28642/28807/23807</w:t>
        <w:br/>
        <w:t>f 28652/28818/23634 28654/28819/23818 28653/28820/23819</w:t>
        <w:br/>
        <w:t>f 28650/28817/23817 28652/28818/23634 28653/28820/23819</w:t>
        <w:br/>
        <w:t>f 28658/28821/23820 28657/28822/23821 28656/28823/23822</w:t>
        <w:br/>
        <w:t>f 28655/28824/23823 28658/28821/23820 28656/28823/23822</w:t>
        <w:br/>
        <w:t>f 28645/28810/23810 28651/28816/23816 28659/28825/23824</w:t>
        <w:br/>
        <w:t>f 28649/28814/23814 28647/28812/23812 28660/28826/23825</w:t>
        <w:br/>
        <w:t>f 28663/28827/23826 28662/28828/23827 28661/28829/23828</w:t>
        <w:br/>
        <w:t>f 28664/28830/23646 28663/28827/23826 28661/28829/23828</w:t>
        <w:br/>
        <w:t>f 28666/28831/23829 28665/28832/23647 28662/28828/23830</w:t>
        <w:br/>
        <w:t>f 28667/28833/23831 28666/28831/23829 28662/28828/23830</w:t>
        <w:br/>
        <w:t>f 28669/28834/23832 28660/28826/23825 28647/28812/23812</w:t>
        <w:br/>
        <w:t>f 28668/28835/23833 28669/28834/23832 28647/28812/23812</w:t>
        <w:br/>
        <w:t>f 28668/28835/23833 28647/28812/23812 28670/28836/23834</w:t>
        <w:br/>
        <w:t>f 28668/28835/23833 28672/28837/23835 28671/28838/23836</w:t>
        <w:br/>
        <w:t>f 28667/28833/23831 28668/28835/23833 28671/28838/23836</w:t>
        <w:br/>
        <w:t>f 28671/28838/23836 28666/28831/23829 28667/28833/23831</w:t>
        <w:br/>
        <w:t>f 28670/28836/23834 28672/28837/23835 28668/28835/23833</w:t>
        <w:br/>
        <w:t>f 28675/28839/23837 28674/28840/23838 28673/28841/23654</w:t>
        <w:br/>
        <w:t>f 28670/28836/23834 28675/28839/23837 28673/28841/23654</w:t>
        <w:br/>
        <w:t>f 28670/28836/23834 28678/28842/23839 28677/28843/23840</w:t>
        <w:br/>
        <w:t>f 28676/28844/23841 28670/28836/23834 28677/28843/23840</w:t>
        <w:br/>
        <w:t>f 28677/28843/23840 28678/28842/23839 28645/28810/23810</w:t>
        <w:br/>
        <w:t>f 28659/28825/23824 28677/28843/23840 28645/28810/23810</w:t>
        <w:br/>
        <w:t>f 28677/28843/23840 28680/28845/23842 28679/28846/23843</w:t>
        <w:br/>
        <w:t>f 28676/28844/23841 28677/28843/23840 28679/28846/23843</w:t>
        <w:br/>
        <w:t>f 28681/28847/23667 28674/28840/23838 28675/28839/23837</w:t>
        <w:br/>
        <w:t>f 28682/28848/23844 28681/28847/23667 28675/28839/23837</w:t>
        <w:br/>
        <w:t>f 28659/28825/23824 28683/28849/23845 28680/28845/23842</w:t>
        <w:br/>
        <w:t>f 28677/28843/23840 28659/28825/23824 28680/28845/23842</w:t>
        <w:br/>
        <w:t>f 28686/28850/23668 28685/28851/23846 28684/28852/23847</w:t>
        <w:br/>
        <w:t>f 28688/28853/23848 28687/28854/23671 28686/28850/23668</w:t>
        <w:br/>
        <w:t>f 28684/28852/23847 28688/28853/23848 28686/28850/23668</w:t>
        <w:br/>
        <w:t>f 28690/28855/23674 28687/28854/23671 28688/28853/23848</w:t>
        <w:br/>
        <w:t>f 28689/28856/23849 28690/28855/23674 28688/28853/23848</w:t>
        <w:br/>
        <w:t>f 28692/28857/23676 28690/28855/23674 28689/28856/23849</w:t>
        <w:br/>
        <w:t>f 28691/28858/23850 28692/28857/23676 28689/28856/23849</w:t>
        <w:br/>
        <w:t>f 28640/28809/23809 28641/28808/23808 28684/28852/23847</w:t>
        <w:br/>
        <w:t>f 28685/28851/23846 28640/28809/23809 28684/28852/23847</w:t>
        <w:br/>
        <w:t>f 28688/28853/23848 28684/28852/23847 28641/28808/23808</w:t>
        <w:br/>
        <w:t>f 28644/28811/23811 28688/28853/23848 28641/28808/23808</w:t>
        <w:br/>
        <w:t>f 28646/28813/23813 28689/28856/23849 28688/28853/23848</w:t>
        <w:br/>
        <w:t>f 28644/28811/23811 28646/28813/23813 28688/28853/23848</w:t>
        <w:br/>
        <w:t>f 28689/28856/23849 28646/28813/23813 28648/28815/23815</w:t>
        <w:br/>
        <w:t>f 28691/28858/23850 28689/28856/23849 28648/28815/23815</w:t>
        <w:br/>
        <w:t>f 28659/28825/23824 28651/28816/23816 28658/28821/23820</w:t>
        <w:br/>
        <w:t>f 28655/28824/23823 28659/28825/23824 28658/28821/23820</w:t>
        <w:br/>
        <w:t>f 28659/28825/23824 28693/28859/23851 28683/28849/23845</w:t>
        <w:br/>
        <w:t>f 28655/28824/23823 28693/28859/23851 28659/28825/23824</w:t>
        <w:br/>
        <w:t>f 28697/28860/23852 28696/28861/23853 28695/28862/23854</w:t>
        <w:br/>
        <w:t>f 28694/28863/23855 28697/28860/23852 28695/28862/23854</w:t>
        <w:br/>
        <w:t>f 28696/28861/23853 28699/28864/23856 28698/28865/23857</w:t>
        <w:br/>
        <w:t>f 28695/28862/23854 28696/28861/23853 28698/28865/23857</w:t>
        <w:br/>
        <w:t>f 28699/28864/23856 28701/28866/23858 28700/28867/23859</w:t>
        <w:br/>
        <w:t>f 28698/28865/23857 28699/28864/23856 28700/28867/23859</w:t>
        <w:br/>
        <w:t>f 28693/28859/23851 28655/28824/23823 28700/28867/23859</w:t>
        <w:br/>
        <w:t>f 28701/28866/23858 28693/28859/23851 28700/28867/23859</w:t>
        <w:br/>
        <w:t>f 28680/28845/23842 28702/28868/23860 28679/28846/23843</w:t>
        <w:br/>
        <w:t>f 28683/28849/23845 28538/28706/23698 28539/28705/23694</w:t>
        <w:br/>
        <w:t>f 28680/28845/23842 28683/28849/23845 28539/28705/23694</w:t>
        <w:br/>
        <w:t>f 28704/28869/23861 28703/28870/23862 28540/28704/23696</w:t>
        <w:br/>
        <w:t>f 28538/28706/23698 28704/28869/23861 28540/28704/23696</w:t>
        <w:br/>
        <w:t>f 28705/28871/23697 28540/28704/23696 28703/28870/23862</w:t>
        <w:br/>
        <w:t>f 28696/28861/23853 28705/28871/23697 28703/28870/23862</w:t>
        <w:br/>
        <w:t>f 28705/28871/23697 28696/28861/23853 28706/28872/23863</w:t>
        <w:br/>
        <w:t>f 28708/28873/23864 28653/28820/23865 28707/28874/23637</w:t>
        <w:br/>
        <w:t>f 28712/28875/23866 28711/28876/23867 28710/28877/23868</w:t>
        <w:br/>
        <w:t>f 28709/28878/23869 28712/28875/23866 28710/28877/23868</w:t>
        <w:br/>
        <w:t>f 28656/28823/23822 28657/28822/23821 28713/28879/23870</w:t>
        <w:br/>
        <w:t>f 28717/28880/23871 28716/28881/23872 28715/28882/23873</w:t>
        <w:br/>
        <w:t>f 28714/28883/23874 28717/28880/23871 28715/28882/23873</w:t>
        <w:br/>
        <w:t>f 28716/28881/23872 28717/28880/23871 28719/28884/23875</w:t>
        <w:br/>
        <w:t>f 28718/28885/23876 28716/28881/23872 28719/28884/23875</w:t>
        <w:br/>
        <w:t>f 28711/28876/23867 28718/28885/23876 28720/28886/23877</w:t>
        <w:br/>
        <w:t>f 28708/28873/23864 28710/28877/23868 28720/28886/23877</w:t>
        <w:br/>
        <w:t>f 28656/28823/23822 28708/28873/23864 28720/28886/23877</w:t>
        <w:br/>
        <w:t>f 28698/28865/23857 28700/28867/23859 28720/28886/23877</w:t>
        <w:br/>
        <w:t>f 28718/28885/23876 28698/28865/23857 28720/28886/23877</w:t>
        <w:br/>
        <w:t>f 28695/28862/23854 28698/28865/23857 28718/28885/23876</w:t>
        <w:br/>
        <w:t>f 28719/28884/23875 28695/28862/23854 28718/28885/23876</w:t>
        <w:br/>
        <w:t>f 28721/28887/23878 28695/28862/23854 28719/28884/23875</w:t>
        <w:br/>
        <w:t>f 28724/28888/23715 28723/28889/23879 28722/28890/23880</w:t>
        <w:br/>
        <w:t>f 28725/28891/23881 28724/28888/23715 28722/28890/23880</w:t>
        <w:br/>
        <w:t>f 28727/28892/23882 28726/28893/23717 28724/28888/23715</w:t>
        <w:br/>
        <w:t>f 28725/28891/23881 28727/28892/23882 28724/28888/23715</w:t>
        <w:br/>
        <w:t>f 28729/28894/23883 28717/28880/23871 28714/28883/23874</w:t>
        <w:br/>
        <w:t>f 28728/28895/23884 28729/28894/23883 28714/28883/23874</w:t>
        <w:br/>
        <w:t>f 28728/28895/23884 28730/28896/23885 28729/28894/23883</w:t>
        <w:br/>
        <w:t>f 28731/28897/23886 28729/28894/23883 28730/28896/23885</w:t>
        <w:br/>
        <w:t>f 28732/28898/23887 28731/28897/23886 28730/28896/23885</w:t>
        <w:br/>
        <w:t>f 28721/28887/23878 28717/28880/23871 28729/28894/23883</w:t>
        <w:br/>
        <w:t>f 28731/28897/23886 28721/28887/23878 28729/28894/23883</w:t>
        <w:br/>
        <w:t>f 28721/28887/23878 28719/28884/23875 28717/28880/23871</w:t>
        <w:br/>
        <w:t>f 28733/28899/23888 28732/28898/23887 28730/28896/23885</w:t>
        <w:br/>
        <w:t>f 28734/28900/23889 28733/28899/23888 28730/28896/23885</w:t>
        <w:br/>
        <w:t>f 28728/28895/23884 28734/28900/23889 28730/28896/23885</w:t>
        <w:br/>
        <w:t>f 28726/28893/23717 28727/28892/23882 28736/28901/23890</w:t>
        <w:br/>
        <w:t>f 28735/28902/23731 28726/28893/23717 28736/28901/23890</w:t>
        <w:br/>
        <w:t>f 28712/28875/23891 28737/28903/23892 28714/28883/23874</w:t>
        <w:br/>
        <w:t>f 28739/28904/23893 28714/28883/23874 28737/28903/23892</w:t>
        <w:br/>
        <w:t>f 28738/28905/23893 28739/28904/23893 28737/28903/23892</w:t>
        <w:br/>
        <w:t>f 28712/28875/23866 28742/28906/23703 28741/28907/23737</w:t>
        <w:br/>
        <w:t>f 28740/28908/23894 28712/28875/23866 28741/28907/23737</w:t>
        <w:br/>
        <w:t>f 28741/28907/23737 28743/28909/23739 28737/28903/23895</w:t>
        <w:br/>
        <w:t>f 28745/28910/23745 28744/28911/23896 28714/28883/23874</w:t>
        <w:br/>
        <w:t>f 28744/28911/23896 28745/28910/23745 28747/28912/23744</w:t>
        <w:br/>
        <w:t>f 28746/28913/23897 28744/28911/23896 28747/28912/23744</w:t>
        <w:br/>
        <w:t>f 28728/28895/23884 28744/28911/23896 28746/28913/23897</w:t>
        <w:br/>
        <w:t>f 28734/28900/23889 28728/28895/23884 28746/28913/23897</w:t>
        <w:br/>
        <w:t>f 28746/28913/23897 28747/28912/23744 28748/28914/23747</w:t>
        <w:br/>
        <w:t>f 28749/28915/23898 28746/28913/23897 28748/28914/23747</w:t>
        <w:br/>
        <w:t>f 28751/28916/23899 28750/28917/23900 28734/28900/23889</w:t>
        <w:br/>
        <w:t>f 28746/28913/23897 28751/28916/23899 28734/28900/23889</w:t>
        <w:br/>
        <w:t>f 28733/28899/23888 28734/28900/23889 28752/28918/23901</w:t>
        <w:br/>
        <w:t>f 28735/28902/23731 28736/28901/23890 28754/28919/23902</w:t>
        <w:br/>
        <w:t>f 28753/28920/23903 28735/28902/23731 28754/28919/23902</w:t>
        <w:br/>
        <w:t>f 28748/28914/23747 28756/28921/23755 28755/28922/23904</w:t>
        <w:br/>
        <w:t>f 28749/28915/23898 28748/28914/23747 28755/28922/23904</w:t>
        <w:br/>
        <w:t>f 28751/28916/23899 28755/28922/23904 28750/28917/23900</w:t>
        <w:br/>
        <w:t>f 28759/28923/23905 28758/28924/23906 28757/28925/23907</w:t>
        <w:br/>
        <w:t>f 28750/28917/23900 28759/28923/23905 28757/28925/23907</w:t>
        <w:br/>
        <w:t>f 28761/28926/23908 28760/28927/23909 28758/28924/23906</w:t>
        <w:br/>
        <w:t>f 28759/28923/23905 28761/28926/23908 28758/28924/23906</w:t>
        <w:br/>
        <w:t>f 28763/28928/23910 28762/28929/23911 28753/28920/23903</w:t>
        <w:br/>
        <w:t>f 28754/28919/23902 28763/28928/23910 28753/28920/23903</w:t>
        <w:br/>
        <w:t>f 28765/28930/23912 28757/28925/23907 28758/28924/23906</w:t>
        <w:br/>
        <w:t>f 28764/28931/23913 28765/28930/23912 28758/28924/23906</w:t>
        <w:br/>
        <w:t>f 28766/28932/23914 28764/28931/23913 28758/28924/23906</w:t>
        <w:br/>
        <w:t>f 28760/28927/23909 28766/28932/23914 28758/28924/23906</w:t>
        <w:br/>
        <w:t>f 28768/28933/23915 28767/28934/23771 28762/28929/23911</w:t>
        <w:br/>
        <w:t>f 28763/28928/23910 28768/28933/23915 28762/28929/23911</w:t>
        <w:br/>
        <w:t>f 28768/28933/23915 28770/28935/23916 28769/28936/23772</w:t>
        <w:br/>
        <w:t>f 28767/28934/23771 28768/28933/23915 28769/28936/23772</w:t>
        <w:br/>
        <w:t>f 28773/28937/23917 28772/28938/23774 28771/28939/23773</w:t>
        <w:br/>
        <w:t>f 28770/28935/23916 28773/28937/23917 28771/28939/23773</w:t>
        <w:br/>
        <w:t>f 28769/28936/23772 28770/28935/23916 28771/28939/23773</w:t>
        <w:br/>
        <w:t>f 28775/28940/23775 28772/28938/23918 28760/28927/23919</w:t>
        <w:br/>
        <w:t>f 28774/28941/23920 28775/28940/23775 28760/28927/23919</w:t>
        <w:br/>
        <w:t>f 28759/28923/23905 28750/28917/23900 28755/28922/23904</w:t>
        <w:br/>
        <w:t>f 28776/28942/23921 28759/28923/23905 28755/28922/23904</w:t>
        <w:br/>
        <w:t>f 28755/28922/23904 28756/28921/23755 28777/28943/23922</w:t>
        <w:br/>
        <w:t>f 28761/28926/23908 28759/28923/23905 28776/28942/23921</w:t>
        <w:br/>
        <w:t>f 28778/28944/23923 28761/28926/23908 28776/28942/23921</w:t>
        <w:br/>
        <w:t>f 28778/28944/23923 28776/28942/23921 28779/28945/23924</w:t>
        <w:br/>
        <w:t>f 28780/28946/23925 28778/28944/23923 28779/28945/23924</w:t>
        <w:br/>
        <w:t>f 28783/28947/23926 28782/28948/23782 28781/28949/23927</w:t>
        <w:br/>
        <w:t>f 28784/28950/23928 28778/28944/23923 28780/28946/23925</w:t>
        <w:br/>
        <w:t>f 28785/28951/23929 28784/28950/23928 28780/28946/23925</w:t>
        <w:br/>
        <w:t>f 28786/28952/23930 28785/28951/23929 28780/28946/23925</w:t>
        <w:br/>
        <w:t>f 28780/28946/23925 28777/28943/23922 28787/28953/23931</w:t>
        <w:br/>
        <w:t>f 28786/28952/23930 28780/28946/23925 28787/28953/23931</w:t>
        <w:br/>
        <w:t>f 28788/28954/23787 28787/28953/23931 28777/28943/23922</w:t>
        <w:br/>
        <w:t>f 28756/28921/23755 28788/28954/23787 28777/28943/23922</w:t>
        <w:br/>
        <w:t>f 28790/28955/23932 28786/28952/23930 28787/28953/23931</w:t>
        <w:br/>
        <w:t>f 28789/28956/23933 28790/28955/23932 28787/28953/23931</w:t>
        <w:br/>
        <w:t>f 28789/28956/23933 28787/28953/23931 28788/28954/23787</w:t>
        <w:br/>
        <w:t>f 28791/28957/23793 28789/28956/23933 28788/28954/23787</w:t>
        <w:br/>
        <w:t>f 28792/28958/23934 28785/28951/23929 28786/28952/23930</w:t>
        <w:br/>
        <w:t>f 28790/28955/23932 28792/28958/23934 28786/28952/23930</w:t>
        <w:br/>
        <w:t>f 28794/28959/23935 28790/28955/23932 28789/28956/23933</w:t>
        <w:br/>
        <w:t>f 28793/28960/23936 28794/28959/23935 28789/28956/23933</w:t>
        <w:br/>
        <w:t>f 28791/28957/23793 28793/28960/23936 28789/28956/23933</w:t>
        <w:br/>
        <w:t>f 28792/28958/23934 28790/28955/23932 28794/28959/23935</w:t>
        <w:br/>
        <w:t>f 28795/28961/23937 28784/28950/23928 28785/28951/23929</w:t>
        <w:br/>
        <w:t>f 28792/28958/23934 28795/28961/23937 28785/28951/23929</w:t>
        <w:br/>
        <w:t>f 28796/28962/23796 28782/28948/23782 28783/28947/23926</w:t>
        <w:br/>
        <w:t>f 28797/28963/23938 28796/28962/23796 28783/28947/23926</w:t>
        <w:br/>
        <w:t>f 28720/28886/23877 28700/28867/23859 28655/28824/23823</w:t>
        <w:br/>
        <w:t>f 28656/28823/23822 28720/28886/23877 28655/28824/23823</w:t>
        <w:br/>
        <w:t>f 28711/28876/23867 28720/28886/23877 28710/28877/23868</w:t>
        <w:br/>
        <w:t>f 28645/28810/23810 28642/28807/23807 28651/28816/23816</w:t>
        <w:br/>
        <w:t>f 28678/28842/23839 28647/28812/23812 28645/28810/23810</w:t>
        <w:br/>
        <w:t>f 28647/28812/23812 28678/28842/23839 28670/28836/23834</w:t>
        <w:br/>
        <w:t>f 28734/28900/23889 28750/28917/23900 28757/28925/23907</w:t>
        <w:br/>
        <w:t>f 28757/28925/23907 28765/28930/23912 28752/28918/23901</w:t>
        <w:br/>
        <w:t>f 28734/28900/23889 28757/28925/23907 28752/28918/23901</w:t>
        <w:br/>
        <w:t>f 28778/28944/23923 28784/28950/23928 28761/28926/23908</w:t>
        <w:br/>
        <w:t>f 28708/28873/23864 28742/28906/23939 28710/28877/23868</w:t>
        <w:br/>
        <w:t>f 28742/28906/23939 28708/28873/23864 28707/28874/23637</w:t>
        <w:br/>
        <w:t>f 28693/28859/23851 28701/28866/23858 28538/28706/23698</w:t>
        <w:br/>
        <w:t>f 28683/28849/23845 28693/28859/23851 28538/28706/23698</w:t>
        <w:br/>
        <w:t>f 28536/28702/23696 28534/28700/23693 28535/28701/23694</w:t>
        <w:br/>
        <w:t>f 28792/28958/23934 28794/28959/23935 28798/28964/23940</w:t>
        <w:br/>
        <w:t>f 28638/28804/23802 28799/28965/23941 28635/28803/23801</w:t>
        <w:br/>
        <w:t>f 28568/28734/23726 28569/28735/23727 28800/28966/23942</w:t>
        <w:br/>
        <w:t>f 28575/28742/23943 28562/28729/23944 28583/28746/23742</w:t>
        <w:br/>
        <w:t>f 28714/28883/23874 28744/28911/23896 28728/28895/23884</w:t>
        <w:br/>
        <w:t>f 28592/28757/23754 28625/28791/23788 28591/28758/23755</w:t>
        <w:br/>
        <w:t>f 28755/28922/23904 28777/28943/23922 28776/28942/23921</w:t>
        <w:br/>
        <w:t>f 28722/28890/23880 28723/28889/23879 28801/28967/23945</w:t>
        <w:br/>
        <w:t>f 28505/28670/23663 28506/28672/23665 28802/28968/23946</w:t>
        <w:br/>
        <w:t>f 28682/28848/23844 28539/28705/23694 28681/28847/23667</w:t>
        <w:br/>
        <w:t>f 28516/28683/23676 28804/28969/23947 28803/28970/23948</w:t>
        <w:br/>
        <w:t>f 28517/28682/23675 28516/28683/23676 28803/28970/23948</w:t>
        <w:br/>
        <w:t>f 28517/28682/23949 28806/28971/23950 28805/28972/23951</w:t>
        <w:br/>
        <w:t>f 28474/28639/23632 28517/28682/23949 28805/28972/23951</w:t>
        <w:br/>
        <w:t>f 28486/28653/23646 28473/28640/23633 28808/28973/23952</w:t>
        <w:br/>
        <w:t>f 28807/28974/23953 28486/28653/23646 28808/28973/23952</w:t>
        <w:br/>
        <w:t>f 28474/28639/23632 28805/28972/23951 28808/28973/23952</w:t>
        <w:br/>
        <w:t>f 28473/28640/23633 28474/28639/23632 28808/28973/23952</w:t>
        <w:br/>
        <w:t>f 28692/28857/23676 28691/28858/23850 28810/28975/23954</w:t>
        <w:br/>
        <w:t>f 28809/28976/23955 28692/28857/23676 28810/28975/23954</w:t>
        <w:br/>
        <w:t>f 28691/28858/23850 28648/28815/23815 28811/28977/23956</w:t>
        <w:br/>
        <w:t>f 28810/28975/23954 28691/28858/23850 28811/28977/23956</w:t>
        <w:br/>
        <w:t>f 28664/28830/23646 28813/28978/23957 28812/28979/23958</w:t>
        <w:br/>
        <w:t>f 28663/28827/23826 28664/28830/23646 28812/28979/23958</w:t>
        <w:br/>
        <w:t>f 28648/28815/23815 28649/28814/23814 28812/28979/23959</w:t>
        <w:br/>
        <w:t>f 28811/28977/23956 28648/28815/23815 28812/28979/23959</w:t>
        <w:br/>
        <w:t>f 28900/28980/23960 28899/28981/23961 28898/28982/23962</w:t>
        <w:br/>
        <w:t>f 28897/28983/23963 28900/28980/23960 28898/28982/23962</w:t>
        <w:br/>
        <w:t>f 28900/28980/23960 28897/28983/23963 28902/28984/23964</w:t>
        <w:br/>
        <w:t>f 28901/28985/23965 28900/28980/23960 28902/28984/23964</w:t>
        <w:br/>
        <w:t>f 28906/28986/23966 28905/28987/23967 28904/28988/23968</w:t>
        <w:br/>
        <w:t>f 28903/28989/23969 28906/28986/23966 28904/28988/23968</w:t>
        <w:br/>
        <w:t>f 28908/28990/23970 28903/28989/23969 28904/28988/23968</w:t>
        <w:br/>
        <w:t>f 28907/28991/23971 28908/28990/23970 28904/28988/23968</w:t>
        <w:br/>
        <w:t>f 28912/28992/23972 28911/28993/23973 28910/28994/23974</w:t>
        <w:br/>
        <w:t>f 28909/28995/23975 28912/28992/23972 28910/28994/23974</w:t>
        <w:br/>
        <w:t>f 28914/28996/23976 28910/28994/23974 28911/28993/23973</w:t>
        <w:br/>
        <w:t>f 28913/28997/23977 28914/28996/23976 28911/28993/23973</w:t>
        <w:br/>
        <w:t>f 28918/28998/23978 28917/28999/23979 28916/29000/23979</w:t>
        <w:br/>
        <w:t>f 28915/29001/23980 28918/28998/23978 28916/29000/23979</w:t>
        <w:br/>
        <w:t>f 28922/29002/23981 28921/29003/23982 28920/29004/23983</w:t>
        <w:br/>
        <w:t>f 28919/29005/23984 28922/29002/23981 28920/29004/23983</w:t>
        <w:br/>
        <w:t>f 28919/29005/23984 28920/29004/23983 28924/29006/23985</w:t>
        <w:br/>
        <w:t>f 28923/29007/23986 28919/29005/23984 28924/29006/23985</w:t>
        <w:br/>
        <w:t>f 28928/29008/23987 28927/29009/23988 28926/29010/23989</w:t>
        <w:br/>
        <w:t>f 28925/29011/23990 28928/29008/23987 28926/29010/23989</w:t>
        <w:br/>
        <w:t>f 28931/29012/23991 28899/28981/23961 28930/29013/23992</w:t>
        <w:br/>
        <w:t>f 28929/29014/23993 28931/29012/23991 28930/29013/23992</w:t>
        <w:br/>
        <w:t>f 28935/29015/23994 28934/29016/23995 28933/29017/23996</w:t>
        <w:br/>
        <w:t>f 28932/29018/23996 28935/29015/23994 28933/29017/23996</w:t>
        <w:br/>
        <w:t>f 28908/28990/23970 28934/29016/23995 28936/29019/23997</w:t>
        <w:br/>
        <w:t>f 28903/28989/23969 28908/28990/23970 28936/29019/23997</w:t>
        <w:br/>
        <w:t>f 28903/28989/23969 28936/29019/23997 28937/29020/23998</w:t>
        <w:br/>
        <w:t>f 28906/28986/23966 28903/28989/23969 28937/29020/23998</w:t>
        <w:br/>
        <w:t>f 28901/28985/23965 28939/29021/23999 28938/29022/23999</w:t>
        <w:br/>
        <w:t>f 28900/28980/23960 28901/28985/23965 28938/29022/23999</w:t>
        <w:br/>
        <w:t>f 28900/28980/23960 28940/29023/24000 28930/29013/23992</w:t>
        <w:br/>
        <w:t>f 28899/28981/23961 28900/28980/23960 28930/29013/23992</w:t>
        <w:br/>
        <w:t>f 28904/28988/23968 28942/29024/24001 28941/29025/24002</w:t>
        <w:br/>
        <w:t>f 28907/28991/23971 28904/28988/23968 28941/29025/24002</w:t>
        <w:br/>
        <w:t>f 28944/29026/24003 28943/29027/24004 28942/29024/24001</w:t>
        <w:br/>
        <w:t>f 28904/28988/23968 28944/29026/24003 28942/29024/24001</w:t>
        <w:br/>
        <w:t>f 28897/28983/23963 28946/29028/24005 28945/29029/24004</w:t>
        <w:br/>
        <w:t>f 28902/28984/23964 28897/28983/23963 28945/29029/24004</w:t>
        <w:br/>
        <w:t>f 28950/29030/24006 28949/29031/24007 28948/29032/24008</w:t>
        <w:br/>
        <w:t>f 28947/29033/24009 28950/29030/24006 28948/29032/24008</w:t>
        <w:br/>
        <w:t>f 28952/29034/24010 28950/29030/24006 28947/29033/24009</w:t>
        <w:br/>
        <w:t>f 28951/29035/24011 28952/29034/24010 28947/29033/24009</w:t>
        <w:br/>
        <w:t>f 28955/29036/24012 28954/29037/24013 28941/29025/24002</w:t>
        <w:br/>
        <w:t>f 28953/29038/24014 28955/29036/24012 28941/29025/24002</w:t>
        <w:br/>
        <w:t>f 28958/29039/24015 28954/29037/24013 28957/29040/24016</w:t>
        <w:br/>
        <w:t>f 28956/29041/24017 28958/29039/24015 28957/29040/24016</w:t>
        <w:br/>
        <w:t>f 28957/29040/24016 28960/29042/24018 28959/29043/24019</w:t>
        <w:br/>
        <w:t>f 28956/29041/24017 28957/29040/24016 28959/29043/24019</w:t>
        <w:br/>
        <w:t>f 28962/29044/24007 28959/29043/24019 28960/29042/24018</w:t>
        <w:br/>
        <w:t>f 28961/29045/24008 28962/29044/24007 28960/29042/24018</w:t>
        <w:br/>
        <w:t>f 28964/29046/24020 28952/29034/24010 28951/29035/24011</w:t>
        <w:br/>
        <w:t>f 28963/29047/24021 28964/29046/24020 28951/29035/24011</w:t>
        <w:br/>
        <w:t>f 28965/29048/24022 28964/29046/24020 28963/29047/24021</w:t>
        <w:br/>
        <w:t>f 28969/29049/24023 28968/29050/24024 28967/29051/24025</w:t>
        <w:br/>
        <w:t>f 28966/29052/24026 28969/29049/24023 28967/29051/24025</w:t>
        <w:br/>
        <w:t>f 28971/29053/24027 28969/29049/24023 28966/29052/24026</w:t>
        <w:br/>
        <w:t>f 28970/29054/24028 28971/29053/24027 28966/29052/24026</w:t>
        <w:br/>
        <w:t>f 28975/29055/24029 28974/29056/24030 28973/29057/24031</w:t>
        <w:br/>
        <w:t>f 28972/29058/24032 28975/29055/24029 28973/29057/24031</w:t>
        <w:br/>
        <w:t>f 28972/29058/24032 28973/29057/24031 28977/29059/24033</w:t>
        <w:br/>
        <w:t>f 28976/29060/24034 28972/29058/24032 28977/29059/24033</w:t>
        <w:br/>
        <w:t>f 28979/29061/24035 28976/29060/24034 28977/29059/24033</w:t>
        <w:br/>
        <w:t>f 28978/29062/24036 28979/29061/24035 28977/29059/24033</w:t>
        <w:br/>
        <w:t>f 28981/29063/24037 28979/29061/24035 28978/29062/24036</w:t>
        <w:br/>
        <w:t>f 28980/29064/24038 28981/29063/24037 28978/29062/24036</w:t>
        <w:br/>
        <w:t>f 28983/29065/24039 28971/29053/24027 28970/29054/24028</w:t>
        <w:br/>
        <w:t>f 28982/29066/24040 28983/29065/24039 28970/29054/24028</w:t>
        <w:br/>
        <w:t>f 28985/29067/24041 28984/29068/24042 28983/29065/24039</w:t>
        <w:br/>
        <w:t>f 28982/29066/24040 28985/29067/24041 28983/29065/24039</w:t>
        <w:br/>
        <w:t>f 28987/29069/24043 28986/29070/24044 28984/29068/24042</w:t>
        <w:br/>
        <w:t>f 28985/29067/24041 28987/29069/24043 28984/29068/24042</w:t>
        <w:br/>
        <w:t>f 28989/29071/24045 28988/29072/24046 28974/29056/24030</w:t>
        <w:br/>
        <w:t>f 28975/29055/24029 28989/29071/24045 28974/29056/24030</w:t>
        <w:br/>
        <w:t>f 28993/29073/24047 28992/29074/24048 28991/29075/24049</w:t>
        <w:br/>
        <w:t>f 28990/29076/24050 28993/29073/24047 28991/29075/24049</w:t>
        <w:br/>
        <w:t>f 28990/29076/24050 28995/29077/24051 28994/29078/24052</w:t>
        <w:br/>
        <w:t>f 28993/29073/24047 28990/29076/24050 28994/29078/24052</w:t>
        <w:br/>
        <w:t>f 28999/29079/24053 28998/29080/24054 28997/29081/24055</w:t>
        <w:br/>
        <w:t>f 28996/29082/24056 28999/29079/24053 28997/29081/24055</w:t>
        <w:br/>
        <w:t>f 29001/29083/24057 28996/29082/24056 28997/29081/24055</w:t>
        <w:br/>
        <w:t>f 29000/29084/24058 29001/29083/24057 28997/29081/24055</w:t>
        <w:br/>
        <w:t>f 29003/29085/24059 29001/29083/24057 29000/29084/24058</w:t>
        <w:br/>
        <w:t>f 29002/29086/24060 29003/29085/24059 29000/29084/24058</w:t>
        <w:br/>
        <w:t>f 29005/29087/24048 29003/29085/24059 29002/29086/24060</w:t>
        <w:br/>
        <w:t>f 29004/29088/24061 29005/29087/24048 29002/29086/24060</w:t>
        <w:br/>
        <w:t>f 28994/29078/24052 28995/29077/24051 29007/29089/24062</w:t>
        <w:br/>
        <w:t>f 29006/29090/24063 28994/29078/24052 29007/29089/24062</w:t>
        <w:br/>
        <w:t>f 29009/29091/24064 29008/29092/24065 29006/29090/24063</w:t>
        <w:br/>
        <w:t>f 29007/29089/24062 29009/29091/24064 29006/29090/24063</w:t>
        <w:br/>
        <w:t>f 29011/29093/24066 29010/29094/24067 29008/29092/24065</w:t>
        <w:br/>
        <w:t>f 29009/29091/24064 29011/29093/24066 29008/29092/24065</w:t>
        <w:br/>
        <w:t>f 29013/29095/24067 29012/29096/24066 28998/29080/24054</w:t>
        <w:br/>
        <w:t>f 28999/29079/24053 29013/29095/24067 28998/29080/24054</w:t>
        <w:br/>
        <w:t>f 29017/29097/24068 29016/29098/24069 29015/29099/24070</w:t>
        <w:br/>
        <w:t>f 29014/29100/24071 29017/29097/24068 29015/29099/24070</w:t>
        <w:br/>
        <w:t>f 29014/29100/24071 29015/29099/24070 29018/29101/24072</w:t>
        <w:br/>
        <w:t>f 29022/29102/24073 29021/29103/24074 29020/29104/24075</w:t>
        <w:br/>
        <w:t>f 29019/29105/24076 29022/29102/24073 29020/29104/24075</w:t>
        <w:br/>
        <w:t>f 29022/29102/24073 29019/29105/24076 29023/29106/24077</w:t>
        <w:br/>
        <w:t>f 29025/29107/24078 29022/29102/24073 29023/29106/24077</w:t>
        <w:br/>
        <w:t>f 29024/29108/24079 29025/29107/24078 29023/29106/24077</w:t>
        <w:br/>
        <w:t>f 29027/29109/24080 29024/29108/24079 29026/29110/24069</w:t>
        <w:br/>
        <w:t>f 29014/29100/24071 29018/29101/24072 29029/29111/24081</w:t>
        <w:br/>
        <w:t>f 29028/29112/24082 29014/29100/24071 29029/29111/24081</w:t>
        <w:br/>
        <w:t>f 29030/29113/24083 29028/29112/24082 29029/29111/24081</w:t>
        <w:br/>
        <w:t>f 29033/29114/24084 29032/29115/24085 29031/29116/24086</w:t>
        <w:br/>
        <w:t>f 29030/29113/24083 29033/29114/24084 29031/29116/24086</w:t>
        <w:br/>
        <w:t>f 29021/29103/24074 29034/29117/24087 29020/29104/24075</w:t>
        <w:br/>
        <w:t>f 29037/29118/24088 29036/29119/24089 29035/29120/24090</w:t>
        <w:br/>
        <w:t>f 29038/29121/24091 29037/29118/24088 29035/29120/24090</w:t>
        <w:br/>
        <w:t>f 29040/29122/24092 29039/29123/24093 29036/29119/24089</w:t>
        <w:br/>
        <w:t>f 29037/29118/24088 29040/29122/24092 29036/29119/24089</w:t>
        <w:br/>
        <w:t>f 29044/29124/24094 29043/29125/24095 29042/29126/24096</w:t>
        <w:br/>
        <w:t>f 29041/29127/24093 29044/29124/24094 29042/29126/24096</w:t>
        <w:br/>
        <w:t>f 29043/29125/24095 29046/29128/24097 29045/29129/24098</w:t>
        <w:br/>
        <w:t>f 29042/29126/24096 29043/29125/24095 29045/29129/24098</w:t>
        <w:br/>
        <w:t>f 29046/29128/24097 29048/29130/24099 29047/29131/24100</w:t>
        <w:br/>
        <w:t>f 29045/29129/24098 29046/29128/24097 29047/29131/24100</w:t>
        <w:br/>
        <w:t>f 29048/29130/24099 29050/29132/24101 29049/29133/24102</w:t>
        <w:br/>
        <w:t>f 29047/29131/24100 29048/29130/24099 29049/29133/24102</w:t>
        <w:br/>
        <w:t>f 29052/29134/24103 29051/29135/24104 29049/29133/24102</w:t>
        <w:br/>
        <w:t>f 29050/29132/24101 29052/29134/24103 29049/29133/24102</w:t>
        <w:br/>
        <w:t>f 29054/29136/24105 29053/29137/24106 29051/29135/24104</w:t>
        <w:br/>
        <w:t>f 29052/29134/24103 29054/29136/24105 29051/29135/24104</w:t>
        <w:br/>
        <w:t>f 29058/29138/24107 29057/29139/24108 29056/29140/24109</w:t>
        <w:br/>
        <w:t>f 29055/29141/24110 29058/29138/24107 29056/29140/24109</w:t>
        <w:br/>
        <w:t>f 29059/29142/24111 29057/29139/24108 29058/29138/24107</w:t>
        <w:br/>
        <w:t>f 29060/29143/24112 29059/29142/24111 29058/29138/24107</w:t>
        <w:br/>
        <w:t>f 29062/29144/24113 29061/29145/24114 29059/29142/24111</w:t>
        <w:br/>
        <w:t>f 29060/29143/24112 29062/29144/24113 29059/29142/24111</w:t>
        <w:br/>
        <w:t>f 29061/29145/24114 29062/29144/24113 29038/29121/24091</w:t>
        <w:br/>
        <w:t>f 29035/29120/24090 29061/29145/24114 29038/29121/24091</w:t>
        <w:br/>
        <w:t>f 29035/29120/24090 29064/29146/24115 29063/29147/24116</w:t>
        <w:br/>
        <w:t>f 29061/29145/24114 29035/29120/24090 29063/29147/24116</w:t>
        <w:br/>
        <w:t>f 29063/29147/24116 29065/29148/24117 29059/29142/24111</w:t>
        <w:br/>
        <w:t>f 29061/29145/24114 29063/29147/24116 29059/29142/24111</w:t>
        <w:br/>
        <w:t>f 29065/29148/24117 29066/29149/24118 29057/29139/24108</w:t>
        <w:br/>
        <w:t>f 29059/29142/24111 29065/29148/24117 29057/29139/24108</w:t>
        <w:br/>
        <w:t>f 29066/29149/24118 29067/29150/24119 29056/29140/24109</w:t>
        <w:br/>
        <w:t>f 29057/29139/24108 29066/29149/24118 29056/29140/24109</w:t>
        <w:br/>
        <w:t>f 29069/29151/24119 29068/29152/24120 29051/29135/24104</w:t>
        <w:br/>
        <w:t>f 29053/29137/24106 29069/29151/24119 29051/29135/24104</w:t>
        <w:br/>
        <w:t>f 29068/29152/24120 29070/29153/24121 29049/29133/24102</w:t>
        <w:br/>
        <w:t>f 29051/29135/24104 29068/29152/24120 29049/29133/24102</w:t>
        <w:br/>
        <w:t>f 29049/29133/24102 29070/29153/24121 28955/29036/24012</w:t>
        <w:br/>
        <w:t>f 29047/29131/24100 29049/29133/24102 28955/29036/24012</w:t>
        <w:br/>
        <w:t>f 29047/29131/24100 28955/29036/24012 28953/29038/24014</w:t>
        <w:br/>
        <w:t>f 29045/29129/24098 29047/29131/24100 28953/29038/24014</w:t>
        <w:br/>
        <w:t>f 29045/29129/24098 28953/29038/24014 29071/29154/24122</w:t>
        <w:br/>
        <w:t>f 29042/29126/24096 29045/29129/24098 29071/29154/24122</w:t>
        <w:br/>
        <w:t>f 29042/29126/24096 29071/29154/24122 29072/29155/24123</w:t>
        <w:br/>
        <w:t>f 29041/29127/24093 29042/29126/24096 29072/29155/24123</w:t>
        <w:br/>
        <w:t>f 29039/29123/24093 29074/29156/24123 29073/29157/24124</w:t>
        <w:br/>
        <w:t>f 29036/29119/24089 29039/29123/24093 29073/29157/24124</w:t>
        <w:br/>
        <w:t>f 29036/29119/24089 29073/29157/24124 29064/29146/24115</w:t>
        <w:br/>
        <w:t>f 29035/29120/24090 29036/29119/24089 29064/29146/24115</w:t>
        <w:br/>
        <w:t>f 28982/29066/24040 28970/29054/24028 28952/29034/24010</w:t>
        <w:br/>
        <w:t>f 28964/29046/24020 28982/29066/24040 28952/29034/24010</w:t>
        <w:br/>
        <w:t>f 28970/29054/24028 28966/29052/24026 28950/29030/24006</w:t>
        <w:br/>
        <w:t>f 28952/29034/24010 28970/29054/24028 28950/29030/24006</w:t>
        <w:br/>
        <w:t>f 28966/29052/24026 28967/29051/24025 28949/29031/24007</w:t>
        <w:br/>
        <w:t>f 28950/29030/24006 28966/29052/24026 28949/29031/24007</w:t>
        <w:br/>
        <w:t>f 28980/29064/24038 28978/29062/24036 28959/29043/24019</w:t>
        <w:br/>
        <w:t>f 28962/29044/24007 28980/29064/24038 28959/29043/24019</w:t>
        <w:br/>
        <w:t>f 28978/29062/24036 28977/29059/24033 28956/29041/24017</w:t>
        <w:br/>
        <w:t>f 28959/29043/24019 28978/29062/24036 28956/29041/24017</w:t>
        <w:br/>
        <w:t>f 28977/29059/24033 28973/29057/24031 28958/29039/24015</w:t>
        <w:br/>
        <w:t>f 28956/29041/24017 28977/29059/24033 28958/29039/24015</w:t>
        <w:br/>
        <w:t>f 29004/29088/24061 29002/29086/24060 28979/29061/24035</w:t>
        <w:br/>
        <w:t>f 28981/29063/24037 29004/29088/24061 28979/29061/24035</w:t>
        <w:br/>
        <w:t>f 29002/29086/24060 29000/29084/24058 28976/29060/24034</w:t>
        <w:br/>
        <w:t>f 28979/29061/24035 29002/29086/24060 28976/29060/24034</w:t>
        <w:br/>
        <w:t>f 29000/29084/24058 28997/29081/24055 28972/29058/24032</w:t>
        <w:br/>
        <w:t>f 28976/29060/24034 29000/29084/24058 28972/29058/24032</w:t>
        <w:br/>
        <w:t>f 28972/29058/24032 28997/29081/24055 28998/29080/24054</w:t>
        <w:br/>
        <w:t>f 28975/29055/24029 28972/29058/24032 28998/29080/24054</w:t>
        <w:br/>
        <w:t>f 28975/29055/24029 28998/29080/24054 29012/29096/24066</w:t>
        <w:br/>
        <w:t>f 28989/29071/24045 28975/29055/24029 29012/29096/24066</w:t>
        <w:br/>
        <w:t>f 28986/29070/24044 29011/29093/24066 29009/29091/24064</w:t>
        <w:br/>
        <w:t>f 28984/29068/24042 28986/29070/24044 29009/29091/24064</w:t>
        <w:br/>
        <w:t>f 28984/29068/24042 29009/29091/24064 29007/29089/24062</w:t>
        <w:br/>
        <w:t>f 28983/29065/24039 28984/29068/24042 29007/29089/24062</w:t>
        <w:br/>
        <w:t>f 28983/29065/24039 29007/29089/24062 28995/29077/24051</w:t>
        <w:br/>
        <w:t>f 28971/29053/24027 28983/29065/24039 28995/29077/24051</w:t>
        <w:br/>
        <w:t>f 28995/29077/24051 28990/29076/24050 28969/29049/24023</w:t>
        <w:br/>
        <w:t>f 28971/29053/24027 28995/29077/24051 28969/29049/24023</w:t>
        <w:br/>
        <w:t>f 28990/29076/24050 28991/29075/24049 28968/29050/24024</w:t>
        <w:br/>
        <w:t>f 28969/29049/24023 28990/29076/24050 28968/29050/24024</w:t>
        <w:br/>
        <w:t>f 28928/29008/23987 29075/29158/24125 28927/29009/23988</w:t>
        <w:br/>
        <w:t>f 28909/28995/23975 28910/28994/23974 29076/29159/24126</w:t>
        <w:br/>
        <w:t>f 28910/28994/23974 28914/28996/23976 29076/29159/24126</w:t>
        <w:br/>
        <w:t>f 28918/28998/23978 28915/29001/23980 29077/29160/24127</w:t>
        <w:br/>
        <w:t>f 29079/29161/24128 28919/29005/23984 29078/29162/24129</w:t>
        <w:br/>
        <w:t>f 28919/29005/23984 28923/29007/23986 29080/29163/24130</w:t>
        <w:br/>
        <w:t>f 29081/29164/24131 29017/29097/24068 29014/29100/24071</w:t>
        <w:br/>
        <w:t>f 29082/29165/24132 29021/29103/24074 29022/29102/24073</w:t>
        <w:br/>
        <w:t>f 29083/29166/24133 29022/29102/24073 29027/29109/24134</w:t>
        <w:br/>
        <w:t>f 29081/29164/24131 29014/29100/24071 29028/29112/24082</w:t>
        <w:br/>
        <w:t>f 29085/29167/24135 29084/29168/24136 29031/29116/24137</w:t>
        <w:br/>
        <w:t>f 29026/29110/24069 29024/29108/24079 29003/29085/24059</w:t>
        <w:br/>
        <w:t>f 29005/29087/24048 29026/29110/24069 29003/29085/24059</w:t>
        <w:br/>
        <w:t>f 29024/29108/24079 29023/29106/24077 29001/29083/24057</w:t>
        <w:br/>
        <w:t>f 29003/29085/24059 29024/29108/24079 29001/29083/24057</w:t>
        <w:br/>
        <w:t>f 29023/29106/24077 29019/29105/24076 28996/29082/24056</w:t>
        <w:br/>
        <w:t>f 29001/29083/24057 29023/29106/24077 28996/29082/24056</w:t>
        <w:br/>
        <w:t>f 29019/29105/24076 29020/29104/24075 28999/29079/24053</w:t>
        <w:br/>
        <w:t>f 28996/29082/24056 29019/29105/24076 28999/29079/24053</w:t>
        <w:br/>
        <w:t>f 28999/29079/24053 29020/29104/24075 29034/29117/24087</w:t>
        <w:br/>
        <w:t>f 29013/29095/24067 28999/29079/24053 29034/29117/24087</w:t>
        <w:br/>
        <w:t>f 29010/29094/24067 29033/29114/24084 29030/29113/24083</w:t>
        <w:br/>
        <w:t>f 29008/29092/24065 29010/29094/24067 29030/29113/24083</w:t>
        <w:br/>
        <w:t>f 29008/29092/24065 29030/29113/24083 29029/29111/24081</w:t>
        <w:br/>
        <w:t>f 29006/29090/24063 29008/29092/24065 29029/29111/24081</w:t>
        <w:br/>
        <w:t>f 29006/29090/24063 29029/29111/24081 29018/29101/24072</w:t>
        <w:br/>
        <w:t>f 28994/29078/24052 29006/29090/24063 29018/29101/24072</w:t>
        <w:br/>
        <w:t>f 28994/29078/24052 29018/29101/24072 29015/29099/24070</w:t>
        <w:br/>
        <w:t>f 28993/29073/24047 28994/29078/24052 29015/29099/24070</w:t>
        <w:br/>
        <w:t>f 29015/29099/24070 29016/29098/24069 28992/29074/24048</w:t>
        <w:br/>
        <w:t>f 28993/29073/24047 29015/29099/24070 28992/29074/24048</w:t>
        <w:br/>
        <w:t>f 28929/29014/23993 28930/29013/23992 28911/28993/23973</w:t>
        <w:br/>
        <w:t>f 28912/28992/23972 28929/29014/23993 28911/28993/23973</w:t>
        <w:br/>
        <w:t>f 28925/29011/24138 28924/29006/23985 28934/29016/23995</w:t>
        <w:br/>
        <w:t>f 28935/29015/23994 28925/29011/24138 28934/29016/23995</w:t>
        <w:br/>
        <w:t>f 28920/29004/23983 28936/29019/23997 28934/29016/23995</w:t>
        <w:br/>
        <w:t>f 28924/29006/23985 28920/29004/23983 28934/29016/23995</w:t>
        <w:br/>
        <w:t>f 28936/29019/23997 28920/29004/23983 28921/29003/23982</w:t>
        <w:br/>
        <w:t>f 28937/29020/23998 28936/29019/23997 28921/29003/23982</w:t>
        <w:br/>
        <w:t>f 28939/29021/23999 28916/29000/23979 28917/28999/23979</w:t>
        <w:br/>
        <w:t>f 28938/29022/23999 28939/29021/23999 28917/28999/23979</w:t>
        <w:br/>
        <w:t>f 28940/29023/24000 28913/28997/23977 28911/28993/23973</w:t>
        <w:br/>
        <w:t>f 28930/29013/23992 28940/29023/24000 28911/28993/23973</w:t>
        <w:br/>
        <w:t>f 28897/28983/23963 28898/28982/23962 29086/29169/24139</w:t>
        <w:br/>
        <w:t>f 28946/29028/24005 28897/28983/23963 29086/29169/24139</w:t>
        <w:br/>
        <w:t>f 28964/29046/24020 28965/29048/24022 28985/29067/24041</w:t>
        <w:br/>
        <w:t>f 28982/29066/24040 28964/29046/24020 28985/29067/24041</w:t>
        <w:br/>
        <w:t>f 28899/28981/23961 28931/29012/23991 29088/29170/24140</w:t>
        <w:br/>
        <w:t>f 29087/29171/24141 28899/28981/23961 29088/29170/24140</w:t>
        <w:br/>
        <w:t>f 28974/29056/24030 29089/29172/24142 28958/29039/24015</w:t>
        <w:br/>
        <w:t>f 28973/29057/24031 28974/29056/24030 28958/29039/24015</w:t>
        <w:br/>
        <w:t>f 29091/29173/24143 29090/29174/24144 29087/29171/24141</w:t>
        <w:br/>
        <w:t>f 29088/29170/24140 29091/29173/24143 29087/29171/24141</w:t>
        <w:br/>
        <w:t>f 29095/29175/24145 29094/29176/24146 29093/29177/24147</w:t>
        <w:br/>
        <w:t>f 29092/29178/24147 29095/29175/24145 29093/29177/24147</w:t>
        <w:br/>
        <w:t>f 29097/29179/24148 29096/29180/24148 28932/29018/23996</w:t>
        <w:br/>
        <w:t>f 28933/29017/23996 29097/29179/24148 28932/29018/23996</w:t>
        <w:br/>
        <w:t>f 29089/29172/24142 28974/29056/24030 28988/29072/24046</w:t>
        <w:br/>
        <w:t>f 29098/29181/24149 29089/29172/24142 28988/29072/24046</w:t>
        <w:br/>
        <w:t>f 29099/29182/24150 28987/29069/24043 28985/29067/24041</w:t>
        <w:br/>
        <w:t>f 28965/29048/24022 29099/29182/24150 28985/29067/24041</w:t>
        <w:br/>
        <w:t>f 29063/29147/24116 29064/29146/24115 29086/29169/24139</w:t>
        <w:br/>
        <w:t>f 28963/29047/24021 29063/29147/24116 29086/29169/24139</w:t>
        <w:br/>
        <w:t>f 28942/29024/24001 29071/29154/24122 28953/29038/24014</w:t>
        <w:br/>
        <w:t>f 28941/29025/24002 28942/29024/24001 28953/29038/24014</w:t>
        <w:br/>
        <w:t>f 28943/29027/24004 29072/29155/24123 29071/29154/24122</w:t>
        <w:br/>
        <w:t>f 28942/29024/24001 28943/29027/24004 29071/29154/24122</w:t>
        <w:br/>
        <w:t>f 28946/29028/24005 29073/29157/24124 29074/29156/24123</w:t>
        <w:br/>
        <w:t>f 28945/29029/24004 28946/29028/24005 29074/29156/24123</w:t>
        <w:br/>
        <w:t>f 28947/29033/24009 28948/29032/24008 29067/29150/24119</w:t>
        <w:br/>
        <w:t>f 29066/29149/24118 28947/29033/24009 29067/29150/24119</w:t>
        <w:br/>
        <w:t>f 28951/29035/24011 28947/29033/24009 29066/29149/24118</w:t>
        <w:br/>
        <w:t>f 29065/29148/24117 28951/29035/24011 29066/29149/24118</w:t>
        <w:br/>
        <w:t>f 28941/29025/24002 28954/29037/24013 29089/29172/24142</w:t>
        <w:br/>
        <w:t>f 28907/28991/23971 28941/29025/24002 29089/29172/24142</w:t>
        <w:br/>
        <w:t>f 28954/29037/24013 28955/29036/24012 29070/29153/24121</w:t>
        <w:br/>
        <w:t>f 28957/29040/24016 28954/29037/24013 29070/29153/24121</w:t>
        <w:br/>
        <w:t>f 29070/29153/24121 29068/29152/24120 28960/29042/24018</w:t>
        <w:br/>
        <w:t>f 28957/29040/24016 29070/29153/24121 28960/29042/24018</w:t>
        <w:br/>
        <w:t>f 29068/29152/24120 29069/29151/24119 28961/29045/24008</w:t>
        <w:br/>
        <w:t>f 28960/29042/24018 29068/29152/24120 28961/29045/24008</w:t>
        <w:br/>
        <w:t>f 28963/29047/24021 28951/29035/24011 29065/29148/24117</w:t>
        <w:br/>
        <w:t>f 29063/29147/24116 28963/29047/24021 29065/29148/24117</w:t>
        <w:br/>
        <w:t>f 29086/29169/24139 29064/29146/24115 29073/29157/24124</w:t>
        <w:br/>
        <w:t>f 28946/29028/24005 29086/29169/24139 29073/29157/24124</w:t>
        <w:br/>
        <w:t>f 29086/29169/24139 28898/28982/23962 28965/29048/24022</w:t>
        <w:br/>
        <w:t>f 28963/29047/24021 29086/29169/24139 28965/29048/24022</w:t>
        <w:br/>
        <w:t>f 28954/29037/24013 28958/29039/24015 29089/29172/24142</w:t>
        <w:br/>
        <w:t>f 29102/29183/24151 29101/29184/24152 29100/29185/24153</w:t>
        <w:br/>
        <w:t>f 29103/29186/24154 29102/29183/24151 29100/29185/24153</w:t>
        <w:br/>
        <w:t>f 29104/29187/24155 29103/29186/24154 29100/29185/24153</w:t>
        <w:br/>
        <w:t>f 29105/29188/24156 29104/29187/24155 29100/29185/24153</w:t>
        <w:br/>
        <w:t>f 29104/29187/24155 29105/29188/24156 29107/29189/24157</w:t>
        <w:br/>
        <w:t>f 29106/29190/24158 29104/29187/24155 29107/29189/24157</w:t>
        <w:br/>
        <w:t>f 29106/29190/24158 29107/29189/24157 29109/29191/24159</w:t>
        <w:br/>
        <w:t>f 29108/29192/24160 29106/29190/24158 29109/29191/24159</w:t>
        <w:br/>
        <w:t>f 29113/29193/24161 29112/29194/24162 29111/29195/24163</w:t>
        <w:br/>
        <w:t>f 29110/29196/24164 29113/29193/24161 29111/29195/24163</w:t>
        <w:br/>
        <w:t>f 29117/29197/24165 29116/29198/24166 29115/29199/24167</w:t>
        <w:br/>
        <w:t>f 29114/29200/24165 29117/29197/24165 29115/29199/24167</w:t>
        <w:br/>
        <w:t>f 29119/29201/24168 29118/29202/24169 29115/29199/24167</w:t>
        <w:br/>
        <w:t>f 29116/29198/24166 29119/29201/24168 29115/29199/24167</w:t>
        <w:br/>
        <w:t>f 29105/29188/24156 29118/29202/24169 29119/29201/24168</w:t>
        <w:br/>
        <w:t>f 29109/29191/24159 29107/29189/24157 29120/29203/24170</w:t>
        <w:br/>
        <w:t>f 29122/29204/24171 29109/29191/24159 29121/29205/24172</w:t>
        <w:br/>
        <w:t>f 29123/29206/24173 29122/29204/24171 29121/29205/24172</w:t>
        <w:br/>
        <w:t>f 29125/29207/24174 29124/29208/24175 29123/29206/24173</w:t>
        <w:br/>
        <w:t>f 29121/29205/24172 29125/29207/24174 29123/29206/24173</w:t>
        <w:br/>
        <w:t>f 29107/29189/24157 29126/29209/24176 29125/29207/24174</w:t>
        <w:br/>
        <w:t>f 29120/29203/24170 29107/29189/24157 29125/29207/24174</w:t>
        <w:br/>
        <w:t>f 29128/29210/24177 29107/29189/24157 29127/29211/24178</w:t>
        <w:br/>
        <w:t>f 29125/29207/24174 29126/29209/24176 29130/29212/24179</w:t>
        <w:br/>
        <w:t>f 29129/29213/24180 29125/29207/24174 29130/29212/24179</w:t>
        <w:br/>
        <w:t>f 29129/29213/24180 29124/29208/24175 29125/29207/24174</w:t>
        <w:br/>
        <w:t>f 29127/29211/24178 29130/29212/24179 29126/29209/24176</w:t>
        <w:br/>
        <w:t>f 29130/29212/24179 29127/29211/24178 29132/29214/24181</w:t>
        <w:br/>
        <w:t>f 29131/29215/24182 29130/29212/24179 29132/29214/24181</w:t>
        <w:br/>
        <w:t>f 29127/29211/24178 29134/29216/24183 29133/29217/24184</w:t>
        <w:br/>
        <w:t>f 29132/29214/24181 29127/29211/24178 29133/29217/24184</w:t>
        <w:br/>
        <w:t>f 29138/29218/24185 29137/29219/24186 29136/29220/24186</w:t>
        <w:br/>
        <w:t>f 29135/29221/24187 29138/29218/24185 29136/29220/24186</w:t>
        <w:br/>
        <w:t>f 29119/29201/24188 29140/29222/24189 29139/29223/24190</w:t>
        <w:br/>
        <w:t>f 29133/29217/24184 29119/29201/24188 29139/29223/24190</w:t>
        <w:br/>
        <w:t>f 29132/29214/24181 29133/29217/24184 29139/29223/24190</w:t>
        <w:br/>
        <w:t>f 29141/29224/24191 29132/29214/24181 29139/29223/24190</w:t>
        <w:br/>
        <w:t>f 29143/29225/24192 29142/29226/24193 29131/29215/24182</w:t>
        <w:br/>
        <w:t>f 29132/29214/24181 29143/29225/24192 29131/29215/24182</w:t>
        <w:br/>
        <w:t>f 29146/29227/24194 29145/29228/24195 29144/29229/24196</w:t>
        <w:br/>
        <w:t>f 29147/29230/24197 29146/29227/24194 29144/29229/24196</w:t>
        <w:br/>
        <w:t>f 29148/29231/24198 29147/29230/24197 29144/29229/24196</w:t>
        <w:br/>
        <w:t>f 29150/29232/24199 29149/29233/24200 29147/29230/24197</w:t>
        <w:br/>
        <w:t>f 29148/29231/24198 29150/29232/24199 29147/29230/24197</w:t>
        <w:br/>
        <w:t>f 29152/29234/24201 29151/29235/24202 29149/29233/24200</w:t>
        <w:br/>
        <w:t>f 29150/29232/24199 29152/29234/24201 29149/29233/24200</w:t>
        <w:br/>
        <w:t>f 29145/29228/24195 29102/29183/24151 29103/29186/24154</w:t>
        <w:br/>
        <w:t>f 29144/29229/24196 29145/29228/24195 29103/29186/24154</w:t>
        <w:br/>
        <w:t>f 29104/29187/24155 29153/29236/24203 29144/29229/24196</w:t>
        <w:br/>
        <w:t>f 29103/29186/24154 29104/29187/24155 29144/29229/24196</w:t>
        <w:br/>
        <w:t>f 29154/29237/24204 29153/29236/24203 29104/29187/24155</w:t>
        <w:br/>
        <w:t>f 29106/29190/24158 29154/29237/24204 29104/29187/24155</w:t>
        <w:br/>
        <w:t>f 29154/29237/24204 29106/29190/24158 29108/29192/24160</w:t>
        <w:br/>
        <w:t>f 29155/29238/24205 29154/29237/24204 29108/29192/24160</w:t>
        <w:br/>
        <w:t>f 29119/29201/24168 29157/29239/24206 29156/29240/24207</w:t>
        <w:br/>
        <w:t>f 29159/29241/24208 29158/29242/24209 29110/29196/24164</w:t>
        <w:br/>
        <w:t>f 29158/29242/24209 29160/29243/24210 29110/29196/24164</w:t>
        <w:br/>
        <w:t>f 29160/29243/24210 29113/29193/24161 29110/29196/24164</w:t>
        <w:br/>
        <w:t>f 29164/29244/24211 29163/29245/24212 29162/29246/24213</w:t>
        <w:br/>
        <w:t>f 29161/29247/24214 29164/29244/24211 29162/29246/24213</w:t>
        <w:br/>
        <w:t>f 29162/29246/24213 29163/29245/24212 29165/29248/24215</w:t>
        <w:br/>
        <w:t>f 29166/29249/24216 29162/29246/24213 29165/29248/24215</w:t>
        <w:br/>
        <w:t>f 29168/29250/24217 29166/29249/24216 29165/29248/24215</w:t>
        <w:br/>
        <w:t>f 29167/29251/24218 29168/29250/24217 29165/29248/24215</w:t>
        <w:br/>
        <w:t>f 29168/29250/24217 29167/29251/24218 29157/29239/24206</w:t>
        <w:br/>
        <w:t>f 29116/29198/24166 29168/29250/24217 29157/29239/24206</w:t>
        <w:br/>
        <w:t>f 29156/29240/24207 29157/29239/24206 29167/29251/24218</w:t>
        <w:br/>
        <w:t>f 29169/29252/24219 29156/29240/24207 29167/29251/24218</w:t>
        <w:br/>
        <w:t>f 29170/29253/24220 29142/29226/24193 29143/29225/24192</w:t>
        <w:br/>
        <w:t>f 29170/29253/24221 29139/29223/24222 29156/29240/24207</w:t>
        <w:br/>
        <w:t>f 29169/29252/24219 29170/29253/24221 29156/29240/24207</w:t>
        <w:br/>
        <w:t>f 29169/29252/24219 29167/29251/24218 29165/29248/24215</w:t>
        <w:br/>
        <w:t>f 29171/29254/24223 29169/29252/24219 29165/29248/24215</w:t>
        <w:br/>
        <w:t>f 29172/29255/24224 29171/29254/24223 29165/29248/24215</w:t>
        <w:br/>
        <w:t>f 29163/29245/24212 29172/29255/24224 29165/29248/24215</w:t>
        <w:br/>
        <w:t>f 29172/29255/24224 29163/29245/24212 29164/29244/24211</w:t>
        <w:br/>
        <w:t>f 29175/29256/24223 29174/29257/24225 29173/29258/24220</w:t>
        <w:br/>
        <w:t>f 29176/29259/24226 29111/29195/24163 29112/29194/24162</w:t>
        <w:br/>
        <w:t>f 29180/29260/24227 29179/29261/24228 29178/29262/24229</w:t>
        <w:br/>
        <w:t>f 29177/29263/24230 29180/29260/24227 29178/29262/24229</w:t>
        <w:br/>
        <w:t>f 29117/29197/24165 29114/29200/24165 29181/29264/24231</w:t>
        <w:br/>
        <w:t>f 29185/29265/24232 29184/29266/24233 29183/29267/24234</w:t>
        <w:br/>
        <w:t>f 29182/29268/24235 29185/29265/24232 29183/29267/24234</w:t>
        <w:br/>
        <w:t>f 29187/29269/24236 29182/29268/24235 29183/29267/24234</w:t>
        <w:br/>
        <w:t>f 29186/29270/24237 29187/29269/24236 29183/29267/24234</w:t>
        <w:br/>
        <w:t>f 29182/29268/24235 29187/29269/24236 29188/29271/24238</w:t>
        <w:br/>
        <w:t>f 29190/29272/24239 29189/29273/24240 29176/29259/24226</w:t>
        <w:br/>
        <w:t>f 29180/29260/24227 29190/29272/24239 29176/29259/24226</w:t>
        <w:br/>
        <w:t>f 29188/29271/24238 29168/29250/24217 29116/29198/24166</w:t>
        <w:br/>
        <w:t>f 29166/29249/24216 29168/29250/24217 29188/29271/24238</w:t>
        <w:br/>
        <w:t>f 29187/29269/24236 29166/29249/24216 29188/29271/24238</w:t>
        <w:br/>
        <w:t>f 29162/29246/24213 29166/29249/24216 29187/29269/24236</w:t>
        <w:br/>
        <w:t>f 29186/29270/24237 29162/29246/24213 29187/29269/24236</w:t>
        <w:br/>
        <w:t>f 29191/29274/24241 29161/29247/24214 29162/29246/24213</w:t>
        <w:br/>
        <w:t>f 29191/29274/24241 29193/29275/24242 29192/29276/24243</w:t>
        <w:br/>
        <w:t>f 29161/29247/24214 29191/29274/24241 29192/29276/24243</w:t>
        <w:br/>
        <w:t>f 29193/29275/24242 29195/29277/24244 29194/29278/24245</w:t>
        <w:br/>
        <w:t>f 29192/29276/24243 29193/29275/24242 29194/29278/24245</w:t>
        <w:br/>
        <w:t>f 29199/29279/24246 29198/29280/24247 29197/29281/24248</w:t>
        <w:br/>
        <w:t>f 29196/29282/24249 29199/29279/24246 29197/29281/24248</w:t>
        <w:br/>
        <w:t>f 29196/29282/24249 29200/29283/24250 29199/29279/24246</w:t>
        <w:br/>
        <w:t>f 29200/29283/24250 29202/29284/24251 29201/29285/24252</w:t>
        <w:br/>
        <w:t>f 29199/29279/24246 29200/29283/24250 29201/29285/24252</w:t>
        <w:br/>
        <w:t>f 29199/29279/24246 29201/29285/24252 29203/29286/24253</w:t>
        <w:br/>
        <w:t>f 29198/29280/24247 29199/29279/24246 29203/29286/24253</w:t>
        <w:br/>
        <w:t>f 29203/29286/24253 29204/29287/24254 29198/29280/24247</w:t>
        <w:br/>
        <w:t>f 29205/29288/24255 29202/29284/24251 29200/29283/24250</w:t>
        <w:br/>
        <w:t>f 29206/29289/24256 29205/29288/24255 29200/29283/24250</w:t>
        <w:br/>
        <w:t>f 29196/29282/24249 29206/29289/24256 29200/29283/24250</w:t>
        <w:br/>
        <w:t>f 29194/29278/24245 29195/29277/24244 29207/29290/24257</w:t>
        <w:br/>
        <w:t>f 29208/29291/24258 29194/29278/24245 29207/29290/24257</w:t>
        <w:br/>
        <w:t>f 29178/29262/24229 29209/29292/24259 29184/29266/24260</w:t>
        <w:br/>
        <w:t>f 29211/29293/24261 29210/29294/24262 29184/29266/24260</w:t>
        <w:br/>
        <w:t>f 29209/29292/24259 29211/29293/24261 29184/29266/24260</w:t>
        <w:br/>
        <w:t>f 29213/29295/24263 29212/29296/24264 29178/29262/24229</w:t>
        <w:br/>
        <w:t>f 29179/29261/24228 29213/29295/24263 29178/29262/24229</w:t>
        <w:br/>
        <w:t>f 29213/29295/24263 29211/29293/24265 29212/29296/24264</w:t>
        <w:br/>
        <w:t>f 29214/29297/24266 29196/29282/24249 29184/29266/24260</w:t>
        <w:br/>
        <w:t>f 29218/29298/24267 29217/29299/24268 29216/29300/24269</w:t>
        <w:br/>
        <w:t>f 29215/29301/24270 29218/29298/24267 29216/29300/24269</w:t>
        <w:br/>
        <w:t>f 29196/29282/24249 29214/29297/24266 29219/29302/24271</w:t>
        <w:br/>
        <w:t>f 29206/29289/24256 29196/29282/24249 29219/29302/24271</w:t>
        <w:br/>
        <w:t>f 29221/29303/24272 29220/29304/24273 29215/29301/24270</w:t>
        <w:br/>
        <w:t>f 29216/29300/24269 29221/29303/24272 29215/29301/24270</w:t>
        <w:br/>
        <w:t>f 29219/29302/24271 29223/29305/24274 29222/29306/24275</w:t>
        <w:br/>
        <w:t>f 29206/29289/24256 29219/29302/24271 29222/29306/24275</w:t>
        <w:br/>
        <w:t>f 29205/29288/24255 29206/29289/24256 29224/29307/24276</w:t>
        <w:br/>
        <w:t>f 29208/29291/24258 29207/29290/24257 29224/29307/24277</w:t>
        <w:br/>
        <w:t>f 29225/29308/24278 29208/29291/24258 29224/29307/24277</w:t>
        <w:br/>
        <w:t>f 29221/29303/24272 29227/29309/24279 29226/29310/24280</w:t>
        <w:br/>
        <w:t>f 29220/29304/24273 29221/29303/24272 29226/29310/24280</w:t>
        <w:br/>
        <w:t>f 29223/29305/24274 29228/29311/24281 29222/29306/24275</w:t>
        <w:br/>
        <w:t>f 29231/29312/24282 29230/29313/24283 29229/29314/24284</w:t>
        <w:br/>
        <w:t>f 29206/29289/24256 29231/29312/24282 29229/29314/24284</w:t>
        <w:br/>
        <w:t>f 29235/29315/24285 29234/29316/24285 29233/29317/24286</w:t>
        <w:br/>
        <w:t>f 29232/29318/24287 29235/29315/24285 29233/29317/24286</w:t>
        <w:br/>
        <w:t>f 29237/29319/24288 29236/29320/24289 29232/29318/24287</w:t>
        <w:br/>
        <w:t>f 29233/29317/24286 29237/29319/24288 29232/29318/24287</w:t>
        <w:br/>
        <w:t>f 29229/29314/24284 29230/29313/24283 29238/29321/24290</w:t>
        <w:br/>
        <w:t>f 29225/29308/24291 29229/29314/24284 29238/29321/24290</w:t>
        <w:br/>
        <w:t>f 29240/29322/24292 29239/29323/24293 29230/29313/24283</w:t>
        <w:br/>
        <w:t>f 29231/29312/24282 29240/29322/24292 29230/29313/24283</w:t>
        <w:br/>
        <w:t>f 29236/29320/24289 29241/29324/24294 29239/29323/24293</w:t>
        <w:br/>
        <w:t>f 29232/29318/24287 29236/29320/24289 29239/29323/24293</w:t>
        <w:br/>
        <w:t>f 29230/29313/24283 29243/29325/24295 29242/29326/24296</w:t>
        <w:br/>
        <w:t>f 29238/29321/24290 29230/29313/24283 29242/29326/24296</w:t>
        <w:br/>
        <w:t>f 29242/29326/24297 29239/29323/24293 29241/29324/24294</w:t>
        <w:br/>
        <w:t>f 29244/29327/24298 29242/29326/24297 29241/29324/24294</w:t>
        <w:br/>
        <w:t>f 29241/29324/24294 29236/29320/24289 29246/29328/24299</w:t>
        <w:br/>
        <w:t>f 29245/29329/24300 29241/29324/24294 29246/29328/24299</w:t>
        <w:br/>
        <w:t>f 29244/29327/24298 29241/29324/24294 29245/29329/24300</w:t>
        <w:br/>
        <w:t>f 29247/29330/24301 29246/29328/24299 29236/29320/24289</w:t>
        <w:br/>
        <w:t>f 29237/29319/24288 29247/29330/24301 29236/29320/24289</w:t>
        <w:br/>
        <w:t>f 29228/29311/24281 29248/29331/24302 29233/29317/24286</w:t>
        <w:br/>
        <w:t>f 29222/29306/24275 29228/29311/24281 29233/29317/24286</w:t>
        <w:br/>
        <w:t>f 29228/29311/24281 29249/29332/24303 29248/29331/24302</w:t>
        <w:br/>
        <w:t>f 29251/29333/24304 29250/29334/24305 29233/29317/24286</w:t>
        <w:br/>
        <w:t>f 29248/29331/24302 29251/29333/24304 29233/29317/24286</w:t>
        <w:br/>
        <w:t>f 29252/29335/24306 29251/29333/24304 29248/29331/24302</w:t>
        <w:br/>
        <w:t>f 29249/29332/24303 29252/29335/24306 29248/29331/24302</w:t>
        <w:br/>
        <w:t>f 29254/29336/24307 29253/29337/24308 29250/29334/24309</w:t>
        <w:br/>
        <w:t>f 29252/29335/24306 29256/29338/24310 29255/29339/24311</w:t>
        <w:br/>
        <w:t>f 29251/29333/24304 29252/29335/24306 29255/29339/24311</w:t>
        <w:br/>
        <w:t>f 29257/29340/24312 29256/29338/24310 29252/29335/24306</w:t>
        <w:br/>
        <w:t>f 29258/29341/24313 29257/29340/24312 29252/29335/24306</w:t>
        <w:br/>
        <w:t>f 29249/29332/24303 29258/29341/24313 29252/29335/24306</w:t>
        <w:br/>
        <w:t>f 29261/29342/24314 29260/29343/24315 29259/29344/24316</w:t>
        <w:br/>
        <w:t>f 29227/29309/24279 29261/29342/24314 29259/29344/24316</w:t>
        <w:br/>
        <w:t>f 29263/29345/24317 29262/29346/24318 29257/29340/24312</w:t>
        <w:br/>
        <w:t>f 29258/29341/24313 29263/29345/24317 29257/29340/24312</w:t>
        <w:br/>
        <w:t>f 29261/29342/24314 29265/29347/24319 29264/29348/24320</w:t>
        <w:br/>
        <w:t>f 29260/29343/24315 29261/29342/24314 29264/29348/24320</w:t>
        <w:br/>
        <w:t>f 29266/29349/24321 29255/29339/24311 29256/29338/24310</w:t>
        <w:br/>
        <w:t>f 29268/29350/24322 29267/29351/24323 29253/29337/24308</w:t>
        <w:br/>
        <w:t>f 29254/29336/24307 29268/29350/24322 29253/29337/24308</w:t>
        <w:br/>
        <w:t>f 29262/29346/24318 29269/29352/24324 29256/29338/24310</w:t>
        <w:br/>
        <w:t>f 29257/29340/24312 29262/29346/24318 29256/29338/24310</w:t>
        <w:br/>
        <w:t>f 29272/29353/24325 29271/29354/24326 29270/29355/24327</w:t>
        <w:br/>
        <w:t>f 29263/29345/24328 29272/29353/24325 29270/29355/24327</w:t>
        <w:br/>
        <w:t>f 29265/29347/24319 29272/29353/24325 29263/29345/24328</w:t>
        <w:br/>
        <w:t>f 29273/29356/24329 29270/29355/24327 29271/29354/24326</w:t>
        <w:br/>
        <w:t>f 29266/29349/24321 29256/29338/24310 29269/29352/24324</w:t>
        <w:br/>
        <w:t>f 29189/29273/24330 29188/29271/24238 29116/29198/24166</w:t>
        <w:br/>
        <w:t>f 29177/29263/24230 29188/29271/24238 29180/29260/24227</w:t>
        <w:br/>
        <w:t>f 29119/29201/24168 29116/29198/24166 29157/29239/24206</w:t>
        <w:br/>
        <w:t>f 29138/29218/24331 29158/29242/24209 29159/29241/24208</w:t>
        <w:br/>
        <w:t>f 29135/29221/24187 29274/29357/24332 29138/29218/24185</w:t>
        <w:br/>
        <w:t>f 29107/29189/24157 29134/29216/24183 29127/29211/24178</w:t>
        <w:br/>
        <w:t>f 29206/29289/24256 29222/29306/24275 29231/29312/24282</w:t>
        <w:br/>
        <w:t>f 29251/29333/24304 29255/29339/24311 29250/29334/24305</w:t>
        <w:br/>
        <w:t>f 29176/29259/24226 29179/29261/24228 29180/29260/24227</w:t>
        <w:br/>
        <w:t>f 29179/29261/24228 29176/29259/24226 29112/29194/24162</w:t>
        <w:br/>
        <w:t>f 29278/29358/24333 29277/29359/24334 29276/29360/24335</w:t>
        <w:br/>
        <w:t>f 29275/29361/24336 29278/29358/24333 29276/29360/24335</w:t>
        <w:br/>
        <w:t>f 29280/29362/24337 29275/29361/24336 29276/29360/24335</w:t>
        <w:br/>
        <w:t>f 29279/29363/24338 29280/29362/24337 29276/29360/24335</w:t>
        <w:br/>
        <w:t>f 29279/29363/24338 29282/29364/24339 29281/29365/24340</w:t>
        <w:br/>
        <w:t>f 29280/29362/24337 29279/29363/24338 29281/29365/24340</w:t>
        <w:br/>
        <w:t>f 29282/29364/24339 29284/29366/24341 29283/29367/24342</w:t>
        <w:br/>
        <w:t>f 29281/29365/24340 29282/29364/24339 29283/29367/24342</w:t>
        <w:br/>
        <w:t>f 29286/29368/24343 29285/29369/24344 29275/29361/24336</w:t>
        <w:br/>
        <w:t>f 29285/29369/24344 29287/29370/24161 29275/29361/24336</w:t>
        <w:br/>
        <w:t>f 29278/29358/24333 29275/29361/24336 29287/29370/24161</w:t>
        <w:br/>
        <w:t>f 29287/29370/24161 29285/29369/24344 29289/29371/24345</w:t>
        <w:br/>
        <w:t>f 29288/29372/24346 29287/29370/24161 29289/29371/24345</w:t>
        <w:br/>
        <w:t>f 29293/29373/24347 29292/29374/24348 29291/29375/24349</w:t>
        <w:br/>
        <w:t>f 29290/29376/24350 29293/29373/24347 29291/29375/24349</w:t>
        <w:br/>
        <w:t>f 29280/29362/24337 29294/29377/24351 29286/29368/24343</w:t>
        <w:br/>
        <w:t>f 29283/29367/24342 29295/29378/24352 29281/29365/24340</w:t>
        <w:br/>
        <w:t>f 29298/29379/24353 29297/29380/24354 29296/29381/24355</w:t>
        <w:br/>
        <w:t>f 29299/29382/24171 29298/29379/24353 29296/29381/24355</w:t>
        <w:br/>
        <w:t>f 29297/29380/24356 29301/29383/24173 29300/29384/24357</w:t>
        <w:br/>
        <w:t>f 29302/29385/24358 29297/29380/24356 29300/29384/24357</w:t>
        <w:br/>
        <w:t>f 29304/29386/24359 29303/29387/24360 29281/29365/24340</w:t>
        <w:br/>
        <w:t>f 29295/29378/24352 29304/29386/24359 29281/29365/24340</w:t>
        <w:br/>
        <w:t>f 29303/29387/24360 29305/29388/24361 29281/29365/24340</w:t>
        <w:br/>
        <w:t>f 29303/29387/24360 29302/29385/24358 29307/29389/24362</w:t>
        <w:br/>
        <w:t>f 29306/29390/24363 29303/29387/24360 29307/29389/24362</w:t>
        <w:br/>
        <w:t>f 29307/29389/24362 29302/29385/24358 29300/29384/24357</w:t>
        <w:br/>
        <w:t>f 29305/29388/24361 29303/29387/24360 29306/29390/24363</w:t>
        <w:br/>
        <w:t>f 29310/29391/24364 29305/29388/24365 29309/29392/24366</w:t>
        <w:br/>
        <w:t>f 29308/29393/24367 29310/29391/24364 29309/29392/24366</w:t>
        <w:br/>
        <w:t>f 29305/29388/24361 29313/29394/24368 29312/29395/24369</w:t>
        <w:br/>
        <w:t>f 29311/29396/24370 29305/29388/24361 29312/29395/24369</w:t>
        <w:br/>
        <w:t>f 29312/29395/24369 29294/29377/24351 29280/29362/24337</w:t>
        <w:br/>
        <w:t>f 29311/29396/24370 29312/29395/24369 29280/29362/24337</w:t>
        <w:br/>
        <w:t>f 29312/29395/24369 29313/29394/24368 29315/29397/24371</w:t>
        <w:br/>
        <w:t>f 29314/29398/24372 29312/29395/24369 29315/29397/24371</w:t>
        <w:br/>
        <w:t>f 29310/29391/24364 29308/29393/24367 29316/29399/24193</w:t>
        <w:br/>
        <w:t>f 29317/29400/24373 29310/29391/24364 29316/29399/24193</w:t>
        <w:br/>
        <w:t>f 29294/29377/24351 29312/29395/24369 29314/29398/24372</w:t>
        <w:br/>
        <w:t>f 29318/29401/24374 29294/29377/24351 29314/29398/24372</w:t>
        <w:br/>
        <w:t>f 29321/29402/24194 29320/29403/24375 29319/29404/24376</w:t>
        <w:br/>
        <w:t>f 29323/29405/24377 29320/29403/24375 29321/29402/24194</w:t>
        <w:br/>
        <w:t>f 29322/29406/24197 29323/29405/24377 29321/29402/24194</w:t>
        <w:br/>
        <w:t>f 29325/29407/24200 29324/29408/24378 29323/29405/24377</w:t>
        <w:br/>
        <w:t>f 29322/29406/24197 29325/29407/24200 29323/29405/24377</w:t>
        <w:br/>
        <w:t>f 29327/29409/24379 29326/29410/24380 29324/29408/24378</w:t>
        <w:br/>
        <w:t>f 29325/29407/24200 29327/29409/24379 29324/29408/24378</w:t>
        <w:br/>
        <w:t>f 29277/29359/24334 29319/29404/24376 29320/29403/24375</w:t>
        <w:br/>
        <w:t>f 29276/29360/24335 29277/29359/24334 29320/29403/24375</w:t>
        <w:br/>
        <w:t>f 29323/29405/24377 29279/29363/24338 29276/29360/24335</w:t>
        <w:br/>
        <w:t>f 29320/29403/24375 29323/29405/24377 29276/29360/24335</w:t>
        <w:br/>
        <w:t>f 29323/29405/24377 29324/29408/24378 29282/29364/24339</w:t>
        <w:br/>
        <w:t>f 29279/29363/24338 29323/29405/24377 29282/29364/24339</w:t>
        <w:br/>
        <w:t>f 29324/29408/24378 29326/29410/24380 29284/29366/24341</w:t>
        <w:br/>
        <w:t>f 29282/29364/24339 29324/29408/24378 29284/29366/24341</w:t>
        <w:br/>
        <w:t>f 29294/29377/24351 29292/29374/24348 29293/29373/24347</w:t>
        <w:br/>
        <w:t>f 29286/29368/24343 29294/29377/24351 29293/29373/24347</w:t>
        <w:br/>
        <w:t>f 29294/29377/24351 29318/29401/24374 29328/29411/24381</w:t>
        <w:br/>
        <w:t>f 29292/29374/24348 29294/29377/24351 29328/29411/24381</w:t>
        <w:br/>
        <w:t>f 29332/29412/24382 29331/29413/24383 29330/29414/24384</w:t>
        <w:br/>
        <w:t>f 29329/29415/24385 29332/29412/24382 29330/29414/24384</w:t>
        <w:br/>
        <w:t>f 29329/29415/24385 29330/29414/24384 29334/29416/24386</w:t>
        <w:br/>
        <w:t>f 29333/29417/24387 29329/29415/24385 29334/29416/24386</w:t>
        <w:br/>
        <w:t>f 29333/29417/24387 29334/29416/24386 29336/29418/24388</w:t>
        <w:br/>
        <w:t>f 29335/29419/24389 29333/29417/24387 29336/29418/24388</w:t>
        <w:br/>
        <w:t>f 29328/29411/24381 29335/29419/24389 29336/29418/24388</w:t>
        <w:br/>
        <w:t>f 29292/29374/24348 29328/29411/24381 29336/29418/24388</w:t>
        <w:br/>
        <w:t>f 29314/29398/24372 29315/29397/24371 29337/29420/24390</w:t>
        <w:br/>
        <w:t>f 29318/29401/24374 29314/29398/24372 29173/29258/24220</w:t>
        <w:br/>
        <w:t>f 29174/29257/24225 29318/29401/24374 29173/29258/24220</w:t>
        <w:br/>
        <w:t>f 29339/29421/24391 29174/29257/24225 29175/29256/24223</w:t>
        <w:br/>
        <w:t>f 29338/29422/24392 29339/29421/24391 29175/29256/24223</w:t>
        <w:br/>
        <w:t>f 29340/29423/24224 29329/29415/24393 29338/29422/24392</w:t>
        <w:br/>
        <w:t>f 29175/29256/24223 29340/29423/24224 29338/29422/24392</w:t>
        <w:br/>
        <w:t>f 29340/29423/24224 29341/29424/24394 29329/29415/24393</w:t>
        <w:br/>
        <w:t>f 29343/29425/24395 29342/29426/24162 29289/29371/24396</w:t>
        <w:br/>
        <w:t>f 29347/29427/24397 29346/29428/24398 29345/29429/24399</w:t>
        <w:br/>
        <w:t>f 29344/29430/24400 29347/29427/24397 29345/29429/24399</w:t>
        <w:br/>
        <w:t>f 29291/29375/24349 29348/29431/24401 29290/29376/24350</w:t>
        <w:br/>
        <w:t>f 29352/29432/24402 29351/29433/24403 29350/29434/24404</w:t>
        <w:br/>
        <w:t>f 29349/29435/24405 29352/29432/24402 29350/29434/24404</w:t>
        <w:br/>
        <w:t>f 29349/29435/24405 29354/29436/24406 29353/29437/24407</w:t>
        <w:br/>
        <w:t>f 29352/29432/24402 29349/29435/24405 29353/29437/24407</w:t>
        <w:br/>
        <w:t>f 29344/29430/24400 29355/29438/24408 29354/29436/24406</w:t>
        <w:br/>
        <w:t>f 29355/29438/24408 29345/29429/24399 29343/29425/24395</w:t>
        <w:br/>
        <w:t>f 29291/29375/24349 29355/29438/24408 29343/29425/24395</w:t>
        <w:br/>
        <w:t>f 29334/29416/24386 29354/29436/24406 29355/29438/24408</w:t>
        <w:br/>
        <w:t>f 29336/29418/24388 29334/29416/24386 29355/29438/24408</w:t>
        <w:br/>
        <w:t>f 29330/29414/24384 29353/29437/24407 29354/29436/24406</w:t>
        <w:br/>
        <w:t>f 29334/29416/24386 29330/29414/24384 29354/29436/24406</w:t>
        <w:br/>
        <w:t>f 29356/29439/24409 29353/29437/24407 29330/29414/24384</w:t>
        <w:br/>
        <w:t>f 29359/29440/24410 29358/29441/24214 29357/29442/24243</w:t>
        <w:br/>
        <w:t>f 29360/29443/24411 29359/29440/24410 29357/29442/24243</w:t>
        <w:br/>
        <w:t>f 29362/29444/24412 29360/29443/24411 29357/29442/24243</w:t>
        <w:br/>
        <w:t>f 29361/29445/24245 29362/29444/24412 29357/29442/24243</w:t>
        <w:br/>
        <w:t>f 29364/29446/24413 29363/29447/24414 29351/29433/24403</w:t>
        <w:br/>
        <w:t>f 29352/29432/24402 29364/29446/24413 29351/29433/24403</w:t>
        <w:br/>
        <w:t>f 29363/29447/24414 29364/29446/24413 29365/29448/24415</w:t>
        <w:br/>
        <w:t>f 29365/29448/24415 29364/29446/24413 29366/29449/24416</w:t>
        <w:br/>
        <w:t>f 29367/29450/24417 29365/29448/24415 29366/29449/24416</w:t>
        <w:br/>
        <w:t>f 29356/29439/24409 29366/29449/24416 29364/29446/24413</w:t>
        <w:br/>
        <w:t>f 29352/29432/24402 29356/29439/24409 29364/29446/24413</w:t>
        <w:br/>
        <w:t>f 29356/29439/24409 29352/29432/24402 29353/29437/24407</w:t>
        <w:br/>
        <w:t>f 29368/29451/24418 29365/29448/24415 29367/29450/24417</w:t>
        <w:br/>
        <w:t>f 29369/29452/24419 29363/29447/24414 29365/29448/24415</w:t>
        <w:br/>
        <w:t>f 29368/29451/24418 29369/29452/24419 29365/29448/24415</w:t>
        <w:br/>
        <w:t>f 29361/29445/24245 29371/29453/24258 29370/29454/24420</w:t>
        <w:br/>
        <w:t>f 29362/29444/24412 29361/29445/24245 29370/29454/24420</w:t>
        <w:br/>
        <w:t>f 29347/29427/24421 29351/29433/24422 29372/29455/24423</w:t>
        <w:br/>
        <w:t>f 29374/29456/24424 29373/29457/24424 29372/29455/24423</w:t>
        <w:br/>
        <w:t>f 29351/29433/24422 29374/29456/24424 29372/29455/24423</w:t>
        <w:br/>
        <w:t>f 29347/29427/24397 29377/29458/24425 29376/29459/24263</w:t>
        <w:br/>
        <w:t>f 29375/29460/24426 29347/29427/24397 29376/29459/24263</w:t>
        <w:br/>
        <w:t>f 29376/29459/24263 29372/29455/24427 29378/29461/24265</w:t>
        <w:br/>
        <w:t>f 29380/29462/24268 29351/29433/24403 29379/29463/24428</w:t>
        <w:br/>
        <w:t>f 29379/29463/24428 29382/29464/24429 29381/29465/24269</w:t>
        <w:br/>
        <w:t>f 29380/29462/24268 29379/29463/24428 29381/29465/24269</w:t>
        <w:br/>
        <w:t>f 29363/29447/24414 29369/29452/24419 29382/29464/24429</w:t>
        <w:br/>
        <w:t>f 29379/29463/24428 29363/29447/24414 29382/29464/24429</w:t>
        <w:br/>
        <w:t>f 29383/29466/24272 29381/29465/24269 29382/29464/24429</w:t>
        <w:br/>
        <w:t>f 29384/29467/24430 29383/29466/24272 29382/29464/24429</w:t>
        <w:br/>
        <w:t>f 29369/29452/24419 29386/29468/24431 29385/29469/24432</w:t>
        <w:br/>
        <w:t>f 29382/29464/24429 29369/29452/24419 29385/29469/24432</w:t>
        <w:br/>
        <w:t>f 29368/29451/24418 29387/29470/24433 29369/29452/24419</w:t>
        <w:br/>
        <w:t>f 29371/29453/24258 29389/29471/24434 29388/29472/24435</w:t>
        <w:br/>
        <w:t>f 29370/29454/24420 29371/29453/24258 29388/29472/24435</w:t>
        <w:br/>
        <w:t>f 29383/29466/24272 29384/29467/24430 29391/29473/24436</w:t>
        <w:br/>
        <w:t>f 29390/29474/24279 29383/29466/24272 29391/29473/24436</w:t>
        <w:br/>
        <w:t>f 29385/29469/24432 29386/29468/24431 29391/29473/24436</w:t>
        <w:br/>
        <w:t>f 29394/29475/24437 29386/29468/24431 29393/29476/24438</w:t>
        <w:br/>
        <w:t>f 29392/29477/24439 29394/29475/24437 29393/29476/24438</w:t>
        <w:br/>
        <w:t>f 29396/29478/24440 29394/29475/24437 29392/29477/24439</w:t>
        <w:br/>
        <w:t>f 29395/29479/24441 29396/29478/24440 29392/29477/24439</w:t>
        <w:br/>
        <w:t>f 29398/29480/24442 29388/29472/24435 29389/29471/24434</w:t>
        <w:br/>
        <w:t>f 29397/29481/24290 29398/29480/24442 29389/29471/24434</w:t>
        <w:br/>
        <w:t>f 29400/29482/24443 29399/29483/24444 29392/29477/24439</w:t>
        <w:br/>
        <w:t>f 29393/29476/24438 29400/29482/24443 29392/29477/24439</w:t>
        <w:br/>
        <w:t>f 29401/29484/24445 29395/29479/24441 29392/29477/24439</w:t>
        <w:br/>
        <w:t>f 29399/29483/24444 29401/29484/24445 29392/29477/24439</w:t>
        <w:br/>
        <w:t>f 29403/29485/24446 29398/29480/24442 29397/29481/24290</w:t>
        <w:br/>
        <w:t>f 29402/29486/24296 29403/29485/24446 29397/29481/24290</w:t>
        <w:br/>
        <w:t>f 29405/29487/24447 29404/29488/24448 29403/29485/24446</w:t>
        <w:br/>
        <w:t>f 29402/29486/24296 29405/29487/24447 29403/29485/24446</w:t>
        <w:br/>
        <w:t>f 29408/29489/24300 29407/29490/24449 29406/29491/24450</w:t>
        <w:br/>
        <w:t>f 29404/29488/24448 29408/29489/24300 29406/29491/24450</w:t>
        <w:br/>
        <w:t>f 29405/29487/24447 29408/29489/24300 29404/29488/24448</w:t>
        <w:br/>
        <w:t>f 29410/29492/24301 29409/29493/24451 29395/29479/24452</w:t>
        <w:br/>
        <w:t>f 29407/29490/24299 29410/29492/24301 29395/29479/24452</w:t>
        <w:br/>
        <w:t>f 29391/29473/24436 29386/29468/24431 29394/29475/24437</w:t>
        <w:br/>
        <w:t>f 29411/29494/24453 29391/29473/24436 29394/29475/24437</w:t>
        <w:br/>
        <w:t>f 29391/29473/24436 29412/29495/24454 29390/29474/24279</w:t>
        <w:br/>
        <w:t>f 29411/29494/24453 29394/29475/24437 29396/29478/24440</w:t>
        <w:br/>
        <w:t>f 29413/29496/24455 29411/29494/24453 29396/29478/24440</w:t>
        <w:br/>
        <w:t>f 29414/29497/24456 29411/29494/24453 29413/29496/24455</w:t>
        <w:br/>
        <w:t>f 29415/29498/24457 29414/29497/24456 29413/29496/24455</w:t>
        <w:br/>
        <w:t>f 29418/29499/24458 29417/29500/24459 29416/29501/24308</w:t>
        <w:br/>
        <w:t>f 29415/29498/24457 29413/29496/24455 29419/29502/24460</w:t>
        <w:br/>
        <w:t>f 29420/29503/24461 29415/29498/24457 29419/29502/24460</w:t>
        <w:br/>
        <w:t>f 29421/29504/24462 29415/29498/24457 29420/29503/24461</w:t>
        <w:br/>
        <w:t>f 29422/29505/24463 29412/29495/24454 29415/29498/24457</w:t>
        <w:br/>
        <w:t>f 29421/29504/24462 29422/29505/24463 29415/29498/24457</w:t>
        <w:br/>
        <w:t>f 29423/29506/24314 29390/29474/24279 29412/29495/24454</w:t>
        <w:br/>
        <w:t>f 29422/29505/24463 29423/29506/24314 29412/29495/24454</w:t>
        <w:br/>
        <w:t>f 29425/29507/24464 29424/29508/24465 29422/29505/24463</w:t>
        <w:br/>
        <w:t>f 29421/29504/24462 29425/29507/24464 29422/29505/24463</w:t>
        <w:br/>
        <w:t>f 29424/29508/24465 29426/29509/24466 29423/29506/24314</w:t>
        <w:br/>
        <w:t>f 29422/29505/24463 29424/29508/24465 29423/29506/24314</w:t>
        <w:br/>
        <w:t>f 29427/29510/24467 29425/29507/24464 29421/29504/24462</w:t>
        <w:br/>
        <w:t>f 29420/29503/24461 29427/29510/24467 29421/29504/24462</w:t>
        <w:br/>
        <w:t>f 29429/29511/24326 29428/29512/24325 29424/29508/24465</w:t>
        <w:br/>
        <w:t>f 29425/29507/24464 29429/29511/24326 29424/29508/24465</w:t>
        <w:br/>
        <w:t>f 29426/29509/24466 29424/29508/24465 29428/29512/24325</w:t>
        <w:br/>
        <w:t>f 29427/29510/24467 29429/29511/24326 29425/29507/24464</w:t>
        <w:br/>
        <w:t>f 29430/29513/24468 29427/29510/24467 29420/29503/24461</w:t>
        <w:br/>
        <w:t>f 29419/29502/24460 29430/29513/24468 29420/29503/24461</w:t>
        <w:br/>
        <w:t>f 29418/29499/24458 29416/29501/24308 29431/29514/24323</w:t>
        <w:br/>
        <w:t>f 29432/29515/24469 29418/29499/24458 29431/29514/24323</w:t>
        <w:br/>
        <w:t>f 29355/29438/24408 29292/29374/24348 29336/29418/24388</w:t>
        <w:br/>
        <w:t>f 29291/29375/24349 29292/29374/24348 29355/29438/24408</w:t>
        <w:br/>
        <w:t>f 29344/29430/24400 29345/29429/24399 29355/29438/24408</w:t>
        <w:br/>
        <w:t>f 29280/29362/24337 29286/29368/24343 29275/29361/24336</w:t>
        <w:br/>
        <w:t>f 29311/29396/24370 29280/29362/24337 29281/29365/24340</w:t>
        <w:br/>
        <w:t>f 29281/29365/24340 29305/29388/24361 29311/29396/24370</w:t>
        <w:br/>
        <w:t>f 29369/29452/24419 29393/29476/24438 29386/29468/24431</w:t>
        <w:br/>
        <w:t>f 29393/29476/24438 29369/29452/24419 29387/29470/24433</w:t>
        <w:br/>
        <w:t>f 29400/29482/24443 29393/29476/24438 29387/29470/24433</w:t>
        <w:br/>
        <w:t>f 29413/29496/24455 29396/29478/24440 29419/29502/24460</w:t>
        <w:br/>
        <w:t>f 29343/29425/24395 29345/29429/24399 29375/29460/24228</w:t>
        <w:br/>
        <w:t>f 29375/29460/24228 29342/29426/24162 29343/29425/24395</w:t>
        <w:br/>
        <w:t>f 29328/29411/24381 29318/29401/24374 29174/29257/24225</w:t>
        <w:br/>
        <w:t>f 29335/29419/24389 29328/29411/24381 29174/29257/24225</w:t>
        <w:br/>
        <w:t>f 29171/29254/24223 29170/29253/24221 29169/29252/24219</w:t>
        <w:br/>
        <w:t>f 29427/29510/24467 29433/29516/24470 29429/29511/24326</w:t>
        <w:br/>
        <w:t>f 29273/29356/24329 29271/29354/24326 29434/29517/24471</w:t>
        <w:br/>
        <w:t>f 29203/29286/24253 29435/29518/24472 29204/29287/24254</w:t>
        <w:br/>
        <w:t>f 29210/29294/24473 29218/29298/24267 29197/29281/24474</w:t>
        <w:br/>
        <w:t>f 29351/29433/24403 29363/29447/24414 29379/29463/24428</w:t>
        <w:br/>
        <w:t>f 29226/29310/24280 29227/29309/24279 29259/29344/24316</w:t>
        <w:br/>
        <w:t>f 29391/29473/24436 29411/29494/24453 29412/29495/24454</w:t>
        <w:br/>
        <w:t>f 29359/29440/24410 29436/29519/24475 29358/29441/24214</w:t>
        <w:br/>
        <w:t>f 29139/29223/24190 29437/29520/24476 29141/29224/24191</w:t>
        <w:br/>
        <w:t>f 29317/29400/24373 29316/29399/24193 29173/29258/24220</w:t>
        <w:br/>
        <w:t>f 29151/29235/24202 29152/29234/24201 29439/29521/24477</w:t>
        <w:br/>
        <w:t>f 29438/29522/24478 29151/29235/24202 29439/29521/24477</w:t>
        <w:br/>
        <w:t>f 29152/29234/24201 29108/29192/24160 29441/29523/24479</w:t>
        <w:br/>
        <w:t>f 29440/29524/24480 29152/29234/24201 29441/29523/24479</w:t>
        <w:br/>
        <w:t>f 29122/29204/24171 29443/29525/24481 29442/29526/24482</w:t>
        <w:br/>
        <w:t>f 29109/29191/24159 29122/29204/24171 29442/29526/24482</w:t>
        <w:br/>
        <w:t>f 29108/29192/24160 29109/29191/24159 29442/29526/24482</w:t>
        <w:br/>
        <w:t>f 29441/29523/24479 29108/29192/24160 29442/29526/24482</w:t>
        <w:br/>
        <w:t>f 29327/29409/24379 29445/29527/24483 29444/29528/24484</w:t>
        <w:br/>
        <w:t>f 29326/29410/24380 29327/29409/24379 29444/29528/24484</w:t>
        <w:br/>
        <w:t>f 29326/29410/24380 29444/29528/24484 29446/29529/24485</w:t>
        <w:br/>
        <w:t>f 29284/29366/24341 29326/29410/24380 29446/29529/24485</w:t>
        <w:br/>
        <w:t>f 29448/29530/24486 29447/29531/24487 29299/29382/24171</w:t>
        <w:br/>
        <w:t>f 29296/29381/24355 29448/29530/24486 29299/29382/24171</w:t>
        <w:br/>
        <w:t>f 29284/29366/24341 29446/29529/24485 29448/29530/24486</w:t>
        <w:br/>
        <w:t>f 29283/29367/24342 29284/29366/24341 29448/29530/24486</w:t>
        <w:br/>
        <w:t>usemtl MI_Audrey_Eyesin</w:t>
        <w:br/>
        <w:t>f 29534/29532/24488 29533/29533/24489 29532/29534/24490</w:t>
        <w:br/>
        <w:t>f 29535/29535/24491 29534/29532/24488 29532/29534/24490</w:t>
        <w:br/>
        <w:t>f 29537/29536/24492 29536/29537/24493 29535/29535/24491</w:t>
        <w:br/>
        <w:t>f 29532/29534/24490 29537/29536/24492 29535/29535/24491</w:t>
        <w:br/>
        <w:t>f 29539/29538/24494 29538/29539/24495 29533/29533/24489</w:t>
        <w:br/>
        <w:t>f 29534/29532/24488 29539/29538/24494 29533/29533/24489</w:t>
        <w:br/>
        <w:t>f 29541/29540/24496 29540/29541/24496 29536/29537/24493</w:t>
        <w:br/>
        <w:t>f 29537/29536/24492 29541/29540/24496 29536/29537/24493</w:t>
        <w:br/>
        <w:t>f 29543/29542/24497 29542/29543/24497 29538/29539/24495</w:t>
        <w:br/>
        <w:t>f 29539/29538/24494 29543/29542/24497 29538/29539/24495</w:t>
        <w:br/>
        <w:t>f 29540/29541/24496 29541/29540/24496 29544/29544/24498</w:t>
        <w:br/>
        <w:t>f 29545/29545/24499 29540/29541/24496 29544/29544/24498</w:t>
        <w:br/>
        <w:t>f 29546/29546/24500 29542/29543/24497 29543/29542/24497</w:t>
        <w:br/>
        <w:t>f 29547/29547/24501 29546/29546/24500 29543/29542/24497</w:t>
        <w:br/>
        <w:t>f 29551/29548/24502 29550/29549/24503 29549/29550/24504</w:t>
        <w:br/>
        <w:t>f 29548/29551/24502 29551/29548/24502 29549/29550/24504</w:t>
        <w:br/>
        <w:t>f 29553/29552/24505 29551/29548/24502 29548/29551/24502</w:t>
        <w:br/>
        <w:t>f 29552/29553/24506 29553/29552/24505 29548/29551/24502</w:t>
        <w:br/>
        <w:t>f 29552/29553/24506 29555/29554/24507 29554/29555/24507</w:t>
        <w:br/>
        <w:t>f 29553/29552/24505 29552/29553/24506 29554/29555/24507</w:t>
        <w:br/>
        <w:t>f 29559/29556/24508 29558/29557/24509 29557/29558/24510</w:t>
        <w:br/>
        <w:t>f 29556/29559/24511 29559/29556/24508 29557/29558/24510</w:t>
        <w:br/>
        <w:t>f 29556/29559/24511 29561/29560/24512 29560/29561/24513</w:t>
        <w:br/>
        <w:t>f 29559/29556/24508 29556/29559/24511 29560/29561/24513</w:t>
        <w:br/>
        <w:t>f 29561/29560/24512 29549/29550/24504 29550/29549/24503</w:t>
        <w:br/>
        <w:t>f 29560/29561/24513 29561/29560/24512 29550/29549/24503</w:t>
        <w:br/>
        <w:t>f 29565/29562/24514 29564/29563/24515 29563/29564/24515</w:t>
        <w:br/>
        <w:t>f 29562/29565/24514 29565/29562/24514 29563/29564/24515</w:t>
        <w:br/>
        <w:t>f 29564/29563/24515 29567/29566/24516 29566/29567/24517</w:t>
        <w:br/>
        <w:t>f 29563/29564/24515 29564/29563/24515 29566/29567/24517</w:t>
        <w:br/>
        <w:t>f 29562/29565/24514 29569/29568/24518 29568/29569/24518</w:t>
        <w:br/>
        <w:t>f 29565/29562/24514 29562/29565/24514 29568/29569/24518</w:t>
        <w:br/>
        <w:t>f 29567/29566/24516 29571/29570/24519 29570/29571/24519</w:t>
        <w:br/>
        <w:t>f 29566/29567/24517 29567/29566/24516 29570/29571/24519</w:t>
        <w:br/>
        <w:t>f 29569/29568/24518 29573/29572/24520 29572/29573/24521</w:t>
        <w:br/>
        <w:t>f 29568/29569/24518 29569/29568/24518 29572/29573/24521</w:t>
        <w:br/>
        <w:t>f 29573/29572/24520 29575/29574/24522 29574/29575/24523</w:t>
        <w:br/>
        <w:t>f 29572/29573/24521 29573/29572/24520 29574/29575/24523</w:t>
        <w:br/>
        <w:t>f 29577/29576/24524 29557/29558/24510 29558/29557/24509</w:t>
        <w:br/>
        <w:t>f 29576/29577/24524 29577/29576/24524 29558/29557/24509</w:t>
        <w:br/>
        <w:t>f 29575/29574/24522 29579/29578/24525 29578/29579/24526</w:t>
        <w:br/>
        <w:t>f 29574/29575/24523 29575/29574/24522 29578/29579/24526</w:t>
        <w:br/>
        <w:t>f 29583/29580/24527 29582/29581/24527 29581/29582/24528</w:t>
        <w:br/>
        <w:t>f 29580/29583/24528 29583/29580/24527 29581/29582/24528</w:t>
        <w:br/>
        <w:t>f 29580/29583/24528 29581/29582/24528 29585/29584/24529</w:t>
        <w:br/>
        <w:t>f 29584/29585/24530 29580/29583/24528 29585/29584/24529</w:t>
        <w:br/>
        <w:t>f 29585/29584/24529 29588/29586/24531 29587/29587/24532</w:t>
        <w:br/>
        <w:t>f 29586/29588/24533 29585/29584/24529 29587/29587/24532</w:t>
        <w:br/>
        <w:t>f 29586/29588/24533 29587/29587/24532 29590/29589/24534</w:t>
        <w:br/>
        <w:t>f 29589/29590/24535 29586/29588/24533 29590/29589/24534</w:t>
        <w:br/>
        <w:t>f 29592/29591/24536 29591/29592/24537 29589/29590/24535</w:t>
        <w:br/>
        <w:t>f 29590/29589/24534 29592/29591/24536 29589/29590/24535</w:t>
        <w:br/>
        <w:t>f 29594/29593/24538 29590/29589/24534 29587/29587/24532</w:t>
        <w:br/>
        <w:t>f 29593/29594/24539 29594/29593/24538 29587/29587/24532</w:t>
        <w:br/>
        <w:t>f 29593/29594/24539 29587/29587/24532 29588/29586/24531</w:t>
        <w:br/>
        <w:t>f 29595/29595/24540 29593/29594/24539 29588/29586/24531</w:t>
        <w:br/>
        <w:t>f 29593/29594/24539 29595/29595/24540 29596/29596/24541</w:t>
        <w:br/>
        <w:t>f 29597/29597/24542 29593/29594/24539 29596/29596/24541</w:t>
        <w:br/>
        <w:t>f 29599/29598/24543 29582/29581/24527 29583/29580/24527</w:t>
        <w:br/>
        <w:t>f 29598/29599/24543 29599/29598/24543 29583/29580/24527</w:t>
        <w:br/>
        <w:t>f 29601/29600/24544 29600/29601/24545 29584/29585/24530</w:t>
        <w:br/>
        <w:t>f 29585/29584/24529 29601/29600/24544 29584/29585/24530</w:t>
        <w:br/>
        <w:t>f 29601/29600/24544 29585/29584/24529 29586/29588/24533</w:t>
        <w:br/>
        <w:t>f 29602/29602/24546 29601/29600/24544 29586/29588/24533</w:t>
        <w:br/>
        <w:t>f 29602/29602/24546 29586/29588/24533 29589/29590/24535</w:t>
        <w:br/>
        <w:t>f 29603/29603/24547 29602/29602/24546 29589/29590/24535</w:t>
        <w:br/>
        <w:t>f 29604/29604/24548 29592/29591/24536 29590/29589/24534</w:t>
        <w:br/>
        <w:t>f 29594/29593/24538 29604/29604/24548 29590/29589/24534</w:t>
        <w:br/>
        <w:t>f 29606/29605/24549 29605/29606/24550 29604/29604/24548</w:t>
        <w:br/>
        <w:t>f 29594/29593/24538 29606/29605/24549 29604/29604/24548</w:t>
        <w:br/>
        <w:t>f 29606/29605/24549 29594/29593/24538 29593/29594/24539</w:t>
        <w:br/>
        <w:t>f 29597/29597/24542 29606/29605/24549 29593/29594/24539</w:t>
        <w:br/>
        <w:t>f 29606/29605/24549 29597/29597/24542 29608/29607/24551</w:t>
        <w:br/>
        <w:t>f 29607/29608/24552 29606/29605/24549 29608/29607/24551</w:t>
        <w:br/>
        <w:t>f 29605/29606/24550 29606/29605/24549 29607/29608/24552</w:t>
        <w:br/>
        <w:t>f 29609/29609/24553 29605/29606/24550 29607/29608/24552</w:t>
        <w:br/>
        <w:t>f 29610/29610/24554 29608/29607/24551 29597/29597/24542</w:t>
        <w:br/>
        <w:t>f 29596/29596/24541 29610/29610/24554 29597/29597/24542</w:t>
        <w:br/>
        <w:t>f 29612/29611/24555 29599/29598/24543 29598/29599/24543</w:t>
        <w:br/>
        <w:t>f 29611/29612/24555 29612/29611/24555 29598/29599/24543</w:t>
        <w:br/>
        <w:t>f 29614/29613/24556 29612/29611/24555 29611/29612/24555</w:t>
        <w:br/>
        <w:t>f 29613/29614/24556 29614/29613/24556 29611/29612/24555</w:t>
        <w:br/>
        <w:t>f 29608/29607/24551 29610/29610/24554 29616/29615/24557</w:t>
        <w:br/>
        <w:t>f 29615/29616/24558 29608/29607/24551 29616/29615/24557</w:t>
        <w:br/>
        <w:t>f 29609/29609/24553 29607/29608/24552 29618/29617/24559</w:t>
        <w:br/>
        <w:t>f 29617/29618/24560 29609/29609/24553 29618/29617/24559</w:t>
        <w:br/>
        <w:t>f 29607/29608/24552 29608/29607/24551 29615/29616/24558</w:t>
        <w:br/>
        <w:t>f 29618/29617/24559 29607/29608/24552 29615/29616/24558</w:t>
        <w:br/>
        <w:t>f 29615/29616/24558 29616/29615/24557 29620/29619/24561</w:t>
        <w:br/>
        <w:t>f 29619/29620/24562 29615/29616/24558 29620/29619/24561</w:t>
        <w:br/>
        <w:t>f 29613/29614/24556 29622/29621/24563 29621/29622/24564</w:t>
        <w:br/>
        <w:t>f 29614/29613/24556 29613/29614/24556 29621/29622/24564</w:t>
        <w:br/>
        <w:t>f 29618/29617/24559 29615/29616/24558 29619/29620/24562</w:t>
        <w:br/>
        <w:t>f 29623/29623/24565 29618/29617/24559 29619/29620/24562</w:t>
        <w:br/>
        <w:t>f 29617/29618/24560 29618/29617/24559 29623/29623/24565</w:t>
        <w:br/>
        <w:t>f 29624/29624/24566 29617/29618/24560 29623/29623/24565</w:t>
        <w:br/>
        <w:t>f 29624/29624/24566 29623/29623/24565 29626/29625/24567</w:t>
        <w:br/>
        <w:t>f 29625/29626/24568 29624/29624/24566 29626/29625/24567</w:t>
        <w:br/>
        <w:t>f 29621/29622/24564 29622/29621/24563 29627/29627/24569</w:t>
        <w:br/>
        <w:t>f 29629/29628/24570 29628/29629/24571 29619/29620/24562</w:t>
        <w:br/>
        <w:t>f 29620/29619/24561 29629/29628/24570 29619/29620/24562</w:t>
        <w:br/>
        <w:t>f 29628/29629/24571 29626/29625/24567 29623/29623/24565</w:t>
        <w:br/>
        <w:t>f 29619/29620/24562 29628/29629/24571 29623/29623/24565</w:t>
        <w:br/>
        <w:t>f 29626/29625/24567 29628/29629/24571 29631/29630/24572</w:t>
        <w:br/>
        <w:t>f 29630/29631/24573 29626/29625/24567 29631/29630/24572</w:t>
        <w:br/>
        <w:t>f 29625/29626/24568 29626/29625/24567 29630/29631/24573</w:t>
        <w:br/>
        <w:t>f 29632/29632/24574 29625/29626/24568 29630/29631/24573</w:t>
        <w:br/>
        <w:t>f 29628/29629/24571 29629/29628/24570 29633/29633/24575</w:t>
        <w:br/>
        <w:t>f 29631/29630/24572 29628/29629/24571 29633/29633/24575</w:t>
        <w:br/>
        <w:t>f 29627/29627/24569 29635/29634/24576 29634/29635/24577</w:t>
        <w:br/>
        <w:t>f 29637/29636/24578 29631/29630/24572 29633/29633/24575</w:t>
        <w:br/>
        <w:t>f 29636/29637/24579 29637/29636/24578 29633/29633/24575</w:t>
        <w:br/>
        <w:t>f 29637/29636/24578 29630/29631/24573 29631/29630/24572</w:t>
        <w:br/>
        <w:t>f 29639/29638/24580 29636/29637/24581 29638/29639/24582</w:t>
        <w:br/>
        <w:t>f 29638/29639/24583 29640/29640/24584 29630/29631/24573</w:t>
        <w:br/>
        <w:t>f 29637/29636/24578 29638/29639/24583 29630/29631/24573</w:t>
        <w:br/>
        <w:t>f 29632/29632/24574 29630/29631/24573 29640/29640/24584</w:t>
        <w:br/>
        <w:t>f 29641/29641/24585 29632/29632/24574 29640/29640/24584</w:t>
        <w:br/>
        <w:t>f 29638/29639/24586 29643/29642/24587 29642/29643/24588</w:t>
        <w:br/>
        <w:t>f 29647/29644/24589 29646/29645/24590 29645/29646/24591</w:t>
        <w:br/>
        <w:t>f 29644/29647/24592 29647/29644/24589 29645/29646/24591</w:t>
        <w:br/>
        <w:t>f 29651/29648/24593 29650/29649/24594 29649/29650/24595</w:t>
        <w:br/>
        <w:t>f 29648/29651/24596 29651/29648/24593 29649/29650/24595</w:t>
        <w:br/>
        <w:t>f 29655/29652/24597 29654/29653/24598 29653/29654/24599</w:t>
        <w:br/>
        <w:t>f 29652/29655/24600 29655/29652/24597 29653/29654/24599</w:t>
        <w:br/>
        <w:t>f 29652/29655/24600 29657/29656/24601 29656/29657/24602</w:t>
        <w:br/>
        <w:t>f 29655/29652/24597 29652/29655/24600 29656/29657/24602</w:t>
        <w:br/>
        <w:t>f 29657/29656/24601 29659/29658/24603 29658/29659/24604</w:t>
        <w:br/>
        <w:t>f 29656/29657/24602 29657/29656/24601 29658/29659/24604</w:t>
        <w:br/>
        <w:t>f 29658/29659/24604 29659/29658/24603 29660/29660/24605</w:t>
        <w:br/>
        <w:t>f 29644/29647/24592 29658/29659/24604 29660/29660/24605</w:t>
        <w:br/>
        <w:t>f 29661/29661/24606 29644/29647/24592 29660/29660/24605</w:t>
        <w:br/>
        <w:t>f 29661/29661/24606 29662/29662/24607 29647/29644/24589</w:t>
        <w:br/>
        <w:t>f 29644/29647/24592 29661/29661/24606 29647/29644/24589</w:t>
        <w:br/>
        <w:t>f 29647/29644/24589 29662/29662/24607 29663/29663/24608</w:t>
        <w:br/>
        <w:t>f 29667/29664/24609 29666/29665/24610 29665/29666/24611</w:t>
        <w:br/>
        <w:t>f 29664/29667/24612 29667/29664/24609 29665/29666/24611</w:t>
        <w:br/>
        <w:t>f 29668/29668/24613 29666/29665/24610 29667/29664/24609</w:t>
        <w:br/>
        <w:t>f 29650/29649/24594 29668/29668/24613 29667/29664/24609</w:t>
        <w:br/>
        <w:t>f 29669/29669/24614 29658/29659/24604 29644/29647/24592</w:t>
        <w:br/>
        <w:t>f 29645/29646/24591 29669/29669/24614 29644/29647/24592</w:t>
        <w:br/>
        <w:t>f 29671/29670/24615 29670/29671/24616 29655/29652/24597</w:t>
        <w:br/>
        <w:t>f 29656/29657/24602 29671/29670/24615 29655/29652/24597</w:t>
        <w:br/>
        <w:t>f 29650/29649/24594 29667/29664/24609 29672/29672/24617</w:t>
        <w:br/>
        <w:t>f 29649/29650/24595 29650/29649/24594 29672/29672/24617</w:t>
        <w:br/>
        <w:t>f 29648/29651/24596 29653/29654/24599 29654/29653/24598</w:t>
        <w:br/>
        <w:t>f 29651/29648/24593 29648/29651/24596 29654/29653/24598</w:t>
        <w:br/>
        <w:t>f 29664/29667/24612 29672/29672/24617 29667/29664/24609</w:t>
        <w:br/>
        <w:t>f 29634/29635/24577 29635/29634/24576 29636/29637/24618</w:t>
        <w:br/>
        <w:t>f 29627/29627/24569 29622/29621/24563 29635/29634/24576</w:t>
        <w:br/>
        <w:t>f 29603/29603/24547 29589/29590/24535 29591/29592/24537</w:t>
        <w:br/>
        <w:t>f 29673/29673/24619 29603/29603/24547 29591/29592/24537</w:t>
        <w:br/>
        <w:t>f 29675/29674/24620 29640/29640/24584 29643/29642/24621</w:t>
        <w:br/>
        <w:t>f 29674/29675/24622 29675/29674/24620 29643/29642/24621</w:t>
        <w:br/>
        <w:t>f 29646/29645/24590 29647/29644/24589 29663/29663/24608</w:t>
        <w:br/>
        <w:t>f 29676/29676/24623 29646/29645/24590 29663/29663/24608</w:t>
        <w:br/>
        <w:t>f 29671/29670/24615 29656/29657/24602 29658/29659/24604</w:t>
        <w:br/>
        <w:t>f 29669/29669/24614 29671/29670/24615 29658/29659/24604</w:t>
        <w:br/>
        <w:t>f 29654/29653/24598 29655/29652/24597 29670/29671/24616</w:t>
        <w:br/>
        <w:t>f 29677/29677/24624 29654/29653/24598 29670/29671/24616</w:t>
        <w:br/>
        <w:t>f 29651/29648/24593 29654/29653/24598 29677/29677/24624</w:t>
        <w:br/>
        <w:t>f 29678/29678/24625 29651/29648/24593 29677/29677/24624</w:t>
        <w:br/>
        <w:t>f 29650/29649/24594 29651/29648/24593 29678/29678/24625</w:t>
        <w:br/>
        <w:t>f 29668/29668/24613 29650/29649/24594 29678/29678/24625</w:t>
        <w:br/>
        <w:t>f 29666/29665/24610 29679/29679/24626 29665/29666/24611</w:t>
        <w:br/>
        <w:t>f 29683/29680/24627 29682/29681/24628 29681/29682/24629</w:t>
        <w:br/>
        <w:t>f 29680/29683/24630 29683/29680/24627 29681/29682/24629</w:t>
        <w:br/>
        <w:t>f 29685/29684/24631 29683/29680/24627 29680/29683/24630</w:t>
        <w:br/>
        <w:t>f 29684/29685/24631 29685/29684/24631 29680/29683/24630</w:t>
        <w:br/>
        <w:t>f 29687/29686/24632 29685/29684/24631 29684/29685/24631</w:t>
        <w:br/>
        <w:t>f 29686/29687/24632 29687/29686/24632 29684/29685/24631</w:t>
        <w:br/>
        <w:t>f 29691/29688/24633 29690/29689/24634 29689/29690/24635</w:t>
        <w:br/>
        <w:t>f 29688/29691/24636 29691/29688/24633 29689/29690/24635</w:t>
        <w:br/>
        <w:t>f 29688/29691/24636 29689/29690/24635 29693/29692/24637</w:t>
        <w:br/>
        <w:t>f 29692/29693/24638 29688/29691/24636 29693/29692/24637</w:t>
        <w:br/>
        <w:t>f 29695/29694/24639 29694/29695/24640 29690/29689/24634</w:t>
        <w:br/>
        <w:t>f 29691/29688/24633 29695/29694/24639 29690/29689/24634</w:t>
        <w:br/>
        <w:t>f 29682/29681/24628 29697/29696/24641 29696/29697/24642</w:t>
        <w:br/>
        <w:t>f 29681/29682/24629 29682/29681/24628 29696/29697/24642</w:t>
        <w:br/>
        <w:t>f 29699/29698/24643 29698/29699/24644 29694/29695/24640</w:t>
        <w:br/>
        <w:t>f 29695/29694/24639 29699/29698/24643 29694/29695/24640</w:t>
        <w:br/>
        <w:t>f 29701/29700/24645 29696/29697/24642 29697/29696/24641</w:t>
        <w:br/>
        <w:t>f 29700/29701/24645 29701/29700/24645 29697/29696/24641</w:t>
        <w:br/>
        <w:t>f 29700/29701/24645 29703/29702/24646 29702/29703/24647</w:t>
        <w:br/>
        <w:t>f 29701/29700/24645 29700/29701/24645 29702/29703/24647</w:t>
        <w:br/>
        <w:t>f 29703/29702/24646 29705/29704/24648 29704/29705/24648</w:t>
        <w:br/>
        <w:t>f 29702/29703/24647 29703/29702/24646 29704/29705/24648</w:t>
        <w:br/>
        <w:t>f 29698/29699/24644 29699/29698/24643 29707/29706/24649</w:t>
        <w:br/>
        <w:t>f 29706/29707/24650 29698/29699/24644 29707/29706/24649</w:t>
        <w:br/>
        <w:t>f 29709/29708/24651 29708/29709/24651 29706/29707/24650</w:t>
        <w:br/>
        <w:t>f 29707/29706/24649 29709/29708/24651 29706/29707/24650</w:t>
        <w:br/>
        <w:t>f 29713/29710/24652 29712/29711/24652 29711/29712/24653</w:t>
        <w:br/>
        <w:t>f 29710/29713/24653 29713/29710/24652 29711/29712/24653</w:t>
        <w:br/>
        <w:t>f 29715/29714/24654 29714/29715/24654 29710/29713/24653</w:t>
        <w:br/>
        <w:t>f 29711/29712/24653 29715/29714/24654 29710/29713/24653</w:t>
        <w:br/>
        <w:t>f 29712/29711/24652 29713/29710/24652 29717/29716/24655</w:t>
        <w:br/>
        <w:t>f 29716/29717/24655 29712/29711/24652 29717/29716/24655</w:t>
        <w:br/>
        <w:t>f 29719/29718/24656 29718/29719/24656 29714/29715/24654</w:t>
        <w:br/>
        <w:t>f 29715/29714/24654 29719/29718/24656 29714/29715/24654</w:t>
        <w:br/>
        <w:t>f 29716/29717/24655 29717/29716/24655 29721/29720/24657</w:t>
        <w:br/>
        <w:t>f 29720/29721/24657 29716/29717/24655 29721/29720/24657</w:t>
        <w:br/>
        <w:t>f 29720/29721/24657 29721/29720/24657 29723/29722/24658</w:t>
        <w:br/>
        <w:t>f 29722/29723/24658 29720/29721/24657 29723/29722/24658</w:t>
        <w:br/>
        <w:t>f 29692/29693/24638 29693/29692/24637 29725/29724/24659</w:t>
        <w:br/>
        <w:t>f 29724/29725/24660 29692/29693/24638 29725/29724/24659</w:t>
        <w:br/>
        <w:t>f 29722/29723/24658 29723/29722/24658 29727/29726/24661</w:t>
        <w:br/>
        <w:t>f 29726/29727/24661 29722/29723/24658 29727/29726/24661</w:t>
        <w:br/>
        <w:t>f 29730/29728/24662 29729/29729/24663 29728/29730/24663</w:t>
        <w:br/>
        <w:t>f 29731/29731/24662 29730/29728/24662 29728/29730/24663</w:t>
        <w:br/>
        <w:t>f 29733/29732/24664 29730/29728/24662 29731/29731/24662</w:t>
        <w:br/>
        <w:t>f 29732/29733/24664 29733/29732/24664 29731/29731/24662</w:t>
        <w:br/>
        <w:t>f 29729/29729/24663 29735/29734/24665 29734/29735/24666</w:t>
        <w:br/>
        <w:t>f 29728/29730/24663 29729/29729/24663 29734/29735/24666</w:t>
        <w:br/>
        <w:t>f 29737/29736/24667 29733/29732/24664 29732/29733/24664</w:t>
        <w:br/>
        <w:t>f 29736/29737/24668 29737/29736/24667 29732/29733/24664</w:t>
        <w:br/>
        <w:t>f 29735/29734/24665 29739/29738/24669 29738/29739/24670</w:t>
        <w:br/>
        <w:t>f 29734/29735/24666 29735/29734/24665 29738/29739/24670</w:t>
        <w:br/>
        <w:t>f 29740/29740/24498 29737/29736/24667 29736/29737/24668</w:t>
        <w:br/>
        <w:t>f 29741/29741/24498 29740/29740/24498 29736/29737/24668</w:t>
        <w:br/>
        <w:t>f 29738/29739/24670 29739/29738/24669 29742/29742/24671</w:t>
        <w:br/>
        <w:t>f 29743/29743/24672 29738/29739/24670 29742/29742/24671</w:t>
        <w:br/>
        <w:t>f 29747/29744/24673 29746/29745/24673 29745/29746/24674</w:t>
        <w:br/>
        <w:t>f 29744/29747/24675 29747/29744/24673 29745/29746/24674</w:t>
        <w:br/>
        <w:t>f 29749/29748/24676 29748/29749/24677 29746/29745/24673</w:t>
        <w:br/>
        <w:t>f 29747/29744/24673 29749/29748/24676 29746/29745/24673</w:t>
        <w:br/>
        <w:t>f 29748/29749/24677 29749/29748/24676 29751/29750/24678</w:t>
        <w:br/>
        <w:t>f 29750/29751/24679 29748/29749/24677 29751/29750/24678</w:t>
        <w:br/>
        <w:t>f 29755/29752/24680 29754/29753/24681 29753/29754/24682</w:t>
        <w:br/>
        <w:t>f 29752/29755/24682 29755/29752/24680 29753/29754/24682</w:t>
        <w:br/>
        <w:t>f 29754/29753/24681 29755/29752/24680 29757/29756/24683</w:t>
        <w:br/>
        <w:t>f 29756/29757/24684 29754/29753/24681 29757/29756/24683</w:t>
        <w:br/>
        <w:t>f 29756/29757/24684 29757/29756/24683 29744/29747/24675</w:t>
        <w:br/>
        <w:t>f 29745/29746/24674 29756/29757/24684 29744/29747/24675</w:t>
        <w:br/>
        <w:t>f 29761/29758/24685 29760/29759/24685 29759/29760/24686</w:t>
        <w:br/>
        <w:t>f 29758/29761/24687 29761/29758/24685 29759/29760/24686</w:t>
        <w:br/>
        <w:t>f 29758/29761/24687 29759/29760/24686 29763/29762/24688</w:t>
        <w:br/>
        <w:t>f 29762/29763/24689 29758/29761/24687 29763/29762/24688</w:t>
        <w:br/>
        <w:t>f 29765/29764/24690 29764/29765/24690 29760/29759/24685</w:t>
        <w:br/>
        <w:t>f 29761/29758/24685 29765/29764/24690 29760/29759/24685</w:t>
        <w:br/>
        <w:t>f 29762/29763/24689 29763/29762/24688 29767/29766/24691</w:t>
        <w:br/>
        <w:t>f 29766/29767/24691 29762/29763/24689 29767/29766/24691</w:t>
        <w:br/>
        <w:t>f 29769/29768/24692 29768/29769/24693 29764/29765/24690</w:t>
        <w:br/>
        <w:t>f 29765/29764/24690 29769/29768/24692 29764/29765/24690</w:t>
        <w:br/>
        <w:t>f 29771/29770/24694 29770/29771/24695 29768/29769/24693</w:t>
        <w:br/>
        <w:t>f 29769/29768/24692 29771/29770/24694 29768/29769/24693</w:t>
        <w:br/>
        <w:t>f 29773/29772/24524 29772/29773/24524 29752/29755/24682</w:t>
        <w:br/>
        <w:t>f 29753/29754/24682 29773/29772/24524 29752/29755/24682</w:t>
        <w:br/>
        <w:t>f 29775/29774/24696 29774/29775/24696 29770/29771/24695</w:t>
        <w:br/>
        <w:t>f 29771/29770/24694 29775/29774/24696 29770/29771/24695</w:t>
        <w:br/>
        <w:t>f 29779/29776/24697 29778/29777/24698 29777/29778/24698</w:t>
        <w:br/>
        <w:t>f 29776/29779/24697 29779/29776/24697 29777/29778/24698</w:t>
        <w:br/>
        <w:t>f 29778/29777/24698 29781/29780/24699 29780/29781/24700</w:t>
        <w:br/>
        <w:t>f 29777/29778/24698 29778/29777/24698 29780/29781/24700</w:t>
        <w:br/>
        <w:t>f 29780/29781/24700 29784/29782/24701 29783/29783/24702</w:t>
        <w:br/>
        <w:t>f 29782/29784/24703 29780/29781/24700 29783/29783/24702</w:t>
        <w:br/>
        <w:t>f 29784/29782/24701 29786/29785/24704 29785/29786/24705</w:t>
        <w:br/>
        <w:t>f 29783/29783/24702 29784/29782/24701 29785/29786/24705</w:t>
        <w:br/>
        <w:t>f 29592/29591/24536 29785/29786/24705 29786/29785/24704</w:t>
        <w:br/>
        <w:t>f 29591/29592/24537 29592/29591/24536 29786/29785/24704</w:t>
        <w:br/>
        <w:t>f 29788/29787/24706 29787/29788/24707 29783/29783/24702</w:t>
        <w:br/>
        <w:t>f 29785/29786/24705 29788/29787/24706 29783/29783/24702</w:t>
        <w:br/>
        <w:t>f 29787/29788/24707 29789/29789/24708 29782/29784/24703</w:t>
        <w:br/>
        <w:t>f 29783/29783/24702 29787/29788/24707 29782/29784/24703</w:t>
        <w:br/>
        <w:t>f 29790/29790/24709 29789/29789/24708 29787/29788/24707</w:t>
        <w:br/>
        <w:t>f 29791/29791/24710 29790/29790/24709 29787/29788/24707</w:t>
        <w:br/>
        <w:t>f 29793/29792/24711 29792/29793/24711 29779/29776/24697</w:t>
        <w:br/>
        <w:t>f 29776/29779/24697 29793/29792/24711 29779/29776/24697</w:t>
        <w:br/>
        <w:t>f 29795/29794/24712 29780/29781/24700 29781/29780/24699</w:t>
        <w:br/>
        <w:t>f 29794/29795/24713 29795/29794/24712 29781/29780/24699</w:t>
        <w:br/>
        <w:t>f 29795/29794/24712 29796/29796/24714 29784/29782/24701</w:t>
        <w:br/>
        <w:t>f 29780/29781/24700 29795/29794/24712 29784/29782/24701</w:t>
        <w:br/>
        <w:t>f 29796/29796/24714 29797/29797/24715 29786/29785/24704</w:t>
        <w:br/>
        <w:t>f 29784/29782/24701 29796/29796/24714 29786/29785/24704</w:t>
        <w:br/>
        <w:t>f 29604/29604/24548 29788/29787/24706 29785/29786/24705</w:t>
        <w:br/>
        <w:t>f 29592/29591/24536 29604/29604/24548 29785/29786/24705</w:t>
        <w:br/>
        <w:t>f 29798/29798/24716 29788/29787/24706 29604/29604/24548</w:t>
        <w:br/>
        <w:t>f 29605/29606/24550 29798/29798/24716 29604/29604/24548</w:t>
        <w:br/>
        <w:t>f 29798/29798/24716 29791/29791/24710 29787/29788/24707</w:t>
        <w:br/>
        <w:t>f 29788/29787/24706 29798/29798/24716 29787/29788/24707</w:t>
        <w:br/>
        <w:t>f 29798/29798/24716 29800/29799/24717 29799/29800/24718</w:t>
        <w:br/>
        <w:t>f 29791/29791/24710 29798/29798/24716 29799/29800/24718</w:t>
        <w:br/>
        <w:t>f 29605/29606/24550 29609/29609/24553 29800/29799/24717</w:t>
        <w:br/>
        <w:t>f 29798/29798/24716 29605/29606/24550 29800/29799/24717</w:t>
        <w:br/>
        <w:t>f 29801/29801/24719 29790/29790/24709 29791/29791/24710</w:t>
        <w:br/>
        <w:t>f 29799/29800/24718 29801/29801/24719 29791/29791/24710</w:t>
        <w:br/>
        <w:t>f 29803/29802/24720 29802/29803/24720 29792/29793/24711</w:t>
        <w:br/>
        <w:t>f 29793/29792/24711 29803/29802/24720 29792/29793/24711</w:t>
        <w:br/>
        <w:t>f 29805/29804/24721 29804/29805/24721 29802/29803/24720</w:t>
        <w:br/>
        <w:t>f 29803/29802/24720 29805/29804/24721 29802/29803/24720</w:t>
        <w:br/>
        <w:t>f 29799/29800/24718 29807/29806/24722 29806/29807/24723</w:t>
        <w:br/>
        <w:t>f 29801/29801/24719 29799/29800/24718 29806/29807/24723</w:t>
        <w:br/>
        <w:t>f 29609/29609/24553 29617/29618/24560 29808/29808/24724</w:t>
        <w:br/>
        <w:t>f 29800/29799/24717 29609/29609/24553 29808/29808/24724</w:t>
        <w:br/>
        <w:t>f 29807/29806/24722 29799/29800/24718 29800/29799/24717</w:t>
        <w:br/>
        <w:t>f 29808/29808/24724 29807/29806/24722 29800/29799/24717</w:t>
        <w:br/>
        <w:t>f 29807/29806/24722 29810/29809/24725 29809/29810/24726</w:t>
        <w:br/>
        <w:t>f 29806/29807/24723 29807/29806/24722 29809/29810/24726</w:t>
        <w:br/>
        <w:t>f 29804/29805/24721 29805/29804/24721 29812/29811/24727</w:t>
        <w:br/>
        <w:t>f 29811/29812/24728 29804/29805/24721 29812/29811/24727</w:t>
        <w:br/>
        <w:t>f 29810/29809/24725 29807/29806/24722 29808/29808/24724</w:t>
        <w:br/>
        <w:t>f 29813/29813/24729 29810/29809/24725 29808/29808/24724</w:t>
        <w:br/>
        <w:t>f 29617/29618/24560 29624/29624/24566 29813/29813/24729</w:t>
        <w:br/>
        <w:t>f 29808/29808/24724 29617/29618/24560 29813/29813/24729</w:t>
        <w:br/>
        <w:t>f 29624/29624/24566 29625/29626/24568 29814/29814/24730</w:t>
        <w:br/>
        <w:t>f 29813/29813/24729 29624/29624/24566 29814/29814/24730</w:t>
        <w:br/>
        <w:t>f 29812/29811/24727 29815/29815/24731 29811/29812/24728</w:t>
        <w:br/>
        <w:t>f 29817/29816/24732 29809/29810/24726 29810/29809/24725</w:t>
        <w:br/>
        <w:t>f 29816/29817/24733 29817/29816/24732 29810/29809/24725</w:t>
        <w:br/>
        <w:t>f 29816/29817/24733 29810/29809/24725 29813/29813/24729</w:t>
        <w:br/>
        <w:t>f 29814/29814/24730 29816/29817/24733 29813/29813/24729</w:t>
        <w:br/>
        <w:t>f 29814/29814/24730 29819/29818/24734 29818/29819/24735</w:t>
        <w:br/>
        <w:t>f 29816/29817/24733 29814/29814/24730 29818/29819/24735</w:t>
        <w:br/>
        <w:t>f 29625/29626/24568 29632/29632/24574 29819/29818/24734</w:t>
        <w:br/>
        <w:t>f 29814/29814/24730 29625/29626/24568 29819/29818/24734</w:t>
        <w:br/>
        <w:t>f 29816/29817/24733 29818/29819/24735 29820/29820/24736</w:t>
        <w:br/>
        <w:t>f 29817/29816/24732 29816/29817/24733 29820/29820/24736</w:t>
        <w:br/>
        <w:t>f 29815/29815/24731 29822/29821/24737 29821/29822/24738</w:t>
        <w:br/>
        <w:t>f 29824/29823/24739 29823/29824/24740 29820/29820/24736</w:t>
        <w:br/>
        <w:t>f 29818/29819/24735 29824/29823/24739 29820/29820/24736</w:t>
        <w:br/>
        <w:t>f 29824/29823/24739 29818/29819/24735 29819/29818/24734</w:t>
        <w:br/>
        <w:t>f 29826/29825/24741 29825/29826/24742 29823/29824/24743</w:t>
        <w:br/>
        <w:t>f 29819/29818/24734 29827/29827/24744 29825/29826/24745</w:t>
        <w:br/>
        <w:t>f 29824/29823/24739 29819/29818/24734 29825/29826/24745</w:t>
        <w:br/>
        <w:t>f 29632/29632/24574 29641/29641/24585 29827/29827/24744</w:t>
        <w:br/>
        <w:t>f 29819/29818/24734 29632/29632/24574 29827/29827/24744</w:t>
        <w:br/>
        <w:t>f 29825/29826/24742 29829/29828/24746 29828/29829/24747</w:t>
        <w:br/>
        <w:t>f 29831/29830/24748 29830/29831/24749 29645/29646/24591</w:t>
        <w:br/>
        <w:t>f 29646/29645/24590 29831/29830/24748 29645/29646/24591</w:t>
        <w:br/>
        <w:t>f 29835/29832/24750 29834/29833/24751 29833/29834/24752</w:t>
        <w:br/>
        <w:t>f 29832/29835/24753 29835/29832/24750 29833/29834/24752</w:t>
        <w:br/>
        <w:t>f 29839/29836/24754 29838/29837/24755 29837/29838/24756</w:t>
        <w:br/>
        <w:t>f 29836/29839/24757 29839/29836/24754 29837/29838/24756</w:t>
        <w:br/>
        <w:t>f 29838/29837/24755 29839/29836/24754 29841/29840/24758</w:t>
        <w:br/>
        <w:t>f 29840/29841/24759 29838/29837/24755 29841/29840/24758</w:t>
        <w:br/>
        <w:t>f 29840/29841/24759 29841/29840/24758 29843/29842/24760</w:t>
        <w:br/>
        <w:t>f 29842/29843/24761 29840/29841/24759 29843/29842/24760</w:t>
        <w:br/>
        <w:t>f 29843/29842/24760 29830/29831/24749 29844/29844/24762</w:t>
        <w:br/>
        <w:t>f 29842/29843/24761 29843/29842/24760 29844/29844/24762</w:t>
        <w:br/>
        <w:t>f 29845/29845/24763 29844/29844/24762 29830/29831/24749</w:t>
        <w:br/>
        <w:t>f 29845/29845/24763 29830/29831/24749 29831/29830/24748</w:t>
        <w:br/>
        <w:t>f 29846/29846/24764 29845/29845/24763 29831/29830/24748</w:t>
        <w:br/>
        <w:t>f 29831/29830/24748 29847/29847/24765 29846/29846/24764</w:t>
        <w:br/>
        <w:t>f 29850/29848/24766 29849/29849/24767 29848/29850/24768</w:t>
        <w:br/>
        <w:t>f 29666/29665/24610 29850/29848/24766 29848/29850/24768</w:t>
        <w:br/>
        <w:t>f 29668/29668/24613 29832/29835/24753 29850/29848/24766</w:t>
        <w:br/>
        <w:t>f 29666/29665/24610 29668/29668/24613 29850/29848/24766</w:t>
        <w:br/>
        <w:t>f 29669/29669/24614 29645/29646/24591 29830/29831/24749</w:t>
        <w:br/>
        <w:t>f 29843/29842/24760 29669/29669/24614 29830/29831/24749</w:t>
        <w:br/>
        <w:t>f 29671/29670/24615 29841/29840/24758 29839/29836/24754</w:t>
        <w:br/>
        <w:t>f 29670/29671/24616 29671/29670/24615 29839/29836/24754</w:t>
        <w:br/>
        <w:t>f 29832/29835/24753 29833/29834/24752 29851/29851/24769</w:t>
        <w:br/>
        <w:t>f 29850/29848/24766 29832/29835/24753 29851/29851/24769</w:t>
        <w:br/>
        <w:t>f 29834/29833/24751 29835/29832/24750 29836/29839/24757</w:t>
        <w:br/>
        <w:t>f 29837/29838/24756 29834/29833/24751 29836/29839/24757</w:t>
        <w:br/>
        <w:t>f 29849/29849/24767 29850/29848/24766 29851/29851/24769</w:t>
        <w:br/>
        <w:t>f 29822/29821/24737 29823/29824/24770 29821/29822/24738</w:t>
        <w:br/>
        <w:t>f 29815/29815/24731 29821/29822/24738 29811/29812/24728</w:t>
        <w:br/>
        <w:t>f 29797/29797/24715 29673/29673/24619 29591/29592/24537</w:t>
        <w:br/>
        <w:t>f 29786/29785/24704 29797/29797/24715 29591/29592/24537</w:t>
        <w:br/>
        <w:t>f 29675/29674/24620 29674/29675/24622 29828/29829/24747</w:t>
        <w:br/>
        <w:t>f 29827/29827/24744 29675/29674/24620 29828/29829/24747</w:t>
        <w:br/>
        <w:t>f 29646/29645/24590 29676/29676/24623 29847/29847/24765</w:t>
        <w:br/>
        <w:t>f 29831/29830/24748 29646/29645/24590 29847/29847/24765</w:t>
        <w:br/>
        <w:t>f 29671/29670/24615 29669/29669/24614 29843/29842/24760</w:t>
        <w:br/>
        <w:t>f 29841/29840/24758 29671/29670/24615 29843/29842/24760</w:t>
        <w:br/>
        <w:t>f 29836/29839/24757 29677/29677/24624 29670/29671/24616</w:t>
        <w:br/>
        <w:t>f 29839/29836/24754 29836/29839/24757 29670/29671/24616</w:t>
        <w:br/>
        <w:t>f 29835/29832/24750 29678/29678/24625 29677/29677/24624</w:t>
        <w:br/>
        <w:t>f 29836/29839/24757 29835/29832/24750 29677/29677/24624</w:t>
        <w:br/>
        <w:t>f 29832/29835/24753 29668/29668/24613 29678/29678/24625</w:t>
        <w:br/>
        <w:t>f 29835/29832/24750 29832/29835/24753 29678/29678/24625</w:t>
        <w:br/>
        <w:t>f 29666/29665/24610 29848/29850/24768 29679/29679/24626</w:t>
        <w:br/>
        <w:t>f 29855/29852/24771 29854/29853/24772 29853/29854/24773</w:t>
        <w:br/>
        <w:t>f 29852/29855/24774 29855/29852/24771 29853/29854/24773</w:t>
        <w:br/>
        <w:t>f 29857/29856/24775 29856/29857/24775 29854/29853/24772</w:t>
        <w:br/>
        <w:t>f 29855/29852/24771 29857/29856/24775 29854/29853/24772</w:t>
        <w:br/>
        <w:t>f 29859/29858/24632 29858/29859/24776 29856/29857/24775</w:t>
        <w:br/>
        <w:t>f 29857/29856/24775 29859/29858/24632 29856/29857/24775</w:t>
        <w:br/>
        <w:t>f 29863/29860/24777 29862/29861/24778 29861/29862/24779</w:t>
        <w:br/>
        <w:t>f 29860/29863/24777 29863/29860/24777 29861/29862/24779</w:t>
        <w:br/>
        <w:t>f 29862/29861/24778 29865/29864/24780 29864/29865/24781</w:t>
        <w:br/>
        <w:t>f 29861/29862/24779 29862/29861/24778 29864/29865/24781</w:t>
        <w:br/>
        <w:t>f 29867/29866/24782 29863/29860/24777 29860/29863/24777</w:t>
        <w:br/>
        <w:t>f 29866/29867/24783 29867/29866/24782 29860/29863/24777</w:t>
        <w:br/>
        <w:t>f 29852/29855/24774 29853/29854/24773 29869/29868/24784</w:t>
        <w:br/>
        <w:t>f 29868/29869/24784 29852/29855/24774 29869/29868/24784</w:t>
        <w:br/>
        <w:t>f 29871/29870/24785 29867/29866/24782 29866/29867/24783</w:t>
        <w:br/>
        <w:t>f 29870/29871/24785 29871/29870/24785 29866/29867/24783</w:t>
        <w:br/>
        <w:t>f 29873/29872/24786 29872/29873/24786 29868/29869/24784</w:t>
        <w:br/>
        <w:t>f 29869/29868/24784 29873/29872/24786 29868/29869/24784</w:t>
        <w:br/>
        <w:t>f 29872/29873/24786 29873/29872/24786 29875/29874/24787</w:t>
        <w:br/>
        <w:t>f 29874/29875/24787 29872/29873/24786 29875/29874/24787</w:t>
        <w:br/>
        <w:t>f 29874/29875/24787 29875/29874/24787 29877/29876/24788</w:t>
        <w:br/>
        <w:t>f 29876/29877/24788 29874/29875/24787 29877/29876/24788</w:t>
        <w:br/>
        <w:t>f 29870/29871/24785 29879/29878/24789 29878/29879/24789</w:t>
        <w:br/>
        <w:t>f 29871/29870/24785 29870/29871/24785 29878/29879/24789</w:t>
        <w:br/>
        <w:t>f 29881/29880/24790 29878/29879/24789 29879/29878/24789</w:t>
        <w:br/>
        <w:t>f 29880/29881/24790 29881/29880/24790 29879/29878/24789</w:t>
        <w:br/>
        <w:t>f 29885/29882/24791 29884/29883/24792 29883/29884/24792</w:t>
        <w:br/>
        <w:t>f 29882/29885/24791 29885/29882/24791 29883/29884/24792</w:t>
        <w:br/>
        <w:t>f 29887/29886/24793 29883/29884/24792 29884/29883/24792</w:t>
        <w:br/>
        <w:t>f 29886/29887/24793 29887/29886/24793 29884/29883/24792</w:t>
        <w:br/>
        <w:t>f 29882/29885/24791 29889/29888/24794 29888/29889/24794</w:t>
        <w:br/>
        <w:t>f 29885/29882/24791 29882/29885/24791 29888/29889/24794</w:t>
        <w:br/>
        <w:t>f 29891/29890/24795 29887/29886/24793 29886/29887/24793</w:t>
        <w:br/>
        <w:t>f 29890/29891/24795 29891/29890/24795 29886/29887/24793</w:t>
        <w:br/>
        <w:t>f 29889/29888/24794 29893/29892/24796 29892/29893/24797</w:t>
        <w:br/>
        <w:t>f 29888/29889/24794 29889/29888/24794 29892/29893/24797</w:t>
        <w:br/>
        <w:t>f 29893/29892/24796 29895/29894/24798 29894/29895/24798</w:t>
        <w:br/>
        <w:t>f 29892/29893/24797 29893/29892/24796 29894/29895/24798</w:t>
        <w:br/>
        <w:t>f 29865/29864/24780 29897/29896/24659 29896/29897/24659</w:t>
        <w:br/>
        <w:t>f 29864/29865/24781 29865/29864/24780 29896/29897/24659</w:t>
        <w:br/>
        <w:t>f 29895/29894/24798 29899/29898/24799 29898/29899/24661</w:t>
        <w:br/>
        <w:t>f 29894/29895/24798 29895/29894/24798 29898/29899/24661</w:t>
        <w:br/>
        <w:t>f 30880/29900/24800 30879/29901/24801 30878/29902/24802</w:t>
        <w:br/>
        <w:t>f 30877/29903/24803 30880/29900/24800 30878/29902/24802</w:t>
        <w:br/>
        <w:t>f 30882/29904/24804 30878/29902/24802 30879/29901/24801</w:t>
        <w:br/>
        <w:t>f 30881/29905/24805 30882/29904/24804 30879/29901/24801</w:t>
        <w:br/>
        <w:t>f 30886/29906/24806 30885/29907/24807 30884/29908/24808</w:t>
        <w:br/>
        <w:t>f 30883/29909/24809 30886/29906/24806 30884/29908/24808</w:t>
        <w:br/>
        <w:t>f 30890/29910/24810 30889/29911/24811 30888/29912/24812</w:t>
        <w:br/>
        <w:t>f 30887/29913/24813 30890/29910/24810 30888/29912/24812</w:t>
        <w:br/>
        <w:t>f 30892/29914/24814 30890/29910/24810 30887/29913/24813</w:t>
        <w:br/>
        <w:t>f 30891/29915/24815 30892/29914/24814 30887/29913/24813</w:t>
        <w:br/>
        <w:t>f 30895/29916/24816 30894/29917/24817 30893/29918/24818</w:t>
        <w:br/>
        <w:t>f 30899/29919/24819 30898/29920/24820 30897/29921/24821</w:t>
        <w:br/>
        <w:t>f 30896/29922/24822 30899/29919/24819 30897/29921/24821</w:t>
        <w:br/>
        <w:t>f 30901/29923/24823 30900/29924/24824 30896/29922/24822</w:t>
        <w:br/>
        <w:t>f 30897/29921/24821 30901/29923/24823 30896/29922/24822</w:t>
        <w:br/>
        <w:t>f 30905/29925/24825 30904/29926/24826 30903/29927/24827</w:t>
        <w:br/>
        <w:t>f 30902/29928/24828 30905/29925/24825 30903/29927/24827</w:t>
        <w:br/>
        <w:t>f 30909/29929/24829 30908/29930/24830 30907/29931/24831</w:t>
        <w:br/>
        <w:t>f 30906/29932/24832 30909/29929/24829 30907/29931/24831</w:t>
        <w:br/>
        <w:t>f 30913/29933/24833 30912/29934/24834 30911/29935/24835</w:t>
        <w:br/>
        <w:t>f 30910/29936/24836 30913/29933/24833 30911/29935/24835</w:t>
        <w:br/>
        <w:t>f 30917/29937/24837 30916/29938/24838 30915/29939/24839</w:t>
        <w:br/>
        <w:t>f 30914/29940/24840 30917/29937/24837 30915/29939/24839</w:t>
        <w:br/>
        <w:t>f 30921/29941/24841 30920/29942/24842 30919/29943/24843</w:t>
        <w:br/>
        <w:t>f 30918/29944/24844 30921/29941/24841 30919/29943/24843</w:t>
        <w:br/>
        <w:t>f 30923/29945/24845 30922/29946/24846 30890/29910/24810</w:t>
        <w:br/>
        <w:t>f 30927/29947/24847 30926/29948/24848 30925/29949/24849</w:t>
        <w:br/>
        <w:t>f 30924/29950/24850 30927/29947/24847 30925/29949/24849</w:t>
        <w:br/>
        <w:t>f 30889/29911/24811 30890/29910/24810 30922/29946/24846</w:t>
        <w:br/>
        <w:t>f 30928/29951/24851 30889/29911/24811 30922/29946/24846</w:t>
        <w:br/>
        <w:t>f 30931/29952/24852 30930/29953/24853 30925/29949/24849</w:t>
        <w:br/>
        <w:t>f 30929/29954/24854 30931/29952/24852 30925/29949/24849</w:t>
        <w:br/>
        <w:t>f 30927/29947/24847 30917/29937/24837 30914/29940/24840</w:t>
        <w:br/>
        <w:t>f 30932/29955/24855 30927/29947/24847 30914/29940/24840</w:t>
        <w:br/>
        <w:t>f 30935/29956/24856 30934/29957/24857 30933/29958/24858</w:t>
        <w:br/>
        <w:t>f 30932/29955/24855 30935/29956/24856 30933/29958/24858</w:t>
        <w:br/>
        <w:t>f 30937/29959/24859 30932/29955/24855 30933/29958/24858</w:t>
        <w:br/>
        <w:t>f 30936/29960/24860 30937/29959/24859 30933/29958/24858</w:t>
        <w:br/>
        <w:t>f 30940/29961/24861 30939/29962/24862 30936/29960/24860</w:t>
        <w:br/>
        <w:t>f 30938/29963/24863 30940/29961/24861 30936/29960/24860</w:t>
        <w:br/>
        <w:t>f 30944/29964/24864 30943/29965/24865 30942/29966/24866</w:t>
        <w:br/>
        <w:t>f 30941/29967/24867 30944/29964/24864 30942/29966/24866</w:t>
        <w:br/>
        <w:t>f 30948/29968/24868 30947/29969/24869 30946/29970/24870</w:t>
        <w:br/>
        <w:t>f 30945/29971/24871 30948/29968/24868 30946/29970/24870</w:t>
        <w:br/>
        <w:t>f 30943/29965/24865 30950/29972/24872 30949/29973/24873</w:t>
        <w:br/>
        <w:t>f 30942/29966/24866 30943/29965/24865 30949/29973/24873</w:t>
        <w:br/>
        <w:t>f 30952/29974/24874 30946/29970/24870 30947/29969/24869</w:t>
        <w:br/>
        <w:t>f 30951/29975/24875 30952/29974/24874 30947/29969/24869</w:t>
        <w:br/>
        <w:t>f 30956/29976/24876 30955/29977/24877 30954/29978/24878</w:t>
        <w:br/>
        <w:t>f 30953/29979/24879 30956/29976/24876 30954/29978/24878</w:t>
        <w:br/>
        <w:t>f 30960/29980/24880 30959/29981/24881 30958/29982/24882</w:t>
        <w:br/>
        <w:t>f 30957/29983/24883 30960/29980/24880 30958/29982/24882</w:t>
        <w:br/>
        <w:t>f 30964/29984/24884 30963/29985/24885 30962/29986/24886</w:t>
        <w:br/>
        <w:t>f 30961/29987/24887 30964/29984/24884 30962/29986/24886</w:t>
        <w:br/>
        <w:t>f 30968/29988/24888 30967/29989/24889 30966/29990/24890</w:t>
        <w:br/>
        <w:t>f 30965/29991/24891 30968/29988/24888 30966/29990/24890</w:t>
        <w:br/>
        <w:t>f 30970/29992/24892 30969/29993/24893 30961/29987/24887</w:t>
        <w:br/>
        <w:t>f 30962/29986/24886 30970/29992/24892 30961/29987/24887</w:t>
        <w:br/>
        <w:t>f 30972/29994/24894 30971/29995/24895 30958/29982/24882</w:t>
        <w:br/>
        <w:t>f 30959/29981/24881 30972/29994/24894 30958/29982/24882</w:t>
        <w:br/>
        <w:t>f 30976/29996/24896 30975/29997/24897 30974/29998/24898</w:t>
        <w:br/>
        <w:t>f 30973/29999/24899 30976/29996/24896 30974/29998/24898</w:t>
        <w:br/>
        <w:t>f 30980/30000/24900 30979/30001/24901 30978/30002/24902</w:t>
        <w:br/>
        <w:t>f 30977/30003/24903 30980/30000/24900 30978/30002/24902</w:t>
        <w:br/>
        <w:t>f 30983/30004/24904 30982/30005/24905 30940/29961/24861</w:t>
        <w:br/>
        <w:t>f 30981/30006/24906 30983/30004/24904 30940/29961/24861</w:t>
        <w:br/>
        <w:t>f 30966/29990/24890 30985/30007/24907 30984/30008/24908</w:t>
        <w:br/>
        <w:t>f 30965/29991/24891 30966/29990/24890 30984/30008/24908</w:t>
        <w:br/>
        <w:t>f 30988/30009/24909 30987/30010/24910 30902/29928/24828</w:t>
        <w:br/>
        <w:t>f 30986/30011/24911 30988/30009/24909 30902/29928/24828</w:t>
        <w:br/>
        <w:t>f 30992/30012/24912 30991/30013/24913 30990/30014/24914</w:t>
        <w:br/>
        <w:t>f 30989/30015/24915 30992/30012/24912 30990/30014/24914</w:t>
        <w:br/>
        <w:t>f 30996/30016/24916 30995/30017/24917 30994/30018/24918</w:t>
        <w:br/>
        <w:t>f 30993/30019/24919 30996/30016/24916 30994/30018/24918</w:t>
        <w:br/>
        <w:t>f 30956/29976/24876 30953/29979/24879 30998/30020/24920</w:t>
        <w:br/>
        <w:t>f 30997/30021/24921 30956/29976/24876 30998/30020/24920</w:t>
        <w:br/>
        <w:t>f 31002/30022/24922 31001/30023/24923 31000/30024/24924</w:t>
        <w:br/>
        <w:t>f 30999/30025/24925 31002/30022/24922 31000/30024/24924</w:t>
        <w:br/>
        <w:t>f 31006/30026/24926 31005/30027/24927 31004/30028/24928</w:t>
        <w:br/>
        <w:t>f 31003/30029/24929 31006/30026/24926 31004/30028/24928</w:t>
        <w:br/>
        <w:t>f 31006/30026/24926 31009/30030/24930 31008/30031/24931</w:t>
        <w:br/>
        <w:t>f 31007/30032/24932 31006/30026/24926 31008/30031/24931</w:t>
        <w:br/>
        <w:t>f 31011/30033/24933 31000/30024/24924 31001/30023/24923</w:t>
        <w:br/>
        <w:t>f 31010/30034/24934 31011/30033/24933 31001/30023/24923</w:t>
        <w:br/>
        <w:t>f 31013/30035/24935 31004/30028/24928 31005/30027/24927</w:t>
        <w:br/>
        <w:t>f 31012/30036/24936 31013/30035/24935 31005/30027/24927</w:t>
        <w:br/>
        <w:t>f 31017/30037/24937 31016/30038/24938 31015/30039/24939</w:t>
        <w:br/>
        <w:t>f 31014/30040/24940 31017/30037/24937 31015/30039/24939</w:t>
        <w:br/>
        <w:t>f 31021/30041/24941 31020/30042/24942 31019/30043/24943</w:t>
        <w:br/>
        <w:t>f 31018/30044/24944 31021/30041/24941 31019/30043/24943</w:t>
        <w:br/>
        <w:t>f 31025/30045/24945 31024/30046/24946 31023/30047/24947</w:t>
        <w:br/>
        <w:t>f 31022/30048/24948 31025/30045/24945 31023/30047/24947</w:t>
        <w:br/>
        <w:t>f 31029/30049/24949 31028/30050/24950 31027/30051/24951</w:t>
        <w:br/>
        <w:t>f 31026/30052/24952 31029/30049/24949 31027/30051/24951</w:t>
        <w:br/>
        <w:t>f 31033/30053/24953 31032/30054/24954 31031/30055/24955</w:t>
        <w:br/>
        <w:t>f 31030/30056/24956 31033/30053/24953 31031/30055/24955</w:t>
        <w:br/>
        <w:t>f 31037/30057/24957 31036/30058/24958 31035/30059/24959</w:t>
        <w:br/>
        <w:t>f 31034/30060/24960 31037/30057/24957 31035/30059/24959</w:t>
        <w:br/>
        <w:t>f 31040/30061/24961 31039/30062/24962 31038/30063/24963</w:t>
        <w:br/>
        <w:t>f 31042/30064/24964 31041/30065/24965 31028/30050/24950</w:t>
        <w:br/>
        <w:t>f 31029/30049/24949 31042/30064/24964 31028/30050/24950</w:t>
        <w:br/>
        <w:t>f 31046/30066/24966 31045/30067/24967 31044/30068/24968</w:t>
        <w:br/>
        <w:t>f 31043/30069/24969 31046/30066/24966 31044/30068/24968</w:t>
        <w:br/>
        <w:t>f 31050/30070/24970 31049/30071/24971 31048/30072/24972</w:t>
        <w:br/>
        <w:t>f 31047/30073/24973 31050/30070/24970 31048/30072/24972</w:t>
        <w:br/>
        <w:t>f 31054/30074/24974 31053/30075/24975 31052/30076/24976</w:t>
        <w:br/>
        <w:t>f 31051/30077/24977 31054/30074/24974 31052/30076/24976</w:t>
        <w:br/>
        <w:t>f 31053/30075/24975 31054/30074/24974 31056/30078/24978</w:t>
        <w:br/>
        <w:t>f 31055/30079/24979 31053/30075/24975 31056/30078/24978</w:t>
        <w:br/>
        <w:t>f 31038/30063/24963 31058/30080/24980 31057/30081/24981</w:t>
        <w:br/>
        <w:t>f 31040/30061/24961 31038/30063/24963 31057/30081/24981</w:t>
        <w:br/>
        <w:t>f 31062/30082/24982 31061/30083/24983 31060/30084/24984</w:t>
        <w:br/>
        <w:t>f 31059/30085/24985 31062/30082/24982 31060/30084/24984</w:t>
        <w:br/>
        <w:t>f 31065/30086/24986 31064/30087/24987 31063/30088/24988</w:t>
        <w:br/>
        <w:t>f 30918/29944/24844 31067/30089/24989 31066/30090/24990</w:t>
        <w:br/>
        <w:t>f 30921/29941/24841 30918/29944/24844 31066/30090/24990</w:t>
        <w:br/>
        <w:t>f 30907/29931/24831 30905/29925/24825 31069/30091/24991</w:t>
        <w:br/>
        <w:t>f 31068/30092/24992 30907/29931/24831 31069/30091/24991</w:t>
        <w:br/>
        <w:t>f 31072/30093/24993 31071/30094/24994 31070/30095/24995</w:t>
        <w:br/>
        <w:t>f 31076/30096/24996 31075/30097/24997 31074/30098/24997</w:t>
        <w:br/>
        <w:t>f 31073/30099/24998 31076/30096/24996 31074/30098/24997</w:t>
        <w:br/>
        <w:t>f 31076/30096/24996 31073/30099/24998 31077/30100/24999</w:t>
        <w:br/>
        <w:t>f 31077/30100/24999 31079/30101/25000 31078/30102/25001</w:t>
        <w:br/>
        <w:t>f 31079/30101/25000 31073/30099/24998 31071/30094/24994</w:t>
        <w:br/>
        <w:t>f 31080/30103/25002 31079/30101/25000 31071/30094/24994</w:t>
        <w:br/>
        <w:t>f 31080/30103/25002 31078/30102/25001 31079/30101/25000</w:t>
        <w:br/>
        <w:t>f 31080/30103/25002 31082/30104/25003 31081/30105/25004</w:t>
        <w:br/>
        <w:t>f 31078/30102/25001 31080/30103/25002 31081/30105/25004</w:t>
        <w:br/>
        <w:t>f 31084/30106/25005 31080/30103/25002 31083/30107/25006</w:t>
        <w:br/>
        <w:t>f 31071/30094/24994 31086/30108/25007 31085/30109/25008</w:t>
        <w:br/>
        <w:t>f 31086/30108/25007 31087/30110/25009 31085/30109/25008</w:t>
        <w:br/>
        <w:t>f 31084/30106/25005 31083/30107/25006 31088/30111/25010</w:t>
        <w:br/>
        <w:t>f 31091/30112/25011 31090/30113/25012 31089/30114/25013</w:t>
        <w:br/>
        <w:t>f 31091/30112/25011 31081/30105/25004 31082/30104/25003</w:t>
        <w:br/>
        <w:t>f 31090/30113/25012 31091/30112/25011 31082/30104/25003</w:t>
        <w:br/>
        <w:t>f 31094/30115/25014 31093/30116/25015 31092/30117/25016</w:t>
        <w:br/>
        <w:t>f 31096/30118/25017 31095/30119/25018 31086/30108/25007</w:t>
        <w:br/>
        <w:t>f 31096/30118/25017 31097/30120/25019 31095/30119/25018</w:t>
        <w:br/>
        <w:t>f 31101/30121/25020 31100/30122/25020 31099/30123/25021</w:t>
        <w:br/>
        <w:t>f 31098/30124/25021 31101/30121/25020 31099/30123/25021</w:t>
        <w:br/>
        <w:t>f 31103/30125/25022 31102/30126/25022 31098/30124/25021</w:t>
        <w:br/>
        <w:t>f 31099/30123/25021 31103/30125/25022 31098/30124/25021</w:t>
        <w:br/>
        <w:t>f 31105/30127/25023 31104/30128/25024 31102/30126/25022</w:t>
        <w:br/>
        <w:t>f 31103/30125/25022 31105/30127/25023 31102/30126/25022</w:t>
        <w:br/>
        <w:t>f 31107/30129/25025 31106/30130/25026 31104/30128/25024</w:t>
        <w:br/>
        <w:t>f 31105/30127/25023 31107/30129/25025 31104/30128/25024</w:t>
        <w:br/>
        <w:t>f 31109/30131/25027 31095/30119/25018 31108/30132/25028</w:t>
        <w:br/>
        <w:t>f 31063/30088/24988 31064/30087/24987 31106/30130/25026</w:t>
        <w:br/>
        <w:t>f 31107/30129/25025 31063/30088/24988 31106/30130/25026</w:t>
        <w:br/>
        <w:t>f 31113/30133/25029 31112/30134/25030 31111/30135/25031</w:t>
        <w:br/>
        <w:t>f 31110/30136/25032 31113/30133/25029 31111/30135/25031</w:t>
        <w:br/>
        <w:t>f 31113/30133/25029 31116/30137/25033 31115/30138/25034</w:t>
        <w:br/>
        <w:t>f 31114/30139/25035 31113/30133/25029 31115/30138/25034</w:t>
        <w:br/>
        <w:t>f 31114/30139/25035 31115/30138/25034 31118/30140/25036</w:t>
        <w:br/>
        <w:t>f 31117/30141/25037 31114/30139/25035 31118/30140/25036</w:t>
        <w:br/>
        <w:t>f 30895/29916/25038 31112/30134/25030 31113/30133/25029</w:t>
        <w:br/>
        <w:t>f 31114/30139/25035 31117/30141/25037 30895/29916/25038</w:t>
        <w:br/>
        <w:t>f 31117/30141/25037 31094/30115/25014 30895/29916/25038</w:t>
        <w:br/>
        <w:t>f 31117/30141/25037 31118/30140/25036 31094/30115/25014</w:t>
        <w:br/>
        <w:t>f 31112/30134/25030 31120/30142/25039 31119/30143/25040</w:t>
        <w:br/>
        <w:t>f 31123/30144/25041 31122/30145/25042 31121/30146/25043</w:t>
        <w:br/>
        <w:t>f 31123/30144/25041 31112/30134/25030 30895/29916/25038</w:t>
        <w:br/>
        <w:t>f 31125/30147/25044 31124/30148/25045 31122/30145/25042</w:t>
        <w:br/>
        <w:t>f 31128/30149/25046 31127/30150/25047 31126/30151/25046</w:t>
        <w:br/>
        <w:t>f 31018/30044/24944 31019/30043/24943 31043/30069/24969</w:t>
        <w:br/>
        <w:t>f 31044/30068/24968 31018/30044/24944 31043/30069/24969</w:t>
        <w:br/>
        <w:t>f 31132/30152/25048 31131/30153/25049 31130/30154/25050</w:t>
        <w:br/>
        <w:t>f 31129/30155/25051 31132/30152/25048 31130/30154/25050</w:t>
        <w:br/>
        <w:t>f 31071/30094/24994 31096/30118/25017 31086/30108/25007</w:t>
        <w:br/>
        <w:t>f 31134/30156/25052 30893/29918/25053 31133/30157/25054</w:t>
        <w:br/>
        <w:t>f 31112/30134/25030 31121/30146/25043 31120/30142/25039</w:t>
        <w:br/>
        <w:t>f 31135/30158/25055 31120/30142/25039 31121/30146/25043</w:t>
        <w:br/>
        <w:t>f 31137/30159/25056 31124/30148/25045 31136/30160/25025</w:t>
        <w:br/>
        <w:t>f 31114/30139/25035 30895/29916/25038 31113/30133/25029</w:t>
        <w:br/>
        <w:t>f 31093/30116/25015 31138/30161/25057 31092/30117/25016</w:t>
        <w:br/>
        <w:t>f 30895/29916/25038 31094/30115/25014 31092/30117/25016</w:t>
        <w:br/>
        <w:t>f 31139/30162/25058 31088/30111/25010 31083/30107/25006</w:t>
        <w:br/>
        <w:t>f 31097/30120/25019 31096/30118/25017 31140/30163/25059</w:t>
        <w:br/>
        <w:t>f 31073/30099/24998 31070/30095/24995 31071/30094/24994</w:t>
        <w:br/>
        <w:t>f 31097/30120/25019 31108/30132/25028 31095/30119/25018</w:t>
        <w:br/>
        <w:t>f 31141/30164/25060 31095/30119/25018 31064/30087/24987</w:t>
        <w:br/>
        <w:t>f 31145/30165/25061 31144/30166/25062 31143/30167/25063</w:t>
        <w:br/>
        <w:t>f 31142/30168/25064 31145/30165/25061 31143/30167/25063</w:t>
        <w:br/>
        <w:t>f 31147/30169/25065 30931/29952/24852 30929/29954/24854</w:t>
        <w:br/>
        <w:t>f 31146/30170/25066 31147/30169/25065 30929/29954/24854</w:t>
        <w:br/>
        <w:t>f 31150/30171/25067 30916/29938/24838 31149/30172/25068</w:t>
        <w:br/>
        <w:t>f 31148/30173/25069 31150/30171/25067 31149/30172/25068</w:t>
        <w:br/>
        <w:t>f 31152/30174/25070 31151/30175/25071 30987/30010/24910</w:t>
        <w:br/>
        <w:t>f 30988/30009/24909 31152/30174/25070 30987/30010/24910</w:t>
        <w:br/>
        <w:t>f 30938/29963/24863 30936/29960/24860 30933/29958/24858</w:t>
        <w:br/>
        <w:t>f 31153/30176/25072 30938/29963/24863 30933/29958/24858</w:t>
        <w:br/>
        <w:t>f 30937/29959/24859 30926/29948/24848 30927/29947/24847</w:t>
        <w:br/>
        <w:t>f 30932/29955/24855 30937/29959/24859 30927/29947/24847</w:t>
        <w:br/>
        <w:t>f 31154/30177/25073 30915/29939/24839 30916/29938/24838</w:t>
        <w:br/>
        <w:t>f 31150/30171/25067 31154/30177/25073 30916/29938/24838</w:t>
        <w:br/>
        <w:t>f 31156/30178/25074 31155/30179/25075 30915/29939/24839</w:t>
        <w:br/>
        <w:t>f 31154/30177/25073 31156/30178/25074 30915/29939/24839</w:t>
        <w:br/>
        <w:t>f 30953/29979/24879 30954/29978/24878 31158/30180/25076</w:t>
        <w:br/>
        <w:t>f 31157/30181/25077 30953/29979/24879 31158/30180/25076</w:t>
        <w:br/>
        <w:t>f 31161/30182/25078 31153/30176/25072 31160/30183/25079</w:t>
        <w:br/>
        <w:t>f 31159/30184/25080 31161/30182/25078 31160/30183/25079</w:t>
        <w:br/>
        <w:t>f 31163/30185/25081 31156/30178/25074 31154/30177/25073</w:t>
        <w:br/>
        <w:t>f 31162/30186/25082 31163/30185/25081 31154/30177/25073</w:t>
        <w:br/>
        <w:t>f 31142/30168/25064 31143/30167/25063 30939/29962/24862</w:t>
        <w:br/>
        <w:t>f 31164/30187/25083 31142/30168/25064 30939/29962/24862</w:t>
        <w:br/>
        <w:t>f 31143/30167/25063 30937/29959/24859 30936/29960/24860</w:t>
        <w:br/>
        <w:t>f 30939/29962/24862 31143/30167/25063 30936/29960/24860</w:t>
        <w:br/>
        <w:t>f 31165/30188/25084 30938/29963/24863 31153/30176/25072</w:t>
        <w:br/>
        <w:t>f 31161/30182/25078 31165/30188/25084 31153/30176/25072</w:t>
        <w:br/>
        <w:t>f 31159/30184/25080 31167/30189/25085 31166/30190/25086</w:t>
        <w:br/>
        <w:t>f 30950/29972/24872 30943/29965/24865 31167/30189/25085</w:t>
        <w:br/>
        <w:t>f 31168/30191/25087 30950/29972/24872 31167/30189/25085</w:t>
        <w:br/>
        <w:t>f 31170/30192/25088 31169/30193/25089 30947/29969/24869</w:t>
        <w:br/>
        <w:t>f 30948/29968/24868 31170/30192/25088 30947/29969/24869</w:t>
        <w:br/>
        <w:t>f 31172/30194/25090 31163/30185/25081 31162/30186/25082</w:t>
        <w:br/>
        <w:t>f 31171/30195/25091 31172/30194/25090 31162/30186/25082</w:t>
        <w:br/>
        <w:t>f 30934/29957/24857 31160/30183/25079 31153/30176/25072</w:t>
        <w:br/>
        <w:t>f 30933/29958/24858 30934/29957/24857 31153/30176/25072</w:t>
        <w:br/>
        <w:t>f 31161/30182/25078 31166/30190/25086 30978/30002/24902</w:t>
        <w:br/>
        <w:t>f 31165/30188/25084 31161/30182/25078 30978/30002/24902</w:t>
        <w:br/>
        <w:t>f 30944/29964/24864 30941/29967/24867 31173/30196/25092</w:t>
        <w:br/>
        <w:t>f 30977/30003/24903 30944/29964/24864 31173/30196/25092</w:t>
        <w:br/>
        <w:t>f 30975/29997/24897 30976/29996/24896 30971/29995/24895</w:t>
        <w:br/>
        <w:t>f 30972/29994/24894 30975/29997/24897 30971/29995/24895</w:t>
        <w:br/>
        <w:t>f 31131/30153/25049 31132/30152/25048 30969/29993/24893</w:t>
        <w:br/>
        <w:t>f 30970/29992/24892 31131/30153/25049 30969/29993/24893</w:t>
        <w:br/>
        <w:t>f 31176/30197/25093 31130/30154/25050 31175/30198/25094</w:t>
        <w:br/>
        <w:t>f 31174/30199/25095 31176/30197/25093 31175/30198/25094</w:t>
        <w:br/>
        <w:t>f 30903/29927/24827 31177/30200/25096 30986/30011/24911</w:t>
        <w:br/>
        <w:t>f 30902/29928/24828 30903/29927/24827 30986/30011/24911</w:t>
        <w:br/>
        <w:t>f 31179/30201/25097 31178/30202/25098 30881/29905/24805</w:t>
        <w:br/>
        <w:t>f 30879/29901/24801 31179/30201/25097 30881/29905/24805</w:t>
        <w:br/>
        <w:t>f 31181/30203/25099 30880/29900/24800 30877/29903/24803</w:t>
        <w:br/>
        <w:t>f 31180/30204/25100 31181/30203/25099 30877/29903/24803</w:t>
        <w:br/>
        <w:t>f 31182/30205/25101 31067/30089/24989 31178/30202/25098</w:t>
        <w:br/>
        <w:t>f 31179/30201/25097 31182/30205/25101 31178/30202/25098</w:t>
        <w:br/>
        <w:t>f 31183/30206/25102 31066/30090/24990 31067/30089/24989</w:t>
        <w:br/>
        <w:t>f 31182/30205/25101 31183/30206/25102 31067/30089/24989</w:t>
        <w:br/>
        <w:t>f 31187/30207/25103 31186/30208/25104 31185/30209/25105</w:t>
        <w:br/>
        <w:t>f 31184/30210/25106 31187/30207/25103 31185/30209/25105</w:t>
        <w:br/>
        <w:t>f 30881/29905/24805 30884/29908/24808 30885/29907/24807</w:t>
        <w:br/>
        <w:t>f 30882/29904/24804 30881/29905/24805 30885/29907/24807</w:t>
        <w:br/>
        <w:t>f 31191/30211/25107 31190/30212/25108 31189/30213/25109</w:t>
        <w:br/>
        <w:t>f 31188/30214/25110 31191/30211/25107 31189/30213/25109</w:t>
        <w:br/>
        <w:t>f 31195/30215/25111 31194/30216/25112 31193/30217/25113</w:t>
        <w:br/>
        <w:t>f 31192/30218/25114 31195/30215/25111 31193/30217/25113</w:t>
        <w:br/>
        <w:t>f 30898/29920/24820 30899/29919/24819 31197/30219/25115</w:t>
        <w:br/>
        <w:t>f 31196/30220/25116 30898/29920/24820 31197/30219/25115</w:t>
        <w:br/>
        <w:t>f 31199/30221/25117 31198/30222/25118 31190/30212/25108</w:t>
        <w:br/>
        <w:t>f 31191/30211/25107 31199/30221/25117 31190/30212/25108</w:t>
        <w:br/>
        <w:t>f 30908/29930/24830 30904/29926/24826 30905/29925/24825</w:t>
        <w:br/>
        <w:t>f 30907/29931/24831 30908/29930/24830 30905/29925/24825</w:t>
        <w:br/>
        <w:t>f 30992/30012/24912 31201/30223/25119 31200/30224/25120</w:t>
        <w:br/>
        <w:t>f 30991/30013/24913 30992/30012/24912 31200/30224/25120</w:t>
        <w:br/>
        <w:t>f 31190/30212/25108 31060/30084/24984 31189/30213/25109</w:t>
        <w:br/>
        <w:t>f 31057/30081/24981 31061/30083/24983 31202/30225/25121</w:t>
        <w:br/>
        <w:t>f 31040/30061/24961 31057/30081/24981 31202/30225/25121</w:t>
        <w:br/>
        <w:t>f 31206/30226/25122 31205/30227/25123 31204/30228/25124</w:t>
        <w:br/>
        <w:t>f 31203/30229/25125 31206/30226/25122 31204/30228/25124</w:t>
        <w:br/>
        <w:t>f 31209/30230/25126 31208/30231/25127 31207/30232/25128</w:t>
        <w:br/>
        <w:t>f 31210/30233/25129 31209/30230/25126 31207/30232/25128</w:t>
        <w:br/>
        <w:t>f 31212/30234/25130 31209/30230/25126 31210/30233/25129</w:t>
        <w:br/>
        <w:t>f 31211/30235/25131 31212/30234/25130 31210/30233/25129</w:t>
        <w:br/>
        <w:t>f 31166/30190/25086 31161/30182/25078 31159/30184/25080</w:t>
        <w:br/>
        <w:t>f 30956/29976/24876 30951/29975/24875 31213/30236/25132</w:t>
        <w:br/>
        <w:t>f 30955/29977/24877 30956/29976/24876 31213/30236/25132</w:t>
        <w:br/>
        <w:t>f 31215/30237/25133 31008/30031/24931 31214/30238/25134</w:t>
        <w:br/>
        <w:t>f 31217/30239/25135 31216/30240/25136 31194/30216/25112</w:t>
        <w:br/>
        <w:t>f 31195/30215/25111 31217/30239/25135 31194/30216/25112</w:t>
        <w:br/>
        <w:t>f 31220/30241/25137 31219/30242/25138 31037/30057/24957</w:t>
        <w:br/>
        <w:t>f 31218/30243/25139 31220/30241/25137 31037/30057/24957</w:t>
        <w:br/>
        <w:t>f 31061/30083/24983 31057/30081/24981 31060/30084/24984</w:t>
        <w:br/>
        <w:t>f 31059/30085/24985 31065/30086/24986 31221/30244/25140</w:t>
        <w:br/>
        <w:t>f 31062/30082/24982 31059/30085/24985 31221/30244/25140</w:t>
        <w:br/>
        <w:t>f 31063/30088/24988 31221/30244/25140 31065/30086/24986</w:t>
        <w:br/>
        <w:t>f 31225/30245/25141 31224/30246/25142 31223/30247/25143</w:t>
        <w:br/>
        <w:t>f 31222/30248/25144 31225/30245/25141 31223/30247/25143</w:t>
        <w:br/>
        <w:t>f 31226/30249/25145 31015/30039/24939 31016/30038/24938</w:t>
        <w:br/>
        <w:t>f 31227/30250/25146 31226/30249/25145 31016/30038/24938</w:t>
        <w:br/>
        <w:t>f 31229/30251/25147 31228/30252/25148 31020/30042/24942</w:t>
        <w:br/>
        <w:t>f 31021/30041/24941 31229/30251/25147 31020/30042/24942</w:t>
        <w:br/>
        <w:t>f 31026/30052/24952 31027/30051/24951 31023/30047/24947</w:t>
        <w:br/>
        <w:t>f 31024/30046/24946 31026/30052/24952 31023/30047/24947</w:t>
        <w:br/>
        <w:t>f 31231/30253/25149 31230/30254/25150 31032/30054/24954</w:t>
        <w:br/>
        <w:t>f 31033/30053/24953 31231/30253/25149 31032/30054/24954</w:t>
        <w:br/>
        <w:t>f 31216/30240/25136 31217/30239/25135 31219/30242/25138</w:t>
        <w:br/>
        <w:t>f 31220/30241/25137 31216/30240/25136 31219/30242/25138</w:t>
        <w:br/>
        <w:t>f 30950/29972/24872 30948/29968/24868 30945/29971/24871</w:t>
        <w:br/>
        <w:t>f 30949/29973/24873 30950/29972/24872 30945/29971/24871</w:t>
        <w:br/>
        <w:t>f 30957/29983/24883 31011/30033/24933 31010/30034/24934</w:t>
        <w:br/>
        <w:t>f 30960/29980/24880 30957/29983/24883 31010/30034/24934</w:t>
        <w:br/>
        <w:t>f 31012/30036/24936 30963/29985/24885 30964/29984/24884</w:t>
        <w:br/>
        <w:t>f 31013/30035/24935 31012/30036/24936 30964/29984/24884</w:t>
        <w:br/>
        <w:t>f 31034/30060/24960 31232/30255/25151 31218/30243/25139</w:t>
        <w:br/>
        <w:t>f 31037/30057/24957 31034/30060/24960 31218/30243/25139</w:t>
        <w:br/>
        <w:t>f 31234/30256/25152 31022/30048/24948 31030/30056/24956</w:t>
        <w:br/>
        <w:t>f 31233/30257/25153 31234/30256/25152 31030/30056/24956</w:t>
        <w:br/>
        <w:t>f 31022/30048/24948 31234/30256/25152 31235/30258/25154</w:t>
        <w:br/>
        <w:t>f 31025/30045/24945 31022/30048/24948 31235/30258/25154</w:t>
        <w:br/>
        <w:t>f 31228/30252/25148 31229/30251/25147 31017/30037/24937</w:t>
        <w:br/>
        <w:t>f 31014/30040/24940 31228/30252/25148 31017/30037/24937</w:t>
        <w:br/>
        <w:t>f 30997/30021/24921 30952/29974/24874 30951/29975/24875</w:t>
        <w:br/>
        <w:t>f 30956/29976/24876 30997/30021/24921 30951/29975/24875</w:t>
        <w:br/>
        <w:t>f 30995/30017/24917 31002/30022/24922 30999/30025/24925</w:t>
        <w:br/>
        <w:t>f 30994/30018/24918 30995/30017/24917 30999/30025/24925</w:t>
        <w:br/>
        <w:t>f 31003/30029/24929 31236/30259/25155 31009/30030/24930</w:t>
        <w:br/>
        <w:t>f 31006/30026/24926 31003/30029/24929 31009/30030/24930</w:t>
        <w:br/>
        <w:t>f 31007/30032/24932 31237/30260/25156 31005/30027/24927</w:t>
        <w:br/>
        <w:t>f 31006/30026/24926 31007/30032/24932 31005/30027/24927</w:t>
        <w:br/>
        <w:t>f 31012/30036/24936 31005/30027/24927 31237/30260/25156</w:t>
        <w:br/>
        <w:t>f 31238/30261/25157 31012/30036/24936 31237/30260/25156</w:t>
        <w:br/>
        <w:t>f 31201/30223/25119 31239/30262/25158 31187/30207/25103</w:t>
        <w:br/>
        <w:t>f 31200/30224/25120 31201/30223/25119 31187/30207/25103</w:t>
        <w:br/>
        <w:t>f 31200/30224/25120 31187/30207/25103 31241/30263/25159</w:t>
        <w:br/>
        <w:t>f 31240/30264/25160 31200/30224/25120 31241/30263/25159</w:t>
        <w:br/>
        <w:t>f 31085/30109/25008 31087/30110/25009 31139/30162/25058</w:t>
        <w:br/>
        <w:t>f 31083/30107/25006 31085/30109/25008 31139/30162/25058</w:t>
        <w:br/>
        <w:t>f 31071/30094/24994 31085/30109/25008 31083/30107/25006</w:t>
        <w:br/>
        <w:t>f 30998/30020/24920 31243/30265/25161 31242/30266/25162</w:t>
        <w:br/>
        <w:t>f 30993/30019/24919 30998/30020/24920 31242/30266/25162</w:t>
        <w:br/>
        <w:t>f 30994/30018/24918 30999/30025/24925 30952/29974/24874</w:t>
        <w:br/>
        <w:t>f 30997/30021/24921 30994/30018/24918 30952/29974/24874</w:t>
        <w:br/>
        <w:t>f 30946/29970/24870 30952/29974/24874 30999/30025/24925</w:t>
        <w:br/>
        <w:t>f 31000/30024/24924 30946/29970/24870 30999/30025/24925</w:t>
        <w:br/>
        <w:t>f 31000/30024/24924 31011/30033/24933 30945/29971/24871</w:t>
        <w:br/>
        <w:t>f 30946/29970/24870 31000/30024/24924 30945/29971/24871</w:t>
        <w:br/>
        <w:t>f 30949/29973/24873 30945/29971/24871 31011/30033/24933</w:t>
        <w:br/>
        <w:t>f 30957/29983/24883 30949/29973/24873 31011/30033/24933</w:t>
        <w:br/>
        <w:t>f 30957/29983/24883 30958/29982/24882 30942/29966/24866</w:t>
        <w:br/>
        <w:t>f 30949/29973/24873 30957/29983/24883 30942/29966/24866</w:t>
        <w:br/>
        <w:t>f 30971/29995/24895 30941/29967/24867 30942/29966/24866</w:t>
        <w:br/>
        <w:t>f 30958/29982/24882 30971/29995/24895 30942/29966/24866</w:t>
        <w:br/>
        <w:t>f 30941/29967/24867 30971/29995/24895 30976/29996/24896</w:t>
        <w:br/>
        <w:t>f 31173/30196/25092 30941/29967/24867 30976/29996/24896</w:t>
        <w:br/>
        <w:t>f 31246/30267/25163 31245/30268/25164 30980/30000/24900</w:t>
        <w:br/>
        <w:t>f 31244/30269/25165 31246/30267/25163 30980/30000/24900</w:t>
        <w:br/>
        <w:t>f 31086/30108/25007 31095/30119/25018 31141/30164/25060</w:t>
        <w:br/>
        <w:t>f 31247/30270/25166 31095/30119/25018 31109/30131/25027</w:t>
        <w:br/>
        <w:t>f 31249/30271/25167 31171/30195/25091 31162/30186/25082</w:t>
        <w:br/>
        <w:t>f 31248/30272/25168 31249/30271/25167 31162/30186/25082</w:t>
        <w:br/>
        <w:t>f 31251/30273/25169 31249/30271/25167 31248/30272/25168</w:t>
        <w:br/>
        <w:t>f 31250/30274/25170 31251/30273/25169 31248/30272/25168</w:t>
        <w:br/>
        <w:t>f 31154/30177/25073 31150/30171/25067 31248/30272/25168</w:t>
        <w:br/>
        <w:t>f 31162/30186/25082 31154/30177/25073 31248/30272/25168</w:t>
        <w:br/>
        <w:t>f 31148/30173/25069 31250/30274/25170 31248/30272/25168</w:t>
        <w:br/>
        <w:t>f 31150/30171/25067 31148/30173/25069 31248/30272/25168</w:t>
        <w:br/>
        <w:t>f 31139/30162/25058 31184/30210/25106 31209/30230/25126</w:t>
        <w:br/>
        <w:t>f 31212/30234/25130 31139/30162/25058 31209/30230/25126</w:t>
        <w:br/>
        <w:t>f 30910/29936/24836 30911/29935/24835 31253/30275/25171</w:t>
        <w:br/>
        <w:t>f 31252/30276/25172 30910/29936/24836 31253/30275/25171</w:t>
        <w:br/>
        <w:t>f 31239/30262/25158 31254/30277/25173 31186/30208/25104</w:t>
        <w:br/>
        <w:t>f 31187/30207/25103 31239/30262/25158 31186/30208/25104</w:t>
        <w:br/>
        <w:t>f 31257/30278/25174 30928/29951/24851 31256/30279/25175</w:t>
        <w:br/>
        <w:t>f 31255/30280/25176 31257/30278/25174 31256/30279/25175</w:t>
        <w:br/>
        <w:t>f 31258/30281/25177 31256/30279/25175 30928/29951/24851</w:t>
        <w:br/>
        <w:t>f 30922/29946/24846 31258/30281/25177 30928/29951/24851</w:t>
        <w:br/>
        <w:t>f 31259/30282/25178 31258/30281/25177 30922/29946/24846</w:t>
        <w:br/>
        <w:t>f 30923/29945/24845 31259/30282/25178 30922/29946/24846</w:t>
        <w:br/>
        <w:t>f 31261/30283/25179 31260/30284/25180 30918/29944/24844</w:t>
        <w:br/>
        <w:t>f 30919/29943/24843 31261/30283/25179 30918/29944/24844</w:t>
        <w:br/>
        <w:t>f 31260/30284/25180 31178/30202/25098 31067/30089/24989</w:t>
        <w:br/>
        <w:t>f 30918/29944/24844 31260/30284/25180 31067/30089/24989</w:t>
        <w:br/>
        <w:t>f 30883/29909/24809 30884/29908/24808 31260/30284/25180</w:t>
        <w:br/>
        <w:t>f 31261/30283/25179 30883/29909/24809 31260/30284/25180</w:t>
        <w:br/>
        <w:t>f 30884/29908/24808 30881/29905/24805 31178/30202/25098</w:t>
        <w:br/>
        <w:t>f 31260/30284/25180 30884/29908/24808 31178/30202/25098</w:t>
        <w:br/>
        <w:t>f 30912/29934/24834 30913/29933/24833 30880/29900/24800</w:t>
        <w:br/>
        <w:t>f 31181/30203/25099 30912/29934/24834 30880/29900/24800</w:t>
        <w:br/>
        <w:t>f 31177/30200/25096 30901/29923/24823 30897/29921/24821</w:t>
        <w:br/>
        <w:t>f 30986/30011/24911 31177/30200/25096 30897/29921/24821</w:t>
        <w:br/>
        <w:t>f 30986/30011/24911 30897/29921/24821 30898/29920/24820</w:t>
        <w:br/>
        <w:t>f 30988/30009/24909 30986/30011/24911 30898/29920/24820</w:t>
        <w:br/>
        <w:t>f 31184/30210/25106 31185/30209/25105 31208/30231/25127</w:t>
        <w:br/>
        <w:t>f 31209/30230/25126 31184/30210/25106 31208/30231/25127</w:t>
        <w:br/>
        <w:t>f 31263/30285/25181 31261/30283/25179 30919/29943/24843</w:t>
        <w:br/>
        <w:t>f 31262/30286/25182 31263/30285/25181 30919/29943/24843</w:t>
        <w:br/>
        <w:t>f 30892/29914/24814 30883/29909/24809 31261/30283/25179</w:t>
        <w:br/>
        <w:t>f 31263/30285/25181 30892/29914/24814 31261/30283/25179</w:t>
        <w:br/>
        <w:t>f 30891/29915/24815 30886/29906/24806 30883/29909/24809</w:t>
        <w:br/>
        <w:t>f 30892/29914/24814 30891/29915/24815 30883/29909/24809</w:t>
        <w:br/>
        <w:t>f 31195/30215/25111 31038/30063/24963 31039/30062/24962</w:t>
        <w:br/>
        <w:t>f 31217/30239/25135 31195/30215/25111 31039/30062/24962</w:t>
        <w:br/>
        <w:t>f 31038/30063/24963 31195/30215/25111 31192/30218/25114</w:t>
        <w:br/>
        <w:t>f 31058/30080/24980 31038/30063/24963 31192/30218/25114</w:t>
        <w:br/>
        <w:t>f 31036/30058/24958 31204/30228/25124 31035/30059/24959</w:t>
        <w:br/>
        <w:t>f 31036/30058/24958 31037/30057/24957 31219/30242/25138</w:t>
        <w:br/>
        <w:t>f 31264/30287/25183 31036/30058/24958 31219/30242/25138</w:t>
        <w:br/>
        <w:t>f 31264/30287/25183 31265/30288/25184 31204/30228/25124</w:t>
        <w:br/>
        <w:t>f 31036/30058/24958 31264/30287/25183 31204/30228/25124</w:t>
        <w:br/>
        <w:t>f 31265/30288/25184 31203/30229/25125 31204/30228/25124</w:t>
        <w:br/>
        <w:t>f 31264/30287/25183 31219/30242/25138 31217/30239/25135</w:t>
        <w:br/>
        <w:t>f 31039/30062/24962 31264/30287/25183 31217/30239/25135</w:t>
        <w:br/>
        <w:t>f 31039/30062/24962 31040/30061/24961 31265/30288/25184</w:t>
        <w:br/>
        <w:t>f 31264/30287/25183 31039/30062/24962 31265/30288/25184</w:t>
        <w:br/>
        <w:t>f 31040/30061/24961 31202/30225/25121 31203/30229/25125</w:t>
        <w:br/>
        <w:t>f 31265/30288/25184 31040/30061/24961 31203/30229/25125</w:t>
        <w:br/>
        <w:t>f 31267/30289/25185 31266/30290/25186 30967/29989/24889</w:t>
        <w:br/>
        <w:t>f 30968/29988/24888 31267/30289/25185 30967/29989/24889</w:t>
        <w:br/>
        <w:t>f 31134/30156/25187 31268/30291/25188 30894/29917/24817</w:t>
        <w:br/>
        <w:t>f 31050/30070/24970 31271/30292/25189 31270/30293/25190</w:t>
        <w:br/>
        <w:t>f 31269/30294/25191 31050/30070/24970 31270/30293/25190</w:t>
        <w:br/>
        <w:t>f 31191/30211/25107 31273/30295/25192 31272/30296/25193</w:t>
        <w:br/>
        <w:t>f 31199/30221/25117 31191/30211/25107 31272/30296/25193</w:t>
        <w:br/>
        <w:t>f 31277/30297/25194 31276/30298/25195 31275/30299/25196</w:t>
        <w:br/>
        <w:t>f 31274/30300/25197 31277/30297/25194 31275/30299/25196</w:t>
        <w:br/>
        <w:t>f 31045/30067/24967 31046/30066/24966 31215/30237/25133</w:t>
        <w:br/>
        <w:t>f 31278/30301/25198 31045/30067/24967 31215/30237/25133</w:t>
        <w:br/>
        <w:t>f 31273/30295/25192 31191/30211/25107 31188/30214/25110</w:t>
        <w:br/>
        <w:t>f 31279/30302/25199 31273/30295/25192 31188/30214/25110</w:t>
        <w:br/>
        <w:t>f 31281/30303/25200 31280/30304/25201 30974/29998/24898</w:t>
        <w:br/>
        <w:t>f 31129/30155/25051 31281/30303/25200 30974/29998/24898</w:t>
        <w:br/>
        <w:t>f 31129/30155/25051 30974/29998/24898 30975/29997/24897</w:t>
        <w:br/>
        <w:t>f 31132/30152/25048 31129/30155/25051 30975/29997/24897</w:t>
        <w:br/>
        <w:t>f 31132/30152/25048 30975/29997/24897 30972/29994/24894</w:t>
        <w:br/>
        <w:t>f 30969/29993/24893 31132/30152/25048 30972/29994/24894</w:t>
        <w:br/>
        <w:t>f 30969/29993/24893 30972/29994/24894 30959/29981/24881</w:t>
        <w:br/>
        <w:t>f 30961/29987/24887 30969/29993/24893 30959/29981/24881</w:t>
        <w:br/>
        <w:t>f 30960/29980/24880 30964/29984/24884 30961/29987/24887</w:t>
        <w:br/>
        <w:t>f 30959/29981/24881 30960/29980/24880 30961/29987/24887</w:t>
        <w:br/>
        <w:t>f 31010/30034/24934 31013/30035/24935 30964/29984/24884</w:t>
        <w:br/>
        <w:t>f 30960/29980/24880 31010/30034/24934 30964/29984/24884</w:t>
        <w:br/>
        <w:t>f 31010/30034/24934 31001/30023/24923 31004/30028/24928</w:t>
        <w:br/>
        <w:t>f 31013/30035/24935 31010/30034/24934 31004/30028/24928</w:t>
        <w:br/>
        <w:t>f 31003/30029/24929 31004/30028/24928 31001/30023/24923</w:t>
        <w:br/>
        <w:t>f 31002/30022/24922 31003/30029/24929 31001/30023/24923</w:t>
        <w:br/>
        <w:t>f 31236/30259/25155 31003/30029/24929 31002/30022/24922</w:t>
        <w:br/>
        <w:t>f 30995/30017/24917 31236/30259/25155 31002/30022/24922</w:t>
        <w:br/>
        <w:t>f 30995/30017/24917 30996/30016/24916 31270/30293/25190</w:t>
        <w:br/>
        <w:t>f 31236/30259/25155 30995/30017/24917 31270/30293/25190</w:t>
        <w:br/>
        <w:t>f 31045/30067/24967 31047/30073/24973 31042/30064/24964</w:t>
        <w:br/>
        <w:t>f 31044/30068/24968 31045/30067/24967 31042/30064/24964</w:t>
        <w:br/>
        <w:t>f 31044/30068/24968 31042/30064/24964 31029/30049/24949</w:t>
        <w:br/>
        <w:t>f 31018/30044/24944 31044/30068/24968 31029/30049/24949</w:t>
        <w:br/>
        <w:t>f 31018/30044/24944 31029/30049/24949 31026/30052/24952</w:t>
        <w:br/>
        <w:t>f 31021/30041/24941 31018/30044/24944 31026/30052/24952</w:t>
        <w:br/>
        <w:t>f 31026/30052/24952 31024/30046/24946 31229/30251/25147</w:t>
        <w:br/>
        <w:t>f 31021/30041/24941 31026/30052/24952 31229/30251/25147</w:t>
        <w:br/>
        <w:t>f 31024/30046/24946 31025/30045/24945 31017/30037/24937</w:t>
        <w:br/>
        <w:t>f 31229/30251/25147 31024/30046/24946 31017/30037/24937</w:t>
        <w:br/>
        <w:t>f 31016/30038/24938 31017/30037/24937 31025/30045/24945</w:t>
        <w:br/>
        <w:t>f 31235/30258/25154 31016/30038/24938 31025/30045/24945</w:t>
        <w:br/>
        <w:t>f 31198/30222/25118 31059/30085/24985 31060/30084/24984</w:t>
        <w:br/>
        <w:t>f 31190/30212/25108 31198/30222/25118 31060/30084/24984</w:t>
        <w:br/>
        <w:t>f 31133/30157/25054 30893/29918/25053 31282/30305/25202</w:t>
        <w:br/>
        <w:t>f 31181/30203/25099 31180/30204/25100 31207/30232/25128</w:t>
        <w:br/>
        <w:t>f 31208/30231/25127 31181/30203/25099 31207/30232/25128</w:t>
        <w:br/>
        <w:t>f 31181/30203/25099 31208/30231/25127 31185/30209/25105</w:t>
        <w:br/>
        <w:t>f 30912/29934/24834 31181/30203/25099 31185/30209/25105</w:t>
        <w:br/>
        <w:t>f 31186/30208/25104 30911/29935/24835 30912/29934/24834</w:t>
        <w:br/>
        <w:t>f 31185/30209/25105 31186/30208/25104 30912/29934/24834</w:t>
        <w:br/>
        <w:t>f 31254/30277/25173 31253/30275/25171 30911/29935/24835</w:t>
        <w:br/>
        <w:t>f 31186/30208/25104 31254/30277/25173 30911/29935/24835</w:t>
        <w:br/>
        <w:t>f 31196/30220/25116 31152/30174/25070 30988/30009/24909</w:t>
        <w:br/>
        <w:t>f 30898/29920/24820 31196/30220/25116 30988/30009/24909</w:t>
        <w:br/>
        <w:t>f 30900/29924/24824 31172/30194/25090 31171/30195/25091</w:t>
        <w:br/>
        <w:t>f 30896/29922/24822 30900/29924/24824 31171/30195/25091</w:t>
        <w:br/>
        <w:t>f 31249/30271/25167 30899/29919/24819 30896/29922/24822</w:t>
        <w:br/>
        <w:t>f 31171/30195/25091 31249/30271/25167 30896/29922/24822</w:t>
        <w:br/>
        <w:t>f 31251/30273/25169 31197/30219/25115 30899/29919/24819</w:t>
        <w:br/>
        <w:t>f 31249/30271/25167 31251/30273/25169 30899/29919/24819</w:t>
        <w:br/>
        <w:t>f 31252/30276/25172 31183/30206/25102 31182/30205/25101</w:t>
        <w:br/>
        <w:t>f 30910/29936/24836 31252/30276/25172 31182/30205/25101</w:t>
        <w:br/>
        <w:t>f 31179/30201/25097 30913/29933/24833 30910/29936/24836</w:t>
        <w:br/>
        <w:t>f 31182/30205/25101 31179/30201/25097 30910/29936/24836</w:t>
        <w:br/>
        <w:t>f 30879/29901/24801 30880/29900/24800 30913/29933/24833</w:t>
        <w:br/>
        <w:t>f 31179/30201/25097 30879/29901/24801 30913/29933/24833</w:t>
        <w:br/>
        <w:t>f 31077/30100/24999 31073/30099/24998 31079/30101/25000</w:t>
        <w:br/>
        <w:t>f 31357/30306/25203 31064/30087/24987 31065/30086/24986</w:t>
        <w:br/>
        <w:t>f 31356/30307/25204 31357/30306/25203 31065/30086/24986</w:t>
        <w:br/>
        <w:t>f 31083/30107/25006 31080/30103/25002 31071/30094/24994</w:t>
        <w:br/>
        <w:t>f 31158/30180/25076 30909/29929/24829 30906/29932/24832</w:t>
        <w:br/>
        <w:t>f 31157/30181/25077 31158/30180/25076 30906/29932/24832</w:t>
        <w:br/>
        <w:t>f 31243/30265/25161 30998/30020/24920 30953/29979/24879</w:t>
        <w:br/>
        <w:t>f 31157/30181/25077 31243/30265/25161 30953/29979/24879</w:t>
        <w:br/>
        <w:t>f 31360/30308/25205 31359/30309/25206 31258/30281/25177</w:t>
        <w:br/>
        <w:t>f 31259/30282/25178 31360/30308/25205 31258/30281/25177</w:t>
        <w:br/>
        <w:t>f 31256/30279/25175 31258/30281/25177 31359/30309/25206</w:t>
        <w:br/>
        <w:t>f 31361/30310/25207 31256/30279/25175 31359/30309/25206</w:t>
        <w:br/>
        <w:t>f 30916/29938/24838 30917/29937/24837 31362/30311/25208</w:t>
        <w:br/>
        <w:t>f 31149/30172/25068 30916/29938/24838 31362/30311/25208</w:t>
        <w:br/>
        <w:t>f 31262/30286/25182 30919/29943/24843 30920/29942/24842</w:t>
        <w:br/>
        <w:t>f 31363/30312/25209 31262/30286/25182 30920/29942/24842</w:t>
        <w:br/>
        <w:t>f 30924/29950/24850 31362/30311/25208 30917/29937/24837</w:t>
        <w:br/>
        <w:t>f 30927/29947/24847 30924/29950/24850 30917/29937/24837</w:t>
        <w:br/>
        <w:t>f 31259/30282/25178 31262/30286/25182 31363/30312/25209</w:t>
        <w:br/>
        <w:t>f 31360/30308/25205 31259/30282/25178 31363/30312/25209</w:t>
        <w:br/>
        <w:t>f 31262/30286/25182 31259/30282/25178 30923/29945/24845</w:t>
        <w:br/>
        <w:t>f 31263/30285/25181 31262/30286/25182 30923/29945/24845</w:t>
        <w:br/>
        <w:t>f 30892/29914/24814 30923/29945/24845 30890/29910/24810</w:t>
        <w:br/>
        <w:t>f 30892/29914/24814 31263/30285/25181 30923/29945/24845</w:t>
        <w:br/>
        <w:t>f 31221/30244/25140 31063/30088/24988 31364/30313/25210</w:t>
        <w:br/>
        <w:t>f 31367/30314/25211 31366/30315/25212 30990/30014/24914</w:t>
        <w:br/>
        <w:t>f 31365/30316/25213 31367/30314/25211 30990/30014/24914</w:t>
        <w:br/>
        <w:t>f 31365/30316/25213 30990/30014/24914 30991/30013/24913</w:t>
        <w:br/>
        <w:t>f 31368/30317/25214 31365/30316/25213 30991/30013/24913</w:t>
        <w:br/>
        <w:t>f 31240/30264/25160 31368/30317/25214 30991/30013/24913</w:t>
        <w:br/>
        <w:t>f 31200/30224/25120 31240/30264/25160 30991/30013/24913</w:t>
        <w:br/>
        <w:t>f 31371/30318/25215 31370/30319/25216 31369/30320/25217</w:t>
        <w:br/>
        <w:t>f 31375/30321/25218 31374/30322/25219 31373/30323/25220</w:t>
        <w:br/>
        <w:t>f 31372/30324/25221 31375/30321/25218 31373/30323/25220</w:t>
        <w:br/>
        <w:t>f 31379/30325/25222 31378/30326/25223 31377/30327/25224</w:t>
        <w:br/>
        <w:t>f 31376/30328/25225 31379/30325/25222 31377/30327/25224</w:t>
        <w:br/>
        <w:t>f 31383/30329/25226 31382/30330/25227 31381/30331/25228</w:t>
        <w:br/>
        <w:t>f 31380/30332/25229 31383/30329/25226 31381/30331/25228</w:t>
        <w:br/>
        <w:t>f 31375/30321/25218 31224/30246/25142 31385/30333/25230</w:t>
        <w:br/>
        <w:t>f 31384/30334/25231 31375/30321/25218 31385/30333/25230</w:t>
        <w:br/>
        <w:t>f 31387/30335/25232 31386/30336/25233 31370/30319/25216</w:t>
        <w:br/>
        <w:t>f 31371/30318/25215 31387/30335/25232 31370/30319/25216</w:t>
        <w:br/>
        <w:t>f 31391/30337/25234 31390/30338/25235 31389/30339/25236</w:t>
        <w:br/>
        <w:t>f 31388/30340/25237 31391/30337/25234 31389/30339/25236</w:t>
        <w:br/>
        <w:t>f 31395/30341/25238 31394/30342/25239 31393/30343/25240</w:t>
        <w:br/>
        <w:t>f 31392/30344/25241 31395/30341/25238 31393/30343/25240</w:t>
        <w:br/>
        <w:t>f 31397/30345/25242 31396/30346/25243 31386/30336/25233</w:t>
        <w:br/>
        <w:t>f 31387/30335/25232 31397/30345/25242 31386/30336/25233</w:t>
        <w:br/>
        <w:t>f 31401/30347/25244 31400/30348/25245 31399/30349/25246</w:t>
        <w:br/>
        <w:t>f 31398/30350/25247 31401/30347/25244 31399/30349/25246</w:t>
        <w:br/>
        <w:t>f 31369/30320/25217 31404/30351/25248 31403/30352/25249</w:t>
        <w:br/>
        <w:t>f 31402/30353/25250 31369/30320/25217 31403/30352/25249</w:t>
        <w:br/>
        <w:t>f 31406/30354/25251 31405/30355/25252 31402/30353/25250</w:t>
        <w:br/>
        <w:t>f 31403/30352/25249 31406/30354/25251 31402/30353/25250</w:t>
        <w:br/>
        <w:t>f 31405/30355/25252 31406/30354/25251 31407/30356/25253</w:t>
        <w:br/>
        <w:t>f 31408/30357/25254 31405/30355/25252 31407/30356/25253</w:t>
        <w:br/>
        <w:t>f 31411/30358/25255 31410/30359/25256 31409/30360/25257</w:t>
        <w:br/>
        <w:t>f 31412/30361/25258 31411/30358/25255 31409/30360/25257</w:t>
        <w:br/>
        <w:t>f 31415/30362/25259 31414/30363/25260 31400/30348/25245</w:t>
        <w:br/>
        <w:t>f 31413/30364/25261 31415/30362/25259 31400/30348/25245</w:t>
        <w:br/>
        <w:t>f 31369/30320/25217 31417/30365/25262 31416/30366/25263</w:t>
        <w:br/>
        <w:t>f 31404/30351/25248 31369/30320/25217 31416/30366/25263</w:t>
        <w:br/>
        <w:t>f 31420/30367/25264 31419/30368/25265 31418/30369/25266</w:t>
        <w:br/>
        <w:t>f 31419/30368/25265 31422/30370/25267 31421/30371/25268</w:t>
        <w:br/>
        <w:t>f 31423/30372/25269 31419/30368/25265 31421/30371/25268</w:t>
        <w:br/>
        <w:t>f 31423/30372/25269 31424/30373/25270 31419/30368/25265</w:t>
        <w:br/>
        <w:t>f 31427/30374/25271 31426/30375/25272 31425/30376/25273</w:t>
        <w:br/>
        <w:t>f 31430/30377/25274 31429/30378/25275 31428/30379/25276</w:t>
        <w:br/>
        <w:t>f 31429/30378/25275 31430/30377/25274 31431/30380/25277</w:t>
        <w:br/>
        <w:t>f 31433/30381/25278 31432/30382/25279 31430/30377/25274</w:t>
        <w:br/>
        <w:t>f 31434/30383/25280 31432/30382/25279 31433/30381/25278</w:t>
        <w:br/>
        <w:t>f 31437/30384/25281 31436/30385/25282 31435/30386/25283</w:t>
        <w:br/>
        <w:t>f 31418/30369/25266 31437/30384/25281 31435/30386/25283</w:t>
        <w:br/>
        <w:t>f 31418/30369/25266 31419/30368/25265 31437/30384/25281</w:t>
        <w:br/>
        <w:t>f 31438/30387/25284 31437/30384/25281 31419/30368/25265</w:t>
        <w:br/>
        <w:t>f 31419/30368/25265 31424/30373/25270 31438/30387/25284</w:t>
        <w:br/>
        <w:t>f 31436/30385/25282 31440/30388/25285 31439/30389/25286</w:t>
        <w:br/>
        <w:t>f 31435/30386/25283 31436/30385/25282 31439/30389/25286</w:t>
        <w:br/>
        <w:t>f 31442/30390/25287 31425/30376/25273 31441/30391/25285</w:t>
        <w:br/>
        <w:t>f 31442/30390/25287 31443/30392/25288 31425/30376/25273</w:t>
        <w:br/>
        <w:t>f 31428/30379/25276 31425/30376/25273 31443/30392/25288</w:t>
        <w:br/>
        <w:t>f 31443/30392/25288 31444/30393/25289 31428/30379/25276</w:t>
        <w:br/>
        <w:t>f 31430/30377/25274 31443/30392/25288 31445/30394/25290</w:t>
        <w:br/>
        <w:t>f 31433/30381/25278 31430/30377/25274 31445/30394/25290</w:t>
        <w:br/>
        <w:t>f 31445/30394/25290 31446/30395/25291 31433/30381/25278</w:t>
        <w:br/>
        <w:t>f 31438/30387/25284 31448/30396/25292 31447/30397/25293</w:t>
        <w:br/>
        <w:t>f 31447/30397/25293 31437/30384/25281 31438/30387/25284</w:t>
        <w:br/>
        <w:t>f 31437/30384/25281 31447/30397/25293 31449/30398/25294</w:t>
        <w:br/>
        <w:t>f 31449/30398/25294 31436/30385/25282 31437/30384/25281</w:t>
        <w:br/>
        <w:t>f 31436/30385/25282 31449/30398/25294 31450/30399/25295</w:t>
        <w:br/>
        <w:t>f 31450/30399/25295 31440/30388/25285 31436/30385/25282</w:t>
        <w:br/>
        <w:t>f 31440/30388/25285 31450/30399/25295 31451/30400/25296</w:t>
        <w:br/>
        <w:t>f 31446/30395/25291 31445/30394/25290 31452/30401/25297</w:t>
        <w:br/>
        <w:t>f 31445/30394/25290 31443/30392/25288 31453/30402/25298</w:t>
        <w:br/>
        <w:t>f 31454/30403/25299 31453/30402/25298 31443/30392/25288</w:t>
        <w:br/>
        <w:t>f 31454/30403/25299 31443/30392/25288 31442/30390/25287</w:t>
        <w:br/>
        <w:t>f 31455/30404/25296 31442/30390/25287 31441/30391/25285</w:t>
        <w:br/>
        <w:t>f 31456/30405/25300 31454/30403/25299 31442/30390/25287</w:t>
        <w:br/>
        <w:t>f 31442/30390/25287 31455/30404/25296 31456/30405/25300</w:t>
        <w:br/>
        <w:t>f 31447/30397/25293 31448/30396/25292 31457/30406/25301</w:t>
        <w:br/>
        <w:t>f 31457/30406/25301 31449/30398/25294 31447/30397/25293</w:t>
        <w:br/>
        <w:t>f 31457/30406/25301 31448/30396/25292 31458/30407/25302</w:t>
        <w:br/>
        <w:t>f 31457/30406/25301 31460/30408/25303 31459/30409/25304</w:t>
        <w:br/>
        <w:t>f 31459/30409/25304 31461/30410/25305 31457/30406/25301</w:t>
        <w:br/>
        <w:t>f 31449/30398/25294 31457/30406/25301 31461/30410/25305</w:t>
        <w:br/>
        <w:t>f 31461/30410/25305 31450/30399/25295 31449/30398/25294</w:t>
        <w:br/>
        <w:t>f 31461/30410/25305 31459/30409/25304 31462/30411/25306</w:t>
        <w:br/>
        <w:t>f 31462/30411/25306 31463/30412/25307 31461/30410/25305</w:t>
        <w:br/>
        <w:t>f 31450/30399/25295 31461/30410/25305 31463/30412/25307</w:t>
        <w:br/>
        <w:t>f 31463/30412/25307 31462/30411/25306 31464/30413/25308</w:t>
        <w:br/>
        <w:t>f 31464/30413/25308 31465/30414/25309 31463/30412/25307</w:t>
        <w:br/>
        <w:t>f 31465/30414/25309 31466/30415/25310 31463/30412/25307</w:t>
        <w:br/>
        <w:t>f 31469/30416/25311 31468/30417/25312 31467/30418/25313</w:t>
        <w:br/>
        <w:t>f 31470/30419/25314 31468/30417/25312 31469/30416/25311</w:t>
        <w:br/>
        <w:t>f 31456/30405/25300 31468/30417/25312 31470/30419/25314</w:t>
        <w:br/>
        <w:t>f 31469/30416/25311 31471/30420/25315 31470/30419/25314</w:t>
        <w:br/>
        <w:t>f 31472/30421/25316 31470/30419/25314 31471/30420/25315</w:t>
        <w:br/>
        <w:t>f 31470/30419/25314 31472/30421/25316 31456/30405/25300</w:t>
        <w:br/>
        <w:t>f 31473/30422/25317 31472/30421/25316 31471/30420/25315</w:t>
        <w:br/>
        <w:t>f 31474/30423/25318 31472/30421/25316 31473/30422/25317</w:t>
        <w:br/>
        <w:t>f 31463/30412/25307 31466/30415/25310 31450/30399/25295</w:t>
        <w:br/>
        <w:t>f 31451/30400/25296 31450/30399/25295 31466/30415/25310</w:t>
        <w:br/>
        <w:t>f 31468/30417/25312 31456/30405/25300 31455/30404/25296</w:t>
        <w:br/>
        <w:t>f 31454/30403/25299 31456/30405/25300 31472/30421/25316</w:t>
        <w:br/>
        <w:t>f 31474/30423/25318 31454/30403/25299 31472/30421/25316</w:t>
        <w:br/>
        <w:t>f 31454/30403/25299 31474/30423/25318 31453/30402/25298</w:t>
        <w:br/>
        <w:t>f 31475/30424/25319 31469/30416/25311 31467/30418/25313</w:t>
        <w:br/>
        <w:t>f 31469/30416/25311 31475/30424/25319 31476/30425/25320</w:t>
        <w:br/>
        <w:t>f 31476/30425/25320 31471/30420/25315 31469/30416/25311</w:t>
        <w:br/>
        <w:t>f 31476/30425/25320 31475/30424/25319 31477/30426/25321</w:t>
        <w:br/>
        <w:t>f 31477/30426/25321 31478/30427/25322 31476/30425/25320</w:t>
        <w:br/>
        <w:t>f 31471/30420/25315 31476/30425/25320 31478/30427/25322</w:t>
        <w:br/>
        <w:t>f 31478/30427/25322 31477/30426/25321 31479/30428/25323</w:t>
        <w:br/>
        <w:t>f 31479/30428/25323 31480/30429/25324 31478/30427/25322</w:t>
        <w:br/>
        <w:t>f 31480/30429/25324 31479/30428/25323 31481/30430/25325</w:t>
        <w:br/>
        <w:t>f 31480/30429/25324 31481/30430/25325 31482/30431/25326</w:t>
        <w:br/>
        <w:t>f 31477/30426/25321 31475/30424/25319 31483/30432/25327</w:t>
        <w:br/>
        <w:t>f 31486/30433/25319 31485/30434/25328 31484/30435/25327</w:t>
        <w:br/>
        <w:t>f 31485/30434/25328 31486/30433/25319 31487/30436/25329</w:t>
        <w:br/>
        <w:t>f 31488/30437/25330 31485/30434/25328 31487/30436/25329</w:t>
        <w:br/>
        <w:t>f 31488/30437/25330 31489/30438/25331 31485/30434/25328</w:t>
        <w:br/>
        <w:t>f 31488/30437/25330 31490/30439/25332 31489/30438/25331</w:t>
        <w:br/>
        <w:t>f 31489/30438/25331 31490/30439/25332 31491/30440/25333</w:t>
        <w:br/>
        <w:t>f 31491/30440/25333 31493/30441/25334 31492/30442/25335</w:t>
        <w:br/>
        <w:t>f 31495/30443/25336 31491/30440/25333 31494/30444/25337</w:t>
        <w:br/>
        <w:t>f 31491/30440/25333 31495/30443/25336 31489/30438/25331</w:t>
        <w:br/>
        <w:t>f 31496/30445/25336 31481/30430/25325 31479/30428/25323</w:t>
        <w:br/>
        <w:t>f 31489/30438/25331 31497/30446/25338 31485/30434/25328</w:t>
        <w:br/>
        <w:t>f 31485/30434/25328 31497/30446/25338 31484/30435/25327</w:t>
        <w:br/>
        <w:t>f 31495/30443/25336 31497/30446/25338 31489/30438/25331</w:t>
        <w:br/>
        <w:t>f 31483/30432/25327 31498/30447/25339 31477/30426/25321</w:t>
        <w:br/>
        <w:t>f 31479/30428/25323 31477/30426/25321 31498/30447/25339</w:t>
        <w:br/>
        <w:t>f 31496/30445/25336 31479/30428/25323 31498/30447/25339</w:t>
        <w:br/>
        <w:t>f 31490/30439/25332 31462/30411/25306 31459/30409/25304</w:t>
        <w:br/>
        <w:t>f 31462/30411/25306 31490/30439/25332 31488/30437/25330</w:t>
        <w:br/>
        <w:t>f 31487/30436/25329 31462/30411/25306 31488/30437/25330</w:t>
        <w:br/>
        <w:t>f 31464/30413/25308 31462/30411/25306 31487/30436/25329</w:t>
        <w:br/>
        <w:t>f 31486/30433/25319 31464/30413/25308 31487/30436/25329</w:t>
        <w:br/>
        <w:t>f 31465/30414/25309 31464/30413/25308 31486/30433/25319</w:t>
        <w:br/>
        <w:t>f 31473/30422/25317 31471/30420/25315 31480/30429/25324</w:t>
        <w:br/>
        <w:t>f 31480/30429/25324 31471/30420/25315 31478/30427/25322</w:t>
        <w:br/>
        <w:t>f 31430/30377/25274 31432/30382/25279 31431/30380/25277</w:t>
        <w:br/>
        <w:t>f 31419/30368/25265 31420/30367/25264 31422/30370/25267</w:t>
        <w:br/>
        <w:t>f 31418/30369/25266 31499/30448/25340 31420/30367/25264</w:t>
        <w:br/>
        <w:t>f 31429/30378/25275 31500/30449/25341 31428/30379/25276</w:t>
        <w:br/>
        <w:t>f 31500/30449/25341 31427/30374/25271 31428/30379/25276</w:t>
        <w:br/>
        <w:t>f 31136/30160/25025 31124/30148/25045 31127/30150/25342</w:t>
        <w:br/>
        <w:t>f 31137/30159/25056 31121/30146/25043 31124/30148/25045</w:t>
        <w:br/>
        <w:t>f 31122/30145/25042 31124/30148/25045 31121/30146/25043</w:t>
        <w:br/>
        <w:t>f 31123/30144/25041 31121/30146/25043 31112/30134/25030</w:t>
        <w:br/>
        <w:t>f 31113/30133/25029 31110/30136/25032 31116/30137/25033</w:t>
        <w:br/>
        <w:t>f 31504/30450/25343 31503/30451/25344 31502/30452/25345</w:t>
        <w:br/>
        <w:t>f 31501/30453/25346 31504/30450/25343 31502/30452/25345</w:t>
        <w:br/>
        <w:t>f 31508/30454/25347 31507/30455/25348 31506/30456/25349</w:t>
        <w:br/>
        <w:t>f 31505/30457/25350 31508/30454/25347 31506/30456/25349</w:t>
        <w:br/>
        <w:t>f 31510/30458/25351 31424/30373/25270 31423/30372/25269</w:t>
        <w:br/>
        <w:t>f 31509/30459/25352 31510/30458/25351 31423/30372/25269</w:t>
        <w:br/>
        <w:t>f 31480/30429/25324 31482/30431/25326 31473/30422/25317</w:t>
        <w:br/>
        <w:t>f 30985/30007/24907 31501/30453/25346 31502/30452/25345</w:t>
        <w:br/>
        <w:t>f 30984/30008/24908 30985/30007/24907 31502/30452/25345</w:t>
        <w:br/>
        <w:t>f 30944/29964/24864 31166/30190/25086 31167/30189/25085</w:t>
        <w:br/>
        <w:t>f 30943/29965/24865 30944/29964/24864 31167/30189/25085</w:t>
        <w:br/>
        <w:t>f 31166/30190/25086 30944/29964/24864 30977/30003/24903</w:t>
        <w:br/>
        <w:t>f 30978/30002/24902 31166/30190/25086 30977/30003/24903</w:t>
        <w:br/>
        <w:t>f 31369/30320/25217 31402/30353/25250 31371/30318/25215</w:t>
        <w:br/>
        <w:t>f 31224/30246/25142 31375/30321/25218 31372/30324/25221</w:t>
        <w:br/>
        <w:t>f 31223/30247/25143 31224/30246/25142 31372/30324/25221</w:t>
        <w:br/>
        <w:t>f 31508/30454/25347 31382/30330/25227 31376/30328/25225</w:t>
        <w:br/>
        <w:t>f 31377/30327/25224 31508/30454/25347 31376/30328/25225</w:t>
        <w:br/>
        <w:t>f 31512/30460/25353 31511/30461/25354 31379/30325/25222</w:t>
        <w:br/>
        <w:t>f 31376/30328/25225 31512/30460/25353 31379/30325/25222</w:t>
        <w:br/>
        <w:t>f 31514/30462/25355 31513/30463/25356 31412/30361/25258</w:t>
        <w:br/>
        <w:t>f 31409/30360/25257 31514/30462/25355 31412/30361/25258</w:t>
        <w:br/>
        <w:t>f 31405/30355/25252 31387/30335/25232 31371/30318/25215</w:t>
        <w:br/>
        <w:t>f 31402/30353/25250 31405/30355/25252 31371/30318/25215</w:t>
        <w:br/>
        <w:t>f 31516/30464/25357 31515/30465/25358 31223/30247/25143</w:t>
        <w:br/>
        <w:t>f 31372/30324/25221 31516/30464/25357 31223/30247/25143</w:t>
        <w:br/>
        <w:t>f 31511/30461/25354 31512/30460/25353 31408/30357/25254</w:t>
        <w:br/>
        <w:t>f 31407/30356/25253 31511/30461/25354 31408/30357/25254</w:t>
        <w:br/>
        <w:t>f 31400/30348/25245 31414/30363/25260 31517/30466/25359</w:t>
        <w:br/>
        <w:t>f 31399/30349/25246 31400/30348/25245 31517/30466/25359</w:t>
        <w:br/>
        <w:t>f 31384/30334/25231 31385/30333/25230 31398/30350/25247</w:t>
        <w:br/>
        <w:t>f 31399/30349/25246 31384/30334/25231 31398/30350/25247</w:t>
        <w:br/>
        <w:t>f 31400/30348/25245 31401/30347/25244 31413/30364/25261</w:t>
        <w:br/>
        <w:t>f 31518/30467/25360 31417/30365/25262 31369/30320/25217</w:t>
        <w:br/>
        <w:t>f 31519/30468/25361 31518/30467/25360 31369/30320/25217</w:t>
        <w:br/>
        <w:t>f 31378/30326/25223 31521/30469/25362 31520/30470/25363</w:t>
        <w:br/>
        <w:t>f 31377/30327/25224 31378/30326/25223 31520/30470/25363</w:t>
        <w:br/>
        <w:t>f 31366/30315/25212 31522/30471/25364 30989/30015/24915</w:t>
        <w:br/>
        <w:t>f 30990/30014/24914 31366/30315/25212 30989/30015/24915</w:t>
        <w:br/>
        <w:t>f 31049/30071/24971 31050/30070/24970 31269/30294/25191</w:t>
        <w:br/>
        <w:t>f 31523/30472/25365 31049/30071/24971 31269/30294/25191</w:t>
        <w:br/>
        <w:t>f 31045/30067/24967 31278/30301/25198 31050/30070/24970</w:t>
        <w:br/>
        <w:t>f 31523/30472/25365 31269/30294/25191 31525/30473/25366</w:t>
        <w:br/>
        <w:t>f 31524/30474/25367 31523/30472/25365 31525/30473/25366</w:t>
        <w:br/>
        <w:t>f 30996/30016/24916 31525/30473/25366 31269/30294/25191</w:t>
        <w:br/>
        <w:t>f 31270/30293/25190 30996/30016/24916 31269/30294/25191</w:t>
        <w:br/>
        <w:t>f 31236/30259/25155 31270/30293/25190 31271/30292/25189</w:t>
        <w:br/>
        <w:t>f 31009/30030/24930 31236/30259/25155 31271/30292/25189</w:t>
        <w:br/>
        <w:t>f 31168/30191/25087 31167/30189/25085 31527/30475/25368</w:t>
        <w:br/>
        <w:t>f 31526/30476/25369 31168/30191/25087 31527/30475/25368</w:t>
        <w:br/>
        <w:t>f 30979/30001/24901 30980/30000/24900 31245/30268/25164</w:t>
        <w:br/>
        <w:t>f 31528/30477/25370 30979/30001/24901 31245/30268/25164</w:t>
        <w:br/>
        <w:t>f 30939/29962/24862 30940/29961/24861 30982/30005/24905</w:t>
        <w:br/>
        <w:t>f 31164/30187/25083 30939/29962/24862 30982/30005/24905</w:t>
        <w:br/>
        <w:t>f 30973/29999/24899 30974/29998/24898 31280/30304/25201</w:t>
        <w:br/>
        <w:t>f 31529/30478/25371 30973/29999/24899 31280/30304/25201</w:t>
        <w:br/>
        <w:t>f 31281/30303/25200 31129/30155/25051 31130/30154/25050</w:t>
        <w:br/>
        <w:t>f 31176/30197/25093 31281/30303/25200 31130/30154/25050</w:t>
        <w:br/>
        <w:t>f 31234/30256/25152 31531/30479/25372 31530/30480/25373</w:t>
        <w:br/>
        <w:t>f 31235/30258/25154 31234/30256/25152 31530/30480/25373</w:t>
        <w:br/>
        <w:t>f 31531/30479/25372 31234/30256/25152 31233/30257/25153</w:t>
        <w:br/>
        <w:t>f 31532/30481/25374 31531/30479/25372 31233/30257/25153</w:t>
        <w:br/>
        <w:t>f 31034/30060/24960 31035/30059/24959 31534/30482/25375</w:t>
        <w:br/>
        <w:t>f 31533/30483/25376 31034/30060/24960 31534/30482/25375</w:t>
        <w:br/>
        <w:t>f 30928/29951/24851 31257/30278/25174 31535/30484/25377</w:t>
        <w:br/>
        <w:t>f 30889/29911/24811 30928/29951/24851 31535/30484/25377</w:t>
        <w:br/>
        <w:t>f 30981/30006/24906 30979/30001/24901 31528/30477/25370</w:t>
        <w:br/>
        <w:t>f 30983/30004/24904 30981/30006/24906 31528/30477/25370</w:t>
        <w:br/>
        <w:t>f 31232/30255/25151 31034/30060/24960 31533/30483/25376</w:t>
        <w:br/>
        <w:t>f 31536/30485/25378 31232/30255/25151 31533/30483/25376</w:t>
        <w:br/>
        <w:t>f 30889/29911/24811 31535/30484/25377 31537/30486/25379</w:t>
        <w:br/>
        <w:t>f 30888/29912/24812 30889/29911/24811 31537/30486/25379</w:t>
        <w:br/>
        <w:t>f 31035/30059/24959 31204/30228/25124 31205/30227/25123</w:t>
        <w:br/>
        <w:t>f 31534/30482/25375 31035/30059/24959 31205/30227/25123</w:t>
        <w:br/>
        <w:t>f 31227/30250/25146 31016/30038/24938 31235/30258/25154</w:t>
        <w:br/>
        <w:t>f 31530/30480/25373 31227/30250/25146 31235/30258/25154</w:t>
        <w:br/>
        <w:t>f 31361/30310/25207 31538/30487/25380 31255/30280/25176</w:t>
        <w:br/>
        <w:t>f 31256/30279/25175 31361/30310/25207 31255/30280/25176</w:t>
        <w:br/>
        <w:t>f 31516/30464/25357 31541/30488/25381 31540/30489/25382</w:t>
        <w:br/>
        <w:t>f 31539/30490/25383 31516/30464/25357 31540/30489/25382</w:t>
        <w:br/>
        <w:t>f 31542/30491/25384 31438/30387/25284 31424/30373/25270</w:t>
        <w:br/>
        <w:t>f 31510/30458/25351 31542/30491/25384 31424/30373/25270</w:t>
        <w:br/>
        <w:t>f 31452/30401/25297 31445/30394/25290 31453/30402/25298</w:t>
        <w:br/>
        <w:t>f 31452/30401/25297 31453/30402/25298 31474/30423/25318</w:t>
        <w:br/>
        <w:t>f 31493/30441/25334 31491/30440/25333 31490/30439/25332</w:t>
        <w:br/>
        <w:t>f 31543/30492/25385 31481/30430/25325 31496/30445/25336</w:t>
        <w:br/>
        <w:t>f 31493/30441/25334 31490/30439/25332 31459/30409/25304</w:t>
        <w:br/>
        <w:t>f 31544/30493/25386 31434/30383/25280 31433/30381/25278</w:t>
        <w:br/>
        <w:t>f 31545/30494/25387 31434/30383/25280 31544/30493/25386</w:t>
        <w:br/>
        <w:t>f 31446/30395/25291 31544/30493/25386 31433/30381/25278</w:t>
        <w:br/>
        <w:t>f 31448/30396/25292 31438/30387/25284 31542/30491/25384</w:t>
        <w:br/>
        <w:t>f 31460/30408/25303 31457/30406/25301 31458/30407/25302</w:t>
        <w:br/>
        <w:t>f 31546/30495/25388 31474/30423/25318 31473/30422/25317</w:t>
        <w:br/>
        <w:t>f 31547/30496/25389 31474/30423/25318 31546/30495/25388</w:t>
        <w:br/>
        <w:t>f 31452/30401/25297 31474/30423/25318 31547/30496/25389</w:t>
        <w:br/>
        <w:t>f 31482/30431/25326 31481/30430/25325 31543/30492/25385</w:t>
        <w:br/>
        <w:t>f 31494/30444/25337 31491/30440/25333 31492/30442/25335</w:t>
        <w:br/>
        <w:t>f 31543/30492/25385 31496/30445/25336 31548/30497/25337</w:t>
        <w:br/>
        <w:t>f 31493/30441/25334 31459/30409/25304 31460/30408/25303</w:t>
        <w:br/>
        <w:t>f 31546/30495/25388 31473/30422/25317 31482/30431/25326</w:t>
        <w:br/>
        <w:t>f 31515/30465/25358 31516/30464/25357 31539/30490/25383</w:t>
        <w:br/>
        <w:t>f 31549/30498/25390 31515/30465/25358 31539/30490/25383</w:t>
        <w:br/>
        <w:t>f 31157/30181/25077 31551/30499/25391 31550/30500/25392</w:t>
        <w:br/>
        <w:t>f 31428/30379/25276 31427/30374/25271 31425/30376/25273</w:t>
        <w:br/>
        <w:t>f 31439/30389/25286 31554/30501/25393 31553/30502/25394</w:t>
        <w:br/>
        <w:t>f 31552/30503/25395 31439/30389/25286 31553/30502/25394</w:t>
        <w:br/>
        <w:t>f 31552/30503/25395 31555/30504/25396 31435/30386/25283</w:t>
        <w:br/>
        <w:t>f 31439/30389/25286 31552/30503/25395 31435/30386/25283</w:t>
        <w:br/>
        <w:t>f 31499/30448/25340 31418/30369/25266 31435/30386/25283</w:t>
        <w:br/>
        <w:t>f 31555/30504/25396 31499/30448/25340 31435/30386/25283</w:t>
        <w:br/>
        <w:t>f 31557/30505/25397 31556/30506/25398 31440/30388/25399</w:t>
        <w:br/>
        <w:t>f 31525/30473/25366 30996/30016/24916 30993/30019/24919</w:t>
        <w:br/>
        <w:t>f 31242/30266/25162 31525/30473/25366 30993/30019/24919</w:t>
        <w:br/>
        <w:t>f 30993/30019/24919 30994/30018/24918 30997/30021/24921</w:t>
        <w:br/>
        <w:t>f 30998/30020/24920 30993/30019/24919 30997/30021/24921</w:t>
        <w:br/>
        <w:t>f 31586/30507/25400 31585/30508/25401 31174/30199/25095</w:t>
        <w:br/>
        <w:t>f 31159/30184/25080 31587/30509/25402 31527/30475/25368</w:t>
        <w:br/>
        <w:t>f 30968/29988/24888 31589/30510/25403 31588/30511/25404</w:t>
        <w:br/>
        <w:t>f 31267/30289/25185 30968/29988/24888 31588/30511/25404</w:t>
        <w:br/>
        <w:t>f 31588/30511/25404 31589/30510/25403 31590/30512/25405</w:t>
        <w:br/>
        <w:t>f 31238/30261/25157 31588/30511/25404 31590/30512/25405</w:t>
        <w:br/>
        <w:t>f 31382/30330/25227 31383/30329/25226 31512/30460/25353</w:t>
        <w:br/>
        <w:t>f 31376/30328/25225 31382/30330/25227 31512/30460/25353</w:t>
        <w:br/>
        <w:t>f 31383/30329/25226 31397/30345/25242 31408/30357/25254</w:t>
        <w:br/>
        <w:t>f 31512/30460/25353 31383/30329/25226 31408/30357/25254</w:t>
        <w:br/>
        <w:t>f 31507/30455/25348 31508/30454/25347 31377/30327/25224</w:t>
        <w:br/>
        <w:t>f 31520/30470/25363 31507/30455/25348 31377/30327/25224</w:t>
        <w:br/>
        <w:t>f 31382/30330/25227 31508/30454/25347 31505/30457/25350</w:t>
        <w:br/>
        <w:t>f 31381/30331/25228 31382/30330/25227 31505/30457/25350</w:t>
        <w:br/>
        <w:t>f 31408/30357/25254 31397/30345/25242 31387/30335/25232</w:t>
        <w:br/>
        <w:t>f 31405/30355/25252 31408/30357/25254 31387/30335/25232</w:t>
        <w:br/>
        <w:t>f 31033/30053/24953 31030/30056/24956 31022/30048/24948</w:t>
        <w:br/>
        <w:t>f 31023/30047/24947 31033/30053/24953 31022/30048/24948</w:t>
        <w:br/>
        <w:t>f 31027/30051/24951 31231/30253/25149 31033/30053/24953</w:t>
        <w:br/>
        <w:t>f 31023/30047/24947 31027/30051/24951 31033/30053/24953</w:t>
        <w:br/>
        <w:t>f 31591/30513/25406 31233/30257/25153 31030/30056/24956</w:t>
        <w:br/>
        <w:t>f 31031/30055/24955 31591/30513/25406 31030/30056/24956</w:t>
        <w:br/>
        <w:t>f 31592/30514/25407 31532/30481/25374 31233/30257/25153</w:t>
        <w:br/>
        <w:t>f 31591/30513/25406 31592/30514/25407 31233/30257/25153</w:t>
        <w:br/>
        <w:t>f 31051/30077/24977 31052/30076/24976 31230/30254/25150</w:t>
        <w:br/>
        <w:t>f 31231/30253/25149 31051/30077/24977 31230/30254/25150</w:t>
        <w:br/>
        <w:t>f 31224/30246/25142 31225/30245/25141 31593/30515/25408</w:t>
        <w:br/>
        <w:t>f 31385/30333/25230 31224/30246/25142 31593/30515/25408</w:t>
        <w:br/>
        <w:t>f 31398/30350/25247 31595/30516/25409 31594/30517/25410</w:t>
        <w:br/>
        <w:t>f 31401/30347/25244 31398/30350/25247 31594/30517/25410</w:t>
        <w:br/>
        <w:t>f 31515/30465/25358 31596/30518/25411 31222/30248/25144</w:t>
        <w:br/>
        <w:t>f 31223/30247/25143 31515/30465/25358 31222/30248/25144</w:t>
        <w:br/>
        <w:t>f 31385/30333/25230 31593/30515/25408 31595/30516/25409</w:t>
        <w:br/>
        <w:t>f 31398/30350/25247 31385/30333/25230 31595/30516/25409</w:t>
        <w:br/>
        <w:t>f 31549/30498/25390 31597/30519/25412 31596/30518/25411</w:t>
        <w:br/>
        <w:t>f 31515/30465/25358 31549/30498/25390 31596/30518/25411</w:t>
        <w:br/>
        <w:t>f 31401/30347/25244 31594/30517/25410 31598/30520/25413</w:t>
        <w:br/>
        <w:t>f 31413/30364/25261 31401/30347/25244 31598/30520/25413</w:t>
        <w:br/>
        <w:t>f 31527/30475/25368 31167/30189/25085 31159/30184/25080</w:t>
        <w:br/>
        <w:t>f 30977/30003/24903 31173/30196/25092 31244/30269/25165</w:t>
        <w:br/>
        <w:t>f 30980/30000/24900 30977/30003/24903 31244/30269/25165</w:t>
        <w:br/>
        <w:t>f 31173/30196/25092 30976/29996/24896 30973/29999/24899</w:t>
        <w:br/>
        <w:t>f 31244/30269/25165 31173/30196/25092 30973/29999/24899</w:t>
        <w:br/>
        <w:t>f 31529/30478/25371 31246/30267/25163 31244/30269/25165</w:t>
        <w:br/>
        <w:t>f 30973/29999/24899 31529/30478/25371 31244/30269/25165</w:t>
        <w:br/>
        <w:t>f 31165/30188/25084 30978/30002/24902 30979/30001/24901</w:t>
        <w:br/>
        <w:t>f 30981/30006/24906 31165/30188/25084 30979/30001/24901</w:t>
        <w:br/>
        <w:t>f 30938/29963/24863 31165/30188/25084 30981/30006/24906</w:t>
        <w:br/>
        <w:t>f 30940/29961/24861 30938/29963/24863 30981/30006/24906</w:t>
        <w:br/>
        <w:t>f 30937/29959/24859 31143/30167/25063 31144/30166/25062</w:t>
        <w:br/>
        <w:t>f 30926/29948/24848 30937/29959/24859 31144/30166/25062</w:t>
        <w:br/>
        <w:t>f 31168/30191/25087 31170/30192/25088 30948/29968/24868</w:t>
        <w:br/>
        <w:t>f 30950/29972/24872 31168/30191/25087 30948/29968/24868</w:t>
        <w:br/>
        <w:t>f 30951/29975/24875 30947/29969/24869 31169/30193/25089</w:t>
        <w:br/>
        <w:t>f 31213/30236/25132 30951/29975/24875 31169/30193/25089</w:t>
        <w:br/>
        <w:t>f 30906/29932/24832 30907/29931/24831 31068/30092/24992</w:t>
        <w:br/>
        <w:t>f 31551/30499/25391 30906/29932/24832 31068/30092/24992</w:t>
        <w:br/>
        <w:t>f 31068/30092/24992 31069/30091/24991 31600/30521/25414</w:t>
        <w:br/>
        <w:t>f 31599/30522/25415 31068/30092/24992 31600/30521/25414</w:t>
        <w:br/>
        <w:t>f 30987/30010/24910 31151/30175/25071 31600/30521/25414</w:t>
        <w:br/>
        <w:t>f 31069/30091/24991 30987/30010/24910 31600/30521/25414</w:t>
        <w:br/>
        <w:t>f 30902/29928/24828 30987/30010/24910 31069/30091/24991</w:t>
        <w:br/>
        <w:t>f 30905/29925/24825 30902/29928/24828 31069/30091/24991</w:t>
        <w:br/>
        <w:t>f 31591/30513/25406 31232/30255/25151 31536/30485/25378</w:t>
        <w:br/>
        <w:t>f 31592/30514/25407 31591/30513/25406 31536/30485/25378</w:t>
        <w:br/>
        <w:t>f 31232/30255/25151 31591/30513/25406 31031/30055/24955</w:t>
        <w:br/>
        <w:t>f 31218/30243/25139 31232/30255/25151 31031/30055/24955</w:t>
        <w:br/>
        <w:t>f 31218/30243/25139 31031/30055/24955 31032/30054/24954</w:t>
        <w:br/>
        <w:t>f 31220/30241/25137 31218/30243/25139 31032/30054/24954</w:t>
        <w:br/>
        <w:t>f 31220/30241/25137 31032/30054/24954 31230/30254/25150</w:t>
        <w:br/>
        <w:t>f 31216/30240/25136 31220/30241/25137 31230/30254/25150</w:t>
        <w:br/>
        <w:t>f 31216/30240/25136 31230/30254/25150 31052/30076/24976</w:t>
        <w:br/>
        <w:t>f 31194/30216/25112 31216/30240/25136 31052/30076/24976</w:t>
        <w:br/>
        <w:t>f 31194/30216/25112 31052/30076/24976 31053/30075/24975</w:t>
        <w:br/>
        <w:t>f 31193/30217/25113 31194/30216/25112 31053/30075/24975</w:t>
        <w:br/>
        <w:t>f 31275/30299/25196 31273/30295/25192 31279/30302/25199</w:t>
        <w:br/>
        <w:t>f 31055/30079/24979 31275/30299/25196 31279/30302/25199</w:t>
        <w:br/>
        <w:t>f 31273/30295/25192 31275/30299/25196 31276/30298/25195</w:t>
        <w:br/>
        <w:t>f 31272/30296/25193 31273/30295/25192 31276/30298/25195</w:t>
        <w:br/>
        <w:t>f 31602/30523/25416 31550/30500/25392 31551/30499/25391</w:t>
        <w:br/>
        <w:t>f 31601/30524/25417 31602/30523/25416 31551/30499/25391</w:t>
        <w:br/>
        <w:t>f 31604/30525/25418 31601/30524/25417 31599/30522/25415</w:t>
        <w:br/>
        <w:t>f 31603/30526/25419 31604/30525/25418 31599/30522/25415</w:t>
        <w:br/>
        <w:t>f 31201/30223/25119 30992/30012/24912 31603/30526/25419</w:t>
        <w:br/>
        <w:t>f 31605/30527/25420 31201/30223/25119 31603/30526/25419</w:t>
        <w:br/>
        <w:t>f 31605/30527/25420 31606/30528/25421 31239/30262/25158</w:t>
        <w:br/>
        <w:t>f 31201/30223/25119 31605/30527/25420 31239/30262/25158</w:t>
        <w:br/>
        <w:t>f 31254/30277/25173 31239/30262/25158 31606/30528/25421</w:t>
        <w:br/>
        <w:t>f 31607/30529/25422 31254/30277/25173 31606/30528/25421</w:t>
        <w:br/>
        <w:t>f 31607/30529/25422 31608/30530/25423 31253/30275/25171</w:t>
        <w:br/>
        <w:t>f 31254/30277/25173 31607/30529/25422 31253/30275/25171</w:t>
        <w:br/>
        <w:t>f 31252/30276/25172 31253/30275/25171 31608/30530/25423</w:t>
        <w:br/>
        <w:t>f 31609/30531/25424 31252/30276/25172 31608/30530/25423</w:t>
        <w:br/>
        <w:t>f 31609/30531/25424 31610/30532/25425 31183/30206/25102</w:t>
        <w:br/>
        <w:t>f 31252/30276/25172 31609/30531/25424 31183/30206/25102</w:t>
        <w:br/>
        <w:t>f 31610/30532/25425 31611/30533/25426 31066/30090/24990</w:t>
        <w:br/>
        <w:t>f 31183/30206/25102 31610/30532/25425 31066/30090/24990</w:t>
        <w:br/>
        <w:t>f 30921/29941/24841 31066/30090/24990 31611/30533/25426</w:t>
        <w:br/>
        <w:t>f 31612/30534/25427 30921/29941/24841 31611/30533/25426</w:t>
        <w:br/>
        <w:t>f 31612/30534/25427 31613/30535/25428 30920/29942/24842</w:t>
        <w:br/>
        <w:t>f 30921/29941/24841 31612/30534/25427 30920/29942/24842</w:t>
        <w:br/>
        <w:t>f 31363/30312/25209 30920/29942/24842 31613/30535/25428</w:t>
        <w:br/>
        <w:t>f 31614/30536/25429 31363/30312/25209 31613/30535/25428</w:t>
        <w:br/>
        <w:t>f 31360/30308/25205 31363/30312/25209 31614/30536/25429</w:t>
        <w:br/>
        <w:t>f 31615/30537/25430 31360/30308/25205 31614/30536/25429</w:t>
        <w:br/>
        <w:t>f 31615/30537/25430 30930/29953/24853 31359/30309/25206</w:t>
        <w:br/>
        <w:t>f 31360/30308/25205 31615/30537/25430 31359/30309/25206</w:t>
        <w:br/>
        <w:t>f 31361/30310/25207 31359/30309/25206 30930/29953/24853</w:t>
        <w:br/>
        <w:t>f 30931/29952/24852 31361/30310/25207 30930/29953/24853</w:t>
        <w:br/>
        <w:t>f 30931/29952/24852 31147/30169/25065 31538/30487/25380</w:t>
        <w:br/>
        <w:t>f 31361/30310/25207 30931/29952/24852 31538/30487/25380</w:t>
        <w:br/>
        <w:t>f 30989/30015/24915 31604/30525/25418 31603/30526/25419</w:t>
        <w:br/>
        <w:t>f 30992/30012/24912 30989/30015/24915 31603/30526/25419</w:t>
        <w:br/>
        <w:t>f 31604/30525/25418 30989/30015/24915 31522/30471/25364</w:t>
        <w:br/>
        <w:t>f 31616/30538/25431 31604/30525/25418 31522/30471/25364</w:t>
        <w:br/>
        <w:t>f 30924/29950/24850 30925/29949/24849 30930/29953/24853</w:t>
        <w:br/>
        <w:t>f 31615/30537/25430 30924/29950/24850 30930/29953/24853</w:t>
        <w:br/>
        <w:t>f 31615/30537/25430 31614/30536/25429 31362/30311/25208</w:t>
        <w:br/>
        <w:t>f 30924/29950/24850 31615/30537/25430 31362/30311/25208</w:t>
        <w:br/>
        <w:t>f 31149/30172/25068 31362/30311/25208 31614/30536/25429</w:t>
        <w:br/>
        <w:t>f 31613/30535/25428 31149/30172/25068 31614/30536/25429</w:t>
        <w:br/>
        <w:t>f 31148/30173/25069 31149/30172/25068 31613/30535/25428</w:t>
        <w:br/>
        <w:t>f 31612/30534/25427 31148/30173/25069 31613/30535/25428</w:t>
        <w:br/>
        <w:t>f 31612/30534/25427 31611/30533/25426 31250/30274/25170</w:t>
        <w:br/>
        <w:t>f 31148/30173/25069 31612/30534/25427 31250/30274/25170</w:t>
        <w:br/>
        <w:t>f 31251/30273/25169 31250/30274/25170 31611/30533/25426</w:t>
        <w:br/>
        <w:t>f 31610/30532/25425 31251/30273/25169 31611/30533/25426</w:t>
        <w:br/>
        <w:t>f 31610/30532/25425 31609/30531/25424 31197/30219/25115</w:t>
        <w:br/>
        <w:t>f 31251/30273/25169 31610/30532/25425 31197/30219/25115</w:t>
        <w:br/>
        <w:t>f 31196/30220/25116 31197/30219/25115 31609/30531/25424</w:t>
        <w:br/>
        <w:t>f 31608/30530/25423 31196/30220/25116 31609/30531/25424</w:t>
        <w:br/>
        <w:t>f 31608/30530/25423 31607/30529/25422 31152/30174/25070</w:t>
        <w:br/>
        <w:t>f 31196/30220/25116 31608/30530/25423 31152/30174/25070</w:t>
        <w:br/>
        <w:t>f 31152/30174/25070 31607/30529/25422 31606/30528/25421</w:t>
        <w:br/>
        <w:t>f 31151/30175/25071 31152/30174/25070 31606/30528/25421</w:t>
        <w:br/>
        <w:t>f 31151/30175/25071 31606/30528/25421 31605/30527/25420</w:t>
        <w:br/>
        <w:t>f 31600/30521/25414 31151/30175/25071 31605/30527/25420</w:t>
        <w:br/>
        <w:t>f 31605/30527/25420 31603/30526/25419 31599/30522/25415</w:t>
        <w:br/>
        <w:t>f 31600/30521/25414 31605/30527/25420 31599/30522/25415</w:t>
        <w:br/>
        <w:t>f 30925/29949/24849 30926/29948/24848 31144/30166/25062</w:t>
        <w:br/>
        <w:t>f 30929/29954/24854 30925/29949/24849 31144/30166/25062</w:t>
        <w:br/>
        <w:t>f 31146/30170/25066 30929/29954/24854 31144/30166/25062</w:t>
        <w:br/>
        <w:t>f 31145/30165/25061 31146/30170/25066 31144/30166/25062</w:t>
        <w:br/>
        <w:t>f 31601/30524/25417 31551/30499/25391 31068/30092/24992</w:t>
        <w:br/>
        <w:t>f 31599/30522/25415 31601/30524/25417 31068/30092/24992</w:t>
        <w:br/>
        <w:t>f 31041/30065/24965 31054/30074/24974 31051/30077/24977</w:t>
        <w:br/>
        <w:t>f 31028/30050/24950 31041/30065/24965 31051/30077/24977</w:t>
        <w:br/>
        <w:t>f 31054/30074/24974 31041/30065/24965 31048/30072/24972</w:t>
        <w:br/>
        <w:t>f 31056/30078/24978 31054/30074/24974 31048/30072/24972</w:t>
        <w:br/>
        <w:t>f 31274/30300/25197 31049/30071/24971 31523/30472/25365</w:t>
        <w:br/>
        <w:t>f 31277/30297/25194 31274/30300/25197 31523/30472/25365</w:t>
        <w:br/>
        <w:t>f 31616/30538/25431 31602/30523/25416 31601/30524/25417</w:t>
        <w:br/>
        <w:t>f 31604/30525/25418 31616/30538/25431 31601/30524/25417</w:t>
        <w:br/>
        <w:t>f 31028/30050/24950 31051/30077/24977 31231/30253/25149</w:t>
        <w:br/>
        <w:t>f 31027/30051/24951 31028/30050/24950 31231/30253/25149</w:t>
        <w:br/>
        <w:t>f 31241/30263/25159 31184/30210/25106 31139/30162/25058</w:t>
        <w:br/>
        <w:t>f 31241/30263/25159 31139/30162/25058 31087/30110/25009</w:t>
        <w:br/>
        <w:t>f 31240/30264/25160 31241/30263/25159 31087/30110/25009</w:t>
        <w:br/>
        <w:t>f 31240/30264/25160 31087/30110/25009 31086/30108/25007</w:t>
        <w:br/>
        <w:t>f 31368/30317/25214 31240/30264/25160 31086/30108/25007</w:t>
        <w:br/>
        <w:t>f 31368/30317/25214 31086/30108/25007 31141/30164/25060</w:t>
        <w:br/>
        <w:t>f 31365/30316/25213 31368/30317/25214 31141/30164/25060</w:t>
        <w:br/>
        <w:t>f 31365/30316/25213 31141/30164/25060 31064/30087/24987</w:t>
        <w:br/>
        <w:t>f 31367/30314/25211 31365/30316/25213 31064/30087/24987</w:t>
        <w:br/>
        <w:t>f 31526/30476/25369 31617/30539/25432 31170/30192/25088</w:t>
        <w:br/>
        <w:t>f 31168/30191/25087 31526/30476/25369 31170/30192/25088</w:t>
        <w:br/>
        <w:t>f 31617/30539/25432 31618/30540/25433 31169/30193/25089</w:t>
        <w:br/>
        <w:t>f 31170/30192/25088 31617/30539/25432 31169/30193/25089</w:t>
        <w:br/>
        <w:t>f 31213/30236/25132 31169/30193/25089 31618/30540/25433</w:t>
        <w:br/>
        <w:t>f 31619/30541/25434 31213/30236/25132 31618/30540/25433</w:t>
        <w:br/>
        <w:t>f 30955/29977/24877 31213/30236/25132 31619/30541/25434</w:t>
        <w:br/>
        <w:t>f 31620/30542/25435 30955/29977/24877 31619/30541/25434</w:t>
        <w:br/>
        <w:t>f 30955/29977/24877 31620/30542/25435 31621/30543/25436</w:t>
        <w:br/>
        <w:t>f 30954/29978/24878 30955/29977/24877 31621/30543/25436</w:t>
        <w:br/>
        <w:t>f 31621/30543/25436 31622/30544/25437 31158/30180/25076</w:t>
        <w:br/>
        <w:t>f 30954/29978/24878 31621/30543/25436 31158/30180/25076</w:t>
        <w:br/>
        <w:t>f 31622/30544/25437 31623/30545/25438 30909/29929/24829</w:t>
        <w:br/>
        <w:t>f 31158/30180/25076 31622/30544/25437 30909/29929/24829</w:t>
        <w:br/>
        <w:t>f 31623/30545/25438 31624/30546/25439 30908/29930/24830</w:t>
        <w:br/>
        <w:t>f 30909/29929/24829 31623/30545/25438 30908/29930/24830</w:t>
        <w:br/>
        <w:t>f 30904/29926/24826 30908/29930/24830 31624/30546/25439</w:t>
        <w:br/>
        <w:t>f 31625/30547/25440 30904/29926/24826 31624/30546/25439</w:t>
        <w:br/>
        <w:t>f 30904/29926/24826 31625/30547/25440 31626/30548/25441</w:t>
        <w:br/>
        <w:t>f 30903/29927/24827 30904/29926/24826 31626/30548/25441</w:t>
        <w:br/>
        <w:t>f 31626/30548/25441 31627/30549/25442 31177/30200/25096</w:t>
        <w:br/>
        <w:t>f 30903/29927/24827 31626/30548/25441 31177/30200/25096</w:t>
        <w:br/>
        <w:t>f 31627/30549/25442 31628/30550/25443 30901/29923/24823</w:t>
        <w:br/>
        <w:t>f 31177/30200/25096 31627/30549/25442 30901/29923/24823</w:t>
        <w:br/>
        <w:t>f 31628/30550/25443 31629/30551/25444 30900/29924/24824</w:t>
        <w:br/>
        <w:t>f 30901/29923/24823 31628/30550/25443 30900/29924/24824</w:t>
        <w:br/>
        <w:t>f 31629/30551/25444 31630/30552/25445 31172/30194/25090</w:t>
        <w:br/>
        <w:t>f 30900/29924/24824 31629/30551/25444 31172/30194/25090</w:t>
        <w:br/>
        <w:t>f 31630/30552/25445 31631/30553/25446 31163/30185/25081</w:t>
        <w:br/>
        <w:t>f 31172/30194/25090 31630/30552/25445 31163/30185/25081</w:t>
        <w:br/>
        <w:t>f 31631/30553/25446 31632/30554/25447 31156/30178/25074</w:t>
        <w:br/>
        <w:t>f 31163/30185/25081 31631/30553/25446 31156/30178/25074</w:t>
        <w:br/>
        <w:t>f 31632/30554/25447 31633/30555/25448 31155/30179/25075</w:t>
        <w:br/>
        <w:t>f 31156/30178/25074 31632/30554/25447 31155/30179/25075</w:t>
        <w:br/>
        <w:t>f 31636/30556/25449 31635/30557/25450 31634/30558/25451</w:t>
        <w:br/>
        <w:t>f 31155/30179/25075 31636/30556/25449 31634/30558/25451</w:t>
        <w:br/>
        <w:t>f 31635/30557/25450 31637/30559/25452 30935/29956/24856</w:t>
        <w:br/>
        <w:t>f 31634/30558/25451 31635/30557/25450 30935/29956/24856</w:t>
        <w:br/>
        <w:t>f 31637/30559/25452 31638/30560/25453 30934/29957/24857</w:t>
        <w:br/>
        <w:t>f 30935/29956/24856 31637/30559/25452 30934/29957/24857</w:t>
        <w:br/>
        <w:t>f 31587/30509/25402 31160/30183/25079 30934/29957/24857</w:t>
        <w:br/>
        <w:t>f 31638/30560/25453 31587/30509/25402 30934/29957/24857</w:t>
        <w:br/>
        <w:t>f 31159/30184/25080 31160/30183/25079 31587/30509/25402</w:t>
        <w:br/>
        <w:t>f 31550/30500/25392 31243/30265/25161 31157/30181/25077</w:t>
        <w:br/>
        <w:t>f 30906/29932/24832 31551/30499/25391 31157/30181/25077</w:t>
        <w:br/>
        <w:t>f 31155/30179/25075 31634/30558/25451 30914/29940/24840</w:t>
        <w:br/>
        <w:t>f 30915/29939/24839 31155/30179/25075 30914/29940/24840</w:t>
        <w:br/>
        <w:t>f 31634/30558/25451 30935/29956/24856 30932/29955/24855</w:t>
        <w:br/>
        <w:t>f 30914/29940/24840 31634/30558/25451 30932/29955/24855</w:t>
        <w:br/>
        <w:t>f 31642/30561/25454 31641/30562/25455 31640/30563/25456</w:t>
        <w:br/>
        <w:t>f 31639/30564/25457 31642/30561/25454 31640/30563/25456</w:t>
        <w:br/>
        <w:t>f 31644/30565/25458 31643/30566/25459 31639/30564/25457</w:t>
        <w:br/>
        <w:t>f 31640/30563/25456 31644/30565/25458 31639/30564/25457</w:t>
        <w:br/>
        <w:t>f 31646/30567/25460 31645/30568/25461 31641/30562/25455</w:t>
        <w:br/>
        <w:t>f 31642/30561/25454 31646/30567/25460 31641/30562/25455</w:t>
        <w:br/>
        <w:t>f 31650/30569/25462 31649/30570/25463 31648/30571/25464</w:t>
        <w:br/>
        <w:t>f 31647/30572/25465 31650/30569/25462 31648/30571/25464</w:t>
        <w:br/>
        <w:t>f 31652/30573/25466 31648/30571/25464 31649/30570/25463</w:t>
        <w:br/>
        <w:t>f 31651/30574/25467 31652/30573/25466 31649/30570/25463</w:t>
        <w:br/>
        <w:t>f 31654/30575/25468 31650/30569/25462 31647/30572/25465</w:t>
        <w:br/>
        <w:t>f 31653/30576/25469 31654/30575/25468 31647/30572/25465</w:t>
        <w:br/>
        <w:t>f 31656/30577/25470 31652/30573/25466 31651/30574/25467</w:t>
        <w:br/>
        <w:t>f 31655/30578/25471 31656/30577/25470 31651/30574/25467</w:t>
        <w:br/>
        <w:t>f 31658/30579/25472 31656/30577/25470 31655/30578/25471</w:t>
        <w:br/>
        <w:t>f 31657/30580/25473 31658/30579/25472 31655/30578/25471</w:t>
        <w:br/>
        <w:t>f 31662/30581/25474 31661/30582/25475 31660/30583/25476</w:t>
        <w:br/>
        <w:t>f 31659/30584/25477 31662/30581/25474 31660/30583/25476</w:t>
        <w:br/>
        <w:t>f 31663/30585/25478 31659/30584/25477 31660/30583/25476</w:t>
        <w:br/>
        <w:t>f 31664/30586/25479 31663/30585/25478 31660/30583/25476</w:t>
        <w:br/>
        <w:t>f 31665/30587/25480 31663/30585/25478 31664/30586/25479</w:t>
        <w:br/>
        <w:t>f 31666/30588/25481 31665/30587/25480 31664/30586/25479</w:t>
        <w:br/>
        <w:t>f 31644/30565/25458 31665/30587/25480 31666/30588/25481</w:t>
        <w:br/>
        <w:t>f 31643/30566/25459 31644/30565/25458 31666/30588/25481</w:t>
        <w:br/>
        <w:t>f 31670/30589/25482 31669/30590/25483 31668/30591/25484</w:t>
        <w:br/>
        <w:t>f 31667/30592/25485 31670/30589/25482 31668/30591/25484</w:t>
        <w:br/>
        <w:t>f 31653/30576/25469 31668/30591/25484 31669/30590/25483</w:t>
        <w:br/>
        <w:t>f 31654/30575/25468 31653/30576/25469 31669/30590/25483</w:t>
        <w:br/>
        <w:t>f 31657/30580/25473 31645/30568/25461 31646/30567/25460</w:t>
        <w:br/>
        <w:t>f 31658/30579/25472 31657/30580/25473 31646/30567/25460</w:t>
        <w:br/>
        <w:t>f 31639/30564/25457 31406/30354/25251 31403/30352/25249</w:t>
        <w:br/>
        <w:t>f 31642/30561/25454 31639/30564/25457 31403/30352/25249</w:t>
        <w:br/>
        <w:t>f 31647/30572/25465 31648/30571/25464 31593/30515/25408</w:t>
        <w:br/>
        <w:t>f 31225/30245/25141 31647/30572/25465 31593/30515/25408</w:t>
        <w:br/>
        <w:t>f 31594/30517/25410 31595/30516/25409 31652/30573/25466</w:t>
        <w:br/>
        <w:t>f 31656/30577/25470 31594/30517/25410 31652/30573/25466</w:t>
        <w:br/>
        <w:t>f 31379/30325/25222 31664/30586/25479 31660/30583/25476</w:t>
        <w:br/>
        <w:t>f 31378/30326/25223 31379/30325/25222 31660/30583/25476</w:t>
        <w:br/>
        <w:t>f 31406/30354/25251 31639/30564/25457 31643/30566/25459</w:t>
        <w:br/>
        <w:t>f 31407/30356/25253 31406/30354/25251 31643/30566/25459</w:t>
        <w:br/>
        <w:t>f 31222/30248/25144 31596/30518/25411 31668/30591/25484</w:t>
        <w:br/>
        <w:t>f 31653/30576/25469 31222/30248/25144 31668/30591/25484</w:t>
        <w:br/>
        <w:t>f 31595/30516/25409 31593/30515/25408 31648/30571/25464</w:t>
        <w:br/>
        <w:t>f 31652/30573/25466 31595/30516/25409 31648/30571/25464</w:t>
        <w:br/>
        <w:t>f 31664/30586/25479 31379/30325/25222 31511/30461/25354</w:t>
        <w:br/>
        <w:t>f 31666/30588/25481 31664/30586/25479 31511/30461/25354</w:t>
        <w:br/>
        <w:t>f 31666/30588/25481 31511/30461/25354 31407/30356/25253</w:t>
        <w:br/>
        <w:t>f 31643/30566/25459 31666/30588/25481 31407/30356/25253</w:t>
        <w:br/>
        <w:t>f 31267/30289/25185 31588/30511/25404 31654/30575/25468</w:t>
        <w:br/>
        <w:t>f 31669/30590/25483 31267/30289/25185 31654/30575/25468</w:t>
        <w:br/>
        <w:t>f 31650/30569/25462 31654/30575/25468 31588/30511/25404</w:t>
        <w:br/>
        <w:t>f 31238/30261/25157 31650/30569/25462 31588/30511/25404</w:t>
        <w:br/>
        <w:t>f 31649/30570/25463 31650/30569/25462 31238/30261/25157</w:t>
        <w:br/>
        <w:t>f 31237/30260/25156 31649/30570/25463 31238/30261/25157</w:t>
        <w:br/>
        <w:t>f 31237/30260/25156 31007/30032/24932 31651/30574/25467</w:t>
        <w:br/>
        <w:t>f 31649/30570/25463 31237/30260/25156 31651/30574/25467</w:t>
        <w:br/>
        <w:t>f 31655/30578/25471 31651/30574/25467 31007/30032/24932</w:t>
        <w:br/>
        <w:t>f 31008/30031/24931 31655/30578/25471 31007/30032/24932</w:t>
        <w:br/>
        <w:t>f 31657/30580/25473 31655/30578/25471 31008/30031/24931</w:t>
        <w:br/>
        <w:t>f 31215/30237/25133 31657/30580/25473 31008/30031/24931</w:t>
        <w:br/>
        <w:t>f 31043/30069/24969 31641/30562/25455 31645/30568/25461</w:t>
        <w:br/>
        <w:t>f 31046/30066/24966 31043/30069/24969 31645/30568/25461</w:t>
        <w:br/>
        <w:t>f 31019/30043/24943 31640/30563/25456 31641/30562/25455</w:t>
        <w:br/>
        <w:t>f 31043/30069/24969 31019/30043/24943 31641/30562/25455</w:t>
        <w:br/>
        <w:t>f 31020/30042/24942 31644/30565/25458 31640/30563/25456</w:t>
        <w:br/>
        <w:t>f 31019/30043/24943 31020/30042/24942 31640/30563/25456</w:t>
        <w:br/>
        <w:t>f 31644/30565/25458 31020/30042/24942 31228/30252/25148</w:t>
        <w:br/>
        <w:t>f 31665/30587/25480 31644/30565/25458 31228/30252/25148</w:t>
        <w:br/>
        <w:t>f 31228/30252/25148 31014/30040/24940 31663/30585/25478</w:t>
        <w:br/>
        <w:t>f 31665/30587/25480 31228/30252/25148 31663/30585/25478</w:t>
        <w:br/>
        <w:t>f 31014/30040/24940 31015/30039/24939 31659/30584/25477</w:t>
        <w:br/>
        <w:t>f 31663/30585/25478 31014/30040/24940 31659/30584/25477</w:t>
        <w:br/>
        <w:t>f 31657/30580/25473 31215/30237/25133 31046/30066/24966</w:t>
        <w:br/>
        <w:t>f 31645/30568/25461 31657/30580/25473 31046/30066/24966</w:t>
        <w:br/>
        <w:t>f 31416/30366/25263 31598/30520/25413 31658/30579/25472</w:t>
        <w:br/>
        <w:t>f 31404/30351/25248 31646/30567/25460 31642/30561/25454</w:t>
        <w:br/>
        <w:t>f 31403/30352/25249 31404/30351/25248 31642/30561/25454</w:t>
        <w:br/>
        <w:t>f 31598/30520/25413 31594/30517/25410 31656/30577/25470</w:t>
        <w:br/>
        <w:t>f 31658/30579/25472 31598/30520/25413 31656/30577/25470</w:t>
        <w:br/>
        <w:t>f 31378/30326/25223 31660/30583/25476 31661/30582/25475</w:t>
        <w:br/>
        <w:t>f 31521/30469/25362 31378/30326/25223 31661/30582/25475</w:t>
        <w:br/>
        <w:t>f 31015/30039/24939 31226/30249/25145 31662/30581/25474</w:t>
        <w:br/>
        <w:t>f 31659/30584/25477 31015/30039/24939 31662/30581/25474</w:t>
        <w:br/>
        <w:t>f 31596/30518/25411 31597/30519/25412 31667/30592/25485</w:t>
        <w:br/>
        <w:t>f 31668/30591/25484 31596/30518/25411 31667/30592/25485</w:t>
        <w:br/>
        <w:t>f 31669/30590/25483 31670/30589/25482 31266/30290/25186</w:t>
        <w:br/>
        <w:t>f 31267/30289/25185 31669/30590/25483 31266/30290/25186</w:t>
        <w:br/>
        <w:t>f 31225/30245/25141 31222/30248/25144 31653/30576/25469</w:t>
        <w:br/>
        <w:t>f 31647/30572/25465 31225/30245/25141 31653/30576/25469</w:t>
        <w:br/>
        <w:t>f 31357/30306/25203 31367/30314/25211 31064/30087/24987</w:t>
        <w:br/>
        <w:t>f 31059/30085/24985 31198/30222/25118 31356/30307/25204</w:t>
        <w:br/>
        <w:t>f 31065/30086/24986 31059/30085/24985 31356/30307/25204</w:t>
        <w:br/>
        <w:t>f 31243/30265/25161 31550/30500/25392 31671/30593/25486</w:t>
        <w:br/>
        <w:t>f 31242/30266/25162 31243/30265/25161 31671/30593/25486</w:t>
        <w:br/>
        <w:t>f 31356/30307/25204 31673/30594/25487 31672/30595/25488</w:t>
        <w:br/>
        <w:t>f 31357/30306/25203 31356/30307/25204 31672/30595/25488</w:t>
        <w:br/>
        <w:t>f 31675/30596/25489 31672/30595/25488 31673/30594/25487</w:t>
        <w:br/>
        <w:t>f 31674/30597/25490 31675/30596/25489 31673/30594/25487</w:t>
        <w:br/>
        <w:t>f 31677/30598/25491 31675/30596/25489 31674/30597/25490</w:t>
        <w:br/>
        <w:t>f 31676/30599/25492 31677/30598/25491 31674/30597/25490</w:t>
        <w:br/>
        <w:t>f 31671/30593/25486 31679/30600/25493 31678/30601/25494</w:t>
        <w:br/>
        <w:t>f 31524/30474/25367 31671/30593/25486 31678/30601/25494</w:t>
        <w:br/>
        <w:t>f 31676/30599/25492 31678/30601/25494 31679/30600/25493</w:t>
        <w:br/>
        <w:t>f 31677/30598/25491 31676/30599/25492 31679/30600/25493</w:t>
        <w:br/>
        <w:t>f 31674/30597/25490 31673/30594/25487 31199/30221/25117</w:t>
        <w:br/>
        <w:t>f 31272/30296/25193 31674/30597/25490 31199/30221/25117</w:t>
        <w:br/>
        <w:t>f 31276/30298/25195 31277/30297/25194 31678/30601/25494</w:t>
        <w:br/>
        <w:t>f 31676/30599/25492 31276/30298/25195 31678/30601/25494</w:t>
        <w:br/>
        <w:t>f 31366/30315/25212 31367/30314/25211 31357/30306/25203</w:t>
        <w:br/>
        <w:t>f 31672/30595/25488 31366/30315/25212 31357/30306/25203</w:t>
        <w:br/>
        <w:t>f 31677/30598/25491 31679/30600/25493 31602/30523/25416</w:t>
        <w:br/>
        <w:t>f 31616/30538/25431 31677/30598/25491 31602/30523/25416</w:t>
        <w:br/>
        <w:t>f 31673/30594/25487 31356/30307/25204 31198/30222/25118</w:t>
        <w:br/>
        <w:t>f 31199/30221/25117 31673/30594/25487 31198/30222/25118</w:t>
        <w:br/>
        <w:t>f 31522/30471/25364 31366/30315/25212 31672/30595/25488</w:t>
        <w:br/>
        <w:t>f 31675/30596/25489 31522/30471/25364 31672/30595/25488</w:t>
        <w:br/>
        <w:t>f 31272/30296/25193 31276/30298/25195 31676/30599/25492</w:t>
        <w:br/>
        <w:t>f 31674/30597/25490 31272/30296/25193 31676/30599/25492</w:t>
        <w:br/>
        <w:t>f 31616/30538/25431 31522/30471/25364 31675/30596/25489</w:t>
        <w:br/>
        <w:t>f 31677/30598/25491 31616/30538/25431 31675/30596/25489</w:t>
        <w:br/>
        <w:t>f 31277/30297/25194 31523/30472/25365 31524/30474/25367</w:t>
        <w:br/>
        <w:t>f 31678/30601/25494 31277/30297/25194 31524/30474/25367</w:t>
        <w:br/>
        <w:t>f 31679/30600/25493 31671/30593/25486 31550/30500/25392</w:t>
        <w:br/>
        <w:t>f 31602/30523/25416 31679/30600/25493 31550/30500/25392</w:t>
        <w:br/>
        <w:t>f 31242/30266/25162 31671/30593/25486 31524/30474/25367</w:t>
        <w:br/>
        <w:t>f 31525/30473/25366 31242/30266/25162 31524/30474/25367</w:t>
        <w:br/>
        <w:t>f 31184/30210/25106 31241/30263/25159 31187/30207/25103</w:t>
        <w:br/>
        <w:t>f 31680/30602/25495 31503/30451/25344 31504/30450/25343</w:t>
        <w:br/>
        <w:t>f 31681/30603/25496 31680/30602/25495 31504/30450/25343</w:t>
        <w:br/>
        <w:t>f 31012/30036/24936 31238/30261/25157 31590/30512/25405</w:t>
        <w:br/>
        <w:t>f 30963/29985/24885 31012/30036/24936 31590/30512/25405</w:t>
        <w:br/>
        <w:t>f 31685/30604/25497 31684/30605/25498 31683/30606/25499</w:t>
        <w:br/>
        <w:t>f 31682/30607/25500 31685/30604/25497 31683/30606/25499</w:t>
        <w:br/>
        <w:t>f 31687/30608/25501 31683/30606/25499 31684/30605/25498</w:t>
        <w:br/>
        <w:t>f 31686/30609/25502 31687/30608/25501 31684/30605/25498</w:t>
        <w:br/>
        <w:t>f 31589/30510/25403 31685/30604/25497 31682/30607/25500</w:t>
        <w:br/>
        <w:t>f 31590/30512/25405 31589/30510/25403 31682/30607/25500</w:t>
        <w:br/>
        <w:t>f 31686/30609/25502 31689/30610/25503 31688/30611/25504</w:t>
        <w:br/>
        <w:t>f 31687/30608/25501 31686/30609/25502 31688/30611/25504</w:t>
        <w:br/>
        <w:t>f 31689/30610/25503 31586/30507/25400 31175/30198/25094</w:t>
        <w:br/>
        <w:t>f 31688/30611/25504 31689/30610/25503 31175/30198/25094</w:t>
        <w:br/>
        <w:t>f 31682/30607/25500 31683/30606/25499 30970/29992/24892</w:t>
        <w:br/>
        <w:t>f 30962/29986/24886 31682/30607/25500 30970/29992/24892</w:t>
        <w:br/>
        <w:t>f 31688/30611/25504 31175/30198/25094 31130/30154/25050</w:t>
        <w:br/>
        <w:t>f 31502/30452/25345 31503/30451/25344 31689/30610/25503</w:t>
        <w:br/>
        <w:t>f 31686/30609/25502 31502/30452/25345 31689/30610/25503</w:t>
        <w:br/>
        <w:t>f 31131/30153/25049 30970/29992/24892 31683/30606/25499</w:t>
        <w:br/>
        <w:t>f 31687/30608/25501 31131/30153/25049 31683/30606/25499</w:t>
        <w:br/>
        <w:t>f 31686/30609/25502 31684/30605/25498 30984/30008/24908</w:t>
        <w:br/>
        <w:t>f 31502/30452/25345 31686/30609/25502 30984/30008/24908</w:t>
        <w:br/>
        <w:t>f 31684/30605/25498 31685/30604/25497 30965/29991/24891</w:t>
        <w:br/>
        <w:t>f 30984/30008/24908 31684/30605/25498 30965/29991/24891</w:t>
        <w:br/>
        <w:t>f 30968/29988/24888 30965/29991/24891 31685/30604/25497</w:t>
        <w:br/>
        <w:t>f 31589/30510/25403 30968/29988/24888 31685/30604/25497</w:t>
        <w:br/>
        <w:t>f 30963/29985/24885 31590/30512/25405 31682/30607/25500</w:t>
        <w:br/>
        <w:t>f 30962/29986/24886 30963/29985/24885 31682/30607/25500</w:t>
        <w:br/>
        <w:t>f 31689/30610/25503 31503/30451/25344 31586/30507/25400</w:t>
        <w:br/>
        <w:t>f 31688/30611/25504 31130/30154/25050 31131/30153/25049</w:t>
        <w:br/>
        <w:t>f 31687/30608/25501 31688/30611/25504 31131/30153/25049</w:t>
        <w:br/>
        <w:t>f 31586/30507/25400 31174/30199/25095 31175/30198/25094</w:t>
        <w:br/>
        <w:t>f 31282/30305/25202 31690/30612/25505 31133/30157/25054</w:t>
        <w:br/>
        <w:t>f 31111/30135/25031 31112/30134/25030 31119/30143/25040</w:t>
        <w:br/>
        <w:t>f 31074/30098/24997 31075/30097/24997 31100/30122/25020</w:t>
        <w:br/>
        <w:t>f 31101/30121/25020 31074/30098/24997 31100/30122/25020</w:t>
        <w:br/>
        <w:t>f 31140/30163/25059 31096/30118/25017 31071/30094/24994</w:t>
        <w:br/>
        <w:t>f 31072/30093/24993 31140/30163/25059 31071/30094/24994</w:t>
        <w:br/>
        <w:t>f 31041/30065/24965 31042/30064/24964 31047/30073/24973</w:t>
        <w:br/>
        <w:t>f 31048/30072/24972 31041/30065/24965 31047/30073/24973</w:t>
        <w:br/>
        <w:t>f 31274/30300/25197 31275/30299/25196 31055/30079/24979</w:t>
        <w:br/>
        <w:t>f 31056/30078/24978 31274/30300/25197 31055/30079/24979</w:t>
        <w:br/>
        <w:t>f 31058/30080/24980 31192/30218/25114 31188/30214/25110</w:t>
        <w:br/>
        <w:t>f 31189/30213/25109 31058/30080/24980 31188/30214/25110</w:t>
        <w:br/>
        <w:t>f 31192/30218/25114 31193/30217/25113 31279/30302/25199</w:t>
        <w:br/>
        <w:t>f 31188/30214/25110 31192/30218/25114 31279/30302/25199</w:t>
        <w:br/>
        <w:t>f 31193/30217/25113 31053/30075/24975 31055/30079/24979</w:t>
        <w:br/>
        <w:t>f 31279/30302/25199 31193/30217/25113 31055/30079/24979</w:t>
        <w:br/>
        <w:t>f 31049/30071/24971 31274/30300/25197 31056/30078/24978</w:t>
        <w:br/>
        <w:t>f 31048/30072/24972 31049/30071/24971 31056/30078/24978</w:t>
        <w:br/>
        <w:t>f 31045/30067/24967 31050/30070/24970 31047/30073/24973</w:t>
        <w:br/>
        <w:t>f 31057/30081/24981 31058/30080/24980 31189/30213/25109</w:t>
        <w:br/>
        <w:t>f 31060/30084/24984 31057/30081/24981 31189/30213/25109</w:t>
        <w:br/>
        <w:t>f 31694/30613/25506 31693/30614/25507 31692/30615/25508</w:t>
        <w:br/>
        <w:t>f 31691/30616/25509 31694/30613/25506 31692/30615/25508</w:t>
        <w:br/>
        <w:t>f 31513/30463/25510 31695/30617/25511 31388/30340/25237</w:t>
        <w:br/>
        <w:t>f 31389/30339/25236 31513/30463/25510 31388/30340/25237</w:t>
        <w:br/>
        <w:t>f 31697/30618/25512 31395/30341/25238 31392/30344/25241</w:t>
        <w:br/>
        <w:t>f 31696/30619/25513 31697/30618/25512 31392/30344/25241</w:t>
        <w:br/>
        <w:t>f 31699/30620/25514 31698/30621/25515 31693/30614/25507</w:t>
        <w:br/>
        <w:t>f 31694/30613/25506 31699/30620/25514 31693/30614/25507</w:t>
        <w:br/>
        <w:t>f 31541/30488/25381 31516/30464/25357 31372/30324/25221</w:t>
        <w:br/>
        <w:t>f 31373/30323/25220 31541/30488/25381 31372/30324/25221</w:t>
        <w:br/>
        <w:t>f 31397/30345/25242 31383/30329/25226 31380/30332/25229</w:t>
        <w:br/>
        <w:t>f 31396/30346/25243 31397/30345/25242 31380/30332/25229</w:t>
        <w:br/>
        <w:t>f 31394/30342/25239 31698/30621/25515 31699/30620/25514</w:t>
        <w:br/>
        <w:t>f 31393/30343/25240 31394/30342/25239 31699/30620/25514</w:t>
        <w:br/>
        <w:t>f 31700/30622/25516 31384/30334/25231 31399/30349/25246</w:t>
        <w:br/>
        <w:t>f 31517/30466/25359 31700/30622/25516 31399/30349/25246</w:t>
        <w:br/>
        <w:t>f 31703/30623/25517 31702/30624/25518 31701/30625/25260</w:t>
        <w:br/>
        <w:t>f 31704/30626/25519 31703/30623/25517 31701/30625/25260</w:t>
        <w:br/>
        <w:t>f 31708/30627/25520 31707/30628/25521 31706/30629/25522</w:t>
        <w:br/>
        <w:t>f 31705/30630/25523 31708/30627/25520 31706/30629/25522</w:t>
        <w:br/>
        <w:t>f 31374/30322/25219 31375/30321/25218 31384/30334/25231</w:t>
        <w:br/>
        <w:t>f 31700/30622/25516 31374/30322/25219 31384/30334/25231</w:t>
        <w:br/>
        <w:t>f 31701/30625/25260 31702/30624/25518 31410/30359/25256</w:t>
        <w:br/>
        <w:t>f 31411/30358/25255 31701/30625/25260 31410/30359/25256</w:t>
        <w:br/>
        <w:t>f 31710/30631/25524 31704/30626/25519 31709/30632/25525</w:t>
        <w:br/>
        <w:t>f 31390/30338/25235 31391/30337/25234 31712/30633/25526</w:t>
        <w:br/>
        <w:t>f 31711/30634/25527 31390/30338/25235 31712/30633/25526</w:t>
        <w:br/>
        <w:t>f 31707/30628/25521 31697/30618/25512 31696/30619/25513</w:t>
        <w:br/>
        <w:t>f 31706/30629/25522 31707/30628/25521 31696/30619/25513</w:t>
        <w:br/>
        <w:t>f 31370/30319/25216 31519/30468/25361 31369/30320/25217</w:t>
        <w:br/>
        <w:t>f 31598/30520/25413 31416/30366/25263 31417/30365/25262</w:t>
        <w:br/>
        <w:t>f 31413/30364/25261 31598/30520/25413 31417/30365/25262</w:t>
        <w:br/>
        <w:t>f 31413/30364/25261 31417/30365/25262 31518/30467/25360</w:t>
        <w:br/>
        <w:t>f 31415/30362/25259 31413/30364/25261 31518/30467/25360</w:t>
        <w:br/>
        <w:t>f 31709/30632/25525 31691/30616/25509 31710/30631/25524</w:t>
        <w:br/>
        <w:t>f 31658/30579/25472 31646/30567/25460 31416/30366/25263</w:t>
        <w:br/>
        <w:t>f 31646/30567/25460 31404/30351/25248 31416/30366/25263</w:t>
        <w:br/>
        <w:t>f 31554/30501/25393 31557/30505/25273 31713/30635/25528</w:t>
        <w:br/>
        <w:t>f 31553/30502/25394 31554/30501/25393 31713/30635/25528</w:t>
        <w:br/>
        <w:t>f 31554/30501/25529 31714/30636/25530 31440/30388/25531</w:t>
        <w:br/>
        <w:t>f 31710/30631/25524 31703/30623/25517 31704/30626/25519</w:t>
        <w:br/>
        <w:t>f 31691/30616/25509 31692/30615/25508 31710/30631/25524</w:t>
        <w:br/>
        <w:t>f 31278/30301/25198 31271/30292/25189 31050/30070/24970</w:t>
        <w:br/>
        <w:t>f 31215/30237/25133 31214/30238/25134 31278/30301/25198</w:t>
        <w:br/>
        <w:t>f 31008/30031/24931 31009/30030/24930 31214/30238/25134</w:t>
        <w:br/>
        <w:t>f 31009/30030/24930 31271/30292/25189 31214/30238/25134</w:t>
        <w:br/>
        <w:t>f 31214/30238/25134 31271/30292/25189 31278/30301/25198</w:t>
        <w:br/>
        <w:t>f 31717/30637/25532 31716/30638/25533 31715/30639/25534</w:t>
        <w:br/>
        <w:t>f 31718/30640/25535 31717/30637/25532 31715/30639/25534</w:t>
        <w:br/>
        <w:t>f 31716/30638/25533 31717/30637/25532 31719/30641/25536</w:t>
        <w:br/>
        <w:t>f 31720/30642/25537 31716/30638/25533 31719/30641/25536</w:t>
        <w:br/>
        <w:t>f 31723/30643/25538 31722/30644/25539 31721/30645/25540</w:t>
        <w:br/>
        <w:t>f 31724/30646/25541 31723/30643/25538 31721/30645/25540</w:t>
        <w:br/>
        <w:t>f 31727/30647/25542 31726/30648/25543 31725/30649/25544</w:t>
        <w:br/>
        <w:t>f 31728/30650/25545 31727/30647/25542 31725/30649/25544</w:t>
        <w:br/>
        <w:t>f 31728/30650/25545 31725/30649/25544 31729/30651/25546</w:t>
        <w:br/>
        <w:t>f 31730/30652/25547 31728/30650/25545 31729/30651/25546</w:t>
        <w:br/>
        <w:t>f 31733/30653/25548 31732/30654/25549 31731/30655/25550</w:t>
        <w:br/>
        <w:t>f 31736/30656/25551 31735/30657/25552 31734/30658/25553</w:t>
        <w:br/>
        <w:t>f 31737/30659/25554 31736/30656/25551 31734/30658/25553</w:t>
        <w:br/>
        <w:t>f 31737/30659/25554 31739/30660/25555 31738/30661/25556</w:t>
        <w:br/>
        <w:t>f 31736/30656/25551 31737/30659/25554 31738/30661/25556</w:t>
        <w:br/>
        <w:t>f 31742/30662/25557 31741/30663/25558 31740/30664/25559</w:t>
        <w:br/>
        <w:t>f 31743/30665/25560 31742/30662/25557 31740/30664/25559</w:t>
        <w:br/>
        <w:t>f 31746/30666/25561 31745/30667/25562 31744/30668/25563</w:t>
        <w:br/>
        <w:t>f 31747/30669/25564 31746/30666/25561 31744/30668/25563</w:t>
        <w:br/>
        <w:t>f 31750/30670/25565 31749/30671/25566 31748/30672/25567</w:t>
        <w:br/>
        <w:t>f 31751/30673/25568 31750/30670/25565 31748/30672/25567</w:t>
        <w:br/>
        <w:t>f 31754/30674/25569 31753/30675/25570 31752/30676/25571</w:t>
        <w:br/>
        <w:t>f 31755/30677/25572 31754/30674/25569 31752/30676/25571</w:t>
        <w:br/>
        <w:t>f 31758/30678/25573 31757/30679/25574 31756/30680/25575</w:t>
        <w:br/>
        <w:t>f 31759/30681/25576 31758/30678/25573 31756/30680/25575</w:t>
        <w:br/>
        <w:t>f 31725/30649/25544 31761/30682/25577 31760/30683/25578</w:t>
        <w:br/>
        <w:t>f 31764/30684/25579 31763/30685/25580 31762/30686/25581</w:t>
        <w:br/>
        <w:t>f 31765/30687/25582 31764/30684/25579 31762/30686/25581</w:t>
        <w:br/>
        <w:t>f 31761/30682/25577 31725/30649/25544 31726/30648/25543</w:t>
        <w:br/>
        <w:t>f 31766/30688/25583 31761/30682/25577 31726/30648/25543</w:t>
        <w:br/>
        <w:t>f 31764/30684/25579 31768/30689/25584 31767/30690/25585</w:t>
        <w:br/>
        <w:t>f 31769/30691/25586 31764/30684/25579 31767/30690/25585</w:t>
        <w:br/>
        <w:t>f 31755/30677/25572 31752/30676/25571 31762/30686/25581</w:t>
        <w:br/>
        <w:t>f 31770/30692/25587 31755/30677/25572 31762/30686/25581</w:t>
        <w:br/>
        <w:t>f 31773/30693/25588 31772/30694/25589 31771/30695/25590</w:t>
        <w:br/>
        <w:t>f 31770/30692/25587 31773/30693/25588 31771/30695/25590</w:t>
        <w:br/>
        <w:t>f 31773/30693/25588 31770/30692/25587 31774/30696/25591</w:t>
        <w:br/>
        <w:t>f 31775/30697/25592 31773/30693/25588 31774/30696/25591</w:t>
        <w:br/>
        <w:t>f 31775/30697/25592 31777/30698/25593 31776/30699/25594</w:t>
        <w:br/>
        <w:t>f 31778/30700/25595 31775/30697/25592 31776/30699/25594</w:t>
        <w:br/>
        <w:t>f 31781/30701/25596 31780/30702/25597 31779/30703/25598</w:t>
        <w:br/>
        <w:t>f 31782/30704/25599 31781/30701/25596 31779/30703/25598</w:t>
        <w:br/>
        <w:t>f 31785/30705/25600 31784/30706/25601 31783/30707/25602</w:t>
        <w:br/>
        <w:t>f 31786/30708/25603 31785/30705/25600 31783/30707/25602</w:t>
        <w:br/>
        <w:t>f 31788/30709/25604 31787/30710/25605 31780/30702/25597</w:t>
        <w:br/>
        <w:t>f 31781/30701/25596 31788/30709/25604 31780/30702/25597</w:t>
        <w:br/>
        <w:t>f 31784/30706/25601 31785/30705/25600 31789/30711/25606</w:t>
        <w:br/>
        <w:t>f 31790/30712/25607 31784/30706/25601 31789/30711/25606</w:t>
        <w:br/>
        <w:t>f 31793/30713/25608 31792/30714/25609 31791/30715/25610</w:t>
        <w:br/>
        <w:t>f 31794/30716/25611 31793/30713/25608 31791/30715/25610</w:t>
        <w:br/>
        <w:t>f 31797/30717/25612 31796/30718/25613 31795/30719/25614</w:t>
        <w:br/>
        <w:t>f 31798/30720/25615 31797/30717/25612 31795/30719/25614</w:t>
        <w:br/>
        <w:t>f 31801/30721/25616 31800/30722/25617 31799/30723/25618</w:t>
        <w:br/>
        <w:t>f 31802/30724/25619 31801/30721/25616 31799/30723/25618</w:t>
        <w:br/>
        <w:t>f 30966/29990/24890 30967/29989/24889 31803/30725/25620</w:t>
        <w:br/>
        <w:t>f 31804/30726/25621 30966/29990/24890 31803/30725/25620</w:t>
        <w:br/>
        <w:t>f 31802/30724/25619 31806/30727/25622 31805/30728/25623</w:t>
        <w:br/>
        <w:t>f 31801/30721/25616 31802/30724/25619 31805/30728/25623</w:t>
        <w:br/>
        <w:t>f 31797/30717/25612 31808/30729/25624 31807/30730/25625</w:t>
        <w:br/>
        <w:t>f 31796/30718/25613 31797/30717/25612 31807/30730/25625</w:t>
        <w:br/>
        <w:t>f 31811/30731/25626 31810/30732/25627 31809/30733/25628</w:t>
        <w:br/>
        <w:t>f 31812/30734/25629 31811/30731/25626 31809/30733/25628</w:t>
        <w:br/>
        <w:t>f 31815/30735/25630 31814/30736/25631 31813/30737/25632</w:t>
        <w:br/>
        <w:t>f 31816/30738/25633 31815/30735/25630 31813/30737/25632</w:t>
        <w:br/>
        <w:t>f 31776/30699/25594 30982/30005/24905 30983/30004/24904</w:t>
        <w:br/>
        <w:t>f 31817/30739/25634 31776/30699/25594 30983/30004/24904</w:t>
        <w:br/>
        <w:t>f 31818/30740/25635 30985/30007/24907 30966/29990/24890</w:t>
        <w:br/>
        <w:t>f 31804/30726/25621 31818/30740/25635 30966/29990/24890</w:t>
        <w:br/>
        <w:t>f 31743/30665/25560 31820/30741/25636 31819/30742/25637</w:t>
        <w:br/>
        <w:t>f 31821/30743/25638 31743/30665/25560 31819/30742/25637</w:t>
        <w:br/>
        <w:t>f 31824/30744/25639 31823/30745/25640 31822/30746/25641</w:t>
        <w:br/>
        <w:t>f 31825/30747/25642 31824/30744/25639 31822/30746/25641</w:t>
        <w:br/>
        <w:t>f 31828/30748/25643 31827/30749/25644 31826/30750/25645</w:t>
        <w:br/>
        <w:t>f 31829/30751/25646 31828/30748/25643 31826/30750/25645</w:t>
        <w:br/>
        <w:t>f 31830/30752/25647 31794/30716/25611 31791/30715/25610</w:t>
        <w:br/>
        <w:t>f 31831/30753/25648 31830/30752/25647 31791/30715/25610</w:t>
        <w:br/>
        <w:t>f 31834/30754/25649 31833/30755/25650 31832/30756/25651</w:t>
        <w:br/>
        <w:t>f 31835/30757/25652 31834/30754/25649 31832/30756/25651</w:t>
        <w:br/>
        <w:t>f 31838/30758/25653 31837/30759/25654 31836/30760/25655</w:t>
        <w:br/>
        <w:t>f 31839/30761/25656 31838/30758/25653 31836/30760/25655</w:t>
        <w:br/>
        <w:t>f 31841/30762/25657 31840/30763/25658 31836/30760/25655</w:t>
        <w:br/>
        <w:t>f 31842/30764/25659 31841/30762/25657 31836/30760/25655</w:t>
        <w:br/>
        <w:t>f 31833/30755/25650 31834/30754/25649 31843/30765/25660</w:t>
        <w:br/>
        <w:t>f 31844/30766/25661 31833/30755/25650 31843/30765/25660</w:t>
        <w:br/>
        <w:t>f 31837/30759/25654 31838/30758/25653 31845/30767/25662</w:t>
        <w:br/>
        <w:t>f 31846/30768/25663 31837/30759/25654 31845/30767/25662</w:t>
        <w:br/>
        <w:t>f 31849/30769/25664 31848/30770/25665 31847/30771/25666</w:t>
        <w:br/>
        <w:t>f 31850/30772/25667 31849/30769/25664 31847/30771/25666</w:t>
        <w:br/>
        <w:t>f 31853/30773/25668 31852/30774/25669 31851/30775/25670</w:t>
        <w:br/>
        <w:t>f 31854/30776/25671 31853/30773/25668 31851/30775/25670</w:t>
        <w:br/>
        <w:t>f 31857/30777/25672 31856/30778/25673 31855/30779/25674</w:t>
        <w:br/>
        <w:t>f 31858/30780/25675 31857/30777/25672 31855/30779/25674</w:t>
        <w:br/>
        <w:t>f 31861/30781/25676 31860/30782/25677 31859/30783/25678</w:t>
        <w:br/>
        <w:t>f 31862/30784/25679 31861/30781/25676 31859/30783/25678</w:t>
        <w:br/>
        <w:t>f 31865/30785/25680 31864/30786/25681 31863/30787/25682</w:t>
        <w:br/>
        <w:t>f 31866/30788/25683 31865/30785/25680 31863/30787/25682</w:t>
        <w:br/>
        <w:t>f 31869/30789/25684 31868/30790/25685 31867/30791/25686</w:t>
        <w:br/>
        <w:t>f 31870/30792/25687 31869/30789/25684 31867/30791/25686</w:t>
        <w:br/>
        <w:t>f 31873/30793/25688 31872/30794/25689 31871/30795/25690</w:t>
        <w:br/>
        <w:t>f 31860/30782/25677 31875/30796/25691 31874/30797/25692</w:t>
        <w:br/>
        <w:t>f 31859/30783/25678 31860/30782/25677 31874/30797/25692</w:t>
        <w:br/>
        <w:t>f 31878/30798/25693 31877/30799/25694 31876/30800/25695</w:t>
        <w:br/>
        <w:t>f 31879/30801/25696 31878/30798/25693 31876/30800/25695</w:t>
        <w:br/>
        <w:t>f 31882/30802/25697 31881/30803/25698 31880/30804/25699</w:t>
        <w:br/>
        <w:t>f 31883/30805/25700 31882/30802/25697 31880/30804/25699</w:t>
        <w:br/>
        <w:t>f 31886/30806/25701 31885/30807/25702 31884/30808/25703</w:t>
        <w:br/>
        <w:t>f 31887/30809/25704 31886/30806/25701 31884/30808/25703</w:t>
        <w:br/>
        <w:t>f 31888/30810/25705 31884/30808/25703 31885/30807/25702</w:t>
        <w:br/>
        <w:t>f 31889/30811/25706 31888/30810/25705 31885/30807/25702</w:t>
        <w:br/>
        <w:t>f 31891/30812/25707 31890/30813/25708 31873/30793/25688</w:t>
        <w:br/>
        <w:t>f 31871/30795/25690 31891/30812/25707 31873/30793/25688</w:t>
        <w:br/>
        <w:t>f 31894/30814/25709 31893/30815/25710 31892/30816/25711</w:t>
        <w:br/>
        <w:t>f 31895/30817/25712 31894/30814/25709 31892/30816/25711</w:t>
        <w:br/>
        <w:t>f 31898/30818/25713 31897/30819/25714 31896/30820/25715</w:t>
        <w:br/>
        <w:t>f 31900/30821/25716 31899/30822/25717 31759/30681/25576</w:t>
        <w:br/>
        <w:t>f 31756/30680/25575 31900/30821/25716 31759/30681/25576</w:t>
        <w:br/>
        <w:t>f 31901/30823/25718 31740/30664/25559 31746/30666/25561</w:t>
        <w:br/>
        <w:t>f 31902/30824/25719 31901/30823/25718 31746/30666/25561</w:t>
        <w:br/>
        <w:t>f 31905/30825/25720 31904/30826/25721 31903/30827/25722</w:t>
        <w:br/>
        <w:t>f 31908/30828/25723 31907/30829/25723 31906/30830/25724</w:t>
        <w:br/>
        <w:t>f 31909/30831/25725 31908/30828/25723 31906/30830/25724</w:t>
        <w:br/>
        <w:t>f 31910/30832/25726 31909/30831/25725 31906/30830/25724</w:t>
        <w:br/>
        <w:t>f 31912/30833/25727 31911/30834/25728 31910/30832/25726</w:t>
        <w:br/>
        <w:t>f 31904/30826/25721 31909/30831/25725 31911/30834/25728</w:t>
        <w:br/>
        <w:t>f 31913/30835/25729 31904/30826/25721 31911/30834/25728</w:t>
        <w:br/>
        <w:t>f 31911/30834/25728 31912/30833/25727 31913/30835/25729</w:t>
        <w:br/>
        <w:t>f 31915/30836/25730 31914/30837/25731 31913/30835/25729</w:t>
        <w:br/>
        <w:t>f 31912/30833/25727 31915/30836/25730 31913/30835/25729</w:t>
        <w:br/>
        <w:t>f 31917/30838/25732 31913/30835/25729 31916/30839/25733</w:t>
        <w:br/>
        <w:t>f 31919/30840/25734 31918/30841/25735 31904/30826/25721</w:t>
        <w:br/>
        <w:t>f 31919/30840/25734 31920/30842/25736 31918/30841/25735</w:t>
        <w:br/>
        <w:t>f 31921/30843/25737 31917/30838/25732 31916/30839/25733</w:t>
        <w:br/>
        <w:t>f 31924/30844/25738 31923/30845/25739 31922/30846/25740</w:t>
        <w:br/>
        <w:t>f 31914/30837/25731 31915/30836/25730 31922/30846/25740</w:t>
        <w:br/>
        <w:t>f 31923/30845/25739 31914/30837/25731 31922/30846/25740</w:t>
        <w:br/>
        <w:t>f 31927/30847/25741 31926/30848/25742 31925/30849/25743</w:t>
        <w:br/>
        <w:t>f 31918/30841/25735 31929/30850/25744 31928/30851/25745</w:t>
        <w:br/>
        <w:t>f 31929/30850/25744 31930/30852/25746 31928/30851/25745</w:t>
        <w:br/>
        <w:t>f 31933/30853/25747 31932/30854/25748 31931/30855/25748</w:t>
        <w:br/>
        <w:t>f 31934/30856/25747 31933/30853/25747 31931/30855/25748</w:t>
        <w:br/>
        <w:t>f 31934/30856/25747 31936/30857/25749 31935/30858/25749</w:t>
        <w:br/>
        <w:t>f 31933/30853/25747 31934/30856/25747 31935/30858/25749</w:t>
        <w:br/>
        <w:t>f 31936/30857/25749 31938/30859/25750 31937/30860/25751</w:t>
        <w:br/>
        <w:t>f 31935/30858/25749 31936/30857/25749 31937/30860/25751</w:t>
        <w:br/>
        <w:t>f 31938/30859/25750 31940/30861/25752 31939/30862/25753</w:t>
        <w:br/>
        <w:t>f 31937/30860/25751 31938/30859/25750 31939/30862/25753</w:t>
        <w:br/>
        <w:t>f 31942/30863/25754 31929/30850/25744 31941/30864/25755</w:t>
        <w:br/>
        <w:t>f 31940/30861/25752 31897/30819/25714 31898/30818/25713</w:t>
        <w:br/>
        <w:t>f 31939/30862/25753 31940/30861/25752 31898/30818/25713</w:t>
        <w:br/>
        <w:t>f 31945/30865/25756 31944/30866/25757 31943/30867/25758</w:t>
        <w:br/>
        <w:t>f 31946/30868/25759 31945/30865/25756 31943/30867/25758</w:t>
        <w:br/>
        <w:t>f 31948/30869/25760 31947/30870/25761 31943/30867/25758</w:t>
        <w:br/>
        <w:t>f 31949/30871/25762 31948/30869/25760 31943/30867/25758</w:t>
        <w:br/>
        <w:t>f 31950/30872/25763 31948/30869/25760 31949/30871/25762</w:t>
        <w:br/>
        <w:t>f 31951/30873/25764 31950/30872/25763 31949/30871/25762</w:t>
        <w:br/>
        <w:t>f 31943/30867/25758 31944/30866/25757 31731/30655/25765</w:t>
        <w:br/>
        <w:t>f 31731/30655/25765 31951/30873/25764 31949/30871/25762</w:t>
        <w:br/>
        <w:t>f 31731/30655/25765 31925/30849/25743 31951/30873/25764</w:t>
        <w:br/>
        <w:t>f 31925/30849/25743 31950/30872/25763 31951/30873/25764</w:t>
        <w:br/>
        <w:t>f 31953/30874/25766 31952/30875/25767 31944/30866/25757</w:t>
        <w:br/>
        <w:t>f 31956/30876/25768 31955/30877/25769 31954/30878/25770</w:t>
        <w:br/>
        <w:t>f 31731/30655/25765 31944/30866/25757 31954/30878/25770</w:t>
        <w:br/>
        <w:t>f 31955/30877/25769 31958/30879/25771 31957/30880/25772</w:t>
        <w:br/>
        <w:t>f 31961/30881/25773 31960/30882/25774 31959/30883/25773</w:t>
        <w:br/>
        <w:t>f 31879/30801/25696 31853/30773/25668 31854/30776/25671</w:t>
        <w:br/>
        <w:t>f 31878/30798/25693 31879/30801/25696 31854/30776/25671</w:t>
        <w:br/>
        <w:t>f 31964/30884/25775 31963/30885/25776 31962/30886/25777</w:t>
        <w:br/>
        <w:t>f 31965/30887/25778 31964/30884/25775 31962/30886/25777</w:t>
        <w:br/>
        <w:t>f 31918/30841/25735 31928/30851/25745 31904/30826/25721</w:t>
        <w:br/>
        <w:t>f 31967/30888/25779 31733/30653/25780 31966/30889/25781</w:t>
        <w:br/>
        <w:t>f 31952/30875/25767 31956/30876/25768 31944/30866/25757</w:t>
        <w:br/>
        <w:t>f 31956/30876/25768 31952/30875/25767 31968/30890/25782</w:t>
        <w:br/>
        <w:t>f 31970/30891/25753 31958/30879/25771 31969/30892/25751</w:t>
        <w:br/>
        <w:t>f 31943/30867/25758 31731/30655/25765 31949/30871/25762</w:t>
        <w:br/>
        <w:t>f 31927/30847/25741 31971/30893/25783 31926/30848/25742</w:t>
        <w:br/>
        <w:t>f 31927/30847/25741 31925/30849/25743 31731/30655/25765</w:t>
        <w:br/>
        <w:t>f 31917/30838/25732 31921/30843/25737 31972/30894/25784</w:t>
        <w:br/>
        <w:t>f 31973/30895/25785 31928/30851/25745 31930/30852/25746</w:t>
        <w:br/>
        <w:t>f 31904/30826/25721 31905/30825/25720 31909/30831/25725</w:t>
        <w:br/>
        <w:t>f 31929/30850/25744 31942/30863/25754 31930/30852/25746</w:t>
        <w:br/>
        <w:t>f 31897/30819/25714 31929/30850/25744 31974/30896/25786</w:t>
        <w:br/>
        <w:t>f 31976/30897/25787 31975/30898/25788 31145/30165/25061</w:t>
        <w:br/>
        <w:t>f 31142/30168/25064 31976/30897/25787 31145/30165/25061</w:t>
        <w:br/>
        <w:t>f 31769/30691/25586 31767/30690/25585 31147/30169/25065</w:t>
        <w:br/>
        <w:t>f 31146/30170/25066 31769/30691/25586 31147/30169/25065</w:t>
        <w:br/>
        <w:t>f 31978/30899/25789 31753/30675/25570 31977/30900/25790</w:t>
        <w:br/>
        <w:t>f 31979/30901/25791 31978/30899/25789 31977/30900/25790</w:t>
        <w:br/>
        <w:t>f 31820/30741/25636 31981/30902/25792 31980/30903/25793</w:t>
        <w:br/>
        <w:t>f 31819/30742/25637 31820/30741/25636 31980/30903/25793</w:t>
        <w:br/>
        <w:t>f 31773/30693/25588 31775/30697/25592 31778/30700/25595</w:t>
        <w:br/>
        <w:t>f 31982/30904/25794 31773/30693/25588 31778/30700/25595</w:t>
        <w:br/>
        <w:t>f 31762/30686/25581 31763/30685/25580 31774/30696/25591</w:t>
        <w:br/>
        <w:t>f 31770/30692/25587 31762/30686/25581 31774/30696/25591</w:t>
        <w:br/>
        <w:t>f 31753/30675/25570 31754/30674/25569 31983/30905/25795</w:t>
        <w:br/>
        <w:t>f 31977/30900/25790 31753/30675/25570 31983/30905/25795</w:t>
        <w:br/>
        <w:t>f 31754/30674/25569 31985/30906/25796 31984/30907/25797</w:t>
        <w:br/>
        <w:t>f 31983/30905/25795 31754/30674/25569 31984/30907/25797</w:t>
        <w:br/>
        <w:t>f 31986/30908/25798 31793/30713/25608 31794/30716/25611</w:t>
        <w:br/>
        <w:t>f 31987/30909/25799 31986/30908/25798 31794/30716/25611</w:t>
        <w:br/>
        <w:t>f 31989/30910/25800 31982/30904/25794 31988/30911/25801</w:t>
        <w:br/>
        <w:t>f 31990/30912/25802 31989/30910/25800 31988/30911/25801</w:t>
        <w:br/>
        <w:t>f 31983/30905/25795 31984/30907/25797 31991/30913/25803</w:t>
        <w:br/>
        <w:t>f 31992/30914/25804 31983/30905/25795 31991/30913/25803</w:t>
        <w:br/>
        <w:t>f 31777/30698/25593 31976/30897/25787 31142/30168/25064</w:t>
        <w:br/>
        <w:t>f 31164/30187/25083 31777/30698/25593 31142/30168/25064</w:t>
        <w:br/>
        <w:t>f 31775/30697/25592 31774/30696/25591 31976/30897/25787</w:t>
        <w:br/>
        <w:t>f 31777/30698/25593 31775/30697/25592 31976/30897/25787</w:t>
        <w:br/>
        <w:t>f 31982/30904/25794 31778/30700/25595 31993/30915/25805</w:t>
        <w:br/>
        <w:t>f 31988/30911/25801 31982/30904/25794 31993/30915/25805</w:t>
        <w:br/>
        <w:t>f 31995/30916/25806 31994/30917/25807 31990/30912/25802</w:t>
        <w:br/>
        <w:t>f 31994/30917/25807 31780/30702/25597 31787/30710/25605</w:t>
        <w:br/>
        <w:t>f 31996/30918/25808 31994/30917/25807 31787/30710/25605</w:t>
        <w:br/>
        <w:t>f 31784/30706/25601 31998/30919/25809 31997/30920/25810</w:t>
        <w:br/>
        <w:t>f 31783/30707/25602 31784/30706/25601 31997/30920/25810</w:t>
        <w:br/>
        <w:t>f 31992/30914/25804 31991/30913/25803 31999/30921/25811</w:t>
        <w:br/>
        <w:t>f 32000/30922/25812 31992/30914/25804 31999/30921/25811</w:t>
        <w:br/>
        <w:t>f 31982/30904/25794 31989/30910/25800 31772/30694/25589</w:t>
        <w:br/>
        <w:t>f 31773/30693/25588 31982/30904/25794 31772/30694/25589</w:t>
        <w:br/>
        <w:t>f 31815/30735/25630 31995/30916/25806 31988/30911/25801</w:t>
        <w:br/>
        <w:t>f 31993/30915/25805 31815/30735/25630 31988/30911/25801</w:t>
        <w:br/>
        <w:t>f 32001/30923/25813 31782/30704/25599 31779/30703/25598</w:t>
        <w:br/>
        <w:t>f 31816/30738/25633 32001/30923/25813 31779/30703/25598</w:t>
        <w:br/>
        <w:t>f 31808/30729/25624 31809/30733/25628 31810/30732/25627</w:t>
        <w:br/>
        <w:t>f 31807/30730/25625 31808/30729/25624 31810/30732/25627</w:t>
        <w:br/>
        <w:t>f 31806/30727/25622 31962/30886/25777 31963/30885/25776</w:t>
        <w:br/>
        <w:t>f 31805/30728/25623 31806/30727/25622 31963/30885/25776</w:t>
        <w:br/>
        <w:t>f 32003/30924/25814 31964/30884/25775 32002/30925/25815</w:t>
        <w:br/>
        <w:t>f 31174/30199/25095 32003/30924/25814 32002/30925/25815</w:t>
        <w:br/>
        <w:t>f 31821/30743/25638 32004/30926/25816 31742/30662/25557</w:t>
        <w:br/>
        <w:t>f 31743/30665/25560 31821/30743/25638 31742/30662/25557</w:t>
        <w:br/>
        <w:t>f 31720/30642/25537 32006/30927/25817 32005/30928/25818</w:t>
        <w:br/>
        <w:t>f 31716/30638/25533 31720/30642/25537 32005/30928/25818</w:t>
        <w:br/>
        <w:t>f 31718/30640/25535 31715/30639/25534 32007/30929/25819</w:t>
        <w:br/>
        <w:t>f 32008/30930/25820 31718/30640/25535 32007/30929/25819</w:t>
        <w:br/>
        <w:t>f 32006/30927/25817 31899/30822/25717 32009/30931/25821</w:t>
        <w:br/>
        <w:t>f 32005/30928/25818 32006/30927/25817 32009/30931/25821</w:t>
        <w:br/>
        <w:t>f 31899/30822/25717 31900/30821/25716 32010/30932/25822</w:t>
        <w:br/>
        <w:t>f 32009/30931/25821 31899/30822/25717 32010/30932/25822</w:t>
        <w:br/>
        <w:t>f 32013/30933/25823 32012/30934/25824 32011/30935/25825</w:t>
        <w:br/>
        <w:t>f 32014/30936/25826 32013/30933/25823 32011/30935/25825</w:t>
        <w:br/>
        <w:t>f 31722/30644/25539 31723/30643/25538 31720/30642/25537</w:t>
        <w:br/>
        <w:t>f 31719/30641/25536 31722/30644/25539 31720/30642/25537</w:t>
        <w:br/>
        <w:t>f 32017/30937/25827 32016/30938/25828 32015/30939/25829</w:t>
        <w:br/>
        <w:t>f 32018/30940/25830 32017/30937/25827 32015/30939/25829</w:t>
        <w:br/>
        <w:t>f 32021/30941/25831 32020/30942/25832 32019/30943/25833</w:t>
        <w:br/>
        <w:t>f 32022/30944/25834 32021/30941/25831 32019/30943/25833</w:t>
        <w:br/>
        <w:t>f 32023/30945/25835 31734/30658/25553 31735/30657/25552</w:t>
        <w:br/>
        <w:t>f 32024/30946/25836 32023/30945/25835 31735/30657/25552</w:t>
        <w:br/>
        <w:t>f 32016/30938/25828 32026/30947/25837 32025/30948/25838</w:t>
        <w:br/>
        <w:t>f 32015/30939/25829 32016/30938/25828 32025/30948/25838</w:t>
        <w:br/>
        <w:t>f 31740/30664/25559 31741/30663/25558 31745/30667/25562</w:t>
        <w:br/>
        <w:t>f 31746/30666/25561 31740/30664/25559 31745/30667/25562</w:t>
        <w:br/>
        <w:t>f 32028/30949/25839 32027/30950/25840 31822/30746/25641</w:t>
        <w:br/>
        <w:t>f 31823/30745/25640 32028/30949/25839 31822/30746/25641</w:t>
        <w:br/>
        <w:t>f 32017/30937/25827 31894/30814/25709 32016/30938/25828</w:t>
        <w:br/>
        <w:t>f 32029/30951/25841 31893/30815/25710 31891/30812/25707</w:t>
        <w:br/>
        <w:t>f 31871/30795/25690 32029/30951/25841 31891/30812/25707</w:t>
        <w:br/>
        <w:t>f 32030/30952/25842 31205/30227/25123 31206/30226/25122</w:t>
        <w:br/>
        <w:t>f 32031/30953/25843 32030/30952/25842 31206/30226/25122</w:t>
        <w:br/>
        <w:t>f 32035/30954/25844 32034/30955/25845 32033/30956/25846</w:t>
        <w:br/>
        <w:t>f 32032/30957/25847 32035/30954/25844 32033/30956/25846</w:t>
        <w:br/>
        <w:t>f 32032/30957/25847 32033/30956/25846 32036/30958/25848</w:t>
        <w:br/>
        <w:t>f 32037/30959/25849 32032/30957/25847 32036/30958/25848</w:t>
        <w:br/>
        <w:t>f 31990/30912/25802 31988/30911/25801 31995/30916/25806</w:t>
        <w:br/>
        <w:t>f 32038/30960/25850 31790/30712/25607 31791/30715/25610</w:t>
        <w:br/>
        <w:t>f 31792/30714/25609 32038/30960/25850 31791/30715/25610</w:t>
        <w:br/>
        <w:t>f 32040/30961/25851 31841/30762/25657 32039/30962/25852</w:t>
        <w:br/>
        <w:t>f 32020/30942/25832 32042/30963/25853 32041/30964/25854</w:t>
        <w:br/>
        <w:t>f 32019/30943/25833 32020/30942/25832 32041/30964/25854</w:t>
        <w:br/>
        <w:t>f 31867/30791/25686 32044/30965/25855 32043/30966/25856</w:t>
        <w:br/>
        <w:t>f 32045/30967/25857 31867/30791/25686 32043/30966/25856</w:t>
        <w:br/>
        <w:t>f 31894/30814/25709 31891/30812/25707 31893/30815/25710</w:t>
        <w:br/>
        <w:t>f 32046/30968/25858 31896/30820/25715 31895/30817/25712</w:t>
        <w:br/>
        <w:t>f 31892/30816/25711 32046/30968/25858 31895/30817/25712</w:t>
        <w:br/>
        <w:t>f 31896/30820/25715 32046/30968/25858 31898/30818/25713</w:t>
        <w:br/>
        <w:t>f 32049/30969/25859 32048/30970/25860 32047/30971/25861</w:t>
        <w:br/>
        <w:t>f 32050/30972/25862 32049/30969/25859 32047/30971/25861</w:t>
        <w:br/>
        <w:t>f 31848/30770/25665 31849/30769/25664 31226/30249/25145</w:t>
        <w:br/>
        <w:t>f 31227/30250/25146 31848/30770/25665 31226/30249/25145</w:t>
        <w:br/>
        <w:t>f 31852/30774/25669 32052/30973/25863 32051/30974/25864</w:t>
        <w:br/>
        <w:t>f 31851/30775/25670 31852/30774/25669 32051/30974/25864</w:t>
        <w:br/>
        <w:t>f 31857/30777/25672 31861/30781/25676 31862/30784/25679</w:t>
        <w:br/>
        <w:t>f 31856/30778/25673 31857/30777/25672 31862/30784/25679</w:t>
        <w:br/>
        <w:t>f 31864/30786/25681 32054/30975/25865 32053/30976/25866</w:t>
        <w:br/>
        <w:t>f 31863/30787/25682 31864/30786/25681 32053/30976/25866</w:t>
        <w:br/>
        <w:t>f 32044/30965/25855 32041/30964/25854 32042/30963/25853</w:t>
        <w:br/>
        <w:t>f 32043/30966/25856 32044/30965/25855 32042/30963/25853</w:t>
        <w:br/>
        <w:t>f 31786/30708/25603 31783/30707/25602 31787/30710/25605</w:t>
        <w:br/>
        <w:t>f 31788/30709/25604 31786/30708/25603 31787/30710/25605</w:t>
        <w:br/>
        <w:t>f 31844/30766/25661 31843/30765/25660 31798/30720/25615</w:t>
        <w:br/>
        <w:t>f 31795/30719/25614 31844/30766/25661 31798/30720/25615</w:t>
        <w:br/>
        <w:t>f 31799/30723/25618 31800/30722/25617 31846/30768/25663</w:t>
        <w:br/>
        <w:t>f 31845/30767/25662 31799/30723/25618 31846/30768/25663</w:t>
        <w:br/>
        <w:t>f 32045/30967/25857 32055/30977/25867 31870/30792/25687</w:t>
        <w:br/>
        <w:t>f 31867/30791/25686 32045/30967/25857 31870/30792/25687</w:t>
        <w:br/>
        <w:t>f 31866/30788/25683 31858/30780/25675 32056/30978/25868</w:t>
        <w:br/>
        <w:t>f 32057/30979/25869 31866/30788/25683 32056/30978/25868</w:t>
        <w:br/>
        <w:t>f 32058/30980/25870 32056/30978/25868 31858/30780/25675</w:t>
        <w:br/>
        <w:t>f 31855/30779/25674 32058/30980/25870 31858/30780/25675</w:t>
        <w:br/>
        <w:t>f 31847/30771/25666 32051/30974/25864 32052/30973/25863</w:t>
        <w:br/>
        <w:t>f 31850/30772/25667 31847/30771/25666 32052/30973/25863</w:t>
        <w:br/>
        <w:t>f 31790/30712/25607 31789/30711/25606 31831/30753/25648</w:t>
        <w:br/>
        <w:t>f 31791/30715/25610 31790/30712/25607 31831/30753/25648</w:t>
        <w:br/>
        <w:t>f 31835/30757/25652 31832/30756/25651 31827/30749/25644</w:t>
        <w:br/>
        <w:t>f 31828/30748/25643 31835/30757/25652 31827/30749/25644</w:t>
        <w:br/>
        <w:t>f 31840/30763/25658 32059/30981/25871 31839/30761/25656</w:t>
        <w:br/>
        <w:t>f 31836/30760/25655 31840/30763/25658 31839/30761/25656</w:t>
        <w:br/>
        <w:t>f 31837/30759/25654 32060/30982/25872 31842/30764/25659</w:t>
        <w:br/>
        <w:t>f 31836/30760/25655 31837/30759/25654 31842/30764/25659</w:t>
        <w:br/>
        <w:t>f 32060/30982/25872 31837/30759/25654 31846/30768/25663</w:t>
        <w:br/>
        <w:t>f 32061/30983/25873 32060/30982/25872 31846/30768/25663</w:t>
        <w:br/>
        <w:t>f 32011/30935/25825 32062/30984/25874 32027/30950/25840</w:t>
        <w:br/>
        <w:t>f 32028/30949/25839 32011/30935/25825 32027/30950/25840</w:t>
        <w:br/>
        <w:t>f 32063/30985/25875 32011/30935/25825 32028/30949/25839</w:t>
        <w:br/>
        <w:t>f 32064/30986/25876 32063/30985/25875 32028/30949/25839</w:t>
        <w:br/>
        <w:t>f 31972/30894/25784 31920/30842/25736 31919/30840/25734</w:t>
        <w:br/>
        <w:t>f 31917/30838/25732 31972/30894/25784 31919/30840/25734</w:t>
        <w:br/>
        <w:t>f 31917/30838/25732 31919/30840/25734 31904/30826/25721</w:t>
        <w:br/>
        <w:t>f 32066/30987/25877 32065/30988/25878 31830/30752/25647</w:t>
        <w:br/>
        <w:t>f 31829/30751/25646 32066/30987/25877 31830/30752/25647</w:t>
        <w:br/>
        <w:t>f 31789/30711/25606 31835/30757/25652 31828/30748/25643</w:t>
        <w:br/>
        <w:t>f 31831/30753/25648 31789/30711/25606 31828/30748/25643</w:t>
        <w:br/>
        <w:t>f 31835/30757/25652 31789/30711/25606 31785/30705/25600</w:t>
        <w:br/>
        <w:t>f 31834/30754/25649 31835/30757/25652 31785/30705/25600</w:t>
        <w:br/>
        <w:t>f 31786/30708/25603 31843/30765/25660 31834/30754/25649</w:t>
        <w:br/>
        <w:t>f 31785/30705/25600 31786/30708/25603 31834/30754/25649</w:t>
        <w:br/>
        <w:t>f 31843/30765/25660 31786/30708/25603 31788/30709/25604</w:t>
        <w:br/>
        <w:t>f 31798/30720/25615 31843/30765/25660 31788/30709/25604</w:t>
        <w:br/>
        <w:t>f 31781/30701/25596 31797/30717/25612 31798/30720/25615</w:t>
        <w:br/>
        <w:t>f 31788/30709/25604 31781/30701/25596 31798/30720/25615</w:t>
        <w:br/>
        <w:t>f 31781/30701/25596 31782/30704/25599 31808/30729/25624</w:t>
        <w:br/>
        <w:t>f 31797/30717/25612 31781/30701/25596 31808/30729/25624</w:t>
        <w:br/>
        <w:t>f 31809/30733/25628 31808/30729/25624 31782/30704/25599</w:t>
        <w:br/>
        <w:t>f 32001/30923/25813 31809/30733/25628 31782/30704/25599</w:t>
        <w:br/>
        <w:t>f 31813/30737/25632 31245/30268/25164 31246/30267/25163</w:t>
        <w:br/>
        <w:t>f 32067/30989/25879 31813/30737/25632 31246/30267/25163</w:t>
        <w:br/>
        <w:t>f 31974/30896/25786 31929/30850/25744 31918/30841/25735</w:t>
        <w:br/>
        <w:t>f 31941/30864/25755 31929/30850/25744 32068/30990/25880</w:t>
        <w:br/>
        <w:t>f 31992/30914/25804 32000/30922/25812 32069/30991/25881</w:t>
        <w:br/>
        <w:t>f 32070/30992/25882 31992/30914/25804 32069/30991/25881</w:t>
        <w:br/>
        <w:t>f 32070/30992/25882 32069/30991/25881 32071/30993/25883</w:t>
        <w:br/>
        <w:t>f 32072/30994/25884 32070/30992/25882 32071/30993/25883</w:t>
        <w:br/>
        <w:t>f 32070/30992/25882 31977/30900/25790 31983/30905/25795</w:t>
        <w:br/>
        <w:t>f 31992/30914/25804 32070/30992/25882 31983/30905/25795</w:t>
        <w:br/>
        <w:t>f 32070/30992/25882 32072/30994/25884 31979/30901/25791</w:t>
        <w:br/>
        <w:t>f 31977/30900/25790 32070/30992/25882 31979/30901/25791</w:t>
        <w:br/>
        <w:t>f 32033/30956/25846 32014/30936/25826 31972/30894/25784</w:t>
        <w:br/>
        <w:t>f 32036/30958/25848 32033/30956/25846 31972/30894/25784</w:t>
        <w:br/>
        <w:t>f 32073/30995/25885 31750/30670/25565 31751/30673/25568</w:t>
        <w:br/>
        <w:t>f 32074/30996/25886 32073/30995/25885 31751/30673/25568</w:t>
        <w:br/>
        <w:t>f 32012/30934/25824 32075/30997/25887 32062/30984/25874</w:t>
        <w:br/>
        <w:t>f 32011/30935/25825 32012/30934/25824 32062/30984/25874</w:t>
        <w:br/>
        <w:t>f 32076/30998/25888 31766/30688/25583 31257/30278/25174</w:t>
        <w:br/>
        <w:t>f 31255/30280/25176 32076/30998/25888 31257/30278/25174</w:t>
        <w:br/>
        <w:t>f 31766/30688/25583 32076/30998/25888 32077/30999/25889</w:t>
        <w:br/>
        <w:t>f 31761/30682/25577 31766/30688/25583 32077/30999/25889</w:t>
        <w:br/>
        <w:t>f 31761/30682/25577 32077/30999/25889 32078/31000/25890</w:t>
        <w:br/>
        <w:t>f 31760/30683/25578 31761/30682/25577 32078/31000/25890</w:t>
        <w:br/>
        <w:t>f 31759/30681/25576 32080/31001/25891 32079/31002/25892</w:t>
        <w:br/>
        <w:t>f 31758/30678/25573 31759/30681/25576 32079/31002/25892</w:t>
        <w:br/>
        <w:t>f 31899/30822/25717 32006/30927/25817 32080/31001/25891</w:t>
        <w:br/>
        <w:t>f 31759/30681/25576 31899/30822/25717 32080/31001/25891</w:t>
        <w:br/>
        <w:t>f 32080/31001/25891 31723/30643/25538 31724/30646/25541</w:t>
        <w:br/>
        <w:t>f 32079/31002/25892 32080/31001/25891 31724/30646/25541</w:t>
        <w:br/>
        <w:t>f 32006/30927/25817 31720/30642/25537 31723/30643/25538</w:t>
        <w:br/>
        <w:t>f 32080/31001/25891 32006/30927/25817 31723/30643/25538</w:t>
        <w:br/>
        <w:t>f 31715/30639/25534 31748/30672/25567 31749/30671/25566</w:t>
        <w:br/>
        <w:t>f 32007/30929/25819 31715/30639/25534 31749/30671/25566</w:t>
        <w:br/>
        <w:t>f 31736/30656/25551 31738/30661/25556 32004/30926/25816</w:t>
        <w:br/>
        <w:t>f 31821/30743/25638 31736/30656/25551 32004/30926/25816</w:t>
        <w:br/>
        <w:t>f 31735/30657/25552 31736/30656/25551 31821/30743/25638</w:t>
        <w:br/>
        <w:t>f 31819/30742/25637 31735/30657/25552 31821/30743/25638</w:t>
        <w:br/>
        <w:t>f 32034/30955/25845 32013/30933/25823 32014/30936/25826</w:t>
        <w:br/>
        <w:t>f 32033/30956/25846 32034/30955/25845 32014/30936/25826</w:t>
        <w:br/>
        <w:t>f 31758/30678/25573 32079/31002/25892 32081/31003/25893</w:t>
        <w:br/>
        <w:t>f 32082/31004/25894 31758/30678/25573 32081/31003/25893</w:t>
        <w:br/>
        <w:t>f 32079/31002/25892 31724/30646/25541 31729/30651/25546</w:t>
        <w:br/>
        <w:t>f 32081/31003/25893 32079/31002/25892 31729/30651/25546</w:t>
        <w:br/>
        <w:t>f 31724/30646/25541 31721/30645/25540 31730/30652/25547</w:t>
        <w:br/>
        <w:t>f 31729/30651/25546 31724/30646/25541 31730/30652/25547</w:t>
        <w:br/>
        <w:t>f 31872/30794/25689 31873/30793/25688 32019/30943/25833</w:t>
        <w:br/>
        <w:t>f 32041/30964/25854 31872/30794/25689 32019/30943/25833</w:t>
        <w:br/>
        <w:t>f 32022/30944/25834 32019/30943/25833 31873/30793/25688</w:t>
        <w:br/>
        <w:t>f 31890/30813/25708 32022/30944/25834 31873/30793/25688</w:t>
        <w:br/>
        <w:t>f 31869/30789/25684 32030/30952/25842 31868/30790/25685</w:t>
        <w:br/>
        <w:t>f 32044/30965/25855 31867/30791/25686 31868/30790/25685</w:t>
        <w:br/>
        <w:t>f 32083/31005/25895 32044/30965/25855 31868/30790/25685</w:t>
        <w:br/>
        <w:t>f 32030/30952/25842 32084/31006/25896 32083/31005/25895</w:t>
        <w:br/>
        <w:t>f 31868/30790/25685 32030/30952/25842 32083/31005/25895</w:t>
        <w:br/>
        <w:t>f 32030/30952/25842 32031/30953/25843 32084/31006/25896</w:t>
        <w:br/>
        <w:t>f 32041/30964/25854 32044/30965/25855 32083/31005/25895</w:t>
        <w:br/>
        <w:t>f 31872/30794/25689 32041/30964/25854 32083/31005/25895</w:t>
        <w:br/>
        <w:t>f 32084/31006/25896 31871/30795/25690 31872/30794/25689</w:t>
        <w:br/>
        <w:t>f 32083/31005/25895 32084/31006/25896 31872/30794/25689</w:t>
        <w:br/>
        <w:t>f 32031/30953/25843 32029/30951/25841 31871/30795/25690</w:t>
        <w:br/>
        <w:t>f 32084/31006/25896 32031/30953/25843 31871/30795/25690</w:t>
        <w:br/>
        <w:t>f 30967/29989/24889 31266/30290/25186 32085/31007/25897</w:t>
        <w:br/>
        <w:t>f 31803/30725/25620 30967/29989/24889 32085/31007/25897</w:t>
        <w:br/>
        <w:t>f 31732/30654/25549 32086/31008/25898 31966/30889/25899</w:t>
        <w:br/>
        <w:t>f 32088/31009/25900 32087/31010/25901 31880/30804/25699</w:t>
        <w:br/>
        <w:t>f 32089/31011/25902 32088/31009/25900 31880/30804/25699</w:t>
        <w:br/>
        <w:t>f 32091/31012/25903 32090/31013/25904 32015/30939/25829</w:t>
        <w:br/>
        <w:t>f 32025/30948/25838 32091/31012/25903 32015/30939/25829</w:t>
        <w:br/>
        <w:t>f 32094/31014/25905 32093/31015/25906 32092/31016/25907</w:t>
        <w:br/>
        <w:t>f 32095/31017/25908 32094/31014/25905 32092/31016/25907</w:t>
        <w:br/>
        <w:t>f 32039/30962/25852 31876/30800/25695 31877/30799/25694</w:t>
        <w:br/>
        <w:t>f 32096/31018/25909 32039/30962/25852 31877/30799/25694</w:t>
        <w:br/>
        <w:t>f 32018/30940/25830 32015/30939/25829 32090/31013/25904</w:t>
        <w:br/>
        <w:t>f 32097/31019/25910 32018/30940/25830 32090/31013/25904</w:t>
        <w:br/>
        <w:t>f 31811/30731/25626 32099/31020/25911 32098/31021/25912</w:t>
        <w:br/>
        <w:t>f 31965/30887/25778 31811/30731/25626 32098/31021/25912</w:t>
        <w:br/>
        <w:t>f 31810/30732/25627 31811/30731/25626 31965/30887/25778</w:t>
        <w:br/>
        <w:t>f 31962/30886/25777 31810/30732/25627 31965/30887/25778</w:t>
        <w:br/>
        <w:t>f 31807/30730/25625 31810/30732/25627 31962/30886/25777</w:t>
        <w:br/>
        <w:t>f 31806/30727/25622 31807/30730/25625 31962/30886/25777</w:t>
        <w:br/>
        <w:t>f 31796/30718/25613 31807/30730/25625 31806/30727/25622</w:t>
        <w:br/>
        <w:t>f 31802/30724/25619 31796/30718/25613 31806/30727/25622</w:t>
        <w:br/>
        <w:t>f 31802/30724/25619 31799/30723/25618 31795/30719/25614</w:t>
        <w:br/>
        <w:t>f 31796/30718/25613 31802/30724/25619 31795/30719/25614</w:t>
        <w:br/>
        <w:t>f 31799/30723/25618 31845/30767/25662 31844/30766/25661</w:t>
        <w:br/>
        <w:t>f 31795/30719/25614 31799/30723/25618 31844/30766/25661</w:t>
        <w:br/>
        <w:t>f 31838/30758/25653 31833/30755/25650 31844/30766/25661</w:t>
        <w:br/>
        <w:t>f 31845/30767/25662 31838/30758/25653 31844/30766/25661</w:t>
        <w:br/>
        <w:t>f 31833/30755/25650 31838/30758/25653 31839/30761/25656</w:t>
        <w:br/>
        <w:t>f 31832/30756/25651 31833/30755/25650 31839/30761/25656</w:t>
        <w:br/>
        <w:t>f 31832/30756/25651 31839/30761/25656 32059/30981/25871</w:t>
        <w:br/>
        <w:t>f 31827/30749/25644 31832/30756/25651 32059/30981/25871</w:t>
        <w:br/>
        <w:t>f 32088/31009/25900 31826/30750/25645 31827/30749/25644</w:t>
        <w:br/>
        <w:t>f 32059/30981/25871 32088/31009/25900 31827/30749/25644</w:t>
        <w:br/>
        <w:t>f 31874/30797/25692 31883/30805/25700 31877/30799/25694</w:t>
        <w:br/>
        <w:t>f 31878/30798/25693 31874/30797/25692 31877/30799/25694</w:t>
        <w:br/>
        <w:t>f 31859/30783/25678 31874/30797/25692 31878/30798/25693</w:t>
        <w:br/>
        <w:t>f 31854/30776/25671 31859/30783/25678 31878/30798/25693</w:t>
        <w:br/>
        <w:t>f 31862/30784/25679 31859/30783/25678 31854/30776/25671</w:t>
        <w:br/>
        <w:t>f 31851/30775/25670 31862/30784/25679 31854/30776/25671</w:t>
        <w:br/>
        <w:t>f 32051/30974/25864 31856/30778/25673 31862/30784/25679</w:t>
        <w:br/>
        <w:t>f 31851/30775/25670 32051/30974/25864 31862/30784/25679</w:t>
        <w:br/>
        <w:t>f 31847/30771/25666 31855/30779/25674 31856/30778/25673</w:t>
        <w:br/>
        <w:t>f 32051/30974/25864 31847/30771/25666 31856/30778/25673</w:t>
        <w:br/>
        <w:t>f 31855/30779/25674 31847/30771/25666 31848/30770/25665</w:t>
        <w:br/>
        <w:t>f 32058/30980/25870 31855/30779/25674 31848/30770/25665</w:t>
        <w:br/>
        <w:t>f 31894/30814/25709 31895/30817/25712 32026/30947/25837</w:t>
        <w:br/>
        <w:t>f 32016/30938/25828 31894/30814/25709 32026/30947/25837</w:t>
        <w:br/>
        <w:t>f 32100/31022/25913 31733/30653/25780 31967/30888/25779</w:t>
        <w:br/>
        <w:t>f 32035/30954/25844 32008/30930/25820 32007/30929/25819</w:t>
        <w:br/>
        <w:t>f 32034/30955/25845 32035/30954/25844 32007/30929/25819</w:t>
        <w:br/>
        <w:t>f 32013/30933/25823 32034/30955/25845 32007/30929/25819</w:t>
        <w:br/>
        <w:t>f 31749/30671/25566 32013/30933/25823 32007/30929/25819</w:t>
        <w:br/>
        <w:t>f 31749/30671/25566 31750/30670/25565 32012/30934/25824</w:t>
        <w:br/>
        <w:t>f 32013/30933/25823 31749/30671/25566 32012/30934/25824</w:t>
        <w:br/>
        <w:t>f 31750/30670/25565 32073/30995/25885 32075/30997/25887</w:t>
        <w:br/>
        <w:t>f 32012/30934/25824 31750/30670/25565 32075/30997/25887</w:t>
        <w:br/>
        <w:t>f 31819/30742/25637 31980/30903/25793 32024/30946/25836</w:t>
        <w:br/>
        <w:t>f 31735/30657/25552 31819/30742/25637 32024/30946/25836</w:t>
        <w:br/>
        <w:t>f 32000/30922/25812 31999/30921/25811 31739/30660/25555</w:t>
        <w:br/>
        <w:t>f 31737/30659/25554 32000/30922/25812 31739/30660/25555</w:t>
        <w:br/>
        <w:t>f 31737/30659/25554 31734/30658/25553 32069/30991/25881</w:t>
        <w:br/>
        <w:t>f 32000/30922/25812 31737/30659/25554 32069/30991/25881</w:t>
        <w:br/>
        <w:t>f 31734/30658/25553 32023/30945/25835 32071/30993/25883</w:t>
        <w:br/>
        <w:t>f 32069/30991/25881 31734/30658/25553 32071/30993/25883</w:t>
        <w:br/>
        <w:t>f 32009/30931/25821 32010/30932/25822 32074/30996/25886</w:t>
        <w:br/>
        <w:t>f 31751/30673/25568 32009/30931/25821 32074/30996/25886</w:t>
        <w:br/>
        <w:t>f 31751/30673/25568 31748/30672/25567 32005/30928/25818</w:t>
        <w:br/>
        <w:t>f 32009/30931/25821 31751/30673/25568 32005/30928/25818</w:t>
        <w:br/>
        <w:t>f 31748/30672/25567 31715/30639/25534 31716/30638/25533</w:t>
        <w:br/>
        <w:t>f 32005/30928/25818 31748/30672/25567 31716/30638/25533</w:t>
        <w:br/>
        <w:t>f 31911/30834/25728 31909/30831/25725 31910/30832/25726</w:t>
        <w:br/>
        <w:t>f 31896/30820/25715 31897/30819/25714 32174/31023/25914</w:t>
        <w:br/>
        <w:t>f 32175/31024/25915 31896/30820/25715 32174/31023/25914</w:t>
        <w:br/>
        <w:t>f 31904/30826/25721 31913/30835/25729 31917/30838/25732</w:t>
        <w:br/>
        <w:t>f 31747/30669/25564 31744/30668/25563 31986/30908/25798</w:t>
        <w:br/>
        <w:t>f 31987/30909/25799 31747/30669/25564 31986/30908/25798</w:t>
        <w:br/>
        <w:t>f 31794/30716/25611 31830/30752/25647 32065/30988/25878</w:t>
        <w:br/>
        <w:t>f 31987/30909/25799 31794/30716/25611 32065/30988/25878</w:t>
        <w:br/>
        <w:t>f 32077/30999/25889 32178/31025/25916 32177/31026/25917</w:t>
        <w:br/>
        <w:t>f 32078/31000/25890 32077/30999/25889 32177/31026/25917</w:t>
        <w:br/>
        <w:t>f 32178/31025/25916 32077/30999/25889 32076/30998/25888</w:t>
        <w:br/>
        <w:t>f 32179/31027/25918 32178/31025/25916 32076/30998/25888</w:t>
        <w:br/>
        <w:t>f 32180/31028/25919 31752/30676/25571 31753/30675/25570</w:t>
        <w:br/>
        <w:t>f 31978/30899/25789 32180/31028/25919 31753/30675/25570</w:t>
        <w:br/>
        <w:t>f 31757/30679/25574 31758/30678/25573 32082/31004/25894</w:t>
        <w:br/>
        <w:t>f 32181/31029/25920 31757/30679/25574 32082/31004/25894</w:t>
        <w:br/>
        <w:t>f 31752/30676/25571 32180/31028/25919 31765/30687/25582</w:t>
        <w:br/>
        <w:t>f 31762/30686/25581 31752/30676/25571 31765/30687/25582</w:t>
        <w:br/>
        <w:t>f 32181/31029/25920 32082/31004/25894 32078/31000/25890</w:t>
        <w:br/>
        <w:t>f 32177/31026/25917 32181/31029/25920 32078/31000/25890</w:t>
        <w:br/>
        <w:t>f 31760/30683/25578 32078/31000/25890 32082/31004/25894</w:t>
        <w:br/>
        <w:t>f 32081/31003/25893 31760/30683/25578 32082/31004/25894</w:t>
        <w:br/>
        <w:t>f 31725/30649/25544 31760/30683/25578 31729/30651/25546</w:t>
        <w:br/>
        <w:t>f 31760/30683/25578 32081/31003/25893 31729/30651/25546</w:t>
        <w:br/>
        <w:t>f 32182/31030/25921 31898/30818/25713 32046/30968/25858</w:t>
        <w:br/>
        <w:t>f 31824/30744/25639 32184/31031/25922 32183/31032/25923</w:t>
        <w:br/>
        <w:t>f 32185/31033/25924 31824/30744/25639 32183/31032/25923</w:t>
        <w:br/>
        <w:t>f 31823/30745/25640 31824/30744/25639 32185/31033/25924</w:t>
        <w:br/>
        <w:t>f 32186/31034/25925 31823/30745/25640 32185/31033/25924</w:t>
        <w:br/>
        <w:t>f 31823/30745/25640 32186/31034/25925 32064/30986/25876</w:t>
        <w:br/>
        <w:t>f 32028/30949/25839 31823/30745/25640 32064/30986/25876</w:t>
        <w:br/>
        <w:t>f 32189/31035/25926 32188/31036/25927 32187/31037/25928</w:t>
        <w:br/>
        <w:t>f 32192/31038/25929 32191/31039/25930 32190/31040/25931</w:t>
        <w:br/>
        <w:t>f 32193/31041/25932 32192/31038/25929 32190/31040/25931</w:t>
        <w:br/>
        <w:t>f 32196/31042/25933 32195/31043/25934 32194/31044/25935</w:t>
        <w:br/>
        <w:t>f 32197/31045/25936 32196/31042/25933 32194/31044/25935</w:t>
        <w:br/>
        <w:t>f 32200/31046/25937 32199/31047/25938 32198/31048/25939</w:t>
        <w:br/>
        <w:t>f 32201/31049/25940 32200/31046/25937 32198/31048/25939</w:t>
        <w:br/>
        <w:t>f 32202/31050/25941 32048/30970/25860 32190/31040/25931</w:t>
        <w:br/>
        <w:t>f 32203/31051/25942 32202/31050/25941 32190/31040/25931</w:t>
        <w:br/>
        <w:t>f 32188/31036/25927 32205/31052/25943 32204/31053/25944</w:t>
        <w:br/>
        <w:t>f 32187/31037/25928 32188/31036/25927 32204/31053/25944</w:t>
        <w:br/>
        <w:t>f 32208/31054/25945 32207/31055/25946 32206/31056/25947</w:t>
        <w:br/>
        <w:t>f 32209/31057/25948 32208/31054/25945 32206/31056/25947</w:t>
        <w:br/>
        <w:t>f 32212/31058/25949 32211/31059/25950 32210/31060/25951</w:t>
        <w:br/>
        <w:t>f 32213/31061/25952 32212/31058/25949 32210/31060/25951</w:t>
        <w:br/>
        <w:t>f 32205/31052/25943 32215/31062/25953 32214/31063/25954</w:t>
        <w:br/>
        <w:t>f 32204/31053/25944 32205/31052/25943 32214/31063/25954</w:t>
        <w:br/>
        <w:t>f 32218/31064/25955 32217/31065/25956 32216/31066/25957</w:t>
        <w:br/>
        <w:t>f 32219/31067/25958 32218/31064/25955 32216/31066/25957</w:t>
        <w:br/>
        <w:t>f 32221/31068/25959 32220/31069/25960 32189/31035/25926</w:t>
        <w:br/>
        <w:t>f 32222/31070/25961 32221/31068/25959 32189/31035/25926</w:t>
        <w:br/>
        <w:t>f 32222/31070/25961 32224/31071/25962 32223/31072/25963</w:t>
        <w:br/>
        <w:t>f 32221/31068/25959 32222/31070/25961 32223/31072/25963</w:t>
        <w:br/>
        <w:t>f 32226/31073/25964 32223/31072/25963 32224/31071/25962</w:t>
        <w:br/>
        <w:t>f 32225/31074/25965 32226/31073/25964 32224/31071/25962</w:t>
        <w:br/>
        <w:t>f 32230/31075/25966 32229/31076/25967 32228/31077/25968</w:t>
        <w:br/>
        <w:t>f 32227/31078/25969 32230/31075/25966 32228/31077/25968</w:t>
        <w:br/>
        <w:t>f 32217/31065/25956 32232/31079/25970 32231/31080/25971</w:t>
        <w:br/>
        <w:t>f 32233/31081/25972 32217/31065/25956 32231/31080/25971</w:t>
        <w:br/>
        <w:t>f 32235/31082/25973 32234/31083/25974 32189/31035/25926</w:t>
        <w:br/>
        <w:t>f 32220/31069/25960 32235/31082/25973 32189/31035/25926</w:t>
        <w:br/>
        <w:t>f 32238/31084/25975 32237/31085/25976 32236/31086/25977</w:t>
        <w:br/>
        <w:t>f 32240/31087/25978 32239/31088/25979 32237/31085/25976</w:t>
        <w:br/>
        <w:t>f 32240/31087/25978 32237/31085/25976 32241/31089/25980</w:t>
        <w:br/>
        <w:t>f 32237/31085/25976 32242/31090/25981 32241/31089/25980</w:t>
        <w:br/>
        <w:t>f 32245/31091/25982 32244/31092/25983 32243/31093/25984</w:t>
        <w:br/>
        <w:t>f 32248/31094/25985 32247/31095/25986 32246/31096/25987</w:t>
        <w:br/>
        <w:t>f 32249/31097/25988 32246/31096/25987 32247/31095/25986</w:t>
        <w:br/>
        <w:t>f 32246/31096/25987 32251/31098/25989 32250/31099/25990</w:t>
        <w:br/>
        <w:t>f 32250/31099/25990 32251/31098/25989 32252/31100/25991</w:t>
        <w:br/>
        <w:t>f 32255/31101/25992 32254/31102/25993 32253/31103/25994</w:t>
        <w:br/>
        <w:t>f 32238/31084/25975 32255/31101/25992 32253/31103/25994</w:t>
        <w:br/>
        <w:t>f 32253/31103/25994 32237/31085/25976 32238/31084/25975</w:t>
        <w:br/>
        <w:t>f 32237/31085/25976 32253/31103/25994 32256/31104/25995</w:t>
        <w:br/>
        <w:t>f 32256/31104/25995 32242/31090/25981 32237/31085/25976</w:t>
        <w:br/>
        <w:t>f 32258/31105/25996 32257/31106/25997 32254/31102/25993</w:t>
        <w:br/>
        <w:t>f 32255/31101/25992 32258/31105/25996 32254/31102/25993</w:t>
        <w:br/>
        <w:t>f 32260/31107/25997 32245/31091/25982 32259/31108/25998</w:t>
        <w:br/>
        <w:t>f 32245/31091/25982 32261/31109/25999 32259/31108/25998</w:t>
        <w:br/>
        <w:t>f 32261/31109/25999 32245/31091/25982 32248/31094/25985</w:t>
        <w:br/>
        <w:t>f 32248/31094/25985 32262/31110/26000 32261/31109/25999</w:t>
        <w:br/>
        <w:t>f 32263/31111/26001 32261/31109/25999 32246/31096/25987</w:t>
        <w:br/>
        <w:t>f 32263/31111/26001 32246/31096/25987 32250/31099/25990</w:t>
        <w:br/>
        <w:t>f 32250/31099/25990 31446/30395/25291 32263/31111/26001</w:t>
        <w:br/>
        <w:t>f 32264/31112/26002 31448/30396/25292 32256/31104/25995</w:t>
        <w:br/>
        <w:t>f 32256/31104/25995 32253/31103/25994 32264/31112/26002</w:t>
        <w:br/>
        <w:t>f 32265/31113/26003 32264/31112/26002 32253/31103/25994</w:t>
        <w:br/>
        <w:t>f 32253/31103/25994 32254/31102/25993 32265/31113/26003</w:t>
        <w:br/>
        <w:t>f 32266/31114/26004 32265/31113/26003 32254/31102/25993</w:t>
        <w:br/>
        <w:t>f 32254/31102/25993 32257/31106/25997 32266/31114/26004</w:t>
        <w:br/>
        <w:t>f 32267/31115/26005 32266/31114/26004 32257/31106/25997</w:t>
        <w:br/>
        <w:t>f 31452/30401/25297 32263/31111/26001 31446/30395/25291</w:t>
        <w:br/>
        <w:t>f 32268/31116/26006 32261/31109/25999 32263/31111/26001</w:t>
        <w:br/>
        <w:t>f 32261/31109/25999 32268/31116/26006 32269/31117/26007</w:t>
        <w:br/>
        <w:t>f 32259/31108/25998 32261/31109/25999 32269/31117/26007</w:t>
        <w:br/>
        <w:t>f 32260/31107/25997 32259/31108/25998 32270/31118/26005</w:t>
        <w:br/>
        <w:t>f 32259/31108/25998 32269/31117/26007 32271/31119/26008</w:t>
        <w:br/>
        <w:t>f 32271/31119/26008 32270/31118/26005 32259/31108/25998</w:t>
        <w:br/>
        <w:t>f 32272/31120/26009 31448/30396/25292 32264/31112/26002</w:t>
        <w:br/>
        <w:t>f 32264/31112/26002 32265/31113/26003 32272/31120/26009</w:t>
        <w:br/>
        <w:t>f 31458/30407/25302 31448/30396/25292 32272/31120/26009</w:t>
        <w:br/>
        <w:t>f 32273/31121/26010 31460/30408/25303 32272/31120/26009</w:t>
        <w:br/>
        <w:t>f 32272/31120/26009 32274/31122/26011 32273/31121/26010</w:t>
        <w:br/>
        <w:t>f 32274/31122/26011 32272/31120/26009 32265/31113/26003</w:t>
        <w:br/>
        <w:t>f 32265/31113/26003 32266/31114/26004 32274/31122/26011</w:t>
        <w:br/>
        <w:t>f 32275/31123/26012 32273/31121/26010 32274/31122/26011</w:t>
        <w:br/>
        <w:t>f 32274/31122/26011 32276/31124/26013 32275/31123/26012</w:t>
        <w:br/>
        <w:t>f 32276/31124/26013 32274/31122/26011 32266/31114/26004</w:t>
        <w:br/>
        <w:t>f 32277/31125/26014 32275/31123/26012 32276/31124/26013</w:t>
        <w:br/>
        <w:t>f 32276/31124/26013 32278/31126/26015 32277/31125/26014</w:t>
        <w:br/>
        <w:t>f 32276/31124/26013 32279/31127/26016 32278/31126/26015</w:t>
        <w:br/>
        <w:t>f 32282/31128/26017 32281/31129/26018 32280/31130/26019</w:t>
        <w:br/>
        <w:t>f 32280/31130/26019 32281/31129/26018 32283/31131/26020</w:t>
        <w:br/>
        <w:t>f 32283/31131/26020 32281/31129/26018 32271/31119/26008</w:t>
        <w:br/>
        <w:t>f 32283/31131/26020 32284/31132/26021 32280/31130/26019</w:t>
        <w:br/>
        <w:t>f 32284/31132/26021 32283/31131/26020 32285/31133/26022</w:t>
        <w:br/>
        <w:t>f 32271/31119/26008 32285/31133/26022 32283/31131/26020</w:t>
        <w:br/>
        <w:t>f 32284/31132/26021 32285/31133/26022 32286/31134/26023</w:t>
        <w:br/>
        <w:t>f 32286/31134/26023 32285/31133/26022 32287/31135/26024</w:t>
        <w:br/>
        <w:t>f 32266/31114/26004 32279/31127/26016 32276/31124/26013</w:t>
        <w:br/>
        <w:t>f 32279/31127/26016 32266/31114/26004 32267/31115/26005</w:t>
        <w:br/>
        <w:t>f 32270/31118/26005 32271/31119/26008 32281/31129/26018</w:t>
        <w:br/>
        <w:t>f 32285/31133/26022 32271/31119/26008 32269/31117/26007</w:t>
        <w:br/>
        <w:t>f 32285/31133/26022 32269/31117/26007 32287/31135/26024</w:t>
        <w:br/>
        <w:t>f 32268/31116/26006 32287/31135/26024 32269/31117/26007</w:t>
        <w:br/>
        <w:t>f 32282/31128/26017 32280/31130/26019 32288/31136/26025</w:t>
        <w:br/>
        <w:t>f 32289/31137/26026 32288/31136/26025 32280/31130/26019</w:t>
        <w:br/>
        <w:t>f 32280/31130/26019 32284/31132/26021 32289/31137/26026</w:t>
        <w:br/>
        <w:t>f 32290/31138/26027 32288/31136/26025 32289/31137/26026</w:t>
        <w:br/>
        <w:t>f 32289/31137/26026 32291/31139/26028 32290/31138/26027</w:t>
        <w:br/>
        <w:t>f 32291/31139/26028 32289/31137/26026 32284/31132/26021</w:t>
        <w:br/>
        <w:t>f 32292/31140/26029 32290/31138/26027 32291/31139/26028</w:t>
        <w:br/>
        <w:t>f 32291/31139/26028 32293/31141/26030 32292/31140/26029</w:t>
        <w:br/>
        <w:t>f 32294/31142/26031 32292/31140/26029 32293/31141/26030</w:t>
        <w:br/>
        <w:t>f 31482/30431/25326 32294/31142/26031 32293/31141/26030</w:t>
        <w:br/>
        <w:t>f 32295/31143/26032 32288/31136/26025 32290/31138/26027</w:t>
        <w:br/>
        <w:t>f 32298/31144/26032 32297/31145/26033 32296/31146/26025</w:t>
        <w:br/>
        <w:t>f 32299/31147/26034 32296/31146/26025 32297/31145/26033</w:t>
        <w:br/>
        <w:t>f 32299/31147/26034 32297/31145/26033 32300/31148/26035</w:t>
        <w:br/>
        <w:t>f 32297/31145/26033 32301/31149/26036 32300/31148/26035</w:t>
        <w:br/>
        <w:t>f 32301/31149/26036 32302/31150/26037 32300/31148/26035</w:t>
        <w:br/>
        <w:t>f 32303/31151/26038 32302/31150/26037 32301/31149/26036</w:t>
        <w:br/>
        <w:t>f 31492/30442/25335 31493/30441/25334 32303/31151/26038</w:t>
        <w:br/>
        <w:t>f 31494/30444/25337 32303/31151/26038 32304/31152/26039</w:t>
        <w:br/>
        <w:t>f 32301/31149/26036 32304/31152/26039 32303/31151/26038</w:t>
        <w:br/>
        <w:t>f 32292/31140/26029 32294/31142/26031 32305/31153/26039</w:t>
        <w:br/>
        <w:t>f 32297/31145/26033 32306/31154/26040 32301/31149/26036</w:t>
        <w:br/>
        <w:t>f 32298/31144/26032 32306/31154/26040 32297/31145/26033</w:t>
        <w:br/>
        <w:t>f 32301/31149/26036 32306/31154/26040 32304/31152/26039</w:t>
        <w:br/>
        <w:t>f 32290/31138/26027 32307/31155/26041 32295/31143/26032</w:t>
        <w:br/>
        <w:t>f 32307/31155/26041 32290/31138/26027 32292/31140/26029</w:t>
        <w:br/>
        <w:t>f 32307/31155/26041 32292/31140/26029 32305/31153/26039</w:t>
        <w:br/>
        <w:t>f 32273/31121/26010 32275/31123/26012 32302/31150/26037</w:t>
        <w:br/>
        <w:t>f 32300/31148/26035 32302/31150/26037 32275/31123/26012</w:t>
        <w:br/>
        <w:t>f 32300/31148/26035 32275/31123/26012 32299/31147/26034</w:t>
        <w:br/>
        <w:t>f 32299/31147/26034 32275/31123/26012 32277/31125/26014</w:t>
        <w:br/>
        <w:t>f 32299/31147/26034 32277/31125/26014 32296/31146/26025</w:t>
        <w:br/>
        <w:t>f 32296/31146/26025 32277/31125/26014 32278/31126/26015</w:t>
        <w:br/>
        <w:t>f 32293/31141/26030 32284/31132/26021 32286/31134/26023</w:t>
        <w:br/>
        <w:t>f 32291/31139/26028 32284/31132/26021 32293/31141/26030</w:t>
        <w:br/>
        <w:t>f 32249/31097/25988 32251/31098/25989 32246/31096/25987</w:t>
        <w:br/>
        <w:t>f 32239/31088/25979 32236/31086/25977 32237/31085/25976</w:t>
        <w:br/>
        <w:t>f 32236/31086/25977 32308/31156/26042 32238/31084/25975</w:t>
        <w:br/>
        <w:t>f 32248/31094/25985 32309/31157/26043 32247/31095/25986</w:t>
        <w:br/>
        <w:t>f 32248/31094/25985 32243/31093/25984 32309/31157/26043</w:t>
        <w:br/>
        <w:t>f 31960/30882/26044 31958/30879/25771 31970/30891/25753</w:t>
        <w:br/>
        <w:t>f 31958/30879/25771 31956/30876/25768 31969/30892/25751</w:t>
        <w:br/>
        <w:t>f 31956/30876/25768 31958/30879/25771 31955/30877/25769</w:t>
        <w:br/>
        <w:t>f 31944/30866/25757 31956/30876/25768 31954/30878/25770</w:t>
        <w:br/>
        <w:t>f 31947/30870/25761 31946/30868/25759 31943/30867/25758</w:t>
        <w:br/>
        <w:t>f 32311/31158/26045 32310/31159/26046 31504/30450/25343</w:t>
        <w:br/>
        <w:t>f 31501/30453/25346 32311/31158/26045 31504/30450/25343</w:t>
        <w:br/>
        <w:t>f 31506/30456/25349 31507/30455/25348 32312/31160/26047</w:t>
        <w:br/>
        <w:t>f 32313/31161/26048 31506/30456/25349 32312/31160/26047</w:t>
        <w:br/>
        <w:t>f 32241/31089/25980 32242/31090/25981 31510/30458/25351</w:t>
        <w:br/>
        <w:t>f 31509/30459/25352 32241/31089/25980 31510/30458/25351</w:t>
        <w:br/>
        <w:t>f 32286/31134/26023 31482/30431/25326 32293/31141/26030</w:t>
        <w:br/>
        <w:t>f 32311/31158/26045 31501/30453/25346 30985/30007/24907</w:t>
        <w:br/>
        <w:t>f 31818/30740/25635 32311/31158/26045 30985/30007/24907</w:t>
        <w:br/>
        <w:t>f 31994/30917/25807 31995/30916/25806 31779/30703/25598</w:t>
        <w:br/>
        <w:t>f 31780/30702/25597 31994/30917/25807 31779/30703/25598</w:t>
        <w:br/>
        <w:t>f 31816/30738/25633 31779/30703/25598 31995/30916/25806</w:t>
        <w:br/>
        <w:t>f 31815/30735/25630 31816/30738/25633 31995/30916/25806</w:t>
        <w:br/>
        <w:t>f 32187/31037/25928 32222/31070/25961 32189/31035/25926</w:t>
        <w:br/>
        <w:t>f 32193/31041/25932 32190/31040/25931 32048/30970/25860</w:t>
        <w:br/>
        <w:t>f 32049/30969/25859 32193/31041/25932 32048/30970/25860</w:t>
        <w:br/>
        <w:t>f 32197/31045/25936 32199/31047/25938 32312/31160/26047</w:t>
        <w:br/>
        <w:t>f 32196/31042/25933 32197/31045/25936 32312/31160/26047</w:t>
        <w:br/>
        <w:t>f 32194/31044/25935 32315/31162/26049 32314/31163/26050</w:t>
        <w:br/>
        <w:t>f 32197/31045/25936 32194/31044/25935 32314/31163/26050</w:t>
        <w:br/>
        <w:t>f 32227/31078/25969 32317/31164/26051 32316/31165/26052</w:t>
        <w:br/>
        <w:t>f 32230/31075/25966 32227/31078/25969 32316/31165/26052</w:t>
        <w:br/>
        <w:t>f 32187/31037/25928 32204/31053/25944 32224/31071/25962</w:t>
        <w:br/>
        <w:t>f 32222/31070/25961 32187/31037/25928 32224/31071/25962</w:t>
        <w:br/>
        <w:t>f 32049/30969/25859 32319/31166/26053 32318/31167/26054</w:t>
        <w:br/>
        <w:t>f 32193/31041/25932 32049/30969/25859 32318/31167/26054</w:t>
        <w:br/>
        <w:t>f 32225/31074/25965 32314/31163/26050 32315/31162/26049</w:t>
        <w:br/>
        <w:t>f 32226/31073/25964 32225/31074/25965 32315/31162/26049</w:t>
        <w:br/>
        <w:t>f 32320/31168/26055 32232/31079/25970 32217/31065/25956</w:t>
        <w:br/>
        <w:t>f 32218/31064/25955 32320/31168/26055 32217/31065/25956</w:t>
        <w:br/>
        <w:t>f 32219/31067/25958 32202/31050/25941 32203/31051/25942</w:t>
        <w:br/>
        <w:t>f 32218/31064/25955 32219/31067/25958 32203/31051/25942</w:t>
        <w:br/>
        <w:t>f 32233/31081/25972 32216/31066/25957 32217/31065/25956</w:t>
        <w:br/>
        <w:t>f 32189/31035/25926 32234/31083/25974 32322/31169/26056</w:t>
        <w:br/>
        <w:t>f 32321/31170/26057 32189/31035/25926 32322/31169/26056</w:t>
        <w:br/>
        <w:t>f 31520/30470/25363 31521/30469/25362 32195/31043/25934</w:t>
        <w:br/>
        <w:t>f 32196/31042/25933 31520/30470/25363 32195/31043/25934</w:t>
        <w:br/>
        <w:t>f 31825/30747/25642 32323/31171/26058 32184/31031/25922</w:t>
        <w:br/>
        <w:t>f 31824/30744/25639 31825/30747/25642 32184/31031/25922</w:t>
        <w:br/>
        <w:t>f 32089/31011/25902 31880/30804/25699 31881/30803/25698</w:t>
        <w:br/>
        <w:t>f 32324/31172/26059 32089/31011/25902 31881/30803/25698</w:t>
        <w:br/>
        <w:t>f 31880/30804/25699 32096/31018/25909 31877/30799/25694</w:t>
        <w:br/>
        <w:t>f 32325/31173/26060 32089/31011/25902 32324/31172/26059</w:t>
        <w:br/>
        <w:t>f 32326/31174/26061 32325/31173/26060 32324/31172/26059</w:t>
        <w:br/>
        <w:t>f 32089/31011/25902 32325/31173/26060 31826/30750/25645</w:t>
        <w:br/>
        <w:t>f 32088/31009/25900 32089/31011/25902 31826/30750/25645</w:t>
        <w:br/>
        <w:t>f 32087/31010/25901 32088/31009/25900 32059/30981/25871</w:t>
        <w:br/>
        <w:t>f 31840/30763/25658 32087/31010/25901 32059/30981/25871</w:t>
        <w:br/>
        <w:t>f 32327/31175/26062 31994/30917/25807 31996/30918/25808</w:t>
        <w:br/>
        <w:t>f 32328/31176/26063 32327/31175/26062 31996/30918/25808</w:t>
        <w:br/>
        <w:t>f 31245/30268/25164 31813/30737/25632 31814/30736/25631</w:t>
        <w:br/>
        <w:t>f 31528/30477/25370 31245/30268/25164 31814/30736/25631</w:t>
        <w:br/>
        <w:t>f 30982/30005/24905 31776/30699/25594 31777/30698/25593</w:t>
        <w:br/>
        <w:t>f 31164/30187/25083 30982/30005/24905 31777/30698/25593</w:t>
        <w:br/>
        <w:t>f 31280/30304/25201 31811/30731/25626 31812/30734/25629</w:t>
        <w:br/>
        <w:t>f 31529/30478/25371 31280/30304/25201 31812/30734/25629</w:t>
        <w:br/>
        <w:t>f 31964/30884/25775 31965/30887/25778 32098/31021/25912</w:t>
        <w:br/>
        <w:t>f 32002/30925/25815 31964/30884/25775 32098/31021/25912</w:t>
        <w:br/>
        <w:t>f 31530/30480/25373 31531/30479/25372 32056/30978/25868</w:t>
        <w:br/>
        <w:t>f 32058/30980/25870 31530/30480/25373 32056/30978/25868</w:t>
        <w:br/>
        <w:t>f 32057/30979/25869 32056/30978/25868 31531/30479/25372</w:t>
        <w:br/>
        <w:t>f 31532/30481/25374 32057/30979/25869 31531/30479/25372</w:t>
        <w:br/>
        <w:t>f 31534/30482/25375 31869/30789/25684 31870/30792/25687</w:t>
        <w:br/>
        <w:t>f 31533/30483/25376 31534/30482/25375 31870/30792/25687</w:t>
        <w:br/>
        <w:t>f 31535/30484/25377 31257/30278/25174 31766/30688/25583</w:t>
        <w:br/>
        <w:t>f 31726/30648/25543 31535/30484/25377 31766/30688/25583</w:t>
        <w:br/>
        <w:t>f 31528/30477/25370 31814/30736/25631 31817/30739/25634</w:t>
        <w:br/>
        <w:t>f 30983/30004/24904 31528/30477/25370 31817/30739/25634</w:t>
        <w:br/>
        <w:t>f 31533/30483/25376 31870/30792/25687 32055/30977/25867</w:t>
        <w:br/>
        <w:t>f 31536/30485/25378 31533/30483/25376 32055/30977/25867</w:t>
        <w:br/>
        <w:t>f 31537/30486/25379 31535/30484/25377 31726/30648/25543</w:t>
        <w:br/>
        <w:t>f 31727/30647/25542 31537/30486/25379 31726/30648/25543</w:t>
        <w:br/>
        <w:t>f 31205/30227/25123 32030/30952/25842 31869/30789/25684</w:t>
        <w:br/>
        <w:t>f 31534/30482/25375 31205/30227/25123 31869/30789/25684</w:t>
        <w:br/>
        <w:t>f 32058/30980/25870 31848/30770/25665 31227/30250/25146</w:t>
        <w:br/>
        <w:t>f 31530/30480/25373 32058/30980/25870 31227/30250/25146</w:t>
        <w:br/>
        <w:t>f 31255/30280/25176 31538/30487/25380 32179/31027/25918</w:t>
        <w:br/>
        <w:t>f 32076/30998/25888 31255/30280/25176 32179/31027/25918</w:t>
        <w:br/>
        <w:t>f 31540/30489/25382 32329/31177/25946 32318/31167/26054</w:t>
        <w:br/>
        <w:t>f 31539/30490/25383 31540/30489/25382 32318/31167/26054</w:t>
        <w:br/>
        <w:t>f 32242/31090/25981 32256/31104/25995 31542/30491/25384</w:t>
        <w:br/>
        <w:t>f 31510/30458/25351 32242/31090/25981 31542/30491/25384</w:t>
        <w:br/>
        <w:t>f 32268/31116/26006 32263/31111/26001 31452/30401/25297</w:t>
        <w:br/>
        <w:t>f 32287/31135/26024 32268/31116/26006 31452/30401/25297</w:t>
        <w:br/>
        <w:t>f 32302/31150/26037 32303/31151/26038 31493/30441/25334</w:t>
        <w:br/>
        <w:t>f 32305/31153/26039 32294/31142/26031 31543/30492/25385</w:t>
        <w:br/>
        <w:t>f 32273/31121/26010 32302/31150/26037 31493/30441/25334</w:t>
        <w:br/>
        <w:t>f 32250/31099/25990 32252/31100/25991 31544/30493/25386</w:t>
        <w:br/>
        <w:t>f 31544/30493/25386 32252/31100/25991 31545/30494/25387</w:t>
        <w:br/>
        <w:t>f 32250/31099/25990 31544/30493/25386 31446/30395/25291</w:t>
        <w:br/>
        <w:t>f 31542/30491/25384 32256/31104/25995 31448/30396/25292</w:t>
        <w:br/>
        <w:t>f 31458/30407/25302 32272/31120/26009 31460/30408/25303</w:t>
        <w:br/>
        <w:t>f 32286/31134/26023 32287/31135/26024 31546/30495/25388</w:t>
        <w:br/>
        <w:t>f 31546/30495/25388 32287/31135/26024 31547/30496/25389</w:t>
        <w:br/>
        <w:t>f 31547/30496/25389 32287/31135/26024 31452/30401/25297</w:t>
        <w:br/>
        <w:t>f 31543/30492/25385 32294/31142/26031 31482/30431/25326</w:t>
        <w:br/>
        <w:t>f 31492/30442/25335 32303/31151/26038 31494/30444/25337</w:t>
        <w:br/>
        <w:t>f 31548/30497/25337 32305/31153/26039 31543/30492/25385</w:t>
        <w:br/>
        <w:t>f 31460/30408/25303 32273/31121/26010 31493/30441/25334</w:t>
        <w:br/>
        <w:t>f 31482/30431/25326 32286/31134/26023 31546/30495/25388</w:t>
        <w:br/>
        <w:t>f 31539/30490/25383 32318/31167/26054 32319/31166/26053</w:t>
        <w:br/>
        <w:t>f 31549/30498/25390 31539/30490/25383 32319/31166/26053</w:t>
        <w:br/>
        <w:t>f 32331/31178/26064 32330/31179/26065 31987/30909/25799</w:t>
        <w:br/>
        <w:t>f 32245/31091/25982 32243/31093/25984 32248/31094/25985</w:t>
        <w:br/>
        <w:t>f 32333/31180/26066 32332/31181/26067 32258/31105/25996</w:t>
        <w:br/>
        <w:t>f 32334/31182/26068 32333/31180/26066 32258/31105/25996</w:t>
        <w:br/>
        <w:t>f 32255/31101/25992 32335/31183/26069 32334/31182/26068</w:t>
        <w:br/>
        <w:t>f 32258/31105/25996 32255/31101/25992 32334/31182/26068</w:t>
        <w:br/>
        <w:t>f 32255/31101/25992 32238/31084/25975 32308/31156/26042</w:t>
        <w:br/>
        <w:t>f 32335/31183/26069 32255/31101/25992 32308/31156/26042</w:t>
        <w:br/>
        <w:t>f 32257/31106/26070 32337/31184/26071 32336/31185/26072</w:t>
        <w:br/>
        <w:t>f 31829/30751/25646 31826/30750/25645 32325/31173/26060</w:t>
        <w:br/>
        <w:t>f 32066/30987/25877 31829/30751/25646 32325/31173/26060</w:t>
        <w:br/>
        <w:t>f 31831/30753/25648 31828/30748/25643 31829/30751/25646</w:t>
        <w:br/>
        <w:t>f 31830/30752/25647 31831/30753/25648 31829/30751/25646</w:t>
        <w:br/>
        <w:t>f 31174/30199/25095 31585/30508/25401 32365/31186/26073</w:t>
        <w:br/>
        <w:t>f 32327/31175/26062 32366/31187/26074 31990/30912/25802</w:t>
        <w:br/>
        <w:t>f 32368/31188/26075 32367/31189/26076 31803/30725/25620</w:t>
        <w:br/>
        <w:t>f 32085/31007/25897 32368/31188/26075 31803/30725/25620</w:t>
        <w:br/>
        <w:t>f 32369/31190/26077 32367/31189/26076 32368/31188/26075</w:t>
        <w:br/>
        <w:t>f 32061/30983/25873 32369/31190/26077 32368/31188/26075</w:t>
        <w:br/>
        <w:t>f 32314/31163/26050 32198/31048/25939 32199/31047/25938</w:t>
        <w:br/>
        <w:t>f 32197/31045/25936 32314/31163/26050 32199/31047/25938</w:t>
        <w:br/>
        <w:t>f 32225/31074/25965 32214/31063/25954 32198/31048/25939</w:t>
        <w:br/>
        <w:t>f 32314/31163/26050 32225/31074/25965 32198/31048/25939</w:t>
        <w:br/>
        <w:t>f 32196/31042/25933 32312/31160/26047 31507/30455/25348</w:t>
        <w:br/>
        <w:t>f 31520/30470/25363 32196/31042/25933 31507/30455/25348</w:t>
        <w:br/>
        <w:t>f 32313/31161/26048 32312/31160/26047 32199/31047/25938</w:t>
        <w:br/>
        <w:t>f 32200/31046/25937 32313/31161/26048 32199/31047/25938</w:t>
        <w:br/>
        <w:t>f 32204/31053/25944 32214/31063/25954 32225/31074/25965</w:t>
        <w:br/>
        <w:t>f 32224/31071/25962 32204/31053/25944 32225/31074/25965</w:t>
        <w:br/>
        <w:t>f 31858/30780/25675 31866/30788/25683 31863/30787/25682</w:t>
        <w:br/>
        <w:t>f 31857/30777/25672 31858/30780/25675 31863/30787/25682</w:t>
        <w:br/>
        <w:t>f 31863/30787/25682 32053/30976/25866 31861/30781/25676</w:t>
        <w:br/>
        <w:t>f 31857/30777/25672 31863/30787/25682 31861/30781/25676</w:t>
        <w:br/>
        <w:t>f 31866/30788/25683 32057/30979/25869 32370/31191/26078</w:t>
        <w:br/>
        <w:t>f 31865/30785/25680 31866/30788/25683 32370/31191/26078</w:t>
        <w:br/>
        <w:t>f 32057/30979/25869 31532/30481/25374 31592/30514/25407</w:t>
        <w:br/>
        <w:t>f 32370/31191/26078 32057/30979/25869 31592/30514/25407</w:t>
        <w:br/>
        <w:t>f 32054/30975/25865 31886/30806/25701 31887/30809/25704</w:t>
        <w:br/>
        <w:t>f 32053/30976/25866 32054/30975/25865 31887/30809/25704</w:t>
        <w:br/>
        <w:t>f 32371/31192/26079 32047/30971/25861 32048/30970/25860</w:t>
        <w:br/>
        <w:t>f 32202/31050/25941 32371/31192/26079 32048/30970/25860</w:t>
        <w:br/>
        <w:t>f 32373/31193/26080 32372/31194/26081 32219/31067/25958</w:t>
        <w:br/>
        <w:t>f 32216/31066/25957 32373/31193/26080 32219/31067/25958</w:t>
        <w:br/>
        <w:t>f 32050/30972/25862 32374/31195/26082 32319/31166/26053</w:t>
        <w:br/>
        <w:t>f 32049/30969/25859 32050/30972/25862 32319/31166/26053</w:t>
        <w:br/>
        <w:t>f 32372/31194/26081 32371/31192/26079 32202/31050/25941</w:t>
        <w:br/>
        <w:t>f 32219/31067/25958 32372/31194/26081 32202/31050/25941</w:t>
        <w:br/>
        <w:t>f 32374/31195/26082 31597/30519/25412 31549/30498/25390</w:t>
        <w:br/>
        <w:t>f 32319/31166/26053 32374/31195/26082 31549/30498/25390</w:t>
        <w:br/>
        <w:t>f 32375/31196/26083 32373/31193/26080 32216/31066/25957</w:t>
        <w:br/>
        <w:t>f 32233/31081/25972 32375/31196/26083 32216/31066/25957</w:t>
        <w:br/>
        <w:t>f 31990/30912/25802 31994/30917/25807 32327/31175/26062</w:t>
        <w:br/>
        <w:t>f 32067/30989/25879 32001/30923/25813 31816/30738/25633</w:t>
        <w:br/>
        <w:t>f 31813/30737/25632 32067/30989/25879 31816/30738/25633</w:t>
        <w:br/>
        <w:t>f 31812/30734/25629 31809/30733/25628 32001/30923/25813</w:t>
        <w:br/>
        <w:t>f 32067/30989/25879 31812/30734/25629 32001/30923/25813</w:t>
        <w:br/>
        <w:t>f 32067/30989/25879 31246/30267/25163 31529/30478/25371</w:t>
        <w:br/>
        <w:t>f 31812/30734/25629 32067/30989/25879 31529/30478/25371</w:t>
        <w:br/>
        <w:t>f 31814/30736/25631 31815/30735/25630 31993/30915/25805</w:t>
        <w:br/>
        <w:t>f 31817/30739/25634 31814/30736/25631 31993/30915/25805</w:t>
        <w:br/>
        <w:t>f 31817/30739/25634 31993/30915/25805 31778/30700/25595</w:t>
        <w:br/>
        <w:t>f 31776/30699/25594 31817/30739/25634 31778/30700/25595</w:t>
        <w:br/>
        <w:t>f 31975/30898/25788 31976/30897/25787 31774/30696/25591</w:t>
        <w:br/>
        <w:t>f 31763/30685/25580 31975/30898/25788 31774/30696/25591</w:t>
        <w:br/>
        <w:t>f 31783/30707/25602 31997/30920/25810 31996/30918/25808</w:t>
        <w:br/>
        <w:t>f 31787/30710/25605 31783/30707/25602 31996/30918/25808</w:t>
        <w:br/>
        <w:t>f 31998/30919/25809 31784/30706/25601 31790/30712/25607</w:t>
        <w:br/>
        <w:t>f 32038/30960/25850 31998/30919/25809 31790/30712/25607</w:t>
        <w:br/>
        <w:t>f 31902/30824/25719 31746/30666/25561 31747/30669/25564</w:t>
        <w:br/>
        <w:t>f 32330/31179/26065 31902/30824/25719 31747/30669/25564</w:t>
        <w:br/>
        <w:t>f 32376/31197/26084 31901/30823/25718 31902/30824/25719</w:t>
        <w:br/>
        <w:t>f 32377/31198/26085 32376/31197/26084 31902/30824/25719</w:t>
        <w:br/>
        <w:t>f 32376/31197/26084 31981/30902/25792 31820/30741/25636</w:t>
        <w:br/>
        <w:t>f 31901/30823/25718 32376/31197/26084 31820/30741/25636</w:t>
        <w:br/>
        <w:t>f 31901/30823/25718 31820/30741/25636 31743/30665/25560</w:t>
        <w:br/>
        <w:t>f 31740/30664/25559 31901/30823/25718 31743/30665/25560</w:t>
        <w:br/>
        <w:t>f 31536/30485/25378 32055/30977/25867 32370/31191/26078</w:t>
        <w:br/>
        <w:t>f 31592/30514/25407 31536/30485/25378 32370/31191/26078</w:t>
        <w:br/>
        <w:t>f 31865/30785/25680 32370/31191/26078 32055/30977/25867</w:t>
        <w:br/>
        <w:t>f 32045/30967/25857 31865/30785/25680 32055/30977/25867</w:t>
        <w:br/>
        <w:t>f 31864/30786/25681 31865/30785/25680 32045/30967/25857</w:t>
        <w:br/>
        <w:t>f 32043/30966/25856 31864/30786/25681 32045/30967/25857</w:t>
        <w:br/>
        <w:t>f 32054/30975/25865 31864/30786/25681 32043/30966/25856</w:t>
        <w:br/>
        <w:t>f 32042/30963/25853 32054/30975/25865 32043/30966/25856</w:t>
        <w:br/>
        <w:t>f 31886/30806/25701 32054/30975/25865 32042/30963/25853</w:t>
        <w:br/>
        <w:t>f 32020/30942/25832 31886/30806/25701 32042/30963/25853</w:t>
        <w:br/>
        <w:t>f 31885/30807/25702 31886/30806/25701 32020/30942/25832</w:t>
        <w:br/>
        <w:t>f 32021/30941/25831 31885/30807/25702 32020/30942/25832</w:t>
        <w:br/>
        <w:t>f 32097/31019/25910 32090/31013/25904 32094/31014/25905</w:t>
        <w:br/>
        <w:t>f 31889/30811/25706 32097/31019/25910 32094/31014/25905</w:t>
        <w:br/>
        <w:t>f 32093/31015/25906 32094/31014/25905 32090/31013/25904</w:t>
        <w:br/>
        <w:t>f 32091/31012/25903 32093/31015/25906 32090/31013/25904</w:t>
        <w:br/>
        <w:t>f 32330/31179/26065 32331/31178/26064 32378/31199/26086</w:t>
        <w:br/>
        <w:t>f 32379/31200/26087 32330/31179/26065 32378/31199/26086</w:t>
        <w:br/>
        <w:t>f 32377/31198/26085 32379/31200/26087 32380/31201/26088</w:t>
        <w:br/>
        <w:t>f 32381/31202/26089 32377/31198/26085 32380/31201/26088</w:t>
        <w:br/>
        <w:t>f 32381/31202/26089 31822/30746/25641 32027/30950/25840</w:t>
        <w:br/>
        <w:t>f 32382/31203/26090 32381/31202/26089 32027/30950/25840</w:t>
        <w:br/>
        <w:t>f 32062/30984/25874 32383/31204/26091 32382/31203/26090</w:t>
        <w:br/>
        <w:t>f 32027/30950/25840 32062/30984/25874 32382/31203/26090</w:t>
        <w:br/>
        <w:t>f 32383/31204/26091 32062/30984/25874 32075/30997/25887</w:t>
        <w:br/>
        <w:t>f 32384/31205/26092 32383/31204/26091 32075/30997/25887</w:t>
        <w:br/>
        <w:t>f 32073/30995/25885 32385/31206/26093 32384/31205/26092</w:t>
        <w:br/>
        <w:t>f 32075/30997/25887 32073/30995/25885 32384/31205/26092</w:t>
        <w:br/>
        <w:t>f 32385/31206/26093 32073/30995/25885 32074/30996/25886</w:t>
        <w:br/>
        <w:t>f 32386/31207/26094 32385/31206/26093 32074/30996/25886</w:t>
        <w:br/>
        <w:t>f 32010/30932/25822 32387/31208/26095 32386/31207/26094</w:t>
        <w:br/>
        <w:t>f 32074/30996/25886 32010/30932/25822 32386/31207/26094</w:t>
        <w:br/>
        <w:t>f 31900/30821/25716 32388/31209/26096 32387/31208/26095</w:t>
        <w:br/>
        <w:t>f 32010/30932/25822 31900/30821/25716 32387/31208/26095</w:t>
        <w:br/>
        <w:t>f 32388/31209/26096 31900/30821/25716 31756/30680/25575</w:t>
        <w:br/>
        <w:t>f 32389/31210/26097 32388/31209/26096 31756/30680/25575</w:t>
        <w:br/>
        <w:t>f 31757/30679/25574 32390/31211/26098 32389/31210/26097</w:t>
        <w:br/>
        <w:t>f 31756/30680/25575 31757/30679/25574 32389/31210/26097</w:t>
        <w:br/>
        <w:t>f 32390/31211/26098 31757/30679/25574 32181/31029/25920</w:t>
        <w:br/>
        <w:t>f 32391/31212/26099 32390/31211/26098 32181/31029/25920</w:t>
        <w:br/>
        <w:t>f 32391/31212/26099 32181/31029/25920 32177/31026/25917</w:t>
        <w:br/>
        <w:t>f 32392/31213/26100 32391/31212/26099 32177/31026/25917</w:t>
        <w:br/>
        <w:t>f 32178/31025/25916 31768/30689/25584 32392/31213/26100</w:t>
        <w:br/>
        <w:t>f 32177/31026/25917 32178/31025/25916 32392/31213/26100</w:t>
        <w:br/>
        <w:t>f 31768/30689/25584 32178/31025/25916 32179/31027/25918</w:t>
        <w:br/>
        <w:t>f 31767/30690/25585 31768/30689/25584 32179/31027/25918</w:t>
        <w:br/>
        <w:t>f 31538/30487/25380 31147/30169/25065 31767/30690/25585</w:t>
        <w:br/>
        <w:t>f 32179/31027/25918 31538/30487/25380 31767/30690/25585</w:t>
        <w:br/>
        <w:t>f 32381/31202/26089 32380/31201/26088 31825/30747/25642</w:t>
        <w:br/>
        <w:t>f 31822/30746/25641 32381/31202/26089 31825/30747/25642</w:t>
        <w:br/>
        <w:t>f 32323/31171/26058 31825/30747/25642 32380/31201/26088</w:t>
        <w:br/>
        <w:t>f 32393/31214/26101 32323/31171/26058 32380/31201/26088</w:t>
        <w:br/>
        <w:t>f 31768/30689/25584 31764/30684/25579 31765/30687/25582</w:t>
        <w:br/>
        <w:t>f 32392/31213/26100 31768/30689/25584 31765/30687/25582</w:t>
        <w:br/>
        <w:t>f 32180/31028/25919 32391/31212/26099 32392/31213/26100</w:t>
        <w:br/>
        <w:t>f 31765/30687/25582 32180/31028/25919 32392/31213/26100</w:t>
        <w:br/>
        <w:t>f 32391/31212/26099 32180/31028/25919 31978/30899/25789</w:t>
        <w:br/>
        <w:t>f 32390/31211/26098 32391/31212/26099 31978/30899/25789</w:t>
        <w:br/>
        <w:t>f 32390/31211/26098 31978/30899/25789 31979/30901/25791</w:t>
        <w:br/>
        <w:t>f 32389/31210/26097 32390/31211/26098 31979/30901/25791</w:t>
        <w:br/>
        <w:t>f 32072/30994/25884 32388/31209/26096 32389/31210/26097</w:t>
        <w:br/>
        <w:t>f 31979/30901/25791 32072/30994/25884 32389/31210/26097</w:t>
        <w:br/>
        <w:t>f 32388/31209/26096 32072/30994/25884 32071/30993/25883</w:t>
        <w:br/>
        <w:t>f 32387/31208/26095 32388/31209/26096 32071/30993/25883</w:t>
        <w:br/>
        <w:t>f 32023/30945/25835 32386/31207/26094 32387/31208/26095</w:t>
        <w:br/>
        <w:t>f 32071/30993/25883 32023/30945/25835 32387/31208/26095</w:t>
        <w:br/>
        <w:t>f 32386/31207/26094 32023/30945/25835 32024/30946/25836</w:t>
        <w:br/>
        <w:t>f 32385/31206/26093 32386/31207/26094 32024/30946/25836</w:t>
        <w:br/>
        <w:t>f 31980/30903/25793 32384/31205/26092 32385/31206/26093</w:t>
        <w:br/>
        <w:t>f 32024/30946/25836 31980/30903/25793 32385/31206/26093</w:t>
        <w:br/>
        <w:t>f 32383/31204/26091 32384/31205/26092 31980/30903/25793</w:t>
        <w:br/>
        <w:t>f 31981/30902/25792 32383/31204/26091 31980/30903/25793</w:t>
        <w:br/>
        <w:t>f 32382/31203/26090 32383/31204/26091 31981/30902/25792</w:t>
        <w:br/>
        <w:t>f 32376/31197/26084 32382/31203/26090 31981/30902/25792</w:t>
        <w:br/>
        <w:t>f 32377/31198/26085 32381/31202/26089 32382/31203/26090</w:t>
        <w:br/>
        <w:t>f 32376/31197/26084 32377/31198/26085 32382/31203/26090</w:t>
        <w:br/>
        <w:t>f 31975/30898/25788 31763/30685/25580 31764/30684/25579</w:t>
        <w:br/>
        <w:t>f 31769/30691/25586 31975/30898/25788 31764/30684/25579</w:t>
        <w:br/>
        <w:t>f 31975/30898/25788 31769/30691/25586 31146/30170/25066</w:t>
        <w:br/>
        <w:t>f 31145/30165/25061 31975/30898/25788 31146/30170/25066</w:t>
        <w:br/>
        <w:t>f 31902/30824/25719 32330/31179/26065 32379/31200/26087</w:t>
        <w:br/>
        <w:t>f 32377/31198/26085 31902/30824/25719 32379/31200/26087</w:t>
        <w:br/>
        <w:t>f 31887/30809/25704 31884/30808/25703 31875/30796/25691</w:t>
        <w:br/>
        <w:t>f 31860/30782/25677 31887/30809/25704 31875/30796/25691</w:t>
        <w:br/>
        <w:t>f 31882/30802/25697 31875/30796/25691 31884/30808/25703</w:t>
        <w:br/>
        <w:t>f 31888/30810/25705 31882/30802/25697 31884/30808/25703</w:t>
        <w:br/>
        <w:t>f 32324/31172/26059 31881/30803/25698 32095/31017/25908</w:t>
        <w:br/>
        <w:t>f 32092/31016/25907 32324/31172/26059 32095/31017/25908</w:t>
        <w:br/>
        <w:t>f 32379/31200/26087 32378/31199/26086 32393/31214/26101</w:t>
        <w:br/>
        <w:t>f 32380/31201/26088 32379/31200/26087 32393/31214/26101</w:t>
        <w:br/>
        <w:t>f 32053/30976/25866 31887/30809/25704 31860/30782/25677</w:t>
        <w:br/>
        <w:t>f 31861/30781/25676 32053/30976/25866 31860/30782/25677</w:t>
        <w:br/>
        <w:t>f 31972/30894/25784 32014/30936/25826 32063/30985/25875</w:t>
        <w:br/>
        <w:t>f 31920/30842/25736 31972/30894/25784 32063/30985/25875</w:t>
        <w:br/>
        <w:t>f 32064/30986/25876 31920/30842/25736 32063/30985/25875</w:t>
        <w:br/>
        <w:t>f 31918/30841/25735 31920/30842/25736 32064/30986/25876</w:t>
        <w:br/>
        <w:t>f 32186/31034/25925 31918/30841/25735 32064/30986/25876</w:t>
        <w:br/>
        <w:t>f 31974/30896/25786 31918/30841/25735 32186/31034/25925</w:t>
        <w:br/>
        <w:t>f 32185/31033/25924 31974/30896/25786 32186/31034/25925</w:t>
        <w:br/>
        <w:t>f 31897/30819/25714 31974/30896/25786 32185/31033/25924</w:t>
        <w:br/>
        <w:t>f 32183/31032/25923 31897/30819/25714 32185/31033/25924</w:t>
        <w:br/>
        <w:t>f 31997/30920/25810 32394/31215/26102 32328/31176/26063</w:t>
        <w:br/>
        <w:t>f 31996/30918/25808 31997/30920/25810 32328/31176/26063</w:t>
        <w:br/>
        <w:t>f 31998/30919/25809 32395/31216/26103 32394/31215/26102</w:t>
        <w:br/>
        <w:t>f 31997/30920/25810 31998/30919/25809 32394/31215/26102</w:t>
        <w:br/>
        <w:t>f 32395/31216/26103 31998/30919/25809 32038/30960/25850</w:t>
        <w:br/>
        <w:t>f 32396/31217/26104 32395/31216/26103 32038/30960/25850</w:t>
        <w:br/>
        <w:t>f 32396/31217/26104 32038/30960/25850 31792/30714/25609</w:t>
        <w:br/>
        <w:t>f 32397/31218/26105 32396/31217/26104 31792/30714/25609</w:t>
        <w:br/>
        <w:t>f 32398/31219/26106 32397/31218/26105 31792/30714/25609</w:t>
        <w:br/>
        <w:t>f 31793/30713/25608 32398/31219/26106 31792/30714/25609</w:t>
        <w:br/>
        <w:t>f 31986/30908/25798 32399/31220/26107 32398/31219/26106</w:t>
        <w:br/>
        <w:t>f 31793/30713/25608 31986/30908/25798 32398/31219/26106</w:t>
        <w:br/>
        <w:t>f 31744/30668/25563 32400/31221/26108 32399/31220/26107</w:t>
        <w:br/>
        <w:t>f 31986/30908/25798 31744/30668/25563 32399/31220/26107</w:t>
        <w:br/>
        <w:t>f 31745/30667/25562 32401/31222/26109 32400/31221/26108</w:t>
        <w:br/>
        <w:t>f 31744/30668/25563 31745/30667/25562 32400/31221/26108</w:t>
        <w:br/>
        <w:t>f 32401/31222/26109 31745/30667/25562 31741/30663/25558</w:t>
        <w:br/>
        <w:t>f 32402/31223/26110 32401/31222/26109 31741/30663/25558</w:t>
        <w:br/>
        <w:t>f 32403/31224/26111 32402/31223/26110 31741/30663/25558</w:t>
        <w:br/>
        <w:t>f 31742/30662/25557 32403/31224/26111 31741/30663/25558</w:t>
        <w:br/>
        <w:t>f 32004/30926/25816 32404/31225/26112 32403/31224/26111</w:t>
        <w:br/>
        <w:t>f 31742/30662/25557 32004/30926/25816 32403/31224/26111</w:t>
        <w:br/>
        <w:t>f 31738/30661/25556 32405/31226/26113 32404/31225/26112</w:t>
        <w:br/>
        <w:t>f 32004/30926/25816 31738/30661/25556 32404/31225/26112</w:t>
        <w:br/>
        <w:t>f 31739/30660/25555 32406/31227/26114 32405/31226/26113</w:t>
        <w:br/>
        <w:t>f 31738/30661/25556 31739/30660/25555 32405/31226/26113</w:t>
        <w:br/>
        <w:t>f 31999/30921/25811 32407/31228/26115 32406/31227/26114</w:t>
        <w:br/>
        <w:t>f 31739/30660/25555 31999/30921/25811 32406/31227/26114</w:t>
        <w:br/>
        <w:t>f 31991/30913/25803 32408/31229/26116 32407/31228/26115</w:t>
        <w:br/>
        <w:t>f 31999/30921/25811 31991/30913/25803 32407/31228/26115</w:t>
        <w:br/>
        <w:t>f 31984/30907/25797 32409/31230/26117 32408/31229/26116</w:t>
        <w:br/>
        <w:t>f 31991/30913/25803 31984/30907/25797 32408/31229/26116</w:t>
        <w:br/>
        <w:t>f 31985/30906/25796 32410/31231/26118 32409/31230/26117</w:t>
        <w:br/>
        <w:t>f 31984/30907/25797 31985/30906/25796 32409/31230/26117</w:t>
        <w:br/>
        <w:t>f 32413/31232/26119 32412/31233/26120 32411/31234/26121</w:t>
        <w:br/>
        <w:t>f 31985/30906/25796 32413/31232/26119 32411/31234/26121</w:t>
        <w:br/>
        <w:t>f 31771/30695/25590 32414/31235/26122 32412/31233/26120</w:t>
        <w:br/>
        <w:t>f 32413/31232/26119 31771/30695/25590 32412/31233/26120</w:t>
        <w:br/>
        <w:t>f 31772/30694/25589 32415/31236/26123 32414/31235/26122</w:t>
        <w:br/>
        <w:t>f 31771/30695/25590 31772/30694/25589 32414/31235/26122</w:t>
        <w:br/>
        <w:t>f 31772/30694/25589 31989/30910/25800 32366/31187/26074</w:t>
        <w:br/>
        <w:t>f 32415/31236/26123 31772/30694/25589 32366/31187/26074</w:t>
        <w:br/>
        <w:t>f 32366/31187/26074 31989/30910/25800 31990/30912/25802</w:t>
        <w:br/>
        <w:t>f 31987/30909/25799 32065/30988/25878 32331/31178/26064</w:t>
        <w:br/>
        <w:t>f 31987/30909/25799 32330/31179/26065 31747/30669/25564</w:t>
        <w:br/>
        <w:t>f 31755/30677/25572 32413/31232/26119 31985/30906/25796</w:t>
        <w:br/>
        <w:t>f 31754/30674/25569 31755/30677/25572 31985/30906/25796</w:t>
        <w:br/>
        <w:t>f 31770/30692/25587 31771/30695/25590 32413/31232/26119</w:t>
        <w:br/>
        <w:t>f 31755/30677/25572 31770/30692/25587 32413/31232/26119</w:t>
        <w:br/>
        <w:t>f 32418/31237/26124 32417/31238/26125 32416/31239/26126</w:t>
        <w:br/>
        <w:t>f 32419/31240/26127 32418/31237/26124 32416/31239/26126</w:t>
        <w:br/>
        <w:t>f 32419/31240/26127 32421/31241/26128 32420/31242/26129</w:t>
        <w:br/>
        <w:t>f 32418/31237/26124 32419/31240/26127 32420/31242/26129</w:t>
        <w:br/>
        <w:t>f 32417/31238/26125 32423/31243/26130 32422/31244/26131</w:t>
        <w:br/>
        <w:t>f 32416/31239/26126 32417/31238/26125 32422/31244/26131</w:t>
        <w:br/>
        <w:t>f 32426/31245/26132 32425/31246/26133 32424/31247/26134</w:t>
        <w:br/>
        <w:t>f 32427/31248/26135 32426/31245/26132 32424/31247/26134</w:t>
        <w:br/>
        <w:t>f 32425/31246/26133 32426/31245/26132 32428/31249/26136</w:t>
        <w:br/>
        <w:t>f 32429/31250/26137 32425/31246/26133 32428/31249/26136</w:t>
        <w:br/>
        <w:t>f 32427/31248/26135 32424/31247/26134 32430/31251/26138</w:t>
        <w:br/>
        <w:t>f 32431/31252/26139 32427/31248/26135 32430/31251/26138</w:t>
        <w:br/>
        <w:t>f 32429/31250/26137 32428/31249/26136 32432/31253/26140</w:t>
        <w:br/>
        <w:t>f 32433/31254/26141 32429/31250/26137 32432/31253/26140</w:t>
        <w:br/>
        <w:t>f 32433/31254/26141 32432/31253/26140 32434/31255/26142</w:t>
        <w:br/>
        <w:t>f 32435/31256/26143 32433/31254/26141 32434/31255/26142</w:t>
        <w:br/>
        <w:t>f 32436/31257/26144 31661/30582/25475 31662/30581/25474</w:t>
        <w:br/>
        <w:t>f 32437/31258/26145 32436/31257/26144 31662/30581/25474</w:t>
        <w:br/>
        <w:t>f 32436/31257/26144 32437/31258/26145 32439/31259/26146</w:t>
        <w:br/>
        <w:t>f 32438/31260/26147 32436/31257/26144 32439/31259/26146</w:t>
        <w:br/>
        <w:t>f 32438/31260/26147 32439/31259/26146 32441/31261/26148</w:t>
        <w:br/>
        <w:t>f 32440/31262/26149 32438/31260/26147 32441/31261/26148</w:t>
        <w:br/>
        <w:t>f 32440/31262/26149 32441/31261/26148 32420/31242/26129</w:t>
        <w:br/>
        <w:t>f 32421/31241/26128 32440/31262/26149 32420/31242/26129</w:t>
        <w:br/>
        <w:t>f 32443/31263/26150 32442/31264/26151 31670/30589/25482</w:t>
        <w:br/>
        <w:t>f 31667/30592/25485 32443/31263/26150 31670/30589/25482</w:t>
        <w:br/>
        <w:t>f 32442/31264/26151 32443/31263/26150 32431/31252/26139</w:t>
        <w:br/>
        <w:t>f 32430/31251/26138 32442/31264/26151 32431/31252/26139</w:t>
        <w:br/>
        <w:t>f 32422/31244/26131 32423/31243/26130 32435/31256/26143</w:t>
        <w:br/>
        <w:t>f 32434/31255/26142 32422/31244/26131 32435/31256/26143</w:t>
        <w:br/>
        <w:t>f 32221/31068/25959 32223/31072/25963 32419/31240/26127</w:t>
        <w:br/>
        <w:t>f 32416/31239/26126 32221/31068/25959 32419/31240/26127</w:t>
        <w:br/>
        <w:t>f 32371/31192/26079 32426/31245/26132 32427/31248/26135</w:t>
        <w:br/>
        <w:t>f 32047/30971/25861 32371/31192/26079 32427/31248/26135</w:t>
        <w:br/>
        <w:t>f 32428/31249/26136 32372/31194/26081 32373/31193/26080</w:t>
        <w:br/>
        <w:t>f 32432/31253/26140 32428/31249/26136 32373/31193/26080</w:t>
        <w:br/>
        <w:t>f 32436/31257/26144 32438/31260/26147 32194/31044/25935</w:t>
        <w:br/>
        <w:t>f 32195/31043/25934 32436/31257/26144 32194/31044/25935</w:t>
        <w:br/>
        <w:t>f 32421/31241/26128 32419/31240/26127 32223/31072/25963</w:t>
        <w:br/>
        <w:t>f 32226/31073/25964 32421/31241/26128 32223/31072/25963</w:t>
        <w:br/>
        <w:t>f 32443/31263/26150 32374/31195/26082 32050/30972/25862</w:t>
        <w:br/>
        <w:t>f 32431/31252/26139 32443/31263/26150 32050/30972/25862</w:t>
        <w:br/>
        <w:t>f 32426/31245/26132 32371/31192/26079 32372/31194/26081</w:t>
        <w:br/>
        <w:t>f 32428/31249/26136 32426/31245/26132 32372/31194/26081</w:t>
        <w:br/>
        <w:t>f 32315/31162/26049 32194/31044/25935 32438/31260/26147</w:t>
        <w:br/>
        <w:t>f 32440/31262/26149 32315/31162/26049 32438/31260/26147</w:t>
        <w:br/>
        <w:t>f 32226/31073/25964 32315/31162/26049 32440/31262/26149</w:t>
        <w:br/>
        <w:t>f 32421/31241/26128 32226/31073/25964 32440/31262/26149</w:t>
        <w:br/>
        <w:t>f 32430/31251/26138 32368/31188/26075 32085/31007/25897</w:t>
        <w:br/>
        <w:t>f 32442/31264/26151 32430/31251/26138 32085/31007/25897</w:t>
        <w:br/>
        <w:t>f 32368/31188/26075 32430/31251/26138 32424/31247/26134</w:t>
        <w:br/>
        <w:t>f 32061/30983/25873 32368/31188/26075 32424/31247/26134</w:t>
        <w:br/>
        <w:t>f 32061/30983/25873 32424/31247/26134 32425/31246/26133</w:t>
        <w:br/>
        <w:t>f 32060/30982/25872 32061/30983/25873 32425/31246/26133</w:t>
        <w:br/>
        <w:t>f 32429/31250/26137 31842/30764/25659 32060/30982/25872</w:t>
        <w:br/>
        <w:t>f 32425/31246/26133 32429/31250/26137 32060/30982/25872</w:t>
        <w:br/>
        <w:t>f 31842/30764/25659 32429/31250/26137 32433/31254/26141</w:t>
        <w:br/>
        <w:t>f 31841/30762/25657 31842/30764/25659 32433/31254/26141</w:t>
        <w:br/>
        <w:t>f 31841/30762/25657 32433/31254/26141 32435/31256/26143</w:t>
        <w:br/>
        <w:t>f 32039/30962/25852 31841/30762/25657 32435/31256/26143</w:t>
        <w:br/>
        <w:t>f 32423/31243/26130 32417/31238/26125 31879/30801/25696</w:t>
        <w:br/>
        <w:t>f 31876/30800/25695 32423/31243/26130 31879/30801/25696</w:t>
        <w:br/>
        <w:t>f 32417/31238/26125 32418/31237/26124 31853/30773/25668</w:t>
        <w:br/>
        <w:t>f 31879/30801/25696 32417/31238/26125 31853/30773/25668</w:t>
        <w:br/>
        <w:t>f 32418/31237/26124 32420/31242/26129 31852/30774/25669</w:t>
        <w:br/>
        <w:t>f 31853/30773/25668 32418/31237/26124 31852/30774/25669</w:t>
        <w:br/>
        <w:t>f 32052/30973/25863 31852/30774/25669 32420/31242/26129</w:t>
        <w:br/>
        <w:t>f 32441/31261/26148 32052/30973/25863 32420/31242/26129</w:t>
        <w:br/>
        <w:t>f 32439/31259/26146 31850/30772/25667 32052/30973/25863</w:t>
        <w:br/>
        <w:t>f 32441/31261/26148 32439/31259/26146 32052/30973/25863</w:t>
        <w:br/>
        <w:t>f 32437/31258/26145 31849/30769/25664 31850/30772/25667</w:t>
        <w:br/>
        <w:t>f 32439/31259/26146 32437/31258/26145 31850/30772/25667</w:t>
        <w:br/>
        <w:t>f 31876/30800/25695 32039/30962/25852 32435/31256/26143</w:t>
        <w:br/>
        <w:t>f 32423/31243/26130 31876/30800/25695 32435/31256/26143</w:t>
        <w:br/>
        <w:t>f 32434/31255/26142 32375/31196/26083 32235/31082/25973</w:t>
        <w:br/>
        <w:t>f 32416/31239/26126 32422/31244/26131 32220/31069/25960</w:t>
        <w:br/>
        <w:t>f 32221/31068/25959 32416/31239/26126 32220/31069/25960</w:t>
        <w:br/>
        <w:t>f 32432/31253/26140 32373/31193/26080 32375/31196/26083</w:t>
        <w:br/>
        <w:t>f 32434/31255/26142 32432/31253/26140 32375/31196/26083</w:t>
        <w:br/>
        <w:t>f 31661/30582/25475 32436/31257/26144 32195/31043/25934</w:t>
        <w:br/>
        <w:t>f 31521/30469/25362 31661/30582/25475 32195/31043/25934</w:t>
        <w:br/>
        <w:t>f 31662/30581/25474 31226/30249/25145 31849/30769/25664</w:t>
        <w:br/>
        <w:t>f 32437/31258/26145 31662/30581/25474 31849/30769/25664</w:t>
        <w:br/>
        <w:t>f 31667/30592/25485 31597/30519/25412 32374/31195/26082</w:t>
        <w:br/>
        <w:t>f 32443/31263/26150 31667/30592/25485 32374/31195/26082</w:t>
        <w:br/>
        <w:t>f 31266/30290/25186 31670/30589/25482 32442/31264/26151</w:t>
        <w:br/>
        <w:t>f 32085/31007/25897 31266/30290/25186 32442/31264/26151</w:t>
        <w:br/>
        <w:t>f 32431/31252/26139 32050/30972/25862 32047/30971/25861</w:t>
        <w:br/>
        <w:t>f 32427/31248/26135 32431/31252/26139 32047/30971/25861</w:t>
        <w:br/>
        <w:t>f 31897/30819/25714 32183/31032/25923 32174/31023/25914</w:t>
        <w:br/>
        <w:t>f 32175/31024/25915 32026/30947/25837 31895/30817/25712</w:t>
        <w:br/>
        <w:t>f 31896/30820/25715 32175/31024/25915 31895/30817/25712</w:t>
        <w:br/>
        <w:t>f 32444/31265/26152 32331/31178/26064 32065/30988/25878</w:t>
        <w:br/>
        <w:t>f 32066/30987/25877 32444/31265/26152 32065/30988/25878</w:t>
        <w:br/>
        <w:t>f 32446/31266/26153 32445/31267/26154 32175/31024/25915</w:t>
        <w:br/>
        <w:t>f 32174/31023/25914 32446/31266/26153 32175/31024/25915</w:t>
        <w:br/>
        <w:t>f 32445/31267/26154 32446/31266/26153 32447/31268/26155</w:t>
        <w:br/>
        <w:t>f 32448/31269/26156 32445/31267/26154 32447/31268/26155</w:t>
        <w:br/>
        <w:t>f 32448/31269/26156 32447/31268/26155 32449/31270/26157</w:t>
        <w:br/>
        <w:t>f 32450/31271/26158 32448/31269/26156 32449/31270/26157</w:t>
        <w:br/>
        <w:t>f 32452/31272/26159 32451/31273/26160 32444/31265/26152</w:t>
        <w:br/>
        <w:t>f 32326/31174/26061 32452/31272/26159 32444/31265/26152</w:t>
        <w:br/>
        <w:t>f 32451/31273/26160 32452/31272/26159 32450/31271/26158</w:t>
        <w:br/>
        <w:t>f 32449/31270/26157 32451/31273/26160 32450/31271/26158</w:t>
        <w:br/>
        <w:t>f 32025/30948/25838 32445/31267/26154 32448/31269/26156</w:t>
        <w:br/>
        <w:t>f 32091/31012/25903 32025/30948/25838 32448/31269/26156</w:t>
        <w:br/>
        <w:t>f 32452/31272/26159 32092/31016/25907 32093/31015/25906</w:t>
        <w:br/>
        <w:t>f 32450/31271/26158 32452/31272/26159 32093/31015/25906</w:t>
        <w:br/>
        <w:t>f 32174/31023/25914 32183/31032/25923 32184/31031/25922</w:t>
        <w:br/>
        <w:t>f 32446/31266/26153 32174/31023/25914 32184/31031/25922</w:t>
        <w:br/>
        <w:t>f 32378/31199/26086 32451/31273/26160 32449/31270/26157</w:t>
        <w:br/>
        <w:t>f 32393/31214/26101 32378/31199/26086 32449/31270/26157</w:t>
        <w:br/>
        <w:t>f 32026/30947/25837 32175/31024/25915 32445/31267/26154</w:t>
        <w:br/>
        <w:t>f 32025/30948/25838 32026/30947/25837 32445/31267/26154</w:t>
        <w:br/>
        <w:t>f 32446/31266/26153 32184/31031/25922 32323/31171/26058</w:t>
        <w:br/>
        <w:t>f 32447/31268/26155 32446/31266/26153 32323/31171/26058</w:t>
        <w:br/>
        <w:t>f 32450/31271/26158 32093/31015/25906 32091/31012/25903</w:t>
        <w:br/>
        <w:t>f 32448/31269/26156 32450/31271/26158 32091/31012/25903</w:t>
        <w:br/>
        <w:t>f 32447/31268/26155 32323/31171/26058 32393/31214/26101</w:t>
        <w:br/>
        <w:t>f 32449/31270/26157 32447/31268/26155 32393/31214/26101</w:t>
        <w:br/>
        <w:t>f 32326/31174/26061 32324/31172/26059 32092/31016/25907</w:t>
        <w:br/>
        <w:t>f 32452/31272/26159 32326/31174/26061 32092/31016/25907</w:t>
        <w:br/>
        <w:t>f 32331/31178/26064 32444/31265/26152 32451/31273/26160</w:t>
        <w:br/>
        <w:t>f 32378/31199/26086 32331/31178/26064 32451/31273/26160</w:t>
        <w:br/>
        <w:t>f 32326/31174/26061 32444/31265/26152 32066/30987/25877</w:t>
        <w:br/>
        <w:t>f 32325/31173/26060 32326/31174/26061 32066/30987/25877</w:t>
        <w:br/>
        <w:t>f 32011/30935/25825 32063/30985/25875 32014/30936/25826</w:t>
        <w:br/>
        <w:t>f 31504/30450/25343 32310/31159/26046 32453/31274/26161</w:t>
        <w:br/>
        <w:t>f 31681/30603/25496 31504/30450/25343 32453/31274/26161</w:t>
        <w:br/>
        <w:t>f 32369/31190/26077 32061/30983/25873 31846/30768/25663</w:t>
        <w:br/>
        <w:t>f 31800/30722/25617 32369/31190/26077 31846/30768/25663</w:t>
        <w:br/>
        <w:t>f 32456/31275/26162 32455/31276/26163 32454/31277/26164</w:t>
        <w:br/>
        <w:t>f 32457/31278/26165 32456/31275/26162 32454/31277/26164</w:t>
        <w:br/>
        <w:t>f 32455/31276/26163 32456/31275/26162 32458/31279/26166</w:t>
        <w:br/>
        <w:t>f 32459/31280/26167 32455/31276/26163 32458/31279/26166</w:t>
        <w:br/>
        <w:t>f 32457/31278/26165 32454/31277/26164 32367/31189/26076</w:t>
        <w:br/>
        <w:t>f 32369/31190/26077 32457/31278/26165 32367/31189/26076</w:t>
        <w:br/>
        <w:t>f 32461/31281/26168 32460/31282/26169 32459/31280/26167</w:t>
        <w:br/>
        <w:t>f 32458/31279/26166 32461/31281/26168 32459/31280/26167</w:t>
        <w:br/>
        <w:t>f 32003/30924/25814 32365/31186/26073 32460/31282/26169</w:t>
        <w:br/>
        <w:t>f 32461/31281/26168 32003/30924/25814 32460/31282/26169</w:t>
        <w:br/>
        <w:t>f 31805/30728/25623 32456/31275/26162 32457/31278/26165</w:t>
        <w:br/>
        <w:t>f 31801/30721/25616 31805/30728/25623 32457/31278/26165</w:t>
        <w:br/>
        <w:t>f 31964/30884/25775 32003/30924/25814 32461/31281/26168</w:t>
        <w:br/>
        <w:t>f 32460/31282/26169 32310/31159/26046 32311/31158/26045</w:t>
        <w:br/>
        <w:t>f 32459/31280/26167 32460/31282/26169 32311/31158/26045</w:t>
        <w:br/>
        <w:t>f 32456/31275/26162 31805/30728/25623 31963/30885/25776</w:t>
        <w:br/>
        <w:t>f 32458/31279/26166 32456/31275/26162 31963/30885/25776</w:t>
        <w:br/>
        <w:t>f 31818/30740/25635 32455/31276/26163 32459/31280/26167</w:t>
        <w:br/>
        <w:t>f 32311/31158/26045 31818/30740/25635 32459/31280/26167</w:t>
        <w:br/>
        <w:t>f 31804/30726/25621 32454/31277/26164 32455/31276/26163</w:t>
        <w:br/>
        <w:t>f 31818/30740/25635 31804/30726/25621 32455/31276/26163</w:t>
        <w:br/>
        <w:t>f 32454/31277/26164 31804/30726/25621 31803/30725/25620</w:t>
        <w:br/>
        <w:t>f 32367/31189/26076 32454/31277/26164 31803/30725/25620</w:t>
        <w:br/>
        <w:t>f 32457/31278/26165 32369/31190/26077 31800/30722/25617</w:t>
        <w:br/>
        <w:t>f 31801/30721/25616 32457/31278/26165 31800/30722/25617</w:t>
        <w:br/>
        <w:t>f 32365/31186/26073 32310/31159/26046 32460/31282/26169</w:t>
        <w:br/>
        <w:t>f 31963/30885/25776 31964/30884/25775 32461/31281/26168</w:t>
        <w:br/>
        <w:t>f 32458/31279/26166 31963/30885/25776 32461/31281/26168</w:t>
        <w:br/>
        <w:t>f 32003/30924/25814 31174/30199/25095 32365/31186/26073</w:t>
        <w:br/>
        <w:t>f 31967/30888/25779 32462/31283/26170 32100/31022/25913</w:t>
        <w:br/>
        <w:t>f 31953/30874/25766 31944/30866/25757 31945/30865/25756</w:t>
        <w:br/>
        <w:t>f 31932/30854/25748 31907/30829/25723 31908/30828/25723</w:t>
        <w:br/>
        <w:t>f 31931/30855/25748 31932/30854/25748 31908/30828/25723</w:t>
        <w:br/>
        <w:t>f 31904/30826/25721 31928/30851/25745 31973/30895/25785</w:t>
        <w:br/>
        <w:t>f 31903/30827/25722 31904/30826/25721 31973/30895/25785</w:t>
        <w:br/>
        <w:t>f 31883/30805/25700 31874/30797/25692 31875/30796/25691</w:t>
        <w:br/>
        <w:t>f 31882/30802/25697 31883/30805/25700 31875/30796/25691</w:t>
        <w:br/>
        <w:t>f 31889/30811/25706 32094/31014/25905 32095/31017/25908</w:t>
        <w:br/>
        <w:t>f 31888/30810/25705 31889/30811/25706 32095/31017/25908</w:t>
        <w:br/>
        <w:t>f 32018/30940/25830 32022/30944/25834 31890/30813/25708</w:t>
        <w:br/>
        <w:t>f 32017/30937/25827 32018/30940/25830 31890/30813/25708</w:t>
        <w:br/>
        <w:t>f 32097/31019/25910 32021/30941/25831 32022/30944/25834</w:t>
        <w:br/>
        <w:t>f 32018/30940/25830 32097/31019/25910 32022/30944/25834</w:t>
        <w:br/>
        <w:t>f 31889/30811/25706 31885/30807/25702 32021/30941/25831</w:t>
        <w:br/>
        <w:t>f 32097/31019/25910 31889/30811/25706 32021/30941/25831</w:t>
        <w:br/>
        <w:t>f 31888/30810/25705 32095/31017/25908 31881/30803/25698</w:t>
        <w:br/>
        <w:t>f 31882/30802/25697 31888/30810/25705 31881/30803/25698</w:t>
        <w:br/>
        <w:t>f 31883/30805/25700 31880/30804/25699 31877/30799/25694</w:t>
        <w:br/>
        <w:t>f 32017/30937/25827 31890/30813/25708 31891/30812/25707</w:t>
        <w:br/>
        <w:t>f 32017/30937/25827 31891/30812/25707 31894/30814/25709</w:t>
        <w:br/>
        <w:t>f 32465/31284/26171 32464/31285/26172 32463/31286/25927</w:t>
        <w:br/>
        <w:t>f 32466/31287/26173 32465/31284/26171 32463/31286/25927</w:t>
        <w:br/>
        <w:t>f 32209/31057/25948 32467/31288/26174 32317/31164/26175</w:t>
        <w:br/>
        <w:t>f 32208/31054/25945 32209/31057/25948 32317/31164/26175</w:t>
        <w:br/>
        <w:t>f 32213/31061/25952 32210/31060/25951 32468/31289/26176</w:t>
        <w:br/>
        <w:t>f 32469/31290/26177 32213/31061/25952 32468/31289/26176</w:t>
        <w:br/>
        <w:t>f 32464/31285/26172 32471/31291/26178 32470/31292/26179</w:t>
        <w:br/>
        <w:t>f 32463/31286/25927 32464/31285/26172 32470/31292/26179</w:t>
        <w:br/>
        <w:t>f 32193/31041/25932 32318/31167/26054 32329/31177/25946</w:t>
        <w:br/>
        <w:t>f 32192/31038/25929 32193/31041/25932 32329/31177/25946</w:t>
        <w:br/>
        <w:t>f 32201/31049/25940 32198/31048/25939 32214/31063/25954</w:t>
        <w:br/>
        <w:t>f 32215/31062/25953 32201/31049/25940 32214/31063/25954</w:t>
        <w:br/>
        <w:t>f 32470/31292/26179 32471/31291/26178 32211/31059/25950</w:t>
        <w:br/>
        <w:t>f 32212/31058/25949 32470/31292/26179 32211/31059/25950</w:t>
        <w:br/>
        <w:t>f 32218/31064/25955 32203/31051/25942 32472/31293/26180</w:t>
        <w:br/>
        <w:t>f 32320/31168/26055 32218/31064/25955 32472/31293/26180</w:t>
        <w:br/>
        <w:t>f 32476/31294/26181 32475/31295/26182 32474/31296/26183</w:t>
        <w:br/>
        <w:t>f 32473/31297/26184 32476/31294/26181 32474/31296/26183</w:t>
        <w:br/>
        <w:t>f 32478/31298/26185 32477/31299/26186 31708/30627/25520</w:t>
        <w:br/>
        <w:t>f 31705/30630/25523 32478/31298/26185 31708/30627/25520</w:t>
        <w:br/>
        <w:t>f 32203/31051/25942 32190/31040/25931 32191/31039/25930</w:t>
        <w:br/>
        <w:t>f 32472/31293/26180 32203/31051/25942 32191/31039/25930</w:t>
        <w:br/>
        <w:t>f 32229/31076/25967 32475/31295/26182 32476/31294/26181</w:t>
        <w:br/>
        <w:t>f 32228/31077/25968 32229/31076/25967 32476/31294/26181</w:t>
        <w:br/>
        <w:t>f 32480/31300/26187 32473/31297/26184 32479/31301/26188</w:t>
        <w:br/>
        <w:t>f 31712/30633/25526 32206/31056/25947 32207/31055/25946</w:t>
        <w:br/>
        <w:t>f 31711/30634/25527 31712/30633/25526 32207/31055/25946</w:t>
        <w:br/>
        <w:t>f 32469/31290/26177 32468/31289/26176 32477/31299/26186</w:t>
        <w:br/>
        <w:t>f 32478/31298/26185 32469/31290/26177 32477/31299/26186</w:t>
        <w:br/>
        <w:t>f 32189/31035/25926 32321/31170/26057 32188/31036/25927</w:t>
        <w:br/>
        <w:t>f 32234/31083/25974 32235/31082/25973 32375/31196/26083</w:t>
        <w:br/>
        <w:t>f 32233/31081/25972 32234/31083/25974 32375/31196/26083</w:t>
        <w:br/>
        <w:t>f 32322/31169/26056 32234/31083/25974 32233/31081/25972</w:t>
        <w:br/>
        <w:t>f 32231/31080/25971 32322/31169/26056 32233/31081/25972</w:t>
        <w:br/>
        <w:t>f 32479/31301/26188 32466/31287/26173 32480/31300/26187</w:t>
        <w:br/>
        <w:t>f 32235/31082/25973 32422/31244/26131 32434/31255/26142</w:t>
        <w:br/>
        <w:t>f 32235/31082/25973 32220/31069/25960 32422/31244/26131</w:t>
        <w:br/>
        <w:t>f 32481/31302/26189 32336/31185/26190 32332/31181/26067</w:t>
        <w:br/>
        <w:t>f 32333/31180/26066 32481/31302/26189 32332/31181/26067</w:t>
        <w:br/>
        <w:t>f 32257/31106/26191 32482/31303/26192 32332/31181/26193</w:t>
        <w:br/>
        <w:t>f 32473/31297/26184 32474/31296/26183 32479/31301/26188</w:t>
        <w:br/>
        <w:t>f 32479/31301/26188 32465/31284/26171 32466/31287/26173</w:t>
        <w:br/>
        <w:t>f 31880/30804/25699 32087/31010/25901 32096/31018/25909</w:t>
        <w:br/>
        <w:t>f 32096/31018/25909 32040/30961/25851 32039/30962/25852</w:t>
        <w:br/>
        <w:t>f 32040/30961/25851 31840/30763/25658 31841/30762/25657</w:t>
        <w:br/>
        <w:t>f 32040/30961/25851 32087/31010/25901 31840/30763/25658</w:t>
        <w:br/>
        <w:t>f 32096/31018/25909 32087/31010/25901 32040/30961/25851</w:t>
        <w:br/>
        <w:t>f 31286/31304/26194 31285/31305/26195 31284/31306/26196</w:t>
        <w:br/>
        <w:t>f 31283/31307/26197 31286/31304/26194 31284/31306/26196</w:t>
        <w:br/>
        <w:t>f 31290/31308/26198 31289/31309/26199 31288/31310/26200</w:t>
        <w:br/>
        <w:t>f 31287/31311/26201 31290/31308/26198 31288/31310/26200</w:t>
        <w:br/>
        <w:t>f 31292/31312/26202 31288/31310/26200 31289/31309/26199</w:t>
        <w:br/>
        <w:t>f 31291/31313/26203 31292/31312/26202 31289/31309/26199</w:t>
        <w:br/>
        <w:t>f 31295/31314/26204 31294/31315/26205 31293/31316/26206</w:t>
        <w:br/>
        <w:t>f 31296/31317/26207 31295/31314/26204 31293/31316/26206</w:t>
        <w:br/>
        <w:t>f 31294/31315/26205 31298/31318/26208 31297/31319/26209</w:t>
        <w:br/>
        <w:t>f 31293/31316/26206 31294/31315/26205 31297/31319/26209</w:t>
        <w:br/>
        <w:t>f 31302/31320/26210 31301/31321/26211 31300/31322/26212</w:t>
        <w:br/>
        <w:t>f 31299/31323/26213 31302/31320/26210 31300/31322/26212</w:t>
        <w:br/>
        <w:t>f 31306/31324/26214 31305/31325/26215 31304/31326/26216</w:t>
        <w:br/>
        <w:t>f 31303/31327/26217 31306/31324/26214 31304/31326/26216</w:t>
        <w:br/>
        <w:t>f 31310/31328/26218 31309/31329/26218 31308/31330/26219</w:t>
        <w:br/>
        <w:t>f 31307/31331/26220 31310/31328/26218 31308/31330/26219</w:t>
        <w:br/>
        <w:t>f 31312/31332/26221 31311/31333/26221 31309/31329/26218</w:t>
        <w:br/>
        <w:t>f 31310/31328/26218 31312/31332/26221 31309/31329/26218</w:t>
        <w:br/>
        <w:t>f 31312/31332/26221 31314/31334/26222 31313/31335/26223</w:t>
        <w:br/>
        <w:t>f 31311/31333/26221 31312/31332/26221 31313/31335/26223</w:t>
        <w:br/>
        <w:t>f 31314/31334/26222 31316/31336/26224 31315/31337/26225</w:t>
        <w:br/>
        <w:t>f 31313/31335/26223 31314/31334/26222 31315/31337/26225</w:t>
        <w:br/>
        <w:t>f 31318/31338/26226 31315/31337/26225 31316/31336/26224</w:t>
        <w:br/>
        <w:t>f 31317/31339/26227 31318/31338/26226 31316/31336/26224</w:t>
        <w:br/>
        <w:t>f 31317/31339/26227 31320/31340/26228 31319/31341/25453</w:t>
        <w:br/>
        <w:t>f 31318/31338/26226 31317/31339/26227 31319/31341/25453</w:t>
        <w:br/>
        <w:t>f 31320/31340/26228 31322/31342/26229 31321/31343/26230</w:t>
        <w:br/>
        <w:t>f 31319/31341/25453 31320/31340/26228 31321/31343/26230</w:t>
        <w:br/>
        <w:t>f 31326/31344/26231 31325/31345/26231 31324/31346/26232</w:t>
        <w:br/>
        <w:t>f 31323/31347/26232 31326/31344/26231 31324/31346/26232</w:t>
        <w:br/>
        <w:t>f 31303/31327/26217 31304/31326/26216 31299/31323/26213</w:t>
        <w:br/>
        <w:t>f 31300/31322/26212 31303/31327/26217 31299/31323/26213</w:t>
        <w:br/>
        <w:t>f 31296/31317/26207 31292/31312/26202 31291/31313/26203</w:t>
        <w:br/>
        <w:t>f 31295/31314/26204 31296/31317/26207 31291/31313/26203</w:t>
        <w:br/>
        <w:t>f 31287/31311/26201 31284/31306/26196 31285/31305/26195</w:t>
        <w:br/>
        <w:t>f 31290/31308/26198 31287/31311/26201 31285/31305/26195</w:t>
        <w:br/>
        <w:t>f 31330/31348/26233 31329/31349/26233 31328/31350/26234</w:t>
        <w:br/>
        <w:t>f 31327/31351/26234 31330/31348/26233 31328/31350/26234</w:t>
        <w:br/>
        <w:t>f 31327/31351/26234 31328/31350/26234 31323/31347/26232</w:t>
        <w:br/>
        <w:t>f 31324/31346/26232 31327/31351/26234 31323/31347/26232</w:t>
        <w:br/>
        <w:t>f 31307/31331/26220 31308/31330/26219 31329/31349/26233</w:t>
        <w:br/>
        <w:t>f 31330/31348/26233 31307/31331/26220 31329/31349/26233</w:t>
        <w:br/>
        <w:t>f 31332/31352/26235 31331/31353/26236 31285/31305/26195</w:t>
        <w:br/>
        <w:t>f 31286/31304/26194 31332/31352/26235 31285/31305/26195</w:t>
        <w:br/>
        <w:t>f 31333/31354/26237 31289/31309/26199 31290/31308/26198</w:t>
        <w:br/>
        <w:t>f 31333/31354/26237 31291/31313/26203 31289/31309/26199</w:t>
        <w:br/>
        <w:t>f 31335/31355/26238 31334/31356/26239 31294/31315/26205</w:t>
        <w:br/>
        <w:t>f 31295/31314/26204 31335/31355/26238 31294/31315/26205</w:t>
        <w:br/>
        <w:t>f 31294/31315/26205 31334/31356/26239 31298/31318/26208</w:t>
        <w:br/>
        <w:t>f 31337/31357/26240 31300/31322/26212 31336/31358/26241</w:t>
        <w:br/>
        <w:t>f 31337/31357/26240 31338/31359/26242 31306/31324/26214</w:t>
        <w:br/>
        <w:t>f 31303/31327/26217 31337/31357/26240 31306/31324/26214</w:t>
        <w:br/>
        <w:t>f 31341/31360/26243 31340/31361/26244 31339/31362/26245</w:t>
        <w:br/>
        <w:t>f 31340/31361/26244 31341/31360/26243 31343/31363/26246</w:t>
        <w:br/>
        <w:t>f 31342/31364/26246 31340/31361/26244 31343/31363/26246</w:t>
        <w:br/>
        <w:t>f 31345/31365/26247 31344/31366/26247 31342/31364/26246</w:t>
        <w:br/>
        <w:t>f 31343/31363/26246 31345/31365/26247 31342/31364/26246</w:t>
        <w:br/>
        <w:t>f 31347/31367/26248 31344/31366/26247 31345/31365/26247</w:t>
        <w:br/>
        <w:t>f 31346/31368/26249 31347/31367/26248 31345/31365/26247</w:t>
        <w:br/>
        <w:t>f 31347/31367/26248 31346/31368/26249 31349/31369/26250</w:t>
        <w:br/>
        <w:t>f 31348/31370/26250 31347/31367/26248 31349/31369/26250</w:t>
        <w:br/>
        <w:t>f 31349/31369/26250 31350/31371/26251 31320/31340/26228</w:t>
        <w:br/>
        <w:t>f 31348/31370/26250 31349/31369/26250 31320/31340/26228</w:t>
        <w:br/>
        <w:t>f 31350/31371/26251 31351/31372/26252 31322/31342/26229</w:t>
        <w:br/>
        <w:t>f 31320/31340/26228 31350/31371/26251 31322/31342/26229</w:t>
        <w:br/>
        <w:t>f 31337/31357/26240 31303/31327/26217 31300/31322/26212</w:t>
        <w:br/>
        <w:t>f 31291/31313/26203 31333/31354/26237 31335/31355/26238</w:t>
        <w:br/>
        <w:t>f 31295/31314/26204 31291/31313/26203 31335/31355/26238</w:t>
        <w:br/>
        <w:t>f 31331/31353/26236 31333/31354/26237 31290/31308/26198</w:t>
        <w:br/>
        <w:t>f 31285/31305/26195 31331/31353/26236 31290/31308/26198</w:t>
        <w:br/>
        <w:t>f 31341/31360/26243 31353/31373/26253 31352/31374/26254</w:t>
        <w:br/>
        <w:t>f 31339/31362/26245 31353/31373/26253 31341/31360/26243</w:t>
        <w:br/>
        <w:t>f 31355/31375/26255 31350/31371/26251 31354/31376/26256</w:t>
        <w:br/>
        <w:t>f 31301/31321/26211 31302/31320/26210 31297/31319/26209</w:t>
        <w:br/>
        <w:t>f 31298/31318/26208 31301/31321/26211 31297/31319/26209</w:t>
        <w:br/>
        <w:t>f 31334/31356/26239 31336/31358/26257 31358/31377/26258</w:t>
        <w:br/>
        <w:t>f 31298/31318/26208 31334/31356/26239 31358/31377/26258</w:t>
        <w:br/>
        <w:t>f 31283/31307/26197 31321/31343/26230 31322/31342/26229</w:t>
        <w:br/>
        <w:t>f 31286/31304/26194 31283/31307/26197 31322/31342/26229</w:t>
        <w:br/>
        <w:t>f 31286/31304/26194 31322/31342/26229 31351/31372/26252</w:t>
        <w:br/>
        <w:t>f 31332/31352/26235 31286/31304/26194 31351/31372/26252</w:t>
        <w:br/>
        <w:t>f 31351/31372/26252 31559/31378/26259 31558/31379/26260</w:t>
        <w:br/>
        <w:t>f 31332/31352/26235 31351/31372/26252 31558/31379/26260</w:t>
        <w:br/>
        <w:t>f 31350/31371/26251 31355/31375/26255 31559/31378/26259</w:t>
        <w:br/>
        <w:t>f 31351/31372/26252 31350/31371/26251 31559/31378/26259</w:t>
        <w:br/>
        <w:t>f 31355/31375/26255 31354/31376/26256 31560/31380/26261</w:t>
        <w:br/>
        <w:t>f 31564/31381/26262 31563/31382/26263 31562/31383/26264</w:t>
        <w:br/>
        <w:t>f 31561/31384/26265 31564/31381/26262 31562/31383/26264</w:t>
        <w:br/>
        <w:t>f 31562/31383/26264 31563/31382/26263 31566/31385/26266</w:t>
        <w:br/>
        <w:t>f 31565/31386/26267 31562/31383/26264 31566/31385/26266</w:t>
        <w:br/>
        <w:t>f 31570/31387/26268 31569/31388/26268 31568/31389/26269</w:t>
        <w:br/>
        <w:t>f 31567/31390/26270 31570/31387/26268 31568/31389/26269</w:t>
        <w:br/>
        <w:t>f 31560/31380/26261 31572/31391/26271 31571/31392/26272</w:t>
        <w:br/>
        <w:t>f 31355/31375/26255 31560/31380/26261 31571/31392/26272</w:t>
        <w:br/>
        <w:t>f 31576/31393/26273 31575/31394/26274 31574/31395/26275</w:t>
        <w:br/>
        <w:t>f 31573/31396/26276 31576/31393/26273 31574/31395/26275</w:t>
        <w:br/>
        <w:t>f 31574/31395/26275 31578/31397/26277 31577/31398/26278</w:t>
        <w:br/>
        <w:t>f 31573/31396/26276 31574/31395/26275 31577/31398/26278</w:t>
        <w:br/>
        <w:t>f 31579/31399/26279 31332/31352/26235 31558/31379/26260</w:t>
        <w:br/>
        <w:t>f 31579/31399/26279 31558/31379/26260 31578/31397/26277</w:t>
        <w:br/>
        <w:t>f 31580/31400/26280 31579/31399/26279 31578/31397/26277</w:t>
        <w:br/>
        <w:t>f 31582/31401/26281 31581/31402/26282 31564/31381/26262</w:t>
        <w:br/>
        <w:t>f 31561/31384/26265 31582/31401/26281 31564/31381/26262</w:t>
        <w:br/>
        <w:t>f 31571/31392/26272 31572/31391/26271 31569/31388/26268</w:t>
        <w:br/>
        <w:t>f 31570/31387/26268 31571/31392/26272 31569/31388/26268</w:t>
        <w:br/>
        <w:t>f 31575/31394/26274 31566/31385/26266 31563/31382/26263</w:t>
        <w:br/>
        <w:t>f 31574/31395/26275 31575/31394/26274 31563/31382/26263</w:t>
        <w:br/>
        <w:t>f 31574/31395/26275 31563/31382/26263 31564/31381/26262</w:t>
        <w:br/>
        <w:t>f 31578/31397/26277 31574/31395/26275 31564/31381/26262</w:t>
        <w:br/>
        <w:t>f 31578/31397/26277 31564/31381/26262 31581/31402/26282</w:t>
        <w:br/>
        <w:t>f 31580/31400/26280 31578/31397/26277 31581/31402/26282</w:t>
        <w:br/>
        <w:t>f 31584/31403/26283 31583/31404/26284 31338/31359/26285</w:t>
        <w:br/>
        <w:t>f 31352/31374/26254 31584/31403/26283 31338/31359/26285</w:t>
        <w:br/>
        <w:t>f 31336/31358/26241 31300/31322/26212 31301/31321/26211</w:t>
        <w:br/>
        <w:t>f 31341/31360/26243 31352/31374/26254 31338/31359/26285</w:t>
        <w:br/>
        <w:t>f 32103/31405/26286 32102/31406/26287 32101/31407/26288</w:t>
        <w:br/>
        <w:t>f 32104/31408/26289 32103/31405/26286 32101/31407/26288</w:t>
        <w:br/>
        <w:t>f 32107/31409/26290 32106/31410/26291 32105/31411/26292</w:t>
        <w:br/>
        <w:t>f 32108/31412/26293 32107/31409/26290 32105/31411/26292</w:t>
        <w:br/>
        <w:t>f 32106/31410/26291 32107/31409/26290 32109/31413/26294</w:t>
        <w:br/>
        <w:t>f 32110/31414/26295 32106/31410/26291 32109/31413/26294</w:t>
        <w:br/>
        <w:t>f 32114/31415/26296 32113/31416/26297 32112/31417/26298</w:t>
        <w:br/>
        <w:t>f 32111/31418/26299 32114/31415/26296 32112/31417/26298</w:t>
        <w:br/>
        <w:t>f 32116/31419/26300 32115/31420/26301 32113/31416/26297</w:t>
        <w:br/>
        <w:t>f 32114/31415/26296 32116/31419/26300 32113/31416/26297</w:t>
        <w:br/>
        <w:t>f 32119/31421/26302 32118/31422/26303 32117/31423/26304</w:t>
        <w:br/>
        <w:t>f 32120/31424/26305 32119/31421/26302 32117/31423/26304</w:t>
        <w:br/>
        <w:t>f 32123/31425/26306 32122/31426/26307 32121/31427/26308</w:t>
        <w:br/>
        <w:t>f 32124/31428/26309 32123/31425/26306 32121/31427/26308</w:t>
        <w:br/>
        <w:t>f 32127/31429/26310 32126/31430/26311 32125/31431/26311</w:t>
        <w:br/>
        <w:t>f 32128/31432/26312 32127/31429/26310 32125/31431/26311</w:t>
        <w:br/>
        <w:t>f 32126/31430/26311 32130/31433/26313 32129/31434/26313</w:t>
        <w:br/>
        <w:t>f 32125/31431/26311 32126/31430/26311 32129/31434/26313</w:t>
        <w:br/>
        <w:t>f 32132/31435/26314 32131/31436/26315 32129/31434/26313</w:t>
        <w:br/>
        <w:t>f 32130/31433/26313 32132/31435/26314 32129/31434/26313</w:t>
        <w:br/>
        <w:t>f 32134/31437/26316 32133/31438/26317 32131/31436/26315</w:t>
        <w:br/>
        <w:t>f 32132/31435/26314 32134/31437/26316 32131/31436/26315</w:t>
        <w:br/>
        <w:t>f 32133/31438/26317 32134/31437/26316 32135/31439/26318</w:t>
        <w:br/>
        <w:t>f 32136/31440/26319 32133/31438/26317 32135/31439/26318</w:t>
        <w:br/>
        <w:t>f 32138/31441/26123 32137/31442/26320 32136/31440/26319</w:t>
        <w:br/>
        <w:t>f 32135/31439/26318 32138/31441/26123 32136/31440/26319</w:t>
        <w:br/>
        <w:t>f 32140/31443/26321 32139/31444/26322 32137/31442/26320</w:t>
        <w:br/>
        <w:t>f 32138/31441/26123 32140/31443/26321 32137/31442/26320</w:t>
        <w:br/>
        <w:t>f 32143/31445/26323 32142/31446/26324 32141/31447/26324</w:t>
        <w:br/>
        <w:t>f 32144/31448/26325 32143/31445/26323 32141/31447/26324</w:t>
        <w:br/>
        <w:t>f 32120/31424/26305 32123/31425/26306 32124/31428/26309</w:t>
        <w:br/>
        <w:t>f 32119/31421/26302 32120/31424/26305 32124/31428/26309</w:t>
        <w:br/>
        <w:t>f 32110/31414/26295 32109/31413/26294 32111/31418/26299</w:t>
        <w:br/>
        <w:t>f 32112/31417/26298 32110/31414/26295 32111/31418/26299</w:t>
        <w:br/>
        <w:t>f 32102/31406/26287 32103/31405/26286 32108/31412/26293</w:t>
        <w:br/>
        <w:t>f 32105/31411/26292 32102/31406/26287 32108/31412/26293</w:t>
        <w:br/>
        <w:t>f 32147/31449/26326 32146/31450/26327 32145/31451/26327</w:t>
        <w:br/>
        <w:t>f 32148/31452/26328 32147/31449/26326 32145/31451/26327</w:t>
        <w:br/>
        <w:t>f 32144/31448/26325 32147/31449/26326 32148/31452/26328</w:t>
        <w:br/>
        <w:t>f 32143/31445/26323 32144/31448/26325 32148/31452/26328</w:t>
        <w:br/>
        <w:t>f 32146/31450/26327 32127/31429/26310 32128/31432/26312</w:t>
        <w:br/>
        <w:t>f 32145/31451/26327 32146/31450/26327 32128/31432/26312</w:t>
        <w:br/>
        <w:t>f 32102/31406/26287 32150/31453/26329 32149/31454/26330</w:t>
        <w:br/>
        <w:t>f 32101/31407/26288 32102/31406/26287 32149/31454/26330</w:t>
        <w:br/>
        <w:t>f 32105/31411/26292 32106/31410/26291 32151/31455/26331</w:t>
        <w:br/>
        <w:t>f 32106/31410/26291 32110/31414/26295 32151/31455/26331</w:t>
        <w:br/>
        <w:t>f 32113/31416/26297 32153/31456/26332 32152/31457/26333</w:t>
        <w:br/>
        <w:t>f 32112/31417/26298 32113/31416/26297 32152/31457/26333</w:t>
        <w:br/>
        <w:t>f 32115/31420/26301 32153/31456/26332 32113/31416/26297</w:t>
        <w:br/>
        <w:t>f 32155/31458/26334 32119/31421/26302 32154/31459/26335</w:t>
        <w:br/>
        <w:t>f 32121/31427/26308 32156/31460/26336 32154/31459/26335</w:t>
        <w:br/>
        <w:t>f 32124/31428/26309 32121/31427/26308 32154/31459/26335</w:t>
        <w:br/>
        <w:t>f 32159/31461/26337 32158/31462/26338 32157/31463/26339</w:t>
        <w:br/>
        <w:t>f 32160/31464/26340 32157/31463/26339 32158/31462/26338</w:t>
        <w:br/>
        <w:t>f 32161/31465/26340 32160/31464/26340 32158/31462/26338</w:t>
        <w:br/>
        <w:t>f 32161/31465/26340 32163/31466/26341 32162/31467/26341</w:t>
        <w:br/>
        <w:t>f 32160/31464/26340 32161/31465/26340 32162/31467/26341</w:t>
        <w:br/>
        <w:t>f 32162/31467/26341 32163/31466/26341 32164/31468/26342</w:t>
        <w:br/>
        <w:t>f 32165/31469/26343 32162/31467/26341 32164/31468/26342</w:t>
        <w:br/>
        <w:t>f 32166/31470/26344 32165/31469/26343 32164/31468/26342</w:t>
        <w:br/>
        <w:t>f 32167/31471/26344 32166/31470/26344 32164/31468/26342</w:t>
        <w:br/>
        <w:t>f 32137/31442/26320 32168/31472/26345 32166/31470/26344</w:t>
        <w:br/>
        <w:t>f 32167/31471/26344 32137/31442/26320 32166/31470/26344</w:t>
        <w:br/>
        <w:t>f 32139/31444/26322 32169/31473/26346 32168/31472/26345</w:t>
        <w:br/>
        <w:t>f 32137/31442/26320 32139/31444/26322 32168/31472/26345</w:t>
        <w:br/>
        <w:t>f 32119/31421/26302 32124/31428/26309 32154/31459/26335</w:t>
        <w:br/>
        <w:t>f 32152/31457/26333 32151/31455/26331 32110/31414/26295</w:t>
        <w:br/>
        <w:t>f 32112/31417/26298 32152/31457/26333 32110/31414/26295</w:t>
        <w:br/>
        <w:t>f 32105/31411/26292 32151/31455/26331 32150/31453/26329</w:t>
        <w:br/>
        <w:t>f 32102/31406/26287 32105/31411/26292 32150/31453/26329</w:t>
        <w:br/>
        <w:t>f 32171/31474/26347 32170/31475/26348 32157/31463/26339</w:t>
        <w:br/>
        <w:t>f 32157/31463/26339 32170/31475/26348 32159/31461/26337</w:t>
        <w:br/>
        <w:t>f 32173/31476/26349 32168/31472/26345 32172/31477/26350</w:t>
        <w:br/>
        <w:t>f 32116/31419/26300 32117/31423/26304 32118/31422/26303</w:t>
        <w:br/>
        <w:t>f 32115/31420/26301 32116/31419/26300 32118/31422/26303</w:t>
        <w:br/>
        <w:t>f 32176/31478/26351 32155/31458/26352 32153/31456/26332</w:t>
        <w:br/>
        <w:t>f 32115/31420/26301 32176/31478/26351 32153/31456/26332</w:t>
        <w:br/>
        <w:t>f 32139/31444/26322 32140/31443/26321 32104/31408/26289</w:t>
        <w:br/>
        <w:t>f 32101/31407/26288 32139/31444/26322 32104/31408/26289</w:t>
        <w:br/>
        <w:t>f 32169/31473/26346 32139/31444/26322 32101/31407/26288</w:t>
        <w:br/>
        <w:t>f 32149/31454/26330 32169/31473/26346 32101/31407/26288</w:t>
        <w:br/>
        <w:t>f 32339/31479/26353 32338/31480/26354 32169/31473/26346</w:t>
        <w:br/>
        <w:t>f 32149/31454/26330 32339/31479/26353 32169/31473/26346</w:t>
        <w:br/>
        <w:t>f 32338/31480/26354 32172/31477/26350 32168/31472/26345</w:t>
        <w:br/>
        <w:t>f 32169/31473/26346 32338/31480/26354 32168/31472/26345</w:t>
        <w:br/>
        <w:t>f 32340/31481/26355 32173/31476/26349 32172/31477/26350</w:t>
        <w:br/>
        <w:t>f 32343/31482/26356 32342/31483/26357 32341/31484/26358</w:t>
        <w:br/>
        <w:t>f 32344/31485/26359 32343/31482/26356 32341/31484/26358</w:t>
        <w:br/>
        <w:t>f 32345/31486/26360 32342/31483/26357 32343/31482/26356</w:t>
        <w:br/>
        <w:t>f 32346/31487/26361 32345/31486/26360 32343/31482/26356</w:t>
        <w:br/>
        <w:t>f 32349/31488/26362 32348/31489/26363 32347/31490/26363</w:t>
        <w:br/>
        <w:t>f 32350/31491/26362 32349/31488/26362 32347/31490/26363</w:t>
        <w:br/>
        <w:t>f 32352/31492/26364 32351/31493/26364 32340/31481/26355</w:t>
        <w:br/>
        <w:t>f 32172/31477/26350 32352/31492/26364 32340/31481/26355</w:t>
        <w:br/>
        <w:t>f 32355/31494/26365 32354/31495/26366 32353/31496/26367</w:t>
        <w:br/>
        <w:t>f 32356/31497/26368 32355/31494/26365 32353/31496/26367</w:t>
        <w:br/>
        <w:t>f 32358/31498/26369 32357/31499/26370 32355/31494/26365</w:t>
        <w:br/>
        <w:t>f 32356/31497/26368 32358/31498/26369 32355/31494/26365</w:t>
        <w:br/>
        <w:t>f 32339/31479/26353 32149/31454/26330 32359/31500/26371</w:t>
        <w:br/>
        <w:t>f 32357/31499/26370 32339/31479/26353 32359/31500/26371</w:t>
        <w:br/>
        <w:t>f 32360/31501/26372 32357/31499/26370 32359/31500/26371</w:t>
        <w:br/>
        <w:t>f 32341/31484/26358 32362/31502/26373 32361/31503/26374</w:t>
        <w:br/>
        <w:t>f 32344/31485/26359 32341/31484/26358 32361/31503/26374</w:t>
        <w:br/>
        <w:t>f 32348/31489/26363 32351/31493/26364 32352/31492/26364</w:t>
        <w:br/>
        <w:t>f 32347/31490/26363 32348/31489/26363 32352/31492/26364</w:t>
        <w:br/>
        <w:t>f 32342/31483/26357 32345/31486/26360 32354/31495/26366</w:t>
        <w:br/>
        <w:t>f 32355/31494/26365 32342/31483/26357 32354/31495/26366</w:t>
        <w:br/>
        <w:t>f 32341/31484/26358 32342/31483/26357 32355/31494/26365</w:t>
        <w:br/>
        <w:t>f 32357/31499/26370 32341/31484/26358 32355/31494/26365</w:t>
        <w:br/>
        <w:t>f 32362/31502/26373 32341/31484/26358 32357/31499/26370</w:t>
        <w:br/>
        <w:t>f 32360/31501/26372 32362/31502/26373 32357/31499/26370</w:t>
        <w:br/>
        <w:t>f 32156/31460/26375 32364/31504/26376 32363/31505/26377</w:t>
        <w:br/>
        <w:t>f 32156/31460/26375 32363/31505/26377 32171/31474/26347</w:t>
        <w:br/>
        <w:t>f 32118/31422/26303 32119/31421/26302 32155/31458/26334</w:t>
        <w:br/>
        <w:t>f 32156/31460/26375 32171/31474/26347 32157/31463/26339</w:t>
        <w:br/>
        <w:t>f 29903/31506/26378 29902/31507/26378 29901/31508/26379</w:t>
        <w:br/>
        <w:t>f 29900/31509/26380 29903/31506/26378 29901/31508/26379</w:t>
        <w:br/>
        <w:t>f 29911/31510/26381 29910/31511/26382 29909/31512/26383</w:t>
        <w:br/>
        <w:t>f 29908/31513/26381 29911/31510/26381 29909/31512/26383</w:t>
        <w:br/>
        <w:t>f 29902/31507/26378 29903/31506/26378 29912/31514/26384</w:t>
        <w:br/>
        <w:t>f 29913/31515/26385 29902/31507/26378 29912/31514/26384</w:t>
        <w:br/>
        <w:t>f 29917/31516/26386 29911/31510/26381 29908/31513/26381</w:t>
        <w:br/>
        <w:t>f 29916/31517/26387 29917/31516/26386 29908/31513/26381</w:t>
        <w:br/>
        <w:t>f 29919/31518/26388 29909/31512/26383 29910/31511/26382</w:t>
        <w:br/>
        <w:t>f 29900/31509/26380 29901/31508/26379 29920/31519/26389</w:t>
        <w:br/>
        <w:t>f 29913/31515/26385 29912/31514/26384 29921/31520/26390</w:t>
        <w:br/>
        <w:t>f 29922/31521/26391 29913/31515/26385 29921/31520/26390</w:t>
        <w:br/>
        <w:t>f 29917/31516/26386 29916/31517/26387 29925/31522/26392</w:t>
        <w:br/>
        <w:t>f 29928/31523/26393 29927/31524/26394 29926/31525/26395</w:t>
        <w:br/>
        <w:t>f 29930/31526/26396 29929/31527/26396 29928/31523/26393</w:t>
        <w:br/>
        <w:t>f 29926/31525/26395 29930/31526/26396 29928/31523/26393</w:t>
        <w:br/>
        <w:t>f 29937/31528/26397 29936/31529/26398 29935/31530/26399</w:t>
        <w:br/>
        <w:t>f 29938/31531/26399 29937/31528/26397 29935/31530/26399</w:t>
        <w:br/>
        <w:t>f 29940/31532/26400 29939/31533/26401 29929/31527/26396</w:t>
        <w:br/>
        <w:t>f 29930/31526/26396 29940/31532/26400 29929/31527/26396</w:t>
        <w:br/>
        <w:t>f 29937/31528/26397 29944/31534/26402 29943/31535/26403</w:t>
        <w:br/>
        <w:t>f 29936/31529/26398 29937/31528/26397 29943/31535/26403</w:t>
        <w:br/>
        <w:t>f 29946/31536/26404 29945/31537/26404 29939/31533/26401</w:t>
        <w:br/>
        <w:t>f 29940/31532/26400 29946/31536/26404 29939/31533/26401</w:t>
        <w:br/>
        <w:t>f 29943/31535/26403 29944/31534/26402 29949/31538/26405</w:t>
        <w:br/>
        <w:t>f 29950/31539/26406 29943/31535/26403 29949/31538/26405</w:t>
        <w:br/>
        <w:t>f 29938/31531/26399 29935/31530/26399 29952/31540/26407</w:t>
        <w:br/>
        <w:t>f 30030/31541/26408 30029/31542/26409 30028/31543/26409</w:t>
        <w:br/>
        <w:t>f 30027/31544/26410 30030/31541/26408 30028/31543/26409</w:t>
        <w:br/>
        <w:t>f 30038/31545/26411 30037/31546/26411 30036/31547/26412</w:t>
        <w:br/>
        <w:t>f 30035/31548/26413 30038/31545/26411 30036/31547/26412</w:t>
        <w:br/>
        <w:t>f 30039/31549/26414 30030/31541/26408 30027/31544/26410</w:t>
        <w:br/>
        <w:t>f 30040/31550/26414 30039/31549/26414 30027/31544/26410</w:t>
        <w:br/>
        <w:t>f 30044/31551/26415 30043/31552/26416 30037/31546/26411</w:t>
        <w:br/>
        <w:t>f 30038/31545/26411 30044/31551/26415 30037/31546/26411</w:t>
        <w:br/>
        <w:t>f 30046/31553/26417 30035/31548/26413 30036/31547/26412</w:t>
        <w:br/>
        <w:t>f 30029/31542/26409 30047/31554/26418 30028/31543/26409</w:t>
        <w:br/>
        <w:t>f 30048/31555/26419 30039/31549/26414 30040/31550/26414</w:t>
        <w:br/>
        <w:t>f 30049/31556/26420 30048/31555/26419 30040/31550/26414</w:t>
        <w:br/>
        <w:t>f 30044/31551/26415 30052/31557/26421 30043/31552/26416</w:t>
        <w:br/>
        <w:t>f 30055/31558/26422 30054/31559/26422 30053/31560/26423</w:t>
        <w:br/>
        <w:t>f 30057/31561/26424 30054/31559/26422 30055/31558/26422</w:t>
        <w:br/>
        <w:t>f 30056/31562/26424 30057/31561/26424 30055/31558/26422</w:t>
        <w:br/>
        <w:t>f 30064/31563/26425 30063/31564/26426 30062/31565/26426</w:t>
        <w:br/>
        <w:t>f 30065/31566/26425 30064/31563/26425 30062/31565/26426</w:t>
        <w:br/>
        <w:t>f 30067/31567/26427 30057/31561/26424 30056/31562/26424</w:t>
        <w:br/>
        <w:t>f 30066/31568/26428 30067/31567/26427 30056/31562/26424</w:t>
        <w:br/>
        <w:t>f 30062/31565/26426 30063/31564/26426 30071/31569/26429</w:t>
        <w:br/>
        <w:t>f 30070/31570/26430 30062/31565/26426 30071/31569/26429</w:t>
        <w:br/>
        <w:t>f 30073/31571/26431 30067/31567/26427 30066/31568/26428</w:t>
        <w:br/>
        <w:t>f 30072/31572/26432 30073/31571/26431 30066/31568/26428</w:t>
        <w:br/>
        <w:t>f 30076/31573/26433 30070/31570/26430 30071/31569/26429</w:t>
        <w:br/>
        <w:t>f 30077/31574/26434 30076/31573/26433 30071/31569/26429</w:t>
        <w:br/>
        <w:t>f 30065/31566/26425 30079/31575/26435 30064/31563/26425</w:t>
        <w:br/>
        <w:t>f 30143/31576/26436 30142/31577/26437 30141/31578/26438</w:t>
        <w:br/>
        <w:t>f 30140/31579/26439 30143/31576/26436 30141/31578/26438</w:t>
        <w:br/>
        <w:t>f 30142/31577/26437 30145/31580/26440 30144/31581/26441</w:t>
        <w:br/>
        <w:t>f 30141/31578/26438 30142/31577/26437 30144/31581/26441</w:t>
        <w:br/>
        <w:t>f 30145/31580/26440 30147/31582/26442 30146/31583/26443</w:t>
        <w:br/>
        <w:t>f 30144/31581/26441 30145/31580/26440 30146/31583/26443</w:t>
        <w:br/>
        <w:t>f 30149/31584/26444 30148/31585/26445 30146/31583/26443</w:t>
        <w:br/>
        <w:t>f 30147/31582/26442 30149/31584/26444 30146/31583/26443</w:t>
        <w:br/>
        <w:t>f 30148/31585/26445 30149/31584/26444 30154/31586/26446</w:t>
        <w:br/>
        <w:t>f 30153/31587/26447 30148/31585/26445 30154/31586/26446</w:t>
        <w:br/>
        <w:t>f 30158/31588/26448 30157/31589/26449 30156/31590/26450</w:t>
        <w:br/>
        <w:t>f 30155/31591/26451 30158/31588/26448 30156/31590/26450</w:t>
        <w:br/>
        <w:t>f 30157/31589/26449 30158/31588/26448 30164/31592/26452</w:t>
        <w:br/>
        <w:t>f 30163/31593/26453 30157/31589/26449 30164/31592/26452</w:t>
        <w:br/>
        <w:t>f 30170/31594/26454 30169/31595/26455 30168/31596/26456</w:t>
        <w:br/>
        <w:t>f 30167/31597/26457 30170/31594/26454 30168/31596/26456</w:t>
        <w:br/>
        <w:t>f 30174/31598/26458 30173/31599/26458 30172/31600/26459</w:t>
        <w:br/>
        <w:t>f 30171/31601/26460 30174/31598/26458 30172/31600/26459</w:t>
        <w:br/>
        <w:t>f 30177/31602/26461 30176/31603/26462 30175/31604/26463</w:t>
        <w:br/>
        <w:t>f 30181/31605/26464 30180/31606/26465 30179/31607/26466</w:t>
        <w:br/>
        <w:t>f 30178/31608/26467 30181/31605/26464 30179/31607/26466</w:t>
        <w:br/>
        <w:t>f 30189/31609/26468 30188/31610/26469 30187/31611/26470</w:t>
        <w:br/>
        <w:t>f 30186/31612/26471 30189/31609/26468 30187/31611/26470</w:t>
        <w:br/>
        <w:t>f 30197/31613/26472 30196/31614/26473 30195/31615/26474</w:t>
        <w:br/>
        <w:t>f 30194/31616/26472 30197/31613/26472 30195/31615/26474</w:t>
        <w:br/>
        <w:t>f 30196/31614/26473 30177/31602/26461 30175/31604/26463</w:t>
        <w:br/>
        <w:t>f 30195/31615/26474 30196/31614/26473 30175/31604/26463</w:t>
        <w:br/>
        <w:t>f 30187/31611/26470 30181/31605/26464 30178/31608/26467</w:t>
        <w:br/>
        <w:t>f 30186/31612/26471 30187/31611/26470 30178/31608/26467</w:t>
        <w:br/>
        <w:t>f 30163/31593/26453 30164/31592/26452 30200/31617/26475</w:t>
        <w:br/>
        <w:t>f 30203/31618/26476 30202/31619/26477 30201/31620/26477</w:t>
        <w:br/>
        <w:t>f 30206/31621/26478 30205/31622/26479 30204/31623/26480</w:t>
        <w:br/>
        <w:t>f 30207/31624/26481 30206/31621/26478 30204/31623/26480</w:t>
        <w:br/>
        <w:t>f 30209/31625/26482 30204/31623/26480 30205/31622/26479</w:t>
        <w:br/>
        <w:t>f 30208/31626/26483 30209/31625/26482 30205/31622/26479</w:t>
        <w:br/>
        <w:t>f 30175/31604/26463 30176/31603/26462 30204/31623/26480</w:t>
        <w:br/>
        <w:t>f 30209/31625/26482 30175/31604/26463 30204/31623/26480</w:t>
        <w:br/>
        <w:t>f 30213/31627/26484 30212/31628/26485 30211/31629/26486</w:t>
        <w:br/>
        <w:t>f 30210/31630/26487 30213/31627/26484 30211/31629/26486</w:t>
        <w:br/>
        <w:t>f 30219/31631/26488 30218/31632/26489 30217/31633/26490</w:t>
        <w:br/>
        <w:t>f 30216/31634/26490 30219/31631/26488 30217/31633/26490</w:t>
        <w:br/>
        <w:t>f 30223/31635/26491 30222/31636/26492 30221/31637/26492</w:t>
        <w:br/>
        <w:t>f 30220/31638/26493 30223/31635/26491 30221/31637/26492</w:t>
        <w:br/>
        <w:t>f 30225/31639/26494 30213/31627/26484 30210/31630/26487</w:t>
        <w:br/>
        <w:t>f 30224/31640/26495 30225/31639/26494 30210/31630/26487</w:t>
        <w:br/>
        <w:t>f 30216/31634/26490 30217/31633/26490 30229/31641/26496</w:t>
        <w:br/>
        <w:t>f 30228/31642/26496 30216/31634/26490 30229/31641/26496</w:t>
        <w:br/>
        <w:t>f 30222/31636/26492 30231/31643/26497 30230/31644/26498</w:t>
        <w:br/>
        <w:t>f 30221/31637/26492 30222/31636/26492 30230/31644/26498</w:t>
        <w:br/>
        <w:t>f 30234/31645/26499 30233/31646/26500 30232/31647/26501</w:t>
        <w:br/>
        <w:t>f 30240/31648/26502 30239/31649/26503 30238/31650/26504</w:t>
        <w:br/>
        <w:t>f 30238/31650/26504 30239/31649/26503 30241/31651/26505</w:t>
        <w:br/>
        <w:t>f 30238/31650/26504 30241/31651/26505 30230/31644/26498</w:t>
        <w:br/>
        <w:t>f 30231/31643/26497 30238/31650/26504 30230/31644/26498</w:t>
        <w:br/>
        <w:t>f 30240/31648/26502 30238/31650/26504 30228/31642/26496</w:t>
        <w:br/>
        <w:t>f 30229/31641/26496 30240/31648/26502 30228/31642/26496</w:t>
        <w:br/>
        <w:t>f 30224/31640/26495 30234/31645/26499 30232/31647/26501</w:t>
        <w:br/>
        <w:t>f 30225/31639/26494 30224/31640/26495 30232/31647/26501</w:t>
        <w:br/>
        <w:t>f 30245/31652/26506 30244/31653/26507 30243/31654/26508</w:t>
        <w:br/>
        <w:t>f 30242/31655/26509 30245/31652/26506 30243/31654/26508</w:t>
        <w:br/>
        <w:t>f 30205/31622/26479 30247/31656/26510 30246/31657/26511</w:t>
        <w:br/>
        <w:t>f 30208/31626/26483 30205/31622/26479 30246/31657/26511</w:t>
        <w:br/>
        <w:t>f 30205/31622/26479 30206/31621/26478 30248/31658/26512</w:t>
        <w:br/>
        <w:t>f 30247/31656/26510 30205/31622/26479 30248/31658/26512</w:t>
        <w:br/>
        <w:t>f 30252/31659/26513 30251/31660/26514 30250/31661/26515</w:t>
        <w:br/>
        <w:t>f 30249/31662/26516 30252/31659/26513 30250/31661/26515</w:t>
        <w:br/>
        <w:t>f 30250/31661/26515 30254/31663/26517 30253/31664/26518</w:t>
        <w:br/>
        <w:t>f 30249/31662/26516 30250/31661/26515 30253/31664/26518</w:t>
        <w:br/>
        <w:t>f 30255/31665/26519 30249/31662/26516 30253/31664/26518</w:t>
        <w:br/>
        <w:t>f 30252/31659/26513 30249/31662/26516 30255/31665/26519</w:t>
        <w:br/>
        <w:t>f 30269/31666/26520 30268/31667/26521 30267/31668/26522</w:t>
        <w:br/>
        <w:t>f 30266/31669/26523 30269/31666/26520 30267/31668/26522</w:t>
        <w:br/>
        <w:t>f 30273/31670/26524 30244/31653/26507 30245/31652/26506</w:t>
        <w:br/>
        <w:t>f 30272/31671/26525 30273/31670/26524 30245/31652/26506</w:t>
        <w:br/>
        <w:t>f 30244/31653/26507 30273/31670/26524 30274/31672/26526</w:t>
        <w:br/>
        <w:t>f 30273/31670/26524 30272/31671/26525 30277/31673/26527</w:t>
        <w:br/>
        <w:t>f 30278/31674/26527 30273/31670/26524 30277/31673/26527</w:t>
        <w:br/>
        <w:t>f 30273/31670/26524 30268/31667/26521 30269/31666/26520</w:t>
        <w:br/>
        <w:t>f 30274/31672/26526 30273/31670/26524 30269/31666/26520</w:t>
        <w:br/>
        <w:t>f 30278/31674/26527 30277/31673/26527 30282/31675/26528</w:t>
        <w:br/>
        <w:t>f 30283/31676/26529 30278/31674/26527 30282/31675/26528</w:t>
        <w:br/>
        <w:t>f 30287/31677/26530 30286/31678/26531 30285/31679/26532</w:t>
        <w:br/>
        <w:t>f 30284/31680/26533 30287/31677/26530 30285/31679/26532</w:t>
        <w:br/>
        <w:t>f 30286/31678/26531 30287/31677/26530 30266/31669/26523</w:t>
        <w:br/>
        <w:t>f 30267/31668/26522 30286/31678/26531 30266/31669/26523</w:t>
        <w:br/>
        <w:t>f 30289/31681/26534 30283/31676/26529 30282/31675/26528</w:t>
        <w:br/>
        <w:t>f 30288/31682/26534 30289/31681/26534 30282/31675/26528</w:t>
        <w:br/>
        <w:t>f 30291/31683/26535 30266/31669/26523 30287/31677/26530</w:t>
        <w:br/>
        <w:t>f 30290/31684/26536 30291/31683/26535 30287/31677/26530</w:t>
        <w:br/>
        <w:t>f 30290/31684/26536 30287/31677/26530 30284/31680/26533</w:t>
        <w:br/>
        <w:t>f 30292/31685/26537 30290/31684/26536 30284/31680/26533</w:t>
        <w:br/>
        <w:t>f 30288/31682/26534 30294/31686/26538 30293/31687/26538</w:t>
        <w:br/>
        <w:t>f 30289/31681/26534 30288/31682/26534 30293/31687/26538</w:t>
        <w:br/>
        <w:t>f 30300/31688/26539 30299/31689/26540 30298/31690/26541</w:t>
        <w:br/>
        <w:t>f 30301/31691/26542 30299/31689/26540 30300/31688/26539</w:t>
        <w:br/>
        <w:t>f 30189/31609/26468 30302/31692/26543 30188/31610/26469</w:t>
        <w:br/>
        <w:t>f 30194/31616/26472 30304/31693/26544 30197/31613/26472</w:t>
        <w:br/>
        <w:t>f 30158/31588/26448 30306/31694/26545 30305/31695/26546</w:t>
        <w:br/>
        <w:t>f 30164/31592/26452 30158/31588/26448 30305/31695/26546</w:t>
        <w:br/>
        <w:t>f 30155/31591/26451 30307/31696/26547 30306/31694/26545</w:t>
        <w:br/>
        <w:t>f 30158/31588/26448 30155/31591/26451 30306/31694/26545</w:t>
        <w:br/>
        <w:t>f 30149/31584/26444 30269/31666/26520 30308/31697/26548</w:t>
        <w:br/>
        <w:t>f 30154/31586/26446 30149/31584/26444 30308/31697/26548</w:t>
        <w:br/>
        <w:t>f 30147/31582/26442 30274/31672/26526 30269/31666/26520</w:t>
        <w:br/>
        <w:t>f 30149/31584/26444 30147/31582/26442 30269/31666/26520</w:t>
        <w:br/>
        <w:t>f 30145/31580/26440 30244/31653/26507 30274/31672/26526</w:t>
        <w:br/>
        <w:t>f 30147/31582/26442 30145/31580/26440 30274/31672/26526</w:t>
        <w:br/>
        <w:t>f 30309/31698/26549 30244/31653/26507 30145/31580/26440</w:t>
        <w:br/>
        <w:t>f 30142/31577/26437 30309/31698/26549 30145/31580/26440</w:t>
        <w:br/>
        <w:t>f 30310/31699/26550 30309/31698/26549 30142/31577/26437</w:t>
        <w:br/>
        <w:t>f 30143/31576/26436 30310/31699/26550 30142/31577/26437</w:t>
        <w:br/>
        <w:t>f 30167/31597/26457 30168/31596/26456 30312/31700/26551</w:t>
        <w:br/>
        <w:t>f 30311/31701/26552 30167/31597/26457 30312/31700/26551</w:t>
        <w:br/>
        <w:t>f 30316/31702/26553 30315/31703/26553 30314/31704/26554</w:t>
        <w:br/>
        <w:t>f 30313/31705/26555 30316/31702/26553 30314/31704/26554</w:t>
        <w:br/>
        <w:t>f 30320/31706/26556 30319/31707/26557 30318/31708/26557</w:t>
        <w:br/>
        <w:t>f 30317/31709/26556 30320/31706/26556 30318/31708/26557</w:t>
        <w:br/>
        <w:t>f 30202/31619/26477 30318/31708/26557 30319/31707/26557</w:t>
        <w:br/>
        <w:t>f 30201/31620/26477 30202/31619/26477 30319/31707/26557</w:t>
        <w:br/>
        <w:t>f 30321/31710/26558 30207/31624/26481 30204/31623/26480</w:t>
        <w:br/>
        <w:t>f 30176/31603/26462 30321/31710/26558 30204/31623/26480</w:t>
        <w:br/>
        <w:t>f 30322/31711/26559 30313/31705/26555 30314/31704/26554</w:t>
        <w:br/>
        <w:t>f 30164/31592/26452 30305/31695/26546 30200/31617/26475</w:t>
        <w:br/>
        <w:t>f 30300/31688/26539 30284/31680/26533 30285/31679/26532</w:t>
        <w:br/>
        <w:t>f 30294/31686/26538 30301/31691/26542 30300/31688/26539</w:t>
        <w:br/>
        <w:t>f 30293/31687/26538 30294/31686/26538 30300/31688/26539</w:t>
        <w:br/>
        <w:t>f 30292/31685/26537 30284/31680/26533 30300/31688/26539</w:t>
        <w:br/>
        <w:t>f 30298/31690/26541 30292/31685/26537 30300/31688/26539</w:t>
        <w:br/>
        <w:t>f 30155/31591/26451 30156/31590/26450 30324/31712/26560</w:t>
        <w:br/>
        <w:t>f 30323/31713/26561 30155/31591/26451 30324/31712/26560</w:t>
        <w:br/>
        <w:t>f 30312/31700/26551 30168/31596/26456 30321/31710/26558</w:t>
        <w:br/>
        <w:t>f 30176/31603/26462 30312/31700/26551 30321/31710/26558</w:t>
        <w:br/>
        <w:t>f 30321/31710/26558 30168/31596/26456 30169/31595/26455</w:t>
        <w:br/>
        <w:t>f 30327/31714/26562 30321/31710/26558 30169/31595/26455</w:t>
        <w:br/>
        <w:t>f 30331/31715/26563 30330/31716/26563 30329/31717/26564</w:t>
        <w:br/>
        <w:t>f 30328/31718/26565 30331/31715/26563 30329/31717/26564</w:t>
        <w:br/>
        <w:t>f 30242/31655/26509 30243/31654/26508 30328/31718/26565</w:t>
        <w:br/>
        <w:t>f 30339/31719/26566 30338/31720/26567 30337/31721/26568</w:t>
        <w:br/>
        <w:t>f 30336/31722/26568 30339/31719/26566 30337/31721/26568</w:t>
        <w:br/>
        <w:t>f 30342/31723/26569 30341/31724/26570 30340/31725/26571</w:t>
        <w:br/>
        <w:t>f 30343/31726/26569 30342/31723/26569 30340/31725/26571</w:t>
        <w:br/>
        <w:t>f 30172/31600/26459 30179/31607/26466 30180/31606/26465</w:t>
        <w:br/>
        <w:t>f 30347/31727/26572 30346/31728/26573 30345/31729/26574</w:t>
        <w:br/>
        <w:t>f 30344/31730/26572 30347/31727/26572 30345/31729/26574</w:t>
        <w:br/>
        <w:t>f 30351/31731/26575 30350/31732/26576 30349/31733/26576</w:t>
        <w:br/>
        <w:t>f 30348/31734/26575 30351/31731/26575 30349/31733/26576</w:t>
        <w:br/>
        <w:t>f 30355/31735/26577 30354/31736/26578 30353/31737/26579</w:t>
        <w:br/>
        <w:t>f 30352/31738/26580 30355/31735/26577 30353/31737/26579</w:t>
        <w:br/>
        <w:t>f 30358/31739/26581 30357/31740/26582 30356/31741/26581</w:t>
        <w:br/>
        <w:t>f 30360/31742/26583 30359/31743/26584 30352/31738/26580</w:t>
        <w:br/>
        <w:t>f 30353/31737/26579 30360/31742/26583 30352/31738/26580</w:t>
        <w:br/>
        <w:t>f 30356/31741/26581 30347/31727/26572 30344/31730/26572</w:t>
        <w:br/>
        <w:t>f 30358/31739/26581 30356/31741/26581 30344/31730/26572</w:t>
        <w:br/>
        <w:t>f 30362/31744/26585 30351/31731/26575 30348/31734/26575</w:t>
        <w:br/>
        <w:t>f 30361/31745/26586 30362/31744/26585 30348/31734/26575</w:t>
        <w:br/>
        <w:t>f 30363/31746/26587 30362/31744/26585 30361/31745/26586</w:t>
        <w:br/>
        <w:t>f 30360/31742/26583 30364/31747/26588 30359/31743/26584</w:t>
        <w:br/>
        <w:t>f 30366/31748/26493 30310/31699/26550 30143/31576/26436</w:t>
        <w:br/>
        <w:t>f 30365/31749/26589 30366/31748/26493 30143/31576/26436</w:t>
        <w:br/>
        <w:t>f 30365/31749/26589 30143/31576/26436 30140/31579/26439</w:t>
        <w:br/>
        <w:t>f 30367/31750/26590 30365/31749/26589 30140/31579/26439</w:t>
        <w:br/>
        <w:t>f 30365/31749/26589 30167/31597/26457 30311/31701/26552</w:t>
        <w:br/>
        <w:t>f 30366/31748/26493 30365/31749/26589 30311/31701/26552</w:t>
        <w:br/>
        <w:t>f 30167/31597/26457 30365/31749/26589 30367/31750/26590</w:t>
        <w:br/>
        <w:t>f 30170/31594/26454 30167/31597/26457 30367/31750/26590</w:t>
        <w:br/>
        <w:t>f 30369/31751/26591 30336/31722/26568 30337/31721/26568</w:t>
        <w:br/>
        <w:t>f 30370/31752/26592 30342/31723/26569 30343/31726/26569</w:t>
        <w:br/>
        <w:t>f 30374/31753/26593 30340/31725/26571 30341/31724/26570</w:t>
        <w:br/>
        <w:t>f 30373/31754/26594 30374/31753/26593 30341/31724/26570</w:t>
        <w:br/>
        <w:t>f 30376/31755/26595 30375/31756/26596 30338/31720/26567</w:t>
        <w:br/>
        <w:t>f 30376/31755/26595 30338/31720/26567 30339/31719/26566</w:t>
        <w:br/>
        <w:t>f 30251/31660/26514 30246/31657/26511 30247/31656/26510</w:t>
        <w:br/>
        <w:t>f 30250/31661/26515 30251/31660/26514 30247/31656/26510</w:t>
        <w:br/>
        <w:t>f 30315/31703/26553 30316/31702/26553 30320/31706/26556</w:t>
        <w:br/>
        <w:t>f 30317/31709/26556 30315/31703/26553 30320/31706/26556</w:t>
        <w:br/>
        <w:t>f 30247/31656/26510 30248/31658/26512 30254/31663/26517</w:t>
        <w:br/>
        <w:t>f 30250/31661/26515 30247/31656/26510 30254/31663/26517</w:t>
        <w:br/>
        <w:t>f 30377/31757/26597 30323/31713/26561 30154/31586/26446</w:t>
        <w:br/>
        <w:t>f 30308/31697/26548 30377/31757/26597 30154/31586/26446</w:t>
        <w:br/>
        <w:t>f 30323/31713/26561 30324/31712/26560 30153/31587/26447</w:t>
        <w:br/>
        <w:t>f 30154/31586/26446 30323/31713/26561 30153/31587/26447</w:t>
        <w:br/>
        <w:t>f 30307/31696/26547 30155/31591/26451 30323/31713/26561</w:t>
        <w:br/>
        <w:t>f 30377/31757/26597 30307/31696/26547 30323/31713/26561</w:t>
        <w:br/>
        <w:t>f 30269/31666/26520 30266/31669/26523 30291/31683/26535</w:t>
        <w:br/>
        <w:t>f 30407/31758/26598 30406/31759/26599 30405/31760/26600</w:t>
        <w:br/>
        <w:t>f 30404/31761/26601 30407/31758/26598 30405/31760/26600</w:t>
        <w:br/>
        <w:t>f 30404/31761/26601 30405/31760/26600 30409/31762/26602</w:t>
        <w:br/>
        <w:t>f 30408/31763/26603 30404/31761/26601 30409/31762/26602</w:t>
        <w:br/>
        <w:t>f 30408/31763/26603 30409/31762/26602 30411/31764/26604</w:t>
        <w:br/>
        <w:t>f 30410/31765/26605 30408/31763/26603 30411/31764/26604</w:t>
        <w:br/>
        <w:t>f 30413/31766/26606 30410/31765/26605 30411/31764/26604</w:t>
        <w:br/>
        <w:t>f 30412/31767/26607 30413/31766/26606 30411/31764/26604</w:t>
        <w:br/>
        <w:t>f 30416/31768/26608 30415/31769/26608 30414/31770/26609</w:t>
        <w:br/>
        <w:t>f 30412/31767/26607 30418/31771/26610 30417/31772/26611</w:t>
        <w:br/>
        <w:t>f 30413/31766/26606 30412/31767/26607 30417/31772/26611</w:t>
        <w:br/>
        <w:t>f 30422/31773/26612 30421/31774/26613 30420/31775/26614</w:t>
        <w:br/>
        <w:t>f 30419/31776/26615 30422/31773/26612 30420/31775/26614</w:t>
        <w:br/>
        <w:t>f 30426/31777/26616 30425/31778/26616 30424/31779/26617</w:t>
        <w:br/>
        <w:t>f 30423/31780/26617 30426/31777/26616 30424/31779/26617</w:t>
        <w:br/>
        <w:t>f 30419/31776/26615 30428/31781/26618 30427/31782/26619</w:t>
        <w:br/>
        <w:t>f 30422/31773/26612 30419/31776/26615 30427/31782/26619</w:t>
        <w:br/>
        <w:t>f 30430/31783/26620 30429/31784/26620 30425/31778/26616</w:t>
        <w:br/>
        <w:t>f 30426/31777/26616 30430/31783/26620 30425/31778/26616</w:t>
        <w:br/>
        <w:t>f 30434/31785/26621 30433/31786/26622 30432/31787/26623</w:t>
        <w:br/>
        <w:t>f 30431/31788/26624 30434/31785/26621 30432/31787/26623</w:t>
        <w:br/>
        <w:t>f 30438/31789/26625 30437/31790/26626 30436/31791/26627</w:t>
        <w:br/>
        <w:t>f 30435/31792/26628 30438/31789/26625 30436/31791/26627</w:t>
        <w:br/>
        <w:t>f 30441/31793/26629 30440/31794/26630 30439/31795/26631</w:t>
        <w:br/>
        <w:t>f 30445/31796/26632 30444/31797/26633 30443/31798/26634</w:t>
        <w:br/>
        <w:t>f 30442/31799/26635 30445/31796/26632 30443/31798/26634</w:t>
        <w:br/>
        <w:t>f 30453/31800/26636 30452/31801/26637 30451/31802/26638</w:t>
        <w:br/>
        <w:t>f 30450/31803/26636 30453/31800/26636 30451/31802/26638</w:t>
        <w:br/>
        <w:t>f 30461/31804/26639 30460/31805/26640 30459/31806/26641</w:t>
        <w:br/>
        <w:t>f 30458/31807/26641 30461/31804/26639 30459/31806/26641</w:t>
        <w:br/>
        <w:t>f 30458/31807/26641 30459/31806/26641 30440/31794/26630</w:t>
        <w:br/>
        <w:t>f 30441/31793/26629 30458/31807/26641 30440/31794/26630</w:t>
        <w:br/>
        <w:t>f 30451/31802/26638 30452/31801/26637 30444/31797/26633</w:t>
        <w:br/>
        <w:t>f 30445/31796/26632 30451/31802/26638 30444/31797/26633</w:t>
        <w:br/>
        <w:t>f 30430/31783/26620 30463/31808/26642 30429/31784/26620</w:t>
        <w:br/>
        <w:t>f 30428/31781/26618 30464/31809/26643 30427/31782/26619</w:t>
        <w:br/>
        <w:t>f 30467/31810/26644 30466/31811/26645 30465/31812/26646</w:t>
        <w:br/>
        <w:t>f 30470/31813/26647 30469/31814/26648 30468/31815/26649</w:t>
        <w:br/>
        <w:t>f 30471/31816/26650 30470/31813/26647 30468/31815/26649</w:t>
        <w:br/>
        <w:t>f 30473/31817/26651 30472/31818/26652 30469/31814/26648</w:t>
        <w:br/>
        <w:t>f 30470/31813/26647 30473/31817/26651 30469/31814/26648</w:t>
        <w:br/>
        <w:t>f 30440/31794/26630 30473/31817/26651 30470/31813/26647</w:t>
        <w:br/>
        <w:t>f 30439/31795/26631 30440/31794/26630 30470/31813/26647</w:t>
        <w:br/>
        <w:t>f 30477/31819/26653 30476/31820/26653 30475/31821/26654</w:t>
        <w:br/>
        <w:t>f 30474/31822/26655 30477/31819/26653 30475/31821/26654</w:t>
        <w:br/>
        <w:t>f 30483/31823/26656 30482/31824/26657 30481/31825/26657</w:t>
        <w:br/>
        <w:t>f 30480/31826/26656 30483/31823/26656 30481/31825/26657</w:t>
        <w:br/>
        <w:t>f 30487/31827/26658 30486/31828/26659 30485/31829/26660</w:t>
        <w:br/>
        <w:t>f 30484/31830/26660 30487/31827/26658 30485/31829/26660</w:t>
        <w:br/>
        <w:t>f 30489/31831/26661 30488/31832/26661 30476/31820/26653</w:t>
        <w:br/>
        <w:t>f 30477/31819/26653 30489/31831/26661 30476/31820/26653</w:t>
        <w:br/>
        <w:t>f 30482/31824/26657 30493/31833/26662 30492/31834/26662</w:t>
        <w:br/>
        <w:t>f 30481/31825/26657 30482/31824/26657 30492/31834/26662</w:t>
        <w:br/>
        <w:t>f 30484/31830/26660 30485/31829/26660 30495/31835/26663</w:t>
        <w:br/>
        <w:t>f 30494/31836/26663 30484/31830/26660 30495/31835/26663</w:t>
        <w:br/>
        <w:t>f 30498/31837/26664 30497/31838/26665 30496/31839/26666</w:t>
        <w:br/>
        <w:t>f 30504/31840/26667 30503/31841/26668 30502/31842/26669</w:t>
        <w:br/>
        <w:t>f 30503/31841/26668 30505/31843/26670 30502/31842/26669</w:t>
        <w:br/>
        <w:t>f 30495/31835/26663 30505/31843/26670 30503/31841/26668</w:t>
        <w:br/>
        <w:t>f 30494/31836/26663 30495/31835/26663 30503/31841/26668</w:t>
        <w:br/>
        <w:t>f 30493/31833/26662 30503/31841/26668 30504/31840/26667</w:t>
        <w:br/>
        <w:t>f 30492/31834/26662 30493/31833/26662 30504/31840/26667</w:t>
        <w:br/>
        <w:t>f 30497/31838/26665 30498/31837/26664 30488/31832/26661</w:t>
        <w:br/>
        <w:t>f 30489/31831/26661 30497/31838/26665 30488/31832/26661</w:t>
        <w:br/>
        <w:t>f 30509/31844/26671 30508/31845/26672 30507/31846/26673</w:t>
        <w:br/>
        <w:t>f 30506/31847/26674 30509/31844/26671 30507/31846/26673</w:t>
        <w:br/>
        <w:t>f 30511/31848/26675 30510/31849/26676 30469/31814/26648</w:t>
        <w:br/>
        <w:t>f 30472/31818/26652 30511/31848/26675 30469/31814/26648</w:t>
        <w:br/>
        <w:t>f 30512/31850/26677 30468/31815/26649 30469/31814/26648</w:t>
        <w:br/>
        <w:t>f 30510/31849/26676 30512/31850/26677 30469/31814/26648</w:t>
        <w:br/>
        <w:t>f 30516/31851/26678 30515/31852/26679 30514/31853/26680</w:t>
        <w:br/>
        <w:t>f 30513/31854/26681 30516/31851/26678 30514/31853/26680</w:t>
        <w:br/>
        <w:t>f 30518/31855/26682 30517/31856/26683 30514/31853/26680</w:t>
        <w:br/>
        <w:t>f 30515/31852/26679 30518/31855/26682 30514/31853/26680</w:t>
        <w:br/>
        <w:t>f 30519/31857/26684 30518/31855/26682 30515/31852/26679</w:t>
        <w:br/>
        <w:t>f 30516/31851/26678 30519/31857/26684 30515/31852/26679</w:t>
        <w:br/>
        <w:t>f 30533/31858/26685 30532/31859/26686 30531/31860/26687</w:t>
        <w:br/>
        <w:t>f 30530/31861/26688 30533/31858/26685 30531/31860/26687</w:t>
        <w:br/>
        <w:t>f 30537/31862/26689 30536/31863/26690 30509/31844/26671</w:t>
        <w:br/>
        <w:t>f 30506/31847/26674 30537/31862/26689 30509/31844/26671</w:t>
        <w:br/>
        <w:t>f 30506/31847/26674 30538/31864/26691 30537/31862/26689</w:t>
        <w:br/>
        <w:t>f 30541/31865/26692 30536/31863/26690 30537/31862/26689</w:t>
        <w:br/>
        <w:t>f 30542/31866/26692 30541/31865/26692 30537/31862/26689</w:t>
        <w:br/>
        <w:t>f 30533/31858/26685 30530/31861/26688 30537/31862/26689</w:t>
        <w:br/>
        <w:t>f 30538/31864/26691 30533/31858/26685 30537/31862/26689</w:t>
        <w:br/>
        <w:t>f 30546/31867/26693 30541/31865/26692 30542/31866/26692</w:t>
        <w:br/>
        <w:t>f 30547/31868/26694 30546/31867/26693 30542/31866/26692</w:t>
        <w:br/>
        <w:t>f 30551/31869/26695 30550/31870/26696 30549/31871/26697</w:t>
        <w:br/>
        <w:t>f 30548/31872/26698 30551/31869/26695 30549/31871/26697</w:t>
        <w:br/>
        <w:t>f 30548/31872/26698 30531/31860/26687 30532/31859/26686</w:t>
        <w:br/>
        <w:t>f 30551/31869/26695 30548/31872/26698 30532/31859/26686</w:t>
        <w:br/>
        <w:t>f 30553/31873/26699 30552/31874/26699 30546/31867/26693</w:t>
        <w:br/>
        <w:t>f 30547/31868/26694 30553/31873/26699 30546/31867/26693</w:t>
        <w:br/>
        <w:t>f 30555/31875/26700 30554/31876/26701 30551/31869/26695</w:t>
        <w:br/>
        <w:t>f 30532/31859/26686 30555/31875/26700 30551/31869/26695</w:t>
        <w:br/>
        <w:t>f 30554/31876/26701 30556/31877/26702 30550/31870/26696</w:t>
        <w:br/>
        <w:t>f 30551/31869/26695 30554/31876/26701 30550/31870/26696</w:t>
        <w:br/>
        <w:t>f 30552/31874/26699 30553/31873/26699 30558/31878/26703</w:t>
        <w:br/>
        <w:t>f 30557/31879/26704 30552/31874/26699 30558/31878/26703</w:t>
        <w:br/>
        <w:t>f 30564/31880/26705 30563/31881/26706 30562/31882/26707</w:t>
        <w:br/>
        <w:t>f 30565/31883/26708 30564/31880/26705 30562/31882/26707</w:t>
        <w:br/>
        <w:t>f 30453/31800/26636 30450/31803/26636 30566/31884/26709</w:t>
        <w:br/>
        <w:t>f 30460/31805/26640 30461/31804/26639 30568/31885/26710</w:t>
        <w:br/>
        <w:t>f 30422/31773/26612 30427/31782/26619 30570/31886/26711</w:t>
        <w:br/>
        <w:t>f 30569/31887/26712 30422/31773/26612 30570/31886/26711</w:t>
        <w:br/>
        <w:t>f 30421/31774/26613 30422/31773/26612 30569/31887/26712</w:t>
        <w:br/>
        <w:t>f 30571/31888/26713 30421/31774/26613 30569/31887/26712</w:t>
        <w:br/>
        <w:t>f 30413/31766/26606 30417/31772/26611 30572/31889/26714</w:t>
        <w:br/>
        <w:t>f 30533/31858/26685 30413/31766/26606 30572/31889/26714</w:t>
        <w:br/>
        <w:t>f 30410/31765/26605 30413/31766/26606 30533/31858/26685</w:t>
        <w:br/>
        <w:t>f 30538/31864/26691 30410/31765/26605 30533/31858/26685</w:t>
        <w:br/>
        <w:t>f 30408/31763/26603 30410/31765/26605 30538/31864/26691</w:t>
        <w:br/>
        <w:t>f 30506/31847/26674 30408/31763/26603 30538/31864/26691</w:t>
        <w:br/>
        <w:t>f 30573/31890/26715 30404/31761/26601 30408/31763/26603</w:t>
        <w:br/>
        <w:t>f 30506/31847/26674 30573/31890/26715 30408/31763/26603</w:t>
        <w:br/>
        <w:t>f 30574/31891/26716 30407/31758/26598 30404/31761/26601</w:t>
        <w:br/>
        <w:t>f 30573/31890/26715 30574/31891/26716 30404/31761/26601</w:t>
        <w:br/>
        <w:t>f 30433/31786/26622 30576/31892/26717 30575/31893/26718</w:t>
        <w:br/>
        <w:t>f 30432/31787/26623 30433/31786/26622 30575/31893/26718</w:t>
        <w:br/>
        <w:t>f 30580/31894/26719 30579/31895/26720 30578/31896/26720</w:t>
        <w:br/>
        <w:t>f 30577/31897/26719 30580/31894/26719 30578/31896/26720</w:t>
        <w:br/>
        <w:t>f 30584/31898/26721 30583/31899/26721 30582/31900/26722</w:t>
        <w:br/>
        <w:t>f 30581/31901/26723 30584/31898/26721 30582/31900/26722</w:t>
        <w:br/>
        <w:t>f 30465/31812/26646 30466/31811/26645 30581/31901/26723</w:t>
        <w:br/>
        <w:t>f 30582/31900/26722 30465/31812/26646 30581/31901/26723</w:t>
        <w:br/>
        <w:t>f 30585/31902/26724 30439/31795/26631 30470/31813/26647</w:t>
        <w:br/>
        <w:t>f 30471/31816/26650 30585/31902/26724 30470/31813/26647</w:t>
        <w:br/>
        <w:t>f 30586/31903/26725 30578/31896/26720 30579/31895/26720</w:t>
        <w:br/>
        <w:t>f 30427/31782/26619 30464/31809/26643 30570/31886/26711</w:t>
        <w:br/>
        <w:t>f 30564/31880/26705 30549/31871/26697 30550/31870/26696</w:t>
        <w:br/>
        <w:t>f 30557/31879/26704 30558/31878/26703 30564/31880/26705</w:t>
        <w:br/>
        <w:t>f 30565/31883/26708 30557/31879/26704 30564/31880/26705</w:t>
        <w:br/>
        <w:t>f 30556/31877/26702 30563/31881/26706 30564/31880/26705</w:t>
        <w:br/>
        <w:t>f 30550/31870/26696 30556/31877/26702 30564/31880/26705</w:t>
        <w:br/>
        <w:t>f 30421/31774/26613 30588/31904/26726 30587/31905/26727</w:t>
        <w:br/>
        <w:t>f 30420/31775/26614 30421/31774/26613 30587/31905/26727</w:t>
        <w:br/>
        <w:t>f 30423/31780/26617 30424/31779/26617 30590/31906/26728</w:t>
        <w:br/>
        <w:t>f 30589/31907/26729 30423/31780/26617 30590/31906/26728</w:t>
        <w:br/>
        <w:t>f 30575/31893/26718 30439/31795/26631 30585/31902/26724</w:t>
        <w:br/>
        <w:t>f 30432/31787/26623 30575/31893/26718 30585/31902/26724</w:t>
        <w:br/>
        <w:t>f 30585/31902/26724 30591/31908/26730 30431/31788/26624</w:t>
        <w:br/>
        <w:t>f 30432/31787/26623 30585/31902/26724 30431/31788/26624</w:t>
        <w:br/>
        <w:t>f 30595/31909/26731 30594/31910/26732 30593/31911/26733</w:t>
        <w:br/>
        <w:t>f 30592/31912/26734 30595/31909/26731 30593/31911/26733</w:t>
        <w:br/>
        <w:t>f 30508/31845/26672 30594/31910/26735 30507/31846/26673</w:t>
        <w:br/>
        <w:t>f 30599/31913/26736 30598/31914/26737 30597/31915/26738</w:t>
        <w:br/>
        <w:t>f 30596/31916/26738 30599/31913/26736 30597/31915/26738</w:t>
        <w:br/>
        <w:t>f 30436/31791/26739 30442/31799/26635 30443/31798/26634</w:t>
        <w:br/>
        <w:t>f 30615/31917/26740 30614/31918/26741 30613/31919/26742</w:t>
        <w:br/>
        <w:t>f 30612/31920/26742 30615/31917/26740 30613/31919/26742</w:t>
        <w:br/>
        <w:t>f 30626/31921/26743 30625/31922/26744 30614/31918/26741</w:t>
        <w:br/>
        <w:t>f 30615/31917/26740 30626/31921/26743 30614/31918/26741</w:t>
        <w:br/>
        <w:t>f 30627/31923/26745 30625/31922/26744 30626/31921/26743</w:t>
        <w:br/>
        <w:t>f 30630/31924/26746 30629/31925/26747 30407/31758/26598</w:t>
        <w:br/>
        <w:t>f 30574/31891/26716 30630/31924/26746 30407/31758/26598</w:t>
        <w:br/>
        <w:t>f 30629/31925/26747 30631/31926/26748 30406/31759/26599</w:t>
        <w:br/>
        <w:t>f 30407/31758/26598 30629/31925/26747 30406/31759/26599</w:t>
        <w:br/>
        <w:t>f 30629/31925/26747 30630/31924/26746 30576/31892/26717</w:t>
        <w:br/>
        <w:t>f 30433/31786/26622 30629/31925/26747 30576/31892/26717</w:t>
        <w:br/>
        <w:t>f 30433/31786/26622 30434/31785/26621 30631/31926/26748</w:t>
        <w:br/>
        <w:t>f 30629/31925/26747 30433/31786/26622 30631/31926/26748</w:t>
        <w:br/>
        <w:t>f 30632/31927/26749 30598/31914/26737 30599/31913/26736</w:t>
        <w:br/>
        <w:t>f 30596/31916/26738 30597/31915/26738 30636/31928/26750</w:t>
        <w:br/>
        <w:t>f 30635/31929/26750 30596/31916/26738 30636/31928/26750</w:t>
        <w:br/>
        <w:t>f 30513/31854/26681 30514/31853/26680 30510/31849/26676</w:t>
        <w:br/>
        <w:t>f 30511/31848/26675 30513/31854/26681 30510/31849/26676</w:t>
        <w:br/>
        <w:t>f 30577/31897/26719 30583/31899/26721 30584/31898/26721</w:t>
        <w:br/>
        <w:t>f 30580/31894/26719 30577/31897/26719 30584/31898/26721</w:t>
        <w:br/>
        <w:t>f 30517/31856/26683 30512/31850/26677 30510/31849/26676</w:t>
        <w:br/>
        <w:t>f 30514/31853/26680 30517/31856/26683 30510/31849/26676</w:t>
        <w:br/>
        <w:t>f 30589/31907/26729 30590/31906/26728 30415/31769/26608</w:t>
        <w:br/>
        <w:t>f 30416/31768/26608 30589/31907/26729 30415/31769/26608</w:t>
        <w:br/>
        <w:t>f 30417/31772/26611 30588/31904/26726 30641/31930/26751</w:t>
        <w:br/>
        <w:t>f 30572/31889/26714 30417/31772/26611 30641/31930/26751</w:t>
        <w:br/>
        <w:t>f 30418/31771/26610 30587/31905/26727 30588/31904/26726</w:t>
        <w:br/>
        <w:t>f 30417/31772/26611 30418/31771/26610 30588/31904/26726</w:t>
        <w:br/>
        <w:t>f 30588/31904/26726 30421/31774/26613 30571/31888/26713</w:t>
        <w:br/>
        <w:t>f 30641/31930/26751 30588/31904/26726 30571/31888/26713</w:t>
        <w:br/>
        <w:t>f 30533/31858/26685 30555/31875/26700 30532/31859/26686</w:t>
        <w:br/>
        <w:t>f 30775/31931/26752 30774/31932/26753 30773/31933/26753</w:t>
        <w:br/>
        <w:t>f 30772/31934/26754 30775/31931/26752 30773/31933/26753</w:t>
        <w:br/>
        <w:t>f 30778/31935/26755 30777/31936/26756 30776/31937/26757</w:t>
        <w:br/>
        <w:t>f 30781/31938/26758 30780/31939/26759 30779/31940/26759</w:t>
        <w:br/>
        <w:t>f 30788/31941/26760 30787/31942/26761 30779/31940/26759</w:t>
        <w:br/>
        <w:t>f 30780/31939/26759 30788/31941/26760 30779/31940/26759</w:t>
        <w:br/>
        <w:t>f 30772/31934/26754 30789/31943/26762 30775/31931/26752</w:t>
        <w:br/>
        <w:t>f 30778/31935/26755 30791/31944/26763 30790/31945/26764</w:t>
        <w:br/>
        <w:t>f 30777/31936/26756 30778/31935/26755 30790/31945/26764</w:t>
        <w:br/>
        <w:t>f 30799/31946/26765 30798/31947/26766 30797/31948/26767</w:t>
        <w:br/>
        <w:t>f 30791/31944/26763 30773/31933/26753 30774/31932/26753</w:t>
        <w:br/>
        <w:t>f 30790/31945/26764 30791/31944/26763 30774/31932/26753</w:t>
        <w:br/>
        <w:t>f 30801/31949/26768 30800/31950/26769 30787/31942/26761</w:t>
        <w:br/>
        <w:t>f 30788/31941/26760 30801/31949/26768 30787/31942/26761</w:t>
        <w:br/>
        <w:t>f 30800/31950/26769 30801/31949/26768 30797/31948/26767</w:t>
        <w:br/>
        <w:t>f 30798/31947/26766 30800/31950/26769 30797/31948/26767</w:t>
        <w:br/>
        <w:t>f 30805/31951/26770 30804/31952/26770 30803/31953/26771</w:t>
        <w:br/>
        <w:t>f 30802/31954/26771 30805/31951/26770 30803/31953/26771</w:t>
        <w:br/>
        <w:t>f 30808/31955/26772 30807/31956/26773 30806/31957/26774</w:t>
        <w:br/>
        <w:t>f 30811/31958/26775 30810/31959/26776 30809/31960/26776</w:t>
        <w:br/>
        <w:t>f 30817/31961/26777 30809/31960/26776 30810/31959/26776</w:t>
        <w:br/>
        <w:t>f 30818/31962/26778 30817/31961/26777 30810/31959/26776</w:t>
        <w:br/>
        <w:t>f 30804/31952/26770 30805/31951/26770 30819/31963/26779</w:t>
        <w:br/>
        <w:t>f 30821/31964/26780 30820/31965/26781 30808/31955/26772</w:t>
        <w:br/>
        <w:t>f 30806/31957/26774 30821/31964/26780 30808/31955/26772</w:t>
        <w:br/>
        <w:t>f 30829/31966/26782 30828/31967/26783 30827/31968/26784</w:t>
        <w:br/>
        <w:t>f 30820/31965/26781 30821/31964/26780 30802/31954/26771</w:t>
        <w:br/>
        <w:t>f 30803/31953/26771 30820/31965/26781 30802/31954/26771</w:t>
        <w:br/>
        <w:t>f 30831/31969/26785 30817/31961/26777 30818/31962/26778</w:t>
        <w:br/>
        <w:t>f 30830/31970/26786 30831/31969/26785 30818/31962/26778</w:t>
        <w:br/>
        <w:t>f 30830/31970/26786 30827/31968/26784 30828/31967/26783</w:t>
        <w:br/>
        <w:t>f 30831/31969/26785 30830/31970/26786 30828/31967/26783</w:t>
        <w:br/>
        <w:t>f 30863/31971/26787 30862/31972/26788 30861/31973/26787</w:t>
        <w:br/>
        <w:t>f 30865/31974/26789 30864/31975/26789 30863/31971/26787</w:t>
        <w:br/>
        <w:t>f 30861/31973/26787 30865/31974/26789 30863/31971/26787</w:t>
        <w:br/>
        <w:t>f 30869/31976/26790 30868/31977/26791 30867/31978/26792</w:t>
        <w:br/>
        <w:t>f 30866/31979/26790 30869/31976/26790 30867/31978/26792</w:t>
        <w:br/>
        <w:t>f 30872/31980/26793 30871/31981/26794 30870/31982/26794</w:t>
        <w:br/>
        <w:t>f 30867/31978/26792 30868/31977/26791 30864/31975/26789</w:t>
        <w:br/>
        <w:t>f 30865/31974/26789 30867/31978/26792 30864/31975/26789</w:t>
        <w:br/>
        <w:t>f 30871/31981/26794 30869/31976/26790 30866/31979/26790</w:t>
        <w:br/>
        <w:t>f 30870/31982/26794 30871/31981/26794 30866/31979/26790</w:t>
        <w:br/>
        <w:t>f 30874/31983/26795 30873/31984/26795 29925/31522/26796</w:t>
        <w:br/>
        <w:t>f 30052/31557/26797 30876/31985/26798 30875/31986/26798</w:t>
        <w:br/>
        <w:t>f 30033/31987/26799 30032/31988/26799 30031/31989/26800</w:t>
        <w:br/>
        <w:t>f 30034/31990/26800 30033/31987/26799 30031/31989/26800</w:t>
        <w:br/>
        <w:t>f 30042/31991/26801 30041/31992/26801 30032/31988/26799</w:t>
        <w:br/>
        <w:t>f 30033/31987/26799 30042/31991/26801 30032/31988/26799</w:t>
        <w:br/>
        <w:t>f 30034/31990/26800 30031/31989/26800 30045/31993/26802</w:t>
        <w:br/>
        <w:t>f 30051/31994/26803 30050/31995/26804 30041/31992/26801</w:t>
        <w:br/>
        <w:t>f 30042/31991/26801 30051/31994/26803 30041/31992/26801</w:t>
        <w:br/>
        <w:t>f 30061/31996/26805 30060/31997/26805 30059/31998/26806</w:t>
        <w:br/>
        <w:t>f 30058/31999/26806 30061/31996/26805 30059/31998/26806</w:t>
        <w:br/>
        <w:t>f 30058/31999/26806 30059/31998/26806 30069/32000/26807</w:t>
        <w:br/>
        <w:t>f 30068/32001/26808 30058/31999/26806 30069/32000/26807</w:t>
        <w:br/>
        <w:t>f 30068/32001/26808 30069/32000/26807 30075/32002/26809</w:t>
        <w:br/>
        <w:t>f 30074/32003/26810 30068/32001/26808 30075/32002/26809</w:t>
        <w:br/>
        <w:t>f 30061/31996/26805 30078/32004/26811 30060/31997/26805</w:t>
        <w:br/>
        <w:t>f 30119/32005/26812 30118/32006/26813 30117/32007/26814</w:t>
        <w:br/>
        <w:t>f 30116/32008/26814 30119/32005/26812 30117/32007/26814</w:t>
        <w:br/>
        <w:t>f 30120/32009/26815 30118/32006/26813 30119/32005/26812</w:t>
        <w:br/>
        <w:t>f 30121/32010/26816 30120/32009/26815 30119/32005/26812</w:t>
        <w:br/>
        <w:t>f 30121/32010/26816 30123/32011/26817 30122/32012/26818</w:t>
        <w:br/>
        <w:t>f 30120/32009/26815 30121/32010/26816 30122/32012/26818</w:t>
        <w:br/>
        <w:t>f 30127/32013/26819 30126/32014/26820 30125/32015/26821</w:t>
        <w:br/>
        <w:t>f 30124/32016/26822 30127/32013/26819 30125/32015/26821</w:t>
        <w:br/>
        <w:t>f 30131/32017/26823 30130/32018/26824 30129/32019/26825</w:t>
        <w:br/>
        <w:t>f 30128/32020/26826 30131/32017/26823 30129/32019/26825</w:t>
        <w:br/>
        <w:t>f 30130/32018/26824 30133/32021/26827 30132/32022/26827</w:t>
        <w:br/>
        <w:t>f 30129/32019/26825 30130/32018/26824 30132/32022/26827</w:t>
        <w:br/>
        <w:t>f 30137/32023/26828 30136/32024/26829 30135/32025/26830</w:t>
        <w:br/>
        <w:t>f 30134/32026/26831 30137/32023/26828 30135/32025/26830</w:t>
        <w:br/>
        <w:t>f 30136/32024/26829 30137/32023/26828 30139/32027/26832</w:t>
        <w:br/>
        <w:t>f 30138/32028/26833 30136/32024/26829 30139/32027/26832</w:t>
        <w:br/>
        <w:t>f 30185/32029/26834 30184/32030/26835 30183/32031/26836</w:t>
        <w:br/>
        <w:t>f 30182/32032/26837 30185/32029/26834 30183/32031/26836</w:t>
        <w:br/>
        <w:t>f 30184/32030/26835 30185/32029/26834 30134/32026/26831</w:t>
        <w:br/>
        <w:t>f 30135/32025/26830 30184/32030/26835 30134/32026/26831</w:t>
        <w:br/>
        <w:t>f 30193/32033/26838 30192/32034/26838 30191/32035/26839</w:t>
        <w:br/>
        <w:t>f 30190/32036/26839 30193/32033/26838 30191/32035/26839</w:t>
        <w:br/>
        <w:t>f 30192/32034/26838 30193/32033/26838 30182/32032/26837</w:t>
        <w:br/>
        <w:t>f 30183/32031/26836 30192/32034/26838 30182/32032/26837</w:t>
        <w:br/>
        <w:t>f 30198/32037/26840 30132/32022/26827 30133/32021/26827</w:t>
        <w:br/>
        <w:t>f 30136/32024/26829 30138/32028/26833 30215/32038/26841</w:t>
        <w:br/>
        <w:t>f 30214/32039/26842 30136/32024/26829 30215/32038/26841</w:t>
        <w:br/>
        <w:t>f 30214/32039/26842 30215/32038/26841 30227/32040/26843</w:t>
        <w:br/>
        <w:t>f 30226/32041/26843 30214/32039/26842 30227/32040/26843</w:t>
        <w:br/>
        <w:t>f 30237/32042/26844 30236/32043/26500 30235/32044/26845</w:t>
        <w:br/>
        <w:t>f 30226/32041/26843 30227/32040/26843 30237/32042/26844</w:t>
        <w:br/>
        <w:t>f 30235/32044/26845 30226/32041/26843 30237/32042/26844</w:t>
        <w:br/>
        <w:t>f 30258/32045/26846 30257/32046/26847 30256/32047/26848</w:t>
        <w:br/>
        <w:t>f 30185/32029/26834 30182/32032/26837 30258/32045/26846</w:t>
        <w:br/>
        <w:t>f 30256/32047/26848 30185/32029/26834 30258/32045/26846</w:t>
        <w:br/>
        <w:t>f 30262/32048/26849 30261/32049/26849 30260/32050/26850</w:t>
        <w:br/>
        <w:t>f 30259/32051/26851 30262/32048/26849 30260/32050/26850</w:t>
        <w:br/>
        <w:t>f 30257/32046/26847 30264/32052/26852 30263/32053/26853</w:t>
        <w:br/>
        <w:t>f 30256/32047/26848 30257/32046/26847 30263/32053/26853</w:t>
        <w:br/>
        <w:t>f 30260/32050/26850 30265/32054/26854 30259/32051/26851</w:t>
        <w:br/>
        <w:t>f 30271/32055/26855 30270/32056/26856 30124/32016/26822</w:t>
        <w:br/>
        <w:t>f 30125/32015/26821 30271/32055/26855 30124/32016/26822</w:t>
        <w:br/>
        <w:t>f 30276/32057/26857 30271/32055/26855 30125/32015/26821</w:t>
        <w:br/>
        <w:t>f 30275/32058/26857 30276/32057/26857 30125/32015/26821</w:t>
        <w:br/>
        <w:t>f 30122/32012/26818 30279/32059/26858 30120/32009/26815</w:t>
        <w:br/>
        <w:t>f 30281/32060/26859 30276/32057/26857 30275/32058/26857</w:t>
        <w:br/>
        <w:t>f 30280/32061/26860 30281/32060/26859 30275/32058/26857</w:t>
        <w:br/>
        <w:t>f 30297/32062/26861 30296/32063/26862 30295/32064/26863</w:t>
        <w:br/>
        <w:t>f 30191/32035/26839 30303/32065/26864 30190/32036/26839</w:t>
        <w:br/>
        <w:t>f 30297/32062/26861 30281/32060/26859 30280/32061/26860</w:t>
        <w:br/>
        <w:t>f 30296/32063/26862 30297/32062/26861 30280/32061/26860</w:t>
        <w:br/>
        <w:t>f 30138/32028/26833 30139/32027/26832 30116/32008/26814</w:t>
        <w:br/>
        <w:t>f 30117/32007/26814 30138/32028/26833 30116/32008/26814</w:t>
        <w:br/>
        <w:t>f 30264/32052/26852 30261/32049/26849 30262/32048/26849</w:t>
        <w:br/>
        <w:t>f 30263/32053/26853 30264/32052/26852 30262/32048/26849</w:t>
        <w:br/>
        <w:t>f 30126/32014/26820 30379/32066/26865 30378/32067/26865</w:t>
        <w:br/>
        <w:t>f 30125/32015/26821 30126/32014/26820 30378/32067/26865</w:t>
        <w:br/>
        <w:t>f 30270/32056/26856 30279/32059/26858 30122/32012/26818</w:t>
        <w:br/>
        <w:t>f 30124/32016/26822 30270/32056/26856 30122/32012/26818</w:t>
        <w:br/>
        <w:t>f 30124/32016/26822 30122/32012/26818 30123/32011/26817</w:t>
        <w:br/>
        <w:t>f 30127/32013/26819 30124/32016/26822 30123/32011/26817</w:t>
        <w:br/>
        <w:t>f 30379/32066/26865 30131/32017/26823 30128/32020/26826</w:t>
        <w:br/>
        <w:t>f 30378/32067/26865 30379/32066/26865 30128/32020/26826</w:t>
        <w:br/>
        <w:t>f 30383/32068/26866 30382/32069/26867 30381/32070/26868</w:t>
        <w:br/>
        <w:t>f 30380/32071/26869 30383/32068/26866 30381/32070/26868</w:t>
        <w:br/>
        <w:t>f 30383/32068/26866 30380/32071/26869 30384/32072/26870</w:t>
        <w:br/>
        <w:t>f 30385/32073/26871 30383/32068/26866 30384/32072/26870</w:t>
        <w:br/>
        <w:t>f 30385/32073/26871 30384/32072/26870 30387/32074/26872</w:t>
        <w:br/>
        <w:t>f 30386/32075/26873 30385/32073/26871 30387/32074/26872</w:t>
        <w:br/>
        <w:t>f 30391/32076/26874 30390/32077/26875 30389/32078/26876</w:t>
        <w:br/>
        <w:t>f 30388/32079/26877 30391/32076/26874 30389/32078/26876</w:t>
        <w:br/>
        <w:t>f 30395/32080/26878 30394/32081/26878 30393/32082/26879</w:t>
        <w:br/>
        <w:t>f 30392/32083/26880 30395/32080/26878 30393/32082/26879</w:t>
        <w:br/>
        <w:t>f 30392/32083/26880 30393/32082/26879 30397/32084/26881</w:t>
        <w:br/>
        <w:t>f 30396/32085/26882 30392/32083/26880 30397/32084/26881</w:t>
        <w:br/>
        <w:t>f 30401/32086/26883 30400/32087/26884 30399/32088/26885</w:t>
        <w:br/>
        <w:t>f 30398/32089/26886 30401/32086/26883 30399/32088/26885</w:t>
        <w:br/>
        <w:t>f 30398/32089/26886 30403/32090/26887 30402/32091/26888</w:t>
        <w:br/>
        <w:t>f 30401/32086/26883 30398/32089/26886 30402/32091/26888</w:t>
        <w:br/>
        <w:t>f 30449/32092/26889 30448/32093/26890 30447/32094/26891</w:t>
        <w:br/>
        <w:t>f 30446/32095/26892 30449/32092/26889 30447/32094/26891</w:t>
        <w:br/>
        <w:t>f 30446/32095/26892 30399/32088/26885 30400/32087/26884</w:t>
        <w:br/>
        <w:t>f 30449/32092/26889 30446/32095/26892 30400/32087/26884</w:t>
        <w:br/>
        <w:t>f 30457/32096/26893 30456/32097/26894 30455/32098/26894</w:t>
        <w:br/>
        <w:t>f 30454/32099/26893 30457/32096/26893 30455/32098/26894</w:t>
        <w:br/>
        <w:t>f 30454/32099/26893 30447/32094/26891 30448/32093/26890</w:t>
        <w:br/>
        <w:t>f 30457/32096/26893 30454/32099/26893 30448/32093/26890</w:t>
        <w:br/>
        <w:t>f 30462/32100/26895 30396/32085/26882 30397/32084/26881</w:t>
        <w:br/>
        <w:t>f 30398/32089/26886 30479/32101/26896 30478/32102/26897</w:t>
        <w:br/>
        <w:t>f 30403/32090/26887 30398/32089/26886 30478/32102/26897</w:t>
        <w:br/>
        <w:t>f 30479/32101/26896 30491/32103/26898 30490/32104/26898</w:t>
        <w:br/>
        <w:t>f 30478/32102/26897 30479/32101/26896 30490/32104/26898</w:t>
        <w:br/>
        <w:t>f 30501/32105/26899 30500/32106/26900 30499/32107/26901</w:t>
        <w:br/>
        <w:t>f 30491/32103/26898 30500/32106/26900 30501/32105/26899</w:t>
        <w:br/>
        <w:t>f 30490/32104/26898 30491/32103/26898 30501/32105/26899</w:t>
        <w:br/>
        <w:t>f 30522/32108/26902 30521/32109/26903 30520/32110/26904</w:t>
        <w:br/>
        <w:t>f 30449/32092/26889 30521/32109/26903 30522/32108/26902</w:t>
        <w:br/>
        <w:t>f 30448/32093/26890 30449/32092/26889 30522/32108/26902</w:t>
        <w:br/>
        <w:t>f 30526/32111/26905 30525/32112/26906 30524/32113/26907</w:t>
        <w:br/>
        <w:t>f 30523/32114/26908 30526/32111/26905 30524/32113/26907</w:t>
        <w:br/>
        <w:t>f 30528/32115/26909 30527/32116/26910 30520/32110/26904</w:t>
        <w:br/>
        <w:t>f 30521/32109/26903 30528/32115/26909 30520/32110/26904</w:t>
        <w:br/>
        <w:t>f 30524/32113/26907 30525/32112/26906 30529/32117/26911</w:t>
        <w:br/>
        <w:t>f 30534/32118/26912 30389/32078/26876 30390/32077/26875</w:t>
        <w:br/>
        <w:t>f 30535/32119/26913 30534/32118/26912 30390/32077/26875</w:t>
        <w:br/>
        <w:t>f 30540/32120/26914 30539/32121/26914 30389/32078/26876</w:t>
        <w:br/>
        <w:t>f 30534/32118/26912 30540/32120/26914 30389/32078/26876</w:t>
        <w:br/>
        <w:t>f 30387/32074/26872 30384/32072/26870 30543/32122/26915</w:t>
        <w:br/>
        <w:t>f 30545/32123/26916 30544/32124/26917 30539/32121/26914</w:t>
        <w:br/>
        <w:t>f 30540/32120/26914 30545/32123/26916 30539/32121/26914</w:t>
        <w:br/>
        <w:t>f 30561/32125/26918 30560/32126/26919 30559/32127/26920</w:t>
        <w:br/>
        <w:t>f 30455/32098/26894 30456/32097/26894 30567/32128/26921</w:t>
        <w:br/>
        <w:t>f 30561/32125/26918 30559/32127/26920 30544/32124/26917</w:t>
        <w:br/>
        <w:t>f 30545/32123/26916 30561/32125/26918 30544/32124/26917</w:t>
        <w:br/>
        <w:t>f 30603/32129/26922 30602/32130/26923 30601/32131/26923</w:t>
        <w:br/>
        <w:t>f 30600/32132/26924 30603/32129/26922 30601/32131/26923</w:t>
        <w:br/>
        <w:t>f 30606/32133/26925 30605/32134/26926 30604/32135/26927</w:t>
        <w:br/>
        <w:t>f 30607/32136/26928 30606/32133/26925 30604/32135/26927</w:t>
        <w:br/>
        <w:t>f 30611/32137/26929 30610/32138/26929 30609/32139/26626</w:t>
        <w:br/>
        <w:t>f 30608/32140/26635 30611/32137/26929 30609/32139/26626</w:t>
        <w:br/>
        <w:t>f 30619/32141/26930 30618/32142/26931 30617/32143/26932</w:t>
        <w:br/>
        <w:t>f 30616/32144/26933 30619/32141/26930 30617/32143/26932</w:t>
        <w:br/>
        <w:t>f 30622/32145/26934 30621/32146/26934 30620/32147/26935</w:t>
        <w:br/>
        <w:t>f 30624/32148/26936 30617/32143/26932 30618/32142/26931</w:t>
        <w:br/>
        <w:t>f 30623/32149/26937 30624/32148/26936 30618/32142/26931</w:t>
        <w:br/>
        <w:t>f 30621/32146/26934 30622/32145/26934 30610/32138/26929</w:t>
        <w:br/>
        <w:t>f 30611/32137/26929 30621/32146/26934 30610/32138/26929</w:t>
        <w:br/>
        <w:t>f 30624/32148/26936 30623/32149/26937 30628/32150/26938</w:t>
        <w:br/>
        <w:t>f 30403/32090/26887 30381/32070/26868 30382/32069/26867</w:t>
        <w:br/>
        <w:t>f 30402/32091/26888 30403/32090/26887 30382/32069/26867</w:t>
        <w:br/>
        <w:t>f 30633/32151/26939 30601/32131/26923 30602/32130/26923</w:t>
        <w:br/>
        <w:t>f 30634/32152/26940 30607/32136/26928 30604/32135/26927</w:t>
        <w:br/>
        <w:t>f 30638/32153/26941 30637/32154/26942 30605/32134/26926</w:t>
        <w:br/>
        <w:t>f 30606/32133/26925 30638/32153/26941 30605/32134/26926</w:t>
        <w:br/>
        <w:t>f 30640/32155/26943 30600/32132/26924 30639/32156/26944</w:t>
        <w:br/>
        <w:t>f 30640/32155/26943 30603/32129/26922 30600/32132/26924</w:t>
        <w:br/>
        <w:t>f 30526/32111/26905 30523/32114/26908 30527/32116/26910</w:t>
        <w:br/>
        <w:t>f 30528/32115/26909 30526/32111/26905 30527/32116/26910</w:t>
        <w:br/>
        <w:t>f 30388/32079/26877 30389/32078/26876 30643/32157/26945</w:t>
        <w:br/>
        <w:t>f 30642/32158/26945 30388/32079/26877 30643/32157/26945</w:t>
        <w:br/>
        <w:t>f 30535/32119/26913 30390/32077/26875 30387/32074/26872</w:t>
        <w:br/>
        <w:t>f 30543/32122/26915 30535/32119/26913 30387/32074/26872</w:t>
        <w:br/>
        <w:t>f 30390/32077/26875 30391/32076/26874 30386/32075/26873</w:t>
        <w:br/>
        <w:t>f 30387/32074/26872 30390/32077/26875 30386/32075/26873</w:t>
        <w:br/>
        <w:t>f 30642/32158/26945 30643/32157/26945 30394/32081/26878</w:t>
        <w:br/>
        <w:t>f 30395/32080/26878 30642/32158/26945 30394/32081/26878</w:t>
        <w:br/>
        <w:t>f 30814/32159/26946 30813/32160/26947 30812/32161/26947</w:t>
        <w:br/>
        <w:t>f 30812/32161/26947 30813/32160/26947 30815/32162/26948</w:t>
        <w:br/>
        <w:t>f 30816/32163/26948 30812/32161/26947 30815/32162/26948</w:t>
        <w:br/>
        <w:t>f 30825/32164/26949 30824/32165/26950 30823/32166/26951</w:t>
        <w:br/>
        <w:t>f 30822/32167/26949 30825/32164/26949 30823/32166/26951</w:t>
        <w:br/>
        <w:t>f 30823/32166/26951 30824/32165/26950 30826/32168/26952</w:t>
        <w:br/>
        <w:t>f 30825/32164/26949 30822/32167/26949 30816/32163/26948</w:t>
        <w:br/>
        <w:t>f 30815/32162/26948 30825/32164/26949 30816/32163/26948</w:t>
        <w:br/>
        <w:t>f 29906/32169/26953 29905/32170/26954 29904/32171/26955</w:t>
        <w:br/>
        <w:t>f 29907/32172/26953 29906/32169/26953 29904/32171/26955</w:t>
        <w:br/>
        <w:t>f 29905/32170/26954 29915/32173/26956 29914/32174/26957</w:t>
        <w:br/>
        <w:t>f 29904/32171/26955 29905/32170/26954 29914/32174/26957</w:t>
        <w:br/>
        <w:t>f 29907/32172/26953 29918/32175/26958 29906/32169/26953</w:t>
        <w:br/>
        <w:t>f 29915/32173/26956 29924/32176/26959 29923/32177/26960</w:t>
        <w:br/>
        <w:t>f 29914/32174/26957 29915/32173/26956 29923/32177/26960</w:t>
        <w:br/>
        <w:t>f 29934/32178/26961 29933/32179/26962 29932/32180/26963</w:t>
        <w:br/>
        <w:t>f 29931/32181/26964 29934/32178/26961 29932/32180/26963</w:t>
        <w:br/>
        <w:t>f 29933/32179/26962 29942/32182/26965 29941/32183/26966</w:t>
        <w:br/>
        <w:t>f 29932/32180/26963 29933/32179/26962 29941/32183/26966</w:t>
        <w:br/>
        <w:t>f 29942/32182/26965 29948/32184/26967 29947/32185/26968</w:t>
        <w:br/>
        <w:t>f 29941/32183/26966 29942/32182/26965 29947/32185/26968</w:t>
        <w:br/>
        <w:t>f 29934/32178/26961 29931/32181/26964 29951/32186/26969</w:t>
        <w:br/>
        <w:t>f 30152/32187/26970 30151/32188/26971 30150/32189/26970</w:t>
        <w:br/>
        <w:t>f 30162/32190/26972 30161/32191/26973 30160/32192/26973</w:t>
        <w:br/>
        <w:t>f 30159/32193/26972 30162/32190/26972 30160/32192/26973</w:t>
        <w:br/>
        <w:t>f 30166/32194/26974 30162/32190/26972 30159/32193/26972</w:t>
        <w:br/>
        <w:t>f 30165/32195/26974 30166/32194/26974 30159/32193/26972</w:t>
        <w:br/>
        <w:t>f 30166/32194/26974 30165/32195/26974 30199/32196/26975</w:t>
        <w:br/>
        <w:t>f 30161/32191/26973 30326/32197/26976 30325/32198/26976</w:t>
        <w:br/>
        <w:t>f 30160/32192/26973 30161/32191/26973 30325/32198/26976</w:t>
        <w:br/>
        <w:t>f 30335/32199/26977 30334/32200/26978 30333/32201/26978</w:t>
        <w:br/>
        <w:t>f 30332/32202/26979 30335/32199/26977 30333/32201/26978</w:t>
        <w:br/>
        <w:t>f 30368/32203/26980 30335/32199/26977 30332/32202/26979</w:t>
        <w:br/>
        <w:t>f 30334/32200/26978 30372/32204/26981 30371/32205/26981</w:t>
        <w:br/>
        <w:t>f 30333/32201/26978 30334/32200/26978 30371/32205/26981</w:t>
        <w:br/>
        <w:t>f 30326/32197/26976 30152/32187/26970 30150/32189/26970</w:t>
        <w:br/>
        <w:t>f 30325/32198/26976 30326/32197/26976 30150/32189/26970</w:t>
        <w:br/>
        <w:t>f 30784/32206/26982 30783/32207/26983 30782/32208/26983</w:t>
        <w:br/>
        <w:t>f 30785/32209/26984 30782/32208/26983 30783/32207/26983</w:t>
        <w:br/>
        <w:t>f 30786/32210/26985 30785/32209/26984 30783/32207/26983</w:t>
        <w:br/>
        <w:t>f 30795/32211/26986 30794/32212/26986 30793/32213/26987</w:t>
        <w:br/>
        <w:t>f 30792/32214/26987 30795/32211/26986 30793/32213/26987</w:t>
        <w:br/>
        <w:t>f 30793/32213/26987 30796/32215/26988 30792/32214/26987</w:t>
        <w:br/>
        <w:t>f 30795/32211/26986 30785/32209/26984 30786/32210/26985</w:t>
        <w:br/>
        <w:t>f 30794/32212/26986 30795/32211/26986 30786/32210/26985</w:t>
        <w:br/>
        <w:t>f 30851/32216/26989 30850/32217/26989 30849/32218/26990</w:t>
        <w:br/>
        <w:t>f 30851/32216/26989 30853/32219/26991 30852/32220/26992</w:t>
        <w:br/>
        <w:t>f 30850/32217/26989 30851/32216/26989 30852/32220/26992</w:t>
        <w:br/>
        <w:t>f 30857/32221/26993 30856/32222/26993 30855/32223/26994</w:t>
        <w:br/>
        <w:t>f 30854/32224/26995 30857/32221/26993 30855/32223/26994</w:t>
        <w:br/>
        <w:t>f 30860/32225/26996 30859/32226/26997 30858/32227/26997</w:t>
        <w:br/>
        <w:t>f 30855/32223/26994 30852/32220/26992 30853/32219/26991</w:t>
        <w:br/>
        <w:t>f 30854/32224/26995 30855/32223/26994 30853/32219/26991</w:t>
        <w:br/>
        <w:t>f 30856/32222/26993 30857/32221/26993 30858/32227/26997</w:t>
        <w:br/>
        <w:t>f 30859/32226/26997 30856/32222/26993 30858/32227/26997</w:t>
        <w:br/>
        <w:t>f 29956/32228/26998 29955/32229/26998 29954/32230/26999</w:t>
        <w:br/>
        <w:t>f 29953/32231/26999 29956/32228/26998 29954/32230/26999</w:t>
        <w:br/>
        <w:t>f 29958/32232/27000 29953/32231/26999 29954/32230/26999</w:t>
        <w:br/>
        <w:t>f 29957/32233/27001 29958/32232/27000 29954/32230/26999</w:t>
        <w:br/>
        <w:t>f 29961/32234/27002 29960/32235/27003 29959/32236/27004</w:t>
        <w:br/>
        <w:t>f 29963/32237/27005 29958/32232/27000 29957/32233/27001</w:t>
        <w:br/>
        <w:t>f 29962/32238/27006 29963/32237/27005 29957/32233/27001</w:t>
        <w:br/>
        <w:t>f 29962/32238/27006 29960/32235/27003 29961/32234/27002</w:t>
        <w:br/>
        <w:t>f 29963/32237/27005 29962/32238/27006 29961/32234/27002</w:t>
        <w:br/>
        <w:t>f 29966/32239/27007 29965/32240/27008 29964/32241/27008</w:t>
        <w:br/>
        <w:t>f 29968/32242/27009 29967/32243/27010 29959/32236/27004</w:t>
        <w:br/>
        <w:t>f 29971/32244/27011 29970/32245/27012 29969/32246/27013</w:t>
        <w:br/>
        <w:t>f 29975/32247/27014 29974/32248/27014 29973/32249/27015</w:t>
        <w:br/>
        <w:t>f 29972/32250/27015 29975/32247/27014 29973/32249/27015</w:t>
        <w:br/>
        <w:t>f 29977/32251/27016 29976/32252/27016 29972/32250/27015</w:t>
        <w:br/>
        <w:t>f 29973/32249/27015 29977/32251/27016 29972/32250/27015</w:t>
        <w:br/>
        <w:t>f 29976/32252/27016 29977/32251/27016 29979/32253/27017</w:t>
        <w:br/>
        <w:t>f 29978/32254/27017 29976/32252/27016 29979/32253/27017</w:t>
        <w:br/>
        <w:t>f 29981/32255/27018 29980/32256/27018 29978/32254/27017</w:t>
        <w:br/>
        <w:t>f 29979/32253/27017 29981/32255/27018 29978/32254/27017</w:t>
        <w:br/>
        <w:t>f 29980/32256/27018 29981/32255/27018 29983/32257/27019</w:t>
        <w:br/>
        <w:t>f 29982/32258/27020 29980/32256/27018 29983/32257/27019</w:t>
        <w:br/>
        <w:t>f 29984/32259/27021 29982/32258/27020 29983/32257/27019</w:t>
        <w:br/>
        <w:t>f 29985/32260/27021 29984/32259/27021 29983/32257/27019</w:t>
        <w:br/>
        <w:t>f 29986/32261/27022 29984/32259/27021 29985/32260/27021</w:t>
        <w:br/>
        <w:t>f 29960/32235/27003 29968/32242/27009 29959/32236/27004</w:t>
        <w:br/>
        <w:t>f 29955/32229/26998 29956/32228/26998 29988/32262/27023</w:t>
        <w:br/>
        <w:t>f 29987/32263/27023 29955/32229/26998 29988/32262/27023</w:t>
        <w:br/>
        <w:t>f 29969/32246/27013 29974/32248/27014 29975/32247/27014</w:t>
        <w:br/>
        <w:t>f 29971/32244/27011 29969/32246/27013 29975/32247/27014</w:t>
        <w:br/>
        <w:t>f 29987/32263/27023 29988/32262/27023 29964/32241/27008</w:t>
        <w:br/>
        <w:t>f 29965/32240/27008 29987/32263/27023 29964/32241/27008</w:t>
        <w:br/>
        <w:t>f 30083/32264/27024 30082/32265/27025 30081/32266/27025</w:t>
        <w:br/>
        <w:t>f 30080/32267/27026 30083/32264/27024 30081/32266/27025</w:t>
        <w:br/>
        <w:t>f 30085/32268/27027 30084/32269/27027 30081/32266/27025</w:t>
        <w:br/>
        <w:t>f 30082/32265/27025 30085/32268/27027 30081/32266/27025</w:t>
        <w:br/>
        <w:t>f 30088/32270/27028 30087/32271/27029 30086/32272/27030</w:t>
        <w:br/>
        <w:t>f 30090/32273/27031 30089/32274/27032 30084/32269/27027</w:t>
        <w:br/>
        <w:t>f 30085/32268/27027 30090/32273/27031 30084/32269/27027</w:t>
        <w:br/>
        <w:t>f 30089/32274/27032 30090/32273/27031 30088/32270/27028</w:t>
        <w:br/>
        <w:t>f 30086/32272/27030 30089/32274/27032 30088/32270/27028</w:t>
        <w:br/>
        <w:t>f 30093/32275/27033 30092/32276/27034 30091/32277/27035</w:t>
        <w:br/>
        <w:t>f 30095/32278/27036 30087/32271/27029 30094/32279/27037</w:t>
        <w:br/>
        <w:t>f 30098/32280/27038 30097/32281/27038 30096/32282/27039</w:t>
        <w:br/>
        <w:t>f 30102/32283/27040 30101/32284/27041 30100/32285/27041</w:t>
        <w:br/>
        <w:t>f 30099/32286/27040 30102/32283/27040 30100/32285/27041</w:t>
        <w:br/>
        <w:t>f 30101/32284/27041 30104/32287/27042 30103/32288/27042</w:t>
        <w:br/>
        <w:t>f 30100/32285/27041 30101/32284/27041 30103/32288/27042</w:t>
        <w:br/>
        <w:t>f 30104/32287/27042 30106/32289/27043 30105/32290/27043</w:t>
        <w:br/>
        <w:t>f 30103/32288/27042 30104/32287/27042 30105/32290/27043</w:t>
        <w:br/>
        <w:t>f 30108/32291/27044 30105/32290/27043 30106/32289/27043</w:t>
        <w:br/>
        <w:t>f 30107/32292/27044 30108/32291/27044 30106/32289/27043</w:t>
        <w:br/>
        <w:t>f 30107/32292/27044 30110/32293/27045 30109/32294/27045</w:t>
        <w:br/>
        <w:t>f 30108/32291/27044 30107/32292/27044 30109/32294/27045</w:t>
        <w:br/>
        <w:t>f 30109/32294/27045 30110/32293/27045 30111/32295/27046</w:t>
        <w:br/>
        <w:t>f 30112/32296/27046 30109/32294/27045 30111/32295/27046</w:t>
        <w:br/>
        <w:t>f 30113/32297/27047 30112/32296/27046 30111/32295/27046</w:t>
        <w:br/>
        <w:t>f 30086/32272/27030 30087/32271/27029 30095/32278/27036</w:t>
        <w:br/>
        <w:t>f 30080/32267/27026 30115/32298/27048 30114/32299/27049</w:t>
        <w:br/>
        <w:t>f 30083/32264/27024 30080/32267/27026 30114/32299/27049</w:t>
        <w:br/>
        <w:t>f 30097/32281/27038 30098/32280/27038 30102/32283/27040</w:t>
        <w:br/>
        <w:t>f 30099/32286/27040 30097/32281/27038 30102/32283/27040</w:t>
        <w:br/>
        <w:t>f 30115/32298/27048 30091/32277/27035 30092/32276/27034</w:t>
        <w:br/>
        <w:t>f 30114/32299/27049 30115/32298/27048 30092/32276/27034</w:t>
        <w:br/>
        <w:t>f 30646/32300/27050 30645/32301/27051 30644/32302/27052</w:t>
        <w:br/>
        <w:t>f 30647/32303/27052 30646/32300/27050 30644/32302/27052</w:t>
        <w:br/>
        <w:t>f 30650/32304/27053 30649/32305/27054 30648/32306/27055</w:t>
        <w:br/>
        <w:t>f 30650/32304/27053 30652/32307/27056 30651/32308/27057</w:t>
        <w:br/>
        <w:t>f 30650/32304/27053 30654/32309/27058 30653/32310/27059</w:t>
        <w:br/>
        <w:t>f 30650/32304/27053 30656/32311/27060 30655/32312/27061</w:t>
        <w:br/>
        <w:t>f 30650/32304/27053 30658/32313/27062 30657/32314/27063</w:t>
        <w:br/>
        <w:t>f 30650/32304/27053 30659/32315/27064 30644/32302/27052</w:t>
        <w:br/>
        <w:t>f 30650/32304/27053 30660/32316/27065 30658/32313/27062</w:t>
        <w:br/>
        <w:t>f 30650/32304/27053 30651/32308/27057 30660/32316/27065</w:t>
        <w:br/>
        <w:t>f 30664/32317/27066 30663/32318/27067 30662/32319/27068</w:t>
        <w:br/>
        <w:t>f 30661/32320/27066 30664/32317/27066 30662/32319/27068</w:t>
        <w:br/>
        <w:t>f 30668/32321/27069 30667/32322/27070 30666/32323/27070</w:t>
        <w:br/>
        <w:t>f 30665/32324/27071 30668/32321/27069 30666/32323/27070</w:t>
        <w:br/>
        <w:t>f 30670/32325/27072 30669/32326/27072 30668/32321/27069</w:t>
        <w:br/>
        <w:t>f 30665/32324/27071 30670/32325/27072 30668/32321/27069</w:t>
        <w:br/>
        <w:t>f 30672/32327/27073 30671/32328/27074 30669/32326/27072</w:t>
        <w:br/>
        <w:t>f 30670/32325/27072 30672/32327/27073 30669/32326/27072</w:t>
        <w:br/>
        <w:t>f 30674/32329/27075 30673/32330/27076 30671/32328/27074</w:t>
        <w:br/>
        <w:t>f 30672/32327/27073 30674/32329/27075 30671/32328/27074</w:t>
        <w:br/>
        <w:t>f 30678/32331/27077 30677/32332/27077 30676/32333/27078</w:t>
        <w:br/>
        <w:t>f 30675/32334/27078 30678/32331/27077 30676/32333/27078</w:t>
        <w:br/>
        <w:t>f 30680/32335/27079 30679/32336/27079 30675/32334/27078</w:t>
        <w:br/>
        <w:t>f 30676/32333/27078 30680/32335/27079 30675/32334/27078</w:t>
        <w:br/>
        <w:t>f 30682/32337/27080 30681/32338/27081 30679/32336/27079</w:t>
        <w:br/>
        <w:t>f 30680/32335/27079 30682/32337/27080 30679/32336/27079</w:t>
        <w:br/>
        <w:t>f 30681/32338/27081 30682/32337/27080 30684/32339/27082</w:t>
        <w:br/>
        <w:t>f 30683/32340/27083 30681/32338/27081 30684/32339/27082</w:t>
        <w:br/>
        <w:t>f 30686/32341/27084 30685/32342/27085 30683/32340/27083</w:t>
        <w:br/>
        <w:t>f 30684/32339/27082 30686/32341/27084 30683/32340/27083</w:t>
        <w:br/>
        <w:t>f 30690/32343/27086 30689/32344/27087 30688/32345/27088</w:t>
        <w:br/>
        <w:t>f 30687/32346/27089 30690/32343/27086 30688/32345/27088</w:t>
        <w:br/>
        <w:t>f 30663/32318/27090 30690/32343/27086 30687/32346/27089</w:t>
        <w:br/>
        <w:t>f 30646/32300/27050 30663/32318/27090 30687/32346/27089</w:t>
        <w:br/>
        <w:t>f 30667/32322/27070 30664/32317/27066 30661/32320/27066</w:t>
        <w:br/>
        <w:t>f 30666/32323/27070 30667/32322/27070 30661/32320/27066</w:t>
        <w:br/>
        <w:t>f 30694/32347/27091 30693/32348/27092 30692/32349/27093</w:t>
        <w:br/>
        <w:t>f 30691/32350/27094 30694/32347/27091 30692/32349/27093</w:t>
        <w:br/>
        <w:t>f 30697/32351/27095 30696/32352/27095 30695/32353/27096</w:t>
        <w:br/>
        <w:t>f 30698/32354/27096 30697/32351/27095 30695/32353/27096</w:t>
        <w:br/>
        <w:t>f 30702/32355/27097 30701/32356/27098 30700/32357/27098</w:t>
        <w:br/>
        <w:t>f 30699/32358/27099 30702/32355/27097 30700/32357/27098</w:t>
        <w:br/>
        <w:t>f 30694/32347/27091 30704/32359/27100 30703/32360/27101</w:t>
        <w:br/>
        <w:t>f 30693/32348/27092 30694/32347/27091 30703/32360/27101</w:t>
        <w:br/>
        <w:t>f 30691/32350/27094 30648/32306/27055 30688/32345/27088</w:t>
        <w:br/>
        <w:t>f 30694/32347/27091 30691/32350/27094 30688/32345/27088</w:t>
        <w:br/>
        <w:t>f 30650/32304/27053 30692/32349/27093 30705/32361/27102</w:t>
        <w:br/>
        <w:t>f 30656/32311/27060 30696/32352/27095 30697/32351/27095</w:t>
        <w:br/>
        <w:t>f 30706/32362/27060 30656/32311/27060 30697/32351/27095</w:t>
        <w:br/>
        <w:t>f 30698/32354/27096 30695/32353/27096 30657/32314/27063</w:t>
        <w:br/>
        <w:t>f 30707/32363/27063 30698/32354/27096 30657/32314/27063</w:t>
        <w:br/>
        <w:t>f 30702/32355/27097 30699/32358/27099 30673/32330/27076</w:t>
        <w:br/>
        <w:t>f 30674/32329/27075 30702/32355/27097 30673/32330/27076</w:t>
        <w:br/>
        <w:t>f 30678/32331/27077 30700/32357/27098 30701/32356/27098</w:t>
        <w:br/>
        <w:t>f 30677/32332/27077 30678/32331/27077 30701/32356/27098</w:t>
        <w:br/>
        <w:t>f 30693/32348/27092 30703/32360/27101 30685/32342/27085</w:t>
        <w:br/>
        <w:t>f 30686/32341/27084 30693/32348/27092 30685/32342/27085</w:t>
        <w:br/>
        <w:t>f 30689/32344/27087 30704/32359/27100 30694/32347/27091</w:t>
        <w:br/>
        <w:t>f 30688/32345/27088 30689/32344/27087 30694/32347/27091</w:t>
        <w:br/>
        <w:t>f 30687/32346/27089 30649/32305/27054 30645/32301/27051</w:t>
        <w:br/>
        <w:t>f 30646/32300/27050 30687/32346/27089 30645/32301/27051</w:t>
        <w:br/>
        <w:t>f 30650/32304/27053 30705/32361/27102 30652/32307/27056</w:t>
        <w:br/>
        <w:t>f 30650/32304/27053 30655/32312/27061 30654/32309/27058</w:t>
        <w:br/>
        <w:t>f 30650/32304/27053 30653/32310/27059 30659/32315/27064</w:t>
        <w:br/>
        <w:t>f 30710/32364/27103 30709/32365/27104 30708/32366/27105</w:t>
        <w:br/>
        <w:t>f 30711/32367/27103 30710/32364/27103 30708/32366/27105</w:t>
        <w:br/>
        <w:t>f 30714/32368/27106 30713/32369/27107 30712/32370/27108</w:t>
        <w:br/>
        <w:t>f 30714/32368/27106 30716/32371/27109 30715/32372/27110</w:t>
        <w:br/>
        <w:t>f 30714/32368/27106 30718/32373/27111 30717/32374/27112</w:t>
        <w:br/>
        <w:t>f 30714/32368/27106 30720/32375/27113 30719/32376/27114</w:t>
        <w:br/>
        <w:t>f 30714/32368/27106 30722/32377/27115 30721/32378/27116</w:t>
        <w:br/>
        <w:t>f 30714/32368/27106 30710/32364/27103 30723/32379/27117</w:t>
        <w:br/>
        <w:t>f 30714/32368/27106 30721/32378/27116 30724/32380/27118</w:t>
        <w:br/>
        <w:t>f 30714/32368/27106 30724/32380/27118 30716/32371/27109</w:t>
        <w:br/>
        <w:t>f 30728/32381/27119 30727/32382/27119 30726/32383/27120</w:t>
        <w:br/>
        <w:t>f 30725/32384/27121 30728/32381/27119 30726/32383/27120</w:t>
        <w:br/>
        <w:t>f 30732/32385/27122 30731/32386/27122 30730/32387/27123</w:t>
        <w:br/>
        <w:t>f 30729/32388/27123 30732/32385/27122 30730/32387/27123</w:t>
        <w:br/>
        <w:t>f 30734/32389/27124 30731/32386/27122 30732/32385/27122</w:t>
        <w:br/>
        <w:t>f 30733/32390/27124 30734/32389/27124 30732/32385/27122</w:t>
        <w:br/>
        <w:t>f 30736/32391/27125 30734/32389/27124 30733/32390/27124</w:t>
        <w:br/>
        <w:t>f 30735/32392/27126 30736/32391/27125 30733/32390/27124</w:t>
        <w:br/>
        <w:t>f 30738/32393/27127 30736/32391/27125 30735/32392/27126</w:t>
        <w:br/>
        <w:t>f 30737/32394/27127 30738/32393/27127 30735/32392/27126</w:t>
        <w:br/>
        <w:t>f 30742/32395/27128 30741/32396/27129 30740/32397/27130</w:t>
        <w:br/>
        <w:t>f 30739/32398/27128 30742/32395/27128 30740/32397/27130</w:t>
        <w:br/>
        <w:t>f 30744/32399/27131 30740/32397/27130 30741/32396/27129</w:t>
        <w:br/>
        <w:t>f 30743/32400/27131 30744/32399/27131 30741/32396/27129</w:t>
        <w:br/>
        <w:t>f 30746/32401/27132 30744/32399/27131 30743/32400/27131</w:t>
        <w:br/>
        <w:t>f 30745/32402/27132 30746/32401/27132 30743/32400/27131</w:t>
        <w:br/>
        <w:t>f 30745/32402/27132 30748/32403/27133 30747/32404/27134</w:t>
        <w:br/>
        <w:t>f 30746/32401/27132 30745/32402/27132 30747/32404/27134</w:t>
        <w:br/>
        <w:t>f 30750/32405/27135 30747/32404/27134 30748/32403/27133</w:t>
        <w:br/>
        <w:t>f 30749/32406/27136 30750/32405/27135 30748/32403/27133</w:t>
        <w:br/>
        <w:t>f 30754/32407/27137 30753/32408/27138 30752/32409/27139</w:t>
        <w:br/>
        <w:t>f 30751/32410/27140 30754/32407/27137 30752/32409/27139</w:t>
        <w:br/>
        <w:t>f 30725/32384/27141 30708/32366/27105 30753/32408/27138</w:t>
        <w:br/>
        <w:t>f 30754/32407/27137 30725/32384/27141 30753/32408/27138</w:t>
        <w:br/>
        <w:t>f 30729/32388/27123 30730/32387/27123 30727/32382/27119</w:t>
        <w:br/>
        <w:t>f 30728/32381/27119 30729/32388/27123 30727/32382/27119</w:t>
        <w:br/>
        <w:t>f 30758/32411/27142 30757/32412/27143 30756/32413/27144</w:t>
        <w:br/>
        <w:t>f 30755/32414/27145 30758/32411/27142 30756/32413/27144</w:t>
        <w:br/>
        <w:t>f 30761/32415/27146 30760/32416/27147 30759/32417/27147</w:t>
        <w:br/>
        <w:t>f 30762/32418/27146 30761/32415/27146 30759/32417/27147</w:t>
        <w:br/>
        <w:t>f 30766/32419/27148 30765/32420/27148 30764/32421/27149</w:t>
        <w:br/>
        <w:t>f 30763/32422/27149 30766/32419/27148 30764/32421/27149</w:t>
        <w:br/>
        <w:t>f 30758/32411/27142 30755/32414/27145 30768/32423/27150</w:t>
        <w:br/>
        <w:t>f 30767/32424/27151 30758/32411/27142 30768/32423/27150</w:t>
        <w:br/>
        <w:t>f 30752/32409/27139 30713/32369/27107 30757/32412/27143</w:t>
        <w:br/>
        <w:t>f 30758/32411/27142 30752/32409/27139 30757/32412/27143</w:t>
        <w:br/>
        <w:t>f 30714/32368/27106 30769/32425/27152 30756/32413/27144</w:t>
        <w:br/>
        <w:t>f 30759/32417/27147 30760/32416/27147 30719/32376/27114</w:t>
        <w:br/>
        <w:t>f 30770/32426/27114 30759/32417/27147 30719/32376/27114</w:t>
        <w:br/>
        <w:t>f 30762/32418/27146 30771/32427/27153 30722/32377/27115</w:t>
        <w:br/>
        <w:t>f 30761/32415/27146 30762/32418/27146 30722/32377/27115</w:t>
        <w:br/>
        <w:t>f 30766/32419/27148 30738/32393/27127 30737/32394/27127</w:t>
        <w:br/>
        <w:t>f 30765/32420/27148 30766/32419/27148 30737/32394/27127</w:t>
        <w:br/>
        <w:t>f 30742/32395/27128 30739/32398/27128 30763/32422/27149</w:t>
        <w:br/>
        <w:t>f 30764/32421/27149 30742/32395/27128 30763/32422/27149</w:t>
        <w:br/>
        <w:t>f 30755/32414/27145 30750/32405/27135 30749/32406/27136</w:t>
        <w:br/>
        <w:t>f 30768/32423/27150 30755/32414/27145 30749/32406/27136</w:t>
        <w:br/>
        <w:t>f 30751/32410/27140 30752/32409/27139 30758/32411/27142</w:t>
        <w:br/>
        <w:t>f 30767/32424/27151 30751/32410/27140 30758/32411/27142</w:t>
        <w:br/>
        <w:t>f 30709/32365/27104 30712/32370/27108 30753/32408/27138</w:t>
        <w:br/>
        <w:t>f 30708/32366/27105 30709/32365/27104 30753/32408/27138</w:t>
        <w:br/>
        <w:t>f 30714/32368/27106 30715/32372/27110 30769/32425/27152</w:t>
        <w:br/>
        <w:t>f 30714/32368/27106 30717/32374/27112 30720/32375/27113</w:t>
        <w:br/>
        <w:t>f 30714/32368/27106 30723/32379/27117 30718/32373/27111</w:t>
        <w:br/>
        <w:t>f 30645/32301/27051 30650/32304/27053 30644/32302/27052</w:t>
        <w:br/>
        <w:t>f 30649/32305/27054 30687/32346/27089 30688/32345/27088</w:t>
        <w:br/>
        <w:t>f 30648/32306/27055 30649/32305/27054 30688/32345/27088</w:t>
        <w:br/>
        <w:t>f 30652/32307/27056 30833/32428/27154 30832/32429/27155</w:t>
        <w:br/>
        <w:t>f 30651/32308/27057 30652/32307/27056 30832/32429/27155</w:t>
        <w:br/>
        <w:t>f 30835/32430/27156 30834/32431/27157 30653/32310/27059</w:t>
        <w:br/>
        <w:t>f 30654/32309/27058 30835/32430/27156 30653/32310/27059</w:t>
        <w:br/>
        <w:t>f 30706/32362/27060 30836/32432/27061 30655/32312/27061</w:t>
        <w:br/>
        <w:t>f 30656/32311/27060 30706/32362/27060 30655/32312/27061</w:t>
        <w:br/>
        <w:t>f 30658/32313/27062 30837/32433/27158 30707/32363/27063</w:t>
        <w:br/>
        <w:t>f 30657/32314/27063 30658/32313/27062 30707/32363/27063</w:t>
        <w:br/>
        <w:t>f 30647/32303/27052 30644/32302/27052 30659/32315/27064</w:t>
        <w:br/>
        <w:t>f 30838/32434/27159 30647/32303/27052 30659/32315/27064</w:t>
        <w:br/>
        <w:t>f 30837/32433/27158 30658/32313/27062 30660/32316/27065</w:t>
        <w:br/>
        <w:t>f 30839/32435/27160 30837/32433/27158 30660/32316/27065</w:t>
        <w:br/>
        <w:t>f 30651/32308/27057 30832/32429/27155 30839/32435/27160</w:t>
        <w:br/>
        <w:t>f 30660/32316/27065 30651/32308/27057 30839/32435/27160</w:t>
        <w:br/>
        <w:t>f 30692/32349/27093 30650/32304/27053 30691/32350/27094</w:t>
        <w:br/>
        <w:t>f 30696/32352/27095 30650/32304/27053 30695/32353/27096</w:t>
        <w:br/>
        <w:t>f 30691/32350/27094 30650/32304/27053 30648/32306/27055</w:t>
        <w:br/>
        <w:t>f 30693/32348/27092 30686/32341/27084 30705/32361/27102</w:t>
        <w:br/>
        <w:t>f 30692/32349/27093 30693/32348/27092 30705/32361/27102</w:t>
        <w:br/>
        <w:t>f 30656/32311/27060 30650/32304/27053 30696/32352/27095</w:t>
        <w:br/>
        <w:t>f 30695/32353/27096 30650/32304/27053 30657/32314/27063</w:t>
        <w:br/>
        <w:t>f 30649/32305/27054 30650/32304/27053 30645/32301/27051</w:t>
        <w:br/>
        <w:t>f 30686/32341/27084 30833/32428/27154 30652/32307/27056</w:t>
        <w:br/>
        <w:t>f 30705/32361/27102 30686/32341/27084 30652/32307/27056</w:t>
        <w:br/>
        <w:t>f 30836/32432/27061 30835/32430/27156 30654/32309/27058</w:t>
        <w:br/>
        <w:t>f 30655/32312/27061 30836/32432/27061 30654/32309/27058</w:t>
        <w:br/>
        <w:t>f 30834/32431/27157 30838/32434/27159 30659/32315/27064</w:t>
        <w:br/>
        <w:t>f 30653/32310/27059 30834/32431/27157 30659/32315/27064</w:t>
        <w:br/>
        <w:t>f 30710/32364/27103 30714/32368/27106 30709/32365/27104</w:t>
        <w:br/>
        <w:t>f 30752/32409/27139 30753/32408/27138 30712/32370/27108</w:t>
        <w:br/>
        <w:t>f 30713/32369/27107 30752/32409/27139 30712/32370/27108</w:t>
        <w:br/>
        <w:t>f 30840/32436/27161 30715/32372/27110 30716/32371/27109</w:t>
        <w:br/>
        <w:t>f 30841/32437/27162 30840/32436/27161 30716/32371/27109</w:t>
        <w:br/>
        <w:t>f 30842/32438/27163 30717/32374/27112 30718/32373/27111</w:t>
        <w:br/>
        <w:t>f 30843/32439/27164 30842/32438/27163 30718/32373/27111</w:t>
        <w:br/>
        <w:t>f 30770/32426/27114 30719/32376/27114 30720/32375/27113</w:t>
        <w:br/>
        <w:t>f 30844/32440/27113 30770/32426/27114 30720/32375/27113</w:t>
        <w:br/>
        <w:t>f 30771/32427/27153 30845/32441/27116 30721/32378/27116</w:t>
        <w:br/>
        <w:t>f 30722/32377/27115 30771/32427/27153 30721/32378/27116</w:t>
        <w:br/>
        <w:t>f 30710/32364/27103 30711/32367/27103 30846/32442/27165</w:t>
        <w:br/>
        <w:t>f 30723/32379/27117 30710/32364/27103 30846/32442/27165</w:t>
        <w:br/>
        <w:t>f 30845/32441/27116 30847/32443/27166 30724/32380/27118</w:t>
        <w:br/>
        <w:t>f 30721/32378/27116 30845/32441/27116 30724/32380/27118</w:t>
        <w:br/>
        <w:t>f 30847/32443/27166 30841/32437/27162 30716/32371/27109</w:t>
        <w:br/>
        <w:t>f 30724/32380/27118 30847/32443/27166 30716/32371/27109</w:t>
        <w:br/>
        <w:t>f 30757/32412/27143 30714/32368/27106 30756/32413/27144</w:t>
        <w:br/>
        <w:t>f 30761/32415/27146 30714/32368/27106 30760/32416/27147</w:t>
        <w:br/>
        <w:t>f 30713/32369/27107 30714/32368/27106 30757/32412/27143</w:t>
        <w:br/>
        <w:t>f 30755/32414/27145 30756/32413/27144 30769/32425/27152</w:t>
        <w:br/>
        <w:t>f 30848/32444/27167 30755/32414/27145 30769/32425/27152</w:t>
        <w:br/>
        <w:t>f 30760/32416/27147 30714/32368/27106 30719/32376/27114</w:t>
        <w:br/>
        <w:t>f 30722/32377/27115 30714/32368/27106 30761/32415/27146</w:t>
        <w:br/>
        <w:t>f 30709/32365/27104 30714/32368/27106 30712/32370/27108</w:t>
        <w:br/>
        <w:t>f 30715/32372/27110 30840/32436/27161 30750/32405/27168</w:t>
        <w:br/>
        <w:t>f 30769/32425/27152 30715/32372/27110 30750/32405/27168</w:t>
        <w:br/>
        <w:t>f 30717/32374/27112 30842/32438/27163 30844/32440/27113</w:t>
        <w:br/>
        <w:t>f 30720/32375/27113 30717/32374/27112 30844/32440/27113</w:t>
        <w:br/>
        <w:t>f 30843/32439/27164 30718/32373/27111 30723/32379/27117</w:t>
        <w:br/>
        <w:t>f 30846/32442/27165 30843/32439/27164 30723/32379/27117</w:t>
        <w:br/>
        <w:t>f 29991/32445/27169 29990/32446/27170 29989/32447/27171</w:t>
        <w:br/>
        <w:t>f 29992/32448/27172 29990/32446/27170 29991/32445/27169</w:t>
        <w:br/>
        <w:t>f 29993/32449/27173 29990/32446/27170 29992/32448/27172</w:t>
        <w:br/>
        <w:t>f 29994/32450/27174 29990/32446/27170 29993/32449/27173</w:t>
        <w:br/>
        <w:t>f 29995/32451/27175 29990/32446/27170 29994/32450/27174</w:t>
        <w:br/>
        <w:t>f 29996/32452/27176 29990/32446/27170 29995/32451/27175</w:t>
        <w:br/>
        <w:t>f 29997/32453/27177 29990/32446/27170 29996/32452/27176</w:t>
        <w:br/>
        <w:t>f 29998/32454/27178 29990/32446/27170 29997/32453/27177</w:t>
        <w:br/>
        <w:t>f 29999/32455/27179 29990/32446/27170 29998/32454/27178</w:t>
        <w:br/>
        <w:t>f 30000/32456/27180 29990/32446/27170 29999/32455/27179</w:t>
        <w:br/>
        <w:t>f 30001/32457/27181 29990/32446/27170 30000/32456/27180</w:t>
        <w:br/>
        <w:t>f 30002/32458/27182 29990/32446/27170 30001/32457/27181</w:t>
        <w:br/>
        <w:t>f 30003/32459/27183 29990/32446/27170 30002/32458/27182</w:t>
        <w:br/>
        <w:t>f 30004/32460/27184 29990/32446/27170 30003/32459/27183</w:t>
        <w:br/>
        <w:t>f 30005/32461/27185 29990/32446/27170 30004/32460/27184</w:t>
        <w:br/>
        <w:t>f 30006/32462/27186 29990/32446/27170 30005/32461/27185</w:t>
        <w:br/>
        <w:t>f 30007/32463/27187 29990/32446/27170 30006/32462/27186</w:t>
        <w:br/>
        <w:t>f 29989/32447/27171 29990/32446/27170 30007/32463/27187</w:t>
        <w:br/>
        <w:t>f 30010/32464/27188 30009/32465/27189 30008/32466/27190</w:t>
        <w:br/>
        <w:t>f 30011/32467/27191 30010/32464/27188 30008/32466/27190</w:t>
        <w:br/>
        <w:t>f 30012/32468/27192 30011/32467/27191 30008/32466/27190</w:t>
        <w:br/>
        <w:t>f 30013/32469/27193 30012/32468/27192 30008/32466/27190</w:t>
        <w:br/>
        <w:t>f 30014/32470/27194 30013/32469/27193 30008/32466/27190</w:t>
        <w:br/>
        <w:t>f 30015/32471/27195 30014/32470/27194 30008/32466/27190</w:t>
        <w:br/>
        <w:t>f 30016/32472/27196 30015/32471/27195 30008/32466/27190</w:t>
        <w:br/>
        <w:t>f 30017/32473/27197 30016/32472/27196 30008/32466/27190</w:t>
        <w:br/>
        <w:t>f 30018/32474/27198 30017/32473/27197 30008/32466/27190</w:t>
        <w:br/>
        <w:t>f 30019/32475/27199 30018/32474/27198 30008/32466/27190</w:t>
        <w:br/>
        <w:t>f 30020/32476/27200 30019/32475/27199 30008/32466/27190</w:t>
        <w:br/>
        <w:t>f 30021/32477/27201 30020/32476/27200 30008/32466/27190</w:t>
        <w:br/>
        <w:t>f 30022/32478/27202 30021/32477/27201 30008/32466/27190</w:t>
        <w:br/>
        <w:t>f 30023/32479/27203 30022/32478/27202 30008/32466/27190</w:t>
        <w:br/>
        <w:t>f 30024/32480/27204 30023/32479/27203 30008/32466/27190</w:t>
        <w:br/>
        <w:t>f 30025/32481/27205 30024/32480/27204 30008/32466/27190</w:t>
        <w:br/>
        <w:t>f 30026/32482/27206 30025/32481/27205 30008/32466/27190</w:t>
        <w:br/>
        <w:t>f 30009/32465/27189 30026/32482/27206 30008/32466/27190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